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D0EA28" w14:textId="4BBA2C2F" w:rsidR="00930F33" w:rsidRDefault="00712D65" w:rsidP="00712D65">
      <w:pPr>
        <w:spacing w:after="0"/>
        <w:jc w:val="center"/>
        <w:rPr>
          <w:lang w:eastAsia="zh-CN"/>
        </w:rPr>
      </w:pPr>
      <w:r>
        <w:rPr>
          <w:noProof/>
          <w:lang w:eastAsia="zh-CN"/>
        </w:rPr>
        <w:drawing>
          <wp:inline distT="0" distB="0" distL="0" distR="0" wp14:anchorId="403DE93B" wp14:editId="28ABEBFC">
            <wp:extent cx="1019175" cy="1019175"/>
            <wp:effectExtent l="0" t="0" r="9525" b="9525"/>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8"/>
                    <a:stretch>
                      <a:fillRect/>
                    </a:stretch>
                  </pic:blipFill>
                  <pic:spPr>
                    <a:xfrm>
                      <a:off x="0" y="0"/>
                      <a:ext cx="1019175" cy="1019175"/>
                    </a:xfrm>
                    <a:prstGeom prst="rect">
                      <a:avLst/>
                    </a:prstGeom>
                  </pic:spPr>
                </pic:pic>
              </a:graphicData>
            </a:graphic>
          </wp:inline>
        </w:drawing>
      </w:r>
    </w:p>
    <w:p w14:paraId="077A0ECB" w14:textId="77777777" w:rsidR="00712D65" w:rsidRDefault="00DF7DB8" w:rsidP="00712D65">
      <w:pPr>
        <w:jc w:val="center"/>
        <w:rPr>
          <w:rFonts w:ascii="Arial" w:hAnsi="Arial"/>
          <w:b/>
          <w:bCs/>
          <w:sz w:val="44"/>
          <w:szCs w:val="20"/>
        </w:rPr>
      </w:pPr>
      <w:r w:rsidRPr="00712D65">
        <w:rPr>
          <w:rFonts w:ascii="Arial" w:hAnsi="Arial"/>
          <w:b/>
          <w:bCs/>
          <w:sz w:val="44"/>
          <w:szCs w:val="20"/>
        </w:rPr>
        <w:t>lABLEd Episode 004 Tran</w:t>
      </w:r>
      <w:r w:rsidRPr="00712D65">
        <w:rPr>
          <w:rFonts w:ascii="Arial" w:hAnsi="Arial"/>
          <w:b/>
          <w:bCs/>
          <w:sz w:val="44"/>
          <w:szCs w:val="20"/>
        </w:rPr>
        <w:t xml:space="preserve">script </w:t>
      </w:r>
    </w:p>
    <w:p w14:paraId="43B3D5CD" w14:textId="2F55BE80" w:rsidR="006C30AD" w:rsidRPr="00712D65" w:rsidRDefault="00DF7DB8" w:rsidP="00712D65">
      <w:pPr>
        <w:jc w:val="center"/>
        <w:rPr>
          <w:b/>
          <w:bCs/>
          <w:sz w:val="20"/>
          <w:szCs w:val="20"/>
        </w:rPr>
      </w:pPr>
      <w:r w:rsidRPr="00712D65">
        <w:rPr>
          <w:rFonts w:ascii="Arial" w:hAnsi="Arial"/>
          <w:b/>
          <w:bCs/>
          <w:sz w:val="44"/>
          <w:szCs w:val="20"/>
        </w:rPr>
        <w:t xml:space="preserve"> Daisy Holder</w:t>
      </w:r>
    </w:p>
    <w:p w14:paraId="651DE812" w14:textId="77777777" w:rsidR="006C30AD" w:rsidRDefault="006C30AD">
      <w:pPr>
        <w:spacing w:after="0"/>
      </w:pPr>
    </w:p>
    <w:p w14:paraId="475CE922" w14:textId="77777777" w:rsidR="006C30AD" w:rsidRDefault="00DF7DB8">
      <w:pPr>
        <w:spacing w:after="0"/>
      </w:pPr>
      <w:r>
        <w:rPr>
          <w:rFonts w:ascii="Arial" w:hAnsi="Arial"/>
          <w:b/>
        </w:rPr>
        <w:t xml:space="preserve">Lucy  </w:t>
      </w:r>
      <w:r>
        <w:rPr>
          <w:rFonts w:ascii="Arial" w:hAnsi="Arial"/>
          <w:color w:val="5D7284"/>
        </w:rPr>
        <w:t>00:00</w:t>
      </w:r>
    </w:p>
    <w:p w14:paraId="52689B16" w14:textId="77777777" w:rsidR="006C30AD" w:rsidRDefault="00DF7DB8">
      <w:pPr>
        <w:spacing w:after="0"/>
      </w:pPr>
      <w:r>
        <w:rPr>
          <w:rFonts w:ascii="Arial" w:hAnsi="Arial"/>
        </w:rPr>
        <w:t>Welcome to the lABLEd podcast a show about disability, illness and difference. I'm Lucy. And that's Alice</w:t>
      </w:r>
    </w:p>
    <w:p w14:paraId="12127DC0" w14:textId="77777777" w:rsidR="006C30AD" w:rsidRDefault="006C30AD">
      <w:pPr>
        <w:spacing w:after="0"/>
      </w:pPr>
    </w:p>
    <w:p w14:paraId="6A6EF1A9" w14:textId="77777777" w:rsidR="006C30AD" w:rsidRDefault="00DF7DB8">
      <w:pPr>
        <w:spacing w:after="0"/>
      </w:pPr>
      <w:r>
        <w:rPr>
          <w:rFonts w:ascii="Arial" w:hAnsi="Arial"/>
          <w:b/>
        </w:rPr>
        <w:t xml:space="preserve">Alice  </w:t>
      </w:r>
      <w:r>
        <w:rPr>
          <w:rFonts w:ascii="Arial" w:hAnsi="Arial"/>
          <w:color w:val="5D7284"/>
        </w:rPr>
        <w:t>00:07</w:t>
      </w:r>
    </w:p>
    <w:p w14:paraId="3D39C21A" w14:textId="77777777" w:rsidR="006C30AD" w:rsidRDefault="00DF7DB8">
      <w:pPr>
        <w:spacing w:after="0"/>
      </w:pPr>
      <w:r>
        <w:rPr>
          <w:rFonts w:ascii="Arial" w:hAnsi="Arial"/>
        </w:rPr>
        <w:t>Hi everyone. [a dog ba</w:t>
      </w:r>
      <w:r>
        <w:rPr>
          <w:rFonts w:ascii="Arial" w:hAnsi="Arial"/>
        </w:rPr>
        <w:t>rks] And that's Lola</w:t>
      </w:r>
    </w:p>
    <w:p w14:paraId="6BD833E3" w14:textId="77777777" w:rsidR="006C30AD" w:rsidRDefault="006C30AD">
      <w:pPr>
        <w:spacing w:after="0"/>
      </w:pPr>
    </w:p>
    <w:p w14:paraId="604B8080" w14:textId="77777777" w:rsidR="006C30AD" w:rsidRDefault="00DF7DB8">
      <w:pPr>
        <w:spacing w:after="0"/>
      </w:pPr>
      <w:r>
        <w:rPr>
          <w:rFonts w:ascii="Arial" w:hAnsi="Arial"/>
          <w:b/>
        </w:rPr>
        <w:t xml:space="preserve">Theme Tune  </w:t>
      </w:r>
      <w:r>
        <w:rPr>
          <w:rFonts w:ascii="Arial" w:hAnsi="Arial"/>
          <w:color w:val="5D7284"/>
        </w:rPr>
        <w:t>00:11</w:t>
      </w:r>
    </w:p>
    <w:p w14:paraId="4B8DA436" w14:textId="77777777" w:rsidR="006C30AD" w:rsidRDefault="00DF7DB8">
      <w:pPr>
        <w:spacing w:after="0"/>
      </w:pPr>
      <w:r>
        <w:rPr>
          <w:rFonts w:ascii="Arial" w:hAnsi="Arial"/>
        </w:rPr>
        <w:t>So I might not fit in socially, I'm so much more than what you see. We all live our lives differently, kaleidoscope identity. And this is who I'm meant to be. I'm just labelled me. I'm just labelled me.</w:t>
      </w:r>
    </w:p>
    <w:p w14:paraId="13E1932C" w14:textId="77777777" w:rsidR="006C30AD" w:rsidRDefault="006C30AD">
      <w:pPr>
        <w:spacing w:after="0"/>
      </w:pPr>
    </w:p>
    <w:p w14:paraId="4FD7B382" w14:textId="77777777" w:rsidR="006C30AD" w:rsidRDefault="00DF7DB8">
      <w:pPr>
        <w:spacing w:after="0"/>
      </w:pPr>
      <w:r>
        <w:rPr>
          <w:rFonts w:ascii="Arial" w:hAnsi="Arial"/>
          <w:b/>
        </w:rPr>
        <w:t xml:space="preserve">Lucy  </w:t>
      </w:r>
      <w:r>
        <w:rPr>
          <w:rFonts w:ascii="Arial" w:hAnsi="Arial"/>
          <w:color w:val="5D7284"/>
        </w:rPr>
        <w:t>00:41</w:t>
      </w:r>
    </w:p>
    <w:p w14:paraId="210E68BB" w14:textId="77777777" w:rsidR="006C30AD" w:rsidRDefault="00DF7DB8">
      <w:pPr>
        <w:spacing w:after="0"/>
      </w:pPr>
      <w:r>
        <w:rPr>
          <w:rFonts w:ascii="Arial" w:hAnsi="Arial"/>
        </w:rPr>
        <w:t>can everybody see a record?</w:t>
      </w:r>
    </w:p>
    <w:p w14:paraId="40D493FE" w14:textId="77777777" w:rsidR="006C30AD" w:rsidRDefault="006C30AD">
      <w:pPr>
        <w:spacing w:after="0"/>
      </w:pPr>
    </w:p>
    <w:p w14:paraId="363E4ABF" w14:textId="77777777" w:rsidR="006C30AD" w:rsidRDefault="00DF7DB8">
      <w:pPr>
        <w:spacing w:after="0"/>
      </w:pPr>
      <w:r>
        <w:rPr>
          <w:rFonts w:ascii="Arial" w:hAnsi="Arial"/>
          <w:b/>
        </w:rPr>
        <w:t xml:space="preserve">Alice  </w:t>
      </w:r>
      <w:r>
        <w:rPr>
          <w:rFonts w:ascii="Arial" w:hAnsi="Arial"/>
          <w:color w:val="5D7284"/>
        </w:rPr>
        <w:t>00:44</w:t>
      </w:r>
    </w:p>
    <w:p w14:paraId="0EC64234" w14:textId="77777777" w:rsidR="006C30AD" w:rsidRDefault="00DF7DB8">
      <w:pPr>
        <w:spacing w:after="0"/>
      </w:pPr>
      <w:r>
        <w:rPr>
          <w:rFonts w:ascii="Arial" w:hAnsi="Arial"/>
        </w:rPr>
        <w:t>I can it says recording...</w:t>
      </w:r>
    </w:p>
    <w:p w14:paraId="66E67CEF" w14:textId="77777777" w:rsidR="006C30AD" w:rsidRDefault="006C30AD">
      <w:pPr>
        <w:spacing w:after="0"/>
      </w:pPr>
    </w:p>
    <w:p w14:paraId="3353D7EF" w14:textId="77777777" w:rsidR="006C30AD" w:rsidRDefault="00DF7DB8">
      <w:pPr>
        <w:spacing w:after="0"/>
      </w:pPr>
      <w:r>
        <w:rPr>
          <w:rFonts w:ascii="Arial" w:hAnsi="Arial"/>
          <w:b/>
        </w:rPr>
        <w:t xml:space="preserve">Lucy  </w:t>
      </w:r>
      <w:r>
        <w:rPr>
          <w:rFonts w:ascii="Arial" w:hAnsi="Arial"/>
          <w:color w:val="5D7284"/>
        </w:rPr>
        <w:t>00:46</w:t>
      </w:r>
    </w:p>
    <w:p w14:paraId="328FB003" w14:textId="77777777" w:rsidR="006C30AD" w:rsidRDefault="00DF7DB8">
      <w:pPr>
        <w:spacing w:after="0"/>
      </w:pPr>
      <w:r>
        <w:rPr>
          <w:rFonts w:ascii="Arial" w:hAnsi="Arial"/>
        </w:rPr>
        <w:t>Fabulous! Hello everybody and welcome to a brand new episode of the lABLEd podcast. I am Lucy. And this is my co host Alice</w:t>
      </w:r>
    </w:p>
    <w:p w14:paraId="4D6021CE" w14:textId="77777777" w:rsidR="006C30AD" w:rsidRDefault="006C30AD">
      <w:pPr>
        <w:spacing w:after="0"/>
      </w:pPr>
    </w:p>
    <w:p w14:paraId="7BFDB6F2" w14:textId="77777777" w:rsidR="006C30AD" w:rsidRDefault="00DF7DB8">
      <w:pPr>
        <w:spacing w:after="0"/>
      </w:pPr>
      <w:r>
        <w:rPr>
          <w:rFonts w:ascii="Arial" w:hAnsi="Arial"/>
          <w:b/>
        </w:rPr>
        <w:t xml:space="preserve">Alice  </w:t>
      </w:r>
      <w:r>
        <w:rPr>
          <w:rFonts w:ascii="Arial" w:hAnsi="Arial"/>
          <w:color w:val="5D7284"/>
        </w:rPr>
        <w:t>00:56</w:t>
      </w:r>
    </w:p>
    <w:p w14:paraId="4F605D52" w14:textId="77777777" w:rsidR="006C30AD" w:rsidRDefault="00DF7DB8">
      <w:pPr>
        <w:spacing w:after="0"/>
      </w:pPr>
      <w:r>
        <w:rPr>
          <w:rFonts w:ascii="Arial" w:hAnsi="Arial"/>
        </w:rPr>
        <w:t>Hi!</w:t>
      </w:r>
    </w:p>
    <w:p w14:paraId="3EE8F2EC" w14:textId="77777777" w:rsidR="006C30AD" w:rsidRDefault="006C30AD">
      <w:pPr>
        <w:spacing w:after="0"/>
      </w:pPr>
    </w:p>
    <w:p w14:paraId="09BC234D" w14:textId="77777777" w:rsidR="006C30AD" w:rsidRDefault="00DF7DB8">
      <w:pPr>
        <w:spacing w:after="0"/>
      </w:pPr>
      <w:r>
        <w:rPr>
          <w:rFonts w:ascii="Arial" w:hAnsi="Arial"/>
          <w:b/>
        </w:rPr>
        <w:t xml:space="preserve">Lucy  </w:t>
      </w:r>
      <w:r>
        <w:rPr>
          <w:rFonts w:ascii="Arial" w:hAnsi="Arial"/>
          <w:color w:val="5D7284"/>
        </w:rPr>
        <w:t>00:58</w:t>
      </w:r>
    </w:p>
    <w:p w14:paraId="11A2F31A" w14:textId="77777777" w:rsidR="006C30AD" w:rsidRDefault="00DF7DB8">
      <w:pPr>
        <w:spacing w:after="0"/>
      </w:pPr>
      <w:r>
        <w:rPr>
          <w:rFonts w:ascii="Arial" w:hAnsi="Arial"/>
        </w:rPr>
        <w:t>Hi. You all r</w:t>
      </w:r>
      <w:r>
        <w:rPr>
          <w:rFonts w:ascii="Arial" w:hAnsi="Arial"/>
        </w:rPr>
        <w:t>ight?</w:t>
      </w:r>
    </w:p>
    <w:p w14:paraId="3354F3C7" w14:textId="77777777" w:rsidR="006C30AD" w:rsidRDefault="006C30AD">
      <w:pPr>
        <w:spacing w:after="0"/>
      </w:pPr>
    </w:p>
    <w:p w14:paraId="5D18F022" w14:textId="77777777" w:rsidR="006C30AD" w:rsidRDefault="00DF7DB8">
      <w:pPr>
        <w:spacing w:after="0"/>
      </w:pPr>
      <w:r>
        <w:rPr>
          <w:rFonts w:ascii="Arial" w:hAnsi="Arial"/>
          <w:b/>
        </w:rPr>
        <w:t xml:space="preserve">Alice  </w:t>
      </w:r>
      <w:r>
        <w:rPr>
          <w:rFonts w:ascii="Arial" w:hAnsi="Arial"/>
          <w:color w:val="5D7284"/>
        </w:rPr>
        <w:t>01:00</w:t>
      </w:r>
    </w:p>
    <w:p w14:paraId="20C13633" w14:textId="77777777" w:rsidR="006C30AD" w:rsidRDefault="00DF7DB8">
      <w:pPr>
        <w:spacing w:after="0"/>
      </w:pPr>
      <w:r>
        <w:rPr>
          <w:rFonts w:ascii="Arial" w:hAnsi="Arial"/>
        </w:rPr>
        <w:t>Yes, yeah, I'm a bit flustered because I was like, Oh, I just just see if the dog will go to the toilet before I start recording for two hours and ignore her. And we went and stood in the back garden in the rain and she just looked at m</w:t>
      </w:r>
      <w:r>
        <w:rPr>
          <w:rFonts w:ascii="Arial" w:hAnsi="Arial"/>
        </w:rPr>
        <w:t>e and was like, "What the fuck are we doing here?"</w:t>
      </w:r>
    </w:p>
    <w:p w14:paraId="2F4900F2" w14:textId="77777777" w:rsidR="006C30AD" w:rsidRDefault="006C30AD">
      <w:pPr>
        <w:spacing w:after="0"/>
      </w:pPr>
    </w:p>
    <w:p w14:paraId="1EB60328" w14:textId="77777777" w:rsidR="006C30AD" w:rsidRDefault="00DF7DB8">
      <w:pPr>
        <w:spacing w:after="0"/>
      </w:pPr>
      <w:r>
        <w:rPr>
          <w:rFonts w:ascii="Arial" w:hAnsi="Arial"/>
          <w:b/>
        </w:rPr>
        <w:lastRenderedPageBreak/>
        <w:t xml:space="preserve">Lucy  </w:t>
      </w:r>
      <w:r>
        <w:rPr>
          <w:rFonts w:ascii="Arial" w:hAnsi="Arial"/>
          <w:color w:val="5D7284"/>
        </w:rPr>
        <w:t>01:17</w:t>
      </w:r>
    </w:p>
    <w:p w14:paraId="47A3D4B2" w14:textId="77777777" w:rsidR="006C30AD" w:rsidRDefault="00DF7DB8">
      <w:pPr>
        <w:spacing w:after="0"/>
      </w:pPr>
      <w:r>
        <w:rPr>
          <w:rFonts w:ascii="Arial" w:hAnsi="Arial"/>
        </w:rPr>
        <w:t>Why have you left me in the rain?</w:t>
      </w:r>
    </w:p>
    <w:p w14:paraId="73238F39" w14:textId="77777777" w:rsidR="006C30AD" w:rsidRDefault="006C30AD">
      <w:pPr>
        <w:spacing w:after="0"/>
      </w:pPr>
    </w:p>
    <w:p w14:paraId="363A6063" w14:textId="77777777" w:rsidR="006C30AD" w:rsidRDefault="00DF7DB8">
      <w:pPr>
        <w:spacing w:after="0"/>
      </w:pPr>
      <w:r>
        <w:rPr>
          <w:rFonts w:ascii="Arial" w:hAnsi="Arial"/>
          <w:b/>
        </w:rPr>
        <w:t xml:space="preserve">Alice  </w:t>
      </w:r>
      <w:r>
        <w:rPr>
          <w:rFonts w:ascii="Arial" w:hAnsi="Arial"/>
          <w:color w:val="5D7284"/>
        </w:rPr>
        <w:t>01:20</w:t>
      </w:r>
    </w:p>
    <w:p w14:paraId="78909858" w14:textId="77777777" w:rsidR="006C30AD" w:rsidRDefault="00DF7DB8">
      <w:pPr>
        <w:spacing w:after="0"/>
      </w:pPr>
      <w:r>
        <w:rPr>
          <w:rFonts w:ascii="Arial" w:hAnsi="Arial"/>
        </w:rPr>
        <w:t xml:space="preserve">Yeah. in that in that like, I've never been here before in my entire life. I have no idea what you're expecting of me. The instructions you're giving are in a foreign language. I was asleep. What do you what could you possibly want from me? </w:t>
      </w:r>
    </w:p>
    <w:p w14:paraId="5E3154C3" w14:textId="77777777" w:rsidR="006C30AD" w:rsidRDefault="006C30AD">
      <w:pPr>
        <w:spacing w:after="0"/>
      </w:pPr>
    </w:p>
    <w:p w14:paraId="258DB327" w14:textId="77777777" w:rsidR="006C30AD" w:rsidRDefault="00DF7DB8">
      <w:pPr>
        <w:spacing w:after="0"/>
      </w:pPr>
      <w:r>
        <w:rPr>
          <w:rFonts w:ascii="Arial" w:hAnsi="Arial"/>
          <w:b/>
        </w:rPr>
        <w:t xml:space="preserve">Lucy  </w:t>
      </w:r>
      <w:r>
        <w:rPr>
          <w:rFonts w:ascii="Arial" w:hAnsi="Arial"/>
          <w:color w:val="5D7284"/>
        </w:rPr>
        <w:t>01:34</w:t>
      </w:r>
    </w:p>
    <w:p w14:paraId="481EB1BD" w14:textId="77777777" w:rsidR="006C30AD" w:rsidRDefault="00DF7DB8">
      <w:pPr>
        <w:spacing w:after="0"/>
      </w:pPr>
      <w:r>
        <w:rPr>
          <w:rFonts w:ascii="Arial" w:hAnsi="Arial"/>
        </w:rPr>
        <w:t>Y</w:t>
      </w:r>
      <w:r>
        <w:rPr>
          <w:rFonts w:ascii="Arial" w:hAnsi="Arial"/>
        </w:rPr>
        <w:t>eah I mean, I'm no good. When you wake me up first thing in the morning. And you're you're asking me questions. So God knows what it's like for a dog</w:t>
      </w:r>
    </w:p>
    <w:p w14:paraId="5C957FF1" w14:textId="77777777" w:rsidR="006C30AD" w:rsidRDefault="006C30AD">
      <w:pPr>
        <w:spacing w:after="0"/>
      </w:pPr>
    </w:p>
    <w:p w14:paraId="6E5A2A0C" w14:textId="77777777" w:rsidR="006C30AD" w:rsidRDefault="00DF7DB8">
      <w:pPr>
        <w:spacing w:after="0"/>
      </w:pPr>
      <w:r>
        <w:rPr>
          <w:rFonts w:ascii="Arial" w:hAnsi="Arial"/>
          <w:b/>
        </w:rPr>
        <w:t xml:space="preserve">Alice  </w:t>
      </w:r>
      <w:r>
        <w:rPr>
          <w:rFonts w:ascii="Arial" w:hAnsi="Arial"/>
          <w:color w:val="5D7284"/>
        </w:rPr>
        <w:t>01:42</w:t>
      </w:r>
    </w:p>
    <w:p w14:paraId="140C04F9" w14:textId="77777777" w:rsidR="006C30AD" w:rsidRDefault="00DF7DB8">
      <w:pPr>
        <w:spacing w:after="0"/>
      </w:pPr>
      <w:r>
        <w:rPr>
          <w:rFonts w:ascii="Arial" w:hAnsi="Arial"/>
        </w:rPr>
        <w:t xml:space="preserve">it's har - First of all, hardly first thing in the morning. It's fucking quarter past one </w:t>
      </w:r>
      <w:r>
        <w:rPr>
          <w:rFonts w:ascii="Arial" w:hAnsi="Arial"/>
        </w:rPr>
        <w:t>in the afternoon.</w:t>
      </w:r>
    </w:p>
    <w:p w14:paraId="2C278C9D" w14:textId="77777777" w:rsidR="006C30AD" w:rsidRDefault="006C30AD">
      <w:pPr>
        <w:spacing w:after="0"/>
      </w:pPr>
    </w:p>
    <w:p w14:paraId="044A39CE" w14:textId="77777777" w:rsidR="006C30AD" w:rsidRDefault="00DF7DB8">
      <w:pPr>
        <w:spacing w:after="0"/>
      </w:pPr>
      <w:r>
        <w:rPr>
          <w:rFonts w:ascii="Arial" w:hAnsi="Arial"/>
          <w:b/>
        </w:rPr>
        <w:t xml:space="preserve">Lucy  </w:t>
      </w:r>
      <w:r>
        <w:rPr>
          <w:rFonts w:ascii="Arial" w:hAnsi="Arial"/>
          <w:color w:val="5D7284"/>
        </w:rPr>
        <w:t>01:46</w:t>
      </w:r>
    </w:p>
    <w:p w14:paraId="2E98545A" w14:textId="77777777" w:rsidR="006C30AD" w:rsidRDefault="00DF7DB8">
      <w:pPr>
        <w:spacing w:after="0"/>
      </w:pPr>
      <w:r>
        <w:rPr>
          <w:rFonts w:ascii="Arial" w:hAnsi="Arial"/>
        </w:rPr>
        <w:t>Yeah but it is for a dog though, isn't it Really?</w:t>
      </w:r>
    </w:p>
    <w:p w14:paraId="24E8C33C" w14:textId="77777777" w:rsidR="006C30AD" w:rsidRDefault="006C30AD">
      <w:pPr>
        <w:spacing w:after="0"/>
      </w:pPr>
    </w:p>
    <w:p w14:paraId="109693AA" w14:textId="77777777" w:rsidR="006C30AD" w:rsidRDefault="00DF7DB8">
      <w:pPr>
        <w:spacing w:after="0"/>
      </w:pPr>
      <w:r>
        <w:rPr>
          <w:rFonts w:ascii="Arial" w:hAnsi="Arial"/>
          <w:b/>
        </w:rPr>
        <w:t xml:space="preserve">Alice  </w:t>
      </w:r>
      <w:r>
        <w:rPr>
          <w:rFonts w:ascii="Arial" w:hAnsi="Arial"/>
          <w:color w:val="5D7284"/>
        </w:rPr>
        <w:t>01:48</w:t>
      </w:r>
    </w:p>
    <w:p w14:paraId="7BABA371" w14:textId="77777777" w:rsidR="006C30AD" w:rsidRDefault="00DF7DB8">
      <w:pPr>
        <w:spacing w:after="0"/>
      </w:pPr>
      <w:r>
        <w:rPr>
          <w:rFonts w:ascii="Arial" w:hAnsi="Arial"/>
        </w:rPr>
        <w:t>She's been up about four times like she's been up and she's had some breakfast. And then she came and stuck her nose in my face. And then she had some of her squ</w:t>
      </w:r>
      <w:r>
        <w:rPr>
          <w:rFonts w:ascii="Arial" w:hAnsi="Arial"/>
        </w:rPr>
        <w:t xml:space="preserve">eaky donkey. </w:t>
      </w:r>
    </w:p>
    <w:p w14:paraId="02AA1938" w14:textId="77777777" w:rsidR="006C30AD" w:rsidRDefault="006C30AD">
      <w:pPr>
        <w:spacing w:after="0"/>
      </w:pPr>
    </w:p>
    <w:p w14:paraId="529633DD" w14:textId="77777777" w:rsidR="006C30AD" w:rsidRDefault="00DF7DB8">
      <w:pPr>
        <w:spacing w:after="0"/>
      </w:pPr>
      <w:r>
        <w:rPr>
          <w:rFonts w:ascii="Arial" w:hAnsi="Arial"/>
          <w:b/>
        </w:rPr>
        <w:t xml:space="preserve">Lucy  </w:t>
      </w:r>
      <w:r>
        <w:rPr>
          <w:rFonts w:ascii="Arial" w:hAnsi="Arial"/>
          <w:color w:val="5D7284"/>
        </w:rPr>
        <w:t>01:58</w:t>
      </w:r>
    </w:p>
    <w:p w14:paraId="675079CE" w14:textId="77777777" w:rsidR="006C30AD" w:rsidRDefault="00DF7DB8">
      <w:pPr>
        <w:spacing w:after="0"/>
      </w:pPr>
      <w:r>
        <w:rPr>
          <w:rFonts w:ascii="Arial" w:hAnsi="Arial"/>
        </w:rPr>
        <w:t xml:space="preserve">General dog admin. </w:t>
      </w:r>
    </w:p>
    <w:p w14:paraId="155DC07C" w14:textId="77777777" w:rsidR="006C30AD" w:rsidRDefault="006C30AD">
      <w:pPr>
        <w:spacing w:after="0"/>
      </w:pPr>
    </w:p>
    <w:p w14:paraId="48AE170F" w14:textId="77777777" w:rsidR="006C30AD" w:rsidRDefault="00DF7DB8">
      <w:pPr>
        <w:spacing w:after="0"/>
      </w:pPr>
      <w:r>
        <w:rPr>
          <w:rFonts w:ascii="Arial" w:hAnsi="Arial"/>
          <w:b/>
        </w:rPr>
        <w:t xml:space="preserve">Alice  </w:t>
      </w:r>
      <w:r>
        <w:rPr>
          <w:rFonts w:ascii="Arial" w:hAnsi="Arial"/>
          <w:color w:val="5D7284"/>
        </w:rPr>
        <w:t>02:00</w:t>
      </w:r>
    </w:p>
    <w:p w14:paraId="59B77543" w14:textId="77777777" w:rsidR="006C30AD" w:rsidRDefault="00DF7DB8">
      <w:pPr>
        <w:spacing w:after="0"/>
      </w:pPr>
      <w:r>
        <w:rPr>
          <w:rFonts w:ascii="Arial" w:hAnsi="Arial"/>
        </w:rPr>
        <w:t xml:space="preserve">Yeah, exactly. She's been working through her to do list. We've got a bit of a special is not really a special episode. It's gonna be a special episode for this first one. But then it's going to </w:t>
      </w:r>
      <w:r>
        <w:rPr>
          <w:rFonts w:ascii="Arial" w:hAnsi="Arial"/>
        </w:rPr>
        <w:t xml:space="preserve">be like super run of the mill but and you'll be as bored of our guests as you are of us by by the end of all of this. </w:t>
      </w:r>
    </w:p>
    <w:p w14:paraId="6E1A6ADF" w14:textId="77777777" w:rsidR="006C30AD" w:rsidRDefault="006C30AD">
      <w:pPr>
        <w:spacing w:after="0"/>
      </w:pPr>
    </w:p>
    <w:p w14:paraId="0682DD8F" w14:textId="77777777" w:rsidR="006C30AD" w:rsidRDefault="00DF7DB8">
      <w:pPr>
        <w:spacing w:after="0"/>
      </w:pPr>
      <w:r>
        <w:rPr>
          <w:rFonts w:ascii="Arial" w:hAnsi="Arial"/>
          <w:b/>
        </w:rPr>
        <w:t xml:space="preserve">Lucy  </w:t>
      </w:r>
      <w:r>
        <w:rPr>
          <w:rFonts w:ascii="Arial" w:hAnsi="Arial"/>
          <w:color w:val="5D7284"/>
        </w:rPr>
        <w:t>02:18</w:t>
      </w:r>
    </w:p>
    <w:p w14:paraId="657A63D4" w14:textId="77777777" w:rsidR="006C30AD" w:rsidRDefault="00DF7DB8">
      <w:pPr>
        <w:spacing w:after="0"/>
      </w:pPr>
      <w:r>
        <w:rPr>
          <w:rFonts w:ascii="Arial" w:hAnsi="Arial"/>
        </w:rPr>
        <w:t>Yes, we are introducing a new member of the team to this episode aren't we today.</w:t>
      </w:r>
    </w:p>
    <w:p w14:paraId="2354B4A7" w14:textId="77777777" w:rsidR="006C30AD" w:rsidRDefault="006C30AD">
      <w:pPr>
        <w:spacing w:after="0"/>
      </w:pPr>
    </w:p>
    <w:p w14:paraId="03A32F15" w14:textId="77777777" w:rsidR="006C30AD" w:rsidRDefault="00DF7DB8">
      <w:pPr>
        <w:spacing w:after="0"/>
      </w:pPr>
      <w:r>
        <w:rPr>
          <w:rFonts w:ascii="Arial" w:hAnsi="Arial"/>
          <w:b/>
        </w:rPr>
        <w:t xml:space="preserve">Alice  </w:t>
      </w:r>
      <w:r>
        <w:rPr>
          <w:rFonts w:ascii="Arial" w:hAnsi="Arial"/>
          <w:color w:val="5D7284"/>
        </w:rPr>
        <w:t>02:25</w:t>
      </w:r>
    </w:p>
    <w:p w14:paraId="2651E5E3" w14:textId="77777777" w:rsidR="006C30AD" w:rsidRDefault="00DF7DB8">
      <w:pPr>
        <w:spacing w:after="0"/>
      </w:pPr>
      <w:r>
        <w:rPr>
          <w:rFonts w:ascii="Arial" w:hAnsi="Arial"/>
        </w:rPr>
        <w:t>Yeah, it's really exciting</w:t>
      </w:r>
    </w:p>
    <w:p w14:paraId="2EED0437" w14:textId="77777777" w:rsidR="006C30AD" w:rsidRDefault="006C30AD">
      <w:pPr>
        <w:spacing w:after="0"/>
      </w:pPr>
    </w:p>
    <w:p w14:paraId="55C78826" w14:textId="77777777" w:rsidR="006C30AD" w:rsidRDefault="00DF7DB8">
      <w:pPr>
        <w:spacing w:after="0"/>
      </w:pPr>
      <w:r>
        <w:rPr>
          <w:rFonts w:ascii="Arial" w:hAnsi="Arial"/>
          <w:b/>
        </w:rPr>
        <w:t xml:space="preserve">Lucy  </w:t>
      </w:r>
      <w:r>
        <w:rPr>
          <w:rFonts w:ascii="Arial" w:hAnsi="Arial"/>
          <w:color w:val="5D7284"/>
        </w:rPr>
        <w:t>02:27</w:t>
      </w:r>
    </w:p>
    <w:p w14:paraId="62BEEF4C" w14:textId="77777777" w:rsidR="006C30AD" w:rsidRDefault="00DF7DB8">
      <w:pPr>
        <w:spacing w:after="0"/>
      </w:pPr>
      <w:r>
        <w:rPr>
          <w:rFonts w:ascii="Arial" w:hAnsi="Arial"/>
        </w:rPr>
        <w:t>Yeah, we're not getting too big for our boots at all. But we'd like to introduce the listeners to Daisy, Daisy is going to be our resident historian. For now we're calling it... what are we calling in these episodes?</w:t>
      </w:r>
    </w:p>
    <w:p w14:paraId="51EF1A1D" w14:textId="77777777" w:rsidR="006C30AD" w:rsidRDefault="006C30AD">
      <w:pPr>
        <w:spacing w:after="0"/>
      </w:pPr>
    </w:p>
    <w:p w14:paraId="5CC9ACC4" w14:textId="77777777" w:rsidR="006C30AD" w:rsidRDefault="00DF7DB8">
      <w:pPr>
        <w:spacing w:after="0"/>
      </w:pPr>
      <w:r>
        <w:rPr>
          <w:rFonts w:ascii="Arial" w:hAnsi="Arial"/>
          <w:b/>
        </w:rPr>
        <w:t xml:space="preserve">Alice  </w:t>
      </w:r>
      <w:r>
        <w:rPr>
          <w:rFonts w:ascii="Arial" w:hAnsi="Arial"/>
          <w:color w:val="5D7284"/>
        </w:rPr>
        <w:t>02:43</w:t>
      </w:r>
    </w:p>
    <w:p w14:paraId="3FF5BA10" w14:textId="77777777" w:rsidR="006C30AD" w:rsidRDefault="00DF7DB8">
      <w:pPr>
        <w:spacing w:after="0"/>
      </w:pPr>
      <w:r>
        <w:rPr>
          <w:rFonts w:ascii="Arial" w:hAnsi="Arial"/>
        </w:rPr>
        <w:t>I've got them</w:t>
      </w:r>
      <w:r>
        <w:rPr>
          <w:rFonts w:ascii="Arial" w:hAnsi="Arial"/>
        </w:rPr>
        <w:t xml:space="preserve"> on our fancy podcast spreadsheet as history lessons, because I thought that was kind of cute.</w:t>
      </w:r>
    </w:p>
    <w:p w14:paraId="50EFD001" w14:textId="77777777" w:rsidR="006C30AD" w:rsidRDefault="006C30AD">
      <w:pPr>
        <w:spacing w:after="0"/>
      </w:pPr>
    </w:p>
    <w:p w14:paraId="1B0B8830" w14:textId="77777777" w:rsidR="006C30AD" w:rsidRDefault="00DF7DB8">
      <w:pPr>
        <w:spacing w:after="0"/>
      </w:pPr>
      <w:r>
        <w:rPr>
          <w:rFonts w:ascii="Arial" w:hAnsi="Arial"/>
          <w:b/>
        </w:rPr>
        <w:t xml:space="preserve">Lucy  </w:t>
      </w:r>
      <w:r>
        <w:rPr>
          <w:rFonts w:ascii="Arial" w:hAnsi="Arial"/>
          <w:color w:val="5D7284"/>
        </w:rPr>
        <w:t>02:49</w:t>
      </w:r>
    </w:p>
    <w:p w14:paraId="24745A67" w14:textId="77777777" w:rsidR="006C30AD" w:rsidRDefault="00DF7DB8">
      <w:pPr>
        <w:spacing w:after="0"/>
      </w:pPr>
      <w:r>
        <w:rPr>
          <w:rFonts w:ascii="Arial" w:hAnsi="Arial"/>
        </w:rPr>
        <w:t>History lessons. Yeah. So me and Alice are big fans of history. And we will be doing the odd episode where we focus on people from history who eithe</w:t>
      </w:r>
      <w:r>
        <w:rPr>
          <w:rFonts w:ascii="Arial" w:hAnsi="Arial"/>
        </w:rPr>
        <w:t>r you know how to disability or perhaps people that you don't realise had disability. So we'll be diving into a few of these profiles of these historical people from history.</w:t>
      </w:r>
    </w:p>
    <w:p w14:paraId="1EBCE767" w14:textId="77777777" w:rsidR="006C30AD" w:rsidRDefault="006C30AD">
      <w:pPr>
        <w:spacing w:after="0"/>
      </w:pPr>
    </w:p>
    <w:p w14:paraId="500626EB" w14:textId="77777777" w:rsidR="006C30AD" w:rsidRDefault="00DF7DB8">
      <w:pPr>
        <w:spacing w:after="0"/>
      </w:pPr>
      <w:r>
        <w:rPr>
          <w:rFonts w:ascii="Arial" w:hAnsi="Arial"/>
          <w:b/>
        </w:rPr>
        <w:t xml:space="preserve">Alice  </w:t>
      </w:r>
      <w:r>
        <w:rPr>
          <w:rFonts w:ascii="Arial" w:hAnsi="Arial"/>
          <w:color w:val="5D7284"/>
        </w:rPr>
        <w:t>03:12</w:t>
      </w:r>
    </w:p>
    <w:p w14:paraId="170FF0AC" w14:textId="77777777" w:rsidR="006C30AD" w:rsidRDefault="00DF7DB8">
      <w:pPr>
        <w:spacing w:after="0"/>
      </w:pPr>
      <w:r>
        <w:rPr>
          <w:rFonts w:ascii="Arial" w:hAnsi="Arial"/>
        </w:rPr>
        <w:t xml:space="preserve">Can I just say fans of history and make sounds like like we're in </w:t>
      </w:r>
      <w:r>
        <w:rPr>
          <w:rFonts w:ascii="Arial" w:hAnsi="Arial"/>
        </w:rPr>
        <w:t>a football stadium? We're like Yay history!</w:t>
      </w:r>
    </w:p>
    <w:p w14:paraId="5990AE28" w14:textId="77777777" w:rsidR="006C30AD" w:rsidRDefault="006C30AD">
      <w:pPr>
        <w:spacing w:after="0"/>
      </w:pPr>
    </w:p>
    <w:p w14:paraId="1E760CCD" w14:textId="77777777" w:rsidR="006C30AD" w:rsidRDefault="00DF7DB8">
      <w:pPr>
        <w:spacing w:after="0"/>
      </w:pPr>
      <w:r>
        <w:rPr>
          <w:rFonts w:ascii="Arial" w:hAnsi="Arial"/>
          <w:b/>
        </w:rPr>
        <w:t xml:space="preserve">Daisy  </w:t>
      </w:r>
      <w:r>
        <w:rPr>
          <w:rFonts w:ascii="Arial" w:hAnsi="Arial"/>
          <w:color w:val="5D7284"/>
        </w:rPr>
        <w:t>03:21</w:t>
      </w:r>
    </w:p>
    <w:p w14:paraId="31D5C6E7" w14:textId="77777777" w:rsidR="006C30AD" w:rsidRDefault="00DF7DB8">
      <w:pPr>
        <w:spacing w:after="0"/>
      </w:pPr>
      <w:r>
        <w:rPr>
          <w:rFonts w:ascii="Arial" w:hAnsi="Arial"/>
        </w:rPr>
        <w:t xml:space="preserve">To be fair, That's what I'm like when I put channel five documentary on. If I'm honest! Daisy's looking at me like "Yeah I agree." Back me up here Daisy. Oh, yeah, absolutely. </w:t>
      </w:r>
    </w:p>
    <w:p w14:paraId="713C48C2" w14:textId="77777777" w:rsidR="006C30AD" w:rsidRDefault="006C30AD">
      <w:pPr>
        <w:spacing w:after="0"/>
      </w:pPr>
    </w:p>
    <w:p w14:paraId="30C02733" w14:textId="77777777" w:rsidR="006C30AD" w:rsidRDefault="00DF7DB8">
      <w:pPr>
        <w:spacing w:after="0"/>
      </w:pPr>
      <w:r>
        <w:rPr>
          <w:rFonts w:ascii="Arial" w:hAnsi="Arial"/>
          <w:b/>
        </w:rPr>
        <w:t xml:space="preserve">Lucy  </w:t>
      </w:r>
      <w:r>
        <w:rPr>
          <w:rFonts w:ascii="Arial" w:hAnsi="Arial"/>
          <w:color w:val="5D7284"/>
        </w:rPr>
        <w:t>03:35</w:t>
      </w:r>
    </w:p>
    <w:p w14:paraId="56AC9895" w14:textId="77777777" w:rsidR="006C30AD" w:rsidRDefault="00DF7DB8">
      <w:pPr>
        <w:spacing w:after="0"/>
      </w:pPr>
      <w:r>
        <w:rPr>
          <w:rFonts w:ascii="Arial" w:hAnsi="Arial"/>
        </w:rPr>
        <w:t>No, I um</w:t>
      </w:r>
      <w:r>
        <w:rPr>
          <w:rFonts w:ascii="Arial" w:hAnsi="Arial"/>
        </w:rPr>
        <w:t xml:space="preserve">. I quite like history. </w:t>
      </w:r>
    </w:p>
    <w:p w14:paraId="366669CA" w14:textId="77777777" w:rsidR="006C30AD" w:rsidRDefault="006C30AD">
      <w:pPr>
        <w:spacing w:after="0"/>
      </w:pPr>
    </w:p>
    <w:p w14:paraId="11F5462C" w14:textId="77777777" w:rsidR="006C30AD" w:rsidRDefault="00DF7DB8">
      <w:pPr>
        <w:spacing w:after="0"/>
      </w:pPr>
      <w:r>
        <w:rPr>
          <w:rFonts w:ascii="Arial" w:hAnsi="Arial"/>
          <w:b/>
        </w:rPr>
        <w:t xml:space="preserve">Alice  </w:t>
      </w:r>
      <w:r>
        <w:rPr>
          <w:rFonts w:ascii="Arial" w:hAnsi="Arial"/>
          <w:color w:val="5D7284"/>
        </w:rPr>
        <w:t>03:38</w:t>
      </w:r>
    </w:p>
    <w:p w14:paraId="0991CD05" w14:textId="77777777" w:rsidR="006C30AD" w:rsidRDefault="00DF7DB8">
      <w:pPr>
        <w:spacing w:after="0"/>
      </w:pPr>
      <w:r>
        <w:rPr>
          <w:rFonts w:ascii="Arial" w:hAnsi="Arial"/>
        </w:rPr>
        <w:t>No, yeah. I quite like history. It's just, you know, um, I don't know what our team colours would be for history. And, like, would we would we have serious rivalry with geography fans?</w:t>
      </w:r>
    </w:p>
    <w:p w14:paraId="3972F3C9" w14:textId="77777777" w:rsidR="006C30AD" w:rsidRDefault="006C30AD">
      <w:pPr>
        <w:spacing w:after="0"/>
      </w:pPr>
    </w:p>
    <w:p w14:paraId="09FF3DFD" w14:textId="77777777" w:rsidR="006C30AD" w:rsidRDefault="00DF7DB8">
      <w:pPr>
        <w:spacing w:after="0"/>
      </w:pPr>
      <w:r>
        <w:rPr>
          <w:rFonts w:ascii="Arial" w:hAnsi="Arial"/>
          <w:b/>
        </w:rPr>
        <w:t xml:space="preserve">Daisy  </w:t>
      </w:r>
      <w:r>
        <w:rPr>
          <w:rFonts w:ascii="Arial" w:hAnsi="Arial"/>
          <w:color w:val="5D7284"/>
        </w:rPr>
        <w:t>03:50</w:t>
      </w:r>
    </w:p>
    <w:p w14:paraId="1FF9CFD4" w14:textId="77777777" w:rsidR="006C30AD" w:rsidRDefault="00DF7DB8">
      <w:pPr>
        <w:spacing w:after="0"/>
      </w:pPr>
      <w:r>
        <w:rPr>
          <w:rFonts w:ascii="Arial" w:hAnsi="Arial"/>
        </w:rPr>
        <w:t>Oh I don't know. D</w:t>
      </w:r>
      <w:r>
        <w:rPr>
          <w:rFonts w:ascii="Arial" w:hAnsi="Arial"/>
        </w:rPr>
        <w:t>aisy do you know any georgraphy fans? Yeah see, that that rivalry between history and geography that existed at school, and then also transfers into university as well. I spent my entire degree you know, mocking my friends who did geography for doing a deg</w:t>
      </w:r>
      <w:r>
        <w:rPr>
          <w:rFonts w:ascii="Arial" w:hAnsi="Arial"/>
        </w:rPr>
        <w:t>ree in colouring in. Brilliant. No, so Daisy's gonna bring her expertise to our waffle. And basically say what are you talking about? That's absolute rubbish. Where did you get that from? And maybe point us in the right direction.</w:t>
      </w:r>
    </w:p>
    <w:p w14:paraId="4DA6C557" w14:textId="77777777" w:rsidR="006C30AD" w:rsidRDefault="006C30AD">
      <w:pPr>
        <w:spacing w:after="0"/>
      </w:pPr>
    </w:p>
    <w:p w14:paraId="11ED85D5" w14:textId="77777777" w:rsidR="006C30AD" w:rsidRDefault="00DF7DB8">
      <w:pPr>
        <w:spacing w:after="0"/>
      </w:pPr>
      <w:r>
        <w:rPr>
          <w:rFonts w:ascii="Arial" w:hAnsi="Arial"/>
          <w:b/>
        </w:rPr>
        <w:t xml:space="preserve">Alice  </w:t>
      </w:r>
      <w:r>
        <w:rPr>
          <w:rFonts w:ascii="Arial" w:hAnsi="Arial"/>
          <w:color w:val="5D7284"/>
        </w:rPr>
        <w:t>04:29</w:t>
      </w:r>
    </w:p>
    <w:p w14:paraId="6033ED15" w14:textId="77777777" w:rsidR="006C30AD" w:rsidRDefault="00DF7DB8">
      <w:pPr>
        <w:spacing w:after="0"/>
      </w:pPr>
      <w:r>
        <w:rPr>
          <w:rFonts w:ascii="Arial" w:hAnsi="Arial"/>
        </w:rPr>
        <w:t xml:space="preserve">So </w:t>
      </w:r>
      <w:r>
        <w:rPr>
          <w:rFonts w:ascii="Arial" w:hAnsi="Arial"/>
        </w:rPr>
        <w:t>Daisy, do you want to sort of start a little bit, why don't you just tell us about where you got your expertise from? You're obviously an academic.</w:t>
      </w:r>
    </w:p>
    <w:p w14:paraId="431B1B04" w14:textId="77777777" w:rsidR="006C30AD" w:rsidRDefault="006C30AD">
      <w:pPr>
        <w:spacing w:after="0"/>
      </w:pPr>
    </w:p>
    <w:p w14:paraId="01E840DF" w14:textId="77777777" w:rsidR="006C30AD" w:rsidRDefault="00DF7DB8">
      <w:pPr>
        <w:spacing w:after="0"/>
      </w:pPr>
      <w:r>
        <w:rPr>
          <w:rFonts w:ascii="Arial" w:hAnsi="Arial"/>
          <w:b/>
        </w:rPr>
        <w:t xml:space="preserve">Daisy  </w:t>
      </w:r>
      <w:r>
        <w:rPr>
          <w:rFonts w:ascii="Arial" w:hAnsi="Arial"/>
          <w:color w:val="5D7284"/>
        </w:rPr>
        <w:t>04:37</w:t>
      </w:r>
    </w:p>
    <w:p w14:paraId="460D6B60" w14:textId="77777777" w:rsidR="006C30AD" w:rsidRDefault="00DF7DB8">
      <w:pPr>
        <w:spacing w:after="0"/>
      </w:pPr>
      <w:r>
        <w:rPr>
          <w:rFonts w:ascii="Arial" w:hAnsi="Arial"/>
        </w:rPr>
        <w:t>Yeah you see having to explain where I got my expertise from makes me think in my head Yeah, y</w:t>
      </w:r>
      <w:r>
        <w:rPr>
          <w:rFonts w:ascii="Arial" w:hAnsi="Arial"/>
        </w:rPr>
        <w:t>ou don't really have any</w:t>
      </w:r>
    </w:p>
    <w:p w14:paraId="0BDD1CD8" w14:textId="77777777" w:rsidR="006C30AD" w:rsidRDefault="006C30AD">
      <w:pPr>
        <w:spacing w:after="0"/>
      </w:pPr>
    </w:p>
    <w:p w14:paraId="3CA84237" w14:textId="77777777" w:rsidR="006C30AD" w:rsidRDefault="00DF7DB8">
      <w:pPr>
        <w:spacing w:after="0"/>
      </w:pPr>
      <w:r>
        <w:rPr>
          <w:rFonts w:ascii="Arial" w:hAnsi="Arial"/>
          <w:b/>
        </w:rPr>
        <w:t xml:space="preserve">Lucy  </w:t>
      </w:r>
      <w:r>
        <w:rPr>
          <w:rFonts w:ascii="Arial" w:hAnsi="Arial"/>
          <w:color w:val="5D7284"/>
        </w:rPr>
        <w:t>04:44</w:t>
      </w:r>
    </w:p>
    <w:p w14:paraId="1E011737" w14:textId="77777777" w:rsidR="006C30AD" w:rsidRDefault="00DF7DB8">
      <w:pPr>
        <w:spacing w:after="0"/>
      </w:pPr>
      <w:r>
        <w:rPr>
          <w:rFonts w:ascii="Arial" w:hAnsi="Arial"/>
        </w:rPr>
        <w:t xml:space="preserve">imposter syndrome. </w:t>
      </w:r>
    </w:p>
    <w:p w14:paraId="2AE46DA7" w14:textId="77777777" w:rsidR="006C30AD" w:rsidRDefault="006C30AD">
      <w:pPr>
        <w:spacing w:after="0"/>
      </w:pPr>
    </w:p>
    <w:p w14:paraId="184F5CE3" w14:textId="77777777" w:rsidR="006C30AD" w:rsidRDefault="00DF7DB8">
      <w:pPr>
        <w:spacing w:after="0"/>
      </w:pPr>
      <w:r>
        <w:rPr>
          <w:rFonts w:ascii="Arial" w:hAnsi="Arial"/>
          <w:b/>
        </w:rPr>
        <w:t xml:space="preserve">Daisy  </w:t>
      </w:r>
      <w:r>
        <w:rPr>
          <w:rFonts w:ascii="Arial" w:hAnsi="Arial"/>
          <w:color w:val="5D7284"/>
        </w:rPr>
        <w:t>04:46</w:t>
      </w:r>
    </w:p>
    <w:p w14:paraId="37AB334D" w14:textId="77777777" w:rsidR="006C30AD" w:rsidRDefault="00DF7DB8">
      <w:pPr>
        <w:spacing w:after="0"/>
      </w:pPr>
      <w:r>
        <w:rPr>
          <w:rFonts w:ascii="Arial" w:hAnsi="Arial"/>
        </w:rPr>
        <w:t>Basically, Yeah</w:t>
      </w:r>
    </w:p>
    <w:p w14:paraId="3DDBEBB6" w14:textId="77777777" w:rsidR="006C30AD" w:rsidRDefault="006C30AD">
      <w:pPr>
        <w:spacing w:after="0"/>
      </w:pPr>
    </w:p>
    <w:p w14:paraId="38EE7DAF" w14:textId="77777777" w:rsidR="006C30AD" w:rsidRDefault="00DF7DB8">
      <w:pPr>
        <w:spacing w:after="0"/>
      </w:pPr>
      <w:r>
        <w:rPr>
          <w:rFonts w:ascii="Arial" w:hAnsi="Arial"/>
          <w:b/>
        </w:rPr>
        <w:t xml:space="preserve">Alice  </w:t>
      </w:r>
      <w:r>
        <w:rPr>
          <w:rFonts w:ascii="Arial" w:hAnsi="Arial"/>
          <w:color w:val="5D7284"/>
        </w:rPr>
        <w:t>04:47</w:t>
      </w:r>
    </w:p>
    <w:p w14:paraId="305870E0" w14:textId="77777777" w:rsidR="006C30AD" w:rsidRDefault="00DF7DB8">
      <w:pPr>
        <w:spacing w:after="0"/>
      </w:pPr>
      <w:r>
        <w:rPr>
          <w:rFonts w:ascii="Arial" w:hAnsi="Arial"/>
        </w:rPr>
        <w:lastRenderedPageBreak/>
        <w:t>we are podcasters. I have put that in serious quotes. It's fine. You don't need any genuine expertise to be here</w:t>
      </w:r>
    </w:p>
    <w:p w14:paraId="4BEF1418" w14:textId="77777777" w:rsidR="006C30AD" w:rsidRDefault="006C30AD">
      <w:pPr>
        <w:spacing w:after="0"/>
      </w:pPr>
    </w:p>
    <w:p w14:paraId="2DE2CAF1" w14:textId="77777777" w:rsidR="006C30AD" w:rsidRDefault="00DF7DB8">
      <w:pPr>
        <w:spacing w:after="0"/>
      </w:pPr>
      <w:r>
        <w:rPr>
          <w:rFonts w:ascii="Arial" w:hAnsi="Arial"/>
          <w:b/>
        </w:rPr>
        <w:t xml:space="preserve">Daisy  </w:t>
      </w:r>
      <w:r>
        <w:rPr>
          <w:rFonts w:ascii="Arial" w:hAnsi="Arial"/>
          <w:color w:val="5D7284"/>
        </w:rPr>
        <w:t>04:57</w:t>
      </w:r>
    </w:p>
    <w:p w14:paraId="70903A71" w14:textId="77777777" w:rsidR="006C30AD" w:rsidRDefault="00DF7DB8">
      <w:pPr>
        <w:spacing w:after="0"/>
      </w:pPr>
      <w:r>
        <w:rPr>
          <w:rFonts w:ascii="Arial" w:hAnsi="Arial"/>
        </w:rPr>
        <w:t xml:space="preserve">We'll give you a </w:t>
      </w:r>
      <w:r>
        <w:rPr>
          <w:rFonts w:ascii="Arial" w:hAnsi="Arial"/>
        </w:rPr>
        <w:t>certificate and everything.if you want Daisy.</w:t>
      </w:r>
    </w:p>
    <w:p w14:paraId="681EF869" w14:textId="77777777" w:rsidR="006C30AD" w:rsidRDefault="006C30AD">
      <w:pPr>
        <w:spacing w:after="0"/>
      </w:pPr>
    </w:p>
    <w:p w14:paraId="072CBBA0" w14:textId="77777777" w:rsidR="006C30AD" w:rsidRDefault="00DF7DB8">
      <w:pPr>
        <w:spacing w:after="0"/>
      </w:pPr>
      <w:r>
        <w:rPr>
          <w:rFonts w:ascii="Arial" w:hAnsi="Arial"/>
          <w:b/>
        </w:rPr>
        <w:t xml:space="preserve">Alice  </w:t>
      </w:r>
      <w:r>
        <w:rPr>
          <w:rFonts w:ascii="Arial" w:hAnsi="Arial"/>
          <w:color w:val="5D7284"/>
        </w:rPr>
        <w:t>05:01</w:t>
      </w:r>
    </w:p>
    <w:p w14:paraId="5A2696AE" w14:textId="77777777" w:rsidR="006C30AD" w:rsidRDefault="00DF7DB8">
      <w:pPr>
        <w:spacing w:after="0"/>
      </w:pPr>
      <w:r>
        <w:rPr>
          <w:rFonts w:ascii="Arial" w:hAnsi="Arial"/>
        </w:rPr>
        <w:t>I'll draw something on the back of a post it. It'll be fine.</w:t>
      </w:r>
    </w:p>
    <w:p w14:paraId="156F7BD6" w14:textId="77777777" w:rsidR="006C30AD" w:rsidRDefault="006C30AD">
      <w:pPr>
        <w:spacing w:after="0"/>
      </w:pPr>
    </w:p>
    <w:p w14:paraId="70EE866C" w14:textId="77777777" w:rsidR="006C30AD" w:rsidRDefault="00DF7DB8">
      <w:pPr>
        <w:spacing w:after="0"/>
      </w:pPr>
      <w:r>
        <w:rPr>
          <w:rFonts w:ascii="Arial" w:hAnsi="Arial"/>
          <w:b/>
        </w:rPr>
        <w:t xml:space="preserve">Daisy  </w:t>
      </w:r>
      <w:r>
        <w:rPr>
          <w:rFonts w:ascii="Arial" w:hAnsi="Arial"/>
          <w:color w:val="5D7284"/>
        </w:rPr>
        <w:t>05:04</w:t>
      </w:r>
    </w:p>
    <w:p w14:paraId="09A7DA98" w14:textId="77777777" w:rsidR="006C30AD" w:rsidRDefault="00DF7DB8">
      <w:pPr>
        <w:spacing w:after="0"/>
      </w:pPr>
      <w:r>
        <w:rPr>
          <w:rFonts w:ascii="Arial" w:hAnsi="Arial"/>
        </w:rPr>
        <w:t>I must admit, I have previously, you know, entered competitions just so that I might be able to get a trophy or a medal o</w:t>
      </w:r>
      <w:r>
        <w:rPr>
          <w:rFonts w:ascii="Arial" w:hAnsi="Arial"/>
        </w:rPr>
        <w:t>r a certificate. But, yeah, so I did my degree in history. And there wasn't a massive amount of disability history around then. And but it was a very broad degree that I did in particular. So rather than a lot of places where it's just sort of the wars, an</w:t>
      </w:r>
      <w:r>
        <w:rPr>
          <w:rFonts w:ascii="Arial" w:hAnsi="Arial"/>
        </w:rPr>
        <w:t xml:space="preserve">d maybe some little bit of mediaeval here and there, we went all over the world all times of history. But as it's probably not a surprise to absolutely anyone, academia is not a particularly accessible place in general. I was really shocked by it, as well </w:t>
      </w:r>
      <w:r>
        <w:rPr>
          <w:rFonts w:ascii="Arial" w:hAnsi="Arial"/>
        </w:rPr>
        <w:t xml:space="preserve">as I dragged myself up the set of stairs that led to the disability department in my university. </w:t>
      </w:r>
    </w:p>
    <w:p w14:paraId="0779A85A" w14:textId="77777777" w:rsidR="006C30AD" w:rsidRDefault="006C30AD">
      <w:pPr>
        <w:spacing w:after="0"/>
      </w:pPr>
    </w:p>
    <w:p w14:paraId="613C41D6" w14:textId="77777777" w:rsidR="006C30AD" w:rsidRDefault="00DF7DB8">
      <w:pPr>
        <w:spacing w:after="0"/>
      </w:pPr>
      <w:r>
        <w:rPr>
          <w:rFonts w:ascii="Arial" w:hAnsi="Arial"/>
          <w:b/>
        </w:rPr>
        <w:t xml:space="preserve">Lucy  </w:t>
      </w:r>
      <w:r>
        <w:rPr>
          <w:rFonts w:ascii="Arial" w:hAnsi="Arial"/>
          <w:color w:val="5D7284"/>
        </w:rPr>
        <w:t>06:04</w:t>
      </w:r>
    </w:p>
    <w:p w14:paraId="5FB690F9" w14:textId="77777777" w:rsidR="006C30AD" w:rsidRDefault="00DF7DB8">
      <w:pPr>
        <w:spacing w:after="0"/>
      </w:pPr>
      <w:r>
        <w:rPr>
          <w:rFonts w:ascii="Arial" w:hAnsi="Arial"/>
        </w:rPr>
        <w:t>Honestly.</w:t>
      </w:r>
    </w:p>
    <w:p w14:paraId="79E47F50" w14:textId="77777777" w:rsidR="006C30AD" w:rsidRDefault="006C30AD">
      <w:pPr>
        <w:spacing w:after="0"/>
      </w:pPr>
    </w:p>
    <w:p w14:paraId="4DF51E9E" w14:textId="77777777" w:rsidR="006C30AD" w:rsidRDefault="00DF7DB8">
      <w:pPr>
        <w:spacing w:after="0"/>
      </w:pPr>
      <w:r>
        <w:rPr>
          <w:rFonts w:ascii="Arial" w:hAnsi="Arial"/>
          <w:b/>
        </w:rPr>
        <w:t xml:space="preserve">Daisy  </w:t>
      </w:r>
      <w:r>
        <w:rPr>
          <w:rFonts w:ascii="Arial" w:hAnsi="Arial"/>
          <w:color w:val="5D7284"/>
        </w:rPr>
        <w:t>06:06</w:t>
      </w:r>
    </w:p>
    <w:p w14:paraId="4FA4654B" w14:textId="77777777" w:rsidR="006C30AD" w:rsidRDefault="00DF7DB8">
      <w:pPr>
        <w:spacing w:after="0"/>
      </w:pPr>
      <w:r>
        <w:rPr>
          <w:rFonts w:ascii="Arial" w:hAnsi="Arial"/>
        </w:rPr>
        <w:t xml:space="preserve">It was in a building called the castle. </w:t>
      </w:r>
    </w:p>
    <w:p w14:paraId="70CEDC8A" w14:textId="77777777" w:rsidR="006C30AD" w:rsidRDefault="006C30AD">
      <w:pPr>
        <w:spacing w:after="0"/>
      </w:pPr>
    </w:p>
    <w:p w14:paraId="4AEF825C" w14:textId="77777777" w:rsidR="006C30AD" w:rsidRDefault="00DF7DB8">
      <w:pPr>
        <w:spacing w:after="0"/>
      </w:pPr>
      <w:r>
        <w:rPr>
          <w:rFonts w:ascii="Arial" w:hAnsi="Arial"/>
          <w:b/>
        </w:rPr>
        <w:t xml:space="preserve">Alice  </w:t>
      </w:r>
      <w:r>
        <w:rPr>
          <w:rFonts w:ascii="Arial" w:hAnsi="Arial"/>
          <w:color w:val="5D7284"/>
        </w:rPr>
        <w:t>06:08</w:t>
      </w:r>
    </w:p>
    <w:p w14:paraId="6168D05F" w14:textId="77777777" w:rsidR="006C30AD" w:rsidRDefault="00DF7DB8">
      <w:pPr>
        <w:spacing w:after="0"/>
      </w:pPr>
      <w:r>
        <w:rPr>
          <w:rFonts w:ascii="Arial" w:hAnsi="Arial"/>
        </w:rPr>
        <w:t>Oh, nice.</w:t>
      </w:r>
    </w:p>
    <w:p w14:paraId="0D0EBB42" w14:textId="77777777" w:rsidR="006C30AD" w:rsidRDefault="006C30AD">
      <w:pPr>
        <w:spacing w:after="0"/>
      </w:pPr>
    </w:p>
    <w:p w14:paraId="0932984A" w14:textId="77777777" w:rsidR="006C30AD" w:rsidRDefault="00DF7DB8">
      <w:pPr>
        <w:spacing w:after="0"/>
      </w:pPr>
      <w:r>
        <w:rPr>
          <w:rFonts w:ascii="Arial" w:hAnsi="Arial"/>
          <w:b/>
        </w:rPr>
        <w:t xml:space="preserve">Daisy  </w:t>
      </w:r>
      <w:r>
        <w:rPr>
          <w:rFonts w:ascii="Arial" w:hAnsi="Arial"/>
          <w:color w:val="5D7284"/>
        </w:rPr>
        <w:t>06:10</w:t>
      </w:r>
    </w:p>
    <w:p w14:paraId="75090308" w14:textId="77777777" w:rsidR="006C30AD" w:rsidRDefault="00DF7DB8">
      <w:pPr>
        <w:spacing w:after="0"/>
      </w:pPr>
      <w:r>
        <w:rPr>
          <w:rFonts w:ascii="Arial" w:hAnsi="Arial"/>
        </w:rPr>
        <w:t xml:space="preserve"> Oh, yeah, it was a lovely romantic name. </w:t>
      </w:r>
      <w:r>
        <w:rPr>
          <w:rFonts w:ascii="Arial" w:hAnsi="Arial"/>
        </w:rPr>
        <w:t>But Know your audience as well, it's a disability office and it's up a flight of stairs. Yeah.</w:t>
      </w:r>
    </w:p>
    <w:p w14:paraId="75C633ED" w14:textId="77777777" w:rsidR="006C30AD" w:rsidRDefault="006C30AD">
      <w:pPr>
        <w:spacing w:after="0"/>
      </w:pPr>
    </w:p>
    <w:p w14:paraId="4FC30C33" w14:textId="77777777" w:rsidR="006C30AD" w:rsidRDefault="00DF7DB8">
      <w:pPr>
        <w:spacing w:after="0"/>
      </w:pPr>
      <w:r>
        <w:rPr>
          <w:rFonts w:ascii="Arial" w:hAnsi="Arial"/>
          <w:b/>
        </w:rPr>
        <w:t xml:space="preserve">Alice  </w:t>
      </w:r>
      <w:r>
        <w:rPr>
          <w:rFonts w:ascii="Arial" w:hAnsi="Arial"/>
          <w:color w:val="5D7284"/>
        </w:rPr>
        <w:t>06:19</w:t>
      </w:r>
    </w:p>
    <w:p w14:paraId="08B7D92C" w14:textId="77777777" w:rsidR="006C30AD" w:rsidRDefault="00DF7DB8">
      <w:pPr>
        <w:spacing w:after="0"/>
      </w:pPr>
      <w:r>
        <w:rPr>
          <w:rFonts w:ascii="Arial" w:hAnsi="Arial"/>
        </w:rPr>
        <w:t>You see our disability office at where I did my, I started a PhD that I dropped out of. And that was that was nice and accessible on the ground flo</w:t>
      </w:r>
      <w:r>
        <w:rPr>
          <w:rFonts w:ascii="Arial" w:hAnsi="Arial"/>
        </w:rPr>
        <w:t>or and of the library. And it was great, except that it for some reason had like a double set of security doors where like, you could only open one when the other one was shut, but you couldn't fit a wheelchair between the two. So you could like it, just i</w:t>
      </w:r>
      <w:r>
        <w:rPr>
          <w:rFonts w:ascii="Arial" w:hAnsi="Arial"/>
        </w:rPr>
        <w:t>t if it didn't make any sense to me. I never had a problem. But yeah, it's just like, once you were inside, it was great. And everything was accessible. And it had a little like kitchen area that you took, and it was supposed to be like a place for disable</w:t>
      </w:r>
      <w:r>
        <w:rPr>
          <w:rFonts w:ascii="Arial" w:hAnsi="Arial"/>
        </w:rPr>
        <w:t>d people to hang out as well as for all of like the staff and professionals to be</w:t>
      </w:r>
    </w:p>
    <w:p w14:paraId="10131BE5" w14:textId="77777777" w:rsidR="006C30AD" w:rsidRDefault="006C30AD">
      <w:pPr>
        <w:spacing w:after="0"/>
      </w:pPr>
    </w:p>
    <w:p w14:paraId="4821C86D" w14:textId="77777777" w:rsidR="006C30AD" w:rsidRDefault="00DF7DB8">
      <w:pPr>
        <w:spacing w:after="0"/>
      </w:pPr>
      <w:r>
        <w:rPr>
          <w:rFonts w:ascii="Arial" w:hAnsi="Arial"/>
          <w:b/>
        </w:rPr>
        <w:t xml:space="preserve">Lucy  </w:t>
      </w:r>
      <w:r>
        <w:rPr>
          <w:rFonts w:ascii="Arial" w:hAnsi="Arial"/>
          <w:color w:val="5D7284"/>
        </w:rPr>
        <w:t>07:04</w:t>
      </w:r>
    </w:p>
    <w:p w14:paraId="5312EC31" w14:textId="77777777" w:rsidR="006C30AD" w:rsidRDefault="00DF7DB8">
      <w:pPr>
        <w:spacing w:after="0"/>
      </w:pPr>
      <w:r>
        <w:rPr>
          <w:rFonts w:ascii="Arial" w:hAnsi="Arial"/>
        </w:rPr>
        <w:t>Alice can I just say. You're making us sound really cool. Place for all the disableds to hang out.</w:t>
      </w:r>
    </w:p>
    <w:p w14:paraId="17FBF18A" w14:textId="77777777" w:rsidR="006C30AD" w:rsidRDefault="006C30AD">
      <w:pPr>
        <w:spacing w:after="0"/>
      </w:pPr>
    </w:p>
    <w:p w14:paraId="376DF787" w14:textId="77777777" w:rsidR="006C30AD" w:rsidRDefault="00DF7DB8">
      <w:pPr>
        <w:spacing w:after="0"/>
      </w:pPr>
      <w:r>
        <w:rPr>
          <w:rFonts w:ascii="Arial" w:hAnsi="Arial"/>
          <w:b/>
        </w:rPr>
        <w:t xml:space="preserve">Alice  </w:t>
      </w:r>
      <w:r>
        <w:rPr>
          <w:rFonts w:ascii="Arial" w:hAnsi="Arial"/>
          <w:color w:val="5D7284"/>
        </w:rPr>
        <w:t>07:10</w:t>
      </w:r>
    </w:p>
    <w:p w14:paraId="10BDB8F5" w14:textId="77777777" w:rsidR="006C30AD" w:rsidRDefault="00DF7DB8">
      <w:pPr>
        <w:spacing w:after="0"/>
      </w:pPr>
      <w:r>
        <w:rPr>
          <w:rFonts w:ascii="Arial" w:hAnsi="Arial"/>
        </w:rPr>
        <w:lastRenderedPageBreak/>
        <w:t xml:space="preserve">Yeah, yeah. Put me in the corner with the staff so they can keep an eye on them. </w:t>
      </w:r>
    </w:p>
    <w:p w14:paraId="596D4A59" w14:textId="77777777" w:rsidR="006C30AD" w:rsidRDefault="006C30AD">
      <w:pPr>
        <w:spacing w:after="0"/>
      </w:pPr>
    </w:p>
    <w:p w14:paraId="50CA0CC7" w14:textId="77777777" w:rsidR="006C30AD" w:rsidRDefault="00DF7DB8">
      <w:pPr>
        <w:spacing w:after="0"/>
      </w:pPr>
      <w:r>
        <w:rPr>
          <w:rFonts w:ascii="Arial" w:hAnsi="Arial"/>
          <w:b/>
        </w:rPr>
        <w:t xml:space="preserve">Lucy  </w:t>
      </w:r>
      <w:r>
        <w:rPr>
          <w:rFonts w:ascii="Arial" w:hAnsi="Arial"/>
          <w:color w:val="5D7284"/>
        </w:rPr>
        <w:t>07:14</w:t>
      </w:r>
    </w:p>
    <w:p w14:paraId="7258FCF7" w14:textId="77777777" w:rsidR="006C30AD" w:rsidRDefault="00DF7DB8">
      <w:pPr>
        <w:spacing w:after="0"/>
      </w:pPr>
      <w:r>
        <w:rPr>
          <w:rFonts w:ascii="Arial" w:hAnsi="Arial"/>
        </w:rPr>
        <w:t>With the kettle.</w:t>
      </w:r>
    </w:p>
    <w:p w14:paraId="5AED854B" w14:textId="77777777" w:rsidR="006C30AD" w:rsidRDefault="006C30AD">
      <w:pPr>
        <w:spacing w:after="0"/>
      </w:pPr>
    </w:p>
    <w:p w14:paraId="651F67EF" w14:textId="77777777" w:rsidR="006C30AD" w:rsidRDefault="00DF7DB8">
      <w:pPr>
        <w:spacing w:after="0"/>
      </w:pPr>
      <w:r>
        <w:rPr>
          <w:rFonts w:ascii="Arial" w:hAnsi="Arial"/>
          <w:b/>
        </w:rPr>
        <w:t xml:space="preserve">Alice  </w:t>
      </w:r>
      <w:r>
        <w:rPr>
          <w:rFonts w:ascii="Arial" w:hAnsi="Arial"/>
          <w:color w:val="5D7284"/>
        </w:rPr>
        <w:t>07:16</w:t>
      </w:r>
    </w:p>
    <w:p w14:paraId="00E325ED" w14:textId="77777777" w:rsidR="006C30AD" w:rsidRDefault="00DF7DB8">
      <w:pPr>
        <w:spacing w:after="0"/>
      </w:pPr>
      <w:r>
        <w:rPr>
          <w:rFonts w:ascii="Arial" w:hAnsi="Arial"/>
        </w:rPr>
        <w:t>Yeah, but you if you were in a wheelchair you, you couldn't watch. I was like, I just just once you were in, you're fine. I bet yo</w:t>
      </w:r>
      <w:r>
        <w:rPr>
          <w:rFonts w:ascii="Arial" w:hAnsi="Arial"/>
        </w:rPr>
        <w:t>u're there on the other side of the glass wall as well. So you're in a fucking fishbowl so that everybody can go Oh, look at all the weird disabled people. Except for the wheelchair users who will have to sit on the outside and go, Oh, my friends are in th</w:t>
      </w:r>
      <w:r>
        <w:rPr>
          <w:rFonts w:ascii="Arial" w:hAnsi="Arial"/>
        </w:rPr>
        <w:t>ere.</w:t>
      </w:r>
    </w:p>
    <w:p w14:paraId="2532B05E" w14:textId="77777777" w:rsidR="006C30AD" w:rsidRDefault="006C30AD">
      <w:pPr>
        <w:spacing w:after="0"/>
      </w:pPr>
    </w:p>
    <w:p w14:paraId="24A4D3A1" w14:textId="77777777" w:rsidR="006C30AD" w:rsidRDefault="00DF7DB8">
      <w:pPr>
        <w:spacing w:after="0"/>
      </w:pPr>
      <w:r>
        <w:rPr>
          <w:rFonts w:ascii="Arial" w:hAnsi="Arial"/>
          <w:b/>
        </w:rPr>
        <w:t xml:space="preserve">Daisy  </w:t>
      </w:r>
      <w:r>
        <w:rPr>
          <w:rFonts w:ascii="Arial" w:hAnsi="Arial"/>
          <w:color w:val="5D7284"/>
        </w:rPr>
        <w:t>07:40</w:t>
      </w:r>
    </w:p>
    <w:p w14:paraId="62577F6C" w14:textId="77777777" w:rsidR="006C30AD" w:rsidRDefault="00DF7DB8">
      <w:pPr>
        <w:spacing w:after="0"/>
      </w:pPr>
      <w:r>
        <w:rPr>
          <w:rFonts w:ascii="Arial" w:hAnsi="Arial"/>
        </w:rPr>
        <w:t>Sounds like an airlock on a spaceship.</w:t>
      </w:r>
    </w:p>
    <w:p w14:paraId="51C02FB5" w14:textId="77777777" w:rsidR="006C30AD" w:rsidRDefault="006C30AD">
      <w:pPr>
        <w:spacing w:after="0"/>
      </w:pPr>
    </w:p>
    <w:p w14:paraId="54F31043" w14:textId="77777777" w:rsidR="006C30AD" w:rsidRDefault="00DF7DB8">
      <w:pPr>
        <w:spacing w:after="0"/>
      </w:pPr>
      <w:r>
        <w:rPr>
          <w:rFonts w:ascii="Arial" w:hAnsi="Arial"/>
          <w:b/>
        </w:rPr>
        <w:t xml:space="preserve">Alice  </w:t>
      </w:r>
      <w:r>
        <w:rPr>
          <w:rFonts w:ascii="Arial" w:hAnsi="Arial"/>
          <w:color w:val="5D7284"/>
        </w:rPr>
        <w:t>07:43</w:t>
      </w:r>
    </w:p>
    <w:p w14:paraId="0BC3CE8F" w14:textId="77777777" w:rsidR="006C30AD" w:rsidRDefault="00DF7DB8">
      <w:pPr>
        <w:spacing w:after="0"/>
      </w:pPr>
      <w:r>
        <w:rPr>
          <w:rFonts w:ascii="Arial" w:hAnsi="Arial"/>
        </w:rPr>
        <w:t xml:space="preserve">Really was Oh, again. What do you need double secure like, but you know the ones you have for like banks? I was like, What do you need a double security lock door for the </w:t>
      </w:r>
      <w:r>
        <w:rPr>
          <w:rFonts w:ascii="Arial" w:hAnsi="Arial"/>
        </w:rPr>
        <w:t>disabled department? Are you worried we'll get out.</w:t>
      </w:r>
    </w:p>
    <w:p w14:paraId="71D7ECDB" w14:textId="77777777" w:rsidR="006C30AD" w:rsidRDefault="006C30AD">
      <w:pPr>
        <w:spacing w:after="0"/>
      </w:pPr>
    </w:p>
    <w:p w14:paraId="03A69482" w14:textId="77777777" w:rsidR="006C30AD" w:rsidRDefault="00DF7DB8">
      <w:pPr>
        <w:spacing w:after="0"/>
      </w:pPr>
      <w:r>
        <w:rPr>
          <w:rFonts w:ascii="Arial" w:hAnsi="Arial"/>
          <w:b/>
        </w:rPr>
        <w:t xml:space="preserve">Daisy  </w:t>
      </w:r>
      <w:r>
        <w:rPr>
          <w:rFonts w:ascii="Arial" w:hAnsi="Arial"/>
          <w:color w:val="5D7284"/>
        </w:rPr>
        <w:t>07:57</w:t>
      </w:r>
    </w:p>
    <w:p w14:paraId="289BF7F3" w14:textId="77777777" w:rsidR="006C30AD" w:rsidRDefault="00DF7DB8">
      <w:pPr>
        <w:spacing w:after="0"/>
      </w:pPr>
      <w:r>
        <w:rPr>
          <w:rFonts w:ascii="Arial" w:hAnsi="Arial"/>
        </w:rPr>
        <w:t xml:space="preserve">I mean, yeah pretty much we do contain a lot of you know, aggressive fight the power type energy. You have to contain that within like, double walls like a thermos contain it within the air </w:t>
      </w:r>
      <w:r>
        <w:rPr>
          <w:rFonts w:ascii="Arial" w:hAnsi="Arial"/>
        </w:rPr>
        <w:t xml:space="preserve">lock Yeah. It's only sensible really knowing what has now happened now that we've been allowed out. </w:t>
      </w:r>
    </w:p>
    <w:p w14:paraId="0283EC04" w14:textId="77777777" w:rsidR="006C30AD" w:rsidRDefault="006C30AD">
      <w:pPr>
        <w:spacing w:after="0"/>
      </w:pPr>
    </w:p>
    <w:p w14:paraId="1A01F48D" w14:textId="77777777" w:rsidR="006C30AD" w:rsidRDefault="00DF7DB8">
      <w:pPr>
        <w:spacing w:after="0"/>
      </w:pPr>
      <w:r>
        <w:rPr>
          <w:rFonts w:ascii="Arial" w:hAnsi="Arial"/>
          <w:b/>
        </w:rPr>
        <w:t xml:space="preserve">Alice  </w:t>
      </w:r>
      <w:r>
        <w:rPr>
          <w:rFonts w:ascii="Arial" w:hAnsi="Arial"/>
          <w:color w:val="5D7284"/>
        </w:rPr>
        <w:t>08:16</w:t>
      </w:r>
    </w:p>
    <w:p w14:paraId="580F8750" w14:textId="77777777" w:rsidR="006C30AD" w:rsidRDefault="00DF7DB8">
      <w:pPr>
        <w:spacing w:after="0"/>
      </w:pPr>
      <w:r>
        <w:rPr>
          <w:rFonts w:ascii="Arial" w:hAnsi="Arial"/>
        </w:rPr>
        <w:t>Yeah.</w:t>
      </w:r>
    </w:p>
    <w:p w14:paraId="66C6DA7B" w14:textId="77777777" w:rsidR="006C30AD" w:rsidRDefault="006C30AD">
      <w:pPr>
        <w:spacing w:after="0"/>
      </w:pPr>
    </w:p>
    <w:p w14:paraId="75B89964" w14:textId="77777777" w:rsidR="006C30AD" w:rsidRDefault="00DF7DB8">
      <w:pPr>
        <w:spacing w:after="0"/>
      </w:pPr>
      <w:r>
        <w:rPr>
          <w:rFonts w:ascii="Arial" w:hAnsi="Arial"/>
          <w:b/>
        </w:rPr>
        <w:t xml:space="preserve">Daisy  </w:t>
      </w:r>
      <w:r>
        <w:rPr>
          <w:rFonts w:ascii="Arial" w:hAnsi="Arial"/>
          <w:color w:val="5D7284"/>
        </w:rPr>
        <w:t>08:16</w:t>
      </w:r>
    </w:p>
    <w:p w14:paraId="45E18312" w14:textId="77777777" w:rsidR="006C30AD" w:rsidRDefault="00DF7DB8">
      <w:pPr>
        <w:spacing w:after="0"/>
      </w:pPr>
      <w:r>
        <w:rPr>
          <w:rFonts w:ascii="Arial" w:hAnsi="Arial"/>
        </w:rPr>
        <w:t>It's for their own safety So anyways, Daisy yes. We went on a big massive tangent. We've gone round the round about there</w:t>
      </w:r>
      <w:r>
        <w:rPr>
          <w:rFonts w:ascii="Arial" w:hAnsi="Arial"/>
        </w:rPr>
        <w:t xml:space="preserve">.  Yeah, yeah. So basically, when I finished my degree, and was like hey well I guess that's as much history as I do. So now I do sort of independent, slightly more, I was going to say slightly more casual research, but it's not like it can't be casual, I </w:t>
      </w:r>
      <w:r>
        <w:rPr>
          <w:rFonts w:ascii="Arial" w:hAnsi="Arial"/>
        </w:rPr>
        <w:t>spend so much time doing it. But so I specifically research and write about disability history. By not doing it academically, it means that I sort of do bits from all over the place, rather than if you are sort of working in a very academic field, you go t</w:t>
      </w:r>
      <w:r>
        <w:rPr>
          <w:rFonts w:ascii="Arial" w:hAnsi="Arial"/>
        </w:rPr>
        <w:t>o, you know, this particular person or this particular, really specific timeframe. So it's allows me to do bits of everything all over the place. So I've been doing that for a few years now. And sort of, you know, a couple of articles here and there and, y</w:t>
      </w:r>
      <w:r>
        <w:rPr>
          <w:rFonts w:ascii="Arial" w:hAnsi="Arial"/>
        </w:rPr>
        <w:t xml:space="preserve">ou know, blog posts and magazines and things like that. It's good fun. It's really interesting. A lot of people don't know, the history of our community. And it's kind of that even when it is out there. It's in very academic language. Even our own history </w:t>
      </w:r>
      <w:r>
        <w:rPr>
          <w:rFonts w:ascii="Arial" w:hAnsi="Arial"/>
        </w:rPr>
        <w:t>isn't accessible.</w:t>
      </w:r>
    </w:p>
    <w:p w14:paraId="776E192F" w14:textId="77777777" w:rsidR="006C30AD" w:rsidRDefault="006C30AD">
      <w:pPr>
        <w:spacing w:after="0"/>
      </w:pPr>
    </w:p>
    <w:p w14:paraId="55C9237F" w14:textId="77777777" w:rsidR="006C30AD" w:rsidRDefault="00DF7DB8">
      <w:pPr>
        <w:spacing w:after="0"/>
      </w:pPr>
      <w:r>
        <w:rPr>
          <w:rFonts w:ascii="Arial" w:hAnsi="Arial"/>
          <w:b/>
        </w:rPr>
        <w:t xml:space="preserve">Alice  </w:t>
      </w:r>
      <w:r>
        <w:rPr>
          <w:rFonts w:ascii="Arial" w:hAnsi="Arial"/>
          <w:color w:val="5D7284"/>
        </w:rPr>
        <w:t>09:40</w:t>
      </w:r>
    </w:p>
    <w:p w14:paraId="2063B00E" w14:textId="77777777" w:rsidR="006C30AD" w:rsidRDefault="00DF7DB8">
      <w:pPr>
        <w:spacing w:after="0"/>
      </w:pPr>
      <w:r>
        <w:rPr>
          <w:rFonts w:ascii="Arial" w:hAnsi="Arial"/>
        </w:rPr>
        <w:t>Yeah.</w:t>
      </w:r>
    </w:p>
    <w:p w14:paraId="2B65D8A9" w14:textId="77777777" w:rsidR="006C30AD" w:rsidRDefault="006C30AD">
      <w:pPr>
        <w:spacing w:after="0"/>
      </w:pPr>
    </w:p>
    <w:p w14:paraId="7D35A17C" w14:textId="77777777" w:rsidR="006C30AD" w:rsidRDefault="00DF7DB8">
      <w:pPr>
        <w:spacing w:after="0"/>
      </w:pPr>
      <w:r>
        <w:rPr>
          <w:rFonts w:ascii="Arial" w:hAnsi="Arial"/>
          <w:b/>
        </w:rPr>
        <w:t xml:space="preserve">Daisy  </w:t>
      </w:r>
      <w:r>
        <w:rPr>
          <w:rFonts w:ascii="Arial" w:hAnsi="Arial"/>
          <w:color w:val="5D7284"/>
        </w:rPr>
        <w:t>09:41</w:t>
      </w:r>
    </w:p>
    <w:p w14:paraId="0D8106F0" w14:textId="77777777" w:rsidR="006C30AD" w:rsidRDefault="00DF7DB8">
      <w:pPr>
        <w:spacing w:after="0"/>
      </w:pPr>
      <w:r>
        <w:rPr>
          <w:rFonts w:ascii="Arial" w:hAnsi="Arial"/>
        </w:rPr>
        <w:lastRenderedPageBreak/>
        <w:t xml:space="preserve">I think I think that what you do Daisy especially with, you know, with your blog, and things that I read that quite a lot, makes it sound like I'm an absolute stalker, but I'm not. It's because I've got, </w:t>
      </w:r>
      <w:r>
        <w:rPr>
          <w:rFonts w:ascii="Arial" w:hAnsi="Arial"/>
        </w:rPr>
        <w:t xml:space="preserve">I think I've got a huge passion for disability and being an advocate I've also got a huge passion for history. So it would make sense that I would go and seek out stuff that I could sort of learn about relating to the advocacy side of things. I mean, what </w:t>
      </w:r>
      <w:r>
        <w:rPr>
          <w:rFonts w:ascii="Arial" w:hAnsi="Arial"/>
        </w:rPr>
        <w:t xml:space="preserve">is your what would you say is your favourite period of? I mean, you say you do all over and every bit of history, well, what would you say is your favourite bit of history to learn about? Because I mean, we like to say we know about wars, and we know, you </w:t>
      </w:r>
      <w:r>
        <w:rPr>
          <w:rFonts w:ascii="Arial" w:hAnsi="Arial"/>
        </w:rPr>
        <w:t>know, bits and pieces about different periods, but it's not. You know, there's some areas that we not many people know, at all, unless you are really a fan of it. Yeah, it's tricky. A lot of what you end up researching is, is specific people. because there</w:t>
      </w:r>
      <w:r>
        <w:rPr>
          <w:rFonts w:ascii="Arial" w:hAnsi="Arial"/>
        </w:rPr>
        <w:t xml:space="preserve">'ll be certain people where, you know, more is written about them than the others, you know, some will have a single line in a book somewhere that are but one of the earlier blog posts I did was really interesting. It was sort of one of the sultanates, in </w:t>
      </w:r>
      <w:r>
        <w:rPr>
          <w:rFonts w:ascii="Arial" w:hAnsi="Arial"/>
        </w:rPr>
        <w:t>sort of ancient Egypt, who called the Mamluk Empire,.</w:t>
      </w:r>
    </w:p>
    <w:p w14:paraId="29F3E674" w14:textId="77777777" w:rsidR="006C30AD" w:rsidRDefault="006C30AD">
      <w:pPr>
        <w:spacing w:after="0"/>
      </w:pPr>
    </w:p>
    <w:p w14:paraId="0CDCABA3" w14:textId="77777777" w:rsidR="006C30AD" w:rsidRDefault="00DF7DB8">
      <w:pPr>
        <w:spacing w:after="0"/>
      </w:pPr>
      <w:r>
        <w:rPr>
          <w:rFonts w:ascii="Arial" w:hAnsi="Arial"/>
          <w:b/>
        </w:rPr>
        <w:t xml:space="preserve">Lucy  </w:t>
      </w:r>
      <w:r>
        <w:rPr>
          <w:rFonts w:ascii="Arial" w:hAnsi="Arial"/>
          <w:color w:val="5D7284"/>
        </w:rPr>
        <w:t>11:09</w:t>
      </w:r>
    </w:p>
    <w:p w14:paraId="08B1483C" w14:textId="77777777" w:rsidR="006C30AD" w:rsidRDefault="00DF7DB8">
      <w:pPr>
        <w:spacing w:after="0"/>
      </w:pPr>
      <w:r>
        <w:rPr>
          <w:rFonts w:ascii="Arial" w:hAnsi="Arial"/>
        </w:rPr>
        <w:t xml:space="preserve">Right </w:t>
      </w:r>
    </w:p>
    <w:p w14:paraId="142CEC3C" w14:textId="77777777" w:rsidR="006C30AD" w:rsidRDefault="006C30AD">
      <w:pPr>
        <w:spacing w:after="0"/>
      </w:pPr>
    </w:p>
    <w:p w14:paraId="1A6F6362" w14:textId="77777777" w:rsidR="006C30AD" w:rsidRDefault="00DF7DB8">
      <w:pPr>
        <w:spacing w:after="0"/>
      </w:pPr>
      <w:r>
        <w:rPr>
          <w:rFonts w:ascii="Arial" w:hAnsi="Arial"/>
          <w:b/>
        </w:rPr>
        <w:t xml:space="preserve">Daisy  </w:t>
      </w:r>
      <w:r>
        <w:rPr>
          <w:rFonts w:ascii="Arial" w:hAnsi="Arial"/>
          <w:color w:val="5D7284"/>
        </w:rPr>
        <w:t>11:10</w:t>
      </w:r>
    </w:p>
    <w:p w14:paraId="3E44792C" w14:textId="77777777" w:rsidR="006C30AD" w:rsidRDefault="00DF7DB8">
      <w:pPr>
        <w:spacing w:after="0"/>
      </w:pPr>
      <w:r>
        <w:rPr>
          <w:rFonts w:ascii="Arial" w:hAnsi="Arial"/>
        </w:rPr>
        <w:t xml:space="preserve">That was really intersting, you know, it's just so long ago. And all of these different, you know, it was Al Naszeer Mohammed, I believe, is the name of the guy, but </w:t>
      </w:r>
      <w:r>
        <w:rPr>
          <w:rFonts w:ascii="Arial" w:hAnsi="Arial"/>
        </w:rPr>
        <w:t>he has about 16 different names, which they use interchangeably. So when you're reading, you have to learn all of them. They're like his nicknames.</w:t>
      </w:r>
    </w:p>
    <w:p w14:paraId="63E96D44" w14:textId="77777777" w:rsidR="006C30AD" w:rsidRDefault="006C30AD">
      <w:pPr>
        <w:spacing w:after="0"/>
      </w:pPr>
    </w:p>
    <w:p w14:paraId="0D11B335" w14:textId="77777777" w:rsidR="006C30AD" w:rsidRDefault="00DF7DB8">
      <w:pPr>
        <w:spacing w:after="0"/>
      </w:pPr>
      <w:r>
        <w:rPr>
          <w:rFonts w:ascii="Arial" w:hAnsi="Arial"/>
          <w:b/>
        </w:rPr>
        <w:t xml:space="preserve">Alice  </w:t>
      </w:r>
      <w:r>
        <w:rPr>
          <w:rFonts w:ascii="Arial" w:hAnsi="Arial"/>
          <w:color w:val="5D7284"/>
        </w:rPr>
        <w:t>11:35</w:t>
      </w:r>
    </w:p>
    <w:p w14:paraId="7B14A223" w14:textId="77777777" w:rsidR="006C30AD" w:rsidRDefault="00DF7DB8">
      <w:pPr>
        <w:spacing w:after="0"/>
      </w:pPr>
      <w:r>
        <w:rPr>
          <w:rFonts w:ascii="Arial" w:hAnsi="Arial"/>
        </w:rPr>
        <w:t>You see that still with modern, like Royals though don't you? It's a bit like the Duke and Duc</w:t>
      </w:r>
      <w:r>
        <w:rPr>
          <w:rFonts w:ascii="Arial" w:hAnsi="Arial"/>
        </w:rPr>
        <w:t>hess of this place, lord and saviour of such and such, and you just like just call him Prince Harry.</w:t>
      </w:r>
    </w:p>
    <w:p w14:paraId="619D0728" w14:textId="77777777" w:rsidR="006C30AD" w:rsidRDefault="006C30AD">
      <w:pPr>
        <w:spacing w:after="0"/>
      </w:pPr>
    </w:p>
    <w:p w14:paraId="60287FD7" w14:textId="77777777" w:rsidR="006C30AD" w:rsidRDefault="00DF7DB8">
      <w:pPr>
        <w:spacing w:after="0"/>
      </w:pPr>
      <w:r>
        <w:rPr>
          <w:rFonts w:ascii="Arial" w:hAnsi="Arial"/>
          <w:b/>
        </w:rPr>
        <w:t xml:space="preserve">Daisy  </w:t>
      </w:r>
      <w:r>
        <w:rPr>
          <w:rFonts w:ascii="Arial" w:hAnsi="Arial"/>
          <w:color w:val="5D7284"/>
        </w:rPr>
        <w:t>11:47</w:t>
      </w:r>
    </w:p>
    <w:p w14:paraId="0CBD540B" w14:textId="77777777" w:rsidR="006C30AD" w:rsidRDefault="00DF7DB8">
      <w:pPr>
        <w:spacing w:after="0"/>
      </w:pPr>
      <w:r>
        <w:rPr>
          <w:rFonts w:ascii="Arial" w:hAnsi="Arial"/>
        </w:rPr>
        <w:t>Yeah.</w:t>
      </w:r>
    </w:p>
    <w:p w14:paraId="564DE3EA" w14:textId="77777777" w:rsidR="006C30AD" w:rsidRDefault="006C30AD">
      <w:pPr>
        <w:spacing w:after="0"/>
      </w:pPr>
    </w:p>
    <w:p w14:paraId="052D7183" w14:textId="77777777" w:rsidR="006C30AD" w:rsidRDefault="00DF7DB8">
      <w:pPr>
        <w:spacing w:after="0"/>
      </w:pPr>
      <w:r>
        <w:rPr>
          <w:rFonts w:ascii="Arial" w:hAnsi="Arial"/>
          <w:b/>
        </w:rPr>
        <w:t xml:space="preserve">Alice  </w:t>
      </w:r>
      <w:r>
        <w:rPr>
          <w:rFonts w:ascii="Arial" w:hAnsi="Arial"/>
          <w:color w:val="5D7284"/>
        </w:rPr>
        <w:t>11:48</w:t>
      </w:r>
    </w:p>
    <w:p w14:paraId="3B68587A" w14:textId="77777777" w:rsidR="006C30AD" w:rsidRDefault="00DF7DB8">
      <w:pPr>
        <w:spacing w:after="0"/>
      </w:pPr>
      <w:r>
        <w:rPr>
          <w:rFonts w:ascii="Arial" w:hAnsi="Arial"/>
        </w:rPr>
        <w:t>Everybody knows him as Fred.</w:t>
      </w:r>
    </w:p>
    <w:p w14:paraId="2D170867" w14:textId="77777777" w:rsidR="006C30AD" w:rsidRDefault="006C30AD">
      <w:pPr>
        <w:spacing w:after="0"/>
      </w:pPr>
    </w:p>
    <w:p w14:paraId="67AA2737" w14:textId="77777777" w:rsidR="006C30AD" w:rsidRDefault="00DF7DB8">
      <w:pPr>
        <w:spacing w:after="0"/>
      </w:pPr>
      <w:r>
        <w:rPr>
          <w:rFonts w:ascii="Arial" w:hAnsi="Arial"/>
          <w:b/>
        </w:rPr>
        <w:t xml:space="preserve">Daisy  </w:t>
      </w:r>
      <w:r>
        <w:rPr>
          <w:rFonts w:ascii="Arial" w:hAnsi="Arial"/>
          <w:color w:val="5D7284"/>
        </w:rPr>
        <w:t>11:52</w:t>
      </w:r>
    </w:p>
    <w:p w14:paraId="05AF53FB" w14:textId="77777777" w:rsidR="006C30AD" w:rsidRDefault="00DF7DB8">
      <w:pPr>
        <w:spacing w:after="0"/>
      </w:pPr>
      <w:r>
        <w:rPr>
          <w:rFonts w:ascii="Arial" w:hAnsi="Arial"/>
        </w:rPr>
        <w:t>But yeah, it gets very confusing. But yeah, he was. He was assaulted about thr</w:t>
      </w:r>
      <w:r>
        <w:rPr>
          <w:rFonts w:ascii="Arial" w:hAnsi="Arial"/>
        </w:rPr>
        <w:t>ee times over. The periods in between at where he buggered off and then came back again. And they wrote a nice song. To make him come back. Where they sang "Bring us the lame one"</w:t>
      </w:r>
    </w:p>
    <w:p w14:paraId="32358659" w14:textId="77777777" w:rsidR="006C30AD" w:rsidRDefault="006C30AD">
      <w:pPr>
        <w:spacing w:after="0"/>
      </w:pPr>
    </w:p>
    <w:p w14:paraId="4A6FC6B8" w14:textId="77777777" w:rsidR="006C30AD" w:rsidRDefault="00DF7DB8">
      <w:pPr>
        <w:spacing w:after="0"/>
      </w:pPr>
      <w:r>
        <w:rPr>
          <w:rFonts w:ascii="Arial" w:hAnsi="Arial"/>
          <w:b/>
        </w:rPr>
        <w:t xml:space="preserve">Alice  </w:t>
      </w:r>
      <w:r>
        <w:rPr>
          <w:rFonts w:ascii="Arial" w:hAnsi="Arial"/>
          <w:color w:val="5D7284"/>
        </w:rPr>
        <w:t>12:12</w:t>
      </w:r>
    </w:p>
    <w:p w14:paraId="3D275823" w14:textId="77777777" w:rsidR="006C30AD" w:rsidRDefault="00DF7DB8">
      <w:pPr>
        <w:spacing w:after="0"/>
      </w:pPr>
      <w:r>
        <w:rPr>
          <w:rFonts w:ascii="Arial" w:hAnsi="Arial"/>
        </w:rPr>
        <w:t>Wow that's nice</w:t>
      </w:r>
    </w:p>
    <w:p w14:paraId="296D01A5" w14:textId="77777777" w:rsidR="006C30AD" w:rsidRDefault="006C30AD">
      <w:pPr>
        <w:spacing w:after="0"/>
      </w:pPr>
    </w:p>
    <w:p w14:paraId="55E4E2FE" w14:textId="77777777" w:rsidR="006C30AD" w:rsidRDefault="00DF7DB8">
      <w:pPr>
        <w:spacing w:after="0"/>
      </w:pPr>
      <w:r>
        <w:rPr>
          <w:rFonts w:ascii="Arial" w:hAnsi="Arial"/>
          <w:b/>
        </w:rPr>
        <w:t xml:space="preserve">Lucy  </w:t>
      </w:r>
      <w:r>
        <w:rPr>
          <w:rFonts w:ascii="Arial" w:hAnsi="Arial"/>
          <w:color w:val="5D7284"/>
        </w:rPr>
        <w:t>12:13</w:t>
      </w:r>
    </w:p>
    <w:p w14:paraId="48E51220" w14:textId="77777777" w:rsidR="006C30AD" w:rsidRDefault="00DF7DB8">
      <w:pPr>
        <w:spacing w:after="0"/>
      </w:pPr>
      <w:r>
        <w:rPr>
          <w:rFonts w:ascii="Arial" w:hAnsi="Arial"/>
        </w:rPr>
        <w:t>Can we have that as my personal t</w:t>
      </w:r>
      <w:r>
        <w:rPr>
          <w:rFonts w:ascii="Arial" w:hAnsi="Arial"/>
        </w:rPr>
        <w:t>heme tune please?</w:t>
      </w:r>
    </w:p>
    <w:p w14:paraId="16F52607" w14:textId="77777777" w:rsidR="006C30AD" w:rsidRDefault="006C30AD">
      <w:pPr>
        <w:spacing w:after="0"/>
      </w:pPr>
    </w:p>
    <w:p w14:paraId="55C08A32" w14:textId="77777777" w:rsidR="006C30AD" w:rsidRDefault="00DF7DB8">
      <w:pPr>
        <w:spacing w:after="0"/>
      </w:pPr>
      <w:r>
        <w:rPr>
          <w:rFonts w:ascii="Arial" w:hAnsi="Arial"/>
          <w:b/>
        </w:rPr>
        <w:t xml:space="preserve">Daisy  </w:t>
      </w:r>
      <w:r>
        <w:rPr>
          <w:rFonts w:ascii="Arial" w:hAnsi="Arial"/>
          <w:color w:val="5D7284"/>
        </w:rPr>
        <w:t>12:18</w:t>
      </w:r>
    </w:p>
    <w:p w14:paraId="56828E15" w14:textId="77777777" w:rsidR="006C30AD" w:rsidRDefault="00DF7DB8">
      <w:pPr>
        <w:spacing w:after="0"/>
      </w:pPr>
      <w:r>
        <w:rPr>
          <w:rFonts w:ascii="Arial" w:hAnsi="Arial"/>
        </w:rPr>
        <w:lastRenderedPageBreak/>
        <w:t>within that same book that I was reading about him, it was also another band who's the same era and kind of on the fringes of that same sort of sultanate but it wasn't quite enough about him for an entire post, because he be</w:t>
      </w:r>
      <w:r>
        <w:rPr>
          <w:rFonts w:ascii="Arial" w:hAnsi="Arial"/>
        </w:rPr>
        <w:t>came disabled after falling headfirst into a melon. I mean, As accidents go, I mean, thats one to....(Alice laughs)</w:t>
      </w:r>
    </w:p>
    <w:p w14:paraId="6991A760" w14:textId="77777777" w:rsidR="006C30AD" w:rsidRDefault="006C30AD">
      <w:pPr>
        <w:spacing w:after="0"/>
      </w:pPr>
    </w:p>
    <w:p w14:paraId="13CEEF5C" w14:textId="77777777" w:rsidR="006C30AD" w:rsidRDefault="00DF7DB8">
      <w:pPr>
        <w:spacing w:after="0"/>
      </w:pPr>
      <w:r>
        <w:rPr>
          <w:rFonts w:ascii="Arial" w:hAnsi="Arial"/>
          <w:b/>
        </w:rPr>
        <w:t xml:space="preserve">Alice  </w:t>
      </w:r>
      <w:r>
        <w:rPr>
          <w:rFonts w:ascii="Arial" w:hAnsi="Arial"/>
          <w:color w:val="5D7284"/>
        </w:rPr>
        <w:t>12:48</w:t>
      </w:r>
    </w:p>
    <w:p w14:paraId="04C15BF7" w14:textId="77777777" w:rsidR="006C30AD" w:rsidRDefault="00DF7DB8">
      <w:pPr>
        <w:spacing w:after="0"/>
      </w:pPr>
      <w:r>
        <w:rPr>
          <w:rFonts w:ascii="Arial" w:hAnsi="Arial"/>
        </w:rPr>
        <w:t>They gave no further details [laughing] That's the funniest thing I've ever fucking heard.</w:t>
      </w:r>
    </w:p>
    <w:p w14:paraId="08F1C769" w14:textId="77777777" w:rsidR="006C30AD" w:rsidRDefault="006C30AD">
      <w:pPr>
        <w:spacing w:after="0"/>
      </w:pPr>
    </w:p>
    <w:p w14:paraId="3E7BAEDB" w14:textId="77777777" w:rsidR="006C30AD" w:rsidRDefault="00DF7DB8">
      <w:pPr>
        <w:spacing w:after="0"/>
      </w:pPr>
      <w:r>
        <w:rPr>
          <w:rFonts w:ascii="Arial" w:hAnsi="Arial"/>
          <w:b/>
        </w:rPr>
        <w:t xml:space="preserve">Daisy  </w:t>
      </w:r>
      <w:r>
        <w:rPr>
          <w:rFonts w:ascii="Arial" w:hAnsi="Arial"/>
          <w:color w:val="5D7284"/>
        </w:rPr>
        <w:t>12:55</w:t>
      </w:r>
    </w:p>
    <w:p w14:paraId="29EFEBBD" w14:textId="77777777" w:rsidR="006C30AD" w:rsidRDefault="00DF7DB8">
      <w:pPr>
        <w:spacing w:after="0"/>
      </w:pPr>
      <w:r>
        <w:rPr>
          <w:rFonts w:ascii="Arial" w:hAnsi="Arial"/>
        </w:rPr>
        <w:t>I was desperately trying to figure out how it was even possible. Was he trying to smell it? Was he just like leaning off, like really high ledge  Ded he fall off a horse into a into a load of melons and like wack his head? They wrote that he became disable</w:t>
      </w:r>
      <w:r>
        <w:rPr>
          <w:rFonts w:ascii="Arial" w:hAnsi="Arial"/>
        </w:rPr>
        <w:t xml:space="preserve">d afterwards, but no sense of what actually happened so I don't know whether maybe, you know, he lost his vision or lost his hearing or had a brain injury or Maybe he got a melon pips stuck up his nose or something. </w:t>
      </w:r>
    </w:p>
    <w:p w14:paraId="743385E0" w14:textId="77777777" w:rsidR="006C30AD" w:rsidRDefault="006C30AD">
      <w:pPr>
        <w:spacing w:after="0"/>
      </w:pPr>
    </w:p>
    <w:p w14:paraId="77A3E8DE" w14:textId="77777777" w:rsidR="006C30AD" w:rsidRDefault="00DF7DB8">
      <w:pPr>
        <w:spacing w:after="0"/>
      </w:pPr>
      <w:r>
        <w:rPr>
          <w:rFonts w:ascii="Arial" w:hAnsi="Arial"/>
          <w:b/>
        </w:rPr>
        <w:t xml:space="preserve">Alice  </w:t>
      </w:r>
      <w:r>
        <w:rPr>
          <w:rFonts w:ascii="Arial" w:hAnsi="Arial"/>
          <w:color w:val="5D7284"/>
        </w:rPr>
        <w:t>13:20</w:t>
      </w:r>
    </w:p>
    <w:p w14:paraId="66298EA6" w14:textId="77777777" w:rsidR="006C30AD" w:rsidRDefault="00DF7DB8">
      <w:pPr>
        <w:spacing w:after="0"/>
      </w:pPr>
      <w:r>
        <w:rPr>
          <w:rFonts w:ascii="Arial" w:hAnsi="Arial"/>
        </w:rPr>
        <w:t>I was gonna say like melo</w:t>
      </w:r>
      <w:r>
        <w:rPr>
          <w:rFonts w:ascii="Arial" w:hAnsi="Arial"/>
        </w:rPr>
        <w:t>ns aren't known for like being incredibly hard. Generally, you hit a watermelon with something it goes splat. So</w:t>
      </w:r>
    </w:p>
    <w:p w14:paraId="635255D6" w14:textId="77777777" w:rsidR="006C30AD" w:rsidRDefault="006C30AD">
      <w:pPr>
        <w:spacing w:after="0"/>
      </w:pPr>
    </w:p>
    <w:p w14:paraId="68B3E348" w14:textId="77777777" w:rsidR="006C30AD" w:rsidRDefault="00DF7DB8">
      <w:pPr>
        <w:spacing w:after="0"/>
      </w:pPr>
      <w:r>
        <w:rPr>
          <w:rFonts w:ascii="Arial" w:hAnsi="Arial"/>
          <w:b/>
        </w:rPr>
        <w:t xml:space="preserve">Daisy  </w:t>
      </w:r>
      <w:r>
        <w:rPr>
          <w:rFonts w:ascii="Arial" w:hAnsi="Arial"/>
          <w:color w:val="5D7284"/>
        </w:rPr>
        <w:t>13:33</w:t>
      </w:r>
    </w:p>
    <w:p w14:paraId="58233A9D" w14:textId="77777777" w:rsidR="006C30AD" w:rsidRDefault="00DF7DB8">
      <w:pPr>
        <w:spacing w:after="0"/>
      </w:pPr>
      <w:r>
        <w:rPr>
          <w:rFonts w:ascii="Arial" w:hAnsi="Arial"/>
        </w:rPr>
        <w:t>I don't know. Maybe, mamluk, melons are very, very different.</w:t>
      </w:r>
    </w:p>
    <w:p w14:paraId="5A8C83BB" w14:textId="77777777" w:rsidR="006C30AD" w:rsidRDefault="006C30AD">
      <w:pPr>
        <w:spacing w:after="0"/>
      </w:pPr>
    </w:p>
    <w:p w14:paraId="5BA68FF2" w14:textId="77777777" w:rsidR="006C30AD" w:rsidRDefault="00DF7DB8">
      <w:pPr>
        <w:spacing w:after="0"/>
      </w:pPr>
      <w:r>
        <w:rPr>
          <w:rFonts w:ascii="Arial" w:hAnsi="Arial"/>
          <w:b/>
        </w:rPr>
        <w:t xml:space="preserve">Alice  </w:t>
      </w:r>
      <w:r>
        <w:rPr>
          <w:rFonts w:ascii="Arial" w:hAnsi="Arial"/>
          <w:color w:val="5D7284"/>
        </w:rPr>
        <w:t>13:38</w:t>
      </w:r>
    </w:p>
    <w:p w14:paraId="1FED3026" w14:textId="77777777" w:rsidR="006C30AD" w:rsidRDefault="00DF7DB8">
      <w:pPr>
        <w:spacing w:after="0"/>
      </w:pPr>
      <w:r>
        <w:rPr>
          <w:rFonts w:ascii="Arial" w:hAnsi="Arial"/>
        </w:rPr>
        <w:t xml:space="preserve">That's the funniest thing I've ever fucking </w:t>
      </w:r>
      <w:r>
        <w:rPr>
          <w:rFonts w:ascii="Arial" w:hAnsi="Arial"/>
        </w:rPr>
        <w:t>heard. I cannot believe I just laughed like that into my microphone as well.</w:t>
      </w:r>
    </w:p>
    <w:p w14:paraId="695CF798" w14:textId="77777777" w:rsidR="006C30AD" w:rsidRDefault="006C30AD">
      <w:pPr>
        <w:spacing w:after="0"/>
      </w:pPr>
    </w:p>
    <w:p w14:paraId="2E938199" w14:textId="77777777" w:rsidR="006C30AD" w:rsidRDefault="00DF7DB8">
      <w:pPr>
        <w:spacing w:after="0"/>
      </w:pPr>
      <w:r>
        <w:rPr>
          <w:rFonts w:ascii="Arial" w:hAnsi="Arial"/>
          <w:b/>
        </w:rPr>
        <w:t xml:space="preserve">Daisy  </w:t>
      </w:r>
      <w:r>
        <w:rPr>
          <w:rFonts w:ascii="Arial" w:hAnsi="Arial"/>
          <w:color w:val="5D7284"/>
        </w:rPr>
        <w:t>13:47</w:t>
      </w:r>
    </w:p>
    <w:p w14:paraId="6BDF9C54" w14:textId="77777777" w:rsidR="006C30AD" w:rsidRDefault="00DF7DB8">
      <w:pPr>
        <w:spacing w:after="0"/>
      </w:pPr>
      <w:r>
        <w:rPr>
          <w:rFonts w:ascii="Arial" w:hAnsi="Arial"/>
        </w:rPr>
        <w:t>I am. I am known as being incredibly, incredibly clumsy. I have fallen out of my chair through sneezing before. (Alice laughs)</w:t>
      </w:r>
    </w:p>
    <w:p w14:paraId="7C7D22DF" w14:textId="77777777" w:rsidR="006C30AD" w:rsidRDefault="006C30AD">
      <w:pPr>
        <w:spacing w:after="0"/>
      </w:pPr>
    </w:p>
    <w:p w14:paraId="67AFB5A0" w14:textId="77777777" w:rsidR="006C30AD" w:rsidRDefault="00DF7DB8">
      <w:pPr>
        <w:spacing w:after="0"/>
      </w:pPr>
      <w:r>
        <w:rPr>
          <w:rFonts w:ascii="Arial" w:hAnsi="Arial"/>
          <w:b/>
        </w:rPr>
        <w:t xml:space="preserve">Lucy  </w:t>
      </w:r>
      <w:r>
        <w:rPr>
          <w:rFonts w:ascii="Arial" w:hAnsi="Arial"/>
          <w:color w:val="5D7284"/>
        </w:rPr>
        <w:t>13:56</w:t>
      </w:r>
    </w:p>
    <w:p w14:paraId="5AD7BBA0" w14:textId="77777777" w:rsidR="006C30AD" w:rsidRDefault="00DF7DB8">
      <w:pPr>
        <w:spacing w:after="0"/>
      </w:pPr>
      <w:r>
        <w:rPr>
          <w:rFonts w:ascii="Arial" w:hAnsi="Arial"/>
        </w:rPr>
        <w:t xml:space="preserve">But. It really hurt. But </w:t>
      </w:r>
      <w:r>
        <w:rPr>
          <w:rFonts w:ascii="Arial" w:hAnsi="Arial"/>
        </w:rPr>
        <w:t>that's that's made me feel a bit better because at least I will never injure myself on a melon.</w:t>
      </w:r>
    </w:p>
    <w:p w14:paraId="2145D6AC" w14:textId="77777777" w:rsidR="006C30AD" w:rsidRDefault="006C30AD">
      <w:pPr>
        <w:spacing w:after="0"/>
      </w:pPr>
    </w:p>
    <w:p w14:paraId="0F494D65" w14:textId="77777777" w:rsidR="006C30AD" w:rsidRDefault="00DF7DB8">
      <w:pPr>
        <w:spacing w:after="0"/>
      </w:pPr>
      <w:r>
        <w:rPr>
          <w:rFonts w:ascii="Arial" w:hAnsi="Arial"/>
          <w:b/>
        </w:rPr>
        <w:t xml:space="preserve">Alice  </w:t>
      </w:r>
      <w:r>
        <w:rPr>
          <w:rFonts w:ascii="Arial" w:hAnsi="Arial"/>
          <w:color w:val="5D7284"/>
        </w:rPr>
        <w:t>14:07</w:t>
      </w:r>
    </w:p>
    <w:p w14:paraId="0A2AC50E" w14:textId="77777777" w:rsidR="006C30AD" w:rsidRDefault="00DF7DB8">
      <w:pPr>
        <w:spacing w:after="0"/>
      </w:pPr>
      <w:r>
        <w:rPr>
          <w:rFonts w:ascii="Arial" w:hAnsi="Arial"/>
        </w:rPr>
        <w:t>Well Luce. You're only 33 there's still time.</w:t>
      </w:r>
    </w:p>
    <w:p w14:paraId="25D667C1" w14:textId="77777777" w:rsidR="006C30AD" w:rsidRDefault="006C30AD">
      <w:pPr>
        <w:spacing w:after="0"/>
      </w:pPr>
    </w:p>
    <w:p w14:paraId="2D571D66" w14:textId="77777777" w:rsidR="006C30AD" w:rsidRDefault="00DF7DB8">
      <w:pPr>
        <w:spacing w:after="0"/>
      </w:pPr>
      <w:r>
        <w:rPr>
          <w:rFonts w:ascii="Arial" w:hAnsi="Arial"/>
          <w:color w:val="5D7284"/>
        </w:rPr>
        <w:t>14:11</w:t>
      </w:r>
    </w:p>
    <w:p w14:paraId="020F9412" w14:textId="77777777" w:rsidR="006C30AD" w:rsidRDefault="00DF7DB8">
      <w:pPr>
        <w:spacing w:after="0"/>
      </w:pPr>
      <w:r>
        <w:rPr>
          <w:rFonts w:ascii="Arial" w:hAnsi="Arial"/>
        </w:rPr>
        <w:t>Also, if it does help, one of my Facebook memories came up. It was last week or the week befo</w:t>
      </w:r>
      <w:r>
        <w:rPr>
          <w:rFonts w:ascii="Arial" w:hAnsi="Arial"/>
        </w:rPr>
        <w:t>re, which was nine years ago and I tripped over the oven. (Alice laughs)</w:t>
      </w:r>
    </w:p>
    <w:p w14:paraId="2AB02AFE" w14:textId="77777777" w:rsidR="006C30AD" w:rsidRDefault="006C30AD">
      <w:pPr>
        <w:spacing w:after="0"/>
      </w:pPr>
    </w:p>
    <w:p w14:paraId="436E0B72" w14:textId="77777777" w:rsidR="006C30AD" w:rsidRDefault="00DF7DB8">
      <w:pPr>
        <w:spacing w:after="0"/>
      </w:pPr>
      <w:r>
        <w:rPr>
          <w:rFonts w:ascii="Arial" w:hAnsi="Arial"/>
          <w:b/>
        </w:rPr>
        <w:t xml:space="preserve">Lucy  </w:t>
      </w:r>
      <w:r>
        <w:rPr>
          <w:rFonts w:ascii="Arial" w:hAnsi="Arial"/>
          <w:color w:val="5D7284"/>
        </w:rPr>
        <w:t>14:22</w:t>
      </w:r>
    </w:p>
    <w:p w14:paraId="6FB9F598" w14:textId="77777777" w:rsidR="006C30AD" w:rsidRDefault="00DF7DB8">
      <w:pPr>
        <w:spacing w:after="0"/>
      </w:pPr>
      <w:r>
        <w:rPr>
          <w:rFonts w:ascii="Arial" w:hAnsi="Arial"/>
        </w:rPr>
        <w:t>I mean, you tripped over the oven?</w:t>
      </w:r>
    </w:p>
    <w:p w14:paraId="4C0FB89C" w14:textId="77777777" w:rsidR="006C30AD" w:rsidRDefault="006C30AD">
      <w:pPr>
        <w:spacing w:after="0"/>
      </w:pPr>
    </w:p>
    <w:p w14:paraId="122A2432" w14:textId="77777777" w:rsidR="006C30AD" w:rsidRDefault="00DF7DB8">
      <w:pPr>
        <w:spacing w:after="0"/>
      </w:pPr>
      <w:r>
        <w:rPr>
          <w:rFonts w:ascii="Arial" w:hAnsi="Arial"/>
          <w:b/>
        </w:rPr>
        <w:lastRenderedPageBreak/>
        <w:t xml:space="preserve">Daisy  </w:t>
      </w:r>
      <w:r>
        <w:rPr>
          <w:rFonts w:ascii="Arial" w:hAnsi="Arial"/>
          <w:color w:val="5D7284"/>
        </w:rPr>
        <w:t>14:26</w:t>
      </w:r>
    </w:p>
    <w:p w14:paraId="75BB5EBD" w14:textId="77777777" w:rsidR="006C30AD" w:rsidRDefault="00DF7DB8">
      <w:pPr>
        <w:spacing w:after="0"/>
      </w:pPr>
      <w:r>
        <w:rPr>
          <w:rFonts w:ascii="Arial" w:hAnsi="Arial"/>
        </w:rPr>
        <w:t xml:space="preserve">Yep. </w:t>
      </w:r>
    </w:p>
    <w:p w14:paraId="302E6AED" w14:textId="77777777" w:rsidR="006C30AD" w:rsidRDefault="006C30AD">
      <w:pPr>
        <w:spacing w:after="0"/>
      </w:pPr>
    </w:p>
    <w:p w14:paraId="7FC8E015" w14:textId="77777777" w:rsidR="006C30AD" w:rsidRDefault="00DF7DB8">
      <w:pPr>
        <w:spacing w:after="0"/>
      </w:pPr>
      <w:r>
        <w:rPr>
          <w:rFonts w:ascii="Arial" w:hAnsi="Arial"/>
          <w:b/>
        </w:rPr>
        <w:t xml:space="preserve">Lucy  </w:t>
      </w:r>
      <w:r>
        <w:rPr>
          <w:rFonts w:ascii="Arial" w:hAnsi="Arial"/>
          <w:color w:val="5D7284"/>
        </w:rPr>
        <w:t>14:27</w:t>
      </w:r>
    </w:p>
    <w:p w14:paraId="58498B99" w14:textId="77777777" w:rsidR="006C30AD" w:rsidRDefault="00DF7DB8">
      <w:pPr>
        <w:spacing w:after="0"/>
      </w:pPr>
      <w:r>
        <w:rPr>
          <w:rFonts w:ascii="Arial" w:hAnsi="Arial"/>
        </w:rPr>
        <w:t xml:space="preserve">Wow. </w:t>
      </w:r>
    </w:p>
    <w:p w14:paraId="187D6418" w14:textId="77777777" w:rsidR="006C30AD" w:rsidRDefault="006C30AD">
      <w:pPr>
        <w:spacing w:after="0"/>
      </w:pPr>
    </w:p>
    <w:p w14:paraId="1D75BBB2" w14:textId="77777777" w:rsidR="006C30AD" w:rsidRDefault="00DF7DB8">
      <w:pPr>
        <w:spacing w:after="0"/>
      </w:pPr>
      <w:r>
        <w:rPr>
          <w:rFonts w:ascii="Arial" w:hAnsi="Arial"/>
          <w:b/>
        </w:rPr>
        <w:t xml:space="preserve">Daisy  </w:t>
      </w:r>
      <w:r>
        <w:rPr>
          <w:rFonts w:ascii="Arial" w:hAnsi="Arial"/>
          <w:color w:val="5D7284"/>
        </w:rPr>
        <w:t>14:28</w:t>
      </w:r>
    </w:p>
    <w:p w14:paraId="48AE6060" w14:textId="77777777" w:rsidR="006C30AD" w:rsidRDefault="00DF7DB8">
      <w:pPr>
        <w:spacing w:after="0"/>
      </w:pPr>
      <w:r>
        <w:rPr>
          <w:rFonts w:ascii="Arial" w:hAnsi="Arial"/>
        </w:rPr>
        <w:t xml:space="preserve">Obviously it was nine years ago, so I can't remember any of the details around it. I can only remember what I bought on Facebook at the time </w:t>
      </w:r>
    </w:p>
    <w:p w14:paraId="64B40C01" w14:textId="77777777" w:rsidR="006C30AD" w:rsidRDefault="006C30AD">
      <w:pPr>
        <w:spacing w:after="0"/>
      </w:pPr>
    </w:p>
    <w:p w14:paraId="6A3D66FD" w14:textId="77777777" w:rsidR="006C30AD" w:rsidRDefault="00DF7DB8">
      <w:pPr>
        <w:spacing w:after="0"/>
      </w:pPr>
      <w:r>
        <w:rPr>
          <w:rFonts w:ascii="Arial" w:hAnsi="Arial"/>
          <w:b/>
        </w:rPr>
        <w:t xml:space="preserve">Lucy  </w:t>
      </w:r>
      <w:r>
        <w:rPr>
          <w:rFonts w:ascii="Arial" w:hAnsi="Arial"/>
          <w:color w:val="5D7284"/>
        </w:rPr>
        <w:t>14:34</w:t>
      </w:r>
    </w:p>
    <w:p w14:paraId="50A4F5F0" w14:textId="77777777" w:rsidR="006C30AD" w:rsidRDefault="00DF7DB8">
      <w:pPr>
        <w:spacing w:after="0"/>
      </w:pPr>
      <w:r>
        <w:rPr>
          <w:rFonts w:ascii="Arial" w:hAnsi="Arial"/>
        </w:rPr>
        <w:t xml:space="preserve">that you tipped over the omen. </w:t>
      </w:r>
    </w:p>
    <w:p w14:paraId="637BE5F5" w14:textId="77777777" w:rsidR="006C30AD" w:rsidRDefault="006C30AD">
      <w:pPr>
        <w:spacing w:after="0"/>
      </w:pPr>
    </w:p>
    <w:p w14:paraId="2331C5D1" w14:textId="77777777" w:rsidR="006C30AD" w:rsidRDefault="00DF7DB8">
      <w:pPr>
        <w:spacing w:after="0"/>
      </w:pPr>
      <w:r>
        <w:rPr>
          <w:rFonts w:ascii="Arial" w:hAnsi="Arial"/>
          <w:b/>
        </w:rPr>
        <w:t xml:space="preserve">Daisy  </w:t>
      </w:r>
      <w:r>
        <w:rPr>
          <w:rFonts w:ascii="Arial" w:hAnsi="Arial"/>
          <w:color w:val="5D7284"/>
        </w:rPr>
        <w:t>14:37</w:t>
      </w:r>
    </w:p>
    <w:p w14:paraId="477EA649" w14:textId="77777777" w:rsidR="006C30AD" w:rsidRDefault="00DF7DB8">
      <w:pPr>
        <w:spacing w:after="0"/>
      </w:pPr>
      <w:r>
        <w:rPr>
          <w:rFonts w:ascii="Arial" w:hAnsi="Arial"/>
        </w:rPr>
        <w:t xml:space="preserve">Yeah, </w:t>
      </w:r>
    </w:p>
    <w:p w14:paraId="60BE23AC" w14:textId="77777777" w:rsidR="006C30AD" w:rsidRDefault="006C30AD">
      <w:pPr>
        <w:spacing w:after="0"/>
      </w:pPr>
    </w:p>
    <w:p w14:paraId="796B5F90" w14:textId="77777777" w:rsidR="006C30AD" w:rsidRDefault="00DF7DB8">
      <w:pPr>
        <w:spacing w:after="0"/>
      </w:pPr>
      <w:r>
        <w:rPr>
          <w:rFonts w:ascii="Arial" w:hAnsi="Arial"/>
          <w:b/>
        </w:rPr>
        <w:t xml:space="preserve">Lucy  </w:t>
      </w:r>
      <w:r>
        <w:rPr>
          <w:rFonts w:ascii="Arial" w:hAnsi="Arial"/>
          <w:color w:val="5D7284"/>
        </w:rPr>
        <w:t>14:37</w:t>
      </w:r>
    </w:p>
    <w:p w14:paraId="273E0E9A" w14:textId="77777777" w:rsidR="006C30AD" w:rsidRDefault="00DF7DB8">
      <w:pPr>
        <w:spacing w:after="0"/>
      </w:pPr>
      <w:r>
        <w:rPr>
          <w:rFonts w:ascii="Arial" w:hAnsi="Arial"/>
        </w:rPr>
        <w:t xml:space="preserve">Crikey. </w:t>
      </w:r>
    </w:p>
    <w:p w14:paraId="12C2E405" w14:textId="77777777" w:rsidR="006C30AD" w:rsidRDefault="006C30AD">
      <w:pPr>
        <w:spacing w:after="0"/>
      </w:pPr>
    </w:p>
    <w:p w14:paraId="59B23E86" w14:textId="77777777" w:rsidR="006C30AD" w:rsidRDefault="00DF7DB8">
      <w:pPr>
        <w:spacing w:after="0"/>
      </w:pPr>
      <w:r>
        <w:rPr>
          <w:rFonts w:ascii="Arial" w:hAnsi="Arial"/>
          <w:b/>
        </w:rPr>
        <w:t xml:space="preserve">Daisy  </w:t>
      </w:r>
      <w:r>
        <w:rPr>
          <w:rFonts w:ascii="Arial" w:hAnsi="Arial"/>
          <w:color w:val="5D7284"/>
        </w:rPr>
        <w:t>14:38</w:t>
      </w:r>
    </w:p>
    <w:p w14:paraId="2615890D" w14:textId="77777777" w:rsidR="006C30AD" w:rsidRDefault="00DF7DB8">
      <w:pPr>
        <w:spacing w:after="0"/>
      </w:pPr>
      <w:r>
        <w:rPr>
          <w:rFonts w:ascii="Arial" w:hAnsi="Arial"/>
        </w:rPr>
        <w:t xml:space="preserve">And this is </w:t>
      </w:r>
      <w:r>
        <w:rPr>
          <w:rFonts w:ascii="Arial" w:hAnsi="Arial"/>
        </w:rPr>
        <w:t>why you should learn about disability history. I think we found the title of our episode.</w:t>
      </w:r>
    </w:p>
    <w:p w14:paraId="2337808E" w14:textId="77777777" w:rsidR="006C30AD" w:rsidRDefault="006C30AD">
      <w:pPr>
        <w:spacing w:after="0"/>
      </w:pPr>
    </w:p>
    <w:p w14:paraId="234B9058" w14:textId="77777777" w:rsidR="006C30AD" w:rsidRDefault="00DF7DB8">
      <w:pPr>
        <w:spacing w:after="0"/>
      </w:pPr>
      <w:r>
        <w:rPr>
          <w:rFonts w:ascii="Arial" w:hAnsi="Arial"/>
          <w:b/>
        </w:rPr>
        <w:t xml:space="preserve">Alice  </w:t>
      </w:r>
      <w:r>
        <w:rPr>
          <w:rFonts w:ascii="Arial" w:hAnsi="Arial"/>
          <w:color w:val="5D7284"/>
        </w:rPr>
        <w:t>14:46</w:t>
      </w:r>
    </w:p>
    <w:p w14:paraId="24ED41C2" w14:textId="77777777" w:rsidR="006C30AD" w:rsidRDefault="00DF7DB8">
      <w:pPr>
        <w:spacing w:after="0"/>
      </w:pPr>
      <w:r>
        <w:rPr>
          <w:rFonts w:ascii="Arial" w:hAnsi="Arial"/>
        </w:rPr>
        <w:t xml:space="preserve">So going back to you sort of saying, talking about not being a lot of I'm being professional now. Can you tell? </w:t>
      </w:r>
    </w:p>
    <w:p w14:paraId="3D007563" w14:textId="77777777" w:rsidR="006C30AD" w:rsidRDefault="006C30AD">
      <w:pPr>
        <w:spacing w:after="0"/>
      </w:pPr>
    </w:p>
    <w:p w14:paraId="55A41C7F" w14:textId="77777777" w:rsidR="006C30AD" w:rsidRDefault="00DF7DB8">
      <w:pPr>
        <w:spacing w:after="0"/>
      </w:pPr>
      <w:r>
        <w:rPr>
          <w:rFonts w:ascii="Arial" w:hAnsi="Arial"/>
          <w:b/>
        </w:rPr>
        <w:t xml:space="preserve">Lucy  </w:t>
      </w:r>
      <w:r>
        <w:rPr>
          <w:rFonts w:ascii="Arial" w:hAnsi="Arial"/>
          <w:color w:val="5D7284"/>
        </w:rPr>
        <w:t>14:55</w:t>
      </w:r>
    </w:p>
    <w:p w14:paraId="13E6238F" w14:textId="77777777" w:rsidR="006C30AD" w:rsidRDefault="00DF7DB8">
      <w:pPr>
        <w:spacing w:after="0"/>
      </w:pPr>
      <w:r>
        <w:rPr>
          <w:rFonts w:ascii="Arial" w:hAnsi="Arial"/>
        </w:rPr>
        <w:t xml:space="preserve">Yeah. </w:t>
      </w:r>
    </w:p>
    <w:p w14:paraId="7EEEDC3E" w14:textId="77777777" w:rsidR="006C30AD" w:rsidRDefault="006C30AD">
      <w:pPr>
        <w:spacing w:after="0"/>
      </w:pPr>
    </w:p>
    <w:p w14:paraId="2C8438AD" w14:textId="77777777" w:rsidR="006C30AD" w:rsidRDefault="00DF7DB8">
      <w:pPr>
        <w:spacing w:after="0"/>
      </w:pPr>
      <w:r>
        <w:rPr>
          <w:rFonts w:ascii="Arial" w:hAnsi="Arial"/>
          <w:b/>
        </w:rPr>
        <w:t xml:space="preserve">Alice  </w:t>
      </w:r>
      <w:r>
        <w:rPr>
          <w:rFonts w:ascii="Arial" w:hAnsi="Arial"/>
          <w:color w:val="5D7284"/>
        </w:rPr>
        <w:t>14:55</w:t>
      </w:r>
    </w:p>
    <w:p w14:paraId="677F0BF4" w14:textId="77777777" w:rsidR="006C30AD" w:rsidRDefault="00DF7DB8">
      <w:pPr>
        <w:spacing w:after="0"/>
      </w:pPr>
      <w:r>
        <w:rPr>
          <w:rFonts w:ascii="Arial" w:hAnsi="Arial"/>
        </w:rPr>
        <w:t>Going</w:t>
      </w:r>
      <w:r>
        <w:rPr>
          <w:rFonts w:ascii="Arial" w:hAnsi="Arial"/>
        </w:rPr>
        <w:t xml:space="preserve"> back to um, you mentioned about disability history and there not been a lot of representation of disability history and our community? Do you want to take a minute to tell us a little bit about how you identify as a disabled and chronically ill person, Da</w:t>
      </w:r>
      <w:r>
        <w:rPr>
          <w:rFonts w:ascii="Arial" w:hAnsi="Arial"/>
        </w:rPr>
        <w:t>isy so that the listeners can understand sort of where you're coming from?</w:t>
      </w:r>
    </w:p>
    <w:p w14:paraId="0FFA77F2" w14:textId="77777777" w:rsidR="006C30AD" w:rsidRDefault="006C30AD">
      <w:pPr>
        <w:spacing w:after="0"/>
      </w:pPr>
    </w:p>
    <w:p w14:paraId="16D82C66" w14:textId="77777777" w:rsidR="006C30AD" w:rsidRDefault="00DF7DB8">
      <w:pPr>
        <w:spacing w:after="0"/>
      </w:pPr>
      <w:r>
        <w:rPr>
          <w:rFonts w:ascii="Arial" w:hAnsi="Arial"/>
          <w:b/>
        </w:rPr>
        <w:t xml:space="preserve">Daisy  </w:t>
      </w:r>
      <w:r>
        <w:rPr>
          <w:rFonts w:ascii="Arial" w:hAnsi="Arial"/>
          <w:color w:val="5D7284"/>
        </w:rPr>
        <w:t>15:17</w:t>
      </w:r>
    </w:p>
    <w:p w14:paraId="7E2C0258" w14:textId="77777777" w:rsidR="006C30AD" w:rsidRDefault="00DF7DB8">
      <w:pPr>
        <w:spacing w:after="0"/>
      </w:pPr>
      <w:r>
        <w:rPr>
          <w:rFonts w:ascii="Arial" w:hAnsi="Arial"/>
        </w:rPr>
        <w:t xml:space="preserve">Yes, I have multiple chronic issues, many of which can be explained by the sort of, you know, one diagnosis that I got after 25 years. </w:t>
      </w:r>
    </w:p>
    <w:p w14:paraId="7962DA22" w14:textId="77777777" w:rsidR="006C30AD" w:rsidRDefault="006C30AD">
      <w:pPr>
        <w:spacing w:after="0"/>
      </w:pPr>
    </w:p>
    <w:p w14:paraId="60574768" w14:textId="77777777" w:rsidR="006C30AD" w:rsidRDefault="00DF7DB8">
      <w:pPr>
        <w:spacing w:after="0"/>
      </w:pPr>
      <w:r>
        <w:rPr>
          <w:rFonts w:ascii="Arial" w:hAnsi="Arial"/>
          <w:b/>
        </w:rPr>
        <w:t xml:space="preserve">Lucy  </w:t>
      </w:r>
      <w:r>
        <w:rPr>
          <w:rFonts w:ascii="Arial" w:hAnsi="Arial"/>
          <w:color w:val="5D7284"/>
        </w:rPr>
        <w:t>15:28</w:t>
      </w:r>
    </w:p>
    <w:p w14:paraId="0F5B40C5" w14:textId="77777777" w:rsidR="006C30AD" w:rsidRDefault="00DF7DB8">
      <w:pPr>
        <w:spacing w:after="0"/>
      </w:pPr>
      <w:r>
        <w:rPr>
          <w:rFonts w:ascii="Arial" w:hAnsi="Arial"/>
        </w:rPr>
        <w:t xml:space="preserve">Yeah. </w:t>
      </w:r>
    </w:p>
    <w:p w14:paraId="3AD06CD4" w14:textId="77777777" w:rsidR="006C30AD" w:rsidRDefault="006C30AD">
      <w:pPr>
        <w:spacing w:after="0"/>
      </w:pPr>
    </w:p>
    <w:p w14:paraId="68EBE1BF" w14:textId="77777777" w:rsidR="006C30AD" w:rsidRDefault="00DF7DB8">
      <w:pPr>
        <w:spacing w:after="0"/>
      </w:pPr>
      <w:r>
        <w:rPr>
          <w:rFonts w:ascii="Arial" w:hAnsi="Arial"/>
          <w:b/>
        </w:rPr>
        <w:t xml:space="preserve">Daisy  </w:t>
      </w:r>
      <w:r>
        <w:rPr>
          <w:rFonts w:ascii="Arial" w:hAnsi="Arial"/>
          <w:color w:val="5D7284"/>
        </w:rPr>
        <w:t>15:28</w:t>
      </w:r>
    </w:p>
    <w:p w14:paraId="3C404955" w14:textId="77777777" w:rsidR="006C30AD" w:rsidRDefault="00DF7DB8">
      <w:pPr>
        <w:spacing w:after="0"/>
      </w:pPr>
      <w:r>
        <w:rPr>
          <w:rFonts w:ascii="Arial" w:hAnsi="Arial"/>
        </w:rPr>
        <w:lastRenderedPageBreak/>
        <w:t>Which I imagine is a similar scenario to a lot of people who have been listening. So, you know, relatively abled child, I consider myself non disabled until I was about 14/15.  So, the next year, I will be reaching the point where I will have been disabled</w:t>
      </w:r>
      <w:r>
        <w:rPr>
          <w:rFonts w:ascii="Arial" w:hAnsi="Arial"/>
        </w:rPr>
        <w:t xml:space="preserve"> for as long as I was non disabled. </w:t>
      </w:r>
    </w:p>
    <w:p w14:paraId="094A1FC5" w14:textId="77777777" w:rsidR="006C30AD" w:rsidRDefault="006C30AD">
      <w:pPr>
        <w:spacing w:after="0"/>
      </w:pPr>
    </w:p>
    <w:p w14:paraId="7BB16C87" w14:textId="77777777" w:rsidR="006C30AD" w:rsidRDefault="00DF7DB8">
      <w:pPr>
        <w:spacing w:after="0"/>
      </w:pPr>
      <w:r>
        <w:rPr>
          <w:rFonts w:ascii="Arial" w:hAnsi="Arial"/>
          <w:b/>
        </w:rPr>
        <w:t xml:space="preserve">Lucy  </w:t>
      </w:r>
      <w:r>
        <w:rPr>
          <w:rFonts w:ascii="Arial" w:hAnsi="Arial"/>
          <w:color w:val="5D7284"/>
        </w:rPr>
        <w:t>15:53</w:t>
      </w:r>
    </w:p>
    <w:p w14:paraId="609D7E70" w14:textId="77777777" w:rsidR="006C30AD" w:rsidRDefault="00DF7DB8">
      <w:pPr>
        <w:spacing w:after="0"/>
      </w:pPr>
      <w:r>
        <w:rPr>
          <w:rFonts w:ascii="Arial" w:hAnsi="Arial"/>
        </w:rPr>
        <w:t xml:space="preserve">Right. Okay. </w:t>
      </w:r>
    </w:p>
    <w:p w14:paraId="15087139" w14:textId="77777777" w:rsidR="006C30AD" w:rsidRDefault="006C30AD">
      <w:pPr>
        <w:spacing w:after="0"/>
      </w:pPr>
    </w:p>
    <w:p w14:paraId="7FEC45B6" w14:textId="77777777" w:rsidR="006C30AD" w:rsidRDefault="00DF7DB8">
      <w:pPr>
        <w:spacing w:after="0"/>
      </w:pPr>
      <w:r>
        <w:rPr>
          <w:rFonts w:ascii="Arial" w:hAnsi="Arial"/>
          <w:b/>
        </w:rPr>
        <w:t xml:space="preserve">Daisy  </w:t>
      </w:r>
      <w:r>
        <w:rPr>
          <w:rFonts w:ascii="Arial" w:hAnsi="Arial"/>
          <w:color w:val="5D7284"/>
        </w:rPr>
        <w:t>15:54</w:t>
      </w:r>
    </w:p>
    <w:p w14:paraId="263B4530" w14:textId="77777777" w:rsidR="006C30AD" w:rsidRDefault="00DF7DB8">
      <w:pPr>
        <w:spacing w:after="0"/>
      </w:pPr>
      <w:r>
        <w:rPr>
          <w:rFonts w:ascii="Arial" w:hAnsi="Arial"/>
        </w:rPr>
        <w:t>I'm planning a party.  Yeah. Yeah. So I sort of teenager that started or with, you know, back things, confusing. Pain, are you sure you're not just growing? Maybe it's just havin</w:t>
      </w:r>
      <w:r>
        <w:rPr>
          <w:rFonts w:ascii="Arial" w:hAnsi="Arial"/>
        </w:rPr>
        <w:t>g a back that's causing you problems. Spent a long time trying to figure that out. And then, after a trip to India, I got very, very ill. I was still living in Plymouth at that point. So that's where I grew up. And so I just come back from India, and I was</w:t>
      </w:r>
      <w:r>
        <w:rPr>
          <w:rFonts w:ascii="Arial" w:hAnsi="Arial"/>
        </w:rPr>
        <w:t xml:space="preserve"> suddenly very, very ill was a lot of infectious and tropical disease specialists. In Plymouth all the tropical diseases, specialists are Navy doctors. </w:t>
      </w:r>
    </w:p>
    <w:p w14:paraId="4ADA15D5" w14:textId="77777777" w:rsidR="006C30AD" w:rsidRDefault="006C30AD">
      <w:pPr>
        <w:spacing w:after="0"/>
      </w:pPr>
    </w:p>
    <w:p w14:paraId="2B846C97" w14:textId="77777777" w:rsidR="006C30AD" w:rsidRDefault="00DF7DB8">
      <w:pPr>
        <w:spacing w:after="0"/>
      </w:pPr>
      <w:r>
        <w:rPr>
          <w:rFonts w:ascii="Arial" w:hAnsi="Arial"/>
          <w:b/>
        </w:rPr>
        <w:t xml:space="preserve">Lucy  </w:t>
      </w:r>
      <w:r>
        <w:rPr>
          <w:rFonts w:ascii="Arial" w:hAnsi="Arial"/>
          <w:color w:val="5D7284"/>
        </w:rPr>
        <w:t>15:56</w:t>
      </w:r>
    </w:p>
    <w:p w14:paraId="12469907" w14:textId="77777777" w:rsidR="006C30AD" w:rsidRDefault="00DF7DB8">
      <w:pPr>
        <w:spacing w:after="0"/>
      </w:pPr>
      <w:r>
        <w:rPr>
          <w:rFonts w:ascii="Arial" w:hAnsi="Arial"/>
        </w:rPr>
        <w:t>I don't blame you.</w:t>
      </w:r>
    </w:p>
    <w:p w14:paraId="39694F8D" w14:textId="77777777" w:rsidR="006C30AD" w:rsidRDefault="006C30AD">
      <w:pPr>
        <w:spacing w:after="0"/>
      </w:pPr>
    </w:p>
    <w:p w14:paraId="181D9BEF" w14:textId="77777777" w:rsidR="006C30AD" w:rsidRDefault="00DF7DB8">
      <w:pPr>
        <w:spacing w:after="0"/>
      </w:pPr>
      <w:r>
        <w:rPr>
          <w:rFonts w:ascii="Arial" w:hAnsi="Arial"/>
          <w:b/>
        </w:rPr>
        <w:t xml:space="preserve">Alice  </w:t>
      </w:r>
      <w:r>
        <w:rPr>
          <w:rFonts w:ascii="Arial" w:hAnsi="Arial"/>
          <w:color w:val="5D7284"/>
        </w:rPr>
        <w:t>16:19</w:t>
      </w:r>
    </w:p>
    <w:p w14:paraId="42F3CCC8" w14:textId="77777777" w:rsidR="006C30AD" w:rsidRDefault="00DF7DB8">
      <w:pPr>
        <w:spacing w:after="0"/>
      </w:pPr>
      <w:r>
        <w:rPr>
          <w:rFonts w:ascii="Arial" w:hAnsi="Arial"/>
        </w:rPr>
        <w:t>God</w:t>
      </w:r>
    </w:p>
    <w:p w14:paraId="1E03EDE6" w14:textId="77777777" w:rsidR="006C30AD" w:rsidRDefault="006C30AD">
      <w:pPr>
        <w:spacing w:after="0"/>
      </w:pPr>
    </w:p>
    <w:p w14:paraId="17CA50D9" w14:textId="77777777" w:rsidR="006C30AD" w:rsidRDefault="00DF7DB8">
      <w:pPr>
        <w:spacing w:after="0"/>
      </w:pPr>
      <w:r>
        <w:rPr>
          <w:rFonts w:ascii="Arial" w:hAnsi="Arial"/>
          <w:b/>
        </w:rPr>
        <w:t xml:space="preserve">Daisy  </w:t>
      </w:r>
      <w:r>
        <w:rPr>
          <w:rFonts w:ascii="Arial" w:hAnsi="Arial"/>
          <w:color w:val="5D7284"/>
        </w:rPr>
        <w:t>16:33</w:t>
      </w:r>
    </w:p>
    <w:p w14:paraId="478C4277" w14:textId="77777777" w:rsidR="006C30AD" w:rsidRDefault="00DF7DB8">
      <w:pPr>
        <w:spacing w:after="0"/>
      </w:pPr>
      <w:r>
        <w:rPr>
          <w:rFonts w:ascii="Arial" w:hAnsi="Arial"/>
        </w:rPr>
        <w:t>But wasn't too bad. So then I was diagn</w:t>
      </w:r>
      <w:r>
        <w:rPr>
          <w:rFonts w:ascii="Arial" w:hAnsi="Arial"/>
        </w:rPr>
        <w:t>osed with lupus. And we all got very distracted from the other things. Because I mean, in fairness, I will grant them that it probably was more important to make sure I didn't die. So yeah. Okay, too mad at them for that.</w:t>
      </w:r>
    </w:p>
    <w:p w14:paraId="6ADE9A75" w14:textId="77777777" w:rsidR="006C30AD" w:rsidRDefault="006C30AD">
      <w:pPr>
        <w:spacing w:after="0"/>
      </w:pPr>
    </w:p>
    <w:p w14:paraId="78D8626D" w14:textId="77777777" w:rsidR="006C30AD" w:rsidRDefault="00DF7DB8">
      <w:pPr>
        <w:spacing w:after="0"/>
      </w:pPr>
      <w:r>
        <w:rPr>
          <w:rFonts w:ascii="Arial" w:hAnsi="Arial"/>
          <w:b/>
        </w:rPr>
        <w:t xml:space="preserve">Alice  </w:t>
      </w:r>
      <w:r>
        <w:rPr>
          <w:rFonts w:ascii="Arial" w:hAnsi="Arial"/>
          <w:color w:val="5D7284"/>
        </w:rPr>
        <w:t>17:02</w:t>
      </w:r>
    </w:p>
    <w:p w14:paraId="2044ED68" w14:textId="77777777" w:rsidR="006C30AD" w:rsidRDefault="00DF7DB8">
      <w:pPr>
        <w:spacing w:after="0"/>
      </w:pPr>
      <w:r>
        <w:rPr>
          <w:rFonts w:ascii="Arial" w:hAnsi="Arial"/>
        </w:rPr>
        <w:t>So I don't know, the</w:t>
      </w:r>
      <w:r>
        <w:rPr>
          <w:rFonts w:ascii="Arial" w:hAnsi="Arial"/>
        </w:rPr>
        <w:t xml:space="preserve"> only thing I know about lupus is from watching House and the fact that it's never lupus. But obviously, it was lupus this time. </w:t>
      </w:r>
    </w:p>
    <w:p w14:paraId="0F54615C" w14:textId="77777777" w:rsidR="006C30AD" w:rsidRDefault="006C30AD">
      <w:pPr>
        <w:spacing w:after="0"/>
      </w:pPr>
    </w:p>
    <w:p w14:paraId="3327D134" w14:textId="77777777" w:rsidR="006C30AD" w:rsidRDefault="00DF7DB8">
      <w:pPr>
        <w:spacing w:after="0"/>
      </w:pPr>
      <w:r>
        <w:rPr>
          <w:rFonts w:ascii="Arial" w:hAnsi="Arial"/>
          <w:b/>
        </w:rPr>
        <w:t xml:space="preserve">Daisy  </w:t>
      </w:r>
      <w:r>
        <w:rPr>
          <w:rFonts w:ascii="Arial" w:hAnsi="Arial"/>
          <w:color w:val="5D7284"/>
        </w:rPr>
        <w:t>17:12</w:t>
      </w:r>
    </w:p>
    <w:p w14:paraId="19917602" w14:textId="77777777" w:rsidR="006C30AD" w:rsidRDefault="00DF7DB8">
      <w:pPr>
        <w:spacing w:after="0"/>
      </w:pPr>
      <w:r>
        <w:rPr>
          <w:rFonts w:ascii="Arial" w:hAnsi="Arial"/>
        </w:rPr>
        <w:t xml:space="preserve">Yes. </w:t>
      </w:r>
    </w:p>
    <w:p w14:paraId="7C68F474" w14:textId="77777777" w:rsidR="006C30AD" w:rsidRDefault="006C30AD">
      <w:pPr>
        <w:spacing w:after="0"/>
      </w:pPr>
    </w:p>
    <w:p w14:paraId="6176FC27" w14:textId="77777777" w:rsidR="006C30AD" w:rsidRDefault="00DF7DB8">
      <w:pPr>
        <w:spacing w:after="0"/>
      </w:pPr>
      <w:r>
        <w:rPr>
          <w:rFonts w:ascii="Arial" w:hAnsi="Arial"/>
          <w:b/>
        </w:rPr>
        <w:t xml:space="preserve">Alice  </w:t>
      </w:r>
      <w:r>
        <w:rPr>
          <w:rFonts w:ascii="Arial" w:hAnsi="Arial"/>
          <w:color w:val="5D7284"/>
        </w:rPr>
        <w:t>17:13</w:t>
      </w:r>
    </w:p>
    <w:p w14:paraId="2CB4414E" w14:textId="77777777" w:rsidR="006C30AD" w:rsidRDefault="00DF7DB8">
      <w:pPr>
        <w:spacing w:after="0"/>
      </w:pPr>
      <w:r>
        <w:rPr>
          <w:rFonts w:ascii="Arial" w:hAnsi="Arial"/>
        </w:rPr>
        <w:t xml:space="preserve">What does lupus,mean? what does it do? </w:t>
      </w:r>
    </w:p>
    <w:p w14:paraId="1A3A1EB6" w14:textId="77777777" w:rsidR="006C30AD" w:rsidRDefault="006C30AD">
      <w:pPr>
        <w:spacing w:after="0"/>
      </w:pPr>
    </w:p>
    <w:p w14:paraId="42B8E9A2" w14:textId="77777777" w:rsidR="006C30AD" w:rsidRDefault="00DF7DB8">
      <w:pPr>
        <w:spacing w:after="0"/>
      </w:pPr>
      <w:r>
        <w:rPr>
          <w:rFonts w:ascii="Arial" w:hAnsi="Arial"/>
          <w:b/>
        </w:rPr>
        <w:t xml:space="preserve">Daisy  </w:t>
      </w:r>
      <w:r>
        <w:rPr>
          <w:rFonts w:ascii="Arial" w:hAnsi="Arial"/>
          <w:color w:val="5D7284"/>
        </w:rPr>
        <w:t>17:16</w:t>
      </w:r>
    </w:p>
    <w:p w14:paraId="4AE7CA90" w14:textId="77777777" w:rsidR="006C30AD" w:rsidRDefault="00DF7DB8">
      <w:pPr>
        <w:spacing w:after="0"/>
      </w:pPr>
      <w:r>
        <w:rPr>
          <w:rFonts w:ascii="Arial" w:hAnsi="Arial"/>
        </w:rPr>
        <w:t xml:space="preserve">So it is an autoimmune disease. So my immune system has started attacking itself. </w:t>
      </w:r>
    </w:p>
    <w:p w14:paraId="3952C091" w14:textId="77777777" w:rsidR="006C30AD" w:rsidRDefault="006C30AD">
      <w:pPr>
        <w:spacing w:after="0"/>
      </w:pPr>
    </w:p>
    <w:p w14:paraId="36B254BE" w14:textId="77777777" w:rsidR="006C30AD" w:rsidRDefault="00DF7DB8">
      <w:pPr>
        <w:spacing w:after="0"/>
      </w:pPr>
      <w:r>
        <w:rPr>
          <w:rFonts w:ascii="Arial" w:hAnsi="Arial"/>
          <w:b/>
        </w:rPr>
        <w:t xml:space="preserve">Alice  </w:t>
      </w:r>
      <w:r>
        <w:rPr>
          <w:rFonts w:ascii="Arial" w:hAnsi="Arial"/>
          <w:color w:val="5D7284"/>
        </w:rPr>
        <w:t>17:25</w:t>
      </w:r>
    </w:p>
    <w:p w14:paraId="7269BD3C" w14:textId="77777777" w:rsidR="006C30AD" w:rsidRDefault="00DF7DB8">
      <w:pPr>
        <w:spacing w:after="0"/>
      </w:pPr>
      <w:r>
        <w:rPr>
          <w:rFonts w:ascii="Arial" w:hAnsi="Arial"/>
        </w:rPr>
        <w:t>Oh that's helpful.</w:t>
      </w:r>
    </w:p>
    <w:p w14:paraId="5D8D9A2F" w14:textId="77777777" w:rsidR="006C30AD" w:rsidRDefault="006C30AD">
      <w:pPr>
        <w:spacing w:after="0"/>
      </w:pPr>
    </w:p>
    <w:p w14:paraId="1C60F2CA" w14:textId="77777777" w:rsidR="006C30AD" w:rsidRDefault="00DF7DB8">
      <w:pPr>
        <w:spacing w:after="0"/>
      </w:pPr>
      <w:r>
        <w:rPr>
          <w:rFonts w:ascii="Arial" w:hAnsi="Arial"/>
          <w:b/>
        </w:rPr>
        <w:t xml:space="preserve">Daisy  </w:t>
      </w:r>
      <w:r>
        <w:rPr>
          <w:rFonts w:ascii="Arial" w:hAnsi="Arial"/>
          <w:color w:val="5D7284"/>
        </w:rPr>
        <w:t>17:26</w:t>
      </w:r>
    </w:p>
    <w:p w14:paraId="4E4EF092" w14:textId="77777777" w:rsidR="006C30AD" w:rsidRDefault="00DF7DB8">
      <w:pPr>
        <w:spacing w:after="0"/>
      </w:pPr>
      <w:r>
        <w:rPr>
          <w:rFonts w:ascii="Arial" w:hAnsi="Arial"/>
        </w:rPr>
        <w:lastRenderedPageBreak/>
        <w:t>It's really, really handy. It was really great. It's just sort of it. It doesn't like me know, you know, every part of my body</w:t>
      </w:r>
      <w:r>
        <w:rPr>
          <w:rFonts w:ascii="Arial" w:hAnsi="Arial"/>
        </w:rPr>
        <w:t xml:space="preserve"> it sees as like, you know, an infection or a virus or something. And kind of, you know, of all the white cells and just goes, Let's fuck that up. Yeah. And, yeah, so I'm on, like, a chemotherapy, like a low dose chemotherapy. And so I was shielding for mo</w:t>
      </w:r>
      <w:r>
        <w:rPr>
          <w:rFonts w:ascii="Arial" w:hAnsi="Arial"/>
        </w:rPr>
        <w:t>st of this year, to try and keep your immune system in check, which can be fair does, does pretty well. So often, you know, in my case, I've been relatively stable for a while, and it's only now we're starting to think about having to do other things as we</w:t>
      </w:r>
      <w:r>
        <w:rPr>
          <w:rFonts w:ascii="Arial" w:hAnsi="Arial"/>
        </w:rPr>
        <w:t>ll. So it's, to be honest of all of the things that's been causing me the least of my problems. It's generally Okay, until it's not. And then when it's not, it's really not gonna when it kicks When it really kicks off. It kicks off. Yeah, yeah. Yeah. So I,</w:t>
      </w:r>
      <w:r>
        <w:rPr>
          <w:rFonts w:ascii="Arial" w:hAnsi="Arial"/>
        </w:rPr>
        <w:t xml:space="preserve"> you know, when I was really ill the first time there's sort of like a period of about nine months, I just don't remember. </w:t>
      </w:r>
    </w:p>
    <w:p w14:paraId="456FEBED" w14:textId="77777777" w:rsidR="006C30AD" w:rsidRDefault="006C30AD">
      <w:pPr>
        <w:spacing w:after="0"/>
      </w:pPr>
    </w:p>
    <w:p w14:paraId="71BAC999" w14:textId="77777777" w:rsidR="006C30AD" w:rsidRDefault="00DF7DB8">
      <w:pPr>
        <w:spacing w:after="0"/>
      </w:pPr>
      <w:r>
        <w:rPr>
          <w:rFonts w:ascii="Arial" w:hAnsi="Arial"/>
          <w:b/>
        </w:rPr>
        <w:t xml:space="preserve">Lucy  </w:t>
      </w:r>
      <w:r>
        <w:rPr>
          <w:rFonts w:ascii="Arial" w:hAnsi="Arial"/>
          <w:color w:val="5D7284"/>
        </w:rPr>
        <w:t>18:38</w:t>
      </w:r>
    </w:p>
    <w:p w14:paraId="25D4DF01" w14:textId="77777777" w:rsidR="006C30AD" w:rsidRDefault="00DF7DB8">
      <w:pPr>
        <w:spacing w:after="0"/>
      </w:pPr>
      <w:r>
        <w:rPr>
          <w:rFonts w:ascii="Arial" w:hAnsi="Arial"/>
        </w:rPr>
        <w:t>Right</w:t>
      </w:r>
    </w:p>
    <w:p w14:paraId="727BFCE8" w14:textId="77777777" w:rsidR="006C30AD" w:rsidRDefault="006C30AD">
      <w:pPr>
        <w:spacing w:after="0"/>
      </w:pPr>
    </w:p>
    <w:p w14:paraId="19A23E6E" w14:textId="77777777" w:rsidR="006C30AD" w:rsidRDefault="00DF7DB8">
      <w:pPr>
        <w:spacing w:after="0"/>
      </w:pPr>
      <w:r>
        <w:rPr>
          <w:rFonts w:ascii="Arial" w:hAnsi="Arial"/>
          <w:b/>
        </w:rPr>
        <w:t xml:space="preserve">Alice  </w:t>
      </w:r>
      <w:r>
        <w:rPr>
          <w:rFonts w:ascii="Arial" w:hAnsi="Arial"/>
          <w:color w:val="5D7284"/>
        </w:rPr>
        <w:t>18:38</w:t>
      </w:r>
    </w:p>
    <w:p w14:paraId="0041B60A" w14:textId="77777777" w:rsidR="006C30AD" w:rsidRDefault="00DF7DB8">
      <w:pPr>
        <w:spacing w:after="0"/>
      </w:pPr>
      <w:r>
        <w:rPr>
          <w:rFonts w:ascii="Arial" w:hAnsi="Arial"/>
        </w:rPr>
        <w:t xml:space="preserve">Wow </w:t>
      </w:r>
    </w:p>
    <w:p w14:paraId="73F15A52" w14:textId="77777777" w:rsidR="006C30AD" w:rsidRDefault="006C30AD">
      <w:pPr>
        <w:spacing w:after="0"/>
      </w:pPr>
    </w:p>
    <w:p w14:paraId="0D2300F1" w14:textId="77777777" w:rsidR="006C30AD" w:rsidRDefault="00DF7DB8">
      <w:pPr>
        <w:spacing w:after="0"/>
      </w:pPr>
      <w:r>
        <w:rPr>
          <w:rFonts w:ascii="Arial" w:hAnsi="Arial"/>
          <w:b/>
        </w:rPr>
        <w:t xml:space="preserve">Daisy  </w:t>
      </w:r>
      <w:r>
        <w:rPr>
          <w:rFonts w:ascii="Arial" w:hAnsi="Arial"/>
          <w:color w:val="5D7284"/>
        </w:rPr>
        <w:t>18:40</w:t>
      </w:r>
    </w:p>
    <w:p w14:paraId="12E7D6E0" w14:textId="77777777" w:rsidR="006C30AD" w:rsidRDefault="00DF7DB8">
      <w:pPr>
        <w:spacing w:after="0"/>
      </w:pPr>
      <w:r>
        <w:rPr>
          <w:rFonts w:ascii="Arial" w:hAnsi="Arial"/>
        </w:rPr>
        <w:t xml:space="preserve">I lost most of my hair. And I was sort of, you know, only awake for kind of two </w:t>
      </w:r>
      <w:r>
        <w:rPr>
          <w:rFonts w:ascii="Arial" w:hAnsi="Arial"/>
        </w:rPr>
        <w:t>hours of the day. I've missed six months of school. Yeah, my mom tells me a lot about it. I don't remember. "Do you remember when this happened?" No. Oh that was during that nine months when you were asleep? Yeah, then no I probably won't remember that.</w:t>
      </w:r>
    </w:p>
    <w:p w14:paraId="632B0120" w14:textId="77777777" w:rsidR="006C30AD" w:rsidRDefault="006C30AD">
      <w:pPr>
        <w:spacing w:after="0"/>
      </w:pPr>
    </w:p>
    <w:p w14:paraId="03D719D8" w14:textId="77777777" w:rsidR="006C30AD" w:rsidRDefault="00DF7DB8">
      <w:pPr>
        <w:spacing w:after="0"/>
      </w:pPr>
      <w:r>
        <w:rPr>
          <w:rFonts w:ascii="Arial" w:hAnsi="Arial"/>
          <w:b/>
        </w:rPr>
        <w:t>L</w:t>
      </w:r>
      <w:r>
        <w:rPr>
          <w:rFonts w:ascii="Arial" w:hAnsi="Arial"/>
          <w:b/>
        </w:rPr>
        <w:t xml:space="preserve">ucy  </w:t>
      </w:r>
      <w:r>
        <w:rPr>
          <w:rFonts w:ascii="Arial" w:hAnsi="Arial"/>
          <w:color w:val="5D7284"/>
        </w:rPr>
        <w:t>19:00</w:t>
      </w:r>
    </w:p>
    <w:p w14:paraId="6E07388D" w14:textId="77777777" w:rsidR="006C30AD" w:rsidRDefault="00DF7DB8">
      <w:pPr>
        <w:spacing w:after="0"/>
      </w:pPr>
      <w:r>
        <w:rPr>
          <w:rFonts w:ascii="Arial" w:hAnsi="Arial"/>
        </w:rPr>
        <w:t>That's when you were hibernating.</w:t>
      </w:r>
    </w:p>
    <w:p w14:paraId="26116532" w14:textId="77777777" w:rsidR="006C30AD" w:rsidRDefault="006C30AD">
      <w:pPr>
        <w:spacing w:after="0"/>
      </w:pPr>
    </w:p>
    <w:p w14:paraId="0463FF44" w14:textId="77777777" w:rsidR="006C30AD" w:rsidRDefault="00DF7DB8">
      <w:pPr>
        <w:spacing w:after="0"/>
      </w:pPr>
      <w:r>
        <w:rPr>
          <w:rFonts w:ascii="Arial" w:hAnsi="Arial"/>
          <w:b/>
        </w:rPr>
        <w:t xml:space="preserve">Daisy  </w:t>
      </w:r>
      <w:r>
        <w:rPr>
          <w:rFonts w:ascii="Arial" w:hAnsi="Arial"/>
          <w:color w:val="5D7284"/>
        </w:rPr>
        <w:t>19:03</w:t>
      </w:r>
    </w:p>
    <w:p w14:paraId="0B448DDA" w14:textId="77777777" w:rsidR="006C30AD" w:rsidRDefault="00DF7DB8">
      <w:pPr>
        <w:spacing w:after="0"/>
      </w:pPr>
      <w:r>
        <w:rPr>
          <w:rFonts w:ascii="Arial" w:hAnsi="Arial"/>
        </w:rPr>
        <w:t>Yeah, basically. Yes. It's only after they got that under control that they we started looking into why all of my joints were doing extra weird things. Yeah. And should that kneecap be there? And a</w:t>
      </w:r>
      <w:r>
        <w:rPr>
          <w:rFonts w:ascii="Arial" w:hAnsi="Arial"/>
        </w:rPr>
        <w:t xml:space="preserve">pparently, no, it shouldn't. And so many will not be surprised to learn that I was then diagnosed with Ehlers Danlos Syndrome. </w:t>
      </w:r>
    </w:p>
    <w:p w14:paraId="600295DF" w14:textId="77777777" w:rsidR="006C30AD" w:rsidRDefault="006C30AD">
      <w:pPr>
        <w:spacing w:after="0"/>
      </w:pPr>
    </w:p>
    <w:p w14:paraId="5E3C7642" w14:textId="77777777" w:rsidR="006C30AD" w:rsidRDefault="00DF7DB8">
      <w:pPr>
        <w:spacing w:after="0"/>
      </w:pPr>
      <w:r>
        <w:rPr>
          <w:rFonts w:ascii="Arial" w:hAnsi="Arial"/>
          <w:b/>
        </w:rPr>
        <w:t xml:space="preserve">Lucy  </w:t>
      </w:r>
      <w:r>
        <w:rPr>
          <w:rFonts w:ascii="Arial" w:hAnsi="Arial"/>
          <w:color w:val="5D7284"/>
        </w:rPr>
        <w:t>19:25</w:t>
      </w:r>
    </w:p>
    <w:p w14:paraId="5091B18B" w14:textId="77777777" w:rsidR="006C30AD" w:rsidRDefault="00DF7DB8">
      <w:pPr>
        <w:spacing w:after="0"/>
      </w:pPr>
      <w:r>
        <w:rPr>
          <w:rFonts w:ascii="Arial" w:hAnsi="Arial"/>
        </w:rPr>
        <w:t xml:space="preserve">Okay. </w:t>
      </w:r>
    </w:p>
    <w:p w14:paraId="00550D19" w14:textId="77777777" w:rsidR="006C30AD" w:rsidRDefault="006C30AD">
      <w:pPr>
        <w:spacing w:after="0"/>
      </w:pPr>
    </w:p>
    <w:p w14:paraId="59E42543" w14:textId="77777777" w:rsidR="006C30AD" w:rsidRDefault="00DF7DB8">
      <w:pPr>
        <w:spacing w:after="0"/>
      </w:pPr>
      <w:r>
        <w:rPr>
          <w:rFonts w:ascii="Arial" w:hAnsi="Arial"/>
          <w:b/>
        </w:rPr>
        <w:t xml:space="preserve">Daisy  </w:t>
      </w:r>
      <w:r>
        <w:rPr>
          <w:rFonts w:ascii="Arial" w:hAnsi="Arial"/>
          <w:color w:val="5D7284"/>
        </w:rPr>
        <w:t>19:26</w:t>
      </w:r>
    </w:p>
    <w:p w14:paraId="2076697D" w14:textId="77777777" w:rsidR="006C30AD" w:rsidRDefault="00DF7DB8">
      <w:pPr>
        <w:spacing w:after="0"/>
      </w:pPr>
      <w:r>
        <w:rPr>
          <w:rFonts w:ascii="Arial" w:hAnsi="Arial"/>
        </w:rPr>
        <w:t xml:space="preserve">Yeah. So I'm trying to figure out how to deal with that. Because even though I am seen by </w:t>
      </w:r>
      <w:r>
        <w:rPr>
          <w:rFonts w:ascii="Arial" w:hAnsi="Arial"/>
        </w:rPr>
        <w:t>rheumatologists, for the lupus who is, they're often the department that EDS gets given to.</w:t>
      </w:r>
    </w:p>
    <w:p w14:paraId="79B9A2B8" w14:textId="77777777" w:rsidR="006C30AD" w:rsidRDefault="006C30AD">
      <w:pPr>
        <w:spacing w:after="0"/>
      </w:pPr>
    </w:p>
    <w:p w14:paraId="61A46387" w14:textId="77777777" w:rsidR="006C30AD" w:rsidRDefault="00DF7DB8">
      <w:pPr>
        <w:spacing w:after="0"/>
      </w:pPr>
      <w:r>
        <w:rPr>
          <w:rFonts w:ascii="Arial" w:hAnsi="Arial"/>
          <w:b/>
        </w:rPr>
        <w:t xml:space="preserve">Lucy  </w:t>
      </w:r>
      <w:r>
        <w:rPr>
          <w:rFonts w:ascii="Arial" w:hAnsi="Arial"/>
          <w:color w:val="5D7284"/>
        </w:rPr>
        <w:t>19:39</w:t>
      </w:r>
    </w:p>
    <w:p w14:paraId="7A8B2774" w14:textId="77777777" w:rsidR="006C30AD" w:rsidRDefault="00DF7DB8">
      <w:pPr>
        <w:spacing w:after="0"/>
      </w:pPr>
      <w:r>
        <w:rPr>
          <w:rFonts w:ascii="Arial" w:hAnsi="Arial"/>
        </w:rPr>
        <w:t xml:space="preserve">Yeah, </w:t>
      </w:r>
    </w:p>
    <w:p w14:paraId="47757F2E" w14:textId="77777777" w:rsidR="006C30AD" w:rsidRDefault="006C30AD">
      <w:pPr>
        <w:spacing w:after="0"/>
      </w:pPr>
    </w:p>
    <w:p w14:paraId="019CF33D" w14:textId="77777777" w:rsidR="006C30AD" w:rsidRDefault="00DF7DB8">
      <w:pPr>
        <w:spacing w:after="0"/>
      </w:pPr>
      <w:r>
        <w:rPr>
          <w:rFonts w:ascii="Arial" w:hAnsi="Arial"/>
          <w:b/>
        </w:rPr>
        <w:t xml:space="preserve">Daisy  </w:t>
      </w:r>
      <w:r>
        <w:rPr>
          <w:rFonts w:ascii="Arial" w:hAnsi="Arial"/>
          <w:color w:val="5D7284"/>
        </w:rPr>
        <w:t>19:40</w:t>
      </w:r>
    </w:p>
    <w:p w14:paraId="7D2C115F" w14:textId="77777777" w:rsidR="006C30AD" w:rsidRDefault="00DF7DB8">
      <w:pPr>
        <w:spacing w:after="0"/>
      </w:pPr>
      <w:r>
        <w:rPr>
          <w:rFonts w:ascii="Arial" w:hAnsi="Arial"/>
        </w:rPr>
        <w:lastRenderedPageBreak/>
        <w:t>Almost sort of not because they're actually supposed to be doing it, but because they don't know what else to do.</w:t>
      </w:r>
    </w:p>
    <w:p w14:paraId="1EA35BC8" w14:textId="77777777" w:rsidR="006C30AD" w:rsidRDefault="006C30AD">
      <w:pPr>
        <w:spacing w:after="0"/>
      </w:pPr>
    </w:p>
    <w:p w14:paraId="7C04C6D1" w14:textId="77777777" w:rsidR="006C30AD" w:rsidRDefault="00DF7DB8">
      <w:pPr>
        <w:spacing w:after="0"/>
      </w:pPr>
      <w:r>
        <w:rPr>
          <w:rFonts w:ascii="Arial" w:hAnsi="Arial"/>
          <w:b/>
        </w:rPr>
        <w:t xml:space="preserve">Alice  </w:t>
      </w:r>
      <w:r>
        <w:rPr>
          <w:rFonts w:ascii="Arial" w:hAnsi="Arial"/>
          <w:color w:val="5D7284"/>
        </w:rPr>
        <w:t>19:45</w:t>
      </w:r>
    </w:p>
    <w:p w14:paraId="5E4C44D9" w14:textId="77777777" w:rsidR="006C30AD" w:rsidRDefault="00DF7DB8">
      <w:pPr>
        <w:spacing w:after="0"/>
      </w:pPr>
      <w:r>
        <w:rPr>
          <w:rFonts w:ascii="Arial" w:hAnsi="Arial"/>
        </w:rPr>
        <w:t>Ye</w:t>
      </w:r>
      <w:r>
        <w:rPr>
          <w:rFonts w:ascii="Arial" w:hAnsi="Arial"/>
        </w:rPr>
        <w:t>ah they don't know where else to put it. So they put it there.</w:t>
      </w:r>
    </w:p>
    <w:p w14:paraId="2EFA1BAA" w14:textId="77777777" w:rsidR="006C30AD" w:rsidRDefault="006C30AD">
      <w:pPr>
        <w:spacing w:after="0"/>
      </w:pPr>
    </w:p>
    <w:p w14:paraId="4C0412A3" w14:textId="77777777" w:rsidR="006C30AD" w:rsidRDefault="00DF7DB8">
      <w:pPr>
        <w:spacing w:after="0"/>
      </w:pPr>
      <w:r>
        <w:rPr>
          <w:rFonts w:ascii="Arial" w:hAnsi="Arial"/>
          <w:b/>
        </w:rPr>
        <w:t xml:space="preserve">Daisy  </w:t>
      </w:r>
      <w:r>
        <w:rPr>
          <w:rFonts w:ascii="Arial" w:hAnsi="Arial"/>
          <w:color w:val="5D7284"/>
        </w:rPr>
        <w:t>19:48</w:t>
      </w:r>
    </w:p>
    <w:p w14:paraId="534BD4CD" w14:textId="77777777" w:rsidR="006C30AD" w:rsidRDefault="00DF7DB8">
      <w:pPr>
        <w:spacing w:after="0"/>
      </w:pPr>
      <w:r>
        <w:rPr>
          <w:rFonts w:ascii="Arial" w:hAnsi="Arial"/>
        </w:rPr>
        <w:t>Basically, yeah. Yeah. So they've got no idea what to do with me. I got officially diagnosed and then they went Excellent. Well done. Good job. [Calps hands]</w:t>
      </w:r>
    </w:p>
    <w:p w14:paraId="1F2F914B" w14:textId="77777777" w:rsidR="006C30AD" w:rsidRDefault="006C30AD">
      <w:pPr>
        <w:spacing w:after="0"/>
      </w:pPr>
    </w:p>
    <w:p w14:paraId="7EE5B565" w14:textId="77777777" w:rsidR="006C30AD" w:rsidRDefault="00DF7DB8">
      <w:pPr>
        <w:spacing w:after="0"/>
      </w:pPr>
      <w:r>
        <w:rPr>
          <w:rFonts w:ascii="Arial" w:hAnsi="Arial"/>
          <w:b/>
        </w:rPr>
        <w:t xml:space="preserve">Alice  </w:t>
      </w:r>
      <w:r>
        <w:rPr>
          <w:rFonts w:ascii="Arial" w:hAnsi="Arial"/>
          <w:color w:val="5D7284"/>
        </w:rPr>
        <w:t>19:59</w:t>
      </w:r>
    </w:p>
    <w:p w14:paraId="4D6CEB03" w14:textId="77777777" w:rsidR="006C30AD" w:rsidRDefault="00DF7DB8">
      <w:pPr>
        <w:spacing w:after="0"/>
      </w:pPr>
      <w:r>
        <w:rPr>
          <w:rFonts w:ascii="Arial" w:hAnsi="Arial"/>
        </w:rPr>
        <w:t>Off you</w:t>
      </w:r>
      <w:r>
        <w:rPr>
          <w:rFonts w:ascii="Arial" w:hAnsi="Arial"/>
        </w:rPr>
        <w:t xml:space="preserve"> ho then!</w:t>
      </w:r>
    </w:p>
    <w:p w14:paraId="6680ADBA" w14:textId="77777777" w:rsidR="006C30AD" w:rsidRDefault="006C30AD">
      <w:pPr>
        <w:spacing w:after="0"/>
      </w:pPr>
    </w:p>
    <w:p w14:paraId="71959807" w14:textId="77777777" w:rsidR="006C30AD" w:rsidRDefault="00DF7DB8">
      <w:pPr>
        <w:spacing w:after="0"/>
      </w:pPr>
      <w:r>
        <w:rPr>
          <w:rFonts w:ascii="Arial" w:hAnsi="Arial"/>
          <w:b/>
        </w:rPr>
        <w:t xml:space="preserve">Daisy  </w:t>
      </w:r>
      <w:r>
        <w:rPr>
          <w:rFonts w:ascii="Arial" w:hAnsi="Arial"/>
          <w:color w:val="5D7284"/>
        </w:rPr>
        <w:t>20:00</w:t>
      </w:r>
    </w:p>
    <w:p w14:paraId="12F62E1F" w14:textId="77777777" w:rsidR="006C30AD" w:rsidRDefault="00DF7DB8">
      <w:pPr>
        <w:spacing w:after="0"/>
      </w:pPr>
      <w:r>
        <w:rPr>
          <w:rFonts w:ascii="Arial" w:hAnsi="Arial"/>
        </w:rPr>
        <w:t>Yeah, so I haven't really had any treatment for it at all. I just kind of been making it up. So if you seeing an osteopath recently, like I've managed to find an naturopath who I really like, she's not ableist at all. I think it rea</w:t>
      </w:r>
      <w:r>
        <w:rPr>
          <w:rFonts w:ascii="Arial" w:hAnsi="Arial"/>
        </w:rPr>
        <w:t>lly makes a difference, doesn't it when you've got like a GP or medical practitioner who just kind of gets it. So I had a GP who was retired now very sadly, I didn't get to see him before we retired because of the 'rona. And that he just, he just got under</w:t>
      </w:r>
      <w:r>
        <w:rPr>
          <w:rFonts w:ascii="Arial" w:hAnsi="Arial"/>
        </w:rPr>
        <w:t>stood like me completely. He did keep saying that I'd got spinal bifida when actually I got cerebral palsy. And when I corrected him, he goes, yes, that's what I meant. Other than that he was absolutely, I can remember going to the doctors one, one evening</w:t>
      </w:r>
      <w:r>
        <w:rPr>
          <w:rFonts w:ascii="Arial" w:hAnsi="Arial"/>
        </w:rPr>
        <w:t>, in complete and utter pain, because it just got too much I was crying, like, takes a lot for me to cry about pain and stuff. And I, when they called me into the doctor, and he opened the door, it was just he was like, come in, sit down. Sit down, it's al</w:t>
      </w:r>
      <w:r>
        <w:rPr>
          <w:rFonts w:ascii="Arial" w:hAnsi="Arial"/>
        </w:rPr>
        <w:t>l gonna be alright. And literally, we work through it to get it to you. I keep going back every like three months to see him just to say, I'm alright. Everything's alright. But he still wants to see me even though I'm saying I'm alright, just in case anyth</w:t>
      </w:r>
      <w:r>
        <w:rPr>
          <w:rFonts w:ascii="Arial" w:hAnsi="Arial"/>
        </w:rPr>
        <w:t>ing gets worse again. And I think once you can find a medical professional that gets it. It's just such a weight off, isn't it? Because you think I've gotta explain everything again. And I delayed moving once so that I wouldn't have to leave. My GP who got</w:t>
      </w:r>
      <w:r>
        <w:rPr>
          <w:rFonts w:ascii="Arial" w:hAnsi="Arial"/>
        </w:rPr>
        <w:t xml:space="preserve"> it. I lived in bath for like an extra year passed when I really wanted to. </w:t>
      </w:r>
    </w:p>
    <w:p w14:paraId="09540C32" w14:textId="77777777" w:rsidR="006C30AD" w:rsidRDefault="006C30AD">
      <w:pPr>
        <w:spacing w:after="0"/>
      </w:pPr>
    </w:p>
    <w:p w14:paraId="78647EBA" w14:textId="77777777" w:rsidR="006C30AD" w:rsidRDefault="00DF7DB8">
      <w:pPr>
        <w:spacing w:after="0"/>
      </w:pPr>
      <w:r>
        <w:rPr>
          <w:rFonts w:ascii="Arial" w:hAnsi="Arial"/>
          <w:b/>
        </w:rPr>
        <w:t xml:space="preserve">Alice  </w:t>
      </w:r>
      <w:r>
        <w:rPr>
          <w:rFonts w:ascii="Arial" w:hAnsi="Arial"/>
          <w:color w:val="5D7284"/>
        </w:rPr>
        <w:t>21:43</w:t>
      </w:r>
    </w:p>
    <w:p w14:paraId="425E97FC" w14:textId="77777777" w:rsidR="006C30AD" w:rsidRDefault="00DF7DB8">
      <w:pPr>
        <w:spacing w:after="0"/>
      </w:pPr>
      <w:r>
        <w:rPr>
          <w:rFonts w:ascii="Arial" w:hAnsi="Arial"/>
        </w:rPr>
        <w:t>Yeah</w:t>
      </w:r>
    </w:p>
    <w:p w14:paraId="41F98679" w14:textId="77777777" w:rsidR="006C30AD" w:rsidRDefault="006C30AD">
      <w:pPr>
        <w:spacing w:after="0"/>
      </w:pPr>
    </w:p>
    <w:p w14:paraId="1CA8A753" w14:textId="77777777" w:rsidR="006C30AD" w:rsidRDefault="00DF7DB8">
      <w:pPr>
        <w:spacing w:after="0"/>
      </w:pPr>
      <w:r>
        <w:rPr>
          <w:rFonts w:ascii="Arial" w:hAnsi="Arial"/>
          <w:b/>
        </w:rPr>
        <w:t xml:space="preserve">Daisy  </w:t>
      </w:r>
      <w:r>
        <w:rPr>
          <w:rFonts w:ascii="Arial" w:hAnsi="Arial"/>
          <w:color w:val="5D7284"/>
        </w:rPr>
        <w:t>21:44</w:t>
      </w:r>
    </w:p>
    <w:p w14:paraId="0D27ED0D" w14:textId="77777777" w:rsidR="006C30AD" w:rsidRDefault="00DF7DB8">
      <w:pPr>
        <w:spacing w:after="0"/>
      </w:pPr>
      <w:r>
        <w:rPr>
          <w:rFonts w:ascii="Arial" w:hAnsi="Arial"/>
        </w:rPr>
        <w:t xml:space="preserve"> I went to university in Bath and then moved over to Bristol, where I am now. And I put off that move for a good year. Because I didn't want to le</w:t>
      </w:r>
      <w:r>
        <w:rPr>
          <w:rFonts w:ascii="Arial" w:hAnsi="Arial"/>
        </w:rPr>
        <w:t>ave my GP.</w:t>
      </w:r>
    </w:p>
    <w:p w14:paraId="4FBDD3A7" w14:textId="77777777" w:rsidR="006C30AD" w:rsidRDefault="006C30AD">
      <w:pPr>
        <w:spacing w:after="0"/>
      </w:pPr>
    </w:p>
    <w:p w14:paraId="406D95E5" w14:textId="77777777" w:rsidR="006C30AD" w:rsidRDefault="00DF7DB8">
      <w:pPr>
        <w:spacing w:after="0"/>
      </w:pPr>
      <w:r>
        <w:rPr>
          <w:rFonts w:ascii="Arial" w:hAnsi="Arial"/>
          <w:b/>
        </w:rPr>
        <w:t xml:space="preserve">Alice  </w:t>
      </w:r>
      <w:r>
        <w:rPr>
          <w:rFonts w:ascii="Arial" w:hAnsi="Arial"/>
          <w:color w:val="5D7284"/>
        </w:rPr>
        <w:t>21:53</w:t>
      </w:r>
    </w:p>
    <w:p w14:paraId="471C3F11" w14:textId="77777777" w:rsidR="006C30AD" w:rsidRDefault="00DF7DB8">
      <w:pPr>
        <w:spacing w:after="0"/>
      </w:pPr>
      <w:r>
        <w:rPr>
          <w:rFonts w:ascii="Arial" w:hAnsi="Arial"/>
        </w:rPr>
        <w:t xml:space="preserve">Yeah, we we moved out of the town I live in now. We lived outside of it for five and a half years. And the and I just just refused to tell anybody that I'd moved. So I just had to go. And whenever I had to go to the </w:t>
      </w:r>
      <w:r>
        <w:rPr>
          <w:rFonts w:ascii="Arial" w:hAnsi="Arial"/>
        </w:rPr>
        <w:t>doctor's, I just go stay at my mom's house and be like, I hope I never have to have emergency care. Because otherwise I'm fucked. It was worth the risk because my GP and now we're back and we went into the surgery and I re registered and I specifically sai</w:t>
      </w:r>
      <w:r>
        <w:rPr>
          <w:rFonts w:ascii="Arial" w:hAnsi="Arial"/>
        </w:rPr>
        <w:t xml:space="preserve">d, How can I be registered with this doctor? And then me and my husband have got to do like medicals for signing up again and stuff. And he was like, </w:t>
      </w:r>
      <w:r>
        <w:rPr>
          <w:rFonts w:ascii="Arial" w:hAnsi="Arial"/>
        </w:rPr>
        <w:lastRenderedPageBreak/>
        <w:t>"How come you're with that doctor and I'm just with random doctor X?" And I'm like, because I made a fuss.</w:t>
      </w:r>
      <w:r>
        <w:rPr>
          <w:rFonts w:ascii="Arial" w:hAnsi="Arial"/>
        </w:rPr>
        <w:t xml:space="preserve"> I want this doctor. And I waved my guide dog at them and they were like, all right.</w:t>
      </w:r>
    </w:p>
    <w:p w14:paraId="21AC56F4" w14:textId="77777777" w:rsidR="006C30AD" w:rsidRDefault="006C30AD">
      <w:pPr>
        <w:spacing w:after="0"/>
      </w:pPr>
    </w:p>
    <w:p w14:paraId="6B909811" w14:textId="77777777" w:rsidR="006C30AD" w:rsidRDefault="00DF7DB8">
      <w:pPr>
        <w:spacing w:after="0"/>
      </w:pPr>
      <w:r>
        <w:rPr>
          <w:rFonts w:ascii="Arial" w:hAnsi="Arial"/>
          <w:b/>
        </w:rPr>
        <w:t xml:space="preserve">Lucy  </w:t>
      </w:r>
      <w:r>
        <w:rPr>
          <w:rFonts w:ascii="Arial" w:hAnsi="Arial"/>
          <w:color w:val="5D7284"/>
        </w:rPr>
        <w:t>22:54</w:t>
      </w:r>
    </w:p>
    <w:p w14:paraId="2526C4AE" w14:textId="77777777" w:rsidR="006C30AD" w:rsidRDefault="00DF7DB8">
      <w:pPr>
        <w:spacing w:after="0"/>
      </w:pPr>
      <w:r>
        <w:rPr>
          <w:rFonts w:ascii="Arial" w:hAnsi="Arial"/>
        </w:rPr>
        <w:t>It just makes such a difference. It really does. And when somebody understand you're like, oh, hallelujah. Thank the heavens.</w:t>
      </w:r>
    </w:p>
    <w:p w14:paraId="5B540E77" w14:textId="77777777" w:rsidR="006C30AD" w:rsidRDefault="006C30AD">
      <w:pPr>
        <w:spacing w:after="0"/>
      </w:pPr>
    </w:p>
    <w:p w14:paraId="42BBE178" w14:textId="77777777" w:rsidR="006C30AD" w:rsidRDefault="00DF7DB8">
      <w:pPr>
        <w:spacing w:after="0"/>
      </w:pPr>
      <w:r>
        <w:rPr>
          <w:rFonts w:ascii="Arial" w:hAnsi="Arial"/>
          <w:b/>
        </w:rPr>
        <w:t xml:space="preserve">Daisy  </w:t>
      </w:r>
      <w:r>
        <w:rPr>
          <w:rFonts w:ascii="Arial" w:hAnsi="Arial"/>
          <w:color w:val="5D7284"/>
        </w:rPr>
        <w:t>23:03</w:t>
      </w:r>
    </w:p>
    <w:p w14:paraId="3CC58432" w14:textId="77777777" w:rsidR="006C30AD" w:rsidRDefault="00DF7DB8">
      <w:pPr>
        <w:spacing w:after="0"/>
      </w:pPr>
      <w:r>
        <w:rPr>
          <w:rFonts w:ascii="Arial" w:hAnsi="Arial"/>
        </w:rPr>
        <w:t xml:space="preserve">and it's not just </w:t>
      </w:r>
      <w:r>
        <w:rPr>
          <w:rFonts w:ascii="Arial" w:hAnsi="Arial"/>
        </w:rPr>
        <w:t>because those primary care people know like, I still see the optician. Yeah, but I've seen for my entire life, which, you know, it's a relatively long journey down to Plymouth, but often it kind of comes around Christmas time. It makes sense. But, yeah,</w:t>
      </w:r>
    </w:p>
    <w:p w14:paraId="006D5692" w14:textId="77777777" w:rsidR="006C30AD" w:rsidRDefault="006C30AD">
      <w:pPr>
        <w:spacing w:after="0"/>
      </w:pPr>
    </w:p>
    <w:p w14:paraId="7D9EE1CC" w14:textId="77777777" w:rsidR="006C30AD" w:rsidRDefault="00DF7DB8">
      <w:pPr>
        <w:spacing w:after="0"/>
      </w:pPr>
      <w:r>
        <w:rPr>
          <w:rFonts w:ascii="Arial" w:hAnsi="Arial"/>
          <w:b/>
        </w:rPr>
        <w:t>A</w:t>
      </w:r>
      <w:r>
        <w:rPr>
          <w:rFonts w:ascii="Arial" w:hAnsi="Arial"/>
          <w:b/>
        </w:rPr>
        <w:t xml:space="preserve">lice  </w:t>
      </w:r>
      <w:r>
        <w:rPr>
          <w:rFonts w:ascii="Arial" w:hAnsi="Arial"/>
          <w:color w:val="5D7284"/>
        </w:rPr>
        <w:t>23:20</w:t>
      </w:r>
    </w:p>
    <w:p w14:paraId="5349493E" w14:textId="77777777" w:rsidR="006C30AD" w:rsidRDefault="00DF7DB8">
      <w:pPr>
        <w:spacing w:after="0"/>
      </w:pPr>
      <w:r>
        <w:rPr>
          <w:rFonts w:ascii="Arial" w:hAnsi="Arial"/>
        </w:rPr>
        <w:t xml:space="preserve">I still go to the hospital in London to get my eyes test every 18 months because they could do it at a hospital around here. But I just did just even you know Morefield's know what they fucking do. And even though I said different person every </w:t>
      </w:r>
      <w:r>
        <w:rPr>
          <w:rFonts w:ascii="Arial" w:hAnsi="Arial"/>
        </w:rPr>
        <w:t>time they know what they're doing, and they're just a bit more on it, than even the ophthalmology department in my local hospital because they're used to seeing grannies with cataracts.</w:t>
      </w:r>
    </w:p>
    <w:p w14:paraId="3D8BB7C0" w14:textId="77777777" w:rsidR="006C30AD" w:rsidRDefault="006C30AD">
      <w:pPr>
        <w:spacing w:after="0"/>
      </w:pPr>
    </w:p>
    <w:p w14:paraId="34150DA1" w14:textId="77777777" w:rsidR="006C30AD" w:rsidRDefault="00DF7DB8">
      <w:pPr>
        <w:spacing w:after="0"/>
      </w:pPr>
      <w:r>
        <w:rPr>
          <w:rFonts w:ascii="Arial" w:hAnsi="Arial"/>
          <w:b/>
        </w:rPr>
        <w:t xml:space="preserve">Daisy  </w:t>
      </w:r>
      <w:r>
        <w:rPr>
          <w:rFonts w:ascii="Arial" w:hAnsi="Arial"/>
          <w:color w:val="5D7284"/>
        </w:rPr>
        <w:t>23:43</w:t>
      </w:r>
    </w:p>
    <w:p w14:paraId="26B89AE7" w14:textId="77777777" w:rsidR="006C30AD" w:rsidRDefault="00DF7DB8">
      <w:pPr>
        <w:spacing w:after="0"/>
      </w:pPr>
      <w:r>
        <w:rPr>
          <w:rFonts w:ascii="Arial" w:hAnsi="Arial"/>
        </w:rPr>
        <w:t>Well, yes, you know, my optician has been the optician f</w:t>
      </w:r>
      <w:r>
        <w:rPr>
          <w:rFonts w:ascii="Arial" w:hAnsi="Arial"/>
        </w:rPr>
        <w:t xml:space="preserve">or, you know, my whole family for a really long time. And so he knows when, you know, they know when something's might be, you know, oh, because all of your family's eyes are weird like that. But also, he, he was the one who told me that there were all of </w:t>
      </w:r>
      <w:r>
        <w:rPr>
          <w:rFonts w:ascii="Arial" w:hAnsi="Arial"/>
        </w:rPr>
        <w:t xml:space="preserve">these extra things that could happen with my eyes because of my various conditions, no one else know, and actually told me that he knows how medications interact, and you know, what to look out for. And, you know, I have had to have, you know, a couple of </w:t>
      </w:r>
      <w:r>
        <w:rPr>
          <w:rFonts w:ascii="Arial" w:hAnsi="Arial"/>
        </w:rPr>
        <w:t>like, emergency, you know, eye appointments with people up here, and I'm having to tell them, which is, you know, obviously, we're all used to doing that. I think it's safe to say a lot of us are very used to having to be the ones to inform.</w:t>
      </w:r>
    </w:p>
    <w:p w14:paraId="131B595A" w14:textId="77777777" w:rsidR="006C30AD" w:rsidRDefault="006C30AD">
      <w:pPr>
        <w:spacing w:after="0"/>
      </w:pPr>
    </w:p>
    <w:p w14:paraId="1B3F8579" w14:textId="77777777" w:rsidR="006C30AD" w:rsidRDefault="00DF7DB8">
      <w:pPr>
        <w:spacing w:after="0"/>
      </w:pPr>
      <w:r>
        <w:rPr>
          <w:rFonts w:ascii="Arial" w:hAnsi="Arial"/>
          <w:b/>
        </w:rPr>
        <w:t xml:space="preserve">Alice  </w:t>
      </w:r>
      <w:r>
        <w:rPr>
          <w:rFonts w:ascii="Arial" w:hAnsi="Arial"/>
          <w:color w:val="5D7284"/>
        </w:rPr>
        <w:t>24:30</w:t>
      </w:r>
    </w:p>
    <w:p w14:paraId="6EF03A23" w14:textId="77777777" w:rsidR="006C30AD" w:rsidRDefault="00DF7DB8">
      <w:pPr>
        <w:spacing w:after="0"/>
      </w:pPr>
      <w:r>
        <w:rPr>
          <w:rFonts w:ascii="Arial" w:hAnsi="Arial"/>
        </w:rPr>
        <w:t>Yeah</w:t>
      </w:r>
    </w:p>
    <w:p w14:paraId="10F33FFD" w14:textId="77777777" w:rsidR="006C30AD" w:rsidRDefault="006C30AD">
      <w:pPr>
        <w:spacing w:after="0"/>
      </w:pPr>
    </w:p>
    <w:p w14:paraId="5EEA7658" w14:textId="77777777" w:rsidR="006C30AD" w:rsidRDefault="00DF7DB8">
      <w:pPr>
        <w:spacing w:after="0"/>
      </w:pPr>
      <w:r>
        <w:rPr>
          <w:rFonts w:ascii="Arial" w:hAnsi="Arial"/>
          <w:b/>
        </w:rPr>
        <w:t xml:space="preserve">Daisy  </w:t>
      </w:r>
      <w:r>
        <w:rPr>
          <w:rFonts w:ascii="Arial" w:hAnsi="Arial"/>
          <w:color w:val="5D7284"/>
        </w:rPr>
        <w:t>24:31</w:t>
      </w:r>
    </w:p>
    <w:p w14:paraId="63CAF8F7" w14:textId="77777777" w:rsidR="006C30AD" w:rsidRDefault="00DF7DB8">
      <w:pPr>
        <w:spacing w:after="0"/>
      </w:pPr>
      <w:r>
        <w:rPr>
          <w:rFonts w:ascii="Arial" w:hAnsi="Arial"/>
        </w:rPr>
        <w:t xml:space="preserve">But I'm just so tired. I'm really tired. </w:t>
      </w:r>
    </w:p>
    <w:p w14:paraId="7CBE0441" w14:textId="77777777" w:rsidR="006C30AD" w:rsidRDefault="006C30AD">
      <w:pPr>
        <w:spacing w:after="0"/>
      </w:pPr>
    </w:p>
    <w:p w14:paraId="20B61A5E" w14:textId="77777777" w:rsidR="006C30AD" w:rsidRDefault="00DF7DB8">
      <w:pPr>
        <w:spacing w:after="0"/>
      </w:pPr>
      <w:r>
        <w:rPr>
          <w:rFonts w:ascii="Arial" w:hAnsi="Arial"/>
          <w:b/>
        </w:rPr>
        <w:t xml:space="preserve">Lucy  </w:t>
      </w:r>
      <w:r>
        <w:rPr>
          <w:rFonts w:ascii="Arial" w:hAnsi="Arial"/>
          <w:color w:val="5D7284"/>
        </w:rPr>
        <w:t>24:37</w:t>
      </w:r>
    </w:p>
    <w:p w14:paraId="051E393B" w14:textId="77777777" w:rsidR="006C30AD" w:rsidRDefault="00DF7DB8">
      <w:pPr>
        <w:spacing w:after="0"/>
      </w:pPr>
      <w:r>
        <w:rPr>
          <w:rFonts w:ascii="Arial" w:hAnsi="Arial"/>
        </w:rPr>
        <w:t>It really is exhuasting</w:t>
      </w:r>
    </w:p>
    <w:p w14:paraId="73863EEF" w14:textId="77777777" w:rsidR="006C30AD" w:rsidRDefault="006C30AD">
      <w:pPr>
        <w:spacing w:after="0"/>
      </w:pPr>
    </w:p>
    <w:p w14:paraId="00294100" w14:textId="77777777" w:rsidR="006C30AD" w:rsidRDefault="00DF7DB8">
      <w:pPr>
        <w:spacing w:after="0"/>
      </w:pPr>
      <w:r>
        <w:rPr>
          <w:rFonts w:ascii="Arial" w:hAnsi="Arial"/>
          <w:b/>
        </w:rPr>
        <w:t xml:space="preserve">Alice  </w:t>
      </w:r>
      <w:r>
        <w:rPr>
          <w:rFonts w:ascii="Arial" w:hAnsi="Arial"/>
          <w:color w:val="5D7284"/>
        </w:rPr>
        <w:t>24:39</w:t>
      </w:r>
    </w:p>
    <w:p w14:paraId="49AF5F50" w14:textId="77777777" w:rsidR="006C30AD" w:rsidRDefault="00DF7DB8">
      <w:pPr>
        <w:spacing w:after="0"/>
      </w:pPr>
      <w:r>
        <w:rPr>
          <w:rFonts w:ascii="Arial" w:hAnsi="Arial"/>
        </w:rPr>
        <w:t>Like, with medical pro- like I it's one thing to do it with like Joe Bloggs on the street. But like read.  It's all in my in my notes.</w:t>
      </w:r>
    </w:p>
    <w:p w14:paraId="67E85063" w14:textId="77777777" w:rsidR="006C30AD" w:rsidRDefault="006C30AD">
      <w:pPr>
        <w:spacing w:after="0"/>
      </w:pPr>
    </w:p>
    <w:p w14:paraId="5660C366" w14:textId="77777777" w:rsidR="006C30AD" w:rsidRDefault="00DF7DB8">
      <w:pPr>
        <w:spacing w:after="0"/>
      </w:pPr>
      <w:r>
        <w:rPr>
          <w:rFonts w:ascii="Arial" w:hAnsi="Arial"/>
          <w:b/>
        </w:rPr>
        <w:t xml:space="preserve">Lucy  </w:t>
      </w:r>
      <w:r>
        <w:rPr>
          <w:rFonts w:ascii="Arial" w:hAnsi="Arial"/>
          <w:color w:val="5D7284"/>
        </w:rPr>
        <w:t>24:50</w:t>
      </w:r>
    </w:p>
    <w:p w14:paraId="59350D4D" w14:textId="77777777" w:rsidR="006C30AD" w:rsidRDefault="00DF7DB8">
      <w:pPr>
        <w:spacing w:after="0"/>
      </w:pPr>
      <w:r>
        <w:rPr>
          <w:rFonts w:ascii="Arial" w:hAnsi="Arial"/>
        </w:rPr>
        <w:lastRenderedPageBreak/>
        <w:t xml:space="preserve">When I go to the doctor, if I go to a new specialist for whatever reason, you can guarantee within five minutes of me getting on the examination bed, somebody We'll go, Oh, do you mind if we bring the student in? So they can they come in </w:t>
      </w:r>
      <w:r>
        <w:rPr>
          <w:rFonts w:ascii="Arial" w:hAnsi="Arial"/>
        </w:rPr>
        <w:t>like three or four at a time like Umpa Lumpa's like, Oh, yeah. So student physio, because you're bearing in mind. I'm doing physio so it's hurting. And he went "Your condition is fascinating." And I was like that's really helpful mate really helpful.</w:t>
      </w:r>
    </w:p>
    <w:p w14:paraId="634C165E" w14:textId="77777777" w:rsidR="006C30AD" w:rsidRDefault="006C30AD">
      <w:pPr>
        <w:spacing w:after="0"/>
      </w:pPr>
    </w:p>
    <w:p w14:paraId="7902F45A" w14:textId="77777777" w:rsidR="006C30AD" w:rsidRDefault="00DF7DB8">
      <w:pPr>
        <w:spacing w:after="0"/>
      </w:pPr>
      <w:r>
        <w:rPr>
          <w:rFonts w:ascii="Arial" w:hAnsi="Arial"/>
          <w:b/>
        </w:rPr>
        <w:t>Alic</w:t>
      </w:r>
      <w:r>
        <w:rPr>
          <w:rFonts w:ascii="Arial" w:hAnsi="Arial"/>
          <w:b/>
        </w:rPr>
        <w:t xml:space="preserve">e  </w:t>
      </w:r>
      <w:r>
        <w:rPr>
          <w:rFonts w:ascii="Arial" w:hAnsi="Arial"/>
          <w:color w:val="5D7284"/>
        </w:rPr>
        <w:t>25:22</w:t>
      </w:r>
    </w:p>
    <w:p w14:paraId="01652998" w14:textId="77777777" w:rsidR="006C30AD" w:rsidRDefault="00DF7DB8">
      <w:pPr>
        <w:spacing w:after="0"/>
      </w:pPr>
      <w:r>
        <w:rPr>
          <w:rFonts w:ascii="Arial" w:hAnsi="Arial"/>
        </w:rPr>
        <w:t>Yeah, I mean, I have like, I've had that but use it to my advantage before I have had half cataracts out both of my eyes and I was 20 when they did it. And normally when they do cataract, they only do it under local anaesthetic. And I basically, l</w:t>
      </w:r>
      <w:r>
        <w:rPr>
          <w:rFonts w:ascii="Arial" w:hAnsi="Arial"/>
        </w:rPr>
        <w:t>ike it was the head of surgery who was looking at my eyes, because, you know, I've got comorbidities, and who, and I was, I just went, I'm not having it done. Unless you put me under general anaesthetic, I'm 20 I'm not 80 and I'm not going to die if you pu</w:t>
      </w:r>
      <w:r>
        <w:rPr>
          <w:rFonts w:ascii="Arial" w:hAnsi="Arial"/>
        </w:rPr>
        <w:t xml:space="preserve">t me under general anaesthetic, and the head of surgery was so keen to see what the inside of my eyes looked like. He was like, Yeah, fine. Fucking no skin of my nose. </w:t>
      </w:r>
    </w:p>
    <w:p w14:paraId="20F95A4D" w14:textId="77777777" w:rsidR="006C30AD" w:rsidRDefault="006C30AD">
      <w:pPr>
        <w:spacing w:after="0"/>
      </w:pPr>
    </w:p>
    <w:p w14:paraId="190A0AA7" w14:textId="77777777" w:rsidR="006C30AD" w:rsidRDefault="00DF7DB8">
      <w:pPr>
        <w:spacing w:after="0"/>
      </w:pPr>
      <w:r>
        <w:rPr>
          <w:rFonts w:ascii="Arial" w:hAnsi="Arial"/>
          <w:b/>
        </w:rPr>
        <w:t xml:space="preserve">Lucy  </w:t>
      </w:r>
      <w:r>
        <w:rPr>
          <w:rFonts w:ascii="Arial" w:hAnsi="Arial"/>
          <w:color w:val="5D7284"/>
        </w:rPr>
        <w:t>26:01</w:t>
      </w:r>
    </w:p>
    <w:p w14:paraId="31475D02" w14:textId="77777777" w:rsidR="006C30AD" w:rsidRDefault="00DF7DB8">
      <w:pPr>
        <w:spacing w:after="0"/>
      </w:pPr>
      <w:r>
        <w:rPr>
          <w:rFonts w:ascii="Arial" w:hAnsi="Arial"/>
        </w:rPr>
        <w:t>[laughing] Let me just have a poke around while I'm there.</w:t>
      </w:r>
    </w:p>
    <w:p w14:paraId="19C7D7A1" w14:textId="77777777" w:rsidR="006C30AD" w:rsidRDefault="006C30AD">
      <w:pPr>
        <w:spacing w:after="0"/>
      </w:pPr>
    </w:p>
    <w:p w14:paraId="22A7F8AB" w14:textId="77777777" w:rsidR="006C30AD" w:rsidRDefault="00DF7DB8">
      <w:pPr>
        <w:spacing w:after="0"/>
      </w:pPr>
      <w:r>
        <w:rPr>
          <w:rFonts w:ascii="Arial" w:hAnsi="Arial"/>
          <w:b/>
        </w:rPr>
        <w:t xml:space="preserve">Alice  </w:t>
      </w:r>
      <w:r>
        <w:rPr>
          <w:rFonts w:ascii="Arial" w:hAnsi="Arial"/>
          <w:color w:val="5D7284"/>
        </w:rPr>
        <w:t>26:05</w:t>
      </w:r>
    </w:p>
    <w:p w14:paraId="20FB8AA8" w14:textId="77777777" w:rsidR="006C30AD" w:rsidRDefault="00DF7DB8">
      <w:pPr>
        <w:spacing w:after="0"/>
      </w:pPr>
      <w:r>
        <w:rPr>
          <w:rFonts w:ascii="Arial" w:hAnsi="Arial"/>
        </w:rPr>
        <w:t>Y</w:t>
      </w:r>
      <w:r>
        <w:rPr>
          <w:rFonts w:ascii="Arial" w:hAnsi="Arial"/>
        </w:rPr>
        <w:t>eah, I was like, that's fine. As long as I don't have to be awake while you're doing it. I have no problems with that.</w:t>
      </w:r>
    </w:p>
    <w:p w14:paraId="6D0318A5" w14:textId="77777777" w:rsidR="006C30AD" w:rsidRDefault="006C30AD">
      <w:pPr>
        <w:spacing w:after="0"/>
      </w:pPr>
    </w:p>
    <w:p w14:paraId="2AD570AF" w14:textId="77777777" w:rsidR="006C30AD" w:rsidRDefault="00DF7DB8">
      <w:pPr>
        <w:spacing w:after="0"/>
      </w:pPr>
      <w:r>
        <w:rPr>
          <w:rFonts w:ascii="Arial" w:hAnsi="Arial"/>
          <w:b/>
        </w:rPr>
        <w:t xml:space="preserve">Daisy  </w:t>
      </w:r>
      <w:r>
        <w:rPr>
          <w:rFonts w:ascii="Arial" w:hAnsi="Arial"/>
          <w:color w:val="5D7284"/>
        </w:rPr>
        <w:t>26:11</w:t>
      </w:r>
    </w:p>
    <w:p w14:paraId="5950B9AC" w14:textId="77777777" w:rsidR="006C30AD" w:rsidRDefault="00DF7DB8">
      <w:pPr>
        <w:spacing w:after="0"/>
      </w:pPr>
      <w:r>
        <w:rPr>
          <w:rFonts w:ascii="Arial" w:hAnsi="Arial"/>
        </w:rPr>
        <w:t xml:space="preserve">It's always the students. It's like they're following me personally. really deeply concerning how many strangers have seen </w:t>
      </w:r>
      <w:r>
        <w:rPr>
          <w:rFonts w:ascii="Arial" w:hAnsi="Arial"/>
        </w:rPr>
        <w:t xml:space="preserve">my bum. There's no way around that. There is that thing isn't there where when you got a disability of any kind, there is that level of, no.. no privacy, you can kiss goodbye to sort of, you know, privacy, really, because the end of the day, I need you to </w:t>
      </w:r>
      <w:r>
        <w:rPr>
          <w:rFonts w:ascii="Arial" w:hAnsi="Arial"/>
        </w:rPr>
        <w:t>help me with this. And unfortunately, we're gonna have to see things that neither of us want each other to say, but we're just gonna have to suck it up and get on with it. So it's a very weird, weird situation to find yourself in. So I have a PA that comes</w:t>
      </w:r>
      <w:r>
        <w:rPr>
          <w:rFonts w:ascii="Arial" w:hAnsi="Arial"/>
        </w:rPr>
        <w:t xml:space="preserve"> to work with me. And a lot of people always, always like, she's basically there for my personal care needs. So like, so the first day you meet one another, I was like, yeah, so she comes in and we say our hellos, and I'm telling her all about, and then I'</w:t>
      </w:r>
      <w:r>
        <w:rPr>
          <w:rFonts w:ascii="Arial" w:hAnsi="Arial"/>
        </w:rPr>
        <w:t>m like, but at least about 25/45 minutes in. And I'm like, could you help me go yo the toilet now, please? You know, and it's like, I couldn't I wouldn't be able to do that was like, well, it's either that or I wet myself. So which would you rather?</w:t>
      </w:r>
    </w:p>
    <w:p w14:paraId="08EFDBFF" w14:textId="77777777" w:rsidR="006C30AD" w:rsidRDefault="006C30AD">
      <w:pPr>
        <w:spacing w:after="0"/>
      </w:pPr>
    </w:p>
    <w:p w14:paraId="74D77750" w14:textId="77777777" w:rsidR="006C30AD" w:rsidRDefault="00DF7DB8">
      <w:pPr>
        <w:spacing w:after="0"/>
      </w:pPr>
      <w:r>
        <w:rPr>
          <w:rFonts w:ascii="Arial" w:hAnsi="Arial"/>
          <w:b/>
        </w:rPr>
        <w:t>Alice</w:t>
      </w:r>
      <w:r>
        <w:rPr>
          <w:rFonts w:ascii="Arial" w:hAnsi="Arial"/>
          <w:b/>
        </w:rPr>
        <w:t xml:space="preserve">  </w:t>
      </w:r>
      <w:r>
        <w:rPr>
          <w:rFonts w:ascii="Arial" w:hAnsi="Arial"/>
          <w:color w:val="5D7284"/>
        </w:rPr>
        <w:t>27:23</w:t>
      </w:r>
    </w:p>
    <w:p w14:paraId="09092251" w14:textId="77777777" w:rsidR="006C30AD" w:rsidRDefault="00DF7DB8">
      <w:pPr>
        <w:spacing w:after="0"/>
      </w:pPr>
      <w:r>
        <w:rPr>
          <w:rFonts w:ascii="Arial" w:hAnsi="Arial"/>
        </w:rPr>
        <w:t>Yeah.</w:t>
      </w:r>
    </w:p>
    <w:p w14:paraId="3E76206B" w14:textId="77777777" w:rsidR="006C30AD" w:rsidRDefault="006C30AD">
      <w:pPr>
        <w:spacing w:after="0"/>
      </w:pPr>
    </w:p>
    <w:p w14:paraId="54C67C0A" w14:textId="77777777" w:rsidR="006C30AD" w:rsidRDefault="00DF7DB8">
      <w:pPr>
        <w:spacing w:after="0"/>
      </w:pPr>
      <w:r>
        <w:rPr>
          <w:rFonts w:ascii="Arial" w:hAnsi="Arial"/>
          <w:b/>
        </w:rPr>
        <w:t xml:space="preserve">Daisy  </w:t>
      </w:r>
      <w:r>
        <w:rPr>
          <w:rFonts w:ascii="Arial" w:hAnsi="Arial"/>
          <w:color w:val="5D7284"/>
        </w:rPr>
        <w:t>27:24</w:t>
      </w:r>
    </w:p>
    <w:p w14:paraId="5D917D4C" w14:textId="77777777" w:rsidR="006C30AD" w:rsidRDefault="00DF7DB8">
      <w:pPr>
        <w:spacing w:after="0"/>
      </w:pPr>
      <w:r>
        <w:rPr>
          <w:rFonts w:ascii="Arial" w:hAnsi="Arial"/>
        </w:rPr>
        <w:t xml:space="preserve">What do you have that kind of being quite blaze about it now, like do you want to have a look at this? Apparently, the ableds the non disabled aren't used to that. You just sort of feel my rib? My rib's in a really weird place. </w:t>
      </w:r>
      <w:r>
        <w:rPr>
          <w:rFonts w:ascii="Arial" w:hAnsi="Arial"/>
        </w:rPr>
        <w:t>Feel this squishy thing that's sticking out me there, can you feel that? Yeah, I keep I keep doing that to strangers. Apparently. That's not normal. People don't do that</w:t>
      </w:r>
    </w:p>
    <w:p w14:paraId="3180BB81" w14:textId="77777777" w:rsidR="006C30AD" w:rsidRDefault="006C30AD">
      <w:pPr>
        <w:spacing w:after="0"/>
      </w:pPr>
    </w:p>
    <w:p w14:paraId="32A6171C" w14:textId="77777777" w:rsidR="006C30AD" w:rsidRDefault="00DF7DB8">
      <w:pPr>
        <w:spacing w:after="0"/>
      </w:pPr>
      <w:r>
        <w:rPr>
          <w:rFonts w:ascii="Arial" w:hAnsi="Arial"/>
          <w:b/>
        </w:rPr>
        <w:lastRenderedPageBreak/>
        <w:t xml:space="preserve">Lucy  </w:t>
      </w:r>
      <w:r>
        <w:rPr>
          <w:rFonts w:ascii="Arial" w:hAnsi="Arial"/>
          <w:color w:val="5D7284"/>
        </w:rPr>
        <w:t>27:52</w:t>
      </w:r>
    </w:p>
    <w:p w14:paraId="28D15F72" w14:textId="77777777" w:rsidR="006C30AD" w:rsidRDefault="00DF7DB8">
      <w:pPr>
        <w:spacing w:after="0"/>
      </w:pPr>
      <w:r>
        <w:rPr>
          <w:rFonts w:ascii="Arial" w:hAnsi="Arial"/>
        </w:rPr>
        <w:t>We're brilliant dinner party guests really aren't we? To be fair. Cop a l</w:t>
      </w:r>
      <w:r>
        <w:rPr>
          <w:rFonts w:ascii="Arial" w:hAnsi="Arial"/>
        </w:rPr>
        <w:t>oud of this. Hey hey hey! Look at this!</w:t>
      </w:r>
    </w:p>
    <w:p w14:paraId="03475CD4" w14:textId="77777777" w:rsidR="006C30AD" w:rsidRDefault="006C30AD">
      <w:pPr>
        <w:spacing w:after="0"/>
      </w:pPr>
    </w:p>
    <w:p w14:paraId="63C0DE45" w14:textId="77777777" w:rsidR="006C30AD" w:rsidRDefault="00DF7DB8">
      <w:pPr>
        <w:spacing w:after="0"/>
      </w:pPr>
      <w:r>
        <w:rPr>
          <w:rFonts w:ascii="Arial" w:hAnsi="Arial"/>
          <w:b/>
        </w:rPr>
        <w:t xml:space="preserve">Alice  </w:t>
      </w:r>
      <w:r>
        <w:rPr>
          <w:rFonts w:ascii="Arial" w:hAnsi="Arial"/>
          <w:color w:val="5D7284"/>
        </w:rPr>
        <w:t>28:02</w:t>
      </w:r>
    </w:p>
    <w:p w14:paraId="791BF22E" w14:textId="77777777" w:rsidR="006C30AD" w:rsidRDefault="00DF7DB8">
      <w:pPr>
        <w:spacing w:after="0"/>
      </w:pPr>
      <w:r>
        <w:rPr>
          <w:rFonts w:ascii="Arial" w:hAnsi="Arial"/>
        </w:rPr>
        <w:t>I obviously have different experience of parties because everybody's like, Hey, hey, look at this. And I'm like, I can't</w:t>
      </w:r>
    </w:p>
    <w:p w14:paraId="4026BBE2" w14:textId="77777777" w:rsidR="006C30AD" w:rsidRDefault="006C30AD">
      <w:pPr>
        <w:spacing w:after="0"/>
      </w:pPr>
    </w:p>
    <w:p w14:paraId="2902999B" w14:textId="77777777" w:rsidR="006C30AD" w:rsidRDefault="00DF7DB8">
      <w:pPr>
        <w:spacing w:after="0"/>
      </w:pPr>
      <w:r>
        <w:rPr>
          <w:rFonts w:ascii="Arial" w:hAnsi="Arial"/>
          <w:b/>
        </w:rPr>
        <w:t xml:space="preserve">Daisy  </w:t>
      </w:r>
      <w:r>
        <w:rPr>
          <w:rFonts w:ascii="Arial" w:hAnsi="Arial"/>
          <w:color w:val="5D7284"/>
        </w:rPr>
        <w:t>28:12</w:t>
      </w:r>
    </w:p>
    <w:p w14:paraId="63CB943E" w14:textId="77777777" w:rsidR="006C30AD" w:rsidRDefault="00DF7DB8">
      <w:pPr>
        <w:spacing w:after="0"/>
      </w:pPr>
      <w:r>
        <w:rPr>
          <w:rFonts w:ascii="Arial" w:hAnsi="Arial"/>
        </w:rPr>
        <w:t>One of the diagnostic criteria of EDS is genuinely did you use to f</w:t>
      </w:r>
      <w:r>
        <w:rPr>
          <w:rFonts w:ascii="Arial" w:hAnsi="Arial"/>
        </w:rPr>
        <w:t xml:space="preserve">reak people out with the things that you can? One of the diagnostic criteria was whether you did tricks in the playground when you were a kid So what are the characteristics of EDS, then how does it sort of manifest? So it's a genetically faulty collagen, </w:t>
      </w:r>
      <w:r>
        <w:rPr>
          <w:rFonts w:ascii="Arial" w:hAnsi="Arial"/>
        </w:rPr>
        <w:t>right. So and unfortunately, an awful lot of me is made up of collagen, as it turns out, it's all rubbish. So, you know, like, your ligaments are made up of collagen. It's kind of like the bits that's holding you all together. And so usually say if someone</w:t>
      </w:r>
      <w:r>
        <w:rPr>
          <w:rFonts w:ascii="Arial" w:hAnsi="Arial"/>
        </w:rPr>
        <w:t>, you know, had an accident, and they say, dislocated, their knee, the ligament would stretch out too far, which would allow the kneecap fall back into place. And then as part of the healing process, it would start, you know, going back, yeah it was, it wi</w:t>
      </w:r>
      <w:r>
        <w:rPr>
          <w:rFonts w:ascii="Arial" w:hAnsi="Arial"/>
        </w:rPr>
        <w:t xml:space="preserve">ll start knitting together and start going back to how it was before. Often, you know, people say that it's never quite the same after that, but but for the most part, it goes back, essentially, with EDS, the chances are, once you've dislocated, you know, </w:t>
      </w:r>
      <w:r>
        <w:rPr>
          <w:rFonts w:ascii="Arial" w:hAnsi="Arial"/>
        </w:rPr>
        <w:t>a joint once, you're likely to do it again, because it doesn't knit back properly, because it's kind of like, the ability of it to hold itself together isn't doing great. So that'll be in your joints, in your ligaments, but also, you know, it's all in your</w:t>
      </w:r>
      <w:r>
        <w:rPr>
          <w:rFonts w:ascii="Arial" w:hAnsi="Arial"/>
        </w:rPr>
        <w:t xml:space="preserve"> organs as well. So this is why people with EDS tend to have like, really widespread symptoms, which all seem so different. And so it doesn't seem like they should fit together.</w:t>
      </w:r>
    </w:p>
    <w:p w14:paraId="1402EC90" w14:textId="77777777" w:rsidR="006C30AD" w:rsidRDefault="006C30AD">
      <w:pPr>
        <w:spacing w:after="0"/>
      </w:pPr>
    </w:p>
    <w:p w14:paraId="4F3A0237" w14:textId="77777777" w:rsidR="006C30AD" w:rsidRDefault="00DF7DB8">
      <w:pPr>
        <w:spacing w:after="0"/>
      </w:pPr>
      <w:r>
        <w:rPr>
          <w:rFonts w:ascii="Arial" w:hAnsi="Arial"/>
          <w:b/>
        </w:rPr>
        <w:t xml:space="preserve">Alice  </w:t>
      </w:r>
      <w:r>
        <w:rPr>
          <w:rFonts w:ascii="Arial" w:hAnsi="Arial"/>
          <w:color w:val="5D7284"/>
        </w:rPr>
        <w:t>29:51</w:t>
      </w:r>
    </w:p>
    <w:p w14:paraId="7F73D0C4" w14:textId="77777777" w:rsidR="006C30AD" w:rsidRDefault="00DF7DB8">
      <w:pPr>
        <w:spacing w:after="0"/>
      </w:pPr>
      <w:r>
        <w:rPr>
          <w:rFonts w:ascii="Arial" w:hAnsi="Arial"/>
        </w:rPr>
        <w:t xml:space="preserve">I suppose. It's it's one of those things. Once you know that </w:t>
      </w:r>
      <w:r>
        <w:rPr>
          <w:rFonts w:ascii="Arial" w:hAnsi="Arial"/>
        </w:rPr>
        <w:t>it's about the collagen you kind of go well, of course, because that's everywhere. But until then, you're like well, how does this person have a problem with their feet and their hips on their heart.</w:t>
      </w:r>
    </w:p>
    <w:p w14:paraId="191CF8C6" w14:textId="77777777" w:rsidR="006C30AD" w:rsidRDefault="006C30AD">
      <w:pPr>
        <w:spacing w:after="0"/>
      </w:pPr>
    </w:p>
    <w:p w14:paraId="07808A4B" w14:textId="77777777" w:rsidR="006C30AD" w:rsidRDefault="00DF7DB8">
      <w:pPr>
        <w:spacing w:after="0"/>
      </w:pPr>
      <w:r>
        <w:rPr>
          <w:rFonts w:ascii="Arial" w:hAnsi="Arial"/>
          <w:b/>
        </w:rPr>
        <w:t xml:space="preserve">Daisy  </w:t>
      </w:r>
      <w:r>
        <w:rPr>
          <w:rFonts w:ascii="Arial" w:hAnsi="Arial"/>
          <w:color w:val="5D7284"/>
        </w:rPr>
        <w:t>30:03</w:t>
      </w:r>
    </w:p>
    <w:p w14:paraId="694601DC" w14:textId="77777777" w:rsidR="006C30AD" w:rsidRDefault="00DF7DB8">
      <w:pPr>
        <w:spacing w:after="0"/>
      </w:pPr>
      <w:r>
        <w:rPr>
          <w:rFonts w:ascii="Arial" w:hAnsi="Arial"/>
        </w:rPr>
        <w:t>Yes, exactly. Yeah. It's kind of like, you</w:t>
      </w:r>
      <w:r>
        <w:rPr>
          <w:rFonts w:ascii="Arial" w:hAnsi="Arial"/>
        </w:rPr>
        <w:t xml:space="preserve"> know what, why, why would I be bad at digesting beans Because, you know, I'm very short sighted, like, Yeah. Why would you think that? Why would you think that those are related? Yeah, exactly. Yeah. Because I've never heard of eds. But I've never really </w:t>
      </w:r>
      <w:r>
        <w:rPr>
          <w:rFonts w:ascii="Arial" w:hAnsi="Arial"/>
        </w:rPr>
        <w:t>quite understood like how, what how it affects somebody I know that, you know, it affects sort of all sorts, but I've never really understood like the main thing effect. It's quite interesting.</w:t>
      </w:r>
    </w:p>
    <w:p w14:paraId="3DC251FA" w14:textId="77777777" w:rsidR="006C30AD" w:rsidRDefault="006C30AD">
      <w:pPr>
        <w:spacing w:after="0"/>
      </w:pPr>
    </w:p>
    <w:p w14:paraId="62CFC3BA" w14:textId="77777777" w:rsidR="006C30AD" w:rsidRDefault="00DF7DB8">
      <w:pPr>
        <w:spacing w:after="0"/>
      </w:pPr>
      <w:r>
        <w:rPr>
          <w:rFonts w:ascii="Arial" w:hAnsi="Arial"/>
          <w:b/>
        </w:rPr>
        <w:t xml:space="preserve">Alice  </w:t>
      </w:r>
      <w:r>
        <w:rPr>
          <w:rFonts w:ascii="Arial" w:hAnsi="Arial"/>
          <w:color w:val="5D7284"/>
        </w:rPr>
        <w:t>30:36</w:t>
      </w:r>
    </w:p>
    <w:p w14:paraId="5794A397" w14:textId="77777777" w:rsidR="006C30AD" w:rsidRDefault="00DF7DB8">
      <w:pPr>
        <w:spacing w:after="0"/>
      </w:pPr>
      <w:r>
        <w:rPr>
          <w:rFonts w:ascii="Arial" w:hAnsi="Arial"/>
        </w:rPr>
        <w:t>When I'm collagen is an interesting one is someb</w:t>
      </w:r>
      <w:r>
        <w:rPr>
          <w:rFonts w:ascii="Arial" w:hAnsi="Arial"/>
        </w:rPr>
        <w:t>ody who is obsessed with starting to look older now that I'm in my 30s. I've done a lot of like reading about collagen and, and you know how it's the thing that keeps you looking young Basically,</w:t>
      </w:r>
    </w:p>
    <w:p w14:paraId="7C54BCB5" w14:textId="77777777" w:rsidR="006C30AD" w:rsidRDefault="006C30AD">
      <w:pPr>
        <w:spacing w:after="0"/>
      </w:pPr>
    </w:p>
    <w:p w14:paraId="59D85853" w14:textId="77777777" w:rsidR="006C30AD" w:rsidRDefault="00DF7DB8">
      <w:pPr>
        <w:spacing w:after="0"/>
      </w:pPr>
      <w:r>
        <w:rPr>
          <w:rFonts w:ascii="Arial" w:hAnsi="Arial"/>
          <w:b/>
        </w:rPr>
        <w:t xml:space="preserve">Daisy  </w:t>
      </w:r>
      <w:r>
        <w:rPr>
          <w:rFonts w:ascii="Arial" w:hAnsi="Arial"/>
          <w:color w:val="5D7284"/>
        </w:rPr>
        <w:t>30:54</w:t>
      </w:r>
    </w:p>
    <w:p w14:paraId="5BC149A2" w14:textId="77777777" w:rsidR="006C30AD" w:rsidRDefault="00DF7DB8">
      <w:pPr>
        <w:spacing w:after="0"/>
      </w:pPr>
      <w:r>
        <w:rPr>
          <w:rFonts w:ascii="Arial" w:hAnsi="Arial"/>
        </w:rPr>
        <w:t>wait, so, I'm gonna age really, really prematu</w:t>
      </w:r>
      <w:r>
        <w:rPr>
          <w:rFonts w:ascii="Arial" w:hAnsi="Arial"/>
        </w:rPr>
        <w:t xml:space="preserve">rely? brilliant  looking forward to it. </w:t>
      </w:r>
    </w:p>
    <w:p w14:paraId="2132B1C2" w14:textId="77777777" w:rsidR="006C30AD" w:rsidRDefault="006C30AD">
      <w:pPr>
        <w:spacing w:after="0"/>
      </w:pPr>
    </w:p>
    <w:p w14:paraId="30DA1427" w14:textId="77777777" w:rsidR="006C30AD" w:rsidRDefault="00DF7DB8">
      <w:pPr>
        <w:spacing w:after="0"/>
      </w:pPr>
      <w:r>
        <w:rPr>
          <w:rFonts w:ascii="Arial" w:hAnsi="Arial"/>
          <w:b/>
        </w:rPr>
        <w:t xml:space="preserve">Alice  </w:t>
      </w:r>
      <w:r>
        <w:rPr>
          <w:rFonts w:ascii="Arial" w:hAnsi="Arial"/>
          <w:color w:val="5D7284"/>
        </w:rPr>
        <w:t>30:59</w:t>
      </w:r>
    </w:p>
    <w:p w14:paraId="3943EA3E" w14:textId="77777777" w:rsidR="006C30AD" w:rsidRDefault="00DF7DB8">
      <w:pPr>
        <w:spacing w:after="0"/>
      </w:pPr>
      <w:r>
        <w:rPr>
          <w:rFonts w:ascii="Arial" w:hAnsi="Arial"/>
        </w:rPr>
        <w:t xml:space="preserve">No no I didn't say that! </w:t>
      </w:r>
    </w:p>
    <w:p w14:paraId="7D7E30B3" w14:textId="77777777" w:rsidR="006C30AD" w:rsidRDefault="006C30AD">
      <w:pPr>
        <w:spacing w:after="0"/>
      </w:pPr>
    </w:p>
    <w:p w14:paraId="6D1F3D9C" w14:textId="77777777" w:rsidR="006C30AD" w:rsidRDefault="00DF7DB8">
      <w:pPr>
        <w:spacing w:after="0"/>
      </w:pPr>
      <w:r>
        <w:rPr>
          <w:rFonts w:ascii="Arial" w:hAnsi="Arial"/>
          <w:b/>
        </w:rPr>
        <w:t xml:space="preserve">Lucy  </w:t>
      </w:r>
      <w:r>
        <w:rPr>
          <w:rFonts w:ascii="Arial" w:hAnsi="Arial"/>
          <w:color w:val="5D7284"/>
        </w:rPr>
        <w:t>31:00</w:t>
      </w:r>
    </w:p>
    <w:p w14:paraId="628B69CE" w14:textId="77777777" w:rsidR="006C30AD" w:rsidRDefault="00DF7DB8">
      <w:pPr>
        <w:spacing w:after="0"/>
      </w:pPr>
      <w:r>
        <w:rPr>
          <w:rFonts w:ascii="Arial" w:hAnsi="Arial"/>
        </w:rPr>
        <w:t xml:space="preserve">Nice one Alice! </w:t>
      </w:r>
    </w:p>
    <w:p w14:paraId="1966DF7A" w14:textId="77777777" w:rsidR="006C30AD" w:rsidRDefault="006C30AD">
      <w:pPr>
        <w:spacing w:after="0"/>
      </w:pPr>
    </w:p>
    <w:p w14:paraId="1A98046B" w14:textId="77777777" w:rsidR="006C30AD" w:rsidRDefault="00DF7DB8">
      <w:pPr>
        <w:spacing w:after="0"/>
      </w:pPr>
      <w:r>
        <w:rPr>
          <w:rFonts w:ascii="Arial" w:hAnsi="Arial"/>
          <w:b/>
        </w:rPr>
        <w:t xml:space="preserve">Daisy  </w:t>
      </w:r>
      <w:r>
        <w:rPr>
          <w:rFonts w:ascii="Arial" w:hAnsi="Arial"/>
          <w:color w:val="5D7284"/>
        </w:rPr>
        <w:t>31:02</w:t>
      </w:r>
    </w:p>
    <w:p w14:paraId="54EE4015" w14:textId="77777777" w:rsidR="006C30AD" w:rsidRDefault="00DF7DB8">
      <w:pPr>
        <w:spacing w:after="0"/>
      </w:pPr>
      <w:r>
        <w:rPr>
          <w:rFonts w:ascii="Arial" w:hAnsi="Arial"/>
        </w:rPr>
        <w:t xml:space="preserve">No wonder I never get ID I never get ID either and I think it's because people think Aww blesses you, she's made the effort to cime out the house, lets give her a drink </w:t>
      </w:r>
    </w:p>
    <w:p w14:paraId="531D3CD8" w14:textId="77777777" w:rsidR="006C30AD" w:rsidRDefault="006C30AD">
      <w:pPr>
        <w:spacing w:after="0"/>
      </w:pPr>
    </w:p>
    <w:p w14:paraId="23B414CB" w14:textId="77777777" w:rsidR="006C30AD" w:rsidRDefault="00DF7DB8">
      <w:pPr>
        <w:spacing w:after="0"/>
      </w:pPr>
      <w:r>
        <w:rPr>
          <w:rFonts w:ascii="Arial" w:hAnsi="Arial"/>
          <w:b/>
        </w:rPr>
        <w:t xml:space="preserve">Alice  </w:t>
      </w:r>
      <w:r>
        <w:rPr>
          <w:rFonts w:ascii="Arial" w:hAnsi="Arial"/>
          <w:color w:val="5D7284"/>
        </w:rPr>
        <w:t>31:12</w:t>
      </w:r>
    </w:p>
    <w:p w14:paraId="4E8E7FEB" w14:textId="77777777" w:rsidR="006C30AD" w:rsidRDefault="00DF7DB8">
      <w:pPr>
        <w:spacing w:after="0"/>
      </w:pPr>
      <w:r>
        <w:rPr>
          <w:rFonts w:ascii="Arial" w:hAnsi="Arial"/>
        </w:rPr>
        <w:t xml:space="preserve">Like, it is one of those, like, it's one of those things that your body </w:t>
      </w:r>
      <w:r>
        <w:rPr>
          <w:rFonts w:ascii="Arial" w:hAnsi="Arial"/>
        </w:rPr>
        <w:t xml:space="preserve">produces in a very specific way. So once I guess, your body sort of fucks up the way it's producing it, you're, you're kind of screwed. And I mean, that happens with, with us or naturally with ageing, that just after a while your body starts to go now you </w:t>
      </w:r>
      <w:r>
        <w:rPr>
          <w:rFonts w:ascii="Arial" w:hAnsi="Arial"/>
        </w:rPr>
        <w:t>don't need that no more. And I did a load of reading on trying to get like supplements for and there's not where there are some supplements that you can kind of you can take, and it will encourage your body to start producing things. collagen is not one of</w:t>
      </w:r>
      <w:r>
        <w:rPr>
          <w:rFonts w:ascii="Arial" w:hAnsi="Arial"/>
        </w:rPr>
        <w:t xml:space="preserve"> those things. So it's not there's not a lot of kind of treatment options. I imagine. It's it's more about kind of management.</w:t>
      </w:r>
    </w:p>
    <w:p w14:paraId="4BCE41D9" w14:textId="77777777" w:rsidR="006C30AD" w:rsidRDefault="006C30AD">
      <w:pPr>
        <w:spacing w:after="0"/>
      </w:pPr>
    </w:p>
    <w:p w14:paraId="42C0F5C0" w14:textId="77777777" w:rsidR="006C30AD" w:rsidRDefault="00DF7DB8">
      <w:pPr>
        <w:spacing w:after="0"/>
      </w:pPr>
      <w:r>
        <w:rPr>
          <w:rFonts w:ascii="Arial" w:hAnsi="Arial"/>
          <w:b/>
        </w:rPr>
        <w:t xml:space="preserve">Daisy  </w:t>
      </w:r>
      <w:r>
        <w:rPr>
          <w:rFonts w:ascii="Arial" w:hAnsi="Arial"/>
          <w:color w:val="5D7284"/>
        </w:rPr>
        <w:t>31:55</w:t>
      </w:r>
    </w:p>
    <w:p w14:paraId="7FA0B15F" w14:textId="77777777" w:rsidR="006C30AD" w:rsidRDefault="00DF7DB8">
      <w:pPr>
        <w:spacing w:after="0"/>
      </w:pPr>
      <w:r>
        <w:rPr>
          <w:rFonts w:ascii="Arial" w:hAnsi="Arial"/>
        </w:rPr>
        <w:t>Yeah, yeah. So yeah, there are plenty of, you know, well, well, meaning people who will sort of, you know, say to t</w:t>
      </w:r>
      <w:r>
        <w:rPr>
          <w:rFonts w:ascii="Arial" w:hAnsi="Arial"/>
        </w:rPr>
        <w:t>heir friends or relatives with EDS is, well, here's some collagen supplements, you know, things like that. Obviously, there is absolutely no bloody difference if the actual production of your collagen is wrong. Or faulty collagen. Yeah. But it doesn't nece</w:t>
      </w:r>
      <w:r>
        <w:rPr>
          <w:rFonts w:ascii="Arial" w:hAnsi="Arial"/>
        </w:rPr>
        <w:t>ssarily come out the packet the way you want it to, you know what I mean? It's Yeah, it'll still, you know, come out with like, I mean, I don't know what the visual representation of faulty collagen is maybe just sort of like a cell with a bite taken out o</w:t>
      </w:r>
      <w:r>
        <w:rPr>
          <w:rFonts w:ascii="Arial" w:hAnsi="Arial"/>
        </w:rPr>
        <w:t>f it. is all in management, certainly, as it is, but unfortunately, a lot of the management that you really should be doing, you should be doing really, really young. Yeah, more often you're showing. Yeah, you know, that. I mean, so hopefully, some of thos</w:t>
      </w:r>
      <w:r>
        <w:rPr>
          <w:rFonts w:ascii="Arial" w:hAnsi="Arial"/>
        </w:rPr>
        <w:t>e things will, you know, benefit the next generation. So, you know, there are a lot more people being diagnosed with EDS now. And so when those people go on to have children, yeah, then they may well be able to, you know, do those more sort of conservative</w:t>
      </w:r>
      <w:r>
        <w:rPr>
          <w:rFonts w:ascii="Arial" w:hAnsi="Arial"/>
        </w:rPr>
        <w:t xml:space="preserve"> management type things.</w:t>
      </w:r>
    </w:p>
    <w:p w14:paraId="52C1758F" w14:textId="77777777" w:rsidR="006C30AD" w:rsidRDefault="006C30AD">
      <w:pPr>
        <w:spacing w:after="0"/>
      </w:pPr>
    </w:p>
    <w:p w14:paraId="62C7C617" w14:textId="77777777" w:rsidR="006C30AD" w:rsidRDefault="00DF7DB8">
      <w:pPr>
        <w:spacing w:after="0"/>
      </w:pPr>
      <w:r>
        <w:rPr>
          <w:rFonts w:ascii="Arial" w:hAnsi="Arial"/>
          <w:b/>
        </w:rPr>
        <w:t xml:space="preserve">Alice  </w:t>
      </w:r>
      <w:r>
        <w:rPr>
          <w:rFonts w:ascii="Arial" w:hAnsi="Arial"/>
          <w:color w:val="5D7284"/>
        </w:rPr>
        <w:t>33:05</w:t>
      </w:r>
    </w:p>
    <w:p w14:paraId="250743B6" w14:textId="77777777" w:rsidR="006C30AD" w:rsidRDefault="00DF7DB8">
      <w:pPr>
        <w:spacing w:after="0"/>
      </w:pPr>
      <w:r>
        <w:rPr>
          <w:rFonts w:ascii="Arial" w:hAnsi="Arial"/>
        </w:rPr>
        <w:t>Is it an inherited thing?</w:t>
      </w:r>
    </w:p>
    <w:p w14:paraId="22BD716A" w14:textId="77777777" w:rsidR="006C30AD" w:rsidRDefault="006C30AD">
      <w:pPr>
        <w:spacing w:after="0"/>
      </w:pPr>
    </w:p>
    <w:p w14:paraId="58B4B03F" w14:textId="77777777" w:rsidR="006C30AD" w:rsidRDefault="00DF7DB8">
      <w:pPr>
        <w:spacing w:after="0"/>
      </w:pPr>
      <w:r>
        <w:rPr>
          <w:rFonts w:ascii="Arial" w:hAnsi="Arial"/>
          <w:b/>
        </w:rPr>
        <w:t xml:space="preserve">Daisy  </w:t>
      </w:r>
      <w:r>
        <w:rPr>
          <w:rFonts w:ascii="Arial" w:hAnsi="Arial"/>
          <w:color w:val="5D7284"/>
        </w:rPr>
        <w:t>33:08</w:t>
      </w:r>
    </w:p>
    <w:p w14:paraId="26DA3854" w14:textId="77777777" w:rsidR="006C30AD" w:rsidRDefault="00DF7DB8">
      <w:pPr>
        <w:spacing w:after="0"/>
      </w:pPr>
      <w:r>
        <w:rPr>
          <w:rFonts w:ascii="Arial" w:hAnsi="Arial"/>
        </w:rPr>
        <w:t>Yeah. Yeah. So my sister, my sister also has it</w:t>
      </w:r>
    </w:p>
    <w:p w14:paraId="1CAFC762" w14:textId="77777777" w:rsidR="006C30AD" w:rsidRDefault="006C30AD">
      <w:pPr>
        <w:spacing w:after="0"/>
      </w:pPr>
    </w:p>
    <w:p w14:paraId="1E80BE6A" w14:textId="77777777" w:rsidR="006C30AD" w:rsidRDefault="00DF7DB8">
      <w:pPr>
        <w:spacing w:after="0"/>
      </w:pPr>
      <w:r>
        <w:rPr>
          <w:rFonts w:ascii="Arial" w:hAnsi="Arial"/>
          <w:b/>
        </w:rPr>
        <w:t xml:space="preserve">Alice  </w:t>
      </w:r>
      <w:r>
        <w:rPr>
          <w:rFonts w:ascii="Arial" w:hAnsi="Arial"/>
          <w:color w:val="5D7284"/>
        </w:rPr>
        <w:t>33:11</w:t>
      </w:r>
    </w:p>
    <w:p w14:paraId="4C15AABE" w14:textId="77777777" w:rsidR="006C30AD" w:rsidRDefault="00DF7DB8">
      <w:pPr>
        <w:spacing w:after="0"/>
      </w:pPr>
      <w:r>
        <w:rPr>
          <w:rFonts w:ascii="Arial" w:hAnsi="Arial"/>
        </w:rPr>
        <w:t>Okay.</w:t>
      </w:r>
    </w:p>
    <w:p w14:paraId="76442ABD" w14:textId="77777777" w:rsidR="006C30AD" w:rsidRDefault="006C30AD">
      <w:pPr>
        <w:spacing w:after="0"/>
      </w:pPr>
    </w:p>
    <w:p w14:paraId="30288E32" w14:textId="77777777" w:rsidR="006C30AD" w:rsidRDefault="00DF7DB8">
      <w:pPr>
        <w:spacing w:after="0"/>
      </w:pPr>
      <w:r>
        <w:rPr>
          <w:rFonts w:ascii="Arial" w:hAnsi="Arial"/>
          <w:b/>
        </w:rPr>
        <w:t xml:space="preserve">Daisy  </w:t>
      </w:r>
      <w:r>
        <w:rPr>
          <w:rFonts w:ascii="Arial" w:hAnsi="Arial"/>
          <w:color w:val="5D7284"/>
        </w:rPr>
        <w:t>33:12</w:t>
      </w:r>
    </w:p>
    <w:p w14:paraId="1EE3DF9F" w14:textId="77777777" w:rsidR="006C30AD" w:rsidRDefault="00DF7DB8">
      <w:pPr>
        <w:spacing w:after="0"/>
      </w:pPr>
      <w:r>
        <w:rPr>
          <w:rFonts w:ascii="Arial" w:hAnsi="Arial"/>
        </w:rPr>
        <w:lastRenderedPageBreak/>
        <w:t xml:space="preserve">And to be fair, I think it's the case for a lot of people, particularly in the area where my </w:t>
      </w:r>
      <w:r>
        <w:rPr>
          <w:rFonts w:ascii="Arial" w:hAnsi="Arial"/>
        </w:rPr>
        <w:t>family live, you don't have to go all that far back before you just don't have records.</w:t>
      </w:r>
    </w:p>
    <w:p w14:paraId="270686DE" w14:textId="77777777" w:rsidR="006C30AD" w:rsidRDefault="006C30AD">
      <w:pPr>
        <w:spacing w:after="0"/>
      </w:pPr>
    </w:p>
    <w:p w14:paraId="4070BDA7" w14:textId="77777777" w:rsidR="006C30AD" w:rsidRDefault="00DF7DB8">
      <w:pPr>
        <w:spacing w:after="0"/>
      </w:pPr>
      <w:r>
        <w:rPr>
          <w:rFonts w:ascii="Arial" w:hAnsi="Arial"/>
          <w:b/>
        </w:rPr>
        <w:t xml:space="preserve">Alice  </w:t>
      </w:r>
      <w:r>
        <w:rPr>
          <w:rFonts w:ascii="Arial" w:hAnsi="Arial"/>
          <w:color w:val="5D7284"/>
        </w:rPr>
        <w:t>33:23</w:t>
      </w:r>
    </w:p>
    <w:p w14:paraId="402882B0" w14:textId="77777777" w:rsidR="006C30AD" w:rsidRDefault="00DF7DB8">
      <w:pPr>
        <w:spacing w:after="0"/>
      </w:pPr>
      <w:r>
        <w:rPr>
          <w:rFonts w:ascii="Arial" w:hAnsi="Arial"/>
        </w:rPr>
        <w:t>So I thought you were gonna say, it's Devin. Like, where you live? Everybody's related. So I was like, Oh, yeah, that's fine. Everybody's got an extra pub</w:t>
      </w:r>
      <w:r>
        <w:rPr>
          <w:rFonts w:ascii="Arial" w:hAnsi="Arial"/>
        </w:rPr>
        <w:t>.</w:t>
      </w:r>
    </w:p>
    <w:p w14:paraId="6D2A7DAA" w14:textId="77777777" w:rsidR="006C30AD" w:rsidRDefault="006C30AD">
      <w:pPr>
        <w:spacing w:after="0"/>
      </w:pPr>
    </w:p>
    <w:p w14:paraId="1223D9E6" w14:textId="77777777" w:rsidR="006C30AD" w:rsidRDefault="00DF7DB8">
      <w:pPr>
        <w:spacing w:after="0"/>
      </w:pPr>
      <w:r>
        <w:rPr>
          <w:rFonts w:ascii="Arial" w:hAnsi="Arial"/>
          <w:b/>
        </w:rPr>
        <w:t xml:space="preserve">Daisy  </w:t>
      </w:r>
      <w:r>
        <w:rPr>
          <w:rFonts w:ascii="Arial" w:hAnsi="Arial"/>
          <w:color w:val="5D7284"/>
        </w:rPr>
        <w:t>33:36</w:t>
      </w:r>
    </w:p>
    <w:p w14:paraId="046AF8D7" w14:textId="77777777" w:rsidR="006C30AD" w:rsidRDefault="00DF7DB8">
      <w:pPr>
        <w:spacing w:after="0"/>
      </w:pPr>
      <w:r>
        <w:rPr>
          <w:rFonts w:ascii="Arial" w:hAnsi="Arial"/>
        </w:rPr>
        <w:t>That is Cornwall and Wales! But yeah, so you know, it's, it's only sort of as far back as say, you know, my grandparents were, you know, we know that. Say, for example, my grandma was very ill, as a young woman, we don't know what it was. T</w:t>
      </w:r>
      <w:r>
        <w:rPr>
          <w:rFonts w:ascii="Arial" w:hAnsi="Arial"/>
        </w:rPr>
        <w:t>hey never told her, you know, she was in hospital, the doctors did all of their stuff, you know, barely talking to the patient. They didn't tell them what the problem was. It was just sorted. Off you go. And she never knew what it was. So there is a really</w:t>
      </w:r>
      <w:r>
        <w:rPr>
          <w:rFonts w:ascii="Arial" w:hAnsi="Arial"/>
        </w:rPr>
        <w:t xml:space="preserve"> decent chance that for an awful lot of people who do have EDS, but don't necessarily know where it's come from, that obviously there are signs further back in the family, just that no one was able to know.</w:t>
      </w:r>
    </w:p>
    <w:p w14:paraId="16D910FF" w14:textId="77777777" w:rsidR="006C30AD" w:rsidRDefault="006C30AD">
      <w:pPr>
        <w:spacing w:after="0"/>
      </w:pPr>
    </w:p>
    <w:p w14:paraId="206DC5A7" w14:textId="77777777" w:rsidR="006C30AD" w:rsidRDefault="00DF7DB8">
      <w:pPr>
        <w:spacing w:after="0"/>
      </w:pPr>
      <w:r>
        <w:rPr>
          <w:rFonts w:ascii="Arial" w:hAnsi="Arial"/>
          <w:b/>
        </w:rPr>
        <w:t xml:space="preserve">Alice  </w:t>
      </w:r>
      <w:r>
        <w:rPr>
          <w:rFonts w:ascii="Arial" w:hAnsi="Arial"/>
          <w:color w:val="5D7284"/>
        </w:rPr>
        <w:t>34:31</w:t>
      </w:r>
    </w:p>
    <w:p w14:paraId="2E44684B" w14:textId="77777777" w:rsidR="006C30AD" w:rsidRDefault="00DF7DB8">
      <w:pPr>
        <w:spacing w:after="0"/>
      </w:pPr>
      <w:r>
        <w:rPr>
          <w:rFonts w:ascii="Arial" w:hAnsi="Arial"/>
        </w:rPr>
        <w:t>Yes.</w:t>
      </w:r>
    </w:p>
    <w:p w14:paraId="1161C9CF" w14:textId="77777777" w:rsidR="006C30AD" w:rsidRDefault="006C30AD">
      <w:pPr>
        <w:spacing w:after="0"/>
      </w:pPr>
    </w:p>
    <w:p w14:paraId="6F87C564" w14:textId="77777777" w:rsidR="006C30AD" w:rsidRDefault="00DF7DB8">
      <w:pPr>
        <w:spacing w:after="0"/>
      </w:pPr>
      <w:r>
        <w:rPr>
          <w:rFonts w:ascii="Arial" w:hAnsi="Arial"/>
          <w:b/>
        </w:rPr>
        <w:t xml:space="preserve">Daisy  </w:t>
      </w:r>
      <w:r>
        <w:rPr>
          <w:rFonts w:ascii="Arial" w:hAnsi="Arial"/>
          <w:color w:val="5D7284"/>
        </w:rPr>
        <w:t>34:33</w:t>
      </w:r>
    </w:p>
    <w:p w14:paraId="46AC7A33" w14:textId="77777777" w:rsidR="006C30AD" w:rsidRDefault="00DF7DB8">
      <w:pPr>
        <w:spacing w:after="0"/>
      </w:pPr>
      <w:r>
        <w:rPr>
          <w:rFonts w:ascii="Arial" w:hAnsi="Arial"/>
        </w:rPr>
        <w:t>When me and my s</w:t>
      </w:r>
      <w:r>
        <w:rPr>
          <w:rFonts w:ascii="Arial" w:hAnsi="Arial"/>
        </w:rPr>
        <w:t>ister were diagnosed, we started you know, asking my parents. My parents are divorced. So see, they said it was the other one in a aggressive way or anything. But we asked, you know, my mom and my dad, whether they'd been you know, any record in our family</w:t>
      </w:r>
      <w:r>
        <w:rPr>
          <w:rFonts w:ascii="Arial" w:hAnsi="Arial"/>
        </w:rPr>
        <w:t xml:space="preserve"> have sort of, you know, people dislocating things with, you know, getting a lot of sprains and things with relatively little incident, And my dad said, Yes. You know your, your granny bunny. We calked have granby bunny because her name was Bernie. Butwe c</w:t>
      </w:r>
      <w:r>
        <w:rPr>
          <w:rFonts w:ascii="Arial" w:hAnsi="Arial"/>
        </w:rPr>
        <w:t>ouldn't say Bernie. So it's Bunny</w:t>
      </w:r>
    </w:p>
    <w:p w14:paraId="61D8CD84" w14:textId="77777777" w:rsidR="006C30AD" w:rsidRDefault="006C30AD">
      <w:pPr>
        <w:spacing w:after="0"/>
      </w:pPr>
    </w:p>
    <w:p w14:paraId="55513CBC" w14:textId="77777777" w:rsidR="006C30AD" w:rsidRDefault="00DF7DB8">
      <w:pPr>
        <w:spacing w:after="0"/>
      </w:pPr>
      <w:r>
        <w:rPr>
          <w:rFonts w:ascii="Arial" w:hAnsi="Arial"/>
          <w:b/>
        </w:rPr>
        <w:t xml:space="preserve">Alice  </w:t>
      </w:r>
      <w:r>
        <w:rPr>
          <w:rFonts w:ascii="Arial" w:hAnsi="Arial"/>
          <w:color w:val="5D7284"/>
        </w:rPr>
        <w:t>35:12</w:t>
      </w:r>
    </w:p>
    <w:p w14:paraId="2893D4D6" w14:textId="77777777" w:rsidR="006C30AD" w:rsidRDefault="00DF7DB8">
      <w:pPr>
        <w:spacing w:after="0"/>
      </w:pPr>
      <w:r>
        <w:rPr>
          <w:rFonts w:ascii="Arial" w:hAnsi="Arial"/>
        </w:rPr>
        <w:t>So Cute!</w:t>
      </w:r>
    </w:p>
    <w:p w14:paraId="4A58D5BB" w14:textId="77777777" w:rsidR="006C30AD" w:rsidRDefault="006C30AD">
      <w:pPr>
        <w:spacing w:after="0"/>
      </w:pPr>
    </w:p>
    <w:p w14:paraId="4D0C456B" w14:textId="77777777" w:rsidR="006C30AD" w:rsidRDefault="00DF7DB8">
      <w:pPr>
        <w:spacing w:after="0"/>
      </w:pPr>
      <w:r>
        <w:rPr>
          <w:rFonts w:ascii="Arial" w:hAnsi="Arial"/>
          <w:b/>
        </w:rPr>
        <w:t xml:space="preserve">Daisy  </w:t>
      </w:r>
      <w:r>
        <w:rPr>
          <w:rFonts w:ascii="Arial" w:hAnsi="Arial"/>
          <w:color w:val="5D7284"/>
        </w:rPr>
        <w:t>35:14</w:t>
      </w:r>
    </w:p>
    <w:p w14:paraId="6ACFF595" w14:textId="77777777" w:rsidR="006C30AD" w:rsidRDefault="00DF7DB8">
      <w:pPr>
        <w:spacing w:after="0"/>
      </w:pPr>
      <w:r>
        <w:rPr>
          <w:rFonts w:ascii="Arial" w:hAnsi="Arial"/>
        </w:rPr>
        <w:t>did dislocate her knee? I was like, oh, okay, that's interesting. What? What happened? For cliff?! (all laugh)</w:t>
      </w:r>
    </w:p>
    <w:p w14:paraId="470D3B8E" w14:textId="77777777" w:rsidR="006C30AD" w:rsidRDefault="006C30AD">
      <w:pPr>
        <w:spacing w:after="0"/>
      </w:pPr>
    </w:p>
    <w:p w14:paraId="61B29C1D" w14:textId="77777777" w:rsidR="006C30AD" w:rsidRDefault="00DF7DB8">
      <w:pPr>
        <w:spacing w:after="0"/>
      </w:pPr>
      <w:r>
        <w:rPr>
          <w:rFonts w:ascii="Arial" w:hAnsi="Arial"/>
          <w:b/>
        </w:rPr>
        <w:t xml:space="preserve">Lucy  </w:t>
      </w:r>
      <w:r>
        <w:rPr>
          <w:rFonts w:ascii="Arial" w:hAnsi="Arial"/>
          <w:color w:val="5D7284"/>
        </w:rPr>
        <w:t>35:25</w:t>
      </w:r>
    </w:p>
    <w:p w14:paraId="1C1BE319" w14:textId="77777777" w:rsidR="006C30AD" w:rsidRDefault="00DF7DB8">
      <w:pPr>
        <w:spacing w:after="0"/>
      </w:pPr>
      <w:r>
        <w:rPr>
          <w:rFonts w:ascii="Arial" w:hAnsi="Arial"/>
        </w:rPr>
        <w:t>That would explain the knee! yeah</w:t>
      </w:r>
    </w:p>
    <w:p w14:paraId="74E3F265" w14:textId="77777777" w:rsidR="006C30AD" w:rsidRDefault="006C30AD">
      <w:pPr>
        <w:spacing w:after="0"/>
      </w:pPr>
    </w:p>
    <w:p w14:paraId="67D7155C" w14:textId="77777777" w:rsidR="006C30AD" w:rsidRDefault="00DF7DB8">
      <w:pPr>
        <w:spacing w:after="0"/>
      </w:pPr>
      <w:r>
        <w:rPr>
          <w:rFonts w:ascii="Arial" w:hAnsi="Arial"/>
          <w:b/>
        </w:rPr>
        <w:t xml:space="preserve">Daisy  </w:t>
      </w:r>
      <w:r>
        <w:rPr>
          <w:rFonts w:ascii="Arial" w:hAnsi="Arial"/>
          <w:color w:val="5D7284"/>
        </w:rPr>
        <w:t>35:27</w:t>
      </w:r>
    </w:p>
    <w:p w14:paraId="415B5040" w14:textId="77777777" w:rsidR="006C30AD" w:rsidRDefault="00DF7DB8">
      <w:pPr>
        <w:spacing w:after="0"/>
      </w:pPr>
      <w:r>
        <w:rPr>
          <w:rFonts w:ascii="Arial" w:hAnsi="Arial"/>
        </w:rPr>
        <w:t xml:space="preserve">That's </w:t>
      </w:r>
      <w:r>
        <w:rPr>
          <w:rFonts w:ascii="Arial" w:hAnsi="Arial"/>
        </w:rPr>
        <w:t>allowed Also she  punched it back into place</w:t>
      </w:r>
    </w:p>
    <w:p w14:paraId="67227B51" w14:textId="77777777" w:rsidR="006C30AD" w:rsidRDefault="006C30AD">
      <w:pPr>
        <w:spacing w:after="0"/>
      </w:pPr>
    </w:p>
    <w:p w14:paraId="30E1CAFD" w14:textId="77777777" w:rsidR="006C30AD" w:rsidRDefault="00DF7DB8">
      <w:pPr>
        <w:spacing w:after="0"/>
      </w:pPr>
      <w:r>
        <w:rPr>
          <w:rFonts w:ascii="Arial" w:hAnsi="Arial"/>
          <w:b/>
        </w:rPr>
        <w:t xml:space="preserve">Lucy  </w:t>
      </w:r>
      <w:r>
        <w:rPr>
          <w:rFonts w:ascii="Arial" w:hAnsi="Arial"/>
          <w:color w:val="5D7284"/>
        </w:rPr>
        <w:t>35:37</w:t>
      </w:r>
    </w:p>
    <w:p w14:paraId="6135095A" w14:textId="77777777" w:rsidR="006C30AD" w:rsidRDefault="00DF7DB8">
      <w:pPr>
        <w:spacing w:after="0"/>
      </w:pPr>
      <w:r>
        <w:rPr>
          <w:rFonts w:ascii="Arial" w:hAnsi="Arial"/>
        </w:rPr>
        <w:t>you're hard as nails you lot aren't you!</w:t>
      </w:r>
    </w:p>
    <w:p w14:paraId="4AB49970" w14:textId="77777777" w:rsidR="006C30AD" w:rsidRDefault="006C30AD">
      <w:pPr>
        <w:spacing w:after="0"/>
      </w:pPr>
    </w:p>
    <w:p w14:paraId="0D6F2C11" w14:textId="77777777" w:rsidR="006C30AD" w:rsidRDefault="00DF7DB8">
      <w:pPr>
        <w:spacing w:after="0"/>
      </w:pPr>
      <w:r>
        <w:rPr>
          <w:rFonts w:ascii="Arial" w:hAnsi="Arial"/>
          <w:b/>
        </w:rPr>
        <w:t xml:space="preserve">Alice  </w:t>
      </w:r>
      <w:r>
        <w:rPr>
          <w:rFonts w:ascii="Arial" w:hAnsi="Arial"/>
          <w:color w:val="5D7284"/>
        </w:rPr>
        <w:t>35:38</w:t>
      </w:r>
    </w:p>
    <w:p w14:paraId="7CFA3B80" w14:textId="77777777" w:rsidR="006C30AD" w:rsidRDefault="00DF7DB8">
      <w:pPr>
        <w:spacing w:after="0"/>
      </w:pPr>
      <w:r>
        <w:rPr>
          <w:rFonts w:ascii="Arial" w:hAnsi="Arial"/>
        </w:rPr>
        <w:lastRenderedPageBreak/>
        <w:t>Fucking hell!</w:t>
      </w:r>
    </w:p>
    <w:p w14:paraId="26C9879A" w14:textId="77777777" w:rsidR="006C30AD" w:rsidRDefault="006C30AD">
      <w:pPr>
        <w:spacing w:after="0"/>
      </w:pPr>
    </w:p>
    <w:p w14:paraId="1C63DA37" w14:textId="77777777" w:rsidR="006C30AD" w:rsidRDefault="00DF7DB8">
      <w:pPr>
        <w:spacing w:after="0"/>
      </w:pPr>
      <w:r>
        <w:rPr>
          <w:rFonts w:ascii="Arial" w:hAnsi="Arial"/>
          <w:b/>
        </w:rPr>
        <w:t xml:space="preserve">Daisy  </w:t>
      </w:r>
      <w:r>
        <w:rPr>
          <w:rFonts w:ascii="Arial" w:hAnsi="Arial"/>
          <w:color w:val="5D7284"/>
        </w:rPr>
        <w:t>35:41</w:t>
      </w:r>
    </w:p>
    <w:p w14:paraId="3DB73D75" w14:textId="77777777" w:rsidR="006C30AD" w:rsidRDefault="00DF7DB8">
      <w:pPr>
        <w:spacing w:after="0"/>
      </w:pPr>
      <w:r>
        <w:rPr>
          <w:rFonts w:ascii="Arial" w:hAnsi="Arial"/>
        </w:rPr>
        <w:t>That is your fault at that point, if you to dislocate after you fell off a cliff and then punched it back into plac</w:t>
      </w:r>
      <w:r>
        <w:rPr>
          <w:rFonts w:ascii="Arial" w:hAnsi="Arial"/>
        </w:rPr>
        <w:t>e. If you did not seek medical attention, it keeps doing it. on your head yo7r heas be it  Yeah. But yeah, there is also a good chance that say both of my parents had, you know, the gene where they didn't have it themselves, but pass it on to the two of us</w:t>
      </w:r>
      <w:r>
        <w:rPr>
          <w:rFonts w:ascii="Arial" w:hAnsi="Arial"/>
        </w:rPr>
        <w:t xml:space="preserve"> because</w:t>
      </w:r>
    </w:p>
    <w:p w14:paraId="39BD844D" w14:textId="77777777" w:rsidR="006C30AD" w:rsidRDefault="006C30AD">
      <w:pPr>
        <w:spacing w:after="0"/>
      </w:pPr>
    </w:p>
    <w:p w14:paraId="36894CCC" w14:textId="77777777" w:rsidR="006C30AD" w:rsidRDefault="00DF7DB8">
      <w:pPr>
        <w:spacing w:after="0"/>
      </w:pPr>
      <w:r>
        <w:rPr>
          <w:rFonts w:ascii="Arial" w:hAnsi="Arial"/>
          <w:b/>
        </w:rPr>
        <w:t xml:space="preserve">Alice  </w:t>
      </w:r>
      <w:r>
        <w:rPr>
          <w:rFonts w:ascii="Arial" w:hAnsi="Arial"/>
          <w:color w:val="5D7284"/>
        </w:rPr>
        <w:t>36:03</w:t>
      </w:r>
    </w:p>
    <w:p w14:paraId="4C540B3F" w14:textId="77777777" w:rsidR="006C30AD" w:rsidRDefault="00DF7DB8">
      <w:pPr>
        <w:spacing w:after="0"/>
      </w:pPr>
      <w:r>
        <w:rPr>
          <w:rFonts w:ascii="Arial" w:hAnsi="Arial"/>
        </w:rPr>
        <w:t xml:space="preserve">my parents, well, I might have a recessive gene. So it's only me, not my I'm the only person other than a very, very,my dad's, like, my dad's cousin, son is the only other person in my huge family that has RP because it's </w:t>
      </w:r>
      <w:r>
        <w:rPr>
          <w:rFonts w:ascii="Arial" w:hAnsi="Arial"/>
        </w:rPr>
        <w:t>recessive. And so it's one of those things where you kind of go, it's also it's something like one in 300,000 people have RP, so it's quite common. So we really don't know, with my condition, whether it's a, like, freak genetic mutation, or if it happened,</w:t>
      </w:r>
      <w:r>
        <w:rPr>
          <w:rFonts w:ascii="Arial" w:hAnsi="Arial"/>
        </w:rPr>
        <w:t xml:space="preserve"> like, and it just happened to happen twice in one family, or if my parents happen to be carriers, and his parents happened to be carriers. And it just, that's how we got it. So</w:t>
      </w:r>
    </w:p>
    <w:p w14:paraId="4F404142" w14:textId="77777777" w:rsidR="006C30AD" w:rsidRDefault="006C30AD">
      <w:pPr>
        <w:spacing w:after="0"/>
      </w:pPr>
    </w:p>
    <w:p w14:paraId="6F1464DA" w14:textId="77777777" w:rsidR="006C30AD" w:rsidRDefault="00DF7DB8">
      <w:pPr>
        <w:spacing w:after="0"/>
      </w:pPr>
      <w:r>
        <w:rPr>
          <w:rFonts w:ascii="Arial" w:hAnsi="Arial"/>
          <w:b/>
        </w:rPr>
        <w:t xml:space="preserve">Daisy  </w:t>
      </w:r>
      <w:r>
        <w:rPr>
          <w:rFonts w:ascii="Arial" w:hAnsi="Arial"/>
          <w:color w:val="5D7284"/>
        </w:rPr>
        <w:t>36:50</w:t>
      </w:r>
    </w:p>
    <w:p w14:paraId="7C6E0444" w14:textId="77777777" w:rsidR="006C30AD" w:rsidRDefault="00DF7DB8">
      <w:pPr>
        <w:spacing w:after="0"/>
      </w:pPr>
      <w:r>
        <w:rPr>
          <w:rFonts w:ascii="Arial" w:hAnsi="Arial"/>
        </w:rPr>
        <w:t xml:space="preserve">yeah, so inevitably, that there are, you know, highly likely to </w:t>
      </w:r>
      <w:r>
        <w:rPr>
          <w:rFonts w:ascii="Arial" w:hAnsi="Arial"/>
        </w:rPr>
        <w:t>be some cases of you know, the various types of EDS, which are those sorts of, you know, genetic mutations, but they have no idea what genes are causing, yeah.</w:t>
      </w:r>
    </w:p>
    <w:p w14:paraId="23A69553" w14:textId="77777777" w:rsidR="006C30AD" w:rsidRDefault="006C30AD">
      <w:pPr>
        <w:spacing w:after="0"/>
      </w:pPr>
    </w:p>
    <w:p w14:paraId="48BB44ED" w14:textId="77777777" w:rsidR="006C30AD" w:rsidRDefault="00DF7DB8">
      <w:pPr>
        <w:spacing w:after="0"/>
      </w:pPr>
      <w:r>
        <w:rPr>
          <w:rFonts w:ascii="Arial" w:hAnsi="Arial"/>
          <w:b/>
        </w:rPr>
        <w:t xml:space="preserve">Alice  </w:t>
      </w:r>
      <w:r>
        <w:rPr>
          <w:rFonts w:ascii="Arial" w:hAnsi="Arial"/>
          <w:color w:val="5D7284"/>
        </w:rPr>
        <w:t>37:10</w:t>
      </w:r>
    </w:p>
    <w:p w14:paraId="535025A4" w14:textId="77777777" w:rsidR="006C30AD" w:rsidRDefault="00DF7DB8">
      <w:pPr>
        <w:spacing w:after="0"/>
      </w:pPr>
      <w:r>
        <w:rPr>
          <w:rFonts w:ascii="Arial" w:hAnsi="Arial"/>
        </w:rPr>
        <w:t xml:space="preserve">You can't figure out why. But to be honest with the amount of people who have it, </w:t>
      </w:r>
      <w:r>
        <w:rPr>
          <w:rFonts w:ascii="Arial" w:hAnsi="Arial"/>
        </w:rPr>
        <w:t>it seems quite likely that it's more than one. There are 200 and something genes that cause up here, and I don't have any of them.</w:t>
      </w:r>
    </w:p>
    <w:p w14:paraId="44C0F3D9" w14:textId="77777777" w:rsidR="006C30AD" w:rsidRDefault="006C30AD">
      <w:pPr>
        <w:spacing w:after="0"/>
      </w:pPr>
    </w:p>
    <w:p w14:paraId="39579B8E" w14:textId="77777777" w:rsidR="006C30AD" w:rsidRDefault="00DF7DB8">
      <w:pPr>
        <w:spacing w:after="0"/>
      </w:pPr>
      <w:r>
        <w:rPr>
          <w:rFonts w:ascii="Arial" w:hAnsi="Arial"/>
          <w:b/>
        </w:rPr>
        <w:t xml:space="preserve">Daisy  </w:t>
      </w:r>
      <w:r>
        <w:rPr>
          <w:rFonts w:ascii="Arial" w:hAnsi="Arial"/>
          <w:color w:val="5D7284"/>
        </w:rPr>
        <w:t>37:23</w:t>
      </w:r>
    </w:p>
    <w:p w14:paraId="70F77A9D" w14:textId="77777777" w:rsidR="006C30AD" w:rsidRDefault="00DF7DB8">
      <w:pPr>
        <w:spacing w:after="0"/>
      </w:pPr>
      <w:r>
        <w:rPr>
          <w:rFonts w:ascii="Arial" w:hAnsi="Arial"/>
        </w:rPr>
        <w:t>Oh Well done!</w:t>
      </w:r>
    </w:p>
    <w:p w14:paraId="6127C5AE" w14:textId="77777777" w:rsidR="006C30AD" w:rsidRDefault="006C30AD">
      <w:pPr>
        <w:spacing w:after="0"/>
      </w:pPr>
    </w:p>
    <w:p w14:paraId="4DD78CBC" w14:textId="77777777" w:rsidR="006C30AD" w:rsidRDefault="00DF7DB8">
      <w:pPr>
        <w:spacing w:after="0"/>
      </w:pPr>
      <w:r>
        <w:rPr>
          <w:rFonts w:ascii="Arial" w:hAnsi="Arial"/>
          <w:b/>
        </w:rPr>
        <w:t xml:space="preserve">Lucy  </w:t>
      </w:r>
      <w:r>
        <w:rPr>
          <w:rFonts w:ascii="Arial" w:hAnsi="Arial"/>
          <w:color w:val="5D7284"/>
        </w:rPr>
        <w:t>37:26</w:t>
      </w:r>
    </w:p>
    <w:p w14:paraId="613EF10C" w14:textId="77777777" w:rsidR="006C30AD" w:rsidRDefault="00DF7DB8">
      <w:pPr>
        <w:spacing w:after="0"/>
      </w:pPr>
      <w:r>
        <w:rPr>
          <w:rFonts w:ascii="Arial" w:hAnsi="Arial"/>
        </w:rPr>
        <w:t>Congratulations Aloce</w:t>
      </w:r>
    </w:p>
    <w:p w14:paraId="46B230A7" w14:textId="77777777" w:rsidR="006C30AD" w:rsidRDefault="006C30AD">
      <w:pPr>
        <w:spacing w:after="0"/>
      </w:pPr>
    </w:p>
    <w:p w14:paraId="3D014199" w14:textId="77777777" w:rsidR="006C30AD" w:rsidRDefault="00DF7DB8">
      <w:pPr>
        <w:spacing w:after="0"/>
      </w:pPr>
      <w:r>
        <w:rPr>
          <w:rFonts w:ascii="Arial" w:hAnsi="Arial"/>
          <w:b/>
        </w:rPr>
        <w:t xml:space="preserve">Alice  </w:t>
      </w:r>
      <w:r>
        <w:rPr>
          <w:rFonts w:ascii="Arial" w:hAnsi="Arial"/>
          <w:color w:val="5D7284"/>
        </w:rPr>
        <w:t>37:27</w:t>
      </w:r>
    </w:p>
    <w:p w14:paraId="743E56A2" w14:textId="77777777" w:rsidR="006C30AD" w:rsidRDefault="00DF7DB8">
      <w:pPr>
        <w:spacing w:after="0"/>
      </w:pPr>
      <w:r>
        <w:rPr>
          <w:rFonts w:ascii="Arial" w:hAnsi="Arial"/>
        </w:rPr>
        <w:t xml:space="preserve">Yeah. I think there are millions and </w:t>
      </w:r>
      <w:r>
        <w:rPr>
          <w:rFonts w:ascii="Arial" w:hAnsi="Arial"/>
        </w:rPr>
        <w:t>millions of genes in the world, and they just haven't worked out what all of them do yet. So there's bound to be some that they're like, Oh, we thought this cause people to be sure, but actually, it also causes our pay</w:t>
      </w:r>
    </w:p>
    <w:p w14:paraId="168E6CB4" w14:textId="77777777" w:rsidR="006C30AD" w:rsidRDefault="006C30AD">
      <w:pPr>
        <w:spacing w:after="0"/>
      </w:pPr>
    </w:p>
    <w:p w14:paraId="70ED05F0" w14:textId="77777777" w:rsidR="006C30AD" w:rsidRDefault="00DF7DB8">
      <w:pPr>
        <w:spacing w:after="0"/>
      </w:pPr>
      <w:r>
        <w:rPr>
          <w:rFonts w:ascii="Arial" w:hAnsi="Arial"/>
          <w:b/>
        </w:rPr>
        <w:t xml:space="preserve">Daisy  </w:t>
      </w:r>
      <w:r>
        <w:rPr>
          <w:rFonts w:ascii="Arial" w:hAnsi="Arial"/>
          <w:color w:val="5D7284"/>
        </w:rPr>
        <w:t>37:42</w:t>
      </w:r>
    </w:p>
    <w:p w14:paraId="5009AC24" w14:textId="77777777" w:rsidR="006C30AD" w:rsidRDefault="00DF7DB8">
      <w:pPr>
        <w:spacing w:after="0"/>
      </w:pPr>
      <w:r>
        <w:rPr>
          <w:rFonts w:ascii="Arial" w:hAnsi="Arial"/>
        </w:rPr>
        <w:t>feels like this DNA tes</w:t>
      </w:r>
      <w:r>
        <w:rPr>
          <w:rFonts w:ascii="Arial" w:hAnsi="Arial"/>
        </w:rPr>
        <w:t>t. They go, Oh, do you want to do one of those tests, and you can sequence your genome and then maybe research in the future, we'll be able to find out which gene causes the thing. And I'm like, okay, yeah. But then, like, I've read all too many stories ab</w:t>
      </w:r>
      <w:r>
        <w:rPr>
          <w:rFonts w:ascii="Arial" w:hAnsi="Arial"/>
        </w:rPr>
        <w:t>out people doing those DNA tests, and they find out some kind of really deep, dark family secret. And, like, I don't want to find out that, you know, my dad isn't my dad.</w:t>
      </w:r>
    </w:p>
    <w:p w14:paraId="1E1DC6E8" w14:textId="77777777" w:rsidR="006C30AD" w:rsidRDefault="006C30AD">
      <w:pPr>
        <w:spacing w:after="0"/>
      </w:pPr>
    </w:p>
    <w:p w14:paraId="77648659" w14:textId="77777777" w:rsidR="006C30AD" w:rsidRDefault="00DF7DB8">
      <w:pPr>
        <w:spacing w:after="0"/>
      </w:pPr>
      <w:r>
        <w:rPr>
          <w:rFonts w:ascii="Arial" w:hAnsi="Arial"/>
          <w:b/>
        </w:rPr>
        <w:t xml:space="preserve">Alice  </w:t>
      </w:r>
      <w:r>
        <w:rPr>
          <w:rFonts w:ascii="Arial" w:hAnsi="Arial"/>
          <w:color w:val="5D7284"/>
        </w:rPr>
        <w:t>38:07</w:t>
      </w:r>
    </w:p>
    <w:p w14:paraId="6682FCE4" w14:textId="77777777" w:rsidR="006C30AD" w:rsidRDefault="00DF7DB8">
      <w:pPr>
        <w:spacing w:after="0"/>
      </w:pPr>
      <w:r>
        <w:rPr>
          <w:rFonts w:ascii="Arial" w:hAnsi="Arial"/>
        </w:rPr>
        <w:t xml:space="preserve"> We did. That's, that's where they did the gene test for my RP.. So I h</w:t>
      </w:r>
      <w:r>
        <w:rPr>
          <w:rFonts w:ascii="Arial" w:hAnsi="Arial"/>
        </w:rPr>
        <w:t>ad it, my dad had it, and my brother had it. Me and my brother have got the same face. So like, literally, now that he's turning into a proper grown up man, he his faces becoming more distinctly masculine, and so looking a bit different. But we we both loo</w:t>
      </w:r>
      <w:r>
        <w:rPr>
          <w:rFonts w:ascii="Arial" w:hAnsi="Arial"/>
        </w:rPr>
        <w:t>k very similar. And we both look like my dad. So that wasn't kind of a worry. For me.</w:t>
      </w:r>
    </w:p>
    <w:p w14:paraId="4A2C9AB5" w14:textId="77777777" w:rsidR="006C30AD" w:rsidRDefault="006C30AD">
      <w:pPr>
        <w:spacing w:after="0"/>
      </w:pPr>
    </w:p>
    <w:p w14:paraId="2C37F077" w14:textId="77777777" w:rsidR="006C30AD" w:rsidRDefault="00DF7DB8">
      <w:pPr>
        <w:spacing w:after="0"/>
      </w:pPr>
      <w:r>
        <w:rPr>
          <w:rFonts w:ascii="Arial" w:hAnsi="Arial"/>
          <w:b/>
        </w:rPr>
        <w:t xml:space="preserve">Daisy  </w:t>
      </w:r>
      <w:r>
        <w:rPr>
          <w:rFonts w:ascii="Arial" w:hAnsi="Arial"/>
          <w:color w:val="5D7284"/>
        </w:rPr>
        <w:t>38:34</w:t>
      </w:r>
    </w:p>
    <w:p w14:paraId="7910CF7B" w14:textId="77777777" w:rsidR="006C30AD" w:rsidRDefault="00DF7DB8">
      <w:pPr>
        <w:spacing w:after="0"/>
      </w:pPr>
      <w:r>
        <w:rPr>
          <w:rFonts w:ascii="Arial" w:hAnsi="Arial"/>
        </w:rPr>
        <w:t xml:space="preserve">Oh, yeah, we we do both have, you know, very clearly, dads, and my sisters. In particular, as his knows where she is, she's always been quite quite annoyed </w:t>
      </w:r>
      <w:r>
        <w:rPr>
          <w:rFonts w:ascii="Arial" w:hAnsi="Arial"/>
        </w:rPr>
        <w:t>about. I think it's perfectly fine.</w:t>
      </w:r>
    </w:p>
    <w:p w14:paraId="14F4A21D" w14:textId="77777777" w:rsidR="006C30AD" w:rsidRDefault="006C30AD">
      <w:pPr>
        <w:spacing w:after="0"/>
      </w:pPr>
    </w:p>
    <w:p w14:paraId="07FBF2E7" w14:textId="77777777" w:rsidR="006C30AD" w:rsidRDefault="00DF7DB8">
      <w:pPr>
        <w:spacing w:after="0"/>
      </w:pPr>
      <w:r>
        <w:rPr>
          <w:rFonts w:ascii="Arial" w:hAnsi="Arial"/>
          <w:b/>
        </w:rPr>
        <w:t xml:space="preserve">Alice  </w:t>
      </w:r>
      <w:r>
        <w:rPr>
          <w:rFonts w:ascii="Arial" w:hAnsi="Arial"/>
          <w:color w:val="5D7284"/>
        </w:rPr>
        <w:t>38:49</w:t>
      </w:r>
    </w:p>
    <w:p w14:paraId="67A23C84" w14:textId="77777777" w:rsidR="006C30AD" w:rsidRDefault="00DF7DB8">
      <w:pPr>
        <w:spacing w:after="0"/>
      </w:pPr>
      <w:r>
        <w:rPr>
          <w:rFonts w:ascii="Arial" w:hAnsi="Arial"/>
        </w:rPr>
        <w:t>I've got my dad's nose and I hate my nose.</w:t>
      </w:r>
    </w:p>
    <w:p w14:paraId="55F8816C" w14:textId="77777777" w:rsidR="006C30AD" w:rsidRDefault="006C30AD">
      <w:pPr>
        <w:spacing w:after="0"/>
      </w:pPr>
    </w:p>
    <w:p w14:paraId="3989F489" w14:textId="77777777" w:rsidR="006C30AD" w:rsidRDefault="00DF7DB8">
      <w:pPr>
        <w:spacing w:after="0"/>
      </w:pPr>
      <w:r>
        <w:rPr>
          <w:rFonts w:ascii="Arial" w:hAnsi="Arial"/>
          <w:b/>
        </w:rPr>
        <w:t xml:space="preserve">Daisy  </w:t>
      </w:r>
      <w:r>
        <w:rPr>
          <w:rFonts w:ascii="Arial" w:hAnsi="Arial"/>
          <w:color w:val="5D7284"/>
        </w:rPr>
        <w:t>38:52</w:t>
      </w:r>
    </w:p>
    <w:p w14:paraId="7C76FF9C" w14:textId="77777777" w:rsidR="006C30AD" w:rsidRDefault="00DF7DB8">
      <w:pPr>
        <w:spacing w:after="0"/>
      </w:pPr>
      <w:r>
        <w:rPr>
          <w:rFonts w:ascii="Arial" w:hAnsi="Arial"/>
        </w:rPr>
        <w:t>I've got my dad's nose. And when I was playing Ebenezer Scrooge in a Christmas play, don't ask. And they basically just put like a beard on me, I  lo</w:t>
      </w:r>
      <w:r>
        <w:rPr>
          <w:rFonts w:ascii="Arial" w:hAnsi="Arial"/>
        </w:rPr>
        <w:t>oked in the mirror when they were like ready to go. I was I was looked at looked at. And I was like, it's my dad. I'm like, Dad, because my nose and my eyes are like my Dad.</w:t>
      </w:r>
    </w:p>
    <w:p w14:paraId="7C390DB0" w14:textId="77777777" w:rsidR="006C30AD" w:rsidRDefault="006C30AD">
      <w:pPr>
        <w:spacing w:after="0"/>
      </w:pPr>
    </w:p>
    <w:p w14:paraId="33CF0942" w14:textId="77777777" w:rsidR="006C30AD" w:rsidRDefault="00DF7DB8">
      <w:pPr>
        <w:spacing w:after="0"/>
      </w:pPr>
      <w:r>
        <w:rPr>
          <w:rFonts w:ascii="Arial" w:hAnsi="Arial"/>
          <w:b/>
        </w:rPr>
        <w:t xml:space="preserve">Alice  </w:t>
      </w:r>
      <w:r>
        <w:rPr>
          <w:rFonts w:ascii="Arial" w:hAnsi="Arial"/>
          <w:color w:val="5D7284"/>
        </w:rPr>
        <w:t>39:13</w:t>
      </w:r>
    </w:p>
    <w:p w14:paraId="28A2E73E" w14:textId="77777777" w:rsidR="006C30AD" w:rsidRDefault="00DF7DB8">
      <w:pPr>
        <w:spacing w:after="0"/>
      </w:pPr>
      <w:r>
        <w:rPr>
          <w:rFonts w:ascii="Arial" w:hAnsi="Arial"/>
        </w:rPr>
        <w:t>Yeah.</w:t>
      </w:r>
    </w:p>
    <w:p w14:paraId="0C8E0D31" w14:textId="77777777" w:rsidR="006C30AD" w:rsidRDefault="006C30AD">
      <w:pPr>
        <w:spacing w:after="0"/>
      </w:pPr>
    </w:p>
    <w:p w14:paraId="409CD835" w14:textId="77777777" w:rsidR="006C30AD" w:rsidRDefault="00DF7DB8">
      <w:pPr>
        <w:spacing w:after="0"/>
      </w:pPr>
      <w:r>
        <w:rPr>
          <w:rFonts w:ascii="Arial" w:hAnsi="Arial"/>
          <w:b/>
        </w:rPr>
        <w:t xml:space="preserve">Daisy  </w:t>
      </w:r>
      <w:r>
        <w:rPr>
          <w:rFonts w:ascii="Arial" w:hAnsi="Arial"/>
          <w:color w:val="5D7284"/>
        </w:rPr>
        <w:t>39:14</w:t>
      </w:r>
    </w:p>
    <w:p w14:paraId="5C1F4710" w14:textId="77777777" w:rsidR="006C30AD" w:rsidRDefault="00DF7DB8">
      <w:pPr>
        <w:spacing w:after="0"/>
      </w:pPr>
      <w:r>
        <w:rPr>
          <w:rFonts w:ascii="Arial" w:hAnsi="Arial"/>
        </w:rPr>
        <w:t>Daisy, how do you think I mean, going back to th</w:t>
      </w:r>
      <w:r>
        <w:rPr>
          <w:rFonts w:ascii="Arial" w:hAnsi="Arial"/>
        </w:rPr>
        <w:t>e history side of things. So obviously, you know a lot about disability history which you should you shall be imparting on both me and Alice wether you like or not....</w:t>
      </w:r>
    </w:p>
    <w:p w14:paraId="36F61A8A" w14:textId="77777777" w:rsidR="006C30AD" w:rsidRDefault="006C30AD">
      <w:pPr>
        <w:spacing w:after="0"/>
      </w:pPr>
    </w:p>
    <w:p w14:paraId="1A64DEED" w14:textId="77777777" w:rsidR="006C30AD" w:rsidRDefault="00DF7DB8">
      <w:pPr>
        <w:spacing w:after="0"/>
      </w:pPr>
      <w:r>
        <w:rPr>
          <w:rFonts w:ascii="Arial" w:hAnsi="Arial"/>
          <w:b/>
        </w:rPr>
        <w:t xml:space="preserve">Alice  </w:t>
      </w:r>
      <w:r>
        <w:rPr>
          <w:rFonts w:ascii="Arial" w:hAnsi="Arial"/>
          <w:color w:val="5D7284"/>
        </w:rPr>
        <w:t>39:58</w:t>
      </w:r>
    </w:p>
    <w:p w14:paraId="2AC8E5D1" w14:textId="77777777" w:rsidR="006C30AD" w:rsidRDefault="00DF7DB8">
      <w:pPr>
        <w:spacing w:after="0"/>
      </w:pPr>
      <w:r>
        <w:rPr>
          <w:rFonts w:ascii="Arial" w:hAnsi="Arial"/>
        </w:rPr>
        <w:t>No pressure</w:t>
      </w:r>
    </w:p>
    <w:p w14:paraId="782553D8" w14:textId="77777777" w:rsidR="006C30AD" w:rsidRDefault="006C30AD">
      <w:pPr>
        <w:spacing w:after="0"/>
      </w:pPr>
    </w:p>
    <w:p w14:paraId="4B0E8C44" w14:textId="77777777" w:rsidR="006C30AD" w:rsidRDefault="00DF7DB8">
      <w:pPr>
        <w:spacing w:after="0"/>
      </w:pPr>
      <w:r>
        <w:rPr>
          <w:rFonts w:ascii="Arial" w:hAnsi="Arial"/>
          <w:b/>
        </w:rPr>
        <w:t xml:space="preserve">Lucy  </w:t>
      </w:r>
      <w:r>
        <w:rPr>
          <w:rFonts w:ascii="Arial" w:hAnsi="Arial"/>
          <w:color w:val="5D7284"/>
        </w:rPr>
        <w:t>40:02</w:t>
      </w:r>
    </w:p>
    <w:p w14:paraId="0827DDDB" w14:textId="77777777" w:rsidR="006C30AD" w:rsidRDefault="00DF7DB8">
      <w:pPr>
        <w:spacing w:after="0"/>
      </w:pPr>
      <w:r>
        <w:rPr>
          <w:rFonts w:ascii="Arial" w:hAnsi="Arial"/>
        </w:rPr>
        <w:t>you will sut down and you will learn. And so obvi</w:t>
      </w:r>
      <w:r>
        <w:rPr>
          <w:rFonts w:ascii="Arial" w:hAnsi="Arial"/>
        </w:rPr>
        <w:t>ously, you know quite a bit about the journey that the disabled people have to go on to get to the stage we are now in society whether that whether you feel that is a good we're in a good place or a bad place. I don't know. Do you? I mean, do you think it'</w:t>
      </w:r>
      <w:r>
        <w:rPr>
          <w:rFonts w:ascii="Arial" w:hAnsi="Arial"/>
        </w:rPr>
        <w:t>s changed for the better and and how far do you reckon we have to go and what is the one thing that you would think actually if we cracked Well, we've got it, we've got it, we've nailed it.</w:t>
      </w:r>
    </w:p>
    <w:p w14:paraId="7C76C32B" w14:textId="77777777" w:rsidR="006C30AD" w:rsidRDefault="006C30AD">
      <w:pPr>
        <w:spacing w:after="0"/>
      </w:pPr>
    </w:p>
    <w:p w14:paraId="732A33B1" w14:textId="77777777" w:rsidR="006C30AD" w:rsidRDefault="00DF7DB8">
      <w:pPr>
        <w:spacing w:after="0"/>
      </w:pPr>
      <w:r>
        <w:rPr>
          <w:rFonts w:ascii="Arial" w:hAnsi="Arial"/>
          <w:b/>
        </w:rPr>
        <w:t xml:space="preserve">Daisy  </w:t>
      </w:r>
      <w:r>
        <w:rPr>
          <w:rFonts w:ascii="Arial" w:hAnsi="Arial"/>
          <w:color w:val="5D7284"/>
        </w:rPr>
        <w:t>40:03</w:t>
      </w:r>
    </w:p>
    <w:p w14:paraId="350DFCDF" w14:textId="77777777" w:rsidR="006C30AD" w:rsidRDefault="00DF7DB8">
      <w:pPr>
        <w:spacing w:after="0"/>
      </w:pPr>
      <w:r>
        <w:rPr>
          <w:rFonts w:ascii="Arial" w:hAnsi="Arial"/>
        </w:rPr>
        <w:t>So the thing that tends to surprise people about disability history is that people do kind of have have this assumption, that it's always been really terrible. You know, we've always been treated badly shut away in a box and all of that. And it was, you kn</w:t>
      </w:r>
      <w:r>
        <w:rPr>
          <w:rFonts w:ascii="Arial" w:hAnsi="Arial"/>
        </w:rPr>
        <w:t>ow, only recently that it's starting to get better. And so, you know, you should be grateful to live in a time like now, rather than at a time back in history, you know, I don't know, if you've had similar things. But you know, I've seen that quite a few t</w:t>
      </w:r>
      <w:r>
        <w:rPr>
          <w:rFonts w:ascii="Arial" w:hAnsi="Arial"/>
        </w:rPr>
        <w:t xml:space="preserve">imes. But you </w:t>
      </w:r>
      <w:r>
        <w:rPr>
          <w:rFonts w:ascii="Arial" w:hAnsi="Arial"/>
        </w:rPr>
        <w:lastRenderedPageBreak/>
        <w:t>shouldn't be, you know, protesting and angry about this now, think how much worse it would have been back then. And there are certainly points when it is, it has been bad, but not it's a much more recent thing. You know, locking away disabled</w:t>
      </w:r>
      <w:r>
        <w:rPr>
          <w:rFonts w:ascii="Arial" w:hAnsi="Arial"/>
        </w:rPr>
        <w:t xml:space="preserve"> people that, you know, workhouses or, you know, this kind of idea that they're a drain on society or a burden, or any of that is much more recent than people think Yeah. So, as we know, it's got, you know, health care, medical care, you know, workplace sa</w:t>
      </w:r>
      <w:r>
        <w:rPr>
          <w:rFonts w:ascii="Arial" w:hAnsi="Arial"/>
        </w:rPr>
        <w:t>fety, all of that wasn't a thing. You know, for a really, really long time. Yeah. So, disability and chronic illness was much more common. Yeah, it wasn't, it wasn't, you know, it was just something that happened to people. If you didn't die very young, fr</w:t>
      </w:r>
      <w:r>
        <w:rPr>
          <w:rFonts w:ascii="Arial" w:hAnsi="Arial"/>
        </w:rPr>
        <w:t xml:space="preserve">om something, you'll be left with a disability. And that was fine. It was just, it was just a normal thing. Yeah. You know, it was often a group responsibility to help out with anyone who's out, but that was the same for everybody. Yeah, it was, you know, </w:t>
      </w:r>
      <w:r>
        <w:rPr>
          <w:rFonts w:ascii="Arial" w:hAnsi="Arial"/>
        </w:rPr>
        <w:t>anybody who was sick, or, you know, had been injured, or whether it was longer term, you know, it was, you know, say, with arms and, you know, given to churches, and, you know, the churches would look after people, it was only really the sort of industrial</w:t>
      </w:r>
      <w:r>
        <w:rPr>
          <w:rFonts w:ascii="Arial" w:hAnsi="Arial"/>
        </w:rPr>
        <w:t xml:space="preserve"> revolution, when all of a sudden, the only thing that mattered was how, how quickly and how many times you were able to do the same task? Yeah. You know, people working as sort of crafts, people, you know, they were, you know, this is now going to really </w:t>
      </w:r>
      <w:r>
        <w:rPr>
          <w:rFonts w:ascii="Arial" w:hAnsi="Arial"/>
        </w:rPr>
        <w:t xml:space="preserve">stereotypical, these are just examples, you know, you're a blacksmith or a, you know, woodworker or any of that sort of thing. And you acquired a disability or chronic illness. You just found your adaption. </w:t>
      </w:r>
    </w:p>
    <w:p w14:paraId="74AABC51" w14:textId="77777777" w:rsidR="006C30AD" w:rsidRDefault="006C30AD">
      <w:pPr>
        <w:spacing w:after="0"/>
      </w:pPr>
    </w:p>
    <w:p w14:paraId="5507704D" w14:textId="77777777" w:rsidR="006C30AD" w:rsidRDefault="00DF7DB8">
      <w:pPr>
        <w:spacing w:after="0"/>
      </w:pPr>
      <w:r>
        <w:rPr>
          <w:rFonts w:ascii="Arial" w:hAnsi="Arial"/>
          <w:b/>
        </w:rPr>
        <w:t xml:space="preserve">Lucy  </w:t>
      </w:r>
      <w:r>
        <w:rPr>
          <w:rFonts w:ascii="Arial" w:hAnsi="Arial"/>
          <w:color w:val="5D7284"/>
        </w:rPr>
        <w:t>41:07</w:t>
      </w:r>
    </w:p>
    <w:p w14:paraId="196C2400" w14:textId="77777777" w:rsidR="006C30AD" w:rsidRDefault="00DF7DB8">
      <w:pPr>
        <w:spacing w:after="0"/>
      </w:pPr>
      <w:r>
        <w:rPr>
          <w:rFonts w:ascii="Arial" w:hAnsi="Arial"/>
        </w:rPr>
        <w:t>really. You work around it.</w:t>
      </w:r>
    </w:p>
    <w:p w14:paraId="64ADC84C" w14:textId="77777777" w:rsidR="006C30AD" w:rsidRDefault="006C30AD">
      <w:pPr>
        <w:spacing w:after="0"/>
      </w:pPr>
    </w:p>
    <w:p w14:paraId="79EA0391" w14:textId="77777777" w:rsidR="006C30AD" w:rsidRDefault="00DF7DB8">
      <w:pPr>
        <w:spacing w:after="0"/>
      </w:pPr>
      <w:r>
        <w:rPr>
          <w:rFonts w:ascii="Arial" w:hAnsi="Arial"/>
          <w:b/>
        </w:rPr>
        <w:t xml:space="preserve">Daisy </w:t>
      </w:r>
      <w:r>
        <w:rPr>
          <w:rFonts w:ascii="Arial" w:hAnsi="Arial"/>
          <w:b/>
        </w:rPr>
        <w:t xml:space="preserve"> </w:t>
      </w:r>
      <w:r>
        <w:rPr>
          <w:rFonts w:ascii="Arial" w:hAnsi="Arial"/>
          <w:color w:val="5D7284"/>
        </w:rPr>
        <w:t>42:47</w:t>
      </w:r>
    </w:p>
    <w:p w14:paraId="2197CA76" w14:textId="77777777" w:rsidR="006C30AD" w:rsidRDefault="00DF7DB8">
      <w:pPr>
        <w:spacing w:after="0"/>
      </w:pPr>
      <w:r>
        <w:rPr>
          <w:rFonts w:ascii="Arial" w:hAnsi="Arial"/>
        </w:rPr>
        <w:t>Yeah. Yeah. You You worked around it, because that is the craft that your skilled that</w:t>
      </w:r>
    </w:p>
    <w:p w14:paraId="573EE336" w14:textId="77777777" w:rsidR="006C30AD" w:rsidRDefault="006C30AD">
      <w:pPr>
        <w:spacing w:after="0"/>
      </w:pPr>
    </w:p>
    <w:p w14:paraId="229F805C" w14:textId="77777777" w:rsidR="006C30AD" w:rsidRDefault="00DF7DB8">
      <w:pPr>
        <w:spacing w:after="0"/>
      </w:pPr>
      <w:r>
        <w:rPr>
          <w:rFonts w:ascii="Arial" w:hAnsi="Arial"/>
          <w:b/>
        </w:rPr>
        <w:t xml:space="preserve">Alice  </w:t>
      </w:r>
      <w:r>
        <w:rPr>
          <w:rFonts w:ascii="Arial" w:hAnsi="Arial"/>
          <w:color w:val="5D7284"/>
        </w:rPr>
        <w:t>42:52</w:t>
      </w:r>
    </w:p>
    <w:p w14:paraId="5C0C18EB" w14:textId="77777777" w:rsidR="006C30AD" w:rsidRDefault="00DF7DB8">
      <w:pPr>
        <w:spacing w:after="0"/>
      </w:pPr>
      <w:r>
        <w:rPr>
          <w:rFonts w:ascii="Arial" w:hAnsi="Arial"/>
        </w:rPr>
        <w:t>well, and you had no other choice. It's not like there was a welfare state or anything. It was you worked, or you starved?</w:t>
      </w:r>
    </w:p>
    <w:p w14:paraId="5724E4DC" w14:textId="77777777" w:rsidR="006C30AD" w:rsidRDefault="006C30AD">
      <w:pPr>
        <w:spacing w:after="0"/>
      </w:pPr>
    </w:p>
    <w:p w14:paraId="3D6C9E91" w14:textId="77777777" w:rsidR="006C30AD" w:rsidRDefault="00DF7DB8">
      <w:pPr>
        <w:spacing w:after="0"/>
      </w:pPr>
      <w:r>
        <w:rPr>
          <w:rFonts w:ascii="Arial" w:hAnsi="Arial"/>
          <w:b/>
        </w:rPr>
        <w:t xml:space="preserve">Daisy  </w:t>
      </w:r>
      <w:r>
        <w:rPr>
          <w:rFonts w:ascii="Arial" w:hAnsi="Arial"/>
          <w:color w:val="5D7284"/>
        </w:rPr>
        <w:t>43:00</w:t>
      </w:r>
    </w:p>
    <w:p w14:paraId="0B0C07EE" w14:textId="77777777" w:rsidR="006C30AD" w:rsidRDefault="00DF7DB8">
      <w:pPr>
        <w:spacing w:after="0"/>
      </w:pPr>
      <w:r>
        <w:rPr>
          <w:rFonts w:ascii="Arial" w:hAnsi="Arial"/>
        </w:rPr>
        <w:t xml:space="preserve">Yeah. </w:t>
      </w:r>
      <w:r>
        <w:rPr>
          <w:rFonts w:ascii="Arial" w:hAnsi="Arial"/>
        </w:rPr>
        <w:t>Yeah, that was so obviously, there was hel around from people, you know, churches and monasteries, and nunneries in particular have always been a great sort of source of that kind of like the earliest hospitals were. I was gonna call it a monk hurry. That'</w:t>
      </w:r>
      <w:r>
        <w:rPr>
          <w:rFonts w:ascii="Arial" w:hAnsi="Arial"/>
        </w:rPr>
        <w:t>s not right. Yeah, I don't even know. A monastery. No? Monestry that's it. Munkery?</w:t>
      </w:r>
    </w:p>
    <w:p w14:paraId="6798F479" w14:textId="77777777" w:rsidR="006C30AD" w:rsidRDefault="006C30AD">
      <w:pPr>
        <w:spacing w:after="0"/>
      </w:pPr>
    </w:p>
    <w:p w14:paraId="71E7BCF1" w14:textId="77777777" w:rsidR="006C30AD" w:rsidRDefault="00DF7DB8">
      <w:pPr>
        <w:spacing w:after="0"/>
      </w:pPr>
      <w:r>
        <w:rPr>
          <w:rFonts w:ascii="Arial" w:hAnsi="Arial"/>
          <w:b/>
        </w:rPr>
        <w:t xml:space="preserve">Alice  </w:t>
      </w:r>
      <w:r>
        <w:rPr>
          <w:rFonts w:ascii="Arial" w:hAnsi="Arial"/>
          <w:color w:val="5D7284"/>
        </w:rPr>
        <w:t>43:26</w:t>
      </w:r>
    </w:p>
    <w:p w14:paraId="62485479" w14:textId="77777777" w:rsidR="006C30AD" w:rsidRDefault="00DF7DB8">
      <w:pPr>
        <w:spacing w:after="0"/>
      </w:pPr>
      <w:r>
        <w:rPr>
          <w:rFonts w:ascii="Arial" w:hAnsi="Arial"/>
        </w:rPr>
        <w:t>That's like, that's like the fraternity for monks where it's like, they get hazed and they've got to drink 12 pints and then do a cartwheel. Yeah.</w:t>
      </w:r>
    </w:p>
    <w:p w14:paraId="0BDD8798" w14:textId="77777777" w:rsidR="006C30AD" w:rsidRDefault="006C30AD">
      <w:pPr>
        <w:spacing w:after="0"/>
      </w:pPr>
    </w:p>
    <w:p w14:paraId="4CA77955" w14:textId="77777777" w:rsidR="006C30AD" w:rsidRDefault="00DF7DB8">
      <w:pPr>
        <w:spacing w:after="0"/>
      </w:pPr>
      <w:r>
        <w:rPr>
          <w:rFonts w:ascii="Arial" w:hAnsi="Arial"/>
          <w:b/>
        </w:rPr>
        <w:t xml:space="preserve">Daisy  </w:t>
      </w:r>
      <w:r>
        <w:rPr>
          <w:rFonts w:ascii="Arial" w:hAnsi="Arial"/>
          <w:color w:val="5D7284"/>
        </w:rPr>
        <w:t>43:</w:t>
      </w:r>
      <w:r>
        <w:rPr>
          <w:rFonts w:ascii="Arial" w:hAnsi="Arial"/>
          <w:color w:val="5D7284"/>
        </w:rPr>
        <w:t>39</w:t>
      </w:r>
    </w:p>
    <w:p w14:paraId="4FE684AD" w14:textId="77777777" w:rsidR="006C30AD" w:rsidRDefault="00DF7DB8">
      <w:pPr>
        <w:spacing w:after="0"/>
      </w:pPr>
      <w:r>
        <w:rPr>
          <w:rFonts w:ascii="Arial" w:hAnsi="Arial"/>
        </w:rPr>
        <w:t>So the monasteries were kind of, you know, early hospitals, but they will fit you know, it's almost giving birth or all of that. Yeah. So it was just normal. It was only really when, you know, all of a sudden your worth became about how much money for s</w:t>
      </w:r>
      <w:r>
        <w:rPr>
          <w:rFonts w:ascii="Arial" w:hAnsi="Arial"/>
        </w:rPr>
        <w:t>omeone else. It was not your worth was married with your productivity during the Industrial Revolution.</w:t>
      </w:r>
    </w:p>
    <w:p w14:paraId="597CAFAC" w14:textId="77777777" w:rsidR="006C30AD" w:rsidRDefault="006C30AD">
      <w:pPr>
        <w:spacing w:after="0"/>
      </w:pPr>
    </w:p>
    <w:p w14:paraId="1F6C369F" w14:textId="77777777" w:rsidR="006C30AD" w:rsidRDefault="00DF7DB8">
      <w:pPr>
        <w:spacing w:after="0"/>
      </w:pPr>
      <w:r>
        <w:rPr>
          <w:rFonts w:ascii="Arial" w:hAnsi="Arial"/>
          <w:b/>
        </w:rPr>
        <w:lastRenderedPageBreak/>
        <w:t xml:space="preserve">Alice  </w:t>
      </w:r>
      <w:r>
        <w:rPr>
          <w:rFonts w:ascii="Arial" w:hAnsi="Arial"/>
          <w:color w:val="5D7284"/>
        </w:rPr>
        <w:t>44:00</w:t>
      </w:r>
    </w:p>
    <w:p w14:paraId="15784323" w14:textId="77777777" w:rsidR="006C30AD" w:rsidRDefault="00DF7DB8">
      <w:pPr>
        <w:spacing w:after="0"/>
      </w:pPr>
      <w:r>
        <w:rPr>
          <w:rFonts w:ascii="Arial" w:hAnsi="Arial"/>
        </w:rPr>
        <w:t>So what you're saying is capitalism has always been evil.</w:t>
      </w:r>
    </w:p>
    <w:p w14:paraId="41B4533B" w14:textId="77777777" w:rsidR="006C30AD" w:rsidRDefault="006C30AD">
      <w:pPr>
        <w:spacing w:after="0"/>
      </w:pPr>
    </w:p>
    <w:p w14:paraId="3DE9DD25" w14:textId="77777777" w:rsidR="006C30AD" w:rsidRDefault="00DF7DB8">
      <w:pPr>
        <w:spacing w:after="0"/>
      </w:pPr>
      <w:r>
        <w:rPr>
          <w:rFonts w:ascii="Arial" w:hAnsi="Arial"/>
          <w:b/>
        </w:rPr>
        <w:t xml:space="preserve">Daisy  </w:t>
      </w:r>
      <w:r>
        <w:rPr>
          <w:rFonts w:ascii="Arial" w:hAnsi="Arial"/>
          <w:color w:val="5D7284"/>
        </w:rPr>
        <w:t>44:04</w:t>
      </w:r>
    </w:p>
    <w:p w14:paraId="4FD59EB2" w14:textId="77777777" w:rsidR="006C30AD" w:rsidRDefault="00DF7DB8">
      <w:pPr>
        <w:spacing w:after="0"/>
      </w:pPr>
      <w:r>
        <w:rPr>
          <w:rFonts w:ascii="Arial" w:hAnsi="Arial"/>
        </w:rPr>
        <w:t>Yes,</w:t>
      </w:r>
    </w:p>
    <w:p w14:paraId="5135ECBA" w14:textId="77777777" w:rsidR="006C30AD" w:rsidRDefault="006C30AD">
      <w:pPr>
        <w:spacing w:after="0"/>
      </w:pPr>
    </w:p>
    <w:p w14:paraId="1CC78226" w14:textId="77777777" w:rsidR="006C30AD" w:rsidRDefault="00DF7DB8">
      <w:pPr>
        <w:spacing w:after="0"/>
      </w:pPr>
      <w:r>
        <w:rPr>
          <w:rFonts w:ascii="Arial" w:hAnsi="Arial"/>
          <w:b/>
        </w:rPr>
        <w:t xml:space="preserve">Alice  </w:t>
      </w:r>
      <w:r>
        <w:rPr>
          <w:rFonts w:ascii="Arial" w:hAnsi="Arial"/>
          <w:color w:val="5D7284"/>
        </w:rPr>
        <w:t>44:05</w:t>
      </w:r>
    </w:p>
    <w:p w14:paraId="2CD8B8D5" w14:textId="77777777" w:rsidR="006C30AD" w:rsidRDefault="00DF7DB8">
      <w:pPr>
        <w:spacing w:after="0"/>
      </w:pPr>
      <w:r>
        <w:rPr>
          <w:rFonts w:ascii="Arial" w:hAnsi="Arial"/>
        </w:rPr>
        <w:t>I'm so surprised.</w:t>
      </w:r>
    </w:p>
    <w:p w14:paraId="113792BB" w14:textId="77777777" w:rsidR="006C30AD" w:rsidRDefault="006C30AD">
      <w:pPr>
        <w:spacing w:after="0"/>
      </w:pPr>
    </w:p>
    <w:p w14:paraId="1C04D120" w14:textId="77777777" w:rsidR="006C30AD" w:rsidRDefault="00DF7DB8">
      <w:pPr>
        <w:spacing w:after="0"/>
      </w:pPr>
      <w:r>
        <w:rPr>
          <w:rFonts w:ascii="Arial" w:hAnsi="Arial"/>
          <w:b/>
        </w:rPr>
        <w:t xml:space="preserve">Daisy  </w:t>
      </w:r>
      <w:r>
        <w:rPr>
          <w:rFonts w:ascii="Arial" w:hAnsi="Arial"/>
          <w:color w:val="5D7284"/>
        </w:rPr>
        <w:t>44:09</w:t>
      </w:r>
    </w:p>
    <w:p w14:paraId="7FD76D25" w14:textId="77777777" w:rsidR="006C30AD" w:rsidRDefault="00DF7DB8">
      <w:pPr>
        <w:spacing w:after="0"/>
      </w:pPr>
      <w:r>
        <w:rPr>
          <w:rFonts w:ascii="Arial" w:hAnsi="Arial"/>
        </w:rPr>
        <w:t xml:space="preserve">But yes so so </w:t>
      </w:r>
      <w:r>
        <w:rPr>
          <w:rFonts w:ascii="Arial" w:hAnsi="Arial"/>
        </w:rPr>
        <w:t xml:space="preserve">this this I did, you know, disabled people are a drain is much more recent. And so I don't necessarily think that we're in the best place we ever have been. We certainly have a long way to go. Because we're still not really considered part of society now. </w:t>
      </w:r>
      <w:r>
        <w:rPr>
          <w:rFonts w:ascii="Arial" w:hAnsi="Arial"/>
        </w:rPr>
        <w:t>Still, I don't think this is a this is an extremely topical reference. It'll be all the time this goes anywhere!</w:t>
      </w:r>
    </w:p>
    <w:p w14:paraId="0683314F" w14:textId="77777777" w:rsidR="006C30AD" w:rsidRDefault="006C30AD">
      <w:pPr>
        <w:spacing w:after="0"/>
      </w:pPr>
    </w:p>
    <w:p w14:paraId="720769C1" w14:textId="77777777" w:rsidR="006C30AD" w:rsidRDefault="00DF7DB8">
      <w:pPr>
        <w:spacing w:after="0"/>
      </w:pPr>
      <w:r>
        <w:rPr>
          <w:rFonts w:ascii="Arial" w:hAnsi="Arial"/>
          <w:b/>
        </w:rPr>
        <w:t xml:space="preserve">Alice  </w:t>
      </w:r>
      <w:r>
        <w:rPr>
          <w:rFonts w:ascii="Arial" w:hAnsi="Arial"/>
          <w:color w:val="5D7284"/>
        </w:rPr>
        <w:t>44:39</w:t>
      </w:r>
    </w:p>
    <w:p w14:paraId="21710AF3" w14:textId="77777777" w:rsidR="006C30AD" w:rsidRDefault="00DF7DB8">
      <w:pPr>
        <w:spacing w:after="0"/>
      </w:pPr>
      <w:r>
        <w:rPr>
          <w:rFonts w:ascii="Arial" w:hAnsi="Arial"/>
        </w:rPr>
        <w:t>This isn't gonna come out for like 12 weeks.</w:t>
      </w:r>
    </w:p>
    <w:p w14:paraId="08BDCD3E" w14:textId="77777777" w:rsidR="006C30AD" w:rsidRDefault="006C30AD">
      <w:pPr>
        <w:spacing w:after="0"/>
      </w:pPr>
    </w:p>
    <w:p w14:paraId="74778981" w14:textId="77777777" w:rsidR="006C30AD" w:rsidRDefault="00DF7DB8">
      <w:pPr>
        <w:spacing w:after="0"/>
      </w:pPr>
      <w:r>
        <w:rPr>
          <w:rFonts w:ascii="Arial" w:hAnsi="Arial"/>
          <w:b/>
        </w:rPr>
        <w:t xml:space="preserve">Daisy  </w:t>
      </w:r>
      <w:r>
        <w:rPr>
          <w:rFonts w:ascii="Arial" w:hAnsi="Arial"/>
          <w:color w:val="5D7284"/>
        </w:rPr>
        <w:t>44:43</w:t>
      </w:r>
    </w:p>
    <w:p w14:paraId="28E30CBB" w14:textId="77777777" w:rsidR="006C30AD" w:rsidRDefault="00DF7DB8">
      <w:pPr>
        <w:spacing w:after="0"/>
      </w:pPr>
      <w:r>
        <w:rPr>
          <w:rFonts w:ascii="Arial" w:hAnsi="Arial"/>
        </w:rPr>
        <w:t>Yeah, Priti, Priti. Patel just sort of... It wasn't Priti Patel? Esthe</w:t>
      </w:r>
      <w:r>
        <w:rPr>
          <w:rFonts w:ascii="Arial" w:hAnsi="Arial"/>
        </w:rPr>
        <w:t>r Macvey?</w:t>
      </w:r>
    </w:p>
    <w:p w14:paraId="296C26F2" w14:textId="77777777" w:rsidR="006C30AD" w:rsidRDefault="006C30AD">
      <w:pPr>
        <w:spacing w:after="0"/>
      </w:pPr>
    </w:p>
    <w:p w14:paraId="351ED08E" w14:textId="77777777" w:rsidR="006C30AD" w:rsidRDefault="00DF7DB8">
      <w:pPr>
        <w:spacing w:after="0"/>
      </w:pPr>
      <w:r>
        <w:rPr>
          <w:rFonts w:ascii="Arial" w:hAnsi="Arial"/>
          <w:b/>
        </w:rPr>
        <w:t xml:space="preserve">Lucy  </w:t>
      </w:r>
      <w:r>
        <w:rPr>
          <w:rFonts w:ascii="Arial" w:hAnsi="Arial"/>
          <w:color w:val="5D7284"/>
        </w:rPr>
        <w:t>44:49</w:t>
      </w:r>
    </w:p>
    <w:p w14:paraId="7A33ABBA" w14:textId="77777777" w:rsidR="006C30AD" w:rsidRDefault="00DF7DB8">
      <w:pPr>
        <w:spacing w:after="0"/>
      </w:pPr>
      <w:r>
        <w:rPr>
          <w:rFonts w:ascii="Arial" w:hAnsi="Arial"/>
        </w:rPr>
        <w:t>Oh, yeah. Yes. Yes.</w:t>
      </w:r>
    </w:p>
    <w:p w14:paraId="2B4FFE1A" w14:textId="77777777" w:rsidR="006C30AD" w:rsidRDefault="006C30AD">
      <w:pPr>
        <w:spacing w:after="0"/>
      </w:pPr>
    </w:p>
    <w:p w14:paraId="36D3E4EB" w14:textId="77777777" w:rsidR="006C30AD" w:rsidRDefault="00DF7DB8">
      <w:pPr>
        <w:spacing w:after="0"/>
      </w:pPr>
      <w:r>
        <w:rPr>
          <w:rFonts w:ascii="Arial" w:hAnsi="Arial"/>
          <w:b/>
        </w:rPr>
        <w:t xml:space="preserve">Daisy  </w:t>
      </w:r>
      <w:r>
        <w:rPr>
          <w:rFonts w:ascii="Arial" w:hAnsi="Arial"/>
          <w:color w:val="5D7284"/>
        </w:rPr>
        <w:t>44:52</w:t>
      </w:r>
    </w:p>
    <w:p w14:paraId="7A01CB0F" w14:textId="77777777" w:rsidR="006C30AD" w:rsidRDefault="00DF7DB8">
      <w:pPr>
        <w:spacing w:after="0"/>
      </w:pPr>
      <w:r>
        <w:rPr>
          <w:rFonts w:ascii="Arial" w:hAnsi="Arial"/>
        </w:rPr>
        <w:t>Just just you know, yesterday, as we're recording it, you know, she wants to stop focusing On discrimination against disabled people, it's too fashionable, Liz Truss that's who it was I always get Li</w:t>
      </w:r>
      <w:r>
        <w:rPr>
          <w:rFonts w:ascii="Arial" w:hAnsi="Arial"/>
        </w:rPr>
        <w:t>z Truss and Esther MCvay mixed up.</w:t>
      </w:r>
    </w:p>
    <w:p w14:paraId="31D7E76D" w14:textId="77777777" w:rsidR="006C30AD" w:rsidRDefault="006C30AD">
      <w:pPr>
        <w:spacing w:after="0"/>
      </w:pPr>
    </w:p>
    <w:p w14:paraId="42D60682" w14:textId="77777777" w:rsidR="006C30AD" w:rsidRDefault="00DF7DB8">
      <w:pPr>
        <w:spacing w:after="0"/>
      </w:pPr>
      <w:r>
        <w:rPr>
          <w:rFonts w:ascii="Arial" w:hAnsi="Arial"/>
          <w:b/>
        </w:rPr>
        <w:t xml:space="preserve">Alice  </w:t>
      </w:r>
      <w:r>
        <w:rPr>
          <w:rFonts w:ascii="Arial" w:hAnsi="Arial"/>
          <w:color w:val="5D7284"/>
        </w:rPr>
        <w:t>45:11</w:t>
      </w:r>
    </w:p>
    <w:p w14:paraId="27C46EC3" w14:textId="77777777" w:rsidR="006C30AD" w:rsidRDefault="00DF7DB8">
      <w:pPr>
        <w:spacing w:after="0"/>
      </w:pPr>
      <w:r>
        <w:rPr>
          <w:rFonts w:ascii="Arial" w:hAnsi="Arial"/>
        </w:rPr>
        <w:t xml:space="preserve">No, but she, you know, what she was saying was basically people are kicking up this huge fuss about equality for different marginalised groups. But they're only doing it because it's fashionable, it's not a </w:t>
      </w:r>
      <w:r>
        <w:rPr>
          <w:rFonts w:ascii="Arial" w:hAnsi="Arial"/>
        </w:rPr>
        <w:t xml:space="preserve">legitimate issue. And you sort of go, I'm sorry, love. Have you? Have you lived? I mean, she has lived as an marginalised person, because she's a woman. So surely she's experienced those, you know, closed doors and barriers and things, but she's obviously </w:t>
      </w:r>
      <w:r>
        <w:rPr>
          <w:rFonts w:ascii="Arial" w:hAnsi="Arial"/>
        </w:rPr>
        <w:t>not, I don't know, aware that there are other options and the it society the closest those doors, not ourselves.</w:t>
      </w:r>
    </w:p>
    <w:p w14:paraId="35D9F7E5" w14:textId="77777777" w:rsidR="006C30AD" w:rsidRDefault="006C30AD">
      <w:pPr>
        <w:spacing w:after="0"/>
      </w:pPr>
    </w:p>
    <w:p w14:paraId="0607E9DB" w14:textId="77777777" w:rsidR="006C30AD" w:rsidRDefault="00DF7DB8">
      <w:pPr>
        <w:spacing w:after="0"/>
      </w:pPr>
      <w:r>
        <w:rPr>
          <w:rFonts w:ascii="Arial" w:hAnsi="Arial"/>
          <w:b/>
        </w:rPr>
        <w:t xml:space="preserve">Daisy  </w:t>
      </w:r>
      <w:r>
        <w:rPr>
          <w:rFonts w:ascii="Arial" w:hAnsi="Arial"/>
          <w:color w:val="5D7284"/>
        </w:rPr>
        <w:t>45:51</w:t>
      </w:r>
    </w:p>
    <w:p w14:paraId="78A32BFB" w14:textId="77777777" w:rsidR="006C30AD" w:rsidRDefault="00DF7DB8">
      <w:pPr>
        <w:spacing w:after="0"/>
      </w:pPr>
      <w:r>
        <w:rPr>
          <w:rFonts w:ascii="Arial" w:hAnsi="Arial"/>
        </w:rPr>
        <w:t>Yeah, pretty much,you know, I've been doing a history projects in my local area in Bristol work been interviewing, I do oral hist</w:t>
      </w:r>
      <w:r>
        <w:rPr>
          <w:rFonts w:ascii="Arial" w:hAnsi="Arial"/>
        </w:rPr>
        <w:t>ories from a lot of activists from the sort of 80s and 90s. And really resoundingly, like a really common thing that they were saying, in their various interviews was about how we seem to have gone backwards, when they were, you know, having to do a lot of</w:t>
      </w:r>
      <w:r>
        <w:rPr>
          <w:rFonts w:ascii="Arial" w:hAnsi="Arial"/>
        </w:rPr>
        <w:t xml:space="preserve"> a lot of this work. Quite a few of the interviews are almost almost a call of action, you know, to us, and, you know, other young disabled people that, you know, we have to, we have to organise and not let this go by, </w:t>
      </w:r>
      <w:r>
        <w:rPr>
          <w:rFonts w:ascii="Arial" w:hAnsi="Arial"/>
        </w:rPr>
        <w:lastRenderedPageBreak/>
        <w:t>because we're going to start losing s</w:t>
      </w:r>
      <w:r>
        <w:rPr>
          <w:rFonts w:ascii="Arial" w:hAnsi="Arial"/>
        </w:rPr>
        <w:t>ome of the things that they did manage to successfully fight for. So, you know, like, even, you know, the Disability Discrimination Act was incredibly, you know, controversial at the time, because, you know, a lot of disabled people felt they didn't go far</w:t>
      </w:r>
      <w:r>
        <w:rPr>
          <w:rFonts w:ascii="Arial" w:hAnsi="Arial"/>
        </w:rPr>
        <w:t xml:space="preserve"> enough. And now, it's been replaced by the Equality Act, it's even less so. Arguably,</w:t>
      </w:r>
    </w:p>
    <w:p w14:paraId="26DB2995" w14:textId="77777777" w:rsidR="006C30AD" w:rsidRDefault="006C30AD">
      <w:pPr>
        <w:spacing w:after="0"/>
      </w:pPr>
    </w:p>
    <w:p w14:paraId="40D6F419" w14:textId="77777777" w:rsidR="006C30AD" w:rsidRDefault="00DF7DB8">
      <w:pPr>
        <w:spacing w:after="0"/>
      </w:pPr>
      <w:r>
        <w:rPr>
          <w:rFonts w:ascii="Arial" w:hAnsi="Arial"/>
          <w:b/>
        </w:rPr>
        <w:t xml:space="preserve">Alice  </w:t>
      </w:r>
      <w:r>
        <w:rPr>
          <w:rFonts w:ascii="Arial" w:hAnsi="Arial"/>
          <w:color w:val="5D7284"/>
        </w:rPr>
        <w:t>46:57</w:t>
      </w:r>
    </w:p>
    <w:p w14:paraId="115F3B0D" w14:textId="77777777" w:rsidR="006C30AD" w:rsidRDefault="00DF7DB8">
      <w:pPr>
        <w:spacing w:after="0"/>
      </w:pPr>
      <w:r>
        <w:rPr>
          <w:rFonts w:ascii="Arial" w:hAnsi="Arial"/>
        </w:rPr>
        <w:t>and with us leaving the European Union, we're gonna lose a load of, you know, disability, and sort of health and safety regulations that are in place becau</w:t>
      </w:r>
      <w:r>
        <w:rPr>
          <w:rFonts w:ascii="Arial" w:hAnsi="Arial"/>
        </w:rPr>
        <w:t>se of things that have happened to disabled people and people with health and, you know, wellness issues, because people have said, Oh, well, it that's a barrier to commerce. And, you know, and you sort of go well, you know, we had to, we had to fight to g</w:t>
      </w:r>
      <w:r>
        <w:rPr>
          <w:rFonts w:ascii="Arial" w:hAnsi="Arial"/>
        </w:rPr>
        <w:t xml:space="preserve">et those, some of that legislation is older than I am. And now they, they're taking it away, and you sort of go, like, Look, look at how old like, you're going as far back in history as I am like tall. That doesn't make sense. I've done a bunch of shit in </w:t>
      </w:r>
      <w:r>
        <w:rPr>
          <w:rFonts w:ascii="Arial" w:hAnsi="Arial"/>
        </w:rPr>
        <w:t>my life, how are you, basically undoing all of that by undoing these legislations, and these, you know, the hard, hard fought battles.</w:t>
      </w:r>
    </w:p>
    <w:p w14:paraId="0D691EA5" w14:textId="77777777" w:rsidR="006C30AD" w:rsidRDefault="006C30AD">
      <w:pPr>
        <w:spacing w:after="0"/>
      </w:pPr>
    </w:p>
    <w:p w14:paraId="14C946E8" w14:textId="77777777" w:rsidR="006C30AD" w:rsidRDefault="00DF7DB8">
      <w:pPr>
        <w:spacing w:after="0"/>
      </w:pPr>
      <w:r>
        <w:rPr>
          <w:rFonts w:ascii="Arial" w:hAnsi="Arial"/>
          <w:b/>
        </w:rPr>
        <w:t xml:space="preserve">Lucy  </w:t>
      </w:r>
      <w:r>
        <w:rPr>
          <w:rFonts w:ascii="Arial" w:hAnsi="Arial"/>
          <w:color w:val="5D7284"/>
        </w:rPr>
        <w:t>47:02</w:t>
      </w:r>
    </w:p>
    <w:p w14:paraId="08B1F725" w14:textId="77777777" w:rsidR="006C30AD" w:rsidRDefault="00DF7DB8">
      <w:pPr>
        <w:spacing w:after="0"/>
      </w:pPr>
      <w:r>
        <w:rPr>
          <w:rFonts w:ascii="Arial" w:hAnsi="Arial"/>
        </w:rPr>
        <w:t>Disability History, is a very important part of advocacy. Because it to me, this is why I'm so grateful that</w:t>
      </w:r>
      <w:r>
        <w:rPr>
          <w:rFonts w:ascii="Arial" w:hAnsi="Arial"/>
        </w:rPr>
        <w:t xml:space="preserve"> Daisy's come on board, to work alongside us on this project. And we're shedding a light on people's perceived labels in this podcast, and being able to learn a bit more about the history of how far people have caught them, is it to me, it means that I'm s</w:t>
      </w:r>
      <w:r>
        <w:rPr>
          <w:rFonts w:ascii="Arial" w:hAnsi="Arial"/>
        </w:rPr>
        <w:t>howing respect, because I'm learning I'm becoming knowledgeable about the people that have gone before us who've worked so hard to get where I am now. And I know that things aren't perfect. But it's because of the people that have gone before me, that I am</w:t>
      </w:r>
      <w:r>
        <w:rPr>
          <w:rFonts w:ascii="Arial" w:hAnsi="Arial"/>
        </w:rPr>
        <w:t xml:space="preserve"> here, and I can have a job and I can get out of the house. And, you know, we may find it difficult at times, but it is because of the people previously.</w:t>
      </w:r>
    </w:p>
    <w:p w14:paraId="2E62F725" w14:textId="77777777" w:rsidR="006C30AD" w:rsidRDefault="006C30AD">
      <w:pPr>
        <w:spacing w:after="0"/>
      </w:pPr>
    </w:p>
    <w:p w14:paraId="25B022D4" w14:textId="77777777" w:rsidR="006C30AD" w:rsidRDefault="00DF7DB8">
      <w:pPr>
        <w:spacing w:after="0"/>
      </w:pPr>
      <w:r>
        <w:rPr>
          <w:rFonts w:ascii="Arial" w:hAnsi="Arial"/>
          <w:b/>
        </w:rPr>
        <w:t xml:space="preserve">Alice  </w:t>
      </w:r>
      <w:r>
        <w:rPr>
          <w:rFonts w:ascii="Arial" w:hAnsi="Arial"/>
          <w:color w:val="5D7284"/>
        </w:rPr>
        <w:t>48:49</w:t>
      </w:r>
    </w:p>
    <w:p w14:paraId="7134F76E" w14:textId="77777777" w:rsidR="006C30AD" w:rsidRDefault="00DF7DB8">
      <w:pPr>
        <w:spacing w:after="0"/>
      </w:pPr>
      <w:r>
        <w:rPr>
          <w:rFonts w:ascii="Arial" w:hAnsi="Arial"/>
        </w:rPr>
        <w:t xml:space="preserve">Well, and I think it goes back to that point that Daisy was making earlier as well </w:t>
      </w:r>
      <w:r>
        <w:rPr>
          <w:rFonts w:ascii="Arial" w:hAnsi="Arial"/>
        </w:rPr>
        <w:t>about the, you know, the fact that actually this kind of exclusion and hiding away of disability and illness is is a recent thing. Just you know, by understanding that and understanding our history, and the history of disability in general. You know, you l</w:t>
      </w:r>
      <w:r>
        <w:rPr>
          <w:rFonts w:ascii="Arial" w:hAnsi="Arial"/>
        </w:rPr>
        <w:t xml:space="preserve">ook at any minority, the history of minority representation, and, you know, the social kind of construction and, and treatment of different minorities is you, you learn you learn that it is socially constructed, and the individuals have fought for it. And </w:t>
      </w:r>
      <w:r>
        <w:rPr>
          <w:rFonts w:ascii="Arial" w:hAnsi="Arial"/>
        </w:rPr>
        <w:t>it's for all those people who go Oh, well, but you know, look, history doesn't just show you how far you've come history also shows you the potential of what you could have.</w:t>
      </w:r>
    </w:p>
    <w:p w14:paraId="18051DB1" w14:textId="77777777" w:rsidR="006C30AD" w:rsidRDefault="006C30AD">
      <w:pPr>
        <w:spacing w:after="0"/>
      </w:pPr>
    </w:p>
    <w:p w14:paraId="1750C3FA" w14:textId="77777777" w:rsidR="006C30AD" w:rsidRDefault="00DF7DB8">
      <w:pPr>
        <w:spacing w:after="0"/>
      </w:pPr>
      <w:r>
        <w:rPr>
          <w:rFonts w:ascii="Arial" w:hAnsi="Arial"/>
          <w:b/>
        </w:rPr>
        <w:t xml:space="preserve">Daisy  </w:t>
      </w:r>
      <w:r>
        <w:rPr>
          <w:rFonts w:ascii="Arial" w:hAnsi="Arial"/>
          <w:color w:val="5D7284"/>
        </w:rPr>
        <w:t>49:38</w:t>
      </w:r>
    </w:p>
    <w:p w14:paraId="107B1BE6" w14:textId="77777777" w:rsidR="006C30AD" w:rsidRDefault="00DF7DB8">
      <w:pPr>
        <w:spacing w:after="0"/>
      </w:pPr>
      <w:r>
        <w:rPr>
          <w:rFonts w:ascii="Arial" w:hAnsi="Arial"/>
        </w:rPr>
        <w:t xml:space="preserve">Absolutely. And I definitely, I definitely think that being able to </w:t>
      </w:r>
      <w:r>
        <w:rPr>
          <w:rFonts w:ascii="Arial" w:hAnsi="Arial"/>
        </w:rPr>
        <w:t>go, you know, I think I think he's like anything though, isn't it? It's like learning about your family history. Be respectful to your family's history. It's the same thing as learning about our community's history and our past. And the, you know, well, un</w:t>
      </w:r>
      <w:r>
        <w:rPr>
          <w:rFonts w:ascii="Arial" w:hAnsi="Arial"/>
        </w:rPr>
        <w:t>derstanding why sometimes disabled people come Be a bit grumpy and a bit gruff and a bit acidic to other people. But yeah, it's about learning about your community's history that's just respectful and being able to learn about because actually, they've pro</w:t>
      </w:r>
      <w:r>
        <w:rPr>
          <w:rFonts w:ascii="Arial" w:hAnsi="Arial"/>
        </w:rPr>
        <w:t xml:space="preserve">bably, they're a lot older than me. And they have probably fought so hard for stuff, and then they turn around and they get people going. So while you're </w:t>
      </w:r>
      <w:r>
        <w:rPr>
          <w:rFonts w:ascii="Arial" w:hAnsi="Arial"/>
        </w:rPr>
        <w:lastRenderedPageBreak/>
        <w:t>in a wheelchair, like and you're like, oh, again, I probably went up was one of those acidic, miserabl</w:t>
      </w:r>
      <w:r>
        <w:rPr>
          <w:rFonts w:ascii="Arial" w:hAnsi="Arial"/>
        </w:rPr>
        <w:t>e old bats probably.</w:t>
      </w:r>
    </w:p>
    <w:p w14:paraId="5DEA045E" w14:textId="77777777" w:rsidR="006C30AD" w:rsidRDefault="006C30AD">
      <w:pPr>
        <w:spacing w:after="0"/>
      </w:pPr>
    </w:p>
    <w:p w14:paraId="75B684BA" w14:textId="77777777" w:rsidR="006C30AD" w:rsidRDefault="00DF7DB8">
      <w:pPr>
        <w:spacing w:after="0"/>
      </w:pPr>
      <w:r>
        <w:rPr>
          <w:rFonts w:ascii="Arial" w:hAnsi="Arial"/>
          <w:b/>
        </w:rPr>
        <w:t xml:space="preserve">Alice  </w:t>
      </w:r>
      <w:r>
        <w:rPr>
          <w:rFonts w:ascii="Arial" w:hAnsi="Arial"/>
          <w:color w:val="5D7284"/>
        </w:rPr>
        <w:t>50:33</w:t>
      </w:r>
    </w:p>
    <w:p w14:paraId="760EDA10" w14:textId="77777777" w:rsidR="006C30AD" w:rsidRDefault="00DF7DB8">
      <w:pPr>
        <w:spacing w:after="0"/>
      </w:pPr>
      <w:r>
        <w:rPr>
          <w:rFonts w:ascii="Arial" w:hAnsi="Arial"/>
        </w:rPr>
        <w:t xml:space="preserve">Well, and I think, you know, you sit there I do it not so much for disability, but for other you know, like, I'm, I consider myself a feminist. I'm a bit of a like, animal rights person. And, you know, like, fox </w:t>
      </w:r>
      <w:r>
        <w:rPr>
          <w:rFonts w:ascii="Arial" w:hAnsi="Arial"/>
        </w:rPr>
        <w:t xml:space="preserve">hunting, I can remember being like, absolutely what the fuck is going on and kicking up a huge first and getting it all? You know, fox hunting is banned. It's it's just barbaric. I'm sorry to. I can't imagine there's a lot of crossover in the Venn diagram </w:t>
      </w:r>
      <w:r>
        <w:rPr>
          <w:rFonts w:ascii="Arial" w:hAnsi="Arial"/>
        </w:rPr>
        <w:t xml:space="preserve">of people who like to go fox hunting and people who listen to this podcast, but you never know. For the handful who are out there. It's fucking barbaric and disgusting. I don't know what's wrong with you. But then and, you know, we've got the law changed. </w:t>
      </w:r>
      <w:r>
        <w:rPr>
          <w:rFonts w:ascii="Arial" w:hAnsi="Arial"/>
        </w:rPr>
        <w:t>And then within what seemed like 10 minutes, the Conservative government like, Oh, well, we could put in drag huntin so and then if your duck happens to catch a fox, it's not our fault that you've trained the dog to catch murder foxes in a really horrific,</w:t>
      </w:r>
      <w:r>
        <w:rPr>
          <w:rFonts w:ascii="Arial" w:hAnsi="Arial"/>
        </w:rPr>
        <w:t xml:space="preserve"> violent way. It's just, it's just an accident. That's what happens when you go out on a horse with some dogs. And it's like, you kind of go, we've fought so hard for this. And that just some fucking rich white. able bodied Man Has Gone. Nah. So what I wan</w:t>
      </w:r>
      <w:r>
        <w:rPr>
          <w:rFonts w:ascii="Arial" w:hAnsi="Arial"/>
        </w:rPr>
        <w:t>t to do, I don't like that. And it's just changed it with a fucking click of his fingers. And so I can understand people who are older than us and who have been campaigning for, you know, 40 years going. Wait. What do you mean, you're getting rid of the DD</w:t>
      </w:r>
      <w:r>
        <w:rPr>
          <w:rFonts w:ascii="Arial" w:hAnsi="Arial"/>
        </w:rPr>
        <w:t>A? Yeah, we fucking broke our neck for that. And you'll get rid of it now. Like, I'd be pissed off.</w:t>
      </w:r>
    </w:p>
    <w:p w14:paraId="32D099D0" w14:textId="77777777" w:rsidR="006C30AD" w:rsidRDefault="006C30AD">
      <w:pPr>
        <w:spacing w:after="0"/>
      </w:pPr>
    </w:p>
    <w:p w14:paraId="07A9A01A" w14:textId="77777777" w:rsidR="006C30AD" w:rsidRDefault="00DF7DB8">
      <w:pPr>
        <w:spacing w:after="0"/>
      </w:pPr>
      <w:r>
        <w:rPr>
          <w:rFonts w:ascii="Arial" w:hAnsi="Arial"/>
          <w:b/>
        </w:rPr>
        <w:t xml:space="preserve">Daisy  </w:t>
      </w:r>
      <w:r>
        <w:rPr>
          <w:rFonts w:ascii="Arial" w:hAnsi="Arial"/>
          <w:color w:val="5D7284"/>
        </w:rPr>
        <w:t>52:30</w:t>
      </w:r>
    </w:p>
    <w:p w14:paraId="116FA944" w14:textId="77777777" w:rsidR="006C30AD" w:rsidRDefault="00DF7DB8">
      <w:pPr>
        <w:spacing w:after="0"/>
      </w:pPr>
      <w:r>
        <w:rPr>
          <w:rFonts w:ascii="Arial" w:hAnsi="Arial"/>
        </w:rPr>
        <w:t>particularly as there are some parts of the DDA, which still haven't fully been implemented? Yeah, yeah. Well, you like just finished the plan</w:t>
      </w:r>
      <w:r>
        <w:rPr>
          <w:rFonts w:ascii="Arial" w:hAnsi="Arial"/>
        </w:rPr>
        <w:t xml:space="preserve"> first, before you start fucking about with it</w:t>
      </w:r>
    </w:p>
    <w:p w14:paraId="03BD4270" w14:textId="77777777" w:rsidR="006C30AD" w:rsidRDefault="006C30AD">
      <w:pPr>
        <w:spacing w:after="0"/>
      </w:pPr>
    </w:p>
    <w:p w14:paraId="0EAA8707" w14:textId="77777777" w:rsidR="006C30AD" w:rsidRDefault="00DF7DB8">
      <w:pPr>
        <w:spacing w:after="0"/>
      </w:pPr>
      <w:r>
        <w:rPr>
          <w:rFonts w:ascii="Arial" w:hAnsi="Arial"/>
          <w:b/>
        </w:rPr>
        <w:t xml:space="preserve">Alice  </w:t>
      </w:r>
      <w:r>
        <w:rPr>
          <w:rFonts w:ascii="Arial" w:hAnsi="Arial"/>
          <w:color w:val="5D7284"/>
        </w:rPr>
        <w:t>52:42</w:t>
      </w:r>
    </w:p>
    <w:p w14:paraId="3F0ABDD5" w14:textId="77777777" w:rsidR="006C30AD" w:rsidRDefault="00DF7DB8">
      <w:pPr>
        <w:spacing w:after="0"/>
      </w:pPr>
      <w:r>
        <w:rPr>
          <w:rFonts w:ascii="Arial" w:hAnsi="Arial"/>
        </w:rPr>
        <w:t>It's build build the house you planned on building before knocking it out? build a new one?</w:t>
      </w:r>
    </w:p>
    <w:p w14:paraId="1A216741" w14:textId="77777777" w:rsidR="006C30AD" w:rsidRDefault="006C30AD">
      <w:pPr>
        <w:spacing w:after="0"/>
      </w:pPr>
    </w:p>
    <w:p w14:paraId="0E82D80C" w14:textId="77777777" w:rsidR="006C30AD" w:rsidRDefault="00DF7DB8">
      <w:pPr>
        <w:spacing w:after="0"/>
      </w:pPr>
      <w:r>
        <w:rPr>
          <w:rFonts w:ascii="Arial" w:hAnsi="Arial"/>
          <w:b/>
        </w:rPr>
        <w:t xml:space="preserve">Daisy  </w:t>
      </w:r>
      <w:r>
        <w:rPr>
          <w:rFonts w:ascii="Arial" w:hAnsi="Arial"/>
          <w:color w:val="5D7284"/>
        </w:rPr>
        <w:t>52:48</w:t>
      </w:r>
    </w:p>
    <w:p w14:paraId="4CA6F703" w14:textId="77777777" w:rsidR="006C30AD" w:rsidRDefault="00DF7DB8">
      <w:pPr>
        <w:spacing w:after="0"/>
      </w:pPr>
      <w:r>
        <w:rPr>
          <w:rFonts w:ascii="Arial" w:hAnsi="Arial"/>
        </w:rPr>
        <w:t>Yeah, you do. You just think to yourself... ohh ok</w:t>
      </w:r>
    </w:p>
    <w:p w14:paraId="3C5EFFD6" w14:textId="77777777" w:rsidR="006C30AD" w:rsidRDefault="006C30AD">
      <w:pPr>
        <w:spacing w:after="0"/>
      </w:pPr>
    </w:p>
    <w:p w14:paraId="2389951A" w14:textId="77777777" w:rsidR="006C30AD" w:rsidRDefault="00DF7DB8">
      <w:pPr>
        <w:spacing w:after="0"/>
      </w:pPr>
      <w:r>
        <w:rPr>
          <w:rFonts w:ascii="Arial" w:hAnsi="Arial"/>
          <w:b/>
        </w:rPr>
        <w:t xml:space="preserve">Alice  </w:t>
      </w:r>
      <w:r>
        <w:rPr>
          <w:rFonts w:ascii="Arial" w:hAnsi="Arial"/>
          <w:color w:val="5D7284"/>
        </w:rPr>
        <w:t>52:51</w:t>
      </w:r>
    </w:p>
    <w:p w14:paraId="7029D08C" w14:textId="77777777" w:rsidR="006C30AD" w:rsidRDefault="00DF7DB8">
      <w:pPr>
        <w:spacing w:after="0"/>
      </w:pPr>
      <w:r>
        <w:rPr>
          <w:rFonts w:ascii="Arial" w:hAnsi="Arial"/>
        </w:rPr>
        <w:t xml:space="preserve">I think I mean, I think </w:t>
      </w:r>
      <w:r>
        <w:rPr>
          <w:rFonts w:ascii="Arial" w:hAnsi="Arial"/>
        </w:rPr>
        <w:t>we're gonna have a lot of sort of really interesting conversations about this. I wonder if those if you wanted to talk to us a little bit about maybe some of the things that you're particularly looking forward to doing with us any of the stories, you're re</w:t>
      </w:r>
      <w:r>
        <w:rPr>
          <w:rFonts w:ascii="Arial" w:hAnsi="Arial"/>
        </w:rPr>
        <w:t>ally looking for telling? Any ideas that you've got that, you know, we maybe haven't even discussed yet. It could be like an exclusive. But, you know, like, what are you hoping...</w:t>
      </w:r>
    </w:p>
    <w:p w14:paraId="0F327D5A" w14:textId="77777777" w:rsidR="006C30AD" w:rsidRDefault="006C30AD">
      <w:pPr>
        <w:spacing w:after="0"/>
      </w:pPr>
    </w:p>
    <w:p w14:paraId="1EFFAE27" w14:textId="77777777" w:rsidR="006C30AD" w:rsidRDefault="00DF7DB8">
      <w:pPr>
        <w:spacing w:after="0"/>
      </w:pPr>
      <w:r>
        <w:rPr>
          <w:rFonts w:ascii="Arial" w:hAnsi="Arial"/>
          <w:b/>
        </w:rPr>
        <w:t xml:space="preserve">Lucy  </w:t>
      </w:r>
      <w:r>
        <w:rPr>
          <w:rFonts w:ascii="Arial" w:hAnsi="Arial"/>
          <w:color w:val="5D7284"/>
        </w:rPr>
        <w:t>53:23</w:t>
      </w:r>
    </w:p>
    <w:p w14:paraId="51C8DA72" w14:textId="77777777" w:rsidR="006C30AD" w:rsidRDefault="00DF7DB8">
      <w:pPr>
        <w:spacing w:after="0"/>
      </w:pPr>
      <w:r>
        <w:rPr>
          <w:rFonts w:ascii="Arial" w:hAnsi="Arial"/>
        </w:rPr>
        <w:t>Oh, my God, we've got homework and everything.</w:t>
      </w:r>
    </w:p>
    <w:p w14:paraId="21711DCF" w14:textId="77777777" w:rsidR="006C30AD" w:rsidRDefault="006C30AD">
      <w:pPr>
        <w:spacing w:after="0"/>
      </w:pPr>
    </w:p>
    <w:p w14:paraId="0B91523D" w14:textId="77777777" w:rsidR="006C30AD" w:rsidRDefault="00DF7DB8">
      <w:pPr>
        <w:spacing w:after="0"/>
      </w:pPr>
      <w:r>
        <w:rPr>
          <w:rFonts w:ascii="Arial" w:hAnsi="Arial"/>
          <w:b/>
        </w:rPr>
        <w:t xml:space="preserve">Alice  </w:t>
      </w:r>
      <w:r>
        <w:rPr>
          <w:rFonts w:ascii="Arial" w:hAnsi="Arial"/>
          <w:color w:val="5D7284"/>
        </w:rPr>
        <w:t>53:26</w:t>
      </w:r>
    </w:p>
    <w:p w14:paraId="610C9EF0" w14:textId="77777777" w:rsidR="006C30AD" w:rsidRDefault="00DF7DB8">
      <w:pPr>
        <w:spacing w:after="0"/>
      </w:pPr>
      <w:r>
        <w:rPr>
          <w:rFonts w:ascii="Arial" w:hAnsi="Arial"/>
        </w:rPr>
        <w:t>Ye</w:t>
      </w:r>
      <w:r>
        <w:rPr>
          <w:rFonts w:ascii="Arial" w:hAnsi="Arial"/>
        </w:rPr>
        <w:t>ah, well, if what, what do you want to you know, what are you looking forward to about being a history teacher?</w:t>
      </w:r>
    </w:p>
    <w:p w14:paraId="3C3A408B" w14:textId="77777777" w:rsidR="006C30AD" w:rsidRDefault="006C30AD">
      <w:pPr>
        <w:spacing w:after="0"/>
      </w:pPr>
    </w:p>
    <w:p w14:paraId="21CAE8CB" w14:textId="77777777" w:rsidR="006C30AD" w:rsidRDefault="00DF7DB8">
      <w:pPr>
        <w:spacing w:after="0"/>
      </w:pPr>
      <w:r>
        <w:rPr>
          <w:rFonts w:ascii="Arial" w:hAnsi="Arial"/>
          <w:b/>
        </w:rPr>
        <w:t xml:space="preserve">Daisy  </w:t>
      </w:r>
      <w:r>
        <w:rPr>
          <w:rFonts w:ascii="Arial" w:hAnsi="Arial"/>
          <w:color w:val="5D7284"/>
        </w:rPr>
        <w:t>53:32</w:t>
      </w:r>
    </w:p>
    <w:p w14:paraId="0051747D" w14:textId="77777777" w:rsidR="006C30AD" w:rsidRDefault="00DF7DB8">
      <w:pPr>
        <w:spacing w:after="0"/>
      </w:pPr>
      <w:r>
        <w:rPr>
          <w:rFonts w:ascii="Arial" w:hAnsi="Arial"/>
        </w:rPr>
        <w:t>Well,</w:t>
      </w:r>
    </w:p>
    <w:p w14:paraId="4FEE907D" w14:textId="77777777" w:rsidR="006C30AD" w:rsidRDefault="006C30AD">
      <w:pPr>
        <w:spacing w:after="0"/>
      </w:pPr>
    </w:p>
    <w:p w14:paraId="0E29E448" w14:textId="77777777" w:rsidR="006C30AD" w:rsidRDefault="00DF7DB8">
      <w:pPr>
        <w:spacing w:after="0"/>
      </w:pPr>
      <w:r>
        <w:rPr>
          <w:rFonts w:ascii="Arial" w:hAnsi="Arial"/>
          <w:b/>
        </w:rPr>
        <w:t xml:space="preserve">Alice  </w:t>
      </w:r>
      <w:r>
        <w:rPr>
          <w:rFonts w:ascii="Arial" w:hAnsi="Arial"/>
          <w:color w:val="5D7284"/>
        </w:rPr>
        <w:t>53:33</w:t>
      </w:r>
    </w:p>
    <w:p w14:paraId="782749FC" w14:textId="77777777" w:rsidR="006C30AD" w:rsidRDefault="00DF7DB8">
      <w:pPr>
        <w:spacing w:after="0"/>
      </w:pPr>
      <w:r>
        <w:rPr>
          <w:rFonts w:ascii="Arial" w:hAnsi="Arial"/>
        </w:rPr>
        <w:t>it's not the past, I can tell you that.</w:t>
      </w:r>
    </w:p>
    <w:p w14:paraId="164E52B8" w14:textId="77777777" w:rsidR="006C30AD" w:rsidRDefault="006C30AD">
      <w:pPr>
        <w:spacing w:after="0"/>
      </w:pPr>
    </w:p>
    <w:p w14:paraId="55C80E38" w14:textId="77777777" w:rsidR="006C30AD" w:rsidRDefault="00DF7DB8">
      <w:pPr>
        <w:spacing w:after="0"/>
      </w:pPr>
      <w:r>
        <w:rPr>
          <w:rFonts w:ascii="Arial" w:hAnsi="Arial"/>
          <w:b/>
        </w:rPr>
        <w:t xml:space="preserve">Daisy  </w:t>
      </w:r>
      <w:r>
        <w:rPr>
          <w:rFonts w:ascii="Arial" w:hAnsi="Arial"/>
          <w:color w:val="5D7284"/>
        </w:rPr>
        <w:t>53:38</w:t>
      </w:r>
    </w:p>
    <w:p w14:paraId="76D66F14" w14:textId="77777777" w:rsidR="006C30AD" w:rsidRDefault="00DF7DB8">
      <w:pPr>
        <w:spacing w:after="0"/>
      </w:pPr>
      <w:r>
        <w:rPr>
          <w:rFonts w:ascii="Arial" w:hAnsi="Arial"/>
        </w:rPr>
        <w:t xml:space="preserve">Just to really just let the people know that it's </w:t>
      </w:r>
      <w:r>
        <w:rPr>
          <w:rFonts w:ascii="Arial" w:hAnsi="Arial"/>
        </w:rPr>
        <w:t>there. It's got, you know, the lack of teaching of disability history is such like a missed opportunity. It feels like, it's like, we waste, you know, we use so much of our time being made to feel bad. for, you know, whatever it is that we're taking up too</w:t>
      </w:r>
      <w:r>
        <w:rPr>
          <w:rFonts w:ascii="Arial" w:hAnsi="Arial"/>
        </w:rPr>
        <w:t xml:space="preserve"> much space, that we're taking up too much time that our access requirements too much. And learning about and knowing the history is such a great way to feel that sort of pride, you know, when you find out about someone who's just really cool. And, you kno</w:t>
      </w:r>
      <w:r>
        <w:rPr>
          <w:rFonts w:ascii="Arial" w:hAnsi="Arial"/>
        </w:rPr>
        <w:t>w, or you read about something, these, this group of people, did, you know, how these people fought back? Yeah. You know, I sometimes feel that people struggle with the idea of, of a disabled community, which isn't centred around medical issues.</w:t>
      </w:r>
    </w:p>
    <w:p w14:paraId="1B705252" w14:textId="77777777" w:rsidR="006C30AD" w:rsidRDefault="006C30AD">
      <w:pPr>
        <w:spacing w:after="0"/>
      </w:pPr>
    </w:p>
    <w:p w14:paraId="3F12D799" w14:textId="77777777" w:rsidR="006C30AD" w:rsidRDefault="00DF7DB8">
      <w:pPr>
        <w:spacing w:after="0"/>
      </w:pPr>
      <w:r>
        <w:rPr>
          <w:rFonts w:ascii="Arial" w:hAnsi="Arial"/>
          <w:b/>
        </w:rPr>
        <w:t xml:space="preserve">Alice  </w:t>
      </w:r>
      <w:r>
        <w:rPr>
          <w:rFonts w:ascii="Arial" w:hAnsi="Arial"/>
          <w:color w:val="5D7284"/>
        </w:rPr>
        <w:t>54</w:t>
      </w:r>
      <w:r>
        <w:rPr>
          <w:rFonts w:ascii="Arial" w:hAnsi="Arial"/>
          <w:color w:val="5D7284"/>
        </w:rPr>
        <w:t>:41</w:t>
      </w:r>
    </w:p>
    <w:p w14:paraId="50E5F12E" w14:textId="77777777" w:rsidR="006C30AD" w:rsidRDefault="00DF7DB8">
      <w:pPr>
        <w:spacing w:after="0"/>
      </w:pPr>
      <w:r>
        <w:rPr>
          <w:rFonts w:ascii="Arial" w:hAnsi="Arial"/>
        </w:rPr>
        <w:t>Yeah.</w:t>
      </w:r>
    </w:p>
    <w:p w14:paraId="2062616E" w14:textId="77777777" w:rsidR="006C30AD" w:rsidRDefault="006C30AD">
      <w:pPr>
        <w:spacing w:after="0"/>
      </w:pPr>
    </w:p>
    <w:p w14:paraId="79408C21" w14:textId="77777777" w:rsidR="006C30AD" w:rsidRDefault="00DF7DB8">
      <w:pPr>
        <w:spacing w:after="0"/>
      </w:pPr>
      <w:r>
        <w:rPr>
          <w:rFonts w:ascii="Arial" w:hAnsi="Arial"/>
          <w:b/>
        </w:rPr>
        <w:t xml:space="preserve">Daisy  </w:t>
      </w:r>
      <w:r>
        <w:rPr>
          <w:rFonts w:ascii="Arial" w:hAnsi="Arial"/>
          <w:color w:val="5D7284"/>
        </w:rPr>
        <w:t>54:42</w:t>
      </w:r>
    </w:p>
    <w:p w14:paraId="3C4CBFA8" w14:textId="77777777" w:rsidR="006C30AD" w:rsidRDefault="00DF7DB8">
      <w:pPr>
        <w:spacing w:after="0"/>
      </w:pPr>
      <w:r>
        <w:rPr>
          <w:rFonts w:ascii="Arial" w:hAnsi="Arial"/>
        </w:rPr>
        <w:t>You know, most people within the community do follow, obviously, the social model of disability. However, the, you know, current forefront problem that a lot of people in our community are having is medical, it's medical treatment a</w:t>
      </w:r>
      <w:r>
        <w:rPr>
          <w:rFonts w:ascii="Arial" w:hAnsi="Arial"/>
        </w:rPr>
        <w:t>nd medical access and things like that. And so, you know, If you don't, if you're not in a position where you feel comfortable, medicalizing disability, then the community can sometimes feel that the community is medicalized.</w:t>
      </w:r>
    </w:p>
    <w:p w14:paraId="676158A2" w14:textId="77777777" w:rsidR="006C30AD" w:rsidRDefault="006C30AD">
      <w:pPr>
        <w:spacing w:after="0"/>
      </w:pPr>
    </w:p>
    <w:p w14:paraId="1C923F6E" w14:textId="77777777" w:rsidR="006C30AD" w:rsidRDefault="00DF7DB8">
      <w:pPr>
        <w:spacing w:after="0"/>
      </w:pPr>
      <w:r>
        <w:rPr>
          <w:rFonts w:ascii="Arial" w:hAnsi="Arial"/>
          <w:b/>
        </w:rPr>
        <w:t xml:space="preserve">Alice  </w:t>
      </w:r>
      <w:r>
        <w:rPr>
          <w:rFonts w:ascii="Arial" w:hAnsi="Arial"/>
          <w:color w:val="5D7284"/>
        </w:rPr>
        <w:t>55:15</w:t>
      </w:r>
    </w:p>
    <w:p w14:paraId="31982D1D" w14:textId="77777777" w:rsidR="006C30AD" w:rsidRDefault="00DF7DB8">
      <w:pPr>
        <w:spacing w:after="0"/>
      </w:pPr>
      <w:r>
        <w:rPr>
          <w:rFonts w:ascii="Arial" w:hAnsi="Arial"/>
        </w:rPr>
        <w:t>Well, and I thin</w:t>
      </w:r>
      <w:r>
        <w:rPr>
          <w:rFonts w:ascii="Arial" w:hAnsi="Arial"/>
        </w:rPr>
        <w:t>k there's also because disability and chronic illnesses, everybody's experience is so diverse and different, you know, you're just looking at the three of us, our disabilities, and our needs are all really different, you know, the things that there are thi</w:t>
      </w:r>
      <w:r>
        <w:rPr>
          <w:rFonts w:ascii="Arial" w:hAnsi="Arial"/>
        </w:rPr>
        <w:t>ngs that I can access that Lucy can't access, and vice versa, you know, and that's, that's something that I think also, people find quite difficult to kind of integrate outside of their sort of specific condition or specific sort of access needs, you know,</w:t>
      </w:r>
      <w:r>
        <w:rPr>
          <w:rFonts w:ascii="Arial" w:hAnsi="Arial"/>
        </w:rPr>
        <w:t xml:space="preserve"> it's, and I think looking at disability history is, is it another really nice way of kind of going with this, this person is an icon across the sort of the community.</w:t>
      </w:r>
    </w:p>
    <w:p w14:paraId="36077652" w14:textId="77777777" w:rsidR="006C30AD" w:rsidRDefault="006C30AD">
      <w:pPr>
        <w:spacing w:after="0"/>
      </w:pPr>
    </w:p>
    <w:p w14:paraId="5752F7E3" w14:textId="77777777" w:rsidR="006C30AD" w:rsidRDefault="00DF7DB8">
      <w:pPr>
        <w:spacing w:after="0"/>
      </w:pPr>
      <w:r>
        <w:rPr>
          <w:rFonts w:ascii="Arial" w:hAnsi="Arial"/>
          <w:b/>
        </w:rPr>
        <w:t xml:space="preserve">Daisy  </w:t>
      </w:r>
      <w:r>
        <w:rPr>
          <w:rFonts w:ascii="Arial" w:hAnsi="Arial"/>
          <w:color w:val="5D7284"/>
        </w:rPr>
        <w:t>56:04</w:t>
      </w:r>
    </w:p>
    <w:p w14:paraId="24FC9FF9" w14:textId="77777777" w:rsidR="006C30AD" w:rsidRDefault="00DF7DB8">
      <w:pPr>
        <w:spacing w:after="0"/>
      </w:pPr>
      <w:r>
        <w:rPr>
          <w:rFonts w:ascii="Arial" w:hAnsi="Arial"/>
        </w:rPr>
        <w:t>They're really cool people who will just kind of, I guess, you know, it so</w:t>
      </w:r>
      <w:r>
        <w:rPr>
          <w:rFonts w:ascii="Arial" w:hAnsi="Arial"/>
        </w:rPr>
        <w:t>unds like a cliche in my head to say it, but defy the expectations. Not necessarily of, you know, us as disabled people, chronically ill people, all of that, but to other people. So, you know, at some point, I would very much like to tell the stories of so</w:t>
      </w:r>
      <w:r>
        <w:rPr>
          <w:rFonts w:ascii="Arial" w:hAnsi="Arial"/>
        </w:rPr>
        <w:t>me of the people who were involved in sideshows.</w:t>
      </w:r>
    </w:p>
    <w:p w14:paraId="0A91EB80" w14:textId="77777777" w:rsidR="006C30AD" w:rsidRDefault="006C30AD">
      <w:pPr>
        <w:spacing w:after="0"/>
      </w:pPr>
    </w:p>
    <w:p w14:paraId="1B045163" w14:textId="77777777" w:rsidR="006C30AD" w:rsidRDefault="00DF7DB8">
      <w:pPr>
        <w:spacing w:after="0"/>
      </w:pPr>
      <w:r>
        <w:rPr>
          <w:rFonts w:ascii="Arial" w:hAnsi="Arial"/>
          <w:b/>
        </w:rPr>
        <w:t xml:space="preserve">Alice  </w:t>
      </w:r>
      <w:r>
        <w:rPr>
          <w:rFonts w:ascii="Arial" w:hAnsi="Arial"/>
          <w:color w:val="5D7284"/>
        </w:rPr>
        <w:t>56:32</w:t>
      </w:r>
    </w:p>
    <w:p w14:paraId="0FB30C2C" w14:textId="77777777" w:rsidR="006C30AD" w:rsidRDefault="00DF7DB8">
      <w:pPr>
        <w:spacing w:after="0"/>
      </w:pPr>
      <w:r>
        <w:rPr>
          <w:rFonts w:ascii="Arial" w:hAnsi="Arial"/>
        </w:rPr>
        <w:t>Yeah.</w:t>
      </w:r>
    </w:p>
    <w:p w14:paraId="62E6B937" w14:textId="77777777" w:rsidR="006C30AD" w:rsidRDefault="006C30AD">
      <w:pPr>
        <w:spacing w:after="0"/>
      </w:pPr>
    </w:p>
    <w:p w14:paraId="485C6CE3" w14:textId="77777777" w:rsidR="006C30AD" w:rsidRDefault="00DF7DB8">
      <w:pPr>
        <w:spacing w:after="0"/>
      </w:pPr>
      <w:r>
        <w:rPr>
          <w:rFonts w:ascii="Arial" w:hAnsi="Arial"/>
          <w:b/>
        </w:rPr>
        <w:t xml:space="preserve">Daisy  </w:t>
      </w:r>
      <w:r>
        <w:rPr>
          <w:rFonts w:ascii="Arial" w:hAnsi="Arial"/>
          <w:color w:val="5D7284"/>
        </w:rPr>
        <w:t>56:33</w:t>
      </w:r>
    </w:p>
    <w:p w14:paraId="1CCA2E9D" w14:textId="77777777" w:rsidR="006C30AD" w:rsidRDefault="00DF7DB8">
      <w:pPr>
        <w:spacing w:after="0"/>
      </w:pPr>
      <w:r>
        <w:rPr>
          <w:rFonts w:ascii="Arial" w:hAnsi="Arial"/>
        </w:rPr>
        <w:t>So what we've seen is a freak shows, a lot of people got the, you know, the kind of use the terms interchangeably. However, the series of a lot of them. It's very, not as sa</w:t>
      </w:r>
      <w:r>
        <w:rPr>
          <w:rFonts w:ascii="Arial" w:hAnsi="Arial"/>
        </w:rPr>
        <w:t>d, I suppose.</w:t>
      </w:r>
    </w:p>
    <w:p w14:paraId="136AF0F7" w14:textId="77777777" w:rsidR="006C30AD" w:rsidRDefault="006C30AD">
      <w:pPr>
        <w:spacing w:after="0"/>
      </w:pPr>
    </w:p>
    <w:p w14:paraId="08AAE27D" w14:textId="77777777" w:rsidR="006C30AD" w:rsidRDefault="00DF7DB8">
      <w:pPr>
        <w:spacing w:after="0"/>
      </w:pPr>
      <w:r>
        <w:rPr>
          <w:rFonts w:ascii="Arial" w:hAnsi="Arial"/>
          <w:b/>
        </w:rPr>
        <w:t xml:space="preserve">Alice  </w:t>
      </w:r>
      <w:r>
        <w:rPr>
          <w:rFonts w:ascii="Arial" w:hAnsi="Arial"/>
          <w:color w:val="5D7284"/>
        </w:rPr>
        <w:t>56:45</w:t>
      </w:r>
    </w:p>
    <w:p w14:paraId="1EBF9613" w14:textId="77777777" w:rsidR="006C30AD" w:rsidRDefault="00DF7DB8">
      <w:pPr>
        <w:spacing w:after="0"/>
      </w:pPr>
      <w:r>
        <w:rPr>
          <w:rFonts w:ascii="Arial" w:hAnsi="Arial"/>
        </w:rPr>
        <w:t xml:space="preserve">Yes. I mean, you look at the, what's his fucking name? Is it Todd Hopper, somebody like that? The, the 1930s Films freaks, which is literally a freak show. And it's, you know, one of us, one of us, and it's like, actually, that </w:t>
      </w:r>
      <w:r>
        <w:rPr>
          <w:rFonts w:ascii="Arial" w:hAnsi="Arial"/>
        </w:rPr>
        <w:t>should be a real kind of call to community to be like, Yeah, actually embrace. You are one of us, you've got needs. And that's awesome. you recognise it, but that film's fucking horrible because it shows disabled people as being monstrous.</w:t>
      </w:r>
    </w:p>
    <w:p w14:paraId="36ED2760" w14:textId="77777777" w:rsidR="006C30AD" w:rsidRDefault="006C30AD">
      <w:pPr>
        <w:spacing w:after="0"/>
      </w:pPr>
    </w:p>
    <w:p w14:paraId="430C6ADC" w14:textId="77777777" w:rsidR="006C30AD" w:rsidRDefault="00DF7DB8">
      <w:pPr>
        <w:spacing w:after="0"/>
      </w:pPr>
      <w:r>
        <w:rPr>
          <w:rFonts w:ascii="Arial" w:hAnsi="Arial"/>
          <w:b/>
        </w:rPr>
        <w:t xml:space="preserve">Daisy  </w:t>
      </w:r>
      <w:r>
        <w:rPr>
          <w:rFonts w:ascii="Arial" w:hAnsi="Arial"/>
          <w:color w:val="5D7284"/>
        </w:rPr>
        <w:t>57:26</w:t>
      </w:r>
    </w:p>
    <w:p w14:paraId="4E6C63B8" w14:textId="77777777" w:rsidR="006C30AD" w:rsidRDefault="00DF7DB8">
      <w:pPr>
        <w:spacing w:after="0"/>
      </w:pPr>
      <w:r>
        <w:rPr>
          <w:rFonts w:ascii="Arial" w:hAnsi="Arial"/>
        </w:rPr>
        <w:t>However, it does also, disabled people playing themselves. True.</w:t>
      </w:r>
    </w:p>
    <w:p w14:paraId="2F3A75F7" w14:textId="77777777" w:rsidR="006C30AD" w:rsidRDefault="006C30AD">
      <w:pPr>
        <w:spacing w:after="0"/>
      </w:pPr>
    </w:p>
    <w:p w14:paraId="70CC62B0" w14:textId="77777777" w:rsidR="006C30AD" w:rsidRDefault="00DF7DB8">
      <w:pPr>
        <w:spacing w:after="0"/>
      </w:pPr>
      <w:r>
        <w:rPr>
          <w:rFonts w:ascii="Arial" w:hAnsi="Arial"/>
          <w:b/>
        </w:rPr>
        <w:t xml:space="preserve">Alice  </w:t>
      </w:r>
      <w:r>
        <w:rPr>
          <w:rFonts w:ascii="Arial" w:hAnsi="Arial"/>
          <w:color w:val="5D7284"/>
        </w:rPr>
        <w:t>57:31</w:t>
      </w:r>
    </w:p>
    <w:p w14:paraId="6BF2F198" w14:textId="77777777" w:rsidR="006C30AD" w:rsidRDefault="00DF7DB8">
      <w:pPr>
        <w:spacing w:after="0"/>
      </w:pPr>
      <w:r>
        <w:rPr>
          <w:rFonts w:ascii="Arial" w:hAnsi="Arial"/>
        </w:rPr>
        <w:t xml:space="preserve">It's true. It's a really interesting, I talked about it in my master's degree, it's a really interesting piece of it sort of challenges, some things, but then it also </w:t>
      </w:r>
      <w:r>
        <w:rPr>
          <w:rFonts w:ascii="Arial" w:hAnsi="Arial"/>
        </w:rPr>
        <w:t>really undercuts itself as well.</w:t>
      </w:r>
    </w:p>
    <w:p w14:paraId="622B5791" w14:textId="77777777" w:rsidR="006C30AD" w:rsidRDefault="006C30AD">
      <w:pPr>
        <w:spacing w:after="0"/>
      </w:pPr>
    </w:p>
    <w:p w14:paraId="33CB3F8D" w14:textId="77777777" w:rsidR="006C30AD" w:rsidRDefault="00DF7DB8">
      <w:pPr>
        <w:spacing w:after="0"/>
      </w:pPr>
      <w:r>
        <w:rPr>
          <w:rFonts w:ascii="Arial" w:hAnsi="Arial"/>
          <w:b/>
        </w:rPr>
        <w:t xml:space="preserve">Daisy  </w:t>
      </w:r>
      <w:r>
        <w:rPr>
          <w:rFonts w:ascii="Arial" w:hAnsi="Arial"/>
          <w:color w:val="5D7284"/>
        </w:rPr>
        <w:t>57:46</w:t>
      </w:r>
    </w:p>
    <w:p w14:paraId="1751D0F4" w14:textId="77777777" w:rsidR="006C30AD" w:rsidRDefault="00DF7DB8">
      <w:pPr>
        <w:spacing w:after="0"/>
      </w:pPr>
      <w:r>
        <w:rPr>
          <w:rFonts w:ascii="Arial" w:hAnsi="Arial"/>
        </w:rPr>
        <w:t>Yeah. I suppose it's one of those tossing up of the time versus the context, in terms of disability representation. But what is it 1932? that was out? Yeah. That's very good. representation flat times the sham</w:t>
      </w:r>
      <w:r>
        <w:rPr>
          <w:rFonts w:ascii="Arial" w:hAnsi="Arial"/>
        </w:rPr>
        <w:t>e. They pulled it immediately. Yeah, you know, people didn't want to look at disabled people. we are quite scary really perfectly in the morning. But yeah, there's, there's some examples of a woman that I was reading about, just last night, it was a letter</w:t>
      </w:r>
      <w:r>
        <w:rPr>
          <w:rFonts w:ascii="Arial" w:hAnsi="Arial"/>
        </w:rPr>
        <w:t xml:space="preserve"> to the editor of a newspaper in the in the 20s, or 30s. It's really a long letter. And it was about this particular slideshow that he can see which was entirely women. missing limbs.</w:t>
      </w:r>
    </w:p>
    <w:p w14:paraId="38C9D41E" w14:textId="77777777" w:rsidR="006C30AD" w:rsidRDefault="006C30AD">
      <w:pPr>
        <w:spacing w:after="0"/>
      </w:pPr>
    </w:p>
    <w:p w14:paraId="31DB5492" w14:textId="77777777" w:rsidR="006C30AD" w:rsidRDefault="00DF7DB8">
      <w:pPr>
        <w:spacing w:after="0"/>
      </w:pPr>
      <w:r>
        <w:rPr>
          <w:rFonts w:ascii="Arial" w:hAnsi="Arial"/>
          <w:b/>
        </w:rPr>
        <w:t xml:space="preserve">Alice Evans &amp; Lucy Wood  </w:t>
      </w:r>
      <w:r>
        <w:rPr>
          <w:rFonts w:ascii="Arial" w:hAnsi="Arial"/>
          <w:color w:val="5D7284"/>
        </w:rPr>
        <w:t>58:33</w:t>
      </w:r>
    </w:p>
    <w:p w14:paraId="46483E6E" w14:textId="77777777" w:rsidR="006C30AD" w:rsidRDefault="00DF7DB8">
      <w:pPr>
        <w:spacing w:after="0"/>
      </w:pPr>
      <w:r>
        <w:rPr>
          <w:rFonts w:ascii="Arial" w:hAnsi="Arial"/>
        </w:rPr>
        <w:t>Okay.</w:t>
      </w:r>
    </w:p>
    <w:p w14:paraId="5C8FD02F" w14:textId="77777777" w:rsidR="006C30AD" w:rsidRDefault="006C30AD">
      <w:pPr>
        <w:spacing w:after="0"/>
      </w:pPr>
    </w:p>
    <w:p w14:paraId="14328D31" w14:textId="77777777" w:rsidR="006C30AD" w:rsidRDefault="00DF7DB8">
      <w:pPr>
        <w:spacing w:after="0"/>
      </w:pPr>
      <w:r>
        <w:rPr>
          <w:rFonts w:ascii="Arial" w:hAnsi="Arial"/>
          <w:b/>
        </w:rPr>
        <w:t xml:space="preserve">Daisy  </w:t>
      </w:r>
      <w:r>
        <w:rPr>
          <w:rFonts w:ascii="Arial" w:hAnsi="Arial"/>
          <w:color w:val="5D7284"/>
        </w:rPr>
        <w:t>58:34</w:t>
      </w:r>
    </w:p>
    <w:p w14:paraId="725F5CC6" w14:textId="77777777" w:rsidR="006C30AD" w:rsidRDefault="00DF7DB8">
      <w:pPr>
        <w:spacing w:after="0"/>
      </w:pPr>
      <w:r>
        <w:rPr>
          <w:rFonts w:ascii="Arial" w:hAnsi="Arial"/>
        </w:rPr>
        <w:t>So I believe there w</w:t>
      </w:r>
      <w:r>
        <w:rPr>
          <w:rFonts w:ascii="Arial" w:hAnsi="Arial"/>
        </w:rPr>
        <w:t>as, there were two women who were, as he called it, limitless, one who had one leg and one set of twin acrobats who each lost a leg during a trapeze accident. They carried on doing tricks together.</w:t>
      </w:r>
    </w:p>
    <w:p w14:paraId="4F771F2D" w14:textId="77777777" w:rsidR="006C30AD" w:rsidRDefault="006C30AD">
      <w:pPr>
        <w:spacing w:after="0"/>
      </w:pPr>
    </w:p>
    <w:p w14:paraId="27F3D5F2" w14:textId="77777777" w:rsidR="006C30AD" w:rsidRDefault="00DF7DB8">
      <w:pPr>
        <w:spacing w:after="0"/>
      </w:pPr>
      <w:r>
        <w:rPr>
          <w:rFonts w:ascii="Arial" w:hAnsi="Arial"/>
          <w:b/>
        </w:rPr>
        <w:t xml:space="preserve">Lucy  </w:t>
      </w:r>
      <w:r>
        <w:rPr>
          <w:rFonts w:ascii="Arial" w:hAnsi="Arial"/>
          <w:color w:val="5D7284"/>
        </w:rPr>
        <w:t>58:55</w:t>
      </w:r>
    </w:p>
    <w:p w14:paraId="50635B29" w14:textId="77777777" w:rsidR="006C30AD" w:rsidRDefault="00DF7DB8">
      <w:pPr>
        <w:spacing w:after="0"/>
      </w:pPr>
      <w:r>
        <w:rPr>
          <w:rFonts w:ascii="Arial" w:hAnsi="Arial"/>
        </w:rPr>
        <w:t>Did they land on the melon.</w:t>
      </w:r>
    </w:p>
    <w:p w14:paraId="0EAD2138" w14:textId="77777777" w:rsidR="006C30AD" w:rsidRDefault="006C30AD">
      <w:pPr>
        <w:spacing w:after="0"/>
      </w:pPr>
    </w:p>
    <w:p w14:paraId="22E01559" w14:textId="77777777" w:rsidR="006C30AD" w:rsidRDefault="00DF7DB8">
      <w:pPr>
        <w:spacing w:after="0"/>
      </w:pPr>
      <w:r>
        <w:rPr>
          <w:rFonts w:ascii="Arial" w:hAnsi="Arial"/>
          <w:b/>
        </w:rPr>
        <w:t xml:space="preserve">Alice  </w:t>
      </w:r>
      <w:r>
        <w:rPr>
          <w:rFonts w:ascii="Arial" w:hAnsi="Arial"/>
          <w:color w:val="5D7284"/>
        </w:rPr>
        <w:t>58:58</w:t>
      </w:r>
    </w:p>
    <w:p w14:paraId="099FAD0F" w14:textId="77777777" w:rsidR="006C30AD" w:rsidRDefault="00DF7DB8">
      <w:pPr>
        <w:spacing w:after="0"/>
      </w:pPr>
      <w:r>
        <w:rPr>
          <w:rFonts w:ascii="Arial" w:hAnsi="Arial"/>
        </w:rPr>
        <w:t>yea</w:t>
      </w:r>
      <w:r>
        <w:rPr>
          <w:rFonts w:ascii="Arial" w:hAnsi="Arial"/>
        </w:rPr>
        <w:t>h was there fruit involved?</w:t>
      </w:r>
    </w:p>
    <w:p w14:paraId="4DBED4FE" w14:textId="77777777" w:rsidR="006C30AD" w:rsidRDefault="006C30AD">
      <w:pPr>
        <w:spacing w:after="0"/>
      </w:pPr>
    </w:p>
    <w:p w14:paraId="2CFDE51F" w14:textId="77777777" w:rsidR="006C30AD" w:rsidRDefault="00DF7DB8">
      <w:pPr>
        <w:spacing w:after="0"/>
      </w:pPr>
      <w:r>
        <w:rPr>
          <w:rFonts w:ascii="Arial" w:hAnsi="Arial"/>
          <w:b/>
        </w:rPr>
        <w:t xml:space="preserve">Daisy  </w:t>
      </w:r>
      <w:r>
        <w:rPr>
          <w:rFonts w:ascii="Arial" w:hAnsi="Arial"/>
          <w:color w:val="5D7284"/>
        </w:rPr>
        <w:t>59:01</w:t>
      </w:r>
    </w:p>
    <w:p w14:paraId="234BAFBA" w14:textId="77777777" w:rsidR="006C30AD" w:rsidRDefault="00DF7DB8">
      <w:pPr>
        <w:spacing w:after="0"/>
      </w:pPr>
      <w:r>
        <w:rPr>
          <w:rFonts w:ascii="Arial" w:hAnsi="Arial"/>
        </w:rPr>
        <w:t>cannot confirm</w:t>
      </w:r>
    </w:p>
    <w:p w14:paraId="29A147C4" w14:textId="77777777" w:rsidR="006C30AD" w:rsidRDefault="006C30AD">
      <w:pPr>
        <w:spacing w:after="0"/>
      </w:pPr>
    </w:p>
    <w:p w14:paraId="2B4AF1D6" w14:textId="77777777" w:rsidR="006C30AD" w:rsidRDefault="00DF7DB8">
      <w:pPr>
        <w:spacing w:after="0"/>
      </w:pPr>
      <w:r>
        <w:rPr>
          <w:rFonts w:ascii="Arial" w:hAnsi="Arial"/>
          <w:b/>
        </w:rPr>
        <w:t xml:space="preserve">Alice  </w:t>
      </w:r>
      <w:r>
        <w:rPr>
          <w:rFonts w:ascii="Arial" w:hAnsi="Arial"/>
          <w:color w:val="5D7284"/>
        </w:rPr>
        <w:t>59:02</w:t>
      </w:r>
    </w:p>
    <w:p w14:paraId="752C6B17" w14:textId="77777777" w:rsidR="006C30AD" w:rsidRDefault="00DF7DB8">
      <w:pPr>
        <w:spacing w:after="0"/>
      </w:pPr>
      <w:r>
        <w:rPr>
          <w:rFonts w:ascii="Arial" w:hAnsi="Arial"/>
        </w:rPr>
        <w:t>Did they slip on a strawberry?</w:t>
      </w:r>
    </w:p>
    <w:p w14:paraId="44155514" w14:textId="77777777" w:rsidR="006C30AD" w:rsidRDefault="006C30AD">
      <w:pPr>
        <w:spacing w:after="0"/>
      </w:pPr>
    </w:p>
    <w:p w14:paraId="016DC6B2" w14:textId="77777777" w:rsidR="006C30AD" w:rsidRDefault="00DF7DB8">
      <w:pPr>
        <w:spacing w:after="0"/>
      </w:pPr>
      <w:r>
        <w:rPr>
          <w:rFonts w:ascii="Arial" w:hAnsi="Arial"/>
          <w:b/>
        </w:rPr>
        <w:t xml:space="preserve">Daisy  </w:t>
      </w:r>
      <w:r>
        <w:rPr>
          <w:rFonts w:ascii="Arial" w:hAnsi="Arial"/>
          <w:color w:val="5D7284"/>
        </w:rPr>
        <w:t>59:04</w:t>
      </w:r>
    </w:p>
    <w:p w14:paraId="6B6C59C0" w14:textId="77777777" w:rsidR="006C30AD" w:rsidRDefault="00DF7DB8">
      <w:pPr>
        <w:spacing w:after="0"/>
      </w:pPr>
      <w:r>
        <w:rPr>
          <w:rFonts w:ascii="Arial" w:hAnsi="Arial"/>
        </w:rPr>
        <w:t>banana skin.</w:t>
      </w:r>
    </w:p>
    <w:p w14:paraId="36BC18B5" w14:textId="77777777" w:rsidR="006C30AD" w:rsidRDefault="006C30AD">
      <w:pPr>
        <w:spacing w:after="0"/>
      </w:pPr>
    </w:p>
    <w:p w14:paraId="690CA3CE" w14:textId="77777777" w:rsidR="006C30AD" w:rsidRDefault="00DF7DB8">
      <w:pPr>
        <w:spacing w:after="0"/>
      </w:pPr>
      <w:r>
        <w:rPr>
          <w:rFonts w:ascii="Arial" w:hAnsi="Arial"/>
          <w:b/>
        </w:rPr>
        <w:t xml:space="preserve">Alice  </w:t>
      </w:r>
      <w:r>
        <w:rPr>
          <w:rFonts w:ascii="Arial" w:hAnsi="Arial"/>
          <w:color w:val="5D7284"/>
        </w:rPr>
        <w:t>59:05</w:t>
      </w:r>
    </w:p>
    <w:p w14:paraId="24F4FDB0" w14:textId="77777777" w:rsidR="006C30AD" w:rsidRDefault="00DF7DB8">
      <w:pPr>
        <w:spacing w:after="0"/>
      </w:pPr>
      <w:r>
        <w:rPr>
          <w:rFonts w:ascii="Arial" w:hAnsi="Arial"/>
        </w:rPr>
        <w:t>I'm sorry but you shouldn't be in exotic fruit on a trapeze that's just asking for trouble!</w:t>
      </w:r>
    </w:p>
    <w:p w14:paraId="65B51955" w14:textId="77777777" w:rsidR="006C30AD" w:rsidRDefault="006C30AD">
      <w:pPr>
        <w:spacing w:after="0"/>
      </w:pPr>
    </w:p>
    <w:p w14:paraId="6F99CE42" w14:textId="77777777" w:rsidR="006C30AD" w:rsidRDefault="00DF7DB8">
      <w:pPr>
        <w:spacing w:after="0"/>
      </w:pPr>
      <w:r>
        <w:rPr>
          <w:rFonts w:ascii="Arial" w:hAnsi="Arial"/>
          <w:b/>
        </w:rPr>
        <w:t xml:space="preserve">Daisy  </w:t>
      </w:r>
      <w:r>
        <w:rPr>
          <w:rFonts w:ascii="Arial" w:hAnsi="Arial"/>
          <w:color w:val="5D7284"/>
        </w:rPr>
        <w:t>59:15</w:t>
      </w:r>
    </w:p>
    <w:p w14:paraId="7A8AA7E5" w14:textId="77777777" w:rsidR="006C30AD" w:rsidRDefault="00DF7DB8">
      <w:pPr>
        <w:spacing w:after="0"/>
      </w:pPr>
      <w:r>
        <w:rPr>
          <w:rFonts w:ascii="Arial" w:hAnsi="Arial"/>
        </w:rPr>
        <w:t xml:space="preserve">But </w:t>
      </w:r>
      <w:r>
        <w:rPr>
          <w:rFonts w:ascii="Arial" w:hAnsi="Arial"/>
        </w:rPr>
        <w:t>the but the this entire letter, it was like the 20s manifestation of don't get horny on Main. Yeah. It was entirely about you know, when they look so lovely. She was she was only wearing like a little silk nightie but this was entirely This is by the women</w:t>
      </w:r>
      <w:r>
        <w:rPr>
          <w:rFonts w:ascii="Arial" w:hAnsi="Arial"/>
        </w:rPr>
        <w:t xml:space="preserve"> themselves on the show, this is Yeah, this is making money. It's basically their fit in they know it. Yeah. That they've specifically done it so that you know, they can be showing them how they're, you know, doing their hair. Yeah. And so there is a certa</w:t>
      </w:r>
      <w:r>
        <w:rPr>
          <w:rFonts w:ascii="Arial" w:hAnsi="Arial"/>
        </w:rPr>
        <w:t>in amount if you don't demonstration But it's, you know, they're very specifically, you know, wearing silky sexy clothes that reminds me a lot in the current modern day of people who are disabled devotees. So I don't know if you know about devotees, but th</w:t>
      </w:r>
      <w:r>
        <w:rPr>
          <w:rFonts w:ascii="Arial" w:hAnsi="Arial"/>
        </w:rPr>
        <w:t>ey are people who fantasise and are sexually aroused by watching people struggle who've got a disability. So it could be like, Oh, you've got nice deformed feet. Or, you know, oh, it's really nice seeing you struggle, which I did, like the thought of it ju</w:t>
      </w:r>
      <w:r>
        <w:rPr>
          <w:rFonts w:ascii="Arial" w:hAnsi="Arial"/>
        </w:rPr>
        <w:t>st makes me want to puke.</w:t>
      </w:r>
    </w:p>
    <w:p w14:paraId="3457E804" w14:textId="77777777" w:rsidR="006C30AD" w:rsidRDefault="006C30AD">
      <w:pPr>
        <w:spacing w:after="0"/>
      </w:pPr>
    </w:p>
    <w:p w14:paraId="2B6CA39E" w14:textId="77777777" w:rsidR="006C30AD" w:rsidRDefault="00DF7DB8">
      <w:pPr>
        <w:spacing w:after="0"/>
      </w:pPr>
      <w:r>
        <w:rPr>
          <w:rFonts w:ascii="Arial" w:hAnsi="Arial"/>
          <w:b/>
        </w:rPr>
        <w:t xml:space="preserve">Alice  </w:t>
      </w:r>
      <w:r>
        <w:rPr>
          <w:rFonts w:ascii="Arial" w:hAnsi="Arial"/>
          <w:color w:val="5D7284"/>
        </w:rPr>
        <w:t>1:00:38</w:t>
      </w:r>
    </w:p>
    <w:p w14:paraId="01CDA6CA" w14:textId="77777777" w:rsidR="006C30AD" w:rsidRDefault="00DF7DB8">
      <w:pPr>
        <w:spacing w:after="0"/>
      </w:pPr>
      <w:r>
        <w:rPr>
          <w:rFonts w:ascii="Arial" w:hAnsi="Arial"/>
        </w:rPr>
        <w:t xml:space="preserve">I can I absolutely understand where you're coming from. And this goes against my sort of core beliefs as, as a sort of a socialist, but you know, what if some, some weird old rich bloke wanted to like whack off in </w:t>
      </w:r>
      <w:r>
        <w:rPr>
          <w:rFonts w:ascii="Arial" w:hAnsi="Arial"/>
        </w:rPr>
        <w:t>the corner, while I struggled to read somethingand pay me a million pounds for it? I was gonna say, that's the thing, cuz I'm gonna have to, I'm gonna struggle to breed something anyway. So fucking pay me for it. If you're a weirdo, that's absolutely fine.</w:t>
      </w:r>
      <w:r>
        <w:rPr>
          <w:rFonts w:ascii="Arial" w:hAnsi="Arial"/>
        </w:rPr>
        <w:t xml:space="preserve"> And I think that's it, it's about that agency, isn't it? It's, you know, these, the people in that sideshow we're going, we'll, you know, you're gonna stare at me anyway. So why don't I make some coin out of it?</w:t>
      </w:r>
    </w:p>
    <w:p w14:paraId="49844450" w14:textId="77777777" w:rsidR="006C30AD" w:rsidRDefault="006C30AD">
      <w:pPr>
        <w:spacing w:after="0"/>
      </w:pPr>
    </w:p>
    <w:p w14:paraId="723D7BFE" w14:textId="77777777" w:rsidR="006C30AD" w:rsidRDefault="00DF7DB8">
      <w:pPr>
        <w:spacing w:after="0"/>
      </w:pPr>
      <w:r>
        <w:rPr>
          <w:rFonts w:ascii="Arial" w:hAnsi="Arial"/>
          <w:b/>
        </w:rPr>
        <w:t xml:space="preserve">Daisy  </w:t>
      </w:r>
      <w:r>
        <w:rPr>
          <w:rFonts w:ascii="Arial" w:hAnsi="Arial"/>
          <w:color w:val="5D7284"/>
        </w:rPr>
        <w:t>1:01:23</w:t>
      </w:r>
    </w:p>
    <w:p w14:paraId="3BCAA254" w14:textId="77777777" w:rsidR="006C30AD" w:rsidRDefault="00DF7DB8">
      <w:pPr>
        <w:spacing w:after="0"/>
      </w:pPr>
      <w:r>
        <w:rPr>
          <w:rFonts w:ascii="Arial" w:hAnsi="Arial"/>
        </w:rPr>
        <w:t>Yeah, and it's important, y</w:t>
      </w:r>
      <w:r>
        <w:rPr>
          <w:rFonts w:ascii="Arial" w:hAnsi="Arial"/>
        </w:rPr>
        <w:t xml:space="preserve">ou know, they specifically didn't struggle, as, as would be the case with sort of, you know, devotees and things like that it was kind of, you know, they, they are very skilled at doing these things. They, they know, exactly how to move themselves so that </w:t>
      </w:r>
      <w:r>
        <w:rPr>
          <w:rFonts w:ascii="Arial" w:hAnsi="Arial"/>
        </w:rPr>
        <w:t>the little silk gown that they're wearing will just drop down slightly over the hip, that's playing the disability cards, like proper, isn't it really, like, so that all of them had their own specific methods as well for when men and women were trying to k</w:t>
      </w:r>
      <w:r>
        <w:rPr>
          <w:rFonts w:ascii="Arial" w:hAnsi="Arial"/>
        </w:rPr>
        <w:t>iss them afterwards?</w:t>
      </w:r>
    </w:p>
    <w:p w14:paraId="67C24F73" w14:textId="77777777" w:rsidR="006C30AD" w:rsidRDefault="006C30AD">
      <w:pPr>
        <w:spacing w:after="0"/>
      </w:pPr>
    </w:p>
    <w:p w14:paraId="246ECDF0" w14:textId="77777777" w:rsidR="006C30AD" w:rsidRDefault="00DF7DB8">
      <w:pPr>
        <w:spacing w:after="0"/>
      </w:pPr>
      <w:r>
        <w:rPr>
          <w:rFonts w:ascii="Arial" w:hAnsi="Arial"/>
          <w:b/>
        </w:rPr>
        <w:t xml:space="preserve">Alice  </w:t>
      </w:r>
      <w:r>
        <w:rPr>
          <w:rFonts w:ascii="Arial" w:hAnsi="Arial"/>
          <w:color w:val="5D7284"/>
        </w:rPr>
        <w:t>1:02:03</w:t>
      </w:r>
    </w:p>
    <w:p w14:paraId="49DF3DE3" w14:textId="77777777" w:rsidR="006C30AD" w:rsidRDefault="00DF7DB8">
      <w:pPr>
        <w:spacing w:after="0"/>
      </w:pPr>
      <w:r>
        <w:rPr>
          <w:rFonts w:ascii="Arial" w:hAnsi="Arial"/>
        </w:rPr>
        <w:t xml:space="preserve">Oh, God. I think it's, it's interesting as well, because I think it's one of the things that you see in like, in feminism and things like that is that there's, there was a lot of fight for a long time about women being </w:t>
      </w:r>
      <w:r>
        <w:rPr>
          <w:rFonts w:ascii="Arial" w:hAnsi="Arial"/>
        </w:rPr>
        <w:t xml:space="preserve">looked at, and the kind of being objectified for being looked at and things like that. And so there was </w:t>
      </w:r>
      <w:r>
        <w:rPr>
          <w:rFonts w:ascii="Arial" w:hAnsi="Arial"/>
        </w:rPr>
        <w:lastRenderedPageBreak/>
        <w:t xml:space="preserve">this pushback of, you know, if she wears a short skirt, she's gonna get looked at. Well, it's, it's that well, in in the other on the other side of it, </w:t>
      </w:r>
      <w:r>
        <w:rPr>
          <w:rFonts w:ascii="Arial" w:hAnsi="Arial"/>
        </w:rPr>
        <w:t>if you're a woman, and you know, you look damn good wearing a short skirt, then you can wear that for yourself, you're not wearing it for the sake of some guy, you're not wearing it to get looked at. And the problem is the person who's looking the person w</w:t>
      </w:r>
      <w:r>
        <w:rPr>
          <w:rFonts w:ascii="Arial" w:hAnsi="Arial"/>
        </w:rPr>
        <w:t>ho's looking at you and objectifying you, that's where the issue comes from. The issue doesn't come from your choice to show off your body. And, you know, that's exactly this situation for these. These ladies is that they're going well, again, you're gonna</w:t>
      </w:r>
      <w:r>
        <w:rPr>
          <w:rFonts w:ascii="Arial" w:hAnsi="Arial"/>
        </w:rPr>
        <w:t xml:space="preserve"> look anyway. So let me show you what I can do. This is me choosing it. This is me taking control of it. If you choose to be a weirdo and fetishize it, that's on you.</w:t>
      </w:r>
    </w:p>
    <w:p w14:paraId="1456152B" w14:textId="77777777" w:rsidR="006C30AD" w:rsidRDefault="006C30AD">
      <w:pPr>
        <w:spacing w:after="0"/>
      </w:pPr>
    </w:p>
    <w:p w14:paraId="4576D515" w14:textId="77777777" w:rsidR="006C30AD" w:rsidRDefault="00DF7DB8">
      <w:pPr>
        <w:spacing w:after="0"/>
      </w:pPr>
      <w:r>
        <w:rPr>
          <w:rFonts w:ascii="Arial" w:hAnsi="Arial"/>
          <w:b/>
        </w:rPr>
        <w:t xml:space="preserve">Daisy  </w:t>
      </w:r>
      <w:r>
        <w:rPr>
          <w:rFonts w:ascii="Arial" w:hAnsi="Arial"/>
          <w:color w:val="5D7284"/>
        </w:rPr>
        <w:t>1:03:16</w:t>
      </w:r>
    </w:p>
    <w:p w14:paraId="7AD964E3" w14:textId="77777777" w:rsidR="006C30AD" w:rsidRDefault="00DF7DB8">
      <w:pPr>
        <w:spacing w:after="0"/>
      </w:pPr>
      <w:r>
        <w:rPr>
          <w:rFonts w:ascii="Arial" w:hAnsi="Arial"/>
        </w:rPr>
        <w:t>Yeah, cuz What are these women, Violeta, she was called, she was great. Y</w:t>
      </w:r>
      <w:r>
        <w:rPr>
          <w:rFonts w:ascii="Arial" w:hAnsi="Arial"/>
        </w:rPr>
        <w:t>ou know, she was one of the one of them they called limbless So born without arms or legs that off the top joint stored in the torso. And she she said at one point that she didn't see the point of limps.</w:t>
      </w:r>
    </w:p>
    <w:p w14:paraId="010045A4" w14:textId="77777777" w:rsidR="006C30AD" w:rsidRDefault="006C30AD">
      <w:pPr>
        <w:spacing w:after="0"/>
      </w:pPr>
    </w:p>
    <w:p w14:paraId="027C4AB9" w14:textId="77777777" w:rsidR="006C30AD" w:rsidRDefault="00DF7DB8">
      <w:pPr>
        <w:spacing w:after="0"/>
      </w:pPr>
      <w:r>
        <w:rPr>
          <w:rFonts w:ascii="Arial" w:hAnsi="Arial"/>
          <w:b/>
        </w:rPr>
        <w:t xml:space="preserve">Alice  </w:t>
      </w:r>
      <w:r>
        <w:rPr>
          <w:rFonts w:ascii="Arial" w:hAnsi="Arial"/>
          <w:color w:val="5D7284"/>
        </w:rPr>
        <w:t>1:03:39</w:t>
      </w:r>
    </w:p>
    <w:p w14:paraId="754B39C7" w14:textId="77777777" w:rsidR="006C30AD" w:rsidRDefault="00DF7DB8">
      <w:pPr>
        <w:spacing w:after="0"/>
      </w:pPr>
      <w:r>
        <w:rPr>
          <w:rFonts w:ascii="Arial" w:hAnsi="Arial"/>
        </w:rPr>
        <w:t xml:space="preserve">I suppose if you've never had them </w:t>
      </w:r>
    </w:p>
    <w:p w14:paraId="61F470D3" w14:textId="77777777" w:rsidR="006C30AD" w:rsidRDefault="006C30AD">
      <w:pPr>
        <w:spacing w:after="0"/>
      </w:pPr>
    </w:p>
    <w:p w14:paraId="799944F6" w14:textId="77777777" w:rsidR="006C30AD" w:rsidRDefault="00DF7DB8">
      <w:pPr>
        <w:spacing w:after="0"/>
      </w:pPr>
      <w:r>
        <w:rPr>
          <w:rFonts w:ascii="Arial" w:hAnsi="Arial"/>
          <w:b/>
        </w:rPr>
        <w:t xml:space="preserve">Daisy  </w:t>
      </w:r>
      <w:r>
        <w:rPr>
          <w:rFonts w:ascii="Arial" w:hAnsi="Arial"/>
          <w:color w:val="5D7284"/>
        </w:rPr>
        <w:t>1:03:41</w:t>
      </w:r>
    </w:p>
    <w:p w14:paraId="07F78A4E" w14:textId="77777777" w:rsidR="006C30AD" w:rsidRDefault="00DF7DB8">
      <w:pPr>
        <w:spacing w:after="0"/>
      </w:pPr>
      <w:r>
        <w:rPr>
          <w:rFonts w:ascii="Arial" w:hAnsi="Arial"/>
        </w:rPr>
        <w:t>shr could do everything great, she thought that she looked better without loads. And she would tell people I just don't see the point. Like,</w:t>
      </w:r>
    </w:p>
    <w:p w14:paraId="3E818C68" w14:textId="77777777" w:rsidR="006C30AD" w:rsidRDefault="006C30AD">
      <w:pPr>
        <w:spacing w:after="0"/>
      </w:pPr>
    </w:p>
    <w:p w14:paraId="0AF442DB" w14:textId="77777777" w:rsidR="006C30AD" w:rsidRDefault="00DF7DB8">
      <w:pPr>
        <w:spacing w:after="0"/>
      </w:pPr>
      <w:r>
        <w:rPr>
          <w:rFonts w:ascii="Arial" w:hAnsi="Arial"/>
          <w:b/>
        </w:rPr>
        <w:t xml:space="preserve">Alice  </w:t>
      </w:r>
      <w:r>
        <w:rPr>
          <w:rFonts w:ascii="Arial" w:hAnsi="Arial"/>
          <w:color w:val="5D7284"/>
        </w:rPr>
        <w:t>1:03:49</w:t>
      </w:r>
    </w:p>
    <w:p w14:paraId="57B59390" w14:textId="77777777" w:rsidR="006C30AD" w:rsidRDefault="00DF7DB8">
      <w:pPr>
        <w:spacing w:after="0"/>
      </w:pPr>
      <w:r>
        <w:rPr>
          <w:rFonts w:ascii="Arial" w:hAnsi="Arial"/>
        </w:rPr>
        <w:t>to be fair, I have got horrible fat sausage fingers. So</w:t>
      </w:r>
    </w:p>
    <w:p w14:paraId="6BEAEA81" w14:textId="77777777" w:rsidR="006C30AD" w:rsidRDefault="006C30AD">
      <w:pPr>
        <w:spacing w:after="0"/>
      </w:pPr>
    </w:p>
    <w:p w14:paraId="2E3345FC" w14:textId="77777777" w:rsidR="006C30AD" w:rsidRDefault="00DF7DB8">
      <w:pPr>
        <w:spacing w:after="0"/>
      </w:pPr>
      <w:r>
        <w:rPr>
          <w:rFonts w:ascii="Arial" w:hAnsi="Arial"/>
          <w:b/>
        </w:rPr>
        <w:t xml:space="preserve">Lucy  </w:t>
      </w:r>
      <w:r>
        <w:rPr>
          <w:rFonts w:ascii="Arial" w:hAnsi="Arial"/>
          <w:color w:val="5D7284"/>
        </w:rPr>
        <w:t>1:03:53</w:t>
      </w:r>
    </w:p>
    <w:p w14:paraId="0010966A" w14:textId="77777777" w:rsidR="006C30AD" w:rsidRDefault="00DF7DB8">
      <w:pPr>
        <w:spacing w:after="0"/>
      </w:pPr>
      <w:r>
        <w:rPr>
          <w:rFonts w:ascii="Arial" w:hAnsi="Arial"/>
        </w:rPr>
        <w:t xml:space="preserve">I've got </w:t>
      </w:r>
      <w:r>
        <w:rPr>
          <w:rFonts w:ascii="Arial" w:hAnsi="Arial"/>
        </w:rPr>
        <w:t>horrible feet.</w:t>
      </w:r>
    </w:p>
    <w:p w14:paraId="17670706" w14:textId="77777777" w:rsidR="006C30AD" w:rsidRDefault="006C30AD">
      <w:pPr>
        <w:spacing w:after="0"/>
      </w:pPr>
    </w:p>
    <w:p w14:paraId="66853297" w14:textId="77777777" w:rsidR="006C30AD" w:rsidRDefault="00DF7DB8">
      <w:pPr>
        <w:spacing w:after="0"/>
      </w:pPr>
      <w:r>
        <w:rPr>
          <w:rFonts w:ascii="Arial" w:hAnsi="Arial"/>
          <w:b/>
        </w:rPr>
        <w:t xml:space="preserve">Alice  </w:t>
      </w:r>
      <w:r>
        <w:rPr>
          <w:rFonts w:ascii="Arial" w:hAnsi="Arial"/>
          <w:color w:val="5D7284"/>
        </w:rPr>
        <w:t>1:03:55</w:t>
      </w:r>
    </w:p>
    <w:p w14:paraId="1EF2C84E" w14:textId="77777777" w:rsidR="006C30AD" w:rsidRDefault="00DF7DB8">
      <w:pPr>
        <w:spacing w:after="0"/>
      </w:pPr>
      <w:r>
        <w:rPr>
          <w:rFonts w:ascii="Arial" w:hAnsi="Arial"/>
        </w:rPr>
        <w:t>Yeah,</w:t>
      </w:r>
    </w:p>
    <w:p w14:paraId="62FB2CDA" w14:textId="77777777" w:rsidR="006C30AD" w:rsidRDefault="006C30AD">
      <w:pPr>
        <w:spacing w:after="0"/>
      </w:pPr>
    </w:p>
    <w:p w14:paraId="58F4A333" w14:textId="77777777" w:rsidR="006C30AD" w:rsidRDefault="00DF7DB8">
      <w:pPr>
        <w:spacing w:after="0"/>
      </w:pPr>
      <w:r>
        <w:rPr>
          <w:rFonts w:ascii="Arial" w:hAnsi="Arial"/>
          <w:b/>
        </w:rPr>
        <w:t xml:space="preserve">Lucy  </w:t>
      </w:r>
      <w:r>
        <w:rPr>
          <w:rFonts w:ascii="Arial" w:hAnsi="Arial"/>
          <w:color w:val="5D7284"/>
        </w:rPr>
        <w:t>1:03:56</w:t>
      </w:r>
    </w:p>
    <w:p w14:paraId="3C25CCF8" w14:textId="77777777" w:rsidR="006C30AD" w:rsidRDefault="00DF7DB8">
      <w:pPr>
        <w:spacing w:after="0"/>
      </w:pPr>
      <w:r>
        <w:rPr>
          <w:rFonts w:ascii="Arial" w:hAnsi="Arial"/>
        </w:rPr>
        <w:t>about ETs feet. So you know,</w:t>
      </w:r>
    </w:p>
    <w:p w14:paraId="11352016" w14:textId="77777777" w:rsidR="006C30AD" w:rsidRDefault="006C30AD">
      <w:pPr>
        <w:spacing w:after="0"/>
      </w:pPr>
    </w:p>
    <w:p w14:paraId="3E1CA53D" w14:textId="77777777" w:rsidR="006C30AD" w:rsidRDefault="00DF7DB8">
      <w:pPr>
        <w:spacing w:after="0"/>
      </w:pPr>
      <w:r>
        <w:rPr>
          <w:rFonts w:ascii="Arial" w:hAnsi="Arial"/>
          <w:b/>
        </w:rPr>
        <w:t xml:space="preserve">Daisy  </w:t>
      </w:r>
      <w:r>
        <w:rPr>
          <w:rFonts w:ascii="Arial" w:hAnsi="Arial"/>
          <w:color w:val="5D7284"/>
        </w:rPr>
        <w:t>1:03:59</w:t>
      </w:r>
    </w:p>
    <w:p w14:paraId="6BFBE64E" w14:textId="77777777" w:rsidR="006C30AD" w:rsidRDefault="00DF7DB8">
      <w:pPr>
        <w:spacing w:after="0"/>
      </w:pPr>
      <w:r>
        <w:rPr>
          <w:rFonts w:ascii="Arial" w:hAnsi="Arial"/>
        </w:rPr>
        <w:t xml:space="preserve">all all of them every everything that you can sense sense that they've got complete body confidence. Body competence is a term that's bandied about. And you </w:t>
      </w:r>
      <w:r>
        <w:rPr>
          <w:rFonts w:ascii="Arial" w:hAnsi="Arial"/>
        </w:rPr>
        <w:t>can be confident in your body because sometimes you don't necessarily like it.</w:t>
      </w:r>
    </w:p>
    <w:p w14:paraId="39BF33AD" w14:textId="77777777" w:rsidR="006C30AD" w:rsidRDefault="006C30AD">
      <w:pPr>
        <w:spacing w:after="0"/>
      </w:pPr>
    </w:p>
    <w:p w14:paraId="772E38B4" w14:textId="77777777" w:rsidR="006C30AD" w:rsidRDefault="00DF7DB8">
      <w:pPr>
        <w:spacing w:after="0"/>
      </w:pPr>
      <w:r>
        <w:rPr>
          <w:rFonts w:ascii="Arial" w:hAnsi="Arial"/>
          <w:b/>
        </w:rPr>
        <w:t xml:space="preserve">Alice  </w:t>
      </w:r>
      <w:r>
        <w:rPr>
          <w:rFonts w:ascii="Arial" w:hAnsi="Arial"/>
          <w:color w:val="5D7284"/>
        </w:rPr>
        <w:t>1:04:15</w:t>
      </w:r>
    </w:p>
    <w:p w14:paraId="43424ED2" w14:textId="77777777" w:rsidR="006C30AD" w:rsidRDefault="00DF7DB8">
      <w:pPr>
        <w:spacing w:after="0"/>
      </w:pPr>
      <w:r>
        <w:rPr>
          <w:rFonts w:ascii="Arial" w:hAnsi="Arial"/>
        </w:rPr>
        <w:t>Well and there's a lot of there's a lot of people who are quote unquote body confident because they look like a supermodel. It's nice that there's some there are</w:t>
      </w:r>
      <w:r>
        <w:rPr>
          <w:rFonts w:ascii="Arial" w:hAnsi="Arial"/>
        </w:rPr>
        <w:t xml:space="preserve"> people out there who don't necessarily meet those norms and expectations who are like, yeah, look fucking bangin.</w:t>
      </w:r>
    </w:p>
    <w:p w14:paraId="61D6AAD3" w14:textId="77777777" w:rsidR="006C30AD" w:rsidRDefault="006C30AD">
      <w:pPr>
        <w:spacing w:after="0"/>
      </w:pPr>
    </w:p>
    <w:p w14:paraId="03644702" w14:textId="77777777" w:rsidR="006C30AD" w:rsidRDefault="00DF7DB8">
      <w:pPr>
        <w:spacing w:after="0"/>
      </w:pPr>
      <w:r>
        <w:rPr>
          <w:rFonts w:ascii="Arial" w:hAnsi="Arial"/>
          <w:b/>
        </w:rPr>
        <w:t xml:space="preserve">Daisy  </w:t>
      </w:r>
      <w:r>
        <w:rPr>
          <w:rFonts w:ascii="Arial" w:hAnsi="Arial"/>
          <w:color w:val="5D7284"/>
        </w:rPr>
        <w:t>1:04:32</w:t>
      </w:r>
    </w:p>
    <w:p w14:paraId="3904CFD9" w14:textId="77777777" w:rsidR="006C30AD" w:rsidRDefault="00DF7DB8">
      <w:pPr>
        <w:spacing w:after="0"/>
      </w:pPr>
      <w:r>
        <w:rPr>
          <w:rFonts w:ascii="Arial" w:hAnsi="Arial"/>
        </w:rPr>
        <w:lastRenderedPageBreak/>
        <w:t>I want some of that body confidence plays. Its I'm really interesting. I'm so looking forward to having these history episode</w:t>
      </w:r>
      <w:r>
        <w:rPr>
          <w:rFonts w:ascii="Arial" w:hAnsi="Arial"/>
        </w:rPr>
        <w:t>s. And I think that if we play this, right, we could have a TV show and a book deal. And there's a separate podcast with this disability history, Just fronted by us three.</w:t>
      </w:r>
    </w:p>
    <w:p w14:paraId="08A6938C" w14:textId="77777777" w:rsidR="006C30AD" w:rsidRDefault="006C30AD">
      <w:pPr>
        <w:spacing w:after="0"/>
      </w:pPr>
    </w:p>
    <w:p w14:paraId="797721EB" w14:textId="77777777" w:rsidR="006C30AD" w:rsidRDefault="00DF7DB8">
      <w:pPr>
        <w:spacing w:after="0"/>
      </w:pPr>
      <w:r>
        <w:rPr>
          <w:rFonts w:ascii="Arial" w:hAnsi="Arial"/>
          <w:b/>
        </w:rPr>
        <w:t xml:space="preserve">Alice  </w:t>
      </w:r>
      <w:r>
        <w:rPr>
          <w:rFonts w:ascii="Arial" w:hAnsi="Arial"/>
          <w:color w:val="5D7284"/>
        </w:rPr>
        <w:t>1:04:51</w:t>
      </w:r>
    </w:p>
    <w:p w14:paraId="6A5D402F" w14:textId="77777777" w:rsidR="006C30AD" w:rsidRDefault="00DF7DB8">
      <w:pPr>
        <w:spacing w:after="0"/>
      </w:pPr>
      <w:r>
        <w:rPr>
          <w:rFonts w:ascii="Arial" w:hAnsi="Arial"/>
        </w:rPr>
        <w:t xml:space="preserve">I definitely think at some point we have to do like our own version </w:t>
      </w:r>
      <w:r>
        <w:rPr>
          <w:rFonts w:ascii="Arial" w:hAnsi="Arial"/>
        </w:rPr>
        <w:t>of a drunk history. Yes. Where we just like we pick up we pick a phrase The or you know, an idea. And Daisy tells us a story. And every time it comes up, it's like, Oh, drink!</w:t>
      </w:r>
    </w:p>
    <w:p w14:paraId="1674492E" w14:textId="77777777" w:rsidR="006C30AD" w:rsidRDefault="006C30AD">
      <w:pPr>
        <w:spacing w:after="0"/>
      </w:pPr>
    </w:p>
    <w:p w14:paraId="06283817" w14:textId="77777777" w:rsidR="006C30AD" w:rsidRDefault="00DF7DB8">
      <w:pPr>
        <w:spacing w:after="0"/>
      </w:pPr>
      <w:r>
        <w:rPr>
          <w:rFonts w:ascii="Arial" w:hAnsi="Arial"/>
          <w:b/>
        </w:rPr>
        <w:t xml:space="preserve">Daisy  </w:t>
      </w:r>
      <w:r>
        <w:rPr>
          <w:rFonts w:ascii="Arial" w:hAnsi="Arial"/>
          <w:color w:val="5D7284"/>
        </w:rPr>
        <w:t>1:05:09</w:t>
      </w:r>
    </w:p>
    <w:p w14:paraId="4FFC7DAE" w14:textId="77777777" w:rsidR="006C30AD" w:rsidRDefault="00DF7DB8">
      <w:pPr>
        <w:spacing w:after="0"/>
      </w:pPr>
      <w:r>
        <w:rPr>
          <w:rFonts w:ascii="Arial" w:hAnsi="Arial"/>
        </w:rPr>
        <w:t>that sounds like my kind of homework. Yeah, so pleased, Daisy th</w:t>
      </w:r>
      <w:r>
        <w:rPr>
          <w:rFonts w:ascii="Arial" w:hAnsi="Arial"/>
        </w:rPr>
        <w:t>at you wanted to come on board. I said today the in the early stages of these conversations I mentioned to Alice should you know Should we get our historian into sort of like how bacopa What we want to talk about maybe, you know, take the pressure off when</w:t>
      </w:r>
      <w:r>
        <w:rPr>
          <w:rFonts w:ascii="Arial" w:hAnsi="Arial"/>
        </w:rPr>
        <w:t xml:space="preserve"> we're talking because like, we're not historians, we just are interested in facts. And we don't necessarily It was very difficult</w:t>
      </w:r>
    </w:p>
    <w:p w14:paraId="246E6650" w14:textId="77777777" w:rsidR="006C30AD" w:rsidRDefault="006C30AD">
      <w:pPr>
        <w:spacing w:after="0"/>
      </w:pPr>
    </w:p>
    <w:p w14:paraId="3A57C655" w14:textId="77777777" w:rsidR="006C30AD" w:rsidRDefault="00DF7DB8">
      <w:pPr>
        <w:spacing w:after="0"/>
      </w:pPr>
      <w:r>
        <w:rPr>
          <w:rFonts w:ascii="Arial" w:hAnsi="Arial"/>
          <w:b/>
        </w:rPr>
        <w:t xml:space="preserve">Alice  </w:t>
      </w:r>
      <w:r>
        <w:rPr>
          <w:rFonts w:ascii="Arial" w:hAnsi="Arial"/>
          <w:color w:val="5D7284"/>
        </w:rPr>
        <w:t>1:05:34</w:t>
      </w:r>
    </w:p>
    <w:p w14:paraId="5460785B" w14:textId="77777777" w:rsidR="006C30AD" w:rsidRDefault="00DF7DB8">
      <w:pPr>
        <w:spacing w:after="0"/>
      </w:pPr>
      <w:r>
        <w:rPr>
          <w:rFonts w:ascii="Arial" w:hAnsi="Arial"/>
        </w:rPr>
        <w:t>I think, I think to say we're interested in fact is, perhaps inaccurate, I think it's more, it's better to sa</w:t>
      </w:r>
      <w:r>
        <w:rPr>
          <w:rFonts w:ascii="Arial" w:hAnsi="Arial"/>
        </w:rPr>
        <w:t>y we're interested in history, and we frequently get the facts wrong.</w:t>
      </w:r>
    </w:p>
    <w:p w14:paraId="13F60DDB" w14:textId="77777777" w:rsidR="006C30AD" w:rsidRDefault="006C30AD">
      <w:pPr>
        <w:spacing w:after="0"/>
      </w:pPr>
    </w:p>
    <w:p w14:paraId="617E5962" w14:textId="77777777" w:rsidR="006C30AD" w:rsidRDefault="00DF7DB8">
      <w:pPr>
        <w:spacing w:after="0"/>
      </w:pPr>
      <w:r>
        <w:rPr>
          <w:rFonts w:ascii="Arial" w:hAnsi="Arial"/>
          <w:b/>
        </w:rPr>
        <w:t xml:space="preserve">Daisy  </w:t>
      </w:r>
      <w:r>
        <w:rPr>
          <w:rFonts w:ascii="Arial" w:hAnsi="Arial"/>
          <w:color w:val="5D7284"/>
        </w:rPr>
        <w:t>1:05:44</w:t>
      </w:r>
    </w:p>
    <w:p w14:paraId="4737E1BD" w14:textId="77777777" w:rsidR="006C30AD" w:rsidRDefault="00DF7DB8">
      <w:pPr>
        <w:spacing w:after="0"/>
      </w:pPr>
      <w:r>
        <w:rPr>
          <w:rFonts w:ascii="Arial" w:hAnsi="Arial"/>
        </w:rPr>
        <w:t>So I basically said, shall I approach as a historian and simply, I knew Daisy, I couldn't remember Daisy's name. All I'm all I could remember was, the person I'm after ha</w:t>
      </w:r>
      <w:r>
        <w:rPr>
          <w:rFonts w:ascii="Arial" w:hAnsi="Arial"/>
        </w:rPr>
        <w:t>s got blue hair. And I know that when I see her on Twitter, I'll be like, oh, Daisy, can I speak to you please? Which is exactly what I did. I was like, What is her name? And then when i saw her like, Oh, can I email you? And then lo and behold, she's on o</w:t>
      </w:r>
      <w:r>
        <w:rPr>
          <w:rFonts w:ascii="Arial" w:hAnsi="Arial"/>
        </w:rPr>
        <w:t>ur podcast. So thank you so much. lucky for everyone that I haven't changed my profile picture on Twitter about three years ago. Thank you for that. But I definitely think that adds a whole other level, doesn't it to our episodes,</w:t>
      </w:r>
    </w:p>
    <w:p w14:paraId="45DBE108" w14:textId="77777777" w:rsidR="006C30AD" w:rsidRDefault="006C30AD">
      <w:pPr>
        <w:spacing w:after="0"/>
      </w:pPr>
    </w:p>
    <w:p w14:paraId="1F54D3CA" w14:textId="77777777" w:rsidR="006C30AD" w:rsidRDefault="00DF7DB8">
      <w:pPr>
        <w:spacing w:after="0"/>
      </w:pPr>
      <w:r>
        <w:rPr>
          <w:rFonts w:ascii="Arial" w:hAnsi="Arial"/>
          <w:b/>
        </w:rPr>
        <w:t xml:space="preserve">Alice  </w:t>
      </w:r>
      <w:r>
        <w:rPr>
          <w:rFonts w:ascii="Arial" w:hAnsi="Arial"/>
          <w:color w:val="5D7284"/>
        </w:rPr>
        <w:t>1:06:26</w:t>
      </w:r>
    </w:p>
    <w:p w14:paraId="144DA4BB" w14:textId="77777777" w:rsidR="006C30AD" w:rsidRDefault="00DF7DB8">
      <w:pPr>
        <w:spacing w:after="0"/>
      </w:pPr>
      <w:r>
        <w:rPr>
          <w:rFonts w:ascii="Arial" w:hAnsi="Arial"/>
        </w:rPr>
        <w:t xml:space="preserve">I </w:t>
      </w:r>
      <w:r>
        <w:rPr>
          <w:rFonts w:ascii="Arial" w:hAnsi="Arial"/>
        </w:rPr>
        <w:t xml:space="preserve">have to say that's been something that's been really cool that I've been really surprised about is that like, the random people who I've just reached out to on Twitter, or like, whatever, and just be like, Oh, I, you wrote this article. And, and I thought </w:t>
      </w:r>
      <w:r>
        <w:rPr>
          <w:rFonts w:ascii="Arial" w:hAnsi="Arial"/>
        </w:rPr>
        <w:t>it was interesting. Do you want to come on the pod? And they're like, yeah, I really thought we would be like, desperately going 'please' You know, because We can't pay anybody. Although, guys, if you do want to donate to our Go Fund Me. We...we. nice segw</w:t>
      </w:r>
      <w:r>
        <w:rPr>
          <w:rFonts w:ascii="Arial" w:hAnsi="Arial"/>
        </w:rPr>
        <w:t>ay there. we do...</w:t>
      </w:r>
    </w:p>
    <w:p w14:paraId="01B56431" w14:textId="77777777" w:rsidR="006C30AD" w:rsidRDefault="006C30AD">
      <w:pPr>
        <w:spacing w:after="0"/>
      </w:pPr>
    </w:p>
    <w:p w14:paraId="26D15F81" w14:textId="77777777" w:rsidR="006C30AD" w:rsidRDefault="00DF7DB8">
      <w:pPr>
        <w:spacing w:after="0"/>
      </w:pPr>
      <w:r>
        <w:rPr>
          <w:rFonts w:ascii="Arial" w:hAnsi="Arial"/>
          <w:b/>
        </w:rPr>
        <w:t xml:space="preserve">Daisy  </w:t>
      </w:r>
      <w:r>
        <w:rPr>
          <w:rFonts w:ascii="Arial" w:hAnsi="Arial"/>
          <w:color w:val="5D7284"/>
        </w:rPr>
        <w:t>1:07:00</w:t>
      </w:r>
    </w:p>
    <w:p w14:paraId="49499814" w14:textId="77777777" w:rsidR="006C30AD" w:rsidRDefault="00DF7DB8">
      <w:pPr>
        <w:spacing w:after="0"/>
      </w:pPr>
      <w:r>
        <w:rPr>
          <w:rFonts w:ascii="Arial" w:hAnsi="Arial"/>
        </w:rPr>
        <w:t>ive taught her well, I've taught her well...</w:t>
      </w:r>
    </w:p>
    <w:p w14:paraId="275C1B4C" w14:textId="77777777" w:rsidR="006C30AD" w:rsidRDefault="006C30AD">
      <w:pPr>
        <w:spacing w:after="0"/>
      </w:pPr>
    </w:p>
    <w:p w14:paraId="138FF8E5" w14:textId="77777777" w:rsidR="006C30AD" w:rsidRDefault="00DF7DB8">
      <w:pPr>
        <w:spacing w:after="0"/>
      </w:pPr>
      <w:r>
        <w:rPr>
          <w:rFonts w:ascii="Arial" w:hAnsi="Arial"/>
          <w:b/>
        </w:rPr>
        <w:t xml:space="preserve">Alice  </w:t>
      </w:r>
      <w:r>
        <w:rPr>
          <w:rFonts w:ascii="Arial" w:hAnsi="Arial"/>
          <w:color w:val="5D7284"/>
        </w:rPr>
        <w:t>1:07:03</w:t>
      </w:r>
    </w:p>
    <w:p w14:paraId="154C2B35" w14:textId="77777777" w:rsidR="006C30AD" w:rsidRDefault="00DF7DB8">
      <w:pPr>
        <w:spacing w:after="0"/>
      </w:pPr>
      <w:r>
        <w:rPr>
          <w:rFonts w:ascii="Arial" w:hAnsi="Arial"/>
        </w:rPr>
        <w:t xml:space="preserve">We have got our GoFundMe, you can find it by visiting our website, which is www.labledpodcast.co.uk. One of the things we would really like to be able to do is </w:t>
      </w:r>
      <w:r>
        <w:rPr>
          <w:rFonts w:ascii="Arial" w:hAnsi="Arial"/>
        </w:rPr>
        <w:t xml:space="preserve">pay some of the artists and contributors that we have coming on the show.  but yeah, it's been it's been really awesome to you know, that there </w:t>
      </w:r>
      <w:r>
        <w:rPr>
          <w:rFonts w:ascii="Arial" w:hAnsi="Arial"/>
        </w:rPr>
        <w:lastRenderedPageBreak/>
        <w:t>have been academics and professionals and stuff that we've reached out to and gone. Oh, do yoo, fancy, you know,</w:t>
      </w:r>
      <w:r>
        <w:rPr>
          <w:rFonts w:ascii="Arial" w:hAnsi="Arial"/>
        </w:rPr>
        <w:t xml:space="preserve"> just putting your two cents in, your expertise. And they have been really open to it. It's, it's been really cool.</w:t>
      </w:r>
    </w:p>
    <w:p w14:paraId="262244B5" w14:textId="77777777" w:rsidR="006C30AD" w:rsidRDefault="006C30AD">
      <w:pPr>
        <w:spacing w:after="0"/>
      </w:pPr>
    </w:p>
    <w:p w14:paraId="0BB28CED" w14:textId="77777777" w:rsidR="006C30AD" w:rsidRDefault="00DF7DB8">
      <w:pPr>
        <w:spacing w:after="0"/>
      </w:pPr>
      <w:r>
        <w:rPr>
          <w:rFonts w:ascii="Arial" w:hAnsi="Arial"/>
          <w:b/>
        </w:rPr>
        <w:t xml:space="preserve">Daisy  </w:t>
      </w:r>
      <w:r>
        <w:rPr>
          <w:rFonts w:ascii="Arial" w:hAnsi="Arial"/>
          <w:color w:val="5D7284"/>
        </w:rPr>
        <w:t>1:07:35</w:t>
      </w:r>
    </w:p>
    <w:p w14:paraId="5BD52A46" w14:textId="77777777" w:rsidR="006C30AD" w:rsidRDefault="00DF7DB8">
      <w:pPr>
        <w:spacing w:after="0"/>
      </w:pPr>
      <w:r>
        <w:rPr>
          <w:rFonts w:ascii="Arial" w:hAnsi="Arial"/>
        </w:rPr>
        <w:t>Alice has often said, if you can find somebody that Yeah, we'll do it. And I'm like, leave it with me. Give me 15 minutes.</w:t>
      </w:r>
    </w:p>
    <w:p w14:paraId="1BC3B8E4" w14:textId="77777777" w:rsidR="006C30AD" w:rsidRDefault="006C30AD">
      <w:pPr>
        <w:spacing w:after="0"/>
      </w:pPr>
    </w:p>
    <w:p w14:paraId="3E98C72A" w14:textId="77777777" w:rsidR="006C30AD" w:rsidRDefault="00DF7DB8">
      <w:pPr>
        <w:spacing w:after="0"/>
      </w:pPr>
      <w:r>
        <w:rPr>
          <w:rFonts w:ascii="Arial" w:hAnsi="Arial"/>
          <w:b/>
        </w:rPr>
        <w:t xml:space="preserve">Alice  </w:t>
      </w:r>
      <w:r>
        <w:rPr>
          <w:rFonts w:ascii="Arial" w:hAnsi="Arial"/>
          <w:color w:val="5D7284"/>
        </w:rPr>
        <w:t>1:07:41</w:t>
      </w:r>
    </w:p>
    <w:p w14:paraId="061D62EA" w14:textId="77777777" w:rsidR="006C30AD" w:rsidRDefault="00DF7DB8">
      <w:pPr>
        <w:spacing w:after="0"/>
      </w:pPr>
      <w:r>
        <w:rPr>
          <w:rFonts w:ascii="Arial" w:hAnsi="Arial"/>
        </w:rPr>
        <w:t>And it it's really it's been really cool. Because there's been so many people where I've just kind of gone ahh fuck it we"ll will ask, we'll see what happens. And they've been like, Yeah, sure. Whereas I was absolutely expect to be able to b</w:t>
      </w:r>
      <w:r>
        <w:rPr>
          <w:rFonts w:ascii="Arial" w:hAnsi="Arial"/>
        </w:rPr>
        <w:t>e like, Fuck off. I don't need to talk to you, you weirdo. Yeah,</w:t>
      </w:r>
    </w:p>
    <w:p w14:paraId="30685784" w14:textId="77777777" w:rsidR="006C30AD" w:rsidRDefault="006C30AD">
      <w:pPr>
        <w:spacing w:after="0"/>
      </w:pPr>
    </w:p>
    <w:p w14:paraId="2DF238BF" w14:textId="77777777" w:rsidR="006C30AD" w:rsidRDefault="00DF7DB8">
      <w:pPr>
        <w:spacing w:after="0"/>
      </w:pPr>
      <w:r>
        <w:rPr>
          <w:rFonts w:ascii="Arial" w:hAnsi="Arial"/>
          <w:b/>
        </w:rPr>
        <w:t xml:space="preserve">Daisy  </w:t>
      </w:r>
      <w:r>
        <w:rPr>
          <w:rFonts w:ascii="Arial" w:hAnsi="Arial"/>
          <w:color w:val="5D7284"/>
        </w:rPr>
        <w:t>1:07:59</w:t>
      </w:r>
    </w:p>
    <w:p w14:paraId="4077D067" w14:textId="77777777" w:rsidR="006C30AD" w:rsidRDefault="00DF7DB8">
      <w:pPr>
        <w:spacing w:after="0"/>
      </w:pPr>
      <w:r>
        <w:rPr>
          <w:rFonts w:ascii="Arial" w:hAnsi="Arial"/>
        </w:rPr>
        <w:t>it's really encouraging, actually. And I'm just so glad that they said yes, because I think we're gonna get on so well with Daisy. And also, I think I will come away from thes</w:t>
      </w:r>
      <w:r>
        <w:rPr>
          <w:rFonts w:ascii="Arial" w:hAnsi="Arial"/>
        </w:rPr>
        <w:t xml:space="preserve">e episodes thinking I've really learned something today. This is pub quiz knowledge and it's very in my head, and it's stored under pub quiz. So next time I went up pub quiz. Daisy, I think I should split the winnings with you because I can guarantee I'll </w:t>
      </w:r>
      <w:r>
        <w:rPr>
          <w:rFonts w:ascii="Arial" w:hAnsi="Arial"/>
        </w:rPr>
        <w:t>clinch it on a history question. It'd be really specific pub quiz So thank you so much for wanting to be part of the lizard or drivel on for an hour and a half Daisy,</w:t>
      </w:r>
    </w:p>
    <w:p w14:paraId="4F82D12A" w14:textId="77777777" w:rsidR="006C30AD" w:rsidRDefault="006C30AD">
      <w:pPr>
        <w:spacing w:after="0"/>
      </w:pPr>
    </w:p>
    <w:p w14:paraId="689F189D" w14:textId="77777777" w:rsidR="006C30AD" w:rsidRDefault="00DF7DB8">
      <w:pPr>
        <w:spacing w:after="0"/>
      </w:pPr>
      <w:r>
        <w:rPr>
          <w:rFonts w:ascii="Arial" w:hAnsi="Arial"/>
          <w:b/>
        </w:rPr>
        <w:t xml:space="preserve">Alice  </w:t>
      </w:r>
      <w:r>
        <w:rPr>
          <w:rFonts w:ascii="Arial" w:hAnsi="Arial"/>
          <w:color w:val="5D7284"/>
        </w:rPr>
        <w:t>1:08:33</w:t>
      </w:r>
    </w:p>
    <w:p w14:paraId="3A802F81" w14:textId="77777777" w:rsidR="006C30AD" w:rsidRDefault="00DF7DB8">
      <w:pPr>
        <w:spacing w:after="0"/>
      </w:pPr>
      <w:r>
        <w:rPr>
          <w:rFonts w:ascii="Arial" w:hAnsi="Arial"/>
        </w:rPr>
        <w:t xml:space="preserve">is there anything that we haven't touched on that you're like this? This </w:t>
      </w:r>
      <w:r>
        <w:rPr>
          <w:rFonts w:ascii="Arial" w:hAnsi="Arial"/>
        </w:rPr>
        <w:t>is the one message I really want to hammer before we finish recording for today.</w:t>
      </w:r>
    </w:p>
    <w:p w14:paraId="62AB33FD" w14:textId="77777777" w:rsidR="006C30AD" w:rsidRDefault="006C30AD">
      <w:pPr>
        <w:spacing w:after="0"/>
      </w:pPr>
    </w:p>
    <w:p w14:paraId="5CF65FBA" w14:textId="77777777" w:rsidR="006C30AD" w:rsidRDefault="00DF7DB8">
      <w:pPr>
        <w:spacing w:after="0"/>
      </w:pPr>
      <w:r>
        <w:rPr>
          <w:rFonts w:ascii="Arial" w:hAnsi="Arial"/>
          <w:b/>
        </w:rPr>
        <w:t xml:space="preserve">Daisy  </w:t>
      </w:r>
      <w:r>
        <w:rPr>
          <w:rFonts w:ascii="Arial" w:hAnsi="Arial"/>
          <w:color w:val="5D7284"/>
        </w:rPr>
        <w:t>1:08:43</w:t>
      </w:r>
    </w:p>
    <w:p w14:paraId="72C35535" w14:textId="77777777" w:rsidR="006C30AD" w:rsidRDefault="00DF7DB8">
      <w:pPr>
        <w:spacing w:after="0"/>
      </w:pPr>
      <w:r>
        <w:rPr>
          <w:rFonts w:ascii="Arial" w:hAnsi="Arial"/>
        </w:rPr>
        <w:t xml:space="preserve">Is there anything you want to promote? Maybe or? Yes, I should do that. Okay. I'm running the COVID disability archive, the archive is going to be a </w:t>
      </w:r>
      <w:r>
        <w:rPr>
          <w:rFonts w:ascii="Arial" w:hAnsi="Arial"/>
        </w:rPr>
        <w:t>digital, fully accessible archive of artefacts related to disabled chronically ill neurodiverse, mentally ill everybody, for things related to COVID. So long, as you know, oh, well, experiences are often sort of forgotten and sometimes very specifically ig</w:t>
      </w:r>
      <w:r>
        <w:rPr>
          <w:rFonts w:ascii="Arial" w:hAnsi="Arial"/>
        </w:rPr>
        <w:t>nored. And I don't want that to happen with COVID disabled people have been hit much harder by the pandemic than, you know, other groups. And maybe not much harder.</w:t>
      </w:r>
    </w:p>
    <w:p w14:paraId="4AA8CF02" w14:textId="77777777" w:rsidR="006C30AD" w:rsidRDefault="006C30AD">
      <w:pPr>
        <w:spacing w:after="0"/>
      </w:pPr>
    </w:p>
    <w:p w14:paraId="491A6A33" w14:textId="77777777" w:rsidR="006C30AD" w:rsidRDefault="00DF7DB8">
      <w:pPr>
        <w:spacing w:after="0"/>
      </w:pPr>
      <w:r>
        <w:rPr>
          <w:rFonts w:ascii="Arial" w:hAnsi="Arial"/>
          <w:b/>
        </w:rPr>
        <w:t xml:space="preserve">Alice  </w:t>
      </w:r>
      <w:r>
        <w:rPr>
          <w:rFonts w:ascii="Arial" w:hAnsi="Arial"/>
          <w:color w:val="5D7284"/>
        </w:rPr>
        <w:t>1:09:34</w:t>
      </w:r>
    </w:p>
    <w:p w14:paraId="156904A4" w14:textId="77777777" w:rsidR="006C30AD" w:rsidRDefault="00DF7DB8">
      <w:pPr>
        <w:spacing w:after="0"/>
      </w:pPr>
      <w:r>
        <w:rPr>
          <w:rFonts w:ascii="Arial" w:hAnsi="Arial"/>
        </w:rPr>
        <w:t>I don't know. I think you know, there are people people who are shielding p</w:t>
      </w:r>
      <w:r>
        <w:rPr>
          <w:rFonts w:ascii="Arial" w:hAnsi="Arial"/>
        </w:rPr>
        <w:t>eople who have got, you know, immunity compromised immunities have not left their house since March.</w:t>
      </w:r>
    </w:p>
    <w:p w14:paraId="78E3C072" w14:textId="77777777" w:rsidR="006C30AD" w:rsidRDefault="006C30AD">
      <w:pPr>
        <w:spacing w:after="0"/>
      </w:pPr>
    </w:p>
    <w:p w14:paraId="545AD072" w14:textId="77777777" w:rsidR="006C30AD" w:rsidRDefault="00DF7DB8">
      <w:pPr>
        <w:spacing w:after="0"/>
      </w:pPr>
      <w:r>
        <w:rPr>
          <w:rFonts w:ascii="Arial" w:hAnsi="Arial"/>
          <w:b/>
        </w:rPr>
        <w:t xml:space="preserve">Daisy  </w:t>
      </w:r>
      <w:r>
        <w:rPr>
          <w:rFonts w:ascii="Arial" w:hAnsi="Arial"/>
          <w:color w:val="5D7284"/>
        </w:rPr>
        <w:t>1:09:47</w:t>
      </w:r>
    </w:p>
    <w:p w14:paraId="3AFB8925" w14:textId="77777777" w:rsidR="006C30AD" w:rsidRDefault="00DF7DB8">
      <w:pPr>
        <w:spacing w:after="0"/>
      </w:pPr>
      <w:r>
        <w:rPr>
          <w:rFonts w:ascii="Arial" w:hAnsi="Arial"/>
        </w:rPr>
        <w:t>Yeah, so yeah, we've been we've been hit hard, certainly in. In deaths.</w:t>
      </w:r>
    </w:p>
    <w:p w14:paraId="5EC92136" w14:textId="77777777" w:rsidR="006C30AD" w:rsidRDefault="006C30AD">
      <w:pPr>
        <w:spacing w:after="0"/>
      </w:pPr>
    </w:p>
    <w:p w14:paraId="650C0D79" w14:textId="77777777" w:rsidR="006C30AD" w:rsidRDefault="00DF7DB8">
      <w:pPr>
        <w:spacing w:after="0"/>
      </w:pPr>
      <w:r>
        <w:rPr>
          <w:rFonts w:ascii="Arial" w:hAnsi="Arial"/>
          <w:b/>
        </w:rPr>
        <w:t xml:space="preserve">Alice  </w:t>
      </w:r>
      <w:r>
        <w:rPr>
          <w:rFonts w:ascii="Arial" w:hAnsi="Arial"/>
          <w:color w:val="5D7284"/>
        </w:rPr>
        <w:t>1:09:52</w:t>
      </w:r>
    </w:p>
    <w:p w14:paraId="1A6DDAA3" w14:textId="77777777" w:rsidR="006C30AD" w:rsidRDefault="00DF7DB8">
      <w:pPr>
        <w:spacing w:after="0"/>
      </w:pPr>
      <w:r>
        <w:rPr>
          <w:rFonts w:ascii="Arial" w:hAnsi="Arial"/>
        </w:rPr>
        <w:t>Mm hmm.</w:t>
      </w:r>
    </w:p>
    <w:p w14:paraId="0369667A" w14:textId="77777777" w:rsidR="006C30AD" w:rsidRDefault="006C30AD">
      <w:pPr>
        <w:spacing w:after="0"/>
      </w:pPr>
    </w:p>
    <w:p w14:paraId="7D8CFFD4" w14:textId="77777777" w:rsidR="006C30AD" w:rsidRDefault="00DF7DB8">
      <w:pPr>
        <w:spacing w:after="0"/>
      </w:pPr>
      <w:r>
        <w:rPr>
          <w:rFonts w:ascii="Arial" w:hAnsi="Arial"/>
          <w:b/>
        </w:rPr>
        <w:t xml:space="preserve">Daisy  </w:t>
      </w:r>
      <w:r>
        <w:rPr>
          <w:rFonts w:ascii="Arial" w:hAnsi="Arial"/>
          <w:color w:val="5D7284"/>
        </w:rPr>
        <w:t>1:09:53</w:t>
      </w:r>
    </w:p>
    <w:p w14:paraId="253F59FC" w14:textId="77777777" w:rsidR="006C30AD" w:rsidRDefault="00DF7DB8">
      <w:pPr>
        <w:spacing w:after="0"/>
      </w:pPr>
      <w:r>
        <w:rPr>
          <w:rFonts w:ascii="Arial" w:hAnsi="Arial"/>
        </w:rPr>
        <w:lastRenderedPageBreak/>
        <w:t xml:space="preserve">If hit very hard, the </w:t>
      </w:r>
      <w:r>
        <w:rPr>
          <w:rFonts w:ascii="Arial" w:hAnsi="Arial"/>
        </w:rPr>
        <w:t>disabled community.</w:t>
      </w:r>
    </w:p>
    <w:p w14:paraId="0A6BD6AB" w14:textId="77777777" w:rsidR="006C30AD" w:rsidRDefault="006C30AD">
      <w:pPr>
        <w:spacing w:after="0"/>
      </w:pPr>
    </w:p>
    <w:p w14:paraId="6617017C" w14:textId="77777777" w:rsidR="006C30AD" w:rsidRDefault="00DF7DB8">
      <w:pPr>
        <w:spacing w:after="0"/>
      </w:pPr>
      <w:r>
        <w:rPr>
          <w:rFonts w:ascii="Arial" w:hAnsi="Arial"/>
          <w:b/>
        </w:rPr>
        <w:t xml:space="preserve">Alice  </w:t>
      </w:r>
      <w:r>
        <w:rPr>
          <w:rFonts w:ascii="Arial" w:hAnsi="Arial"/>
          <w:color w:val="5D7284"/>
        </w:rPr>
        <w:t>1:09:57</w:t>
      </w:r>
    </w:p>
    <w:p w14:paraId="1BA0E810" w14:textId="77777777" w:rsidR="006C30AD" w:rsidRDefault="00DF7DB8">
      <w:pPr>
        <w:spacing w:after="0"/>
      </w:pPr>
      <w:r>
        <w:rPr>
          <w:rFonts w:ascii="Arial" w:hAnsi="Arial"/>
        </w:rPr>
        <w:t xml:space="preserve">The stuff about DNA RS for people with learning difficulties. Oh my Oh shit, man. We we did some stuff about that for I work in social care. So we did some stuff about kind of challenging that and you know heard stories </w:t>
      </w:r>
      <w:r>
        <w:rPr>
          <w:rFonts w:ascii="Arial" w:hAnsi="Arial"/>
        </w:rPr>
        <w:t>about a lady who had moderate autism who was 30. And she got Coronavirus, and I put her on a DNR because</w:t>
      </w:r>
    </w:p>
    <w:p w14:paraId="06F36484" w14:textId="77777777" w:rsidR="006C30AD" w:rsidRDefault="006C30AD">
      <w:pPr>
        <w:spacing w:after="0"/>
      </w:pPr>
    </w:p>
    <w:p w14:paraId="4263BFFE" w14:textId="77777777" w:rsidR="006C30AD" w:rsidRDefault="00DF7DB8">
      <w:pPr>
        <w:spacing w:after="0"/>
      </w:pPr>
      <w:r>
        <w:rPr>
          <w:rFonts w:ascii="Arial" w:hAnsi="Arial"/>
          <w:b/>
        </w:rPr>
        <w:t xml:space="preserve">Daisy  </w:t>
      </w:r>
      <w:r>
        <w:rPr>
          <w:rFonts w:ascii="Arial" w:hAnsi="Arial"/>
          <w:color w:val="5D7284"/>
        </w:rPr>
        <w:t>1:10:24</w:t>
      </w:r>
    </w:p>
    <w:p w14:paraId="07C95B47" w14:textId="77777777" w:rsidR="006C30AD" w:rsidRDefault="00DF7DB8">
      <w:pPr>
        <w:spacing w:after="0"/>
      </w:pPr>
      <w:r>
        <w:rPr>
          <w:rFonts w:ascii="Arial" w:hAnsi="Arial"/>
        </w:rPr>
        <w:t>it just is just so I, the beginning of the first lockdown I for about four weeks was having a complete panic attack every day because I</w:t>
      </w:r>
      <w:r>
        <w:rPr>
          <w:rFonts w:ascii="Arial" w:hAnsi="Arial"/>
        </w:rPr>
        <w:t xml:space="preserve"> think if I catch this thing, I'm going to go to hospital, we're going to take one look at me in my wheelchair thing. Oh, yeah, by by</w:t>
      </w:r>
    </w:p>
    <w:p w14:paraId="52BF6AC3" w14:textId="77777777" w:rsidR="006C30AD" w:rsidRDefault="006C30AD">
      <w:pPr>
        <w:spacing w:after="0"/>
      </w:pPr>
    </w:p>
    <w:p w14:paraId="146FAEFB" w14:textId="77777777" w:rsidR="006C30AD" w:rsidRDefault="00DF7DB8">
      <w:pPr>
        <w:spacing w:after="0"/>
      </w:pPr>
      <w:r>
        <w:rPr>
          <w:rFonts w:ascii="Arial" w:hAnsi="Arial"/>
          <w:b/>
        </w:rPr>
        <w:t xml:space="preserve">Alice  </w:t>
      </w:r>
      <w:r>
        <w:rPr>
          <w:rFonts w:ascii="Arial" w:hAnsi="Arial"/>
          <w:color w:val="5D7284"/>
        </w:rPr>
        <w:t>1:10:43</w:t>
      </w:r>
    </w:p>
    <w:p w14:paraId="1B989B7E" w14:textId="77777777" w:rsidR="006C30AD" w:rsidRDefault="00DF7DB8">
      <w:pPr>
        <w:spacing w:after="0"/>
      </w:pPr>
      <w:r>
        <w:rPr>
          <w:rFonts w:ascii="Arial" w:hAnsi="Arial"/>
        </w:rPr>
        <w:t>a purpose of a DNA R is that it's a Do not attempt resuscitation for people for whom the process of that a</w:t>
      </w:r>
      <w:r>
        <w:rPr>
          <w:rFonts w:ascii="Arial" w:hAnsi="Arial"/>
        </w:rPr>
        <w:t>ttempted resuscitation, which of course is you know, chest compressions and things like that is going to leave them extremely with an extreme problems with kind of effects. Yeah, yeah, and problems recovering. So if you are, if you've got extremely brittle</w:t>
      </w:r>
      <w:r>
        <w:rPr>
          <w:rFonts w:ascii="Arial" w:hAnsi="Arial"/>
        </w:rPr>
        <w:t xml:space="preserve"> bones, things like that, if it means attempting to resuscitate you is going to mean that you're going to be in hospital, not able to breathe on your own because of damage to your lungs and ribs for the rest of your life can perhaps understand why they mig</w:t>
      </w:r>
      <w:r>
        <w:rPr>
          <w:rFonts w:ascii="Arial" w:hAnsi="Arial"/>
        </w:rPr>
        <w:t>ht consider DNA are it's supposed to be about whether whether it's going to be successful, and whether it's going to affect your quality of life afterwards, people who would you know, making the decision based on a person's cognitive abilities and mental y</w:t>
      </w:r>
      <w:r>
        <w:rPr>
          <w:rFonts w:ascii="Arial" w:hAnsi="Arial"/>
        </w:rPr>
        <w:t>ou know, cognitive abilities mental health, physical health, it's basically deciding that they don't have a quality of life already. Yeah, you know that their life is not worth saving, because they don't have a quality of life already.</w:t>
      </w:r>
    </w:p>
    <w:p w14:paraId="4891EF1D" w14:textId="77777777" w:rsidR="006C30AD" w:rsidRDefault="006C30AD">
      <w:pPr>
        <w:spacing w:after="0"/>
      </w:pPr>
    </w:p>
    <w:p w14:paraId="218F0A2C" w14:textId="77777777" w:rsidR="006C30AD" w:rsidRDefault="00DF7DB8">
      <w:pPr>
        <w:spacing w:after="0"/>
      </w:pPr>
      <w:r>
        <w:rPr>
          <w:rFonts w:ascii="Arial" w:hAnsi="Arial"/>
          <w:b/>
        </w:rPr>
        <w:t xml:space="preserve">Daisy  </w:t>
      </w:r>
      <w:r>
        <w:rPr>
          <w:rFonts w:ascii="Arial" w:hAnsi="Arial"/>
          <w:color w:val="5D7284"/>
        </w:rPr>
        <w:t>1:11:57</w:t>
      </w:r>
    </w:p>
    <w:p w14:paraId="0785FD46" w14:textId="77777777" w:rsidR="006C30AD" w:rsidRDefault="00DF7DB8">
      <w:pPr>
        <w:spacing w:after="0"/>
      </w:pPr>
      <w:r>
        <w:rPr>
          <w:rFonts w:ascii="Arial" w:hAnsi="Arial"/>
        </w:rPr>
        <w:t>Yeah</w:t>
      </w:r>
      <w:r>
        <w:rPr>
          <w:rFonts w:ascii="Arial" w:hAnsi="Arial"/>
        </w:rPr>
        <w:t xml:space="preserve">, yeah. So we don't want to collect all things like that. So you know, all of these problems that people face, but also just, you know, the mundane day to day stuff. We want, you know, researchers and you know, people in the future to be able to look back </w:t>
      </w:r>
      <w:r>
        <w:rPr>
          <w:rFonts w:ascii="Arial" w:hAnsi="Arial"/>
        </w:rPr>
        <w:t>and see what this time was, like for the safe community specifically. So you know, whether it's the receipt from your particularly large deliveroo order, or, you know, some of some of your social media posts from when these things were announced, you know,</w:t>
      </w:r>
      <w:r>
        <w:rPr>
          <w:rFonts w:ascii="Arial" w:hAnsi="Arial"/>
        </w:rPr>
        <w:t xml:space="preserve"> letters from, you know, like, your original shielding letter, or, you know, what your hospital appointments, which was rescheduled or so, a lot of submissions I had so far have been from artists. So it's up that they've made during lockdown things, but ba</w:t>
      </w:r>
      <w:r>
        <w:rPr>
          <w:rFonts w:ascii="Arial" w:hAnsi="Arial"/>
        </w:rPr>
        <w:t>sically, it's anything anything, it's what we want. Tell me what in the archive during or lockdown we created a podcasts Yeah submit it to the archive</w:t>
      </w:r>
    </w:p>
    <w:p w14:paraId="3A521E40" w14:textId="77777777" w:rsidR="006C30AD" w:rsidRDefault="006C30AD">
      <w:pPr>
        <w:spacing w:after="0"/>
      </w:pPr>
    </w:p>
    <w:p w14:paraId="7B5F6373" w14:textId="77777777" w:rsidR="006C30AD" w:rsidRDefault="00DF7DB8">
      <w:pPr>
        <w:spacing w:after="0"/>
      </w:pPr>
      <w:r>
        <w:rPr>
          <w:rFonts w:ascii="Arial" w:hAnsi="Arial"/>
          <w:b/>
        </w:rPr>
        <w:t xml:space="preserve">Lucy  </w:t>
      </w:r>
      <w:r>
        <w:rPr>
          <w:rFonts w:ascii="Arial" w:hAnsi="Arial"/>
          <w:color w:val="5D7284"/>
        </w:rPr>
        <w:t>1:12:57</w:t>
      </w:r>
    </w:p>
    <w:p w14:paraId="157729B1" w14:textId="77777777" w:rsidR="006C30AD" w:rsidRDefault="00DF7DB8">
      <w:pPr>
        <w:spacing w:after="0"/>
      </w:pPr>
      <w:r>
        <w:rPr>
          <w:rFonts w:ascii="Arial" w:hAnsi="Arial"/>
        </w:rPr>
        <w:t>Yeah.</w:t>
      </w:r>
    </w:p>
    <w:p w14:paraId="178728F8" w14:textId="77777777" w:rsidR="006C30AD" w:rsidRDefault="006C30AD">
      <w:pPr>
        <w:spacing w:after="0"/>
      </w:pPr>
    </w:p>
    <w:p w14:paraId="373B7861" w14:textId="77777777" w:rsidR="006C30AD" w:rsidRDefault="00DF7DB8">
      <w:pPr>
        <w:spacing w:after="0"/>
      </w:pPr>
      <w:r>
        <w:rPr>
          <w:rFonts w:ascii="Arial" w:hAnsi="Arial"/>
          <w:b/>
        </w:rPr>
        <w:t xml:space="preserve">Alice  </w:t>
      </w:r>
      <w:r>
        <w:rPr>
          <w:rFonts w:ascii="Arial" w:hAnsi="Arial"/>
          <w:color w:val="5D7284"/>
        </w:rPr>
        <w:t>1:13:00</w:t>
      </w:r>
    </w:p>
    <w:p w14:paraId="7F85E33F" w14:textId="77777777" w:rsidR="006C30AD" w:rsidRDefault="00DF7DB8">
      <w:pPr>
        <w:spacing w:after="0"/>
      </w:pPr>
      <w:r>
        <w:rPr>
          <w:rFonts w:ascii="Arial" w:hAnsi="Arial"/>
        </w:rPr>
        <w:t>I don't think it's I don't think it's sort of a surprise that it was</w:t>
      </w:r>
      <w:r>
        <w:rPr>
          <w:rFonts w:ascii="Arial" w:hAnsi="Arial"/>
        </w:rPr>
        <w:t xml:space="preserve"> living during the first lockdown and kind of joining the sort of disabled Twitter community that prompted me to sort of be like, Yeah, actually, I want </w:t>
      </w:r>
      <w:r>
        <w:rPr>
          <w:rFonts w:ascii="Arial" w:hAnsi="Arial"/>
        </w:rPr>
        <w:lastRenderedPageBreak/>
        <w:t>to do this I want to start a podcast. It's the two I if lockdown never happened, I probably would never</w:t>
      </w:r>
      <w:r>
        <w:rPr>
          <w:rFonts w:ascii="Arial" w:hAnsi="Arial"/>
        </w:rPr>
        <w:t xml:space="preserve"> have bothered</w:t>
      </w:r>
    </w:p>
    <w:p w14:paraId="4E6BE910" w14:textId="77777777" w:rsidR="006C30AD" w:rsidRDefault="006C30AD">
      <w:pPr>
        <w:spacing w:after="0"/>
      </w:pPr>
    </w:p>
    <w:p w14:paraId="1CD8EA59" w14:textId="77777777" w:rsidR="006C30AD" w:rsidRDefault="00DF7DB8">
      <w:pPr>
        <w:spacing w:after="0"/>
      </w:pPr>
      <w:r>
        <w:rPr>
          <w:rFonts w:ascii="Arial" w:hAnsi="Arial"/>
          <w:b/>
        </w:rPr>
        <w:t xml:space="preserve">Lucy  </w:t>
      </w:r>
      <w:r>
        <w:rPr>
          <w:rFonts w:ascii="Arial" w:hAnsi="Arial"/>
          <w:color w:val="5D7284"/>
        </w:rPr>
        <w:t>1:13:18</w:t>
      </w:r>
    </w:p>
    <w:p w14:paraId="48A32283" w14:textId="77777777" w:rsidR="006C30AD" w:rsidRDefault="00DF7DB8">
      <w:pPr>
        <w:spacing w:after="0"/>
      </w:pPr>
      <w:r>
        <w:rPr>
          <w:rFonts w:ascii="Arial" w:hAnsi="Arial"/>
        </w:rPr>
        <w:t>I would probably still be ummming and arring about it. And I still I don't think I've said this to you Alice, but I I feel that if it hadn't have been for you. Sort of going do you want to do this podcast and giving me somethi</w:t>
      </w:r>
      <w:r>
        <w:rPr>
          <w:rFonts w:ascii="Arial" w:hAnsi="Arial"/>
        </w:rPr>
        <w:t>ng to focus on, God knows where I'd be because it was having, on the days where I was really struggling and really low. And.... I'm going to  get really teary now.... And on the days where I was really struggling and really low it was Alice that was the on</w:t>
      </w:r>
      <w:r>
        <w:rPr>
          <w:rFonts w:ascii="Arial" w:hAnsi="Arial"/>
        </w:rPr>
        <w:t>e who was going Have you thought about this? She was she was providing that distraction she was providing sorry....she was... Adam you can leave this in its quite good.</w:t>
      </w:r>
    </w:p>
    <w:p w14:paraId="356FCEB0" w14:textId="77777777" w:rsidR="006C30AD" w:rsidRDefault="006C30AD">
      <w:pPr>
        <w:spacing w:after="0"/>
      </w:pPr>
    </w:p>
    <w:p w14:paraId="1D58FA46" w14:textId="77777777" w:rsidR="006C30AD" w:rsidRDefault="00DF7DB8">
      <w:pPr>
        <w:spacing w:after="0"/>
      </w:pPr>
      <w:r>
        <w:rPr>
          <w:rFonts w:ascii="Arial" w:hAnsi="Arial"/>
          <w:b/>
        </w:rPr>
        <w:t xml:space="preserve">Alice  </w:t>
      </w:r>
      <w:r>
        <w:rPr>
          <w:rFonts w:ascii="Arial" w:hAnsi="Arial"/>
          <w:color w:val="5D7284"/>
        </w:rPr>
        <w:t>1:14:11</w:t>
      </w:r>
    </w:p>
    <w:p w14:paraId="79861C14" w14:textId="77777777" w:rsidR="006C30AD" w:rsidRDefault="00DF7DB8">
      <w:pPr>
        <w:spacing w:after="0"/>
      </w:pPr>
      <w:r>
        <w:rPr>
          <w:rFonts w:ascii="Arial" w:hAnsi="Arial"/>
        </w:rPr>
        <w:t xml:space="preserve">Just ruin the be emotional part of it, she's like Adam you can fucking </w:t>
      </w:r>
      <w:r>
        <w:rPr>
          <w:rFonts w:ascii="Arial" w:hAnsi="Arial"/>
        </w:rPr>
        <w:t>leave this in!</w:t>
      </w:r>
    </w:p>
    <w:p w14:paraId="28F02480" w14:textId="77777777" w:rsidR="006C30AD" w:rsidRDefault="006C30AD">
      <w:pPr>
        <w:spacing w:after="0"/>
      </w:pPr>
    </w:p>
    <w:p w14:paraId="1FB51872" w14:textId="77777777" w:rsidR="006C30AD" w:rsidRDefault="00DF7DB8">
      <w:pPr>
        <w:spacing w:after="0"/>
      </w:pPr>
      <w:r>
        <w:rPr>
          <w:rFonts w:ascii="Arial" w:hAnsi="Arial"/>
          <w:b/>
        </w:rPr>
        <w:t xml:space="preserve">Daisy  </w:t>
      </w:r>
      <w:r>
        <w:rPr>
          <w:rFonts w:ascii="Arial" w:hAnsi="Arial"/>
          <w:color w:val="5D7284"/>
        </w:rPr>
        <w:t>1:14:16</w:t>
      </w:r>
    </w:p>
    <w:p w14:paraId="01778E02" w14:textId="77777777" w:rsidR="006C30AD" w:rsidRDefault="00DF7DB8">
      <w:pPr>
        <w:spacing w:after="0"/>
      </w:pPr>
      <w:r>
        <w:rPr>
          <w:rFonts w:ascii="Arial" w:hAnsi="Arial"/>
        </w:rPr>
        <w:t xml:space="preserve">But if you did you provided me with that kind of distraction even if it was a few hours or you know, half a day or something where things would really kick in and get really bad. Or when I was feeling like I need </w:t>
      </w:r>
      <w:r>
        <w:rPr>
          <w:rFonts w:ascii="Arial" w:hAnsi="Arial"/>
        </w:rPr>
        <w:t>something to do today. Let me just focus on the podcast of it wasn't because I mean I was getting stuff done really quickly and you were like wow, you're really motoring with this wasn't because I wanted to is because I was just doing it to keep me sane, e</w:t>
      </w:r>
      <w:r>
        <w:rPr>
          <w:rFonts w:ascii="Arial" w:hAnsi="Arial"/>
        </w:rPr>
        <w:t>ven if it's shit to start off with giving me something to do for an afternoon. So I know I do I completely believe that. It was having this outlet to talk to people through lockdown and talk to Alice and go Do you know what things are really crappy. This m</w:t>
      </w:r>
      <w:r>
        <w:rPr>
          <w:rFonts w:ascii="Arial" w:hAnsi="Arial"/>
        </w:rPr>
        <w:t>ade me feel a lot better about this lockdown than the first one. So, yeah, maybe we should have said that off air where I didn't cry.</w:t>
      </w:r>
    </w:p>
    <w:p w14:paraId="628F85DE" w14:textId="77777777" w:rsidR="006C30AD" w:rsidRDefault="006C30AD">
      <w:pPr>
        <w:spacing w:after="0"/>
      </w:pPr>
    </w:p>
    <w:p w14:paraId="370F76C2" w14:textId="77777777" w:rsidR="006C30AD" w:rsidRDefault="00DF7DB8">
      <w:pPr>
        <w:spacing w:after="0"/>
      </w:pPr>
      <w:r>
        <w:rPr>
          <w:rFonts w:ascii="Arial" w:hAnsi="Arial"/>
          <w:b/>
        </w:rPr>
        <w:t xml:space="preserve">Alice  </w:t>
      </w:r>
      <w:r>
        <w:rPr>
          <w:rFonts w:ascii="Arial" w:hAnsi="Arial"/>
          <w:color w:val="5D7284"/>
        </w:rPr>
        <w:t>1:15:12</w:t>
      </w:r>
    </w:p>
    <w:p w14:paraId="674BBF00" w14:textId="77777777" w:rsidR="006C30AD" w:rsidRDefault="00DF7DB8">
      <w:pPr>
        <w:spacing w:after="0"/>
      </w:pPr>
      <w:r>
        <w:rPr>
          <w:rFonts w:ascii="Arial" w:hAnsi="Arial"/>
        </w:rPr>
        <w:t>If we said one of the things we want from this podcast is a place for people to be able to kind of share a</w:t>
      </w:r>
      <w:r>
        <w:rPr>
          <w:rFonts w:ascii="Arial" w:hAnsi="Arial"/>
        </w:rPr>
        <w:t>ll of all of that stuff, you know, having a disability, sometimes it's really fucking hard. And we make jokes. And you know, we're cynical, and we're sarcastic and stuff like that. But sometimes I think it's important for our mental health. And I think it'</w:t>
      </w:r>
      <w:r>
        <w:rPr>
          <w:rFonts w:ascii="Arial" w:hAnsi="Arial"/>
        </w:rPr>
        <w:t>s really important for the mental health of people out there who are listening to go that, you know what, whatever it is, even if it's not disability related, we're we're going we want to be a space where people can share everything. And sometimes that mea</w:t>
      </w:r>
      <w:r>
        <w:rPr>
          <w:rFonts w:ascii="Arial" w:hAnsi="Arial"/>
        </w:rPr>
        <w:t>ns being sad, and being afraid. And, you know, it's, I have shared some stories on this podcast that have been hard to share and that have, you know, things I've never told people before. And it that's what we want this space to be because, especially, you</w:t>
      </w:r>
      <w:r>
        <w:rPr>
          <w:rFonts w:ascii="Arial" w:hAnsi="Arial"/>
        </w:rPr>
        <w:t xml:space="preserve"> know, at the moment when everybody is so isolated, if we can have somewhere where people can come and listen and feel like Actually, yeah, that's somebody who understands that somebody who's also been there. I think that that, that's going to help, you kn</w:t>
      </w:r>
      <w:r>
        <w:rPr>
          <w:rFonts w:ascii="Arial" w:hAnsi="Arial"/>
        </w:rPr>
        <w:t>ow, if we help one person, it's, it's going to, I want to foster a sense of community.</w:t>
      </w:r>
    </w:p>
    <w:p w14:paraId="5FEB4AA0" w14:textId="77777777" w:rsidR="006C30AD" w:rsidRDefault="006C30AD">
      <w:pPr>
        <w:spacing w:after="0"/>
      </w:pPr>
    </w:p>
    <w:p w14:paraId="609ABDFB" w14:textId="77777777" w:rsidR="006C30AD" w:rsidRDefault="00DF7DB8">
      <w:pPr>
        <w:spacing w:after="0"/>
      </w:pPr>
      <w:r>
        <w:rPr>
          <w:rFonts w:ascii="Arial" w:hAnsi="Arial"/>
          <w:b/>
        </w:rPr>
        <w:t xml:space="preserve">Daisy  </w:t>
      </w:r>
      <w:r>
        <w:rPr>
          <w:rFonts w:ascii="Arial" w:hAnsi="Arial"/>
          <w:color w:val="5D7284"/>
        </w:rPr>
        <w:t>1:16:31</w:t>
      </w:r>
    </w:p>
    <w:p w14:paraId="2B772891" w14:textId="77777777" w:rsidR="006C30AD" w:rsidRDefault="00DF7DB8">
      <w:pPr>
        <w:spacing w:after="0"/>
      </w:pPr>
      <w:r>
        <w:rPr>
          <w:rFonts w:ascii="Arial" w:hAnsi="Arial"/>
        </w:rPr>
        <w:t>And that's the thing I don't think we ever started off thinking we'll go We'll go on to help people. We just wanted to have a chat about people who'd got</w:t>
      </w:r>
      <w:r>
        <w:rPr>
          <w:rFonts w:ascii="Arial" w:hAnsi="Arial"/>
        </w:rPr>
        <w:t xml:space="preserve"> labels and gone, it can be a bit crap, sometimes </w:t>
      </w:r>
      <w:r>
        <w:rPr>
          <w:rFonts w:ascii="Arial" w:hAnsi="Arial"/>
        </w:rPr>
        <w:lastRenderedPageBreak/>
        <w:t>kindness, that kind of thing. We did it what, but I think it's morphing into something a lot bigger than we ever expected. Oh, yeah.</w:t>
      </w:r>
    </w:p>
    <w:p w14:paraId="155C091C" w14:textId="77777777" w:rsidR="006C30AD" w:rsidRDefault="006C30AD">
      <w:pPr>
        <w:spacing w:after="0"/>
      </w:pPr>
    </w:p>
    <w:p w14:paraId="06D64720" w14:textId="77777777" w:rsidR="006C30AD" w:rsidRDefault="00DF7DB8">
      <w:pPr>
        <w:spacing w:after="0"/>
      </w:pPr>
      <w:r>
        <w:rPr>
          <w:rFonts w:ascii="Arial" w:hAnsi="Arial"/>
          <w:b/>
        </w:rPr>
        <w:t xml:space="preserve">Alice  </w:t>
      </w:r>
      <w:r>
        <w:rPr>
          <w:rFonts w:ascii="Arial" w:hAnsi="Arial"/>
          <w:color w:val="5D7284"/>
        </w:rPr>
        <w:t>1:16:48</w:t>
      </w:r>
    </w:p>
    <w:p w14:paraId="657342D5" w14:textId="77777777" w:rsidR="006C30AD" w:rsidRDefault="00DF7DB8">
      <w:pPr>
        <w:spacing w:after="0"/>
      </w:pPr>
      <w:r>
        <w:rPr>
          <w:rFonts w:ascii="Arial" w:hAnsi="Arial"/>
        </w:rPr>
        <w:t>It's really nice to say, yeah. And, you know, that is par</w:t>
      </w:r>
      <w:r>
        <w:rPr>
          <w:rFonts w:ascii="Arial" w:hAnsi="Arial"/>
        </w:rPr>
        <w:t>tly because of getting contributors, you know, having people who come are coming on and talking about their experience of, you know, disability and illness, but also people you know, like Daisy, who's going to come on and share kind of specialist ideas. An</w:t>
      </w:r>
      <w:r>
        <w:rPr>
          <w:rFonts w:ascii="Arial" w:hAnsi="Arial"/>
        </w:rPr>
        <w:t>d this is turning into something much sort of broader than and I think it's going to mean different things to different people, there's going to be people who absolutely have no interest in our interview episodes and are like, Oh, it's just Alex and Lucy f</w:t>
      </w:r>
      <w:r>
        <w:rPr>
          <w:rFonts w:ascii="Arial" w:hAnsi="Arial"/>
        </w:rPr>
        <w:t>ucking waffle in talking over each other for</w:t>
      </w:r>
    </w:p>
    <w:p w14:paraId="11D7C5AA" w14:textId="77777777" w:rsidR="006C30AD" w:rsidRDefault="006C30AD">
      <w:pPr>
        <w:spacing w:after="0"/>
      </w:pPr>
    </w:p>
    <w:p w14:paraId="1DC6CDE5" w14:textId="77777777" w:rsidR="006C30AD" w:rsidRDefault="00DF7DB8">
      <w:pPr>
        <w:spacing w:after="0"/>
      </w:pPr>
      <w:r>
        <w:rPr>
          <w:rFonts w:ascii="Arial" w:hAnsi="Arial"/>
          <w:b/>
        </w:rPr>
        <w:t xml:space="preserve">Daisy  </w:t>
      </w:r>
      <w:r>
        <w:rPr>
          <w:rFonts w:ascii="Arial" w:hAnsi="Arial"/>
          <w:color w:val="5D7284"/>
        </w:rPr>
        <w:t>1:17:28</w:t>
      </w:r>
    </w:p>
    <w:p w14:paraId="6ED59A70" w14:textId="77777777" w:rsidR="006C30AD" w:rsidRDefault="00DF7DB8">
      <w:pPr>
        <w:spacing w:after="0"/>
      </w:pPr>
      <w:r>
        <w:rPr>
          <w:rFonts w:ascii="Arial" w:hAnsi="Arial"/>
        </w:rPr>
        <w:t>an hour. Yeah.</w:t>
      </w:r>
    </w:p>
    <w:p w14:paraId="1392A923" w14:textId="77777777" w:rsidR="006C30AD" w:rsidRDefault="006C30AD">
      <w:pPr>
        <w:spacing w:after="0"/>
      </w:pPr>
    </w:p>
    <w:p w14:paraId="7C6F4D4C" w14:textId="77777777" w:rsidR="006C30AD" w:rsidRDefault="00DF7DB8">
      <w:pPr>
        <w:spacing w:after="0"/>
      </w:pPr>
      <w:r>
        <w:rPr>
          <w:rFonts w:ascii="Arial" w:hAnsi="Arial"/>
          <w:b/>
        </w:rPr>
        <w:t xml:space="preserve">Alice  </w:t>
      </w:r>
      <w:r>
        <w:rPr>
          <w:rFonts w:ascii="Arial" w:hAnsi="Arial"/>
          <w:color w:val="5D7284"/>
        </w:rPr>
        <w:t>1:17:29</w:t>
      </w:r>
    </w:p>
    <w:p w14:paraId="54F5558B" w14:textId="77777777" w:rsidR="006C30AD" w:rsidRDefault="00DF7DB8">
      <w:pPr>
        <w:spacing w:after="0"/>
      </w:pPr>
      <w:r>
        <w:rPr>
          <w:rFonts w:ascii="Arial" w:hAnsi="Arial"/>
        </w:rPr>
        <w:t xml:space="preserve">And there's gonna be people who are like, right, I'm only gonna listen to it. It's part of the reason why I think we should, you know, specifically named </w:t>
      </w:r>
      <w:r>
        <w:rPr>
          <w:rFonts w:ascii="Arial" w:hAnsi="Arial"/>
        </w:rPr>
        <w:t>Daisy's episodes, the history lessons, so that people can be like, yeah, I'm only gonna listen to the history lesson episodes, because it's more somebody sensible talking and less Lucy crying and swearing</w:t>
      </w:r>
    </w:p>
    <w:p w14:paraId="62DF95ED" w14:textId="77777777" w:rsidR="006C30AD" w:rsidRDefault="006C30AD">
      <w:pPr>
        <w:spacing w:after="0"/>
      </w:pPr>
    </w:p>
    <w:p w14:paraId="36879C89" w14:textId="77777777" w:rsidR="006C30AD" w:rsidRDefault="00DF7DB8">
      <w:pPr>
        <w:spacing w:after="0"/>
      </w:pPr>
      <w:r>
        <w:rPr>
          <w:rFonts w:ascii="Arial" w:hAnsi="Arial"/>
          <w:b/>
        </w:rPr>
        <w:t xml:space="preserve">Daisy  </w:t>
      </w:r>
      <w:r>
        <w:rPr>
          <w:rFonts w:ascii="Arial" w:hAnsi="Arial"/>
          <w:color w:val="5D7284"/>
        </w:rPr>
        <w:t>1:17:52</w:t>
      </w:r>
    </w:p>
    <w:p w14:paraId="0B8CFBC7" w14:textId="77777777" w:rsidR="006C30AD" w:rsidRDefault="00DF7DB8">
      <w:pPr>
        <w:spacing w:after="0"/>
      </w:pPr>
      <w:r>
        <w:rPr>
          <w:rFonts w:ascii="Arial" w:hAnsi="Arial"/>
        </w:rPr>
        <w:t xml:space="preserve">is incredibly inaccurate. There we </w:t>
      </w:r>
      <w:r>
        <w:rPr>
          <w:rFonts w:ascii="Arial" w:hAnsi="Arial"/>
        </w:rPr>
        <w:t>go, Daisy first correction on her show;</w:t>
      </w:r>
    </w:p>
    <w:p w14:paraId="3AA3CA20" w14:textId="77777777" w:rsidR="006C30AD" w:rsidRDefault="006C30AD">
      <w:pPr>
        <w:spacing w:after="0"/>
      </w:pPr>
    </w:p>
    <w:p w14:paraId="388DF662" w14:textId="77777777" w:rsidR="006C30AD" w:rsidRDefault="00DF7DB8">
      <w:pPr>
        <w:spacing w:after="0"/>
      </w:pPr>
      <w:r>
        <w:rPr>
          <w:rFonts w:ascii="Arial" w:hAnsi="Arial"/>
          <w:b/>
        </w:rPr>
        <w:t xml:space="preserve">Lucy  </w:t>
      </w:r>
      <w:r>
        <w:rPr>
          <w:rFonts w:ascii="Arial" w:hAnsi="Arial"/>
          <w:color w:val="5D7284"/>
        </w:rPr>
        <w:t>1:18:06</w:t>
      </w:r>
    </w:p>
    <w:p w14:paraId="3931CF64" w14:textId="77777777" w:rsidR="006C30AD" w:rsidRDefault="00DF7DB8">
      <w:pPr>
        <w:spacing w:after="0"/>
      </w:pPr>
      <w:r>
        <w:rPr>
          <w:rFonts w:ascii="Arial" w:hAnsi="Arial"/>
        </w:rPr>
        <w:t>sobif anyone wants to submit Anything to the COVID all code? How do they do that? How long is the archive open for is a specific time or...</w:t>
      </w:r>
    </w:p>
    <w:p w14:paraId="46EDF53C" w14:textId="77777777" w:rsidR="006C30AD" w:rsidRDefault="006C30AD">
      <w:pPr>
        <w:spacing w:after="0"/>
      </w:pPr>
    </w:p>
    <w:p w14:paraId="31E5EAB2" w14:textId="77777777" w:rsidR="006C30AD" w:rsidRDefault="00DF7DB8">
      <w:pPr>
        <w:spacing w:after="0"/>
      </w:pPr>
      <w:r>
        <w:rPr>
          <w:rFonts w:ascii="Arial" w:hAnsi="Arial"/>
          <w:b/>
        </w:rPr>
        <w:t xml:space="preserve">Daisy  </w:t>
      </w:r>
      <w:r>
        <w:rPr>
          <w:rFonts w:ascii="Arial" w:hAnsi="Arial"/>
          <w:color w:val="5D7284"/>
        </w:rPr>
        <w:t>1:18:13</w:t>
      </w:r>
    </w:p>
    <w:p w14:paraId="5C6977B8" w14:textId="77777777" w:rsidR="006C30AD" w:rsidRDefault="00DF7DB8">
      <w:pPr>
        <w:spacing w:after="0"/>
      </w:pPr>
      <w:r>
        <w:rPr>
          <w:rFonts w:ascii="Arial" w:hAnsi="Arial"/>
        </w:rPr>
        <w:t>there is no end date to the archive. Because,</w:t>
      </w:r>
      <w:r>
        <w:rPr>
          <w:rFonts w:ascii="Arial" w:hAnsi="Arial"/>
        </w:rPr>
        <w:t xml:space="preserve"> you know, history carries on forever and ever and ever and ever. So all submissions so far, I'm hoping to have the website set up soon. So like, by the time this goes out, where you can submit via website, but in the meantime, you can email COVID disabili</w:t>
      </w:r>
      <w:r>
        <w:rPr>
          <w:rFonts w:ascii="Arial" w:hAnsi="Arial"/>
        </w:rPr>
        <w:t>ty archive@gmail.com. And I have more information about the archives was you know, FAQs and things like that on a just on my website, which is Daisy, the chronicinvalid.com. And we will make sure that all the links to your COVID archive, and everything tha</w:t>
      </w:r>
      <w:r>
        <w:rPr>
          <w:rFonts w:ascii="Arial" w:hAnsi="Arial"/>
        </w:rPr>
        <w:t>t you've spoken about today, like with your blog, and everything is in the description for this podcast.</w:t>
      </w:r>
    </w:p>
    <w:p w14:paraId="5522AB81" w14:textId="77777777" w:rsidR="006C30AD" w:rsidRDefault="006C30AD">
      <w:pPr>
        <w:spacing w:after="0"/>
      </w:pPr>
    </w:p>
    <w:p w14:paraId="2E1A4FA7" w14:textId="77777777" w:rsidR="006C30AD" w:rsidRDefault="00DF7DB8">
      <w:pPr>
        <w:spacing w:after="0"/>
      </w:pPr>
      <w:r>
        <w:rPr>
          <w:rFonts w:ascii="Arial" w:hAnsi="Arial"/>
          <w:b/>
        </w:rPr>
        <w:t xml:space="preserve">Alice  </w:t>
      </w:r>
      <w:r>
        <w:rPr>
          <w:rFonts w:ascii="Arial" w:hAnsi="Arial"/>
          <w:color w:val="5D7284"/>
        </w:rPr>
        <w:t>1:19:03</w:t>
      </w:r>
    </w:p>
    <w:p w14:paraId="426E80B3" w14:textId="77777777" w:rsidR="006C30AD" w:rsidRDefault="00DF7DB8">
      <w:pPr>
        <w:spacing w:after="0"/>
      </w:pPr>
      <w:r>
        <w:rPr>
          <w:rFonts w:ascii="Arial" w:hAnsi="Arial"/>
        </w:rPr>
        <w:t>And we'll also make sure it's all up on our website. And</w:t>
      </w:r>
    </w:p>
    <w:p w14:paraId="244C345C" w14:textId="77777777" w:rsidR="006C30AD" w:rsidRDefault="006C30AD">
      <w:pPr>
        <w:spacing w:after="0"/>
      </w:pPr>
    </w:p>
    <w:p w14:paraId="1A818564" w14:textId="77777777" w:rsidR="006C30AD" w:rsidRDefault="00DF7DB8">
      <w:pPr>
        <w:spacing w:after="0"/>
      </w:pPr>
      <w:r>
        <w:rPr>
          <w:rFonts w:ascii="Arial" w:hAnsi="Arial"/>
          <w:b/>
        </w:rPr>
        <w:t xml:space="preserve">Daisy  </w:t>
      </w:r>
      <w:r>
        <w:rPr>
          <w:rFonts w:ascii="Arial" w:hAnsi="Arial"/>
          <w:color w:val="5D7284"/>
        </w:rPr>
        <w:t>1:19:05</w:t>
      </w:r>
    </w:p>
    <w:p w14:paraId="75E70A3E" w14:textId="77777777" w:rsidR="006C30AD" w:rsidRDefault="00DF7DB8">
      <w:pPr>
        <w:spacing w:after="0"/>
      </w:pPr>
      <w:r>
        <w:rPr>
          <w:rFonts w:ascii="Arial" w:hAnsi="Arial"/>
        </w:rPr>
        <w:t xml:space="preserve">if you scroll down, and you click the links in the </w:t>
      </w:r>
      <w:r>
        <w:rPr>
          <w:rFonts w:ascii="Arial" w:hAnsi="Arial"/>
        </w:rPr>
        <w:t>description, you'll find all that stuff there. Daisy, thank you so much for your time today. It's been an absolute pleasure. And I'm so pleased you're joining our team. Thank you for having me. It's been very nice!</w:t>
      </w:r>
    </w:p>
    <w:p w14:paraId="3B80E037" w14:textId="77777777" w:rsidR="006C30AD" w:rsidRDefault="006C30AD">
      <w:pPr>
        <w:spacing w:after="0"/>
      </w:pPr>
    </w:p>
    <w:p w14:paraId="5A2662D7" w14:textId="77777777" w:rsidR="006C30AD" w:rsidRDefault="00DF7DB8">
      <w:pPr>
        <w:spacing w:after="0"/>
      </w:pPr>
      <w:r>
        <w:rPr>
          <w:rFonts w:ascii="Arial" w:hAnsi="Arial"/>
          <w:b/>
        </w:rPr>
        <w:lastRenderedPageBreak/>
        <w:t xml:space="preserve">Alice  </w:t>
      </w:r>
      <w:r>
        <w:rPr>
          <w:rFonts w:ascii="Arial" w:hAnsi="Arial"/>
          <w:color w:val="5D7284"/>
        </w:rPr>
        <w:t>1:19:18</w:t>
      </w:r>
    </w:p>
    <w:p w14:paraId="0DAAA92D" w14:textId="77777777" w:rsidR="006C30AD" w:rsidRDefault="00DF7DB8">
      <w:pPr>
        <w:spacing w:after="0"/>
      </w:pPr>
      <w:r>
        <w:rPr>
          <w:rFonts w:ascii="Arial" w:hAnsi="Arial"/>
        </w:rPr>
        <w:t>good. We're glad we didn'</w:t>
      </w:r>
      <w:r>
        <w:rPr>
          <w:rFonts w:ascii="Arial" w:hAnsi="Arial"/>
        </w:rPr>
        <w:t>t bore you.</w:t>
      </w:r>
    </w:p>
    <w:p w14:paraId="6728D95E" w14:textId="77777777" w:rsidR="006C30AD" w:rsidRDefault="006C30AD">
      <w:pPr>
        <w:spacing w:after="0"/>
      </w:pPr>
    </w:p>
    <w:p w14:paraId="2527E9EE" w14:textId="77777777" w:rsidR="006C30AD" w:rsidRDefault="00DF7DB8">
      <w:pPr>
        <w:spacing w:after="0"/>
      </w:pPr>
      <w:r>
        <w:rPr>
          <w:rFonts w:ascii="Arial" w:hAnsi="Arial"/>
          <w:b/>
        </w:rPr>
        <w:t xml:space="preserve">Daisy  </w:t>
      </w:r>
      <w:r>
        <w:rPr>
          <w:rFonts w:ascii="Arial" w:hAnsi="Arial"/>
          <w:color w:val="5D7284"/>
        </w:rPr>
        <w:t>1:19:23</w:t>
      </w:r>
    </w:p>
    <w:p w14:paraId="07460FD4" w14:textId="77777777" w:rsidR="006C30AD" w:rsidRDefault="00DF7DB8">
      <w:pPr>
        <w:spacing w:after="0"/>
      </w:pPr>
      <w:r>
        <w:rPr>
          <w:rFonts w:ascii="Arial" w:hAnsi="Arial"/>
        </w:rPr>
        <w:t>I think that's a perfect way to finish this off.</w:t>
      </w:r>
    </w:p>
    <w:p w14:paraId="25D9EC9E" w14:textId="77777777" w:rsidR="006C30AD" w:rsidRDefault="006C30AD">
      <w:pPr>
        <w:spacing w:after="0"/>
      </w:pPr>
    </w:p>
    <w:p w14:paraId="34573082" w14:textId="77777777" w:rsidR="006C30AD" w:rsidRDefault="00DF7DB8">
      <w:pPr>
        <w:spacing w:after="0"/>
      </w:pPr>
      <w:r>
        <w:rPr>
          <w:rFonts w:ascii="Arial" w:hAnsi="Arial"/>
          <w:b/>
        </w:rPr>
        <w:t xml:space="preserve">Alice  </w:t>
      </w:r>
      <w:r>
        <w:rPr>
          <w:rFonts w:ascii="Arial" w:hAnsi="Arial"/>
          <w:color w:val="5D7284"/>
        </w:rPr>
        <w:t>1:19:28</w:t>
      </w:r>
    </w:p>
    <w:p w14:paraId="0FECAD2B" w14:textId="77777777" w:rsidR="006C30AD" w:rsidRDefault="00DF7DB8">
      <w:pPr>
        <w:spacing w:after="0"/>
      </w:pPr>
      <w:r>
        <w:rPr>
          <w:rFonts w:ascii="Arial" w:hAnsi="Arial"/>
        </w:rPr>
        <w:t>Thanks for listening to the lABLEd podcast. If you like the show, please rate review and subscribe. You can follow us on social media at lABLEd podcast.</w:t>
      </w:r>
    </w:p>
    <w:p w14:paraId="05BBF81B" w14:textId="77777777" w:rsidR="006C30AD" w:rsidRDefault="006C30AD">
      <w:pPr>
        <w:spacing w:after="0"/>
      </w:pPr>
    </w:p>
    <w:p w14:paraId="1729E11A" w14:textId="77777777" w:rsidR="006C30AD" w:rsidRDefault="00DF7DB8">
      <w:pPr>
        <w:spacing w:after="0"/>
      </w:pPr>
      <w:r>
        <w:rPr>
          <w:rFonts w:ascii="Arial" w:hAnsi="Arial"/>
          <w:b/>
        </w:rPr>
        <w:t xml:space="preserve">Daisy  </w:t>
      </w:r>
      <w:r>
        <w:rPr>
          <w:rFonts w:ascii="Arial" w:hAnsi="Arial"/>
          <w:color w:val="5D7284"/>
        </w:rPr>
        <w:t>1:</w:t>
      </w:r>
      <w:r>
        <w:rPr>
          <w:rFonts w:ascii="Arial" w:hAnsi="Arial"/>
          <w:color w:val="5D7284"/>
        </w:rPr>
        <w:t>19:38</w:t>
      </w:r>
    </w:p>
    <w:p w14:paraId="3CAD6C40" w14:textId="77777777" w:rsidR="006C30AD" w:rsidRDefault="00DF7DB8">
      <w:pPr>
        <w:spacing w:after="0"/>
      </w:pPr>
      <w:r>
        <w:rPr>
          <w:rFonts w:ascii="Arial" w:hAnsi="Arial"/>
        </w:rPr>
        <w:t>our thanks Go to our editor Adam Hall, a music composer Maisy Crunden and a graphic designer Sarah Colley.</w:t>
      </w:r>
    </w:p>
    <w:p w14:paraId="641EA9DD" w14:textId="77777777" w:rsidR="006C30AD" w:rsidRDefault="006C30AD">
      <w:pPr>
        <w:spacing w:after="0"/>
      </w:pPr>
    </w:p>
    <w:p w14:paraId="07678298" w14:textId="77777777" w:rsidR="006C30AD" w:rsidRDefault="00DF7DB8">
      <w:pPr>
        <w:spacing w:after="0"/>
      </w:pPr>
      <w:r>
        <w:rPr>
          <w:rFonts w:ascii="Arial" w:hAnsi="Arial"/>
          <w:b/>
        </w:rPr>
        <w:t xml:space="preserve">Alice Evans &amp; Lucy Wood  </w:t>
      </w:r>
      <w:r>
        <w:rPr>
          <w:rFonts w:ascii="Arial" w:hAnsi="Arial"/>
          <w:color w:val="5D7284"/>
        </w:rPr>
        <w:t>1:19:47</w:t>
      </w:r>
    </w:p>
    <w:p w14:paraId="2909A5A3" w14:textId="77777777" w:rsidR="006C30AD" w:rsidRDefault="00DF7DB8">
      <w:pPr>
        <w:spacing w:after="0"/>
      </w:pPr>
      <w:r>
        <w:rPr>
          <w:rFonts w:ascii="Arial" w:hAnsi="Arial"/>
        </w:rPr>
        <w:t>We'll see you next time.</w:t>
      </w:r>
    </w:p>
    <w:sectPr w:rsidR="006C30AD" w:rsidSect="001216B9">
      <w:headerReference w:type="even" r:id="rId9"/>
      <w:headerReference w:type="default" r:id="rId10"/>
      <w:footerReference w:type="even" r:id="rId11"/>
      <w:footerReference w:type="default" r:id="rId12"/>
      <w:headerReference w:type="first" r:id="rId13"/>
      <w:footerReference w:type="first" r:id="rId14"/>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31CDF9" w14:textId="77777777" w:rsidR="00DF7DB8" w:rsidRDefault="00DF7DB8">
      <w:pPr>
        <w:spacing w:after="0" w:line="240" w:lineRule="auto"/>
      </w:pPr>
      <w:r>
        <w:separator/>
      </w:r>
    </w:p>
  </w:endnote>
  <w:endnote w:type="continuationSeparator" w:id="0">
    <w:p w14:paraId="7695E58E" w14:textId="77777777" w:rsidR="00DF7DB8" w:rsidRDefault="00DF7D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72650680"/>
      <w:docPartObj>
        <w:docPartGallery w:val="Page Numbers (Bottom of Page)"/>
        <w:docPartUnique/>
      </w:docPartObj>
    </w:sdtPr>
    <w:sdtEndPr>
      <w:rPr>
        <w:rStyle w:val="PageNumber"/>
      </w:rPr>
    </w:sdtEndPr>
    <w:sdtContent>
      <w:p w14:paraId="70CAD821"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30D2537D"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FD9B2A9"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184FA91F" w14:textId="77777777"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4317CEE5" w14:textId="77777777"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0DE893"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738829" w14:textId="77777777" w:rsidR="00DF7DB8" w:rsidRDefault="00DF7DB8">
      <w:pPr>
        <w:spacing w:after="0" w:line="240" w:lineRule="auto"/>
      </w:pPr>
      <w:r>
        <w:separator/>
      </w:r>
    </w:p>
  </w:footnote>
  <w:footnote w:type="continuationSeparator" w:id="0">
    <w:p w14:paraId="6A59187F" w14:textId="77777777" w:rsidR="00DF7DB8" w:rsidRDefault="00DF7D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3DA988"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0A1D7"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8CC83A"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C30AD"/>
    <w:rsid w:val="006E2A8C"/>
    <w:rsid w:val="00712D65"/>
    <w:rsid w:val="007749AF"/>
    <w:rsid w:val="00794EBC"/>
    <w:rsid w:val="00930F33"/>
    <w:rsid w:val="009C3AF0"/>
    <w:rsid w:val="00A12EE5"/>
    <w:rsid w:val="00AA1D8D"/>
    <w:rsid w:val="00B47730"/>
    <w:rsid w:val="00BA4C2B"/>
    <w:rsid w:val="00BD0140"/>
    <w:rsid w:val="00C24502"/>
    <w:rsid w:val="00CB0664"/>
    <w:rsid w:val="00D57E81"/>
    <w:rsid w:val="00DF7DB8"/>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37FF75C"/>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32</Pages>
  <Words>10874</Words>
  <Characters>61985</Characters>
  <Application>Microsoft Office Word</Application>
  <DocSecurity>0</DocSecurity>
  <Lines>516</Lines>
  <Paragraphs>145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72714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Lucy Wood</cp:lastModifiedBy>
  <cp:revision>2</cp:revision>
  <dcterms:created xsi:type="dcterms:W3CDTF">2021-01-18T14:48:00Z</dcterms:created>
  <dcterms:modified xsi:type="dcterms:W3CDTF">2021-01-18T14:48:00Z</dcterms:modified>
  <cp:category/>
</cp:coreProperties>
</file>