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EF2541" w14:textId="2FF1DC84" w:rsidR="00930F33" w:rsidRDefault="00820DE3" w:rsidP="00820DE3">
      <w:pPr>
        <w:spacing w:after="0"/>
        <w:jc w:val="center"/>
        <w:rPr>
          <w:lang w:eastAsia="zh-CN"/>
        </w:rPr>
      </w:pPr>
      <w:r>
        <w:rPr>
          <w:rFonts w:ascii="Arial" w:hAnsi="Arial"/>
          <w:b/>
          <w:bCs/>
          <w:noProof/>
          <w:sz w:val="40"/>
          <w:szCs w:val="18"/>
        </w:rPr>
        <w:drawing>
          <wp:inline distT="0" distB="0" distL="0" distR="0" wp14:anchorId="6CA58938" wp14:editId="258E1E4F">
            <wp:extent cx="1365250" cy="1365250"/>
            <wp:effectExtent l="0" t="0" r="6350" b="635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8"/>
                    <a:stretch>
                      <a:fillRect/>
                    </a:stretch>
                  </pic:blipFill>
                  <pic:spPr>
                    <a:xfrm>
                      <a:off x="0" y="0"/>
                      <a:ext cx="1365250" cy="1365250"/>
                    </a:xfrm>
                    <a:prstGeom prst="rect">
                      <a:avLst/>
                    </a:prstGeom>
                  </pic:spPr>
                </pic:pic>
              </a:graphicData>
            </a:graphic>
          </wp:inline>
        </w:drawing>
      </w:r>
    </w:p>
    <w:p w14:paraId="2EBCC463" w14:textId="2174A89B" w:rsidR="00820DE3" w:rsidRPr="00820DE3" w:rsidRDefault="00820DE3" w:rsidP="00820DE3">
      <w:pPr>
        <w:jc w:val="center"/>
        <w:rPr>
          <w:rFonts w:ascii="Arial" w:hAnsi="Arial"/>
          <w:b/>
          <w:bCs/>
          <w:sz w:val="40"/>
          <w:szCs w:val="18"/>
        </w:rPr>
      </w:pPr>
      <w:r>
        <w:rPr>
          <w:rFonts w:ascii="Arial" w:hAnsi="Arial"/>
          <w:b/>
          <w:bCs/>
          <w:sz w:val="40"/>
          <w:szCs w:val="18"/>
        </w:rPr>
        <w:t>l</w:t>
      </w:r>
      <w:r w:rsidRPr="00820DE3">
        <w:rPr>
          <w:rFonts w:ascii="Arial" w:hAnsi="Arial"/>
          <w:b/>
          <w:bCs/>
          <w:sz w:val="40"/>
          <w:szCs w:val="18"/>
        </w:rPr>
        <w:t xml:space="preserve">ABLEd Podcast: Episode 5 </w:t>
      </w:r>
      <w:r w:rsidR="00B67446" w:rsidRPr="00820DE3">
        <w:rPr>
          <w:rFonts w:ascii="Arial" w:hAnsi="Arial"/>
          <w:b/>
          <w:bCs/>
          <w:sz w:val="40"/>
          <w:szCs w:val="18"/>
        </w:rPr>
        <w:t xml:space="preserve">Story </w:t>
      </w:r>
      <w:r w:rsidRPr="00820DE3">
        <w:rPr>
          <w:rFonts w:ascii="Arial" w:hAnsi="Arial"/>
          <w:b/>
          <w:bCs/>
          <w:sz w:val="40"/>
          <w:szCs w:val="18"/>
        </w:rPr>
        <w:t xml:space="preserve">History Lesson </w:t>
      </w:r>
      <w:r w:rsidR="00B67446" w:rsidRPr="00820DE3">
        <w:rPr>
          <w:rFonts w:ascii="Arial" w:hAnsi="Arial"/>
          <w:b/>
          <w:bCs/>
          <w:sz w:val="48"/>
        </w:rPr>
        <w:t>Rosa &amp; Sarah</w:t>
      </w:r>
    </w:p>
    <w:p w14:paraId="5974DFEA" w14:textId="137516FB" w:rsidR="00EB5BAC" w:rsidRPr="00820DE3" w:rsidRDefault="00820DE3" w:rsidP="00820DE3">
      <w:pPr>
        <w:tabs>
          <w:tab w:val="left" w:pos="310"/>
          <w:tab w:val="center" w:pos="5040"/>
        </w:tabs>
        <w:jc w:val="center"/>
        <w:rPr>
          <w:b/>
          <w:bCs/>
        </w:rPr>
      </w:pPr>
      <w:r w:rsidRPr="00820DE3">
        <w:rPr>
          <w:rFonts w:ascii="Arial" w:hAnsi="Arial"/>
          <w:b/>
          <w:bCs/>
          <w:sz w:val="48"/>
        </w:rPr>
        <w:t>Episode Transcript</w:t>
      </w:r>
    </w:p>
    <w:p w14:paraId="3BFE602E" w14:textId="77777777" w:rsidR="00EB5BAC" w:rsidRDefault="00EB5BAC">
      <w:pPr>
        <w:spacing w:after="0"/>
      </w:pPr>
    </w:p>
    <w:p w14:paraId="28BCA1D9" w14:textId="77777777" w:rsidR="00EB5BAC" w:rsidRDefault="00B67446">
      <w:pPr>
        <w:spacing w:after="0"/>
      </w:pPr>
      <w:proofErr w:type="gramStart"/>
      <w:r>
        <w:rPr>
          <w:rFonts w:ascii="Arial" w:hAnsi="Arial"/>
          <w:b/>
        </w:rPr>
        <w:t xml:space="preserve">Lucy  </w:t>
      </w:r>
      <w:r>
        <w:rPr>
          <w:rFonts w:ascii="Arial" w:hAnsi="Arial"/>
          <w:color w:val="5D7284"/>
        </w:rPr>
        <w:t>00:00</w:t>
      </w:r>
      <w:proofErr w:type="gramEnd"/>
    </w:p>
    <w:p w14:paraId="6799D334" w14:textId="77777777" w:rsidR="00EB5BAC" w:rsidRDefault="00B67446">
      <w:pPr>
        <w:spacing w:after="0"/>
      </w:pPr>
      <w:r>
        <w:rPr>
          <w:rFonts w:ascii="Arial" w:hAnsi="Arial"/>
        </w:rPr>
        <w:t xml:space="preserve">Welcome to the lABLEd podcast, a show about disability, illness and difference. </w:t>
      </w:r>
      <w:proofErr w:type="gramStart"/>
      <w:r>
        <w:rPr>
          <w:rFonts w:ascii="Arial" w:hAnsi="Arial"/>
        </w:rPr>
        <w:t>I'm</w:t>
      </w:r>
      <w:proofErr w:type="gramEnd"/>
      <w:r>
        <w:rPr>
          <w:rFonts w:ascii="Arial" w:hAnsi="Arial"/>
        </w:rPr>
        <w:t xml:space="preserve"> Lucy.</w:t>
      </w:r>
    </w:p>
    <w:p w14:paraId="134855C6" w14:textId="77777777" w:rsidR="00EB5BAC" w:rsidRDefault="00EB5BAC">
      <w:pPr>
        <w:spacing w:after="0"/>
      </w:pPr>
    </w:p>
    <w:p w14:paraId="590F4546" w14:textId="77777777" w:rsidR="00EB5BAC" w:rsidRDefault="00B67446">
      <w:pPr>
        <w:spacing w:after="0"/>
      </w:pPr>
      <w:proofErr w:type="gramStart"/>
      <w:r>
        <w:rPr>
          <w:rFonts w:ascii="Arial" w:hAnsi="Arial"/>
          <w:b/>
        </w:rPr>
        <w:t xml:space="preserve">Alice  </w:t>
      </w:r>
      <w:r>
        <w:rPr>
          <w:rFonts w:ascii="Arial" w:hAnsi="Arial"/>
          <w:color w:val="5D7284"/>
        </w:rPr>
        <w:t>00:07</w:t>
      </w:r>
      <w:proofErr w:type="gramEnd"/>
    </w:p>
    <w:p w14:paraId="39E17F0C" w14:textId="77777777" w:rsidR="00EB5BAC" w:rsidRDefault="00B67446">
      <w:pPr>
        <w:spacing w:after="0"/>
      </w:pPr>
      <w:r>
        <w:rPr>
          <w:rFonts w:ascii="Arial" w:hAnsi="Arial"/>
        </w:rPr>
        <w:t xml:space="preserve">And </w:t>
      </w:r>
      <w:proofErr w:type="gramStart"/>
      <w:r>
        <w:rPr>
          <w:rFonts w:ascii="Arial" w:hAnsi="Arial"/>
        </w:rPr>
        <w:t>I'm</w:t>
      </w:r>
      <w:proofErr w:type="gramEnd"/>
      <w:r>
        <w:rPr>
          <w:rFonts w:ascii="Arial" w:hAnsi="Arial"/>
        </w:rPr>
        <w:t xml:space="preserve"> Alice. [dog barks] And that's </w:t>
      </w:r>
      <w:proofErr w:type="gramStart"/>
      <w:r>
        <w:rPr>
          <w:rFonts w:ascii="Arial" w:hAnsi="Arial"/>
        </w:rPr>
        <w:t>Lola</w:t>
      </w:r>
      <w:proofErr w:type="gramEnd"/>
    </w:p>
    <w:p w14:paraId="1AD3C96D" w14:textId="77777777" w:rsidR="00EB5BAC" w:rsidRDefault="00EB5BAC">
      <w:pPr>
        <w:spacing w:after="0"/>
      </w:pPr>
    </w:p>
    <w:p w14:paraId="49E31AD0" w14:textId="77777777" w:rsidR="00EB5BAC" w:rsidRDefault="00B67446">
      <w:pPr>
        <w:spacing w:after="0"/>
      </w:pPr>
      <w:r>
        <w:rPr>
          <w:rFonts w:ascii="Arial" w:hAnsi="Arial"/>
          <w:b/>
        </w:rPr>
        <w:t xml:space="preserve">Theme </w:t>
      </w:r>
      <w:proofErr w:type="gramStart"/>
      <w:r>
        <w:rPr>
          <w:rFonts w:ascii="Arial" w:hAnsi="Arial"/>
          <w:b/>
        </w:rPr>
        <w:t xml:space="preserve">Tune  </w:t>
      </w:r>
      <w:r>
        <w:rPr>
          <w:rFonts w:ascii="Arial" w:hAnsi="Arial"/>
          <w:color w:val="5D7284"/>
        </w:rPr>
        <w:t>00:08</w:t>
      </w:r>
      <w:proofErr w:type="gramEnd"/>
    </w:p>
    <w:p w14:paraId="28886A97" w14:textId="77777777" w:rsidR="00EB5BAC" w:rsidRDefault="00B67446">
      <w:pPr>
        <w:spacing w:after="0"/>
      </w:pPr>
      <w:r>
        <w:rPr>
          <w:rFonts w:ascii="Arial" w:hAnsi="Arial"/>
        </w:rPr>
        <w:t xml:space="preserve">Though I might not fit in socially </w:t>
      </w:r>
      <w:proofErr w:type="gramStart"/>
      <w:r>
        <w:rPr>
          <w:rFonts w:ascii="Arial" w:hAnsi="Arial"/>
        </w:rPr>
        <w:t>I'm</w:t>
      </w:r>
      <w:proofErr w:type="gramEnd"/>
      <w:r>
        <w:rPr>
          <w:rFonts w:ascii="Arial" w:hAnsi="Arial"/>
        </w:rPr>
        <w:t xml:space="preserve"> so much more than what you see. We all live our lives differently, kaleidoscope identity. And this is who </w:t>
      </w:r>
      <w:proofErr w:type="gramStart"/>
      <w:r>
        <w:rPr>
          <w:rFonts w:ascii="Arial" w:hAnsi="Arial"/>
        </w:rPr>
        <w:t>I'm</w:t>
      </w:r>
      <w:proofErr w:type="gramEnd"/>
      <w:r>
        <w:rPr>
          <w:rFonts w:ascii="Arial" w:hAnsi="Arial"/>
        </w:rPr>
        <w:t xml:space="preserve"> meant to be. </w:t>
      </w:r>
      <w:proofErr w:type="gramStart"/>
      <w:r>
        <w:rPr>
          <w:rFonts w:ascii="Arial" w:hAnsi="Arial"/>
        </w:rPr>
        <w:t>I'm</w:t>
      </w:r>
      <w:proofErr w:type="gramEnd"/>
      <w:r>
        <w:rPr>
          <w:rFonts w:ascii="Arial" w:hAnsi="Arial"/>
        </w:rPr>
        <w:t xml:space="preserve"> just labelled me. </w:t>
      </w:r>
      <w:proofErr w:type="gramStart"/>
      <w:r>
        <w:rPr>
          <w:rFonts w:ascii="Arial" w:hAnsi="Arial"/>
        </w:rPr>
        <w:t>I'm</w:t>
      </w:r>
      <w:proofErr w:type="gramEnd"/>
      <w:r>
        <w:rPr>
          <w:rFonts w:ascii="Arial" w:hAnsi="Arial"/>
        </w:rPr>
        <w:t xml:space="preserve"> just labelled me.</w:t>
      </w:r>
    </w:p>
    <w:p w14:paraId="146DF235" w14:textId="77777777" w:rsidR="00EB5BAC" w:rsidRDefault="00EB5BAC">
      <w:pPr>
        <w:spacing w:after="0"/>
      </w:pPr>
    </w:p>
    <w:p w14:paraId="58F19C71" w14:textId="77777777" w:rsidR="00EB5BAC" w:rsidRDefault="00B67446">
      <w:pPr>
        <w:spacing w:after="0"/>
      </w:pPr>
      <w:proofErr w:type="gramStart"/>
      <w:r>
        <w:rPr>
          <w:rFonts w:ascii="Arial" w:hAnsi="Arial"/>
          <w:b/>
        </w:rPr>
        <w:t xml:space="preserve">Alice  </w:t>
      </w:r>
      <w:r>
        <w:rPr>
          <w:rFonts w:ascii="Arial" w:hAnsi="Arial"/>
          <w:color w:val="5D7284"/>
        </w:rPr>
        <w:t>00:38</w:t>
      </w:r>
      <w:proofErr w:type="gramEnd"/>
    </w:p>
    <w:p w14:paraId="480B75F0" w14:textId="77777777" w:rsidR="00EB5BAC" w:rsidRDefault="00B67446">
      <w:pPr>
        <w:spacing w:after="0"/>
      </w:pPr>
      <w:r>
        <w:rPr>
          <w:rFonts w:ascii="Arial" w:hAnsi="Arial"/>
        </w:rPr>
        <w:t xml:space="preserve">the lABLEd podcast is a show </w:t>
      </w:r>
      <w:r>
        <w:rPr>
          <w:rFonts w:ascii="Arial" w:hAnsi="Arial"/>
        </w:rPr>
        <w:t>about disability, illness and difference. We cover very personal and sometimes controversial topics. As such listeners may hear language, including profanity or terminology that they find offensive. Please be aware of this as you listen to this week's epis</w:t>
      </w:r>
      <w:r>
        <w:rPr>
          <w:rFonts w:ascii="Arial" w:hAnsi="Arial"/>
        </w:rPr>
        <w:t xml:space="preserve">ode.  This week on lABLEd. </w:t>
      </w:r>
      <w:proofErr w:type="gramStart"/>
      <w:r>
        <w:rPr>
          <w:rFonts w:ascii="Arial" w:hAnsi="Arial"/>
        </w:rPr>
        <w:t>We've</w:t>
      </w:r>
      <w:proofErr w:type="gramEnd"/>
      <w:r>
        <w:rPr>
          <w:rFonts w:ascii="Arial" w:hAnsi="Arial"/>
        </w:rPr>
        <w:t xml:space="preserve"> got something a little bit different for you. </w:t>
      </w:r>
      <w:proofErr w:type="gramStart"/>
      <w:r>
        <w:rPr>
          <w:rFonts w:ascii="Arial" w:hAnsi="Arial"/>
        </w:rPr>
        <w:t>We're</w:t>
      </w:r>
      <w:proofErr w:type="gramEnd"/>
      <w:r>
        <w:rPr>
          <w:rFonts w:ascii="Arial" w:hAnsi="Arial"/>
        </w:rPr>
        <w:t xml:space="preserve"> doing a historical story swap episode, where we're going to tell you about some people from history who had disabilities and chronic illnesses and a bit about their lives </w:t>
      </w:r>
      <w:r>
        <w:rPr>
          <w:rFonts w:ascii="Arial" w:hAnsi="Arial"/>
        </w:rPr>
        <w:t xml:space="preserve">and about what their disability or illness meant to them and how it impacted them. </w:t>
      </w:r>
      <w:proofErr w:type="gramStart"/>
      <w:r>
        <w:rPr>
          <w:rFonts w:ascii="Arial" w:hAnsi="Arial"/>
        </w:rPr>
        <w:t>So</w:t>
      </w:r>
      <w:proofErr w:type="gramEnd"/>
      <w:r>
        <w:rPr>
          <w:rFonts w:ascii="Arial" w:hAnsi="Arial"/>
        </w:rPr>
        <w:t xml:space="preserve"> Lucy is going to kick us off - Luce, who are you talking about?</w:t>
      </w:r>
    </w:p>
    <w:p w14:paraId="7AB85EB0" w14:textId="77777777" w:rsidR="00EB5BAC" w:rsidRDefault="00EB5BAC">
      <w:pPr>
        <w:spacing w:after="0"/>
      </w:pPr>
    </w:p>
    <w:p w14:paraId="0E15725D" w14:textId="77777777" w:rsidR="00EB5BAC" w:rsidRDefault="00B67446">
      <w:pPr>
        <w:spacing w:after="0"/>
      </w:pPr>
      <w:proofErr w:type="gramStart"/>
      <w:r>
        <w:rPr>
          <w:rFonts w:ascii="Arial" w:hAnsi="Arial"/>
          <w:b/>
        </w:rPr>
        <w:t xml:space="preserve">Lucy  </w:t>
      </w:r>
      <w:r>
        <w:rPr>
          <w:rFonts w:ascii="Arial" w:hAnsi="Arial"/>
          <w:color w:val="5D7284"/>
        </w:rPr>
        <w:t>01:24</w:t>
      </w:r>
      <w:proofErr w:type="gramEnd"/>
    </w:p>
    <w:p w14:paraId="67D106F7" w14:textId="77777777" w:rsidR="00EB5BAC" w:rsidRDefault="00B67446">
      <w:pPr>
        <w:spacing w:after="0"/>
      </w:pPr>
      <w:proofErr w:type="gramStart"/>
      <w:r>
        <w:rPr>
          <w:rFonts w:ascii="Arial" w:hAnsi="Arial"/>
        </w:rPr>
        <w:t>We're</w:t>
      </w:r>
      <w:proofErr w:type="gramEnd"/>
      <w:r>
        <w:rPr>
          <w:rFonts w:ascii="Arial" w:hAnsi="Arial"/>
        </w:rPr>
        <w:t xml:space="preserve"> both history nerds aren't we really? </w:t>
      </w:r>
      <w:proofErr w:type="gramStart"/>
      <w:r>
        <w:rPr>
          <w:rFonts w:ascii="Arial" w:hAnsi="Arial"/>
        </w:rPr>
        <w:t>So</w:t>
      </w:r>
      <w:proofErr w:type="gramEnd"/>
      <w:r>
        <w:rPr>
          <w:rFonts w:ascii="Arial" w:hAnsi="Arial"/>
        </w:rPr>
        <w:t xml:space="preserve"> we thought, yeah, a really interesting angle to</w:t>
      </w:r>
      <w:r>
        <w:rPr>
          <w:rFonts w:ascii="Arial" w:hAnsi="Arial"/>
        </w:rPr>
        <w:t xml:space="preserve"> come at. So today, I thought for our first history swap - a few years ago, I think it was 100 years of the suffragette movement, and</w:t>
      </w:r>
    </w:p>
    <w:p w14:paraId="59051FE0" w14:textId="77777777" w:rsidR="00EB5BAC" w:rsidRDefault="00EB5BAC">
      <w:pPr>
        <w:spacing w:after="0"/>
      </w:pPr>
    </w:p>
    <w:p w14:paraId="34A4AEAA" w14:textId="77777777" w:rsidR="00EB5BAC" w:rsidRDefault="00B67446">
      <w:pPr>
        <w:spacing w:after="0"/>
      </w:pPr>
      <w:proofErr w:type="gramStart"/>
      <w:r>
        <w:rPr>
          <w:rFonts w:ascii="Arial" w:hAnsi="Arial"/>
          <w:b/>
        </w:rPr>
        <w:t xml:space="preserve">Alice  </w:t>
      </w:r>
      <w:r>
        <w:rPr>
          <w:rFonts w:ascii="Arial" w:hAnsi="Arial"/>
          <w:color w:val="5D7284"/>
        </w:rPr>
        <w:t>01:38</w:t>
      </w:r>
      <w:proofErr w:type="gramEnd"/>
    </w:p>
    <w:p w14:paraId="2CCD84E1" w14:textId="77777777" w:rsidR="00EB5BAC" w:rsidRDefault="00B67446">
      <w:pPr>
        <w:spacing w:after="0"/>
      </w:pPr>
      <w:r>
        <w:rPr>
          <w:rFonts w:ascii="Arial" w:hAnsi="Arial"/>
        </w:rPr>
        <w:t>Mmhmm, 2018 wasn't it? When we got, women finally got the vote.</w:t>
      </w:r>
    </w:p>
    <w:p w14:paraId="636F6C66" w14:textId="77777777" w:rsidR="00EB5BAC" w:rsidRDefault="00EB5BAC">
      <w:pPr>
        <w:spacing w:after="0"/>
      </w:pPr>
    </w:p>
    <w:p w14:paraId="449E7BE4" w14:textId="77777777" w:rsidR="00EB5BAC" w:rsidRDefault="00B67446">
      <w:pPr>
        <w:spacing w:after="0"/>
      </w:pPr>
      <w:proofErr w:type="gramStart"/>
      <w:r>
        <w:rPr>
          <w:rFonts w:ascii="Arial" w:hAnsi="Arial"/>
          <w:b/>
        </w:rPr>
        <w:t xml:space="preserve">Lucy  </w:t>
      </w:r>
      <w:r>
        <w:rPr>
          <w:rFonts w:ascii="Arial" w:hAnsi="Arial"/>
          <w:color w:val="5D7284"/>
        </w:rPr>
        <w:t>01:43</w:t>
      </w:r>
      <w:proofErr w:type="gramEnd"/>
    </w:p>
    <w:p w14:paraId="0F03B6D1" w14:textId="77777777" w:rsidR="00EB5BAC" w:rsidRDefault="00B67446">
      <w:pPr>
        <w:spacing w:after="0"/>
      </w:pPr>
      <w:r>
        <w:rPr>
          <w:rFonts w:ascii="Arial" w:hAnsi="Arial"/>
        </w:rPr>
        <w:lastRenderedPageBreak/>
        <w:t>I think so. Yeah. And I happene</w:t>
      </w:r>
      <w:r>
        <w:rPr>
          <w:rFonts w:ascii="Arial" w:hAnsi="Arial"/>
        </w:rPr>
        <w:t xml:space="preserve">d to think to just think to myself, I </w:t>
      </w:r>
      <w:proofErr w:type="spellStart"/>
      <w:r>
        <w:rPr>
          <w:rFonts w:ascii="Arial" w:hAnsi="Arial"/>
        </w:rPr>
        <w:t>wonderif</w:t>
      </w:r>
      <w:proofErr w:type="spellEnd"/>
      <w:r>
        <w:rPr>
          <w:rFonts w:ascii="Arial" w:hAnsi="Arial"/>
        </w:rPr>
        <w:t xml:space="preserve"> there was any disabled suffragette, so got on Google,</w:t>
      </w:r>
    </w:p>
    <w:p w14:paraId="1C89335D" w14:textId="77777777" w:rsidR="00EB5BAC" w:rsidRDefault="00EB5BAC">
      <w:pPr>
        <w:spacing w:after="0"/>
      </w:pPr>
    </w:p>
    <w:p w14:paraId="56843C8B" w14:textId="77777777" w:rsidR="00EB5BAC" w:rsidRDefault="00B67446">
      <w:pPr>
        <w:spacing w:after="0"/>
      </w:pPr>
      <w:proofErr w:type="gramStart"/>
      <w:r>
        <w:rPr>
          <w:rFonts w:ascii="Arial" w:hAnsi="Arial"/>
          <w:b/>
        </w:rPr>
        <w:t xml:space="preserve">Alice  </w:t>
      </w:r>
      <w:r>
        <w:rPr>
          <w:rFonts w:ascii="Arial" w:hAnsi="Arial"/>
          <w:color w:val="5D7284"/>
        </w:rPr>
        <w:t>01:53</w:t>
      </w:r>
      <w:proofErr w:type="gramEnd"/>
    </w:p>
    <w:p w14:paraId="2A137E75" w14:textId="77777777" w:rsidR="00EB5BAC" w:rsidRDefault="00B67446">
      <w:pPr>
        <w:spacing w:after="0"/>
      </w:pPr>
      <w:r>
        <w:rPr>
          <w:rFonts w:ascii="Arial" w:hAnsi="Arial"/>
        </w:rPr>
        <w:t>Sorry, I should just caveat that I just want to go back and caveat that - 2018 the year that most women got the vote, not all women, there we</w:t>
      </w:r>
      <w:r>
        <w:rPr>
          <w:rFonts w:ascii="Arial" w:hAnsi="Arial"/>
        </w:rPr>
        <w:t xml:space="preserve">re </w:t>
      </w:r>
      <w:proofErr w:type="gramStart"/>
      <w:r>
        <w:rPr>
          <w:rFonts w:ascii="Arial" w:hAnsi="Arial"/>
        </w:rPr>
        <w:t>definitely women</w:t>
      </w:r>
      <w:proofErr w:type="gramEnd"/>
      <w:r>
        <w:rPr>
          <w:rFonts w:ascii="Arial" w:hAnsi="Arial"/>
        </w:rPr>
        <w:t xml:space="preserve"> who did not get the vote because of the </w:t>
      </w:r>
      <w:proofErr w:type="spellStart"/>
      <w:r>
        <w:rPr>
          <w:rFonts w:ascii="Arial" w:hAnsi="Arial"/>
        </w:rPr>
        <w:t>colour</w:t>
      </w:r>
      <w:proofErr w:type="spellEnd"/>
      <w:r>
        <w:rPr>
          <w:rFonts w:ascii="Arial" w:hAnsi="Arial"/>
        </w:rPr>
        <w:t xml:space="preserve"> of their skin or their social status, </w:t>
      </w:r>
      <w:proofErr w:type="spellStart"/>
      <w:r>
        <w:rPr>
          <w:rFonts w:ascii="Arial" w:hAnsi="Arial"/>
        </w:rPr>
        <w:t>etc</w:t>
      </w:r>
      <w:proofErr w:type="spellEnd"/>
      <w:r>
        <w:rPr>
          <w:rFonts w:ascii="Arial" w:hAnsi="Arial"/>
        </w:rPr>
        <w:t xml:space="preserve">, etc. </w:t>
      </w:r>
      <w:proofErr w:type="gramStart"/>
      <w:r>
        <w:rPr>
          <w:rFonts w:ascii="Arial" w:hAnsi="Arial"/>
        </w:rPr>
        <w:t>So</w:t>
      </w:r>
      <w:proofErr w:type="gramEnd"/>
      <w:r>
        <w:rPr>
          <w:rFonts w:ascii="Arial" w:hAnsi="Arial"/>
        </w:rPr>
        <w:t xml:space="preserve"> when some women got the vote,</w:t>
      </w:r>
    </w:p>
    <w:p w14:paraId="48E71FCD" w14:textId="77777777" w:rsidR="00EB5BAC" w:rsidRDefault="00EB5BAC">
      <w:pPr>
        <w:spacing w:after="0"/>
      </w:pPr>
    </w:p>
    <w:p w14:paraId="65BBD862" w14:textId="77777777" w:rsidR="00EB5BAC" w:rsidRDefault="00B67446">
      <w:pPr>
        <w:spacing w:after="0"/>
      </w:pPr>
      <w:proofErr w:type="gramStart"/>
      <w:r>
        <w:rPr>
          <w:rFonts w:ascii="Arial" w:hAnsi="Arial"/>
          <w:b/>
        </w:rPr>
        <w:t xml:space="preserve">Lucy  </w:t>
      </w:r>
      <w:r>
        <w:rPr>
          <w:rFonts w:ascii="Arial" w:hAnsi="Arial"/>
          <w:color w:val="5D7284"/>
        </w:rPr>
        <w:t>02:12</w:t>
      </w:r>
      <w:proofErr w:type="gramEnd"/>
    </w:p>
    <w:p w14:paraId="72690A6E" w14:textId="77777777" w:rsidR="00EB5BAC" w:rsidRDefault="00B67446">
      <w:pPr>
        <w:spacing w:after="0"/>
      </w:pPr>
      <w:r>
        <w:rPr>
          <w:rFonts w:ascii="Arial" w:hAnsi="Arial"/>
        </w:rPr>
        <w:t xml:space="preserve">Yeah. </w:t>
      </w:r>
      <w:proofErr w:type="gramStart"/>
      <w:r>
        <w:rPr>
          <w:rFonts w:ascii="Arial" w:hAnsi="Arial"/>
        </w:rPr>
        <w:t>So</w:t>
      </w:r>
      <w:proofErr w:type="gramEnd"/>
      <w:r>
        <w:rPr>
          <w:rFonts w:ascii="Arial" w:hAnsi="Arial"/>
        </w:rPr>
        <w:t xml:space="preserve"> I googled, were there disabled </w:t>
      </w:r>
      <w:proofErr w:type="spellStart"/>
      <w:r>
        <w:rPr>
          <w:rFonts w:ascii="Arial" w:hAnsi="Arial"/>
        </w:rPr>
        <w:t>sufragettes</w:t>
      </w:r>
      <w:proofErr w:type="spellEnd"/>
      <w:r>
        <w:rPr>
          <w:rFonts w:ascii="Arial" w:hAnsi="Arial"/>
        </w:rPr>
        <w:t>, just out of pure, pure curiosity. And up c</w:t>
      </w:r>
      <w:r>
        <w:rPr>
          <w:rFonts w:ascii="Arial" w:hAnsi="Arial"/>
        </w:rPr>
        <w:t xml:space="preserve">ame the name of Rosa Mae </w:t>
      </w:r>
      <w:proofErr w:type="spellStart"/>
      <w:r>
        <w:rPr>
          <w:rFonts w:ascii="Arial" w:hAnsi="Arial"/>
        </w:rPr>
        <w:t>Billinghurst</w:t>
      </w:r>
      <w:proofErr w:type="spellEnd"/>
      <w:r>
        <w:rPr>
          <w:rFonts w:ascii="Arial" w:hAnsi="Arial"/>
        </w:rPr>
        <w:t xml:space="preserve">. And I read about her story and I could not stop thinking about this woman. Who, umm, she was born into a middle class family in </w:t>
      </w:r>
      <w:proofErr w:type="spellStart"/>
      <w:r>
        <w:rPr>
          <w:rFonts w:ascii="Arial" w:hAnsi="Arial"/>
        </w:rPr>
        <w:t>Lewisham</w:t>
      </w:r>
      <w:proofErr w:type="spellEnd"/>
      <w:r>
        <w:rPr>
          <w:rFonts w:ascii="Arial" w:hAnsi="Arial"/>
        </w:rPr>
        <w:t xml:space="preserve"> in </w:t>
      </w:r>
      <w:proofErr w:type="gramStart"/>
      <w:r>
        <w:rPr>
          <w:rFonts w:ascii="Arial" w:hAnsi="Arial"/>
        </w:rPr>
        <w:t>1875.</w:t>
      </w:r>
      <w:proofErr w:type="gramEnd"/>
      <w:r>
        <w:rPr>
          <w:rFonts w:ascii="Arial" w:hAnsi="Arial"/>
        </w:rPr>
        <w:t xml:space="preserve"> And at five months old, she concocted an illness which people these day</w:t>
      </w:r>
      <w:r>
        <w:rPr>
          <w:rFonts w:ascii="Arial" w:hAnsi="Arial"/>
        </w:rPr>
        <w:t xml:space="preserve">s believe was most certainly polio, which left her completely </w:t>
      </w:r>
      <w:proofErr w:type="spellStart"/>
      <w:r>
        <w:rPr>
          <w:rFonts w:ascii="Arial" w:hAnsi="Arial"/>
        </w:rPr>
        <w:t>paralysed</w:t>
      </w:r>
      <w:proofErr w:type="spellEnd"/>
      <w:r>
        <w:rPr>
          <w:rFonts w:ascii="Arial" w:hAnsi="Arial"/>
        </w:rPr>
        <w:t xml:space="preserve">.  By some recovery, she was left paraplegic and relied on </w:t>
      </w:r>
      <w:proofErr w:type="spellStart"/>
      <w:r>
        <w:rPr>
          <w:rFonts w:ascii="Arial" w:hAnsi="Arial"/>
        </w:rPr>
        <w:t>callipers</w:t>
      </w:r>
      <w:proofErr w:type="spellEnd"/>
      <w:r>
        <w:rPr>
          <w:rFonts w:ascii="Arial" w:hAnsi="Arial"/>
        </w:rPr>
        <w:t xml:space="preserve"> and crutches to walk. She did have a </w:t>
      </w:r>
      <w:proofErr w:type="gramStart"/>
      <w:r>
        <w:rPr>
          <w:rFonts w:ascii="Arial" w:hAnsi="Arial"/>
        </w:rPr>
        <w:t>Three Wheeler</w:t>
      </w:r>
      <w:proofErr w:type="gramEnd"/>
      <w:r>
        <w:rPr>
          <w:rFonts w:ascii="Arial" w:hAnsi="Arial"/>
        </w:rPr>
        <w:t xml:space="preserve"> wheelchair which she called a </w:t>
      </w:r>
      <w:proofErr w:type="spellStart"/>
      <w:r>
        <w:rPr>
          <w:rFonts w:ascii="Arial" w:hAnsi="Arial"/>
        </w:rPr>
        <w:t>trike</w:t>
      </w:r>
      <w:proofErr w:type="spellEnd"/>
      <w:r>
        <w:rPr>
          <w:rFonts w:ascii="Arial" w:hAnsi="Arial"/>
        </w:rPr>
        <w:t xml:space="preserve">. I </w:t>
      </w:r>
      <w:proofErr w:type="gramStart"/>
      <w:r>
        <w:rPr>
          <w:rFonts w:ascii="Arial" w:hAnsi="Arial"/>
        </w:rPr>
        <w:t>don't</w:t>
      </w:r>
      <w:proofErr w:type="gramEnd"/>
      <w:r>
        <w:rPr>
          <w:rFonts w:ascii="Arial" w:hAnsi="Arial"/>
        </w:rPr>
        <w:t xml:space="preserve"> know how to do a thr</w:t>
      </w:r>
      <w:r>
        <w:rPr>
          <w:rFonts w:ascii="Arial" w:hAnsi="Arial"/>
        </w:rPr>
        <w:t>ee-wheeled wheelchair works whether the wheels were at the front or I don't know.</w:t>
      </w:r>
    </w:p>
    <w:p w14:paraId="42C20E34" w14:textId="77777777" w:rsidR="00EB5BAC" w:rsidRDefault="00EB5BAC">
      <w:pPr>
        <w:spacing w:after="0"/>
      </w:pPr>
    </w:p>
    <w:p w14:paraId="29A7BEA1" w14:textId="77777777" w:rsidR="00EB5BAC" w:rsidRDefault="00B67446">
      <w:pPr>
        <w:spacing w:after="0"/>
      </w:pPr>
      <w:proofErr w:type="gramStart"/>
      <w:r>
        <w:rPr>
          <w:rFonts w:ascii="Arial" w:hAnsi="Arial"/>
          <w:b/>
        </w:rPr>
        <w:t xml:space="preserve">Alice  </w:t>
      </w:r>
      <w:r>
        <w:rPr>
          <w:rFonts w:ascii="Arial" w:hAnsi="Arial"/>
          <w:color w:val="5D7284"/>
        </w:rPr>
        <w:t>02:43</w:t>
      </w:r>
      <w:proofErr w:type="gramEnd"/>
    </w:p>
    <w:p w14:paraId="2348E2E2" w14:textId="77777777" w:rsidR="00EB5BAC" w:rsidRDefault="00B67446">
      <w:pPr>
        <w:spacing w:after="0"/>
      </w:pPr>
      <w:r>
        <w:rPr>
          <w:rFonts w:ascii="Arial" w:hAnsi="Arial"/>
        </w:rPr>
        <w:t xml:space="preserve">Wow I yeah, I assume </w:t>
      </w:r>
      <w:proofErr w:type="gramStart"/>
      <w:r>
        <w:rPr>
          <w:rFonts w:ascii="Arial" w:hAnsi="Arial"/>
        </w:rPr>
        <w:t>it's</w:t>
      </w:r>
      <w:proofErr w:type="gramEnd"/>
      <w:r>
        <w:rPr>
          <w:rFonts w:ascii="Arial" w:hAnsi="Arial"/>
        </w:rPr>
        <w:t xml:space="preserve"> a bit like a like I was </w:t>
      </w:r>
      <w:proofErr w:type="spellStart"/>
      <w:r>
        <w:rPr>
          <w:rFonts w:ascii="Arial" w:hAnsi="Arial"/>
        </w:rPr>
        <w:t>gonna</w:t>
      </w:r>
      <w:proofErr w:type="spellEnd"/>
      <w:r>
        <w:rPr>
          <w:rFonts w:ascii="Arial" w:hAnsi="Arial"/>
        </w:rPr>
        <w:t xml:space="preserve"> say a wheelbarrow but more like a like a Reliant Robin. </w:t>
      </w:r>
    </w:p>
    <w:p w14:paraId="3E34BB03" w14:textId="77777777" w:rsidR="00EB5BAC" w:rsidRDefault="00EB5BAC">
      <w:pPr>
        <w:spacing w:after="0"/>
      </w:pPr>
    </w:p>
    <w:p w14:paraId="07F743CD" w14:textId="77777777" w:rsidR="00EB5BAC" w:rsidRDefault="00B67446">
      <w:pPr>
        <w:spacing w:after="0"/>
      </w:pPr>
      <w:proofErr w:type="gramStart"/>
      <w:r>
        <w:rPr>
          <w:rFonts w:ascii="Arial" w:hAnsi="Arial"/>
          <w:b/>
        </w:rPr>
        <w:t xml:space="preserve">Lucy  </w:t>
      </w:r>
      <w:r>
        <w:rPr>
          <w:rFonts w:ascii="Arial" w:hAnsi="Arial"/>
          <w:color w:val="5D7284"/>
        </w:rPr>
        <w:t>03:07</w:t>
      </w:r>
      <w:proofErr w:type="gramEnd"/>
    </w:p>
    <w:p w14:paraId="33F0BD8E" w14:textId="77777777" w:rsidR="00EB5BAC" w:rsidRDefault="00B67446">
      <w:pPr>
        <w:spacing w:after="0"/>
      </w:pPr>
      <w:r>
        <w:rPr>
          <w:rFonts w:ascii="Arial" w:hAnsi="Arial"/>
        </w:rPr>
        <w:t xml:space="preserve">Yes. Yeah. But I </w:t>
      </w:r>
      <w:proofErr w:type="gramStart"/>
      <w:r>
        <w:rPr>
          <w:rFonts w:ascii="Arial" w:hAnsi="Arial"/>
        </w:rPr>
        <w:t>can't</w:t>
      </w:r>
      <w:proofErr w:type="gramEnd"/>
      <w:r>
        <w:rPr>
          <w:rFonts w:ascii="Arial" w:hAnsi="Arial"/>
        </w:rPr>
        <w:t xml:space="preserve"> I mean, even when you see pictures of a sat down in it, they don't really like do a side on view of the chair. </w:t>
      </w:r>
      <w:proofErr w:type="gramStart"/>
      <w:r>
        <w:rPr>
          <w:rFonts w:ascii="Arial" w:hAnsi="Arial"/>
        </w:rPr>
        <w:t>So</w:t>
      </w:r>
      <w:proofErr w:type="gramEnd"/>
      <w:r>
        <w:rPr>
          <w:rFonts w:ascii="Arial" w:hAnsi="Arial"/>
        </w:rPr>
        <w:t xml:space="preserve"> it's like she's just sat in a chair with this., three, two big wheels at the front and one, I presume at the back. </w:t>
      </w:r>
    </w:p>
    <w:p w14:paraId="35A4BF43" w14:textId="77777777" w:rsidR="00EB5BAC" w:rsidRDefault="00EB5BAC">
      <w:pPr>
        <w:spacing w:after="0"/>
      </w:pPr>
    </w:p>
    <w:p w14:paraId="0C4A3C8B" w14:textId="77777777" w:rsidR="00EB5BAC" w:rsidRDefault="00B67446">
      <w:pPr>
        <w:spacing w:after="0"/>
      </w:pPr>
      <w:proofErr w:type="gramStart"/>
      <w:r>
        <w:rPr>
          <w:rFonts w:ascii="Arial" w:hAnsi="Arial"/>
          <w:b/>
        </w:rPr>
        <w:t>Al</w:t>
      </w:r>
      <w:r>
        <w:rPr>
          <w:rFonts w:ascii="Arial" w:hAnsi="Arial"/>
          <w:b/>
        </w:rPr>
        <w:t xml:space="preserve">ice  </w:t>
      </w:r>
      <w:r>
        <w:rPr>
          <w:rFonts w:ascii="Arial" w:hAnsi="Arial"/>
          <w:color w:val="5D7284"/>
        </w:rPr>
        <w:t>03:21</w:t>
      </w:r>
      <w:proofErr w:type="gramEnd"/>
    </w:p>
    <w:p w14:paraId="170153C0" w14:textId="77777777" w:rsidR="00EB5BAC" w:rsidRDefault="00B67446">
      <w:pPr>
        <w:spacing w:after="0"/>
      </w:pPr>
      <w:r>
        <w:rPr>
          <w:rFonts w:ascii="Arial" w:hAnsi="Arial"/>
        </w:rPr>
        <w:t xml:space="preserve">You can kind of imagine how it would work. Although I imagine four wheels is probably a bit more stable. </w:t>
      </w:r>
    </w:p>
    <w:p w14:paraId="28F6A985" w14:textId="77777777" w:rsidR="00EB5BAC" w:rsidRDefault="00EB5BAC">
      <w:pPr>
        <w:spacing w:after="0"/>
      </w:pPr>
    </w:p>
    <w:p w14:paraId="19D212B5" w14:textId="77777777" w:rsidR="00EB5BAC" w:rsidRDefault="00B67446">
      <w:pPr>
        <w:spacing w:after="0"/>
      </w:pPr>
      <w:proofErr w:type="gramStart"/>
      <w:r>
        <w:rPr>
          <w:rFonts w:ascii="Arial" w:hAnsi="Arial"/>
          <w:b/>
        </w:rPr>
        <w:t xml:space="preserve">Lucy  </w:t>
      </w:r>
      <w:r>
        <w:rPr>
          <w:rFonts w:ascii="Arial" w:hAnsi="Arial"/>
          <w:color w:val="5D7284"/>
        </w:rPr>
        <w:t>03:27</w:t>
      </w:r>
      <w:proofErr w:type="gramEnd"/>
    </w:p>
    <w:p w14:paraId="2B2476DB" w14:textId="77777777" w:rsidR="00EB5BAC" w:rsidRDefault="00B67446">
      <w:pPr>
        <w:spacing w:after="0"/>
      </w:pPr>
      <w:r>
        <w:rPr>
          <w:rFonts w:ascii="Arial" w:hAnsi="Arial"/>
        </w:rPr>
        <w:t xml:space="preserve">Yeah, </w:t>
      </w:r>
      <w:proofErr w:type="gramStart"/>
      <w:r>
        <w:rPr>
          <w:rFonts w:ascii="Arial" w:hAnsi="Arial"/>
        </w:rPr>
        <w:t>cause</w:t>
      </w:r>
      <w:proofErr w:type="gramEnd"/>
      <w:r>
        <w:rPr>
          <w:rFonts w:ascii="Arial" w:hAnsi="Arial"/>
        </w:rPr>
        <w:t xml:space="preserve"> I mean, back in those days, and then like cobbles on the streets and things you'd be like, there's no </w:t>
      </w:r>
      <w:r>
        <w:rPr>
          <w:rFonts w:ascii="Arial" w:hAnsi="Arial"/>
        </w:rPr>
        <w:t>suspension.</w:t>
      </w:r>
    </w:p>
    <w:p w14:paraId="30F085E1" w14:textId="77777777" w:rsidR="00EB5BAC" w:rsidRDefault="00EB5BAC">
      <w:pPr>
        <w:spacing w:after="0"/>
      </w:pPr>
    </w:p>
    <w:p w14:paraId="164CC5CF" w14:textId="77777777" w:rsidR="00EB5BAC" w:rsidRDefault="00B67446">
      <w:pPr>
        <w:spacing w:after="0"/>
      </w:pPr>
      <w:proofErr w:type="gramStart"/>
      <w:r>
        <w:rPr>
          <w:rFonts w:ascii="Arial" w:hAnsi="Arial"/>
          <w:b/>
        </w:rPr>
        <w:t xml:space="preserve">Alice  </w:t>
      </w:r>
      <w:r>
        <w:rPr>
          <w:rFonts w:ascii="Arial" w:hAnsi="Arial"/>
          <w:color w:val="5D7284"/>
        </w:rPr>
        <w:t>03:32</w:t>
      </w:r>
      <w:proofErr w:type="gramEnd"/>
    </w:p>
    <w:p w14:paraId="1A4D4B1A" w14:textId="77777777" w:rsidR="00EB5BAC" w:rsidRDefault="00B67446">
      <w:pPr>
        <w:spacing w:after="0"/>
      </w:pPr>
      <w:r>
        <w:rPr>
          <w:rFonts w:ascii="Arial" w:hAnsi="Arial"/>
        </w:rPr>
        <w:t xml:space="preserve">Well and, and I </w:t>
      </w:r>
      <w:proofErr w:type="gramStart"/>
      <w:r>
        <w:rPr>
          <w:rFonts w:ascii="Arial" w:hAnsi="Arial"/>
        </w:rPr>
        <w:t>can't</w:t>
      </w:r>
      <w:proofErr w:type="gramEnd"/>
      <w:r>
        <w:rPr>
          <w:rFonts w:ascii="Arial" w:hAnsi="Arial"/>
        </w:rPr>
        <w:t xml:space="preserve"> imagine there was, you know, a great deal of ramp access or anything.</w:t>
      </w:r>
    </w:p>
    <w:p w14:paraId="2246E110" w14:textId="77777777" w:rsidR="00EB5BAC" w:rsidRDefault="00EB5BAC">
      <w:pPr>
        <w:spacing w:after="0"/>
      </w:pPr>
    </w:p>
    <w:p w14:paraId="1434FAA2" w14:textId="77777777" w:rsidR="00EB5BAC" w:rsidRDefault="00B67446">
      <w:pPr>
        <w:spacing w:after="0"/>
      </w:pPr>
      <w:proofErr w:type="gramStart"/>
      <w:r>
        <w:rPr>
          <w:rFonts w:ascii="Arial" w:hAnsi="Arial"/>
          <w:b/>
        </w:rPr>
        <w:t xml:space="preserve">Lucy  </w:t>
      </w:r>
      <w:r>
        <w:rPr>
          <w:rFonts w:ascii="Arial" w:hAnsi="Arial"/>
          <w:color w:val="5D7284"/>
        </w:rPr>
        <w:t>03:37</w:t>
      </w:r>
      <w:proofErr w:type="gramEnd"/>
    </w:p>
    <w:p w14:paraId="4F7FC7D5" w14:textId="77777777" w:rsidR="00EB5BAC" w:rsidRDefault="00B67446">
      <w:pPr>
        <w:spacing w:after="0"/>
      </w:pPr>
      <w:r>
        <w:rPr>
          <w:rFonts w:ascii="Arial" w:hAnsi="Arial"/>
        </w:rPr>
        <w:t xml:space="preserve">No! No. So, this </w:t>
      </w:r>
      <w:proofErr w:type="gramStart"/>
      <w:r>
        <w:rPr>
          <w:rFonts w:ascii="Arial" w:hAnsi="Arial"/>
        </w:rPr>
        <w:t>Three Wheeler</w:t>
      </w:r>
      <w:proofErr w:type="gramEnd"/>
      <w:r>
        <w:rPr>
          <w:rFonts w:ascii="Arial" w:hAnsi="Arial"/>
        </w:rPr>
        <w:t xml:space="preserve"> wheelchair, which she called the </w:t>
      </w:r>
      <w:proofErr w:type="spellStart"/>
      <w:r>
        <w:rPr>
          <w:rFonts w:ascii="Arial" w:hAnsi="Arial"/>
        </w:rPr>
        <w:t>trike</w:t>
      </w:r>
      <w:proofErr w:type="spellEnd"/>
      <w:r>
        <w:rPr>
          <w:rFonts w:ascii="Arial" w:hAnsi="Arial"/>
        </w:rPr>
        <w:t xml:space="preserve"> was peddled by hand. And despite the difficulties, she </w:t>
      </w:r>
      <w:r>
        <w:rPr>
          <w:rFonts w:ascii="Arial" w:hAnsi="Arial"/>
        </w:rPr>
        <w:t xml:space="preserve">was a </w:t>
      </w:r>
      <w:proofErr w:type="spellStart"/>
      <w:r>
        <w:rPr>
          <w:rFonts w:ascii="Arial" w:hAnsi="Arial"/>
        </w:rPr>
        <w:t>stallward</w:t>
      </w:r>
      <w:proofErr w:type="spellEnd"/>
      <w:r>
        <w:rPr>
          <w:rFonts w:ascii="Arial" w:hAnsi="Arial"/>
        </w:rPr>
        <w:t xml:space="preserve"> campaigning contemporary disability issues, at the time. She was like, they describe her in my notes here as a prototype social worker. </w:t>
      </w:r>
    </w:p>
    <w:p w14:paraId="74220BF2" w14:textId="77777777" w:rsidR="00EB5BAC" w:rsidRDefault="00EB5BAC">
      <w:pPr>
        <w:spacing w:after="0"/>
      </w:pPr>
    </w:p>
    <w:p w14:paraId="59312D63" w14:textId="77777777" w:rsidR="00EB5BAC" w:rsidRDefault="00B67446">
      <w:pPr>
        <w:spacing w:after="0"/>
      </w:pPr>
      <w:proofErr w:type="gramStart"/>
      <w:r>
        <w:rPr>
          <w:rFonts w:ascii="Arial" w:hAnsi="Arial"/>
          <w:b/>
        </w:rPr>
        <w:t xml:space="preserve">Alice  </w:t>
      </w:r>
      <w:r>
        <w:rPr>
          <w:rFonts w:ascii="Arial" w:hAnsi="Arial"/>
          <w:color w:val="5D7284"/>
        </w:rPr>
        <w:t>04:01</w:t>
      </w:r>
      <w:proofErr w:type="gramEnd"/>
    </w:p>
    <w:p w14:paraId="4EA70D26" w14:textId="77777777" w:rsidR="00EB5BAC" w:rsidRDefault="00B67446">
      <w:pPr>
        <w:spacing w:after="0"/>
      </w:pPr>
      <w:proofErr w:type="gramStart"/>
      <w:r>
        <w:rPr>
          <w:rFonts w:ascii="Arial" w:hAnsi="Arial"/>
        </w:rPr>
        <w:t>That's</w:t>
      </w:r>
      <w:proofErr w:type="gramEnd"/>
      <w:r>
        <w:rPr>
          <w:rFonts w:ascii="Arial" w:hAnsi="Arial"/>
        </w:rPr>
        <w:t xml:space="preserve"> interesting. </w:t>
      </w:r>
    </w:p>
    <w:p w14:paraId="79B05101" w14:textId="77777777" w:rsidR="00EB5BAC" w:rsidRDefault="00EB5BAC">
      <w:pPr>
        <w:spacing w:after="0"/>
      </w:pPr>
    </w:p>
    <w:p w14:paraId="7C208A45" w14:textId="77777777" w:rsidR="00EB5BAC" w:rsidRDefault="00B67446">
      <w:pPr>
        <w:spacing w:after="0"/>
      </w:pPr>
      <w:proofErr w:type="gramStart"/>
      <w:r>
        <w:rPr>
          <w:rFonts w:ascii="Arial" w:hAnsi="Arial"/>
          <w:b/>
        </w:rPr>
        <w:t xml:space="preserve">Lucy  </w:t>
      </w:r>
      <w:r>
        <w:rPr>
          <w:rFonts w:ascii="Arial" w:hAnsi="Arial"/>
          <w:color w:val="5D7284"/>
        </w:rPr>
        <w:t>04:02</w:t>
      </w:r>
      <w:proofErr w:type="gramEnd"/>
    </w:p>
    <w:p w14:paraId="07658376" w14:textId="77777777" w:rsidR="00EB5BAC" w:rsidRDefault="00B67446">
      <w:pPr>
        <w:spacing w:after="0"/>
      </w:pPr>
      <w:r>
        <w:rPr>
          <w:rFonts w:ascii="Arial" w:hAnsi="Arial"/>
        </w:rPr>
        <w:t xml:space="preserve">And with a sister, Alice works with sex workers in the </w:t>
      </w:r>
      <w:r>
        <w:rPr>
          <w:rFonts w:ascii="Arial" w:hAnsi="Arial"/>
        </w:rPr>
        <w:t xml:space="preserve">Victorian times in the Greenwich area, in the </w:t>
      </w:r>
      <w:proofErr w:type="gramStart"/>
      <w:r>
        <w:rPr>
          <w:rFonts w:ascii="Arial" w:hAnsi="Arial"/>
        </w:rPr>
        <w:t>work houses</w:t>
      </w:r>
      <w:proofErr w:type="gramEnd"/>
      <w:r>
        <w:rPr>
          <w:rFonts w:ascii="Arial" w:hAnsi="Arial"/>
        </w:rPr>
        <w:t xml:space="preserve"> in Greenwich, and also as part of the Sunday school. Politically, she started out as a member of the women's lib </w:t>
      </w:r>
      <w:proofErr w:type="gramStart"/>
      <w:r>
        <w:rPr>
          <w:rFonts w:ascii="Arial" w:hAnsi="Arial"/>
        </w:rPr>
        <w:t>Association, and</w:t>
      </w:r>
      <w:proofErr w:type="gramEnd"/>
      <w:r>
        <w:rPr>
          <w:rFonts w:ascii="Arial" w:hAnsi="Arial"/>
        </w:rPr>
        <w:t xml:space="preserve"> was </w:t>
      </w:r>
      <w:proofErr w:type="spellStart"/>
      <w:r>
        <w:rPr>
          <w:rFonts w:ascii="Arial" w:hAnsi="Arial"/>
        </w:rPr>
        <w:t>radicalised</w:t>
      </w:r>
      <w:proofErr w:type="spellEnd"/>
      <w:r>
        <w:rPr>
          <w:rFonts w:ascii="Arial" w:hAnsi="Arial"/>
        </w:rPr>
        <w:t xml:space="preserve"> by her experiences in the community where she worked</w:t>
      </w:r>
      <w:r>
        <w:rPr>
          <w:rFonts w:ascii="Arial" w:hAnsi="Arial"/>
        </w:rPr>
        <w:t xml:space="preserve">. She joined the militant suffragette women's social and political union in 1907. </w:t>
      </w:r>
      <w:proofErr w:type="gramStart"/>
      <w:r>
        <w:rPr>
          <w:rFonts w:ascii="Arial" w:hAnsi="Arial"/>
        </w:rPr>
        <w:t>So</w:t>
      </w:r>
      <w:proofErr w:type="gramEnd"/>
      <w:r>
        <w:rPr>
          <w:rFonts w:ascii="Arial" w:hAnsi="Arial"/>
        </w:rPr>
        <w:t xml:space="preserve"> I don't know how much you know about the women's social and political union. But if you look at it now, so their motto was deeds, not words. </w:t>
      </w:r>
      <w:proofErr w:type="gramStart"/>
      <w:r>
        <w:rPr>
          <w:rFonts w:ascii="Arial" w:hAnsi="Arial"/>
        </w:rPr>
        <w:t>So</w:t>
      </w:r>
      <w:proofErr w:type="gramEnd"/>
      <w:r>
        <w:rPr>
          <w:rFonts w:ascii="Arial" w:hAnsi="Arial"/>
        </w:rPr>
        <w:t xml:space="preserve"> it was basically causing ha</w:t>
      </w:r>
      <w:r>
        <w:rPr>
          <w:rFonts w:ascii="Arial" w:hAnsi="Arial"/>
        </w:rPr>
        <w:t xml:space="preserve">voc so that people could not </w:t>
      </w:r>
      <w:proofErr w:type="spellStart"/>
      <w:r>
        <w:rPr>
          <w:rFonts w:ascii="Arial" w:hAnsi="Arial"/>
        </w:rPr>
        <w:t>not</w:t>
      </w:r>
      <w:proofErr w:type="spellEnd"/>
      <w:r>
        <w:rPr>
          <w:rFonts w:ascii="Arial" w:hAnsi="Arial"/>
        </w:rPr>
        <w:t xml:space="preserve"> take any notice of you, which I think is </w:t>
      </w:r>
      <w:proofErr w:type="spellStart"/>
      <w:r>
        <w:rPr>
          <w:rFonts w:ascii="Arial" w:hAnsi="Arial"/>
        </w:rPr>
        <w:t>is</w:t>
      </w:r>
      <w:proofErr w:type="spellEnd"/>
      <w:r>
        <w:rPr>
          <w:rFonts w:ascii="Arial" w:hAnsi="Arial"/>
        </w:rPr>
        <w:t xml:space="preserve"> pretty I don't know it's a bit must have been terrifying, really, for onlookers to see people you know women smashing up windows and place, planting bombs and all sorts of things </w:t>
      </w:r>
      <w:r>
        <w:rPr>
          <w:rFonts w:ascii="Arial" w:hAnsi="Arial"/>
        </w:rPr>
        <w:t>to get the point across. It must have been quite...</w:t>
      </w:r>
    </w:p>
    <w:p w14:paraId="5C710C39" w14:textId="77777777" w:rsidR="00EB5BAC" w:rsidRDefault="00EB5BAC">
      <w:pPr>
        <w:spacing w:after="0"/>
      </w:pPr>
    </w:p>
    <w:p w14:paraId="77EED60C" w14:textId="77777777" w:rsidR="00EB5BAC" w:rsidRDefault="00B67446">
      <w:pPr>
        <w:spacing w:after="0"/>
      </w:pPr>
      <w:proofErr w:type="gramStart"/>
      <w:r>
        <w:rPr>
          <w:rFonts w:ascii="Arial" w:hAnsi="Arial"/>
          <w:b/>
        </w:rPr>
        <w:t xml:space="preserve">Alice  </w:t>
      </w:r>
      <w:r>
        <w:rPr>
          <w:rFonts w:ascii="Arial" w:hAnsi="Arial"/>
          <w:color w:val="5D7284"/>
        </w:rPr>
        <w:t>05:04</w:t>
      </w:r>
      <w:proofErr w:type="gramEnd"/>
    </w:p>
    <w:p w14:paraId="2096876B" w14:textId="77777777" w:rsidR="00EB5BAC" w:rsidRDefault="00B67446">
      <w:pPr>
        <w:spacing w:after="0"/>
      </w:pPr>
      <w:r>
        <w:rPr>
          <w:rFonts w:ascii="Arial" w:hAnsi="Arial"/>
        </w:rPr>
        <w:t xml:space="preserve">Yeah. I mean, I suppose, you know, </w:t>
      </w:r>
      <w:proofErr w:type="gramStart"/>
      <w:r>
        <w:rPr>
          <w:rFonts w:ascii="Arial" w:hAnsi="Arial"/>
        </w:rPr>
        <w:t>they'd</w:t>
      </w:r>
      <w:proofErr w:type="gramEnd"/>
      <w:r>
        <w:rPr>
          <w:rFonts w:ascii="Arial" w:hAnsi="Arial"/>
        </w:rPr>
        <w:t xml:space="preserve"> been living in a time where there had been a lot of words and no nothing had changed. </w:t>
      </w:r>
      <w:proofErr w:type="gramStart"/>
      <w:r>
        <w:rPr>
          <w:rFonts w:ascii="Arial" w:hAnsi="Arial"/>
        </w:rPr>
        <w:t>So</w:t>
      </w:r>
      <w:proofErr w:type="gramEnd"/>
      <w:r>
        <w:rPr>
          <w:rFonts w:ascii="Arial" w:hAnsi="Arial"/>
        </w:rPr>
        <w:t xml:space="preserve"> they went for action. You know, you see in some political m</w:t>
      </w:r>
      <w:r>
        <w:rPr>
          <w:rFonts w:ascii="Arial" w:hAnsi="Arial"/>
        </w:rPr>
        <w:t xml:space="preserve">ovements these days. I mean, look at the recently the statue removal of Black Lives Matter movements, there have been people campaigning to have that statue in Bristol, of that gentleman, I remember reading that </w:t>
      </w:r>
      <w:proofErr w:type="gramStart"/>
      <w:r>
        <w:rPr>
          <w:rFonts w:ascii="Arial" w:hAnsi="Arial"/>
        </w:rPr>
        <w:t>they'd</w:t>
      </w:r>
      <w:proofErr w:type="gramEnd"/>
      <w:r>
        <w:rPr>
          <w:rFonts w:ascii="Arial" w:hAnsi="Arial"/>
        </w:rPr>
        <w:t xml:space="preserve"> been campaigning to have that statue </w:t>
      </w:r>
      <w:r>
        <w:rPr>
          <w:rFonts w:ascii="Arial" w:hAnsi="Arial"/>
        </w:rPr>
        <w:t xml:space="preserve">taken down for I think, three years, and the council just kept putting it off and making excuses and fobbing people off. And </w:t>
      </w:r>
      <w:proofErr w:type="gramStart"/>
      <w:r>
        <w:rPr>
          <w:rFonts w:ascii="Arial" w:hAnsi="Arial"/>
        </w:rPr>
        <w:t>so</w:t>
      </w:r>
      <w:proofErr w:type="gramEnd"/>
      <w:r>
        <w:rPr>
          <w:rFonts w:ascii="Arial" w:hAnsi="Arial"/>
        </w:rPr>
        <w:t xml:space="preserve"> you know, finally, we threw it in the sea because - and I say "we" I was not involved in that. There I am with my dog., just </w:t>
      </w:r>
      <w:proofErr w:type="spellStart"/>
      <w:r>
        <w:rPr>
          <w:rFonts w:ascii="Arial" w:hAnsi="Arial"/>
        </w:rPr>
        <w:t>jus</w:t>
      </w:r>
      <w:r>
        <w:rPr>
          <w:rFonts w:ascii="Arial" w:hAnsi="Arial"/>
        </w:rPr>
        <w:t>t</w:t>
      </w:r>
      <w:proofErr w:type="spellEnd"/>
      <w:r>
        <w:rPr>
          <w:rFonts w:ascii="Arial" w:hAnsi="Arial"/>
        </w:rPr>
        <w:t xml:space="preserve"> like "</w:t>
      </w:r>
      <w:proofErr w:type="gramStart"/>
      <w:r>
        <w:rPr>
          <w:rFonts w:ascii="Arial" w:hAnsi="Arial"/>
        </w:rPr>
        <w:t>Let's</w:t>
      </w:r>
      <w:proofErr w:type="gramEnd"/>
      <w:r>
        <w:rPr>
          <w:rFonts w:ascii="Arial" w:hAnsi="Arial"/>
        </w:rPr>
        <w:t xml:space="preserve"> do this! Yeah"</w:t>
      </w:r>
    </w:p>
    <w:p w14:paraId="49D5CD7E" w14:textId="77777777" w:rsidR="00EB5BAC" w:rsidRDefault="00EB5BAC">
      <w:pPr>
        <w:spacing w:after="0"/>
      </w:pPr>
    </w:p>
    <w:p w14:paraId="2A392867" w14:textId="77777777" w:rsidR="00EB5BAC" w:rsidRDefault="00B67446">
      <w:pPr>
        <w:spacing w:after="0"/>
      </w:pPr>
      <w:proofErr w:type="gramStart"/>
      <w:r>
        <w:rPr>
          <w:rFonts w:ascii="Arial" w:hAnsi="Arial"/>
          <w:b/>
        </w:rPr>
        <w:t xml:space="preserve">Lucy  </w:t>
      </w:r>
      <w:r>
        <w:rPr>
          <w:rFonts w:ascii="Arial" w:hAnsi="Arial"/>
          <w:color w:val="5D7284"/>
        </w:rPr>
        <w:t>06:01</w:t>
      </w:r>
      <w:proofErr w:type="gramEnd"/>
    </w:p>
    <w:p w14:paraId="6DCFB1C9" w14:textId="77777777" w:rsidR="00EB5BAC" w:rsidRDefault="00B67446">
      <w:pPr>
        <w:spacing w:after="0"/>
      </w:pPr>
      <w:r>
        <w:rPr>
          <w:rFonts w:ascii="Arial" w:hAnsi="Arial"/>
        </w:rPr>
        <w:t>It certainly makes you sit up and listen, doesn't it?</w:t>
      </w:r>
    </w:p>
    <w:p w14:paraId="53E458F7" w14:textId="77777777" w:rsidR="00EB5BAC" w:rsidRDefault="00EB5BAC">
      <w:pPr>
        <w:spacing w:after="0"/>
      </w:pPr>
    </w:p>
    <w:p w14:paraId="7A35D9C3" w14:textId="77777777" w:rsidR="00EB5BAC" w:rsidRDefault="00B67446">
      <w:pPr>
        <w:spacing w:after="0"/>
      </w:pPr>
      <w:proofErr w:type="gramStart"/>
      <w:r>
        <w:rPr>
          <w:rFonts w:ascii="Arial" w:hAnsi="Arial"/>
          <w:b/>
        </w:rPr>
        <w:t xml:space="preserve">Alice  </w:t>
      </w:r>
      <w:r>
        <w:rPr>
          <w:rFonts w:ascii="Arial" w:hAnsi="Arial"/>
          <w:color w:val="5D7284"/>
        </w:rPr>
        <w:t>06:04</w:t>
      </w:r>
      <w:proofErr w:type="gramEnd"/>
    </w:p>
    <w:p w14:paraId="7EF00C77" w14:textId="77777777" w:rsidR="00EB5BAC" w:rsidRDefault="00B67446">
      <w:pPr>
        <w:spacing w:after="0"/>
      </w:pPr>
      <w:r>
        <w:rPr>
          <w:rFonts w:ascii="Arial" w:hAnsi="Arial"/>
        </w:rPr>
        <w:t>Well, and I imagine, you know, in the Victorian times, where women were like children and seen but not heard, and had a very, you know, strict pla</w:t>
      </w:r>
      <w:r>
        <w:rPr>
          <w:rFonts w:ascii="Arial" w:hAnsi="Arial"/>
        </w:rPr>
        <w:t xml:space="preserve">ce and there were </w:t>
      </w:r>
      <w:proofErr w:type="gramStart"/>
      <w:r>
        <w:rPr>
          <w:rFonts w:ascii="Arial" w:hAnsi="Arial"/>
        </w:rPr>
        <w:t>very strict</w:t>
      </w:r>
      <w:proofErr w:type="gramEnd"/>
      <w:r>
        <w:rPr>
          <w:rFonts w:ascii="Arial" w:hAnsi="Arial"/>
        </w:rPr>
        <w:t xml:space="preserve"> kind of social rules, to have these women going you know what, Fuck this. </w:t>
      </w:r>
      <w:proofErr w:type="gramStart"/>
      <w:r>
        <w:rPr>
          <w:rFonts w:ascii="Arial" w:hAnsi="Arial"/>
        </w:rPr>
        <w:t>I'm</w:t>
      </w:r>
      <w:proofErr w:type="gramEnd"/>
      <w:r>
        <w:rPr>
          <w:rFonts w:ascii="Arial" w:hAnsi="Arial"/>
        </w:rPr>
        <w:t xml:space="preserve"> going to throw myself under a horse, which is the famous thing obviously. </w:t>
      </w:r>
    </w:p>
    <w:p w14:paraId="5A1B3088" w14:textId="77777777" w:rsidR="00EB5BAC" w:rsidRDefault="00EB5BAC">
      <w:pPr>
        <w:spacing w:after="0"/>
      </w:pPr>
    </w:p>
    <w:p w14:paraId="6021C29F" w14:textId="77777777" w:rsidR="00EB5BAC" w:rsidRDefault="00B67446">
      <w:pPr>
        <w:spacing w:after="0"/>
      </w:pPr>
      <w:proofErr w:type="gramStart"/>
      <w:r>
        <w:rPr>
          <w:rFonts w:ascii="Arial" w:hAnsi="Arial"/>
          <w:b/>
        </w:rPr>
        <w:t xml:space="preserve">Lucy  </w:t>
      </w:r>
      <w:r>
        <w:rPr>
          <w:rFonts w:ascii="Arial" w:hAnsi="Arial"/>
          <w:color w:val="5D7284"/>
        </w:rPr>
        <w:t>06:25</w:t>
      </w:r>
      <w:proofErr w:type="gramEnd"/>
    </w:p>
    <w:p w14:paraId="0A343936" w14:textId="77777777" w:rsidR="00EB5BAC" w:rsidRDefault="00B67446">
      <w:pPr>
        <w:spacing w:after="0"/>
      </w:pPr>
      <w:r>
        <w:rPr>
          <w:rFonts w:ascii="Arial" w:hAnsi="Arial"/>
        </w:rPr>
        <w:t>Yeah, yeah, yeah.</w:t>
      </w:r>
    </w:p>
    <w:p w14:paraId="1083923B" w14:textId="77777777" w:rsidR="00EB5BAC" w:rsidRDefault="00EB5BAC">
      <w:pPr>
        <w:spacing w:after="0"/>
      </w:pPr>
    </w:p>
    <w:p w14:paraId="228D8B19" w14:textId="77777777" w:rsidR="00EB5BAC" w:rsidRDefault="00B67446">
      <w:pPr>
        <w:spacing w:after="0"/>
      </w:pPr>
      <w:proofErr w:type="gramStart"/>
      <w:r>
        <w:rPr>
          <w:rFonts w:ascii="Arial" w:hAnsi="Arial"/>
          <w:b/>
        </w:rPr>
        <w:t xml:space="preserve">Alice  </w:t>
      </w:r>
      <w:r>
        <w:rPr>
          <w:rFonts w:ascii="Arial" w:hAnsi="Arial"/>
          <w:color w:val="5D7284"/>
        </w:rPr>
        <w:t>06:25</w:t>
      </w:r>
      <w:proofErr w:type="gramEnd"/>
    </w:p>
    <w:p w14:paraId="2B1DF142" w14:textId="77777777" w:rsidR="00EB5BAC" w:rsidRDefault="00B67446">
      <w:pPr>
        <w:spacing w:after="0"/>
      </w:pPr>
      <w:r>
        <w:rPr>
          <w:rFonts w:ascii="Arial" w:hAnsi="Arial"/>
        </w:rPr>
        <w:t xml:space="preserve">That yeah, </w:t>
      </w:r>
      <w:proofErr w:type="gramStart"/>
      <w:r>
        <w:rPr>
          <w:rFonts w:ascii="Arial" w:hAnsi="Arial"/>
        </w:rPr>
        <w:t>it's</w:t>
      </w:r>
      <w:proofErr w:type="gramEnd"/>
      <w:r>
        <w:rPr>
          <w:rFonts w:ascii="Arial" w:hAnsi="Arial"/>
        </w:rPr>
        <w:t xml:space="preserve"> </w:t>
      </w:r>
      <w:proofErr w:type="spellStart"/>
      <w:r>
        <w:rPr>
          <w:rFonts w:ascii="Arial" w:hAnsi="Arial"/>
        </w:rPr>
        <w:t>it's</w:t>
      </w:r>
      <w:proofErr w:type="spellEnd"/>
      <w:r>
        <w:rPr>
          <w:rFonts w:ascii="Arial" w:hAnsi="Arial"/>
        </w:rPr>
        <w:t xml:space="preserve"> a big i</w:t>
      </w:r>
      <w:r>
        <w:rPr>
          <w:rFonts w:ascii="Arial" w:hAnsi="Arial"/>
        </w:rPr>
        <w:t>t's a big deal.</w:t>
      </w:r>
    </w:p>
    <w:p w14:paraId="36BD4D24" w14:textId="77777777" w:rsidR="00EB5BAC" w:rsidRDefault="00EB5BAC">
      <w:pPr>
        <w:spacing w:after="0"/>
      </w:pPr>
    </w:p>
    <w:p w14:paraId="17452197" w14:textId="77777777" w:rsidR="00EB5BAC" w:rsidRDefault="00B67446">
      <w:pPr>
        <w:spacing w:after="0"/>
      </w:pPr>
      <w:proofErr w:type="gramStart"/>
      <w:r>
        <w:rPr>
          <w:rFonts w:ascii="Arial" w:hAnsi="Arial"/>
          <w:b/>
        </w:rPr>
        <w:t xml:space="preserve">Lucy  </w:t>
      </w:r>
      <w:r>
        <w:rPr>
          <w:rFonts w:ascii="Arial" w:hAnsi="Arial"/>
          <w:color w:val="5D7284"/>
        </w:rPr>
        <w:t>06:29</w:t>
      </w:r>
      <w:proofErr w:type="gramEnd"/>
    </w:p>
    <w:p w14:paraId="52266A95" w14:textId="77777777" w:rsidR="00EB5BAC" w:rsidRDefault="00B67446">
      <w:pPr>
        <w:spacing w:after="0"/>
      </w:pPr>
      <w:r>
        <w:rPr>
          <w:rFonts w:ascii="Arial" w:hAnsi="Arial"/>
        </w:rPr>
        <w:t xml:space="preserve">Yeah. </w:t>
      </w:r>
      <w:proofErr w:type="gramStart"/>
      <w:r>
        <w:rPr>
          <w:rFonts w:ascii="Arial" w:hAnsi="Arial"/>
        </w:rPr>
        <w:t>So</w:t>
      </w:r>
      <w:proofErr w:type="gramEnd"/>
      <w:r>
        <w:rPr>
          <w:rFonts w:ascii="Arial" w:hAnsi="Arial"/>
        </w:rPr>
        <w:t xml:space="preserve"> she, she basically started to get involved with the women's social and political union and went abided by the motto of deeds, not words. She was always on her tricycle that was decorated with the ribbons that were green, white, and purple. And she</w:t>
      </w:r>
      <w:r>
        <w:rPr>
          <w:rFonts w:ascii="Arial" w:hAnsi="Arial"/>
        </w:rPr>
        <w:t xml:space="preserve"> participated in a suffragette march to the Albert Hall on the 13th of June 1908, distributing leaflets that advertised the forthcoming Hyde Park demonstration. In that July, she worked for that WPSU in the bi-election and she was part of the work to </w:t>
      </w:r>
      <w:proofErr w:type="spellStart"/>
      <w:r>
        <w:rPr>
          <w:rFonts w:ascii="Arial" w:hAnsi="Arial"/>
        </w:rPr>
        <w:t>to</w:t>
      </w:r>
      <w:proofErr w:type="spellEnd"/>
      <w:r>
        <w:rPr>
          <w:rFonts w:ascii="Arial" w:hAnsi="Arial"/>
        </w:rPr>
        <w:t>, t</w:t>
      </w:r>
      <w:r>
        <w:rPr>
          <w:rFonts w:ascii="Arial" w:hAnsi="Arial"/>
        </w:rPr>
        <w:t xml:space="preserve">o do all of this, she taught children, suffragist songs, and two years later, she found founded the </w:t>
      </w:r>
      <w:r>
        <w:rPr>
          <w:rFonts w:ascii="Arial" w:hAnsi="Arial"/>
        </w:rPr>
        <w:lastRenderedPageBreak/>
        <w:t xml:space="preserve">Greenwich branch of the political party. As a result of all activities, she became known as the crippled suffragette. I mean, </w:t>
      </w:r>
      <w:proofErr w:type="gramStart"/>
      <w:r>
        <w:rPr>
          <w:rFonts w:ascii="Arial" w:hAnsi="Arial"/>
        </w:rPr>
        <w:t>it's</w:t>
      </w:r>
      <w:proofErr w:type="gramEnd"/>
      <w:r>
        <w:rPr>
          <w:rFonts w:ascii="Arial" w:hAnsi="Arial"/>
        </w:rPr>
        <w:t xml:space="preserve"> what she is, isn't it? Re</w:t>
      </w:r>
      <w:r>
        <w:rPr>
          <w:rFonts w:ascii="Arial" w:hAnsi="Arial"/>
        </w:rPr>
        <w:t xml:space="preserve">ally. But that was, that was the label she was given. And back in those days, I think the word cripple was more socially acceptable than it is today. But I think she what she did was she used </w:t>
      </w:r>
      <w:proofErr w:type="gramStart"/>
      <w:r>
        <w:rPr>
          <w:rFonts w:ascii="Arial" w:hAnsi="Arial"/>
        </w:rPr>
        <w:t>the her</w:t>
      </w:r>
      <w:proofErr w:type="gramEnd"/>
      <w:r>
        <w:rPr>
          <w:rFonts w:ascii="Arial" w:hAnsi="Arial"/>
        </w:rPr>
        <w:t xml:space="preserve"> disability from what I've been reading about her she use</w:t>
      </w:r>
      <w:r>
        <w:rPr>
          <w:rFonts w:ascii="Arial" w:hAnsi="Arial"/>
        </w:rPr>
        <w:t xml:space="preserve">d her disability as the talking point. </w:t>
      </w:r>
      <w:proofErr w:type="gramStart"/>
      <w:r>
        <w:rPr>
          <w:rFonts w:ascii="Arial" w:hAnsi="Arial"/>
        </w:rPr>
        <w:t>So</w:t>
      </w:r>
      <w:proofErr w:type="gramEnd"/>
      <w:r>
        <w:rPr>
          <w:rFonts w:ascii="Arial" w:hAnsi="Arial"/>
        </w:rPr>
        <w:t xml:space="preserve"> she was always she was she became renowned as the </w:t>
      </w:r>
      <w:proofErr w:type="spellStart"/>
      <w:r>
        <w:rPr>
          <w:rFonts w:ascii="Arial" w:hAnsi="Arial"/>
        </w:rPr>
        <w:t>the</w:t>
      </w:r>
      <w:proofErr w:type="spellEnd"/>
      <w:r>
        <w:rPr>
          <w:rFonts w:ascii="Arial" w:hAnsi="Arial"/>
        </w:rPr>
        <w:t xml:space="preserve"> woman in the wheelchair, who will most likely ram your ankles and anything else she can find. </w:t>
      </w:r>
    </w:p>
    <w:p w14:paraId="26D3AFF8" w14:textId="77777777" w:rsidR="00EB5BAC" w:rsidRDefault="00EB5BAC">
      <w:pPr>
        <w:spacing w:after="0"/>
      </w:pPr>
    </w:p>
    <w:p w14:paraId="22128EC5" w14:textId="77777777" w:rsidR="00EB5BAC" w:rsidRDefault="00B67446">
      <w:pPr>
        <w:spacing w:after="0"/>
      </w:pPr>
      <w:proofErr w:type="gramStart"/>
      <w:r>
        <w:rPr>
          <w:rFonts w:ascii="Arial" w:hAnsi="Arial"/>
          <w:b/>
        </w:rPr>
        <w:t xml:space="preserve">Alice  </w:t>
      </w:r>
      <w:r>
        <w:rPr>
          <w:rFonts w:ascii="Arial" w:hAnsi="Arial"/>
          <w:color w:val="5D7284"/>
        </w:rPr>
        <w:t>07:52</w:t>
      </w:r>
      <w:proofErr w:type="gramEnd"/>
    </w:p>
    <w:p w14:paraId="3CFBCE98" w14:textId="77777777" w:rsidR="00EB5BAC" w:rsidRDefault="00B67446">
      <w:pPr>
        <w:spacing w:after="0"/>
      </w:pPr>
      <w:r>
        <w:rPr>
          <w:rFonts w:ascii="Arial" w:hAnsi="Arial"/>
        </w:rPr>
        <w:t xml:space="preserve">Yes, so good for her. </w:t>
      </w:r>
    </w:p>
    <w:p w14:paraId="23316B72" w14:textId="77777777" w:rsidR="00EB5BAC" w:rsidRDefault="00EB5BAC">
      <w:pPr>
        <w:spacing w:after="0"/>
      </w:pPr>
    </w:p>
    <w:p w14:paraId="39F3C02B" w14:textId="77777777" w:rsidR="00EB5BAC" w:rsidRDefault="00B67446">
      <w:pPr>
        <w:spacing w:after="0"/>
      </w:pPr>
      <w:proofErr w:type="gramStart"/>
      <w:r>
        <w:rPr>
          <w:rFonts w:ascii="Arial" w:hAnsi="Arial"/>
          <w:b/>
        </w:rPr>
        <w:t xml:space="preserve">Lucy  </w:t>
      </w:r>
      <w:r>
        <w:rPr>
          <w:rFonts w:ascii="Arial" w:hAnsi="Arial"/>
          <w:color w:val="5D7284"/>
        </w:rPr>
        <w:t>07:55</w:t>
      </w:r>
      <w:proofErr w:type="gramEnd"/>
    </w:p>
    <w:p w14:paraId="571FFD99" w14:textId="77777777" w:rsidR="00EB5BAC" w:rsidRDefault="00B67446">
      <w:pPr>
        <w:spacing w:after="0"/>
      </w:pPr>
      <w:r>
        <w:rPr>
          <w:rFonts w:ascii="Arial" w:hAnsi="Arial"/>
        </w:rPr>
        <w:t xml:space="preserve">The thing that </w:t>
      </w:r>
      <w:r>
        <w:rPr>
          <w:rFonts w:ascii="Arial" w:hAnsi="Arial"/>
        </w:rPr>
        <w:t xml:space="preserve">really got me was the fact that she obviously repeatedly </w:t>
      </w:r>
      <w:proofErr w:type="gramStart"/>
      <w:r>
        <w:rPr>
          <w:rFonts w:ascii="Arial" w:hAnsi="Arial"/>
        </w:rPr>
        <w:t>came into contact with</w:t>
      </w:r>
      <w:proofErr w:type="gramEnd"/>
      <w:r>
        <w:rPr>
          <w:rFonts w:ascii="Arial" w:hAnsi="Arial"/>
        </w:rPr>
        <w:t xml:space="preserve"> the police and authorities and in November 1910, she was thrown out of a tricycle during the Black Friday demonstration, and police pushed down the side street and removed the </w:t>
      </w:r>
      <w:r>
        <w:rPr>
          <w:rFonts w:ascii="Arial" w:hAnsi="Arial"/>
        </w:rPr>
        <w:t xml:space="preserve">vowels from her </w:t>
      </w:r>
      <w:proofErr w:type="spellStart"/>
      <w:r>
        <w:rPr>
          <w:rFonts w:ascii="Arial" w:hAnsi="Arial"/>
        </w:rPr>
        <w:t>tyres</w:t>
      </w:r>
      <w:proofErr w:type="spellEnd"/>
      <w:r>
        <w:rPr>
          <w:rFonts w:ascii="Arial" w:hAnsi="Arial"/>
        </w:rPr>
        <w:t xml:space="preserve">. </w:t>
      </w:r>
    </w:p>
    <w:p w14:paraId="0150B778" w14:textId="77777777" w:rsidR="00EB5BAC" w:rsidRDefault="00EB5BAC">
      <w:pPr>
        <w:spacing w:after="0"/>
      </w:pPr>
    </w:p>
    <w:p w14:paraId="109B24C1" w14:textId="77777777" w:rsidR="00EB5BAC" w:rsidRDefault="00B67446">
      <w:pPr>
        <w:spacing w:after="0"/>
      </w:pPr>
      <w:proofErr w:type="gramStart"/>
      <w:r>
        <w:rPr>
          <w:rFonts w:ascii="Arial" w:hAnsi="Arial"/>
          <w:b/>
        </w:rPr>
        <w:t xml:space="preserve">Alice  </w:t>
      </w:r>
      <w:r>
        <w:rPr>
          <w:rFonts w:ascii="Arial" w:hAnsi="Arial"/>
          <w:color w:val="5D7284"/>
        </w:rPr>
        <w:t>08:13</w:t>
      </w:r>
      <w:proofErr w:type="gramEnd"/>
    </w:p>
    <w:p w14:paraId="2ADDAF65" w14:textId="77777777" w:rsidR="00EB5BAC" w:rsidRDefault="00B67446">
      <w:pPr>
        <w:spacing w:after="0"/>
      </w:pPr>
      <w:r>
        <w:rPr>
          <w:rFonts w:ascii="Arial" w:hAnsi="Arial"/>
        </w:rPr>
        <w:t>Shit</w:t>
      </w:r>
    </w:p>
    <w:p w14:paraId="159E8C46" w14:textId="77777777" w:rsidR="00EB5BAC" w:rsidRDefault="00EB5BAC">
      <w:pPr>
        <w:spacing w:after="0"/>
      </w:pPr>
    </w:p>
    <w:p w14:paraId="7E781BB3" w14:textId="77777777" w:rsidR="00EB5BAC" w:rsidRDefault="00B67446">
      <w:pPr>
        <w:spacing w:after="0"/>
      </w:pPr>
      <w:proofErr w:type="gramStart"/>
      <w:r>
        <w:rPr>
          <w:rFonts w:ascii="Arial" w:hAnsi="Arial"/>
          <w:b/>
        </w:rPr>
        <w:t xml:space="preserve">Lucy  </w:t>
      </w:r>
      <w:r>
        <w:rPr>
          <w:rFonts w:ascii="Arial" w:hAnsi="Arial"/>
          <w:color w:val="5D7284"/>
        </w:rPr>
        <w:t>08:13</w:t>
      </w:r>
      <w:proofErr w:type="gramEnd"/>
    </w:p>
    <w:p w14:paraId="60CBA869" w14:textId="77777777" w:rsidR="00EB5BAC" w:rsidRDefault="00B67446">
      <w:pPr>
        <w:spacing w:after="0"/>
      </w:pPr>
      <w:proofErr w:type="gramStart"/>
      <w:r>
        <w:rPr>
          <w:rFonts w:ascii="Arial" w:hAnsi="Arial"/>
        </w:rPr>
        <w:t>It's</w:t>
      </w:r>
      <w:proofErr w:type="gramEnd"/>
      <w:r>
        <w:rPr>
          <w:rFonts w:ascii="Arial" w:hAnsi="Arial"/>
        </w:rPr>
        <w:t xml:space="preserve"> why you should have checked that's why you should have solid </w:t>
      </w:r>
      <w:proofErr w:type="spellStart"/>
      <w:r>
        <w:rPr>
          <w:rFonts w:ascii="Arial" w:hAnsi="Arial"/>
        </w:rPr>
        <w:t>tyres</w:t>
      </w:r>
      <w:proofErr w:type="spellEnd"/>
      <w:r>
        <w:rPr>
          <w:rFonts w:ascii="Arial" w:hAnsi="Arial"/>
        </w:rPr>
        <w:t xml:space="preserve">, ladies and gents. And she was one of the 159 women arrested that day. And another suffragette wrote </w:t>
      </w:r>
      <w:proofErr w:type="gramStart"/>
      <w:r>
        <w:rPr>
          <w:rFonts w:ascii="Arial" w:hAnsi="Arial"/>
        </w:rPr>
        <w:t>later on</w:t>
      </w:r>
      <w:proofErr w:type="gramEnd"/>
      <w:r>
        <w:rPr>
          <w:rFonts w:ascii="Arial" w:hAnsi="Arial"/>
        </w:rPr>
        <w:t xml:space="preserve"> in her diaries, I </w:t>
      </w:r>
      <w:r>
        <w:rPr>
          <w:rFonts w:ascii="Arial" w:hAnsi="Arial"/>
        </w:rPr>
        <w:t xml:space="preserve">remember hearing startling stories of her running battles with the police, her crutches were lodged either side of a </w:t>
      </w:r>
      <w:proofErr w:type="spellStart"/>
      <w:r>
        <w:rPr>
          <w:rFonts w:ascii="Arial" w:hAnsi="Arial"/>
        </w:rPr>
        <w:t>self propelling</w:t>
      </w:r>
      <w:proofErr w:type="spellEnd"/>
      <w:r>
        <w:rPr>
          <w:rFonts w:ascii="Arial" w:hAnsi="Arial"/>
        </w:rPr>
        <w:t xml:space="preserve"> invalid chair, when a meeting was broken up, or an arrest was being made, she would charge at the aggressors at a rate of k</w:t>
      </w:r>
      <w:r>
        <w:rPr>
          <w:rFonts w:ascii="Arial" w:hAnsi="Arial"/>
        </w:rPr>
        <w:t xml:space="preserve">nots that carried before her. So basically, she got a stick shoved down the side of a chair and she was just going to hell for leather at </w:t>
      </w:r>
      <w:proofErr w:type="gramStart"/>
      <w:r>
        <w:rPr>
          <w:rFonts w:ascii="Arial" w:hAnsi="Arial"/>
        </w:rPr>
        <w:t>these policeman</w:t>
      </w:r>
      <w:proofErr w:type="gramEnd"/>
      <w:r>
        <w:rPr>
          <w:rFonts w:ascii="Arial" w:hAnsi="Arial"/>
        </w:rPr>
        <w:t>.</w:t>
      </w:r>
    </w:p>
    <w:p w14:paraId="0008A87A" w14:textId="77777777" w:rsidR="00EB5BAC" w:rsidRDefault="00EB5BAC">
      <w:pPr>
        <w:spacing w:after="0"/>
      </w:pPr>
    </w:p>
    <w:p w14:paraId="67340C1C" w14:textId="77777777" w:rsidR="00EB5BAC" w:rsidRDefault="00B67446">
      <w:pPr>
        <w:spacing w:after="0"/>
      </w:pPr>
      <w:proofErr w:type="gramStart"/>
      <w:r>
        <w:rPr>
          <w:rFonts w:ascii="Arial" w:hAnsi="Arial"/>
          <w:b/>
        </w:rPr>
        <w:t xml:space="preserve">Alice  </w:t>
      </w:r>
      <w:r>
        <w:rPr>
          <w:rFonts w:ascii="Arial" w:hAnsi="Arial"/>
          <w:color w:val="5D7284"/>
        </w:rPr>
        <w:t>08:55</w:t>
      </w:r>
      <w:proofErr w:type="gramEnd"/>
    </w:p>
    <w:p w14:paraId="52C18C6D" w14:textId="77777777" w:rsidR="00EB5BAC" w:rsidRDefault="00B67446">
      <w:pPr>
        <w:spacing w:after="0"/>
      </w:pPr>
      <w:r>
        <w:rPr>
          <w:rFonts w:ascii="Arial" w:hAnsi="Arial"/>
        </w:rPr>
        <w:t xml:space="preserve">And </w:t>
      </w:r>
      <w:proofErr w:type="gramStart"/>
      <w:r>
        <w:rPr>
          <w:rFonts w:ascii="Arial" w:hAnsi="Arial"/>
        </w:rPr>
        <w:t>it's</w:t>
      </w:r>
      <w:proofErr w:type="gramEnd"/>
      <w:r>
        <w:rPr>
          <w:rFonts w:ascii="Arial" w:hAnsi="Arial"/>
        </w:rPr>
        <w:t xml:space="preserve">, I mean, you know, just also goes to show police brutality is hardly </w:t>
      </w:r>
      <w:r>
        <w:rPr>
          <w:rFonts w:ascii="Arial" w:hAnsi="Arial"/>
        </w:rPr>
        <w:t>something new so...</w:t>
      </w:r>
    </w:p>
    <w:p w14:paraId="66351B8B" w14:textId="77777777" w:rsidR="00EB5BAC" w:rsidRDefault="00EB5BAC">
      <w:pPr>
        <w:spacing w:after="0"/>
      </w:pPr>
    </w:p>
    <w:p w14:paraId="1E6E9D8F" w14:textId="77777777" w:rsidR="00EB5BAC" w:rsidRDefault="00B67446">
      <w:pPr>
        <w:spacing w:after="0"/>
      </w:pPr>
      <w:proofErr w:type="gramStart"/>
      <w:r>
        <w:rPr>
          <w:rFonts w:ascii="Arial" w:hAnsi="Arial"/>
          <w:b/>
        </w:rPr>
        <w:t xml:space="preserve">Lucy  </w:t>
      </w:r>
      <w:r>
        <w:rPr>
          <w:rFonts w:ascii="Arial" w:hAnsi="Arial"/>
          <w:color w:val="5D7284"/>
        </w:rPr>
        <w:t>09:01</w:t>
      </w:r>
      <w:proofErr w:type="gramEnd"/>
    </w:p>
    <w:p w14:paraId="149F264F" w14:textId="77777777" w:rsidR="00EB5BAC" w:rsidRDefault="00B67446">
      <w:pPr>
        <w:spacing w:after="0"/>
      </w:pPr>
      <w:r>
        <w:rPr>
          <w:rFonts w:ascii="Arial" w:hAnsi="Arial"/>
        </w:rPr>
        <w:t xml:space="preserve">No </w:t>
      </w:r>
      <w:proofErr w:type="spellStart"/>
      <w:r>
        <w:rPr>
          <w:rFonts w:ascii="Arial" w:hAnsi="Arial"/>
        </w:rPr>
        <w:t>defeintely</w:t>
      </w:r>
      <w:proofErr w:type="spellEnd"/>
      <w:r>
        <w:rPr>
          <w:rFonts w:ascii="Arial" w:hAnsi="Arial"/>
        </w:rPr>
        <w:t xml:space="preserve"> not. It is </w:t>
      </w:r>
      <w:proofErr w:type="gramStart"/>
      <w:r>
        <w:rPr>
          <w:rFonts w:ascii="Arial" w:hAnsi="Arial"/>
        </w:rPr>
        <w:t>quite</w:t>
      </w:r>
      <w:proofErr w:type="gramEnd"/>
      <w:r>
        <w:rPr>
          <w:rFonts w:ascii="Arial" w:hAnsi="Arial"/>
        </w:rPr>
        <w:t xml:space="preserve">, I mean, it's not very inventive either, is it? </w:t>
      </w:r>
      <w:proofErr w:type="gramStart"/>
      <w:r>
        <w:rPr>
          <w:rFonts w:ascii="Arial" w:hAnsi="Arial"/>
        </w:rPr>
        <w:t>I'll</w:t>
      </w:r>
      <w:proofErr w:type="gramEnd"/>
      <w:r>
        <w:rPr>
          <w:rFonts w:ascii="Arial" w:hAnsi="Arial"/>
        </w:rPr>
        <w:t xml:space="preserve"> just let the air out of your </w:t>
      </w:r>
      <w:proofErr w:type="spellStart"/>
      <w:r>
        <w:rPr>
          <w:rFonts w:ascii="Arial" w:hAnsi="Arial"/>
        </w:rPr>
        <w:t>tyres</w:t>
      </w:r>
      <w:proofErr w:type="spellEnd"/>
      <w:r>
        <w:rPr>
          <w:rFonts w:ascii="Arial" w:hAnsi="Arial"/>
        </w:rPr>
        <w:t xml:space="preserve"> and tip you out of your wheelchair,</w:t>
      </w:r>
    </w:p>
    <w:p w14:paraId="388D5062" w14:textId="77777777" w:rsidR="00EB5BAC" w:rsidRDefault="00EB5BAC">
      <w:pPr>
        <w:spacing w:after="0"/>
      </w:pPr>
    </w:p>
    <w:p w14:paraId="20519579" w14:textId="77777777" w:rsidR="00EB5BAC" w:rsidRDefault="00B67446">
      <w:pPr>
        <w:spacing w:after="0"/>
      </w:pPr>
      <w:proofErr w:type="gramStart"/>
      <w:r>
        <w:rPr>
          <w:rFonts w:ascii="Arial" w:hAnsi="Arial"/>
          <w:b/>
        </w:rPr>
        <w:t xml:space="preserve">Alice  </w:t>
      </w:r>
      <w:r>
        <w:rPr>
          <w:rFonts w:ascii="Arial" w:hAnsi="Arial"/>
          <w:color w:val="5D7284"/>
        </w:rPr>
        <w:t>09:09</w:t>
      </w:r>
      <w:proofErr w:type="gramEnd"/>
    </w:p>
    <w:p w14:paraId="74DFFC93" w14:textId="77777777" w:rsidR="00EB5BAC" w:rsidRDefault="00B67446">
      <w:pPr>
        <w:spacing w:after="0"/>
      </w:pPr>
      <w:r>
        <w:rPr>
          <w:rFonts w:ascii="Arial" w:hAnsi="Arial"/>
        </w:rPr>
        <w:t>No. Certainly cause a stop to some people causing havo</w:t>
      </w:r>
      <w:r>
        <w:rPr>
          <w:rFonts w:ascii="Arial" w:hAnsi="Arial"/>
        </w:rPr>
        <w:t xml:space="preserve">c, isn't it? </w:t>
      </w:r>
      <w:proofErr w:type="gramStart"/>
      <w:r>
        <w:rPr>
          <w:rFonts w:ascii="Arial" w:hAnsi="Arial"/>
        </w:rPr>
        <w:t>You're,</w:t>
      </w:r>
      <w:proofErr w:type="gramEnd"/>
      <w:r>
        <w:rPr>
          <w:rFonts w:ascii="Arial" w:hAnsi="Arial"/>
        </w:rPr>
        <w:t xml:space="preserve"> take their mobility aids away. Basically,</w:t>
      </w:r>
    </w:p>
    <w:p w14:paraId="4FE98764" w14:textId="77777777" w:rsidR="00EB5BAC" w:rsidRDefault="00EB5BAC">
      <w:pPr>
        <w:spacing w:after="0"/>
      </w:pPr>
    </w:p>
    <w:p w14:paraId="4CFBE80F" w14:textId="77777777" w:rsidR="00EB5BAC" w:rsidRDefault="00B67446">
      <w:pPr>
        <w:spacing w:after="0"/>
      </w:pPr>
      <w:proofErr w:type="gramStart"/>
      <w:r>
        <w:rPr>
          <w:rFonts w:ascii="Arial" w:hAnsi="Arial"/>
          <w:b/>
        </w:rPr>
        <w:t xml:space="preserve">Lucy  </w:t>
      </w:r>
      <w:r>
        <w:rPr>
          <w:rFonts w:ascii="Arial" w:hAnsi="Arial"/>
          <w:color w:val="5D7284"/>
        </w:rPr>
        <w:t>09:17</w:t>
      </w:r>
      <w:proofErr w:type="gramEnd"/>
    </w:p>
    <w:p w14:paraId="77027464" w14:textId="77777777" w:rsidR="00EB5BAC" w:rsidRDefault="00B67446">
      <w:pPr>
        <w:spacing w:after="0"/>
      </w:pPr>
      <w:r>
        <w:rPr>
          <w:rFonts w:ascii="Arial" w:hAnsi="Arial"/>
        </w:rPr>
        <w:t xml:space="preserve">a year later, Mae was arrested in Parliament Square and received a sentence of five days in prison for obstructing the police. </w:t>
      </w:r>
      <w:proofErr w:type="gramStart"/>
      <w:r>
        <w:rPr>
          <w:rFonts w:ascii="Arial" w:hAnsi="Arial"/>
        </w:rPr>
        <w:t>So</w:t>
      </w:r>
      <w:proofErr w:type="gramEnd"/>
      <w:r>
        <w:rPr>
          <w:rFonts w:ascii="Arial" w:hAnsi="Arial"/>
        </w:rPr>
        <w:t xml:space="preserve"> she was often like many suffragettes that don't th</w:t>
      </w:r>
      <w:r>
        <w:rPr>
          <w:rFonts w:ascii="Arial" w:hAnsi="Arial"/>
        </w:rPr>
        <w:t xml:space="preserve">ink they cared that she was in a wheelchair or not as like you go into prison. I read in some other notes when I was reading about her that the judge would order that </w:t>
      </w:r>
      <w:proofErr w:type="gramStart"/>
      <w:r>
        <w:rPr>
          <w:rFonts w:ascii="Arial" w:hAnsi="Arial"/>
        </w:rPr>
        <w:t>she'd</w:t>
      </w:r>
      <w:proofErr w:type="gramEnd"/>
      <w:r>
        <w:rPr>
          <w:rFonts w:ascii="Arial" w:hAnsi="Arial"/>
        </w:rPr>
        <w:t xml:space="preserve"> got to have hard </w:t>
      </w:r>
      <w:proofErr w:type="spellStart"/>
      <w:r>
        <w:rPr>
          <w:rFonts w:ascii="Arial" w:hAnsi="Arial"/>
        </w:rPr>
        <w:t>labour</w:t>
      </w:r>
      <w:proofErr w:type="spellEnd"/>
      <w:r>
        <w:rPr>
          <w:rFonts w:ascii="Arial" w:hAnsi="Arial"/>
        </w:rPr>
        <w:t xml:space="preserve"> whilst in the prison right there. But the </w:t>
      </w:r>
      <w:proofErr w:type="spellStart"/>
      <w:r>
        <w:rPr>
          <w:rFonts w:ascii="Arial" w:hAnsi="Arial"/>
        </w:rPr>
        <w:t>the</w:t>
      </w:r>
      <w:proofErr w:type="spellEnd"/>
      <w:r>
        <w:rPr>
          <w:rFonts w:ascii="Arial" w:hAnsi="Arial"/>
        </w:rPr>
        <w:t xml:space="preserve"> prison guards</w:t>
      </w:r>
      <w:r>
        <w:rPr>
          <w:rFonts w:ascii="Arial" w:hAnsi="Arial"/>
        </w:rPr>
        <w:t xml:space="preserve"> were like, well, what </w:t>
      </w:r>
      <w:proofErr w:type="spellStart"/>
      <w:r>
        <w:rPr>
          <w:rFonts w:ascii="Arial" w:hAnsi="Arial"/>
        </w:rPr>
        <w:t>what</w:t>
      </w:r>
      <w:proofErr w:type="spellEnd"/>
      <w:r>
        <w:rPr>
          <w:rFonts w:ascii="Arial" w:hAnsi="Arial"/>
        </w:rPr>
        <w:t xml:space="preserve"> do we do with it because obviously, </w:t>
      </w:r>
      <w:proofErr w:type="gramStart"/>
      <w:r>
        <w:rPr>
          <w:rFonts w:ascii="Arial" w:hAnsi="Arial"/>
        </w:rPr>
        <w:t>she's</w:t>
      </w:r>
      <w:proofErr w:type="gramEnd"/>
      <w:r>
        <w:rPr>
          <w:rFonts w:ascii="Arial" w:hAnsi="Arial"/>
        </w:rPr>
        <w:t xml:space="preserve"> in a wheelchair, </w:t>
      </w:r>
      <w:r>
        <w:rPr>
          <w:rFonts w:ascii="Arial" w:hAnsi="Arial"/>
        </w:rPr>
        <w:lastRenderedPageBreak/>
        <w:t>but what we can't put that much hard work because she's incapable or that's what they thought so they would just sort of leave her in the corner and she'd go on hunger s</w:t>
      </w:r>
      <w:r>
        <w:rPr>
          <w:rFonts w:ascii="Arial" w:hAnsi="Arial"/>
        </w:rPr>
        <w:t xml:space="preserve">trike. She was in and out of prison. And then a year after the whole charging of police officers in the first instance, she was arrested in Parliament Square again and then sentence to another five days. In March 1912. She was sentenced to </w:t>
      </w:r>
      <w:proofErr w:type="gramStart"/>
      <w:r>
        <w:rPr>
          <w:rFonts w:ascii="Arial" w:hAnsi="Arial"/>
        </w:rPr>
        <w:t>one month</w:t>
      </w:r>
      <w:proofErr w:type="gramEnd"/>
      <w:r>
        <w:rPr>
          <w:rFonts w:ascii="Arial" w:hAnsi="Arial"/>
        </w:rPr>
        <w:t xml:space="preserve"> hard </w:t>
      </w:r>
      <w:proofErr w:type="spellStart"/>
      <w:r>
        <w:rPr>
          <w:rFonts w:ascii="Arial" w:hAnsi="Arial"/>
        </w:rPr>
        <w:t>l</w:t>
      </w:r>
      <w:r>
        <w:rPr>
          <w:rFonts w:ascii="Arial" w:hAnsi="Arial"/>
        </w:rPr>
        <w:t>abour</w:t>
      </w:r>
      <w:proofErr w:type="spellEnd"/>
      <w:r>
        <w:rPr>
          <w:rFonts w:ascii="Arial" w:hAnsi="Arial"/>
        </w:rPr>
        <w:t xml:space="preserve"> This is it in Holloway prison. After smashing after smashing Windows as part of the campaign. </w:t>
      </w:r>
    </w:p>
    <w:p w14:paraId="34382494" w14:textId="77777777" w:rsidR="00EB5BAC" w:rsidRDefault="00EB5BAC">
      <w:pPr>
        <w:spacing w:after="0"/>
      </w:pPr>
    </w:p>
    <w:p w14:paraId="68E00C2B" w14:textId="77777777" w:rsidR="00EB5BAC" w:rsidRDefault="00B67446">
      <w:pPr>
        <w:spacing w:after="0"/>
      </w:pPr>
      <w:proofErr w:type="gramStart"/>
      <w:r>
        <w:rPr>
          <w:rFonts w:ascii="Arial" w:hAnsi="Arial"/>
          <w:b/>
        </w:rPr>
        <w:t xml:space="preserve">Alice  </w:t>
      </w:r>
      <w:r>
        <w:rPr>
          <w:rFonts w:ascii="Arial" w:hAnsi="Arial"/>
          <w:color w:val="5D7284"/>
        </w:rPr>
        <w:t>10:23</w:t>
      </w:r>
      <w:proofErr w:type="gramEnd"/>
    </w:p>
    <w:p w14:paraId="763FB59E" w14:textId="77777777" w:rsidR="00EB5BAC" w:rsidRDefault="00B67446">
      <w:pPr>
        <w:spacing w:after="0"/>
      </w:pPr>
      <w:r>
        <w:rPr>
          <w:rFonts w:ascii="Arial" w:hAnsi="Arial"/>
        </w:rPr>
        <w:t xml:space="preserve">Fuck </w:t>
      </w:r>
      <w:proofErr w:type="gramStart"/>
      <w:r>
        <w:rPr>
          <w:rFonts w:ascii="Arial" w:hAnsi="Arial"/>
        </w:rPr>
        <w:t>yeah</w:t>
      </w:r>
      <w:proofErr w:type="gramEnd"/>
    </w:p>
    <w:p w14:paraId="0527731A" w14:textId="77777777" w:rsidR="00EB5BAC" w:rsidRDefault="00EB5BAC">
      <w:pPr>
        <w:spacing w:after="0"/>
      </w:pPr>
    </w:p>
    <w:p w14:paraId="557753EE" w14:textId="77777777" w:rsidR="00EB5BAC" w:rsidRDefault="00B67446">
      <w:pPr>
        <w:spacing w:after="0"/>
      </w:pPr>
      <w:proofErr w:type="gramStart"/>
      <w:r>
        <w:rPr>
          <w:rFonts w:ascii="Arial" w:hAnsi="Arial"/>
          <w:b/>
        </w:rPr>
        <w:t xml:space="preserve">Lucy  </w:t>
      </w:r>
      <w:r>
        <w:rPr>
          <w:rFonts w:ascii="Arial" w:hAnsi="Arial"/>
          <w:color w:val="5D7284"/>
        </w:rPr>
        <w:t>10:25</w:t>
      </w:r>
      <w:proofErr w:type="gramEnd"/>
    </w:p>
    <w:p w14:paraId="5DDBC719" w14:textId="77777777" w:rsidR="00EB5BAC" w:rsidRDefault="00B67446">
      <w:pPr>
        <w:spacing w:after="0"/>
      </w:pPr>
      <w:proofErr w:type="gramStart"/>
      <w:r>
        <w:rPr>
          <w:rFonts w:ascii="Arial" w:hAnsi="Arial"/>
        </w:rPr>
        <w:t>She's</w:t>
      </w:r>
      <w:proofErr w:type="gramEnd"/>
      <w:r>
        <w:rPr>
          <w:rFonts w:ascii="Arial" w:hAnsi="Arial"/>
        </w:rPr>
        <w:t xml:space="preserve"> hidden stones under her wheelchair and was flinging them at windows in between. She got a rug over a </w:t>
      </w:r>
      <w:proofErr w:type="gramStart"/>
      <w:r>
        <w:rPr>
          <w:rFonts w:ascii="Arial" w:hAnsi="Arial"/>
        </w:rPr>
        <w:t>legs</w:t>
      </w:r>
      <w:proofErr w:type="gramEnd"/>
      <w:r>
        <w:rPr>
          <w:rFonts w:ascii="Arial" w:hAnsi="Arial"/>
        </w:rPr>
        <w:t xml:space="preserve"> </w:t>
      </w:r>
      <w:r>
        <w:rPr>
          <w:rFonts w:ascii="Arial" w:hAnsi="Arial"/>
        </w:rPr>
        <w:t xml:space="preserve">with stones under a chair and was just like flinging rocks at people. Which I think is quite brutal. I </w:t>
      </w:r>
      <w:proofErr w:type="gramStart"/>
      <w:r>
        <w:rPr>
          <w:rFonts w:ascii="Arial" w:hAnsi="Arial"/>
        </w:rPr>
        <w:t>don't</w:t>
      </w:r>
      <w:proofErr w:type="gramEnd"/>
      <w:r>
        <w:rPr>
          <w:rFonts w:ascii="Arial" w:hAnsi="Arial"/>
        </w:rPr>
        <w:t xml:space="preserve"> think I would go that far.</w:t>
      </w:r>
    </w:p>
    <w:p w14:paraId="5371EAAA" w14:textId="77777777" w:rsidR="00EB5BAC" w:rsidRDefault="00EB5BAC">
      <w:pPr>
        <w:spacing w:after="0"/>
      </w:pPr>
    </w:p>
    <w:p w14:paraId="54445AC4" w14:textId="77777777" w:rsidR="00EB5BAC" w:rsidRDefault="00B67446">
      <w:pPr>
        <w:spacing w:after="0"/>
      </w:pPr>
      <w:proofErr w:type="gramStart"/>
      <w:r>
        <w:rPr>
          <w:rFonts w:ascii="Arial" w:hAnsi="Arial"/>
          <w:b/>
        </w:rPr>
        <w:t xml:space="preserve">Alice  </w:t>
      </w:r>
      <w:r>
        <w:rPr>
          <w:rFonts w:ascii="Arial" w:hAnsi="Arial"/>
          <w:color w:val="5D7284"/>
        </w:rPr>
        <w:t>10:43</w:t>
      </w:r>
      <w:proofErr w:type="gramEnd"/>
    </w:p>
    <w:p w14:paraId="5D5AF754" w14:textId="77777777" w:rsidR="00EB5BAC" w:rsidRDefault="00B67446">
      <w:pPr>
        <w:spacing w:after="0"/>
      </w:pPr>
      <w:r>
        <w:rPr>
          <w:rFonts w:ascii="Arial" w:hAnsi="Arial"/>
        </w:rPr>
        <w:t>Well, you know, she was she was fighting for a fucking cause.</w:t>
      </w:r>
    </w:p>
    <w:p w14:paraId="05CF4176" w14:textId="77777777" w:rsidR="00EB5BAC" w:rsidRDefault="00EB5BAC">
      <w:pPr>
        <w:spacing w:after="0"/>
      </w:pPr>
    </w:p>
    <w:p w14:paraId="7B0F0D93" w14:textId="77777777" w:rsidR="00EB5BAC" w:rsidRDefault="00B67446">
      <w:pPr>
        <w:spacing w:after="0"/>
      </w:pPr>
      <w:proofErr w:type="gramStart"/>
      <w:r>
        <w:rPr>
          <w:rFonts w:ascii="Arial" w:hAnsi="Arial"/>
          <w:b/>
        </w:rPr>
        <w:t xml:space="preserve">Lucy  </w:t>
      </w:r>
      <w:r>
        <w:rPr>
          <w:rFonts w:ascii="Arial" w:hAnsi="Arial"/>
          <w:color w:val="5D7284"/>
        </w:rPr>
        <w:t>10:48</w:t>
      </w:r>
      <w:proofErr w:type="gramEnd"/>
    </w:p>
    <w:p w14:paraId="0B88CC12" w14:textId="77777777" w:rsidR="00EB5BAC" w:rsidRDefault="00B67446">
      <w:pPr>
        <w:spacing w:after="0"/>
      </w:pPr>
      <w:r>
        <w:rPr>
          <w:rFonts w:ascii="Arial" w:hAnsi="Arial"/>
        </w:rPr>
        <w:t>Definitely. I mean, she's one s</w:t>
      </w:r>
      <w:r>
        <w:rPr>
          <w:rFonts w:ascii="Arial" w:hAnsi="Arial"/>
        </w:rPr>
        <w:t xml:space="preserve">tep away from like sticking a firework near her chair wasn't she </w:t>
      </w:r>
      <w:proofErr w:type="gramStart"/>
      <w:r>
        <w:rPr>
          <w:rFonts w:ascii="Arial" w:hAnsi="Arial"/>
        </w:rPr>
        <w:t>really</w:t>
      </w:r>
      <w:proofErr w:type="gramEnd"/>
      <w:r>
        <w:rPr>
          <w:rFonts w:ascii="Arial" w:hAnsi="Arial"/>
        </w:rPr>
        <w:t xml:space="preserve"> I think. But it did make </w:t>
      </w:r>
      <w:proofErr w:type="spellStart"/>
      <w:r>
        <w:rPr>
          <w:rFonts w:ascii="Arial" w:hAnsi="Arial"/>
        </w:rPr>
        <w:t>tme</w:t>
      </w:r>
      <w:proofErr w:type="spellEnd"/>
      <w:r>
        <w:rPr>
          <w:rFonts w:ascii="Arial" w:hAnsi="Arial"/>
        </w:rPr>
        <w:t xml:space="preserve"> smile that </w:t>
      </w:r>
      <w:proofErr w:type="gramStart"/>
      <w:r>
        <w:rPr>
          <w:rFonts w:ascii="Arial" w:hAnsi="Arial"/>
        </w:rPr>
        <w:t>she's</w:t>
      </w:r>
      <w:proofErr w:type="gramEnd"/>
      <w:r>
        <w:rPr>
          <w:rFonts w:ascii="Arial" w:hAnsi="Arial"/>
        </w:rPr>
        <w:t xml:space="preserve"> just got rock. </w:t>
      </w:r>
      <w:proofErr w:type="gramStart"/>
      <w:r>
        <w:rPr>
          <w:rFonts w:ascii="Arial" w:hAnsi="Arial"/>
        </w:rPr>
        <w:t>I've</w:t>
      </w:r>
      <w:proofErr w:type="gramEnd"/>
      <w:r>
        <w:rPr>
          <w:rFonts w:ascii="Arial" w:hAnsi="Arial"/>
        </w:rPr>
        <w:t xml:space="preserve"> got visions of like, working under her chair and there's just rock appearing out from underneath.</w:t>
      </w:r>
    </w:p>
    <w:p w14:paraId="1A099832" w14:textId="77777777" w:rsidR="00EB5BAC" w:rsidRDefault="00EB5BAC">
      <w:pPr>
        <w:spacing w:after="0"/>
      </w:pPr>
    </w:p>
    <w:p w14:paraId="7D207ED7" w14:textId="77777777" w:rsidR="00EB5BAC" w:rsidRDefault="00B67446">
      <w:pPr>
        <w:spacing w:after="0"/>
      </w:pPr>
      <w:proofErr w:type="gramStart"/>
      <w:r>
        <w:rPr>
          <w:rFonts w:ascii="Arial" w:hAnsi="Arial"/>
          <w:b/>
        </w:rPr>
        <w:t xml:space="preserve">Alice  </w:t>
      </w:r>
      <w:r>
        <w:rPr>
          <w:rFonts w:ascii="Arial" w:hAnsi="Arial"/>
          <w:color w:val="5D7284"/>
        </w:rPr>
        <w:t>11:03</w:t>
      </w:r>
      <w:proofErr w:type="gramEnd"/>
    </w:p>
    <w:p w14:paraId="62AF05A6" w14:textId="77777777" w:rsidR="00EB5BAC" w:rsidRDefault="00B67446">
      <w:pPr>
        <w:spacing w:after="0"/>
      </w:pPr>
      <w:r>
        <w:rPr>
          <w:rFonts w:ascii="Arial" w:hAnsi="Arial"/>
        </w:rPr>
        <w:t xml:space="preserve">Yeah. </w:t>
      </w:r>
      <w:r>
        <w:rPr>
          <w:rFonts w:ascii="Arial" w:hAnsi="Arial"/>
        </w:rPr>
        <w:t xml:space="preserve">And then, and then people turn around and </w:t>
      </w:r>
      <w:proofErr w:type="gramStart"/>
      <w:r>
        <w:rPr>
          <w:rFonts w:ascii="Arial" w:hAnsi="Arial"/>
        </w:rPr>
        <w:t>she's</w:t>
      </w:r>
      <w:proofErr w:type="gramEnd"/>
      <w:r>
        <w:rPr>
          <w:rFonts w:ascii="Arial" w:hAnsi="Arial"/>
        </w:rPr>
        <w:t xml:space="preserve"> just there with her nice plaid blanket, just like not me.</w:t>
      </w:r>
    </w:p>
    <w:p w14:paraId="6F78A1C5" w14:textId="77777777" w:rsidR="00EB5BAC" w:rsidRDefault="00EB5BAC">
      <w:pPr>
        <w:spacing w:after="0"/>
      </w:pPr>
    </w:p>
    <w:p w14:paraId="01E2F510" w14:textId="77777777" w:rsidR="00EB5BAC" w:rsidRDefault="00B67446">
      <w:pPr>
        <w:spacing w:after="0"/>
      </w:pPr>
      <w:proofErr w:type="gramStart"/>
      <w:r>
        <w:rPr>
          <w:rFonts w:ascii="Arial" w:hAnsi="Arial"/>
          <w:b/>
        </w:rPr>
        <w:t xml:space="preserve">Lucy  </w:t>
      </w:r>
      <w:r>
        <w:rPr>
          <w:rFonts w:ascii="Arial" w:hAnsi="Arial"/>
          <w:color w:val="5D7284"/>
        </w:rPr>
        <w:t>11:10</w:t>
      </w:r>
      <w:proofErr w:type="gramEnd"/>
    </w:p>
    <w:p w14:paraId="7AE008E7" w14:textId="77777777" w:rsidR="00EB5BAC" w:rsidRDefault="00B67446">
      <w:pPr>
        <w:spacing w:after="0"/>
      </w:pPr>
      <w:r>
        <w:rPr>
          <w:rFonts w:ascii="Arial" w:hAnsi="Arial"/>
        </w:rPr>
        <w:t>Yeah, yeah you just know. So that was in 1912. And then in the December of that year of 1912, she was arrested and then put in prison for</w:t>
      </w:r>
      <w:r>
        <w:rPr>
          <w:rFonts w:ascii="Arial" w:hAnsi="Arial"/>
        </w:rPr>
        <w:t xml:space="preserve"> eight months after being found of get found guilty of </w:t>
      </w:r>
      <w:proofErr w:type="spellStart"/>
      <w:r>
        <w:rPr>
          <w:rFonts w:ascii="Arial" w:hAnsi="Arial"/>
        </w:rPr>
        <w:t>fire bombing</w:t>
      </w:r>
      <w:proofErr w:type="spellEnd"/>
      <w:r>
        <w:rPr>
          <w:rFonts w:ascii="Arial" w:hAnsi="Arial"/>
        </w:rPr>
        <w:t xml:space="preserve"> </w:t>
      </w:r>
      <w:proofErr w:type="spellStart"/>
      <w:r>
        <w:rPr>
          <w:rFonts w:ascii="Arial" w:hAnsi="Arial"/>
        </w:rPr>
        <w:t>pillarboxes</w:t>
      </w:r>
      <w:proofErr w:type="spellEnd"/>
      <w:r>
        <w:rPr>
          <w:rFonts w:ascii="Arial" w:hAnsi="Arial"/>
        </w:rPr>
        <w:t xml:space="preserve">. This was part of the campaign which saw the government claimed to have destroyed more than 5000 letters. So obviously, she's putting </w:t>
      </w:r>
      <w:proofErr w:type="gramStart"/>
      <w:r>
        <w:rPr>
          <w:rFonts w:ascii="Arial" w:hAnsi="Arial"/>
        </w:rPr>
        <w:t>fire bombs</w:t>
      </w:r>
      <w:proofErr w:type="gramEnd"/>
      <w:r>
        <w:rPr>
          <w:rFonts w:ascii="Arial" w:hAnsi="Arial"/>
        </w:rPr>
        <w:t xml:space="preserve"> in post boxes. Although I don't</w:t>
      </w:r>
      <w:r>
        <w:rPr>
          <w:rFonts w:ascii="Arial" w:hAnsi="Arial"/>
        </w:rPr>
        <w:t xml:space="preserve"> know why they would put a </w:t>
      </w:r>
      <w:proofErr w:type="gramStart"/>
      <w:r>
        <w:rPr>
          <w:rFonts w:ascii="Arial" w:hAnsi="Arial"/>
        </w:rPr>
        <w:t>fire bomb</w:t>
      </w:r>
      <w:proofErr w:type="gramEnd"/>
      <w:r>
        <w:rPr>
          <w:rFonts w:ascii="Arial" w:hAnsi="Arial"/>
        </w:rPr>
        <w:t xml:space="preserve"> in a post box.</w:t>
      </w:r>
    </w:p>
    <w:p w14:paraId="7FC2788F" w14:textId="77777777" w:rsidR="00EB5BAC" w:rsidRDefault="00EB5BAC">
      <w:pPr>
        <w:spacing w:after="0"/>
      </w:pPr>
    </w:p>
    <w:p w14:paraId="6297F36B" w14:textId="77777777" w:rsidR="00EB5BAC" w:rsidRDefault="00B67446">
      <w:pPr>
        <w:spacing w:after="0"/>
      </w:pPr>
      <w:proofErr w:type="gramStart"/>
      <w:r>
        <w:rPr>
          <w:rFonts w:ascii="Arial" w:hAnsi="Arial"/>
          <w:b/>
        </w:rPr>
        <w:t xml:space="preserve">Alice  </w:t>
      </w:r>
      <w:r>
        <w:rPr>
          <w:rFonts w:ascii="Arial" w:hAnsi="Arial"/>
          <w:color w:val="5D7284"/>
        </w:rPr>
        <w:t>11:42</w:t>
      </w:r>
      <w:proofErr w:type="gramEnd"/>
    </w:p>
    <w:p w14:paraId="7A62383E" w14:textId="77777777" w:rsidR="00EB5BAC" w:rsidRDefault="00B67446">
      <w:pPr>
        <w:spacing w:after="0"/>
      </w:pPr>
      <w:r>
        <w:rPr>
          <w:rFonts w:ascii="Arial" w:hAnsi="Arial"/>
        </w:rPr>
        <w:t xml:space="preserve">I </w:t>
      </w:r>
      <w:proofErr w:type="gramStart"/>
      <w:r>
        <w:rPr>
          <w:rFonts w:ascii="Arial" w:hAnsi="Arial"/>
        </w:rPr>
        <w:t>don't</w:t>
      </w:r>
      <w:proofErr w:type="gramEnd"/>
      <w:r>
        <w:rPr>
          <w:rFonts w:ascii="Arial" w:hAnsi="Arial"/>
        </w:rPr>
        <w:t xml:space="preserve"> know if you think about what time like the time that it was how were you communicating with people? If. It was telegram </w:t>
      </w:r>
      <w:proofErr w:type="spellStart"/>
      <w:r>
        <w:rPr>
          <w:rFonts w:ascii="Arial" w:hAnsi="Arial"/>
        </w:rPr>
        <w:t>iIt</w:t>
      </w:r>
      <w:proofErr w:type="spellEnd"/>
      <w:r>
        <w:rPr>
          <w:rFonts w:ascii="Arial" w:hAnsi="Arial"/>
        </w:rPr>
        <w:t xml:space="preserve"> was talking to people or you were writing to them.</w:t>
      </w:r>
    </w:p>
    <w:p w14:paraId="2514A3B4" w14:textId="77777777" w:rsidR="00EB5BAC" w:rsidRDefault="00EB5BAC">
      <w:pPr>
        <w:spacing w:after="0"/>
      </w:pPr>
    </w:p>
    <w:p w14:paraId="23D8E990" w14:textId="77777777" w:rsidR="00EB5BAC" w:rsidRDefault="00B67446">
      <w:pPr>
        <w:spacing w:after="0"/>
      </w:pPr>
      <w:proofErr w:type="gramStart"/>
      <w:r>
        <w:rPr>
          <w:rFonts w:ascii="Arial" w:hAnsi="Arial"/>
          <w:b/>
        </w:rPr>
        <w:t xml:space="preserve">Lucy  </w:t>
      </w:r>
      <w:r>
        <w:rPr>
          <w:rFonts w:ascii="Arial" w:hAnsi="Arial"/>
          <w:color w:val="5D7284"/>
        </w:rPr>
        <w:t>11:49</w:t>
      </w:r>
      <w:proofErr w:type="gramEnd"/>
    </w:p>
    <w:p w14:paraId="5385037E" w14:textId="77777777" w:rsidR="00EB5BAC" w:rsidRDefault="00B67446">
      <w:pPr>
        <w:spacing w:after="0"/>
      </w:pPr>
      <w:proofErr w:type="spellStart"/>
      <w:r>
        <w:rPr>
          <w:rFonts w:ascii="Arial" w:hAnsi="Arial"/>
        </w:rPr>
        <w:t>Wellthat's</w:t>
      </w:r>
      <w:proofErr w:type="spellEnd"/>
      <w:r>
        <w:rPr>
          <w:rFonts w:ascii="Arial" w:hAnsi="Arial"/>
        </w:rPr>
        <w:t xml:space="preserve"> true.  </w:t>
      </w:r>
    </w:p>
    <w:p w14:paraId="30E3CBDF" w14:textId="77777777" w:rsidR="00EB5BAC" w:rsidRDefault="00EB5BAC">
      <w:pPr>
        <w:spacing w:after="0"/>
      </w:pPr>
    </w:p>
    <w:p w14:paraId="2E10EE59" w14:textId="77777777" w:rsidR="00EB5BAC" w:rsidRDefault="00B67446">
      <w:pPr>
        <w:spacing w:after="0"/>
      </w:pPr>
      <w:proofErr w:type="gramStart"/>
      <w:r>
        <w:rPr>
          <w:rFonts w:ascii="Arial" w:hAnsi="Arial"/>
          <w:b/>
        </w:rPr>
        <w:t xml:space="preserve">Alice  </w:t>
      </w:r>
      <w:r>
        <w:rPr>
          <w:rFonts w:ascii="Arial" w:hAnsi="Arial"/>
          <w:color w:val="5D7284"/>
        </w:rPr>
        <w:t>11:53</w:t>
      </w:r>
      <w:proofErr w:type="gramEnd"/>
    </w:p>
    <w:p w14:paraId="5A9498FB" w14:textId="77777777" w:rsidR="00EB5BAC" w:rsidRDefault="00B67446">
      <w:pPr>
        <w:spacing w:after="0"/>
      </w:pPr>
      <w:proofErr w:type="gramStart"/>
      <w:r>
        <w:rPr>
          <w:rFonts w:ascii="Arial" w:hAnsi="Arial"/>
        </w:rPr>
        <w:t>And,</w:t>
      </w:r>
      <w:proofErr w:type="gramEnd"/>
      <w:r>
        <w:rPr>
          <w:rFonts w:ascii="Arial" w:hAnsi="Arial"/>
        </w:rPr>
        <w:t xml:space="preserve"> what did you say 5000 letters? </w:t>
      </w:r>
    </w:p>
    <w:p w14:paraId="11BDCE6C" w14:textId="77777777" w:rsidR="00EB5BAC" w:rsidRDefault="00EB5BAC">
      <w:pPr>
        <w:spacing w:after="0"/>
      </w:pPr>
    </w:p>
    <w:p w14:paraId="39A4B4AA" w14:textId="77777777" w:rsidR="00EB5BAC" w:rsidRDefault="00B67446">
      <w:pPr>
        <w:spacing w:after="0"/>
      </w:pPr>
      <w:proofErr w:type="gramStart"/>
      <w:r>
        <w:rPr>
          <w:rFonts w:ascii="Arial" w:hAnsi="Arial"/>
          <w:b/>
        </w:rPr>
        <w:lastRenderedPageBreak/>
        <w:t xml:space="preserve">Lucy  </w:t>
      </w:r>
      <w:r>
        <w:rPr>
          <w:rFonts w:ascii="Arial" w:hAnsi="Arial"/>
          <w:color w:val="5D7284"/>
        </w:rPr>
        <w:t>11:57</w:t>
      </w:r>
      <w:proofErr w:type="gramEnd"/>
    </w:p>
    <w:p w14:paraId="7EB3B6C5" w14:textId="77777777" w:rsidR="00EB5BAC" w:rsidRDefault="00B67446">
      <w:pPr>
        <w:spacing w:after="0"/>
      </w:pPr>
      <w:r>
        <w:rPr>
          <w:rFonts w:ascii="Arial" w:hAnsi="Arial"/>
        </w:rPr>
        <w:t>5000 letters? Yeah,</w:t>
      </w:r>
    </w:p>
    <w:p w14:paraId="4F779BAD" w14:textId="77777777" w:rsidR="00EB5BAC" w:rsidRDefault="00EB5BAC">
      <w:pPr>
        <w:spacing w:after="0"/>
      </w:pPr>
    </w:p>
    <w:p w14:paraId="3A9C1C48" w14:textId="77777777" w:rsidR="00EB5BAC" w:rsidRDefault="00B67446">
      <w:pPr>
        <w:spacing w:after="0"/>
      </w:pPr>
      <w:proofErr w:type="gramStart"/>
      <w:r>
        <w:rPr>
          <w:rFonts w:ascii="Arial" w:hAnsi="Arial"/>
          <w:b/>
        </w:rPr>
        <w:t xml:space="preserve">Alice  </w:t>
      </w:r>
      <w:r>
        <w:rPr>
          <w:rFonts w:ascii="Arial" w:hAnsi="Arial"/>
          <w:color w:val="5D7284"/>
        </w:rPr>
        <w:t>11:58</w:t>
      </w:r>
      <w:proofErr w:type="gramEnd"/>
    </w:p>
    <w:p w14:paraId="11F5C73B" w14:textId="77777777" w:rsidR="00EB5BAC" w:rsidRDefault="00B67446">
      <w:pPr>
        <w:spacing w:after="0"/>
      </w:pPr>
      <w:r>
        <w:rPr>
          <w:rFonts w:ascii="Arial" w:hAnsi="Arial"/>
        </w:rPr>
        <w:t xml:space="preserve">Yeah. Like you know, </w:t>
      </w:r>
      <w:proofErr w:type="gramStart"/>
      <w:r>
        <w:rPr>
          <w:rFonts w:ascii="Arial" w:hAnsi="Arial"/>
        </w:rPr>
        <w:t>that's</w:t>
      </w:r>
      <w:proofErr w:type="gramEnd"/>
      <w:r>
        <w:rPr>
          <w:rFonts w:ascii="Arial" w:hAnsi="Arial"/>
        </w:rPr>
        <w:t xml:space="preserve"> a lot.</w:t>
      </w:r>
    </w:p>
    <w:p w14:paraId="1CE8EA71" w14:textId="77777777" w:rsidR="00EB5BAC" w:rsidRDefault="00EB5BAC">
      <w:pPr>
        <w:spacing w:after="0"/>
      </w:pPr>
    </w:p>
    <w:p w14:paraId="2E76B9E2" w14:textId="77777777" w:rsidR="00EB5BAC" w:rsidRDefault="00B67446">
      <w:pPr>
        <w:spacing w:after="0"/>
      </w:pPr>
      <w:proofErr w:type="gramStart"/>
      <w:r>
        <w:rPr>
          <w:rFonts w:ascii="Arial" w:hAnsi="Arial"/>
          <w:b/>
        </w:rPr>
        <w:t xml:space="preserve">Lucy  </w:t>
      </w:r>
      <w:r>
        <w:rPr>
          <w:rFonts w:ascii="Arial" w:hAnsi="Arial"/>
          <w:color w:val="5D7284"/>
        </w:rPr>
        <w:t>12:03</w:t>
      </w:r>
      <w:proofErr w:type="gramEnd"/>
    </w:p>
    <w:p w14:paraId="1BC5DBDC" w14:textId="77777777" w:rsidR="00EB5BAC" w:rsidRDefault="00B67446">
      <w:pPr>
        <w:spacing w:after="0"/>
      </w:pPr>
      <w:r>
        <w:rPr>
          <w:rFonts w:ascii="Arial" w:hAnsi="Arial"/>
        </w:rPr>
        <w:t xml:space="preserve">It must have been quite a scary a scary time really to be so. I mean, because I </w:t>
      </w:r>
      <w:r>
        <w:rPr>
          <w:rFonts w:ascii="Arial" w:hAnsi="Arial"/>
        </w:rPr>
        <w:t xml:space="preserve">think I'm passionate about </w:t>
      </w:r>
      <w:proofErr w:type="gramStart"/>
      <w:r>
        <w:rPr>
          <w:rFonts w:ascii="Arial" w:hAnsi="Arial"/>
        </w:rPr>
        <w:t>issues</w:t>
      </w:r>
      <w:proofErr w:type="gramEnd"/>
      <w:r>
        <w:rPr>
          <w:rFonts w:ascii="Arial" w:hAnsi="Arial"/>
        </w:rPr>
        <w:t xml:space="preserve"> but I don't know whether I would fire bomb...</w:t>
      </w:r>
    </w:p>
    <w:p w14:paraId="109048B6" w14:textId="77777777" w:rsidR="00EB5BAC" w:rsidRDefault="00EB5BAC">
      <w:pPr>
        <w:spacing w:after="0"/>
      </w:pPr>
    </w:p>
    <w:p w14:paraId="0A423407" w14:textId="77777777" w:rsidR="00EB5BAC" w:rsidRDefault="00B67446">
      <w:pPr>
        <w:spacing w:after="0"/>
      </w:pPr>
      <w:proofErr w:type="gramStart"/>
      <w:r>
        <w:rPr>
          <w:rFonts w:ascii="Arial" w:hAnsi="Arial"/>
          <w:b/>
        </w:rPr>
        <w:t xml:space="preserve">Alice  </w:t>
      </w:r>
      <w:r>
        <w:rPr>
          <w:rFonts w:ascii="Arial" w:hAnsi="Arial"/>
          <w:color w:val="5D7284"/>
        </w:rPr>
        <w:t>12:14</w:t>
      </w:r>
      <w:proofErr w:type="gramEnd"/>
    </w:p>
    <w:p w14:paraId="28D2B614" w14:textId="77777777" w:rsidR="00EB5BAC" w:rsidRDefault="00B67446">
      <w:pPr>
        <w:spacing w:after="0"/>
      </w:pPr>
      <w:r>
        <w:rPr>
          <w:rFonts w:ascii="Arial" w:hAnsi="Arial"/>
        </w:rPr>
        <w:t>Not that passionate!</w:t>
      </w:r>
    </w:p>
    <w:p w14:paraId="369FE652" w14:textId="77777777" w:rsidR="00EB5BAC" w:rsidRDefault="00EB5BAC">
      <w:pPr>
        <w:spacing w:after="0"/>
      </w:pPr>
    </w:p>
    <w:p w14:paraId="2F53B573" w14:textId="77777777" w:rsidR="00EB5BAC" w:rsidRDefault="00B67446">
      <w:pPr>
        <w:spacing w:after="0"/>
      </w:pPr>
      <w:proofErr w:type="gramStart"/>
      <w:r>
        <w:rPr>
          <w:rFonts w:ascii="Arial" w:hAnsi="Arial"/>
          <w:b/>
        </w:rPr>
        <w:t xml:space="preserve">Lucy  </w:t>
      </w:r>
      <w:r>
        <w:rPr>
          <w:rFonts w:ascii="Arial" w:hAnsi="Arial"/>
          <w:color w:val="5D7284"/>
        </w:rPr>
        <w:t>12:15</w:t>
      </w:r>
      <w:proofErr w:type="gramEnd"/>
    </w:p>
    <w:p w14:paraId="3964D891" w14:textId="77777777" w:rsidR="00EB5BAC" w:rsidRDefault="00B67446">
      <w:pPr>
        <w:spacing w:after="0"/>
      </w:pPr>
      <w:r>
        <w:rPr>
          <w:rFonts w:ascii="Arial" w:hAnsi="Arial"/>
        </w:rPr>
        <w:t xml:space="preserve">There's passion and then </w:t>
      </w:r>
      <w:proofErr w:type="spellStart"/>
      <w:r>
        <w:rPr>
          <w:rFonts w:ascii="Arial" w:hAnsi="Arial"/>
        </w:rPr>
        <w:t>tehre's</w:t>
      </w:r>
      <w:proofErr w:type="spellEnd"/>
      <w:r>
        <w:rPr>
          <w:rFonts w:ascii="Arial" w:hAnsi="Arial"/>
        </w:rPr>
        <w:t xml:space="preserve"> passion. </w:t>
      </w:r>
    </w:p>
    <w:p w14:paraId="6CD4F9B5" w14:textId="77777777" w:rsidR="00EB5BAC" w:rsidRDefault="00EB5BAC">
      <w:pPr>
        <w:spacing w:after="0"/>
      </w:pPr>
    </w:p>
    <w:p w14:paraId="417C7616" w14:textId="77777777" w:rsidR="00EB5BAC" w:rsidRDefault="00B67446">
      <w:pPr>
        <w:spacing w:after="0"/>
      </w:pPr>
      <w:proofErr w:type="gramStart"/>
      <w:r>
        <w:rPr>
          <w:rFonts w:ascii="Arial" w:hAnsi="Arial"/>
          <w:b/>
        </w:rPr>
        <w:t xml:space="preserve">Alice  </w:t>
      </w:r>
      <w:r>
        <w:rPr>
          <w:rFonts w:ascii="Arial" w:hAnsi="Arial"/>
          <w:color w:val="5D7284"/>
        </w:rPr>
        <w:t>12:18</w:t>
      </w:r>
      <w:proofErr w:type="gramEnd"/>
    </w:p>
    <w:p w14:paraId="5ECB0208" w14:textId="77777777" w:rsidR="00EB5BAC" w:rsidRDefault="00B67446">
      <w:pPr>
        <w:spacing w:after="0"/>
      </w:pPr>
      <w:r>
        <w:rPr>
          <w:rFonts w:ascii="Arial" w:hAnsi="Arial"/>
        </w:rPr>
        <w:t xml:space="preserve">I think these days though if you if you firebombed a post box </w:t>
      </w:r>
      <w:proofErr w:type="gramStart"/>
      <w:r>
        <w:rPr>
          <w:rFonts w:ascii="Arial" w:hAnsi="Arial"/>
        </w:rPr>
        <w:t>it'd</w:t>
      </w:r>
      <w:proofErr w:type="gramEnd"/>
      <w:r>
        <w:rPr>
          <w:rFonts w:ascii="Arial" w:hAnsi="Arial"/>
        </w:rPr>
        <w:t xml:space="preserve"> just mostly upset grannies who would send their nephews inappropriate cards in the post. </w:t>
      </w:r>
    </w:p>
    <w:p w14:paraId="2D19D728" w14:textId="77777777" w:rsidR="00EB5BAC" w:rsidRDefault="00EB5BAC">
      <w:pPr>
        <w:spacing w:after="0"/>
      </w:pPr>
    </w:p>
    <w:p w14:paraId="535FE2BC" w14:textId="77777777" w:rsidR="00EB5BAC" w:rsidRDefault="00B67446">
      <w:pPr>
        <w:spacing w:after="0"/>
      </w:pPr>
      <w:proofErr w:type="gramStart"/>
      <w:r>
        <w:rPr>
          <w:rFonts w:ascii="Arial" w:hAnsi="Arial"/>
          <w:b/>
        </w:rPr>
        <w:t xml:space="preserve">Lucy  </w:t>
      </w:r>
      <w:r>
        <w:rPr>
          <w:rFonts w:ascii="Arial" w:hAnsi="Arial"/>
          <w:color w:val="5D7284"/>
        </w:rPr>
        <w:t>12:28</w:t>
      </w:r>
      <w:proofErr w:type="gramEnd"/>
    </w:p>
    <w:p w14:paraId="208A31E5" w14:textId="77777777" w:rsidR="00EB5BAC" w:rsidRDefault="00B67446">
      <w:pPr>
        <w:spacing w:after="0"/>
      </w:pPr>
      <w:r>
        <w:rPr>
          <w:rFonts w:ascii="Arial" w:hAnsi="Arial"/>
        </w:rPr>
        <w:t xml:space="preserve">So yes, </w:t>
      </w:r>
      <w:proofErr w:type="gramStart"/>
      <w:r>
        <w:rPr>
          <w:rFonts w:ascii="Arial" w:hAnsi="Arial"/>
        </w:rPr>
        <w:t>there's</w:t>
      </w:r>
      <w:proofErr w:type="gramEnd"/>
      <w:r>
        <w:rPr>
          <w:rFonts w:ascii="Arial" w:hAnsi="Arial"/>
        </w:rPr>
        <w:t xml:space="preserve"> no birthday money coming this year. </w:t>
      </w:r>
    </w:p>
    <w:p w14:paraId="70A8F1BC" w14:textId="77777777" w:rsidR="00EB5BAC" w:rsidRDefault="00EB5BAC">
      <w:pPr>
        <w:spacing w:after="0"/>
      </w:pPr>
    </w:p>
    <w:p w14:paraId="1C4EA772" w14:textId="77777777" w:rsidR="00EB5BAC" w:rsidRDefault="00B67446">
      <w:pPr>
        <w:spacing w:after="0"/>
      </w:pPr>
      <w:proofErr w:type="gramStart"/>
      <w:r>
        <w:rPr>
          <w:rFonts w:ascii="Arial" w:hAnsi="Arial"/>
          <w:b/>
        </w:rPr>
        <w:t xml:space="preserve">Alice  </w:t>
      </w:r>
      <w:r>
        <w:rPr>
          <w:rFonts w:ascii="Arial" w:hAnsi="Arial"/>
          <w:color w:val="5D7284"/>
        </w:rPr>
        <w:t>12:33</w:t>
      </w:r>
      <w:proofErr w:type="gramEnd"/>
    </w:p>
    <w:p w14:paraId="107A747E" w14:textId="77777777" w:rsidR="00EB5BAC" w:rsidRDefault="00B67446">
      <w:pPr>
        <w:spacing w:after="0"/>
      </w:pPr>
      <w:r>
        <w:rPr>
          <w:rFonts w:ascii="Arial" w:hAnsi="Arial"/>
        </w:rPr>
        <w:t>Yeah, exactly. Or t</w:t>
      </w:r>
      <w:r>
        <w:rPr>
          <w:rFonts w:ascii="Arial" w:hAnsi="Arial"/>
        </w:rPr>
        <w:t>hose letters from HMRC that we all look forward to</w:t>
      </w:r>
    </w:p>
    <w:p w14:paraId="44D3C277" w14:textId="77777777" w:rsidR="00EB5BAC" w:rsidRDefault="00EB5BAC">
      <w:pPr>
        <w:spacing w:after="0"/>
      </w:pPr>
    </w:p>
    <w:p w14:paraId="0AD82E05" w14:textId="77777777" w:rsidR="00EB5BAC" w:rsidRDefault="00B67446">
      <w:pPr>
        <w:spacing w:after="0"/>
      </w:pPr>
      <w:proofErr w:type="gramStart"/>
      <w:r>
        <w:rPr>
          <w:rFonts w:ascii="Arial" w:hAnsi="Arial"/>
          <w:b/>
        </w:rPr>
        <w:t xml:space="preserve">Lucy  </w:t>
      </w:r>
      <w:r>
        <w:rPr>
          <w:rFonts w:ascii="Arial" w:hAnsi="Arial"/>
          <w:color w:val="5D7284"/>
        </w:rPr>
        <w:t>12:38</w:t>
      </w:r>
      <w:proofErr w:type="gramEnd"/>
    </w:p>
    <w:p w14:paraId="226A20AD" w14:textId="77777777" w:rsidR="00EB5BAC" w:rsidRDefault="00B67446">
      <w:pPr>
        <w:spacing w:after="0"/>
      </w:pPr>
      <w:proofErr w:type="gramStart"/>
      <w:r>
        <w:rPr>
          <w:rFonts w:ascii="Arial" w:hAnsi="Arial"/>
        </w:rPr>
        <w:t>Yeah</w:t>
      </w:r>
      <w:proofErr w:type="gramEnd"/>
      <w:r>
        <w:rPr>
          <w:rFonts w:ascii="Arial" w:hAnsi="Arial"/>
        </w:rPr>
        <w:t xml:space="preserve"> the brown envelopes. Always panic when </w:t>
      </w:r>
      <w:proofErr w:type="gramStart"/>
      <w:r>
        <w:rPr>
          <w:rFonts w:ascii="Arial" w:hAnsi="Arial"/>
        </w:rPr>
        <w:t>there's</w:t>
      </w:r>
      <w:proofErr w:type="gramEnd"/>
      <w:r>
        <w:rPr>
          <w:rFonts w:ascii="Arial" w:hAnsi="Arial"/>
        </w:rPr>
        <w:t xml:space="preserve"> a brown envelope. So yeah, so she, she was put in prison for those eight months after being found guilty of the </w:t>
      </w:r>
      <w:proofErr w:type="spellStart"/>
      <w:proofErr w:type="gramStart"/>
      <w:r>
        <w:rPr>
          <w:rFonts w:ascii="Arial" w:hAnsi="Arial"/>
        </w:rPr>
        <w:t>fire bombing</w:t>
      </w:r>
      <w:proofErr w:type="spellEnd"/>
      <w:proofErr w:type="gramEnd"/>
      <w:r>
        <w:rPr>
          <w:rFonts w:ascii="Arial" w:hAnsi="Arial"/>
        </w:rPr>
        <w:t xml:space="preserve"> obviously, on t</w:t>
      </w:r>
      <w:r>
        <w:rPr>
          <w:rFonts w:ascii="Arial" w:hAnsi="Arial"/>
        </w:rPr>
        <w:t xml:space="preserve">his last occasion, she went on hunger strike, strike and was forcibly fed, causing damage to her teeth, and general health. Now, I watched a programme about them force feeding suffragettes. and </w:t>
      </w:r>
      <w:proofErr w:type="gramStart"/>
      <w:r>
        <w:rPr>
          <w:rFonts w:ascii="Arial" w:hAnsi="Arial"/>
        </w:rPr>
        <w:t>it's</w:t>
      </w:r>
      <w:proofErr w:type="gramEnd"/>
      <w:r>
        <w:rPr>
          <w:rFonts w:ascii="Arial" w:hAnsi="Arial"/>
        </w:rPr>
        <w:t xml:space="preserve"> absolutely horrific.</w:t>
      </w:r>
    </w:p>
    <w:p w14:paraId="5C7462CA" w14:textId="77777777" w:rsidR="00EB5BAC" w:rsidRDefault="00EB5BAC">
      <w:pPr>
        <w:spacing w:after="0"/>
      </w:pPr>
    </w:p>
    <w:p w14:paraId="77FEC655" w14:textId="77777777" w:rsidR="00EB5BAC" w:rsidRDefault="00B67446">
      <w:pPr>
        <w:spacing w:after="0"/>
      </w:pPr>
      <w:proofErr w:type="gramStart"/>
      <w:r>
        <w:rPr>
          <w:rFonts w:ascii="Arial" w:hAnsi="Arial"/>
          <w:b/>
        </w:rPr>
        <w:t xml:space="preserve">Alice  </w:t>
      </w:r>
      <w:r>
        <w:rPr>
          <w:rFonts w:ascii="Arial" w:hAnsi="Arial"/>
          <w:color w:val="5D7284"/>
        </w:rPr>
        <w:t>13:03</w:t>
      </w:r>
      <w:proofErr w:type="gramEnd"/>
    </w:p>
    <w:p w14:paraId="040B9AC0" w14:textId="77777777" w:rsidR="00EB5BAC" w:rsidRDefault="00B67446">
      <w:pPr>
        <w:spacing w:after="0"/>
      </w:pPr>
      <w:r>
        <w:rPr>
          <w:rFonts w:ascii="Arial" w:hAnsi="Arial"/>
        </w:rPr>
        <w:t>Yeah, I mean, force fe</w:t>
      </w:r>
      <w:r>
        <w:rPr>
          <w:rFonts w:ascii="Arial" w:hAnsi="Arial"/>
        </w:rPr>
        <w:t xml:space="preserve">eding these days is a </w:t>
      </w:r>
      <w:proofErr w:type="gramStart"/>
      <w:r>
        <w:rPr>
          <w:rFonts w:ascii="Arial" w:hAnsi="Arial"/>
        </w:rPr>
        <w:t>pretty brutal</w:t>
      </w:r>
      <w:proofErr w:type="gramEnd"/>
      <w:r>
        <w:rPr>
          <w:rFonts w:ascii="Arial" w:hAnsi="Arial"/>
        </w:rPr>
        <w:t xml:space="preserve">, you know, it is literally it's a tube down your </w:t>
      </w:r>
      <w:proofErr w:type="spellStart"/>
      <w:r>
        <w:rPr>
          <w:rFonts w:ascii="Arial" w:hAnsi="Arial"/>
        </w:rPr>
        <w:t>oesophagus</w:t>
      </w:r>
      <w:proofErr w:type="spellEnd"/>
      <w:r>
        <w:rPr>
          <w:rFonts w:ascii="Arial" w:hAnsi="Arial"/>
        </w:rPr>
        <w:t xml:space="preserve">. Still, you know, and if </w:t>
      </w:r>
      <w:proofErr w:type="gramStart"/>
      <w:r>
        <w:rPr>
          <w:rFonts w:ascii="Arial" w:hAnsi="Arial"/>
        </w:rPr>
        <w:t>that's</w:t>
      </w:r>
      <w:proofErr w:type="gramEnd"/>
      <w:r>
        <w:rPr>
          <w:rFonts w:ascii="Arial" w:hAnsi="Arial"/>
        </w:rPr>
        <w:t xml:space="preserve"> what they're doing in 2020, I cannot imagine what they were doing in 1912 was a very great deal better.</w:t>
      </w:r>
    </w:p>
    <w:p w14:paraId="4C3C7291" w14:textId="77777777" w:rsidR="00EB5BAC" w:rsidRDefault="00EB5BAC">
      <w:pPr>
        <w:spacing w:after="0"/>
      </w:pPr>
    </w:p>
    <w:p w14:paraId="46041511" w14:textId="77777777" w:rsidR="00EB5BAC" w:rsidRDefault="00B67446">
      <w:pPr>
        <w:spacing w:after="0"/>
      </w:pPr>
      <w:proofErr w:type="gramStart"/>
      <w:r>
        <w:rPr>
          <w:rFonts w:ascii="Arial" w:hAnsi="Arial"/>
          <w:b/>
        </w:rPr>
        <w:t xml:space="preserve">Lucy  </w:t>
      </w:r>
      <w:r>
        <w:rPr>
          <w:rFonts w:ascii="Arial" w:hAnsi="Arial"/>
          <w:color w:val="5D7284"/>
        </w:rPr>
        <w:t>13:22</w:t>
      </w:r>
      <w:proofErr w:type="gramEnd"/>
    </w:p>
    <w:p w14:paraId="25A918B3" w14:textId="77777777" w:rsidR="00EB5BAC" w:rsidRDefault="00B67446">
      <w:pPr>
        <w:spacing w:after="0"/>
      </w:pPr>
      <w:r>
        <w:rPr>
          <w:rFonts w:ascii="Arial" w:hAnsi="Arial"/>
        </w:rPr>
        <w:t>No. I think</w:t>
      </w:r>
      <w:r>
        <w:rPr>
          <w:rFonts w:ascii="Arial" w:hAnsi="Arial"/>
        </w:rPr>
        <w:t xml:space="preserve">, from what I can remember of the documentary I saw years ago, it was a lot of metal tubing.  </w:t>
      </w:r>
      <w:proofErr w:type="gramStart"/>
      <w:r>
        <w:rPr>
          <w:rFonts w:ascii="Arial" w:hAnsi="Arial"/>
        </w:rPr>
        <w:t>So</w:t>
      </w:r>
      <w:proofErr w:type="gramEnd"/>
      <w:r>
        <w:rPr>
          <w:rFonts w:ascii="Arial" w:hAnsi="Arial"/>
        </w:rPr>
        <w:t xml:space="preserve"> their throat, because obviously they'd be struggling. </w:t>
      </w:r>
      <w:proofErr w:type="gramStart"/>
      <w:r>
        <w:rPr>
          <w:rFonts w:ascii="Arial" w:hAnsi="Arial"/>
        </w:rPr>
        <w:t>So</w:t>
      </w:r>
      <w:proofErr w:type="gramEnd"/>
      <w:r>
        <w:rPr>
          <w:rFonts w:ascii="Arial" w:hAnsi="Arial"/>
        </w:rPr>
        <w:t xml:space="preserve"> their throat would get nicked on the way down. </w:t>
      </w:r>
      <w:proofErr w:type="gramStart"/>
      <w:r>
        <w:rPr>
          <w:rFonts w:ascii="Arial" w:hAnsi="Arial"/>
        </w:rPr>
        <w:t>It's</w:t>
      </w:r>
      <w:proofErr w:type="gramEnd"/>
      <w:r>
        <w:rPr>
          <w:rFonts w:ascii="Arial" w:hAnsi="Arial"/>
        </w:rPr>
        <w:t xml:space="preserve"> just basic, and it will be like, </w:t>
      </w:r>
      <w:proofErr w:type="spellStart"/>
      <w:r>
        <w:rPr>
          <w:rFonts w:ascii="Arial" w:hAnsi="Arial"/>
        </w:rPr>
        <w:t>porridgey</w:t>
      </w:r>
      <w:proofErr w:type="spellEnd"/>
      <w:r>
        <w:rPr>
          <w:rFonts w:ascii="Arial" w:hAnsi="Arial"/>
        </w:rPr>
        <w:t xml:space="preserve"> type...</w:t>
      </w:r>
      <w:r>
        <w:rPr>
          <w:rFonts w:ascii="Arial" w:hAnsi="Arial"/>
        </w:rPr>
        <w:t xml:space="preserve"> I like porridge. But I </w:t>
      </w:r>
      <w:proofErr w:type="gramStart"/>
      <w:r>
        <w:rPr>
          <w:rFonts w:ascii="Arial" w:hAnsi="Arial"/>
        </w:rPr>
        <w:t>don't</w:t>
      </w:r>
      <w:proofErr w:type="gramEnd"/>
      <w:r>
        <w:rPr>
          <w:rFonts w:ascii="Arial" w:hAnsi="Arial"/>
        </w:rPr>
        <w:t xml:space="preserve"> think I would want it down a metal tube down my throat. Thank you.</w:t>
      </w:r>
    </w:p>
    <w:p w14:paraId="6325579A" w14:textId="77777777" w:rsidR="00EB5BAC" w:rsidRDefault="00EB5BAC">
      <w:pPr>
        <w:spacing w:after="0"/>
      </w:pPr>
    </w:p>
    <w:p w14:paraId="2A9EA136" w14:textId="77777777" w:rsidR="00EB5BAC" w:rsidRDefault="00B67446">
      <w:pPr>
        <w:spacing w:after="0"/>
      </w:pPr>
      <w:proofErr w:type="gramStart"/>
      <w:r>
        <w:rPr>
          <w:rFonts w:ascii="Arial" w:hAnsi="Arial"/>
          <w:b/>
        </w:rPr>
        <w:lastRenderedPageBreak/>
        <w:t xml:space="preserve">Alice  </w:t>
      </w:r>
      <w:r>
        <w:rPr>
          <w:rFonts w:ascii="Arial" w:hAnsi="Arial"/>
          <w:color w:val="5D7284"/>
        </w:rPr>
        <w:t>13:29</w:t>
      </w:r>
      <w:proofErr w:type="gramEnd"/>
    </w:p>
    <w:p w14:paraId="229B6E89" w14:textId="77777777" w:rsidR="00EB5BAC" w:rsidRDefault="00B67446">
      <w:pPr>
        <w:spacing w:after="0"/>
      </w:pPr>
      <w:proofErr w:type="gramStart"/>
      <w:r>
        <w:rPr>
          <w:rFonts w:ascii="Arial" w:hAnsi="Arial"/>
        </w:rPr>
        <w:t>Oh</w:t>
      </w:r>
      <w:proofErr w:type="gramEnd"/>
      <w:r>
        <w:rPr>
          <w:rFonts w:ascii="Arial" w:hAnsi="Arial"/>
        </w:rPr>
        <w:t xml:space="preserve"> jeez I don't think anything even you know, my most favourite foods. </w:t>
      </w:r>
      <w:proofErr w:type="gramStart"/>
      <w:r>
        <w:rPr>
          <w:rFonts w:ascii="Arial" w:hAnsi="Arial"/>
        </w:rPr>
        <w:t>That's</w:t>
      </w:r>
      <w:proofErr w:type="gramEnd"/>
      <w:r>
        <w:rPr>
          <w:rFonts w:ascii="Arial" w:hAnsi="Arial"/>
        </w:rPr>
        <w:t xml:space="preserve"> not how I want to take it in</w:t>
      </w:r>
    </w:p>
    <w:p w14:paraId="3FEC300C" w14:textId="77777777" w:rsidR="00EB5BAC" w:rsidRDefault="00EB5BAC">
      <w:pPr>
        <w:spacing w:after="0"/>
      </w:pPr>
    </w:p>
    <w:p w14:paraId="62FC11A0" w14:textId="77777777" w:rsidR="00EB5BAC" w:rsidRDefault="00B67446">
      <w:pPr>
        <w:spacing w:after="0"/>
      </w:pPr>
      <w:proofErr w:type="gramStart"/>
      <w:r>
        <w:rPr>
          <w:rFonts w:ascii="Arial" w:hAnsi="Arial"/>
          <w:b/>
        </w:rPr>
        <w:t xml:space="preserve">Lucy  </w:t>
      </w:r>
      <w:r>
        <w:rPr>
          <w:rFonts w:ascii="Arial" w:hAnsi="Arial"/>
          <w:color w:val="5D7284"/>
        </w:rPr>
        <w:t>13:53</w:t>
      </w:r>
      <w:proofErr w:type="gramEnd"/>
    </w:p>
    <w:p w14:paraId="7B3D1C16" w14:textId="77777777" w:rsidR="00EB5BAC" w:rsidRDefault="00B67446">
      <w:pPr>
        <w:spacing w:after="0"/>
      </w:pPr>
      <w:r>
        <w:rPr>
          <w:rFonts w:ascii="Arial" w:hAnsi="Arial"/>
        </w:rPr>
        <w:t xml:space="preserve">No. And I think that </w:t>
      </w:r>
      <w:r>
        <w:rPr>
          <w:rFonts w:ascii="Arial" w:hAnsi="Arial"/>
        </w:rPr>
        <w:t xml:space="preserve">would be I think being force fed would be far more distressing than distressing that deciding not to eat, </w:t>
      </w:r>
      <w:proofErr w:type="gramStart"/>
      <w:r>
        <w:rPr>
          <w:rFonts w:ascii="Arial" w:hAnsi="Arial"/>
        </w:rPr>
        <w:t>I would I would</w:t>
      </w:r>
      <w:proofErr w:type="gramEnd"/>
      <w:r>
        <w:rPr>
          <w:rFonts w:ascii="Arial" w:hAnsi="Arial"/>
        </w:rPr>
        <w:t xml:space="preserve"> probably go d'you know what, you can give me that. </w:t>
      </w:r>
      <w:proofErr w:type="spellStart"/>
      <w:r>
        <w:rPr>
          <w:rFonts w:ascii="Arial" w:hAnsi="Arial"/>
        </w:rPr>
        <w:t>Cuz</w:t>
      </w:r>
      <w:proofErr w:type="spellEnd"/>
      <w:r>
        <w:rPr>
          <w:rFonts w:ascii="Arial" w:hAnsi="Arial"/>
        </w:rPr>
        <w:t xml:space="preserve"> I </w:t>
      </w:r>
      <w:proofErr w:type="gramStart"/>
      <w:r>
        <w:rPr>
          <w:rFonts w:ascii="Arial" w:hAnsi="Arial"/>
        </w:rPr>
        <w:t>don't</w:t>
      </w:r>
      <w:proofErr w:type="gramEnd"/>
      <w:r>
        <w:rPr>
          <w:rFonts w:ascii="Arial" w:hAnsi="Arial"/>
        </w:rPr>
        <w:t>. I would probably do that thing where you hide food, you know? Like, ge</w:t>
      </w:r>
      <w:r>
        <w:rPr>
          <w:rFonts w:ascii="Arial" w:hAnsi="Arial"/>
        </w:rPr>
        <w:t xml:space="preserve">t rid of that make it </w:t>
      </w:r>
      <w:proofErr w:type="gramStart"/>
      <w:r>
        <w:rPr>
          <w:rFonts w:ascii="Arial" w:hAnsi="Arial"/>
        </w:rPr>
        <w:t>look</w:t>
      </w:r>
      <w:proofErr w:type="gramEnd"/>
      <w:r>
        <w:rPr>
          <w:rFonts w:ascii="Arial" w:hAnsi="Arial"/>
        </w:rPr>
        <w:t xml:space="preserve"> like </w:t>
      </w:r>
      <w:proofErr w:type="spellStart"/>
      <w:r>
        <w:rPr>
          <w:rFonts w:ascii="Arial" w:hAnsi="Arial"/>
        </w:rPr>
        <w:t>i've</w:t>
      </w:r>
      <w:proofErr w:type="spellEnd"/>
      <w:r>
        <w:rPr>
          <w:rFonts w:ascii="Arial" w:hAnsi="Arial"/>
        </w:rPr>
        <w:t xml:space="preserve"> eaten it.</w:t>
      </w:r>
    </w:p>
    <w:p w14:paraId="726B6695" w14:textId="77777777" w:rsidR="00EB5BAC" w:rsidRDefault="00EB5BAC">
      <w:pPr>
        <w:spacing w:after="0"/>
      </w:pPr>
    </w:p>
    <w:p w14:paraId="1D4B663B" w14:textId="77777777" w:rsidR="00EB5BAC" w:rsidRDefault="00B67446">
      <w:pPr>
        <w:spacing w:after="0"/>
      </w:pPr>
      <w:proofErr w:type="gramStart"/>
      <w:r>
        <w:rPr>
          <w:rFonts w:ascii="Arial" w:hAnsi="Arial"/>
          <w:b/>
        </w:rPr>
        <w:t xml:space="preserve">Alice  </w:t>
      </w:r>
      <w:r>
        <w:rPr>
          <w:rFonts w:ascii="Arial" w:hAnsi="Arial"/>
          <w:color w:val="5D7284"/>
        </w:rPr>
        <w:t>14:11</w:t>
      </w:r>
      <w:proofErr w:type="gramEnd"/>
    </w:p>
    <w:p w14:paraId="709DA1E6" w14:textId="77777777" w:rsidR="00EB5BAC" w:rsidRDefault="00B67446">
      <w:pPr>
        <w:spacing w:after="0"/>
      </w:pPr>
      <w:r>
        <w:rPr>
          <w:rFonts w:ascii="Arial" w:hAnsi="Arial"/>
        </w:rPr>
        <w:t xml:space="preserve">Well and I imagine, you know, </w:t>
      </w:r>
      <w:proofErr w:type="gramStart"/>
      <w:r>
        <w:rPr>
          <w:rFonts w:ascii="Arial" w:hAnsi="Arial"/>
        </w:rPr>
        <w:t>it's</w:t>
      </w:r>
      <w:proofErr w:type="gramEnd"/>
      <w:r>
        <w:rPr>
          <w:rFonts w:ascii="Arial" w:hAnsi="Arial"/>
        </w:rPr>
        <w:t xml:space="preserve"> like, it's not easy going on hunger strike. And you can only do it, I think if </w:t>
      </w:r>
      <w:proofErr w:type="gramStart"/>
      <w:r>
        <w:rPr>
          <w:rFonts w:ascii="Arial" w:hAnsi="Arial"/>
        </w:rPr>
        <w:t>you're</w:t>
      </w:r>
      <w:proofErr w:type="gramEnd"/>
      <w:r>
        <w:rPr>
          <w:rFonts w:ascii="Arial" w:hAnsi="Arial"/>
        </w:rPr>
        <w:t xml:space="preserve"> really fueled by the passion, because it goes against what your body is te</w:t>
      </w:r>
      <w:r>
        <w:rPr>
          <w:rFonts w:ascii="Arial" w:hAnsi="Arial"/>
        </w:rPr>
        <w:t xml:space="preserve">lling you. And </w:t>
      </w:r>
      <w:proofErr w:type="gramStart"/>
      <w:r>
        <w:rPr>
          <w:rFonts w:ascii="Arial" w:hAnsi="Arial"/>
        </w:rPr>
        <w:t>so</w:t>
      </w:r>
      <w:proofErr w:type="gramEnd"/>
      <w:r>
        <w:rPr>
          <w:rFonts w:ascii="Arial" w:hAnsi="Arial"/>
        </w:rPr>
        <w:t xml:space="preserve"> to then be force fed, like it the physical distress, along, like alongside your mental distress, alongside the fact that your body actually is going, I'm starving I need this. </w:t>
      </w:r>
      <w:proofErr w:type="gramStart"/>
      <w:r>
        <w:rPr>
          <w:rFonts w:ascii="Arial" w:hAnsi="Arial"/>
        </w:rPr>
        <w:t>It's</w:t>
      </w:r>
      <w:proofErr w:type="gramEnd"/>
      <w:r>
        <w:rPr>
          <w:rFonts w:ascii="Arial" w:hAnsi="Arial"/>
        </w:rPr>
        <w:t xml:space="preserve"> </w:t>
      </w:r>
      <w:proofErr w:type="spellStart"/>
      <w:r>
        <w:rPr>
          <w:rFonts w:ascii="Arial" w:hAnsi="Arial"/>
        </w:rPr>
        <w:t>gonna</w:t>
      </w:r>
      <w:proofErr w:type="spellEnd"/>
      <w:r>
        <w:rPr>
          <w:rFonts w:ascii="Arial" w:hAnsi="Arial"/>
        </w:rPr>
        <w:t xml:space="preserve"> leave some trauma and some scars, you know, physica</w:t>
      </w:r>
      <w:r>
        <w:rPr>
          <w:rFonts w:ascii="Arial" w:hAnsi="Arial"/>
        </w:rPr>
        <w:t>lly and emotionally.</w:t>
      </w:r>
    </w:p>
    <w:p w14:paraId="6A58E4CC" w14:textId="77777777" w:rsidR="00EB5BAC" w:rsidRDefault="00EB5BAC">
      <w:pPr>
        <w:spacing w:after="0"/>
      </w:pPr>
    </w:p>
    <w:p w14:paraId="6F4E43D8" w14:textId="77777777" w:rsidR="00EB5BAC" w:rsidRDefault="00B67446">
      <w:pPr>
        <w:spacing w:after="0"/>
      </w:pPr>
      <w:proofErr w:type="gramStart"/>
      <w:r>
        <w:rPr>
          <w:rFonts w:ascii="Arial" w:hAnsi="Arial"/>
          <w:b/>
        </w:rPr>
        <w:t xml:space="preserve">Lucy  </w:t>
      </w:r>
      <w:r>
        <w:rPr>
          <w:rFonts w:ascii="Arial" w:hAnsi="Arial"/>
          <w:color w:val="5D7284"/>
        </w:rPr>
        <w:t>14:44</w:t>
      </w:r>
      <w:proofErr w:type="gramEnd"/>
    </w:p>
    <w:p w14:paraId="288D983A" w14:textId="77777777" w:rsidR="00EB5BAC" w:rsidRDefault="00B67446">
      <w:pPr>
        <w:spacing w:after="0"/>
      </w:pPr>
      <w:r>
        <w:rPr>
          <w:rFonts w:ascii="Arial" w:hAnsi="Arial"/>
        </w:rPr>
        <w:t xml:space="preserve">Absolutely. You know, you hear about people going on </w:t>
      </w:r>
      <w:proofErr w:type="spellStart"/>
      <w:r>
        <w:rPr>
          <w:rFonts w:ascii="Arial" w:hAnsi="Arial"/>
        </w:rPr>
        <w:t>hunget</w:t>
      </w:r>
      <w:proofErr w:type="spellEnd"/>
      <w:r>
        <w:rPr>
          <w:rFonts w:ascii="Arial" w:hAnsi="Arial"/>
        </w:rPr>
        <w:t xml:space="preserve">, hunger strike, and then being released from prison with the suffragette movement, but it always makes me wonder like, how it affected them after the suffragette </w:t>
      </w:r>
      <w:r>
        <w:rPr>
          <w:rFonts w:ascii="Arial" w:hAnsi="Arial"/>
        </w:rPr>
        <w:t xml:space="preserve">movement because the only reason the suffragette movement stopped, was because </w:t>
      </w:r>
      <w:proofErr w:type="spellStart"/>
      <w:r>
        <w:rPr>
          <w:rFonts w:ascii="Arial" w:hAnsi="Arial"/>
        </w:rPr>
        <w:t>Because</w:t>
      </w:r>
      <w:proofErr w:type="spellEnd"/>
      <w:r>
        <w:rPr>
          <w:rFonts w:ascii="Arial" w:hAnsi="Arial"/>
        </w:rPr>
        <w:t xml:space="preserve"> the First World War was happening, and then and then because of what the women had to do during the First World War, while their husbands were at war, they were basicall</w:t>
      </w:r>
      <w:r>
        <w:rPr>
          <w:rFonts w:ascii="Arial" w:hAnsi="Arial"/>
        </w:rPr>
        <w:t xml:space="preserve">y keeping the country going, that the government said, Alright, then we'll give you the vote. And even then, yeah, like you said before, even then it </w:t>
      </w:r>
      <w:proofErr w:type="gramStart"/>
      <w:r>
        <w:rPr>
          <w:rFonts w:ascii="Arial" w:hAnsi="Arial"/>
        </w:rPr>
        <w:t>wasn't</w:t>
      </w:r>
      <w:proofErr w:type="gramEnd"/>
      <w:r>
        <w:rPr>
          <w:rFonts w:ascii="Arial" w:hAnsi="Arial"/>
        </w:rPr>
        <w:t xml:space="preserve"> everybody it was, you know, people who've got land, I think at one point is very early days, </w:t>
      </w:r>
    </w:p>
    <w:p w14:paraId="5B15AC21" w14:textId="77777777" w:rsidR="00EB5BAC" w:rsidRDefault="00EB5BAC">
      <w:pPr>
        <w:spacing w:after="0"/>
      </w:pPr>
    </w:p>
    <w:p w14:paraId="69795DA1" w14:textId="77777777" w:rsidR="00EB5BAC" w:rsidRDefault="00B67446">
      <w:pPr>
        <w:spacing w:after="0"/>
      </w:pPr>
      <w:proofErr w:type="gramStart"/>
      <w:r>
        <w:rPr>
          <w:rFonts w:ascii="Arial" w:hAnsi="Arial"/>
          <w:b/>
        </w:rPr>
        <w:t>Alic</w:t>
      </w:r>
      <w:r>
        <w:rPr>
          <w:rFonts w:ascii="Arial" w:hAnsi="Arial"/>
          <w:b/>
        </w:rPr>
        <w:t xml:space="preserve">e  </w:t>
      </w:r>
      <w:r>
        <w:rPr>
          <w:rFonts w:ascii="Arial" w:hAnsi="Arial"/>
          <w:color w:val="5D7284"/>
        </w:rPr>
        <w:t>15:24</w:t>
      </w:r>
      <w:proofErr w:type="gramEnd"/>
    </w:p>
    <w:p w14:paraId="7009DC0D" w14:textId="77777777" w:rsidR="00EB5BAC" w:rsidRDefault="00B67446">
      <w:pPr>
        <w:spacing w:after="0"/>
      </w:pPr>
      <w:r>
        <w:rPr>
          <w:rFonts w:ascii="Arial" w:hAnsi="Arial"/>
        </w:rPr>
        <w:t xml:space="preserve">I think you had to be married. </w:t>
      </w:r>
    </w:p>
    <w:p w14:paraId="454BD483" w14:textId="77777777" w:rsidR="00EB5BAC" w:rsidRDefault="00EB5BAC">
      <w:pPr>
        <w:spacing w:after="0"/>
      </w:pPr>
    </w:p>
    <w:p w14:paraId="09246DC0" w14:textId="77777777" w:rsidR="00EB5BAC" w:rsidRDefault="00B67446">
      <w:pPr>
        <w:spacing w:after="0"/>
      </w:pPr>
      <w:proofErr w:type="gramStart"/>
      <w:r>
        <w:rPr>
          <w:rFonts w:ascii="Arial" w:hAnsi="Arial"/>
          <w:b/>
        </w:rPr>
        <w:t xml:space="preserve">Lucy  </w:t>
      </w:r>
      <w:r>
        <w:rPr>
          <w:rFonts w:ascii="Arial" w:hAnsi="Arial"/>
          <w:color w:val="5D7284"/>
        </w:rPr>
        <w:t>15:26</w:t>
      </w:r>
      <w:proofErr w:type="gramEnd"/>
    </w:p>
    <w:p w14:paraId="55930F27" w14:textId="77777777" w:rsidR="00EB5BAC" w:rsidRDefault="00B67446">
      <w:pPr>
        <w:spacing w:after="0"/>
      </w:pPr>
      <w:r>
        <w:rPr>
          <w:rFonts w:ascii="Arial" w:hAnsi="Arial"/>
        </w:rPr>
        <w:t>And you had to have some sort of status. I think you were like, high up lady type.</w:t>
      </w:r>
    </w:p>
    <w:p w14:paraId="05B9320C" w14:textId="77777777" w:rsidR="00EB5BAC" w:rsidRDefault="00EB5BAC">
      <w:pPr>
        <w:spacing w:after="0"/>
      </w:pPr>
    </w:p>
    <w:p w14:paraId="2CC1B8E6" w14:textId="77777777" w:rsidR="00EB5BAC" w:rsidRDefault="00B67446">
      <w:pPr>
        <w:spacing w:after="0"/>
      </w:pPr>
      <w:proofErr w:type="gramStart"/>
      <w:r>
        <w:rPr>
          <w:rFonts w:ascii="Arial" w:hAnsi="Arial"/>
          <w:b/>
        </w:rPr>
        <w:t xml:space="preserve">Alice  </w:t>
      </w:r>
      <w:r>
        <w:rPr>
          <w:rFonts w:ascii="Arial" w:hAnsi="Arial"/>
          <w:color w:val="5D7284"/>
        </w:rPr>
        <w:t>15:31</w:t>
      </w:r>
      <w:proofErr w:type="gramEnd"/>
    </w:p>
    <w:p w14:paraId="1EDF0E6C" w14:textId="77777777" w:rsidR="00EB5BAC" w:rsidRDefault="00B67446">
      <w:pPr>
        <w:spacing w:after="0"/>
      </w:pPr>
      <w:r>
        <w:rPr>
          <w:rFonts w:ascii="Arial" w:hAnsi="Arial"/>
        </w:rPr>
        <w:t>Yeah. Yeah. I mean, it was like that, when for men, when voting was very first introduced back in God thi</w:t>
      </w:r>
      <w:r>
        <w:rPr>
          <w:rFonts w:ascii="Arial" w:hAnsi="Arial"/>
        </w:rPr>
        <w:t xml:space="preserve">nk I </w:t>
      </w:r>
      <w:proofErr w:type="gramStart"/>
      <w:r>
        <w:rPr>
          <w:rFonts w:ascii="Arial" w:hAnsi="Arial"/>
        </w:rPr>
        <w:t>can't</w:t>
      </w:r>
      <w:proofErr w:type="gramEnd"/>
      <w:r>
        <w:rPr>
          <w:rFonts w:ascii="Arial" w:hAnsi="Arial"/>
        </w:rPr>
        <w:t xml:space="preserve"> remember when I'm not going to try and come up with a century because I'll be, I'll be wrong.</w:t>
      </w:r>
    </w:p>
    <w:p w14:paraId="6E3907EB" w14:textId="77777777" w:rsidR="00EB5BAC" w:rsidRDefault="00EB5BAC">
      <w:pPr>
        <w:spacing w:after="0"/>
      </w:pPr>
    </w:p>
    <w:p w14:paraId="1CF1B58A" w14:textId="77777777" w:rsidR="00EB5BAC" w:rsidRDefault="00B67446">
      <w:pPr>
        <w:spacing w:after="0"/>
      </w:pPr>
      <w:proofErr w:type="gramStart"/>
      <w:r>
        <w:rPr>
          <w:rFonts w:ascii="Arial" w:hAnsi="Arial"/>
          <w:b/>
        </w:rPr>
        <w:t xml:space="preserve">Lucy  </w:t>
      </w:r>
      <w:r>
        <w:rPr>
          <w:rFonts w:ascii="Arial" w:hAnsi="Arial"/>
          <w:color w:val="5D7284"/>
        </w:rPr>
        <w:t>15:44</w:t>
      </w:r>
      <w:proofErr w:type="gramEnd"/>
    </w:p>
    <w:p w14:paraId="7FCE29A6" w14:textId="77777777" w:rsidR="00EB5BAC" w:rsidRDefault="00B67446">
      <w:pPr>
        <w:spacing w:after="0"/>
      </w:pPr>
      <w:proofErr w:type="gramStart"/>
      <w:r>
        <w:rPr>
          <w:rFonts w:ascii="Arial" w:hAnsi="Arial"/>
        </w:rPr>
        <w:t>I'm</w:t>
      </w:r>
      <w:proofErr w:type="gramEnd"/>
      <w:r>
        <w:rPr>
          <w:rFonts w:ascii="Arial" w:hAnsi="Arial"/>
        </w:rPr>
        <w:t xml:space="preserve"> sure one of our listeners will get back in touch with us and say I'll tell you what year it was.</w:t>
      </w:r>
    </w:p>
    <w:p w14:paraId="2320C030" w14:textId="77777777" w:rsidR="00EB5BAC" w:rsidRDefault="00EB5BAC">
      <w:pPr>
        <w:spacing w:after="0"/>
      </w:pPr>
    </w:p>
    <w:p w14:paraId="3A79C715" w14:textId="77777777" w:rsidR="00EB5BAC" w:rsidRDefault="00B67446">
      <w:pPr>
        <w:spacing w:after="0"/>
      </w:pPr>
      <w:proofErr w:type="gramStart"/>
      <w:r>
        <w:rPr>
          <w:rFonts w:ascii="Arial" w:hAnsi="Arial"/>
          <w:b/>
        </w:rPr>
        <w:t xml:space="preserve">Alice  </w:t>
      </w:r>
      <w:r>
        <w:rPr>
          <w:rFonts w:ascii="Arial" w:hAnsi="Arial"/>
          <w:color w:val="5D7284"/>
        </w:rPr>
        <w:t>15:48</w:t>
      </w:r>
      <w:proofErr w:type="gramEnd"/>
    </w:p>
    <w:p w14:paraId="6CD73BB4" w14:textId="77777777" w:rsidR="00EB5BAC" w:rsidRDefault="00B67446">
      <w:pPr>
        <w:spacing w:after="0"/>
      </w:pPr>
      <w:r>
        <w:rPr>
          <w:rFonts w:ascii="Arial" w:hAnsi="Arial"/>
        </w:rPr>
        <w:t>But I can distinctly re</w:t>
      </w:r>
      <w:r>
        <w:rPr>
          <w:rFonts w:ascii="Arial" w:hAnsi="Arial"/>
        </w:rPr>
        <w:t xml:space="preserve">member, drawings in a horrible histories book that was like this is when people first got the vote. And </w:t>
      </w:r>
      <w:proofErr w:type="gramStart"/>
      <w:r>
        <w:rPr>
          <w:rFonts w:ascii="Arial" w:hAnsi="Arial"/>
        </w:rPr>
        <w:t>it's</w:t>
      </w:r>
      <w:proofErr w:type="gramEnd"/>
      <w:r>
        <w:rPr>
          <w:rFonts w:ascii="Arial" w:hAnsi="Arial"/>
        </w:rPr>
        <w:t xml:space="preserve"> a picture of a load of people going "yay!". And then </w:t>
      </w:r>
      <w:proofErr w:type="gramStart"/>
      <w:r>
        <w:rPr>
          <w:rFonts w:ascii="Arial" w:hAnsi="Arial"/>
        </w:rPr>
        <w:t>there's</w:t>
      </w:r>
      <w:proofErr w:type="gramEnd"/>
      <w:r>
        <w:rPr>
          <w:rFonts w:ascii="Arial" w:hAnsi="Arial"/>
        </w:rPr>
        <w:t xml:space="preserve"> a little bit </w:t>
      </w:r>
      <w:r>
        <w:rPr>
          <w:rFonts w:ascii="Arial" w:hAnsi="Arial"/>
        </w:rPr>
        <w:lastRenderedPageBreak/>
        <w:t xml:space="preserve">underneath it that says, but only if you're a man, and it's like half as </w:t>
      </w:r>
      <w:r>
        <w:rPr>
          <w:rFonts w:ascii="Arial" w:hAnsi="Arial"/>
        </w:rPr>
        <w:t>many people still going "yay". And then it says only if you own land and the it's half as many people and it's "yay</w:t>
      </w:r>
      <w:proofErr w:type="gramStart"/>
      <w:r>
        <w:rPr>
          <w:rFonts w:ascii="Arial" w:hAnsi="Arial"/>
        </w:rPr>
        <w:t>" .</w:t>
      </w:r>
      <w:proofErr w:type="gramEnd"/>
      <w:r>
        <w:rPr>
          <w:rFonts w:ascii="Arial" w:hAnsi="Arial"/>
        </w:rPr>
        <w:t xml:space="preserve"> And then </w:t>
      </w:r>
      <w:proofErr w:type="gramStart"/>
      <w:r>
        <w:rPr>
          <w:rFonts w:ascii="Arial" w:hAnsi="Arial"/>
        </w:rPr>
        <w:t>it's</w:t>
      </w:r>
      <w:proofErr w:type="gramEnd"/>
      <w:r>
        <w:rPr>
          <w:rFonts w:ascii="Arial" w:hAnsi="Arial"/>
        </w:rPr>
        <w:t xml:space="preserve"> and only if you're over thirty and It's like four people going "yay"</w:t>
      </w:r>
    </w:p>
    <w:p w14:paraId="181A68BF" w14:textId="77777777" w:rsidR="00EB5BAC" w:rsidRDefault="00EB5BAC">
      <w:pPr>
        <w:spacing w:after="0"/>
      </w:pPr>
    </w:p>
    <w:p w14:paraId="483120B5" w14:textId="77777777" w:rsidR="00EB5BAC" w:rsidRDefault="00B67446">
      <w:pPr>
        <w:spacing w:after="0"/>
      </w:pPr>
      <w:proofErr w:type="gramStart"/>
      <w:r>
        <w:rPr>
          <w:rFonts w:ascii="Arial" w:hAnsi="Arial"/>
          <w:b/>
        </w:rPr>
        <w:t xml:space="preserve">Lucy  </w:t>
      </w:r>
      <w:r>
        <w:rPr>
          <w:rFonts w:ascii="Arial" w:hAnsi="Arial"/>
          <w:color w:val="5D7284"/>
        </w:rPr>
        <w:t>16:15</w:t>
      </w:r>
      <w:proofErr w:type="gramEnd"/>
    </w:p>
    <w:p w14:paraId="1FC097DF" w14:textId="77777777" w:rsidR="00EB5BAC" w:rsidRDefault="00B67446">
      <w:pPr>
        <w:spacing w:after="0"/>
      </w:pPr>
      <w:r>
        <w:rPr>
          <w:rFonts w:ascii="Arial" w:hAnsi="Arial"/>
        </w:rPr>
        <w:t xml:space="preserve">Yeah, that is what it seems like. So </w:t>
      </w:r>
      <w:r>
        <w:rPr>
          <w:rFonts w:ascii="Arial" w:hAnsi="Arial"/>
        </w:rPr>
        <w:t>yeah, so she was forcibly fed causing diabetes and general health. There were many letters sent on behalf of her family members and fellow campaign. campaigners objecting to her being force fed, as a result of this presser pressure, she was ordered to be r</w:t>
      </w:r>
      <w:r>
        <w:rPr>
          <w:rFonts w:ascii="Arial" w:hAnsi="Arial"/>
        </w:rPr>
        <w:t>eleased by the Home Secretary just after just two weeks in prison.</w:t>
      </w:r>
    </w:p>
    <w:p w14:paraId="3A8F10DE" w14:textId="77777777" w:rsidR="00EB5BAC" w:rsidRDefault="00EB5BAC">
      <w:pPr>
        <w:spacing w:after="0"/>
      </w:pPr>
    </w:p>
    <w:p w14:paraId="1D86D9BC" w14:textId="77777777" w:rsidR="00EB5BAC" w:rsidRDefault="00B67446">
      <w:pPr>
        <w:spacing w:after="0"/>
      </w:pPr>
      <w:proofErr w:type="gramStart"/>
      <w:r>
        <w:rPr>
          <w:rFonts w:ascii="Arial" w:hAnsi="Arial"/>
          <w:b/>
        </w:rPr>
        <w:t xml:space="preserve">Alice  </w:t>
      </w:r>
      <w:r>
        <w:rPr>
          <w:rFonts w:ascii="Arial" w:hAnsi="Arial"/>
          <w:color w:val="5D7284"/>
        </w:rPr>
        <w:t>16:42</w:t>
      </w:r>
      <w:proofErr w:type="gramEnd"/>
    </w:p>
    <w:p w14:paraId="595BC6E7" w14:textId="77777777" w:rsidR="00EB5BAC" w:rsidRDefault="00B67446">
      <w:pPr>
        <w:spacing w:after="0"/>
      </w:pPr>
      <w:proofErr w:type="gramStart"/>
      <w:r>
        <w:rPr>
          <w:rFonts w:ascii="Arial" w:hAnsi="Arial"/>
        </w:rPr>
        <w:t>That's</w:t>
      </w:r>
      <w:proofErr w:type="gramEnd"/>
      <w:r>
        <w:rPr>
          <w:rFonts w:ascii="Arial" w:hAnsi="Arial"/>
        </w:rPr>
        <w:t xml:space="preserve"> how you do it. I mean, </w:t>
      </w:r>
      <w:proofErr w:type="gramStart"/>
      <w:r>
        <w:rPr>
          <w:rFonts w:ascii="Arial" w:hAnsi="Arial"/>
        </w:rPr>
        <w:t>it's</w:t>
      </w:r>
      <w:proofErr w:type="gramEnd"/>
      <w:r>
        <w:rPr>
          <w:rFonts w:ascii="Arial" w:hAnsi="Arial"/>
        </w:rPr>
        <w:t xml:space="preserve">, I'm not encouraging that kind of </w:t>
      </w:r>
      <w:proofErr w:type="spellStart"/>
      <w:r>
        <w:rPr>
          <w:rFonts w:ascii="Arial" w:hAnsi="Arial"/>
        </w:rPr>
        <w:t>behaviour</w:t>
      </w:r>
      <w:proofErr w:type="spellEnd"/>
      <w:r>
        <w:rPr>
          <w:rFonts w:ascii="Arial" w:hAnsi="Arial"/>
        </w:rPr>
        <w:t xml:space="preserve">. I mean, </w:t>
      </w:r>
      <w:proofErr w:type="gramStart"/>
      <w:r>
        <w:rPr>
          <w:rFonts w:ascii="Arial" w:hAnsi="Arial"/>
        </w:rPr>
        <w:t>it's</w:t>
      </w:r>
      <w:proofErr w:type="gramEnd"/>
      <w:r>
        <w:rPr>
          <w:rFonts w:ascii="Arial" w:hAnsi="Arial"/>
        </w:rPr>
        <w:t xml:space="preserve"> a peaceful protest, and the only person that you're harming is yourself. And if yo</w:t>
      </w:r>
      <w:r>
        <w:rPr>
          <w:rFonts w:ascii="Arial" w:hAnsi="Arial"/>
        </w:rPr>
        <w:t xml:space="preserve">u have the capacity to make that decision, then you know, </w:t>
      </w:r>
      <w:proofErr w:type="gramStart"/>
      <w:r>
        <w:rPr>
          <w:rFonts w:ascii="Arial" w:hAnsi="Arial"/>
        </w:rPr>
        <w:t>that's</w:t>
      </w:r>
      <w:proofErr w:type="gramEnd"/>
      <w:r>
        <w:rPr>
          <w:rFonts w:ascii="Arial" w:hAnsi="Arial"/>
        </w:rPr>
        <w:t xml:space="preserve"> up to you. But there is like, you know, a hunger strike and writing to the Home Secretary, </w:t>
      </w:r>
      <w:proofErr w:type="gramStart"/>
      <w:r>
        <w:rPr>
          <w:rFonts w:ascii="Arial" w:hAnsi="Arial"/>
        </w:rPr>
        <w:t>that's</w:t>
      </w:r>
      <w:proofErr w:type="gramEnd"/>
      <w:r>
        <w:rPr>
          <w:rFonts w:ascii="Arial" w:hAnsi="Arial"/>
        </w:rPr>
        <w:t xml:space="preserve"> how you do it.</w:t>
      </w:r>
    </w:p>
    <w:p w14:paraId="30EA824E" w14:textId="77777777" w:rsidR="00EB5BAC" w:rsidRDefault="00EB5BAC">
      <w:pPr>
        <w:spacing w:after="0"/>
      </w:pPr>
    </w:p>
    <w:p w14:paraId="2F95C3E0" w14:textId="77777777" w:rsidR="00EB5BAC" w:rsidRDefault="00B67446">
      <w:pPr>
        <w:spacing w:after="0"/>
      </w:pPr>
      <w:proofErr w:type="gramStart"/>
      <w:r>
        <w:rPr>
          <w:rFonts w:ascii="Arial" w:hAnsi="Arial"/>
          <w:b/>
        </w:rPr>
        <w:t xml:space="preserve">Lucy  </w:t>
      </w:r>
      <w:r>
        <w:rPr>
          <w:rFonts w:ascii="Arial" w:hAnsi="Arial"/>
          <w:color w:val="5D7284"/>
        </w:rPr>
        <w:t>17:01</w:t>
      </w:r>
      <w:proofErr w:type="gramEnd"/>
    </w:p>
    <w:p w14:paraId="1F88448A" w14:textId="77777777" w:rsidR="00EB5BAC" w:rsidRDefault="00B67446">
      <w:pPr>
        <w:spacing w:after="0"/>
      </w:pPr>
      <w:r>
        <w:rPr>
          <w:rFonts w:ascii="Arial" w:hAnsi="Arial"/>
        </w:rPr>
        <w:t>Yes, it is. And also having the people behind you saying out on t</w:t>
      </w:r>
      <w:r>
        <w:rPr>
          <w:rFonts w:ascii="Arial" w:hAnsi="Arial"/>
        </w:rPr>
        <w:t xml:space="preserve">he outside saying, No, this is wrong, and we're not going to like just </w:t>
      </w:r>
      <w:proofErr w:type="gramStart"/>
      <w:r>
        <w:rPr>
          <w:rFonts w:ascii="Arial" w:hAnsi="Arial"/>
        </w:rPr>
        <w:t>let</w:t>
      </w:r>
      <w:proofErr w:type="gramEnd"/>
      <w:r>
        <w:rPr>
          <w:rFonts w:ascii="Arial" w:hAnsi="Arial"/>
        </w:rPr>
        <w:t xml:space="preserve"> you rot in prison. I think that must have been very encouraging for it to know that </w:t>
      </w:r>
      <w:proofErr w:type="gramStart"/>
      <w:r>
        <w:rPr>
          <w:rFonts w:ascii="Arial" w:hAnsi="Arial"/>
        </w:rPr>
        <w:t>you've</w:t>
      </w:r>
      <w:proofErr w:type="gramEnd"/>
      <w:r>
        <w:rPr>
          <w:rFonts w:ascii="Arial" w:hAnsi="Arial"/>
        </w:rPr>
        <w:t xml:space="preserve"> got family and friends on the outside and fellow can go into you know what, we've got your</w:t>
      </w:r>
      <w:r>
        <w:rPr>
          <w:rFonts w:ascii="Arial" w:hAnsi="Arial"/>
        </w:rPr>
        <w:t xml:space="preserve"> back, it's fine. You know, get tight, </w:t>
      </w:r>
      <w:proofErr w:type="gramStart"/>
      <w:r>
        <w:rPr>
          <w:rFonts w:ascii="Arial" w:hAnsi="Arial"/>
        </w:rPr>
        <w:t>we're</w:t>
      </w:r>
      <w:proofErr w:type="gramEnd"/>
      <w:r>
        <w:rPr>
          <w:rFonts w:ascii="Arial" w:hAnsi="Arial"/>
        </w:rPr>
        <w:t xml:space="preserve"> </w:t>
      </w:r>
      <w:proofErr w:type="spellStart"/>
      <w:r>
        <w:rPr>
          <w:rFonts w:ascii="Arial" w:hAnsi="Arial"/>
        </w:rPr>
        <w:t>gonna</w:t>
      </w:r>
      <w:proofErr w:type="spellEnd"/>
      <w:r>
        <w:rPr>
          <w:rFonts w:ascii="Arial" w:hAnsi="Arial"/>
        </w:rPr>
        <w:t xml:space="preserve"> get you out of there. That must have been really </w:t>
      </w:r>
      <w:proofErr w:type="spellStart"/>
      <w:r>
        <w:rPr>
          <w:rFonts w:ascii="Arial" w:hAnsi="Arial"/>
        </w:rPr>
        <w:t>encouratgeing</w:t>
      </w:r>
      <w:proofErr w:type="spellEnd"/>
      <w:r>
        <w:rPr>
          <w:rFonts w:ascii="Arial" w:hAnsi="Arial"/>
        </w:rPr>
        <w:t xml:space="preserve">, well comforting. Well, it would be for me if I knew if I was in prison, and I knew that I was suffering, and everybody else knew. And I knew </w:t>
      </w:r>
      <w:r>
        <w:rPr>
          <w:rFonts w:ascii="Arial" w:hAnsi="Arial"/>
        </w:rPr>
        <w:t xml:space="preserve">that there was somebody out on the outside who was making sure that they were doing all they could that would be extremely comforting to me. I mean, I'd be </w:t>
      </w:r>
      <w:proofErr w:type="gramStart"/>
      <w:r>
        <w:rPr>
          <w:rFonts w:ascii="Arial" w:hAnsi="Arial"/>
        </w:rPr>
        <w:t>crying</w:t>
      </w:r>
      <w:proofErr w:type="gramEnd"/>
      <w:r>
        <w:rPr>
          <w:rFonts w:ascii="Arial" w:hAnsi="Arial"/>
        </w:rPr>
        <w:t xml:space="preserve"> and I'd be a mess. But it would be very comforting to know that somebody is going to stand up</w:t>
      </w:r>
      <w:r>
        <w:rPr>
          <w:rFonts w:ascii="Arial" w:hAnsi="Arial"/>
        </w:rPr>
        <w:t xml:space="preserve"> for you Really.</w:t>
      </w:r>
    </w:p>
    <w:p w14:paraId="49BA25A5" w14:textId="77777777" w:rsidR="00EB5BAC" w:rsidRDefault="00EB5BAC">
      <w:pPr>
        <w:spacing w:after="0"/>
      </w:pPr>
    </w:p>
    <w:p w14:paraId="0542F7AC" w14:textId="77777777" w:rsidR="00EB5BAC" w:rsidRDefault="00B67446">
      <w:pPr>
        <w:spacing w:after="0"/>
      </w:pPr>
      <w:proofErr w:type="gramStart"/>
      <w:r>
        <w:rPr>
          <w:rFonts w:ascii="Arial" w:hAnsi="Arial"/>
          <w:b/>
        </w:rPr>
        <w:t xml:space="preserve">Alice  </w:t>
      </w:r>
      <w:r>
        <w:rPr>
          <w:rFonts w:ascii="Arial" w:hAnsi="Arial"/>
          <w:color w:val="5D7284"/>
        </w:rPr>
        <w:t>17:50</w:t>
      </w:r>
      <w:proofErr w:type="gramEnd"/>
    </w:p>
    <w:p w14:paraId="752434F5" w14:textId="77777777" w:rsidR="00EB5BAC" w:rsidRDefault="00B67446">
      <w:pPr>
        <w:spacing w:after="0"/>
      </w:pPr>
      <w:r>
        <w:rPr>
          <w:rFonts w:ascii="Arial" w:hAnsi="Arial"/>
        </w:rPr>
        <w:t xml:space="preserve">Yeah. Well, and </w:t>
      </w:r>
      <w:proofErr w:type="gramStart"/>
      <w:r>
        <w:rPr>
          <w:rFonts w:ascii="Arial" w:hAnsi="Arial"/>
        </w:rPr>
        <w:t>it's</w:t>
      </w:r>
      <w:proofErr w:type="gramEnd"/>
      <w:r>
        <w:rPr>
          <w:rFonts w:ascii="Arial" w:hAnsi="Arial"/>
        </w:rPr>
        <w:t xml:space="preserve"> nice to know you're not you know, it's not just in vain, you're doing it because other people and other people are behind you. </w:t>
      </w:r>
    </w:p>
    <w:p w14:paraId="0910930B" w14:textId="77777777" w:rsidR="00EB5BAC" w:rsidRDefault="00EB5BAC">
      <w:pPr>
        <w:spacing w:after="0"/>
      </w:pPr>
    </w:p>
    <w:p w14:paraId="5BE5C02C" w14:textId="77777777" w:rsidR="00EB5BAC" w:rsidRDefault="00B67446">
      <w:pPr>
        <w:spacing w:after="0"/>
      </w:pPr>
      <w:proofErr w:type="gramStart"/>
      <w:r>
        <w:rPr>
          <w:rFonts w:ascii="Arial" w:hAnsi="Arial"/>
          <w:b/>
        </w:rPr>
        <w:t xml:space="preserve">Lucy  </w:t>
      </w:r>
      <w:r>
        <w:rPr>
          <w:rFonts w:ascii="Arial" w:hAnsi="Arial"/>
          <w:color w:val="5D7284"/>
        </w:rPr>
        <w:t>17:56</w:t>
      </w:r>
      <w:proofErr w:type="gramEnd"/>
    </w:p>
    <w:p w14:paraId="180A3426" w14:textId="77777777" w:rsidR="00EB5BAC" w:rsidRDefault="00B67446">
      <w:pPr>
        <w:spacing w:after="0"/>
      </w:pPr>
      <w:r>
        <w:rPr>
          <w:rFonts w:ascii="Arial" w:hAnsi="Arial"/>
        </w:rPr>
        <w:t xml:space="preserve">Yeah exactly. Mae recovered in </w:t>
      </w:r>
      <w:proofErr w:type="gramStart"/>
      <w:r>
        <w:rPr>
          <w:rFonts w:ascii="Arial" w:hAnsi="Arial"/>
        </w:rPr>
        <w:t>March 1913, and</w:t>
      </w:r>
      <w:proofErr w:type="gramEnd"/>
      <w:r>
        <w:rPr>
          <w:rFonts w:ascii="Arial" w:hAnsi="Arial"/>
        </w:rPr>
        <w:t xml:space="preserve"> should recovered sufficiently enough to be able</w:t>
      </w:r>
      <w:r>
        <w:rPr>
          <w:rFonts w:ascii="Arial" w:hAnsi="Arial"/>
        </w:rPr>
        <w:t xml:space="preserve"> to talk about experiences at a meeting in West Hampstead. In June of that year, she took part in the funeral procession of Emily Wilding, Davidson, the suffragette who flung herself under the king's horse at the </w:t>
      </w:r>
      <w:proofErr w:type="gramStart"/>
      <w:r>
        <w:rPr>
          <w:rFonts w:ascii="Arial" w:hAnsi="Arial"/>
        </w:rPr>
        <w:t>derby, and</w:t>
      </w:r>
      <w:proofErr w:type="gramEnd"/>
      <w:r>
        <w:rPr>
          <w:rFonts w:ascii="Arial" w:hAnsi="Arial"/>
        </w:rPr>
        <w:t xml:space="preserve"> had been trampled to death. In h</w:t>
      </w:r>
      <w:r>
        <w:rPr>
          <w:rFonts w:ascii="Arial" w:hAnsi="Arial"/>
        </w:rPr>
        <w:t xml:space="preserve">er invalid </w:t>
      </w:r>
      <w:proofErr w:type="spellStart"/>
      <w:r>
        <w:rPr>
          <w:rFonts w:ascii="Arial" w:hAnsi="Arial"/>
        </w:rPr>
        <w:t>tricylceas</w:t>
      </w:r>
      <w:proofErr w:type="spellEnd"/>
      <w:r>
        <w:rPr>
          <w:rFonts w:ascii="Arial" w:hAnsi="Arial"/>
        </w:rPr>
        <w:t xml:space="preserve"> always, Mae </w:t>
      </w:r>
      <w:proofErr w:type="gramStart"/>
      <w:r>
        <w:rPr>
          <w:rFonts w:ascii="Arial" w:hAnsi="Arial"/>
        </w:rPr>
        <w:t>want</w:t>
      </w:r>
      <w:proofErr w:type="gramEnd"/>
      <w:r>
        <w:rPr>
          <w:rFonts w:ascii="Arial" w:hAnsi="Arial"/>
        </w:rPr>
        <w:t xml:space="preserve"> to white to the funeral of Emily. And on May the 21st of May. This is another thing that </w:t>
      </w:r>
      <w:proofErr w:type="gramStart"/>
      <w:r>
        <w:rPr>
          <w:rFonts w:ascii="Arial" w:hAnsi="Arial"/>
        </w:rPr>
        <w:t>she</w:t>
      </w:r>
      <w:proofErr w:type="gramEnd"/>
      <w:r>
        <w:rPr>
          <w:rFonts w:ascii="Arial" w:hAnsi="Arial"/>
        </w:rPr>
        <w:t xml:space="preserve"> so she wasn't happy about. like </w:t>
      </w:r>
      <w:proofErr w:type="gramStart"/>
      <w:r>
        <w:rPr>
          <w:rFonts w:ascii="Arial" w:hAnsi="Arial"/>
        </w:rPr>
        <w:t>she'd</w:t>
      </w:r>
      <w:proofErr w:type="gramEnd"/>
      <w:r>
        <w:rPr>
          <w:rFonts w:ascii="Arial" w:hAnsi="Arial"/>
        </w:rPr>
        <w:t xml:space="preserve"> been, she'd been arrested, come on, I presume was talking about her experiences. And t</w:t>
      </w:r>
      <w:r>
        <w:rPr>
          <w:rFonts w:ascii="Arial" w:hAnsi="Arial"/>
        </w:rPr>
        <w:t xml:space="preserve">hen in May 1914, she chained herself and her wheelchair to the railings of Buckingham Palace as part of another protest movement. It was on this occasion that Sylvia Pankhurst recalled being recalled her being flung out of a chair by two policemen, so she </w:t>
      </w:r>
      <w:r>
        <w:rPr>
          <w:rFonts w:ascii="Arial" w:hAnsi="Arial"/>
        </w:rPr>
        <w:t>was she was dragged out of her chair not tipped, dragged. I would have been kicking off by this point. Once the First World War broke out to the campaign and suspended and members were released from prison. Mae supporting Christabel Pankhurst-Smethwick's e</w:t>
      </w:r>
      <w:r>
        <w:rPr>
          <w:rFonts w:ascii="Arial" w:hAnsi="Arial"/>
        </w:rPr>
        <w:t xml:space="preserve">lection campaign in 1918, the year that the qualification of the women act was </w:t>
      </w:r>
      <w:r>
        <w:rPr>
          <w:rFonts w:ascii="Arial" w:hAnsi="Arial"/>
        </w:rPr>
        <w:lastRenderedPageBreak/>
        <w:t>passed. After women's suffrage had been achieved, Mae ceased to be so politically active. I think she wanted to rest. A little more is known about her She seems to have lived in</w:t>
      </w:r>
      <w:r>
        <w:rPr>
          <w:rFonts w:ascii="Arial" w:hAnsi="Arial"/>
        </w:rPr>
        <w:t xml:space="preserve"> Sunbury on Thames in Surrey and has and had adopted a daughter. She died on the fourth of September 1953. </w:t>
      </w:r>
    </w:p>
    <w:p w14:paraId="5A7F5950" w14:textId="77777777" w:rsidR="00EB5BAC" w:rsidRDefault="00EB5BAC">
      <w:pPr>
        <w:spacing w:after="0"/>
      </w:pPr>
    </w:p>
    <w:p w14:paraId="62924527" w14:textId="77777777" w:rsidR="00EB5BAC" w:rsidRDefault="00B67446">
      <w:pPr>
        <w:spacing w:after="0"/>
      </w:pPr>
      <w:proofErr w:type="gramStart"/>
      <w:r>
        <w:rPr>
          <w:rFonts w:ascii="Arial" w:hAnsi="Arial"/>
          <w:b/>
        </w:rPr>
        <w:t xml:space="preserve">Alice  </w:t>
      </w:r>
      <w:r>
        <w:rPr>
          <w:rFonts w:ascii="Arial" w:hAnsi="Arial"/>
          <w:color w:val="5D7284"/>
        </w:rPr>
        <w:t>19:54</w:t>
      </w:r>
      <w:proofErr w:type="gramEnd"/>
    </w:p>
    <w:p w14:paraId="2073C302" w14:textId="77777777" w:rsidR="00EB5BAC" w:rsidRDefault="00B67446">
      <w:pPr>
        <w:spacing w:after="0"/>
      </w:pPr>
      <w:proofErr w:type="gramStart"/>
      <w:r>
        <w:rPr>
          <w:rFonts w:ascii="Arial" w:hAnsi="Arial"/>
        </w:rPr>
        <w:t>Oh</w:t>
      </w:r>
      <w:proofErr w:type="gramEnd"/>
      <w:r>
        <w:rPr>
          <w:rFonts w:ascii="Arial" w:hAnsi="Arial"/>
        </w:rPr>
        <w:t xml:space="preserve"> that's nice.</w:t>
      </w:r>
    </w:p>
    <w:p w14:paraId="140CF567" w14:textId="77777777" w:rsidR="00EB5BAC" w:rsidRDefault="00EB5BAC">
      <w:pPr>
        <w:spacing w:after="0"/>
      </w:pPr>
    </w:p>
    <w:p w14:paraId="502F2372" w14:textId="77777777" w:rsidR="00EB5BAC" w:rsidRDefault="00B67446">
      <w:pPr>
        <w:spacing w:after="0"/>
      </w:pPr>
      <w:proofErr w:type="gramStart"/>
      <w:r>
        <w:rPr>
          <w:rFonts w:ascii="Arial" w:hAnsi="Arial"/>
          <w:b/>
        </w:rPr>
        <w:t xml:space="preserve">Lucy  </w:t>
      </w:r>
      <w:r>
        <w:rPr>
          <w:rFonts w:ascii="Arial" w:hAnsi="Arial"/>
          <w:color w:val="5D7284"/>
        </w:rPr>
        <w:t>19:56</w:t>
      </w:r>
      <w:proofErr w:type="gramEnd"/>
    </w:p>
    <w:p w14:paraId="3B6F9AA4" w14:textId="77777777" w:rsidR="00EB5BAC" w:rsidRDefault="00B67446">
      <w:pPr>
        <w:spacing w:after="0"/>
      </w:pPr>
      <w:r>
        <w:rPr>
          <w:rFonts w:ascii="Arial" w:hAnsi="Arial"/>
        </w:rPr>
        <w:t xml:space="preserve">So that is Rosa Mae </w:t>
      </w:r>
      <w:proofErr w:type="spellStart"/>
      <w:r>
        <w:rPr>
          <w:rFonts w:ascii="Arial" w:hAnsi="Arial"/>
        </w:rPr>
        <w:t>Billinghurst</w:t>
      </w:r>
      <w:proofErr w:type="spellEnd"/>
      <w:r>
        <w:rPr>
          <w:rFonts w:ascii="Arial" w:hAnsi="Arial"/>
        </w:rPr>
        <w:t>.</w:t>
      </w:r>
    </w:p>
    <w:p w14:paraId="438C5155" w14:textId="77777777" w:rsidR="00EB5BAC" w:rsidRDefault="00EB5BAC">
      <w:pPr>
        <w:spacing w:after="0"/>
      </w:pPr>
    </w:p>
    <w:p w14:paraId="7918F5DA" w14:textId="77777777" w:rsidR="00EB5BAC" w:rsidRDefault="00B67446">
      <w:pPr>
        <w:spacing w:after="0"/>
      </w:pPr>
      <w:proofErr w:type="gramStart"/>
      <w:r>
        <w:rPr>
          <w:rFonts w:ascii="Arial" w:hAnsi="Arial"/>
          <w:b/>
        </w:rPr>
        <w:t xml:space="preserve">Alice  </w:t>
      </w:r>
      <w:r>
        <w:rPr>
          <w:rFonts w:ascii="Arial" w:hAnsi="Arial"/>
          <w:color w:val="5D7284"/>
        </w:rPr>
        <w:t>20:00</w:t>
      </w:r>
      <w:proofErr w:type="gramEnd"/>
    </w:p>
    <w:p w14:paraId="4D9CB371" w14:textId="77777777" w:rsidR="00EB5BAC" w:rsidRDefault="00B67446">
      <w:pPr>
        <w:spacing w:after="0"/>
      </w:pPr>
      <w:proofErr w:type="gramStart"/>
      <w:r>
        <w:rPr>
          <w:rFonts w:ascii="Arial" w:hAnsi="Arial"/>
        </w:rPr>
        <w:t>That's</w:t>
      </w:r>
      <w:proofErr w:type="gramEnd"/>
      <w:r>
        <w:rPr>
          <w:rFonts w:ascii="Arial" w:hAnsi="Arial"/>
        </w:rPr>
        <w:t xml:space="preserve"> cool.</w:t>
      </w:r>
    </w:p>
    <w:p w14:paraId="0F9CCAA6" w14:textId="77777777" w:rsidR="00EB5BAC" w:rsidRDefault="00EB5BAC">
      <w:pPr>
        <w:spacing w:after="0"/>
      </w:pPr>
    </w:p>
    <w:p w14:paraId="0D16F88E" w14:textId="77777777" w:rsidR="00EB5BAC" w:rsidRDefault="00B67446">
      <w:pPr>
        <w:spacing w:after="0"/>
      </w:pPr>
      <w:proofErr w:type="gramStart"/>
      <w:r>
        <w:rPr>
          <w:rFonts w:ascii="Arial" w:hAnsi="Arial"/>
          <w:b/>
        </w:rPr>
        <w:t xml:space="preserve">Lucy  </w:t>
      </w:r>
      <w:r>
        <w:rPr>
          <w:rFonts w:ascii="Arial" w:hAnsi="Arial"/>
          <w:color w:val="5D7284"/>
        </w:rPr>
        <w:t>20:01</w:t>
      </w:r>
      <w:proofErr w:type="gramEnd"/>
    </w:p>
    <w:p w14:paraId="454A268B" w14:textId="77777777" w:rsidR="00EB5BAC" w:rsidRDefault="00B67446">
      <w:pPr>
        <w:spacing w:after="0"/>
      </w:pPr>
      <w:r>
        <w:rPr>
          <w:rFonts w:ascii="Arial" w:hAnsi="Arial"/>
        </w:rPr>
        <w:t>She seems like a fascinating la</w:t>
      </w:r>
      <w:r>
        <w:rPr>
          <w:rFonts w:ascii="Arial" w:hAnsi="Arial"/>
        </w:rPr>
        <w:t xml:space="preserve">dy </w:t>
      </w:r>
      <w:proofErr w:type="gramStart"/>
      <w:r>
        <w:rPr>
          <w:rFonts w:ascii="Arial" w:hAnsi="Arial"/>
        </w:rPr>
        <w:t>a very strong</w:t>
      </w:r>
      <w:proofErr w:type="gramEnd"/>
      <w:r>
        <w:rPr>
          <w:rFonts w:ascii="Arial" w:hAnsi="Arial"/>
        </w:rPr>
        <w:t xml:space="preserve"> Well, I mean to be to be thinking I'm </w:t>
      </w:r>
      <w:proofErr w:type="spellStart"/>
      <w:r>
        <w:rPr>
          <w:rFonts w:ascii="Arial" w:hAnsi="Arial"/>
        </w:rPr>
        <w:t>gonna</w:t>
      </w:r>
      <w:proofErr w:type="spellEnd"/>
      <w:r>
        <w:rPr>
          <w:rFonts w:ascii="Arial" w:hAnsi="Arial"/>
        </w:rPr>
        <w:t xml:space="preserve"> ram that shop window in and</w:t>
      </w:r>
    </w:p>
    <w:p w14:paraId="48B57CDC" w14:textId="77777777" w:rsidR="00EB5BAC" w:rsidRDefault="00EB5BAC">
      <w:pPr>
        <w:spacing w:after="0"/>
      </w:pPr>
    </w:p>
    <w:p w14:paraId="7583E001" w14:textId="77777777" w:rsidR="00EB5BAC" w:rsidRDefault="00B67446">
      <w:pPr>
        <w:spacing w:after="0"/>
      </w:pPr>
      <w:proofErr w:type="gramStart"/>
      <w:r>
        <w:rPr>
          <w:rFonts w:ascii="Arial" w:hAnsi="Arial"/>
          <w:b/>
        </w:rPr>
        <w:t xml:space="preserve">Alice  </w:t>
      </w:r>
      <w:r>
        <w:rPr>
          <w:rFonts w:ascii="Arial" w:hAnsi="Arial"/>
          <w:color w:val="5D7284"/>
        </w:rPr>
        <w:t>20:10</w:t>
      </w:r>
      <w:proofErr w:type="gramEnd"/>
    </w:p>
    <w:p w14:paraId="5F358FA1" w14:textId="77777777" w:rsidR="00EB5BAC" w:rsidRDefault="00B67446">
      <w:pPr>
        <w:spacing w:after="0"/>
      </w:pPr>
      <w:r>
        <w:rPr>
          <w:rFonts w:ascii="Arial" w:hAnsi="Arial"/>
        </w:rPr>
        <w:t xml:space="preserve">I think what's really cool is that she, she didn't it's kind of cool that she used her disability almost as a weapon in in this, you know, like you were </w:t>
      </w:r>
      <w:r>
        <w:rPr>
          <w:rFonts w:ascii="Arial" w:hAnsi="Arial"/>
        </w:rPr>
        <w:t xml:space="preserve">saying when we were talking the other week about her being in a unique position and, and being the disabled only disabled person in the room be in a position of power she </w:t>
      </w:r>
      <w:proofErr w:type="spellStart"/>
      <w:r>
        <w:rPr>
          <w:rFonts w:ascii="Arial" w:hAnsi="Arial"/>
        </w:rPr>
        <w:t>she</w:t>
      </w:r>
      <w:proofErr w:type="spellEnd"/>
      <w:r>
        <w:rPr>
          <w:rFonts w:ascii="Arial" w:hAnsi="Arial"/>
        </w:rPr>
        <w:t xml:space="preserve"> took that, you know, she said I'm going to make use of this iron, and instead of </w:t>
      </w:r>
      <w:r>
        <w:rPr>
          <w:rFonts w:ascii="Arial" w:hAnsi="Arial"/>
        </w:rPr>
        <w:t xml:space="preserve">letting my tricycle or you know, my mobility aid be a symbol of me being unable, which is obviously what you know, when disabled comes from she went No, I'm </w:t>
      </w:r>
      <w:proofErr w:type="spellStart"/>
      <w:r>
        <w:rPr>
          <w:rFonts w:ascii="Arial" w:hAnsi="Arial"/>
        </w:rPr>
        <w:t>I'm</w:t>
      </w:r>
      <w:proofErr w:type="spellEnd"/>
      <w:r>
        <w:rPr>
          <w:rFonts w:ascii="Arial" w:hAnsi="Arial"/>
        </w:rPr>
        <w:t xml:space="preserve"> going to use this as a place to store my rocks to throw at people. </w:t>
      </w:r>
    </w:p>
    <w:p w14:paraId="24D40AB4" w14:textId="77777777" w:rsidR="00EB5BAC" w:rsidRDefault="00EB5BAC">
      <w:pPr>
        <w:spacing w:after="0"/>
      </w:pPr>
    </w:p>
    <w:p w14:paraId="75AB4E7D" w14:textId="77777777" w:rsidR="00EB5BAC" w:rsidRDefault="00B67446">
      <w:pPr>
        <w:spacing w:after="0"/>
      </w:pPr>
      <w:proofErr w:type="gramStart"/>
      <w:r>
        <w:rPr>
          <w:rFonts w:ascii="Arial" w:hAnsi="Arial"/>
          <w:b/>
        </w:rPr>
        <w:t xml:space="preserve">Lucy  </w:t>
      </w:r>
      <w:r>
        <w:rPr>
          <w:rFonts w:ascii="Arial" w:hAnsi="Arial"/>
          <w:color w:val="5D7284"/>
        </w:rPr>
        <w:t>20:54</w:t>
      </w:r>
      <w:proofErr w:type="gramEnd"/>
    </w:p>
    <w:p w14:paraId="47EF0CF7" w14:textId="77777777" w:rsidR="00EB5BAC" w:rsidRDefault="00B67446">
      <w:pPr>
        <w:spacing w:after="0"/>
      </w:pPr>
      <w:r>
        <w:rPr>
          <w:rFonts w:ascii="Arial" w:hAnsi="Arial"/>
        </w:rPr>
        <w:t xml:space="preserve">This is a </w:t>
      </w:r>
      <w:r>
        <w:rPr>
          <w:rFonts w:ascii="Arial" w:hAnsi="Arial"/>
        </w:rPr>
        <w:t>storage capacity.</w:t>
      </w:r>
    </w:p>
    <w:p w14:paraId="38D14DCD" w14:textId="77777777" w:rsidR="00EB5BAC" w:rsidRDefault="00EB5BAC">
      <w:pPr>
        <w:spacing w:after="0"/>
      </w:pPr>
    </w:p>
    <w:p w14:paraId="50A284CB" w14:textId="77777777" w:rsidR="00EB5BAC" w:rsidRDefault="00B67446">
      <w:pPr>
        <w:spacing w:after="0"/>
      </w:pPr>
      <w:proofErr w:type="gramStart"/>
      <w:r>
        <w:rPr>
          <w:rFonts w:ascii="Arial" w:hAnsi="Arial"/>
          <w:b/>
        </w:rPr>
        <w:t xml:space="preserve">Alice  </w:t>
      </w:r>
      <w:r>
        <w:rPr>
          <w:rFonts w:ascii="Arial" w:hAnsi="Arial"/>
          <w:color w:val="5D7284"/>
        </w:rPr>
        <w:t>20:57</w:t>
      </w:r>
      <w:proofErr w:type="gramEnd"/>
    </w:p>
    <w:p w14:paraId="05CD38FD" w14:textId="77777777" w:rsidR="00EB5BAC" w:rsidRDefault="00B67446">
      <w:pPr>
        <w:spacing w:after="0"/>
      </w:pPr>
      <w:r>
        <w:rPr>
          <w:rFonts w:ascii="Arial" w:hAnsi="Arial"/>
        </w:rPr>
        <w:t xml:space="preserve">Yeah, yeah, </w:t>
      </w:r>
      <w:proofErr w:type="gramStart"/>
      <w:r>
        <w:rPr>
          <w:rFonts w:ascii="Arial" w:hAnsi="Arial"/>
        </w:rPr>
        <w:t>it's</w:t>
      </w:r>
      <w:proofErr w:type="gramEnd"/>
      <w:r>
        <w:rPr>
          <w:rFonts w:ascii="Arial" w:hAnsi="Arial"/>
        </w:rPr>
        <w:t xml:space="preserve"> actually Yeah, actually just a useful, you know, a useful thing to store, like, you know, </w:t>
      </w:r>
      <w:proofErr w:type="spellStart"/>
      <w:r>
        <w:rPr>
          <w:rFonts w:ascii="Arial" w:hAnsi="Arial"/>
        </w:rPr>
        <w:t>missles</w:t>
      </w:r>
      <w:proofErr w:type="spellEnd"/>
      <w:r>
        <w:rPr>
          <w:rFonts w:ascii="Arial" w:hAnsi="Arial"/>
        </w:rPr>
        <w:t xml:space="preserve"> and things.</w:t>
      </w:r>
    </w:p>
    <w:p w14:paraId="2D100233" w14:textId="77777777" w:rsidR="00EB5BAC" w:rsidRDefault="00EB5BAC">
      <w:pPr>
        <w:spacing w:after="0"/>
      </w:pPr>
    </w:p>
    <w:p w14:paraId="5A313285" w14:textId="77777777" w:rsidR="00EB5BAC" w:rsidRDefault="00B67446">
      <w:pPr>
        <w:spacing w:after="0"/>
      </w:pPr>
      <w:proofErr w:type="gramStart"/>
      <w:r>
        <w:rPr>
          <w:rFonts w:ascii="Arial" w:hAnsi="Arial"/>
          <w:b/>
        </w:rPr>
        <w:t xml:space="preserve">Lucy  </w:t>
      </w:r>
      <w:r>
        <w:rPr>
          <w:rFonts w:ascii="Arial" w:hAnsi="Arial"/>
          <w:color w:val="5D7284"/>
        </w:rPr>
        <w:t>21:09</w:t>
      </w:r>
      <w:proofErr w:type="gramEnd"/>
    </w:p>
    <w:p w14:paraId="2C6C09E9" w14:textId="77777777" w:rsidR="00EB5BAC" w:rsidRDefault="00B67446">
      <w:pPr>
        <w:spacing w:after="0"/>
      </w:pPr>
      <w:r>
        <w:rPr>
          <w:rFonts w:ascii="Arial" w:hAnsi="Arial"/>
        </w:rPr>
        <w:t xml:space="preserve">And I think the fact as well that she </w:t>
      </w:r>
      <w:proofErr w:type="gramStart"/>
      <w:r>
        <w:rPr>
          <w:rFonts w:ascii="Arial" w:hAnsi="Arial"/>
        </w:rPr>
        <w:t>wasn't</w:t>
      </w:r>
      <w:proofErr w:type="gramEnd"/>
      <w:r>
        <w:rPr>
          <w:rFonts w:ascii="Arial" w:hAnsi="Arial"/>
        </w:rPr>
        <w:t xml:space="preserve"> frightened of using her mobility aid, b</w:t>
      </w:r>
      <w:r>
        <w:rPr>
          <w:rFonts w:ascii="Arial" w:hAnsi="Arial"/>
        </w:rPr>
        <w:t>ecause, I mean, some people can sort of, they could want to maybe hide, you know, hide their impairment if it was so high profile, but she decided, now I'm going to use my tricycle. And, you know, she was known as the crippled suffragette.</w:t>
      </w:r>
    </w:p>
    <w:p w14:paraId="47C4F135" w14:textId="77777777" w:rsidR="00EB5BAC" w:rsidRDefault="00EB5BAC">
      <w:pPr>
        <w:spacing w:after="0"/>
      </w:pPr>
    </w:p>
    <w:p w14:paraId="6966559E" w14:textId="77777777" w:rsidR="00EB5BAC" w:rsidRDefault="00B67446">
      <w:pPr>
        <w:spacing w:after="0"/>
      </w:pPr>
      <w:proofErr w:type="gramStart"/>
      <w:r>
        <w:rPr>
          <w:rFonts w:ascii="Arial" w:hAnsi="Arial"/>
          <w:b/>
        </w:rPr>
        <w:t xml:space="preserve">Alice  </w:t>
      </w:r>
      <w:r>
        <w:rPr>
          <w:rFonts w:ascii="Arial" w:hAnsi="Arial"/>
          <w:color w:val="5D7284"/>
        </w:rPr>
        <w:t>21:31</w:t>
      </w:r>
      <w:proofErr w:type="gramEnd"/>
    </w:p>
    <w:p w14:paraId="15EF86A9" w14:textId="77777777" w:rsidR="00EB5BAC" w:rsidRDefault="00B67446">
      <w:pPr>
        <w:spacing w:after="0"/>
      </w:pPr>
      <w:proofErr w:type="gramStart"/>
      <w:r>
        <w:rPr>
          <w:rFonts w:ascii="Arial" w:hAnsi="Arial"/>
        </w:rPr>
        <w:t>It</w:t>
      </w:r>
      <w:r>
        <w:rPr>
          <w:rFonts w:ascii="Arial" w:hAnsi="Arial"/>
        </w:rPr>
        <w:t>'s</w:t>
      </w:r>
      <w:proofErr w:type="gramEnd"/>
      <w:r>
        <w:rPr>
          <w:rFonts w:ascii="Arial" w:hAnsi="Arial"/>
        </w:rPr>
        <w:t xml:space="preserve"> like her superhero name isn't it?</w:t>
      </w:r>
    </w:p>
    <w:p w14:paraId="210DC954" w14:textId="77777777" w:rsidR="00EB5BAC" w:rsidRDefault="00EB5BAC">
      <w:pPr>
        <w:spacing w:after="0"/>
      </w:pPr>
    </w:p>
    <w:p w14:paraId="28F15D61" w14:textId="77777777" w:rsidR="00EB5BAC" w:rsidRDefault="00B67446">
      <w:pPr>
        <w:spacing w:after="0"/>
      </w:pPr>
      <w:proofErr w:type="gramStart"/>
      <w:r>
        <w:rPr>
          <w:rFonts w:ascii="Arial" w:hAnsi="Arial"/>
          <w:b/>
        </w:rPr>
        <w:t xml:space="preserve">Lucy  </w:t>
      </w:r>
      <w:r>
        <w:rPr>
          <w:rFonts w:ascii="Arial" w:hAnsi="Arial"/>
          <w:color w:val="5D7284"/>
        </w:rPr>
        <w:t>21:32</w:t>
      </w:r>
      <w:proofErr w:type="gramEnd"/>
    </w:p>
    <w:p w14:paraId="4E981F1D" w14:textId="77777777" w:rsidR="00EB5BAC" w:rsidRDefault="00B67446">
      <w:pPr>
        <w:spacing w:after="0"/>
      </w:pPr>
      <w:proofErr w:type="gramStart"/>
      <w:r>
        <w:rPr>
          <w:rFonts w:ascii="Arial" w:hAnsi="Arial"/>
        </w:rPr>
        <w:lastRenderedPageBreak/>
        <w:t>Yeah</w:t>
      </w:r>
      <w:proofErr w:type="gramEnd"/>
      <w:r>
        <w:rPr>
          <w:rFonts w:ascii="Arial" w:hAnsi="Arial"/>
        </w:rPr>
        <w:t xml:space="preserve"> I mean, it's not very catchy. But yeah, </w:t>
      </w:r>
      <w:proofErr w:type="gramStart"/>
      <w:r>
        <w:rPr>
          <w:rFonts w:ascii="Arial" w:hAnsi="Arial"/>
        </w:rPr>
        <w:t>it's</w:t>
      </w:r>
      <w:proofErr w:type="gramEnd"/>
      <w:r>
        <w:rPr>
          <w:rFonts w:ascii="Arial" w:hAnsi="Arial"/>
        </w:rPr>
        <w:t xml:space="preserve"> not like, you know, she became </w:t>
      </w:r>
      <w:proofErr w:type="spellStart"/>
      <w:r>
        <w:rPr>
          <w:rFonts w:ascii="Arial" w:hAnsi="Arial"/>
        </w:rPr>
        <w:t>recognisable</w:t>
      </w:r>
      <w:proofErr w:type="spellEnd"/>
      <w:r>
        <w:rPr>
          <w:rFonts w:ascii="Arial" w:hAnsi="Arial"/>
        </w:rPr>
        <w:t xml:space="preserve">, and I think maybe the political party use that as a, she's a </w:t>
      </w:r>
      <w:proofErr w:type="spellStart"/>
      <w:r>
        <w:rPr>
          <w:rFonts w:ascii="Arial" w:hAnsi="Arial"/>
        </w:rPr>
        <w:t>recognisable</w:t>
      </w:r>
      <w:proofErr w:type="spellEnd"/>
      <w:r>
        <w:rPr>
          <w:rFonts w:ascii="Arial" w:hAnsi="Arial"/>
        </w:rPr>
        <w:t xml:space="preserve"> face send, you know, Mae. Send Mae be</w:t>
      </w:r>
      <w:r>
        <w:rPr>
          <w:rFonts w:ascii="Arial" w:hAnsi="Arial"/>
        </w:rPr>
        <w:t xml:space="preserve">cause </w:t>
      </w:r>
      <w:proofErr w:type="gramStart"/>
      <w:r>
        <w:rPr>
          <w:rFonts w:ascii="Arial" w:hAnsi="Arial"/>
        </w:rPr>
        <w:t>she's</w:t>
      </w:r>
      <w:proofErr w:type="gramEnd"/>
      <w:r>
        <w:rPr>
          <w:rFonts w:ascii="Arial" w:hAnsi="Arial"/>
        </w:rPr>
        <w:t xml:space="preserve"> a </w:t>
      </w:r>
      <w:proofErr w:type="spellStart"/>
      <w:r>
        <w:rPr>
          <w:rFonts w:ascii="Arial" w:hAnsi="Arial"/>
        </w:rPr>
        <w:t>recognisable</w:t>
      </w:r>
      <w:proofErr w:type="spellEnd"/>
      <w:r>
        <w:rPr>
          <w:rFonts w:ascii="Arial" w:hAnsi="Arial"/>
        </w:rPr>
        <w:t xml:space="preserve"> face and I just think I just think it's, it's a, it's a fantastic story. I mean, there was there were several other suffragettes who were disabled in some way that Mae sort of teamed up with when she started working in campaignin</w:t>
      </w:r>
      <w:r>
        <w:rPr>
          <w:rFonts w:ascii="Arial" w:hAnsi="Arial"/>
        </w:rPr>
        <w:t xml:space="preserve">g, you know, creating leaflets and things. But there was only like a handful of them. And </w:t>
      </w:r>
      <w:proofErr w:type="gramStart"/>
      <w:r>
        <w:rPr>
          <w:rFonts w:ascii="Arial" w:hAnsi="Arial"/>
        </w:rPr>
        <w:t>she's</w:t>
      </w:r>
      <w:proofErr w:type="gramEnd"/>
      <w:r>
        <w:rPr>
          <w:rFonts w:ascii="Arial" w:hAnsi="Arial"/>
        </w:rPr>
        <w:t xml:space="preserve"> the most </w:t>
      </w:r>
      <w:proofErr w:type="spellStart"/>
      <w:r>
        <w:rPr>
          <w:rFonts w:ascii="Arial" w:hAnsi="Arial"/>
        </w:rPr>
        <w:t>well known</w:t>
      </w:r>
      <w:proofErr w:type="spellEnd"/>
      <w:r>
        <w:rPr>
          <w:rFonts w:ascii="Arial" w:hAnsi="Arial"/>
        </w:rPr>
        <w:t xml:space="preserve"> one. </w:t>
      </w:r>
    </w:p>
    <w:p w14:paraId="3CEE8350" w14:textId="77777777" w:rsidR="00EB5BAC" w:rsidRDefault="00EB5BAC">
      <w:pPr>
        <w:spacing w:after="0"/>
      </w:pPr>
    </w:p>
    <w:p w14:paraId="25305D7F" w14:textId="77777777" w:rsidR="00EB5BAC" w:rsidRDefault="00B67446">
      <w:pPr>
        <w:spacing w:after="0"/>
      </w:pPr>
      <w:proofErr w:type="gramStart"/>
      <w:r>
        <w:rPr>
          <w:rFonts w:ascii="Arial" w:hAnsi="Arial"/>
          <w:b/>
        </w:rPr>
        <w:t xml:space="preserve">Alice  </w:t>
      </w:r>
      <w:r>
        <w:rPr>
          <w:rFonts w:ascii="Arial" w:hAnsi="Arial"/>
          <w:color w:val="5D7284"/>
        </w:rPr>
        <w:t>22:15</w:t>
      </w:r>
      <w:proofErr w:type="gramEnd"/>
    </w:p>
    <w:p w14:paraId="4B7F84E9" w14:textId="77777777" w:rsidR="00EB5BAC" w:rsidRDefault="00B67446">
      <w:pPr>
        <w:spacing w:after="0"/>
      </w:pPr>
      <w:r>
        <w:rPr>
          <w:rFonts w:ascii="Arial" w:hAnsi="Arial"/>
        </w:rPr>
        <w:t>Well, and I think, you know, one of the cool things about, you know, her being the crippled suffragette, and the fact th</w:t>
      </w:r>
      <w:r>
        <w:rPr>
          <w:rFonts w:ascii="Arial" w:hAnsi="Arial"/>
        </w:rPr>
        <w:t xml:space="preserve">at, you know, as you say, the suffragettes as a kind of a campaigning group went, well, </w:t>
      </w:r>
      <w:proofErr w:type="gramStart"/>
      <w:r>
        <w:rPr>
          <w:rFonts w:ascii="Arial" w:hAnsi="Arial"/>
        </w:rPr>
        <w:t>let's</w:t>
      </w:r>
      <w:proofErr w:type="gramEnd"/>
      <w:r>
        <w:rPr>
          <w:rFonts w:ascii="Arial" w:hAnsi="Arial"/>
        </w:rPr>
        <w:t xml:space="preserve"> make use of her people know her, I mean, that, that kind of goes to show that she was being supported. She </w:t>
      </w:r>
      <w:proofErr w:type="gramStart"/>
      <w:r>
        <w:rPr>
          <w:rFonts w:ascii="Arial" w:hAnsi="Arial"/>
        </w:rPr>
        <w:t>wasn't</w:t>
      </w:r>
      <w:proofErr w:type="gramEnd"/>
      <w:r>
        <w:rPr>
          <w:rFonts w:ascii="Arial" w:hAnsi="Arial"/>
        </w:rPr>
        <w:t xml:space="preserve"> part of this campaigning room that they were lik</w:t>
      </w:r>
      <w:r>
        <w:rPr>
          <w:rFonts w:ascii="Arial" w:hAnsi="Arial"/>
        </w:rPr>
        <w:t xml:space="preserve">e, Oh, no, you can't have a disabled person. You know, they saw her as a woman who deserved rights, regardless of her physical condition. </w:t>
      </w:r>
    </w:p>
    <w:p w14:paraId="761ACC30" w14:textId="77777777" w:rsidR="00EB5BAC" w:rsidRDefault="00EB5BAC">
      <w:pPr>
        <w:spacing w:after="0"/>
      </w:pPr>
    </w:p>
    <w:p w14:paraId="7D183CB4" w14:textId="77777777" w:rsidR="00EB5BAC" w:rsidRDefault="00B67446">
      <w:pPr>
        <w:spacing w:after="0"/>
      </w:pPr>
      <w:proofErr w:type="gramStart"/>
      <w:r>
        <w:rPr>
          <w:rFonts w:ascii="Arial" w:hAnsi="Arial"/>
          <w:b/>
        </w:rPr>
        <w:t xml:space="preserve">Lucy  </w:t>
      </w:r>
      <w:r>
        <w:rPr>
          <w:rFonts w:ascii="Arial" w:hAnsi="Arial"/>
          <w:color w:val="5D7284"/>
        </w:rPr>
        <w:t>22:46</w:t>
      </w:r>
      <w:proofErr w:type="gramEnd"/>
    </w:p>
    <w:p w14:paraId="25DDBB8E" w14:textId="77777777" w:rsidR="00EB5BAC" w:rsidRDefault="00B67446">
      <w:pPr>
        <w:spacing w:after="0"/>
      </w:pPr>
      <w:r>
        <w:rPr>
          <w:rFonts w:ascii="Arial" w:hAnsi="Arial"/>
        </w:rPr>
        <w:t xml:space="preserve">Absolutely. </w:t>
      </w:r>
    </w:p>
    <w:p w14:paraId="4670FB4C" w14:textId="77777777" w:rsidR="00EB5BAC" w:rsidRDefault="00EB5BAC">
      <w:pPr>
        <w:spacing w:after="0"/>
      </w:pPr>
    </w:p>
    <w:p w14:paraId="77655BBD" w14:textId="77777777" w:rsidR="00EB5BAC" w:rsidRDefault="00B67446">
      <w:pPr>
        <w:spacing w:after="0"/>
      </w:pPr>
      <w:proofErr w:type="gramStart"/>
      <w:r>
        <w:rPr>
          <w:rFonts w:ascii="Arial" w:hAnsi="Arial"/>
          <w:b/>
        </w:rPr>
        <w:t xml:space="preserve">Alice  </w:t>
      </w:r>
      <w:r>
        <w:rPr>
          <w:rFonts w:ascii="Arial" w:hAnsi="Arial"/>
          <w:color w:val="5D7284"/>
        </w:rPr>
        <w:t>22:48</w:t>
      </w:r>
      <w:proofErr w:type="gramEnd"/>
    </w:p>
    <w:p w14:paraId="067D464B" w14:textId="77777777" w:rsidR="00EB5BAC" w:rsidRDefault="00B67446">
      <w:pPr>
        <w:spacing w:after="0"/>
      </w:pPr>
      <w:r>
        <w:rPr>
          <w:rFonts w:ascii="Arial" w:hAnsi="Arial"/>
        </w:rPr>
        <w:t xml:space="preserve">And you know, </w:t>
      </w:r>
      <w:proofErr w:type="gramStart"/>
      <w:r>
        <w:rPr>
          <w:rFonts w:ascii="Arial" w:hAnsi="Arial"/>
        </w:rPr>
        <w:t>that's</w:t>
      </w:r>
      <w:proofErr w:type="gramEnd"/>
      <w:r>
        <w:rPr>
          <w:rFonts w:ascii="Arial" w:hAnsi="Arial"/>
        </w:rPr>
        <w:t xml:space="preserve"> a real, I mean, you it's obviously what you would expect</w:t>
      </w:r>
      <w:r>
        <w:rPr>
          <w:rFonts w:ascii="Arial" w:hAnsi="Arial"/>
        </w:rPr>
        <w:t xml:space="preserve"> from an </w:t>
      </w:r>
      <w:proofErr w:type="spellStart"/>
      <w:r>
        <w:rPr>
          <w:rFonts w:ascii="Arial" w:hAnsi="Arial"/>
        </w:rPr>
        <w:t>organisation</w:t>
      </w:r>
      <w:proofErr w:type="spellEnd"/>
      <w:r>
        <w:rPr>
          <w:rFonts w:ascii="Arial" w:hAnsi="Arial"/>
        </w:rPr>
        <w:t xml:space="preserve"> who are trying to break down barriers of injustice and inequality, but you don't always see, but you know, they the suffragettes were going well, you know, what, you deserve equality, as much as everybody else because it's not about y</w:t>
      </w:r>
      <w:r>
        <w:rPr>
          <w:rFonts w:ascii="Arial" w:hAnsi="Arial"/>
        </w:rPr>
        <w:t xml:space="preserve">our physical self. In the same way. </w:t>
      </w:r>
      <w:proofErr w:type="gramStart"/>
      <w:r>
        <w:rPr>
          <w:rFonts w:ascii="Arial" w:hAnsi="Arial"/>
        </w:rPr>
        <w:t>It's</w:t>
      </w:r>
      <w:proofErr w:type="gramEnd"/>
      <w:r>
        <w:rPr>
          <w:rFonts w:ascii="Arial" w:hAnsi="Arial"/>
        </w:rPr>
        <w:t xml:space="preserve"> not about your gender. </w:t>
      </w:r>
      <w:proofErr w:type="gramStart"/>
      <w:r>
        <w:rPr>
          <w:rFonts w:ascii="Arial" w:hAnsi="Arial"/>
        </w:rPr>
        <w:t>It's</w:t>
      </w:r>
      <w:proofErr w:type="gramEnd"/>
      <w:r>
        <w:rPr>
          <w:rFonts w:ascii="Arial" w:hAnsi="Arial"/>
        </w:rPr>
        <w:t xml:space="preserve"> not about your physical self. </w:t>
      </w:r>
    </w:p>
    <w:p w14:paraId="0EFE5CA1" w14:textId="77777777" w:rsidR="00EB5BAC" w:rsidRDefault="00EB5BAC">
      <w:pPr>
        <w:spacing w:after="0"/>
      </w:pPr>
    </w:p>
    <w:p w14:paraId="4F343480" w14:textId="77777777" w:rsidR="00EB5BAC" w:rsidRDefault="00B67446">
      <w:pPr>
        <w:spacing w:after="0"/>
      </w:pPr>
      <w:proofErr w:type="gramStart"/>
      <w:r>
        <w:rPr>
          <w:rFonts w:ascii="Arial" w:hAnsi="Arial"/>
          <w:b/>
        </w:rPr>
        <w:t xml:space="preserve">Lucy  </w:t>
      </w:r>
      <w:r>
        <w:rPr>
          <w:rFonts w:ascii="Arial" w:hAnsi="Arial"/>
          <w:color w:val="5D7284"/>
        </w:rPr>
        <w:t>23:17</w:t>
      </w:r>
      <w:proofErr w:type="gramEnd"/>
    </w:p>
    <w:p w14:paraId="20CEEC31" w14:textId="77777777" w:rsidR="00EB5BAC" w:rsidRDefault="00B67446">
      <w:pPr>
        <w:spacing w:after="0"/>
      </w:pPr>
      <w:r>
        <w:rPr>
          <w:rFonts w:ascii="Arial" w:hAnsi="Arial"/>
        </w:rPr>
        <w:t>Yeah,</w:t>
      </w:r>
    </w:p>
    <w:p w14:paraId="3D47D789" w14:textId="77777777" w:rsidR="00EB5BAC" w:rsidRDefault="00EB5BAC">
      <w:pPr>
        <w:spacing w:after="0"/>
      </w:pPr>
    </w:p>
    <w:p w14:paraId="08248468" w14:textId="77777777" w:rsidR="00EB5BAC" w:rsidRDefault="00B67446">
      <w:pPr>
        <w:spacing w:after="0"/>
      </w:pPr>
      <w:proofErr w:type="gramStart"/>
      <w:r>
        <w:rPr>
          <w:rFonts w:ascii="Arial" w:hAnsi="Arial"/>
          <w:b/>
        </w:rPr>
        <w:t xml:space="preserve">Alice  </w:t>
      </w:r>
      <w:r>
        <w:rPr>
          <w:rFonts w:ascii="Arial" w:hAnsi="Arial"/>
          <w:color w:val="5D7284"/>
        </w:rPr>
        <w:t>23:18</w:t>
      </w:r>
      <w:proofErr w:type="gramEnd"/>
    </w:p>
    <w:p w14:paraId="7BF830E4" w14:textId="77777777" w:rsidR="00EB5BAC" w:rsidRDefault="00B67446">
      <w:pPr>
        <w:spacing w:after="0"/>
      </w:pPr>
      <w:r>
        <w:rPr>
          <w:rFonts w:ascii="Arial" w:hAnsi="Arial"/>
        </w:rPr>
        <w:t xml:space="preserve"> You still have rights, and you should still be able to have an input into democracy.</w:t>
      </w:r>
    </w:p>
    <w:p w14:paraId="7B7893FC" w14:textId="77777777" w:rsidR="00EB5BAC" w:rsidRDefault="00EB5BAC">
      <w:pPr>
        <w:spacing w:after="0"/>
      </w:pPr>
    </w:p>
    <w:p w14:paraId="5BD21FCF" w14:textId="77777777" w:rsidR="00EB5BAC" w:rsidRDefault="00B67446">
      <w:pPr>
        <w:spacing w:after="0"/>
      </w:pPr>
      <w:proofErr w:type="gramStart"/>
      <w:r>
        <w:rPr>
          <w:rFonts w:ascii="Arial" w:hAnsi="Arial"/>
          <w:b/>
        </w:rPr>
        <w:t xml:space="preserve">Lucy  </w:t>
      </w:r>
      <w:r>
        <w:rPr>
          <w:rFonts w:ascii="Arial" w:hAnsi="Arial"/>
          <w:color w:val="5D7284"/>
        </w:rPr>
        <w:t>23:23</w:t>
      </w:r>
      <w:proofErr w:type="gramEnd"/>
    </w:p>
    <w:p w14:paraId="271B2C61" w14:textId="77777777" w:rsidR="00EB5BAC" w:rsidRDefault="00B67446">
      <w:pPr>
        <w:spacing w:after="0"/>
      </w:pPr>
      <w:r>
        <w:rPr>
          <w:rFonts w:ascii="Arial" w:hAnsi="Arial"/>
        </w:rPr>
        <w:t xml:space="preserve">Absolutely. And I </w:t>
      </w:r>
      <w:r>
        <w:rPr>
          <w:rFonts w:ascii="Arial" w:hAnsi="Arial"/>
        </w:rPr>
        <w:t xml:space="preserve">quite like I get a feeling reading her story, that </w:t>
      </w:r>
      <w:proofErr w:type="gramStart"/>
      <w:r>
        <w:rPr>
          <w:rFonts w:ascii="Arial" w:hAnsi="Arial"/>
        </w:rPr>
        <w:t>it's</w:t>
      </w:r>
      <w:proofErr w:type="gramEnd"/>
      <w:r>
        <w:rPr>
          <w:rFonts w:ascii="Arial" w:hAnsi="Arial"/>
        </w:rPr>
        <w:t xml:space="preserve"> like the political party she belongs to, were all about inclusive, being inclusive. It </w:t>
      </w:r>
      <w:proofErr w:type="gramStart"/>
      <w:r>
        <w:rPr>
          <w:rFonts w:ascii="Arial" w:hAnsi="Arial"/>
        </w:rPr>
        <w:t>wasn't</w:t>
      </w:r>
      <w:proofErr w:type="gramEnd"/>
      <w:r>
        <w:rPr>
          <w:rFonts w:ascii="Arial" w:hAnsi="Arial"/>
        </w:rPr>
        <w:t xml:space="preserve"> just white, able bodied women who have been married for 40 odd years. </w:t>
      </w:r>
      <w:proofErr w:type="gramStart"/>
      <w:r>
        <w:rPr>
          <w:rFonts w:ascii="Arial" w:hAnsi="Arial"/>
        </w:rPr>
        <w:t>They're</w:t>
      </w:r>
      <w:proofErr w:type="gramEnd"/>
      <w:r>
        <w:rPr>
          <w:rFonts w:ascii="Arial" w:hAnsi="Arial"/>
        </w:rPr>
        <w:t xml:space="preserve"> very, they seem to be, to me</w:t>
      </w:r>
      <w:r>
        <w:rPr>
          <w:rFonts w:ascii="Arial" w:hAnsi="Arial"/>
        </w:rPr>
        <w:t xml:space="preserve"> be very inclusive, because if they're sending Mae to go, if you want to go and chain yourself to Buckingham Palace, you go and chain yourself to Buckingham Palace. And </w:t>
      </w:r>
      <w:proofErr w:type="gramStart"/>
      <w:r>
        <w:rPr>
          <w:rFonts w:ascii="Arial" w:hAnsi="Arial"/>
        </w:rPr>
        <w:t>we've</w:t>
      </w:r>
      <w:proofErr w:type="gramEnd"/>
      <w:r>
        <w:rPr>
          <w:rFonts w:ascii="Arial" w:hAnsi="Arial"/>
        </w:rPr>
        <w:t xml:space="preserve"> got your back if it all goes wrong, which I think is Yeah, is a is a nice message</w:t>
      </w:r>
      <w:r>
        <w:rPr>
          <w:rFonts w:ascii="Arial" w:hAnsi="Arial"/>
        </w:rPr>
        <w:t xml:space="preserve"> really, because you think of Victorian times and you think of like disabled people in the workhouse or performing on the side of the streets with dogs and...</w:t>
      </w:r>
    </w:p>
    <w:p w14:paraId="58825975" w14:textId="77777777" w:rsidR="00EB5BAC" w:rsidRDefault="00EB5BAC">
      <w:pPr>
        <w:spacing w:after="0"/>
      </w:pPr>
    </w:p>
    <w:p w14:paraId="1BAEBDA4" w14:textId="77777777" w:rsidR="00EB5BAC" w:rsidRDefault="00B67446">
      <w:pPr>
        <w:spacing w:after="0"/>
      </w:pPr>
      <w:proofErr w:type="gramStart"/>
      <w:r>
        <w:rPr>
          <w:rFonts w:ascii="Arial" w:hAnsi="Arial"/>
          <w:b/>
        </w:rPr>
        <w:t xml:space="preserve">Alice  </w:t>
      </w:r>
      <w:r>
        <w:rPr>
          <w:rFonts w:ascii="Arial" w:hAnsi="Arial"/>
          <w:color w:val="5D7284"/>
        </w:rPr>
        <w:t>24:08</w:t>
      </w:r>
      <w:proofErr w:type="gramEnd"/>
    </w:p>
    <w:p w14:paraId="19ADF1C8" w14:textId="77777777" w:rsidR="00EB5BAC" w:rsidRDefault="00B67446">
      <w:pPr>
        <w:spacing w:after="0"/>
      </w:pPr>
      <w:r>
        <w:rPr>
          <w:rFonts w:ascii="Arial" w:hAnsi="Arial"/>
        </w:rPr>
        <w:t>Freak shows and stuff. Yeah</w:t>
      </w:r>
    </w:p>
    <w:p w14:paraId="412137C9" w14:textId="77777777" w:rsidR="00EB5BAC" w:rsidRDefault="00EB5BAC">
      <w:pPr>
        <w:spacing w:after="0"/>
      </w:pPr>
    </w:p>
    <w:p w14:paraId="3265E15A" w14:textId="77777777" w:rsidR="00EB5BAC" w:rsidRDefault="00B67446">
      <w:pPr>
        <w:spacing w:after="0"/>
      </w:pPr>
      <w:proofErr w:type="gramStart"/>
      <w:r>
        <w:rPr>
          <w:rFonts w:ascii="Arial" w:hAnsi="Arial"/>
          <w:b/>
        </w:rPr>
        <w:t xml:space="preserve">Lucy  </w:t>
      </w:r>
      <w:r>
        <w:rPr>
          <w:rFonts w:ascii="Arial" w:hAnsi="Arial"/>
          <w:color w:val="5D7284"/>
        </w:rPr>
        <w:t>24:10</w:t>
      </w:r>
      <w:proofErr w:type="gramEnd"/>
    </w:p>
    <w:p w14:paraId="0983108A" w14:textId="77777777" w:rsidR="00EB5BAC" w:rsidRDefault="00B67446">
      <w:pPr>
        <w:spacing w:after="0"/>
      </w:pPr>
      <w:r>
        <w:rPr>
          <w:rFonts w:ascii="Arial" w:hAnsi="Arial"/>
        </w:rPr>
        <w:lastRenderedPageBreak/>
        <w:t xml:space="preserve">But actually, back in Victorian times, disabled people who took part in the freak shows </w:t>
      </w:r>
      <w:proofErr w:type="gramStart"/>
      <w:r>
        <w:rPr>
          <w:rFonts w:ascii="Arial" w:hAnsi="Arial"/>
        </w:rPr>
        <w:t>actually</w:t>
      </w:r>
      <w:proofErr w:type="gramEnd"/>
      <w:r>
        <w:rPr>
          <w:rFonts w:ascii="Arial" w:hAnsi="Arial"/>
        </w:rPr>
        <w:t xml:space="preserve"> </w:t>
      </w:r>
    </w:p>
    <w:p w14:paraId="041E459E" w14:textId="77777777" w:rsidR="00EB5BAC" w:rsidRDefault="00EB5BAC">
      <w:pPr>
        <w:spacing w:after="0"/>
      </w:pPr>
    </w:p>
    <w:p w14:paraId="18617CD1" w14:textId="77777777" w:rsidR="00EB5BAC" w:rsidRDefault="00B67446">
      <w:pPr>
        <w:spacing w:after="0"/>
      </w:pPr>
      <w:proofErr w:type="gramStart"/>
      <w:r>
        <w:rPr>
          <w:rFonts w:ascii="Arial" w:hAnsi="Arial"/>
          <w:b/>
        </w:rPr>
        <w:t xml:space="preserve">Alice  </w:t>
      </w:r>
      <w:r>
        <w:rPr>
          <w:rFonts w:ascii="Arial" w:hAnsi="Arial"/>
          <w:color w:val="5D7284"/>
        </w:rPr>
        <w:t>24:17</w:t>
      </w:r>
      <w:proofErr w:type="gramEnd"/>
    </w:p>
    <w:p w14:paraId="6EFE1D2A" w14:textId="77777777" w:rsidR="00EB5BAC" w:rsidRDefault="00B67446">
      <w:pPr>
        <w:spacing w:after="0"/>
      </w:pPr>
      <w:r>
        <w:rPr>
          <w:rFonts w:ascii="Arial" w:hAnsi="Arial"/>
        </w:rPr>
        <w:t xml:space="preserve">They had quite a lot of </w:t>
      </w:r>
      <w:proofErr w:type="gramStart"/>
      <w:r>
        <w:rPr>
          <w:rFonts w:ascii="Arial" w:hAnsi="Arial"/>
        </w:rPr>
        <w:t>agency</w:t>
      </w:r>
      <w:proofErr w:type="gramEnd"/>
      <w:r>
        <w:rPr>
          <w:rFonts w:ascii="Arial" w:hAnsi="Arial"/>
        </w:rPr>
        <w:t xml:space="preserve"> didn't they?</w:t>
      </w:r>
    </w:p>
    <w:p w14:paraId="25B1B9CA" w14:textId="77777777" w:rsidR="00EB5BAC" w:rsidRDefault="00EB5BAC">
      <w:pPr>
        <w:spacing w:after="0"/>
      </w:pPr>
    </w:p>
    <w:p w14:paraId="2E3132A8" w14:textId="77777777" w:rsidR="00EB5BAC" w:rsidRDefault="00B67446">
      <w:pPr>
        <w:spacing w:after="0"/>
      </w:pPr>
      <w:proofErr w:type="gramStart"/>
      <w:r>
        <w:rPr>
          <w:rFonts w:ascii="Arial" w:hAnsi="Arial"/>
          <w:b/>
        </w:rPr>
        <w:t xml:space="preserve">Lucy  </w:t>
      </w:r>
      <w:r>
        <w:rPr>
          <w:rFonts w:ascii="Arial" w:hAnsi="Arial"/>
          <w:color w:val="5D7284"/>
        </w:rPr>
        <w:t>24:19</w:t>
      </w:r>
      <w:proofErr w:type="gramEnd"/>
    </w:p>
    <w:p w14:paraId="30711A51" w14:textId="77777777" w:rsidR="00EB5BAC" w:rsidRDefault="00B67446">
      <w:pPr>
        <w:spacing w:after="0"/>
      </w:pPr>
      <w:r>
        <w:rPr>
          <w:rFonts w:ascii="Arial" w:hAnsi="Arial"/>
        </w:rPr>
        <w:t>They did and they took ownership over. They were earning their own money, they you know</w:t>
      </w:r>
      <w:r>
        <w:rPr>
          <w:rFonts w:ascii="Arial" w:hAnsi="Arial"/>
        </w:rPr>
        <w:t xml:space="preserve">, or they were being called freaks and things. But they were earning their own money and it was good money. It </w:t>
      </w:r>
      <w:proofErr w:type="gramStart"/>
      <w:r>
        <w:rPr>
          <w:rFonts w:ascii="Arial" w:hAnsi="Arial"/>
        </w:rPr>
        <w:t>depended</w:t>
      </w:r>
      <w:proofErr w:type="gramEnd"/>
      <w:r>
        <w:rPr>
          <w:rFonts w:ascii="Arial" w:hAnsi="Arial"/>
        </w:rPr>
        <w:t xml:space="preserve"> you know, they could make the disability look worse than it was they could earn even more money, you know, so they get assistance dog. I</w:t>
      </w:r>
      <w:r>
        <w:rPr>
          <w:rFonts w:ascii="Arial" w:hAnsi="Arial"/>
        </w:rPr>
        <w:t>t could perform tricks and</w:t>
      </w:r>
    </w:p>
    <w:p w14:paraId="7E0B739B" w14:textId="77777777" w:rsidR="00EB5BAC" w:rsidRDefault="00EB5BAC">
      <w:pPr>
        <w:spacing w:after="0"/>
      </w:pPr>
    </w:p>
    <w:p w14:paraId="185F0DE0" w14:textId="77777777" w:rsidR="00EB5BAC" w:rsidRDefault="00B67446">
      <w:pPr>
        <w:spacing w:after="0"/>
      </w:pPr>
      <w:proofErr w:type="gramStart"/>
      <w:r>
        <w:rPr>
          <w:rFonts w:ascii="Arial" w:hAnsi="Arial"/>
          <w:b/>
        </w:rPr>
        <w:t xml:space="preserve">Alice  </w:t>
      </w:r>
      <w:r>
        <w:rPr>
          <w:rFonts w:ascii="Arial" w:hAnsi="Arial"/>
          <w:color w:val="5D7284"/>
        </w:rPr>
        <w:t>24:38</w:t>
      </w:r>
      <w:proofErr w:type="gramEnd"/>
    </w:p>
    <w:p w14:paraId="11A41AED" w14:textId="77777777" w:rsidR="00EB5BAC" w:rsidRDefault="00B67446">
      <w:pPr>
        <w:spacing w:after="0"/>
      </w:pPr>
      <w:r>
        <w:rPr>
          <w:rFonts w:ascii="Arial" w:hAnsi="Arial"/>
        </w:rPr>
        <w:t xml:space="preserve">Yeah, I mean, you certainly from what </w:t>
      </w:r>
      <w:proofErr w:type="gramStart"/>
      <w:r>
        <w:rPr>
          <w:rFonts w:ascii="Arial" w:hAnsi="Arial"/>
        </w:rPr>
        <w:t>I've</w:t>
      </w:r>
      <w:proofErr w:type="gramEnd"/>
      <w:r>
        <w:rPr>
          <w:rFonts w:ascii="Arial" w:hAnsi="Arial"/>
        </w:rPr>
        <w:t xml:space="preserve"> read it, people with disabilities certain you know, who took part in freak shows had more agency, certainly white people with disabilities had more agency over, the quote u</w:t>
      </w:r>
      <w:r>
        <w:rPr>
          <w:rFonts w:ascii="Arial" w:hAnsi="Arial"/>
        </w:rPr>
        <w:t>nquote, savages that they were bringing over from you know, tribes In Africa and remote, jungle communities and stuff, who they were displaying as terrifying cannibals and stuff like that those people had no agency or rights. Going back to Rosa Mae. It's i</w:t>
      </w:r>
      <w:r>
        <w:rPr>
          <w:rFonts w:ascii="Arial" w:hAnsi="Arial"/>
        </w:rPr>
        <w:t xml:space="preserve">nteresting as well that, you know, she was the is interesting that she was the crippled suffragette because it also keeps her kind of her gender identity as </w:t>
      </w:r>
      <w:proofErr w:type="gramStart"/>
      <w:r>
        <w:rPr>
          <w:rFonts w:ascii="Arial" w:hAnsi="Arial"/>
        </w:rPr>
        <w:t>an her</w:t>
      </w:r>
      <w:proofErr w:type="gramEnd"/>
      <w:r>
        <w:rPr>
          <w:rFonts w:ascii="Arial" w:hAnsi="Arial"/>
        </w:rPr>
        <w:t xml:space="preserve"> political sort of gendered identity as a, as a key part of who she was. She was disabled, bu</w:t>
      </w:r>
      <w:r>
        <w:rPr>
          <w:rFonts w:ascii="Arial" w:hAnsi="Arial"/>
        </w:rPr>
        <w:t xml:space="preserve">t she was also a suffragette, which, you </w:t>
      </w:r>
      <w:proofErr w:type="gramStart"/>
      <w:r>
        <w:rPr>
          <w:rFonts w:ascii="Arial" w:hAnsi="Arial"/>
        </w:rPr>
        <w:t>know</w:t>
      </w:r>
      <w:proofErr w:type="gramEnd"/>
    </w:p>
    <w:p w14:paraId="5FA9B3B0" w14:textId="77777777" w:rsidR="00EB5BAC" w:rsidRDefault="00EB5BAC">
      <w:pPr>
        <w:spacing w:after="0"/>
      </w:pPr>
    </w:p>
    <w:p w14:paraId="0C5F4C9E" w14:textId="77777777" w:rsidR="00EB5BAC" w:rsidRDefault="00B67446">
      <w:pPr>
        <w:spacing w:after="0"/>
      </w:pPr>
      <w:proofErr w:type="gramStart"/>
      <w:r>
        <w:rPr>
          <w:rFonts w:ascii="Arial" w:hAnsi="Arial"/>
          <w:b/>
        </w:rPr>
        <w:t xml:space="preserve">Lucy  </w:t>
      </w:r>
      <w:r>
        <w:rPr>
          <w:rFonts w:ascii="Arial" w:hAnsi="Arial"/>
          <w:color w:val="5D7284"/>
        </w:rPr>
        <w:t>25:37</w:t>
      </w:r>
      <w:proofErr w:type="gramEnd"/>
    </w:p>
    <w:p w14:paraId="3F0B0F88" w14:textId="77777777" w:rsidR="00EB5BAC" w:rsidRDefault="00B67446">
      <w:pPr>
        <w:spacing w:after="0"/>
      </w:pPr>
      <w:r>
        <w:rPr>
          <w:rFonts w:ascii="Arial" w:hAnsi="Arial"/>
        </w:rPr>
        <w:t xml:space="preserve">Up until I, up until I did my research on her. I </w:t>
      </w:r>
      <w:proofErr w:type="gramStart"/>
      <w:r>
        <w:rPr>
          <w:rFonts w:ascii="Arial" w:hAnsi="Arial"/>
        </w:rPr>
        <w:t>didn't</w:t>
      </w:r>
      <w:proofErr w:type="gramEnd"/>
      <w:r>
        <w:rPr>
          <w:rFonts w:ascii="Arial" w:hAnsi="Arial"/>
        </w:rPr>
        <w:t xml:space="preserve"> know that there was any. </w:t>
      </w:r>
    </w:p>
    <w:p w14:paraId="265FAED9" w14:textId="77777777" w:rsidR="00EB5BAC" w:rsidRDefault="00EB5BAC">
      <w:pPr>
        <w:spacing w:after="0"/>
      </w:pPr>
    </w:p>
    <w:p w14:paraId="3FC37786" w14:textId="77777777" w:rsidR="00EB5BAC" w:rsidRDefault="00B67446">
      <w:pPr>
        <w:spacing w:after="0"/>
      </w:pPr>
      <w:proofErr w:type="gramStart"/>
      <w:r>
        <w:rPr>
          <w:rFonts w:ascii="Arial" w:hAnsi="Arial"/>
          <w:b/>
        </w:rPr>
        <w:t xml:space="preserve">Alice  </w:t>
      </w:r>
      <w:r>
        <w:rPr>
          <w:rFonts w:ascii="Arial" w:hAnsi="Arial"/>
          <w:color w:val="5D7284"/>
        </w:rPr>
        <w:t>25:44</w:t>
      </w:r>
      <w:proofErr w:type="gramEnd"/>
    </w:p>
    <w:p w14:paraId="48CD2E77" w14:textId="77777777" w:rsidR="00EB5BAC" w:rsidRDefault="00B67446">
      <w:pPr>
        <w:spacing w:after="0"/>
      </w:pPr>
      <w:r>
        <w:rPr>
          <w:rFonts w:ascii="Arial" w:hAnsi="Arial"/>
        </w:rPr>
        <w:t xml:space="preserve">I'd never heard of </w:t>
      </w:r>
      <w:proofErr w:type="gramStart"/>
      <w:r>
        <w:rPr>
          <w:rFonts w:ascii="Arial" w:hAnsi="Arial"/>
        </w:rPr>
        <w:t>her</w:t>
      </w:r>
      <w:proofErr w:type="gramEnd"/>
    </w:p>
    <w:p w14:paraId="027C5C75" w14:textId="77777777" w:rsidR="00EB5BAC" w:rsidRDefault="00EB5BAC">
      <w:pPr>
        <w:spacing w:after="0"/>
      </w:pPr>
    </w:p>
    <w:p w14:paraId="77F3A415" w14:textId="77777777" w:rsidR="00EB5BAC" w:rsidRDefault="00B67446">
      <w:pPr>
        <w:spacing w:after="0"/>
      </w:pPr>
      <w:proofErr w:type="gramStart"/>
      <w:r>
        <w:rPr>
          <w:rFonts w:ascii="Arial" w:hAnsi="Arial"/>
          <w:b/>
        </w:rPr>
        <w:t xml:space="preserve">Lucy  </w:t>
      </w:r>
      <w:r>
        <w:rPr>
          <w:rFonts w:ascii="Arial" w:hAnsi="Arial"/>
          <w:color w:val="5D7284"/>
        </w:rPr>
        <w:t>25:45</w:t>
      </w:r>
      <w:proofErr w:type="gramEnd"/>
    </w:p>
    <w:p w14:paraId="58EAA095" w14:textId="77777777" w:rsidR="00EB5BAC" w:rsidRDefault="00B67446">
      <w:pPr>
        <w:spacing w:after="0"/>
      </w:pPr>
      <w:r>
        <w:rPr>
          <w:rFonts w:ascii="Arial" w:hAnsi="Arial"/>
        </w:rPr>
        <w:t xml:space="preserve">I grew up thinking that the I </w:t>
      </w:r>
      <w:proofErr w:type="gramStart"/>
      <w:r>
        <w:rPr>
          <w:rFonts w:ascii="Arial" w:hAnsi="Arial"/>
        </w:rPr>
        <w:t>don't</w:t>
      </w:r>
      <w:proofErr w:type="gramEnd"/>
      <w:r>
        <w:rPr>
          <w:rFonts w:ascii="Arial" w:hAnsi="Arial"/>
        </w:rPr>
        <w:t xml:space="preserve"> know why I grew up thinking t</w:t>
      </w:r>
      <w:r>
        <w:rPr>
          <w:rFonts w:ascii="Arial" w:hAnsi="Arial"/>
        </w:rPr>
        <w:t xml:space="preserve">here was no disabled suffragettes. But you know, when you learn in history, you never ask the questions </w:t>
      </w:r>
      <w:proofErr w:type="gramStart"/>
      <w:r>
        <w:rPr>
          <w:rFonts w:ascii="Arial" w:hAnsi="Arial"/>
        </w:rPr>
        <w:t>do</w:t>
      </w:r>
      <w:proofErr w:type="gramEnd"/>
      <w:r>
        <w:rPr>
          <w:rFonts w:ascii="Arial" w:hAnsi="Arial"/>
        </w:rPr>
        <w:t xml:space="preserve"> about</w:t>
      </w:r>
    </w:p>
    <w:p w14:paraId="3C1F54B6" w14:textId="77777777" w:rsidR="00EB5BAC" w:rsidRDefault="00EB5BAC">
      <w:pPr>
        <w:spacing w:after="0"/>
      </w:pPr>
    </w:p>
    <w:p w14:paraId="1901A921" w14:textId="77777777" w:rsidR="00EB5BAC" w:rsidRDefault="00B67446">
      <w:pPr>
        <w:spacing w:after="0"/>
      </w:pPr>
      <w:proofErr w:type="gramStart"/>
      <w:r>
        <w:rPr>
          <w:rFonts w:ascii="Arial" w:hAnsi="Arial"/>
          <w:b/>
        </w:rPr>
        <w:t xml:space="preserve">Alice  </w:t>
      </w:r>
      <w:r>
        <w:rPr>
          <w:rFonts w:ascii="Arial" w:hAnsi="Arial"/>
          <w:color w:val="5D7284"/>
        </w:rPr>
        <w:t>25:55</w:t>
      </w:r>
      <w:proofErr w:type="gramEnd"/>
    </w:p>
    <w:p w14:paraId="6FC216C0" w14:textId="77777777" w:rsidR="00EB5BAC" w:rsidRDefault="00B67446">
      <w:pPr>
        <w:spacing w:after="0"/>
      </w:pPr>
      <w:r>
        <w:rPr>
          <w:rFonts w:ascii="Arial" w:hAnsi="Arial"/>
        </w:rPr>
        <w:t xml:space="preserve">No. And, I mean, </w:t>
      </w:r>
      <w:proofErr w:type="gramStart"/>
      <w:r>
        <w:rPr>
          <w:rFonts w:ascii="Arial" w:hAnsi="Arial"/>
        </w:rPr>
        <w:t>I've</w:t>
      </w:r>
      <w:proofErr w:type="gramEnd"/>
      <w:r>
        <w:rPr>
          <w:rFonts w:ascii="Arial" w:hAnsi="Arial"/>
        </w:rPr>
        <w:t xml:space="preserve"> heard of the Pankhurst's. </w:t>
      </w:r>
      <w:proofErr w:type="gramStart"/>
      <w:r>
        <w:rPr>
          <w:rFonts w:ascii="Arial" w:hAnsi="Arial"/>
        </w:rPr>
        <w:t>I'd</w:t>
      </w:r>
      <w:proofErr w:type="gramEnd"/>
      <w:r>
        <w:rPr>
          <w:rFonts w:ascii="Arial" w:hAnsi="Arial"/>
        </w:rPr>
        <w:t xml:space="preserve"> heard, obviously, of Emily Davidson. And I </w:t>
      </w:r>
      <w:proofErr w:type="gramStart"/>
      <w:r>
        <w:rPr>
          <w:rFonts w:ascii="Arial" w:hAnsi="Arial"/>
        </w:rPr>
        <w:t>don't</w:t>
      </w:r>
      <w:proofErr w:type="gramEnd"/>
      <w:r>
        <w:rPr>
          <w:rFonts w:ascii="Arial" w:hAnsi="Arial"/>
        </w:rPr>
        <w:t xml:space="preserve"> know - of Alice </w:t>
      </w:r>
      <w:r>
        <w:rPr>
          <w:rFonts w:ascii="Arial" w:hAnsi="Arial"/>
        </w:rPr>
        <w:t xml:space="preserve">Hawkins. But that's only because we got the same name </w:t>
      </w:r>
      <w:proofErr w:type="gramStart"/>
      <w:r>
        <w:rPr>
          <w:rFonts w:ascii="Arial" w:hAnsi="Arial"/>
        </w:rPr>
        <w:t>But</w:t>
      </w:r>
      <w:proofErr w:type="gramEnd"/>
      <w:r>
        <w:rPr>
          <w:rFonts w:ascii="Arial" w:hAnsi="Arial"/>
        </w:rPr>
        <w:t xml:space="preserve"> yeah, otherwise, I couldn't, I couldn't have told you.</w:t>
      </w:r>
    </w:p>
    <w:p w14:paraId="03EFB3B2" w14:textId="77777777" w:rsidR="00EB5BAC" w:rsidRDefault="00EB5BAC">
      <w:pPr>
        <w:spacing w:after="0"/>
      </w:pPr>
    </w:p>
    <w:p w14:paraId="1DCD7587" w14:textId="77777777" w:rsidR="00EB5BAC" w:rsidRDefault="00B67446">
      <w:pPr>
        <w:spacing w:after="0"/>
      </w:pPr>
      <w:proofErr w:type="gramStart"/>
      <w:r>
        <w:rPr>
          <w:rFonts w:ascii="Arial" w:hAnsi="Arial"/>
          <w:b/>
        </w:rPr>
        <w:t xml:space="preserve">Lucy  </w:t>
      </w:r>
      <w:r>
        <w:rPr>
          <w:rFonts w:ascii="Arial" w:hAnsi="Arial"/>
          <w:color w:val="5D7284"/>
        </w:rPr>
        <w:t>26:12</w:t>
      </w:r>
      <w:proofErr w:type="gramEnd"/>
    </w:p>
    <w:p w14:paraId="6E2288EB" w14:textId="77777777" w:rsidR="00EB5BAC" w:rsidRDefault="00B67446">
      <w:pPr>
        <w:spacing w:after="0"/>
      </w:pPr>
      <w:proofErr w:type="gramStart"/>
      <w:r>
        <w:rPr>
          <w:rFonts w:ascii="Arial" w:hAnsi="Arial"/>
        </w:rPr>
        <w:t>This is why</w:t>
      </w:r>
      <w:proofErr w:type="gramEnd"/>
      <w:r>
        <w:rPr>
          <w:rFonts w:ascii="Arial" w:hAnsi="Arial"/>
        </w:rPr>
        <w:t xml:space="preserve"> I'm so excited about the history swap. episodes, because I think </w:t>
      </w:r>
      <w:proofErr w:type="gramStart"/>
      <w:r>
        <w:rPr>
          <w:rFonts w:ascii="Arial" w:hAnsi="Arial"/>
        </w:rPr>
        <w:t>we're</w:t>
      </w:r>
      <w:proofErr w:type="gramEnd"/>
      <w:r>
        <w:rPr>
          <w:rFonts w:ascii="Arial" w:hAnsi="Arial"/>
        </w:rPr>
        <w:t xml:space="preserve"> </w:t>
      </w:r>
      <w:proofErr w:type="spellStart"/>
      <w:r>
        <w:rPr>
          <w:rFonts w:ascii="Arial" w:hAnsi="Arial"/>
        </w:rPr>
        <w:t>gonna</w:t>
      </w:r>
      <w:proofErr w:type="spellEnd"/>
      <w:r>
        <w:rPr>
          <w:rFonts w:ascii="Arial" w:hAnsi="Arial"/>
        </w:rPr>
        <w:t xml:space="preserve"> find out about loads of people from the d</w:t>
      </w:r>
      <w:r>
        <w:rPr>
          <w:rFonts w:ascii="Arial" w:hAnsi="Arial"/>
        </w:rPr>
        <w:t xml:space="preserve">isability community who were from all different ages. Because if you think about it, disability has gone way Just because nobody talked about that does not mean that it </w:t>
      </w:r>
      <w:proofErr w:type="gramStart"/>
      <w:r>
        <w:rPr>
          <w:rFonts w:ascii="Arial" w:hAnsi="Arial"/>
        </w:rPr>
        <w:t>didn't</w:t>
      </w:r>
      <w:proofErr w:type="gramEnd"/>
      <w:r>
        <w:rPr>
          <w:rFonts w:ascii="Arial" w:hAnsi="Arial"/>
        </w:rPr>
        <w:t xml:space="preserve"> exist. You probably had </w:t>
      </w:r>
      <w:proofErr w:type="gramStart"/>
      <w:r>
        <w:rPr>
          <w:rFonts w:ascii="Arial" w:hAnsi="Arial"/>
        </w:rPr>
        <w:t>caveman ,cavemen</w:t>
      </w:r>
      <w:proofErr w:type="gramEnd"/>
      <w:r>
        <w:rPr>
          <w:rFonts w:ascii="Arial" w:hAnsi="Arial"/>
        </w:rPr>
        <w:t xml:space="preserve"> who couldn't walk properly. Do you know</w:t>
      </w:r>
      <w:r>
        <w:rPr>
          <w:rFonts w:ascii="Arial" w:hAnsi="Arial"/>
        </w:rPr>
        <w:t xml:space="preserve"> what I mean? If you think about it like that, then the whole </w:t>
      </w:r>
      <w:proofErr w:type="gramStart"/>
      <w:r>
        <w:rPr>
          <w:rFonts w:ascii="Arial" w:hAnsi="Arial"/>
        </w:rPr>
        <w:t>we've</w:t>
      </w:r>
      <w:proofErr w:type="gramEnd"/>
      <w:r>
        <w:rPr>
          <w:rFonts w:ascii="Arial" w:hAnsi="Arial"/>
        </w:rPr>
        <w:t xml:space="preserve"> got a whole I mean, we could set up another pod like a sister show for all the history swaps. But it's like </w:t>
      </w:r>
      <w:proofErr w:type="spellStart"/>
      <w:proofErr w:type="gramStart"/>
      <w:r>
        <w:rPr>
          <w:rFonts w:ascii="Arial" w:hAnsi="Arial"/>
        </w:rPr>
        <w:t>Tudors,as</w:t>
      </w:r>
      <w:proofErr w:type="spellEnd"/>
      <w:proofErr w:type="gramEnd"/>
      <w:r>
        <w:rPr>
          <w:rFonts w:ascii="Arial" w:hAnsi="Arial"/>
        </w:rPr>
        <w:t xml:space="preserve"> you never haven't disabled Tudors really...</w:t>
      </w:r>
    </w:p>
    <w:p w14:paraId="3DEB8726" w14:textId="77777777" w:rsidR="00EB5BAC" w:rsidRDefault="00EB5BAC">
      <w:pPr>
        <w:spacing w:after="0"/>
      </w:pPr>
    </w:p>
    <w:p w14:paraId="0FAC8650" w14:textId="77777777" w:rsidR="00EB5BAC" w:rsidRDefault="00B67446">
      <w:pPr>
        <w:spacing w:after="0"/>
      </w:pPr>
      <w:proofErr w:type="gramStart"/>
      <w:r>
        <w:rPr>
          <w:rFonts w:ascii="Arial" w:hAnsi="Arial"/>
          <w:b/>
        </w:rPr>
        <w:lastRenderedPageBreak/>
        <w:t xml:space="preserve">Alice  </w:t>
      </w:r>
      <w:r>
        <w:rPr>
          <w:rFonts w:ascii="Arial" w:hAnsi="Arial"/>
          <w:color w:val="5D7284"/>
        </w:rPr>
        <w:t>26:28</w:t>
      </w:r>
      <w:proofErr w:type="gramEnd"/>
    </w:p>
    <w:p w14:paraId="68A965CE" w14:textId="77777777" w:rsidR="00EB5BAC" w:rsidRDefault="00B67446">
      <w:pPr>
        <w:spacing w:after="0"/>
      </w:pPr>
      <w:r>
        <w:rPr>
          <w:rFonts w:ascii="Arial" w:hAnsi="Arial"/>
        </w:rPr>
        <w:t xml:space="preserve">Oh, </w:t>
      </w:r>
      <w:proofErr w:type="gramStart"/>
      <w:r>
        <w:rPr>
          <w:rFonts w:ascii="Arial" w:hAnsi="Arial"/>
        </w:rPr>
        <w:t>yeah,  Y</w:t>
      </w:r>
      <w:r>
        <w:rPr>
          <w:rFonts w:ascii="Arial" w:hAnsi="Arial"/>
        </w:rPr>
        <w:t>eah</w:t>
      </w:r>
      <w:proofErr w:type="gramEnd"/>
      <w:r>
        <w:rPr>
          <w:rFonts w:ascii="Arial" w:hAnsi="Arial"/>
        </w:rPr>
        <w:t xml:space="preserve">, well and all this, you know, the stuff you do hear about disabled people in history is usually very much that kind of the invalid from literature. </w:t>
      </w:r>
      <w:proofErr w:type="gramStart"/>
      <w:r>
        <w:rPr>
          <w:rFonts w:ascii="Arial" w:hAnsi="Arial"/>
        </w:rPr>
        <w:t>That's</w:t>
      </w:r>
      <w:proofErr w:type="gramEnd"/>
      <w:r>
        <w:rPr>
          <w:rFonts w:ascii="Arial" w:hAnsi="Arial"/>
        </w:rPr>
        <w:t xml:space="preserve"> certainly what I think of. And </w:t>
      </w:r>
      <w:proofErr w:type="gramStart"/>
      <w:r>
        <w:rPr>
          <w:rFonts w:ascii="Arial" w:hAnsi="Arial"/>
        </w:rPr>
        <w:t>so</w:t>
      </w:r>
      <w:proofErr w:type="gramEnd"/>
      <w:r>
        <w:rPr>
          <w:rFonts w:ascii="Arial" w:hAnsi="Arial"/>
        </w:rPr>
        <w:t xml:space="preserve"> to hear a story of somebody like Rosa Mae, who is kind of a bad</w:t>
      </w:r>
      <w:r>
        <w:rPr>
          <w:rFonts w:ascii="Arial" w:hAnsi="Arial"/>
        </w:rPr>
        <w:t>ass.</w:t>
      </w:r>
    </w:p>
    <w:p w14:paraId="45B37943" w14:textId="77777777" w:rsidR="00EB5BAC" w:rsidRDefault="00EB5BAC">
      <w:pPr>
        <w:spacing w:after="0"/>
      </w:pPr>
    </w:p>
    <w:p w14:paraId="113FC89F" w14:textId="77777777" w:rsidR="00EB5BAC" w:rsidRDefault="00B67446">
      <w:pPr>
        <w:spacing w:after="0"/>
      </w:pPr>
      <w:proofErr w:type="gramStart"/>
      <w:r>
        <w:rPr>
          <w:rFonts w:ascii="Arial" w:hAnsi="Arial"/>
          <w:b/>
        </w:rPr>
        <w:t xml:space="preserve">Lucy  </w:t>
      </w:r>
      <w:r>
        <w:rPr>
          <w:rFonts w:ascii="Arial" w:hAnsi="Arial"/>
          <w:color w:val="5D7284"/>
        </w:rPr>
        <w:t>27:11</w:t>
      </w:r>
      <w:proofErr w:type="gramEnd"/>
    </w:p>
    <w:p w14:paraId="570047F6" w14:textId="77777777" w:rsidR="00EB5BAC" w:rsidRDefault="00B67446">
      <w:pPr>
        <w:spacing w:after="0"/>
      </w:pPr>
      <w:r>
        <w:rPr>
          <w:rFonts w:ascii="Arial" w:hAnsi="Arial"/>
        </w:rPr>
        <w:t xml:space="preserve">Absolutely. And </w:t>
      </w:r>
      <w:proofErr w:type="gramStart"/>
      <w:r>
        <w:rPr>
          <w:rFonts w:ascii="Arial" w:hAnsi="Arial"/>
        </w:rPr>
        <w:t>it's</w:t>
      </w:r>
      <w:proofErr w:type="gramEnd"/>
      <w:r>
        <w:rPr>
          <w:rFonts w:ascii="Arial" w:hAnsi="Arial"/>
        </w:rPr>
        <w:t xml:space="preserve"> just unbelievable. </w:t>
      </w:r>
    </w:p>
    <w:p w14:paraId="40D59E28" w14:textId="77777777" w:rsidR="00EB5BAC" w:rsidRDefault="00EB5BAC">
      <w:pPr>
        <w:spacing w:after="0"/>
      </w:pPr>
    </w:p>
    <w:p w14:paraId="5E212CB0" w14:textId="77777777" w:rsidR="00EB5BAC" w:rsidRDefault="00B67446">
      <w:pPr>
        <w:spacing w:after="0"/>
      </w:pPr>
      <w:proofErr w:type="gramStart"/>
      <w:r>
        <w:rPr>
          <w:rFonts w:ascii="Arial" w:hAnsi="Arial"/>
          <w:b/>
        </w:rPr>
        <w:t xml:space="preserve">Alice  </w:t>
      </w:r>
      <w:r>
        <w:rPr>
          <w:rFonts w:ascii="Arial" w:hAnsi="Arial"/>
          <w:color w:val="5D7284"/>
        </w:rPr>
        <w:t>27:15</w:t>
      </w:r>
      <w:proofErr w:type="gramEnd"/>
    </w:p>
    <w:p w14:paraId="39BC32B5" w14:textId="77777777" w:rsidR="00EB5BAC" w:rsidRDefault="00B67446">
      <w:pPr>
        <w:spacing w:after="0"/>
      </w:pPr>
      <w:r>
        <w:rPr>
          <w:rFonts w:ascii="Arial" w:hAnsi="Arial"/>
        </w:rPr>
        <w:t xml:space="preserve">It's really </w:t>
      </w:r>
      <w:proofErr w:type="gramStart"/>
      <w:r>
        <w:rPr>
          <w:rFonts w:ascii="Arial" w:hAnsi="Arial"/>
        </w:rPr>
        <w:t>cool</w:t>
      </w:r>
      <w:proofErr w:type="gramEnd"/>
      <w:r>
        <w:rPr>
          <w:rFonts w:ascii="Arial" w:hAnsi="Arial"/>
        </w:rPr>
        <w:t xml:space="preserve"> to hear that.</w:t>
      </w:r>
    </w:p>
    <w:p w14:paraId="03F20A45" w14:textId="77777777" w:rsidR="00EB5BAC" w:rsidRDefault="00EB5BAC">
      <w:pPr>
        <w:spacing w:after="0"/>
      </w:pPr>
    </w:p>
    <w:p w14:paraId="7780BB9A" w14:textId="77777777" w:rsidR="00EB5BAC" w:rsidRDefault="00B67446">
      <w:pPr>
        <w:spacing w:after="0"/>
      </w:pPr>
      <w:proofErr w:type="gramStart"/>
      <w:r>
        <w:rPr>
          <w:rFonts w:ascii="Arial" w:hAnsi="Arial"/>
          <w:b/>
        </w:rPr>
        <w:t xml:space="preserve">Lucy  </w:t>
      </w:r>
      <w:r>
        <w:rPr>
          <w:rFonts w:ascii="Arial" w:hAnsi="Arial"/>
          <w:color w:val="5D7284"/>
        </w:rPr>
        <w:t>27:16</w:t>
      </w:r>
      <w:proofErr w:type="gramEnd"/>
    </w:p>
    <w:p w14:paraId="20A9E82D" w14:textId="77777777" w:rsidR="00EB5BAC" w:rsidRDefault="00B67446">
      <w:pPr>
        <w:spacing w:after="0"/>
      </w:pPr>
      <w:proofErr w:type="gramStart"/>
      <w:r>
        <w:rPr>
          <w:rFonts w:ascii="Arial" w:hAnsi="Arial"/>
        </w:rPr>
        <w:t>She's</w:t>
      </w:r>
      <w:proofErr w:type="gramEnd"/>
      <w:r>
        <w:rPr>
          <w:rFonts w:ascii="Arial" w:hAnsi="Arial"/>
        </w:rPr>
        <w:t xml:space="preserve"> got more guts than I have, because I'm a bit scared of like, confrontation or doing anything wrong. </w:t>
      </w:r>
      <w:proofErr w:type="gramStart"/>
      <w:r>
        <w:rPr>
          <w:rFonts w:ascii="Arial" w:hAnsi="Arial"/>
        </w:rPr>
        <w:t>I'm</w:t>
      </w:r>
      <w:proofErr w:type="gramEnd"/>
      <w:r>
        <w:rPr>
          <w:rFonts w:ascii="Arial" w:hAnsi="Arial"/>
        </w:rPr>
        <w:t xml:space="preserve"> like, oh, but it, but she is </w:t>
      </w:r>
      <w:r>
        <w:rPr>
          <w:rFonts w:ascii="Arial" w:hAnsi="Arial"/>
        </w:rPr>
        <w:t xml:space="preserve">just gone no, this is this is not on, and I'm not having it. I think </w:t>
      </w:r>
      <w:proofErr w:type="gramStart"/>
      <w:r>
        <w:rPr>
          <w:rFonts w:ascii="Arial" w:hAnsi="Arial"/>
        </w:rPr>
        <w:t>it's</w:t>
      </w:r>
      <w:proofErr w:type="gramEnd"/>
      <w:r>
        <w:rPr>
          <w:rFonts w:ascii="Arial" w:hAnsi="Arial"/>
        </w:rPr>
        <w:t xml:space="preserve"> fantastic stuff. And I think if </w:t>
      </w:r>
      <w:proofErr w:type="gramStart"/>
      <w:r>
        <w:rPr>
          <w:rFonts w:ascii="Arial" w:hAnsi="Arial"/>
        </w:rPr>
        <w:t>I'd</w:t>
      </w:r>
      <w:proofErr w:type="gramEnd"/>
      <w:r>
        <w:rPr>
          <w:rFonts w:ascii="Arial" w:hAnsi="Arial"/>
        </w:rPr>
        <w:t xml:space="preserve"> have known about that, when I was a kid learning about the suffragette movement, and all that kind of thing. I mean, since I mean, and this was li</w:t>
      </w:r>
      <w:r>
        <w:rPr>
          <w:rFonts w:ascii="Arial" w:hAnsi="Arial"/>
        </w:rPr>
        <w:t xml:space="preserve">ke, two years ago, I learned about her originally, and I still can't stop thinking about </w:t>
      </w:r>
      <w:proofErr w:type="spellStart"/>
      <w:r>
        <w:rPr>
          <w:rFonts w:ascii="Arial" w:hAnsi="Arial"/>
        </w:rPr>
        <w:t>iher</w:t>
      </w:r>
      <w:proofErr w:type="spellEnd"/>
      <w:r>
        <w:rPr>
          <w:rFonts w:ascii="Arial" w:hAnsi="Arial"/>
        </w:rPr>
        <w:t xml:space="preserve"> because I just think that, you know, she could quite easily have said, </w:t>
      </w:r>
      <w:proofErr w:type="gramStart"/>
      <w:r>
        <w:rPr>
          <w:rFonts w:ascii="Arial" w:hAnsi="Arial"/>
        </w:rPr>
        <w:t>Do</w:t>
      </w:r>
      <w:proofErr w:type="gramEnd"/>
      <w:r>
        <w:rPr>
          <w:rFonts w:ascii="Arial" w:hAnsi="Arial"/>
        </w:rPr>
        <w:t xml:space="preserve"> you know what? </w:t>
      </w:r>
      <w:proofErr w:type="gramStart"/>
      <w:r>
        <w:rPr>
          <w:rFonts w:ascii="Arial" w:hAnsi="Arial"/>
        </w:rPr>
        <w:t>I've</w:t>
      </w:r>
      <w:proofErr w:type="gramEnd"/>
      <w:r>
        <w:rPr>
          <w:rFonts w:ascii="Arial" w:hAnsi="Arial"/>
        </w:rPr>
        <w:t xml:space="preserve"> got enough crap going on. </w:t>
      </w:r>
      <w:proofErr w:type="gramStart"/>
      <w:r>
        <w:rPr>
          <w:rFonts w:ascii="Arial" w:hAnsi="Arial"/>
        </w:rPr>
        <w:t>I'll</w:t>
      </w:r>
      <w:proofErr w:type="gramEnd"/>
      <w:r>
        <w:rPr>
          <w:rFonts w:ascii="Arial" w:hAnsi="Arial"/>
        </w:rPr>
        <w:t xml:space="preserve"> just leave you ladies to it. Good luc</w:t>
      </w:r>
      <w:r>
        <w:rPr>
          <w:rFonts w:ascii="Arial" w:hAnsi="Arial"/>
        </w:rPr>
        <w:t>k, and congratulations, you know what I mean?</w:t>
      </w:r>
    </w:p>
    <w:p w14:paraId="313CC91C" w14:textId="77777777" w:rsidR="00EB5BAC" w:rsidRDefault="00EB5BAC">
      <w:pPr>
        <w:spacing w:after="0"/>
      </w:pPr>
    </w:p>
    <w:p w14:paraId="03FC0AF2" w14:textId="77777777" w:rsidR="00EB5BAC" w:rsidRDefault="00B67446">
      <w:pPr>
        <w:spacing w:after="0"/>
      </w:pPr>
      <w:proofErr w:type="gramStart"/>
      <w:r>
        <w:rPr>
          <w:rFonts w:ascii="Arial" w:hAnsi="Arial"/>
          <w:b/>
        </w:rPr>
        <w:t xml:space="preserve">Alice  </w:t>
      </w:r>
      <w:r>
        <w:rPr>
          <w:rFonts w:ascii="Arial" w:hAnsi="Arial"/>
          <w:color w:val="5D7284"/>
        </w:rPr>
        <w:t>28:02</w:t>
      </w:r>
      <w:proofErr w:type="gramEnd"/>
    </w:p>
    <w:p w14:paraId="773C9C3C" w14:textId="77777777" w:rsidR="00EB5BAC" w:rsidRDefault="00B67446">
      <w:pPr>
        <w:spacing w:after="0"/>
      </w:pPr>
      <w:r>
        <w:rPr>
          <w:rFonts w:ascii="Arial" w:hAnsi="Arial"/>
        </w:rPr>
        <w:t xml:space="preserve">Yeah. Yeah, </w:t>
      </w:r>
      <w:proofErr w:type="gramStart"/>
      <w:r>
        <w:rPr>
          <w:rFonts w:ascii="Arial" w:hAnsi="Arial"/>
        </w:rPr>
        <w:t>you've</w:t>
      </w:r>
      <w:proofErr w:type="gramEnd"/>
      <w:r>
        <w:rPr>
          <w:rFonts w:ascii="Arial" w:hAnsi="Arial"/>
        </w:rPr>
        <w:t xml:space="preserve"> got you've got my support, but from over here, where I'm sitting quietly.</w:t>
      </w:r>
    </w:p>
    <w:p w14:paraId="6B429E15" w14:textId="77777777" w:rsidR="00EB5BAC" w:rsidRDefault="00EB5BAC">
      <w:pPr>
        <w:spacing w:after="0"/>
      </w:pPr>
    </w:p>
    <w:p w14:paraId="75B7883B" w14:textId="77777777" w:rsidR="00EB5BAC" w:rsidRDefault="00B67446">
      <w:pPr>
        <w:spacing w:after="0"/>
      </w:pPr>
      <w:proofErr w:type="gramStart"/>
      <w:r>
        <w:rPr>
          <w:rFonts w:ascii="Arial" w:hAnsi="Arial"/>
          <w:b/>
        </w:rPr>
        <w:t xml:space="preserve">Lucy  </w:t>
      </w:r>
      <w:r>
        <w:rPr>
          <w:rFonts w:ascii="Arial" w:hAnsi="Arial"/>
          <w:color w:val="5D7284"/>
        </w:rPr>
        <w:t>28:07</w:t>
      </w:r>
      <w:proofErr w:type="gramEnd"/>
    </w:p>
    <w:p w14:paraId="1CF24256" w14:textId="77777777" w:rsidR="00EB5BAC" w:rsidRDefault="00B67446">
      <w:pPr>
        <w:spacing w:after="0"/>
      </w:pPr>
      <w:r>
        <w:rPr>
          <w:rFonts w:ascii="Arial" w:hAnsi="Arial"/>
        </w:rPr>
        <w:t xml:space="preserve">Where </w:t>
      </w:r>
      <w:proofErr w:type="gramStart"/>
      <w:r>
        <w:rPr>
          <w:rFonts w:ascii="Arial" w:hAnsi="Arial"/>
        </w:rPr>
        <w:t>I'm</w:t>
      </w:r>
      <w:proofErr w:type="gramEnd"/>
      <w:r>
        <w:rPr>
          <w:rFonts w:ascii="Arial" w:hAnsi="Arial"/>
        </w:rPr>
        <w:t xml:space="preserve"> sitting quietly in the warm and my legs, you know, got my blanket on my knee. Bu</w:t>
      </w:r>
      <w:r>
        <w:rPr>
          <w:rFonts w:ascii="Arial" w:hAnsi="Arial"/>
        </w:rPr>
        <w:t xml:space="preserve">t she </w:t>
      </w:r>
      <w:proofErr w:type="gramStart"/>
      <w:r>
        <w:rPr>
          <w:rFonts w:ascii="Arial" w:hAnsi="Arial"/>
        </w:rPr>
        <w:t>didn't</w:t>
      </w:r>
      <w:proofErr w:type="gramEnd"/>
      <w:r>
        <w:rPr>
          <w:rFonts w:ascii="Arial" w:hAnsi="Arial"/>
        </w:rPr>
        <w:t xml:space="preserve"> she went. </w:t>
      </w:r>
      <w:proofErr w:type="gramStart"/>
      <w:r>
        <w:rPr>
          <w:rFonts w:ascii="Arial" w:hAnsi="Arial"/>
        </w:rPr>
        <w:t>I've</w:t>
      </w:r>
      <w:proofErr w:type="gramEnd"/>
      <w:r>
        <w:rPr>
          <w:rFonts w:ascii="Arial" w:hAnsi="Arial"/>
        </w:rPr>
        <w:t xml:space="preserve"> got a blanket on my knee. Let me stick some rocks under it and see what I can do. And </w:t>
      </w:r>
      <w:proofErr w:type="gramStart"/>
      <w:r>
        <w:rPr>
          <w:rFonts w:ascii="Arial" w:hAnsi="Arial"/>
        </w:rPr>
        <w:t>it's</w:t>
      </w:r>
      <w:proofErr w:type="gramEnd"/>
      <w:r>
        <w:rPr>
          <w:rFonts w:ascii="Arial" w:hAnsi="Arial"/>
        </w:rPr>
        <w:t xml:space="preserve"> just I think it's amazing. </w:t>
      </w:r>
      <w:proofErr w:type="gramStart"/>
      <w:r>
        <w:rPr>
          <w:rFonts w:ascii="Arial" w:hAnsi="Arial"/>
        </w:rPr>
        <w:t>She's</w:t>
      </w:r>
      <w:proofErr w:type="gramEnd"/>
      <w:r>
        <w:rPr>
          <w:rFonts w:ascii="Arial" w:hAnsi="Arial"/>
        </w:rPr>
        <w:t xml:space="preserve"> amazing. </w:t>
      </w:r>
    </w:p>
    <w:p w14:paraId="14E79D4F" w14:textId="77777777" w:rsidR="00EB5BAC" w:rsidRDefault="00EB5BAC">
      <w:pPr>
        <w:spacing w:after="0"/>
      </w:pPr>
    </w:p>
    <w:p w14:paraId="148A9ECB" w14:textId="77777777" w:rsidR="00EB5BAC" w:rsidRDefault="00B67446">
      <w:pPr>
        <w:spacing w:after="0"/>
      </w:pPr>
      <w:proofErr w:type="gramStart"/>
      <w:r>
        <w:rPr>
          <w:rFonts w:ascii="Arial" w:hAnsi="Arial"/>
          <w:b/>
        </w:rPr>
        <w:t xml:space="preserve">Alice  </w:t>
      </w:r>
      <w:r>
        <w:rPr>
          <w:rFonts w:ascii="Arial" w:hAnsi="Arial"/>
          <w:color w:val="5D7284"/>
        </w:rPr>
        <w:t>28:21</w:t>
      </w:r>
      <w:proofErr w:type="gramEnd"/>
    </w:p>
    <w:p w14:paraId="24FA82FA" w14:textId="77777777" w:rsidR="00EB5BAC" w:rsidRDefault="00B67446">
      <w:pPr>
        <w:spacing w:after="0"/>
      </w:pPr>
      <w:r>
        <w:rPr>
          <w:rFonts w:ascii="Arial" w:hAnsi="Arial"/>
        </w:rPr>
        <w:t xml:space="preserve">Yeah. No. That's </w:t>
      </w:r>
      <w:proofErr w:type="spellStart"/>
      <w:r>
        <w:rPr>
          <w:rFonts w:ascii="Arial" w:hAnsi="Arial"/>
        </w:rPr>
        <w:t>eally</w:t>
      </w:r>
      <w:proofErr w:type="spellEnd"/>
      <w:r>
        <w:rPr>
          <w:rFonts w:ascii="Arial" w:hAnsi="Arial"/>
        </w:rPr>
        <w:t xml:space="preserve"> cool.</w:t>
      </w:r>
    </w:p>
    <w:p w14:paraId="397F7142" w14:textId="77777777" w:rsidR="00EB5BAC" w:rsidRDefault="00EB5BAC">
      <w:pPr>
        <w:spacing w:after="0"/>
      </w:pPr>
    </w:p>
    <w:p w14:paraId="6928D2E8" w14:textId="77777777" w:rsidR="00EB5BAC" w:rsidRDefault="00B67446">
      <w:pPr>
        <w:spacing w:after="0"/>
      </w:pPr>
      <w:r>
        <w:rPr>
          <w:rFonts w:ascii="Arial" w:hAnsi="Arial"/>
          <w:b/>
        </w:rPr>
        <w:t xml:space="preserve">Theme </w:t>
      </w:r>
      <w:proofErr w:type="gramStart"/>
      <w:r>
        <w:rPr>
          <w:rFonts w:ascii="Arial" w:hAnsi="Arial"/>
          <w:b/>
        </w:rPr>
        <w:t xml:space="preserve">Tune  </w:t>
      </w:r>
      <w:r>
        <w:rPr>
          <w:rFonts w:ascii="Arial" w:hAnsi="Arial"/>
          <w:color w:val="5D7284"/>
        </w:rPr>
        <w:t>28:23</w:t>
      </w:r>
      <w:proofErr w:type="gramEnd"/>
    </w:p>
    <w:p w14:paraId="5E2FF7A1" w14:textId="77777777" w:rsidR="00EB5BAC" w:rsidRDefault="00B67446">
      <w:pPr>
        <w:spacing w:after="0"/>
      </w:pPr>
      <w:proofErr w:type="spellStart"/>
      <w:r>
        <w:rPr>
          <w:rFonts w:ascii="Arial" w:hAnsi="Arial"/>
        </w:rPr>
        <w:t>Interludeyyyyyyyyyyyyyyyyyyyyyyy</w:t>
      </w:r>
      <w:r>
        <w:rPr>
          <w:rFonts w:ascii="Arial" w:hAnsi="Arial"/>
        </w:rPr>
        <w:t>yyyt</w:t>
      </w:r>
      <w:proofErr w:type="spellEnd"/>
    </w:p>
    <w:p w14:paraId="713BC429" w14:textId="77777777" w:rsidR="00EB5BAC" w:rsidRDefault="00EB5BAC">
      <w:pPr>
        <w:spacing w:after="0"/>
      </w:pPr>
    </w:p>
    <w:p w14:paraId="1CE14F95" w14:textId="77777777" w:rsidR="00EB5BAC" w:rsidRDefault="00B67446">
      <w:pPr>
        <w:spacing w:after="0"/>
      </w:pPr>
      <w:proofErr w:type="gramStart"/>
      <w:r>
        <w:rPr>
          <w:rFonts w:ascii="Arial" w:hAnsi="Arial"/>
          <w:b/>
        </w:rPr>
        <w:t xml:space="preserve">Alice  </w:t>
      </w:r>
      <w:r>
        <w:rPr>
          <w:rFonts w:ascii="Arial" w:hAnsi="Arial"/>
          <w:color w:val="5D7284"/>
        </w:rPr>
        <w:t>28:28</w:t>
      </w:r>
      <w:proofErr w:type="gramEnd"/>
    </w:p>
    <w:p w14:paraId="0AB6D62F" w14:textId="77777777" w:rsidR="00EB5BAC" w:rsidRDefault="00B67446">
      <w:pPr>
        <w:spacing w:after="0"/>
      </w:pPr>
      <w:r>
        <w:rPr>
          <w:rFonts w:ascii="Arial" w:hAnsi="Arial"/>
        </w:rPr>
        <w:t xml:space="preserve">So today, </w:t>
      </w:r>
      <w:proofErr w:type="gramStart"/>
      <w:r>
        <w:rPr>
          <w:rFonts w:ascii="Arial" w:hAnsi="Arial"/>
        </w:rPr>
        <w:t>I'm</w:t>
      </w:r>
      <w:proofErr w:type="gramEnd"/>
      <w:r>
        <w:rPr>
          <w:rFonts w:ascii="Arial" w:hAnsi="Arial"/>
        </w:rPr>
        <w:t xml:space="preserve"> </w:t>
      </w:r>
      <w:proofErr w:type="spellStart"/>
      <w:r>
        <w:rPr>
          <w:rFonts w:ascii="Arial" w:hAnsi="Arial"/>
        </w:rPr>
        <w:t>gonna</w:t>
      </w:r>
      <w:proofErr w:type="spellEnd"/>
      <w:r>
        <w:rPr>
          <w:rFonts w:ascii="Arial" w:hAnsi="Arial"/>
        </w:rPr>
        <w:t xml:space="preserve"> talk to you guys about Sarah Bernhardt. Sarah Bernhardt was a French stage and film actress in the late 1800s and early 20th century. Although she was not disabled for </w:t>
      </w:r>
      <w:proofErr w:type="gramStart"/>
      <w:r>
        <w:rPr>
          <w:rFonts w:ascii="Arial" w:hAnsi="Arial"/>
        </w:rPr>
        <w:t>the majority of</w:t>
      </w:r>
      <w:proofErr w:type="gramEnd"/>
      <w:r>
        <w:rPr>
          <w:rFonts w:ascii="Arial" w:hAnsi="Arial"/>
        </w:rPr>
        <w:t xml:space="preserve"> her life in 1915, at the age of </w:t>
      </w:r>
      <w:r>
        <w:rPr>
          <w:rFonts w:ascii="Arial" w:hAnsi="Arial"/>
        </w:rPr>
        <w:t xml:space="preserve">70, she underwent an amputation of the right leg, above the knee. And </w:t>
      </w:r>
      <w:proofErr w:type="gramStart"/>
      <w:r>
        <w:rPr>
          <w:rFonts w:ascii="Arial" w:hAnsi="Arial"/>
        </w:rPr>
        <w:t>in spite of</w:t>
      </w:r>
      <w:proofErr w:type="gramEnd"/>
      <w:r>
        <w:rPr>
          <w:rFonts w:ascii="Arial" w:hAnsi="Arial"/>
        </w:rPr>
        <w:t xml:space="preserve"> her age, and her acquired disability, Sarah continued to act right up until her death in 1923, when she was 78 years old.</w:t>
      </w:r>
    </w:p>
    <w:p w14:paraId="23436E64" w14:textId="77777777" w:rsidR="00EB5BAC" w:rsidRDefault="00EB5BAC">
      <w:pPr>
        <w:spacing w:after="0"/>
      </w:pPr>
    </w:p>
    <w:p w14:paraId="6CEEB756" w14:textId="77777777" w:rsidR="00EB5BAC" w:rsidRDefault="00B67446">
      <w:pPr>
        <w:spacing w:after="0"/>
      </w:pPr>
      <w:proofErr w:type="gramStart"/>
      <w:r>
        <w:rPr>
          <w:rFonts w:ascii="Arial" w:hAnsi="Arial"/>
          <w:b/>
        </w:rPr>
        <w:t xml:space="preserve">Lucy  </w:t>
      </w:r>
      <w:r>
        <w:rPr>
          <w:rFonts w:ascii="Arial" w:hAnsi="Arial"/>
          <w:color w:val="5D7284"/>
        </w:rPr>
        <w:t>29:04</w:t>
      </w:r>
      <w:proofErr w:type="gramEnd"/>
    </w:p>
    <w:p w14:paraId="1CFC433F" w14:textId="77777777" w:rsidR="00EB5BAC" w:rsidRDefault="00B67446">
      <w:pPr>
        <w:spacing w:after="0"/>
      </w:pPr>
      <w:proofErr w:type="gramStart"/>
      <w:r>
        <w:rPr>
          <w:rFonts w:ascii="Arial" w:hAnsi="Arial"/>
        </w:rPr>
        <w:t>So</w:t>
      </w:r>
      <w:proofErr w:type="gramEnd"/>
      <w:r>
        <w:rPr>
          <w:rFonts w:ascii="Arial" w:hAnsi="Arial"/>
        </w:rPr>
        <w:t xml:space="preserve"> she was 70 when she had a leg amputa</w:t>
      </w:r>
      <w:r>
        <w:rPr>
          <w:rFonts w:ascii="Arial" w:hAnsi="Arial"/>
        </w:rPr>
        <w:t>ted.</w:t>
      </w:r>
    </w:p>
    <w:p w14:paraId="14AC9C09" w14:textId="77777777" w:rsidR="00EB5BAC" w:rsidRDefault="00EB5BAC">
      <w:pPr>
        <w:spacing w:after="0"/>
      </w:pPr>
    </w:p>
    <w:p w14:paraId="3CEAB812" w14:textId="77777777" w:rsidR="00EB5BAC" w:rsidRDefault="00B67446">
      <w:pPr>
        <w:spacing w:after="0"/>
      </w:pPr>
      <w:proofErr w:type="gramStart"/>
      <w:r>
        <w:rPr>
          <w:rFonts w:ascii="Arial" w:hAnsi="Arial"/>
          <w:b/>
        </w:rPr>
        <w:lastRenderedPageBreak/>
        <w:t xml:space="preserve">Alice  </w:t>
      </w:r>
      <w:r>
        <w:rPr>
          <w:rFonts w:ascii="Arial" w:hAnsi="Arial"/>
          <w:color w:val="5D7284"/>
        </w:rPr>
        <w:t>29:07</w:t>
      </w:r>
      <w:proofErr w:type="gramEnd"/>
    </w:p>
    <w:p w14:paraId="13A46A3A" w14:textId="77777777" w:rsidR="00EB5BAC" w:rsidRDefault="00B67446">
      <w:pPr>
        <w:spacing w:after="0"/>
      </w:pPr>
      <w:r>
        <w:rPr>
          <w:rFonts w:ascii="Arial" w:hAnsi="Arial"/>
        </w:rPr>
        <w:t xml:space="preserve">Yep. </w:t>
      </w:r>
    </w:p>
    <w:p w14:paraId="258BE4D3" w14:textId="77777777" w:rsidR="00EB5BAC" w:rsidRDefault="00EB5BAC">
      <w:pPr>
        <w:spacing w:after="0"/>
      </w:pPr>
    </w:p>
    <w:p w14:paraId="02D63D83" w14:textId="77777777" w:rsidR="00EB5BAC" w:rsidRDefault="00B67446">
      <w:pPr>
        <w:spacing w:after="0"/>
      </w:pPr>
      <w:proofErr w:type="gramStart"/>
      <w:r>
        <w:rPr>
          <w:rFonts w:ascii="Arial" w:hAnsi="Arial"/>
          <w:b/>
        </w:rPr>
        <w:t xml:space="preserve">Lucy  </w:t>
      </w:r>
      <w:r>
        <w:rPr>
          <w:rFonts w:ascii="Arial" w:hAnsi="Arial"/>
          <w:color w:val="5D7284"/>
        </w:rPr>
        <w:t>29:08</w:t>
      </w:r>
      <w:proofErr w:type="gramEnd"/>
    </w:p>
    <w:p w14:paraId="7002694F" w14:textId="77777777" w:rsidR="00EB5BAC" w:rsidRDefault="00B67446">
      <w:pPr>
        <w:spacing w:after="0"/>
      </w:pPr>
      <w:r>
        <w:rPr>
          <w:rFonts w:ascii="Arial" w:hAnsi="Arial"/>
        </w:rPr>
        <w:t xml:space="preserve">Wow. </w:t>
      </w:r>
    </w:p>
    <w:p w14:paraId="278EE7AD" w14:textId="77777777" w:rsidR="00EB5BAC" w:rsidRDefault="00EB5BAC">
      <w:pPr>
        <w:spacing w:after="0"/>
      </w:pPr>
    </w:p>
    <w:p w14:paraId="305A9883" w14:textId="77777777" w:rsidR="00EB5BAC" w:rsidRDefault="00B67446">
      <w:pPr>
        <w:spacing w:after="0"/>
      </w:pPr>
      <w:proofErr w:type="gramStart"/>
      <w:r>
        <w:rPr>
          <w:rFonts w:ascii="Arial" w:hAnsi="Arial"/>
          <w:b/>
        </w:rPr>
        <w:t xml:space="preserve">Alice  </w:t>
      </w:r>
      <w:r>
        <w:rPr>
          <w:rFonts w:ascii="Arial" w:hAnsi="Arial"/>
          <w:color w:val="5D7284"/>
        </w:rPr>
        <w:t>29:09</w:t>
      </w:r>
      <w:proofErr w:type="gramEnd"/>
    </w:p>
    <w:p w14:paraId="1E99AA11" w14:textId="77777777" w:rsidR="00EB5BAC" w:rsidRDefault="00B67446">
      <w:pPr>
        <w:spacing w:after="0"/>
      </w:pPr>
      <w:r>
        <w:rPr>
          <w:rFonts w:ascii="Arial" w:hAnsi="Arial"/>
        </w:rPr>
        <w:t xml:space="preserve">Sarah is </w:t>
      </w:r>
      <w:proofErr w:type="gramStart"/>
      <w:r>
        <w:rPr>
          <w:rFonts w:ascii="Arial" w:hAnsi="Arial"/>
        </w:rPr>
        <w:t>really interesting</w:t>
      </w:r>
      <w:proofErr w:type="gramEnd"/>
      <w:r>
        <w:rPr>
          <w:rFonts w:ascii="Arial" w:hAnsi="Arial"/>
        </w:rPr>
        <w:t>, I think because she's really interested in representation of disability, particularly considering, like when she was alive, and the sort of the expectations and the medi</w:t>
      </w:r>
      <w:r>
        <w:rPr>
          <w:rFonts w:ascii="Arial" w:hAnsi="Arial"/>
        </w:rPr>
        <w:t xml:space="preserve">cal limitations of, you know, disability and life with a disability at the time. For her whole life </w:t>
      </w:r>
      <w:proofErr w:type="gramStart"/>
      <w:r>
        <w:rPr>
          <w:rFonts w:ascii="Arial" w:hAnsi="Arial"/>
        </w:rPr>
        <w:t>she'd</w:t>
      </w:r>
      <w:proofErr w:type="gramEnd"/>
      <w:r>
        <w:rPr>
          <w:rFonts w:ascii="Arial" w:hAnsi="Arial"/>
        </w:rPr>
        <w:t xml:space="preserve"> been, like, really strong willed, and quite a sort of scandalous person, doing whatever she wanted, like with whoever she wanted. And, and I really li</w:t>
      </w:r>
      <w:r>
        <w:rPr>
          <w:rFonts w:ascii="Arial" w:hAnsi="Arial"/>
        </w:rPr>
        <w:t>ked that. Like, unlike a lot of the stories of disability in sort of the 1900s, where you think of like Dickens and stuff like that, Sarah, like even after acquiring her disability, she just refused to let Her personality or sort of the way that she was re</w:t>
      </w:r>
      <w:r>
        <w:rPr>
          <w:rFonts w:ascii="Arial" w:hAnsi="Arial"/>
        </w:rPr>
        <w:t>presented in the media be any different.</w:t>
      </w:r>
    </w:p>
    <w:p w14:paraId="081E04CD" w14:textId="77777777" w:rsidR="00EB5BAC" w:rsidRDefault="00EB5BAC">
      <w:pPr>
        <w:spacing w:after="0"/>
      </w:pPr>
    </w:p>
    <w:p w14:paraId="02AAEFEA" w14:textId="77777777" w:rsidR="00EB5BAC" w:rsidRDefault="00B67446">
      <w:pPr>
        <w:spacing w:after="0"/>
      </w:pPr>
      <w:proofErr w:type="gramStart"/>
      <w:r>
        <w:rPr>
          <w:rFonts w:ascii="Arial" w:hAnsi="Arial"/>
          <w:b/>
        </w:rPr>
        <w:t xml:space="preserve">Lucy  </w:t>
      </w:r>
      <w:r>
        <w:rPr>
          <w:rFonts w:ascii="Arial" w:hAnsi="Arial"/>
          <w:color w:val="5D7284"/>
        </w:rPr>
        <w:t>30:06</w:t>
      </w:r>
      <w:proofErr w:type="gramEnd"/>
    </w:p>
    <w:p w14:paraId="72C28366" w14:textId="77777777" w:rsidR="00EB5BAC" w:rsidRDefault="00B67446">
      <w:pPr>
        <w:spacing w:after="0"/>
      </w:pPr>
      <w:r>
        <w:rPr>
          <w:rFonts w:ascii="Arial" w:hAnsi="Arial"/>
        </w:rPr>
        <w:t>Right, Ok.</w:t>
      </w:r>
    </w:p>
    <w:p w14:paraId="2B37E462" w14:textId="77777777" w:rsidR="00EB5BAC" w:rsidRDefault="00EB5BAC">
      <w:pPr>
        <w:spacing w:after="0"/>
      </w:pPr>
    </w:p>
    <w:p w14:paraId="1A41459E" w14:textId="77777777" w:rsidR="00EB5BAC" w:rsidRDefault="00B67446">
      <w:pPr>
        <w:spacing w:after="0"/>
      </w:pPr>
      <w:proofErr w:type="gramStart"/>
      <w:r>
        <w:rPr>
          <w:rFonts w:ascii="Arial" w:hAnsi="Arial"/>
          <w:b/>
        </w:rPr>
        <w:t xml:space="preserve">Alice  </w:t>
      </w:r>
      <w:r>
        <w:rPr>
          <w:rFonts w:ascii="Arial" w:hAnsi="Arial"/>
          <w:color w:val="5D7284"/>
        </w:rPr>
        <w:t>30:07</w:t>
      </w:r>
      <w:proofErr w:type="gramEnd"/>
    </w:p>
    <w:p w14:paraId="551872D9" w14:textId="77777777" w:rsidR="00EB5BAC" w:rsidRDefault="00B67446">
      <w:pPr>
        <w:spacing w:after="0"/>
      </w:pPr>
      <w:proofErr w:type="gramStart"/>
      <w:r>
        <w:rPr>
          <w:rFonts w:ascii="Arial" w:hAnsi="Arial"/>
        </w:rPr>
        <w:t>So</w:t>
      </w:r>
      <w:proofErr w:type="gramEnd"/>
      <w:r>
        <w:rPr>
          <w:rFonts w:ascii="Arial" w:hAnsi="Arial"/>
        </w:rPr>
        <w:t xml:space="preserve"> a little bit about Sarah. She was born in Paris in 1844 to an unwed mum named Julie. She was very poorly from birth, she was small, she was </w:t>
      </w:r>
      <w:proofErr w:type="spellStart"/>
      <w:r>
        <w:rPr>
          <w:rFonts w:ascii="Arial" w:hAnsi="Arial"/>
        </w:rPr>
        <w:t>anaemic</w:t>
      </w:r>
      <w:proofErr w:type="spellEnd"/>
      <w:r>
        <w:rPr>
          <w:rFonts w:ascii="Arial" w:hAnsi="Arial"/>
        </w:rPr>
        <w:t>. And at the time of her bi</w:t>
      </w:r>
      <w:r>
        <w:rPr>
          <w:rFonts w:ascii="Arial" w:hAnsi="Arial"/>
        </w:rPr>
        <w:t xml:space="preserve">rth, her mom was living in almost like on the poverty line. Her mom Julie actually sent Sarah to live with, it's weird, she sent Sarah off to live with her father's former </w:t>
      </w:r>
      <w:proofErr w:type="gramStart"/>
      <w:r>
        <w:rPr>
          <w:rFonts w:ascii="Arial" w:hAnsi="Arial"/>
        </w:rPr>
        <w:t>nanny</w:t>
      </w:r>
      <w:proofErr w:type="gramEnd"/>
    </w:p>
    <w:p w14:paraId="25FACE5E" w14:textId="77777777" w:rsidR="00EB5BAC" w:rsidRDefault="00EB5BAC">
      <w:pPr>
        <w:spacing w:after="0"/>
      </w:pPr>
    </w:p>
    <w:p w14:paraId="21CBB654" w14:textId="77777777" w:rsidR="00EB5BAC" w:rsidRDefault="00B67446">
      <w:pPr>
        <w:spacing w:after="0"/>
      </w:pPr>
      <w:proofErr w:type="gramStart"/>
      <w:r>
        <w:rPr>
          <w:rFonts w:ascii="Arial" w:hAnsi="Arial"/>
          <w:b/>
        </w:rPr>
        <w:t xml:space="preserve">Lucy  </w:t>
      </w:r>
      <w:r>
        <w:rPr>
          <w:rFonts w:ascii="Arial" w:hAnsi="Arial"/>
          <w:color w:val="5D7284"/>
        </w:rPr>
        <w:t>30:38</w:t>
      </w:r>
      <w:proofErr w:type="gramEnd"/>
    </w:p>
    <w:p w14:paraId="1F1E879D" w14:textId="77777777" w:rsidR="00EB5BAC" w:rsidRDefault="00B67446">
      <w:pPr>
        <w:spacing w:after="0"/>
      </w:pPr>
      <w:r>
        <w:rPr>
          <w:rFonts w:ascii="Arial" w:hAnsi="Arial"/>
        </w:rPr>
        <w:t xml:space="preserve">have </w:t>
      </w:r>
      <w:proofErr w:type="gramStart"/>
      <w:r>
        <w:rPr>
          <w:rFonts w:ascii="Arial" w:hAnsi="Arial"/>
        </w:rPr>
        <w:t>fathers'</w:t>
      </w:r>
      <w:proofErr w:type="gramEnd"/>
    </w:p>
    <w:p w14:paraId="7145565E" w14:textId="77777777" w:rsidR="00EB5BAC" w:rsidRDefault="00EB5BAC">
      <w:pPr>
        <w:spacing w:after="0"/>
      </w:pPr>
    </w:p>
    <w:p w14:paraId="0C0F472B" w14:textId="77777777" w:rsidR="00EB5BAC" w:rsidRDefault="00B67446">
      <w:pPr>
        <w:spacing w:after="0"/>
      </w:pPr>
      <w:proofErr w:type="gramStart"/>
      <w:r>
        <w:rPr>
          <w:rFonts w:ascii="Arial" w:hAnsi="Arial"/>
          <w:b/>
        </w:rPr>
        <w:t xml:space="preserve">Alice  </w:t>
      </w:r>
      <w:r>
        <w:rPr>
          <w:rFonts w:ascii="Arial" w:hAnsi="Arial"/>
          <w:color w:val="5D7284"/>
        </w:rPr>
        <w:t>30:39</w:t>
      </w:r>
      <w:proofErr w:type="gramEnd"/>
    </w:p>
    <w:p w14:paraId="4129E934" w14:textId="77777777" w:rsidR="00EB5BAC" w:rsidRDefault="00B67446">
      <w:pPr>
        <w:spacing w:after="0"/>
      </w:pPr>
      <w:proofErr w:type="gramStart"/>
      <w:r>
        <w:rPr>
          <w:rFonts w:ascii="Arial" w:hAnsi="Arial"/>
        </w:rPr>
        <w:t>So</w:t>
      </w:r>
      <w:proofErr w:type="gramEnd"/>
      <w:r>
        <w:rPr>
          <w:rFonts w:ascii="Arial" w:hAnsi="Arial"/>
        </w:rPr>
        <w:t xml:space="preserve"> Sarah's dad's nanny, </w:t>
      </w:r>
    </w:p>
    <w:p w14:paraId="7FE44CA6" w14:textId="77777777" w:rsidR="00EB5BAC" w:rsidRDefault="00EB5BAC">
      <w:pPr>
        <w:spacing w:after="0"/>
      </w:pPr>
    </w:p>
    <w:p w14:paraId="745D778F" w14:textId="77777777" w:rsidR="00EB5BAC" w:rsidRDefault="00B67446">
      <w:pPr>
        <w:spacing w:after="0"/>
      </w:pPr>
      <w:proofErr w:type="gramStart"/>
      <w:r>
        <w:rPr>
          <w:rFonts w:ascii="Arial" w:hAnsi="Arial"/>
          <w:b/>
        </w:rPr>
        <w:t xml:space="preserve">Lucy  </w:t>
      </w:r>
      <w:r>
        <w:rPr>
          <w:rFonts w:ascii="Arial" w:hAnsi="Arial"/>
          <w:color w:val="5D7284"/>
        </w:rPr>
        <w:t>30:44</w:t>
      </w:r>
      <w:proofErr w:type="gramEnd"/>
    </w:p>
    <w:p w14:paraId="40C0A182" w14:textId="77777777" w:rsidR="00EB5BAC" w:rsidRDefault="00B67446">
      <w:pPr>
        <w:spacing w:after="0"/>
      </w:pPr>
      <w:r>
        <w:rPr>
          <w:rFonts w:ascii="Arial" w:hAnsi="Arial"/>
        </w:rPr>
        <w:t xml:space="preserve">Right, yes, </w:t>
      </w:r>
    </w:p>
    <w:p w14:paraId="3900DC1B" w14:textId="77777777" w:rsidR="00EB5BAC" w:rsidRDefault="00EB5BAC">
      <w:pPr>
        <w:spacing w:after="0"/>
      </w:pPr>
    </w:p>
    <w:p w14:paraId="7108D684" w14:textId="77777777" w:rsidR="00EB5BAC" w:rsidRDefault="00B67446">
      <w:pPr>
        <w:spacing w:after="0"/>
      </w:pPr>
      <w:proofErr w:type="gramStart"/>
      <w:r>
        <w:rPr>
          <w:rFonts w:ascii="Arial" w:hAnsi="Arial"/>
          <w:b/>
        </w:rPr>
        <w:t xml:space="preserve">Alice  </w:t>
      </w:r>
      <w:r>
        <w:rPr>
          <w:rFonts w:ascii="Arial" w:hAnsi="Arial"/>
          <w:color w:val="5D7284"/>
        </w:rPr>
        <w:t>30:45</w:t>
      </w:r>
      <w:proofErr w:type="gramEnd"/>
    </w:p>
    <w:p w14:paraId="7B1A7691" w14:textId="77777777" w:rsidR="00EB5BAC" w:rsidRDefault="00B67446">
      <w:pPr>
        <w:spacing w:after="0"/>
      </w:pPr>
      <w:r>
        <w:rPr>
          <w:rFonts w:ascii="Arial" w:hAnsi="Arial"/>
        </w:rPr>
        <w:t>From when he was a child.</w:t>
      </w:r>
    </w:p>
    <w:p w14:paraId="4143992E" w14:textId="77777777" w:rsidR="00EB5BAC" w:rsidRDefault="00EB5BAC">
      <w:pPr>
        <w:spacing w:after="0"/>
      </w:pPr>
    </w:p>
    <w:p w14:paraId="595840F7" w14:textId="77777777" w:rsidR="00EB5BAC" w:rsidRDefault="00B67446">
      <w:pPr>
        <w:spacing w:after="0"/>
      </w:pPr>
      <w:proofErr w:type="gramStart"/>
      <w:r>
        <w:rPr>
          <w:rFonts w:ascii="Arial" w:hAnsi="Arial"/>
          <w:b/>
        </w:rPr>
        <w:t xml:space="preserve">Lucy  </w:t>
      </w:r>
      <w:r>
        <w:rPr>
          <w:rFonts w:ascii="Arial" w:hAnsi="Arial"/>
          <w:color w:val="5D7284"/>
        </w:rPr>
        <w:t>30:46</w:t>
      </w:r>
      <w:proofErr w:type="gramEnd"/>
    </w:p>
    <w:p w14:paraId="29C139F8" w14:textId="77777777" w:rsidR="00EB5BAC" w:rsidRDefault="00B67446">
      <w:pPr>
        <w:spacing w:after="0"/>
      </w:pPr>
      <w:r>
        <w:rPr>
          <w:rFonts w:ascii="Arial" w:hAnsi="Arial"/>
        </w:rPr>
        <w:t xml:space="preserve">I mean, what </w:t>
      </w:r>
      <w:proofErr w:type="gramStart"/>
      <w:r>
        <w:rPr>
          <w:rFonts w:ascii="Arial" w:hAnsi="Arial"/>
        </w:rPr>
        <w:t>At</w:t>
      </w:r>
      <w:proofErr w:type="gramEnd"/>
      <w:r>
        <w:rPr>
          <w:rFonts w:ascii="Arial" w:hAnsi="Arial"/>
        </w:rPr>
        <w:t xml:space="preserve"> what point do you go okay, yeah, that's a really easy connection to make in my address book</w:t>
      </w:r>
    </w:p>
    <w:p w14:paraId="74D9AAB2" w14:textId="77777777" w:rsidR="00EB5BAC" w:rsidRDefault="00EB5BAC">
      <w:pPr>
        <w:spacing w:after="0"/>
      </w:pPr>
    </w:p>
    <w:p w14:paraId="5D765311" w14:textId="77777777" w:rsidR="00EB5BAC" w:rsidRDefault="00B67446">
      <w:pPr>
        <w:spacing w:after="0"/>
      </w:pPr>
      <w:proofErr w:type="gramStart"/>
      <w:r>
        <w:rPr>
          <w:rFonts w:ascii="Arial" w:hAnsi="Arial"/>
          <w:b/>
        </w:rPr>
        <w:t xml:space="preserve">Alice  </w:t>
      </w:r>
      <w:r>
        <w:rPr>
          <w:rFonts w:ascii="Arial" w:hAnsi="Arial"/>
          <w:color w:val="5D7284"/>
        </w:rPr>
        <w:t>30:54</w:t>
      </w:r>
      <w:proofErr w:type="gramEnd"/>
    </w:p>
    <w:p w14:paraId="1F5D9C4D" w14:textId="77777777" w:rsidR="00EB5BAC" w:rsidRDefault="00B67446">
      <w:pPr>
        <w:spacing w:after="0"/>
      </w:pPr>
      <w:r>
        <w:rPr>
          <w:rFonts w:ascii="Arial" w:hAnsi="Arial"/>
        </w:rPr>
        <w:t xml:space="preserve">Well, she was living on a farm in basically in the middle of </w:t>
      </w:r>
      <w:r>
        <w:rPr>
          <w:rFonts w:ascii="Arial" w:hAnsi="Arial"/>
        </w:rPr>
        <w:t xml:space="preserve">nowhere, and Julie was living in Paris. And </w:t>
      </w:r>
      <w:proofErr w:type="gramStart"/>
      <w:r>
        <w:rPr>
          <w:rFonts w:ascii="Arial" w:hAnsi="Arial"/>
        </w:rPr>
        <w:t>so</w:t>
      </w:r>
      <w:proofErr w:type="gramEnd"/>
      <w:r>
        <w:rPr>
          <w:rFonts w:ascii="Arial" w:hAnsi="Arial"/>
        </w:rPr>
        <w:t xml:space="preserve"> she was just like, here stranger, have my baby.</w:t>
      </w:r>
    </w:p>
    <w:p w14:paraId="654209BE" w14:textId="77777777" w:rsidR="00EB5BAC" w:rsidRDefault="00EB5BAC">
      <w:pPr>
        <w:spacing w:after="0"/>
      </w:pPr>
    </w:p>
    <w:p w14:paraId="317C9AB6" w14:textId="77777777" w:rsidR="00EB5BAC" w:rsidRDefault="00B67446">
      <w:pPr>
        <w:spacing w:after="0"/>
      </w:pPr>
      <w:proofErr w:type="gramStart"/>
      <w:r>
        <w:rPr>
          <w:rFonts w:ascii="Arial" w:hAnsi="Arial"/>
          <w:b/>
        </w:rPr>
        <w:t xml:space="preserve">Lucy  </w:t>
      </w:r>
      <w:r>
        <w:rPr>
          <w:rFonts w:ascii="Arial" w:hAnsi="Arial"/>
          <w:color w:val="5D7284"/>
        </w:rPr>
        <w:t>31:02</w:t>
      </w:r>
      <w:proofErr w:type="gramEnd"/>
    </w:p>
    <w:p w14:paraId="1448060C" w14:textId="77777777" w:rsidR="00EB5BAC" w:rsidRDefault="00B67446">
      <w:pPr>
        <w:spacing w:after="0"/>
      </w:pPr>
      <w:r>
        <w:rPr>
          <w:rFonts w:ascii="Arial" w:hAnsi="Arial"/>
        </w:rPr>
        <w:t xml:space="preserve">Yeah. You </w:t>
      </w:r>
      <w:proofErr w:type="gramStart"/>
      <w:r>
        <w:rPr>
          <w:rFonts w:ascii="Arial" w:hAnsi="Arial"/>
        </w:rPr>
        <w:t>know,</w:t>
      </w:r>
      <w:proofErr w:type="gramEnd"/>
      <w:r>
        <w:rPr>
          <w:rFonts w:ascii="Arial" w:hAnsi="Arial"/>
        </w:rPr>
        <w:t xml:space="preserve"> that boy you used to look after when he was really, really tiny. Well, I married him. And </w:t>
      </w:r>
      <w:proofErr w:type="gramStart"/>
      <w:r>
        <w:rPr>
          <w:rFonts w:ascii="Arial" w:hAnsi="Arial"/>
        </w:rPr>
        <w:t>we've</w:t>
      </w:r>
      <w:proofErr w:type="gramEnd"/>
      <w:r>
        <w:rPr>
          <w:rFonts w:ascii="Arial" w:hAnsi="Arial"/>
        </w:rPr>
        <w:t xml:space="preserve"> had a baby.</w:t>
      </w:r>
    </w:p>
    <w:p w14:paraId="2A1CAA3D" w14:textId="77777777" w:rsidR="00EB5BAC" w:rsidRDefault="00EB5BAC">
      <w:pPr>
        <w:spacing w:after="0"/>
      </w:pPr>
    </w:p>
    <w:p w14:paraId="28BBC2A0" w14:textId="77777777" w:rsidR="00EB5BAC" w:rsidRDefault="00B67446">
      <w:pPr>
        <w:spacing w:after="0"/>
      </w:pPr>
      <w:proofErr w:type="gramStart"/>
      <w:r>
        <w:rPr>
          <w:rFonts w:ascii="Arial" w:hAnsi="Arial"/>
          <w:b/>
        </w:rPr>
        <w:t xml:space="preserve">Alice  </w:t>
      </w:r>
      <w:r>
        <w:rPr>
          <w:rFonts w:ascii="Arial" w:hAnsi="Arial"/>
          <w:color w:val="5D7284"/>
        </w:rPr>
        <w:t>31:09</w:t>
      </w:r>
      <w:proofErr w:type="gramEnd"/>
    </w:p>
    <w:p w14:paraId="46262D25" w14:textId="77777777" w:rsidR="00EB5BAC" w:rsidRDefault="00B67446">
      <w:pPr>
        <w:spacing w:after="0"/>
      </w:pPr>
      <w:r>
        <w:rPr>
          <w:rFonts w:ascii="Arial" w:hAnsi="Arial"/>
        </w:rPr>
        <w:t xml:space="preserve">But </w:t>
      </w:r>
      <w:proofErr w:type="spellStart"/>
      <w:r>
        <w:rPr>
          <w:rFonts w:ascii="Arial" w:hAnsi="Arial"/>
        </w:rPr>
        <w:t>but</w:t>
      </w:r>
      <w:proofErr w:type="spellEnd"/>
      <w:r>
        <w:rPr>
          <w:rFonts w:ascii="Arial" w:hAnsi="Arial"/>
        </w:rPr>
        <w:t>, s</w:t>
      </w:r>
      <w:r>
        <w:rPr>
          <w:rFonts w:ascii="Arial" w:hAnsi="Arial"/>
        </w:rPr>
        <w:t xml:space="preserve">he </w:t>
      </w:r>
      <w:proofErr w:type="gramStart"/>
      <w:r>
        <w:rPr>
          <w:rFonts w:ascii="Arial" w:hAnsi="Arial"/>
        </w:rPr>
        <w:t>didn't</w:t>
      </w:r>
      <w:proofErr w:type="gramEnd"/>
      <w:r>
        <w:rPr>
          <w:rFonts w:ascii="Arial" w:hAnsi="Arial"/>
        </w:rPr>
        <w:t xml:space="preserve"> marry him. She had an affair with him.  Oh, yes, she did.  </w:t>
      </w:r>
      <w:proofErr w:type="gramStart"/>
      <w:r>
        <w:rPr>
          <w:rFonts w:ascii="Arial" w:hAnsi="Arial"/>
        </w:rPr>
        <w:t>I'm</w:t>
      </w:r>
      <w:proofErr w:type="gramEnd"/>
      <w:r>
        <w:rPr>
          <w:rFonts w:ascii="Arial" w:hAnsi="Arial"/>
        </w:rPr>
        <w:t xml:space="preserve"> pretty sure he was married to somebody else.</w:t>
      </w:r>
    </w:p>
    <w:p w14:paraId="419EC70C" w14:textId="77777777" w:rsidR="00EB5BAC" w:rsidRDefault="00EB5BAC">
      <w:pPr>
        <w:spacing w:after="0"/>
      </w:pPr>
    </w:p>
    <w:p w14:paraId="0346F2B3" w14:textId="77777777" w:rsidR="00EB5BAC" w:rsidRDefault="00B67446">
      <w:pPr>
        <w:spacing w:after="0"/>
      </w:pPr>
      <w:proofErr w:type="gramStart"/>
      <w:r>
        <w:rPr>
          <w:rFonts w:ascii="Arial" w:hAnsi="Arial"/>
          <w:b/>
        </w:rPr>
        <w:t xml:space="preserve">Lucy  </w:t>
      </w:r>
      <w:r>
        <w:rPr>
          <w:rFonts w:ascii="Arial" w:hAnsi="Arial"/>
          <w:color w:val="5D7284"/>
        </w:rPr>
        <w:t>31:15</w:t>
      </w:r>
      <w:proofErr w:type="gramEnd"/>
    </w:p>
    <w:p w14:paraId="53D9809D" w14:textId="77777777" w:rsidR="00EB5BAC" w:rsidRDefault="00B67446">
      <w:pPr>
        <w:spacing w:after="0"/>
      </w:pPr>
      <w:r>
        <w:rPr>
          <w:rFonts w:ascii="Arial" w:hAnsi="Arial"/>
        </w:rPr>
        <w:t xml:space="preserve">That </w:t>
      </w:r>
      <w:proofErr w:type="gramStart"/>
      <w:r>
        <w:rPr>
          <w:rFonts w:ascii="Arial" w:hAnsi="Arial"/>
        </w:rPr>
        <w:t>is</w:t>
      </w:r>
      <w:proofErr w:type="gramEnd"/>
      <w:r>
        <w:rPr>
          <w:rFonts w:ascii="Arial" w:hAnsi="Arial"/>
        </w:rPr>
        <w:t xml:space="preserve"> I mean, who puts you in contact?</w:t>
      </w:r>
    </w:p>
    <w:p w14:paraId="5A27DABB" w14:textId="77777777" w:rsidR="00EB5BAC" w:rsidRDefault="00EB5BAC">
      <w:pPr>
        <w:spacing w:after="0"/>
      </w:pPr>
    </w:p>
    <w:p w14:paraId="45FF24A8" w14:textId="77777777" w:rsidR="00EB5BAC" w:rsidRDefault="00B67446">
      <w:pPr>
        <w:spacing w:after="0"/>
      </w:pPr>
      <w:proofErr w:type="gramStart"/>
      <w:r>
        <w:rPr>
          <w:rFonts w:ascii="Arial" w:hAnsi="Arial"/>
          <w:b/>
        </w:rPr>
        <w:t xml:space="preserve">Alice  </w:t>
      </w:r>
      <w:r>
        <w:rPr>
          <w:rFonts w:ascii="Arial" w:hAnsi="Arial"/>
          <w:color w:val="5D7284"/>
        </w:rPr>
        <w:t>31:17</w:t>
      </w:r>
      <w:proofErr w:type="gramEnd"/>
    </w:p>
    <w:p w14:paraId="682E0A02" w14:textId="77777777" w:rsidR="00EB5BAC" w:rsidRDefault="00B67446">
      <w:pPr>
        <w:spacing w:after="0"/>
      </w:pPr>
      <w:r>
        <w:rPr>
          <w:rFonts w:ascii="Arial" w:hAnsi="Arial"/>
        </w:rPr>
        <w:t xml:space="preserve">Yes. </w:t>
      </w:r>
      <w:proofErr w:type="gramStart"/>
      <w:r>
        <w:rPr>
          <w:rFonts w:ascii="Arial" w:hAnsi="Arial"/>
        </w:rPr>
        <w:t>I'll</w:t>
      </w:r>
      <w:proofErr w:type="gramEnd"/>
      <w:r>
        <w:rPr>
          <w:rFonts w:ascii="Arial" w:hAnsi="Arial"/>
        </w:rPr>
        <w:t xml:space="preserve"> go on to talk a little bit more about Julie this. </w:t>
      </w:r>
      <w:proofErr w:type="gramStart"/>
      <w:r>
        <w:rPr>
          <w:rFonts w:ascii="Arial" w:hAnsi="Arial"/>
        </w:rPr>
        <w:t>She's</w:t>
      </w:r>
      <w:proofErr w:type="gramEnd"/>
      <w:r>
        <w:rPr>
          <w:rFonts w:ascii="Arial" w:hAnsi="Arial"/>
        </w:rPr>
        <w:t xml:space="preserve">. </w:t>
      </w:r>
      <w:proofErr w:type="gramStart"/>
      <w:r>
        <w:rPr>
          <w:rFonts w:ascii="Arial" w:hAnsi="Arial"/>
        </w:rPr>
        <w:t>I'm</w:t>
      </w:r>
      <w:proofErr w:type="gramEnd"/>
      <w:r>
        <w:rPr>
          <w:rFonts w:ascii="Arial" w:hAnsi="Arial"/>
        </w:rPr>
        <w:t xml:space="preserve"> not sure she was the most maternal of ladies.</w:t>
      </w:r>
    </w:p>
    <w:p w14:paraId="4942EBC8" w14:textId="77777777" w:rsidR="00EB5BAC" w:rsidRDefault="00EB5BAC">
      <w:pPr>
        <w:spacing w:after="0"/>
      </w:pPr>
    </w:p>
    <w:p w14:paraId="275C3791" w14:textId="77777777" w:rsidR="00EB5BAC" w:rsidRDefault="00B67446">
      <w:pPr>
        <w:spacing w:after="0"/>
      </w:pPr>
      <w:proofErr w:type="gramStart"/>
      <w:r>
        <w:rPr>
          <w:rFonts w:ascii="Arial" w:hAnsi="Arial"/>
          <w:b/>
        </w:rPr>
        <w:t xml:space="preserve">Lucy  </w:t>
      </w:r>
      <w:r>
        <w:rPr>
          <w:rFonts w:ascii="Arial" w:hAnsi="Arial"/>
          <w:color w:val="5D7284"/>
        </w:rPr>
        <w:t>31:26</w:t>
      </w:r>
      <w:proofErr w:type="gramEnd"/>
    </w:p>
    <w:p w14:paraId="17CC7C56" w14:textId="77777777" w:rsidR="00EB5BAC" w:rsidRDefault="00B67446">
      <w:pPr>
        <w:spacing w:after="0"/>
      </w:pPr>
      <w:r>
        <w:rPr>
          <w:rFonts w:ascii="Arial" w:hAnsi="Arial"/>
        </w:rPr>
        <w:t>Okay. That may explain a little bit.</w:t>
      </w:r>
    </w:p>
    <w:p w14:paraId="1ACAADBC" w14:textId="77777777" w:rsidR="00EB5BAC" w:rsidRDefault="00EB5BAC">
      <w:pPr>
        <w:spacing w:after="0"/>
      </w:pPr>
    </w:p>
    <w:p w14:paraId="6C77CB81" w14:textId="77777777" w:rsidR="00EB5BAC" w:rsidRDefault="00B67446">
      <w:pPr>
        <w:spacing w:after="0"/>
      </w:pPr>
      <w:proofErr w:type="gramStart"/>
      <w:r>
        <w:rPr>
          <w:rFonts w:ascii="Arial" w:hAnsi="Arial"/>
          <w:b/>
        </w:rPr>
        <w:t xml:space="preserve">Alice  </w:t>
      </w:r>
      <w:r>
        <w:rPr>
          <w:rFonts w:ascii="Arial" w:hAnsi="Arial"/>
          <w:color w:val="5D7284"/>
        </w:rPr>
        <w:t>31:28</w:t>
      </w:r>
      <w:proofErr w:type="gramEnd"/>
    </w:p>
    <w:p w14:paraId="4AC6F545" w14:textId="77777777" w:rsidR="00EB5BAC" w:rsidRDefault="00B67446">
      <w:pPr>
        <w:spacing w:after="0"/>
      </w:pPr>
      <w:r>
        <w:rPr>
          <w:rFonts w:ascii="Arial" w:hAnsi="Arial"/>
        </w:rPr>
        <w:t xml:space="preserve">Yeah, yeah. </w:t>
      </w:r>
      <w:proofErr w:type="gramStart"/>
      <w:r>
        <w:rPr>
          <w:rFonts w:ascii="Arial" w:hAnsi="Arial"/>
        </w:rPr>
        <w:t>So</w:t>
      </w:r>
      <w:proofErr w:type="gramEnd"/>
      <w:r>
        <w:rPr>
          <w:rFonts w:ascii="Arial" w:hAnsi="Arial"/>
        </w:rPr>
        <w:t xml:space="preserve"> after she'd been like palmed off to the nanny where she lived there until she was five.</w:t>
      </w:r>
    </w:p>
    <w:p w14:paraId="4DBC3700" w14:textId="77777777" w:rsidR="00EB5BAC" w:rsidRDefault="00EB5BAC">
      <w:pPr>
        <w:spacing w:after="0"/>
      </w:pPr>
    </w:p>
    <w:p w14:paraId="4896DA29" w14:textId="77777777" w:rsidR="00EB5BAC" w:rsidRDefault="00B67446">
      <w:pPr>
        <w:spacing w:after="0"/>
      </w:pPr>
      <w:proofErr w:type="gramStart"/>
      <w:r>
        <w:rPr>
          <w:rFonts w:ascii="Arial" w:hAnsi="Arial"/>
          <w:b/>
        </w:rPr>
        <w:t xml:space="preserve">Lucy  </w:t>
      </w:r>
      <w:r>
        <w:rPr>
          <w:rFonts w:ascii="Arial" w:hAnsi="Arial"/>
          <w:color w:val="5D7284"/>
        </w:rPr>
        <w:t>31:37</w:t>
      </w:r>
      <w:proofErr w:type="gramEnd"/>
    </w:p>
    <w:p w14:paraId="5E3C2498" w14:textId="77777777" w:rsidR="00EB5BAC" w:rsidRDefault="00B67446">
      <w:pPr>
        <w:spacing w:after="0"/>
      </w:pPr>
      <w:r>
        <w:rPr>
          <w:rFonts w:ascii="Arial" w:hAnsi="Arial"/>
        </w:rPr>
        <w:t>Right</w:t>
      </w:r>
    </w:p>
    <w:p w14:paraId="4454C2EB" w14:textId="77777777" w:rsidR="00EB5BAC" w:rsidRDefault="00EB5BAC">
      <w:pPr>
        <w:spacing w:after="0"/>
      </w:pPr>
    </w:p>
    <w:p w14:paraId="02C69A33" w14:textId="77777777" w:rsidR="00EB5BAC" w:rsidRDefault="00B67446">
      <w:pPr>
        <w:spacing w:after="0"/>
      </w:pPr>
      <w:proofErr w:type="gramStart"/>
      <w:r>
        <w:rPr>
          <w:rFonts w:ascii="Arial" w:hAnsi="Arial"/>
          <w:b/>
        </w:rPr>
        <w:t xml:space="preserve">Alice  </w:t>
      </w:r>
      <w:r>
        <w:rPr>
          <w:rFonts w:ascii="Arial" w:hAnsi="Arial"/>
          <w:color w:val="5D7284"/>
        </w:rPr>
        <w:t>31:37</w:t>
      </w:r>
      <w:proofErr w:type="gramEnd"/>
    </w:p>
    <w:p w14:paraId="18164E6D" w14:textId="77777777" w:rsidR="00EB5BAC" w:rsidRDefault="00B67446">
      <w:pPr>
        <w:spacing w:after="0"/>
      </w:pPr>
      <w:r>
        <w:rPr>
          <w:rFonts w:ascii="Arial" w:hAnsi="Arial"/>
        </w:rPr>
        <w:t xml:space="preserve">And </w:t>
      </w:r>
      <w:r>
        <w:rPr>
          <w:rFonts w:ascii="Arial" w:hAnsi="Arial"/>
        </w:rPr>
        <w:t xml:space="preserve">there would even be </w:t>
      </w:r>
      <w:proofErr w:type="gramStart"/>
      <w:r>
        <w:rPr>
          <w:rFonts w:ascii="Arial" w:hAnsi="Arial"/>
        </w:rPr>
        <w:t>a period of time</w:t>
      </w:r>
      <w:proofErr w:type="gramEnd"/>
      <w:r>
        <w:rPr>
          <w:rFonts w:ascii="Arial" w:hAnsi="Arial"/>
        </w:rPr>
        <w:t xml:space="preserve"> while she was living with her nanny, like the nanny used to write to Julie. There was </w:t>
      </w:r>
      <w:proofErr w:type="gramStart"/>
      <w:r>
        <w:rPr>
          <w:rFonts w:ascii="Arial" w:hAnsi="Arial"/>
        </w:rPr>
        <w:t>a period of time</w:t>
      </w:r>
      <w:proofErr w:type="gramEnd"/>
      <w:r>
        <w:rPr>
          <w:rFonts w:ascii="Arial" w:hAnsi="Arial"/>
        </w:rPr>
        <w:t xml:space="preserve"> where Julie forgot to tell the nanny, she moved.</w:t>
      </w:r>
    </w:p>
    <w:p w14:paraId="2ACB7269" w14:textId="77777777" w:rsidR="00EB5BAC" w:rsidRDefault="00EB5BAC">
      <w:pPr>
        <w:spacing w:after="0"/>
      </w:pPr>
    </w:p>
    <w:p w14:paraId="59F0E336" w14:textId="77777777" w:rsidR="00EB5BAC" w:rsidRDefault="00B67446">
      <w:pPr>
        <w:spacing w:after="0"/>
      </w:pPr>
      <w:proofErr w:type="gramStart"/>
      <w:r>
        <w:rPr>
          <w:rFonts w:ascii="Arial" w:hAnsi="Arial"/>
          <w:b/>
        </w:rPr>
        <w:t xml:space="preserve">Lucy  </w:t>
      </w:r>
      <w:r>
        <w:rPr>
          <w:rFonts w:ascii="Arial" w:hAnsi="Arial"/>
          <w:color w:val="5D7284"/>
        </w:rPr>
        <w:t>31:50</w:t>
      </w:r>
      <w:proofErr w:type="gramEnd"/>
    </w:p>
    <w:p w14:paraId="094969E2" w14:textId="77777777" w:rsidR="00EB5BAC" w:rsidRDefault="00B67446">
      <w:pPr>
        <w:spacing w:after="0"/>
      </w:pPr>
      <w:r>
        <w:rPr>
          <w:rFonts w:ascii="Arial" w:hAnsi="Arial"/>
        </w:rPr>
        <w:t xml:space="preserve">Julie. Julie </w:t>
      </w:r>
      <w:proofErr w:type="spellStart"/>
      <w:r>
        <w:rPr>
          <w:rFonts w:ascii="Arial" w:hAnsi="Arial"/>
        </w:rPr>
        <w:t>Julie</w:t>
      </w:r>
      <w:proofErr w:type="spellEnd"/>
      <w:r>
        <w:rPr>
          <w:rFonts w:ascii="Arial" w:hAnsi="Arial"/>
        </w:rPr>
        <w:t xml:space="preserve">. </w:t>
      </w:r>
    </w:p>
    <w:p w14:paraId="606FBFB8" w14:textId="77777777" w:rsidR="00EB5BAC" w:rsidRDefault="00EB5BAC">
      <w:pPr>
        <w:spacing w:after="0"/>
      </w:pPr>
    </w:p>
    <w:p w14:paraId="3A1ACDA9" w14:textId="77777777" w:rsidR="00EB5BAC" w:rsidRDefault="00B67446">
      <w:pPr>
        <w:spacing w:after="0"/>
      </w:pPr>
      <w:proofErr w:type="gramStart"/>
      <w:r>
        <w:rPr>
          <w:rFonts w:ascii="Arial" w:hAnsi="Arial"/>
          <w:b/>
        </w:rPr>
        <w:t xml:space="preserve">Alice  </w:t>
      </w:r>
      <w:r>
        <w:rPr>
          <w:rFonts w:ascii="Arial" w:hAnsi="Arial"/>
          <w:color w:val="5D7284"/>
        </w:rPr>
        <w:t>31:51</w:t>
      </w:r>
      <w:proofErr w:type="gramEnd"/>
    </w:p>
    <w:p w14:paraId="3150A1BD" w14:textId="77777777" w:rsidR="00EB5BAC" w:rsidRDefault="00B67446">
      <w:pPr>
        <w:spacing w:after="0"/>
      </w:pPr>
      <w:r>
        <w:rPr>
          <w:rFonts w:ascii="Arial" w:hAnsi="Arial"/>
        </w:rPr>
        <w:t>Yeah. And like, I m</w:t>
      </w:r>
      <w:r>
        <w:rPr>
          <w:rFonts w:ascii="Arial" w:hAnsi="Arial"/>
        </w:rPr>
        <w:t xml:space="preserve">ean, the nanny was not great. She was not. I mean, she had </w:t>
      </w:r>
      <w:proofErr w:type="gramStart"/>
      <w:r>
        <w:rPr>
          <w:rFonts w:ascii="Arial" w:hAnsi="Arial"/>
        </w:rPr>
        <w:t>she'd</w:t>
      </w:r>
      <w:proofErr w:type="gramEnd"/>
      <w:r>
        <w:rPr>
          <w:rFonts w:ascii="Arial" w:hAnsi="Arial"/>
        </w:rPr>
        <w:t xml:space="preserve"> been a nanny, and now she's gone off. And </w:t>
      </w:r>
      <w:proofErr w:type="gramStart"/>
      <w:r>
        <w:rPr>
          <w:rFonts w:ascii="Arial" w:hAnsi="Arial"/>
        </w:rPr>
        <w:t>she's</w:t>
      </w:r>
      <w:proofErr w:type="gramEnd"/>
      <w:r>
        <w:rPr>
          <w:rFonts w:ascii="Arial" w:hAnsi="Arial"/>
        </w:rPr>
        <w:t xml:space="preserve"> got herself a husband in a new life. And she probably was not like, Oh, yeah, I still want to be being a fucking nanny. </w:t>
      </w:r>
    </w:p>
    <w:p w14:paraId="7D59A53A" w14:textId="77777777" w:rsidR="00EB5BAC" w:rsidRDefault="00EB5BAC">
      <w:pPr>
        <w:spacing w:after="0"/>
      </w:pPr>
    </w:p>
    <w:p w14:paraId="73248C8A" w14:textId="77777777" w:rsidR="00EB5BAC" w:rsidRDefault="00B67446">
      <w:pPr>
        <w:spacing w:after="0"/>
      </w:pPr>
      <w:proofErr w:type="gramStart"/>
      <w:r>
        <w:rPr>
          <w:rFonts w:ascii="Arial" w:hAnsi="Arial"/>
          <w:b/>
        </w:rPr>
        <w:t xml:space="preserve">Lucy  </w:t>
      </w:r>
      <w:r>
        <w:rPr>
          <w:rFonts w:ascii="Arial" w:hAnsi="Arial"/>
          <w:color w:val="5D7284"/>
        </w:rPr>
        <w:t>32:06</w:t>
      </w:r>
      <w:proofErr w:type="gramEnd"/>
    </w:p>
    <w:p w14:paraId="5C308EAE" w14:textId="77777777" w:rsidR="00EB5BAC" w:rsidRDefault="00B67446">
      <w:pPr>
        <w:spacing w:after="0"/>
      </w:pPr>
      <w:r>
        <w:rPr>
          <w:rFonts w:ascii="Arial" w:hAnsi="Arial"/>
        </w:rPr>
        <w:t xml:space="preserve">Still in </w:t>
      </w:r>
      <w:r>
        <w:rPr>
          <w:rFonts w:ascii="Arial" w:hAnsi="Arial"/>
        </w:rPr>
        <w:t xml:space="preserve">the nanny trade, </w:t>
      </w:r>
      <w:proofErr w:type="gramStart"/>
      <w:r>
        <w:rPr>
          <w:rFonts w:ascii="Arial" w:hAnsi="Arial"/>
        </w:rPr>
        <w:t>here's</w:t>
      </w:r>
      <w:proofErr w:type="gramEnd"/>
      <w:r>
        <w:rPr>
          <w:rFonts w:ascii="Arial" w:hAnsi="Arial"/>
        </w:rPr>
        <w:t xml:space="preserve"> my card.</w:t>
      </w:r>
    </w:p>
    <w:p w14:paraId="4DDE8F7D" w14:textId="77777777" w:rsidR="00EB5BAC" w:rsidRDefault="00EB5BAC">
      <w:pPr>
        <w:spacing w:after="0"/>
      </w:pPr>
    </w:p>
    <w:p w14:paraId="6E3385ED" w14:textId="77777777" w:rsidR="00EB5BAC" w:rsidRDefault="00B67446">
      <w:pPr>
        <w:spacing w:after="0"/>
      </w:pPr>
      <w:proofErr w:type="gramStart"/>
      <w:r>
        <w:rPr>
          <w:rFonts w:ascii="Arial" w:hAnsi="Arial"/>
          <w:b/>
        </w:rPr>
        <w:t xml:space="preserve">Alice  </w:t>
      </w:r>
      <w:r>
        <w:rPr>
          <w:rFonts w:ascii="Arial" w:hAnsi="Arial"/>
          <w:color w:val="5D7284"/>
        </w:rPr>
        <w:t>32:12</w:t>
      </w:r>
      <w:proofErr w:type="gramEnd"/>
    </w:p>
    <w:p w14:paraId="49A5B4EE" w14:textId="77777777" w:rsidR="00EB5BAC" w:rsidRDefault="00B67446">
      <w:pPr>
        <w:spacing w:after="0"/>
      </w:pPr>
      <w:r>
        <w:rPr>
          <w:rFonts w:ascii="Arial" w:hAnsi="Arial"/>
        </w:rPr>
        <w:t xml:space="preserve">Yeah. </w:t>
      </w:r>
      <w:proofErr w:type="gramStart"/>
      <w:r>
        <w:rPr>
          <w:rFonts w:ascii="Arial" w:hAnsi="Arial"/>
        </w:rPr>
        <w:t>So</w:t>
      </w:r>
      <w:proofErr w:type="gramEnd"/>
      <w:r>
        <w:rPr>
          <w:rFonts w:ascii="Arial" w:hAnsi="Arial"/>
        </w:rPr>
        <w:t xml:space="preserve"> she lived, she lived on a farm this nanny with her husband, and they were doing like farm stuff. So literally, they would, when Sarah was like, toddling and stuff, they would tie her to a chair in the</w:t>
      </w:r>
      <w:r>
        <w:rPr>
          <w:rFonts w:ascii="Arial" w:hAnsi="Arial"/>
        </w:rPr>
        <w:t xml:space="preserve"> </w:t>
      </w:r>
      <w:r>
        <w:rPr>
          <w:rFonts w:ascii="Arial" w:hAnsi="Arial"/>
        </w:rPr>
        <w:lastRenderedPageBreak/>
        <w:t xml:space="preserve">kitchen and give her bits of </w:t>
      </w:r>
      <w:proofErr w:type="spellStart"/>
      <w:r>
        <w:rPr>
          <w:rFonts w:ascii="Arial" w:hAnsi="Arial"/>
        </w:rPr>
        <w:t>coloured</w:t>
      </w:r>
      <w:proofErr w:type="spellEnd"/>
      <w:r>
        <w:rPr>
          <w:rFonts w:ascii="Arial" w:hAnsi="Arial"/>
        </w:rPr>
        <w:t xml:space="preserve"> paper to play with. And then </w:t>
      </w:r>
      <w:proofErr w:type="gramStart"/>
      <w:r>
        <w:rPr>
          <w:rFonts w:ascii="Arial" w:hAnsi="Arial"/>
        </w:rPr>
        <w:t>they'd</w:t>
      </w:r>
      <w:proofErr w:type="gramEnd"/>
      <w:r>
        <w:rPr>
          <w:rFonts w:ascii="Arial" w:hAnsi="Arial"/>
        </w:rPr>
        <w:t xml:space="preserve"> fuck off to deal with the farm all day.</w:t>
      </w:r>
    </w:p>
    <w:p w14:paraId="751AF496" w14:textId="77777777" w:rsidR="00EB5BAC" w:rsidRDefault="00EB5BAC">
      <w:pPr>
        <w:spacing w:after="0"/>
      </w:pPr>
    </w:p>
    <w:p w14:paraId="26260E70" w14:textId="77777777" w:rsidR="00EB5BAC" w:rsidRDefault="00B67446">
      <w:pPr>
        <w:spacing w:after="0"/>
      </w:pPr>
      <w:proofErr w:type="gramStart"/>
      <w:r>
        <w:rPr>
          <w:rFonts w:ascii="Arial" w:hAnsi="Arial"/>
          <w:b/>
        </w:rPr>
        <w:t xml:space="preserve">Lucy  </w:t>
      </w:r>
      <w:r>
        <w:rPr>
          <w:rFonts w:ascii="Arial" w:hAnsi="Arial"/>
          <w:color w:val="5D7284"/>
        </w:rPr>
        <w:t>32:33</w:t>
      </w:r>
      <w:proofErr w:type="gramEnd"/>
    </w:p>
    <w:p w14:paraId="1D04A08D" w14:textId="77777777" w:rsidR="00EB5BAC" w:rsidRDefault="00B67446">
      <w:pPr>
        <w:spacing w:after="0"/>
      </w:pPr>
      <w:r>
        <w:rPr>
          <w:rFonts w:ascii="Arial" w:hAnsi="Arial"/>
        </w:rPr>
        <w:t xml:space="preserve">They'd tie her to a </w:t>
      </w:r>
      <w:proofErr w:type="gramStart"/>
      <w:r>
        <w:rPr>
          <w:rFonts w:ascii="Arial" w:hAnsi="Arial"/>
        </w:rPr>
        <w:t>chair?</w:t>
      </w:r>
      <w:proofErr w:type="gramEnd"/>
    </w:p>
    <w:p w14:paraId="55900E19" w14:textId="77777777" w:rsidR="00EB5BAC" w:rsidRDefault="00EB5BAC">
      <w:pPr>
        <w:spacing w:after="0"/>
      </w:pPr>
    </w:p>
    <w:p w14:paraId="1279BCDC" w14:textId="77777777" w:rsidR="00EB5BAC" w:rsidRDefault="00B67446">
      <w:pPr>
        <w:spacing w:after="0"/>
      </w:pPr>
      <w:proofErr w:type="gramStart"/>
      <w:r>
        <w:rPr>
          <w:rFonts w:ascii="Arial" w:hAnsi="Arial"/>
          <w:b/>
        </w:rPr>
        <w:t xml:space="preserve">Alice  </w:t>
      </w:r>
      <w:r>
        <w:rPr>
          <w:rFonts w:ascii="Arial" w:hAnsi="Arial"/>
          <w:color w:val="5D7284"/>
        </w:rPr>
        <w:t>32:35</w:t>
      </w:r>
      <w:proofErr w:type="gramEnd"/>
    </w:p>
    <w:p w14:paraId="634F0D5A" w14:textId="77777777" w:rsidR="00EB5BAC" w:rsidRDefault="00B67446">
      <w:pPr>
        <w:spacing w:after="0"/>
      </w:pPr>
      <w:r>
        <w:rPr>
          <w:rFonts w:ascii="Arial" w:hAnsi="Arial"/>
        </w:rPr>
        <w:t xml:space="preserve">Yep. </w:t>
      </w:r>
    </w:p>
    <w:p w14:paraId="6AC00FD5" w14:textId="77777777" w:rsidR="00EB5BAC" w:rsidRDefault="00EB5BAC">
      <w:pPr>
        <w:spacing w:after="0"/>
      </w:pPr>
    </w:p>
    <w:p w14:paraId="652C4BEC" w14:textId="77777777" w:rsidR="00EB5BAC" w:rsidRDefault="00B67446">
      <w:pPr>
        <w:spacing w:after="0"/>
      </w:pPr>
      <w:proofErr w:type="gramStart"/>
      <w:r>
        <w:rPr>
          <w:rFonts w:ascii="Arial" w:hAnsi="Arial"/>
          <w:b/>
        </w:rPr>
        <w:t xml:space="preserve">Lucy  </w:t>
      </w:r>
      <w:r>
        <w:rPr>
          <w:rFonts w:ascii="Arial" w:hAnsi="Arial"/>
          <w:color w:val="5D7284"/>
        </w:rPr>
        <w:t>32:36</w:t>
      </w:r>
      <w:proofErr w:type="gramEnd"/>
    </w:p>
    <w:p w14:paraId="6F698C00" w14:textId="77777777" w:rsidR="00EB5BAC" w:rsidRDefault="00B67446">
      <w:pPr>
        <w:spacing w:after="0"/>
      </w:pPr>
      <w:proofErr w:type="gramStart"/>
      <w:r>
        <w:rPr>
          <w:rFonts w:ascii="Arial" w:hAnsi="Arial"/>
        </w:rPr>
        <w:t>What's</w:t>
      </w:r>
      <w:proofErr w:type="gramEnd"/>
      <w:r>
        <w:rPr>
          <w:rFonts w:ascii="Arial" w:hAnsi="Arial"/>
        </w:rPr>
        <w:t xml:space="preserve"> wrong with just saying just stay there?</w:t>
      </w:r>
    </w:p>
    <w:p w14:paraId="3F2CD216" w14:textId="77777777" w:rsidR="00EB5BAC" w:rsidRDefault="00EB5BAC">
      <w:pPr>
        <w:spacing w:after="0"/>
      </w:pPr>
    </w:p>
    <w:p w14:paraId="35847A06" w14:textId="77777777" w:rsidR="00EB5BAC" w:rsidRDefault="00B67446">
      <w:pPr>
        <w:spacing w:after="0"/>
      </w:pPr>
      <w:proofErr w:type="gramStart"/>
      <w:r>
        <w:rPr>
          <w:rFonts w:ascii="Arial" w:hAnsi="Arial"/>
          <w:b/>
        </w:rPr>
        <w:t xml:space="preserve">Alice  </w:t>
      </w:r>
      <w:r>
        <w:rPr>
          <w:rFonts w:ascii="Arial" w:hAnsi="Arial"/>
          <w:color w:val="5D7284"/>
        </w:rPr>
        <w:t>32:39</w:t>
      </w:r>
      <w:proofErr w:type="gramEnd"/>
    </w:p>
    <w:p w14:paraId="3649FE77" w14:textId="77777777" w:rsidR="00EB5BAC" w:rsidRDefault="00B67446">
      <w:pPr>
        <w:spacing w:after="0"/>
      </w:pPr>
      <w:r>
        <w:rPr>
          <w:rFonts w:ascii="Arial" w:hAnsi="Arial"/>
        </w:rPr>
        <w:t>I mean,</w:t>
      </w:r>
      <w:r>
        <w:rPr>
          <w:rFonts w:ascii="Arial" w:hAnsi="Arial"/>
        </w:rPr>
        <w:t xml:space="preserve"> have you spent much time with toddlers? They don't really stay </w:t>
      </w:r>
      <w:proofErr w:type="gramStart"/>
      <w:r>
        <w:rPr>
          <w:rFonts w:ascii="Arial" w:hAnsi="Arial"/>
        </w:rPr>
        <w:t>put</w:t>
      </w:r>
      <w:proofErr w:type="gramEnd"/>
    </w:p>
    <w:p w14:paraId="4FB3DD3E" w14:textId="77777777" w:rsidR="00EB5BAC" w:rsidRDefault="00EB5BAC">
      <w:pPr>
        <w:spacing w:after="0"/>
      </w:pPr>
    </w:p>
    <w:p w14:paraId="423B6E56" w14:textId="77777777" w:rsidR="00EB5BAC" w:rsidRDefault="00B67446">
      <w:pPr>
        <w:spacing w:after="0"/>
      </w:pPr>
      <w:proofErr w:type="gramStart"/>
      <w:r>
        <w:rPr>
          <w:rFonts w:ascii="Arial" w:hAnsi="Arial"/>
          <w:b/>
        </w:rPr>
        <w:t xml:space="preserve">Lucy  </w:t>
      </w:r>
      <w:r>
        <w:rPr>
          <w:rFonts w:ascii="Arial" w:hAnsi="Arial"/>
          <w:color w:val="5D7284"/>
        </w:rPr>
        <w:t>32:43</w:t>
      </w:r>
      <w:proofErr w:type="gramEnd"/>
    </w:p>
    <w:p w14:paraId="7D04B8C6" w14:textId="77777777" w:rsidR="00EB5BAC" w:rsidRDefault="00B67446">
      <w:pPr>
        <w:spacing w:after="0"/>
      </w:pPr>
      <w:r>
        <w:rPr>
          <w:rFonts w:ascii="Arial" w:hAnsi="Arial"/>
        </w:rPr>
        <w:t>well, there is that. I mean, tying them to a chair was a bit drastic.</w:t>
      </w:r>
    </w:p>
    <w:p w14:paraId="39317479" w14:textId="77777777" w:rsidR="00EB5BAC" w:rsidRDefault="00EB5BAC">
      <w:pPr>
        <w:spacing w:after="0"/>
      </w:pPr>
    </w:p>
    <w:p w14:paraId="394E1934" w14:textId="77777777" w:rsidR="00EB5BAC" w:rsidRDefault="00B67446">
      <w:pPr>
        <w:spacing w:after="0"/>
      </w:pPr>
      <w:proofErr w:type="gramStart"/>
      <w:r>
        <w:rPr>
          <w:rFonts w:ascii="Arial" w:hAnsi="Arial"/>
          <w:b/>
        </w:rPr>
        <w:t xml:space="preserve">Alice  </w:t>
      </w:r>
      <w:r>
        <w:rPr>
          <w:rFonts w:ascii="Arial" w:hAnsi="Arial"/>
          <w:color w:val="5D7284"/>
        </w:rPr>
        <w:t>32:47</w:t>
      </w:r>
      <w:proofErr w:type="gramEnd"/>
    </w:p>
    <w:p w14:paraId="0429B22A" w14:textId="77777777" w:rsidR="00EB5BAC" w:rsidRDefault="00B67446">
      <w:pPr>
        <w:spacing w:after="0"/>
      </w:pPr>
      <w:proofErr w:type="gramStart"/>
      <w:r>
        <w:rPr>
          <w:rFonts w:ascii="Arial" w:hAnsi="Arial"/>
        </w:rPr>
        <w:t>It's</w:t>
      </w:r>
      <w:proofErr w:type="gramEnd"/>
      <w:r>
        <w:rPr>
          <w:rFonts w:ascii="Arial" w:hAnsi="Arial"/>
        </w:rPr>
        <w:t xml:space="preserve"> I mean, all of this actually. Like there was a whole incident where Sarah fell into the open fire in the kitchen. </w:t>
      </w:r>
      <w:proofErr w:type="gramStart"/>
      <w:r>
        <w:rPr>
          <w:rFonts w:ascii="Arial" w:hAnsi="Arial"/>
        </w:rPr>
        <w:t>So</w:t>
      </w:r>
      <w:proofErr w:type="gramEnd"/>
      <w:r>
        <w:rPr>
          <w:rFonts w:ascii="Arial" w:hAnsi="Arial"/>
        </w:rPr>
        <w:t xml:space="preserve"> all in all, excellent. nannying there. </w:t>
      </w:r>
    </w:p>
    <w:p w14:paraId="4EA4B9AB" w14:textId="77777777" w:rsidR="00EB5BAC" w:rsidRDefault="00EB5BAC">
      <w:pPr>
        <w:spacing w:after="0"/>
      </w:pPr>
    </w:p>
    <w:p w14:paraId="2073A8BE" w14:textId="77777777" w:rsidR="00EB5BAC" w:rsidRDefault="00B67446">
      <w:pPr>
        <w:spacing w:after="0"/>
      </w:pPr>
      <w:proofErr w:type="gramStart"/>
      <w:r>
        <w:rPr>
          <w:rFonts w:ascii="Arial" w:hAnsi="Arial"/>
          <w:b/>
        </w:rPr>
        <w:t xml:space="preserve">Lucy  </w:t>
      </w:r>
      <w:r>
        <w:rPr>
          <w:rFonts w:ascii="Arial" w:hAnsi="Arial"/>
          <w:color w:val="5D7284"/>
        </w:rPr>
        <w:t>33:00</w:t>
      </w:r>
      <w:proofErr w:type="gramEnd"/>
    </w:p>
    <w:p w14:paraId="101D4FC7" w14:textId="77777777" w:rsidR="00EB5BAC" w:rsidRDefault="00B67446">
      <w:pPr>
        <w:spacing w:after="0"/>
      </w:pPr>
      <w:r>
        <w:rPr>
          <w:rFonts w:ascii="Arial" w:hAnsi="Arial"/>
        </w:rPr>
        <w:t>Yeah!</w:t>
      </w:r>
    </w:p>
    <w:p w14:paraId="4F8A3519" w14:textId="77777777" w:rsidR="00EB5BAC" w:rsidRDefault="00EB5BAC">
      <w:pPr>
        <w:spacing w:after="0"/>
      </w:pPr>
    </w:p>
    <w:p w14:paraId="0423D594" w14:textId="77777777" w:rsidR="00EB5BAC" w:rsidRDefault="00B67446">
      <w:pPr>
        <w:spacing w:after="0"/>
      </w:pPr>
      <w:proofErr w:type="gramStart"/>
      <w:r>
        <w:rPr>
          <w:rFonts w:ascii="Arial" w:hAnsi="Arial"/>
          <w:b/>
        </w:rPr>
        <w:t xml:space="preserve">Alice  </w:t>
      </w:r>
      <w:r>
        <w:rPr>
          <w:rFonts w:ascii="Arial" w:hAnsi="Arial"/>
          <w:color w:val="5D7284"/>
        </w:rPr>
        <w:t>33:00</w:t>
      </w:r>
      <w:proofErr w:type="gramEnd"/>
    </w:p>
    <w:p w14:paraId="6DC54BE8" w14:textId="77777777" w:rsidR="00EB5BAC" w:rsidRDefault="00B67446">
      <w:pPr>
        <w:spacing w:after="0"/>
      </w:pPr>
      <w:r>
        <w:rPr>
          <w:rFonts w:ascii="Arial" w:hAnsi="Arial"/>
        </w:rPr>
        <w:t xml:space="preserve">It's </w:t>
      </w:r>
      <w:proofErr w:type="gramStart"/>
      <w:r>
        <w:rPr>
          <w:rFonts w:ascii="Arial" w:hAnsi="Arial"/>
        </w:rPr>
        <w:t>quite</w:t>
      </w:r>
      <w:proofErr w:type="gramEnd"/>
      <w:r>
        <w:rPr>
          <w:rFonts w:ascii="Arial" w:hAnsi="Arial"/>
        </w:rPr>
        <w:t xml:space="preserve">, it's pretty bad. Like </w:t>
      </w:r>
      <w:proofErr w:type="gramStart"/>
      <w:r>
        <w:rPr>
          <w:rFonts w:ascii="Arial" w:hAnsi="Arial"/>
        </w:rPr>
        <w:t>all of</w:t>
      </w:r>
      <w:proofErr w:type="gramEnd"/>
      <w:r>
        <w:rPr>
          <w:rFonts w:ascii="Arial" w:hAnsi="Arial"/>
        </w:rPr>
        <w:t xml:space="preserve"> this neglect, had a </w:t>
      </w:r>
      <w:r>
        <w:rPr>
          <w:rFonts w:ascii="Arial" w:hAnsi="Arial"/>
        </w:rPr>
        <w:t xml:space="preserve">pretty bad impact on Sarah's development. She had some quite sort of, not serious developmental delay, but she </w:t>
      </w:r>
      <w:proofErr w:type="gramStart"/>
      <w:r>
        <w:rPr>
          <w:rFonts w:ascii="Arial" w:hAnsi="Arial"/>
        </w:rPr>
        <w:t>didn't</w:t>
      </w:r>
      <w:proofErr w:type="gramEnd"/>
      <w:r>
        <w:rPr>
          <w:rFonts w:ascii="Arial" w:hAnsi="Arial"/>
        </w:rPr>
        <w:t xml:space="preserve"> actually start walking till she was nearly two. </w:t>
      </w:r>
    </w:p>
    <w:p w14:paraId="44FDE583" w14:textId="77777777" w:rsidR="00EB5BAC" w:rsidRDefault="00EB5BAC">
      <w:pPr>
        <w:spacing w:after="0"/>
      </w:pPr>
    </w:p>
    <w:p w14:paraId="5B5AB186" w14:textId="77777777" w:rsidR="00EB5BAC" w:rsidRDefault="00B67446">
      <w:pPr>
        <w:spacing w:after="0"/>
      </w:pPr>
      <w:proofErr w:type="gramStart"/>
      <w:r>
        <w:rPr>
          <w:rFonts w:ascii="Arial" w:hAnsi="Arial"/>
          <w:b/>
        </w:rPr>
        <w:t xml:space="preserve">Lucy  </w:t>
      </w:r>
      <w:r>
        <w:rPr>
          <w:rFonts w:ascii="Arial" w:hAnsi="Arial"/>
          <w:color w:val="5D7284"/>
        </w:rPr>
        <w:t>33:13</w:t>
      </w:r>
      <w:proofErr w:type="gramEnd"/>
    </w:p>
    <w:p w14:paraId="415940D7" w14:textId="77777777" w:rsidR="00EB5BAC" w:rsidRDefault="00B67446">
      <w:pPr>
        <w:spacing w:after="0"/>
      </w:pPr>
      <w:r>
        <w:rPr>
          <w:rFonts w:ascii="Arial" w:hAnsi="Arial"/>
        </w:rPr>
        <w:t xml:space="preserve">Okay. </w:t>
      </w:r>
    </w:p>
    <w:p w14:paraId="181945CF" w14:textId="77777777" w:rsidR="00EB5BAC" w:rsidRDefault="00EB5BAC">
      <w:pPr>
        <w:spacing w:after="0"/>
      </w:pPr>
    </w:p>
    <w:p w14:paraId="1C97D78A" w14:textId="77777777" w:rsidR="00EB5BAC" w:rsidRDefault="00B67446">
      <w:pPr>
        <w:spacing w:after="0"/>
      </w:pPr>
      <w:proofErr w:type="gramStart"/>
      <w:r>
        <w:rPr>
          <w:rFonts w:ascii="Arial" w:hAnsi="Arial"/>
          <w:b/>
        </w:rPr>
        <w:t xml:space="preserve">Alice  </w:t>
      </w:r>
      <w:r>
        <w:rPr>
          <w:rFonts w:ascii="Arial" w:hAnsi="Arial"/>
          <w:color w:val="5D7284"/>
        </w:rPr>
        <w:t>33:13</w:t>
      </w:r>
      <w:proofErr w:type="gramEnd"/>
    </w:p>
    <w:p w14:paraId="08348B99" w14:textId="77777777" w:rsidR="00EB5BAC" w:rsidRDefault="00B67446">
      <w:pPr>
        <w:spacing w:after="0"/>
      </w:pPr>
      <w:r>
        <w:rPr>
          <w:rFonts w:ascii="Arial" w:hAnsi="Arial"/>
        </w:rPr>
        <w:t>Which. But, you know, considering that they generally t</w:t>
      </w:r>
      <w:r>
        <w:rPr>
          <w:rFonts w:ascii="Arial" w:hAnsi="Arial"/>
        </w:rPr>
        <w:t xml:space="preserve">hey say most babies are like walking at one and talking to she was 12 months behind. And when your entire life has only been, like 24 months, </w:t>
      </w:r>
      <w:proofErr w:type="gramStart"/>
      <w:r>
        <w:rPr>
          <w:rFonts w:ascii="Arial" w:hAnsi="Arial"/>
        </w:rPr>
        <w:t>that's</w:t>
      </w:r>
      <w:proofErr w:type="gramEnd"/>
      <w:r>
        <w:rPr>
          <w:rFonts w:ascii="Arial" w:hAnsi="Arial"/>
        </w:rPr>
        <w:t xml:space="preserve"> quite a lot. But there was nothing delayed about Sarah intellectually, </w:t>
      </w:r>
    </w:p>
    <w:p w14:paraId="62DC247A" w14:textId="77777777" w:rsidR="00EB5BAC" w:rsidRDefault="00EB5BAC">
      <w:pPr>
        <w:spacing w:after="0"/>
      </w:pPr>
    </w:p>
    <w:p w14:paraId="3270497E" w14:textId="77777777" w:rsidR="00EB5BAC" w:rsidRDefault="00B67446">
      <w:pPr>
        <w:spacing w:after="0"/>
      </w:pPr>
      <w:proofErr w:type="gramStart"/>
      <w:r>
        <w:rPr>
          <w:rFonts w:ascii="Arial" w:hAnsi="Arial"/>
          <w:b/>
        </w:rPr>
        <w:t xml:space="preserve">Lucy  </w:t>
      </w:r>
      <w:r>
        <w:rPr>
          <w:rFonts w:ascii="Arial" w:hAnsi="Arial"/>
          <w:color w:val="5D7284"/>
        </w:rPr>
        <w:t>33:33</w:t>
      </w:r>
      <w:proofErr w:type="gramEnd"/>
    </w:p>
    <w:p w14:paraId="18C03334" w14:textId="77777777" w:rsidR="00EB5BAC" w:rsidRDefault="00B67446">
      <w:pPr>
        <w:spacing w:after="0"/>
      </w:pPr>
      <w:r>
        <w:rPr>
          <w:rFonts w:ascii="Arial" w:hAnsi="Arial"/>
        </w:rPr>
        <w:t xml:space="preserve">Right. </w:t>
      </w:r>
    </w:p>
    <w:p w14:paraId="20790FDC" w14:textId="77777777" w:rsidR="00EB5BAC" w:rsidRDefault="00EB5BAC">
      <w:pPr>
        <w:spacing w:after="0"/>
      </w:pPr>
    </w:p>
    <w:p w14:paraId="5F6226B7" w14:textId="77777777" w:rsidR="00EB5BAC" w:rsidRDefault="00B67446">
      <w:pPr>
        <w:spacing w:after="0"/>
      </w:pPr>
      <w:proofErr w:type="gramStart"/>
      <w:r>
        <w:rPr>
          <w:rFonts w:ascii="Arial" w:hAnsi="Arial"/>
          <w:b/>
        </w:rPr>
        <w:t xml:space="preserve">Alice  </w:t>
      </w:r>
      <w:r>
        <w:rPr>
          <w:rFonts w:ascii="Arial" w:hAnsi="Arial"/>
          <w:color w:val="5D7284"/>
        </w:rPr>
        <w:t>33:34</w:t>
      </w:r>
      <w:proofErr w:type="gramEnd"/>
    </w:p>
    <w:p w14:paraId="5374125F" w14:textId="77777777" w:rsidR="00EB5BAC" w:rsidRDefault="00B67446">
      <w:pPr>
        <w:spacing w:after="0"/>
      </w:pPr>
      <w:r>
        <w:rPr>
          <w:rFonts w:ascii="Arial" w:hAnsi="Arial"/>
        </w:rPr>
        <w:t xml:space="preserve">In fact, from a really young age, she was sharp, and she was dramatic. She was a real diva. When she was about three, her and the nanny and the nanny, his new husband, who was husband number three, </w:t>
      </w:r>
      <w:proofErr w:type="gramStart"/>
      <w:r>
        <w:rPr>
          <w:rFonts w:ascii="Arial" w:hAnsi="Arial"/>
        </w:rPr>
        <w:lastRenderedPageBreak/>
        <w:t>actually moved</w:t>
      </w:r>
      <w:proofErr w:type="gramEnd"/>
      <w:r>
        <w:rPr>
          <w:rFonts w:ascii="Arial" w:hAnsi="Arial"/>
        </w:rPr>
        <w:t xml:space="preserve"> into a two room flat in Paris </w:t>
      </w:r>
      <w:r>
        <w:rPr>
          <w:rFonts w:ascii="Arial" w:hAnsi="Arial"/>
        </w:rPr>
        <w:t xml:space="preserve">back from the farm, right. Again, massive like on the poverty line. There was so little room in the flat that Sarah was sharing a bed with the nanny and the nanny's husband. </w:t>
      </w:r>
    </w:p>
    <w:p w14:paraId="26F1A2D3" w14:textId="77777777" w:rsidR="00EB5BAC" w:rsidRDefault="00EB5BAC">
      <w:pPr>
        <w:spacing w:after="0"/>
      </w:pPr>
    </w:p>
    <w:p w14:paraId="1F004A1A" w14:textId="77777777" w:rsidR="00EB5BAC" w:rsidRDefault="00B67446">
      <w:pPr>
        <w:spacing w:after="0"/>
      </w:pPr>
      <w:proofErr w:type="gramStart"/>
      <w:r>
        <w:rPr>
          <w:rFonts w:ascii="Arial" w:hAnsi="Arial"/>
          <w:b/>
        </w:rPr>
        <w:t xml:space="preserve">Lucy  </w:t>
      </w:r>
      <w:r>
        <w:rPr>
          <w:rFonts w:ascii="Arial" w:hAnsi="Arial"/>
          <w:color w:val="5D7284"/>
        </w:rPr>
        <w:t>34:08</w:t>
      </w:r>
      <w:proofErr w:type="gramEnd"/>
    </w:p>
    <w:p w14:paraId="69278BED" w14:textId="77777777" w:rsidR="00EB5BAC" w:rsidRDefault="00B67446">
      <w:pPr>
        <w:spacing w:after="0"/>
      </w:pPr>
      <w:r>
        <w:rPr>
          <w:rFonts w:ascii="Arial" w:hAnsi="Arial"/>
        </w:rPr>
        <w:t>Ooh</w:t>
      </w:r>
    </w:p>
    <w:p w14:paraId="2D30040D" w14:textId="77777777" w:rsidR="00EB5BAC" w:rsidRDefault="00EB5BAC">
      <w:pPr>
        <w:spacing w:after="0"/>
      </w:pPr>
    </w:p>
    <w:p w14:paraId="2618315A" w14:textId="77777777" w:rsidR="00EB5BAC" w:rsidRDefault="00B67446">
      <w:pPr>
        <w:spacing w:after="0"/>
      </w:pPr>
      <w:proofErr w:type="gramStart"/>
      <w:r>
        <w:rPr>
          <w:rFonts w:ascii="Arial" w:hAnsi="Arial"/>
          <w:b/>
        </w:rPr>
        <w:t xml:space="preserve">Alice  </w:t>
      </w:r>
      <w:r>
        <w:rPr>
          <w:rFonts w:ascii="Arial" w:hAnsi="Arial"/>
          <w:color w:val="5D7284"/>
        </w:rPr>
        <w:t>34:09</w:t>
      </w:r>
      <w:proofErr w:type="gramEnd"/>
    </w:p>
    <w:p w14:paraId="092A203E" w14:textId="77777777" w:rsidR="00EB5BAC" w:rsidRDefault="00B67446">
      <w:pPr>
        <w:spacing w:after="0"/>
      </w:pPr>
      <w:r>
        <w:rPr>
          <w:rFonts w:ascii="Arial" w:hAnsi="Arial"/>
        </w:rPr>
        <w:t xml:space="preserve">Yeah. There was </w:t>
      </w:r>
      <w:proofErr w:type="gramStart"/>
      <w:r>
        <w:rPr>
          <w:rFonts w:ascii="Arial" w:hAnsi="Arial"/>
        </w:rPr>
        <w:t>very little</w:t>
      </w:r>
      <w:proofErr w:type="gramEnd"/>
      <w:r>
        <w:rPr>
          <w:rFonts w:ascii="Arial" w:hAnsi="Arial"/>
        </w:rPr>
        <w:t xml:space="preserve"> food. Sarah was seriou</w:t>
      </w:r>
      <w:r>
        <w:rPr>
          <w:rFonts w:ascii="Arial" w:hAnsi="Arial"/>
        </w:rPr>
        <w:t xml:space="preserve">sly malnourished, very underweight, probably suffering with tuberculosis as well. She continued to be neglected by the nanny sort of, and her new foster father used to have Sarah doing sort of manual like manual </w:t>
      </w:r>
      <w:proofErr w:type="spellStart"/>
      <w:r>
        <w:rPr>
          <w:rFonts w:ascii="Arial" w:hAnsi="Arial"/>
        </w:rPr>
        <w:t>labour</w:t>
      </w:r>
      <w:proofErr w:type="spellEnd"/>
      <w:r>
        <w:rPr>
          <w:rFonts w:ascii="Arial" w:hAnsi="Arial"/>
        </w:rPr>
        <w:t xml:space="preserve"> is not right. Like, like housework. </w:t>
      </w:r>
    </w:p>
    <w:p w14:paraId="30239622" w14:textId="77777777" w:rsidR="00EB5BAC" w:rsidRDefault="00EB5BAC">
      <w:pPr>
        <w:spacing w:after="0"/>
      </w:pPr>
    </w:p>
    <w:p w14:paraId="60436540" w14:textId="77777777" w:rsidR="00EB5BAC" w:rsidRDefault="00B67446">
      <w:pPr>
        <w:spacing w:after="0"/>
      </w:pPr>
      <w:proofErr w:type="gramStart"/>
      <w:r>
        <w:rPr>
          <w:rFonts w:ascii="Arial" w:hAnsi="Arial"/>
          <w:b/>
        </w:rPr>
        <w:t xml:space="preserve">Lucy  </w:t>
      </w:r>
      <w:r>
        <w:rPr>
          <w:rFonts w:ascii="Arial" w:hAnsi="Arial"/>
          <w:color w:val="5D7284"/>
        </w:rPr>
        <w:t>34:32</w:t>
      </w:r>
      <w:proofErr w:type="gramEnd"/>
    </w:p>
    <w:p w14:paraId="14902C5B" w14:textId="77777777" w:rsidR="00EB5BAC" w:rsidRDefault="00B67446">
      <w:pPr>
        <w:spacing w:after="0"/>
      </w:pPr>
      <w:r>
        <w:rPr>
          <w:rFonts w:ascii="Arial" w:hAnsi="Arial"/>
        </w:rPr>
        <w:t xml:space="preserve">Yes. </w:t>
      </w:r>
    </w:p>
    <w:p w14:paraId="7A026C4E" w14:textId="77777777" w:rsidR="00EB5BAC" w:rsidRDefault="00EB5BAC">
      <w:pPr>
        <w:spacing w:after="0"/>
      </w:pPr>
    </w:p>
    <w:p w14:paraId="4A01F6F4" w14:textId="77777777" w:rsidR="00EB5BAC" w:rsidRDefault="00B67446">
      <w:pPr>
        <w:spacing w:after="0"/>
      </w:pPr>
      <w:proofErr w:type="gramStart"/>
      <w:r>
        <w:rPr>
          <w:rFonts w:ascii="Arial" w:hAnsi="Arial"/>
          <w:b/>
        </w:rPr>
        <w:t xml:space="preserve">Alice  </w:t>
      </w:r>
      <w:r>
        <w:rPr>
          <w:rFonts w:ascii="Arial" w:hAnsi="Arial"/>
          <w:color w:val="5D7284"/>
        </w:rPr>
        <w:t>34:33</w:t>
      </w:r>
      <w:proofErr w:type="gramEnd"/>
    </w:p>
    <w:p w14:paraId="486BC9FA" w14:textId="77777777" w:rsidR="00EB5BAC" w:rsidRDefault="00B67446">
      <w:pPr>
        <w:spacing w:after="0"/>
      </w:pPr>
      <w:r>
        <w:rPr>
          <w:rFonts w:ascii="Arial" w:hAnsi="Arial"/>
        </w:rPr>
        <w:t>Like, like carrying pails of water from the communal well outside.</w:t>
      </w:r>
    </w:p>
    <w:p w14:paraId="6A3065C4" w14:textId="77777777" w:rsidR="00EB5BAC" w:rsidRDefault="00EB5BAC">
      <w:pPr>
        <w:spacing w:after="0"/>
      </w:pPr>
    </w:p>
    <w:p w14:paraId="5DBD0A43" w14:textId="77777777" w:rsidR="00EB5BAC" w:rsidRDefault="00B67446">
      <w:pPr>
        <w:spacing w:after="0"/>
      </w:pPr>
      <w:proofErr w:type="gramStart"/>
      <w:r>
        <w:rPr>
          <w:rFonts w:ascii="Arial" w:hAnsi="Arial"/>
          <w:b/>
        </w:rPr>
        <w:t xml:space="preserve">Lucy  </w:t>
      </w:r>
      <w:r>
        <w:rPr>
          <w:rFonts w:ascii="Arial" w:hAnsi="Arial"/>
          <w:color w:val="5D7284"/>
        </w:rPr>
        <w:t>34:37</w:t>
      </w:r>
      <w:proofErr w:type="gramEnd"/>
    </w:p>
    <w:p w14:paraId="383F820F" w14:textId="77777777" w:rsidR="00EB5BAC" w:rsidRDefault="00B67446">
      <w:pPr>
        <w:spacing w:after="0"/>
      </w:pPr>
      <w:r>
        <w:rPr>
          <w:rFonts w:ascii="Arial" w:hAnsi="Arial"/>
        </w:rPr>
        <w:t>So, how old was she again, at this point? Did you say?</w:t>
      </w:r>
    </w:p>
    <w:p w14:paraId="776D4B7E" w14:textId="77777777" w:rsidR="00EB5BAC" w:rsidRDefault="00EB5BAC">
      <w:pPr>
        <w:spacing w:after="0"/>
      </w:pPr>
    </w:p>
    <w:p w14:paraId="36F61D01" w14:textId="77777777" w:rsidR="00EB5BAC" w:rsidRDefault="00B67446">
      <w:pPr>
        <w:spacing w:after="0"/>
      </w:pPr>
      <w:proofErr w:type="gramStart"/>
      <w:r>
        <w:rPr>
          <w:rFonts w:ascii="Arial" w:hAnsi="Arial"/>
          <w:b/>
        </w:rPr>
        <w:t xml:space="preserve">Alice  </w:t>
      </w:r>
      <w:r>
        <w:rPr>
          <w:rFonts w:ascii="Arial" w:hAnsi="Arial"/>
          <w:color w:val="5D7284"/>
        </w:rPr>
        <w:t>34:40</w:t>
      </w:r>
      <w:proofErr w:type="gramEnd"/>
    </w:p>
    <w:p w14:paraId="1AC38F80" w14:textId="77777777" w:rsidR="00EB5BAC" w:rsidRDefault="00B67446">
      <w:pPr>
        <w:spacing w:after="0"/>
      </w:pPr>
      <w:r>
        <w:rPr>
          <w:rFonts w:ascii="Arial" w:hAnsi="Arial"/>
        </w:rPr>
        <w:t>Three.</w:t>
      </w:r>
    </w:p>
    <w:p w14:paraId="5B64D6B3" w14:textId="77777777" w:rsidR="00EB5BAC" w:rsidRDefault="00EB5BAC">
      <w:pPr>
        <w:spacing w:after="0"/>
      </w:pPr>
    </w:p>
    <w:p w14:paraId="468D6985" w14:textId="77777777" w:rsidR="00EB5BAC" w:rsidRDefault="00B67446">
      <w:pPr>
        <w:spacing w:after="0"/>
      </w:pPr>
      <w:proofErr w:type="gramStart"/>
      <w:r>
        <w:rPr>
          <w:rFonts w:ascii="Arial" w:hAnsi="Arial"/>
          <w:b/>
        </w:rPr>
        <w:t xml:space="preserve">Lucy  </w:t>
      </w:r>
      <w:r>
        <w:rPr>
          <w:rFonts w:ascii="Arial" w:hAnsi="Arial"/>
          <w:color w:val="5D7284"/>
        </w:rPr>
        <w:t>34:41</w:t>
      </w:r>
      <w:proofErr w:type="gramEnd"/>
    </w:p>
    <w:p w14:paraId="3A15DAA6" w14:textId="77777777" w:rsidR="00EB5BAC" w:rsidRDefault="00B67446">
      <w:pPr>
        <w:spacing w:after="0"/>
      </w:pPr>
      <w:r>
        <w:rPr>
          <w:rFonts w:ascii="Arial" w:hAnsi="Arial"/>
        </w:rPr>
        <w:t>She was... right. Wow</w:t>
      </w:r>
    </w:p>
    <w:p w14:paraId="7371E925" w14:textId="77777777" w:rsidR="00EB5BAC" w:rsidRDefault="00EB5BAC">
      <w:pPr>
        <w:spacing w:after="0"/>
      </w:pPr>
    </w:p>
    <w:p w14:paraId="740A1E49" w14:textId="77777777" w:rsidR="00EB5BAC" w:rsidRDefault="00B67446">
      <w:pPr>
        <w:spacing w:after="0"/>
      </w:pPr>
      <w:proofErr w:type="gramStart"/>
      <w:r>
        <w:rPr>
          <w:rFonts w:ascii="Arial" w:hAnsi="Arial"/>
          <w:b/>
        </w:rPr>
        <w:t xml:space="preserve">Alice  </w:t>
      </w:r>
      <w:r>
        <w:rPr>
          <w:rFonts w:ascii="Arial" w:hAnsi="Arial"/>
          <w:color w:val="5D7284"/>
        </w:rPr>
        <w:t>34:45</w:t>
      </w:r>
      <w:proofErr w:type="gramEnd"/>
    </w:p>
    <w:p w14:paraId="4338BB73" w14:textId="77777777" w:rsidR="00EB5BAC" w:rsidRDefault="00B67446">
      <w:pPr>
        <w:spacing w:after="0"/>
      </w:pPr>
      <w:r>
        <w:rPr>
          <w:rFonts w:ascii="Arial" w:hAnsi="Arial"/>
        </w:rPr>
        <w:t>Yeah.</w:t>
      </w:r>
    </w:p>
    <w:p w14:paraId="727BF807" w14:textId="77777777" w:rsidR="00EB5BAC" w:rsidRDefault="00EB5BAC">
      <w:pPr>
        <w:spacing w:after="0"/>
      </w:pPr>
    </w:p>
    <w:p w14:paraId="18E708CD" w14:textId="77777777" w:rsidR="00EB5BAC" w:rsidRDefault="00B67446">
      <w:pPr>
        <w:spacing w:after="0"/>
      </w:pPr>
      <w:proofErr w:type="gramStart"/>
      <w:r>
        <w:rPr>
          <w:rFonts w:ascii="Arial" w:hAnsi="Arial"/>
          <w:b/>
        </w:rPr>
        <w:t xml:space="preserve">Lucy  </w:t>
      </w:r>
      <w:r>
        <w:rPr>
          <w:rFonts w:ascii="Arial" w:hAnsi="Arial"/>
          <w:color w:val="5D7284"/>
        </w:rPr>
        <w:t>34:46</w:t>
      </w:r>
      <w:proofErr w:type="gramEnd"/>
    </w:p>
    <w:p w14:paraId="72495572" w14:textId="77777777" w:rsidR="00EB5BAC" w:rsidRDefault="00B67446">
      <w:pPr>
        <w:spacing w:after="0"/>
      </w:pPr>
      <w:r>
        <w:rPr>
          <w:rFonts w:ascii="Arial" w:hAnsi="Arial"/>
        </w:rPr>
        <w:t>When I was three, all I wanted to do was watch Playdays.</w:t>
      </w:r>
    </w:p>
    <w:p w14:paraId="025FE05E" w14:textId="77777777" w:rsidR="00EB5BAC" w:rsidRDefault="00EB5BAC">
      <w:pPr>
        <w:spacing w:after="0"/>
      </w:pPr>
    </w:p>
    <w:p w14:paraId="332F23A2" w14:textId="77777777" w:rsidR="00EB5BAC" w:rsidRDefault="00B67446">
      <w:pPr>
        <w:spacing w:after="0"/>
      </w:pPr>
      <w:proofErr w:type="gramStart"/>
      <w:r>
        <w:rPr>
          <w:rFonts w:ascii="Arial" w:hAnsi="Arial"/>
          <w:b/>
        </w:rPr>
        <w:t xml:space="preserve">Alice  </w:t>
      </w:r>
      <w:r>
        <w:rPr>
          <w:rFonts w:ascii="Arial" w:hAnsi="Arial"/>
          <w:color w:val="5D7284"/>
        </w:rPr>
        <w:t>34:49</w:t>
      </w:r>
      <w:proofErr w:type="gramEnd"/>
    </w:p>
    <w:p w14:paraId="3276BB25" w14:textId="77777777" w:rsidR="00EB5BAC" w:rsidRDefault="00B67446">
      <w:pPr>
        <w:spacing w:after="0"/>
      </w:pPr>
      <w:r>
        <w:rPr>
          <w:rFonts w:ascii="Arial" w:hAnsi="Arial"/>
        </w:rPr>
        <w:t xml:space="preserve">Exactly. She </w:t>
      </w:r>
      <w:proofErr w:type="gramStart"/>
      <w:r>
        <w:rPr>
          <w:rFonts w:ascii="Arial" w:hAnsi="Arial"/>
        </w:rPr>
        <w:t>didn't</w:t>
      </w:r>
      <w:proofErr w:type="gramEnd"/>
      <w:r>
        <w:rPr>
          <w:rFonts w:ascii="Arial" w:hAnsi="Arial"/>
        </w:rPr>
        <w:t xml:space="preserve"> have the most supportive start. </w:t>
      </w:r>
      <w:proofErr w:type="gramStart"/>
      <w:r>
        <w:rPr>
          <w:rFonts w:ascii="Arial" w:hAnsi="Arial"/>
        </w:rPr>
        <w:t>So</w:t>
      </w:r>
      <w:proofErr w:type="gramEnd"/>
      <w:r>
        <w:rPr>
          <w:rFonts w:ascii="Arial" w:hAnsi="Arial"/>
        </w:rPr>
        <w:t xml:space="preserve"> she would, she would get visits from her mum every now and then sort of every Three to six months,</w:t>
      </w:r>
    </w:p>
    <w:p w14:paraId="0FF65B41" w14:textId="77777777" w:rsidR="00EB5BAC" w:rsidRDefault="00EB5BAC">
      <w:pPr>
        <w:spacing w:after="0"/>
      </w:pPr>
    </w:p>
    <w:p w14:paraId="791773CC" w14:textId="77777777" w:rsidR="00EB5BAC" w:rsidRDefault="00B67446">
      <w:pPr>
        <w:spacing w:after="0"/>
      </w:pPr>
      <w:proofErr w:type="gramStart"/>
      <w:r>
        <w:rPr>
          <w:rFonts w:ascii="Arial" w:hAnsi="Arial"/>
          <w:b/>
        </w:rPr>
        <w:t xml:space="preserve">Lucy  </w:t>
      </w:r>
      <w:r>
        <w:rPr>
          <w:rFonts w:ascii="Arial" w:hAnsi="Arial"/>
          <w:color w:val="5D7284"/>
        </w:rPr>
        <w:t>35:02</w:t>
      </w:r>
      <w:proofErr w:type="gramEnd"/>
    </w:p>
    <w:p w14:paraId="13C2593D" w14:textId="77777777" w:rsidR="00EB5BAC" w:rsidRDefault="00B67446">
      <w:pPr>
        <w:spacing w:after="0"/>
      </w:pPr>
      <w:r>
        <w:rPr>
          <w:rFonts w:ascii="Arial" w:hAnsi="Arial"/>
        </w:rPr>
        <w:t>Right</w:t>
      </w:r>
    </w:p>
    <w:p w14:paraId="21E64404" w14:textId="77777777" w:rsidR="00EB5BAC" w:rsidRDefault="00EB5BAC">
      <w:pPr>
        <w:spacing w:after="0"/>
      </w:pPr>
    </w:p>
    <w:p w14:paraId="19CC128A" w14:textId="77777777" w:rsidR="00EB5BAC" w:rsidRDefault="00B67446">
      <w:pPr>
        <w:spacing w:after="0"/>
      </w:pPr>
      <w:proofErr w:type="gramStart"/>
      <w:r>
        <w:rPr>
          <w:rFonts w:ascii="Arial" w:hAnsi="Arial"/>
          <w:b/>
        </w:rPr>
        <w:t xml:space="preserve">Alice  </w:t>
      </w:r>
      <w:r>
        <w:rPr>
          <w:rFonts w:ascii="Arial" w:hAnsi="Arial"/>
          <w:color w:val="5D7284"/>
        </w:rPr>
        <w:t>35:</w:t>
      </w:r>
      <w:r>
        <w:rPr>
          <w:rFonts w:ascii="Arial" w:hAnsi="Arial"/>
          <w:color w:val="5D7284"/>
        </w:rPr>
        <w:t>02</w:t>
      </w:r>
      <w:proofErr w:type="gramEnd"/>
    </w:p>
    <w:p w14:paraId="44EFFDBE" w14:textId="77777777" w:rsidR="00EB5BAC" w:rsidRDefault="00B67446">
      <w:pPr>
        <w:spacing w:after="0"/>
      </w:pPr>
      <w:r>
        <w:rPr>
          <w:rFonts w:ascii="Arial" w:hAnsi="Arial"/>
        </w:rPr>
        <w:lastRenderedPageBreak/>
        <w:t xml:space="preserve">And her mum, she also, her mum was living with one of her sisters. And they were both a bit sort of living these lives where they were kind of somewhere between like </w:t>
      </w:r>
      <w:proofErr w:type="gramStart"/>
      <w:r>
        <w:rPr>
          <w:rFonts w:ascii="Arial" w:hAnsi="Arial"/>
        </w:rPr>
        <w:t>it</w:t>
      </w:r>
      <w:proofErr w:type="gramEnd"/>
      <w:r>
        <w:rPr>
          <w:rFonts w:ascii="Arial" w:hAnsi="Arial"/>
        </w:rPr>
        <w:t xml:space="preserve"> girl and sex worker. They were sort of like, a little bit like celebrities in social so</w:t>
      </w:r>
      <w:r>
        <w:rPr>
          <w:rFonts w:ascii="Arial" w:hAnsi="Arial"/>
        </w:rPr>
        <w:t xml:space="preserve">rt of in social Paris. </w:t>
      </w:r>
    </w:p>
    <w:p w14:paraId="45E6320C" w14:textId="77777777" w:rsidR="00EB5BAC" w:rsidRDefault="00EB5BAC">
      <w:pPr>
        <w:spacing w:after="0"/>
      </w:pPr>
    </w:p>
    <w:p w14:paraId="2B1ACFE6" w14:textId="77777777" w:rsidR="00EB5BAC" w:rsidRDefault="00B67446">
      <w:pPr>
        <w:spacing w:after="0"/>
      </w:pPr>
      <w:proofErr w:type="gramStart"/>
      <w:r>
        <w:rPr>
          <w:rFonts w:ascii="Arial" w:hAnsi="Arial"/>
          <w:b/>
        </w:rPr>
        <w:t xml:space="preserve">Lucy  </w:t>
      </w:r>
      <w:r>
        <w:rPr>
          <w:rFonts w:ascii="Arial" w:hAnsi="Arial"/>
          <w:color w:val="5D7284"/>
        </w:rPr>
        <w:t>35:22</w:t>
      </w:r>
      <w:proofErr w:type="gramEnd"/>
    </w:p>
    <w:p w14:paraId="3EA686B8" w14:textId="77777777" w:rsidR="00EB5BAC" w:rsidRDefault="00B67446">
      <w:pPr>
        <w:spacing w:after="0"/>
      </w:pPr>
      <w:proofErr w:type="gramStart"/>
      <w:r>
        <w:rPr>
          <w:rFonts w:ascii="Arial" w:hAnsi="Arial"/>
        </w:rPr>
        <w:t>So</w:t>
      </w:r>
      <w:proofErr w:type="gramEnd"/>
      <w:r>
        <w:rPr>
          <w:rFonts w:ascii="Arial" w:hAnsi="Arial"/>
        </w:rPr>
        <w:t xml:space="preserve"> they were like known, but you didn't really know what for, kind of?</w:t>
      </w:r>
    </w:p>
    <w:p w14:paraId="158B045B" w14:textId="77777777" w:rsidR="00EB5BAC" w:rsidRDefault="00EB5BAC">
      <w:pPr>
        <w:spacing w:after="0"/>
      </w:pPr>
    </w:p>
    <w:p w14:paraId="1132E3CA" w14:textId="77777777" w:rsidR="00EB5BAC" w:rsidRDefault="00B67446">
      <w:pPr>
        <w:spacing w:after="0"/>
      </w:pPr>
      <w:proofErr w:type="gramStart"/>
      <w:r>
        <w:rPr>
          <w:rFonts w:ascii="Arial" w:hAnsi="Arial"/>
          <w:b/>
        </w:rPr>
        <w:t xml:space="preserve">Alice  </w:t>
      </w:r>
      <w:r>
        <w:rPr>
          <w:rFonts w:ascii="Arial" w:hAnsi="Arial"/>
          <w:color w:val="5D7284"/>
        </w:rPr>
        <w:t>35:25</w:t>
      </w:r>
      <w:proofErr w:type="gramEnd"/>
    </w:p>
    <w:p w14:paraId="68596FDB" w14:textId="77777777" w:rsidR="00EB5BAC" w:rsidRDefault="00B67446">
      <w:pPr>
        <w:spacing w:after="0"/>
      </w:pPr>
      <w:r>
        <w:rPr>
          <w:rFonts w:ascii="Arial" w:hAnsi="Arial"/>
        </w:rPr>
        <w:t>Yeah, well, it sounds like they were basically they were, they were living a very lavish and like frivolous lifestyle, and they were l</w:t>
      </w:r>
      <w:r>
        <w:rPr>
          <w:rFonts w:ascii="Arial" w:hAnsi="Arial"/>
        </w:rPr>
        <w:t xml:space="preserve">ike the trend girls and stuff like that. But they </w:t>
      </w:r>
      <w:proofErr w:type="gramStart"/>
      <w:r>
        <w:rPr>
          <w:rFonts w:ascii="Arial" w:hAnsi="Arial"/>
        </w:rPr>
        <w:t>didn't</w:t>
      </w:r>
      <w:proofErr w:type="gramEnd"/>
      <w:r>
        <w:rPr>
          <w:rFonts w:ascii="Arial" w:hAnsi="Arial"/>
        </w:rPr>
        <w:t xml:space="preserve"> actually have any money of their own. It was all coming. Everything that they were doing was being paid for by like friends and lovers. Right? Okay. </w:t>
      </w:r>
      <w:proofErr w:type="gramStart"/>
      <w:r>
        <w:rPr>
          <w:rFonts w:ascii="Arial" w:hAnsi="Arial"/>
        </w:rPr>
        <w:t>So</w:t>
      </w:r>
      <w:proofErr w:type="gramEnd"/>
      <w:r>
        <w:rPr>
          <w:rFonts w:ascii="Arial" w:hAnsi="Arial"/>
        </w:rPr>
        <w:t xml:space="preserve"> one day Sarah is just out on </w:t>
      </w:r>
      <w:proofErr w:type="spellStart"/>
      <w:r>
        <w:rPr>
          <w:rFonts w:ascii="Arial" w:hAnsi="Arial"/>
        </w:rPr>
        <w:t>on</w:t>
      </w:r>
      <w:proofErr w:type="spellEnd"/>
      <w:r>
        <w:rPr>
          <w:rFonts w:ascii="Arial" w:hAnsi="Arial"/>
        </w:rPr>
        <w:t xml:space="preserve"> this plane on t</w:t>
      </w:r>
      <w:r>
        <w:rPr>
          <w:rFonts w:ascii="Arial" w:hAnsi="Arial"/>
        </w:rPr>
        <w:t xml:space="preserve">he street outside her flat in Paris, when this extravagant carriage pulls up at one of the neighbor's houses. And Sarah </w:t>
      </w:r>
      <w:proofErr w:type="spellStart"/>
      <w:r>
        <w:rPr>
          <w:rFonts w:ascii="Arial" w:hAnsi="Arial"/>
        </w:rPr>
        <w:t>recognises</w:t>
      </w:r>
      <w:proofErr w:type="spellEnd"/>
      <w:r>
        <w:rPr>
          <w:rFonts w:ascii="Arial" w:hAnsi="Arial"/>
        </w:rPr>
        <w:t xml:space="preserve"> this beautiful, fashionable woman </w:t>
      </w:r>
      <w:proofErr w:type="gramStart"/>
      <w:r>
        <w:rPr>
          <w:rFonts w:ascii="Arial" w:hAnsi="Arial"/>
        </w:rPr>
        <w:t>who's</w:t>
      </w:r>
      <w:proofErr w:type="gramEnd"/>
      <w:r>
        <w:rPr>
          <w:rFonts w:ascii="Arial" w:hAnsi="Arial"/>
        </w:rPr>
        <w:t xml:space="preserve"> getting out and going to visit one of the </w:t>
      </w:r>
      <w:proofErr w:type="spellStart"/>
      <w:r>
        <w:rPr>
          <w:rFonts w:ascii="Arial" w:hAnsi="Arial"/>
        </w:rPr>
        <w:t>neighbours</w:t>
      </w:r>
      <w:proofErr w:type="spellEnd"/>
      <w:r>
        <w:rPr>
          <w:rFonts w:ascii="Arial" w:hAnsi="Arial"/>
        </w:rPr>
        <w:t xml:space="preserve"> and it's </w:t>
      </w:r>
      <w:proofErr w:type="spellStart"/>
      <w:r>
        <w:rPr>
          <w:rFonts w:ascii="Arial" w:hAnsi="Arial"/>
        </w:rPr>
        <w:t>it's</w:t>
      </w:r>
      <w:proofErr w:type="spellEnd"/>
      <w:r>
        <w:rPr>
          <w:rFonts w:ascii="Arial" w:hAnsi="Arial"/>
        </w:rPr>
        <w:t xml:space="preserve"> her aren't her mum</w:t>
      </w:r>
      <w:r>
        <w:rPr>
          <w:rFonts w:ascii="Arial" w:hAnsi="Arial"/>
        </w:rPr>
        <w:t>'s sister who she's been living with.</w:t>
      </w:r>
    </w:p>
    <w:p w14:paraId="4A251C98" w14:textId="77777777" w:rsidR="00EB5BAC" w:rsidRDefault="00EB5BAC">
      <w:pPr>
        <w:spacing w:after="0"/>
      </w:pPr>
    </w:p>
    <w:p w14:paraId="0CC6CC9D" w14:textId="77777777" w:rsidR="00EB5BAC" w:rsidRDefault="00B67446">
      <w:pPr>
        <w:spacing w:after="0"/>
      </w:pPr>
      <w:proofErr w:type="gramStart"/>
      <w:r>
        <w:rPr>
          <w:rFonts w:ascii="Arial" w:hAnsi="Arial"/>
          <w:b/>
        </w:rPr>
        <w:t xml:space="preserve">Lucy  </w:t>
      </w:r>
      <w:r>
        <w:rPr>
          <w:rFonts w:ascii="Arial" w:hAnsi="Arial"/>
          <w:color w:val="5D7284"/>
        </w:rPr>
        <w:t>35:43</w:t>
      </w:r>
      <w:proofErr w:type="gramEnd"/>
    </w:p>
    <w:p w14:paraId="41A44AE6" w14:textId="77777777" w:rsidR="00EB5BAC" w:rsidRDefault="00B67446">
      <w:pPr>
        <w:spacing w:after="0"/>
      </w:pPr>
      <w:r>
        <w:rPr>
          <w:rFonts w:ascii="Arial" w:hAnsi="Arial"/>
        </w:rPr>
        <w:t>Right</w:t>
      </w:r>
    </w:p>
    <w:p w14:paraId="56DA254E" w14:textId="77777777" w:rsidR="00EB5BAC" w:rsidRDefault="00EB5BAC">
      <w:pPr>
        <w:spacing w:after="0"/>
      </w:pPr>
    </w:p>
    <w:p w14:paraId="09D613AE" w14:textId="77777777" w:rsidR="00EB5BAC" w:rsidRDefault="00B67446">
      <w:pPr>
        <w:spacing w:after="0"/>
      </w:pPr>
      <w:proofErr w:type="gramStart"/>
      <w:r>
        <w:rPr>
          <w:rFonts w:ascii="Arial" w:hAnsi="Arial"/>
          <w:b/>
        </w:rPr>
        <w:t xml:space="preserve">Alice  </w:t>
      </w:r>
      <w:r>
        <w:rPr>
          <w:rFonts w:ascii="Arial" w:hAnsi="Arial"/>
          <w:color w:val="5D7284"/>
        </w:rPr>
        <w:t>35:52</w:t>
      </w:r>
      <w:proofErr w:type="gramEnd"/>
    </w:p>
    <w:p w14:paraId="74BDB4BA" w14:textId="77777777" w:rsidR="00EB5BAC" w:rsidRDefault="00B67446">
      <w:pPr>
        <w:spacing w:after="0"/>
      </w:pPr>
      <w:r>
        <w:rPr>
          <w:rFonts w:ascii="Arial" w:hAnsi="Arial"/>
        </w:rPr>
        <w:t xml:space="preserve">This woman </w:t>
      </w:r>
      <w:proofErr w:type="gramStart"/>
      <w:r>
        <w:rPr>
          <w:rFonts w:ascii="Arial" w:hAnsi="Arial"/>
        </w:rPr>
        <w:t>hasn't</w:t>
      </w:r>
      <w:proofErr w:type="gramEnd"/>
      <w:r>
        <w:rPr>
          <w:rFonts w:ascii="Arial" w:hAnsi="Arial"/>
        </w:rPr>
        <w:t xml:space="preserve">. She </w:t>
      </w:r>
      <w:proofErr w:type="gramStart"/>
      <w:r>
        <w:rPr>
          <w:rFonts w:ascii="Arial" w:hAnsi="Arial"/>
        </w:rPr>
        <w:t>hasn't</w:t>
      </w:r>
      <w:proofErr w:type="gramEnd"/>
      <w:r>
        <w:rPr>
          <w:rFonts w:ascii="Arial" w:hAnsi="Arial"/>
        </w:rPr>
        <w:t xml:space="preserve"> come to see Sarah. </w:t>
      </w:r>
      <w:proofErr w:type="gramStart"/>
      <w:r>
        <w:rPr>
          <w:rFonts w:ascii="Arial" w:hAnsi="Arial"/>
        </w:rPr>
        <w:t>She's</w:t>
      </w:r>
      <w:proofErr w:type="gramEnd"/>
      <w:r>
        <w:rPr>
          <w:rFonts w:ascii="Arial" w:hAnsi="Arial"/>
        </w:rPr>
        <w:t xml:space="preserve"> come to see somebody else. And Sarah, in like, this is a classic sort of Sarah thing. She sees this woman she </w:t>
      </w:r>
      <w:proofErr w:type="spellStart"/>
      <w:r>
        <w:rPr>
          <w:rFonts w:ascii="Arial" w:hAnsi="Arial"/>
        </w:rPr>
        <w:t>recognises</w:t>
      </w:r>
      <w:proofErr w:type="spellEnd"/>
      <w:r>
        <w:rPr>
          <w:rFonts w:ascii="Arial" w:hAnsi="Arial"/>
        </w:rPr>
        <w:t xml:space="preserve"> her on an</w:t>
      </w:r>
      <w:r>
        <w:rPr>
          <w:rFonts w:ascii="Arial" w:hAnsi="Arial"/>
        </w:rPr>
        <w:t xml:space="preserve">d she throws like on the dramatics, and </w:t>
      </w:r>
      <w:proofErr w:type="gramStart"/>
      <w:r>
        <w:rPr>
          <w:rFonts w:ascii="Arial" w:hAnsi="Arial"/>
        </w:rPr>
        <w:t>she's</w:t>
      </w:r>
      <w:proofErr w:type="gramEnd"/>
      <w:r>
        <w:rPr>
          <w:rFonts w:ascii="Arial" w:hAnsi="Arial"/>
        </w:rPr>
        <w:t xml:space="preserve"> going, oh, oh, it's my aunt and if, Please. </w:t>
      </w:r>
      <w:proofErr w:type="gramStart"/>
      <w:r>
        <w:rPr>
          <w:rFonts w:ascii="Arial" w:hAnsi="Arial"/>
        </w:rPr>
        <w:t>Don't</w:t>
      </w:r>
      <w:proofErr w:type="gramEnd"/>
      <w:r>
        <w:rPr>
          <w:rFonts w:ascii="Arial" w:hAnsi="Arial"/>
        </w:rPr>
        <w:t xml:space="preserve"> leave me here and like wailing and begging and saying, say, oh, if you leave me here, I shall surely die. </w:t>
      </w:r>
      <w:proofErr w:type="gramStart"/>
      <w:r>
        <w:rPr>
          <w:rFonts w:ascii="Arial" w:hAnsi="Arial"/>
        </w:rPr>
        <w:t>She's</w:t>
      </w:r>
      <w:proofErr w:type="gramEnd"/>
      <w:r>
        <w:rPr>
          <w:rFonts w:ascii="Arial" w:hAnsi="Arial"/>
        </w:rPr>
        <w:t xml:space="preserve"> five.</w:t>
      </w:r>
    </w:p>
    <w:p w14:paraId="2CCB3E74" w14:textId="77777777" w:rsidR="00EB5BAC" w:rsidRDefault="00EB5BAC">
      <w:pPr>
        <w:spacing w:after="0"/>
      </w:pPr>
    </w:p>
    <w:p w14:paraId="0C27BDCA" w14:textId="77777777" w:rsidR="00EB5BAC" w:rsidRDefault="00B67446">
      <w:pPr>
        <w:spacing w:after="0"/>
      </w:pPr>
      <w:proofErr w:type="gramStart"/>
      <w:r>
        <w:rPr>
          <w:rFonts w:ascii="Arial" w:hAnsi="Arial"/>
          <w:b/>
        </w:rPr>
        <w:t xml:space="preserve">Lucy  </w:t>
      </w:r>
      <w:r>
        <w:rPr>
          <w:rFonts w:ascii="Arial" w:hAnsi="Arial"/>
          <w:color w:val="5D7284"/>
        </w:rPr>
        <w:t>36:39</w:t>
      </w:r>
      <w:proofErr w:type="gramEnd"/>
    </w:p>
    <w:p w14:paraId="6BA89318" w14:textId="77777777" w:rsidR="00EB5BAC" w:rsidRDefault="00B67446">
      <w:pPr>
        <w:spacing w:after="0"/>
      </w:pPr>
      <w:proofErr w:type="gramStart"/>
      <w:r>
        <w:rPr>
          <w:rFonts w:ascii="Arial" w:hAnsi="Arial"/>
        </w:rPr>
        <w:t>She's</w:t>
      </w:r>
      <w:proofErr w:type="gramEnd"/>
      <w:r>
        <w:rPr>
          <w:rFonts w:ascii="Arial" w:hAnsi="Arial"/>
        </w:rPr>
        <w:t xml:space="preserve"> laying it on thick is </w:t>
      </w:r>
      <w:r>
        <w:rPr>
          <w:rFonts w:ascii="Arial" w:hAnsi="Arial"/>
        </w:rPr>
        <w:t>basically what she's doing.</w:t>
      </w:r>
    </w:p>
    <w:p w14:paraId="3D200012" w14:textId="77777777" w:rsidR="00EB5BAC" w:rsidRDefault="00EB5BAC">
      <w:pPr>
        <w:spacing w:after="0"/>
      </w:pPr>
    </w:p>
    <w:p w14:paraId="0FAF923A" w14:textId="77777777" w:rsidR="00EB5BAC" w:rsidRDefault="00B67446">
      <w:pPr>
        <w:spacing w:after="0"/>
      </w:pPr>
      <w:proofErr w:type="gramStart"/>
      <w:r>
        <w:rPr>
          <w:rFonts w:ascii="Arial" w:hAnsi="Arial"/>
          <w:b/>
        </w:rPr>
        <w:t xml:space="preserve">Alice  </w:t>
      </w:r>
      <w:r>
        <w:rPr>
          <w:rFonts w:ascii="Arial" w:hAnsi="Arial"/>
          <w:color w:val="5D7284"/>
        </w:rPr>
        <w:t>36:42</w:t>
      </w:r>
      <w:proofErr w:type="gramEnd"/>
    </w:p>
    <w:p w14:paraId="5D896CD2" w14:textId="77777777" w:rsidR="00EB5BAC" w:rsidRDefault="00B67446">
      <w:pPr>
        <w:spacing w:after="0"/>
      </w:pPr>
      <w:r>
        <w:rPr>
          <w:rFonts w:ascii="Arial" w:hAnsi="Arial"/>
        </w:rPr>
        <w:t xml:space="preserve">I mean, </w:t>
      </w:r>
      <w:proofErr w:type="gramStart"/>
      <w:r>
        <w:rPr>
          <w:rFonts w:ascii="Arial" w:hAnsi="Arial"/>
        </w:rPr>
        <w:t>she's</w:t>
      </w:r>
      <w:proofErr w:type="gramEnd"/>
      <w:r>
        <w:rPr>
          <w:rFonts w:ascii="Arial" w:hAnsi="Arial"/>
        </w:rPr>
        <w:t xml:space="preserve"> probably not entirely wrong. </w:t>
      </w:r>
    </w:p>
    <w:p w14:paraId="7C20A581" w14:textId="77777777" w:rsidR="00EB5BAC" w:rsidRDefault="00EB5BAC">
      <w:pPr>
        <w:spacing w:after="0"/>
      </w:pPr>
    </w:p>
    <w:p w14:paraId="0B7A3150" w14:textId="77777777" w:rsidR="00EB5BAC" w:rsidRDefault="00B67446">
      <w:pPr>
        <w:spacing w:after="0"/>
      </w:pPr>
      <w:proofErr w:type="gramStart"/>
      <w:r>
        <w:rPr>
          <w:rFonts w:ascii="Arial" w:hAnsi="Arial"/>
          <w:b/>
        </w:rPr>
        <w:t xml:space="preserve">Lucy  </w:t>
      </w:r>
      <w:r>
        <w:rPr>
          <w:rFonts w:ascii="Arial" w:hAnsi="Arial"/>
          <w:color w:val="5D7284"/>
        </w:rPr>
        <w:t>36:45</w:t>
      </w:r>
      <w:proofErr w:type="gramEnd"/>
    </w:p>
    <w:p w14:paraId="69C28FD2" w14:textId="77777777" w:rsidR="00EB5BAC" w:rsidRDefault="00B67446">
      <w:pPr>
        <w:spacing w:after="0"/>
      </w:pPr>
      <w:r>
        <w:rPr>
          <w:rFonts w:ascii="Arial" w:hAnsi="Arial"/>
        </w:rPr>
        <w:t>No, I know.</w:t>
      </w:r>
    </w:p>
    <w:p w14:paraId="6814493F" w14:textId="77777777" w:rsidR="00EB5BAC" w:rsidRDefault="00EB5BAC">
      <w:pPr>
        <w:spacing w:after="0"/>
      </w:pPr>
    </w:p>
    <w:p w14:paraId="6D4AED8B" w14:textId="77777777" w:rsidR="00EB5BAC" w:rsidRDefault="00B67446">
      <w:pPr>
        <w:spacing w:after="0"/>
      </w:pPr>
      <w:proofErr w:type="gramStart"/>
      <w:r>
        <w:rPr>
          <w:rFonts w:ascii="Arial" w:hAnsi="Arial"/>
          <w:b/>
        </w:rPr>
        <w:t xml:space="preserve">Alice  </w:t>
      </w:r>
      <w:r>
        <w:rPr>
          <w:rFonts w:ascii="Arial" w:hAnsi="Arial"/>
          <w:color w:val="5D7284"/>
        </w:rPr>
        <w:t>36:46</w:t>
      </w:r>
      <w:proofErr w:type="gramEnd"/>
    </w:p>
    <w:p w14:paraId="6E87F0C5" w14:textId="77777777" w:rsidR="00EB5BAC" w:rsidRDefault="00B67446">
      <w:pPr>
        <w:spacing w:after="0"/>
      </w:pPr>
      <w:r>
        <w:rPr>
          <w:rFonts w:ascii="Arial" w:hAnsi="Arial"/>
        </w:rPr>
        <w:t xml:space="preserve">Like, you know, </w:t>
      </w:r>
      <w:proofErr w:type="gramStart"/>
      <w:r>
        <w:rPr>
          <w:rFonts w:ascii="Arial" w:hAnsi="Arial"/>
        </w:rPr>
        <w:t>she's</w:t>
      </w:r>
      <w:proofErr w:type="gramEnd"/>
      <w:r>
        <w:rPr>
          <w:rFonts w:ascii="Arial" w:hAnsi="Arial"/>
        </w:rPr>
        <w:t xml:space="preserve"> malnourished and neglected.</w:t>
      </w:r>
    </w:p>
    <w:p w14:paraId="702C9865" w14:textId="77777777" w:rsidR="00EB5BAC" w:rsidRDefault="00EB5BAC">
      <w:pPr>
        <w:spacing w:after="0"/>
      </w:pPr>
    </w:p>
    <w:p w14:paraId="79DF4B01" w14:textId="77777777" w:rsidR="00EB5BAC" w:rsidRDefault="00B67446">
      <w:pPr>
        <w:spacing w:after="0"/>
      </w:pPr>
      <w:proofErr w:type="gramStart"/>
      <w:r>
        <w:rPr>
          <w:rFonts w:ascii="Arial" w:hAnsi="Arial"/>
          <w:b/>
        </w:rPr>
        <w:t xml:space="preserve">Lucy  </w:t>
      </w:r>
      <w:r>
        <w:rPr>
          <w:rFonts w:ascii="Arial" w:hAnsi="Arial"/>
          <w:color w:val="5D7284"/>
        </w:rPr>
        <w:t>36:48</w:t>
      </w:r>
      <w:proofErr w:type="gramEnd"/>
    </w:p>
    <w:p w14:paraId="064D705C" w14:textId="77777777" w:rsidR="00EB5BAC" w:rsidRDefault="00B67446">
      <w:pPr>
        <w:spacing w:after="0"/>
      </w:pPr>
      <w:r>
        <w:rPr>
          <w:rFonts w:ascii="Arial" w:hAnsi="Arial"/>
        </w:rPr>
        <w:t xml:space="preserve">But </w:t>
      </w:r>
      <w:proofErr w:type="gramStart"/>
      <w:r>
        <w:rPr>
          <w:rFonts w:ascii="Arial" w:hAnsi="Arial"/>
        </w:rPr>
        <w:t>she's</w:t>
      </w:r>
      <w:proofErr w:type="gramEnd"/>
      <w:r>
        <w:rPr>
          <w:rFonts w:ascii="Arial" w:hAnsi="Arial"/>
        </w:rPr>
        <w:t xml:space="preserve"> seen that carriage. And </w:t>
      </w:r>
      <w:proofErr w:type="spellStart"/>
      <w:r>
        <w:rPr>
          <w:rFonts w:ascii="Arial" w:hAnsi="Arial"/>
        </w:rPr>
        <w:t>thought</w:t>
      </w:r>
      <w:proofErr w:type="spellEnd"/>
      <w:r>
        <w:rPr>
          <w:rFonts w:ascii="Arial" w:hAnsi="Arial"/>
        </w:rPr>
        <w:t xml:space="preserve"> </w:t>
      </w:r>
      <w:proofErr w:type="gramStart"/>
      <w:r>
        <w:rPr>
          <w:rFonts w:ascii="Arial" w:hAnsi="Arial"/>
        </w:rPr>
        <w:t>I'm</w:t>
      </w:r>
      <w:proofErr w:type="gramEnd"/>
      <w:r>
        <w:rPr>
          <w:rFonts w:ascii="Arial" w:hAnsi="Arial"/>
        </w:rPr>
        <w:t xml:space="preserve"> going I want to go. </w:t>
      </w:r>
    </w:p>
    <w:p w14:paraId="63DC2ACC" w14:textId="77777777" w:rsidR="00EB5BAC" w:rsidRDefault="00EB5BAC">
      <w:pPr>
        <w:spacing w:after="0"/>
      </w:pPr>
    </w:p>
    <w:p w14:paraId="1062C8DA" w14:textId="77777777" w:rsidR="00EB5BAC" w:rsidRDefault="00B67446">
      <w:pPr>
        <w:spacing w:after="0"/>
      </w:pPr>
      <w:proofErr w:type="gramStart"/>
      <w:r>
        <w:rPr>
          <w:rFonts w:ascii="Arial" w:hAnsi="Arial"/>
          <w:b/>
        </w:rPr>
        <w:t xml:space="preserve">Alice  </w:t>
      </w:r>
      <w:r>
        <w:rPr>
          <w:rFonts w:ascii="Arial" w:hAnsi="Arial"/>
          <w:color w:val="5D7284"/>
        </w:rPr>
        <w:t>36:53</w:t>
      </w:r>
      <w:proofErr w:type="gramEnd"/>
    </w:p>
    <w:p w14:paraId="38C00686" w14:textId="77777777" w:rsidR="00EB5BAC" w:rsidRDefault="00B67446">
      <w:pPr>
        <w:spacing w:after="0"/>
      </w:pPr>
      <w:r>
        <w:rPr>
          <w:rFonts w:ascii="Arial" w:hAnsi="Arial"/>
        </w:rPr>
        <w:t xml:space="preserve">Yeah, yeah. Yeah. So her sort of shrieking in the street brings everybody over to be like, Oh my god, what's going on and her aunt who, her </w:t>
      </w:r>
      <w:proofErr w:type="gramStart"/>
      <w:r>
        <w:rPr>
          <w:rFonts w:ascii="Arial" w:hAnsi="Arial"/>
        </w:rPr>
        <w:t xml:space="preserve">aunt  </w:t>
      </w:r>
      <w:proofErr w:type="spellStart"/>
      <w:r>
        <w:rPr>
          <w:rFonts w:ascii="Arial" w:hAnsi="Arial"/>
        </w:rPr>
        <w:t>hand't</w:t>
      </w:r>
      <w:proofErr w:type="spellEnd"/>
      <w:proofErr w:type="gramEnd"/>
      <w:r>
        <w:rPr>
          <w:rFonts w:ascii="Arial" w:hAnsi="Arial"/>
        </w:rPr>
        <w:t xml:space="preserve"> seen Sarah for a year. </w:t>
      </w:r>
      <w:proofErr w:type="gramStart"/>
      <w:r>
        <w:rPr>
          <w:rFonts w:ascii="Arial" w:hAnsi="Arial"/>
        </w:rPr>
        <w:t>So</w:t>
      </w:r>
      <w:proofErr w:type="gramEnd"/>
      <w:r>
        <w:rPr>
          <w:rFonts w:ascii="Arial" w:hAnsi="Arial"/>
        </w:rPr>
        <w:t xml:space="preserve"> she's </w:t>
      </w:r>
      <w:proofErr w:type="spellStart"/>
      <w:r>
        <w:rPr>
          <w:rFonts w:ascii="Arial" w:hAnsi="Arial"/>
        </w:rPr>
        <w:t>she's</w:t>
      </w:r>
      <w:proofErr w:type="spellEnd"/>
      <w:r>
        <w:rPr>
          <w:rFonts w:ascii="Arial" w:hAnsi="Arial"/>
        </w:rPr>
        <w:t xml:space="preserve"> coming to </w:t>
      </w:r>
      <w:r>
        <w:rPr>
          <w:rFonts w:ascii="Arial" w:hAnsi="Arial"/>
        </w:rPr>
        <w:lastRenderedPageBreak/>
        <w:t>visit the person who lives next door to Sa</w:t>
      </w:r>
      <w:r>
        <w:rPr>
          <w:rFonts w:ascii="Arial" w:hAnsi="Arial"/>
        </w:rPr>
        <w:t xml:space="preserve">rah. She probably </w:t>
      </w:r>
      <w:proofErr w:type="gramStart"/>
      <w:r>
        <w:rPr>
          <w:rFonts w:ascii="Arial" w:hAnsi="Arial"/>
        </w:rPr>
        <w:t>doesn't</w:t>
      </w:r>
      <w:proofErr w:type="gramEnd"/>
      <w:r>
        <w:rPr>
          <w:rFonts w:ascii="Arial" w:hAnsi="Arial"/>
        </w:rPr>
        <w:t xml:space="preserve"> even know Sarah fucking lives there. And then </w:t>
      </w:r>
      <w:proofErr w:type="gramStart"/>
      <w:r>
        <w:rPr>
          <w:rFonts w:ascii="Arial" w:hAnsi="Arial"/>
        </w:rPr>
        <w:t>there's</w:t>
      </w:r>
      <w:proofErr w:type="gramEnd"/>
      <w:r>
        <w:rPr>
          <w:rFonts w:ascii="Arial" w:hAnsi="Arial"/>
        </w:rPr>
        <w:t xml:space="preserve"> this child in the street that screeching at her.</w:t>
      </w:r>
    </w:p>
    <w:p w14:paraId="39C7066A" w14:textId="77777777" w:rsidR="00EB5BAC" w:rsidRDefault="00EB5BAC">
      <w:pPr>
        <w:spacing w:after="0"/>
      </w:pPr>
    </w:p>
    <w:p w14:paraId="234DF224" w14:textId="77777777" w:rsidR="00EB5BAC" w:rsidRDefault="00B67446">
      <w:pPr>
        <w:spacing w:after="0"/>
      </w:pPr>
      <w:proofErr w:type="gramStart"/>
      <w:r>
        <w:rPr>
          <w:rFonts w:ascii="Arial" w:hAnsi="Arial"/>
          <w:b/>
        </w:rPr>
        <w:t xml:space="preserve">Lucy  </w:t>
      </w:r>
      <w:r>
        <w:rPr>
          <w:rFonts w:ascii="Arial" w:hAnsi="Arial"/>
          <w:color w:val="5D7284"/>
        </w:rPr>
        <w:t>37:15</w:t>
      </w:r>
      <w:proofErr w:type="gramEnd"/>
    </w:p>
    <w:p w14:paraId="004F1C8F" w14:textId="77777777" w:rsidR="00EB5BAC" w:rsidRDefault="00B67446">
      <w:pPr>
        <w:spacing w:after="0"/>
      </w:pPr>
      <w:r>
        <w:rPr>
          <w:rFonts w:ascii="Arial" w:hAnsi="Arial"/>
        </w:rPr>
        <w:t xml:space="preserve">Screaming. Yeah. </w:t>
      </w:r>
    </w:p>
    <w:p w14:paraId="76074661" w14:textId="77777777" w:rsidR="00EB5BAC" w:rsidRDefault="00EB5BAC">
      <w:pPr>
        <w:spacing w:after="0"/>
      </w:pPr>
    </w:p>
    <w:p w14:paraId="1023EC6E" w14:textId="77777777" w:rsidR="00EB5BAC" w:rsidRDefault="00B67446">
      <w:pPr>
        <w:spacing w:after="0"/>
      </w:pPr>
      <w:proofErr w:type="gramStart"/>
      <w:r>
        <w:rPr>
          <w:rFonts w:ascii="Arial" w:hAnsi="Arial"/>
          <w:b/>
        </w:rPr>
        <w:t xml:space="preserve">Alice  </w:t>
      </w:r>
      <w:r>
        <w:rPr>
          <w:rFonts w:ascii="Arial" w:hAnsi="Arial"/>
          <w:color w:val="5D7284"/>
        </w:rPr>
        <w:t>37:17</w:t>
      </w:r>
      <w:proofErr w:type="gramEnd"/>
    </w:p>
    <w:p w14:paraId="4D31FD1F" w14:textId="77777777" w:rsidR="00EB5BAC" w:rsidRDefault="00B67446">
      <w:pPr>
        <w:spacing w:after="0"/>
      </w:pPr>
      <w:r>
        <w:rPr>
          <w:rFonts w:ascii="Arial" w:hAnsi="Arial"/>
        </w:rPr>
        <w:t xml:space="preserve">And she </w:t>
      </w:r>
      <w:proofErr w:type="gramStart"/>
      <w:r>
        <w:rPr>
          <w:rFonts w:ascii="Arial" w:hAnsi="Arial"/>
        </w:rPr>
        <w:t>didn't</w:t>
      </w:r>
      <w:proofErr w:type="gramEnd"/>
      <w:r>
        <w:rPr>
          <w:rFonts w:ascii="Arial" w:hAnsi="Arial"/>
        </w:rPr>
        <w:t xml:space="preserve"> </w:t>
      </w:r>
      <w:proofErr w:type="spellStart"/>
      <w:r>
        <w:rPr>
          <w:rFonts w:ascii="Arial" w:hAnsi="Arial"/>
        </w:rPr>
        <w:t>recognise</w:t>
      </w:r>
      <w:proofErr w:type="spellEnd"/>
      <w:r>
        <w:rPr>
          <w:rFonts w:ascii="Arial" w:hAnsi="Arial"/>
        </w:rPr>
        <w:t xml:space="preserve"> her at first because Sarah was so like, emaciated. </w:t>
      </w:r>
    </w:p>
    <w:p w14:paraId="11C85AD7" w14:textId="77777777" w:rsidR="00EB5BAC" w:rsidRDefault="00EB5BAC">
      <w:pPr>
        <w:spacing w:after="0"/>
      </w:pPr>
    </w:p>
    <w:p w14:paraId="4E51B602" w14:textId="77777777" w:rsidR="00EB5BAC" w:rsidRDefault="00B67446">
      <w:pPr>
        <w:spacing w:after="0"/>
      </w:pPr>
      <w:proofErr w:type="gramStart"/>
      <w:r>
        <w:rPr>
          <w:rFonts w:ascii="Arial" w:hAnsi="Arial"/>
          <w:b/>
        </w:rPr>
        <w:t>Lucy</w:t>
      </w:r>
      <w:r>
        <w:rPr>
          <w:rFonts w:ascii="Arial" w:hAnsi="Arial"/>
          <w:b/>
        </w:rPr>
        <w:t xml:space="preserve">  </w:t>
      </w:r>
      <w:r>
        <w:rPr>
          <w:rFonts w:ascii="Arial" w:hAnsi="Arial"/>
          <w:color w:val="5D7284"/>
        </w:rPr>
        <w:t>37:21</w:t>
      </w:r>
      <w:proofErr w:type="gramEnd"/>
    </w:p>
    <w:p w14:paraId="2FC044A4" w14:textId="77777777" w:rsidR="00EB5BAC" w:rsidRDefault="00B67446">
      <w:pPr>
        <w:spacing w:after="0"/>
      </w:pPr>
      <w:r>
        <w:rPr>
          <w:rFonts w:ascii="Arial" w:hAnsi="Arial"/>
        </w:rPr>
        <w:t>Right</w:t>
      </w:r>
    </w:p>
    <w:p w14:paraId="7E162037" w14:textId="77777777" w:rsidR="00EB5BAC" w:rsidRDefault="00EB5BAC">
      <w:pPr>
        <w:spacing w:after="0"/>
      </w:pPr>
    </w:p>
    <w:p w14:paraId="31DED99D" w14:textId="77777777" w:rsidR="00EB5BAC" w:rsidRDefault="00B67446">
      <w:pPr>
        <w:spacing w:after="0"/>
      </w:pPr>
      <w:proofErr w:type="gramStart"/>
      <w:r>
        <w:rPr>
          <w:rFonts w:ascii="Arial" w:hAnsi="Arial"/>
          <w:b/>
        </w:rPr>
        <w:t xml:space="preserve">Alice  </w:t>
      </w:r>
      <w:r>
        <w:rPr>
          <w:rFonts w:ascii="Arial" w:hAnsi="Arial"/>
          <w:color w:val="5D7284"/>
        </w:rPr>
        <w:t>37:22</w:t>
      </w:r>
      <w:proofErr w:type="gramEnd"/>
    </w:p>
    <w:p w14:paraId="4D4F2AC9" w14:textId="77777777" w:rsidR="00EB5BAC" w:rsidRDefault="00B67446">
      <w:pPr>
        <w:spacing w:after="0"/>
      </w:pPr>
      <w:r>
        <w:rPr>
          <w:rFonts w:ascii="Arial" w:hAnsi="Arial"/>
        </w:rPr>
        <w:t xml:space="preserve">All these </w:t>
      </w:r>
      <w:proofErr w:type="spellStart"/>
      <w:r>
        <w:rPr>
          <w:rFonts w:ascii="Arial" w:hAnsi="Arial"/>
        </w:rPr>
        <w:t>grown ups</w:t>
      </w:r>
      <w:proofErr w:type="spellEnd"/>
      <w:r>
        <w:rPr>
          <w:rFonts w:ascii="Arial" w:hAnsi="Arial"/>
        </w:rPr>
        <w:t xml:space="preserve"> come around, and </w:t>
      </w:r>
      <w:proofErr w:type="gramStart"/>
      <w:r>
        <w:rPr>
          <w:rFonts w:ascii="Arial" w:hAnsi="Arial"/>
        </w:rPr>
        <w:t>they're</w:t>
      </w:r>
      <w:proofErr w:type="gramEnd"/>
      <w:r>
        <w:rPr>
          <w:rFonts w:ascii="Arial" w:hAnsi="Arial"/>
        </w:rPr>
        <w:t xml:space="preserve"> like, okay, no, don't worry. </w:t>
      </w:r>
      <w:proofErr w:type="gramStart"/>
      <w:r>
        <w:rPr>
          <w:rFonts w:ascii="Arial" w:hAnsi="Arial"/>
        </w:rPr>
        <w:t>We'll</w:t>
      </w:r>
      <w:proofErr w:type="gramEnd"/>
      <w:r>
        <w:rPr>
          <w:rFonts w:ascii="Arial" w:hAnsi="Arial"/>
        </w:rPr>
        <w:t xml:space="preserve">, like calm down Sarah. And her aunt promises that </w:t>
      </w:r>
      <w:proofErr w:type="gramStart"/>
      <w:r>
        <w:rPr>
          <w:rFonts w:ascii="Arial" w:hAnsi="Arial"/>
        </w:rPr>
        <w:t>she's</w:t>
      </w:r>
      <w:proofErr w:type="gramEnd"/>
      <w:r>
        <w:rPr>
          <w:rFonts w:ascii="Arial" w:hAnsi="Arial"/>
        </w:rPr>
        <w:t xml:space="preserve"> going to she's not going to take her home now. But </w:t>
      </w:r>
      <w:proofErr w:type="gramStart"/>
      <w:r>
        <w:rPr>
          <w:rFonts w:ascii="Arial" w:hAnsi="Arial"/>
        </w:rPr>
        <w:t>she'll</w:t>
      </w:r>
      <w:proofErr w:type="gramEnd"/>
      <w:r>
        <w:rPr>
          <w:rFonts w:ascii="Arial" w:hAnsi="Arial"/>
        </w:rPr>
        <w:t xml:space="preserve"> go away. And </w:t>
      </w:r>
      <w:proofErr w:type="gramStart"/>
      <w:r>
        <w:rPr>
          <w:rFonts w:ascii="Arial" w:hAnsi="Arial"/>
        </w:rPr>
        <w:t>she'll</w:t>
      </w:r>
      <w:proofErr w:type="gramEnd"/>
      <w:r>
        <w:rPr>
          <w:rFonts w:ascii="Arial" w:hAnsi="Arial"/>
        </w:rPr>
        <w:t xml:space="preserve"> fetch Julie, S</w:t>
      </w:r>
      <w:r>
        <w:rPr>
          <w:rFonts w:ascii="Arial" w:hAnsi="Arial"/>
        </w:rPr>
        <w:t xml:space="preserve">arah's mum. And </w:t>
      </w:r>
      <w:proofErr w:type="gramStart"/>
      <w:r>
        <w:rPr>
          <w:rFonts w:ascii="Arial" w:hAnsi="Arial"/>
        </w:rPr>
        <w:t>they'll</w:t>
      </w:r>
      <w:proofErr w:type="gramEnd"/>
      <w:r>
        <w:rPr>
          <w:rFonts w:ascii="Arial" w:hAnsi="Arial"/>
        </w:rPr>
        <w:t xml:space="preserve"> come back tomorrow. </w:t>
      </w:r>
    </w:p>
    <w:p w14:paraId="7129372F" w14:textId="77777777" w:rsidR="00EB5BAC" w:rsidRDefault="00EB5BAC">
      <w:pPr>
        <w:spacing w:after="0"/>
      </w:pPr>
    </w:p>
    <w:p w14:paraId="553701EE" w14:textId="77777777" w:rsidR="00EB5BAC" w:rsidRDefault="00B67446">
      <w:pPr>
        <w:spacing w:after="0"/>
      </w:pPr>
      <w:proofErr w:type="gramStart"/>
      <w:r>
        <w:rPr>
          <w:rFonts w:ascii="Arial" w:hAnsi="Arial"/>
          <w:b/>
        </w:rPr>
        <w:t xml:space="preserve">Lucy  </w:t>
      </w:r>
      <w:r>
        <w:rPr>
          <w:rFonts w:ascii="Arial" w:hAnsi="Arial"/>
          <w:color w:val="5D7284"/>
        </w:rPr>
        <w:t>37:39</w:t>
      </w:r>
      <w:proofErr w:type="gramEnd"/>
    </w:p>
    <w:p w14:paraId="3A51EB0B" w14:textId="77777777" w:rsidR="00EB5BAC" w:rsidRDefault="00B67446">
      <w:pPr>
        <w:spacing w:after="0"/>
      </w:pPr>
      <w:r>
        <w:rPr>
          <w:rFonts w:ascii="Arial" w:hAnsi="Arial"/>
        </w:rPr>
        <w:t xml:space="preserve">Right. </w:t>
      </w:r>
    </w:p>
    <w:p w14:paraId="73B2C7D4" w14:textId="77777777" w:rsidR="00EB5BAC" w:rsidRDefault="00EB5BAC">
      <w:pPr>
        <w:spacing w:after="0"/>
      </w:pPr>
    </w:p>
    <w:p w14:paraId="2CA9111E" w14:textId="77777777" w:rsidR="00EB5BAC" w:rsidRDefault="00B67446">
      <w:pPr>
        <w:spacing w:after="0"/>
      </w:pPr>
      <w:proofErr w:type="gramStart"/>
      <w:r>
        <w:rPr>
          <w:rFonts w:ascii="Arial" w:hAnsi="Arial"/>
          <w:b/>
        </w:rPr>
        <w:t xml:space="preserve">Alice  </w:t>
      </w:r>
      <w:r>
        <w:rPr>
          <w:rFonts w:ascii="Arial" w:hAnsi="Arial"/>
          <w:color w:val="5D7284"/>
        </w:rPr>
        <w:t>37:39</w:t>
      </w:r>
      <w:proofErr w:type="gramEnd"/>
    </w:p>
    <w:p w14:paraId="6D028489" w14:textId="77777777" w:rsidR="00EB5BAC" w:rsidRDefault="00B67446">
      <w:pPr>
        <w:spacing w:after="0"/>
      </w:pPr>
      <w:r>
        <w:rPr>
          <w:rFonts w:ascii="Arial" w:hAnsi="Arial"/>
        </w:rPr>
        <w:t xml:space="preserve">Sarah is sent off to like, back upstairs into the flat. And </w:t>
      </w:r>
      <w:proofErr w:type="gramStart"/>
      <w:r>
        <w:rPr>
          <w:rFonts w:ascii="Arial" w:hAnsi="Arial"/>
        </w:rPr>
        <w:t>she's</w:t>
      </w:r>
      <w:proofErr w:type="gramEnd"/>
      <w:r>
        <w:rPr>
          <w:rFonts w:ascii="Arial" w:hAnsi="Arial"/>
        </w:rPr>
        <w:t xml:space="preserve"> like, this is bullshit. I really </w:t>
      </w:r>
      <w:proofErr w:type="gramStart"/>
      <w:r>
        <w:rPr>
          <w:rFonts w:ascii="Arial" w:hAnsi="Arial"/>
        </w:rPr>
        <w:t>don't</w:t>
      </w:r>
      <w:proofErr w:type="gramEnd"/>
      <w:r>
        <w:rPr>
          <w:rFonts w:ascii="Arial" w:hAnsi="Arial"/>
        </w:rPr>
        <w:t xml:space="preserve"> think you're coming back.</w:t>
      </w:r>
    </w:p>
    <w:p w14:paraId="14A37767" w14:textId="77777777" w:rsidR="00EB5BAC" w:rsidRDefault="00EB5BAC">
      <w:pPr>
        <w:spacing w:after="0"/>
      </w:pPr>
    </w:p>
    <w:p w14:paraId="5E28792B" w14:textId="77777777" w:rsidR="00EB5BAC" w:rsidRDefault="00B67446">
      <w:pPr>
        <w:spacing w:after="0"/>
      </w:pPr>
      <w:proofErr w:type="gramStart"/>
      <w:r>
        <w:rPr>
          <w:rFonts w:ascii="Arial" w:hAnsi="Arial"/>
          <w:b/>
        </w:rPr>
        <w:t xml:space="preserve">Lucy  </w:t>
      </w:r>
      <w:r>
        <w:rPr>
          <w:rFonts w:ascii="Arial" w:hAnsi="Arial"/>
          <w:color w:val="5D7284"/>
        </w:rPr>
        <w:t>37:50</w:t>
      </w:r>
      <w:proofErr w:type="gramEnd"/>
    </w:p>
    <w:p w14:paraId="51BD3CCA" w14:textId="77777777" w:rsidR="00EB5BAC" w:rsidRDefault="00B67446">
      <w:pPr>
        <w:spacing w:after="0"/>
      </w:pPr>
      <w:r>
        <w:rPr>
          <w:rFonts w:ascii="Arial" w:hAnsi="Arial"/>
        </w:rPr>
        <w:t>No.</w:t>
      </w:r>
    </w:p>
    <w:p w14:paraId="63D1E6E0" w14:textId="77777777" w:rsidR="00EB5BAC" w:rsidRDefault="00EB5BAC">
      <w:pPr>
        <w:spacing w:after="0"/>
      </w:pPr>
    </w:p>
    <w:p w14:paraId="069302E2" w14:textId="77777777" w:rsidR="00EB5BAC" w:rsidRDefault="00B67446">
      <w:pPr>
        <w:spacing w:after="0"/>
      </w:pPr>
      <w:proofErr w:type="gramStart"/>
      <w:r>
        <w:rPr>
          <w:rFonts w:ascii="Arial" w:hAnsi="Arial"/>
          <w:b/>
        </w:rPr>
        <w:t xml:space="preserve">Alice  </w:t>
      </w:r>
      <w:r>
        <w:rPr>
          <w:rFonts w:ascii="Arial" w:hAnsi="Arial"/>
          <w:color w:val="5D7284"/>
        </w:rPr>
        <w:t>37:51</w:t>
      </w:r>
      <w:proofErr w:type="gramEnd"/>
    </w:p>
    <w:p w14:paraId="50E253F8" w14:textId="77777777" w:rsidR="00EB5BAC" w:rsidRDefault="00B67446">
      <w:pPr>
        <w:spacing w:after="0"/>
      </w:pPr>
      <w:proofErr w:type="gramStart"/>
      <w:r>
        <w:rPr>
          <w:rFonts w:ascii="Arial" w:hAnsi="Arial"/>
        </w:rPr>
        <w:t>It's</w:t>
      </w:r>
      <w:proofErr w:type="gramEnd"/>
      <w:r>
        <w:rPr>
          <w:rFonts w:ascii="Arial" w:hAnsi="Arial"/>
        </w:rPr>
        <w:t xml:space="preserve"> particula</w:t>
      </w:r>
      <w:r>
        <w:rPr>
          <w:rFonts w:ascii="Arial" w:hAnsi="Arial"/>
        </w:rPr>
        <w:t>rly interesting, because we find out later that I'm not quite sure how Julie's sister was going to fetch Julie and bring her back the next day because Julie was living in England and hadn't told her daughter.</w:t>
      </w:r>
    </w:p>
    <w:p w14:paraId="15BC2FF5" w14:textId="77777777" w:rsidR="00EB5BAC" w:rsidRDefault="00EB5BAC">
      <w:pPr>
        <w:spacing w:after="0"/>
      </w:pPr>
    </w:p>
    <w:p w14:paraId="6F887BD4" w14:textId="77777777" w:rsidR="00EB5BAC" w:rsidRDefault="00B67446">
      <w:pPr>
        <w:spacing w:after="0"/>
      </w:pPr>
      <w:proofErr w:type="gramStart"/>
      <w:r>
        <w:rPr>
          <w:rFonts w:ascii="Arial" w:hAnsi="Arial"/>
          <w:b/>
        </w:rPr>
        <w:t xml:space="preserve">Lucy  </w:t>
      </w:r>
      <w:r>
        <w:rPr>
          <w:rFonts w:ascii="Arial" w:hAnsi="Arial"/>
          <w:color w:val="5D7284"/>
        </w:rPr>
        <w:t>38:03</w:t>
      </w:r>
      <w:proofErr w:type="gramEnd"/>
    </w:p>
    <w:p w14:paraId="62036C33" w14:textId="77777777" w:rsidR="00EB5BAC" w:rsidRDefault="00B67446">
      <w:pPr>
        <w:spacing w:after="0"/>
      </w:pPr>
      <w:r>
        <w:rPr>
          <w:rFonts w:ascii="Arial" w:hAnsi="Arial"/>
        </w:rPr>
        <w:t>She seems to do a lot of this like</w:t>
      </w:r>
      <w:r>
        <w:rPr>
          <w:rFonts w:ascii="Arial" w:hAnsi="Arial"/>
        </w:rPr>
        <w:t xml:space="preserve">, midnight flits. I </w:t>
      </w:r>
      <w:proofErr w:type="gramStart"/>
      <w:r>
        <w:rPr>
          <w:rFonts w:ascii="Arial" w:hAnsi="Arial"/>
        </w:rPr>
        <w:t>don't</w:t>
      </w:r>
      <w:proofErr w:type="gramEnd"/>
      <w:r>
        <w:rPr>
          <w:rFonts w:ascii="Arial" w:hAnsi="Arial"/>
        </w:rPr>
        <w:t xml:space="preserve"> like this now I'm off. Bye</w:t>
      </w:r>
    </w:p>
    <w:p w14:paraId="385AC7DB" w14:textId="77777777" w:rsidR="00EB5BAC" w:rsidRDefault="00EB5BAC">
      <w:pPr>
        <w:spacing w:after="0"/>
      </w:pPr>
    </w:p>
    <w:p w14:paraId="0DB1E28C" w14:textId="77777777" w:rsidR="00EB5BAC" w:rsidRDefault="00B67446">
      <w:pPr>
        <w:spacing w:after="0"/>
      </w:pPr>
      <w:proofErr w:type="gramStart"/>
      <w:r>
        <w:rPr>
          <w:rFonts w:ascii="Arial" w:hAnsi="Arial"/>
          <w:b/>
        </w:rPr>
        <w:t xml:space="preserve">Alice  </w:t>
      </w:r>
      <w:r>
        <w:rPr>
          <w:rFonts w:ascii="Arial" w:hAnsi="Arial"/>
          <w:color w:val="5D7284"/>
        </w:rPr>
        <w:t>38:09</w:t>
      </w:r>
      <w:proofErr w:type="gramEnd"/>
    </w:p>
    <w:p w14:paraId="7C4CBAFF" w14:textId="77777777" w:rsidR="00EB5BAC" w:rsidRDefault="00B67446">
      <w:pPr>
        <w:spacing w:after="0"/>
      </w:pPr>
      <w:r>
        <w:rPr>
          <w:rFonts w:ascii="Arial" w:hAnsi="Arial"/>
        </w:rPr>
        <w:t xml:space="preserve">Yeah. So. So basically what Sarah does is, </w:t>
      </w:r>
    </w:p>
    <w:p w14:paraId="26AEB3F0" w14:textId="77777777" w:rsidR="00EB5BAC" w:rsidRDefault="00EB5BAC">
      <w:pPr>
        <w:spacing w:after="0"/>
      </w:pPr>
    </w:p>
    <w:p w14:paraId="1739B5DD" w14:textId="77777777" w:rsidR="00EB5BAC" w:rsidRDefault="00B67446">
      <w:pPr>
        <w:spacing w:after="0"/>
      </w:pPr>
      <w:proofErr w:type="gramStart"/>
      <w:r>
        <w:rPr>
          <w:rFonts w:ascii="Arial" w:hAnsi="Arial"/>
          <w:b/>
        </w:rPr>
        <w:t xml:space="preserve">Lucy  </w:t>
      </w:r>
      <w:r>
        <w:rPr>
          <w:rFonts w:ascii="Arial" w:hAnsi="Arial"/>
          <w:color w:val="5D7284"/>
        </w:rPr>
        <w:t>38:13</w:t>
      </w:r>
      <w:proofErr w:type="gramEnd"/>
    </w:p>
    <w:p w14:paraId="1C029131" w14:textId="77777777" w:rsidR="00EB5BAC" w:rsidRDefault="00B67446">
      <w:pPr>
        <w:spacing w:after="0"/>
      </w:pPr>
      <w:r>
        <w:rPr>
          <w:rFonts w:ascii="Arial" w:hAnsi="Arial"/>
        </w:rPr>
        <w:t xml:space="preserve">Yeah, </w:t>
      </w:r>
    </w:p>
    <w:p w14:paraId="2988B73B" w14:textId="77777777" w:rsidR="00EB5BAC" w:rsidRDefault="00EB5BAC">
      <w:pPr>
        <w:spacing w:after="0"/>
      </w:pPr>
    </w:p>
    <w:p w14:paraId="7CEA0F46" w14:textId="77777777" w:rsidR="00EB5BAC" w:rsidRDefault="00B67446">
      <w:pPr>
        <w:spacing w:after="0"/>
      </w:pPr>
      <w:proofErr w:type="gramStart"/>
      <w:r>
        <w:rPr>
          <w:rFonts w:ascii="Arial" w:hAnsi="Arial"/>
          <w:b/>
        </w:rPr>
        <w:t xml:space="preserve">Alice  </w:t>
      </w:r>
      <w:r>
        <w:rPr>
          <w:rFonts w:ascii="Arial" w:hAnsi="Arial"/>
          <w:color w:val="5D7284"/>
        </w:rPr>
        <w:t>38:13</w:t>
      </w:r>
      <w:proofErr w:type="gramEnd"/>
    </w:p>
    <w:p w14:paraId="3A58DD27" w14:textId="77777777" w:rsidR="00EB5BAC" w:rsidRDefault="00B67446">
      <w:pPr>
        <w:spacing w:after="0"/>
      </w:pPr>
      <w:r>
        <w:rPr>
          <w:rFonts w:ascii="Arial" w:hAnsi="Arial"/>
        </w:rPr>
        <w:lastRenderedPageBreak/>
        <w:t xml:space="preserve">She </w:t>
      </w:r>
      <w:proofErr w:type="gramStart"/>
      <w:r>
        <w:rPr>
          <w:rFonts w:ascii="Arial" w:hAnsi="Arial"/>
        </w:rPr>
        <w:t>err</w:t>
      </w:r>
      <w:proofErr w:type="gramEnd"/>
      <w:r>
        <w:rPr>
          <w:rFonts w:ascii="Arial" w:hAnsi="Arial"/>
        </w:rPr>
        <w:t xml:space="preserve">. </w:t>
      </w:r>
      <w:proofErr w:type="gramStart"/>
      <w:r>
        <w:rPr>
          <w:rFonts w:ascii="Arial" w:hAnsi="Arial"/>
        </w:rPr>
        <w:t>I've</w:t>
      </w:r>
      <w:proofErr w:type="gramEnd"/>
      <w:r>
        <w:rPr>
          <w:rFonts w:ascii="Arial" w:hAnsi="Arial"/>
        </w:rPr>
        <w:t xml:space="preserve"> got I've got a quote from the biography. I read that </w:t>
      </w:r>
      <w:proofErr w:type="gramStart"/>
      <w:r>
        <w:rPr>
          <w:rFonts w:ascii="Arial" w:hAnsi="Arial"/>
        </w:rPr>
        <w:t>it's</w:t>
      </w:r>
      <w:proofErr w:type="gramEnd"/>
      <w:r>
        <w:rPr>
          <w:rFonts w:ascii="Arial" w:hAnsi="Arial"/>
        </w:rPr>
        <w:t xml:space="preserve"> called Sara as I knew her. And this </w:t>
      </w:r>
      <w:r>
        <w:rPr>
          <w:rFonts w:ascii="Arial" w:hAnsi="Arial"/>
        </w:rPr>
        <w:t xml:space="preserve">is Sarah's upstairs in the flat overlooking the street and her aunt's gone back in her coach and </w:t>
      </w:r>
      <w:proofErr w:type="gramStart"/>
      <w:r>
        <w:rPr>
          <w:rFonts w:ascii="Arial" w:hAnsi="Arial"/>
        </w:rPr>
        <w:t>she's</w:t>
      </w:r>
      <w:proofErr w:type="gramEnd"/>
      <w:r>
        <w:rPr>
          <w:rFonts w:ascii="Arial" w:hAnsi="Arial"/>
        </w:rPr>
        <w:t xml:space="preserve"> </w:t>
      </w:r>
      <w:proofErr w:type="spellStart"/>
      <w:r>
        <w:rPr>
          <w:rFonts w:ascii="Arial" w:hAnsi="Arial"/>
        </w:rPr>
        <w:t>she's</w:t>
      </w:r>
      <w:proofErr w:type="spellEnd"/>
      <w:r>
        <w:rPr>
          <w:rFonts w:ascii="Arial" w:hAnsi="Arial"/>
        </w:rPr>
        <w:t xml:space="preserve"> going home,</w:t>
      </w:r>
    </w:p>
    <w:p w14:paraId="7E28EA38" w14:textId="77777777" w:rsidR="00EB5BAC" w:rsidRDefault="00EB5BAC">
      <w:pPr>
        <w:spacing w:after="0"/>
      </w:pPr>
    </w:p>
    <w:p w14:paraId="02AE6A5F" w14:textId="77777777" w:rsidR="00EB5BAC" w:rsidRDefault="00B67446">
      <w:pPr>
        <w:spacing w:after="0"/>
      </w:pPr>
      <w:proofErr w:type="gramStart"/>
      <w:r>
        <w:rPr>
          <w:rFonts w:ascii="Arial" w:hAnsi="Arial"/>
          <w:b/>
        </w:rPr>
        <w:t xml:space="preserve">Lucy  </w:t>
      </w:r>
      <w:r>
        <w:rPr>
          <w:rFonts w:ascii="Arial" w:hAnsi="Arial"/>
          <w:color w:val="5D7284"/>
        </w:rPr>
        <w:t>38:32</w:t>
      </w:r>
      <w:proofErr w:type="gramEnd"/>
    </w:p>
    <w:p w14:paraId="78337415" w14:textId="77777777" w:rsidR="00EB5BAC" w:rsidRDefault="00B67446">
      <w:pPr>
        <w:spacing w:after="0"/>
      </w:pPr>
      <w:r>
        <w:rPr>
          <w:rFonts w:ascii="Arial" w:hAnsi="Arial"/>
        </w:rPr>
        <w:t xml:space="preserve">and she says, </w:t>
      </w:r>
      <w:proofErr w:type="gramStart"/>
      <w:r>
        <w:rPr>
          <w:rFonts w:ascii="Arial" w:hAnsi="Arial"/>
        </w:rPr>
        <w:t>I'll</w:t>
      </w:r>
      <w:proofErr w:type="gramEnd"/>
      <w:r>
        <w:rPr>
          <w:rFonts w:ascii="Arial" w:hAnsi="Arial"/>
        </w:rPr>
        <w:t xml:space="preserve"> be back tomorrow love.</w:t>
      </w:r>
    </w:p>
    <w:p w14:paraId="68F944F6" w14:textId="77777777" w:rsidR="00EB5BAC" w:rsidRDefault="00EB5BAC">
      <w:pPr>
        <w:spacing w:after="0"/>
      </w:pPr>
    </w:p>
    <w:p w14:paraId="3DD78189" w14:textId="77777777" w:rsidR="00EB5BAC" w:rsidRDefault="00B67446">
      <w:pPr>
        <w:spacing w:after="0"/>
      </w:pPr>
      <w:proofErr w:type="gramStart"/>
      <w:r>
        <w:rPr>
          <w:rFonts w:ascii="Arial" w:hAnsi="Arial"/>
          <w:b/>
        </w:rPr>
        <w:t xml:space="preserve">Alice  </w:t>
      </w:r>
      <w:r>
        <w:rPr>
          <w:rFonts w:ascii="Arial" w:hAnsi="Arial"/>
          <w:color w:val="5D7284"/>
        </w:rPr>
        <w:t>38:35</w:t>
      </w:r>
      <w:proofErr w:type="gramEnd"/>
    </w:p>
    <w:p w14:paraId="0F913B64" w14:textId="77777777" w:rsidR="00EB5BAC" w:rsidRDefault="00B67446">
      <w:pPr>
        <w:spacing w:after="0"/>
      </w:pPr>
      <w:r>
        <w:rPr>
          <w:rFonts w:ascii="Arial" w:hAnsi="Arial"/>
        </w:rPr>
        <w:t xml:space="preserve">Yeah, so quote, begins, "the coachman </w:t>
      </w:r>
      <w:proofErr w:type="spellStart"/>
      <w:r>
        <w:rPr>
          <w:rFonts w:ascii="Arial" w:hAnsi="Arial"/>
        </w:rPr>
        <w:t>cluked</w:t>
      </w:r>
      <w:proofErr w:type="spellEnd"/>
      <w:r>
        <w:rPr>
          <w:rFonts w:ascii="Arial" w:hAnsi="Arial"/>
        </w:rPr>
        <w:t xml:space="preserve"> his horses, and </w:t>
      </w:r>
      <w:r>
        <w:rPr>
          <w:rFonts w:ascii="Arial" w:hAnsi="Arial"/>
        </w:rPr>
        <w:t xml:space="preserve">the equipage moved away. But before he had gone two feet, there was a </w:t>
      </w:r>
      <w:proofErr w:type="gramStart"/>
      <w:r>
        <w:rPr>
          <w:rFonts w:ascii="Arial" w:hAnsi="Arial"/>
        </w:rPr>
        <w:t>heart rending</w:t>
      </w:r>
      <w:proofErr w:type="gramEnd"/>
      <w:r>
        <w:rPr>
          <w:rFonts w:ascii="Arial" w:hAnsi="Arial"/>
        </w:rPr>
        <w:t xml:space="preserve"> wail and shriek followed by a chorus of a frighted shouts and body came hurtling past the coach to the pavement. It was Sarah, the child had attempted to jump from the tiny</w:t>
      </w:r>
      <w:r>
        <w:rPr>
          <w:rFonts w:ascii="Arial" w:hAnsi="Arial"/>
        </w:rPr>
        <w:t xml:space="preserve"> first floor window to the coach as it passed.</w:t>
      </w:r>
    </w:p>
    <w:p w14:paraId="51A01DE7" w14:textId="77777777" w:rsidR="00EB5BAC" w:rsidRDefault="00EB5BAC">
      <w:pPr>
        <w:spacing w:after="0"/>
      </w:pPr>
    </w:p>
    <w:p w14:paraId="06A81810" w14:textId="77777777" w:rsidR="00EB5BAC" w:rsidRDefault="00B67446">
      <w:pPr>
        <w:spacing w:after="0"/>
      </w:pPr>
      <w:proofErr w:type="gramStart"/>
      <w:r>
        <w:rPr>
          <w:rFonts w:ascii="Arial" w:hAnsi="Arial"/>
          <w:b/>
        </w:rPr>
        <w:t xml:space="preserve">Lucy  </w:t>
      </w:r>
      <w:r>
        <w:rPr>
          <w:rFonts w:ascii="Arial" w:hAnsi="Arial"/>
          <w:color w:val="5D7284"/>
        </w:rPr>
        <w:t>39:08</w:t>
      </w:r>
      <w:proofErr w:type="gramEnd"/>
    </w:p>
    <w:p w14:paraId="79AFDBED" w14:textId="77777777" w:rsidR="00EB5BAC" w:rsidRDefault="00B67446">
      <w:pPr>
        <w:spacing w:after="0"/>
      </w:pPr>
      <w:r>
        <w:rPr>
          <w:rFonts w:ascii="Arial" w:hAnsi="Arial"/>
        </w:rPr>
        <w:t xml:space="preserve">No! </w:t>
      </w:r>
      <w:proofErr w:type="gramStart"/>
      <w:r>
        <w:rPr>
          <w:rFonts w:ascii="Arial" w:hAnsi="Arial"/>
        </w:rPr>
        <w:t>So</w:t>
      </w:r>
      <w:proofErr w:type="gramEnd"/>
      <w:r>
        <w:rPr>
          <w:rFonts w:ascii="Arial" w:hAnsi="Arial"/>
        </w:rPr>
        <w:t xml:space="preserve"> she </w:t>
      </w:r>
      <w:proofErr w:type="spellStart"/>
      <w:r>
        <w:rPr>
          <w:rFonts w:ascii="Arial" w:hAnsi="Arial"/>
        </w:rPr>
        <w:t>she</w:t>
      </w:r>
      <w:proofErr w:type="spellEnd"/>
      <w:r>
        <w:rPr>
          <w:rFonts w:ascii="Arial" w:hAnsi="Arial"/>
        </w:rPr>
        <w:t xml:space="preserve"> obviously thought to herself, my aunt's not coming back. My mom is not bothered. </w:t>
      </w:r>
      <w:proofErr w:type="gramStart"/>
      <w:r>
        <w:rPr>
          <w:rFonts w:ascii="Arial" w:hAnsi="Arial"/>
        </w:rPr>
        <w:t>I've</w:t>
      </w:r>
      <w:proofErr w:type="gramEnd"/>
      <w:r>
        <w:rPr>
          <w:rFonts w:ascii="Arial" w:hAnsi="Arial"/>
        </w:rPr>
        <w:t xml:space="preserve"> got to get out of there. Because, like, this is what to get out of there. </w:t>
      </w:r>
      <w:proofErr w:type="gramStart"/>
      <w:r>
        <w:rPr>
          <w:rFonts w:ascii="Arial" w:hAnsi="Arial"/>
        </w:rPr>
        <w:t>I'm</w:t>
      </w:r>
      <w:proofErr w:type="gramEnd"/>
      <w:r>
        <w:rPr>
          <w:rFonts w:ascii="Arial" w:hAnsi="Arial"/>
        </w:rPr>
        <w:t xml:space="preserve"> </w:t>
      </w:r>
      <w:proofErr w:type="spellStart"/>
      <w:r>
        <w:rPr>
          <w:rFonts w:ascii="Arial" w:hAnsi="Arial"/>
        </w:rPr>
        <w:t>gonna</w:t>
      </w:r>
      <w:proofErr w:type="spellEnd"/>
      <w:r>
        <w:rPr>
          <w:rFonts w:ascii="Arial" w:hAnsi="Arial"/>
        </w:rPr>
        <w:t xml:space="preserve"> jump.</w:t>
      </w:r>
    </w:p>
    <w:p w14:paraId="6A950330" w14:textId="77777777" w:rsidR="00EB5BAC" w:rsidRDefault="00EB5BAC">
      <w:pPr>
        <w:spacing w:after="0"/>
      </w:pPr>
    </w:p>
    <w:p w14:paraId="71A83E72" w14:textId="77777777" w:rsidR="00EB5BAC" w:rsidRDefault="00B67446">
      <w:pPr>
        <w:spacing w:after="0"/>
      </w:pPr>
      <w:proofErr w:type="gramStart"/>
      <w:r>
        <w:rPr>
          <w:rFonts w:ascii="Arial" w:hAnsi="Arial"/>
          <w:b/>
        </w:rPr>
        <w:t>Alic</w:t>
      </w:r>
      <w:r>
        <w:rPr>
          <w:rFonts w:ascii="Arial" w:hAnsi="Arial"/>
          <w:b/>
        </w:rPr>
        <w:t xml:space="preserve">e  </w:t>
      </w:r>
      <w:r>
        <w:rPr>
          <w:rFonts w:ascii="Arial" w:hAnsi="Arial"/>
          <w:color w:val="5D7284"/>
        </w:rPr>
        <w:t>39:20</w:t>
      </w:r>
      <w:proofErr w:type="gramEnd"/>
    </w:p>
    <w:p w14:paraId="5E709ED6" w14:textId="77777777" w:rsidR="00EB5BAC" w:rsidRDefault="00B67446">
      <w:pPr>
        <w:spacing w:after="0"/>
      </w:pPr>
      <w:r>
        <w:rPr>
          <w:rFonts w:ascii="Arial" w:hAnsi="Arial"/>
        </w:rPr>
        <w:t xml:space="preserve">Yeah. </w:t>
      </w:r>
    </w:p>
    <w:p w14:paraId="218A68A9" w14:textId="77777777" w:rsidR="00EB5BAC" w:rsidRDefault="00EB5BAC">
      <w:pPr>
        <w:spacing w:after="0"/>
      </w:pPr>
    </w:p>
    <w:p w14:paraId="55DDEAF8" w14:textId="77777777" w:rsidR="00EB5BAC" w:rsidRDefault="00B67446">
      <w:pPr>
        <w:spacing w:after="0"/>
      </w:pPr>
      <w:proofErr w:type="gramStart"/>
      <w:r>
        <w:rPr>
          <w:rFonts w:ascii="Arial" w:hAnsi="Arial"/>
          <w:b/>
        </w:rPr>
        <w:t xml:space="preserve">Lucy  </w:t>
      </w:r>
      <w:r>
        <w:rPr>
          <w:rFonts w:ascii="Arial" w:hAnsi="Arial"/>
          <w:color w:val="5D7284"/>
        </w:rPr>
        <w:t>39:20</w:t>
      </w:r>
      <w:proofErr w:type="gramEnd"/>
    </w:p>
    <w:p w14:paraId="3D8C0230" w14:textId="77777777" w:rsidR="00EB5BAC" w:rsidRDefault="00B67446">
      <w:pPr>
        <w:spacing w:after="0"/>
      </w:pPr>
      <w:r>
        <w:rPr>
          <w:rFonts w:ascii="Arial" w:hAnsi="Arial"/>
        </w:rPr>
        <w:t>Wow.</w:t>
      </w:r>
    </w:p>
    <w:p w14:paraId="3F3CB9F6" w14:textId="77777777" w:rsidR="00EB5BAC" w:rsidRDefault="00EB5BAC">
      <w:pPr>
        <w:spacing w:after="0"/>
      </w:pPr>
    </w:p>
    <w:p w14:paraId="17B6F9FF" w14:textId="77777777" w:rsidR="00EB5BAC" w:rsidRDefault="00B67446">
      <w:pPr>
        <w:spacing w:after="0"/>
      </w:pPr>
      <w:proofErr w:type="gramStart"/>
      <w:r>
        <w:rPr>
          <w:rFonts w:ascii="Arial" w:hAnsi="Arial"/>
          <w:b/>
        </w:rPr>
        <w:t xml:space="preserve">Alice  </w:t>
      </w:r>
      <w:r>
        <w:rPr>
          <w:rFonts w:ascii="Arial" w:hAnsi="Arial"/>
          <w:color w:val="5D7284"/>
        </w:rPr>
        <w:t>39:21</w:t>
      </w:r>
      <w:proofErr w:type="gramEnd"/>
    </w:p>
    <w:p w14:paraId="61A16721" w14:textId="77777777" w:rsidR="00EB5BAC" w:rsidRDefault="00B67446">
      <w:pPr>
        <w:spacing w:after="0"/>
      </w:pPr>
      <w:r>
        <w:rPr>
          <w:rFonts w:ascii="Arial" w:hAnsi="Arial"/>
        </w:rPr>
        <w:t xml:space="preserve">And she had the intended. She thought she'd land in the couch or on the </w:t>
      </w:r>
      <w:proofErr w:type="gramStart"/>
      <w:r>
        <w:rPr>
          <w:rFonts w:ascii="Arial" w:hAnsi="Arial"/>
        </w:rPr>
        <w:t>couch</w:t>
      </w:r>
      <w:proofErr w:type="gramEnd"/>
    </w:p>
    <w:p w14:paraId="07FE3F5F" w14:textId="77777777" w:rsidR="00EB5BAC" w:rsidRDefault="00EB5BAC">
      <w:pPr>
        <w:spacing w:after="0"/>
      </w:pPr>
    </w:p>
    <w:p w14:paraId="3FD1E5F2" w14:textId="77777777" w:rsidR="00EB5BAC" w:rsidRDefault="00B67446">
      <w:pPr>
        <w:spacing w:after="0"/>
      </w:pPr>
      <w:proofErr w:type="gramStart"/>
      <w:r>
        <w:rPr>
          <w:rFonts w:ascii="Arial" w:hAnsi="Arial"/>
          <w:b/>
        </w:rPr>
        <w:t xml:space="preserve">Lucy  </w:t>
      </w:r>
      <w:r>
        <w:rPr>
          <w:rFonts w:ascii="Arial" w:hAnsi="Arial"/>
          <w:color w:val="5D7284"/>
        </w:rPr>
        <w:t>39:26</w:t>
      </w:r>
      <w:proofErr w:type="gramEnd"/>
    </w:p>
    <w:p w14:paraId="726F44DC" w14:textId="77777777" w:rsidR="00EB5BAC" w:rsidRDefault="00B67446">
      <w:pPr>
        <w:spacing w:after="0"/>
      </w:pPr>
      <w:r>
        <w:rPr>
          <w:rFonts w:ascii="Arial" w:hAnsi="Arial"/>
        </w:rPr>
        <w:t xml:space="preserve">And she </w:t>
      </w:r>
      <w:proofErr w:type="gramStart"/>
      <w:r>
        <w:rPr>
          <w:rFonts w:ascii="Arial" w:hAnsi="Arial"/>
        </w:rPr>
        <w:t>didn't</w:t>
      </w:r>
      <w:proofErr w:type="gramEnd"/>
      <w:r>
        <w:rPr>
          <w:rFonts w:ascii="Arial" w:hAnsi="Arial"/>
        </w:rPr>
        <w:t>.</w:t>
      </w:r>
    </w:p>
    <w:p w14:paraId="31B1A4DB" w14:textId="77777777" w:rsidR="00EB5BAC" w:rsidRDefault="00EB5BAC">
      <w:pPr>
        <w:spacing w:after="0"/>
      </w:pPr>
    </w:p>
    <w:p w14:paraId="070E45FF" w14:textId="77777777" w:rsidR="00EB5BAC" w:rsidRDefault="00B67446">
      <w:pPr>
        <w:spacing w:after="0"/>
      </w:pPr>
      <w:proofErr w:type="gramStart"/>
      <w:r>
        <w:rPr>
          <w:rFonts w:ascii="Arial" w:hAnsi="Arial"/>
          <w:b/>
        </w:rPr>
        <w:t xml:space="preserve">Alice  </w:t>
      </w:r>
      <w:r>
        <w:rPr>
          <w:rFonts w:ascii="Arial" w:hAnsi="Arial"/>
          <w:color w:val="5D7284"/>
        </w:rPr>
        <w:t>39:27</w:t>
      </w:r>
      <w:proofErr w:type="gramEnd"/>
    </w:p>
    <w:p w14:paraId="499FF258" w14:textId="77777777" w:rsidR="00EB5BAC" w:rsidRDefault="00B67446">
      <w:pPr>
        <w:spacing w:after="0"/>
      </w:pPr>
      <w:proofErr w:type="gramStart"/>
      <w:r>
        <w:rPr>
          <w:rFonts w:ascii="Arial" w:hAnsi="Arial"/>
        </w:rPr>
        <w:t>No</w:t>
      </w:r>
      <w:proofErr w:type="gramEnd"/>
      <w:r>
        <w:rPr>
          <w:rFonts w:ascii="Arial" w:hAnsi="Arial"/>
        </w:rPr>
        <w:t xml:space="preserve"> she did not </w:t>
      </w:r>
    </w:p>
    <w:p w14:paraId="18210857" w14:textId="77777777" w:rsidR="00EB5BAC" w:rsidRDefault="00EB5BAC">
      <w:pPr>
        <w:spacing w:after="0"/>
      </w:pPr>
    </w:p>
    <w:p w14:paraId="4649BA70" w14:textId="77777777" w:rsidR="00EB5BAC" w:rsidRDefault="00B67446">
      <w:pPr>
        <w:spacing w:after="0"/>
      </w:pPr>
      <w:proofErr w:type="gramStart"/>
      <w:r>
        <w:rPr>
          <w:rFonts w:ascii="Arial" w:hAnsi="Arial"/>
          <w:b/>
        </w:rPr>
        <w:t xml:space="preserve">Lucy  </w:t>
      </w:r>
      <w:r>
        <w:rPr>
          <w:rFonts w:ascii="Arial" w:hAnsi="Arial"/>
          <w:color w:val="5D7284"/>
        </w:rPr>
        <w:t>39:28</w:t>
      </w:r>
      <w:proofErr w:type="gramEnd"/>
    </w:p>
    <w:p w14:paraId="15822372" w14:textId="77777777" w:rsidR="00EB5BAC" w:rsidRDefault="00B67446">
      <w:pPr>
        <w:spacing w:after="0"/>
      </w:pPr>
      <w:r>
        <w:rPr>
          <w:rFonts w:ascii="Arial" w:hAnsi="Arial"/>
        </w:rPr>
        <w:t>Blimey.</w:t>
      </w:r>
    </w:p>
    <w:p w14:paraId="3C968E34" w14:textId="77777777" w:rsidR="00EB5BAC" w:rsidRDefault="00EB5BAC">
      <w:pPr>
        <w:spacing w:after="0"/>
      </w:pPr>
    </w:p>
    <w:p w14:paraId="76DA26CC" w14:textId="77777777" w:rsidR="00EB5BAC" w:rsidRDefault="00B67446">
      <w:pPr>
        <w:spacing w:after="0"/>
      </w:pPr>
      <w:proofErr w:type="gramStart"/>
      <w:r>
        <w:rPr>
          <w:rFonts w:ascii="Arial" w:hAnsi="Arial"/>
          <w:b/>
        </w:rPr>
        <w:t xml:space="preserve">Alice  </w:t>
      </w:r>
      <w:r>
        <w:rPr>
          <w:rFonts w:ascii="Arial" w:hAnsi="Arial"/>
          <w:color w:val="5D7284"/>
        </w:rPr>
        <w:t>39:29</w:t>
      </w:r>
      <w:proofErr w:type="gramEnd"/>
    </w:p>
    <w:p w14:paraId="2A0F4C02" w14:textId="77777777" w:rsidR="00EB5BAC" w:rsidRDefault="00B67446">
      <w:pPr>
        <w:spacing w:after="0"/>
      </w:pPr>
      <w:r>
        <w:rPr>
          <w:rFonts w:ascii="Arial" w:hAnsi="Arial"/>
        </w:rPr>
        <w:t xml:space="preserve">Yeah. </w:t>
      </w:r>
      <w:proofErr w:type="gramStart"/>
      <w:r>
        <w:rPr>
          <w:rFonts w:ascii="Arial" w:hAnsi="Arial"/>
        </w:rPr>
        <w:t>So</w:t>
      </w:r>
      <w:proofErr w:type="gramEnd"/>
      <w:r>
        <w:rPr>
          <w:rFonts w:ascii="Arial" w:hAnsi="Arial"/>
        </w:rPr>
        <w:t xml:space="preserve"> after the fall, Sarah had multiple fractures and was laid up in bed, supposedly unable to walk again for the next two years. </w:t>
      </w:r>
    </w:p>
    <w:p w14:paraId="27E3B1C9" w14:textId="77777777" w:rsidR="00EB5BAC" w:rsidRDefault="00EB5BAC">
      <w:pPr>
        <w:spacing w:after="0"/>
      </w:pPr>
    </w:p>
    <w:p w14:paraId="65282351" w14:textId="77777777" w:rsidR="00EB5BAC" w:rsidRDefault="00B67446">
      <w:pPr>
        <w:spacing w:after="0"/>
      </w:pPr>
      <w:proofErr w:type="gramStart"/>
      <w:r>
        <w:rPr>
          <w:rFonts w:ascii="Arial" w:hAnsi="Arial"/>
          <w:b/>
        </w:rPr>
        <w:t xml:space="preserve">Lucy  </w:t>
      </w:r>
      <w:r>
        <w:rPr>
          <w:rFonts w:ascii="Arial" w:hAnsi="Arial"/>
          <w:color w:val="5D7284"/>
        </w:rPr>
        <w:t>39:39</w:t>
      </w:r>
      <w:proofErr w:type="gramEnd"/>
    </w:p>
    <w:p w14:paraId="4FDFB636" w14:textId="77777777" w:rsidR="00EB5BAC" w:rsidRDefault="00B67446">
      <w:pPr>
        <w:spacing w:after="0"/>
      </w:pPr>
      <w:r>
        <w:rPr>
          <w:rFonts w:ascii="Arial" w:hAnsi="Arial"/>
        </w:rPr>
        <w:t xml:space="preserve">Wow. </w:t>
      </w:r>
    </w:p>
    <w:p w14:paraId="545E2303" w14:textId="77777777" w:rsidR="00EB5BAC" w:rsidRDefault="00EB5BAC">
      <w:pPr>
        <w:spacing w:after="0"/>
      </w:pPr>
    </w:p>
    <w:p w14:paraId="3A720B6C" w14:textId="77777777" w:rsidR="00EB5BAC" w:rsidRDefault="00B67446">
      <w:pPr>
        <w:spacing w:after="0"/>
      </w:pPr>
      <w:proofErr w:type="gramStart"/>
      <w:r>
        <w:rPr>
          <w:rFonts w:ascii="Arial" w:hAnsi="Arial"/>
          <w:b/>
        </w:rPr>
        <w:t xml:space="preserve">Alice  </w:t>
      </w:r>
      <w:r>
        <w:rPr>
          <w:rFonts w:ascii="Arial" w:hAnsi="Arial"/>
          <w:color w:val="5D7284"/>
        </w:rPr>
        <w:t>39:39</w:t>
      </w:r>
      <w:proofErr w:type="gramEnd"/>
    </w:p>
    <w:p w14:paraId="442D0633" w14:textId="77777777" w:rsidR="00EB5BAC" w:rsidRDefault="00B67446">
      <w:pPr>
        <w:spacing w:after="0"/>
      </w:pPr>
      <w:r>
        <w:rPr>
          <w:rFonts w:ascii="Arial" w:hAnsi="Arial"/>
        </w:rPr>
        <w:t xml:space="preserve">Yeah, well, I mean, it was 1850 something they, </w:t>
      </w:r>
      <w:proofErr w:type="gramStart"/>
      <w:r>
        <w:rPr>
          <w:rFonts w:ascii="Arial" w:hAnsi="Arial"/>
        </w:rPr>
        <w:t>there's</w:t>
      </w:r>
      <w:proofErr w:type="gramEnd"/>
      <w:r>
        <w:rPr>
          <w:rFonts w:ascii="Arial" w:hAnsi="Arial"/>
        </w:rPr>
        <w:t xml:space="preserve"> probably not a great deal they c</w:t>
      </w:r>
      <w:r>
        <w:rPr>
          <w:rFonts w:ascii="Arial" w:hAnsi="Arial"/>
        </w:rPr>
        <w:t xml:space="preserve">ould do. </w:t>
      </w:r>
    </w:p>
    <w:p w14:paraId="0E53B5D0" w14:textId="77777777" w:rsidR="00EB5BAC" w:rsidRDefault="00EB5BAC">
      <w:pPr>
        <w:spacing w:after="0"/>
      </w:pPr>
    </w:p>
    <w:p w14:paraId="3C729387" w14:textId="77777777" w:rsidR="00EB5BAC" w:rsidRDefault="00B67446">
      <w:pPr>
        <w:spacing w:after="0"/>
      </w:pPr>
      <w:proofErr w:type="gramStart"/>
      <w:r>
        <w:rPr>
          <w:rFonts w:ascii="Arial" w:hAnsi="Arial"/>
          <w:b/>
        </w:rPr>
        <w:t xml:space="preserve">Lucy  </w:t>
      </w:r>
      <w:r>
        <w:rPr>
          <w:rFonts w:ascii="Arial" w:hAnsi="Arial"/>
          <w:color w:val="5D7284"/>
        </w:rPr>
        <w:t>39:44</w:t>
      </w:r>
      <w:proofErr w:type="gramEnd"/>
    </w:p>
    <w:p w14:paraId="129266E8" w14:textId="77777777" w:rsidR="00EB5BAC" w:rsidRDefault="00B67446">
      <w:pPr>
        <w:spacing w:after="0"/>
      </w:pPr>
      <w:r>
        <w:rPr>
          <w:rFonts w:ascii="Arial" w:hAnsi="Arial"/>
        </w:rPr>
        <w:t>Nope.</w:t>
      </w:r>
    </w:p>
    <w:p w14:paraId="158282FD" w14:textId="77777777" w:rsidR="00EB5BAC" w:rsidRDefault="00EB5BAC">
      <w:pPr>
        <w:spacing w:after="0"/>
      </w:pPr>
    </w:p>
    <w:p w14:paraId="4AE7D9EF" w14:textId="77777777" w:rsidR="00EB5BAC" w:rsidRDefault="00B67446">
      <w:pPr>
        <w:spacing w:after="0"/>
      </w:pPr>
      <w:proofErr w:type="gramStart"/>
      <w:r>
        <w:rPr>
          <w:rFonts w:ascii="Arial" w:hAnsi="Arial"/>
          <w:b/>
        </w:rPr>
        <w:t xml:space="preserve">Alice  </w:t>
      </w:r>
      <w:r>
        <w:rPr>
          <w:rFonts w:ascii="Arial" w:hAnsi="Arial"/>
          <w:color w:val="5D7284"/>
        </w:rPr>
        <w:t>39:45</w:t>
      </w:r>
      <w:proofErr w:type="gramEnd"/>
    </w:p>
    <w:p w14:paraId="3BA07E3D" w14:textId="77777777" w:rsidR="00EB5BAC" w:rsidRDefault="00B67446">
      <w:pPr>
        <w:spacing w:after="0"/>
      </w:pPr>
      <w:proofErr w:type="gramStart"/>
      <w:r>
        <w:rPr>
          <w:rFonts w:ascii="Arial" w:hAnsi="Arial"/>
        </w:rPr>
        <w:t>So</w:t>
      </w:r>
      <w:proofErr w:type="gramEnd"/>
      <w:r>
        <w:rPr>
          <w:rFonts w:ascii="Arial" w:hAnsi="Arial"/>
        </w:rPr>
        <w:t xml:space="preserve"> a quick run through about the rest of Sarah's life. After recovering from her </w:t>
      </w:r>
      <w:proofErr w:type="gramStart"/>
      <w:r>
        <w:rPr>
          <w:rFonts w:ascii="Arial" w:hAnsi="Arial"/>
        </w:rPr>
        <w:t>fall</w:t>
      </w:r>
      <w:proofErr w:type="gramEnd"/>
      <w:r>
        <w:rPr>
          <w:rFonts w:ascii="Arial" w:hAnsi="Arial"/>
        </w:rPr>
        <w:t xml:space="preserve"> she was sent off to a convent where she was expelled three times, once for </w:t>
      </w:r>
      <w:proofErr w:type="spellStart"/>
      <w:r>
        <w:rPr>
          <w:rFonts w:ascii="Arial" w:hAnsi="Arial"/>
        </w:rPr>
        <w:t>organising</w:t>
      </w:r>
      <w:proofErr w:type="spellEnd"/>
      <w:r>
        <w:rPr>
          <w:rFonts w:ascii="Arial" w:hAnsi="Arial"/>
        </w:rPr>
        <w:t xml:space="preserve"> a breakout in the middle of the night. wh</w:t>
      </w:r>
      <w:r>
        <w:rPr>
          <w:rFonts w:ascii="Arial" w:hAnsi="Arial"/>
        </w:rPr>
        <w:t xml:space="preserve">ere her and a bunch of friends went on a </w:t>
      </w:r>
      <w:proofErr w:type="gramStart"/>
      <w:r>
        <w:rPr>
          <w:rFonts w:ascii="Arial" w:hAnsi="Arial"/>
        </w:rPr>
        <w:t>12 hour</w:t>
      </w:r>
      <w:proofErr w:type="gramEnd"/>
      <w:r>
        <w:rPr>
          <w:rFonts w:ascii="Arial" w:hAnsi="Arial"/>
        </w:rPr>
        <w:t xml:space="preserve"> frolic through the French countryside. She was known for having a </w:t>
      </w:r>
      <w:proofErr w:type="gramStart"/>
      <w:r>
        <w:rPr>
          <w:rFonts w:ascii="Arial" w:hAnsi="Arial"/>
        </w:rPr>
        <w:t>really fiery</w:t>
      </w:r>
      <w:proofErr w:type="gramEnd"/>
      <w:r>
        <w:rPr>
          <w:rFonts w:ascii="Arial" w:hAnsi="Arial"/>
        </w:rPr>
        <w:t xml:space="preserve"> temper and being really stubborn. And she was also always kind of skinny and a bit poorly. </w:t>
      </w:r>
      <w:proofErr w:type="gramStart"/>
      <w:r>
        <w:rPr>
          <w:rFonts w:ascii="Arial" w:hAnsi="Arial"/>
        </w:rPr>
        <w:t>Apparently</w:t>
      </w:r>
      <w:proofErr w:type="gramEnd"/>
      <w:r>
        <w:rPr>
          <w:rFonts w:ascii="Arial" w:hAnsi="Arial"/>
        </w:rPr>
        <w:t xml:space="preserve"> she quite often get fevers</w:t>
      </w:r>
      <w:r>
        <w:rPr>
          <w:rFonts w:ascii="Arial" w:hAnsi="Arial"/>
        </w:rPr>
        <w:t xml:space="preserve"> and needed to have sort of, like days she she'd have if she had a really sort of exciting day. </w:t>
      </w:r>
      <w:proofErr w:type="gramStart"/>
      <w:r>
        <w:rPr>
          <w:rFonts w:ascii="Arial" w:hAnsi="Arial"/>
        </w:rPr>
        <w:t>She'd</w:t>
      </w:r>
      <w:proofErr w:type="gramEnd"/>
      <w:r>
        <w:rPr>
          <w:rFonts w:ascii="Arial" w:hAnsi="Arial"/>
        </w:rPr>
        <w:t xml:space="preserve"> have a real sort of problems with exhaustion and stuff like that.</w:t>
      </w:r>
    </w:p>
    <w:p w14:paraId="1717D0E4" w14:textId="77777777" w:rsidR="00EB5BAC" w:rsidRDefault="00EB5BAC">
      <w:pPr>
        <w:spacing w:after="0"/>
      </w:pPr>
    </w:p>
    <w:p w14:paraId="07B56F6E" w14:textId="77777777" w:rsidR="00EB5BAC" w:rsidRDefault="00B67446">
      <w:pPr>
        <w:spacing w:after="0"/>
      </w:pPr>
      <w:proofErr w:type="gramStart"/>
      <w:r>
        <w:rPr>
          <w:rFonts w:ascii="Arial" w:hAnsi="Arial"/>
          <w:b/>
        </w:rPr>
        <w:t xml:space="preserve">Lucy  </w:t>
      </w:r>
      <w:r>
        <w:rPr>
          <w:rFonts w:ascii="Arial" w:hAnsi="Arial"/>
          <w:color w:val="5D7284"/>
        </w:rPr>
        <w:t>40:29</w:t>
      </w:r>
      <w:proofErr w:type="gramEnd"/>
    </w:p>
    <w:p w14:paraId="56809611" w14:textId="77777777" w:rsidR="00EB5BAC" w:rsidRDefault="00B67446">
      <w:pPr>
        <w:spacing w:after="0"/>
      </w:pPr>
      <w:r>
        <w:rPr>
          <w:rFonts w:ascii="Arial" w:hAnsi="Arial"/>
        </w:rPr>
        <w:t xml:space="preserve">So </w:t>
      </w:r>
      <w:proofErr w:type="gramStart"/>
      <w:r>
        <w:rPr>
          <w:rFonts w:ascii="Arial" w:hAnsi="Arial"/>
        </w:rPr>
        <w:t>that's</w:t>
      </w:r>
      <w:proofErr w:type="gramEnd"/>
      <w:r>
        <w:rPr>
          <w:rFonts w:ascii="Arial" w:hAnsi="Arial"/>
        </w:rPr>
        <w:t xml:space="preserve"> almost like fatigue and some sort of chronic illness isn't it, re</w:t>
      </w:r>
      <w:r>
        <w:rPr>
          <w:rFonts w:ascii="Arial" w:hAnsi="Arial"/>
        </w:rPr>
        <w:t>ally?</w:t>
      </w:r>
    </w:p>
    <w:p w14:paraId="1E09F27A" w14:textId="77777777" w:rsidR="00EB5BAC" w:rsidRDefault="00EB5BAC">
      <w:pPr>
        <w:spacing w:after="0"/>
      </w:pPr>
    </w:p>
    <w:p w14:paraId="7EA80629" w14:textId="77777777" w:rsidR="00EB5BAC" w:rsidRDefault="00B67446">
      <w:pPr>
        <w:spacing w:after="0"/>
      </w:pPr>
      <w:proofErr w:type="gramStart"/>
      <w:r>
        <w:rPr>
          <w:rFonts w:ascii="Arial" w:hAnsi="Arial"/>
          <w:b/>
        </w:rPr>
        <w:t xml:space="preserve">Alice  </w:t>
      </w:r>
      <w:r>
        <w:rPr>
          <w:rFonts w:ascii="Arial" w:hAnsi="Arial"/>
          <w:color w:val="5D7284"/>
        </w:rPr>
        <w:t>40:33</w:t>
      </w:r>
      <w:proofErr w:type="gramEnd"/>
    </w:p>
    <w:p w14:paraId="0F015CEA" w14:textId="77777777" w:rsidR="00EB5BAC" w:rsidRDefault="00B67446">
      <w:pPr>
        <w:spacing w:after="0"/>
      </w:pPr>
      <w:r>
        <w:rPr>
          <w:rFonts w:ascii="Arial" w:hAnsi="Arial"/>
        </w:rPr>
        <w:t xml:space="preserve">Yeah. Yeah. Well, </w:t>
      </w:r>
      <w:proofErr w:type="gramStart"/>
      <w:r>
        <w:rPr>
          <w:rFonts w:ascii="Arial" w:hAnsi="Arial"/>
        </w:rPr>
        <w:t>she's</w:t>
      </w:r>
      <w:proofErr w:type="gramEnd"/>
      <w:r>
        <w:rPr>
          <w:rFonts w:ascii="Arial" w:hAnsi="Arial"/>
        </w:rPr>
        <w:t xml:space="preserve">, she also had, they say she had a constant cough. </w:t>
      </w:r>
      <w:proofErr w:type="gramStart"/>
      <w:r>
        <w:rPr>
          <w:rFonts w:ascii="Arial" w:hAnsi="Arial"/>
        </w:rPr>
        <w:t>So</w:t>
      </w:r>
      <w:proofErr w:type="gramEnd"/>
      <w:r>
        <w:rPr>
          <w:rFonts w:ascii="Arial" w:hAnsi="Arial"/>
        </w:rPr>
        <w:t xml:space="preserve"> she, which is probably lung damage from the TB which went untreated. I mean, there's not a lot made about it in her biography or in </w:t>
      </w:r>
      <w:proofErr w:type="gramStart"/>
      <w:r>
        <w:rPr>
          <w:rFonts w:ascii="Arial" w:hAnsi="Arial"/>
        </w:rPr>
        <w:t>the what</w:t>
      </w:r>
      <w:proofErr w:type="gramEnd"/>
      <w:r>
        <w:rPr>
          <w:rFonts w:ascii="Arial" w:hAnsi="Arial"/>
        </w:rPr>
        <w:t xml:space="preserve"> I've read, but it </w:t>
      </w:r>
      <w:r>
        <w:rPr>
          <w:rFonts w:ascii="Arial" w:hAnsi="Arial"/>
        </w:rPr>
        <w:t xml:space="preserve">seems to be something that's really recurring throughout her childhood and adolescence, and I, I suspect that it was there was some kind of chronic illness there because she </w:t>
      </w:r>
      <w:proofErr w:type="spellStart"/>
      <w:r>
        <w:rPr>
          <w:rFonts w:ascii="Arial" w:hAnsi="Arial"/>
        </w:rPr>
        <w:t>she</w:t>
      </w:r>
      <w:proofErr w:type="spellEnd"/>
      <w:r>
        <w:rPr>
          <w:rFonts w:ascii="Arial" w:hAnsi="Arial"/>
        </w:rPr>
        <w:t xml:space="preserve"> was chronically </w:t>
      </w:r>
      <w:proofErr w:type="spellStart"/>
      <w:r>
        <w:rPr>
          <w:rFonts w:ascii="Arial" w:hAnsi="Arial"/>
        </w:rPr>
        <w:t>anaemic</w:t>
      </w:r>
      <w:proofErr w:type="spellEnd"/>
      <w:r>
        <w:rPr>
          <w:rFonts w:ascii="Arial" w:hAnsi="Arial"/>
        </w:rPr>
        <w:t xml:space="preserve"> as well. So anyway, so it was one of her mother's love</w:t>
      </w:r>
      <w:r>
        <w:rPr>
          <w:rFonts w:ascii="Arial" w:hAnsi="Arial"/>
        </w:rPr>
        <w:t>rs who introduced her to the theatre and gave her a step up into this prestigious acting troupe. Sara became known for her golden voice and the physicality of her performances.</w:t>
      </w:r>
    </w:p>
    <w:p w14:paraId="425646F6" w14:textId="77777777" w:rsidR="00EB5BAC" w:rsidRDefault="00EB5BAC">
      <w:pPr>
        <w:spacing w:after="0"/>
      </w:pPr>
    </w:p>
    <w:p w14:paraId="02ED2FED" w14:textId="77777777" w:rsidR="00EB5BAC" w:rsidRDefault="00B67446">
      <w:pPr>
        <w:spacing w:after="0"/>
      </w:pPr>
      <w:proofErr w:type="gramStart"/>
      <w:r>
        <w:rPr>
          <w:rFonts w:ascii="Arial" w:hAnsi="Arial"/>
          <w:b/>
        </w:rPr>
        <w:t xml:space="preserve">Lucy  </w:t>
      </w:r>
      <w:r>
        <w:rPr>
          <w:rFonts w:ascii="Arial" w:hAnsi="Arial"/>
          <w:color w:val="5D7284"/>
        </w:rPr>
        <w:t>41:18</w:t>
      </w:r>
      <w:proofErr w:type="gramEnd"/>
    </w:p>
    <w:p w14:paraId="6054416E" w14:textId="77777777" w:rsidR="00EB5BAC" w:rsidRDefault="00B67446">
      <w:pPr>
        <w:spacing w:after="0"/>
      </w:pPr>
      <w:r>
        <w:rPr>
          <w:rFonts w:ascii="Arial" w:hAnsi="Arial"/>
        </w:rPr>
        <w:t xml:space="preserve">Right. </w:t>
      </w:r>
    </w:p>
    <w:p w14:paraId="1B5F0ADB" w14:textId="77777777" w:rsidR="00EB5BAC" w:rsidRDefault="00EB5BAC">
      <w:pPr>
        <w:spacing w:after="0"/>
      </w:pPr>
    </w:p>
    <w:p w14:paraId="283041A3" w14:textId="77777777" w:rsidR="00EB5BAC" w:rsidRDefault="00B67446">
      <w:pPr>
        <w:spacing w:after="0"/>
      </w:pPr>
      <w:proofErr w:type="gramStart"/>
      <w:r>
        <w:rPr>
          <w:rFonts w:ascii="Arial" w:hAnsi="Arial"/>
          <w:b/>
        </w:rPr>
        <w:t xml:space="preserve">Alice  </w:t>
      </w:r>
      <w:r>
        <w:rPr>
          <w:rFonts w:ascii="Arial" w:hAnsi="Arial"/>
          <w:color w:val="5D7284"/>
        </w:rPr>
        <w:t>41:20</w:t>
      </w:r>
      <w:proofErr w:type="gramEnd"/>
    </w:p>
    <w:p w14:paraId="5E52C807" w14:textId="77777777" w:rsidR="00EB5BAC" w:rsidRDefault="00B67446">
      <w:pPr>
        <w:spacing w:after="0"/>
      </w:pPr>
      <w:r>
        <w:rPr>
          <w:rFonts w:ascii="Arial" w:hAnsi="Arial"/>
        </w:rPr>
        <w:t xml:space="preserve">Over the next 40 years, Sarah became one of the most famous women in the entire world. Some people have even called her the first global celebrity. </w:t>
      </w:r>
    </w:p>
    <w:p w14:paraId="28D0AF21" w14:textId="77777777" w:rsidR="00EB5BAC" w:rsidRDefault="00EB5BAC">
      <w:pPr>
        <w:spacing w:after="0"/>
      </w:pPr>
    </w:p>
    <w:p w14:paraId="68DB3EC1" w14:textId="77777777" w:rsidR="00EB5BAC" w:rsidRDefault="00B67446">
      <w:pPr>
        <w:spacing w:after="0"/>
      </w:pPr>
      <w:proofErr w:type="gramStart"/>
      <w:r>
        <w:rPr>
          <w:rFonts w:ascii="Arial" w:hAnsi="Arial"/>
          <w:b/>
        </w:rPr>
        <w:t xml:space="preserve">Lucy  </w:t>
      </w:r>
      <w:r>
        <w:rPr>
          <w:rFonts w:ascii="Arial" w:hAnsi="Arial"/>
          <w:color w:val="5D7284"/>
        </w:rPr>
        <w:t>41:31</w:t>
      </w:r>
      <w:proofErr w:type="gramEnd"/>
    </w:p>
    <w:p w14:paraId="3E03740A" w14:textId="77777777" w:rsidR="00EB5BAC" w:rsidRDefault="00B67446">
      <w:pPr>
        <w:spacing w:after="0"/>
      </w:pPr>
      <w:r>
        <w:rPr>
          <w:rFonts w:ascii="Arial" w:hAnsi="Arial"/>
        </w:rPr>
        <w:t xml:space="preserve">Wow. </w:t>
      </w:r>
    </w:p>
    <w:p w14:paraId="25877C20" w14:textId="77777777" w:rsidR="00EB5BAC" w:rsidRDefault="00EB5BAC">
      <w:pPr>
        <w:spacing w:after="0"/>
      </w:pPr>
    </w:p>
    <w:p w14:paraId="59B19EF5" w14:textId="77777777" w:rsidR="00EB5BAC" w:rsidRDefault="00B67446">
      <w:pPr>
        <w:spacing w:after="0"/>
      </w:pPr>
      <w:proofErr w:type="gramStart"/>
      <w:r>
        <w:rPr>
          <w:rFonts w:ascii="Arial" w:hAnsi="Arial"/>
          <w:b/>
        </w:rPr>
        <w:t xml:space="preserve">Alice  </w:t>
      </w:r>
      <w:r>
        <w:rPr>
          <w:rFonts w:ascii="Arial" w:hAnsi="Arial"/>
          <w:color w:val="5D7284"/>
        </w:rPr>
        <w:t>41:32</w:t>
      </w:r>
      <w:proofErr w:type="gramEnd"/>
    </w:p>
    <w:p w14:paraId="0E2BF3D9" w14:textId="77777777" w:rsidR="00EB5BAC" w:rsidRDefault="00B67446">
      <w:pPr>
        <w:spacing w:after="0"/>
      </w:pPr>
      <w:r>
        <w:rPr>
          <w:rFonts w:ascii="Arial" w:hAnsi="Arial"/>
        </w:rPr>
        <w:t xml:space="preserve">Despite only ever performing in French, Sarah travelled the world </w:t>
      </w:r>
      <w:r>
        <w:rPr>
          <w:rFonts w:ascii="Arial" w:hAnsi="Arial"/>
        </w:rPr>
        <w:t xml:space="preserve">appearing in plays or just doing like tableaux's and </w:t>
      </w:r>
      <w:proofErr w:type="gramStart"/>
      <w:r>
        <w:rPr>
          <w:rFonts w:ascii="Arial" w:hAnsi="Arial"/>
        </w:rPr>
        <w:t>monologues</w:t>
      </w:r>
      <w:proofErr w:type="gramEnd"/>
    </w:p>
    <w:p w14:paraId="47369350" w14:textId="77777777" w:rsidR="00EB5BAC" w:rsidRDefault="00EB5BAC">
      <w:pPr>
        <w:spacing w:after="0"/>
      </w:pPr>
    </w:p>
    <w:p w14:paraId="13BE48D8" w14:textId="77777777" w:rsidR="00EB5BAC" w:rsidRDefault="00B67446">
      <w:pPr>
        <w:spacing w:after="0"/>
      </w:pPr>
      <w:proofErr w:type="gramStart"/>
      <w:r>
        <w:rPr>
          <w:rFonts w:ascii="Arial" w:hAnsi="Arial"/>
          <w:b/>
        </w:rPr>
        <w:t xml:space="preserve">Lucy  </w:t>
      </w:r>
      <w:r>
        <w:rPr>
          <w:rFonts w:ascii="Arial" w:hAnsi="Arial"/>
          <w:color w:val="5D7284"/>
        </w:rPr>
        <w:t>41:42</w:t>
      </w:r>
      <w:proofErr w:type="gramEnd"/>
    </w:p>
    <w:p w14:paraId="05FD45B6" w14:textId="77777777" w:rsidR="00EB5BAC" w:rsidRDefault="00B67446">
      <w:pPr>
        <w:spacing w:after="0"/>
      </w:pPr>
      <w:r>
        <w:rPr>
          <w:rFonts w:ascii="Arial" w:hAnsi="Arial"/>
        </w:rPr>
        <w:t>making appearances basically,</w:t>
      </w:r>
    </w:p>
    <w:p w14:paraId="60681648" w14:textId="77777777" w:rsidR="00EB5BAC" w:rsidRDefault="00EB5BAC">
      <w:pPr>
        <w:spacing w:after="0"/>
      </w:pPr>
    </w:p>
    <w:p w14:paraId="142BA6B8" w14:textId="77777777" w:rsidR="00EB5BAC" w:rsidRDefault="00B67446">
      <w:pPr>
        <w:spacing w:after="0"/>
      </w:pPr>
      <w:proofErr w:type="gramStart"/>
      <w:r>
        <w:rPr>
          <w:rFonts w:ascii="Arial" w:hAnsi="Arial"/>
          <w:b/>
        </w:rPr>
        <w:t xml:space="preserve">Alice  </w:t>
      </w:r>
      <w:r>
        <w:rPr>
          <w:rFonts w:ascii="Arial" w:hAnsi="Arial"/>
          <w:color w:val="5D7284"/>
        </w:rPr>
        <w:t>41:43</w:t>
      </w:r>
      <w:proofErr w:type="gramEnd"/>
    </w:p>
    <w:p w14:paraId="69A79D29" w14:textId="77777777" w:rsidR="00EB5BAC" w:rsidRDefault="00B67446">
      <w:pPr>
        <w:spacing w:after="0"/>
      </w:pPr>
      <w:r>
        <w:rPr>
          <w:rFonts w:ascii="Arial" w:hAnsi="Arial"/>
        </w:rPr>
        <w:lastRenderedPageBreak/>
        <w:t>yeah, yeah. All over the like, in across Europe, in England across America. She was like the poster girl for face creams and like car a</w:t>
      </w:r>
      <w:r>
        <w:rPr>
          <w:rFonts w:ascii="Arial" w:hAnsi="Arial"/>
        </w:rPr>
        <w:t>dverts.</w:t>
      </w:r>
    </w:p>
    <w:p w14:paraId="5E451033" w14:textId="77777777" w:rsidR="00EB5BAC" w:rsidRDefault="00EB5BAC">
      <w:pPr>
        <w:spacing w:after="0"/>
      </w:pPr>
    </w:p>
    <w:p w14:paraId="1A8B5A5C" w14:textId="77777777" w:rsidR="00EB5BAC" w:rsidRDefault="00B67446">
      <w:pPr>
        <w:spacing w:after="0"/>
      </w:pPr>
      <w:proofErr w:type="gramStart"/>
      <w:r>
        <w:rPr>
          <w:rFonts w:ascii="Arial" w:hAnsi="Arial"/>
          <w:b/>
        </w:rPr>
        <w:t xml:space="preserve">Lucy  </w:t>
      </w:r>
      <w:r>
        <w:rPr>
          <w:rFonts w:ascii="Arial" w:hAnsi="Arial"/>
          <w:color w:val="5D7284"/>
        </w:rPr>
        <w:t>41:56</w:t>
      </w:r>
      <w:proofErr w:type="gramEnd"/>
    </w:p>
    <w:p w14:paraId="6F162920" w14:textId="77777777" w:rsidR="00EB5BAC" w:rsidRDefault="00B67446">
      <w:pPr>
        <w:spacing w:after="0"/>
      </w:pPr>
      <w:r>
        <w:rPr>
          <w:rFonts w:ascii="Arial" w:hAnsi="Arial"/>
        </w:rPr>
        <w:t>Wow.</w:t>
      </w:r>
    </w:p>
    <w:p w14:paraId="4034A92F" w14:textId="77777777" w:rsidR="00EB5BAC" w:rsidRDefault="00EB5BAC">
      <w:pPr>
        <w:spacing w:after="0"/>
      </w:pPr>
    </w:p>
    <w:p w14:paraId="3F4B53F4" w14:textId="77777777" w:rsidR="00EB5BAC" w:rsidRDefault="00B67446">
      <w:pPr>
        <w:spacing w:after="0"/>
      </w:pPr>
      <w:proofErr w:type="gramStart"/>
      <w:r>
        <w:rPr>
          <w:rFonts w:ascii="Arial" w:hAnsi="Arial"/>
          <w:b/>
        </w:rPr>
        <w:t xml:space="preserve">Alice  </w:t>
      </w:r>
      <w:r>
        <w:rPr>
          <w:rFonts w:ascii="Arial" w:hAnsi="Arial"/>
          <w:color w:val="5D7284"/>
        </w:rPr>
        <w:t>41:58</w:t>
      </w:r>
      <w:proofErr w:type="gramEnd"/>
    </w:p>
    <w:p w14:paraId="47E0965A" w14:textId="77777777" w:rsidR="00EB5BAC" w:rsidRDefault="00B67446">
      <w:pPr>
        <w:spacing w:after="0"/>
      </w:pPr>
      <w:r>
        <w:rPr>
          <w:rFonts w:ascii="Arial" w:hAnsi="Arial"/>
        </w:rPr>
        <w:t xml:space="preserve"> Yep. And rub shoulders with some of the most famous like was seen with Oscar Wilde. She was friends with Mary Todd Lincoln, Abe Lincoln's Mrs. And, and Victor, one of Victor Hugo's, like actresses in some several of</w:t>
      </w:r>
      <w:r>
        <w:rPr>
          <w:rFonts w:ascii="Arial" w:hAnsi="Arial"/>
        </w:rPr>
        <w:t xml:space="preserve"> his plays that he wrote and directed. </w:t>
      </w:r>
      <w:proofErr w:type="gramStart"/>
      <w:r>
        <w:rPr>
          <w:rFonts w:ascii="Arial" w:hAnsi="Arial"/>
        </w:rPr>
        <w:t>So</w:t>
      </w:r>
      <w:proofErr w:type="gramEnd"/>
      <w:r>
        <w:rPr>
          <w:rFonts w:ascii="Arial" w:hAnsi="Arial"/>
        </w:rPr>
        <w:t xml:space="preserve"> like a lot of celebrities -</w:t>
      </w:r>
    </w:p>
    <w:p w14:paraId="0DF4C4F4" w14:textId="77777777" w:rsidR="00EB5BAC" w:rsidRDefault="00EB5BAC">
      <w:pPr>
        <w:spacing w:after="0"/>
      </w:pPr>
    </w:p>
    <w:p w14:paraId="02347858" w14:textId="77777777" w:rsidR="00EB5BAC" w:rsidRDefault="00B67446">
      <w:pPr>
        <w:spacing w:after="0"/>
      </w:pPr>
      <w:proofErr w:type="gramStart"/>
      <w:r>
        <w:rPr>
          <w:rFonts w:ascii="Arial" w:hAnsi="Arial"/>
          <w:b/>
        </w:rPr>
        <w:t xml:space="preserve">Lucy  </w:t>
      </w:r>
      <w:r>
        <w:rPr>
          <w:rFonts w:ascii="Arial" w:hAnsi="Arial"/>
          <w:color w:val="5D7284"/>
        </w:rPr>
        <w:t>42:18</w:t>
      </w:r>
      <w:proofErr w:type="gramEnd"/>
    </w:p>
    <w:p w14:paraId="31F9882F" w14:textId="77777777" w:rsidR="00EB5BAC" w:rsidRDefault="00B67446">
      <w:pPr>
        <w:spacing w:after="0"/>
      </w:pPr>
      <w:r>
        <w:rPr>
          <w:rFonts w:ascii="Arial" w:hAnsi="Arial"/>
        </w:rPr>
        <w:t xml:space="preserve">Sorry. How, so how long was Sarah, that famous before she lost her legs? Was it like five years? 10 years? less than five years? Or </w:t>
      </w:r>
      <w:proofErr w:type="spellStart"/>
      <w:r>
        <w:rPr>
          <w:rFonts w:ascii="Arial" w:hAnsi="Arial"/>
        </w:rPr>
        <w:t>or</w:t>
      </w:r>
      <w:proofErr w:type="spellEnd"/>
      <w:r>
        <w:rPr>
          <w:rFonts w:ascii="Arial" w:hAnsi="Arial"/>
        </w:rPr>
        <w:t xml:space="preserve"> do you not know?</w:t>
      </w:r>
    </w:p>
    <w:p w14:paraId="4CEA401A" w14:textId="77777777" w:rsidR="00EB5BAC" w:rsidRDefault="00EB5BAC">
      <w:pPr>
        <w:spacing w:after="0"/>
      </w:pPr>
    </w:p>
    <w:p w14:paraId="51AA0BCC" w14:textId="77777777" w:rsidR="00EB5BAC" w:rsidRDefault="00B67446">
      <w:pPr>
        <w:spacing w:after="0"/>
      </w:pPr>
      <w:proofErr w:type="gramStart"/>
      <w:r>
        <w:rPr>
          <w:rFonts w:ascii="Arial" w:hAnsi="Arial"/>
          <w:b/>
        </w:rPr>
        <w:t xml:space="preserve">Alice  </w:t>
      </w:r>
      <w:r>
        <w:rPr>
          <w:rFonts w:ascii="Arial" w:hAnsi="Arial"/>
          <w:color w:val="5D7284"/>
        </w:rPr>
        <w:t>42:30</w:t>
      </w:r>
      <w:proofErr w:type="gramEnd"/>
    </w:p>
    <w:p w14:paraId="03936F99" w14:textId="77777777" w:rsidR="00EB5BAC" w:rsidRDefault="00B67446">
      <w:pPr>
        <w:spacing w:after="0"/>
      </w:pPr>
      <w:r>
        <w:rPr>
          <w:rFonts w:ascii="Arial" w:hAnsi="Arial"/>
        </w:rPr>
        <w:t xml:space="preserve">No. It </w:t>
      </w:r>
      <w:r>
        <w:rPr>
          <w:rFonts w:ascii="Arial" w:hAnsi="Arial"/>
        </w:rPr>
        <w:t xml:space="preserve">was. </w:t>
      </w:r>
      <w:proofErr w:type="gramStart"/>
      <w:r>
        <w:rPr>
          <w:rFonts w:ascii="Arial" w:hAnsi="Arial"/>
        </w:rPr>
        <w:t>We're</w:t>
      </w:r>
      <w:proofErr w:type="gramEnd"/>
      <w:r>
        <w:rPr>
          <w:rFonts w:ascii="Arial" w:hAnsi="Arial"/>
        </w:rPr>
        <w:t xml:space="preserve"> talking 40 years. </w:t>
      </w:r>
    </w:p>
    <w:p w14:paraId="4A2CF5EE" w14:textId="77777777" w:rsidR="00EB5BAC" w:rsidRDefault="00EB5BAC">
      <w:pPr>
        <w:spacing w:after="0"/>
      </w:pPr>
    </w:p>
    <w:p w14:paraId="39E391E3" w14:textId="77777777" w:rsidR="00EB5BAC" w:rsidRDefault="00B67446">
      <w:pPr>
        <w:spacing w:after="0"/>
      </w:pPr>
      <w:proofErr w:type="gramStart"/>
      <w:r>
        <w:rPr>
          <w:rFonts w:ascii="Arial" w:hAnsi="Arial"/>
          <w:b/>
        </w:rPr>
        <w:t xml:space="preserve">Lucy  </w:t>
      </w:r>
      <w:r>
        <w:rPr>
          <w:rFonts w:ascii="Arial" w:hAnsi="Arial"/>
          <w:color w:val="5D7284"/>
        </w:rPr>
        <w:t>42:33</w:t>
      </w:r>
      <w:proofErr w:type="gramEnd"/>
    </w:p>
    <w:p w14:paraId="6A6096EA" w14:textId="77777777" w:rsidR="00EB5BAC" w:rsidRDefault="00B67446">
      <w:pPr>
        <w:spacing w:after="0"/>
      </w:pPr>
      <w:r>
        <w:rPr>
          <w:rFonts w:ascii="Arial" w:hAnsi="Arial"/>
        </w:rPr>
        <w:t xml:space="preserve">Okay. Right. </w:t>
      </w:r>
    </w:p>
    <w:p w14:paraId="168A8CF7" w14:textId="77777777" w:rsidR="00EB5BAC" w:rsidRDefault="00EB5BAC">
      <w:pPr>
        <w:spacing w:after="0"/>
      </w:pPr>
    </w:p>
    <w:p w14:paraId="5C4EA02B" w14:textId="77777777" w:rsidR="00EB5BAC" w:rsidRDefault="00B67446">
      <w:pPr>
        <w:spacing w:after="0"/>
      </w:pPr>
      <w:proofErr w:type="gramStart"/>
      <w:r>
        <w:rPr>
          <w:rFonts w:ascii="Arial" w:hAnsi="Arial"/>
          <w:b/>
        </w:rPr>
        <w:t xml:space="preserve">Alice  </w:t>
      </w:r>
      <w:r>
        <w:rPr>
          <w:rFonts w:ascii="Arial" w:hAnsi="Arial"/>
          <w:color w:val="5D7284"/>
        </w:rPr>
        <w:t>42:34</w:t>
      </w:r>
      <w:proofErr w:type="gramEnd"/>
    </w:p>
    <w:p w14:paraId="4F63738D" w14:textId="77777777" w:rsidR="00EB5BAC" w:rsidRDefault="00B67446">
      <w:pPr>
        <w:spacing w:after="0"/>
      </w:pPr>
      <w:r>
        <w:rPr>
          <w:rFonts w:ascii="Arial" w:hAnsi="Arial"/>
        </w:rPr>
        <w:t xml:space="preserve">She got into acting... </w:t>
      </w:r>
    </w:p>
    <w:p w14:paraId="3554D193" w14:textId="77777777" w:rsidR="00EB5BAC" w:rsidRDefault="00EB5BAC">
      <w:pPr>
        <w:spacing w:after="0"/>
      </w:pPr>
    </w:p>
    <w:p w14:paraId="11F8B6B8" w14:textId="77777777" w:rsidR="00EB5BAC" w:rsidRDefault="00B67446">
      <w:pPr>
        <w:spacing w:after="0"/>
      </w:pPr>
      <w:proofErr w:type="gramStart"/>
      <w:r>
        <w:rPr>
          <w:rFonts w:ascii="Arial" w:hAnsi="Arial"/>
          <w:b/>
        </w:rPr>
        <w:t xml:space="preserve">Lucy  </w:t>
      </w:r>
      <w:r>
        <w:rPr>
          <w:rFonts w:ascii="Arial" w:hAnsi="Arial"/>
          <w:color w:val="5D7284"/>
        </w:rPr>
        <w:t>42:36</w:t>
      </w:r>
      <w:proofErr w:type="gramEnd"/>
    </w:p>
    <w:p w14:paraId="0D865ACF" w14:textId="77777777" w:rsidR="00EB5BAC" w:rsidRDefault="00B67446">
      <w:pPr>
        <w:spacing w:after="0"/>
      </w:pPr>
      <w:proofErr w:type="gramStart"/>
      <w:r>
        <w:rPr>
          <w:rFonts w:ascii="Arial" w:hAnsi="Arial"/>
        </w:rPr>
        <w:t>So</w:t>
      </w:r>
      <w:proofErr w:type="gramEnd"/>
      <w:r>
        <w:rPr>
          <w:rFonts w:ascii="Arial" w:hAnsi="Arial"/>
        </w:rPr>
        <w:t xml:space="preserve"> she was well established then? </w:t>
      </w:r>
    </w:p>
    <w:p w14:paraId="76565FE2" w14:textId="77777777" w:rsidR="00EB5BAC" w:rsidRDefault="00EB5BAC">
      <w:pPr>
        <w:spacing w:after="0"/>
      </w:pPr>
    </w:p>
    <w:p w14:paraId="6AA95324" w14:textId="77777777" w:rsidR="00EB5BAC" w:rsidRDefault="00B67446">
      <w:pPr>
        <w:spacing w:after="0"/>
      </w:pPr>
      <w:proofErr w:type="gramStart"/>
      <w:r>
        <w:rPr>
          <w:rFonts w:ascii="Arial" w:hAnsi="Arial"/>
          <w:b/>
        </w:rPr>
        <w:t xml:space="preserve">Alice  </w:t>
      </w:r>
      <w:r>
        <w:rPr>
          <w:rFonts w:ascii="Arial" w:hAnsi="Arial"/>
          <w:color w:val="5D7284"/>
        </w:rPr>
        <w:t>42:38</w:t>
      </w:r>
      <w:proofErr w:type="gramEnd"/>
    </w:p>
    <w:p w14:paraId="7CE77799" w14:textId="77777777" w:rsidR="00EB5BAC" w:rsidRDefault="00B67446">
      <w:pPr>
        <w:spacing w:after="0"/>
      </w:pPr>
      <w:r>
        <w:rPr>
          <w:rFonts w:ascii="Arial" w:hAnsi="Arial"/>
        </w:rPr>
        <w:t xml:space="preserve">Oh, yeah, definitely. Definitely. Yeah, she got into acting, you know, in her 20s. And 30s, was </w:t>
      </w:r>
      <w:proofErr w:type="gramStart"/>
      <w:r>
        <w:rPr>
          <w:rFonts w:ascii="Arial" w:hAnsi="Arial"/>
        </w:rPr>
        <w:t>very, very famous</w:t>
      </w:r>
      <w:proofErr w:type="gramEnd"/>
      <w:r>
        <w:rPr>
          <w:rFonts w:ascii="Arial" w:hAnsi="Arial"/>
        </w:rPr>
        <w:t xml:space="preserve"> by her </w:t>
      </w:r>
      <w:proofErr w:type="spellStart"/>
      <w:r>
        <w:rPr>
          <w:rFonts w:ascii="Arial" w:hAnsi="Arial"/>
        </w:rPr>
        <w:t>mid 30s</w:t>
      </w:r>
      <w:proofErr w:type="spellEnd"/>
      <w:r>
        <w:rPr>
          <w:rFonts w:ascii="Arial" w:hAnsi="Arial"/>
        </w:rPr>
        <w:t xml:space="preserve"> was a bit like Elizabeth Taylor was having these affairs with her leading men. She had a son out of wedlock herself, who she </w:t>
      </w:r>
      <w:proofErr w:type="gramStart"/>
      <w:r>
        <w:rPr>
          <w:rFonts w:ascii="Arial" w:hAnsi="Arial"/>
        </w:rPr>
        <w:t>wouldn't</w:t>
      </w:r>
      <w:proofErr w:type="gramEnd"/>
      <w:r>
        <w:rPr>
          <w:rFonts w:ascii="Arial" w:hAnsi="Arial"/>
        </w:rPr>
        <w:t>. She refused to tell anybody who his father was. And this was during the time like, of Na</w:t>
      </w:r>
      <w:r>
        <w:rPr>
          <w:rFonts w:ascii="Arial" w:hAnsi="Arial"/>
        </w:rPr>
        <w:t>poleon. And eventually, it came out that it was Napoleon's brother was this like, father of her son. But she was he her son said, is an awesome quote that basically says something like, I never cared who my father was. Because Sarah Bernhardt was my mum.</w:t>
      </w:r>
    </w:p>
    <w:p w14:paraId="56E41B85" w14:textId="77777777" w:rsidR="00EB5BAC" w:rsidRDefault="00EB5BAC">
      <w:pPr>
        <w:spacing w:after="0"/>
      </w:pPr>
    </w:p>
    <w:p w14:paraId="0800AFBC" w14:textId="77777777" w:rsidR="00EB5BAC" w:rsidRDefault="00B67446">
      <w:pPr>
        <w:spacing w:after="0"/>
      </w:pPr>
      <w:proofErr w:type="gramStart"/>
      <w:r>
        <w:rPr>
          <w:rFonts w:ascii="Arial" w:hAnsi="Arial"/>
          <w:b/>
        </w:rPr>
        <w:t xml:space="preserve">Lucy  </w:t>
      </w:r>
      <w:r>
        <w:rPr>
          <w:rFonts w:ascii="Arial" w:hAnsi="Arial"/>
          <w:color w:val="5D7284"/>
        </w:rPr>
        <w:t>43:23</w:t>
      </w:r>
      <w:proofErr w:type="gramEnd"/>
    </w:p>
    <w:p w14:paraId="1D6280C9" w14:textId="77777777" w:rsidR="00EB5BAC" w:rsidRDefault="00B67446">
      <w:pPr>
        <w:spacing w:after="0"/>
      </w:pPr>
      <w:r>
        <w:rPr>
          <w:rFonts w:ascii="Arial" w:hAnsi="Arial"/>
        </w:rPr>
        <w:t>I mean, what a statement.</w:t>
      </w:r>
    </w:p>
    <w:p w14:paraId="66F36F6A" w14:textId="77777777" w:rsidR="00EB5BAC" w:rsidRDefault="00EB5BAC">
      <w:pPr>
        <w:spacing w:after="0"/>
      </w:pPr>
    </w:p>
    <w:p w14:paraId="240631E4" w14:textId="77777777" w:rsidR="00EB5BAC" w:rsidRDefault="00B67446">
      <w:pPr>
        <w:spacing w:after="0"/>
      </w:pPr>
      <w:proofErr w:type="gramStart"/>
      <w:r>
        <w:rPr>
          <w:rFonts w:ascii="Arial" w:hAnsi="Arial"/>
          <w:b/>
        </w:rPr>
        <w:t xml:space="preserve">Alice  </w:t>
      </w:r>
      <w:r>
        <w:rPr>
          <w:rFonts w:ascii="Arial" w:hAnsi="Arial"/>
          <w:color w:val="5D7284"/>
        </w:rPr>
        <w:t>43:25</w:t>
      </w:r>
      <w:proofErr w:type="gramEnd"/>
    </w:p>
    <w:p w14:paraId="1CB4BF63" w14:textId="77777777" w:rsidR="00EB5BAC" w:rsidRDefault="00B67446">
      <w:pPr>
        <w:spacing w:after="0"/>
      </w:pPr>
      <w:r>
        <w:rPr>
          <w:rFonts w:ascii="Arial" w:hAnsi="Arial"/>
        </w:rPr>
        <w:t>I know. Right?</w:t>
      </w:r>
    </w:p>
    <w:p w14:paraId="5D1EFE59" w14:textId="77777777" w:rsidR="00EB5BAC" w:rsidRDefault="00EB5BAC">
      <w:pPr>
        <w:spacing w:after="0"/>
      </w:pPr>
    </w:p>
    <w:p w14:paraId="09107DD1" w14:textId="77777777" w:rsidR="00EB5BAC" w:rsidRDefault="00B67446">
      <w:pPr>
        <w:spacing w:after="0"/>
      </w:pPr>
      <w:proofErr w:type="gramStart"/>
      <w:r>
        <w:rPr>
          <w:rFonts w:ascii="Arial" w:hAnsi="Arial"/>
          <w:b/>
        </w:rPr>
        <w:t xml:space="preserve">Lucy  </w:t>
      </w:r>
      <w:r>
        <w:rPr>
          <w:rFonts w:ascii="Arial" w:hAnsi="Arial"/>
          <w:color w:val="5D7284"/>
        </w:rPr>
        <w:t>43:26</w:t>
      </w:r>
      <w:proofErr w:type="gramEnd"/>
    </w:p>
    <w:p w14:paraId="58B77A77" w14:textId="77777777" w:rsidR="00EB5BAC" w:rsidRDefault="00B67446">
      <w:pPr>
        <w:spacing w:after="0"/>
      </w:pPr>
      <w:r>
        <w:rPr>
          <w:rFonts w:ascii="Arial" w:hAnsi="Arial"/>
        </w:rPr>
        <w:t xml:space="preserve">Yeah. I mean, that's </w:t>
      </w:r>
      <w:proofErr w:type="spellStart"/>
      <w:r>
        <w:rPr>
          <w:rFonts w:ascii="Arial" w:hAnsi="Arial"/>
        </w:rPr>
        <w:t>gonna</w:t>
      </w:r>
      <w:proofErr w:type="spellEnd"/>
      <w:r>
        <w:rPr>
          <w:rFonts w:ascii="Arial" w:hAnsi="Arial"/>
        </w:rPr>
        <w:t xml:space="preserve"> make her feel good, doesn't it?</w:t>
      </w:r>
    </w:p>
    <w:p w14:paraId="11E20245" w14:textId="77777777" w:rsidR="00EB5BAC" w:rsidRDefault="00EB5BAC">
      <w:pPr>
        <w:spacing w:after="0"/>
      </w:pPr>
    </w:p>
    <w:p w14:paraId="267DDF25" w14:textId="77777777" w:rsidR="00EB5BAC" w:rsidRDefault="00B67446">
      <w:pPr>
        <w:spacing w:after="0"/>
      </w:pPr>
      <w:proofErr w:type="gramStart"/>
      <w:r>
        <w:rPr>
          <w:rFonts w:ascii="Arial" w:hAnsi="Arial"/>
          <w:b/>
        </w:rPr>
        <w:t xml:space="preserve">Alice  </w:t>
      </w:r>
      <w:r>
        <w:rPr>
          <w:rFonts w:ascii="Arial" w:hAnsi="Arial"/>
          <w:color w:val="5D7284"/>
        </w:rPr>
        <w:t>43:29</w:t>
      </w:r>
      <w:proofErr w:type="gramEnd"/>
    </w:p>
    <w:p w14:paraId="45E64C42" w14:textId="77777777" w:rsidR="00EB5BAC" w:rsidRDefault="00B67446">
      <w:pPr>
        <w:spacing w:after="0"/>
      </w:pPr>
      <w:r>
        <w:rPr>
          <w:rFonts w:ascii="Arial" w:hAnsi="Arial"/>
        </w:rPr>
        <w:t>Exactly. Because she was basically so like, you know, Napoleon's brother was like the prince of France.</w:t>
      </w:r>
      <w:r>
        <w:rPr>
          <w:rFonts w:ascii="Arial" w:hAnsi="Arial"/>
        </w:rPr>
        <w:t xml:space="preserve"> And yet she was so famous that her son was like, so my dad might be the prince, my mum's Sarah Bernhardt.</w:t>
      </w:r>
    </w:p>
    <w:p w14:paraId="2F085433" w14:textId="77777777" w:rsidR="00EB5BAC" w:rsidRDefault="00EB5BAC">
      <w:pPr>
        <w:spacing w:after="0"/>
      </w:pPr>
    </w:p>
    <w:p w14:paraId="6D92E24B" w14:textId="77777777" w:rsidR="00EB5BAC" w:rsidRDefault="00B67446">
      <w:pPr>
        <w:spacing w:after="0"/>
      </w:pPr>
      <w:proofErr w:type="gramStart"/>
      <w:r>
        <w:rPr>
          <w:rFonts w:ascii="Arial" w:hAnsi="Arial"/>
          <w:b/>
        </w:rPr>
        <w:t xml:space="preserve">Lucy  </w:t>
      </w:r>
      <w:r>
        <w:rPr>
          <w:rFonts w:ascii="Arial" w:hAnsi="Arial"/>
          <w:color w:val="5D7284"/>
        </w:rPr>
        <w:t>43:46</w:t>
      </w:r>
      <w:proofErr w:type="gramEnd"/>
    </w:p>
    <w:p w14:paraId="3700592C" w14:textId="77777777" w:rsidR="00EB5BAC" w:rsidRDefault="00B67446">
      <w:pPr>
        <w:spacing w:after="0"/>
      </w:pPr>
      <w:r>
        <w:rPr>
          <w:rFonts w:ascii="Arial" w:hAnsi="Arial"/>
        </w:rPr>
        <w:t xml:space="preserve">that is amazing. If I ever have kids. And </w:t>
      </w:r>
      <w:proofErr w:type="gramStart"/>
      <w:r>
        <w:rPr>
          <w:rFonts w:ascii="Arial" w:hAnsi="Arial"/>
        </w:rPr>
        <w:t>they're</w:t>
      </w:r>
      <w:proofErr w:type="gramEnd"/>
      <w:r>
        <w:rPr>
          <w:rFonts w:ascii="Arial" w:hAnsi="Arial"/>
        </w:rPr>
        <w:t xml:space="preserve"> like that about me. </w:t>
      </w:r>
      <w:proofErr w:type="gramStart"/>
      <w:r>
        <w:rPr>
          <w:rFonts w:ascii="Arial" w:hAnsi="Arial"/>
        </w:rPr>
        <w:t>I'd</w:t>
      </w:r>
      <w:proofErr w:type="gramEnd"/>
      <w:r>
        <w:rPr>
          <w:rFonts w:ascii="Arial" w:hAnsi="Arial"/>
        </w:rPr>
        <w:t xml:space="preserve"> be like, yeah,</w:t>
      </w:r>
    </w:p>
    <w:p w14:paraId="2369C5A0" w14:textId="77777777" w:rsidR="00EB5BAC" w:rsidRDefault="00EB5BAC">
      <w:pPr>
        <w:spacing w:after="0"/>
      </w:pPr>
    </w:p>
    <w:p w14:paraId="2BCF6065" w14:textId="77777777" w:rsidR="00EB5BAC" w:rsidRDefault="00B67446">
      <w:pPr>
        <w:spacing w:after="0"/>
      </w:pPr>
      <w:proofErr w:type="gramStart"/>
      <w:r>
        <w:rPr>
          <w:rFonts w:ascii="Arial" w:hAnsi="Arial"/>
          <w:b/>
        </w:rPr>
        <w:t xml:space="preserve">Alice  </w:t>
      </w:r>
      <w:r>
        <w:rPr>
          <w:rFonts w:ascii="Arial" w:hAnsi="Arial"/>
          <w:color w:val="5D7284"/>
        </w:rPr>
        <w:t>43:51</w:t>
      </w:r>
      <w:proofErr w:type="gramEnd"/>
    </w:p>
    <w:p w14:paraId="4DB1D14A" w14:textId="77777777" w:rsidR="00EB5BAC" w:rsidRDefault="00B67446">
      <w:pPr>
        <w:spacing w:after="0"/>
      </w:pPr>
      <w:r>
        <w:rPr>
          <w:rFonts w:ascii="Arial" w:hAnsi="Arial"/>
        </w:rPr>
        <w:t xml:space="preserve">I know, yeah, yeah. </w:t>
      </w:r>
      <w:proofErr w:type="gramStart"/>
      <w:r>
        <w:rPr>
          <w:rFonts w:ascii="Arial" w:hAnsi="Arial"/>
        </w:rPr>
        <w:t>So</w:t>
      </w:r>
      <w:proofErr w:type="gramEnd"/>
      <w:r>
        <w:rPr>
          <w:rFonts w:ascii="Arial" w:hAnsi="Arial"/>
        </w:rPr>
        <w:t xml:space="preserve"> like a </w:t>
      </w:r>
      <w:r>
        <w:rPr>
          <w:rFonts w:ascii="Arial" w:hAnsi="Arial"/>
        </w:rPr>
        <w:t xml:space="preserve">lot of celebrities. She was a bit mad. She had a like menagerie of wild animals, including a monkey and a lion. And she was </w:t>
      </w:r>
      <w:proofErr w:type="gramStart"/>
      <w:r>
        <w:rPr>
          <w:rFonts w:ascii="Arial" w:hAnsi="Arial"/>
        </w:rPr>
        <w:t>really famous</w:t>
      </w:r>
      <w:proofErr w:type="gramEnd"/>
      <w:r>
        <w:rPr>
          <w:rFonts w:ascii="Arial" w:hAnsi="Arial"/>
        </w:rPr>
        <w:t xml:space="preserve"> for she designed her own coffin.</w:t>
      </w:r>
    </w:p>
    <w:p w14:paraId="39B6F27A" w14:textId="77777777" w:rsidR="00EB5BAC" w:rsidRDefault="00EB5BAC">
      <w:pPr>
        <w:spacing w:after="0"/>
      </w:pPr>
    </w:p>
    <w:p w14:paraId="3A81100E" w14:textId="77777777" w:rsidR="00EB5BAC" w:rsidRDefault="00B67446">
      <w:pPr>
        <w:spacing w:after="0"/>
      </w:pPr>
      <w:proofErr w:type="gramStart"/>
      <w:r>
        <w:rPr>
          <w:rFonts w:ascii="Arial" w:hAnsi="Arial"/>
          <w:b/>
        </w:rPr>
        <w:t xml:space="preserve">Lucy  </w:t>
      </w:r>
      <w:r>
        <w:rPr>
          <w:rFonts w:ascii="Arial" w:hAnsi="Arial"/>
          <w:color w:val="5D7284"/>
        </w:rPr>
        <w:t>44:06</w:t>
      </w:r>
      <w:proofErr w:type="gramEnd"/>
    </w:p>
    <w:p w14:paraId="0451CBD8" w14:textId="77777777" w:rsidR="00EB5BAC" w:rsidRDefault="00B67446">
      <w:pPr>
        <w:spacing w:after="0"/>
      </w:pPr>
      <w:r>
        <w:rPr>
          <w:rFonts w:ascii="Arial" w:hAnsi="Arial"/>
        </w:rPr>
        <w:t xml:space="preserve">Okay! I mean, </w:t>
      </w:r>
      <w:proofErr w:type="gramStart"/>
      <w:r>
        <w:rPr>
          <w:rFonts w:ascii="Arial" w:hAnsi="Arial"/>
        </w:rPr>
        <w:t>that's</w:t>
      </w:r>
      <w:proofErr w:type="gramEnd"/>
      <w:r>
        <w:rPr>
          <w:rFonts w:ascii="Arial" w:hAnsi="Arial"/>
        </w:rPr>
        <w:t xml:space="preserve"> some forward thinking</w:t>
      </w:r>
    </w:p>
    <w:p w14:paraId="5105E061" w14:textId="77777777" w:rsidR="00EB5BAC" w:rsidRDefault="00EB5BAC">
      <w:pPr>
        <w:spacing w:after="0"/>
      </w:pPr>
    </w:p>
    <w:p w14:paraId="697DCAF1" w14:textId="77777777" w:rsidR="00EB5BAC" w:rsidRDefault="00B67446">
      <w:pPr>
        <w:spacing w:after="0"/>
      </w:pPr>
      <w:proofErr w:type="gramStart"/>
      <w:r>
        <w:rPr>
          <w:rFonts w:ascii="Arial" w:hAnsi="Arial"/>
          <w:b/>
        </w:rPr>
        <w:t xml:space="preserve">Alice  </w:t>
      </w:r>
      <w:r>
        <w:rPr>
          <w:rFonts w:ascii="Arial" w:hAnsi="Arial"/>
          <w:color w:val="5D7284"/>
        </w:rPr>
        <w:t>44:09</w:t>
      </w:r>
      <w:proofErr w:type="gramEnd"/>
    </w:p>
    <w:p w14:paraId="19DF7A5C" w14:textId="77777777" w:rsidR="00EB5BAC" w:rsidRDefault="00B67446">
      <w:pPr>
        <w:spacing w:after="0"/>
      </w:pPr>
      <w:r>
        <w:rPr>
          <w:rFonts w:ascii="Arial" w:hAnsi="Arial"/>
        </w:rPr>
        <w:t>she had it made</w:t>
      </w:r>
      <w:r>
        <w:rPr>
          <w:rFonts w:ascii="Arial" w:hAnsi="Arial"/>
        </w:rPr>
        <w:t xml:space="preserve"> before she died. And then she would take it on world tours with </w:t>
      </w:r>
      <w:proofErr w:type="gramStart"/>
      <w:r>
        <w:rPr>
          <w:rFonts w:ascii="Arial" w:hAnsi="Arial"/>
        </w:rPr>
        <w:t>her, and</w:t>
      </w:r>
      <w:proofErr w:type="gramEnd"/>
      <w:r>
        <w:rPr>
          <w:rFonts w:ascii="Arial" w:hAnsi="Arial"/>
        </w:rPr>
        <w:t xml:space="preserve"> would leave it at the end of her bed. she slept in it </w:t>
      </w:r>
      <w:proofErr w:type="spellStart"/>
      <w:proofErr w:type="gramStart"/>
      <w:r>
        <w:rPr>
          <w:rFonts w:ascii="Arial" w:hAnsi="Arial"/>
        </w:rPr>
        <w:t>some times</w:t>
      </w:r>
      <w:proofErr w:type="spellEnd"/>
      <w:proofErr w:type="gramEnd"/>
      <w:r>
        <w:rPr>
          <w:rFonts w:ascii="Arial" w:hAnsi="Arial"/>
        </w:rPr>
        <w:t xml:space="preserve">. And </w:t>
      </w:r>
      <w:proofErr w:type="gramStart"/>
      <w:r>
        <w:rPr>
          <w:rFonts w:ascii="Arial" w:hAnsi="Arial"/>
        </w:rPr>
        <w:t>there's</w:t>
      </w:r>
      <w:proofErr w:type="gramEnd"/>
      <w:r>
        <w:rPr>
          <w:rFonts w:ascii="Arial" w:hAnsi="Arial"/>
        </w:rPr>
        <w:t xml:space="preserve"> a few famous, there's a famous series of photos of her, because it's the thing about her she became famo</w:t>
      </w:r>
      <w:r>
        <w:rPr>
          <w:rFonts w:ascii="Arial" w:hAnsi="Arial"/>
        </w:rPr>
        <w:t xml:space="preserve">us at the top, sort of start of photography. </w:t>
      </w:r>
    </w:p>
    <w:p w14:paraId="2D65EA19" w14:textId="77777777" w:rsidR="00EB5BAC" w:rsidRDefault="00EB5BAC">
      <w:pPr>
        <w:spacing w:after="0"/>
      </w:pPr>
    </w:p>
    <w:p w14:paraId="39D29048" w14:textId="77777777" w:rsidR="00EB5BAC" w:rsidRDefault="00B67446">
      <w:pPr>
        <w:spacing w:after="0"/>
      </w:pPr>
      <w:proofErr w:type="gramStart"/>
      <w:r>
        <w:rPr>
          <w:rFonts w:ascii="Arial" w:hAnsi="Arial"/>
          <w:b/>
        </w:rPr>
        <w:t xml:space="preserve">Lucy  </w:t>
      </w:r>
      <w:r>
        <w:rPr>
          <w:rFonts w:ascii="Arial" w:hAnsi="Arial"/>
          <w:color w:val="5D7284"/>
        </w:rPr>
        <w:t>44:34</w:t>
      </w:r>
      <w:proofErr w:type="gramEnd"/>
    </w:p>
    <w:p w14:paraId="5DF5F3C5" w14:textId="77777777" w:rsidR="00EB5BAC" w:rsidRDefault="00B67446">
      <w:pPr>
        <w:spacing w:after="0"/>
      </w:pPr>
      <w:r>
        <w:rPr>
          <w:rFonts w:ascii="Arial" w:hAnsi="Arial"/>
        </w:rPr>
        <w:t xml:space="preserve">Yeah. </w:t>
      </w:r>
    </w:p>
    <w:p w14:paraId="3F95AFB2" w14:textId="77777777" w:rsidR="00EB5BAC" w:rsidRDefault="00EB5BAC">
      <w:pPr>
        <w:spacing w:after="0"/>
      </w:pPr>
    </w:p>
    <w:p w14:paraId="6C82256A" w14:textId="77777777" w:rsidR="00EB5BAC" w:rsidRDefault="00B67446">
      <w:pPr>
        <w:spacing w:after="0"/>
      </w:pPr>
      <w:proofErr w:type="gramStart"/>
      <w:r>
        <w:rPr>
          <w:rFonts w:ascii="Arial" w:hAnsi="Arial"/>
          <w:b/>
        </w:rPr>
        <w:t xml:space="preserve">Alice  </w:t>
      </w:r>
      <w:r>
        <w:rPr>
          <w:rFonts w:ascii="Arial" w:hAnsi="Arial"/>
          <w:color w:val="5D7284"/>
        </w:rPr>
        <w:t>44:34</w:t>
      </w:r>
      <w:proofErr w:type="gramEnd"/>
    </w:p>
    <w:p w14:paraId="57E246F9" w14:textId="77777777" w:rsidR="00EB5BAC" w:rsidRDefault="00B67446">
      <w:pPr>
        <w:spacing w:after="0"/>
      </w:pPr>
      <w:r>
        <w:rPr>
          <w:rFonts w:ascii="Arial" w:hAnsi="Arial"/>
        </w:rPr>
        <w:t xml:space="preserve">And so that was one of the things that made her so famous. Yeah, yeah, </w:t>
      </w:r>
      <w:proofErr w:type="gramStart"/>
      <w:r>
        <w:rPr>
          <w:rFonts w:ascii="Arial" w:hAnsi="Arial"/>
        </w:rPr>
        <w:t>there's</w:t>
      </w:r>
      <w:proofErr w:type="gramEnd"/>
      <w:r>
        <w:rPr>
          <w:rFonts w:ascii="Arial" w:hAnsi="Arial"/>
        </w:rPr>
        <w:t xml:space="preserve"> a series of photos of her lying in her coffin, all dressed in white with our eyes closed. And tha</w:t>
      </w:r>
      <w:r>
        <w:rPr>
          <w:rFonts w:ascii="Arial" w:hAnsi="Arial"/>
        </w:rPr>
        <w:t xml:space="preserve">t sort of is </w:t>
      </w:r>
      <w:proofErr w:type="gramStart"/>
      <w:r>
        <w:rPr>
          <w:rFonts w:ascii="Arial" w:hAnsi="Arial"/>
        </w:rPr>
        <w:t>really evocative</w:t>
      </w:r>
      <w:proofErr w:type="gramEnd"/>
      <w:r>
        <w:rPr>
          <w:rFonts w:ascii="Arial" w:hAnsi="Arial"/>
        </w:rPr>
        <w:t xml:space="preserve"> of this famous painting of Ophelia from Hamlet, which she had played and had sort of, you know, acclaimed performance, as well as playing Ophelia Sarah was known for Playing male roles, including Hamlet himself, and she was sh</w:t>
      </w:r>
      <w:r>
        <w:rPr>
          <w:rFonts w:ascii="Arial" w:hAnsi="Arial"/>
        </w:rPr>
        <w:t>e really refused to be constrained by sort of gender roles. And by age, I fucking love this right? She, she played Joan of Arc who was 19 when Sarah was in her 40s. And</w:t>
      </w:r>
    </w:p>
    <w:p w14:paraId="1EC994DA" w14:textId="77777777" w:rsidR="00EB5BAC" w:rsidRDefault="00EB5BAC">
      <w:pPr>
        <w:spacing w:after="0"/>
      </w:pPr>
    </w:p>
    <w:p w14:paraId="3660333B" w14:textId="77777777" w:rsidR="00EB5BAC" w:rsidRDefault="00B67446">
      <w:pPr>
        <w:spacing w:after="0"/>
      </w:pPr>
      <w:proofErr w:type="gramStart"/>
      <w:r>
        <w:rPr>
          <w:rFonts w:ascii="Arial" w:hAnsi="Arial"/>
          <w:b/>
        </w:rPr>
        <w:t xml:space="preserve">Lucy  </w:t>
      </w:r>
      <w:r>
        <w:rPr>
          <w:rFonts w:ascii="Arial" w:hAnsi="Arial"/>
          <w:color w:val="5D7284"/>
        </w:rPr>
        <w:t>45:22</w:t>
      </w:r>
      <w:proofErr w:type="gramEnd"/>
    </w:p>
    <w:p w14:paraId="239A3594" w14:textId="77777777" w:rsidR="00EB5BAC" w:rsidRDefault="00B67446">
      <w:pPr>
        <w:spacing w:after="0"/>
      </w:pPr>
      <w:r>
        <w:rPr>
          <w:rFonts w:ascii="Arial" w:hAnsi="Arial"/>
        </w:rPr>
        <w:t>that is amazing.</w:t>
      </w:r>
    </w:p>
    <w:p w14:paraId="6E062BC1" w14:textId="77777777" w:rsidR="00EB5BAC" w:rsidRDefault="00EB5BAC">
      <w:pPr>
        <w:spacing w:after="0"/>
      </w:pPr>
    </w:p>
    <w:p w14:paraId="7DC985C4" w14:textId="77777777" w:rsidR="00EB5BAC" w:rsidRDefault="00B67446">
      <w:pPr>
        <w:spacing w:after="0"/>
      </w:pPr>
      <w:proofErr w:type="gramStart"/>
      <w:r>
        <w:rPr>
          <w:rFonts w:ascii="Arial" w:hAnsi="Arial"/>
          <w:b/>
        </w:rPr>
        <w:t xml:space="preserve">Alice  </w:t>
      </w:r>
      <w:r>
        <w:rPr>
          <w:rFonts w:ascii="Arial" w:hAnsi="Arial"/>
          <w:color w:val="5D7284"/>
        </w:rPr>
        <w:t>45:24</w:t>
      </w:r>
      <w:proofErr w:type="gramEnd"/>
    </w:p>
    <w:p w14:paraId="371DBDBE" w14:textId="77777777" w:rsidR="00EB5BAC" w:rsidRDefault="00B67446">
      <w:pPr>
        <w:spacing w:after="0"/>
      </w:pPr>
      <w:r>
        <w:rPr>
          <w:rFonts w:ascii="Arial" w:hAnsi="Arial"/>
        </w:rPr>
        <w:t>I know right? And she was so famous like yo</w:t>
      </w:r>
      <w:r>
        <w:rPr>
          <w:rFonts w:ascii="Arial" w:hAnsi="Arial"/>
        </w:rPr>
        <w:t xml:space="preserve">u couldn't it wouldn't happen these </w:t>
      </w:r>
      <w:proofErr w:type="gramStart"/>
      <w:r>
        <w:rPr>
          <w:rFonts w:ascii="Arial" w:hAnsi="Arial"/>
        </w:rPr>
        <w:t>days</w:t>
      </w:r>
      <w:proofErr w:type="gramEnd"/>
    </w:p>
    <w:p w14:paraId="0B050083" w14:textId="77777777" w:rsidR="00EB5BAC" w:rsidRDefault="00EB5BAC">
      <w:pPr>
        <w:spacing w:after="0"/>
      </w:pPr>
    </w:p>
    <w:p w14:paraId="59F156F0" w14:textId="77777777" w:rsidR="00EB5BAC" w:rsidRDefault="00B67446">
      <w:pPr>
        <w:spacing w:after="0"/>
      </w:pPr>
      <w:proofErr w:type="gramStart"/>
      <w:r>
        <w:rPr>
          <w:rFonts w:ascii="Arial" w:hAnsi="Arial"/>
          <w:b/>
        </w:rPr>
        <w:t xml:space="preserve">Lucy  </w:t>
      </w:r>
      <w:r>
        <w:rPr>
          <w:rFonts w:ascii="Arial" w:hAnsi="Arial"/>
          <w:color w:val="5D7284"/>
        </w:rPr>
        <w:t>45:29</w:t>
      </w:r>
      <w:proofErr w:type="gramEnd"/>
    </w:p>
    <w:p w14:paraId="1AA11B9E" w14:textId="77777777" w:rsidR="00EB5BAC" w:rsidRDefault="00B67446">
      <w:pPr>
        <w:spacing w:after="0"/>
      </w:pPr>
      <w:r>
        <w:rPr>
          <w:rFonts w:ascii="Arial" w:hAnsi="Arial"/>
        </w:rPr>
        <w:t>Alice, do you think she must have surrounded herself with people that have gone Yeah, you might be 40. But you do look 19.</w:t>
      </w:r>
    </w:p>
    <w:p w14:paraId="31AD3B7D" w14:textId="77777777" w:rsidR="00EB5BAC" w:rsidRDefault="00EB5BAC">
      <w:pPr>
        <w:spacing w:after="0"/>
      </w:pPr>
    </w:p>
    <w:p w14:paraId="5DD00200" w14:textId="77777777" w:rsidR="00EB5BAC" w:rsidRDefault="00B67446">
      <w:pPr>
        <w:spacing w:after="0"/>
      </w:pPr>
      <w:proofErr w:type="gramStart"/>
      <w:r>
        <w:rPr>
          <w:rFonts w:ascii="Arial" w:hAnsi="Arial"/>
          <w:b/>
        </w:rPr>
        <w:t xml:space="preserve">Alice  </w:t>
      </w:r>
      <w:r>
        <w:rPr>
          <w:rFonts w:ascii="Arial" w:hAnsi="Arial"/>
          <w:color w:val="5D7284"/>
        </w:rPr>
        <w:t>45:38</w:t>
      </w:r>
      <w:proofErr w:type="gramEnd"/>
    </w:p>
    <w:p w14:paraId="0FE9A0CE" w14:textId="77777777" w:rsidR="00EB5BAC" w:rsidRDefault="00B67446">
      <w:pPr>
        <w:spacing w:after="0"/>
      </w:pPr>
      <w:r>
        <w:rPr>
          <w:rFonts w:ascii="Arial" w:hAnsi="Arial"/>
        </w:rPr>
        <w:lastRenderedPageBreak/>
        <w:t xml:space="preserve">I think it was more like, like these days. a film producer would </w:t>
      </w:r>
      <w:r>
        <w:rPr>
          <w:rFonts w:ascii="Arial" w:hAnsi="Arial"/>
        </w:rPr>
        <w:t xml:space="preserve">be like, no, </w:t>
      </w:r>
      <w:proofErr w:type="gramStart"/>
      <w:r>
        <w:rPr>
          <w:rFonts w:ascii="Arial" w:hAnsi="Arial"/>
        </w:rPr>
        <w:t>she's</w:t>
      </w:r>
      <w:proofErr w:type="gramEnd"/>
      <w:r>
        <w:rPr>
          <w:rFonts w:ascii="Arial" w:hAnsi="Arial"/>
        </w:rPr>
        <w:t xml:space="preserve"> too old. And I think Sarah probably sat there and went, don't you know who I am? </w:t>
      </w:r>
    </w:p>
    <w:p w14:paraId="10CABA68" w14:textId="77777777" w:rsidR="00EB5BAC" w:rsidRDefault="00EB5BAC">
      <w:pPr>
        <w:spacing w:after="0"/>
      </w:pPr>
    </w:p>
    <w:p w14:paraId="4C5DEAC4" w14:textId="77777777" w:rsidR="00EB5BAC" w:rsidRDefault="00B67446">
      <w:pPr>
        <w:spacing w:after="0"/>
      </w:pPr>
      <w:proofErr w:type="gramStart"/>
      <w:r>
        <w:rPr>
          <w:rFonts w:ascii="Arial" w:hAnsi="Arial"/>
          <w:b/>
        </w:rPr>
        <w:t xml:space="preserve">Lucy  </w:t>
      </w:r>
      <w:r>
        <w:rPr>
          <w:rFonts w:ascii="Arial" w:hAnsi="Arial"/>
          <w:color w:val="5D7284"/>
        </w:rPr>
        <w:t>45:52</w:t>
      </w:r>
      <w:proofErr w:type="gramEnd"/>
    </w:p>
    <w:p w14:paraId="4A0449E1" w14:textId="77777777" w:rsidR="00EB5BAC" w:rsidRDefault="00B67446">
      <w:pPr>
        <w:spacing w:after="0"/>
      </w:pPr>
      <w:r>
        <w:rPr>
          <w:rFonts w:ascii="Arial" w:hAnsi="Arial"/>
        </w:rPr>
        <w:t xml:space="preserve">Yeah. </w:t>
      </w:r>
    </w:p>
    <w:p w14:paraId="21930D10" w14:textId="77777777" w:rsidR="00EB5BAC" w:rsidRDefault="00EB5BAC">
      <w:pPr>
        <w:spacing w:after="0"/>
      </w:pPr>
    </w:p>
    <w:p w14:paraId="2168EDDD" w14:textId="77777777" w:rsidR="00EB5BAC" w:rsidRDefault="00B67446">
      <w:pPr>
        <w:spacing w:after="0"/>
      </w:pPr>
      <w:proofErr w:type="gramStart"/>
      <w:r>
        <w:rPr>
          <w:rFonts w:ascii="Arial" w:hAnsi="Arial"/>
          <w:b/>
        </w:rPr>
        <w:t xml:space="preserve">Alice  </w:t>
      </w:r>
      <w:r>
        <w:rPr>
          <w:rFonts w:ascii="Arial" w:hAnsi="Arial"/>
          <w:color w:val="5D7284"/>
        </w:rPr>
        <w:t>45:53</w:t>
      </w:r>
      <w:proofErr w:type="gramEnd"/>
    </w:p>
    <w:p w14:paraId="517A02F6" w14:textId="77777777" w:rsidR="00EB5BAC" w:rsidRDefault="00B67446">
      <w:pPr>
        <w:spacing w:after="0"/>
      </w:pPr>
      <w:r>
        <w:rPr>
          <w:rFonts w:ascii="Arial" w:hAnsi="Arial"/>
        </w:rPr>
        <w:t xml:space="preserve">Like, this is this is what I want to do. And </w:t>
      </w:r>
      <w:proofErr w:type="gramStart"/>
      <w:r>
        <w:rPr>
          <w:rFonts w:ascii="Arial" w:hAnsi="Arial"/>
        </w:rPr>
        <w:t>we're</w:t>
      </w:r>
      <w:proofErr w:type="gramEnd"/>
      <w:r>
        <w:rPr>
          <w:rFonts w:ascii="Arial" w:hAnsi="Arial"/>
        </w:rPr>
        <w:t xml:space="preserve"> going to do it.</w:t>
      </w:r>
    </w:p>
    <w:p w14:paraId="50D082BD" w14:textId="77777777" w:rsidR="00EB5BAC" w:rsidRDefault="00EB5BAC">
      <w:pPr>
        <w:spacing w:after="0"/>
      </w:pPr>
    </w:p>
    <w:p w14:paraId="6A3471A9" w14:textId="77777777" w:rsidR="00EB5BAC" w:rsidRDefault="00B67446">
      <w:pPr>
        <w:spacing w:after="0"/>
      </w:pPr>
      <w:proofErr w:type="gramStart"/>
      <w:r>
        <w:rPr>
          <w:rFonts w:ascii="Arial" w:hAnsi="Arial"/>
          <w:b/>
        </w:rPr>
        <w:t xml:space="preserve">Lucy  </w:t>
      </w:r>
      <w:r>
        <w:rPr>
          <w:rFonts w:ascii="Arial" w:hAnsi="Arial"/>
          <w:color w:val="5D7284"/>
        </w:rPr>
        <w:t>45:56</w:t>
      </w:r>
      <w:proofErr w:type="gramEnd"/>
    </w:p>
    <w:p w14:paraId="78F95AE6" w14:textId="77777777" w:rsidR="00EB5BAC" w:rsidRDefault="00B67446">
      <w:pPr>
        <w:spacing w:after="0"/>
      </w:pPr>
      <w:r>
        <w:rPr>
          <w:rFonts w:ascii="Arial" w:hAnsi="Arial"/>
        </w:rPr>
        <w:t>Whether you like it or not.</w:t>
      </w:r>
    </w:p>
    <w:p w14:paraId="11212916" w14:textId="77777777" w:rsidR="00EB5BAC" w:rsidRDefault="00EB5BAC">
      <w:pPr>
        <w:spacing w:after="0"/>
      </w:pPr>
    </w:p>
    <w:p w14:paraId="4031EA76" w14:textId="77777777" w:rsidR="00EB5BAC" w:rsidRDefault="00B67446">
      <w:pPr>
        <w:spacing w:after="0"/>
      </w:pPr>
      <w:proofErr w:type="gramStart"/>
      <w:r>
        <w:rPr>
          <w:rFonts w:ascii="Arial" w:hAnsi="Arial"/>
          <w:b/>
        </w:rPr>
        <w:t xml:space="preserve">Alice  </w:t>
      </w:r>
      <w:r>
        <w:rPr>
          <w:rFonts w:ascii="Arial" w:hAnsi="Arial"/>
          <w:color w:val="5D7284"/>
        </w:rPr>
        <w:t>45:58</w:t>
      </w:r>
      <w:proofErr w:type="gramEnd"/>
    </w:p>
    <w:p w14:paraId="55FC96EB" w14:textId="77777777" w:rsidR="00EB5BAC" w:rsidRDefault="00B67446">
      <w:pPr>
        <w:spacing w:after="0"/>
      </w:pPr>
      <w:r>
        <w:rPr>
          <w:rFonts w:ascii="Arial" w:hAnsi="Arial"/>
        </w:rPr>
        <w:t xml:space="preserve">Absolutely. Yeah. </w:t>
      </w:r>
    </w:p>
    <w:p w14:paraId="56369E58" w14:textId="77777777" w:rsidR="00EB5BAC" w:rsidRDefault="00EB5BAC">
      <w:pPr>
        <w:spacing w:after="0"/>
      </w:pPr>
    </w:p>
    <w:p w14:paraId="0865822B" w14:textId="77777777" w:rsidR="00EB5BAC" w:rsidRDefault="00B67446">
      <w:pPr>
        <w:spacing w:after="0"/>
      </w:pPr>
      <w:proofErr w:type="gramStart"/>
      <w:r>
        <w:rPr>
          <w:rFonts w:ascii="Arial" w:hAnsi="Arial"/>
          <w:b/>
        </w:rPr>
        <w:t xml:space="preserve">Lucy  </w:t>
      </w:r>
      <w:r>
        <w:rPr>
          <w:rFonts w:ascii="Arial" w:hAnsi="Arial"/>
          <w:color w:val="5D7284"/>
        </w:rPr>
        <w:t>46:01</w:t>
      </w:r>
      <w:proofErr w:type="gramEnd"/>
    </w:p>
    <w:p w14:paraId="393F6A30" w14:textId="77777777" w:rsidR="00EB5BAC" w:rsidRDefault="00B67446">
      <w:pPr>
        <w:spacing w:after="0"/>
      </w:pPr>
      <w:r>
        <w:rPr>
          <w:rFonts w:ascii="Arial" w:hAnsi="Arial"/>
        </w:rPr>
        <w:t xml:space="preserve">And </w:t>
      </w:r>
      <w:proofErr w:type="gramStart"/>
      <w:r>
        <w:rPr>
          <w:rFonts w:ascii="Arial" w:hAnsi="Arial"/>
        </w:rPr>
        <w:t>also</w:t>
      </w:r>
      <w:proofErr w:type="gramEnd"/>
      <w:r>
        <w:rPr>
          <w:rFonts w:ascii="Arial" w:hAnsi="Arial"/>
        </w:rPr>
        <w:t xml:space="preserve"> I think as well, because she was so famous. She had that star power behind her.</w:t>
      </w:r>
    </w:p>
    <w:p w14:paraId="50D9809D" w14:textId="77777777" w:rsidR="00EB5BAC" w:rsidRDefault="00EB5BAC">
      <w:pPr>
        <w:spacing w:after="0"/>
      </w:pPr>
    </w:p>
    <w:p w14:paraId="4327E452" w14:textId="77777777" w:rsidR="00EB5BAC" w:rsidRDefault="00B67446">
      <w:pPr>
        <w:spacing w:after="0"/>
      </w:pPr>
      <w:proofErr w:type="gramStart"/>
      <w:r>
        <w:rPr>
          <w:rFonts w:ascii="Arial" w:hAnsi="Arial"/>
          <w:b/>
        </w:rPr>
        <w:t xml:space="preserve">Alice  </w:t>
      </w:r>
      <w:r>
        <w:rPr>
          <w:rFonts w:ascii="Arial" w:hAnsi="Arial"/>
          <w:color w:val="5D7284"/>
        </w:rPr>
        <w:t>46:06</w:t>
      </w:r>
      <w:proofErr w:type="gramEnd"/>
    </w:p>
    <w:p w14:paraId="6C6EFD18" w14:textId="77777777" w:rsidR="00EB5BAC" w:rsidRDefault="00B67446">
      <w:pPr>
        <w:spacing w:after="0"/>
      </w:pPr>
      <w:r>
        <w:rPr>
          <w:rFonts w:ascii="Arial" w:hAnsi="Arial"/>
        </w:rPr>
        <w:t xml:space="preserve">And she was </w:t>
      </w:r>
      <w:proofErr w:type="gramStart"/>
      <w:r>
        <w:rPr>
          <w:rFonts w:ascii="Arial" w:hAnsi="Arial"/>
        </w:rPr>
        <w:t>really talented</w:t>
      </w:r>
      <w:proofErr w:type="gramEnd"/>
      <w:r>
        <w:rPr>
          <w:rFonts w:ascii="Arial" w:hAnsi="Arial"/>
        </w:rPr>
        <w:t xml:space="preserve"> as well, which, like, it wasn't, it wasn't all just talk. She was </w:t>
      </w:r>
      <w:proofErr w:type="gramStart"/>
      <w:r>
        <w:rPr>
          <w:rFonts w:ascii="Arial" w:hAnsi="Arial"/>
        </w:rPr>
        <w:t>really talente</w:t>
      </w:r>
      <w:r>
        <w:rPr>
          <w:rFonts w:ascii="Arial" w:hAnsi="Arial"/>
        </w:rPr>
        <w:t>d</w:t>
      </w:r>
      <w:proofErr w:type="gramEnd"/>
      <w:r>
        <w:rPr>
          <w:rFonts w:ascii="Arial" w:hAnsi="Arial"/>
        </w:rPr>
        <w:t xml:space="preserve">. She the play that Moulin Rouge is based on she played that the main character in that the courtesan, she played that role until she was well into her 60s. Like this sex idol. I just think she was </w:t>
      </w:r>
      <w:proofErr w:type="gramStart"/>
      <w:r>
        <w:rPr>
          <w:rFonts w:ascii="Arial" w:hAnsi="Arial"/>
        </w:rPr>
        <w:t>a badass</w:t>
      </w:r>
      <w:proofErr w:type="gramEnd"/>
      <w:r>
        <w:rPr>
          <w:rFonts w:ascii="Arial" w:hAnsi="Arial"/>
        </w:rPr>
        <w:t xml:space="preserve">. And this is like, I know, I </w:t>
      </w:r>
      <w:proofErr w:type="gramStart"/>
      <w:r>
        <w:rPr>
          <w:rFonts w:ascii="Arial" w:hAnsi="Arial"/>
        </w:rPr>
        <w:t>haven't</w:t>
      </w:r>
      <w:proofErr w:type="gramEnd"/>
      <w:r>
        <w:rPr>
          <w:rFonts w:ascii="Arial" w:hAnsi="Arial"/>
        </w:rPr>
        <w:t xml:space="preserve"> talked a lo</w:t>
      </w:r>
      <w:r>
        <w:rPr>
          <w:rFonts w:ascii="Arial" w:hAnsi="Arial"/>
        </w:rPr>
        <w:t xml:space="preserve">t about her disability yet. But you've this is the thing about Sarah is that she was like this before a disability. And after her disability, she went, No, </w:t>
      </w:r>
      <w:proofErr w:type="gramStart"/>
      <w:r>
        <w:rPr>
          <w:rFonts w:ascii="Arial" w:hAnsi="Arial"/>
        </w:rPr>
        <w:t>I'm</w:t>
      </w:r>
      <w:proofErr w:type="gramEnd"/>
      <w:r>
        <w:rPr>
          <w:rFonts w:ascii="Arial" w:hAnsi="Arial"/>
        </w:rPr>
        <w:t xml:space="preserve"> so fucking badass. And </w:t>
      </w:r>
      <w:proofErr w:type="gramStart"/>
      <w:r>
        <w:rPr>
          <w:rFonts w:ascii="Arial" w:hAnsi="Arial"/>
        </w:rPr>
        <w:t>that's</w:t>
      </w:r>
      <w:proofErr w:type="gramEnd"/>
      <w:r>
        <w:rPr>
          <w:rFonts w:ascii="Arial" w:hAnsi="Arial"/>
        </w:rPr>
        <w:t xml:space="preserve"> what I really like.</w:t>
      </w:r>
    </w:p>
    <w:p w14:paraId="78F083B7" w14:textId="77777777" w:rsidR="00EB5BAC" w:rsidRDefault="00EB5BAC">
      <w:pPr>
        <w:spacing w:after="0"/>
      </w:pPr>
    </w:p>
    <w:p w14:paraId="3DFA0961" w14:textId="77777777" w:rsidR="00EB5BAC" w:rsidRDefault="00B67446">
      <w:pPr>
        <w:spacing w:after="0"/>
      </w:pPr>
      <w:proofErr w:type="gramStart"/>
      <w:r>
        <w:rPr>
          <w:rFonts w:ascii="Arial" w:hAnsi="Arial"/>
          <w:b/>
        </w:rPr>
        <w:t xml:space="preserve">Lucy  </w:t>
      </w:r>
      <w:r>
        <w:rPr>
          <w:rFonts w:ascii="Arial" w:hAnsi="Arial"/>
          <w:color w:val="5D7284"/>
        </w:rPr>
        <w:t>46:48</w:t>
      </w:r>
      <w:proofErr w:type="gramEnd"/>
    </w:p>
    <w:p w14:paraId="3C46987E" w14:textId="77777777" w:rsidR="00EB5BAC" w:rsidRDefault="00B67446">
      <w:pPr>
        <w:spacing w:after="0"/>
      </w:pPr>
      <w:proofErr w:type="gramStart"/>
      <w:r>
        <w:rPr>
          <w:rFonts w:ascii="Arial" w:hAnsi="Arial"/>
        </w:rPr>
        <w:t>I'm</w:t>
      </w:r>
      <w:proofErr w:type="gramEnd"/>
      <w:r>
        <w:rPr>
          <w:rFonts w:ascii="Arial" w:hAnsi="Arial"/>
        </w:rPr>
        <w:t xml:space="preserve"> still </w:t>
      </w:r>
      <w:proofErr w:type="spellStart"/>
      <w:r>
        <w:rPr>
          <w:rFonts w:ascii="Arial" w:hAnsi="Arial"/>
        </w:rPr>
        <w:t>gonna</w:t>
      </w:r>
      <w:proofErr w:type="spellEnd"/>
      <w:r>
        <w:rPr>
          <w:rFonts w:ascii="Arial" w:hAnsi="Arial"/>
        </w:rPr>
        <w:t xml:space="preserve"> go to work. And </w:t>
      </w:r>
      <w:proofErr w:type="gramStart"/>
      <w:r>
        <w:rPr>
          <w:rFonts w:ascii="Arial" w:hAnsi="Arial"/>
        </w:rPr>
        <w:t>I</w:t>
      </w:r>
      <w:r>
        <w:rPr>
          <w:rFonts w:ascii="Arial" w:hAnsi="Arial"/>
        </w:rPr>
        <w:t>'m</w:t>
      </w:r>
      <w:proofErr w:type="gramEnd"/>
      <w:r>
        <w:rPr>
          <w:rFonts w:ascii="Arial" w:hAnsi="Arial"/>
        </w:rPr>
        <w:t xml:space="preserve"> still </w:t>
      </w:r>
      <w:proofErr w:type="spellStart"/>
      <w:r>
        <w:rPr>
          <w:rFonts w:ascii="Arial" w:hAnsi="Arial"/>
        </w:rPr>
        <w:t>gonna</w:t>
      </w:r>
      <w:proofErr w:type="spellEnd"/>
      <w:r>
        <w:rPr>
          <w:rFonts w:ascii="Arial" w:hAnsi="Arial"/>
        </w:rPr>
        <w:t xml:space="preserve"> be an actress. And yeah, I love that.</w:t>
      </w:r>
    </w:p>
    <w:p w14:paraId="7B54F3D5" w14:textId="77777777" w:rsidR="00EB5BAC" w:rsidRDefault="00EB5BAC">
      <w:pPr>
        <w:spacing w:after="0"/>
      </w:pPr>
    </w:p>
    <w:p w14:paraId="051B3F53" w14:textId="77777777" w:rsidR="00EB5BAC" w:rsidRDefault="00B67446">
      <w:pPr>
        <w:spacing w:after="0"/>
      </w:pPr>
      <w:proofErr w:type="gramStart"/>
      <w:r>
        <w:rPr>
          <w:rFonts w:ascii="Arial" w:hAnsi="Arial"/>
          <w:b/>
        </w:rPr>
        <w:t xml:space="preserve">Alice  </w:t>
      </w:r>
      <w:r>
        <w:rPr>
          <w:rFonts w:ascii="Arial" w:hAnsi="Arial"/>
          <w:color w:val="5D7284"/>
        </w:rPr>
        <w:t>46:53</w:t>
      </w:r>
      <w:proofErr w:type="gramEnd"/>
    </w:p>
    <w:p w14:paraId="0158F9E5" w14:textId="77777777" w:rsidR="00EB5BAC" w:rsidRDefault="00B67446">
      <w:pPr>
        <w:spacing w:after="0"/>
      </w:pPr>
      <w:r>
        <w:rPr>
          <w:rFonts w:ascii="Arial" w:hAnsi="Arial"/>
        </w:rPr>
        <w:t xml:space="preserve">She </w:t>
      </w:r>
      <w:proofErr w:type="spellStart"/>
      <w:r>
        <w:rPr>
          <w:rFonts w:ascii="Arial" w:hAnsi="Arial"/>
        </w:rPr>
        <w:t>she</w:t>
      </w:r>
      <w:proofErr w:type="spellEnd"/>
      <w:r>
        <w:rPr>
          <w:rFonts w:ascii="Arial" w:hAnsi="Arial"/>
        </w:rPr>
        <w:t xml:space="preserve"> had a lot of problems with her knees during her whole life, you </w:t>
      </w:r>
      <w:proofErr w:type="gramStart"/>
      <w:r>
        <w:rPr>
          <w:rFonts w:ascii="Arial" w:hAnsi="Arial"/>
        </w:rPr>
        <w:t>know?</w:t>
      </w:r>
      <w:proofErr w:type="gramEnd"/>
      <w:r>
        <w:rPr>
          <w:rFonts w:ascii="Arial" w:hAnsi="Arial"/>
        </w:rPr>
        <w:t xml:space="preserve"> Beginning kind of when she checked herself out fucking window.</w:t>
      </w:r>
    </w:p>
    <w:p w14:paraId="4D777625" w14:textId="77777777" w:rsidR="00EB5BAC" w:rsidRDefault="00EB5BAC">
      <w:pPr>
        <w:spacing w:after="0"/>
      </w:pPr>
    </w:p>
    <w:p w14:paraId="7AFC4CDF" w14:textId="77777777" w:rsidR="00EB5BAC" w:rsidRDefault="00B67446">
      <w:pPr>
        <w:spacing w:after="0"/>
      </w:pPr>
      <w:proofErr w:type="gramStart"/>
      <w:r>
        <w:rPr>
          <w:rFonts w:ascii="Arial" w:hAnsi="Arial"/>
          <w:b/>
        </w:rPr>
        <w:t xml:space="preserve">Lucy  </w:t>
      </w:r>
      <w:r>
        <w:rPr>
          <w:rFonts w:ascii="Arial" w:hAnsi="Arial"/>
          <w:color w:val="5D7284"/>
        </w:rPr>
        <w:t>47:01</w:t>
      </w:r>
      <w:proofErr w:type="gramEnd"/>
    </w:p>
    <w:p w14:paraId="3C1DEDBD" w14:textId="77777777" w:rsidR="00EB5BAC" w:rsidRDefault="00B67446">
      <w:pPr>
        <w:spacing w:after="0"/>
      </w:pPr>
      <w:r>
        <w:rPr>
          <w:rFonts w:ascii="Arial" w:hAnsi="Arial"/>
        </w:rPr>
        <w:t xml:space="preserve">Yeah. </w:t>
      </w:r>
      <w:proofErr w:type="gramStart"/>
      <w:r>
        <w:rPr>
          <w:rFonts w:ascii="Arial" w:hAnsi="Arial"/>
        </w:rPr>
        <w:t>Won't</w:t>
      </w:r>
      <w:proofErr w:type="gramEnd"/>
      <w:r>
        <w:rPr>
          <w:rFonts w:ascii="Arial" w:hAnsi="Arial"/>
        </w:rPr>
        <w:t xml:space="preserve"> help with it that?</w:t>
      </w:r>
    </w:p>
    <w:p w14:paraId="633646B2" w14:textId="77777777" w:rsidR="00EB5BAC" w:rsidRDefault="00EB5BAC">
      <w:pPr>
        <w:spacing w:after="0"/>
      </w:pPr>
    </w:p>
    <w:p w14:paraId="34430F1B" w14:textId="77777777" w:rsidR="00EB5BAC" w:rsidRDefault="00B67446">
      <w:pPr>
        <w:spacing w:after="0"/>
      </w:pPr>
      <w:proofErr w:type="gramStart"/>
      <w:r>
        <w:rPr>
          <w:rFonts w:ascii="Arial" w:hAnsi="Arial"/>
          <w:b/>
        </w:rPr>
        <w:t>Ali</w:t>
      </w:r>
      <w:r>
        <w:rPr>
          <w:rFonts w:ascii="Arial" w:hAnsi="Arial"/>
          <w:b/>
        </w:rPr>
        <w:t xml:space="preserve">ce  </w:t>
      </w:r>
      <w:r>
        <w:rPr>
          <w:rFonts w:ascii="Arial" w:hAnsi="Arial"/>
          <w:color w:val="5D7284"/>
        </w:rPr>
        <w:t>47:05</w:t>
      </w:r>
      <w:proofErr w:type="gramEnd"/>
    </w:p>
    <w:p w14:paraId="0BA73CA1" w14:textId="77777777" w:rsidR="00EB5BAC" w:rsidRDefault="00B67446">
      <w:pPr>
        <w:spacing w:after="0"/>
      </w:pPr>
      <w:r>
        <w:rPr>
          <w:rFonts w:ascii="Arial" w:hAnsi="Arial"/>
        </w:rPr>
        <w:t xml:space="preserve">No, no. When she was in her 40s, she had to have an abscess drained from a right knee and repeated damage to her knees during performance of Joan of Arc when she would fall desperately to her knees praying. She was it was a </w:t>
      </w:r>
      <w:proofErr w:type="gramStart"/>
      <w:r>
        <w:rPr>
          <w:rFonts w:ascii="Arial" w:hAnsi="Arial"/>
        </w:rPr>
        <w:t>really famous</w:t>
      </w:r>
      <w:proofErr w:type="gramEnd"/>
      <w:r>
        <w:rPr>
          <w:rFonts w:ascii="Arial" w:hAnsi="Arial"/>
        </w:rPr>
        <w:t xml:space="preserve"> </w:t>
      </w:r>
      <w:r>
        <w:rPr>
          <w:rFonts w:ascii="Arial" w:hAnsi="Arial"/>
        </w:rPr>
        <w:t xml:space="preserve">performance of her. </w:t>
      </w:r>
      <w:proofErr w:type="gramStart"/>
      <w:r>
        <w:rPr>
          <w:rFonts w:ascii="Arial" w:hAnsi="Arial"/>
        </w:rPr>
        <w:t>So</w:t>
      </w:r>
      <w:proofErr w:type="gramEnd"/>
      <w:r>
        <w:rPr>
          <w:rFonts w:ascii="Arial" w:hAnsi="Arial"/>
        </w:rPr>
        <w:t xml:space="preserve"> she just kept doing it, even though it was buggering her knee's up.</w:t>
      </w:r>
    </w:p>
    <w:p w14:paraId="29CD9A59" w14:textId="77777777" w:rsidR="00EB5BAC" w:rsidRDefault="00EB5BAC">
      <w:pPr>
        <w:spacing w:after="0"/>
      </w:pPr>
    </w:p>
    <w:p w14:paraId="4FA7021A" w14:textId="77777777" w:rsidR="00EB5BAC" w:rsidRDefault="00B67446">
      <w:pPr>
        <w:spacing w:after="0"/>
      </w:pPr>
      <w:proofErr w:type="gramStart"/>
      <w:r>
        <w:rPr>
          <w:rFonts w:ascii="Arial" w:hAnsi="Arial"/>
          <w:b/>
        </w:rPr>
        <w:t xml:space="preserve">Lucy  </w:t>
      </w:r>
      <w:r>
        <w:rPr>
          <w:rFonts w:ascii="Arial" w:hAnsi="Arial"/>
          <w:color w:val="5D7284"/>
        </w:rPr>
        <w:t>47:28</w:t>
      </w:r>
      <w:proofErr w:type="gramEnd"/>
    </w:p>
    <w:p w14:paraId="55087B02" w14:textId="77777777" w:rsidR="00EB5BAC" w:rsidRDefault="00B67446">
      <w:pPr>
        <w:spacing w:after="0"/>
      </w:pPr>
      <w:r>
        <w:rPr>
          <w:rFonts w:ascii="Arial" w:hAnsi="Arial"/>
        </w:rPr>
        <w:lastRenderedPageBreak/>
        <w:t xml:space="preserve">So basically, she was being dramatic. She was being over </w:t>
      </w:r>
      <w:proofErr w:type="gramStart"/>
      <w:r>
        <w:rPr>
          <w:rFonts w:ascii="Arial" w:hAnsi="Arial"/>
        </w:rPr>
        <w:t>dramatic</w:t>
      </w:r>
      <w:proofErr w:type="gramEnd"/>
      <w:r>
        <w:rPr>
          <w:rFonts w:ascii="Arial" w:hAnsi="Arial"/>
        </w:rPr>
        <w:t xml:space="preserve"> and it was buggering her knee's up.</w:t>
      </w:r>
    </w:p>
    <w:p w14:paraId="4163D438" w14:textId="77777777" w:rsidR="00EB5BAC" w:rsidRDefault="00EB5BAC">
      <w:pPr>
        <w:spacing w:after="0"/>
      </w:pPr>
    </w:p>
    <w:p w14:paraId="2DD12FAD" w14:textId="77777777" w:rsidR="00EB5BAC" w:rsidRDefault="00B67446">
      <w:pPr>
        <w:spacing w:after="0"/>
      </w:pPr>
      <w:proofErr w:type="gramStart"/>
      <w:r>
        <w:rPr>
          <w:rFonts w:ascii="Arial" w:hAnsi="Arial"/>
          <w:b/>
        </w:rPr>
        <w:t xml:space="preserve">Alice  </w:t>
      </w:r>
      <w:r>
        <w:rPr>
          <w:rFonts w:ascii="Arial" w:hAnsi="Arial"/>
          <w:color w:val="5D7284"/>
        </w:rPr>
        <w:t>47:34</w:t>
      </w:r>
      <w:proofErr w:type="gramEnd"/>
    </w:p>
    <w:p w14:paraId="4D1ED6B0" w14:textId="77777777" w:rsidR="00EB5BAC" w:rsidRDefault="00B67446">
      <w:pPr>
        <w:spacing w:after="0"/>
      </w:pPr>
      <w:r>
        <w:rPr>
          <w:rFonts w:ascii="Arial" w:hAnsi="Arial"/>
        </w:rPr>
        <w:t xml:space="preserve">Yeah, but she was doing it because of her art. And because of her performance. </w:t>
      </w:r>
    </w:p>
    <w:p w14:paraId="331F0BC9" w14:textId="77777777" w:rsidR="00EB5BAC" w:rsidRDefault="00EB5BAC">
      <w:pPr>
        <w:spacing w:after="0"/>
      </w:pPr>
    </w:p>
    <w:p w14:paraId="4913DC6F" w14:textId="77777777" w:rsidR="00EB5BAC" w:rsidRDefault="00B67446">
      <w:pPr>
        <w:spacing w:after="0"/>
      </w:pPr>
      <w:proofErr w:type="gramStart"/>
      <w:r>
        <w:rPr>
          <w:rFonts w:ascii="Arial" w:hAnsi="Arial"/>
          <w:b/>
        </w:rPr>
        <w:t xml:space="preserve">Lucy  </w:t>
      </w:r>
      <w:r>
        <w:rPr>
          <w:rFonts w:ascii="Arial" w:hAnsi="Arial"/>
          <w:color w:val="5D7284"/>
        </w:rPr>
        <w:t>47:38</w:t>
      </w:r>
      <w:proofErr w:type="gramEnd"/>
    </w:p>
    <w:p w14:paraId="19FC73EE" w14:textId="77777777" w:rsidR="00EB5BAC" w:rsidRDefault="00B67446">
      <w:pPr>
        <w:spacing w:after="0"/>
      </w:pPr>
      <w:r>
        <w:rPr>
          <w:rFonts w:ascii="Arial" w:hAnsi="Arial"/>
        </w:rPr>
        <w:t xml:space="preserve">Yeah. </w:t>
      </w:r>
    </w:p>
    <w:p w14:paraId="04F830A1" w14:textId="77777777" w:rsidR="00EB5BAC" w:rsidRDefault="00EB5BAC">
      <w:pPr>
        <w:spacing w:after="0"/>
      </w:pPr>
    </w:p>
    <w:p w14:paraId="406E48AF" w14:textId="77777777" w:rsidR="00EB5BAC" w:rsidRDefault="00B67446">
      <w:pPr>
        <w:spacing w:after="0"/>
      </w:pPr>
      <w:proofErr w:type="gramStart"/>
      <w:r>
        <w:rPr>
          <w:rFonts w:ascii="Arial" w:hAnsi="Arial"/>
          <w:b/>
        </w:rPr>
        <w:t xml:space="preserve">Alice  </w:t>
      </w:r>
      <w:r>
        <w:rPr>
          <w:rFonts w:ascii="Arial" w:hAnsi="Arial"/>
          <w:color w:val="5D7284"/>
        </w:rPr>
        <w:t>47:39</w:t>
      </w:r>
      <w:proofErr w:type="gramEnd"/>
    </w:p>
    <w:p w14:paraId="61E74441" w14:textId="77777777" w:rsidR="00EB5BAC" w:rsidRDefault="00B67446">
      <w:pPr>
        <w:spacing w:after="0"/>
      </w:pPr>
      <w:r>
        <w:rPr>
          <w:rFonts w:ascii="Arial" w:hAnsi="Arial"/>
        </w:rPr>
        <w:t xml:space="preserve"> </w:t>
      </w:r>
      <w:proofErr w:type="gramStart"/>
      <w:r>
        <w:rPr>
          <w:rFonts w:ascii="Arial" w:hAnsi="Arial"/>
        </w:rPr>
        <w:t>So</w:t>
      </w:r>
      <w:proofErr w:type="gramEnd"/>
      <w:r>
        <w:rPr>
          <w:rFonts w:ascii="Arial" w:hAnsi="Arial"/>
        </w:rPr>
        <w:t xml:space="preserve"> her </w:t>
      </w:r>
      <w:proofErr w:type="spellStart"/>
      <w:r>
        <w:rPr>
          <w:rFonts w:ascii="Arial" w:hAnsi="Arial"/>
        </w:rPr>
        <w:t>knee's</w:t>
      </w:r>
      <w:proofErr w:type="spellEnd"/>
      <w:r>
        <w:rPr>
          <w:rFonts w:ascii="Arial" w:hAnsi="Arial"/>
        </w:rPr>
        <w:t xml:space="preserve"> were basically always swollen and she was always in pain. And it's generally assumed that she probably had inflammatory arthrit</w:t>
      </w:r>
      <w:r>
        <w:rPr>
          <w:rFonts w:ascii="Arial" w:hAnsi="Arial"/>
        </w:rPr>
        <w:t xml:space="preserve">is in a right knee, which is likely </w:t>
      </w:r>
      <w:proofErr w:type="gramStart"/>
      <w:r>
        <w:rPr>
          <w:rFonts w:ascii="Arial" w:hAnsi="Arial"/>
        </w:rPr>
        <w:t>compounded</w:t>
      </w:r>
      <w:proofErr w:type="gramEnd"/>
    </w:p>
    <w:p w14:paraId="003253EC" w14:textId="77777777" w:rsidR="00EB5BAC" w:rsidRDefault="00EB5BAC">
      <w:pPr>
        <w:spacing w:after="0"/>
      </w:pPr>
    </w:p>
    <w:p w14:paraId="25CA4433" w14:textId="77777777" w:rsidR="00EB5BAC" w:rsidRDefault="00B67446">
      <w:pPr>
        <w:spacing w:after="0"/>
      </w:pPr>
      <w:proofErr w:type="gramStart"/>
      <w:r>
        <w:rPr>
          <w:rFonts w:ascii="Arial" w:hAnsi="Arial"/>
          <w:b/>
        </w:rPr>
        <w:t xml:space="preserve">Lucy  </w:t>
      </w:r>
      <w:r>
        <w:rPr>
          <w:rFonts w:ascii="Arial" w:hAnsi="Arial"/>
          <w:color w:val="5D7284"/>
        </w:rPr>
        <w:t>47:53</w:t>
      </w:r>
      <w:proofErr w:type="gramEnd"/>
    </w:p>
    <w:p w14:paraId="5BA72C99" w14:textId="77777777" w:rsidR="00EB5BAC" w:rsidRDefault="00B67446">
      <w:pPr>
        <w:spacing w:after="0"/>
      </w:pPr>
      <w:r>
        <w:rPr>
          <w:rFonts w:ascii="Arial" w:hAnsi="Arial"/>
        </w:rPr>
        <w:t>by the slamming of it on the floor every time she -</w:t>
      </w:r>
    </w:p>
    <w:p w14:paraId="3766CA2A" w14:textId="77777777" w:rsidR="00EB5BAC" w:rsidRDefault="00EB5BAC">
      <w:pPr>
        <w:spacing w:after="0"/>
      </w:pPr>
    </w:p>
    <w:p w14:paraId="7D668C43" w14:textId="77777777" w:rsidR="00EB5BAC" w:rsidRDefault="00B67446">
      <w:pPr>
        <w:spacing w:after="0"/>
      </w:pPr>
      <w:proofErr w:type="gramStart"/>
      <w:r>
        <w:rPr>
          <w:rFonts w:ascii="Arial" w:hAnsi="Arial"/>
          <w:b/>
        </w:rPr>
        <w:t xml:space="preserve">Alice  </w:t>
      </w:r>
      <w:r>
        <w:rPr>
          <w:rFonts w:ascii="Arial" w:hAnsi="Arial"/>
          <w:color w:val="5D7284"/>
        </w:rPr>
        <w:t>47:56</w:t>
      </w:r>
      <w:proofErr w:type="gramEnd"/>
    </w:p>
    <w:p w14:paraId="621FF2D4" w14:textId="77777777" w:rsidR="00EB5BAC" w:rsidRDefault="00B67446">
      <w:pPr>
        <w:spacing w:after="0"/>
      </w:pPr>
      <w:r>
        <w:rPr>
          <w:rFonts w:ascii="Arial" w:hAnsi="Arial"/>
        </w:rPr>
        <w:t>Well and having had tuberculosis there is something called tubercular arthritis, which it just, you know, the whole thing compound</w:t>
      </w:r>
      <w:r>
        <w:rPr>
          <w:rFonts w:ascii="Arial" w:hAnsi="Arial"/>
        </w:rPr>
        <w:t xml:space="preserve">s it really. Mm hmm. </w:t>
      </w:r>
      <w:proofErr w:type="gramStart"/>
      <w:r>
        <w:rPr>
          <w:rFonts w:ascii="Arial" w:hAnsi="Arial"/>
        </w:rPr>
        <w:t>So</w:t>
      </w:r>
      <w:proofErr w:type="gramEnd"/>
      <w:r>
        <w:rPr>
          <w:rFonts w:ascii="Arial" w:hAnsi="Arial"/>
        </w:rPr>
        <w:t xml:space="preserve"> the final straw for Sarah's leg came when she was performing in a play la Tosca in which the opera is based on where she's the heroine who basically held herself off a castle wall to kill herself at the end of the end of the play. Y</w:t>
      </w:r>
      <w:r>
        <w:rPr>
          <w:rFonts w:ascii="Arial" w:hAnsi="Arial"/>
        </w:rPr>
        <w:t xml:space="preserve">eah, and </w:t>
      </w:r>
      <w:proofErr w:type="gramStart"/>
      <w:r>
        <w:rPr>
          <w:rFonts w:ascii="Arial" w:hAnsi="Arial"/>
        </w:rPr>
        <w:t>it's</w:t>
      </w:r>
      <w:proofErr w:type="gramEnd"/>
      <w:r>
        <w:rPr>
          <w:rFonts w:ascii="Arial" w:hAnsi="Arial"/>
        </w:rPr>
        <w:t xml:space="preserve"> very, very on brand role for Sarah. She likes throwing herself off stuff basically. </w:t>
      </w:r>
      <w:proofErr w:type="gramStart"/>
      <w:r>
        <w:rPr>
          <w:rFonts w:ascii="Arial" w:hAnsi="Arial"/>
        </w:rPr>
        <w:t>She's</w:t>
      </w:r>
      <w:proofErr w:type="gramEnd"/>
      <w:r>
        <w:rPr>
          <w:rFonts w:ascii="Arial" w:hAnsi="Arial"/>
        </w:rPr>
        <w:t xml:space="preserve"> definitely like a high melodrama </w:t>
      </w:r>
      <w:proofErr w:type="spellStart"/>
      <w:r>
        <w:rPr>
          <w:rFonts w:ascii="Arial" w:hAnsi="Arial"/>
        </w:rPr>
        <w:t>kinda</w:t>
      </w:r>
      <w:proofErr w:type="spellEnd"/>
      <w:r>
        <w:rPr>
          <w:rFonts w:ascii="Arial" w:hAnsi="Arial"/>
        </w:rPr>
        <w:t xml:space="preserve"> lass, isn't she? </w:t>
      </w:r>
    </w:p>
    <w:p w14:paraId="7EB39F08" w14:textId="77777777" w:rsidR="00EB5BAC" w:rsidRDefault="00EB5BAC">
      <w:pPr>
        <w:spacing w:after="0"/>
      </w:pPr>
    </w:p>
    <w:p w14:paraId="4BE8E4F3" w14:textId="77777777" w:rsidR="00EB5BAC" w:rsidRDefault="00B67446">
      <w:pPr>
        <w:spacing w:after="0"/>
      </w:pPr>
      <w:proofErr w:type="gramStart"/>
      <w:r>
        <w:rPr>
          <w:rFonts w:ascii="Arial" w:hAnsi="Arial"/>
          <w:b/>
        </w:rPr>
        <w:t xml:space="preserve">Lucy  </w:t>
      </w:r>
      <w:r>
        <w:rPr>
          <w:rFonts w:ascii="Arial" w:hAnsi="Arial"/>
          <w:color w:val="5D7284"/>
        </w:rPr>
        <w:t>48:37</w:t>
      </w:r>
      <w:proofErr w:type="gramEnd"/>
    </w:p>
    <w:p w14:paraId="40A41F9C" w14:textId="77777777" w:rsidR="00EB5BAC" w:rsidRDefault="00B67446">
      <w:pPr>
        <w:spacing w:after="0"/>
      </w:pPr>
      <w:r>
        <w:rPr>
          <w:rFonts w:ascii="Arial" w:hAnsi="Arial"/>
        </w:rPr>
        <w:t xml:space="preserve">Yeah, </w:t>
      </w:r>
    </w:p>
    <w:p w14:paraId="735D7BA3" w14:textId="77777777" w:rsidR="00EB5BAC" w:rsidRDefault="00EB5BAC">
      <w:pPr>
        <w:spacing w:after="0"/>
      </w:pPr>
    </w:p>
    <w:p w14:paraId="645CFF7E" w14:textId="77777777" w:rsidR="00EB5BAC" w:rsidRDefault="00B67446">
      <w:pPr>
        <w:spacing w:after="0"/>
      </w:pPr>
      <w:proofErr w:type="gramStart"/>
      <w:r>
        <w:rPr>
          <w:rFonts w:ascii="Arial" w:hAnsi="Arial"/>
          <w:b/>
        </w:rPr>
        <w:t xml:space="preserve">Alice  </w:t>
      </w:r>
      <w:r>
        <w:rPr>
          <w:rFonts w:ascii="Arial" w:hAnsi="Arial"/>
          <w:color w:val="5D7284"/>
        </w:rPr>
        <w:t>48:38</w:t>
      </w:r>
      <w:proofErr w:type="gramEnd"/>
    </w:p>
    <w:p w14:paraId="5EC27889" w14:textId="77777777" w:rsidR="00EB5BAC" w:rsidRDefault="00B67446">
      <w:pPr>
        <w:spacing w:after="0"/>
      </w:pPr>
      <w:r>
        <w:rPr>
          <w:rFonts w:ascii="Arial" w:hAnsi="Arial"/>
        </w:rPr>
        <w:t>in one fateful performance, the mattress that Sarah was suppo</w:t>
      </w:r>
      <w:r>
        <w:rPr>
          <w:rFonts w:ascii="Arial" w:hAnsi="Arial"/>
        </w:rPr>
        <w:t xml:space="preserve">sed to land on was not placed properly. And </w:t>
      </w:r>
      <w:proofErr w:type="gramStart"/>
      <w:r>
        <w:rPr>
          <w:rFonts w:ascii="Arial" w:hAnsi="Arial"/>
        </w:rPr>
        <w:t>so</w:t>
      </w:r>
      <w:proofErr w:type="gramEnd"/>
      <w:r>
        <w:rPr>
          <w:rFonts w:ascii="Arial" w:hAnsi="Arial"/>
        </w:rPr>
        <w:t xml:space="preserve"> when she flung herself Yeah, she landed on her knee. And they basically had to cut the tour short and she spent the next year with her leg in a cast on just on total bedrest in the hopes that it could help hea</w:t>
      </w:r>
      <w:r>
        <w:rPr>
          <w:rFonts w:ascii="Arial" w:hAnsi="Arial"/>
        </w:rPr>
        <w:t xml:space="preserve">l the injury. </w:t>
      </w:r>
    </w:p>
    <w:p w14:paraId="659711F5" w14:textId="77777777" w:rsidR="00EB5BAC" w:rsidRDefault="00EB5BAC">
      <w:pPr>
        <w:spacing w:after="0"/>
      </w:pPr>
    </w:p>
    <w:p w14:paraId="6F98DD4F" w14:textId="77777777" w:rsidR="00EB5BAC" w:rsidRDefault="00B67446">
      <w:pPr>
        <w:spacing w:after="0"/>
      </w:pPr>
      <w:proofErr w:type="gramStart"/>
      <w:r>
        <w:rPr>
          <w:rFonts w:ascii="Arial" w:hAnsi="Arial"/>
          <w:b/>
        </w:rPr>
        <w:t xml:space="preserve">Lucy  </w:t>
      </w:r>
      <w:r>
        <w:rPr>
          <w:rFonts w:ascii="Arial" w:hAnsi="Arial"/>
          <w:color w:val="5D7284"/>
        </w:rPr>
        <w:t>49:04</w:t>
      </w:r>
      <w:proofErr w:type="gramEnd"/>
    </w:p>
    <w:p w14:paraId="566F22D3" w14:textId="77777777" w:rsidR="00EB5BAC" w:rsidRDefault="00B67446">
      <w:pPr>
        <w:spacing w:after="0"/>
      </w:pPr>
      <w:r>
        <w:rPr>
          <w:rFonts w:ascii="Arial" w:hAnsi="Arial"/>
        </w:rPr>
        <w:t xml:space="preserve">Yeah. </w:t>
      </w:r>
      <w:proofErr w:type="gramStart"/>
      <w:r>
        <w:rPr>
          <w:rFonts w:ascii="Arial" w:hAnsi="Arial"/>
        </w:rPr>
        <w:t>So</w:t>
      </w:r>
      <w:proofErr w:type="gramEnd"/>
      <w:r>
        <w:rPr>
          <w:rFonts w:ascii="Arial" w:hAnsi="Arial"/>
        </w:rPr>
        <w:t xml:space="preserve"> did you break her leg then? Is that, or the ligament or...</w:t>
      </w:r>
    </w:p>
    <w:p w14:paraId="0097CDB3" w14:textId="77777777" w:rsidR="00EB5BAC" w:rsidRDefault="00EB5BAC">
      <w:pPr>
        <w:spacing w:after="0"/>
      </w:pPr>
    </w:p>
    <w:p w14:paraId="5ABB05B9" w14:textId="77777777" w:rsidR="00EB5BAC" w:rsidRDefault="00B67446">
      <w:pPr>
        <w:spacing w:after="0"/>
      </w:pPr>
      <w:proofErr w:type="gramStart"/>
      <w:r>
        <w:rPr>
          <w:rFonts w:ascii="Arial" w:hAnsi="Arial"/>
          <w:b/>
        </w:rPr>
        <w:t xml:space="preserve">Alice  </w:t>
      </w:r>
      <w:r>
        <w:rPr>
          <w:rFonts w:ascii="Arial" w:hAnsi="Arial"/>
          <w:color w:val="5D7284"/>
        </w:rPr>
        <w:t>49:09</w:t>
      </w:r>
      <w:proofErr w:type="gramEnd"/>
    </w:p>
    <w:p w14:paraId="53D75ECD" w14:textId="77777777" w:rsidR="00EB5BAC" w:rsidRDefault="00B67446">
      <w:pPr>
        <w:spacing w:after="0"/>
      </w:pPr>
      <w:proofErr w:type="gramStart"/>
      <w:r>
        <w:rPr>
          <w:rFonts w:ascii="Arial" w:hAnsi="Arial"/>
        </w:rPr>
        <w:t>It's</w:t>
      </w:r>
      <w:proofErr w:type="gramEnd"/>
      <w:r>
        <w:rPr>
          <w:rFonts w:ascii="Arial" w:hAnsi="Arial"/>
        </w:rPr>
        <w:t xml:space="preserve"> not, it's not clear. </w:t>
      </w:r>
      <w:proofErr w:type="spellStart"/>
      <w:r>
        <w:rPr>
          <w:rFonts w:ascii="Arial" w:hAnsi="Arial"/>
        </w:rPr>
        <w:t>Cuz</w:t>
      </w:r>
      <w:proofErr w:type="spellEnd"/>
      <w:r>
        <w:rPr>
          <w:rFonts w:ascii="Arial" w:hAnsi="Arial"/>
        </w:rPr>
        <w:t xml:space="preserve">, you know, they </w:t>
      </w:r>
      <w:proofErr w:type="gramStart"/>
      <w:r>
        <w:rPr>
          <w:rFonts w:ascii="Arial" w:hAnsi="Arial"/>
        </w:rPr>
        <w:t>didn't</w:t>
      </w:r>
      <w:proofErr w:type="gramEnd"/>
      <w:r>
        <w:rPr>
          <w:rFonts w:ascii="Arial" w:hAnsi="Arial"/>
        </w:rPr>
        <w:t xml:space="preserve"> have X rays and shit like that. Some people think she her leg went gangrenous, it was swollen</w:t>
      </w:r>
      <w:r>
        <w:rPr>
          <w:rFonts w:ascii="Arial" w:hAnsi="Arial"/>
        </w:rPr>
        <w:t xml:space="preserve">, it was hugely, hugely painful. And, you know, after I mean, </w:t>
      </w:r>
      <w:proofErr w:type="gramStart"/>
      <w:r>
        <w:rPr>
          <w:rFonts w:ascii="Arial" w:hAnsi="Arial"/>
        </w:rPr>
        <w:t>she's</w:t>
      </w:r>
      <w:proofErr w:type="gramEnd"/>
      <w:r>
        <w:rPr>
          <w:rFonts w:ascii="Arial" w:hAnsi="Arial"/>
        </w:rPr>
        <w:t xml:space="preserve"> 70. No, </w:t>
      </w:r>
      <w:proofErr w:type="gramStart"/>
      <w:r>
        <w:rPr>
          <w:rFonts w:ascii="Arial" w:hAnsi="Arial"/>
        </w:rPr>
        <w:t>she's</w:t>
      </w:r>
      <w:proofErr w:type="gramEnd"/>
      <w:r>
        <w:rPr>
          <w:rFonts w:ascii="Arial" w:hAnsi="Arial"/>
        </w:rPr>
        <w:t xml:space="preserve"> in her late 60s at this point. And, you know, she knows that </w:t>
      </w:r>
      <w:proofErr w:type="gramStart"/>
      <w:r>
        <w:rPr>
          <w:rFonts w:ascii="Arial" w:hAnsi="Arial"/>
        </w:rPr>
        <w:t>she's</w:t>
      </w:r>
      <w:proofErr w:type="gramEnd"/>
      <w:r>
        <w:rPr>
          <w:rFonts w:ascii="Arial" w:hAnsi="Arial"/>
        </w:rPr>
        <w:t xml:space="preserve"> not going to be, she's not going to live forever. </w:t>
      </w:r>
      <w:proofErr w:type="gramStart"/>
      <w:r>
        <w:rPr>
          <w:rFonts w:ascii="Arial" w:hAnsi="Arial"/>
        </w:rPr>
        <w:t>She's</w:t>
      </w:r>
      <w:proofErr w:type="gramEnd"/>
      <w:r>
        <w:rPr>
          <w:rFonts w:ascii="Arial" w:hAnsi="Arial"/>
        </w:rPr>
        <w:t xml:space="preserve"> still got shit to do. And </w:t>
      </w:r>
      <w:proofErr w:type="gramStart"/>
      <w:r>
        <w:rPr>
          <w:rFonts w:ascii="Arial" w:hAnsi="Arial"/>
        </w:rPr>
        <w:t>she's</w:t>
      </w:r>
      <w:proofErr w:type="gramEnd"/>
      <w:r>
        <w:rPr>
          <w:rFonts w:ascii="Arial" w:hAnsi="Arial"/>
        </w:rPr>
        <w:t xml:space="preserve"> stuck in bed for a </w:t>
      </w:r>
      <w:r>
        <w:rPr>
          <w:rFonts w:ascii="Arial" w:hAnsi="Arial"/>
        </w:rPr>
        <w:t xml:space="preserve">year. I </w:t>
      </w:r>
      <w:proofErr w:type="gramStart"/>
      <w:r>
        <w:rPr>
          <w:rFonts w:ascii="Arial" w:hAnsi="Arial"/>
        </w:rPr>
        <w:t>don't</w:t>
      </w:r>
      <w:proofErr w:type="gramEnd"/>
      <w:r>
        <w:rPr>
          <w:rFonts w:ascii="Arial" w:hAnsi="Arial"/>
        </w:rPr>
        <w:t xml:space="preserve"> think this is the sort of woman who's happy to sit around in bed for a year.</w:t>
      </w:r>
    </w:p>
    <w:p w14:paraId="085CC68D" w14:textId="77777777" w:rsidR="00EB5BAC" w:rsidRDefault="00EB5BAC">
      <w:pPr>
        <w:spacing w:after="0"/>
      </w:pPr>
    </w:p>
    <w:p w14:paraId="6A39CE29" w14:textId="77777777" w:rsidR="00EB5BAC" w:rsidRDefault="00B67446">
      <w:pPr>
        <w:spacing w:after="0"/>
      </w:pPr>
      <w:proofErr w:type="gramStart"/>
      <w:r>
        <w:rPr>
          <w:rFonts w:ascii="Arial" w:hAnsi="Arial"/>
          <w:b/>
        </w:rPr>
        <w:t xml:space="preserve">Lucy  </w:t>
      </w:r>
      <w:r>
        <w:rPr>
          <w:rFonts w:ascii="Arial" w:hAnsi="Arial"/>
          <w:color w:val="5D7284"/>
        </w:rPr>
        <w:t>49:39</w:t>
      </w:r>
      <w:proofErr w:type="gramEnd"/>
    </w:p>
    <w:p w14:paraId="46A6EAEA" w14:textId="77777777" w:rsidR="00EB5BAC" w:rsidRDefault="00B67446">
      <w:pPr>
        <w:spacing w:after="0"/>
      </w:pPr>
      <w:r>
        <w:rPr>
          <w:rFonts w:ascii="Arial" w:hAnsi="Arial"/>
        </w:rPr>
        <w:lastRenderedPageBreak/>
        <w:t>No.</w:t>
      </w:r>
    </w:p>
    <w:p w14:paraId="0C8EDBB1" w14:textId="77777777" w:rsidR="00EB5BAC" w:rsidRDefault="00EB5BAC">
      <w:pPr>
        <w:spacing w:after="0"/>
      </w:pPr>
    </w:p>
    <w:p w14:paraId="5F8ED01E" w14:textId="77777777" w:rsidR="00EB5BAC" w:rsidRDefault="00B67446">
      <w:pPr>
        <w:spacing w:after="0"/>
      </w:pPr>
      <w:proofErr w:type="gramStart"/>
      <w:r>
        <w:rPr>
          <w:rFonts w:ascii="Arial" w:hAnsi="Arial"/>
          <w:b/>
        </w:rPr>
        <w:t xml:space="preserve">Alice  </w:t>
      </w:r>
      <w:r>
        <w:rPr>
          <w:rFonts w:ascii="Arial" w:hAnsi="Arial"/>
          <w:color w:val="5D7284"/>
        </w:rPr>
        <w:t>49:39</w:t>
      </w:r>
      <w:proofErr w:type="gramEnd"/>
    </w:p>
    <w:p w14:paraId="04D2FF4B" w14:textId="77777777" w:rsidR="00EB5BAC" w:rsidRDefault="00B67446">
      <w:pPr>
        <w:spacing w:after="0"/>
      </w:pPr>
      <w:r>
        <w:rPr>
          <w:rFonts w:ascii="Arial" w:hAnsi="Arial"/>
        </w:rPr>
        <w:t xml:space="preserve"> So eventually, she decided she just wanted fucking rid of the leg. You know, </w:t>
      </w:r>
      <w:proofErr w:type="gramStart"/>
      <w:r>
        <w:rPr>
          <w:rFonts w:ascii="Arial" w:hAnsi="Arial"/>
        </w:rPr>
        <w:t>she'd</w:t>
      </w:r>
      <w:proofErr w:type="gramEnd"/>
      <w:r>
        <w:rPr>
          <w:rFonts w:ascii="Arial" w:hAnsi="Arial"/>
        </w:rPr>
        <w:t xml:space="preserve"> been struggling with knee pain for 30 odd years, but the doctors refused to refuse to </w:t>
      </w:r>
      <w:proofErr w:type="spellStart"/>
      <w:r>
        <w:rPr>
          <w:rFonts w:ascii="Arial" w:hAnsi="Arial"/>
        </w:rPr>
        <w:t>ampu</w:t>
      </w:r>
      <w:proofErr w:type="spellEnd"/>
      <w:r>
        <w:rPr>
          <w:rFonts w:ascii="Arial" w:hAnsi="Arial"/>
        </w:rPr>
        <w:t>- amputate it.</w:t>
      </w:r>
    </w:p>
    <w:p w14:paraId="2D98A568" w14:textId="77777777" w:rsidR="00EB5BAC" w:rsidRDefault="00EB5BAC">
      <w:pPr>
        <w:spacing w:after="0"/>
      </w:pPr>
    </w:p>
    <w:p w14:paraId="540E535B" w14:textId="77777777" w:rsidR="00EB5BAC" w:rsidRDefault="00B67446">
      <w:pPr>
        <w:spacing w:after="0"/>
      </w:pPr>
      <w:proofErr w:type="gramStart"/>
      <w:r>
        <w:rPr>
          <w:rFonts w:ascii="Arial" w:hAnsi="Arial"/>
          <w:b/>
        </w:rPr>
        <w:t xml:space="preserve">Lucy  </w:t>
      </w:r>
      <w:r>
        <w:rPr>
          <w:rFonts w:ascii="Arial" w:hAnsi="Arial"/>
          <w:color w:val="5D7284"/>
        </w:rPr>
        <w:t>49:50</w:t>
      </w:r>
      <w:proofErr w:type="gramEnd"/>
    </w:p>
    <w:p w14:paraId="44A0BC53" w14:textId="77777777" w:rsidR="00EB5BAC" w:rsidRDefault="00B67446">
      <w:pPr>
        <w:spacing w:after="0"/>
      </w:pPr>
      <w:r>
        <w:rPr>
          <w:rFonts w:ascii="Arial" w:hAnsi="Arial"/>
        </w:rPr>
        <w:t xml:space="preserve">Even though it was all smashed to smithereens painful </w:t>
      </w:r>
      <w:r>
        <w:rPr>
          <w:rFonts w:ascii="Arial" w:hAnsi="Arial"/>
        </w:rPr>
        <w:t xml:space="preserve">state they </w:t>
      </w:r>
      <w:proofErr w:type="gramStart"/>
      <w:r>
        <w:rPr>
          <w:rFonts w:ascii="Arial" w:hAnsi="Arial"/>
        </w:rPr>
        <w:t>wouldn't</w:t>
      </w:r>
      <w:proofErr w:type="gramEnd"/>
      <w:r>
        <w:rPr>
          <w:rFonts w:ascii="Arial" w:hAnsi="Arial"/>
        </w:rPr>
        <w:t>. Why?</w:t>
      </w:r>
    </w:p>
    <w:p w14:paraId="65659610" w14:textId="77777777" w:rsidR="00EB5BAC" w:rsidRDefault="00EB5BAC">
      <w:pPr>
        <w:spacing w:after="0"/>
      </w:pPr>
    </w:p>
    <w:p w14:paraId="053AE2D2" w14:textId="77777777" w:rsidR="00EB5BAC" w:rsidRDefault="00B67446">
      <w:pPr>
        <w:spacing w:after="0"/>
      </w:pPr>
      <w:proofErr w:type="gramStart"/>
      <w:r>
        <w:rPr>
          <w:rFonts w:ascii="Arial" w:hAnsi="Arial"/>
          <w:b/>
        </w:rPr>
        <w:t xml:space="preserve">Alice  </w:t>
      </w:r>
      <w:r>
        <w:rPr>
          <w:rFonts w:ascii="Arial" w:hAnsi="Arial"/>
          <w:color w:val="5D7284"/>
        </w:rPr>
        <w:t>49:56</w:t>
      </w:r>
      <w:proofErr w:type="gramEnd"/>
    </w:p>
    <w:p w14:paraId="3F1C4132" w14:textId="77777777" w:rsidR="00EB5BAC" w:rsidRDefault="00B67446">
      <w:pPr>
        <w:spacing w:after="0"/>
      </w:pPr>
      <w:proofErr w:type="gramStart"/>
      <w:r>
        <w:rPr>
          <w:rFonts w:ascii="Arial" w:hAnsi="Arial"/>
        </w:rPr>
        <w:t>Well</w:t>
      </w:r>
      <w:proofErr w:type="gramEnd"/>
      <w:r>
        <w:rPr>
          <w:rFonts w:ascii="Arial" w:hAnsi="Arial"/>
        </w:rPr>
        <w:t xml:space="preserve"> I think I think it was probably like Limitations of medicine it's time you know, this was 1914/15 I think it was,</w:t>
      </w:r>
    </w:p>
    <w:p w14:paraId="39FDE9C4" w14:textId="77777777" w:rsidR="00EB5BAC" w:rsidRDefault="00EB5BAC">
      <w:pPr>
        <w:spacing w:after="0"/>
      </w:pPr>
    </w:p>
    <w:p w14:paraId="5CFDCC6F" w14:textId="77777777" w:rsidR="00EB5BAC" w:rsidRDefault="00B67446">
      <w:pPr>
        <w:spacing w:after="0"/>
      </w:pPr>
      <w:proofErr w:type="gramStart"/>
      <w:r>
        <w:rPr>
          <w:rFonts w:ascii="Arial" w:hAnsi="Arial"/>
          <w:b/>
        </w:rPr>
        <w:t xml:space="preserve">Lucy  </w:t>
      </w:r>
      <w:r>
        <w:rPr>
          <w:rFonts w:ascii="Arial" w:hAnsi="Arial"/>
          <w:color w:val="5D7284"/>
        </w:rPr>
        <w:t>50:08</w:t>
      </w:r>
      <w:proofErr w:type="gramEnd"/>
    </w:p>
    <w:p w14:paraId="0F989C10" w14:textId="77777777" w:rsidR="00EB5BAC" w:rsidRDefault="00B67446">
      <w:pPr>
        <w:spacing w:after="0"/>
      </w:pPr>
      <w:r>
        <w:rPr>
          <w:rFonts w:ascii="Arial" w:hAnsi="Arial"/>
        </w:rPr>
        <w:t>I suppose these days that go okay. Yeah, we agree with you.</w:t>
      </w:r>
    </w:p>
    <w:p w14:paraId="6CA7CE34" w14:textId="77777777" w:rsidR="00EB5BAC" w:rsidRDefault="00EB5BAC">
      <w:pPr>
        <w:spacing w:after="0"/>
      </w:pPr>
    </w:p>
    <w:p w14:paraId="7C9E8A29" w14:textId="77777777" w:rsidR="00EB5BAC" w:rsidRDefault="00B67446">
      <w:pPr>
        <w:spacing w:after="0"/>
      </w:pPr>
      <w:proofErr w:type="gramStart"/>
      <w:r>
        <w:rPr>
          <w:rFonts w:ascii="Arial" w:hAnsi="Arial"/>
          <w:b/>
        </w:rPr>
        <w:t xml:space="preserve">Alice  </w:t>
      </w:r>
      <w:r>
        <w:rPr>
          <w:rFonts w:ascii="Arial" w:hAnsi="Arial"/>
          <w:color w:val="5D7284"/>
        </w:rPr>
        <w:t>50:11</w:t>
      </w:r>
      <w:proofErr w:type="gramEnd"/>
    </w:p>
    <w:p w14:paraId="69274F09" w14:textId="77777777" w:rsidR="00EB5BAC" w:rsidRDefault="00B67446">
      <w:pPr>
        <w:spacing w:after="0"/>
      </w:pPr>
      <w:proofErr w:type="spellStart"/>
      <w:r>
        <w:rPr>
          <w:rFonts w:ascii="Arial" w:hAnsi="Arial"/>
        </w:rPr>
        <w:t>i</w:t>
      </w:r>
      <w:proofErr w:type="spellEnd"/>
      <w:r>
        <w:rPr>
          <w:rFonts w:ascii="Arial" w:hAnsi="Arial"/>
        </w:rPr>
        <w:t xml:space="preserve"> don't kn</w:t>
      </w:r>
      <w:r>
        <w:rPr>
          <w:rFonts w:ascii="Arial" w:hAnsi="Arial"/>
        </w:rPr>
        <w:t xml:space="preserve">ow </w:t>
      </w:r>
      <w:proofErr w:type="spellStart"/>
      <w:r>
        <w:rPr>
          <w:rFonts w:ascii="Arial" w:hAnsi="Arial"/>
        </w:rPr>
        <w:t>i</w:t>
      </w:r>
      <w:proofErr w:type="spellEnd"/>
      <w:r>
        <w:rPr>
          <w:rFonts w:ascii="Arial" w:hAnsi="Arial"/>
        </w:rPr>
        <w:t xml:space="preserve"> think there's also an element of I think a lot of particularly you know, our chronically ill listeners will and will sort of get this this </w:t>
      </w:r>
      <w:proofErr w:type="gramStart"/>
      <w:r>
        <w:rPr>
          <w:rFonts w:ascii="Arial" w:hAnsi="Arial"/>
        </w:rPr>
        <w:t>is  that</w:t>
      </w:r>
      <w:proofErr w:type="gramEnd"/>
      <w:r>
        <w:rPr>
          <w:rFonts w:ascii="Arial" w:hAnsi="Arial"/>
        </w:rPr>
        <w:t xml:space="preserve"> there's an element of doctors going No we know best  Yeah oh yes. And </w:t>
      </w:r>
      <w:proofErr w:type="gramStart"/>
      <w:r>
        <w:rPr>
          <w:rFonts w:ascii="Arial" w:hAnsi="Arial"/>
        </w:rPr>
        <w:t>I'd</w:t>
      </w:r>
      <w:proofErr w:type="gramEnd"/>
      <w:r>
        <w:rPr>
          <w:rFonts w:ascii="Arial" w:hAnsi="Arial"/>
        </w:rPr>
        <w:t xml:space="preserve"> Sarah just was just like no f</w:t>
      </w:r>
      <w:r>
        <w:rPr>
          <w:rFonts w:ascii="Arial" w:hAnsi="Arial"/>
        </w:rPr>
        <w:t xml:space="preserve">uck off. And </w:t>
      </w:r>
      <w:proofErr w:type="gramStart"/>
      <w:r>
        <w:rPr>
          <w:rFonts w:ascii="Arial" w:hAnsi="Arial"/>
        </w:rPr>
        <w:t>so</w:t>
      </w:r>
      <w:proofErr w:type="gramEnd"/>
      <w:r>
        <w:rPr>
          <w:rFonts w:ascii="Arial" w:hAnsi="Arial"/>
        </w:rPr>
        <w:t xml:space="preserve"> she wrote to one of one of her many lovers who was a medical doctor named Samuel </w:t>
      </w:r>
      <w:proofErr w:type="spellStart"/>
      <w:r>
        <w:rPr>
          <w:rFonts w:ascii="Arial" w:hAnsi="Arial"/>
        </w:rPr>
        <w:t>Puzzi</w:t>
      </w:r>
      <w:proofErr w:type="spellEnd"/>
      <w:r>
        <w:rPr>
          <w:rFonts w:ascii="Arial" w:hAnsi="Arial"/>
        </w:rPr>
        <w:t xml:space="preserve">? </w:t>
      </w:r>
      <w:proofErr w:type="spellStart"/>
      <w:r>
        <w:rPr>
          <w:rFonts w:ascii="Arial" w:hAnsi="Arial"/>
        </w:rPr>
        <w:t>Pozzi</w:t>
      </w:r>
      <w:proofErr w:type="spellEnd"/>
      <w:r>
        <w:rPr>
          <w:rFonts w:ascii="Arial" w:hAnsi="Arial"/>
        </w:rPr>
        <w:t xml:space="preserve">. </w:t>
      </w:r>
      <w:proofErr w:type="gramStart"/>
      <w:r>
        <w:rPr>
          <w:rFonts w:ascii="Arial" w:hAnsi="Arial"/>
        </w:rPr>
        <w:t>I'm</w:t>
      </w:r>
      <w:proofErr w:type="gramEnd"/>
      <w:r>
        <w:rPr>
          <w:rFonts w:ascii="Arial" w:hAnsi="Arial"/>
        </w:rPr>
        <w:t xml:space="preserve"> probably butchering that. And I basically said that if he </w:t>
      </w:r>
      <w:proofErr w:type="gramStart"/>
      <w:r>
        <w:rPr>
          <w:rFonts w:ascii="Arial" w:hAnsi="Arial"/>
        </w:rPr>
        <w:t>didn't</w:t>
      </w:r>
      <w:proofErr w:type="gramEnd"/>
      <w:r>
        <w:rPr>
          <w:rFonts w:ascii="Arial" w:hAnsi="Arial"/>
        </w:rPr>
        <w:t xml:space="preserve"> arrange to have her leg amputated, now, she would shoot herself in the thigh</w:t>
      </w:r>
      <w:r>
        <w:rPr>
          <w:rFonts w:ascii="Arial" w:hAnsi="Arial"/>
        </w:rPr>
        <w:t xml:space="preserve">, and then they would be forced to take the whole thing. </w:t>
      </w:r>
    </w:p>
    <w:p w14:paraId="24100E1F" w14:textId="77777777" w:rsidR="00EB5BAC" w:rsidRDefault="00EB5BAC">
      <w:pPr>
        <w:spacing w:after="0"/>
      </w:pPr>
    </w:p>
    <w:p w14:paraId="16FA8CC9" w14:textId="77777777" w:rsidR="00EB5BAC" w:rsidRDefault="00B67446">
      <w:pPr>
        <w:spacing w:after="0"/>
      </w:pPr>
      <w:proofErr w:type="gramStart"/>
      <w:r>
        <w:rPr>
          <w:rFonts w:ascii="Arial" w:hAnsi="Arial"/>
          <w:b/>
        </w:rPr>
        <w:t xml:space="preserve">Lucy  </w:t>
      </w:r>
      <w:r>
        <w:rPr>
          <w:rFonts w:ascii="Arial" w:hAnsi="Arial"/>
          <w:color w:val="5D7284"/>
        </w:rPr>
        <w:t>50:55</w:t>
      </w:r>
      <w:proofErr w:type="gramEnd"/>
    </w:p>
    <w:p w14:paraId="24F7C679" w14:textId="77777777" w:rsidR="00EB5BAC" w:rsidRDefault="00B67446">
      <w:pPr>
        <w:spacing w:after="0"/>
      </w:pPr>
      <w:r>
        <w:rPr>
          <w:rFonts w:ascii="Arial" w:hAnsi="Arial"/>
        </w:rPr>
        <w:t xml:space="preserve">I mean, that is, is drastic, but it did make it </w:t>
      </w:r>
      <w:proofErr w:type="gramStart"/>
      <w:r>
        <w:rPr>
          <w:rFonts w:ascii="Arial" w:hAnsi="Arial"/>
        </w:rPr>
        <w:t>it's</w:t>
      </w:r>
      <w:proofErr w:type="gramEnd"/>
      <w:r>
        <w:rPr>
          <w:rFonts w:ascii="Arial" w:hAnsi="Arial"/>
        </w:rPr>
        <w:t xml:space="preserve"> a call to action, isn't it?</w:t>
      </w:r>
    </w:p>
    <w:p w14:paraId="5085E66C" w14:textId="77777777" w:rsidR="00EB5BAC" w:rsidRDefault="00EB5BAC">
      <w:pPr>
        <w:spacing w:after="0"/>
      </w:pPr>
    </w:p>
    <w:p w14:paraId="3BE5AE9A" w14:textId="77777777" w:rsidR="00EB5BAC" w:rsidRDefault="00B67446">
      <w:pPr>
        <w:spacing w:after="0"/>
      </w:pPr>
      <w:proofErr w:type="gramStart"/>
      <w:r>
        <w:rPr>
          <w:rFonts w:ascii="Arial" w:hAnsi="Arial"/>
          <w:b/>
        </w:rPr>
        <w:t xml:space="preserve">Alice  </w:t>
      </w:r>
      <w:r>
        <w:rPr>
          <w:rFonts w:ascii="Arial" w:hAnsi="Arial"/>
          <w:color w:val="5D7284"/>
        </w:rPr>
        <w:t>51:02</w:t>
      </w:r>
      <w:proofErr w:type="gramEnd"/>
    </w:p>
    <w:p w14:paraId="75681CF7" w14:textId="77777777" w:rsidR="00EB5BAC" w:rsidRDefault="00B67446">
      <w:pPr>
        <w:spacing w:after="0"/>
      </w:pPr>
      <w:r>
        <w:rPr>
          <w:rFonts w:ascii="Arial" w:hAnsi="Arial"/>
        </w:rPr>
        <w:t>Yeah. She said, I want to live what life remains to me.</w:t>
      </w:r>
    </w:p>
    <w:p w14:paraId="362C1376" w14:textId="77777777" w:rsidR="00EB5BAC" w:rsidRDefault="00EB5BAC">
      <w:pPr>
        <w:spacing w:after="0"/>
      </w:pPr>
    </w:p>
    <w:p w14:paraId="53F366B7" w14:textId="77777777" w:rsidR="00EB5BAC" w:rsidRDefault="00B67446">
      <w:pPr>
        <w:spacing w:after="0"/>
      </w:pPr>
      <w:proofErr w:type="gramStart"/>
      <w:r>
        <w:rPr>
          <w:rFonts w:ascii="Arial" w:hAnsi="Arial"/>
          <w:b/>
        </w:rPr>
        <w:t xml:space="preserve">Lucy  </w:t>
      </w:r>
      <w:r>
        <w:rPr>
          <w:rFonts w:ascii="Arial" w:hAnsi="Arial"/>
          <w:color w:val="5D7284"/>
        </w:rPr>
        <w:t>51:07</w:t>
      </w:r>
      <w:proofErr w:type="gramEnd"/>
    </w:p>
    <w:p w14:paraId="3BB853F2" w14:textId="77777777" w:rsidR="00EB5BAC" w:rsidRDefault="00B67446">
      <w:pPr>
        <w:spacing w:after="0"/>
      </w:pPr>
      <w:r>
        <w:rPr>
          <w:rFonts w:ascii="Arial" w:hAnsi="Arial"/>
        </w:rPr>
        <w:t xml:space="preserve">Well, </w:t>
      </w:r>
      <w:proofErr w:type="gramStart"/>
      <w:r>
        <w:rPr>
          <w:rFonts w:ascii="Arial" w:hAnsi="Arial"/>
        </w:rPr>
        <w:t>that's</w:t>
      </w:r>
      <w:proofErr w:type="gramEnd"/>
      <w:r>
        <w:rPr>
          <w:rFonts w:ascii="Arial" w:hAnsi="Arial"/>
        </w:rPr>
        <w:t xml:space="preserve"> fair </w:t>
      </w:r>
      <w:r>
        <w:rPr>
          <w:rFonts w:ascii="Arial" w:hAnsi="Arial"/>
        </w:rPr>
        <w:t>enough. I can completely understand that.</w:t>
      </w:r>
    </w:p>
    <w:p w14:paraId="2979401C" w14:textId="77777777" w:rsidR="00EB5BAC" w:rsidRDefault="00EB5BAC">
      <w:pPr>
        <w:spacing w:after="0"/>
      </w:pPr>
    </w:p>
    <w:p w14:paraId="2B9D39CE" w14:textId="77777777" w:rsidR="00EB5BAC" w:rsidRDefault="00B67446">
      <w:pPr>
        <w:spacing w:after="0"/>
      </w:pPr>
      <w:proofErr w:type="gramStart"/>
      <w:r>
        <w:rPr>
          <w:rFonts w:ascii="Arial" w:hAnsi="Arial"/>
          <w:b/>
        </w:rPr>
        <w:t xml:space="preserve">Alice  </w:t>
      </w:r>
      <w:r>
        <w:rPr>
          <w:rFonts w:ascii="Arial" w:hAnsi="Arial"/>
          <w:color w:val="5D7284"/>
        </w:rPr>
        <w:t>51:10</w:t>
      </w:r>
      <w:proofErr w:type="gramEnd"/>
    </w:p>
    <w:p w14:paraId="49BF6030" w14:textId="77777777" w:rsidR="00EB5BAC" w:rsidRDefault="00B67446">
      <w:pPr>
        <w:spacing w:after="0"/>
      </w:pPr>
      <w:r>
        <w:rPr>
          <w:rFonts w:ascii="Arial" w:hAnsi="Arial"/>
        </w:rPr>
        <w:t xml:space="preserve">Yep. Yep. </w:t>
      </w:r>
      <w:proofErr w:type="gramStart"/>
      <w:r>
        <w:rPr>
          <w:rFonts w:ascii="Arial" w:hAnsi="Arial"/>
        </w:rPr>
        <w:t>So</w:t>
      </w:r>
      <w:proofErr w:type="gramEnd"/>
      <w:r>
        <w:rPr>
          <w:rFonts w:ascii="Arial" w:hAnsi="Arial"/>
        </w:rPr>
        <w:t xml:space="preserve"> the amputation was </w:t>
      </w:r>
      <w:proofErr w:type="spellStart"/>
      <w:r>
        <w:rPr>
          <w:rFonts w:ascii="Arial" w:hAnsi="Arial"/>
        </w:rPr>
        <w:t>authorised</w:t>
      </w:r>
      <w:proofErr w:type="spellEnd"/>
      <w:r>
        <w:rPr>
          <w:rFonts w:ascii="Arial" w:hAnsi="Arial"/>
        </w:rPr>
        <w:t>, and in 1915, Sarah's leg was removed above the knee.</w:t>
      </w:r>
    </w:p>
    <w:p w14:paraId="4DD9EECC" w14:textId="77777777" w:rsidR="00EB5BAC" w:rsidRDefault="00EB5BAC">
      <w:pPr>
        <w:spacing w:after="0"/>
      </w:pPr>
    </w:p>
    <w:p w14:paraId="3CAAEE63" w14:textId="77777777" w:rsidR="00EB5BAC" w:rsidRDefault="00B67446">
      <w:pPr>
        <w:spacing w:after="0"/>
      </w:pPr>
      <w:proofErr w:type="gramStart"/>
      <w:r>
        <w:rPr>
          <w:rFonts w:ascii="Arial" w:hAnsi="Arial"/>
          <w:b/>
        </w:rPr>
        <w:t xml:space="preserve">Lucy  </w:t>
      </w:r>
      <w:r>
        <w:rPr>
          <w:rFonts w:ascii="Arial" w:hAnsi="Arial"/>
          <w:color w:val="5D7284"/>
        </w:rPr>
        <w:t>51:17</w:t>
      </w:r>
      <w:proofErr w:type="gramEnd"/>
    </w:p>
    <w:p w14:paraId="0488237C" w14:textId="77777777" w:rsidR="00EB5BAC" w:rsidRDefault="00B67446">
      <w:pPr>
        <w:spacing w:after="0"/>
      </w:pPr>
      <w:proofErr w:type="gramStart"/>
      <w:r>
        <w:rPr>
          <w:rFonts w:ascii="Arial" w:hAnsi="Arial"/>
        </w:rPr>
        <w:t>So</w:t>
      </w:r>
      <w:proofErr w:type="gramEnd"/>
      <w:r>
        <w:rPr>
          <w:rFonts w:ascii="Arial" w:hAnsi="Arial"/>
        </w:rPr>
        <w:t xml:space="preserve"> she had like a stump then? Right. </w:t>
      </w:r>
    </w:p>
    <w:p w14:paraId="75C60584" w14:textId="77777777" w:rsidR="00EB5BAC" w:rsidRDefault="00EB5BAC">
      <w:pPr>
        <w:spacing w:after="0"/>
      </w:pPr>
    </w:p>
    <w:p w14:paraId="48CE7F01" w14:textId="77777777" w:rsidR="00EB5BAC" w:rsidRDefault="00B67446">
      <w:pPr>
        <w:spacing w:after="0"/>
      </w:pPr>
      <w:proofErr w:type="gramStart"/>
      <w:r>
        <w:rPr>
          <w:rFonts w:ascii="Arial" w:hAnsi="Arial"/>
          <w:b/>
        </w:rPr>
        <w:t xml:space="preserve">Alice  </w:t>
      </w:r>
      <w:r>
        <w:rPr>
          <w:rFonts w:ascii="Arial" w:hAnsi="Arial"/>
          <w:color w:val="5D7284"/>
        </w:rPr>
        <w:t>51:21</w:t>
      </w:r>
      <w:proofErr w:type="gramEnd"/>
    </w:p>
    <w:p w14:paraId="34EB327D" w14:textId="77777777" w:rsidR="00EB5BAC" w:rsidRDefault="00B67446">
      <w:pPr>
        <w:spacing w:after="0"/>
      </w:pPr>
      <w:r>
        <w:rPr>
          <w:rFonts w:ascii="Arial" w:hAnsi="Arial"/>
        </w:rPr>
        <w:t xml:space="preserve">yeah. I really, I really love </w:t>
      </w:r>
      <w:r>
        <w:rPr>
          <w:rFonts w:ascii="Arial" w:hAnsi="Arial"/>
        </w:rPr>
        <w:t xml:space="preserve">that. </w:t>
      </w:r>
      <w:proofErr w:type="spellStart"/>
      <w:r>
        <w:rPr>
          <w:rFonts w:ascii="Arial" w:hAnsi="Arial"/>
        </w:rPr>
        <w:t>It</w:t>
      </w:r>
      <w:proofErr w:type="spellEnd"/>
      <w:r>
        <w:rPr>
          <w:rFonts w:ascii="Arial" w:hAnsi="Arial"/>
        </w:rPr>
        <w:t xml:space="preserve"> this </w:t>
      </w:r>
      <w:proofErr w:type="spellStart"/>
      <w:proofErr w:type="gramStart"/>
      <w:r>
        <w:rPr>
          <w:rFonts w:ascii="Arial" w:hAnsi="Arial"/>
        </w:rPr>
        <w:t>was</w:t>
      </w:r>
      <w:proofErr w:type="spellEnd"/>
      <w:r>
        <w:rPr>
          <w:rFonts w:ascii="Arial" w:hAnsi="Arial"/>
        </w:rPr>
        <w:t>,</w:t>
      </w:r>
      <w:proofErr w:type="gramEnd"/>
      <w:r>
        <w:rPr>
          <w:rFonts w:ascii="Arial" w:hAnsi="Arial"/>
        </w:rPr>
        <w:t xml:space="preserve"> this was Sarah's decision. Like, </w:t>
      </w:r>
      <w:proofErr w:type="gramStart"/>
      <w:r>
        <w:rPr>
          <w:rFonts w:ascii="Arial" w:hAnsi="Arial"/>
        </w:rPr>
        <w:t>she's</w:t>
      </w:r>
      <w:proofErr w:type="gramEnd"/>
      <w:r>
        <w:rPr>
          <w:rFonts w:ascii="Arial" w:hAnsi="Arial"/>
        </w:rPr>
        <w:t xml:space="preserve">, she's weighed up these choices and stuff. And </w:t>
      </w:r>
      <w:proofErr w:type="gramStart"/>
      <w:r>
        <w:rPr>
          <w:rFonts w:ascii="Arial" w:hAnsi="Arial"/>
        </w:rPr>
        <w:t>she's</w:t>
      </w:r>
      <w:proofErr w:type="gramEnd"/>
      <w:r>
        <w:rPr>
          <w:rFonts w:ascii="Arial" w:hAnsi="Arial"/>
        </w:rPr>
        <w:t xml:space="preserve"> just like, No, I'm not </w:t>
      </w:r>
      <w:proofErr w:type="spellStart"/>
      <w:r>
        <w:rPr>
          <w:rFonts w:ascii="Arial" w:hAnsi="Arial"/>
        </w:rPr>
        <w:t>gonna</w:t>
      </w:r>
      <w:proofErr w:type="spellEnd"/>
      <w:r>
        <w:rPr>
          <w:rFonts w:ascii="Arial" w:hAnsi="Arial"/>
        </w:rPr>
        <w:t xml:space="preserve"> let you be like, doctors dictate this decision about my life.</w:t>
      </w:r>
    </w:p>
    <w:p w14:paraId="3DFCB92E" w14:textId="77777777" w:rsidR="00EB5BAC" w:rsidRDefault="00EB5BAC">
      <w:pPr>
        <w:spacing w:after="0"/>
      </w:pPr>
    </w:p>
    <w:p w14:paraId="2358F666" w14:textId="77777777" w:rsidR="00EB5BAC" w:rsidRDefault="00B67446">
      <w:pPr>
        <w:spacing w:after="0"/>
      </w:pPr>
      <w:proofErr w:type="gramStart"/>
      <w:r>
        <w:rPr>
          <w:rFonts w:ascii="Arial" w:hAnsi="Arial"/>
          <w:b/>
        </w:rPr>
        <w:lastRenderedPageBreak/>
        <w:t xml:space="preserve">Lucy  </w:t>
      </w:r>
      <w:r>
        <w:rPr>
          <w:rFonts w:ascii="Arial" w:hAnsi="Arial"/>
          <w:color w:val="5D7284"/>
        </w:rPr>
        <w:t>51:39</w:t>
      </w:r>
      <w:proofErr w:type="gramEnd"/>
    </w:p>
    <w:p w14:paraId="26F174FB" w14:textId="77777777" w:rsidR="00EB5BAC" w:rsidRDefault="00B67446">
      <w:pPr>
        <w:spacing w:after="0"/>
      </w:pPr>
      <w:r>
        <w:rPr>
          <w:rFonts w:ascii="Arial" w:hAnsi="Arial"/>
        </w:rPr>
        <w:t xml:space="preserve">Yeah. being laid up in bed for a year as </w:t>
      </w:r>
      <w:r>
        <w:rPr>
          <w:rFonts w:ascii="Arial" w:hAnsi="Arial"/>
        </w:rPr>
        <w:t xml:space="preserve">well. </w:t>
      </w:r>
      <w:proofErr w:type="gramStart"/>
      <w:r>
        <w:rPr>
          <w:rFonts w:ascii="Arial" w:hAnsi="Arial"/>
        </w:rPr>
        <w:t>You've</w:t>
      </w:r>
      <w:proofErr w:type="gramEnd"/>
      <w:r>
        <w:rPr>
          <w:rFonts w:ascii="Arial" w:hAnsi="Arial"/>
        </w:rPr>
        <w:t xml:space="preserve"> got plenty of the mull the decision over </w:t>
      </w:r>
      <w:proofErr w:type="spellStart"/>
      <w:r>
        <w:rPr>
          <w:rFonts w:ascii="Arial" w:hAnsi="Arial"/>
        </w:rPr>
        <w:t>havne't</w:t>
      </w:r>
      <w:proofErr w:type="spellEnd"/>
      <w:r>
        <w:rPr>
          <w:rFonts w:ascii="Arial" w:hAnsi="Arial"/>
        </w:rPr>
        <w:t xml:space="preserve"> you? </w:t>
      </w:r>
      <w:proofErr w:type="gramStart"/>
      <w:r>
        <w:rPr>
          <w:rFonts w:ascii="Arial" w:hAnsi="Arial"/>
        </w:rPr>
        <w:t>It's</w:t>
      </w:r>
      <w:proofErr w:type="gramEnd"/>
      <w:r>
        <w:rPr>
          <w:rFonts w:ascii="Arial" w:hAnsi="Arial"/>
        </w:rPr>
        <w:t xml:space="preserve"> not like she's gone you know what cut my leg off now and not had time to think about it. She spent because </w:t>
      </w:r>
      <w:proofErr w:type="gramStart"/>
      <w:r>
        <w:rPr>
          <w:rFonts w:ascii="Arial" w:hAnsi="Arial"/>
        </w:rPr>
        <w:t>there's</w:t>
      </w:r>
      <w:proofErr w:type="gramEnd"/>
      <w:r>
        <w:rPr>
          <w:rFonts w:ascii="Arial" w:hAnsi="Arial"/>
        </w:rPr>
        <w:t xml:space="preserve"> no TV can't stick this morning. to distract yourself. </w:t>
      </w:r>
      <w:proofErr w:type="gramStart"/>
      <w:r>
        <w:rPr>
          <w:rFonts w:ascii="Arial" w:hAnsi="Arial"/>
        </w:rPr>
        <w:t>So</w:t>
      </w:r>
      <w:proofErr w:type="gramEnd"/>
      <w:r>
        <w:rPr>
          <w:rFonts w:ascii="Arial" w:hAnsi="Arial"/>
        </w:rPr>
        <w:t xml:space="preserve"> she spent a </w:t>
      </w:r>
      <w:r>
        <w:rPr>
          <w:rFonts w:ascii="Arial" w:hAnsi="Arial"/>
        </w:rPr>
        <w:t xml:space="preserve">lot of time with her own thoughts and weighing up the decision and it can't have been an easy decision. Maybe it was an easy decision to make. </w:t>
      </w:r>
      <w:proofErr w:type="spellStart"/>
      <w:r>
        <w:rPr>
          <w:rFonts w:ascii="Arial" w:hAnsi="Arial"/>
        </w:rPr>
        <w:t>Becuase</w:t>
      </w:r>
      <w:proofErr w:type="spellEnd"/>
      <w:r>
        <w:rPr>
          <w:rFonts w:ascii="Arial" w:hAnsi="Arial"/>
        </w:rPr>
        <w:t xml:space="preserve"> her leg was that painful know, quality life, isn't it really, you've got to </w:t>
      </w:r>
      <w:proofErr w:type="gramStart"/>
      <w:r>
        <w:rPr>
          <w:rFonts w:ascii="Arial" w:hAnsi="Arial"/>
        </w:rPr>
        <w:t>consider</w:t>
      </w:r>
      <w:proofErr w:type="gramEnd"/>
    </w:p>
    <w:p w14:paraId="1821976E" w14:textId="77777777" w:rsidR="00EB5BAC" w:rsidRDefault="00EB5BAC">
      <w:pPr>
        <w:spacing w:after="0"/>
      </w:pPr>
    </w:p>
    <w:p w14:paraId="5BBB0D0F" w14:textId="77777777" w:rsidR="00EB5BAC" w:rsidRDefault="00B67446">
      <w:pPr>
        <w:spacing w:after="0"/>
      </w:pPr>
      <w:proofErr w:type="gramStart"/>
      <w:r>
        <w:rPr>
          <w:rFonts w:ascii="Arial" w:hAnsi="Arial"/>
          <w:b/>
        </w:rPr>
        <w:t xml:space="preserve">Alice  </w:t>
      </w:r>
      <w:r>
        <w:rPr>
          <w:rFonts w:ascii="Arial" w:hAnsi="Arial"/>
          <w:color w:val="5D7284"/>
        </w:rPr>
        <w:t>52:09</w:t>
      </w:r>
      <w:proofErr w:type="gramEnd"/>
    </w:p>
    <w:p w14:paraId="31F0D7D6" w14:textId="77777777" w:rsidR="00EB5BAC" w:rsidRDefault="00B67446">
      <w:pPr>
        <w:spacing w:after="0"/>
      </w:pPr>
      <w:proofErr w:type="gramStart"/>
      <w:r>
        <w:rPr>
          <w:rFonts w:ascii="Arial" w:hAnsi="Arial"/>
        </w:rPr>
        <w:t>so</w:t>
      </w:r>
      <w:proofErr w:type="gramEnd"/>
      <w:r>
        <w:rPr>
          <w:rFonts w:ascii="Arial" w:hAnsi="Arial"/>
        </w:rPr>
        <w:t xml:space="preserve"> she</w:t>
      </w:r>
      <w:r>
        <w:rPr>
          <w:rFonts w:ascii="Arial" w:hAnsi="Arial"/>
        </w:rPr>
        <w:t xml:space="preserve"> was she was so famous right that after her hearing that her leg had been removed. PT Barnum, you know the guy. Yeah, he wrote to her and asked if he could have her leg to display to the public or</w:t>
      </w:r>
    </w:p>
    <w:p w14:paraId="7F94E8FB" w14:textId="77777777" w:rsidR="00EB5BAC" w:rsidRDefault="00EB5BAC">
      <w:pPr>
        <w:spacing w:after="0"/>
      </w:pPr>
    </w:p>
    <w:p w14:paraId="0EBAE6E3" w14:textId="77777777" w:rsidR="00EB5BAC" w:rsidRDefault="00B67446">
      <w:pPr>
        <w:spacing w:after="0"/>
      </w:pPr>
      <w:proofErr w:type="gramStart"/>
      <w:r>
        <w:rPr>
          <w:rFonts w:ascii="Arial" w:hAnsi="Arial"/>
          <w:b/>
        </w:rPr>
        <w:t xml:space="preserve">Lucy  </w:t>
      </w:r>
      <w:r>
        <w:rPr>
          <w:rFonts w:ascii="Arial" w:hAnsi="Arial"/>
          <w:color w:val="5D7284"/>
        </w:rPr>
        <w:t>52:25</w:t>
      </w:r>
      <w:proofErr w:type="gramEnd"/>
    </w:p>
    <w:p w14:paraId="33385620" w14:textId="77777777" w:rsidR="00EB5BAC" w:rsidRDefault="00B67446">
      <w:pPr>
        <w:spacing w:after="0"/>
      </w:pPr>
      <w:r>
        <w:rPr>
          <w:rFonts w:ascii="Arial" w:hAnsi="Arial"/>
        </w:rPr>
        <w:t xml:space="preserve">that. </w:t>
      </w:r>
      <w:proofErr w:type="gramStart"/>
      <w:r>
        <w:rPr>
          <w:rFonts w:ascii="Arial" w:hAnsi="Arial"/>
        </w:rPr>
        <w:t>I've</w:t>
      </w:r>
      <w:proofErr w:type="gramEnd"/>
      <w:r>
        <w:rPr>
          <w:rFonts w:ascii="Arial" w:hAnsi="Arial"/>
        </w:rPr>
        <w:t xml:space="preserve"> just got visions of Hugh Jackman ca</w:t>
      </w:r>
      <w:r>
        <w:rPr>
          <w:rFonts w:ascii="Arial" w:hAnsi="Arial"/>
        </w:rPr>
        <w:t>rrying a leg around going...</w:t>
      </w:r>
    </w:p>
    <w:p w14:paraId="134CE44B" w14:textId="77777777" w:rsidR="00EB5BAC" w:rsidRDefault="00EB5BAC">
      <w:pPr>
        <w:spacing w:after="0"/>
      </w:pPr>
    </w:p>
    <w:p w14:paraId="07DEBC7C" w14:textId="77777777" w:rsidR="00EB5BAC" w:rsidRDefault="00B67446">
      <w:pPr>
        <w:spacing w:after="0"/>
      </w:pPr>
      <w:proofErr w:type="gramStart"/>
      <w:r>
        <w:rPr>
          <w:rFonts w:ascii="Arial" w:hAnsi="Arial"/>
          <w:b/>
        </w:rPr>
        <w:t xml:space="preserve">Alice  </w:t>
      </w:r>
      <w:r>
        <w:rPr>
          <w:rFonts w:ascii="Arial" w:hAnsi="Arial"/>
          <w:color w:val="5D7284"/>
        </w:rPr>
        <w:t>52:33</w:t>
      </w:r>
      <w:proofErr w:type="gramEnd"/>
    </w:p>
    <w:p w14:paraId="06F18D1C" w14:textId="77777777" w:rsidR="00EB5BAC" w:rsidRDefault="00B67446">
      <w:pPr>
        <w:spacing w:after="0"/>
      </w:pPr>
      <w:r>
        <w:rPr>
          <w:rFonts w:ascii="Arial" w:hAnsi="Arial"/>
        </w:rPr>
        <w:t xml:space="preserve">And then she </w:t>
      </w:r>
      <w:proofErr w:type="spellStart"/>
      <w:r>
        <w:rPr>
          <w:rFonts w:ascii="Arial" w:hAnsi="Arial"/>
        </w:rPr>
        <w:t>she</w:t>
      </w:r>
      <w:proofErr w:type="spellEnd"/>
      <w:r>
        <w:rPr>
          <w:rFonts w:ascii="Arial" w:hAnsi="Arial"/>
        </w:rPr>
        <w:t xml:space="preserve"> wrote back to him and she said, Oh, my leg. Which one?</w:t>
      </w:r>
    </w:p>
    <w:p w14:paraId="7BBF1727" w14:textId="77777777" w:rsidR="00EB5BAC" w:rsidRDefault="00EB5BAC">
      <w:pPr>
        <w:spacing w:after="0"/>
      </w:pPr>
    </w:p>
    <w:p w14:paraId="6CE824E8" w14:textId="77777777" w:rsidR="00EB5BAC" w:rsidRDefault="00B67446">
      <w:pPr>
        <w:spacing w:after="0"/>
      </w:pPr>
      <w:proofErr w:type="gramStart"/>
      <w:r>
        <w:rPr>
          <w:rFonts w:ascii="Arial" w:hAnsi="Arial"/>
          <w:b/>
        </w:rPr>
        <w:t xml:space="preserve">Lucy  </w:t>
      </w:r>
      <w:r>
        <w:rPr>
          <w:rFonts w:ascii="Arial" w:hAnsi="Arial"/>
          <w:color w:val="5D7284"/>
        </w:rPr>
        <w:t>52:39</w:t>
      </w:r>
      <w:proofErr w:type="gramEnd"/>
    </w:p>
    <w:p w14:paraId="20DCCE4C" w14:textId="77777777" w:rsidR="00EB5BAC" w:rsidRDefault="00B67446">
      <w:pPr>
        <w:spacing w:after="0"/>
      </w:pPr>
      <w:r>
        <w:rPr>
          <w:rFonts w:ascii="Arial" w:hAnsi="Arial"/>
        </w:rPr>
        <w:t>[laughs] Brilliant. Absolutely brilliant.</w:t>
      </w:r>
    </w:p>
    <w:p w14:paraId="51E2F062" w14:textId="77777777" w:rsidR="00EB5BAC" w:rsidRDefault="00EB5BAC">
      <w:pPr>
        <w:spacing w:after="0"/>
      </w:pPr>
    </w:p>
    <w:p w14:paraId="0A2CB0FA" w14:textId="77777777" w:rsidR="00EB5BAC" w:rsidRDefault="00B67446">
      <w:pPr>
        <w:spacing w:after="0"/>
      </w:pPr>
      <w:proofErr w:type="gramStart"/>
      <w:r>
        <w:rPr>
          <w:rFonts w:ascii="Arial" w:hAnsi="Arial"/>
          <w:b/>
        </w:rPr>
        <w:t xml:space="preserve">Alice  </w:t>
      </w:r>
      <w:r>
        <w:rPr>
          <w:rFonts w:ascii="Arial" w:hAnsi="Arial"/>
          <w:color w:val="5D7284"/>
        </w:rPr>
        <w:t>52:43</w:t>
      </w:r>
      <w:proofErr w:type="gramEnd"/>
    </w:p>
    <w:p w14:paraId="6F8E2455" w14:textId="77777777" w:rsidR="00EB5BAC" w:rsidRDefault="00B67446">
      <w:pPr>
        <w:spacing w:after="0"/>
      </w:pPr>
      <w:r>
        <w:rPr>
          <w:rFonts w:ascii="Arial" w:hAnsi="Arial"/>
        </w:rPr>
        <w:t xml:space="preserve">I know. </w:t>
      </w:r>
      <w:proofErr w:type="gramStart"/>
      <w:r>
        <w:rPr>
          <w:rFonts w:ascii="Arial" w:hAnsi="Arial"/>
        </w:rPr>
        <w:t>So</w:t>
      </w:r>
      <w:proofErr w:type="gramEnd"/>
      <w:r>
        <w:rPr>
          <w:rFonts w:ascii="Arial" w:hAnsi="Arial"/>
        </w:rPr>
        <w:t xml:space="preserve"> she had her leg amputated. In February. I think it was in 191</w:t>
      </w:r>
      <w:r>
        <w:rPr>
          <w:rFonts w:ascii="Arial" w:hAnsi="Arial"/>
        </w:rPr>
        <w:t>5. Before the end of the year. She was back on stage.</w:t>
      </w:r>
    </w:p>
    <w:p w14:paraId="3B14D5F4" w14:textId="77777777" w:rsidR="00EB5BAC" w:rsidRDefault="00EB5BAC">
      <w:pPr>
        <w:spacing w:after="0"/>
      </w:pPr>
    </w:p>
    <w:p w14:paraId="2960BBE5" w14:textId="77777777" w:rsidR="00EB5BAC" w:rsidRDefault="00B67446">
      <w:pPr>
        <w:spacing w:after="0"/>
      </w:pPr>
      <w:proofErr w:type="gramStart"/>
      <w:r>
        <w:rPr>
          <w:rFonts w:ascii="Arial" w:hAnsi="Arial"/>
          <w:b/>
        </w:rPr>
        <w:t xml:space="preserve">Lucy  </w:t>
      </w:r>
      <w:r>
        <w:rPr>
          <w:rFonts w:ascii="Arial" w:hAnsi="Arial"/>
          <w:color w:val="5D7284"/>
        </w:rPr>
        <w:t>52:51</w:t>
      </w:r>
      <w:proofErr w:type="gramEnd"/>
    </w:p>
    <w:p w14:paraId="7F151A40" w14:textId="77777777" w:rsidR="00EB5BAC" w:rsidRDefault="00B67446">
      <w:pPr>
        <w:spacing w:after="0"/>
      </w:pPr>
      <w:r>
        <w:rPr>
          <w:rFonts w:ascii="Arial" w:hAnsi="Arial"/>
        </w:rPr>
        <w:t>Fabulous. Go on girl.</w:t>
      </w:r>
    </w:p>
    <w:p w14:paraId="679D1630" w14:textId="77777777" w:rsidR="00EB5BAC" w:rsidRDefault="00EB5BAC">
      <w:pPr>
        <w:spacing w:after="0"/>
      </w:pPr>
    </w:p>
    <w:p w14:paraId="106922E8" w14:textId="77777777" w:rsidR="00EB5BAC" w:rsidRDefault="00B67446">
      <w:pPr>
        <w:spacing w:after="0"/>
      </w:pPr>
      <w:proofErr w:type="gramStart"/>
      <w:r>
        <w:rPr>
          <w:rFonts w:ascii="Arial" w:hAnsi="Arial"/>
          <w:b/>
        </w:rPr>
        <w:t xml:space="preserve">Alice  </w:t>
      </w:r>
      <w:r>
        <w:rPr>
          <w:rFonts w:ascii="Arial" w:hAnsi="Arial"/>
          <w:color w:val="5D7284"/>
        </w:rPr>
        <w:t>52:52</w:t>
      </w:r>
      <w:proofErr w:type="gramEnd"/>
    </w:p>
    <w:p w14:paraId="2C6CCE3D" w14:textId="77777777" w:rsidR="00EB5BAC" w:rsidRDefault="00B67446">
      <w:pPr>
        <w:spacing w:after="0"/>
      </w:pPr>
      <w:r>
        <w:rPr>
          <w:rFonts w:ascii="Arial" w:hAnsi="Arial"/>
        </w:rPr>
        <w:t xml:space="preserve">Yep. She tried </w:t>
      </w:r>
      <w:proofErr w:type="gramStart"/>
      <w:r>
        <w:rPr>
          <w:rFonts w:ascii="Arial" w:hAnsi="Arial"/>
        </w:rPr>
        <w:t>a number of</w:t>
      </w:r>
      <w:proofErr w:type="gramEnd"/>
      <w:r>
        <w:rPr>
          <w:rFonts w:ascii="Arial" w:hAnsi="Arial"/>
        </w:rPr>
        <w:t xml:space="preserve"> prosthetics. </w:t>
      </w:r>
    </w:p>
    <w:p w14:paraId="6530B73A" w14:textId="77777777" w:rsidR="00EB5BAC" w:rsidRDefault="00EB5BAC">
      <w:pPr>
        <w:spacing w:after="0"/>
      </w:pPr>
    </w:p>
    <w:p w14:paraId="18F20756" w14:textId="77777777" w:rsidR="00EB5BAC" w:rsidRDefault="00B67446">
      <w:pPr>
        <w:spacing w:after="0"/>
      </w:pPr>
      <w:proofErr w:type="gramStart"/>
      <w:r>
        <w:rPr>
          <w:rFonts w:ascii="Arial" w:hAnsi="Arial"/>
          <w:b/>
        </w:rPr>
        <w:t xml:space="preserve">Lucy  </w:t>
      </w:r>
      <w:r>
        <w:rPr>
          <w:rFonts w:ascii="Arial" w:hAnsi="Arial"/>
          <w:color w:val="5D7284"/>
        </w:rPr>
        <w:t>52:56</w:t>
      </w:r>
      <w:proofErr w:type="gramEnd"/>
    </w:p>
    <w:p w14:paraId="18102ADD" w14:textId="77777777" w:rsidR="00EB5BAC" w:rsidRDefault="00B67446">
      <w:pPr>
        <w:spacing w:after="0"/>
      </w:pPr>
      <w:r>
        <w:rPr>
          <w:rFonts w:ascii="Arial" w:hAnsi="Arial"/>
        </w:rPr>
        <w:t>Yeah.</w:t>
      </w:r>
    </w:p>
    <w:p w14:paraId="3F4911BD" w14:textId="77777777" w:rsidR="00EB5BAC" w:rsidRDefault="00EB5BAC">
      <w:pPr>
        <w:spacing w:after="0"/>
      </w:pPr>
    </w:p>
    <w:p w14:paraId="713A5500" w14:textId="77777777" w:rsidR="00EB5BAC" w:rsidRDefault="00B67446">
      <w:pPr>
        <w:spacing w:after="0"/>
      </w:pPr>
      <w:proofErr w:type="gramStart"/>
      <w:r>
        <w:rPr>
          <w:rFonts w:ascii="Arial" w:hAnsi="Arial"/>
          <w:b/>
        </w:rPr>
        <w:t xml:space="preserve">Alice  </w:t>
      </w:r>
      <w:r>
        <w:rPr>
          <w:rFonts w:ascii="Arial" w:hAnsi="Arial"/>
          <w:color w:val="5D7284"/>
        </w:rPr>
        <w:t>52:57</w:t>
      </w:r>
      <w:proofErr w:type="gramEnd"/>
    </w:p>
    <w:p w14:paraId="65DBDCEE" w14:textId="77777777" w:rsidR="00EB5BAC" w:rsidRDefault="00B67446">
      <w:pPr>
        <w:spacing w:after="0"/>
      </w:pPr>
      <w:r>
        <w:rPr>
          <w:rFonts w:ascii="Arial" w:hAnsi="Arial"/>
        </w:rPr>
        <w:t xml:space="preserve">Most mostly made of wood. But she just hated them all. And she would literally take them off and throw them at people. </w:t>
      </w:r>
    </w:p>
    <w:p w14:paraId="3EB78116" w14:textId="77777777" w:rsidR="00EB5BAC" w:rsidRDefault="00EB5BAC">
      <w:pPr>
        <w:spacing w:after="0"/>
      </w:pPr>
    </w:p>
    <w:p w14:paraId="20DFEEAD" w14:textId="77777777" w:rsidR="00EB5BAC" w:rsidRDefault="00B67446">
      <w:pPr>
        <w:spacing w:after="0"/>
      </w:pPr>
      <w:proofErr w:type="gramStart"/>
      <w:r>
        <w:rPr>
          <w:rFonts w:ascii="Arial" w:hAnsi="Arial"/>
          <w:b/>
        </w:rPr>
        <w:t xml:space="preserve">Lucy  </w:t>
      </w:r>
      <w:r>
        <w:rPr>
          <w:rFonts w:ascii="Arial" w:hAnsi="Arial"/>
          <w:color w:val="5D7284"/>
        </w:rPr>
        <w:t>53:03</w:t>
      </w:r>
      <w:proofErr w:type="gramEnd"/>
    </w:p>
    <w:p w14:paraId="49D439D7" w14:textId="77777777" w:rsidR="00EB5BAC" w:rsidRDefault="00B67446">
      <w:pPr>
        <w:spacing w:after="0"/>
      </w:pPr>
      <w:r>
        <w:rPr>
          <w:rFonts w:ascii="Arial" w:hAnsi="Arial"/>
        </w:rPr>
        <w:t xml:space="preserve">Fair enough. </w:t>
      </w:r>
    </w:p>
    <w:p w14:paraId="6DBBC285" w14:textId="77777777" w:rsidR="00EB5BAC" w:rsidRDefault="00EB5BAC">
      <w:pPr>
        <w:spacing w:after="0"/>
      </w:pPr>
    </w:p>
    <w:p w14:paraId="57226B37" w14:textId="77777777" w:rsidR="00EB5BAC" w:rsidRDefault="00B67446">
      <w:pPr>
        <w:spacing w:after="0"/>
      </w:pPr>
      <w:proofErr w:type="gramStart"/>
      <w:r>
        <w:rPr>
          <w:rFonts w:ascii="Arial" w:hAnsi="Arial"/>
          <w:b/>
        </w:rPr>
        <w:t xml:space="preserve">Alice  </w:t>
      </w:r>
      <w:r>
        <w:rPr>
          <w:rFonts w:ascii="Arial" w:hAnsi="Arial"/>
          <w:color w:val="5D7284"/>
        </w:rPr>
        <w:t>53:05</w:t>
      </w:r>
      <w:proofErr w:type="gramEnd"/>
    </w:p>
    <w:p w14:paraId="5E780368" w14:textId="77777777" w:rsidR="00EB5BAC" w:rsidRDefault="00B67446">
      <w:pPr>
        <w:spacing w:after="0"/>
      </w:pPr>
      <w:r>
        <w:rPr>
          <w:rFonts w:ascii="Arial" w:hAnsi="Arial"/>
        </w:rPr>
        <w:t>What she likes to do was be carried around in a sedan chair.</w:t>
      </w:r>
    </w:p>
    <w:p w14:paraId="3D27923C" w14:textId="77777777" w:rsidR="00EB5BAC" w:rsidRDefault="00EB5BAC">
      <w:pPr>
        <w:spacing w:after="0"/>
      </w:pPr>
    </w:p>
    <w:p w14:paraId="3221DF64" w14:textId="77777777" w:rsidR="00EB5BAC" w:rsidRDefault="00B67446">
      <w:pPr>
        <w:spacing w:after="0"/>
      </w:pPr>
      <w:proofErr w:type="gramStart"/>
      <w:r>
        <w:rPr>
          <w:rFonts w:ascii="Arial" w:hAnsi="Arial"/>
          <w:b/>
        </w:rPr>
        <w:lastRenderedPageBreak/>
        <w:t xml:space="preserve">Lucy  </w:t>
      </w:r>
      <w:r>
        <w:rPr>
          <w:rFonts w:ascii="Arial" w:hAnsi="Arial"/>
          <w:color w:val="5D7284"/>
        </w:rPr>
        <w:t>53:10</w:t>
      </w:r>
      <w:proofErr w:type="gramEnd"/>
    </w:p>
    <w:p w14:paraId="5883BFC4" w14:textId="77777777" w:rsidR="00EB5BAC" w:rsidRDefault="00B67446">
      <w:pPr>
        <w:spacing w:after="0"/>
      </w:pPr>
      <w:r>
        <w:rPr>
          <w:rFonts w:ascii="Arial" w:hAnsi="Arial"/>
        </w:rPr>
        <w:t xml:space="preserve"> Yes!</w:t>
      </w:r>
    </w:p>
    <w:p w14:paraId="5160A422" w14:textId="77777777" w:rsidR="00EB5BAC" w:rsidRDefault="00EB5BAC">
      <w:pPr>
        <w:spacing w:after="0"/>
      </w:pPr>
    </w:p>
    <w:p w14:paraId="038595B4" w14:textId="77777777" w:rsidR="00EB5BAC" w:rsidRDefault="00B67446">
      <w:pPr>
        <w:spacing w:after="0"/>
      </w:pPr>
      <w:proofErr w:type="gramStart"/>
      <w:r>
        <w:rPr>
          <w:rFonts w:ascii="Arial" w:hAnsi="Arial"/>
          <w:b/>
        </w:rPr>
        <w:t xml:space="preserve">Alice  </w:t>
      </w:r>
      <w:r>
        <w:rPr>
          <w:rFonts w:ascii="Arial" w:hAnsi="Arial"/>
          <w:color w:val="5D7284"/>
        </w:rPr>
        <w:t>53:12</w:t>
      </w:r>
      <w:proofErr w:type="gramEnd"/>
    </w:p>
    <w:p w14:paraId="36CCDCB4" w14:textId="77777777" w:rsidR="00EB5BAC" w:rsidRDefault="00B67446">
      <w:pPr>
        <w:spacing w:after="0"/>
      </w:pPr>
      <w:r>
        <w:rPr>
          <w:rFonts w:ascii="Arial" w:hAnsi="Arial"/>
        </w:rPr>
        <w:t>I know. Right? Like a fucking queen.</w:t>
      </w:r>
    </w:p>
    <w:p w14:paraId="6C3BB5B6" w14:textId="77777777" w:rsidR="00EB5BAC" w:rsidRDefault="00EB5BAC">
      <w:pPr>
        <w:spacing w:after="0"/>
      </w:pPr>
    </w:p>
    <w:p w14:paraId="49B6FC88" w14:textId="77777777" w:rsidR="00EB5BAC" w:rsidRDefault="00B67446">
      <w:pPr>
        <w:spacing w:after="0"/>
      </w:pPr>
      <w:proofErr w:type="gramStart"/>
      <w:r>
        <w:rPr>
          <w:rFonts w:ascii="Arial" w:hAnsi="Arial"/>
          <w:b/>
        </w:rPr>
        <w:t xml:space="preserve">Lucy  </w:t>
      </w:r>
      <w:r>
        <w:rPr>
          <w:rFonts w:ascii="Arial" w:hAnsi="Arial"/>
          <w:color w:val="5D7284"/>
        </w:rPr>
        <w:t>53:16</w:t>
      </w:r>
      <w:proofErr w:type="gramEnd"/>
    </w:p>
    <w:p w14:paraId="0C02B92A" w14:textId="77777777" w:rsidR="00EB5BAC" w:rsidRDefault="00B67446">
      <w:pPr>
        <w:spacing w:after="0"/>
      </w:pPr>
      <w:r>
        <w:rPr>
          <w:rFonts w:ascii="Arial" w:hAnsi="Arial"/>
        </w:rPr>
        <w:t>I might get rid of my wheelchair and just get people to count me everywhere.</w:t>
      </w:r>
    </w:p>
    <w:p w14:paraId="5F8625DF" w14:textId="77777777" w:rsidR="00EB5BAC" w:rsidRDefault="00EB5BAC">
      <w:pPr>
        <w:spacing w:after="0"/>
      </w:pPr>
    </w:p>
    <w:p w14:paraId="3867BCE5" w14:textId="77777777" w:rsidR="00EB5BAC" w:rsidRDefault="00B67446">
      <w:pPr>
        <w:spacing w:after="0"/>
      </w:pPr>
      <w:proofErr w:type="gramStart"/>
      <w:r>
        <w:rPr>
          <w:rFonts w:ascii="Arial" w:hAnsi="Arial"/>
          <w:b/>
        </w:rPr>
        <w:t xml:space="preserve">Alice  </w:t>
      </w:r>
      <w:r>
        <w:rPr>
          <w:rFonts w:ascii="Arial" w:hAnsi="Arial"/>
          <w:color w:val="5D7284"/>
        </w:rPr>
        <w:t>53:19</w:t>
      </w:r>
      <w:proofErr w:type="gramEnd"/>
    </w:p>
    <w:p w14:paraId="7EC671B5" w14:textId="77777777" w:rsidR="00EB5BAC" w:rsidRDefault="00B67446">
      <w:pPr>
        <w:spacing w:after="0"/>
      </w:pPr>
      <w:r>
        <w:rPr>
          <w:rFonts w:ascii="Arial" w:hAnsi="Arial"/>
        </w:rPr>
        <w:t>I know, right? She had it custom built herself as well.</w:t>
      </w:r>
    </w:p>
    <w:p w14:paraId="1E0528C3" w14:textId="77777777" w:rsidR="00EB5BAC" w:rsidRDefault="00EB5BAC">
      <w:pPr>
        <w:spacing w:after="0"/>
      </w:pPr>
    </w:p>
    <w:p w14:paraId="46F98BFE" w14:textId="77777777" w:rsidR="00EB5BAC" w:rsidRDefault="00B67446">
      <w:pPr>
        <w:spacing w:after="0"/>
      </w:pPr>
      <w:proofErr w:type="gramStart"/>
      <w:r>
        <w:rPr>
          <w:rFonts w:ascii="Arial" w:hAnsi="Arial"/>
          <w:b/>
        </w:rPr>
        <w:t xml:space="preserve">Lucy  </w:t>
      </w:r>
      <w:r>
        <w:rPr>
          <w:rFonts w:ascii="Arial" w:hAnsi="Arial"/>
          <w:color w:val="5D7284"/>
        </w:rPr>
        <w:t>53:23</w:t>
      </w:r>
      <w:proofErr w:type="gramEnd"/>
    </w:p>
    <w:p w14:paraId="6E7C703A" w14:textId="77777777" w:rsidR="00EB5BAC" w:rsidRDefault="00B67446">
      <w:pPr>
        <w:spacing w:after="0"/>
      </w:pPr>
      <w:r>
        <w:rPr>
          <w:rFonts w:ascii="Arial" w:hAnsi="Arial"/>
        </w:rPr>
        <w:t xml:space="preserve">Of course! Of course she </w:t>
      </w:r>
      <w:proofErr w:type="gramStart"/>
      <w:r>
        <w:rPr>
          <w:rFonts w:ascii="Arial" w:hAnsi="Arial"/>
        </w:rPr>
        <w:t>did .</w:t>
      </w:r>
      <w:proofErr w:type="gramEnd"/>
      <w:r>
        <w:rPr>
          <w:rFonts w:ascii="Arial" w:hAnsi="Arial"/>
        </w:rPr>
        <w:t xml:space="preserve"> I bet she</w:t>
      </w:r>
      <w:r>
        <w:rPr>
          <w:rFonts w:ascii="Arial" w:hAnsi="Arial"/>
        </w:rPr>
        <w:t xml:space="preserve"> had rhinestones on her chair.</w:t>
      </w:r>
    </w:p>
    <w:p w14:paraId="36EA62EC" w14:textId="77777777" w:rsidR="00EB5BAC" w:rsidRDefault="00EB5BAC">
      <w:pPr>
        <w:spacing w:after="0"/>
      </w:pPr>
    </w:p>
    <w:p w14:paraId="58E1C955" w14:textId="77777777" w:rsidR="00EB5BAC" w:rsidRDefault="00B67446">
      <w:pPr>
        <w:spacing w:after="0"/>
      </w:pPr>
      <w:proofErr w:type="gramStart"/>
      <w:r>
        <w:rPr>
          <w:rFonts w:ascii="Arial" w:hAnsi="Arial"/>
          <w:b/>
        </w:rPr>
        <w:t xml:space="preserve">Alice  </w:t>
      </w:r>
      <w:r>
        <w:rPr>
          <w:rFonts w:ascii="Arial" w:hAnsi="Arial"/>
          <w:color w:val="5D7284"/>
        </w:rPr>
        <w:t>53:30</w:t>
      </w:r>
      <w:proofErr w:type="gramEnd"/>
    </w:p>
    <w:p w14:paraId="68F5944C" w14:textId="77777777" w:rsidR="00EB5BAC" w:rsidRDefault="00B67446">
      <w:pPr>
        <w:spacing w:after="0"/>
      </w:pPr>
      <w:r>
        <w:rPr>
          <w:rFonts w:ascii="Arial" w:hAnsi="Arial"/>
        </w:rPr>
        <w:t xml:space="preserve">She's just it was just </w:t>
      </w:r>
      <w:proofErr w:type="gramStart"/>
      <w:r>
        <w:rPr>
          <w:rFonts w:ascii="Arial" w:hAnsi="Arial"/>
        </w:rPr>
        <w:t>I'm,</w:t>
      </w:r>
      <w:proofErr w:type="gramEnd"/>
      <w:r>
        <w:rPr>
          <w:rFonts w:ascii="Arial" w:hAnsi="Arial"/>
        </w:rPr>
        <w:t xml:space="preserve"> I'm fucking here I am Sarah.</w:t>
      </w:r>
    </w:p>
    <w:p w14:paraId="30472052" w14:textId="77777777" w:rsidR="00EB5BAC" w:rsidRDefault="00EB5BAC">
      <w:pPr>
        <w:spacing w:after="0"/>
      </w:pPr>
    </w:p>
    <w:p w14:paraId="33AFB52B" w14:textId="77777777" w:rsidR="00EB5BAC" w:rsidRDefault="00B67446">
      <w:pPr>
        <w:spacing w:after="0"/>
      </w:pPr>
      <w:proofErr w:type="gramStart"/>
      <w:r>
        <w:rPr>
          <w:rFonts w:ascii="Arial" w:hAnsi="Arial"/>
          <w:b/>
        </w:rPr>
        <w:t xml:space="preserve">Lucy  </w:t>
      </w:r>
      <w:r>
        <w:rPr>
          <w:rFonts w:ascii="Arial" w:hAnsi="Arial"/>
          <w:color w:val="5D7284"/>
        </w:rPr>
        <w:t>53:34</w:t>
      </w:r>
      <w:proofErr w:type="gramEnd"/>
    </w:p>
    <w:p w14:paraId="76C6021E" w14:textId="77777777" w:rsidR="00EB5BAC" w:rsidRDefault="00B67446">
      <w:pPr>
        <w:spacing w:after="0"/>
      </w:pPr>
      <w:r>
        <w:rPr>
          <w:rFonts w:ascii="Arial" w:hAnsi="Arial"/>
        </w:rPr>
        <w:t xml:space="preserve">Look at me. Look at me. </w:t>
      </w:r>
    </w:p>
    <w:p w14:paraId="254C2E63" w14:textId="77777777" w:rsidR="00EB5BAC" w:rsidRDefault="00EB5BAC">
      <w:pPr>
        <w:spacing w:after="0"/>
      </w:pPr>
    </w:p>
    <w:p w14:paraId="769C5E9C" w14:textId="77777777" w:rsidR="00EB5BAC" w:rsidRDefault="00B67446">
      <w:pPr>
        <w:spacing w:after="0"/>
      </w:pPr>
      <w:proofErr w:type="gramStart"/>
      <w:r>
        <w:rPr>
          <w:rFonts w:ascii="Arial" w:hAnsi="Arial"/>
          <w:b/>
        </w:rPr>
        <w:t xml:space="preserve">Alice  </w:t>
      </w:r>
      <w:r>
        <w:rPr>
          <w:rFonts w:ascii="Arial" w:hAnsi="Arial"/>
          <w:color w:val="5D7284"/>
        </w:rPr>
        <w:t>53:37</w:t>
      </w:r>
      <w:proofErr w:type="gramEnd"/>
    </w:p>
    <w:p w14:paraId="67E66DEC" w14:textId="77777777" w:rsidR="00EB5BAC" w:rsidRDefault="00B67446">
      <w:pPr>
        <w:spacing w:after="0"/>
      </w:pPr>
      <w:r>
        <w:rPr>
          <w:rFonts w:ascii="Arial" w:hAnsi="Arial"/>
        </w:rPr>
        <w:t xml:space="preserve">Yeah, </w:t>
      </w:r>
    </w:p>
    <w:p w14:paraId="0E13DC44" w14:textId="77777777" w:rsidR="00EB5BAC" w:rsidRDefault="00EB5BAC">
      <w:pPr>
        <w:spacing w:after="0"/>
      </w:pPr>
    </w:p>
    <w:p w14:paraId="2AF5D4E7" w14:textId="77777777" w:rsidR="00EB5BAC" w:rsidRDefault="00B67446">
      <w:pPr>
        <w:spacing w:after="0"/>
      </w:pPr>
      <w:proofErr w:type="gramStart"/>
      <w:r>
        <w:rPr>
          <w:rFonts w:ascii="Arial" w:hAnsi="Arial"/>
          <w:b/>
        </w:rPr>
        <w:t xml:space="preserve">Lucy  </w:t>
      </w:r>
      <w:r>
        <w:rPr>
          <w:rFonts w:ascii="Arial" w:hAnsi="Arial"/>
          <w:color w:val="5D7284"/>
        </w:rPr>
        <w:t>53:37</w:t>
      </w:r>
      <w:proofErr w:type="gramEnd"/>
    </w:p>
    <w:p w14:paraId="33F55E3C" w14:textId="77777777" w:rsidR="00EB5BAC" w:rsidRDefault="00B67446">
      <w:pPr>
        <w:spacing w:after="0"/>
      </w:pPr>
      <w:proofErr w:type="gramStart"/>
      <w:r>
        <w:rPr>
          <w:rFonts w:ascii="Arial" w:hAnsi="Arial"/>
        </w:rPr>
        <w:t>That's</w:t>
      </w:r>
      <w:proofErr w:type="gramEnd"/>
      <w:r>
        <w:rPr>
          <w:rFonts w:ascii="Arial" w:hAnsi="Arial"/>
        </w:rPr>
        <w:t xml:space="preserve"> amazing.</w:t>
      </w:r>
    </w:p>
    <w:p w14:paraId="672D061A" w14:textId="77777777" w:rsidR="00EB5BAC" w:rsidRDefault="00EB5BAC">
      <w:pPr>
        <w:spacing w:after="0"/>
      </w:pPr>
    </w:p>
    <w:p w14:paraId="454FF946" w14:textId="77777777" w:rsidR="00EB5BAC" w:rsidRDefault="00B67446">
      <w:pPr>
        <w:spacing w:after="0"/>
      </w:pPr>
      <w:proofErr w:type="gramStart"/>
      <w:r>
        <w:rPr>
          <w:rFonts w:ascii="Arial" w:hAnsi="Arial"/>
          <w:b/>
        </w:rPr>
        <w:t xml:space="preserve">Alice  </w:t>
      </w:r>
      <w:r>
        <w:rPr>
          <w:rFonts w:ascii="Arial" w:hAnsi="Arial"/>
          <w:color w:val="5D7284"/>
        </w:rPr>
        <w:t>53:39</w:t>
      </w:r>
      <w:proofErr w:type="gramEnd"/>
    </w:p>
    <w:p w14:paraId="281AC680" w14:textId="77777777" w:rsidR="00EB5BAC" w:rsidRDefault="00B67446">
      <w:pPr>
        <w:spacing w:after="0"/>
      </w:pPr>
      <w:r>
        <w:rPr>
          <w:rFonts w:ascii="Arial" w:hAnsi="Arial"/>
        </w:rPr>
        <w:t xml:space="preserve">I know, right?  So onstage, she would use </w:t>
      </w:r>
      <w:r>
        <w:rPr>
          <w:rFonts w:ascii="Arial" w:hAnsi="Arial"/>
        </w:rPr>
        <w:t xml:space="preserve">strategically placed set pieces to just kind of lean on and would continue to perform her most famous roles. She would do quite often like frag- I mean, </w:t>
      </w:r>
      <w:proofErr w:type="gramStart"/>
      <w:r>
        <w:rPr>
          <w:rFonts w:ascii="Arial" w:hAnsi="Arial"/>
        </w:rPr>
        <w:t>she's</w:t>
      </w:r>
      <w:proofErr w:type="gramEnd"/>
      <w:r>
        <w:rPr>
          <w:rFonts w:ascii="Arial" w:hAnsi="Arial"/>
        </w:rPr>
        <w:t xml:space="preserve"> 17 hours. Well, yeah. </w:t>
      </w:r>
      <w:proofErr w:type="gramStart"/>
      <w:r>
        <w:rPr>
          <w:rFonts w:ascii="Arial" w:hAnsi="Arial"/>
        </w:rPr>
        <w:t>So</w:t>
      </w:r>
      <w:proofErr w:type="gramEnd"/>
      <w:r>
        <w:rPr>
          <w:rFonts w:ascii="Arial" w:hAnsi="Arial"/>
        </w:rPr>
        <w:t xml:space="preserve"> she do them in, like fragments or sort of like Tableau as I said before</w:t>
      </w:r>
    </w:p>
    <w:p w14:paraId="263DEEB3" w14:textId="77777777" w:rsidR="00EB5BAC" w:rsidRDefault="00EB5BAC">
      <w:pPr>
        <w:spacing w:after="0"/>
      </w:pPr>
    </w:p>
    <w:p w14:paraId="30FB0678" w14:textId="77777777" w:rsidR="00EB5BAC" w:rsidRDefault="00B67446">
      <w:pPr>
        <w:spacing w:after="0"/>
      </w:pPr>
      <w:proofErr w:type="gramStart"/>
      <w:r>
        <w:rPr>
          <w:rFonts w:ascii="Arial" w:hAnsi="Arial"/>
          <w:b/>
        </w:rPr>
        <w:t xml:space="preserve">Lucy  </w:t>
      </w:r>
      <w:r>
        <w:rPr>
          <w:rFonts w:ascii="Arial" w:hAnsi="Arial"/>
          <w:color w:val="5D7284"/>
        </w:rPr>
        <w:t>54:02</w:t>
      </w:r>
      <w:proofErr w:type="gramEnd"/>
    </w:p>
    <w:p w14:paraId="29340156" w14:textId="77777777" w:rsidR="00EB5BAC" w:rsidRDefault="00B67446">
      <w:pPr>
        <w:spacing w:after="0"/>
      </w:pPr>
      <w:r>
        <w:rPr>
          <w:rFonts w:ascii="Arial" w:hAnsi="Arial"/>
        </w:rPr>
        <w:t xml:space="preserve">So </w:t>
      </w:r>
      <w:proofErr w:type="gramStart"/>
      <w:r>
        <w:rPr>
          <w:rFonts w:ascii="Arial" w:hAnsi="Arial"/>
        </w:rPr>
        <w:t>basically</w:t>
      </w:r>
      <w:proofErr w:type="gramEnd"/>
      <w:r>
        <w:rPr>
          <w:rFonts w:ascii="Arial" w:hAnsi="Arial"/>
        </w:rPr>
        <w:t xml:space="preserve"> she's going around doing the best </w:t>
      </w:r>
      <w:proofErr w:type="spellStart"/>
      <w:r>
        <w:rPr>
          <w:rFonts w:ascii="Arial" w:hAnsi="Arial"/>
        </w:rPr>
        <w:t>jof</w:t>
      </w:r>
      <w:proofErr w:type="spellEnd"/>
      <w:r>
        <w:rPr>
          <w:rFonts w:ascii="Arial" w:hAnsi="Arial"/>
        </w:rPr>
        <w:t xml:space="preserve"> isn't she?  </w:t>
      </w:r>
      <w:proofErr w:type="gramStart"/>
      <w:r>
        <w:rPr>
          <w:rFonts w:ascii="Arial" w:hAnsi="Arial"/>
        </w:rPr>
        <w:t>She's</w:t>
      </w:r>
      <w:proofErr w:type="gramEnd"/>
      <w:r>
        <w:rPr>
          <w:rFonts w:ascii="Arial" w:hAnsi="Arial"/>
        </w:rPr>
        <w:t xml:space="preserve"> doing the greatest hits.</w:t>
      </w:r>
    </w:p>
    <w:p w14:paraId="4B240E9E" w14:textId="77777777" w:rsidR="00EB5BAC" w:rsidRDefault="00EB5BAC">
      <w:pPr>
        <w:spacing w:after="0"/>
      </w:pPr>
    </w:p>
    <w:p w14:paraId="41519D16" w14:textId="77777777" w:rsidR="00EB5BAC" w:rsidRDefault="00B67446">
      <w:pPr>
        <w:spacing w:after="0"/>
      </w:pPr>
      <w:proofErr w:type="gramStart"/>
      <w:r>
        <w:rPr>
          <w:rFonts w:ascii="Arial" w:hAnsi="Arial"/>
          <w:b/>
        </w:rPr>
        <w:t xml:space="preserve">Alice  </w:t>
      </w:r>
      <w:r>
        <w:rPr>
          <w:rFonts w:ascii="Arial" w:hAnsi="Arial"/>
          <w:color w:val="5D7284"/>
        </w:rPr>
        <w:t>54:05</w:t>
      </w:r>
      <w:proofErr w:type="gramEnd"/>
    </w:p>
    <w:p w14:paraId="73043F16" w14:textId="77777777" w:rsidR="00EB5BAC" w:rsidRDefault="00B67446">
      <w:pPr>
        <w:spacing w:after="0"/>
      </w:pPr>
      <w:r>
        <w:rPr>
          <w:rFonts w:ascii="Arial" w:hAnsi="Arial"/>
        </w:rPr>
        <w:t xml:space="preserve">Yeah. </w:t>
      </w:r>
    </w:p>
    <w:p w14:paraId="04F536FE" w14:textId="77777777" w:rsidR="00EB5BAC" w:rsidRDefault="00EB5BAC">
      <w:pPr>
        <w:spacing w:after="0"/>
      </w:pPr>
    </w:p>
    <w:p w14:paraId="4E4B5576" w14:textId="77777777" w:rsidR="00EB5BAC" w:rsidRDefault="00B67446">
      <w:pPr>
        <w:spacing w:after="0"/>
      </w:pPr>
      <w:proofErr w:type="gramStart"/>
      <w:r>
        <w:rPr>
          <w:rFonts w:ascii="Arial" w:hAnsi="Arial"/>
          <w:b/>
        </w:rPr>
        <w:t xml:space="preserve">Lucy  </w:t>
      </w:r>
      <w:r>
        <w:rPr>
          <w:rFonts w:ascii="Arial" w:hAnsi="Arial"/>
          <w:color w:val="5D7284"/>
        </w:rPr>
        <w:t>54:07</w:t>
      </w:r>
      <w:proofErr w:type="gramEnd"/>
    </w:p>
    <w:p w14:paraId="3B1A69A2" w14:textId="77777777" w:rsidR="00EB5BAC" w:rsidRDefault="00B67446">
      <w:pPr>
        <w:spacing w:after="0"/>
      </w:pPr>
      <w:r>
        <w:rPr>
          <w:rFonts w:ascii="Arial" w:hAnsi="Arial"/>
        </w:rPr>
        <w:t>Yeah, exactly. And what she was so famous as well, that she would take her like most her greatest hits bits, and sh</w:t>
      </w:r>
      <w:r>
        <w:rPr>
          <w:rFonts w:ascii="Arial" w:hAnsi="Arial"/>
        </w:rPr>
        <w:t xml:space="preserve">e changed the like context and </w:t>
      </w:r>
      <w:proofErr w:type="spellStart"/>
      <w:r>
        <w:rPr>
          <w:rFonts w:ascii="Arial" w:hAnsi="Arial"/>
        </w:rPr>
        <w:t>and</w:t>
      </w:r>
      <w:proofErr w:type="spellEnd"/>
      <w:r>
        <w:rPr>
          <w:rFonts w:ascii="Arial" w:hAnsi="Arial"/>
        </w:rPr>
        <w:t xml:space="preserve"> the content of the plays that she wanted to do to fit her and her disability. </w:t>
      </w:r>
      <w:proofErr w:type="gramStart"/>
      <w:r>
        <w:rPr>
          <w:rFonts w:ascii="Arial" w:hAnsi="Arial"/>
        </w:rPr>
        <w:t>So</w:t>
      </w:r>
      <w:proofErr w:type="gramEnd"/>
      <w:r>
        <w:rPr>
          <w:rFonts w:ascii="Arial" w:hAnsi="Arial"/>
        </w:rPr>
        <w:t xml:space="preserve"> she was like, Oh, this character where this character would normally walk across the stage. Well, </w:t>
      </w:r>
      <w:proofErr w:type="gramStart"/>
      <w:r>
        <w:rPr>
          <w:rFonts w:ascii="Arial" w:hAnsi="Arial"/>
        </w:rPr>
        <w:t>I'm</w:t>
      </w:r>
      <w:proofErr w:type="gramEnd"/>
      <w:r>
        <w:rPr>
          <w:rFonts w:ascii="Arial" w:hAnsi="Arial"/>
        </w:rPr>
        <w:t xml:space="preserve"> not doing that. So...  </w:t>
      </w:r>
      <w:proofErr w:type="gramStart"/>
      <w:r>
        <w:rPr>
          <w:rFonts w:ascii="Arial" w:hAnsi="Arial"/>
        </w:rPr>
        <w:t>I'm</w:t>
      </w:r>
      <w:proofErr w:type="gramEnd"/>
      <w:r>
        <w:rPr>
          <w:rFonts w:ascii="Arial" w:hAnsi="Arial"/>
        </w:rPr>
        <w:t xml:space="preserve"> just </w:t>
      </w:r>
      <w:proofErr w:type="spellStart"/>
      <w:r>
        <w:rPr>
          <w:rFonts w:ascii="Arial" w:hAnsi="Arial"/>
        </w:rPr>
        <w:t>gonna</w:t>
      </w:r>
      <w:proofErr w:type="spellEnd"/>
      <w:r>
        <w:rPr>
          <w:rFonts w:ascii="Arial" w:hAnsi="Arial"/>
        </w:rPr>
        <w:t xml:space="preserve"> </w:t>
      </w:r>
      <w:r>
        <w:rPr>
          <w:rFonts w:ascii="Arial" w:hAnsi="Arial"/>
        </w:rPr>
        <w:t>sit here.</w:t>
      </w:r>
    </w:p>
    <w:p w14:paraId="7F53368D" w14:textId="77777777" w:rsidR="00EB5BAC" w:rsidRDefault="00EB5BAC">
      <w:pPr>
        <w:spacing w:after="0"/>
      </w:pPr>
    </w:p>
    <w:p w14:paraId="3660C319" w14:textId="77777777" w:rsidR="00EB5BAC" w:rsidRDefault="00B67446">
      <w:pPr>
        <w:spacing w:after="0"/>
      </w:pPr>
      <w:proofErr w:type="gramStart"/>
      <w:r>
        <w:rPr>
          <w:rFonts w:ascii="Arial" w:hAnsi="Arial"/>
          <w:b/>
        </w:rPr>
        <w:lastRenderedPageBreak/>
        <w:t xml:space="preserve">Alice  </w:t>
      </w:r>
      <w:r>
        <w:rPr>
          <w:rFonts w:ascii="Arial" w:hAnsi="Arial"/>
          <w:color w:val="5D7284"/>
        </w:rPr>
        <w:t>54:32</w:t>
      </w:r>
      <w:proofErr w:type="gramEnd"/>
    </w:p>
    <w:p w14:paraId="392963EF" w14:textId="77777777" w:rsidR="00EB5BAC" w:rsidRDefault="00B67446">
      <w:pPr>
        <w:spacing w:after="0"/>
      </w:pPr>
      <w:r>
        <w:rPr>
          <w:rFonts w:ascii="Arial" w:hAnsi="Arial"/>
        </w:rPr>
        <w:t xml:space="preserve">Yeah </w:t>
      </w:r>
      <w:proofErr w:type="spellStart"/>
      <w:r>
        <w:rPr>
          <w:rFonts w:ascii="Arial" w:hAnsi="Arial"/>
        </w:rPr>
        <w:t>yeah</w:t>
      </w:r>
      <w:proofErr w:type="spellEnd"/>
      <w:r>
        <w:rPr>
          <w:rFonts w:ascii="Arial" w:hAnsi="Arial"/>
        </w:rPr>
        <w:t xml:space="preserve">, but </w:t>
      </w:r>
      <w:proofErr w:type="spellStart"/>
      <w:r>
        <w:rPr>
          <w:rFonts w:ascii="Arial" w:hAnsi="Arial"/>
        </w:rPr>
        <w:t>but</w:t>
      </w:r>
      <w:proofErr w:type="spellEnd"/>
      <w:r>
        <w:rPr>
          <w:rFonts w:ascii="Arial" w:hAnsi="Arial"/>
        </w:rPr>
        <w:t xml:space="preserve"> still people were like, fuck it. </w:t>
      </w:r>
      <w:proofErr w:type="gramStart"/>
      <w:r>
        <w:rPr>
          <w:rFonts w:ascii="Arial" w:hAnsi="Arial"/>
        </w:rPr>
        <w:t>I'm</w:t>
      </w:r>
      <w:proofErr w:type="gramEnd"/>
      <w:r>
        <w:rPr>
          <w:rFonts w:ascii="Arial" w:hAnsi="Arial"/>
        </w:rPr>
        <w:t xml:space="preserve"> doing I'm </w:t>
      </w:r>
      <w:proofErr w:type="spellStart"/>
      <w:r>
        <w:rPr>
          <w:rFonts w:ascii="Arial" w:hAnsi="Arial"/>
        </w:rPr>
        <w:t>gonna</w:t>
      </w:r>
      <w:proofErr w:type="spellEnd"/>
      <w:r>
        <w:rPr>
          <w:rFonts w:ascii="Arial" w:hAnsi="Arial"/>
        </w:rPr>
        <w:t xml:space="preserve"> go and see her because she's amazing. </w:t>
      </w:r>
    </w:p>
    <w:p w14:paraId="03EB971A" w14:textId="77777777" w:rsidR="00EB5BAC" w:rsidRDefault="00EB5BAC">
      <w:pPr>
        <w:spacing w:after="0"/>
      </w:pPr>
    </w:p>
    <w:p w14:paraId="00107AAB" w14:textId="77777777" w:rsidR="00EB5BAC" w:rsidRDefault="00B67446">
      <w:pPr>
        <w:spacing w:after="0"/>
      </w:pPr>
      <w:proofErr w:type="gramStart"/>
      <w:r>
        <w:rPr>
          <w:rFonts w:ascii="Arial" w:hAnsi="Arial"/>
          <w:b/>
        </w:rPr>
        <w:t xml:space="preserve">Lucy  </w:t>
      </w:r>
      <w:r>
        <w:rPr>
          <w:rFonts w:ascii="Arial" w:hAnsi="Arial"/>
          <w:color w:val="5D7284"/>
        </w:rPr>
        <w:t>54:39</w:t>
      </w:r>
      <w:proofErr w:type="gramEnd"/>
    </w:p>
    <w:p w14:paraId="133EAAC5" w14:textId="77777777" w:rsidR="00EB5BAC" w:rsidRDefault="00B67446">
      <w:pPr>
        <w:spacing w:after="0"/>
      </w:pPr>
      <w:r>
        <w:rPr>
          <w:rFonts w:ascii="Arial" w:hAnsi="Arial"/>
        </w:rPr>
        <w:t xml:space="preserve">Yeah. </w:t>
      </w:r>
    </w:p>
    <w:p w14:paraId="662A0754" w14:textId="77777777" w:rsidR="00EB5BAC" w:rsidRDefault="00EB5BAC">
      <w:pPr>
        <w:spacing w:after="0"/>
      </w:pPr>
    </w:p>
    <w:p w14:paraId="75681F1C" w14:textId="77777777" w:rsidR="00EB5BAC" w:rsidRDefault="00B67446">
      <w:pPr>
        <w:spacing w:after="0"/>
      </w:pPr>
      <w:proofErr w:type="gramStart"/>
      <w:r>
        <w:rPr>
          <w:rFonts w:ascii="Arial" w:hAnsi="Arial"/>
          <w:b/>
        </w:rPr>
        <w:t xml:space="preserve">Alice  </w:t>
      </w:r>
      <w:r>
        <w:rPr>
          <w:rFonts w:ascii="Arial" w:hAnsi="Arial"/>
          <w:color w:val="5D7284"/>
        </w:rPr>
        <w:t>54:40</w:t>
      </w:r>
      <w:proofErr w:type="gramEnd"/>
    </w:p>
    <w:p w14:paraId="367E7DFE" w14:textId="77777777" w:rsidR="00EB5BAC" w:rsidRDefault="00B67446">
      <w:pPr>
        <w:spacing w:after="0"/>
      </w:pPr>
      <w:r>
        <w:rPr>
          <w:rFonts w:ascii="Arial" w:hAnsi="Arial"/>
        </w:rPr>
        <w:t xml:space="preserve">And I just I love that she refused to let her like change body take away from her agency or, like stop her from pursuing her passion. </w:t>
      </w:r>
    </w:p>
    <w:p w14:paraId="2DB446D3" w14:textId="77777777" w:rsidR="00EB5BAC" w:rsidRDefault="00EB5BAC">
      <w:pPr>
        <w:spacing w:after="0"/>
      </w:pPr>
    </w:p>
    <w:p w14:paraId="780DE66A" w14:textId="77777777" w:rsidR="00EB5BAC" w:rsidRDefault="00B67446">
      <w:pPr>
        <w:spacing w:after="0"/>
      </w:pPr>
      <w:proofErr w:type="gramStart"/>
      <w:r>
        <w:rPr>
          <w:rFonts w:ascii="Arial" w:hAnsi="Arial"/>
          <w:b/>
        </w:rPr>
        <w:t xml:space="preserve">Lucy  </w:t>
      </w:r>
      <w:r>
        <w:rPr>
          <w:rFonts w:ascii="Arial" w:hAnsi="Arial"/>
          <w:color w:val="5D7284"/>
        </w:rPr>
        <w:t>54:50</w:t>
      </w:r>
      <w:proofErr w:type="gramEnd"/>
    </w:p>
    <w:p w14:paraId="484D6193" w14:textId="77777777" w:rsidR="00EB5BAC" w:rsidRDefault="00B67446">
      <w:pPr>
        <w:spacing w:after="0"/>
      </w:pPr>
      <w:r>
        <w:rPr>
          <w:rFonts w:ascii="Arial" w:hAnsi="Arial"/>
        </w:rPr>
        <w:t>Yeah.</w:t>
      </w:r>
    </w:p>
    <w:p w14:paraId="5BA521FD" w14:textId="77777777" w:rsidR="00EB5BAC" w:rsidRDefault="00EB5BAC">
      <w:pPr>
        <w:spacing w:after="0"/>
      </w:pPr>
    </w:p>
    <w:p w14:paraId="6915BBBA" w14:textId="77777777" w:rsidR="00EB5BAC" w:rsidRDefault="00B67446">
      <w:pPr>
        <w:spacing w:after="0"/>
      </w:pPr>
      <w:proofErr w:type="gramStart"/>
      <w:r>
        <w:rPr>
          <w:rFonts w:ascii="Arial" w:hAnsi="Arial"/>
          <w:b/>
        </w:rPr>
        <w:t xml:space="preserve">Alice  </w:t>
      </w:r>
      <w:r>
        <w:rPr>
          <w:rFonts w:ascii="Arial" w:hAnsi="Arial"/>
          <w:color w:val="5D7284"/>
        </w:rPr>
        <w:t>54:51</w:t>
      </w:r>
      <w:proofErr w:type="gramEnd"/>
    </w:p>
    <w:p w14:paraId="01CFC017" w14:textId="77777777" w:rsidR="00EB5BAC" w:rsidRDefault="00B67446">
      <w:pPr>
        <w:spacing w:after="0"/>
      </w:pPr>
      <w:r>
        <w:rPr>
          <w:rFonts w:ascii="Arial" w:hAnsi="Arial"/>
        </w:rPr>
        <w:t xml:space="preserve"> And that, like, fire and stuff. It that was what she became like, known for and she </w:t>
      </w:r>
      <w:proofErr w:type="gramStart"/>
      <w:r>
        <w:rPr>
          <w:rFonts w:ascii="Arial" w:hAnsi="Arial"/>
        </w:rPr>
        <w:t>con</w:t>
      </w:r>
      <w:r>
        <w:rPr>
          <w:rFonts w:ascii="Arial" w:hAnsi="Arial"/>
        </w:rPr>
        <w:t>tinued</w:t>
      </w:r>
      <w:proofErr w:type="gramEnd"/>
    </w:p>
    <w:p w14:paraId="1A08ECF4" w14:textId="77777777" w:rsidR="00EB5BAC" w:rsidRDefault="00EB5BAC">
      <w:pPr>
        <w:spacing w:after="0"/>
      </w:pPr>
    </w:p>
    <w:p w14:paraId="637701C4" w14:textId="77777777" w:rsidR="00EB5BAC" w:rsidRDefault="00B67446">
      <w:pPr>
        <w:spacing w:after="0"/>
      </w:pPr>
      <w:proofErr w:type="gramStart"/>
      <w:r>
        <w:rPr>
          <w:rFonts w:ascii="Arial" w:hAnsi="Arial"/>
          <w:b/>
        </w:rPr>
        <w:t xml:space="preserve">Lucy  </w:t>
      </w:r>
      <w:r>
        <w:rPr>
          <w:rFonts w:ascii="Arial" w:hAnsi="Arial"/>
          <w:color w:val="5D7284"/>
        </w:rPr>
        <w:t>55:01</w:t>
      </w:r>
      <w:proofErr w:type="gramEnd"/>
    </w:p>
    <w:p w14:paraId="678BA4BA" w14:textId="77777777" w:rsidR="00EB5BAC" w:rsidRDefault="00B67446">
      <w:pPr>
        <w:spacing w:after="0"/>
      </w:pPr>
      <w:r>
        <w:rPr>
          <w:rFonts w:ascii="Arial" w:hAnsi="Arial"/>
        </w:rPr>
        <w:t xml:space="preserve">why. Why did they not put her in the greatest showmen movie? </w:t>
      </w:r>
      <w:proofErr w:type="spellStart"/>
      <w:r>
        <w:rPr>
          <w:rFonts w:ascii="Arial" w:hAnsi="Arial"/>
        </w:rPr>
        <w:t>Cuz</w:t>
      </w:r>
      <w:proofErr w:type="spellEnd"/>
      <w:r>
        <w:rPr>
          <w:rFonts w:ascii="Arial" w:hAnsi="Arial"/>
        </w:rPr>
        <w:t xml:space="preserve"> </w:t>
      </w:r>
      <w:proofErr w:type="spellStart"/>
      <w:r>
        <w:rPr>
          <w:rFonts w:ascii="Arial" w:hAnsi="Arial"/>
        </w:rPr>
        <w:t>I'd've</w:t>
      </w:r>
      <w:proofErr w:type="spellEnd"/>
      <w:r>
        <w:rPr>
          <w:rFonts w:ascii="Arial" w:hAnsi="Arial"/>
        </w:rPr>
        <w:t xml:space="preserve"> that </w:t>
      </w:r>
      <w:proofErr w:type="spellStart"/>
      <w:r>
        <w:rPr>
          <w:rFonts w:ascii="Arial" w:hAnsi="Arial"/>
        </w:rPr>
        <w:t>weuld've</w:t>
      </w:r>
      <w:proofErr w:type="spellEnd"/>
      <w:r>
        <w:rPr>
          <w:rFonts w:ascii="Arial" w:hAnsi="Arial"/>
        </w:rPr>
        <w:t xml:space="preserve"> been brilliant, wouldn't it?</w:t>
      </w:r>
    </w:p>
    <w:p w14:paraId="733B5C51" w14:textId="77777777" w:rsidR="00EB5BAC" w:rsidRDefault="00EB5BAC">
      <w:pPr>
        <w:spacing w:after="0"/>
      </w:pPr>
    </w:p>
    <w:p w14:paraId="47518D15" w14:textId="77777777" w:rsidR="00EB5BAC" w:rsidRDefault="00B67446">
      <w:pPr>
        <w:spacing w:after="0"/>
      </w:pPr>
      <w:proofErr w:type="gramStart"/>
      <w:r>
        <w:rPr>
          <w:rFonts w:ascii="Arial" w:hAnsi="Arial"/>
          <w:b/>
        </w:rPr>
        <w:t xml:space="preserve">Alice  </w:t>
      </w:r>
      <w:r>
        <w:rPr>
          <w:rFonts w:ascii="Arial" w:hAnsi="Arial"/>
          <w:color w:val="5D7284"/>
        </w:rPr>
        <w:t>55:08</w:t>
      </w:r>
      <w:proofErr w:type="gramEnd"/>
    </w:p>
    <w:p w14:paraId="1E9E29A2" w14:textId="77777777" w:rsidR="00EB5BAC" w:rsidRDefault="00B67446">
      <w:pPr>
        <w:spacing w:after="0"/>
      </w:pPr>
      <w:r>
        <w:rPr>
          <w:rFonts w:ascii="Arial" w:hAnsi="Arial"/>
        </w:rPr>
        <w:t xml:space="preserve">I guess. I mean, the only reason I can really think is because by the time PT Barnum was around, she was </w:t>
      </w:r>
      <w:r>
        <w:rPr>
          <w:rFonts w:ascii="Arial" w:hAnsi="Arial"/>
        </w:rPr>
        <w:t xml:space="preserve">in her 70s. And Hollywood probably went Oh, no, </w:t>
      </w:r>
      <w:proofErr w:type="gramStart"/>
      <w:r>
        <w:rPr>
          <w:rFonts w:ascii="Arial" w:hAnsi="Arial"/>
        </w:rPr>
        <w:t>she's</w:t>
      </w:r>
      <w:proofErr w:type="gramEnd"/>
      <w:r>
        <w:rPr>
          <w:rFonts w:ascii="Arial" w:hAnsi="Arial"/>
        </w:rPr>
        <w:t xml:space="preserve"> too old we're not having an old disabled woman,</w:t>
      </w:r>
    </w:p>
    <w:p w14:paraId="34AFFEE0" w14:textId="77777777" w:rsidR="00EB5BAC" w:rsidRDefault="00EB5BAC">
      <w:pPr>
        <w:spacing w:after="0"/>
      </w:pPr>
    </w:p>
    <w:p w14:paraId="5ED194BD" w14:textId="77777777" w:rsidR="00EB5BAC" w:rsidRDefault="00B67446">
      <w:pPr>
        <w:spacing w:after="0"/>
      </w:pPr>
      <w:proofErr w:type="gramStart"/>
      <w:r>
        <w:rPr>
          <w:rFonts w:ascii="Arial" w:hAnsi="Arial"/>
          <w:b/>
        </w:rPr>
        <w:t xml:space="preserve">Lucy  </w:t>
      </w:r>
      <w:r>
        <w:rPr>
          <w:rFonts w:ascii="Arial" w:hAnsi="Arial"/>
          <w:color w:val="5D7284"/>
        </w:rPr>
        <w:t>55:22</w:t>
      </w:r>
      <w:proofErr w:type="gramEnd"/>
    </w:p>
    <w:p w14:paraId="29440DCC" w14:textId="77777777" w:rsidR="00EB5BAC" w:rsidRDefault="00B67446">
      <w:pPr>
        <w:spacing w:after="0"/>
      </w:pPr>
      <w:r>
        <w:rPr>
          <w:rFonts w:ascii="Arial" w:hAnsi="Arial"/>
        </w:rPr>
        <w:t xml:space="preserve">They struggle with old and disabled on their own, </w:t>
      </w:r>
      <w:proofErr w:type="spellStart"/>
      <w:r>
        <w:rPr>
          <w:rFonts w:ascii="Arial" w:hAnsi="Arial"/>
        </w:rPr>
        <w:t>nevermind</w:t>
      </w:r>
      <w:proofErr w:type="spellEnd"/>
      <w:r>
        <w:rPr>
          <w:rFonts w:ascii="Arial" w:hAnsi="Arial"/>
        </w:rPr>
        <w:t xml:space="preserve"> old and disabled as a one,</w:t>
      </w:r>
    </w:p>
    <w:p w14:paraId="32D21D9B" w14:textId="77777777" w:rsidR="00EB5BAC" w:rsidRDefault="00EB5BAC">
      <w:pPr>
        <w:spacing w:after="0"/>
      </w:pPr>
    </w:p>
    <w:p w14:paraId="41C69CA0" w14:textId="77777777" w:rsidR="00EB5BAC" w:rsidRDefault="00B67446">
      <w:pPr>
        <w:spacing w:after="0"/>
      </w:pPr>
      <w:proofErr w:type="gramStart"/>
      <w:r>
        <w:rPr>
          <w:rFonts w:ascii="Arial" w:hAnsi="Arial"/>
          <w:b/>
        </w:rPr>
        <w:t xml:space="preserve">Alice  </w:t>
      </w:r>
      <w:r>
        <w:rPr>
          <w:rFonts w:ascii="Arial" w:hAnsi="Arial"/>
          <w:color w:val="5D7284"/>
        </w:rPr>
        <w:t>55:27</w:t>
      </w:r>
      <w:proofErr w:type="gramEnd"/>
    </w:p>
    <w:p w14:paraId="7B736D61" w14:textId="77777777" w:rsidR="00EB5BAC" w:rsidRDefault="00B67446">
      <w:pPr>
        <w:spacing w:after="0"/>
      </w:pPr>
      <w:r>
        <w:rPr>
          <w:rFonts w:ascii="Arial" w:hAnsi="Arial"/>
        </w:rPr>
        <w:t>I think. Yeah, I think whereas I think i</w:t>
      </w:r>
      <w:r>
        <w:rPr>
          <w:rFonts w:ascii="Arial" w:hAnsi="Arial"/>
        </w:rPr>
        <w:t xml:space="preserve">f Sarah </w:t>
      </w:r>
      <w:proofErr w:type="gramStart"/>
      <w:r>
        <w:rPr>
          <w:rFonts w:ascii="Arial" w:hAnsi="Arial"/>
        </w:rPr>
        <w:t>was</w:t>
      </w:r>
      <w:proofErr w:type="gramEnd"/>
      <w:r>
        <w:rPr>
          <w:rFonts w:ascii="Arial" w:hAnsi="Arial"/>
        </w:rPr>
        <w:t xml:space="preserve"> here, now, she would just be like, No, I'm like, she would have stormed that movie. And it would have been would have been called the greatest Sarah. I just I love her. I</w:t>
      </w:r>
    </w:p>
    <w:p w14:paraId="1638187A" w14:textId="77777777" w:rsidR="00EB5BAC" w:rsidRDefault="00EB5BAC">
      <w:pPr>
        <w:spacing w:after="0"/>
      </w:pPr>
    </w:p>
    <w:p w14:paraId="010FCC14" w14:textId="77777777" w:rsidR="00EB5BAC" w:rsidRDefault="00B67446">
      <w:pPr>
        <w:spacing w:after="0"/>
      </w:pPr>
      <w:proofErr w:type="gramStart"/>
      <w:r>
        <w:rPr>
          <w:rFonts w:ascii="Arial" w:hAnsi="Arial"/>
          <w:b/>
        </w:rPr>
        <w:t xml:space="preserve">Lucy  </w:t>
      </w:r>
      <w:r>
        <w:rPr>
          <w:rFonts w:ascii="Arial" w:hAnsi="Arial"/>
          <w:color w:val="5D7284"/>
        </w:rPr>
        <w:t>55:43</w:t>
      </w:r>
      <w:proofErr w:type="gramEnd"/>
    </w:p>
    <w:p w14:paraId="5614C0E1" w14:textId="77777777" w:rsidR="00EB5BAC" w:rsidRDefault="00B67446">
      <w:pPr>
        <w:spacing w:after="0"/>
      </w:pPr>
      <w:r>
        <w:rPr>
          <w:rFonts w:ascii="Arial" w:hAnsi="Arial"/>
        </w:rPr>
        <w:t xml:space="preserve">Yeah, no, </w:t>
      </w:r>
      <w:proofErr w:type="gramStart"/>
      <w:r>
        <w:rPr>
          <w:rFonts w:ascii="Arial" w:hAnsi="Arial"/>
        </w:rPr>
        <w:t>she's</w:t>
      </w:r>
      <w:proofErr w:type="gramEnd"/>
      <w:r>
        <w:rPr>
          <w:rFonts w:ascii="Arial" w:hAnsi="Arial"/>
        </w:rPr>
        <w:t xml:space="preserve"> brilliant.</w:t>
      </w:r>
    </w:p>
    <w:p w14:paraId="7538589E" w14:textId="77777777" w:rsidR="00EB5BAC" w:rsidRDefault="00EB5BAC">
      <w:pPr>
        <w:spacing w:after="0"/>
      </w:pPr>
    </w:p>
    <w:p w14:paraId="0DACABC0" w14:textId="77777777" w:rsidR="00EB5BAC" w:rsidRDefault="00B67446">
      <w:pPr>
        <w:spacing w:after="0"/>
      </w:pPr>
      <w:proofErr w:type="gramStart"/>
      <w:r>
        <w:rPr>
          <w:rFonts w:ascii="Arial" w:hAnsi="Arial"/>
          <w:b/>
        </w:rPr>
        <w:t xml:space="preserve">Alice  </w:t>
      </w:r>
      <w:r>
        <w:rPr>
          <w:rFonts w:ascii="Arial" w:hAnsi="Arial"/>
          <w:color w:val="5D7284"/>
        </w:rPr>
        <w:t>55:44</w:t>
      </w:r>
      <w:proofErr w:type="gramEnd"/>
    </w:p>
    <w:p w14:paraId="34458C17" w14:textId="77777777" w:rsidR="00EB5BAC" w:rsidRDefault="00B67446">
      <w:pPr>
        <w:spacing w:after="0"/>
      </w:pPr>
      <w:r>
        <w:rPr>
          <w:rFonts w:ascii="Arial" w:hAnsi="Arial"/>
        </w:rPr>
        <w:t>She continued to be</w:t>
      </w:r>
      <w:r>
        <w:rPr>
          <w:rFonts w:ascii="Arial" w:hAnsi="Arial"/>
        </w:rPr>
        <w:t xml:space="preserve"> like, scandalous. She was reported all over the press for doing all sorts of like, shocking things, even continuing to have a disability. And I just, I just, I loved her, I loved the things that she </w:t>
      </w:r>
      <w:proofErr w:type="spellStart"/>
      <w:r>
        <w:rPr>
          <w:rFonts w:ascii="Arial" w:hAnsi="Arial"/>
        </w:rPr>
        <w:t>she</w:t>
      </w:r>
      <w:proofErr w:type="spellEnd"/>
      <w:r>
        <w:rPr>
          <w:rFonts w:ascii="Arial" w:hAnsi="Arial"/>
        </w:rPr>
        <w:t xml:space="preserve"> did. </w:t>
      </w:r>
      <w:proofErr w:type="gramStart"/>
      <w:r>
        <w:rPr>
          <w:rFonts w:ascii="Arial" w:hAnsi="Arial"/>
        </w:rPr>
        <w:t>She's</w:t>
      </w:r>
      <w:proofErr w:type="gramEnd"/>
      <w:r>
        <w:rPr>
          <w:rFonts w:ascii="Arial" w:hAnsi="Arial"/>
        </w:rPr>
        <w:t>, I mean, so there's, there's, she does pe</w:t>
      </w:r>
      <w:r>
        <w:rPr>
          <w:rFonts w:ascii="Arial" w:hAnsi="Arial"/>
        </w:rPr>
        <w:t xml:space="preserve">rform differently, like following her amputation. And of course, you know, she </w:t>
      </w:r>
      <w:proofErr w:type="gramStart"/>
      <w:r>
        <w:rPr>
          <w:rFonts w:ascii="Arial" w:hAnsi="Arial"/>
        </w:rPr>
        <w:t>has to</w:t>
      </w:r>
      <w:proofErr w:type="gramEnd"/>
      <w:r>
        <w:rPr>
          <w:rFonts w:ascii="Arial" w:hAnsi="Arial"/>
        </w:rPr>
        <w:t xml:space="preserve">, she was still hugely, hugely famous in France. People talk about her performance as like she performed to the French troops on the frontlines during World War One. Like </w:t>
      </w:r>
      <w:r>
        <w:rPr>
          <w:rFonts w:ascii="Arial" w:hAnsi="Arial"/>
        </w:rPr>
        <w:t>after our amputation, she was carried in our sedan chair, to the fucking frontlines.</w:t>
      </w:r>
    </w:p>
    <w:p w14:paraId="6B1C0FB1" w14:textId="77777777" w:rsidR="00EB5BAC" w:rsidRDefault="00EB5BAC">
      <w:pPr>
        <w:spacing w:after="0"/>
      </w:pPr>
    </w:p>
    <w:p w14:paraId="2E92E220" w14:textId="77777777" w:rsidR="00EB5BAC" w:rsidRDefault="00B67446">
      <w:pPr>
        <w:spacing w:after="0"/>
      </w:pPr>
      <w:proofErr w:type="gramStart"/>
      <w:r>
        <w:rPr>
          <w:rFonts w:ascii="Arial" w:hAnsi="Arial"/>
          <w:b/>
        </w:rPr>
        <w:t xml:space="preserve">Lucy  </w:t>
      </w:r>
      <w:r>
        <w:rPr>
          <w:rFonts w:ascii="Arial" w:hAnsi="Arial"/>
          <w:color w:val="5D7284"/>
        </w:rPr>
        <w:t>56:31</w:t>
      </w:r>
      <w:proofErr w:type="gramEnd"/>
    </w:p>
    <w:p w14:paraId="53F9C3F5" w14:textId="77777777" w:rsidR="00EB5BAC" w:rsidRDefault="00B67446">
      <w:pPr>
        <w:spacing w:after="0"/>
      </w:pPr>
      <w:r>
        <w:rPr>
          <w:rFonts w:ascii="Arial" w:hAnsi="Arial"/>
        </w:rPr>
        <w:t>What an image. What an image.</w:t>
      </w:r>
    </w:p>
    <w:p w14:paraId="2FDF8225" w14:textId="77777777" w:rsidR="00EB5BAC" w:rsidRDefault="00EB5BAC">
      <w:pPr>
        <w:spacing w:after="0"/>
      </w:pPr>
    </w:p>
    <w:p w14:paraId="2C908DC0" w14:textId="77777777" w:rsidR="00EB5BAC" w:rsidRDefault="00B67446">
      <w:pPr>
        <w:spacing w:after="0"/>
      </w:pPr>
      <w:proofErr w:type="gramStart"/>
      <w:r>
        <w:rPr>
          <w:rFonts w:ascii="Arial" w:hAnsi="Arial"/>
          <w:b/>
        </w:rPr>
        <w:t xml:space="preserve">Alice  </w:t>
      </w:r>
      <w:r>
        <w:rPr>
          <w:rFonts w:ascii="Arial" w:hAnsi="Arial"/>
          <w:color w:val="5D7284"/>
        </w:rPr>
        <w:t>56:34</w:t>
      </w:r>
      <w:proofErr w:type="gramEnd"/>
    </w:p>
    <w:p w14:paraId="409ABD17" w14:textId="77777777" w:rsidR="00EB5BAC" w:rsidRDefault="00B67446">
      <w:pPr>
        <w:spacing w:after="0"/>
      </w:pPr>
      <w:r>
        <w:rPr>
          <w:rFonts w:ascii="Arial" w:hAnsi="Arial"/>
        </w:rPr>
        <w:t xml:space="preserve">and </w:t>
      </w:r>
      <w:proofErr w:type="gramStart"/>
      <w:r>
        <w:rPr>
          <w:rFonts w:ascii="Arial" w:hAnsi="Arial"/>
        </w:rPr>
        <w:t>she's</w:t>
      </w:r>
      <w:proofErr w:type="gramEnd"/>
      <w:r>
        <w:rPr>
          <w:rFonts w:ascii="Arial" w:hAnsi="Arial"/>
        </w:rPr>
        <w:t xml:space="preserve"> there, she's accompanied by a group of young actors who all are like, or I don't know, she's not </w:t>
      </w:r>
      <w:proofErr w:type="spellStart"/>
      <w:r>
        <w:rPr>
          <w:rFonts w:ascii="Arial" w:hAnsi="Arial"/>
        </w:rPr>
        <w:t>gonna</w:t>
      </w:r>
      <w:proofErr w:type="spellEnd"/>
      <w:r>
        <w:rPr>
          <w:rFonts w:ascii="Arial" w:hAnsi="Arial"/>
        </w:rPr>
        <w:t xml:space="preserve"> have the, like, the stamina to do this and all of that. And like, they </w:t>
      </w:r>
      <w:proofErr w:type="gramStart"/>
      <w:r>
        <w:rPr>
          <w:rFonts w:ascii="Arial" w:hAnsi="Arial"/>
        </w:rPr>
        <w:t>didn't</w:t>
      </w:r>
      <w:proofErr w:type="gramEnd"/>
      <w:r>
        <w:rPr>
          <w:rFonts w:ascii="Arial" w:hAnsi="Arial"/>
        </w:rPr>
        <w:t xml:space="preserve"> think she'd manage a day in war. But they got there. And they </w:t>
      </w:r>
      <w:proofErr w:type="gramStart"/>
      <w:r>
        <w:rPr>
          <w:rFonts w:ascii="Arial" w:hAnsi="Arial"/>
        </w:rPr>
        <w:t>hadn't</w:t>
      </w:r>
      <w:proofErr w:type="gramEnd"/>
      <w:r>
        <w:rPr>
          <w:rFonts w:ascii="Arial" w:hAnsi="Arial"/>
        </w:rPr>
        <w:t xml:space="preserve"> really even thought about Sarah. </w:t>
      </w:r>
      <w:proofErr w:type="gramStart"/>
      <w:r>
        <w:rPr>
          <w:rFonts w:ascii="Arial" w:hAnsi="Arial"/>
        </w:rPr>
        <w:t>So</w:t>
      </w:r>
      <w:proofErr w:type="gramEnd"/>
      <w:r>
        <w:rPr>
          <w:rFonts w:ascii="Arial" w:hAnsi="Arial"/>
        </w:rPr>
        <w:t xml:space="preserve"> when they got there, there was like a, the stage was raised up, rig</w:t>
      </w:r>
      <w:r>
        <w:rPr>
          <w:rFonts w:ascii="Arial" w:hAnsi="Arial"/>
        </w:rPr>
        <w:t xml:space="preserve">ht. And </w:t>
      </w:r>
      <w:proofErr w:type="gramStart"/>
      <w:r>
        <w:rPr>
          <w:rFonts w:ascii="Arial" w:hAnsi="Arial"/>
        </w:rPr>
        <w:t>so</w:t>
      </w:r>
      <w:proofErr w:type="gramEnd"/>
      <w:r>
        <w:rPr>
          <w:rFonts w:ascii="Arial" w:hAnsi="Arial"/>
        </w:rPr>
        <w:t xml:space="preserve"> Sarah had to be hoisted onto it to be able to access like to get onto the stage because she couldn't, everybody else had to use a ladder.</w:t>
      </w:r>
    </w:p>
    <w:p w14:paraId="0B54F9FE" w14:textId="77777777" w:rsidR="00EB5BAC" w:rsidRDefault="00EB5BAC">
      <w:pPr>
        <w:spacing w:after="0"/>
      </w:pPr>
    </w:p>
    <w:p w14:paraId="5607488F" w14:textId="77777777" w:rsidR="00EB5BAC" w:rsidRDefault="00B67446">
      <w:pPr>
        <w:spacing w:after="0"/>
      </w:pPr>
      <w:proofErr w:type="gramStart"/>
      <w:r>
        <w:rPr>
          <w:rFonts w:ascii="Arial" w:hAnsi="Arial"/>
          <w:b/>
        </w:rPr>
        <w:t xml:space="preserve">Lucy  </w:t>
      </w:r>
      <w:r>
        <w:rPr>
          <w:rFonts w:ascii="Arial" w:hAnsi="Arial"/>
          <w:color w:val="5D7284"/>
        </w:rPr>
        <w:t>57:04</w:t>
      </w:r>
      <w:proofErr w:type="gramEnd"/>
    </w:p>
    <w:p w14:paraId="70777422" w14:textId="77777777" w:rsidR="00EB5BAC" w:rsidRDefault="00B67446">
      <w:pPr>
        <w:spacing w:after="0"/>
      </w:pPr>
      <w:proofErr w:type="gramStart"/>
      <w:r>
        <w:rPr>
          <w:rFonts w:ascii="Arial" w:hAnsi="Arial"/>
        </w:rPr>
        <w:t>So</w:t>
      </w:r>
      <w:proofErr w:type="gramEnd"/>
      <w:r>
        <w:rPr>
          <w:rFonts w:ascii="Arial" w:hAnsi="Arial"/>
        </w:rPr>
        <w:t xml:space="preserve"> I guess, I take it as well, when she was moving around the stage. She was hopping, I would,</w:t>
      </w:r>
      <w:r>
        <w:rPr>
          <w:rFonts w:ascii="Arial" w:hAnsi="Arial"/>
        </w:rPr>
        <w:t xml:space="preserve"> I would imagine, because she's not got a false leg on </w:t>
      </w:r>
      <w:proofErr w:type="gramStart"/>
      <w:r>
        <w:rPr>
          <w:rFonts w:ascii="Arial" w:hAnsi="Arial"/>
        </w:rPr>
        <w:t>has</w:t>
      </w:r>
      <w:proofErr w:type="gramEnd"/>
      <w:r>
        <w:rPr>
          <w:rFonts w:ascii="Arial" w:hAnsi="Arial"/>
        </w:rPr>
        <w:t xml:space="preserve"> she?</w:t>
      </w:r>
    </w:p>
    <w:p w14:paraId="31AF228E" w14:textId="77777777" w:rsidR="00EB5BAC" w:rsidRDefault="00EB5BAC">
      <w:pPr>
        <w:spacing w:after="0"/>
      </w:pPr>
    </w:p>
    <w:p w14:paraId="26CD7223" w14:textId="77777777" w:rsidR="00EB5BAC" w:rsidRDefault="00B67446">
      <w:pPr>
        <w:spacing w:after="0"/>
      </w:pPr>
      <w:proofErr w:type="gramStart"/>
      <w:r>
        <w:rPr>
          <w:rFonts w:ascii="Arial" w:hAnsi="Arial"/>
          <w:b/>
        </w:rPr>
        <w:t xml:space="preserve">Alice  </w:t>
      </w:r>
      <w:r>
        <w:rPr>
          <w:rFonts w:ascii="Arial" w:hAnsi="Arial"/>
          <w:color w:val="5D7284"/>
        </w:rPr>
        <w:t>57:14</w:t>
      </w:r>
      <w:proofErr w:type="gramEnd"/>
    </w:p>
    <w:p w14:paraId="32A0664F" w14:textId="77777777" w:rsidR="00EB5BAC" w:rsidRDefault="00B67446">
      <w:pPr>
        <w:spacing w:after="0"/>
      </w:pPr>
      <w:r>
        <w:rPr>
          <w:rFonts w:ascii="Arial" w:hAnsi="Arial"/>
        </w:rPr>
        <w:t xml:space="preserve">I guess so. </w:t>
      </w:r>
    </w:p>
    <w:p w14:paraId="4E81A403" w14:textId="77777777" w:rsidR="00EB5BAC" w:rsidRDefault="00EB5BAC">
      <w:pPr>
        <w:spacing w:after="0"/>
      </w:pPr>
    </w:p>
    <w:p w14:paraId="5E7DF396" w14:textId="77777777" w:rsidR="00EB5BAC" w:rsidRDefault="00B67446">
      <w:pPr>
        <w:spacing w:after="0"/>
      </w:pPr>
      <w:proofErr w:type="gramStart"/>
      <w:r>
        <w:rPr>
          <w:rFonts w:ascii="Arial" w:hAnsi="Arial"/>
          <w:b/>
        </w:rPr>
        <w:t xml:space="preserve">Lucy  </w:t>
      </w:r>
      <w:r>
        <w:rPr>
          <w:rFonts w:ascii="Arial" w:hAnsi="Arial"/>
          <w:color w:val="5D7284"/>
        </w:rPr>
        <w:t>57:15</w:t>
      </w:r>
      <w:proofErr w:type="gramEnd"/>
    </w:p>
    <w:p w14:paraId="20F69BEF" w14:textId="77777777" w:rsidR="00EB5BAC" w:rsidRDefault="00B67446">
      <w:pPr>
        <w:spacing w:after="0"/>
      </w:pPr>
      <w:r>
        <w:rPr>
          <w:rFonts w:ascii="Arial" w:hAnsi="Arial"/>
        </w:rPr>
        <w:t xml:space="preserve">Yeah. And I </w:t>
      </w:r>
      <w:proofErr w:type="gramStart"/>
      <w:r>
        <w:rPr>
          <w:rFonts w:ascii="Arial" w:hAnsi="Arial"/>
        </w:rPr>
        <w:t>wouldn't</w:t>
      </w:r>
      <w:proofErr w:type="gramEnd"/>
      <w:r>
        <w:rPr>
          <w:rFonts w:ascii="Arial" w:hAnsi="Arial"/>
        </w:rPr>
        <w:t xml:space="preserve"> imagine she would rag herself.</w:t>
      </w:r>
    </w:p>
    <w:p w14:paraId="2FC8DC84" w14:textId="77777777" w:rsidR="00EB5BAC" w:rsidRDefault="00EB5BAC">
      <w:pPr>
        <w:spacing w:after="0"/>
      </w:pPr>
    </w:p>
    <w:p w14:paraId="47C092BD" w14:textId="77777777" w:rsidR="00EB5BAC" w:rsidRDefault="00B67446">
      <w:pPr>
        <w:spacing w:after="0"/>
      </w:pPr>
      <w:proofErr w:type="gramStart"/>
      <w:r>
        <w:rPr>
          <w:rFonts w:ascii="Arial" w:hAnsi="Arial"/>
          <w:b/>
        </w:rPr>
        <w:t xml:space="preserve">Alice  </w:t>
      </w:r>
      <w:r>
        <w:rPr>
          <w:rFonts w:ascii="Arial" w:hAnsi="Arial"/>
          <w:color w:val="5D7284"/>
        </w:rPr>
        <w:t>57:17</w:t>
      </w:r>
      <w:proofErr w:type="gramEnd"/>
    </w:p>
    <w:p w14:paraId="41CA2DE2" w14:textId="77777777" w:rsidR="00EB5BAC" w:rsidRDefault="00B67446">
      <w:pPr>
        <w:spacing w:after="0"/>
      </w:pPr>
      <w:r>
        <w:rPr>
          <w:rFonts w:ascii="Arial" w:hAnsi="Arial"/>
        </w:rPr>
        <w:t>Or I guess she was stationary?</w:t>
      </w:r>
    </w:p>
    <w:p w14:paraId="044F0D0C" w14:textId="77777777" w:rsidR="00EB5BAC" w:rsidRDefault="00EB5BAC">
      <w:pPr>
        <w:spacing w:after="0"/>
      </w:pPr>
    </w:p>
    <w:p w14:paraId="67B445F2" w14:textId="77777777" w:rsidR="00EB5BAC" w:rsidRDefault="00B67446">
      <w:pPr>
        <w:spacing w:after="0"/>
      </w:pPr>
      <w:proofErr w:type="gramStart"/>
      <w:r>
        <w:rPr>
          <w:rFonts w:ascii="Arial" w:hAnsi="Arial"/>
          <w:b/>
        </w:rPr>
        <w:t xml:space="preserve">Lucy  </w:t>
      </w:r>
      <w:r>
        <w:rPr>
          <w:rFonts w:ascii="Arial" w:hAnsi="Arial"/>
          <w:color w:val="5D7284"/>
        </w:rPr>
        <w:t>57:17</w:t>
      </w:r>
      <w:proofErr w:type="gramEnd"/>
    </w:p>
    <w:p w14:paraId="09EC44C9" w14:textId="77777777" w:rsidR="00EB5BAC" w:rsidRDefault="00B67446">
      <w:pPr>
        <w:spacing w:after="0"/>
      </w:pPr>
      <w:r>
        <w:rPr>
          <w:rFonts w:ascii="Arial" w:hAnsi="Arial"/>
        </w:rPr>
        <w:t>Yeah,</w:t>
      </w:r>
    </w:p>
    <w:p w14:paraId="48178DC3" w14:textId="77777777" w:rsidR="00EB5BAC" w:rsidRDefault="00EB5BAC">
      <w:pPr>
        <w:spacing w:after="0"/>
      </w:pPr>
    </w:p>
    <w:p w14:paraId="4AA65B43" w14:textId="77777777" w:rsidR="00EB5BAC" w:rsidRDefault="00B67446">
      <w:pPr>
        <w:spacing w:after="0"/>
      </w:pPr>
      <w:proofErr w:type="gramStart"/>
      <w:r>
        <w:rPr>
          <w:rFonts w:ascii="Arial" w:hAnsi="Arial"/>
          <w:b/>
        </w:rPr>
        <w:t xml:space="preserve">Alice  </w:t>
      </w:r>
      <w:r>
        <w:rPr>
          <w:rFonts w:ascii="Arial" w:hAnsi="Arial"/>
          <w:color w:val="5D7284"/>
        </w:rPr>
        <w:t>57:18</w:t>
      </w:r>
      <w:proofErr w:type="gramEnd"/>
    </w:p>
    <w:p w14:paraId="6B0808FB" w14:textId="77777777" w:rsidR="00EB5BAC" w:rsidRDefault="00B67446">
      <w:pPr>
        <w:spacing w:after="0"/>
      </w:pPr>
      <w:r>
        <w:rPr>
          <w:rFonts w:ascii="Arial" w:hAnsi="Arial"/>
        </w:rPr>
        <w:t xml:space="preserve">yeah. </w:t>
      </w:r>
      <w:proofErr w:type="gramStart"/>
      <w:r>
        <w:rPr>
          <w:rFonts w:ascii="Arial" w:hAnsi="Arial"/>
        </w:rPr>
        <w:t>So</w:t>
      </w:r>
      <w:proofErr w:type="gramEnd"/>
      <w:r>
        <w:rPr>
          <w:rFonts w:ascii="Arial" w:hAnsi="Arial"/>
        </w:rPr>
        <w:t xml:space="preserve"> she's like, s</w:t>
      </w:r>
      <w:r>
        <w:rPr>
          <w:rFonts w:ascii="Arial" w:hAnsi="Arial"/>
        </w:rPr>
        <w:t xml:space="preserve">he's, she's surrounded by these people who think she' not going to be able to do it. And </w:t>
      </w:r>
      <w:proofErr w:type="gramStart"/>
      <w:r>
        <w:rPr>
          <w:rFonts w:ascii="Arial" w:hAnsi="Arial"/>
        </w:rPr>
        <w:t>she's</w:t>
      </w:r>
      <w:proofErr w:type="gramEnd"/>
      <w:r>
        <w:rPr>
          <w:rFonts w:ascii="Arial" w:hAnsi="Arial"/>
        </w:rPr>
        <w:t xml:space="preserve"> hoisted onto a stage, which is not I don't want to say It's humiliating. But </w:t>
      </w:r>
      <w:proofErr w:type="gramStart"/>
      <w:r>
        <w:rPr>
          <w:rFonts w:ascii="Arial" w:hAnsi="Arial"/>
        </w:rPr>
        <w:t>it's</w:t>
      </w:r>
      <w:proofErr w:type="gramEnd"/>
      <w:r>
        <w:rPr>
          <w:rFonts w:ascii="Arial" w:hAnsi="Arial"/>
        </w:rPr>
        <w:t xml:space="preserve"> got to, you've got to feel very aware. </w:t>
      </w:r>
    </w:p>
    <w:p w14:paraId="2E4D77C0" w14:textId="77777777" w:rsidR="00EB5BAC" w:rsidRDefault="00EB5BAC">
      <w:pPr>
        <w:spacing w:after="0"/>
      </w:pPr>
    </w:p>
    <w:p w14:paraId="6CF7D03F" w14:textId="77777777" w:rsidR="00EB5BAC" w:rsidRDefault="00B67446">
      <w:pPr>
        <w:spacing w:after="0"/>
      </w:pPr>
      <w:proofErr w:type="gramStart"/>
      <w:r>
        <w:rPr>
          <w:rFonts w:ascii="Arial" w:hAnsi="Arial"/>
          <w:b/>
        </w:rPr>
        <w:t xml:space="preserve">Lucy  </w:t>
      </w:r>
      <w:r>
        <w:rPr>
          <w:rFonts w:ascii="Arial" w:hAnsi="Arial"/>
          <w:color w:val="5D7284"/>
        </w:rPr>
        <w:t>57:35</w:t>
      </w:r>
      <w:proofErr w:type="gramEnd"/>
    </w:p>
    <w:p w14:paraId="79FCF65F" w14:textId="77777777" w:rsidR="00EB5BAC" w:rsidRDefault="00B67446">
      <w:pPr>
        <w:spacing w:after="0"/>
      </w:pPr>
      <w:r>
        <w:rPr>
          <w:rFonts w:ascii="Arial" w:hAnsi="Arial"/>
        </w:rPr>
        <w:t xml:space="preserve">Vulnerable as well. </w:t>
      </w:r>
    </w:p>
    <w:p w14:paraId="78849385" w14:textId="77777777" w:rsidR="00EB5BAC" w:rsidRDefault="00EB5BAC">
      <w:pPr>
        <w:spacing w:after="0"/>
      </w:pPr>
    </w:p>
    <w:p w14:paraId="111C3CA5" w14:textId="77777777" w:rsidR="00EB5BAC" w:rsidRDefault="00B67446">
      <w:pPr>
        <w:spacing w:after="0"/>
      </w:pPr>
      <w:proofErr w:type="gramStart"/>
      <w:r>
        <w:rPr>
          <w:rFonts w:ascii="Arial" w:hAnsi="Arial"/>
          <w:b/>
        </w:rPr>
        <w:t>Alic</w:t>
      </w:r>
      <w:r>
        <w:rPr>
          <w:rFonts w:ascii="Arial" w:hAnsi="Arial"/>
          <w:b/>
        </w:rPr>
        <w:t xml:space="preserve">e  </w:t>
      </w:r>
      <w:r>
        <w:rPr>
          <w:rFonts w:ascii="Arial" w:hAnsi="Arial"/>
          <w:color w:val="5D7284"/>
        </w:rPr>
        <w:t>57:36</w:t>
      </w:r>
      <w:proofErr w:type="gramEnd"/>
    </w:p>
    <w:p w14:paraId="034F4C01" w14:textId="77777777" w:rsidR="00EB5BAC" w:rsidRDefault="00B67446">
      <w:pPr>
        <w:spacing w:after="0"/>
      </w:pPr>
      <w:r>
        <w:rPr>
          <w:rFonts w:ascii="Arial" w:hAnsi="Arial"/>
        </w:rPr>
        <w:t xml:space="preserve">Yeah, exactly, exactly. </w:t>
      </w:r>
      <w:proofErr w:type="gramStart"/>
      <w:r>
        <w:rPr>
          <w:rFonts w:ascii="Arial" w:hAnsi="Arial"/>
        </w:rPr>
        <w:t>She's</w:t>
      </w:r>
      <w:proofErr w:type="gramEnd"/>
      <w:r>
        <w:rPr>
          <w:rFonts w:ascii="Arial" w:hAnsi="Arial"/>
        </w:rPr>
        <w:t xml:space="preserve"> in front of these 1000s of troops, who like who would have all been in battle as well. </w:t>
      </w:r>
      <w:proofErr w:type="gramStart"/>
      <w:r>
        <w:rPr>
          <w:rFonts w:ascii="Arial" w:hAnsi="Arial"/>
        </w:rPr>
        <w:t>So</w:t>
      </w:r>
      <w:proofErr w:type="gramEnd"/>
      <w:r>
        <w:rPr>
          <w:rFonts w:ascii="Arial" w:hAnsi="Arial"/>
        </w:rPr>
        <w:t xml:space="preserve"> they're, like, apathetic and downtrodden. And, you know, </w:t>
      </w:r>
      <w:proofErr w:type="gramStart"/>
      <w:r>
        <w:rPr>
          <w:rFonts w:ascii="Arial" w:hAnsi="Arial"/>
        </w:rPr>
        <w:t>it's</w:t>
      </w:r>
      <w:proofErr w:type="gramEnd"/>
      <w:r>
        <w:rPr>
          <w:rFonts w:ascii="Arial" w:hAnsi="Arial"/>
        </w:rPr>
        <w:t xml:space="preserve"> France and the First World War, like the First and Second World W</w:t>
      </w:r>
      <w:r>
        <w:rPr>
          <w:rFonts w:ascii="Arial" w:hAnsi="Arial"/>
        </w:rPr>
        <w:t xml:space="preserve">ar, France got absolutely smashed. Yeah. And she still gets up on stage. And I got another quote does say, I </w:t>
      </w:r>
      <w:proofErr w:type="gramStart"/>
      <w:r>
        <w:rPr>
          <w:rFonts w:ascii="Arial" w:hAnsi="Arial"/>
        </w:rPr>
        <w:t>can't</w:t>
      </w:r>
      <w:proofErr w:type="gramEnd"/>
      <w:r>
        <w:rPr>
          <w:rFonts w:ascii="Arial" w:hAnsi="Arial"/>
        </w:rPr>
        <w:t xml:space="preserve"> see who it's by. But </w:t>
      </w:r>
      <w:proofErr w:type="gramStart"/>
      <w:r>
        <w:rPr>
          <w:rFonts w:ascii="Arial" w:hAnsi="Arial"/>
        </w:rPr>
        <w:t>all of</w:t>
      </w:r>
      <w:proofErr w:type="gramEnd"/>
      <w:r>
        <w:rPr>
          <w:rFonts w:ascii="Arial" w:hAnsi="Arial"/>
        </w:rPr>
        <w:t xml:space="preserve"> the sources for everything that I've got on here are going to go on the website and in the show notes, so don't w</w:t>
      </w:r>
      <w:r>
        <w:rPr>
          <w:rFonts w:ascii="Arial" w:hAnsi="Arial"/>
        </w:rPr>
        <w:t xml:space="preserve">orry, guys. </w:t>
      </w:r>
      <w:proofErr w:type="gramStart"/>
      <w:r>
        <w:rPr>
          <w:rFonts w:ascii="Arial" w:hAnsi="Arial"/>
        </w:rPr>
        <w:t>So</w:t>
      </w:r>
      <w:proofErr w:type="gramEnd"/>
      <w:r>
        <w:rPr>
          <w:rFonts w:ascii="Arial" w:hAnsi="Arial"/>
        </w:rPr>
        <w:t xml:space="preserve"> with a rhythm that surged like the sounding of the charge that brought the troops to, like to their feet in applause for this old woman of genius, who clumped along on her poor leg and in her little </w:t>
      </w:r>
      <w:r>
        <w:rPr>
          <w:rFonts w:ascii="Arial" w:hAnsi="Arial"/>
        </w:rPr>
        <w:lastRenderedPageBreak/>
        <w:t>sedan chair, to give her blazing heart and</w:t>
      </w:r>
      <w:r>
        <w:rPr>
          <w:rFonts w:ascii="Arial" w:hAnsi="Arial"/>
        </w:rPr>
        <w:t xml:space="preserve"> valiant smile to the men who were suffering for us and for </w:t>
      </w:r>
      <w:proofErr w:type="spellStart"/>
      <w:r>
        <w:rPr>
          <w:rFonts w:ascii="Arial" w:hAnsi="Arial"/>
        </w:rPr>
        <w:t>theircountry</w:t>
      </w:r>
      <w:proofErr w:type="spellEnd"/>
      <w:r>
        <w:rPr>
          <w:rFonts w:ascii="Arial" w:hAnsi="Arial"/>
        </w:rPr>
        <w:t>.</w:t>
      </w:r>
    </w:p>
    <w:p w14:paraId="14236F79" w14:textId="77777777" w:rsidR="00EB5BAC" w:rsidRDefault="00EB5BAC">
      <w:pPr>
        <w:spacing w:after="0"/>
      </w:pPr>
    </w:p>
    <w:p w14:paraId="2E7835C6" w14:textId="77777777" w:rsidR="00EB5BAC" w:rsidRDefault="00B67446">
      <w:pPr>
        <w:spacing w:after="0"/>
      </w:pPr>
      <w:proofErr w:type="gramStart"/>
      <w:r>
        <w:rPr>
          <w:rFonts w:ascii="Arial" w:hAnsi="Arial"/>
          <w:b/>
        </w:rPr>
        <w:t xml:space="preserve">Lucy  </w:t>
      </w:r>
      <w:r>
        <w:rPr>
          <w:rFonts w:ascii="Arial" w:hAnsi="Arial"/>
          <w:color w:val="5D7284"/>
        </w:rPr>
        <w:t>58:37</w:t>
      </w:r>
      <w:proofErr w:type="gramEnd"/>
    </w:p>
    <w:p w14:paraId="54B3BBFA" w14:textId="77777777" w:rsidR="00EB5BAC" w:rsidRDefault="00B67446">
      <w:pPr>
        <w:spacing w:after="0"/>
      </w:pPr>
      <w:r>
        <w:rPr>
          <w:rFonts w:ascii="Arial" w:hAnsi="Arial"/>
        </w:rPr>
        <w:t>[applauds]</w:t>
      </w:r>
    </w:p>
    <w:p w14:paraId="0E3F57DD" w14:textId="77777777" w:rsidR="00EB5BAC" w:rsidRDefault="00EB5BAC">
      <w:pPr>
        <w:spacing w:after="0"/>
      </w:pPr>
    </w:p>
    <w:p w14:paraId="2F1A7E4C" w14:textId="77777777" w:rsidR="00EB5BAC" w:rsidRDefault="00B67446">
      <w:pPr>
        <w:spacing w:after="0"/>
      </w:pPr>
      <w:proofErr w:type="gramStart"/>
      <w:r>
        <w:rPr>
          <w:rFonts w:ascii="Arial" w:hAnsi="Arial"/>
          <w:b/>
        </w:rPr>
        <w:t xml:space="preserve">Alice  </w:t>
      </w:r>
      <w:r>
        <w:rPr>
          <w:rFonts w:ascii="Arial" w:hAnsi="Arial"/>
          <w:color w:val="5D7284"/>
        </w:rPr>
        <w:t>58:38</w:t>
      </w:r>
      <w:proofErr w:type="gramEnd"/>
    </w:p>
    <w:p w14:paraId="266BE840" w14:textId="77777777" w:rsidR="00EB5BAC" w:rsidRDefault="00B67446">
      <w:pPr>
        <w:spacing w:after="0"/>
      </w:pPr>
      <w:r>
        <w:rPr>
          <w:rFonts w:ascii="Arial" w:hAnsi="Arial"/>
        </w:rPr>
        <w:t xml:space="preserve"> I know, right? Yeah. She was like, Fuck you. I am not going to be pitied. I am going to be the badass. </w:t>
      </w:r>
      <w:proofErr w:type="gramStart"/>
      <w:r>
        <w:rPr>
          <w:rFonts w:ascii="Arial" w:hAnsi="Arial"/>
        </w:rPr>
        <w:t>I've</w:t>
      </w:r>
      <w:proofErr w:type="gramEnd"/>
      <w:r>
        <w:rPr>
          <w:rFonts w:ascii="Arial" w:hAnsi="Arial"/>
        </w:rPr>
        <w:t xml:space="preserve"> always been. </w:t>
      </w:r>
    </w:p>
    <w:p w14:paraId="14B9B366" w14:textId="77777777" w:rsidR="00EB5BAC" w:rsidRDefault="00EB5BAC">
      <w:pPr>
        <w:spacing w:after="0"/>
      </w:pPr>
    </w:p>
    <w:p w14:paraId="332402DB" w14:textId="77777777" w:rsidR="00EB5BAC" w:rsidRDefault="00B67446">
      <w:pPr>
        <w:spacing w:after="0"/>
      </w:pPr>
      <w:proofErr w:type="gramStart"/>
      <w:r>
        <w:rPr>
          <w:rFonts w:ascii="Arial" w:hAnsi="Arial"/>
          <w:b/>
        </w:rPr>
        <w:t xml:space="preserve">Lucy  </w:t>
      </w:r>
      <w:r>
        <w:rPr>
          <w:rFonts w:ascii="Arial" w:hAnsi="Arial"/>
          <w:color w:val="5D7284"/>
        </w:rPr>
        <w:t>58:47</w:t>
      </w:r>
      <w:proofErr w:type="gramEnd"/>
    </w:p>
    <w:p w14:paraId="078E6B3F" w14:textId="77777777" w:rsidR="00EB5BAC" w:rsidRDefault="00B67446">
      <w:pPr>
        <w:spacing w:after="0"/>
      </w:pPr>
      <w:r>
        <w:rPr>
          <w:rFonts w:ascii="Arial" w:hAnsi="Arial"/>
        </w:rPr>
        <w:t xml:space="preserve">I mean I love this woman already. She's up there </w:t>
      </w:r>
      <w:proofErr w:type="gramStart"/>
      <w:r>
        <w:rPr>
          <w:rFonts w:ascii="Arial" w:hAnsi="Arial"/>
        </w:rPr>
        <w:t>with  Dolly</w:t>
      </w:r>
      <w:proofErr w:type="gramEnd"/>
      <w:r>
        <w:rPr>
          <w:rFonts w:ascii="Arial" w:hAnsi="Arial"/>
        </w:rPr>
        <w:t xml:space="preserve"> Parton for me now.</w:t>
      </w:r>
    </w:p>
    <w:p w14:paraId="7DB501A3" w14:textId="77777777" w:rsidR="00EB5BAC" w:rsidRDefault="00EB5BAC">
      <w:pPr>
        <w:spacing w:after="0"/>
      </w:pPr>
    </w:p>
    <w:p w14:paraId="240CBB6F" w14:textId="77777777" w:rsidR="00EB5BAC" w:rsidRDefault="00B67446">
      <w:pPr>
        <w:spacing w:after="0"/>
      </w:pPr>
      <w:proofErr w:type="gramStart"/>
      <w:r>
        <w:rPr>
          <w:rFonts w:ascii="Arial" w:hAnsi="Arial"/>
          <w:b/>
        </w:rPr>
        <w:t xml:space="preserve">Alice  </w:t>
      </w:r>
      <w:r>
        <w:rPr>
          <w:rFonts w:ascii="Arial" w:hAnsi="Arial"/>
          <w:color w:val="5D7284"/>
        </w:rPr>
        <w:t>58:54</w:t>
      </w:r>
      <w:proofErr w:type="gramEnd"/>
    </w:p>
    <w:p w14:paraId="177F567C" w14:textId="77777777" w:rsidR="00EB5BAC" w:rsidRDefault="00B67446">
      <w:pPr>
        <w:spacing w:after="0"/>
      </w:pPr>
      <w:r>
        <w:rPr>
          <w:rFonts w:ascii="Arial" w:hAnsi="Arial"/>
        </w:rPr>
        <w:t xml:space="preserve">I think </w:t>
      </w:r>
      <w:proofErr w:type="gramStart"/>
      <w:r>
        <w:rPr>
          <w:rFonts w:ascii="Arial" w:hAnsi="Arial"/>
        </w:rPr>
        <w:t>it's</w:t>
      </w:r>
      <w:proofErr w:type="gramEnd"/>
      <w:r>
        <w:rPr>
          <w:rFonts w:ascii="Arial" w:hAnsi="Arial"/>
        </w:rPr>
        <w:t xml:space="preserve"> really cool. And she was like that, in Europe. She just she was just like, </w:t>
      </w:r>
      <w:proofErr w:type="gramStart"/>
      <w:r>
        <w:rPr>
          <w:rFonts w:ascii="Arial" w:hAnsi="Arial"/>
        </w:rPr>
        <w:t>I'm</w:t>
      </w:r>
      <w:proofErr w:type="gramEnd"/>
      <w:r>
        <w:rPr>
          <w:rFonts w:ascii="Arial" w:hAnsi="Arial"/>
        </w:rPr>
        <w:t xml:space="preserve"> not I'm not going to be put down. But she was sort of consumed differently by American audiences. And there was a, in her like her final tour of America. She was no</w:t>
      </w:r>
      <w:r>
        <w:rPr>
          <w:rFonts w:ascii="Arial" w:hAnsi="Arial"/>
        </w:rPr>
        <w:t xml:space="preserve">t forced to, but there was obviously enough sort of encouragement. </w:t>
      </w:r>
    </w:p>
    <w:p w14:paraId="0B259FA1" w14:textId="77777777" w:rsidR="00EB5BAC" w:rsidRDefault="00EB5BAC">
      <w:pPr>
        <w:spacing w:after="0"/>
      </w:pPr>
    </w:p>
    <w:p w14:paraId="3D698907" w14:textId="77777777" w:rsidR="00EB5BAC" w:rsidRDefault="00B67446">
      <w:pPr>
        <w:spacing w:after="0"/>
      </w:pPr>
      <w:proofErr w:type="gramStart"/>
      <w:r>
        <w:rPr>
          <w:rFonts w:ascii="Arial" w:hAnsi="Arial"/>
          <w:b/>
        </w:rPr>
        <w:t xml:space="preserve">Lucy  </w:t>
      </w:r>
      <w:r>
        <w:rPr>
          <w:rFonts w:ascii="Arial" w:hAnsi="Arial"/>
          <w:color w:val="5D7284"/>
        </w:rPr>
        <w:t>59:22</w:t>
      </w:r>
      <w:proofErr w:type="gramEnd"/>
    </w:p>
    <w:p w14:paraId="14BAAB76" w14:textId="77777777" w:rsidR="00EB5BAC" w:rsidRDefault="00B67446">
      <w:pPr>
        <w:spacing w:after="0"/>
      </w:pPr>
      <w:r>
        <w:rPr>
          <w:rFonts w:ascii="Arial" w:hAnsi="Arial"/>
        </w:rPr>
        <w:t>Backlash?</w:t>
      </w:r>
    </w:p>
    <w:p w14:paraId="58508025" w14:textId="77777777" w:rsidR="00EB5BAC" w:rsidRDefault="00EB5BAC">
      <w:pPr>
        <w:spacing w:after="0"/>
      </w:pPr>
    </w:p>
    <w:p w14:paraId="2350E0B6" w14:textId="77777777" w:rsidR="00EB5BAC" w:rsidRDefault="00B67446">
      <w:pPr>
        <w:spacing w:after="0"/>
      </w:pPr>
      <w:proofErr w:type="gramStart"/>
      <w:r>
        <w:rPr>
          <w:rFonts w:ascii="Arial" w:hAnsi="Arial"/>
          <w:b/>
        </w:rPr>
        <w:t xml:space="preserve">Alice  </w:t>
      </w:r>
      <w:r>
        <w:rPr>
          <w:rFonts w:ascii="Arial" w:hAnsi="Arial"/>
          <w:color w:val="5D7284"/>
        </w:rPr>
        <w:t>59:22</w:t>
      </w:r>
      <w:proofErr w:type="gramEnd"/>
    </w:p>
    <w:p w14:paraId="70C974B7" w14:textId="77777777" w:rsidR="00EB5BAC" w:rsidRDefault="00B67446">
      <w:pPr>
        <w:spacing w:after="0"/>
      </w:pPr>
      <w:r>
        <w:rPr>
          <w:rFonts w:ascii="Arial" w:hAnsi="Arial"/>
        </w:rPr>
        <w:t xml:space="preserve">Yes. She </w:t>
      </w:r>
      <w:proofErr w:type="spellStart"/>
      <w:r>
        <w:rPr>
          <w:rFonts w:ascii="Arial" w:hAnsi="Arial"/>
        </w:rPr>
        <w:t>She</w:t>
      </w:r>
      <w:proofErr w:type="spellEnd"/>
      <w:r>
        <w:rPr>
          <w:rFonts w:ascii="Arial" w:hAnsi="Arial"/>
        </w:rPr>
        <w:t xml:space="preserve"> wore a prosthesis. </w:t>
      </w:r>
    </w:p>
    <w:p w14:paraId="7B8F7F12" w14:textId="77777777" w:rsidR="00EB5BAC" w:rsidRDefault="00EB5BAC">
      <w:pPr>
        <w:spacing w:after="0"/>
      </w:pPr>
    </w:p>
    <w:p w14:paraId="4B0AD9A3" w14:textId="77777777" w:rsidR="00EB5BAC" w:rsidRDefault="00B67446">
      <w:pPr>
        <w:spacing w:after="0"/>
      </w:pPr>
      <w:proofErr w:type="gramStart"/>
      <w:r>
        <w:rPr>
          <w:rFonts w:ascii="Arial" w:hAnsi="Arial"/>
          <w:b/>
        </w:rPr>
        <w:t xml:space="preserve">Lucy  </w:t>
      </w:r>
      <w:r>
        <w:rPr>
          <w:rFonts w:ascii="Arial" w:hAnsi="Arial"/>
          <w:color w:val="5D7284"/>
        </w:rPr>
        <w:t>59:26</w:t>
      </w:r>
      <w:proofErr w:type="gramEnd"/>
    </w:p>
    <w:p w14:paraId="7A4C250B" w14:textId="77777777" w:rsidR="00EB5BAC" w:rsidRDefault="00B67446">
      <w:pPr>
        <w:spacing w:after="0"/>
      </w:pPr>
      <w:r>
        <w:rPr>
          <w:rFonts w:ascii="Arial" w:hAnsi="Arial"/>
        </w:rPr>
        <w:t>A leg?</w:t>
      </w:r>
    </w:p>
    <w:p w14:paraId="5636073D" w14:textId="77777777" w:rsidR="00EB5BAC" w:rsidRDefault="00EB5BAC">
      <w:pPr>
        <w:spacing w:after="0"/>
      </w:pPr>
    </w:p>
    <w:p w14:paraId="71C08CE5" w14:textId="77777777" w:rsidR="00EB5BAC" w:rsidRDefault="00B67446">
      <w:pPr>
        <w:spacing w:after="0"/>
      </w:pPr>
      <w:proofErr w:type="gramStart"/>
      <w:r>
        <w:rPr>
          <w:rFonts w:ascii="Arial" w:hAnsi="Arial"/>
          <w:b/>
        </w:rPr>
        <w:t xml:space="preserve">Alice  </w:t>
      </w:r>
      <w:r>
        <w:rPr>
          <w:rFonts w:ascii="Arial" w:hAnsi="Arial"/>
          <w:color w:val="5D7284"/>
        </w:rPr>
        <w:t>59:26</w:t>
      </w:r>
      <w:proofErr w:type="gramEnd"/>
    </w:p>
    <w:p w14:paraId="02EA0FF3" w14:textId="77777777" w:rsidR="00EB5BAC" w:rsidRDefault="00B67446">
      <w:pPr>
        <w:spacing w:after="0"/>
      </w:pPr>
      <w:r>
        <w:rPr>
          <w:rFonts w:ascii="Arial" w:hAnsi="Arial"/>
        </w:rPr>
        <w:t xml:space="preserve">Yeah. </w:t>
      </w:r>
    </w:p>
    <w:p w14:paraId="6872A056" w14:textId="77777777" w:rsidR="00EB5BAC" w:rsidRDefault="00EB5BAC">
      <w:pPr>
        <w:spacing w:after="0"/>
      </w:pPr>
    </w:p>
    <w:p w14:paraId="107DF2E4" w14:textId="77777777" w:rsidR="00EB5BAC" w:rsidRDefault="00B67446">
      <w:pPr>
        <w:spacing w:after="0"/>
      </w:pPr>
      <w:proofErr w:type="gramStart"/>
      <w:r>
        <w:rPr>
          <w:rFonts w:ascii="Arial" w:hAnsi="Arial"/>
          <w:b/>
        </w:rPr>
        <w:t xml:space="preserve">Lucy  </w:t>
      </w:r>
      <w:r>
        <w:rPr>
          <w:rFonts w:ascii="Arial" w:hAnsi="Arial"/>
          <w:color w:val="5D7284"/>
        </w:rPr>
        <w:t>59:27</w:t>
      </w:r>
      <w:proofErr w:type="gramEnd"/>
    </w:p>
    <w:p w14:paraId="4ADBD1AB" w14:textId="77777777" w:rsidR="00EB5BAC" w:rsidRDefault="00B67446">
      <w:pPr>
        <w:spacing w:after="0"/>
      </w:pPr>
      <w:r>
        <w:rPr>
          <w:rFonts w:ascii="Arial" w:hAnsi="Arial"/>
        </w:rPr>
        <w:t xml:space="preserve">Okay. </w:t>
      </w:r>
    </w:p>
    <w:p w14:paraId="6E0779D7" w14:textId="77777777" w:rsidR="00EB5BAC" w:rsidRDefault="00EB5BAC">
      <w:pPr>
        <w:spacing w:after="0"/>
      </w:pPr>
    </w:p>
    <w:p w14:paraId="2FDA1C73" w14:textId="77777777" w:rsidR="00EB5BAC" w:rsidRDefault="00B67446">
      <w:pPr>
        <w:spacing w:after="0"/>
      </w:pPr>
      <w:proofErr w:type="gramStart"/>
      <w:r>
        <w:rPr>
          <w:rFonts w:ascii="Arial" w:hAnsi="Arial"/>
          <w:b/>
        </w:rPr>
        <w:t xml:space="preserve">Alice  </w:t>
      </w:r>
      <w:r>
        <w:rPr>
          <w:rFonts w:ascii="Arial" w:hAnsi="Arial"/>
          <w:color w:val="5D7284"/>
        </w:rPr>
        <w:t>59:27</w:t>
      </w:r>
      <w:proofErr w:type="gramEnd"/>
    </w:p>
    <w:p w14:paraId="5D823E9E" w14:textId="77777777" w:rsidR="00EB5BAC" w:rsidRDefault="00B67446">
      <w:pPr>
        <w:spacing w:after="0"/>
      </w:pPr>
      <w:r>
        <w:rPr>
          <w:rFonts w:ascii="Arial" w:hAnsi="Arial"/>
        </w:rPr>
        <w:t>And people talk about, you know, how it was</w:t>
      </w:r>
      <w:r>
        <w:rPr>
          <w:rFonts w:ascii="Arial" w:hAnsi="Arial"/>
        </w:rPr>
        <w:t xml:space="preserve">. It was the press at the time that really kind of argued they </w:t>
      </w:r>
      <w:proofErr w:type="gramStart"/>
      <w:r>
        <w:rPr>
          <w:rFonts w:ascii="Arial" w:hAnsi="Arial"/>
        </w:rPr>
        <w:t>wouldn't</w:t>
      </w:r>
      <w:proofErr w:type="gramEnd"/>
      <w:r>
        <w:rPr>
          <w:rFonts w:ascii="Arial" w:hAnsi="Arial"/>
        </w:rPr>
        <w:t xml:space="preserve"> accept her. And it was like when she put on a prosthesis, especially a prosthesis that was made in America, like Americans just accepted her much more then because she </w:t>
      </w:r>
      <w:proofErr w:type="gramStart"/>
      <w:r>
        <w:rPr>
          <w:rFonts w:ascii="Arial" w:hAnsi="Arial"/>
        </w:rPr>
        <w:t>was</w:t>
      </w:r>
      <w:proofErr w:type="gramEnd"/>
      <w:r>
        <w:rPr>
          <w:rFonts w:ascii="Arial" w:hAnsi="Arial"/>
        </w:rPr>
        <w:t xml:space="preserve"> she was a le</w:t>
      </w:r>
      <w:r>
        <w:rPr>
          <w:rFonts w:ascii="Arial" w:hAnsi="Arial"/>
        </w:rPr>
        <w:t xml:space="preserve">ss of a </w:t>
      </w:r>
    </w:p>
    <w:p w14:paraId="68A9213E" w14:textId="77777777" w:rsidR="00EB5BAC" w:rsidRDefault="00EB5BAC">
      <w:pPr>
        <w:spacing w:after="0"/>
      </w:pPr>
    </w:p>
    <w:p w14:paraId="3B6D2C4D" w14:textId="77777777" w:rsidR="00EB5BAC" w:rsidRDefault="00B67446">
      <w:pPr>
        <w:spacing w:after="0"/>
      </w:pPr>
      <w:proofErr w:type="gramStart"/>
      <w:r>
        <w:rPr>
          <w:rFonts w:ascii="Arial" w:hAnsi="Arial"/>
          <w:b/>
        </w:rPr>
        <w:t xml:space="preserve">Lucy  </w:t>
      </w:r>
      <w:r>
        <w:rPr>
          <w:rFonts w:ascii="Arial" w:hAnsi="Arial"/>
          <w:color w:val="5D7284"/>
        </w:rPr>
        <w:t>59:53</w:t>
      </w:r>
      <w:proofErr w:type="gramEnd"/>
    </w:p>
    <w:p w14:paraId="66496B93" w14:textId="77777777" w:rsidR="00EB5BAC" w:rsidRDefault="00B67446">
      <w:pPr>
        <w:spacing w:after="0"/>
      </w:pPr>
      <w:r>
        <w:rPr>
          <w:rFonts w:ascii="Arial" w:hAnsi="Arial"/>
        </w:rPr>
        <w:t xml:space="preserve">because she was trying to fit in even though </w:t>
      </w:r>
      <w:proofErr w:type="gramStart"/>
      <w:r>
        <w:rPr>
          <w:rFonts w:ascii="Arial" w:hAnsi="Arial"/>
        </w:rPr>
        <w:t>it</w:t>
      </w:r>
      <w:proofErr w:type="gramEnd"/>
      <w:r>
        <w:rPr>
          <w:rFonts w:ascii="Arial" w:hAnsi="Arial"/>
        </w:rPr>
        <w:t xml:space="preserve"> she was making herself more palatable.  Yeah, </w:t>
      </w:r>
      <w:proofErr w:type="gramStart"/>
      <w:r>
        <w:rPr>
          <w:rFonts w:ascii="Arial" w:hAnsi="Arial"/>
        </w:rPr>
        <w:t>There's</w:t>
      </w:r>
      <w:proofErr w:type="gramEnd"/>
      <w:r>
        <w:rPr>
          <w:rFonts w:ascii="Arial" w:hAnsi="Arial"/>
        </w:rPr>
        <w:t xml:space="preserve"> um, there's some really interesting stuff in </w:t>
      </w:r>
      <w:proofErr w:type="spellStart"/>
      <w:r>
        <w:rPr>
          <w:rFonts w:ascii="Arial" w:hAnsi="Arial"/>
        </w:rPr>
        <w:t>a</w:t>
      </w:r>
      <w:proofErr w:type="spellEnd"/>
      <w:r>
        <w:rPr>
          <w:rFonts w:ascii="Arial" w:hAnsi="Arial"/>
        </w:rPr>
        <w:t xml:space="preserve"> article called partly American by Ignacio Ramos Gay, who, where they talk about </w:t>
      </w:r>
      <w:r>
        <w:rPr>
          <w:rFonts w:ascii="Arial" w:hAnsi="Arial"/>
        </w:rPr>
        <w:t xml:space="preserve">before she has a leg on, she's very synonymous with like the damage and </w:t>
      </w:r>
      <w:r>
        <w:rPr>
          <w:rFonts w:ascii="Arial" w:hAnsi="Arial"/>
        </w:rPr>
        <w:lastRenderedPageBreak/>
        <w:t xml:space="preserve">fragmented France of like post World War One, and American. And </w:t>
      </w:r>
      <w:proofErr w:type="gramStart"/>
      <w:r>
        <w:rPr>
          <w:rFonts w:ascii="Arial" w:hAnsi="Arial"/>
        </w:rPr>
        <w:t>all of</w:t>
      </w:r>
      <w:proofErr w:type="gramEnd"/>
      <w:r>
        <w:rPr>
          <w:rFonts w:ascii="Arial" w:hAnsi="Arial"/>
        </w:rPr>
        <w:t xml:space="preserve"> these American soldiers that were coming back from it, like coming back from France and seeing all the damage of </w:t>
      </w:r>
      <w:r>
        <w:rPr>
          <w:rFonts w:ascii="Arial" w:hAnsi="Arial"/>
        </w:rPr>
        <w:t xml:space="preserve">France like she, they couldn't see her as a strong woman from France with because without an extra leg because she </w:t>
      </w:r>
      <w:proofErr w:type="spellStart"/>
      <w:r>
        <w:rPr>
          <w:rFonts w:ascii="Arial" w:hAnsi="Arial"/>
        </w:rPr>
        <w:t>she</w:t>
      </w:r>
      <w:proofErr w:type="spellEnd"/>
      <w:r>
        <w:rPr>
          <w:rFonts w:ascii="Arial" w:hAnsi="Arial"/>
        </w:rPr>
        <w:t xml:space="preserve"> was represented. And </w:t>
      </w:r>
      <w:proofErr w:type="gramStart"/>
      <w:r>
        <w:rPr>
          <w:rFonts w:ascii="Arial" w:hAnsi="Arial"/>
        </w:rPr>
        <w:t>so</w:t>
      </w:r>
      <w:proofErr w:type="gramEnd"/>
      <w:r>
        <w:rPr>
          <w:rFonts w:ascii="Arial" w:hAnsi="Arial"/>
        </w:rPr>
        <w:t xml:space="preserve"> there's a lot... But </w:t>
      </w:r>
      <w:proofErr w:type="gramStart"/>
      <w:r>
        <w:rPr>
          <w:rFonts w:ascii="Arial" w:hAnsi="Arial"/>
        </w:rPr>
        <w:t>that's</w:t>
      </w:r>
      <w:proofErr w:type="gramEnd"/>
      <w:r>
        <w:rPr>
          <w:rFonts w:ascii="Arial" w:hAnsi="Arial"/>
        </w:rPr>
        <w:t xml:space="preserve"> a bit like if you do if you do some research into royal families and leaders of count</w:t>
      </w:r>
      <w:r>
        <w:rPr>
          <w:rFonts w:ascii="Arial" w:hAnsi="Arial"/>
        </w:rPr>
        <w:t xml:space="preserve">ries, back and back in sort of Victorian times. There's Wilhelm the second who </w:t>
      </w:r>
      <w:proofErr w:type="gramStart"/>
      <w:r>
        <w:rPr>
          <w:rFonts w:ascii="Arial" w:hAnsi="Arial"/>
        </w:rPr>
        <w:t>I'm</w:t>
      </w:r>
      <w:proofErr w:type="gramEnd"/>
      <w:r>
        <w:rPr>
          <w:rFonts w:ascii="Arial" w:hAnsi="Arial"/>
        </w:rPr>
        <w:t xml:space="preserve"> going to cover in one of these story swap episodes in the future. But he was born with a disability and it was all like a </w:t>
      </w:r>
      <w:proofErr w:type="spellStart"/>
      <w:r>
        <w:rPr>
          <w:rFonts w:ascii="Arial" w:hAnsi="Arial"/>
        </w:rPr>
        <w:t>non taboo</w:t>
      </w:r>
      <w:proofErr w:type="spellEnd"/>
      <w:r>
        <w:rPr>
          <w:rFonts w:ascii="Arial" w:hAnsi="Arial"/>
        </w:rPr>
        <w:t xml:space="preserve"> subject, because well </w:t>
      </w:r>
      <w:proofErr w:type="spellStart"/>
      <w:r>
        <w:rPr>
          <w:rFonts w:ascii="Arial" w:hAnsi="Arial"/>
        </w:rPr>
        <w:t>well</w:t>
      </w:r>
      <w:proofErr w:type="spellEnd"/>
      <w:r>
        <w:rPr>
          <w:rFonts w:ascii="Arial" w:hAnsi="Arial"/>
        </w:rPr>
        <w:t xml:space="preserve">, they </w:t>
      </w:r>
      <w:proofErr w:type="gramStart"/>
      <w:r>
        <w:rPr>
          <w:rFonts w:ascii="Arial" w:hAnsi="Arial"/>
        </w:rPr>
        <w:t>didn't</w:t>
      </w:r>
      <w:proofErr w:type="gramEnd"/>
      <w:r>
        <w:rPr>
          <w:rFonts w:ascii="Arial" w:hAnsi="Arial"/>
        </w:rPr>
        <w:t xml:space="preserve"> r</w:t>
      </w:r>
      <w:r>
        <w:rPr>
          <w:rFonts w:ascii="Arial" w:hAnsi="Arial"/>
        </w:rPr>
        <w:t xml:space="preserve">eally like the fact that he was disabled, so they tried everything inhumane as possible to make him look as normal, quote unquote. And because if they </w:t>
      </w:r>
      <w:proofErr w:type="gramStart"/>
      <w:r>
        <w:rPr>
          <w:rFonts w:ascii="Arial" w:hAnsi="Arial"/>
        </w:rPr>
        <w:t>didn't</w:t>
      </w:r>
      <w:proofErr w:type="gramEnd"/>
      <w:r>
        <w:rPr>
          <w:rFonts w:ascii="Arial" w:hAnsi="Arial"/>
        </w:rPr>
        <w:t xml:space="preserve"> make him look normal, then it would reflect badly on the country. </w:t>
      </w:r>
      <w:proofErr w:type="gramStart"/>
      <w:r>
        <w:rPr>
          <w:rFonts w:ascii="Arial" w:hAnsi="Arial"/>
        </w:rPr>
        <w:t>So</w:t>
      </w:r>
      <w:proofErr w:type="gramEnd"/>
      <w:r>
        <w:rPr>
          <w:rFonts w:ascii="Arial" w:hAnsi="Arial"/>
        </w:rPr>
        <w:t xml:space="preserve"> if you've got if you've got, </w:t>
      </w:r>
      <w:r>
        <w:rPr>
          <w:rFonts w:ascii="Arial" w:hAnsi="Arial"/>
        </w:rPr>
        <w:t xml:space="preserve">if you've got a leader or a king or queen, who's sick and sickly, and Ill disabled, it then reflects back well, that country must be very poorly governed and not </w:t>
      </w:r>
      <w:proofErr w:type="spellStart"/>
      <w:r>
        <w:rPr>
          <w:rFonts w:ascii="Arial" w:hAnsi="Arial"/>
        </w:rPr>
        <w:t>not</w:t>
      </w:r>
      <w:proofErr w:type="spellEnd"/>
      <w:r>
        <w:rPr>
          <w:rFonts w:ascii="Arial" w:hAnsi="Arial"/>
        </w:rPr>
        <w:t xml:space="preserve"> strong enough to fight wars and what have you. </w:t>
      </w:r>
      <w:proofErr w:type="gramStart"/>
      <w:r>
        <w:rPr>
          <w:rFonts w:ascii="Arial" w:hAnsi="Arial"/>
        </w:rPr>
        <w:t>So</w:t>
      </w:r>
      <w:proofErr w:type="gramEnd"/>
      <w:r>
        <w:rPr>
          <w:rFonts w:ascii="Arial" w:hAnsi="Arial"/>
        </w:rPr>
        <w:t xml:space="preserve"> you'll find that </w:t>
      </w:r>
      <w:proofErr w:type="spellStart"/>
      <w:r>
        <w:rPr>
          <w:rFonts w:ascii="Arial" w:hAnsi="Arial"/>
        </w:rPr>
        <w:t>alot</w:t>
      </w:r>
      <w:proofErr w:type="spellEnd"/>
      <w:r>
        <w:rPr>
          <w:rFonts w:ascii="Arial" w:hAnsi="Arial"/>
        </w:rPr>
        <w:t xml:space="preserve"> in umm</w:t>
      </w:r>
    </w:p>
    <w:p w14:paraId="29B0CBEF" w14:textId="77777777" w:rsidR="00EB5BAC" w:rsidRDefault="00EB5BAC">
      <w:pPr>
        <w:spacing w:after="0"/>
      </w:pPr>
    </w:p>
    <w:p w14:paraId="7E8C4804" w14:textId="77777777" w:rsidR="00EB5BAC" w:rsidRDefault="00B67446">
      <w:pPr>
        <w:spacing w:after="0"/>
      </w:pPr>
      <w:proofErr w:type="gramStart"/>
      <w:r>
        <w:rPr>
          <w:rFonts w:ascii="Arial" w:hAnsi="Arial"/>
          <w:b/>
        </w:rPr>
        <w:t xml:space="preserve">Alice  </w:t>
      </w:r>
      <w:r>
        <w:rPr>
          <w:rFonts w:ascii="Arial" w:hAnsi="Arial"/>
          <w:color w:val="5D7284"/>
        </w:rPr>
        <w:t>1:0</w:t>
      </w:r>
      <w:r>
        <w:rPr>
          <w:rFonts w:ascii="Arial" w:hAnsi="Arial"/>
          <w:color w:val="5D7284"/>
        </w:rPr>
        <w:t>1:42</w:t>
      </w:r>
      <w:proofErr w:type="gramEnd"/>
    </w:p>
    <w:p w14:paraId="66B3CA7F" w14:textId="77777777" w:rsidR="00EB5BAC" w:rsidRDefault="00B67446">
      <w:pPr>
        <w:spacing w:after="0"/>
      </w:pPr>
      <w:r>
        <w:rPr>
          <w:rFonts w:ascii="Arial" w:hAnsi="Arial"/>
        </w:rPr>
        <w:t xml:space="preserve">Well and I think she </w:t>
      </w:r>
      <w:proofErr w:type="gramStart"/>
      <w:r>
        <w:rPr>
          <w:rFonts w:ascii="Arial" w:hAnsi="Arial"/>
        </w:rPr>
        <w:t>was  she</w:t>
      </w:r>
      <w:proofErr w:type="gramEnd"/>
      <w:r>
        <w:rPr>
          <w:rFonts w:ascii="Arial" w:hAnsi="Arial"/>
        </w:rPr>
        <w:t xml:space="preserve"> was, you know, an icon of France. </w:t>
      </w:r>
    </w:p>
    <w:p w14:paraId="1A6C4C85" w14:textId="77777777" w:rsidR="00EB5BAC" w:rsidRDefault="00EB5BAC">
      <w:pPr>
        <w:spacing w:after="0"/>
      </w:pPr>
    </w:p>
    <w:p w14:paraId="47C050C0" w14:textId="77777777" w:rsidR="00EB5BAC" w:rsidRDefault="00B67446">
      <w:pPr>
        <w:spacing w:after="0"/>
      </w:pPr>
      <w:proofErr w:type="gramStart"/>
      <w:r>
        <w:rPr>
          <w:rFonts w:ascii="Arial" w:hAnsi="Arial"/>
          <w:b/>
        </w:rPr>
        <w:t xml:space="preserve">Lucy  </w:t>
      </w:r>
      <w:r>
        <w:rPr>
          <w:rFonts w:ascii="Arial" w:hAnsi="Arial"/>
          <w:color w:val="5D7284"/>
        </w:rPr>
        <w:t>1:01:47</w:t>
      </w:r>
      <w:proofErr w:type="gramEnd"/>
    </w:p>
    <w:p w14:paraId="37E6A5B3" w14:textId="77777777" w:rsidR="00EB5BAC" w:rsidRDefault="00B67446">
      <w:pPr>
        <w:spacing w:after="0"/>
      </w:pPr>
      <w:r>
        <w:rPr>
          <w:rFonts w:ascii="Arial" w:hAnsi="Arial"/>
        </w:rPr>
        <w:t xml:space="preserve">Yeah. </w:t>
      </w:r>
    </w:p>
    <w:p w14:paraId="266F969A" w14:textId="77777777" w:rsidR="00EB5BAC" w:rsidRDefault="00EB5BAC">
      <w:pPr>
        <w:spacing w:after="0"/>
      </w:pPr>
    </w:p>
    <w:p w14:paraId="21F14BDE" w14:textId="77777777" w:rsidR="00EB5BAC" w:rsidRDefault="00B67446">
      <w:pPr>
        <w:spacing w:after="0"/>
      </w:pPr>
      <w:proofErr w:type="gramStart"/>
      <w:r>
        <w:rPr>
          <w:rFonts w:ascii="Arial" w:hAnsi="Arial"/>
          <w:b/>
        </w:rPr>
        <w:t xml:space="preserve">Alice  </w:t>
      </w:r>
      <w:r>
        <w:rPr>
          <w:rFonts w:ascii="Arial" w:hAnsi="Arial"/>
          <w:color w:val="5D7284"/>
        </w:rPr>
        <w:t>1:01:48</w:t>
      </w:r>
      <w:proofErr w:type="gramEnd"/>
    </w:p>
    <w:p w14:paraId="40F846C9" w14:textId="77777777" w:rsidR="00EB5BAC" w:rsidRDefault="00B67446">
      <w:pPr>
        <w:spacing w:after="0"/>
      </w:pPr>
      <w:r>
        <w:rPr>
          <w:rFonts w:ascii="Arial" w:hAnsi="Arial"/>
        </w:rPr>
        <w:t xml:space="preserve">And </w:t>
      </w:r>
      <w:proofErr w:type="gramStart"/>
      <w:r>
        <w:rPr>
          <w:rFonts w:ascii="Arial" w:hAnsi="Arial"/>
        </w:rPr>
        <w:t>so</w:t>
      </w:r>
      <w:proofErr w:type="gramEnd"/>
      <w:r>
        <w:rPr>
          <w:rFonts w:ascii="Arial" w:hAnsi="Arial"/>
        </w:rPr>
        <w:t xml:space="preserve"> I think there probably was some pressure to make herself seem more whole. And, and I'm not saying you know, wearing a prosthesis or not weari</w:t>
      </w:r>
      <w:r>
        <w:rPr>
          <w:rFonts w:ascii="Arial" w:hAnsi="Arial"/>
        </w:rPr>
        <w:t xml:space="preserve">ng a prosthesis has any impact on your legitimacy, or sort of wholeness as a person, I get the distinct impression that because she </w:t>
      </w:r>
      <w:proofErr w:type="gramStart"/>
      <w:r>
        <w:rPr>
          <w:rFonts w:ascii="Arial" w:hAnsi="Arial"/>
        </w:rPr>
        <w:t>was</w:t>
      </w:r>
      <w:proofErr w:type="gramEnd"/>
      <w:r>
        <w:rPr>
          <w:rFonts w:ascii="Arial" w:hAnsi="Arial"/>
        </w:rPr>
        <w:t xml:space="preserve"> so I hate prostheses. And then </w:t>
      </w:r>
      <w:proofErr w:type="gramStart"/>
      <w:r>
        <w:rPr>
          <w:rFonts w:ascii="Arial" w:hAnsi="Arial"/>
        </w:rPr>
        <w:t>it's</w:t>
      </w:r>
      <w:proofErr w:type="gramEnd"/>
      <w:r>
        <w:rPr>
          <w:rFonts w:ascii="Arial" w:hAnsi="Arial"/>
        </w:rPr>
        <w:t xml:space="preserve"> her final tour in America. And she suddenly seen wearing them on stage.</w:t>
      </w:r>
    </w:p>
    <w:p w14:paraId="0FC05D45" w14:textId="77777777" w:rsidR="00EB5BAC" w:rsidRDefault="00EB5BAC">
      <w:pPr>
        <w:spacing w:after="0"/>
      </w:pPr>
    </w:p>
    <w:p w14:paraId="61C6E825" w14:textId="77777777" w:rsidR="00EB5BAC" w:rsidRDefault="00B67446">
      <w:pPr>
        <w:spacing w:after="0"/>
      </w:pPr>
      <w:proofErr w:type="gramStart"/>
      <w:r>
        <w:rPr>
          <w:rFonts w:ascii="Arial" w:hAnsi="Arial"/>
          <w:b/>
        </w:rPr>
        <w:t xml:space="preserve">Lucy  </w:t>
      </w:r>
      <w:r>
        <w:rPr>
          <w:rFonts w:ascii="Arial" w:hAnsi="Arial"/>
          <w:color w:val="5D7284"/>
        </w:rPr>
        <w:t>1:02:</w:t>
      </w:r>
      <w:r>
        <w:rPr>
          <w:rFonts w:ascii="Arial" w:hAnsi="Arial"/>
          <w:color w:val="5D7284"/>
        </w:rPr>
        <w:t>12</w:t>
      </w:r>
      <w:proofErr w:type="gramEnd"/>
    </w:p>
    <w:p w14:paraId="26C4C99B" w14:textId="77777777" w:rsidR="00EB5BAC" w:rsidRDefault="00B67446">
      <w:pPr>
        <w:spacing w:after="0"/>
      </w:pPr>
      <w:r>
        <w:rPr>
          <w:rFonts w:ascii="Arial" w:hAnsi="Arial"/>
        </w:rPr>
        <w:t>It was like giving in, almost like, Oh all right, then.</w:t>
      </w:r>
    </w:p>
    <w:p w14:paraId="667703F1" w14:textId="77777777" w:rsidR="00EB5BAC" w:rsidRDefault="00EB5BAC">
      <w:pPr>
        <w:spacing w:after="0"/>
      </w:pPr>
    </w:p>
    <w:p w14:paraId="7EDF1D12" w14:textId="77777777" w:rsidR="00EB5BAC" w:rsidRDefault="00B67446">
      <w:pPr>
        <w:spacing w:after="0"/>
      </w:pPr>
      <w:proofErr w:type="gramStart"/>
      <w:r>
        <w:rPr>
          <w:rFonts w:ascii="Arial" w:hAnsi="Arial"/>
          <w:b/>
        </w:rPr>
        <w:t xml:space="preserve">Alice  </w:t>
      </w:r>
      <w:r>
        <w:rPr>
          <w:rFonts w:ascii="Arial" w:hAnsi="Arial"/>
          <w:color w:val="5D7284"/>
        </w:rPr>
        <w:t>1:02:21</w:t>
      </w:r>
      <w:proofErr w:type="gramEnd"/>
    </w:p>
    <w:p w14:paraId="506B4AA7" w14:textId="77777777" w:rsidR="00EB5BAC" w:rsidRDefault="00B67446">
      <w:pPr>
        <w:spacing w:after="0"/>
      </w:pPr>
      <w:r>
        <w:rPr>
          <w:rFonts w:ascii="Arial" w:hAnsi="Arial"/>
        </w:rPr>
        <w:t>I just think that card have been a decision that was led by her that is a decision that was that pressure was put on her because of x sort of extra external circumstances.</w:t>
      </w:r>
    </w:p>
    <w:p w14:paraId="3F1BC01C" w14:textId="77777777" w:rsidR="00EB5BAC" w:rsidRDefault="00EB5BAC">
      <w:pPr>
        <w:spacing w:after="0"/>
      </w:pPr>
    </w:p>
    <w:p w14:paraId="26A5CB0A" w14:textId="77777777" w:rsidR="00EB5BAC" w:rsidRDefault="00B67446">
      <w:pPr>
        <w:spacing w:after="0"/>
      </w:pPr>
      <w:proofErr w:type="gramStart"/>
      <w:r>
        <w:rPr>
          <w:rFonts w:ascii="Arial" w:hAnsi="Arial"/>
          <w:b/>
        </w:rPr>
        <w:t xml:space="preserve">Lucy  </w:t>
      </w:r>
      <w:r>
        <w:rPr>
          <w:rFonts w:ascii="Arial" w:hAnsi="Arial"/>
          <w:color w:val="5D7284"/>
        </w:rPr>
        <w:t>1:</w:t>
      </w:r>
      <w:r>
        <w:rPr>
          <w:rFonts w:ascii="Arial" w:hAnsi="Arial"/>
          <w:color w:val="5D7284"/>
        </w:rPr>
        <w:t>02:33</w:t>
      </w:r>
      <w:proofErr w:type="gramEnd"/>
    </w:p>
    <w:p w14:paraId="416B0271" w14:textId="77777777" w:rsidR="00EB5BAC" w:rsidRDefault="00B67446">
      <w:pPr>
        <w:spacing w:after="0"/>
      </w:pPr>
      <w:r>
        <w:rPr>
          <w:rFonts w:ascii="Arial" w:hAnsi="Arial"/>
        </w:rPr>
        <w:t xml:space="preserve">Yeah absolutely. </w:t>
      </w:r>
      <w:proofErr w:type="gramStart"/>
      <w:r>
        <w:rPr>
          <w:rFonts w:ascii="Arial" w:hAnsi="Arial"/>
        </w:rPr>
        <w:t>That's</w:t>
      </w:r>
      <w:proofErr w:type="gramEnd"/>
      <w:r>
        <w:rPr>
          <w:rFonts w:ascii="Arial" w:hAnsi="Arial"/>
        </w:rPr>
        <w:t xml:space="preserve"> somebody like a manager or, or somebody saying, look, this, you know, maybe </w:t>
      </w:r>
      <w:proofErr w:type="spellStart"/>
      <w:r>
        <w:rPr>
          <w:rFonts w:ascii="Arial" w:hAnsi="Arial"/>
        </w:rPr>
        <w:t>maybe</w:t>
      </w:r>
      <w:proofErr w:type="spellEnd"/>
      <w:r>
        <w:rPr>
          <w:rFonts w:ascii="Arial" w:hAnsi="Arial"/>
        </w:rPr>
        <w:t xml:space="preserve"> that was the last tour in America. Because</w:t>
      </w:r>
    </w:p>
    <w:p w14:paraId="414991A7" w14:textId="77777777" w:rsidR="00EB5BAC" w:rsidRDefault="00EB5BAC">
      <w:pPr>
        <w:spacing w:after="0"/>
      </w:pPr>
    </w:p>
    <w:p w14:paraId="3E657D06" w14:textId="77777777" w:rsidR="00EB5BAC" w:rsidRDefault="00B67446">
      <w:pPr>
        <w:spacing w:after="0"/>
      </w:pPr>
      <w:proofErr w:type="gramStart"/>
      <w:r>
        <w:rPr>
          <w:rFonts w:ascii="Arial" w:hAnsi="Arial"/>
          <w:b/>
        </w:rPr>
        <w:t xml:space="preserve">Alice  </w:t>
      </w:r>
      <w:r>
        <w:rPr>
          <w:rFonts w:ascii="Arial" w:hAnsi="Arial"/>
          <w:color w:val="5D7284"/>
        </w:rPr>
        <w:t>1:02:46</w:t>
      </w:r>
      <w:proofErr w:type="gramEnd"/>
    </w:p>
    <w:p w14:paraId="567A2259" w14:textId="77777777" w:rsidR="00EB5BAC" w:rsidRDefault="00B67446">
      <w:pPr>
        <w:spacing w:after="0"/>
      </w:pPr>
      <w:proofErr w:type="gramStart"/>
      <w:r>
        <w:rPr>
          <w:rFonts w:ascii="Arial" w:hAnsi="Arial"/>
        </w:rPr>
        <w:t>Yeah</w:t>
      </w:r>
      <w:proofErr w:type="gramEnd"/>
      <w:r>
        <w:rPr>
          <w:rFonts w:ascii="Arial" w:hAnsi="Arial"/>
        </w:rPr>
        <w:t xml:space="preserve"> I mean, I wouldn't I don't know that for certain but that is</w:t>
      </w:r>
    </w:p>
    <w:p w14:paraId="2684A200" w14:textId="77777777" w:rsidR="00EB5BAC" w:rsidRDefault="00EB5BAC">
      <w:pPr>
        <w:spacing w:after="0"/>
      </w:pPr>
    </w:p>
    <w:p w14:paraId="4947A288" w14:textId="77777777" w:rsidR="00EB5BAC" w:rsidRDefault="00B67446">
      <w:pPr>
        <w:spacing w:after="0"/>
      </w:pPr>
      <w:proofErr w:type="gramStart"/>
      <w:r>
        <w:rPr>
          <w:rFonts w:ascii="Arial" w:hAnsi="Arial"/>
          <w:b/>
        </w:rPr>
        <w:t xml:space="preserve">Lucy  </w:t>
      </w:r>
      <w:r>
        <w:rPr>
          <w:rFonts w:ascii="Arial" w:hAnsi="Arial"/>
          <w:color w:val="5D7284"/>
        </w:rPr>
        <w:t>1:02:50</w:t>
      </w:r>
      <w:proofErr w:type="gramEnd"/>
    </w:p>
    <w:p w14:paraId="5C330EA6" w14:textId="77777777" w:rsidR="00EB5BAC" w:rsidRDefault="00B67446">
      <w:pPr>
        <w:spacing w:after="0"/>
      </w:pPr>
      <w:r>
        <w:rPr>
          <w:rFonts w:ascii="Arial" w:hAnsi="Arial"/>
        </w:rPr>
        <w:t>to m</w:t>
      </w:r>
      <w:r>
        <w:rPr>
          <w:rFonts w:ascii="Arial" w:hAnsi="Arial"/>
        </w:rPr>
        <w:t xml:space="preserve">e, though, that... </w:t>
      </w:r>
    </w:p>
    <w:p w14:paraId="2DC5EEF1" w14:textId="77777777" w:rsidR="00EB5BAC" w:rsidRDefault="00EB5BAC">
      <w:pPr>
        <w:spacing w:after="0"/>
      </w:pPr>
    </w:p>
    <w:p w14:paraId="1D6C57F6" w14:textId="77777777" w:rsidR="00EB5BAC" w:rsidRDefault="00B67446">
      <w:pPr>
        <w:spacing w:after="0"/>
      </w:pPr>
      <w:proofErr w:type="gramStart"/>
      <w:r>
        <w:rPr>
          <w:rFonts w:ascii="Arial" w:hAnsi="Arial"/>
          <w:b/>
        </w:rPr>
        <w:t xml:space="preserve">Alice  </w:t>
      </w:r>
      <w:r>
        <w:rPr>
          <w:rFonts w:ascii="Arial" w:hAnsi="Arial"/>
          <w:color w:val="5D7284"/>
        </w:rPr>
        <w:t>1:02:51</w:t>
      </w:r>
      <w:proofErr w:type="gramEnd"/>
    </w:p>
    <w:p w14:paraId="60774BFC" w14:textId="77777777" w:rsidR="00EB5BAC" w:rsidRDefault="00B67446">
      <w:pPr>
        <w:spacing w:after="0"/>
      </w:pPr>
      <w:r>
        <w:rPr>
          <w:rFonts w:ascii="Arial" w:hAnsi="Arial"/>
        </w:rPr>
        <w:t xml:space="preserve">what it feels like </w:t>
      </w:r>
    </w:p>
    <w:p w14:paraId="5BAAF7A9" w14:textId="77777777" w:rsidR="00EB5BAC" w:rsidRDefault="00EB5BAC">
      <w:pPr>
        <w:spacing w:after="0"/>
      </w:pPr>
    </w:p>
    <w:p w14:paraId="48EBE490" w14:textId="77777777" w:rsidR="00EB5BAC" w:rsidRDefault="00B67446">
      <w:pPr>
        <w:spacing w:after="0"/>
      </w:pPr>
      <w:proofErr w:type="gramStart"/>
      <w:r>
        <w:rPr>
          <w:rFonts w:ascii="Arial" w:hAnsi="Arial"/>
          <w:b/>
        </w:rPr>
        <w:t xml:space="preserve">Lucy  </w:t>
      </w:r>
      <w:r>
        <w:rPr>
          <w:rFonts w:ascii="Arial" w:hAnsi="Arial"/>
          <w:color w:val="5D7284"/>
        </w:rPr>
        <w:t>1:02:52</w:t>
      </w:r>
      <w:proofErr w:type="gramEnd"/>
    </w:p>
    <w:p w14:paraId="1CAC3DCF" w14:textId="77777777" w:rsidR="00EB5BAC" w:rsidRDefault="00B67446">
      <w:pPr>
        <w:spacing w:after="0"/>
      </w:pPr>
      <w:r>
        <w:rPr>
          <w:rFonts w:ascii="Arial" w:hAnsi="Arial"/>
        </w:rPr>
        <w:t xml:space="preserve">Yeah. You know I </w:t>
      </w:r>
      <w:proofErr w:type="gramStart"/>
      <w:r>
        <w:rPr>
          <w:rFonts w:ascii="Arial" w:hAnsi="Arial"/>
        </w:rPr>
        <w:t>won't</w:t>
      </w:r>
      <w:proofErr w:type="gramEnd"/>
      <w:r>
        <w:rPr>
          <w:rFonts w:ascii="Arial" w:hAnsi="Arial"/>
        </w:rPr>
        <w:t xml:space="preserve"> go again, kind of thing if that's if they're not me without my leg off. Because </w:t>
      </w:r>
      <w:proofErr w:type="gramStart"/>
      <w:r>
        <w:rPr>
          <w:rFonts w:ascii="Arial" w:hAnsi="Arial"/>
        </w:rPr>
        <w:t>that's</w:t>
      </w:r>
      <w:proofErr w:type="gramEnd"/>
      <w:r>
        <w:rPr>
          <w:rFonts w:ascii="Arial" w:hAnsi="Arial"/>
        </w:rPr>
        <w:t xml:space="preserve"> not I'm not comfortable with that decision. You can almost imagine a </w:t>
      </w:r>
      <w:r>
        <w:rPr>
          <w:rFonts w:ascii="Arial" w:hAnsi="Arial"/>
        </w:rPr>
        <w:t xml:space="preserve">saying it to a manager </w:t>
      </w:r>
      <w:proofErr w:type="spellStart"/>
      <w:r>
        <w:rPr>
          <w:rFonts w:ascii="Arial" w:hAnsi="Arial"/>
        </w:rPr>
        <w:t>con't</w:t>
      </w:r>
      <w:proofErr w:type="spellEnd"/>
      <w:r>
        <w:rPr>
          <w:rFonts w:ascii="Arial" w:hAnsi="Arial"/>
        </w:rPr>
        <w:t xml:space="preserve"> you? You know if </w:t>
      </w:r>
      <w:proofErr w:type="gramStart"/>
      <w:r>
        <w:rPr>
          <w:rFonts w:ascii="Arial" w:hAnsi="Arial"/>
        </w:rPr>
        <w:t>I've</w:t>
      </w:r>
      <w:proofErr w:type="gramEnd"/>
      <w:r>
        <w:rPr>
          <w:rFonts w:ascii="Arial" w:hAnsi="Arial"/>
        </w:rPr>
        <w:t xml:space="preserve"> got to wear the leg this is the last time I come.</w:t>
      </w:r>
    </w:p>
    <w:p w14:paraId="16CBEB58" w14:textId="77777777" w:rsidR="00EB5BAC" w:rsidRDefault="00EB5BAC">
      <w:pPr>
        <w:spacing w:after="0"/>
      </w:pPr>
    </w:p>
    <w:p w14:paraId="28104AD7" w14:textId="77777777" w:rsidR="00EB5BAC" w:rsidRDefault="00B67446">
      <w:pPr>
        <w:spacing w:after="0"/>
      </w:pPr>
      <w:proofErr w:type="gramStart"/>
      <w:r>
        <w:rPr>
          <w:rFonts w:ascii="Arial" w:hAnsi="Arial"/>
          <w:b/>
        </w:rPr>
        <w:t xml:space="preserve">Alice  </w:t>
      </w:r>
      <w:r>
        <w:rPr>
          <w:rFonts w:ascii="Arial" w:hAnsi="Arial"/>
          <w:color w:val="5D7284"/>
        </w:rPr>
        <w:t>1:03:09</w:t>
      </w:r>
      <w:proofErr w:type="gramEnd"/>
    </w:p>
    <w:p w14:paraId="1413D29B" w14:textId="77777777" w:rsidR="00EB5BAC" w:rsidRDefault="00B67446">
      <w:pPr>
        <w:spacing w:after="0"/>
      </w:pPr>
      <w:r>
        <w:rPr>
          <w:rFonts w:ascii="Arial" w:hAnsi="Arial"/>
        </w:rPr>
        <w:t xml:space="preserve">And considering that, like she continued across the rest of the world to just display like her changed body on stage proudly and just </w:t>
      </w:r>
      <w:proofErr w:type="gramStart"/>
      <w:r>
        <w:rPr>
          <w:rFonts w:ascii="Arial" w:hAnsi="Arial"/>
        </w:rPr>
        <w:t>wasn'</w:t>
      </w:r>
      <w:r>
        <w:rPr>
          <w:rFonts w:ascii="Arial" w:hAnsi="Arial"/>
        </w:rPr>
        <w:t>t</w:t>
      </w:r>
      <w:proofErr w:type="gramEnd"/>
      <w:r>
        <w:rPr>
          <w:rFonts w:ascii="Arial" w:hAnsi="Arial"/>
        </w:rPr>
        <w:t xml:space="preserve">, you know, she was the same stubborn diva that she wouldn't be. Like </w:t>
      </w:r>
      <w:proofErr w:type="gramStart"/>
      <w:r>
        <w:rPr>
          <w:rFonts w:ascii="Arial" w:hAnsi="Arial"/>
        </w:rPr>
        <w:t>she'd</w:t>
      </w:r>
      <w:proofErr w:type="gramEnd"/>
      <w:r>
        <w:rPr>
          <w:rFonts w:ascii="Arial" w:hAnsi="Arial"/>
        </w:rPr>
        <w:t xml:space="preserve"> ever been.</w:t>
      </w:r>
    </w:p>
    <w:p w14:paraId="57833623" w14:textId="77777777" w:rsidR="00EB5BAC" w:rsidRDefault="00EB5BAC">
      <w:pPr>
        <w:spacing w:after="0"/>
      </w:pPr>
    </w:p>
    <w:p w14:paraId="5FC0AE89" w14:textId="77777777" w:rsidR="00EB5BAC" w:rsidRDefault="00B67446">
      <w:pPr>
        <w:spacing w:after="0"/>
      </w:pPr>
      <w:proofErr w:type="gramStart"/>
      <w:r>
        <w:rPr>
          <w:rFonts w:ascii="Arial" w:hAnsi="Arial"/>
          <w:b/>
        </w:rPr>
        <w:t xml:space="preserve">Lucy  </w:t>
      </w:r>
      <w:r>
        <w:rPr>
          <w:rFonts w:ascii="Arial" w:hAnsi="Arial"/>
          <w:color w:val="5D7284"/>
        </w:rPr>
        <w:t>1:03:25</w:t>
      </w:r>
      <w:proofErr w:type="gramEnd"/>
    </w:p>
    <w:p w14:paraId="7DF4A518" w14:textId="77777777" w:rsidR="00EB5BAC" w:rsidRDefault="00B67446">
      <w:pPr>
        <w:spacing w:after="0"/>
      </w:pPr>
      <w:r>
        <w:rPr>
          <w:rFonts w:ascii="Arial" w:hAnsi="Arial"/>
        </w:rPr>
        <w:t xml:space="preserve">Did she </w:t>
      </w:r>
      <w:proofErr w:type="gramStart"/>
      <w:r>
        <w:rPr>
          <w:rFonts w:ascii="Arial" w:hAnsi="Arial"/>
        </w:rPr>
        <w:t>taught</w:t>
      </w:r>
      <w:proofErr w:type="gramEnd"/>
      <w:r>
        <w:rPr>
          <w:rFonts w:ascii="Arial" w:hAnsi="Arial"/>
        </w:rPr>
        <w:t xml:space="preserve"> like Europe after that? </w:t>
      </w:r>
    </w:p>
    <w:p w14:paraId="2D6E7611" w14:textId="77777777" w:rsidR="00EB5BAC" w:rsidRDefault="00EB5BAC">
      <w:pPr>
        <w:spacing w:after="0"/>
      </w:pPr>
    </w:p>
    <w:p w14:paraId="01B436D5" w14:textId="77777777" w:rsidR="00EB5BAC" w:rsidRDefault="00B67446">
      <w:pPr>
        <w:spacing w:after="0"/>
      </w:pPr>
      <w:proofErr w:type="gramStart"/>
      <w:r>
        <w:rPr>
          <w:rFonts w:ascii="Arial" w:hAnsi="Arial"/>
          <w:b/>
        </w:rPr>
        <w:t xml:space="preserve">Alice  </w:t>
      </w:r>
      <w:r>
        <w:rPr>
          <w:rFonts w:ascii="Arial" w:hAnsi="Arial"/>
          <w:color w:val="5D7284"/>
        </w:rPr>
        <w:t>1:03:28</w:t>
      </w:r>
      <w:proofErr w:type="gramEnd"/>
    </w:p>
    <w:p w14:paraId="79A835E2" w14:textId="77777777" w:rsidR="00EB5BAC" w:rsidRDefault="00B67446">
      <w:pPr>
        <w:spacing w:after="0"/>
      </w:pPr>
      <w:r>
        <w:rPr>
          <w:rFonts w:ascii="Arial" w:hAnsi="Arial"/>
        </w:rPr>
        <w:t>Yeah.</w:t>
      </w:r>
    </w:p>
    <w:p w14:paraId="45281B43" w14:textId="77777777" w:rsidR="00EB5BAC" w:rsidRDefault="00EB5BAC">
      <w:pPr>
        <w:spacing w:after="0"/>
      </w:pPr>
    </w:p>
    <w:p w14:paraId="2EAAA2FF" w14:textId="77777777" w:rsidR="00EB5BAC" w:rsidRDefault="00B67446">
      <w:pPr>
        <w:spacing w:after="0"/>
      </w:pPr>
      <w:proofErr w:type="gramStart"/>
      <w:r>
        <w:rPr>
          <w:rFonts w:ascii="Arial" w:hAnsi="Arial"/>
          <w:b/>
        </w:rPr>
        <w:t xml:space="preserve">Lucy  </w:t>
      </w:r>
      <w:r>
        <w:rPr>
          <w:rFonts w:ascii="Arial" w:hAnsi="Arial"/>
          <w:color w:val="5D7284"/>
        </w:rPr>
        <w:t>1:03:30</w:t>
      </w:r>
      <w:proofErr w:type="gramEnd"/>
    </w:p>
    <w:p w14:paraId="633BD951" w14:textId="77777777" w:rsidR="00EB5BAC" w:rsidRDefault="00B67446">
      <w:pPr>
        <w:spacing w:after="0"/>
      </w:pPr>
      <w:r>
        <w:rPr>
          <w:rFonts w:ascii="Arial" w:hAnsi="Arial"/>
        </w:rPr>
        <w:t xml:space="preserve">She kept </w:t>
      </w:r>
      <w:proofErr w:type="gramStart"/>
      <w:r>
        <w:rPr>
          <w:rFonts w:ascii="Arial" w:hAnsi="Arial"/>
        </w:rPr>
        <w:t>going?</w:t>
      </w:r>
      <w:proofErr w:type="gramEnd"/>
    </w:p>
    <w:p w14:paraId="0A0CD99D" w14:textId="77777777" w:rsidR="00EB5BAC" w:rsidRDefault="00EB5BAC">
      <w:pPr>
        <w:spacing w:after="0"/>
      </w:pPr>
    </w:p>
    <w:p w14:paraId="2A04FFB4" w14:textId="77777777" w:rsidR="00EB5BAC" w:rsidRDefault="00B67446">
      <w:pPr>
        <w:spacing w:after="0"/>
      </w:pPr>
      <w:proofErr w:type="gramStart"/>
      <w:r>
        <w:rPr>
          <w:rFonts w:ascii="Arial" w:hAnsi="Arial"/>
          <w:b/>
        </w:rPr>
        <w:t xml:space="preserve">Alice  </w:t>
      </w:r>
      <w:r>
        <w:rPr>
          <w:rFonts w:ascii="Arial" w:hAnsi="Arial"/>
          <w:color w:val="5D7284"/>
        </w:rPr>
        <w:t>1:03:30</w:t>
      </w:r>
      <w:proofErr w:type="gramEnd"/>
    </w:p>
    <w:p w14:paraId="1CD2618D" w14:textId="77777777" w:rsidR="00EB5BAC" w:rsidRDefault="00B67446">
      <w:pPr>
        <w:spacing w:after="0"/>
      </w:pPr>
      <w:r>
        <w:rPr>
          <w:rFonts w:ascii="Arial" w:hAnsi="Arial"/>
        </w:rPr>
        <w:t xml:space="preserve">I think so. Yeah. So yeah, </w:t>
      </w:r>
    </w:p>
    <w:p w14:paraId="4DF52ACD" w14:textId="77777777" w:rsidR="00EB5BAC" w:rsidRDefault="00EB5BAC">
      <w:pPr>
        <w:spacing w:after="0"/>
      </w:pPr>
    </w:p>
    <w:p w14:paraId="5177C660" w14:textId="77777777" w:rsidR="00EB5BAC" w:rsidRDefault="00B67446">
      <w:pPr>
        <w:spacing w:after="0"/>
      </w:pPr>
      <w:proofErr w:type="gramStart"/>
      <w:r>
        <w:rPr>
          <w:rFonts w:ascii="Arial" w:hAnsi="Arial"/>
          <w:b/>
        </w:rPr>
        <w:t xml:space="preserve">Lucy  </w:t>
      </w:r>
      <w:r>
        <w:rPr>
          <w:rFonts w:ascii="Arial" w:hAnsi="Arial"/>
          <w:color w:val="5D7284"/>
        </w:rPr>
        <w:t>1:03:32</w:t>
      </w:r>
      <w:proofErr w:type="gramEnd"/>
    </w:p>
    <w:p w14:paraId="7B022AC9" w14:textId="77777777" w:rsidR="00EB5BAC" w:rsidRDefault="00B67446">
      <w:pPr>
        <w:spacing w:after="0"/>
      </w:pPr>
      <w:r>
        <w:rPr>
          <w:rFonts w:ascii="Arial" w:hAnsi="Arial"/>
        </w:rPr>
        <w:t>T</w:t>
      </w:r>
      <w:r>
        <w:rPr>
          <w:rFonts w:ascii="Arial" w:hAnsi="Arial"/>
        </w:rPr>
        <w:t xml:space="preserve">hat would </w:t>
      </w:r>
      <w:proofErr w:type="gramStart"/>
      <w:r>
        <w:rPr>
          <w:rFonts w:ascii="Arial" w:hAnsi="Arial"/>
        </w:rPr>
        <w:t>be</w:t>
      </w:r>
      <w:proofErr w:type="gramEnd"/>
      <w:r>
        <w:rPr>
          <w:rFonts w:ascii="Arial" w:hAnsi="Arial"/>
        </w:rPr>
        <w:t xml:space="preserve"> </w:t>
      </w:r>
    </w:p>
    <w:p w14:paraId="1D306007" w14:textId="77777777" w:rsidR="00EB5BAC" w:rsidRDefault="00EB5BAC">
      <w:pPr>
        <w:spacing w:after="0"/>
      </w:pPr>
    </w:p>
    <w:p w14:paraId="63E09B85" w14:textId="77777777" w:rsidR="00EB5BAC" w:rsidRDefault="00B67446">
      <w:pPr>
        <w:spacing w:after="0"/>
      </w:pPr>
      <w:proofErr w:type="gramStart"/>
      <w:r>
        <w:rPr>
          <w:rFonts w:ascii="Arial" w:hAnsi="Arial"/>
          <w:b/>
        </w:rPr>
        <w:t xml:space="preserve">Alice  </w:t>
      </w:r>
      <w:r>
        <w:rPr>
          <w:rFonts w:ascii="Arial" w:hAnsi="Arial"/>
          <w:color w:val="5D7284"/>
        </w:rPr>
        <w:t>1:03:33</w:t>
      </w:r>
      <w:proofErr w:type="gramEnd"/>
    </w:p>
    <w:p w14:paraId="3ABB3940" w14:textId="77777777" w:rsidR="00EB5BAC" w:rsidRDefault="00B67446">
      <w:pPr>
        <w:spacing w:after="0"/>
      </w:pPr>
      <w:r>
        <w:rPr>
          <w:rFonts w:ascii="Arial" w:hAnsi="Arial"/>
        </w:rPr>
        <w:t xml:space="preserve">She </w:t>
      </w:r>
      <w:proofErr w:type="gramStart"/>
      <w:r>
        <w:rPr>
          <w:rFonts w:ascii="Arial" w:hAnsi="Arial"/>
        </w:rPr>
        <w:t>definitely performed</w:t>
      </w:r>
      <w:proofErr w:type="gramEnd"/>
      <w:r>
        <w:rPr>
          <w:rFonts w:ascii="Arial" w:hAnsi="Arial"/>
        </w:rPr>
        <w:t xml:space="preserve"> in England afterwards. </w:t>
      </w:r>
    </w:p>
    <w:p w14:paraId="3B90105C" w14:textId="77777777" w:rsidR="00EB5BAC" w:rsidRDefault="00EB5BAC">
      <w:pPr>
        <w:spacing w:after="0"/>
      </w:pPr>
    </w:p>
    <w:p w14:paraId="20D07789" w14:textId="77777777" w:rsidR="00EB5BAC" w:rsidRDefault="00B67446">
      <w:pPr>
        <w:spacing w:after="0"/>
      </w:pPr>
      <w:proofErr w:type="gramStart"/>
      <w:r>
        <w:rPr>
          <w:rFonts w:ascii="Arial" w:hAnsi="Arial"/>
          <w:b/>
        </w:rPr>
        <w:t xml:space="preserve">Lucy  </w:t>
      </w:r>
      <w:r>
        <w:rPr>
          <w:rFonts w:ascii="Arial" w:hAnsi="Arial"/>
          <w:color w:val="5D7284"/>
        </w:rPr>
        <w:t>1:03:37</w:t>
      </w:r>
      <w:proofErr w:type="gramEnd"/>
    </w:p>
    <w:p w14:paraId="78867BA3" w14:textId="77777777" w:rsidR="00EB5BAC" w:rsidRDefault="00B67446">
      <w:pPr>
        <w:spacing w:after="0"/>
      </w:pPr>
      <w:r>
        <w:rPr>
          <w:rFonts w:ascii="Arial" w:hAnsi="Arial"/>
        </w:rPr>
        <w:t xml:space="preserve">Right </w:t>
      </w:r>
    </w:p>
    <w:p w14:paraId="5A42173F" w14:textId="77777777" w:rsidR="00EB5BAC" w:rsidRDefault="00EB5BAC">
      <w:pPr>
        <w:spacing w:after="0"/>
      </w:pPr>
    </w:p>
    <w:p w14:paraId="3482AF9E" w14:textId="77777777" w:rsidR="00EB5BAC" w:rsidRDefault="00B67446">
      <w:pPr>
        <w:spacing w:after="0"/>
      </w:pPr>
      <w:proofErr w:type="gramStart"/>
      <w:r>
        <w:rPr>
          <w:rFonts w:ascii="Arial" w:hAnsi="Arial"/>
          <w:b/>
        </w:rPr>
        <w:t xml:space="preserve">Alice  </w:t>
      </w:r>
      <w:r>
        <w:rPr>
          <w:rFonts w:ascii="Arial" w:hAnsi="Arial"/>
          <w:color w:val="5D7284"/>
        </w:rPr>
        <w:t>1:03:38</w:t>
      </w:r>
      <w:proofErr w:type="gramEnd"/>
    </w:p>
    <w:p w14:paraId="1498112D" w14:textId="77777777" w:rsidR="00EB5BAC" w:rsidRDefault="00B67446">
      <w:pPr>
        <w:spacing w:after="0"/>
      </w:pPr>
      <w:r>
        <w:rPr>
          <w:rFonts w:ascii="Arial" w:hAnsi="Arial"/>
        </w:rPr>
        <w:t>Because there was a, she performed for Queen Mary, who afterwards talked to her and like, commenting on her, her amputation and the fact that Sarah was always like, really emaciated, and it got even worse when she got older and following her amputation. Sh</w:t>
      </w:r>
      <w:r>
        <w:rPr>
          <w:rFonts w:ascii="Arial" w:hAnsi="Arial"/>
        </w:rPr>
        <w:t xml:space="preserve">e was like, she basically the Queen came up to her was like, dude, </w:t>
      </w:r>
      <w:proofErr w:type="gramStart"/>
      <w:r>
        <w:rPr>
          <w:rFonts w:ascii="Arial" w:hAnsi="Arial"/>
        </w:rPr>
        <w:t>you're</w:t>
      </w:r>
      <w:proofErr w:type="gramEnd"/>
      <w:r>
        <w:rPr>
          <w:rFonts w:ascii="Arial" w:hAnsi="Arial"/>
        </w:rPr>
        <w:t xml:space="preserve">, you're like, you've got no leg and you're getting old and you're really underweight. Like, take a rest. And Sarah said, </w:t>
      </w:r>
      <w:proofErr w:type="gramStart"/>
      <w:r>
        <w:rPr>
          <w:rFonts w:ascii="Arial" w:hAnsi="Arial"/>
        </w:rPr>
        <w:t>where's</w:t>
      </w:r>
      <w:proofErr w:type="gramEnd"/>
      <w:r>
        <w:rPr>
          <w:rFonts w:ascii="Arial" w:hAnsi="Arial"/>
        </w:rPr>
        <w:t xml:space="preserve"> my quote, Sarah replied, I shall die on the stage. Ti</w:t>
      </w:r>
      <w:r>
        <w:rPr>
          <w:rFonts w:ascii="Arial" w:hAnsi="Arial"/>
        </w:rPr>
        <w:t xml:space="preserve">s my battlefield. </w:t>
      </w:r>
    </w:p>
    <w:p w14:paraId="28D7977B" w14:textId="77777777" w:rsidR="00EB5BAC" w:rsidRDefault="00EB5BAC">
      <w:pPr>
        <w:spacing w:after="0"/>
      </w:pPr>
    </w:p>
    <w:p w14:paraId="71DB22FF" w14:textId="77777777" w:rsidR="00EB5BAC" w:rsidRDefault="00B67446">
      <w:pPr>
        <w:spacing w:after="0"/>
      </w:pPr>
      <w:proofErr w:type="gramStart"/>
      <w:r>
        <w:rPr>
          <w:rFonts w:ascii="Arial" w:hAnsi="Arial"/>
          <w:b/>
        </w:rPr>
        <w:t xml:space="preserve">Lucy  </w:t>
      </w:r>
      <w:r>
        <w:rPr>
          <w:rFonts w:ascii="Arial" w:hAnsi="Arial"/>
          <w:color w:val="5D7284"/>
        </w:rPr>
        <w:t>1:04:18</w:t>
      </w:r>
      <w:proofErr w:type="gramEnd"/>
    </w:p>
    <w:p w14:paraId="7EDA7E41" w14:textId="77777777" w:rsidR="00EB5BAC" w:rsidRDefault="00B67446">
      <w:pPr>
        <w:spacing w:after="0"/>
      </w:pPr>
      <w:r>
        <w:rPr>
          <w:rFonts w:ascii="Arial" w:hAnsi="Arial"/>
        </w:rPr>
        <w:t xml:space="preserve">I mean that </w:t>
      </w:r>
      <w:proofErr w:type="gramStart"/>
      <w:r>
        <w:rPr>
          <w:rFonts w:ascii="Arial" w:hAnsi="Arial"/>
        </w:rPr>
        <w:t>is</w:t>
      </w:r>
      <w:proofErr w:type="gramEnd"/>
    </w:p>
    <w:p w14:paraId="1F2A79ED" w14:textId="77777777" w:rsidR="00EB5BAC" w:rsidRDefault="00EB5BAC">
      <w:pPr>
        <w:spacing w:after="0"/>
      </w:pPr>
    </w:p>
    <w:p w14:paraId="3B944BBF" w14:textId="77777777" w:rsidR="00EB5BAC" w:rsidRDefault="00B67446">
      <w:pPr>
        <w:spacing w:after="0"/>
      </w:pPr>
      <w:proofErr w:type="gramStart"/>
      <w:r>
        <w:rPr>
          <w:rFonts w:ascii="Arial" w:hAnsi="Arial"/>
          <w:b/>
        </w:rPr>
        <w:t xml:space="preserve">Alice  </w:t>
      </w:r>
      <w:r>
        <w:rPr>
          <w:rFonts w:ascii="Arial" w:hAnsi="Arial"/>
          <w:color w:val="5D7284"/>
        </w:rPr>
        <w:t>1:04:19</w:t>
      </w:r>
      <w:proofErr w:type="gramEnd"/>
    </w:p>
    <w:p w14:paraId="432A9F46" w14:textId="77777777" w:rsidR="00EB5BAC" w:rsidRDefault="00B67446">
      <w:pPr>
        <w:spacing w:after="0"/>
      </w:pPr>
      <w:r>
        <w:rPr>
          <w:rFonts w:ascii="Arial" w:hAnsi="Arial"/>
        </w:rPr>
        <w:lastRenderedPageBreak/>
        <w:t xml:space="preserve">She says that to the queen. You </w:t>
      </w:r>
      <w:proofErr w:type="gramStart"/>
      <w:r>
        <w:rPr>
          <w:rFonts w:ascii="Arial" w:hAnsi="Arial"/>
        </w:rPr>
        <w:t>can't</w:t>
      </w:r>
      <w:proofErr w:type="gramEnd"/>
      <w:r>
        <w:rPr>
          <w:rFonts w:ascii="Arial" w:hAnsi="Arial"/>
        </w:rPr>
        <w:t xml:space="preserve"> get further away from going fuck off. </w:t>
      </w:r>
    </w:p>
    <w:p w14:paraId="552D25CF" w14:textId="77777777" w:rsidR="00EB5BAC" w:rsidRDefault="00EB5BAC">
      <w:pPr>
        <w:spacing w:after="0"/>
      </w:pPr>
    </w:p>
    <w:p w14:paraId="401046D3" w14:textId="77777777" w:rsidR="00EB5BAC" w:rsidRDefault="00B67446">
      <w:pPr>
        <w:spacing w:after="0"/>
      </w:pPr>
      <w:proofErr w:type="gramStart"/>
      <w:r>
        <w:rPr>
          <w:rFonts w:ascii="Arial" w:hAnsi="Arial"/>
          <w:b/>
        </w:rPr>
        <w:t xml:space="preserve">Lucy  </w:t>
      </w:r>
      <w:r>
        <w:rPr>
          <w:rFonts w:ascii="Arial" w:hAnsi="Arial"/>
          <w:color w:val="5D7284"/>
        </w:rPr>
        <w:t>1:04:23</w:t>
      </w:r>
      <w:proofErr w:type="gramEnd"/>
    </w:p>
    <w:p w14:paraId="4B79D136" w14:textId="77777777" w:rsidR="00EB5BAC" w:rsidRDefault="00B67446">
      <w:pPr>
        <w:spacing w:after="0"/>
      </w:pPr>
      <w:r>
        <w:rPr>
          <w:rFonts w:ascii="Arial" w:hAnsi="Arial"/>
        </w:rPr>
        <w:t xml:space="preserve">That is a very </w:t>
      </w:r>
      <w:proofErr w:type="gramStart"/>
      <w:r>
        <w:rPr>
          <w:rFonts w:ascii="Arial" w:hAnsi="Arial"/>
        </w:rPr>
        <w:t>strong willed</w:t>
      </w:r>
      <w:proofErr w:type="gramEnd"/>
      <w:r>
        <w:rPr>
          <w:rFonts w:ascii="Arial" w:hAnsi="Arial"/>
        </w:rPr>
        <w:t xml:space="preserve"> woman, isn't it that? </w:t>
      </w:r>
    </w:p>
    <w:p w14:paraId="1B5BE62D" w14:textId="77777777" w:rsidR="00EB5BAC" w:rsidRDefault="00EB5BAC">
      <w:pPr>
        <w:spacing w:after="0"/>
      </w:pPr>
    </w:p>
    <w:p w14:paraId="2F9A12DB" w14:textId="77777777" w:rsidR="00EB5BAC" w:rsidRDefault="00B67446">
      <w:pPr>
        <w:spacing w:after="0"/>
      </w:pPr>
      <w:proofErr w:type="gramStart"/>
      <w:r>
        <w:rPr>
          <w:rFonts w:ascii="Arial" w:hAnsi="Arial"/>
          <w:b/>
        </w:rPr>
        <w:t xml:space="preserve">Alice  </w:t>
      </w:r>
      <w:r>
        <w:rPr>
          <w:rFonts w:ascii="Arial" w:hAnsi="Arial"/>
          <w:color w:val="5D7284"/>
        </w:rPr>
        <w:t>1:04:26</w:t>
      </w:r>
      <w:proofErr w:type="gramEnd"/>
    </w:p>
    <w:p w14:paraId="44D2327A" w14:textId="77777777" w:rsidR="00EB5BAC" w:rsidRDefault="00B67446">
      <w:pPr>
        <w:spacing w:after="0"/>
      </w:pPr>
      <w:r>
        <w:rPr>
          <w:rFonts w:ascii="Arial" w:hAnsi="Arial"/>
        </w:rPr>
        <w:t xml:space="preserve">Yeah, </w:t>
      </w:r>
    </w:p>
    <w:p w14:paraId="4EE740C5" w14:textId="77777777" w:rsidR="00EB5BAC" w:rsidRDefault="00EB5BAC">
      <w:pPr>
        <w:spacing w:after="0"/>
      </w:pPr>
    </w:p>
    <w:p w14:paraId="18ACA63A" w14:textId="77777777" w:rsidR="00EB5BAC" w:rsidRDefault="00B67446">
      <w:pPr>
        <w:spacing w:after="0"/>
      </w:pPr>
      <w:proofErr w:type="gramStart"/>
      <w:r>
        <w:rPr>
          <w:rFonts w:ascii="Arial" w:hAnsi="Arial"/>
          <w:b/>
        </w:rPr>
        <w:t xml:space="preserve">Lucy  </w:t>
      </w:r>
      <w:r>
        <w:rPr>
          <w:rFonts w:ascii="Arial" w:hAnsi="Arial"/>
          <w:color w:val="5D7284"/>
        </w:rPr>
        <w:t>1:04:27</w:t>
      </w:r>
      <w:proofErr w:type="gramEnd"/>
    </w:p>
    <w:p w14:paraId="3271BEB0" w14:textId="77777777" w:rsidR="00EB5BAC" w:rsidRDefault="00B67446">
      <w:pPr>
        <w:spacing w:after="0"/>
      </w:pPr>
      <w:r>
        <w:rPr>
          <w:rFonts w:ascii="Arial" w:hAnsi="Arial"/>
        </w:rPr>
        <w:t>Absolutel</w:t>
      </w:r>
      <w:r>
        <w:rPr>
          <w:rFonts w:ascii="Arial" w:hAnsi="Arial"/>
        </w:rPr>
        <w:t>y.</w:t>
      </w:r>
    </w:p>
    <w:p w14:paraId="50AD2194" w14:textId="77777777" w:rsidR="00EB5BAC" w:rsidRDefault="00EB5BAC">
      <w:pPr>
        <w:spacing w:after="0"/>
      </w:pPr>
    </w:p>
    <w:p w14:paraId="1CEE1B16" w14:textId="77777777" w:rsidR="00EB5BAC" w:rsidRDefault="00B67446">
      <w:pPr>
        <w:spacing w:after="0"/>
      </w:pPr>
      <w:proofErr w:type="gramStart"/>
      <w:r>
        <w:rPr>
          <w:rFonts w:ascii="Arial" w:hAnsi="Arial"/>
          <w:b/>
        </w:rPr>
        <w:t xml:space="preserve">Alice  </w:t>
      </w:r>
      <w:r>
        <w:rPr>
          <w:rFonts w:ascii="Arial" w:hAnsi="Arial"/>
          <w:color w:val="5D7284"/>
        </w:rPr>
        <w:t>1:04:29</w:t>
      </w:r>
      <w:proofErr w:type="gramEnd"/>
    </w:p>
    <w:p w14:paraId="7591D92E" w14:textId="77777777" w:rsidR="00EB5BAC" w:rsidRDefault="00B67446">
      <w:pPr>
        <w:spacing w:after="0"/>
      </w:pPr>
      <w:proofErr w:type="gramStart"/>
      <w:r>
        <w:rPr>
          <w:rFonts w:ascii="Arial" w:hAnsi="Arial"/>
        </w:rPr>
        <w:t>So</w:t>
      </w:r>
      <w:proofErr w:type="gramEnd"/>
      <w:r>
        <w:rPr>
          <w:rFonts w:ascii="Arial" w:hAnsi="Arial"/>
        </w:rPr>
        <w:t xml:space="preserve"> she made her last stage performance, six months before her death. And while she was </w:t>
      </w:r>
      <w:proofErr w:type="gramStart"/>
      <w:r>
        <w:rPr>
          <w:rFonts w:ascii="Arial" w:hAnsi="Arial"/>
        </w:rPr>
        <w:t>actually in</w:t>
      </w:r>
      <w:proofErr w:type="gramEnd"/>
      <w:r>
        <w:rPr>
          <w:rFonts w:ascii="Arial" w:hAnsi="Arial"/>
        </w:rPr>
        <w:t>, like, she died in the process of preparing to play a leading role in a film that was going to be like, filmed in her house. Because she w</w:t>
      </w:r>
      <w:r>
        <w:rPr>
          <w:rFonts w:ascii="Arial" w:hAnsi="Arial"/>
        </w:rPr>
        <w:t xml:space="preserve">as that powerful. She was like, </w:t>
      </w:r>
    </w:p>
    <w:p w14:paraId="7745B0C5" w14:textId="77777777" w:rsidR="00EB5BAC" w:rsidRDefault="00EB5BAC">
      <w:pPr>
        <w:spacing w:after="0"/>
      </w:pPr>
    </w:p>
    <w:p w14:paraId="479B6788" w14:textId="77777777" w:rsidR="00EB5BAC" w:rsidRDefault="00B67446">
      <w:pPr>
        <w:spacing w:after="0"/>
      </w:pPr>
      <w:proofErr w:type="gramStart"/>
      <w:r>
        <w:rPr>
          <w:rFonts w:ascii="Arial" w:hAnsi="Arial"/>
          <w:b/>
        </w:rPr>
        <w:t xml:space="preserve">Lucy  </w:t>
      </w:r>
      <w:r>
        <w:rPr>
          <w:rFonts w:ascii="Arial" w:hAnsi="Arial"/>
          <w:color w:val="5D7284"/>
        </w:rPr>
        <w:t>1:04:51</w:t>
      </w:r>
      <w:proofErr w:type="gramEnd"/>
    </w:p>
    <w:p w14:paraId="2FDFB0E3" w14:textId="77777777" w:rsidR="00EB5BAC" w:rsidRDefault="00B67446">
      <w:pPr>
        <w:spacing w:after="0"/>
      </w:pPr>
      <w:proofErr w:type="gramStart"/>
      <w:r>
        <w:rPr>
          <w:rFonts w:ascii="Arial" w:hAnsi="Arial"/>
        </w:rPr>
        <w:t>No</w:t>
      </w:r>
      <w:proofErr w:type="gramEnd"/>
      <w:r>
        <w:rPr>
          <w:rFonts w:ascii="Arial" w:hAnsi="Arial"/>
        </w:rPr>
        <w:t xml:space="preserve"> you come to me darlings, you come to me!</w:t>
      </w:r>
    </w:p>
    <w:p w14:paraId="3391BE32" w14:textId="77777777" w:rsidR="00EB5BAC" w:rsidRDefault="00EB5BAC">
      <w:pPr>
        <w:spacing w:after="0"/>
      </w:pPr>
    </w:p>
    <w:p w14:paraId="793A53CF" w14:textId="77777777" w:rsidR="00EB5BAC" w:rsidRDefault="00B67446">
      <w:pPr>
        <w:spacing w:after="0"/>
      </w:pPr>
      <w:proofErr w:type="gramStart"/>
      <w:r>
        <w:rPr>
          <w:rFonts w:ascii="Arial" w:hAnsi="Arial"/>
          <w:b/>
        </w:rPr>
        <w:t xml:space="preserve">Alice  </w:t>
      </w:r>
      <w:r>
        <w:rPr>
          <w:rFonts w:ascii="Arial" w:hAnsi="Arial"/>
          <w:color w:val="5D7284"/>
        </w:rPr>
        <w:t>1:04:53</w:t>
      </w:r>
      <w:proofErr w:type="gramEnd"/>
    </w:p>
    <w:p w14:paraId="4DAE2F9F" w14:textId="77777777" w:rsidR="00EB5BAC" w:rsidRDefault="00B67446">
      <w:pPr>
        <w:spacing w:after="0"/>
      </w:pPr>
      <w:r>
        <w:rPr>
          <w:rFonts w:ascii="Arial" w:hAnsi="Arial"/>
        </w:rPr>
        <w:t xml:space="preserve">Yeah. </w:t>
      </w:r>
      <w:proofErr w:type="gramStart"/>
      <w:r>
        <w:rPr>
          <w:rFonts w:ascii="Arial" w:hAnsi="Arial"/>
        </w:rPr>
        <w:t>So</w:t>
      </w:r>
      <w:proofErr w:type="gramEnd"/>
      <w:r>
        <w:rPr>
          <w:rFonts w:ascii="Arial" w:hAnsi="Arial"/>
        </w:rPr>
        <w:t xml:space="preserve"> at the time of her death, she was still so famous that millions of people live The street to watch her funeral procession. </w:t>
      </w:r>
    </w:p>
    <w:p w14:paraId="2E65D7AE" w14:textId="77777777" w:rsidR="00EB5BAC" w:rsidRDefault="00EB5BAC">
      <w:pPr>
        <w:spacing w:after="0"/>
      </w:pPr>
    </w:p>
    <w:p w14:paraId="140FFDCA" w14:textId="77777777" w:rsidR="00EB5BAC" w:rsidRDefault="00B67446">
      <w:pPr>
        <w:spacing w:after="0"/>
      </w:pPr>
      <w:proofErr w:type="gramStart"/>
      <w:r>
        <w:rPr>
          <w:rFonts w:ascii="Arial" w:hAnsi="Arial"/>
          <w:b/>
        </w:rPr>
        <w:t xml:space="preserve">Lucy  </w:t>
      </w:r>
      <w:r>
        <w:rPr>
          <w:rFonts w:ascii="Arial" w:hAnsi="Arial"/>
          <w:color w:val="5D7284"/>
        </w:rPr>
        <w:t>1:05:02</w:t>
      </w:r>
      <w:proofErr w:type="gramEnd"/>
    </w:p>
    <w:p w14:paraId="4487DE1D" w14:textId="77777777" w:rsidR="00EB5BAC" w:rsidRDefault="00B67446">
      <w:pPr>
        <w:spacing w:after="0"/>
      </w:pPr>
      <w:r>
        <w:rPr>
          <w:rFonts w:ascii="Arial" w:hAnsi="Arial"/>
        </w:rPr>
        <w:t xml:space="preserve">Wow. </w:t>
      </w:r>
    </w:p>
    <w:p w14:paraId="2B60CD10" w14:textId="77777777" w:rsidR="00EB5BAC" w:rsidRDefault="00EB5BAC">
      <w:pPr>
        <w:spacing w:after="0"/>
      </w:pPr>
    </w:p>
    <w:p w14:paraId="3BA7A013" w14:textId="77777777" w:rsidR="00EB5BAC" w:rsidRDefault="00B67446">
      <w:pPr>
        <w:spacing w:after="0"/>
      </w:pPr>
      <w:proofErr w:type="gramStart"/>
      <w:r>
        <w:rPr>
          <w:rFonts w:ascii="Arial" w:hAnsi="Arial"/>
          <w:b/>
        </w:rPr>
        <w:t xml:space="preserve">Alice  </w:t>
      </w:r>
      <w:r>
        <w:rPr>
          <w:rFonts w:ascii="Arial" w:hAnsi="Arial"/>
          <w:color w:val="5D7284"/>
        </w:rPr>
        <w:t>1:05:03</w:t>
      </w:r>
      <w:proofErr w:type="gramEnd"/>
    </w:p>
    <w:p w14:paraId="28B4DAC3" w14:textId="77777777" w:rsidR="00EB5BAC" w:rsidRDefault="00B67446">
      <w:pPr>
        <w:spacing w:after="0"/>
      </w:pPr>
      <w:r>
        <w:rPr>
          <w:rFonts w:ascii="Arial" w:hAnsi="Arial"/>
        </w:rPr>
        <w:t>I know. I know. She remains a feminist and disability icon. Right writing for the dangerous woman project, Victoria Duckett asks, Is Bernhardt dangerous? Yes, because she refuses invisibility in old age and disability.</w:t>
      </w:r>
    </w:p>
    <w:p w14:paraId="3D3926DC" w14:textId="77777777" w:rsidR="00EB5BAC" w:rsidRDefault="00EB5BAC">
      <w:pPr>
        <w:spacing w:after="0"/>
      </w:pPr>
    </w:p>
    <w:p w14:paraId="54948C5B" w14:textId="77777777" w:rsidR="00EB5BAC" w:rsidRDefault="00B67446">
      <w:pPr>
        <w:spacing w:after="0"/>
      </w:pPr>
      <w:proofErr w:type="gramStart"/>
      <w:r>
        <w:rPr>
          <w:rFonts w:ascii="Arial" w:hAnsi="Arial"/>
          <w:b/>
        </w:rPr>
        <w:t xml:space="preserve">Lucy  </w:t>
      </w:r>
      <w:r>
        <w:rPr>
          <w:rFonts w:ascii="Arial" w:hAnsi="Arial"/>
          <w:color w:val="5D7284"/>
        </w:rPr>
        <w:t>1:05:23</w:t>
      </w:r>
      <w:proofErr w:type="gramEnd"/>
    </w:p>
    <w:p w14:paraId="61D94F01" w14:textId="77777777" w:rsidR="00EB5BAC" w:rsidRDefault="00B67446">
      <w:pPr>
        <w:spacing w:after="0"/>
      </w:pPr>
      <w:proofErr w:type="gramStart"/>
      <w:r>
        <w:rPr>
          <w:rFonts w:ascii="Arial" w:hAnsi="Arial"/>
        </w:rPr>
        <w:t>I'm</w:t>
      </w:r>
      <w:proofErr w:type="gramEnd"/>
      <w:r>
        <w:rPr>
          <w:rFonts w:ascii="Arial" w:hAnsi="Arial"/>
        </w:rPr>
        <w:t xml:space="preserve"> ashamed to say I didn't know who she was.</w:t>
      </w:r>
    </w:p>
    <w:p w14:paraId="68B8D24C" w14:textId="77777777" w:rsidR="00EB5BAC" w:rsidRDefault="00EB5BAC">
      <w:pPr>
        <w:spacing w:after="0"/>
      </w:pPr>
    </w:p>
    <w:p w14:paraId="15688DE5" w14:textId="77777777" w:rsidR="00EB5BAC" w:rsidRDefault="00B67446">
      <w:pPr>
        <w:spacing w:after="0"/>
      </w:pPr>
      <w:proofErr w:type="gramStart"/>
      <w:r>
        <w:rPr>
          <w:rFonts w:ascii="Arial" w:hAnsi="Arial"/>
          <w:b/>
        </w:rPr>
        <w:t xml:space="preserve">Alice  </w:t>
      </w:r>
      <w:r>
        <w:rPr>
          <w:rFonts w:ascii="Arial" w:hAnsi="Arial"/>
          <w:color w:val="5D7284"/>
        </w:rPr>
        <w:t>1:05:26</w:t>
      </w:r>
      <w:proofErr w:type="gramEnd"/>
    </w:p>
    <w:p w14:paraId="67184D53" w14:textId="77777777" w:rsidR="00EB5BAC" w:rsidRDefault="00B67446">
      <w:pPr>
        <w:spacing w:after="0"/>
      </w:pPr>
      <w:r>
        <w:rPr>
          <w:rFonts w:ascii="Arial" w:hAnsi="Arial"/>
        </w:rPr>
        <w:t xml:space="preserve">I know </w:t>
      </w:r>
      <w:proofErr w:type="gramStart"/>
      <w:r>
        <w:rPr>
          <w:rFonts w:ascii="Arial" w:hAnsi="Arial"/>
        </w:rPr>
        <w:t>she's,</w:t>
      </w:r>
      <w:proofErr w:type="gramEnd"/>
      <w:r>
        <w:rPr>
          <w:rFonts w:ascii="Arial" w:hAnsi="Arial"/>
        </w:rPr>
        <w:t xml:space="preserve"> she finally got a Walk of Fame on star on the Walk of Fame in 1965. And there are and that image of her asleep in her coffin as Ophelia are still like, cult amongst Art Nou</w:t>
      </w:r>
      <w:r>
        <w:rPr>
          <w:rFonts w:ascii="Arial" w:hAnsi="Arial"/>
        </w:rPr>
        <w:t>veau fans.</w:t>
      </w:r>
    </w:p>
    <w:p w14:paraId="2A5B5FC4" w14:textId="77777777" w:rsidR="00EB5BAC" w:rsidRDefault="00EB5BAC">
      <w:pPr>
        <w:spacing w:after="0"/>
      </w:pPr>
    </w:p>
    <w:p w14:paraId="0E75AA4A" w14:textId="77777777" w:rsidR="00EB5BAC" w:rsidRDefault="00B67446">
      <w:pPr>
        <w:spacing w:after="0"/>
      </w:pPr>
      <w:proofErr w:type="gramStart"/>
      <w:r>
        <w:rPr>
          <w:rFonts w:ascii="Arial" w:hAnsi="Arial"/>
          <w:b/>
        </w:rPr>
        <w:t xml:space="preserve">Lucy  </w:t>
      </w:r>
      <w:r>
        <w:rPr>
          <w:rFonts w:ascii="Arial" w:hAnsi="Arial"/>
          <w:color w:val="5D7284"/>
        </w:rPr>
        <w:t>1:05:47</w:t>
      </w:r>
      <w:proofErr w:type="gramEnd"/>
    </w:p>
    <w:p w14:paraId="53128251" w14:textId="77777777" w:rsidR="00EB5BAC" w:rsidRDefault="00B67446">
      <w:pPr>
        <w:spacing w:after="0"/>
      </w:pPr>
      <w:r>
        <w:rPr>
          <w:rFonts w:ascii="Arial" w:hAnsi="Arial"/>
        </w:rPr>
        <w:t>How old was he when she died?</w:t>
      </w:r>
    </w:p>
    <w:p w14:paraId="081E486D" w14:textId="77777777" w:rsidR="00EB5BAC" w:rsidRDefault="00EB5BAC">
      <w:pPr>
        <w:spacing w:after="0"/>
      </w:pPr>
    </w:p>
    <w:p w14:paraId="0CCD3FC3" w14:textId="77777777" w:rsidR="00EB5BAC" w:rsidRDefault="00B67446">
      <w:pPr>
        <w:spacing w:after="0"/>
      </w:pPr>
      <w:proofErr w:type="gramStart"/>
      <w:r>
        <w:rPr>
          <w:rFonts w:ascii="Arial" w:hAnsi="Arial"/>
          <w:b/>
        </w:rPr>
        <w:t xml:space="preserve">Alice  </w:t>
      </w:r>
      <w:r>
        <w:rPr>
          <w:rFonts w:ascii="Arial" w:hAnsi="Arial"/>
          <w:color w:val="5D7284"/>
        </w:rPr>
        <w:t>1:05:49</w:t>
      </w:r>
      <w:proofErr w:type="gramEnd"/>
    </w:p>
    <w:p w14:paraId="3913DE3A" w14:textId="77777777" w:rsidR="00EB5BAC" w:rsidRDefault="00B67446">
      <w:pPr>
        <w:spacing w:after="0"/>
      </w:pPr>
      <w:r>
        <w:rPr>
          <w:rFonts w:ascii="Arial" w:hAnsi="Arial"/>
        </w:rPr>
        <w:t xml:space="preserve"> 78 </w:t>
      </w:r>
    </w:p>
    <w:p w14:paraId="4A412E5D" w14:textId="77777777" w:rsidR="00EB5BAC" w:rsidRDefault="00EB5BAC">
      <w:pPr>
        <w:spacing w:after="0"/>
      </w:pPr>
    </w:p>
    <w:p w14:paraId="419C70B7" w14:textId="77777777" w:rsidR="00EB5BAC" w:rsidRDefault="00B67446">
      <w:pPr>
        <w:spacing w:after="0"/>
      </w:pPr>
      <w:proofErr w:type="gramStart"/>
      <w:r>
        <w:rPr>
          <w:rFonts w:ascii="Arial" w:hAnsi="Arial"/>
          <w:b/>
        </w:rPr>
        <w:lastRenderedPageBreak/>
        <w:t xml:space="preserve">Lucy  </w:t>
      </w:r>
      <w:r>
        <w:rPr>
          <w:rFonts w:ascii="Arial" w:hAnsi="Arial"/>
          <w:color w:val="5D7284"/>
        </w:rPr>
        <w:t>1:05:50</w:t>
      </w:r>
      <w:proofErr w:type="gramEnd"/>
    </w:p>
    <w:p w14:paraId="299CE889" w14:textId="77777777" w:rsidR="00EB5BAC" w:rsidRDefault="00B67446">
      <w:pPr>
        <w:spacing w:after="0"/>
      </w:pPr>
      <w:r>
        <w:rPr>
          <w:rFonts w:ascii="Arial" w:hAnsi="Arial"/>
        </w:rPr>
        <w:t xml:space="preserve">Wow. And what </w:t>
      </w:r>
      <w:proofErr w:type="spellStart"/>
      <w:r>
        <w:rPr>
          <w:rFonts w:ascii="Arial" w:hAnsi="Arial"/>
        </w:rPr>
        <w:t>what</w:t>
      </w:r>
      <w:proofErr w:type="spellEnd"/>
      <w:r>
        <w:rPr>
          <w:rFonts w:ascii="Arial" w:hAnsi="Arial"/>
        </w:rPr>
        <w:t xml:space="preserve"> year was that?</w:t>
      </w:r>
    </w:p>
    <w:p w14:paraId="03919143" w14:textId="77777777" w:rsidR="00EB5BAC" w:rsidRDefault="00EB5BAC">
      <w:pPr>
        <w:spacing w:after="0"/>
      </w:pPr>
    </w:p>
    <w:p w14:paraId="027E6161" w14:textId="77777777" w:rsidR="00EB5BAC" w:rsidRDefault="00B67446">
      <w:pPr>
        <w:spacing w:after="0"/>
      </w:pPr>
      <w:proofErr w:type="gramStart"/>
      <w:r>
        <w:rPr>
          <w:rFonts w:ascii="Arial" w:hAnsi="Arial"/>
          <w:b/>
        </w:rPr>
        <w:t xml:space="preserve">Alice  </w:t>
      </w:r>
      <w:r>
        <w:rPr>
          <w:rFonts w:ascii="Arial" w:hAnsi="Arial"/>
          <w:color w:val="5D7284"/>
        </w:rPr>
        <w:t>1:05:53</w:t>
      </w:r>
      <w:proofErr w:type="gramEnd"/>
    </w:p>
    <w:p w14:paraId="456A75E5" w14:textId="77777777" w:rsidR="00EB5BAC" w:rsidRDefault="00B67446">
      <w:pPr>
        <w:spacing w:after="0"/>
      </w:pPr>
      <w:r>
        <w:rPr>
          <w:rFonts w:ascii="Arial" w:hAnsi="Arial"/>
        </w:rPr>
        <w:t xml:space="preserve">1923 </w:t>
      </w:r>
    </w:p>
    <w:p w14:paraId="203999C1" w14:textId="77777777" w:rsidR="00EB5BAC" w:rsidRDefault="00EB5BAC">
      <w:pPr>
        <w:spacing w:after="0"/>
      </w:pPr>
    </w:p>
    <w:p w14:paraId="5CCC3723" w14:textId="77777777" w:rsidR="00EB5BAC" w:rsidRDefault="00B67446">
      <w:pPr>
        <w:spacing w:after="0"/>
      </w:pPr>
      <w:proofErr w:type="gramStart"/>
      <w:r>
        <w:rPr>
          <w:rFonts w:ascii="Arial" w:hAnsi="Arial"/>
          <w:b/>
        </w:rPr>
        <w:t xml:space="preserve">Lucy  </w:t>
      </w:r>
      <w:r>
        <w:rPr>
          <w:rFonts w:ascii="Arial" w:hAnsi="Arial"/>
          <w:color w:val="5D7284"/>
        </w:rPr>
        <w:t>1:05:55</w:t>
      </w:r>
      <w:proofErr w:type="gramEnd"/>
    </w:p>
    <w:p w14:paraId="216C1222" w14:textId="77777777" w:rsidR="00EB5BAC" w:rsidRDefault="00B67446">
      <w:pPr>
        <w:spacing w:after="0"/>
      </w:pPr>
      <w:r>
        <w:rPr>
          <w:rFonts w:ascii="Arial" w:hAnsi="Arial"/>
        </w:rPr>
        <w:t xml:space="preserve">Wow. </w:t>
      </w:r>
    </w:p>
    <w:p w14:paraId="4A0062B7" w14:textId="77777777" w:rsidR="00EB5BAC" w:rsidRDefault="00EB5BAC">
      <w:pPr>
        <w:spacing w:after="0"/>
      </w:pPr>
    </w:p>
    <w:p w14:paraId="0BD7E172" w14:textId="77777777" w:rsidR="00EB5BAC" w:rsidRDefault="00B67446">
      <w:pPr>
        <w:spacing w:after="0"/>
      </w:pPr>
      <w:proofErr w:type="gramStart"/>
      <w:r>
        <w:rPr>
          <w:rFonts w:ascii="Arial" w:hAnsi="Arial"/>
          <w:b/>
        </w:rPr>
        <w:t xml:space="preserve">Alice  </w:t>
      </w:r>
      <w:r>
        <w:rPr>
          <w:rFonts w:ascii="Arial" w:hAnsi="Arial"/>
          <w:color w:val="5D7284"/>
        </w:rPr>
        <w:t>1:05:56</w:t>
      </w:r>
      <w:proofErr w:type="gramEnd"/>
    </w:p>
    <w:p w14:paraId="73F09985" w14:textId="77777777" w:rsidR="00EB5BAC" w:rsidRDefault="00B67446">
      <w:pPr>
        <w:spacing w:after="0"/>
      </w:pPr>
      <w:r>
        <w:rPr>
          <w:rFonts w:ascii="Arial" w:hAnsi="Arial"/>
        </w:rPr>
        <w:t xml:space="preserve">I know. She's just </w:t>
      </w:r>
      <w:proofErr w:type="gramStart"/>
      <w:r>
        <w:rPr>
          <w:rFonts w:ascii="Arial" w:hAnsi="Arial"/>
        </w:rPr>
        <w:t>a badass</w:t>
      </w:r>
      <w:proofErr w:type="gramEnd"/>
      <w:r>
        <w:rPr>
          <w:rFonts w:ascii="Arial" w:hAnsi="Arial"/>
        </w:rPr>
        <w:t>.</w:t>
      </w:r>
    </w:p>
    <w:p w14:paraId="703E6B9D" w14:textId="77777777" w:rsidR="00EB5BAC" w:rsidRDefault="00EB5BAC">
      <w:pPr>
        <w:spacing w:after="0"/>
      </w:pPr>
    </w:p>
    <w:p w14:paraId="25B3603F" w14:textId="77777777" w:rsidR="00EB5BAC" w:rsidRDefault="00B67446">
      <w:pPr>
        <w:spacing w:after="0"/>
      </w:pPr>
      <w:proofErr w:type="gramStart"/>
      <w:r>
        <w:rPr>
          <w:rFonts w:ascii="Arial" w:hAnsi="Arial"/>
          <w:b/>
        </w:rPr>
        <w:t xml:space="preserve">Lucy  </w:t>
      </w:r>
      <w:r>
        <w:rPr>
          <w:rFonts w:ascii="Arial" w:hAnsi="Arial"/>
          <w:color w:val="5D7284"/>
        </w:rPr>
        <w:t>1:05:58</w:t>
      </w:r>
      <w:proofErr w:type="gramEnd"/>
    </w:p>
    <w:p w14:paraId="6D800E40" w14:textId="77777777" w:rsidR="00EB5BAC" w:rsidRDefault="00B67446">
      <w:pPr>
        <w:spacing w:after="0"/>
      </w:pPr>
      <w:proofErr w:type="gramStart"/>
      <w:r>
        <w:rPr>
          <w:rFonts w:ascii="Arial" w:hAnsi="Arial"/>
        </w:rPr>
        <w:t>I'm</w:t>
      </w:r>
      <w:proofErr w:type="gramEnd"/>
      <w:r>
        <w:rPr>
          <w:rFonts w:ascii="Arial" w:hAnsi="Arial"/>
        </w:rPr>
        <w:t xml:space="preserve"> not </w:t>
      </w:r>
      <w:proofErr w:type="spellStart"/>
      <w:r>
        <w:rPr>
          <w:rFonts w:ascii="Arial" w:hAnsi="Arial"/>
        </w:rPr>
        <w:t>gonna</w:t>
      </w:r>
      <w:proofErr w:type="spellEnd"/>
      <w:r>
        <w:rPr>
          <w:rFonts w:ascii="Arial" w:hAnsi="Arial"/>
        </w:rPr>
        <w:t xml:space="preserve"> stop thinking</w:t>
      </w:r>
      <w:r>
        <w:rPr>
          <w:rFonts w:ascii="Arial" w:hAnsi="Arial"/>
        </w:rPr>
        <w:t xml:space="preserve"> about her. That is amazing.</w:t>
      </w:r>
    </w:p>
    <w:p w14:paraId="64AFA462" w14:textId="77777777" w:rsidR="00EB5BAC" w:rsidRDefault="00EB5BAC">
      <w:pPr>
        <w:spacing w:after="0"/>
      </w:pPr>
    </w:p>
    <w:p w14:paraId="41423C9C" w14:textId="77777777" w:rsidR="00EB5BAC" w:rsidRDefault="00B67446">
      <w:pPr>
        <w:spacing w:after="0"/>
      </w:pPr>
      <w:proofErr w:type="gramStart"/>
      <w:r>
        <w:rPr>
          <w:rFonts w:ascii="Arial" w:hAnsi="Arial"/>
          <w:b/>
        </w:rPr>
        <w:t xml:space="preserve">Alice  </w:t>
      </w:r>
      <w:r>
        <w:rPr>
          <w:rFonts w:ascii="Arial" w:hAnsi="Arial"/>
          <w:color w:val="5D7284"/>
        </w:rPr>
        <w:t>1:06:02</w:t>
      </w:r>
      <w:proofErr w:type="gramEnd"/>
    </w:p>
    <w:p w14:paraId="251C13ED" w14:textId="77777777" w:rsidR="00EB5BAC" w:rsidRDefault="00B67446">
      <w:pPr>
        <w:spacing w:after="0"/>
      </w:pPr>
      <w:r>
        <w:rPr>
          <w:rFonts w:ascii="Arial" w:hAnsi="Arial"/>
        </w:rPr>
        <w:t xml:space="preserve">Yeah. Oh, and there's so much stuff I </w:t>
      </w:r>
      <w:proofErr w:type="gramStart"/>
      <w:r>
        <w:rPr>
          <w:rFonts w:ascii="Arial" w:hAnsi="Arial"/>
        </w:rPr>
        <w:t>haven't</w:t>
      </w:r>
      <w:proofErr w:type="gramEnd"/>
      <w:r>
        <w:rPr>
          <w:rFonts w:ascii="Arial" w:hAnsi="Arial"/>
        </w:rPr>
        <w:t xml:space="preserve"> told you about. Like, </w:t>
      </w:r>
      <w:proofErr w:type="gramStart"/>
      <w:r>
        <w:rPr>
          <w:rFonts w:ascii="Arial" w:hAnsi="Arial"/>
        </w:rPr>
        <w:t>there's</w:t>
      </w:r>
      <w:proofErr w:type="gramEnd"/>
      <w:r>
        <w:rPr>
          <w:rFonts w:ascii="Arial" w:hAnsi="Arial"/>
        </w:rPr>
        <w:t xml:space="preserve"> a whole chunk about she, she had her own theatre. And in during the Franco Prussian War, when Paris was under siege. She had she </w:t>
      </w:r>
      <w:r>
        <w:rPr>
          <w:rFonts w:ascii="Arial" w:hAnsi="Arial"/>
        </w:rPr>
        <w:t xml:space="preserve">turned her theatre into a hospital. And, you know, </w:t>
      </w:r>
      <w:proofErr w:type="gramStart"/>
      <w:r>
        <w:rPr>
          <w:rFonts w:ascii="Arial" w:hAnsi="Arial"/>
        </w:rPr>
        <w:t>she's</w:t>
      </w:r>
      <w:proofErr w:type="gramEnd"/>
      <w:r>
        <w:rPr>
          <w:rFonts w:ascii="Arial" w:hAnsi="Arial"/>
        </w:rPr>
        <w:t xml:space="preserve"> just this just badass. I mean, it sounds like she was a fucking nightmare as well with her monkey and stuff like that. And her coffin.</w:t>
      </w:r>
    </w:p>
    <w:p w14:paraId="41352A1D" w14:textId="77777777" w:rsidR="00EB5BAC" w:rsidRDefault="00EB5BAC">
      <w:pPr>
        <w:spacing w:after="0"/>
      </w:pPr>
    </w:p>
    <w:p w14:paraId="2F9D6B29" w14:textId="77777777" w:rsidR="00EB5BAC" w:rsidRDefault="00B67446">
      <w:pPr>
        <w:spacing w:after="0"/>
      </w:pPr>
      <w:proofErr w:type="gramStart"/>
      <w:r>
        <w:rPr>
          <w:rFonts w:ascii="Arial" w:hAnsi="Arial"/>
          <w:b/>
        </w:rPr>
        <w:t xml:space="preserve">Lucy  </w:t>
      </w:r>
      <w:r>
        <w:rPr>
          <w:rFonts w:ascii="Arial" w:hAnsi="Arial"/>
          <w:color w:val="5D7284"/>
        </w:rPr>
        <w:t>1:06:28</w:t>
      </w:r>
      <w:proofErr w:type="gramEnd"/>
    </w:p>
    <w:p w14:paraId="4524C874" w14:textId="77777777" w:rsidR="00EB5BAC" w:rsidRDefault="00B67446">
      <w:pPr>
        <w:spacing w:after="0"/>
      </w:pPr>
      <w:r>
        <w:rPr>
          <w:rFonts w:ascii="Arial" w:hAnsi="Arial"/>
        </w:rPr>
        <w:t>I would think that about celebrities, you know th</w:t>
      </w:r>
      <w:r>
        <w:rPr>
          <w:rFonts w:ascii="Arial" w:hAnsi="Arial"/>
        </w:rPr>
        <w:t xml:space="preserve">at what people really like? I was like Paul O'Grady, for instance, being one of them. </w:t>
      </w:r>
      <w:proofErr w:type="gramStart"/>
      <w:r>
        <w:rPr>
          <w:rFonts w:ascii="Arial" w:hAnsi="Arial"/>
        </w:rPr>
        <w:t>I've</w:t>
      </w:r>
      <w:proofErr w:type="gramEnd"/>
      <w:r>
        <w:rPr>
          <w:rFonts w:ascii="Arial" w:hAnsi="Arial"/>
        </w:rPr>
        <w:t xml:space="preserve"> never met Paul O'Grady. But I can imagine that if you get on the wrong side of him. He is a nightmare.</w:t>
      </w:r>
    </w:p>
    <w:p w14:paraId="2F2AEBB3" w14:textId="77777777" w:rsidR="00EB5BAC" w:rsidRDefault="00EB5BAC">
      <w:pPr>
        <w:spacing w:after="0"/>
      </w:pPr>
    </w:p>
    <w:p w14:paraId="1CA0F88A" w14:textId="77777777" w:rsidR="00EB5BAC" w:rsidRDefault="00B67446">
      <w:pPr>
        <w:spacing w:after="0"/>
      </w:pPr>
      <w:proofErr w:type="gramStart"/>
      <w:r>
        <w:rPr>
          <w:rFonts w:ascii="Arial" w:hAnsi="Arial"/>
          <w:b/>
        </w:rPr>
        <w:t xml:space="preserve">Alice  </w:t>
      </w:r>
      <w:r>
        <w:rPr>
          <w:rFonts w:ascii="Arial" w:hAnsi="Arial"/>
          <w:color w:val="5D7284"/>
        </w:rPr>
        <w:t>1:06:42</w:t>
      </w:r>
      <w:proofErr w:type="gramEnd"/>
    </w:p>
    <w:p w14:paraId="666B76AF" w14:textId="77777777" w:rsidR="00EB5BAC" w:rsidRDefault="00B67446">
      <w:pPr>
        <w:spacing w:after="0"/>
      </w:pPr>
      <w:r>
        <w:rPr>
          <w:rFonts w:ascii="Arial" w:hAnsi="Arial"/>
        </w:rPr>
        <w:t>Yeah.</w:t>
      </w:r>
    </w:p>
    <w:p w14:paraId="43B50C63" w14:textId="77777777" w:rsidR="00EB5BAC" w:rsidRDefault="00EB5BAC">
      <w:pPr>
        <w:spacing w:after="0"/>
      </w:pPr>
    </w:p>
    <w:p w14:paraId="13A912A0" w14:textId="77777777" w:rsidR="00EB5BAC" w:rsidRDefault="00B67446">
      <w:pPr>
        <w:spacing w:after="0"/>
      </w:pPr>
      <w:proofErr w:type="gramStart"/>
      <w:r>
        <w:rPr>
          <w:rFonts w:ascii="Arial" w:hAnsi="Arial"/>
          <w:b/>
        </w:rPr>
        <w:t xml:space="preserve">Lucy  </w:t>
      </w:r>
      <w:r>
        <w:rPr>
          <w:rFonts w:ascii="Arial" w:hAnsi="Arial"/>
          <w:color w:val="5D7284"/>
        </w:rPr>
        <w:t>1:06:42</w:t>
      </w:r>
      <w:proofErr w:type="gramEnd"/>
    </w:p>
    <w:p w14:paraId="583C43BD" w14:textId="77777777" w:rsidR="00EB5BAC" w:rsidRDefault="00B67446">
      <w:pPr>
        <w:spacing w:after="0"/>
      </w:pPr>
      <w:r>
        <w:rPr>
          <w:rFonts w:ascii="Arial" w:hAnsi="Arial"/>
        </w:rPr>
        <w:t xml:space="preserve"> Do you know what I mean?</w:t>
      </w:r>
      <w:r>
        <w:rPr>
          <w:rFonts w:ascii="Arial" w:hAnsi="Arial"/>
        </w:rPr>
        <w:t xml:space="preserve"> </w:t>
      </w:r>
    </w:p>
    <w:p w14:paraId="1AFF8BAB" w14:textId="77777777" w:rsidR="00EB5BAC" w:rsidRDefault="00EB5BAC">
      <w:pPr>
        <w:spacing w:after="0"/>
      </w:pPr>
    </w:p>
    <w:p w14:paraId="589DE913" w14:textId="77777777" w:rsidR="00EB5BAC" w:rsidRDefault="00B67446">
      <w:pPr>
        <w:spacing w:after="0"/>
      </w:pPr>
      <w:proofErr w:type="gramStart"/>
      <w:r>
        <w:rPr>
          <w:rFonts w:ascii="Arial" w:hAnsi="Arial"/>
          <w:b/>
        </w:rPr>
        <w:t xml:space="preserve">Alice  </w:t>
      </w:r>
      <w:r>
        <w:rPr>
          <w:rFonts w:ascii="Arial" w:hAnsi="Arial"/>
          <w:color w:val="5D7284"/>
        </w:rPr>
        <w:t>1:06:43</w:t>
      </w:r>
      <w:proofErr w:type="gramEnd"/>
    </w:p>
    <w:p w14:paraId="3D036275" w14:textId="77777777" w:rsidR="00EB5BAC" w:rsidRDefault="00B67446">
      <w:pPr>
        <w:spacing w:after="0"/>
      </w:pPr>
      <w:r>
        <w:rPr>
          <w:rFonts w:ascii="Arial" w:hAnsi="Arial"/>
        </w:rPr>
        <w:t xml:space="preserve">Like, I could talk to him about dogs for hours. But yeah, I can absolutely. Like. He </w:t>
      </w:r>
      <w:proofErr w:type="gramStart"/>
      <w:r>
        <w:rPr>
          <w:rFonts w:ascii="Arial" w:hAnsi="Arial"/>
        </w:rPr>
        <w:t>weren't</w:t>
      </w:r>
      <w:proofErr w:type="gramEnd"/>
      <w:r>
        <w:rPr>
          <w:rFonts w:ascii="Arial" w:hAnsi="Arial"/>
        </w:rPr>
        <w:t xml:space="preserve"> called Lilly Savage for nothing.</w:t>
      </w:r>
    </w:p>
    <w:p w14:paraId="45E4F334" w14:textId="77777777" w:rsidR="00EB5BAC" w:rsidRDefault="00EB5BAC">
      <w:pPr>
        <w:spacing w:after="0"/>
      </w:pPr>
    </w:p>
    <w:p w14:paraId="7B52DD6A" w14:textId="77777777" w:rsidR="00EB5BAC" w:rsidRDefault="00B67446">
      <w:pPr>
        <w:spacing w:after="0"/>
      </w:pPr>
      <w:proofErr w:type="gramStart"/>
      <w:r>
        <w:rPr>
          <w:rFonts w:ascii="Arial" w:hAnsi="Arial"/>
          <w:b/>
        </w:rPr>
        <w:t xml:space="preserve">Lucy  </w:t>
      </w:r>
      <w:r>
        <w:rPr>
          <w:rFonts w:ascii="Arial" w:hAnsi="Arial"/>
          <w:color w:val="5D7284"/>
        </w:rPr>
        <w:t>1:06:53</w:t>
      </w:r>
      <w:proofErr w:type="gramEnd"/>
    </w:p>
    <w:p w14:paraId="35052F4F" w14:textId="77777777" w:rsidR="00EB5BAC" w:rsidRDefault="00B67446">
      <w:pPr>
        <w:spacing w:after="0"/>
      </w:pPr>
      <w:r>
        <w:rPr>
          <w:rFonts w:ascii="Arial" w:hAnsi="Arial"/>
        </w:rPr>
        <w:t xml:space="preserve">No. Exactly. And I think I think </w:t>
      </w:r>
      <w:proofErr w:type="gramStart"/>
      <w:r>
        <w:rPr>
          <w:rFonts w:ascii="Arial" w:hAnsi="Arial"/>
        </w:rPr>
        <w:t>it's,</w:t>
      </w:r>
      <w:proofErr w:type="gramEnd"/>
      <w:r>
        <w:rPr>
          <w:rFonts w:ascii="Arial" w:hAnsi="Arial"/>
        </w:rPr>
        <w:t xml:space="preserve"> I think I don't want to compare it to Lily Savage. But I w</w:t>
      </w:r>
      <w:r>
        <w:rPr>
          <w:rFonts w:ascii="Arial" w:hAnsi="Arial"/>
        </w:rPr>
        <w:t xml:space="preserve">ill. I think that um, I get the sense that you </w:t>
      </w:r>
      <w:proofErr w:type="gramStart"/>
      <w:r>
        <w:rPr>
          <w:rFonts w:ascii="Arial" w:hAnsi="Arial"/>
        </w:rPr>
        <w:t>wouldn't</w:t>
      </w:r>
      <w:proofErr w:type="gramEnd"/>
      <w:r>
        <w:rPr>
          <w:rFonts w:ascii="Arial" w:hAnsi="Arial"/>
        </w:rPr>
        <w:t xml:space="preserve"> want to get on the wrong side of her. To be honest. You know what I mean? That kind of like, </w:t>
      </w:r>
      <w:proofErr w:type="gramStart"/>
      <w:r>
        <w:rPr>
          <w:rFonts w:ascii="Arial" w:hAnsi="Arial"/>
        </w:rPr>
        <w:t>I'll</w:t>
      </w:r>
      <w:proofErr w:type="gramEnd"/>
      <w:r>
        <w:rPr>
          <w:rFonts w:ascii="Arial" w:hAnsi="Arial"/>
        </w:rPr>
        <w:t xml:space="preserve"> be nice to you. And yes, </w:t>
      </w:r>
      <w:proofErr w:type="gramStart"/>
      <w:r>
        <w:rPr>
          <w:rFonts w:ascii="Arial" w:hAnsi="Arial"/>
        </w:rPr>
        <w:t>you're</w:t>
      </w:r>
      <w:proofErr w:type="gramEnd"/>
      <w:r>
        <w:rPr>
          <w:rFonts w:ascii="Arial" w:hAnsi="Arial"/>
        </w:rPr>
        <w:t xml:space="preserve"> my adoring public. But if you get that, I can imagine that conversatio</w:t>
      </w:r>
      <w:r>
        <w:rPr>
          <w:rFonts w:ascii="Arial" w:hAnsi="Arial"/>
        </w:rPr>
        <w:t xml:space="preserve">n that lasts performance in America. How that who had to broach the subject of Will you wear this? Like, please? Why? </w:t>
      </w:r>
    </w:p>
    <w:p w14:paraId="22F4B0A9" w14:textId="77777777" w:rsidR="00EB5BAC" w:rsidRDefault="00EB5BAC">
      <w:pPr>
        <w:spacing w:after="0"/>
      </w:pPr>
    </w:p>
    <w:p w14:paraId="2029F766" w14:textId="77777777" w:rsidR="00EB5BAC" w:rsidRDefault="00B67446">
      <w:pPr>
        <w:spacing w:after="0"/>
      </w:pPr>
      <w:proofErr w:type="gramStart"/>
      <w:r>
        <w:rPr>
          <w:rFonts w:ascii="Arial" w:hAnsi="Arial"/>
          <w:b/>
        </w:rPr>
        <w:t xml:space="preserve">Alice  </w:t>
      </w:r>
      <w:r>
        <w:rPr>
          <w:rFonts w:ascii="Arial" w:hAnsi="Arial"/>
          <w:color w:val="5D7284"/>
        </w:rPr>
        <w:t>1:07:23</w:t>
      </w:r>
      <w:proofErr w:type="gramEnd"/>
    </w:p>
    <w:p w14:paraId="0504B9C8" w14:textId="77777777" w:rsidR="00EB5BAC" w:rsidRDefault="00B67446">
      <w:pPr>
        <w:spacing w:after="0"/>
      </w:pPr>
      <w:r>
        <w:rPr>
          <w:rFonts w:ascii="Arial" w:hAnsi="Arial"/>
        </w:rPr>
        <w:lastRenderedPageBreak/>
        <w:t>Oh yeah, I feel I feel sorry for that person. I do not fancy their job.</w:t>
      </w:r>
    </w:p>
    <w:p w14:paraId="2157EA33" w14:textId="77777777" w:rsidR="00EB5BAC" w:rsidRDefault="00EB5BAC">
      <w:pPr>
        <w:spacing w:after="0"/>
      </w:pPr>
    </w:p>
    <w:p w14:paraId="44C07760" w14:textId="77777777" w:rsidR="00EB5BAC" w:rsidRDefault="00B67446">
      <w:pPr>
        <w:spacing w:after="0"/>
      </w:pPr>
      <w:proofErr w:type="gramStart"/>
      <w:r>
        <w:rPr>
          <w:rFonts w:ascii="Arial" w:hAnsi="Arial"/>
          <w:b/>
        </w:rPr>
        <w:t xml:space="preserve">Lucy  </w:t>
      </w:r>
      <w:r>
        <w:rPr>
          <w:rFonts w:ascii="Arial" w:hAnsi="Arial"/>
          <w:color w:val="5D7284"/>
        </w:rPr>
        <w:t>1:07:25</w:t>
      </w:r>
      <w:proofErr w:type="gramEnd"/>
    </w:p>
    <w:p w14:paraId="26B07757" w14:textId="77777777" w:rsidR="00EB5BAC" w:rsidRDefault="00B67446">
      <w:pPr>
        <w:spacing w:after="0"/>
      </w:pPr>
      <w:proofErr w:type="spellStart"/>
      <w:r>
        <w:rPr>
          <w:rFonts w:ascii="Arial" w:hAnsi="Arial"/>
        </w:rPr>
        <w:t>Beacuase</w:t>
      </w:r>
      <w:proofErr w:type="spellEnd"/>
      <w:r>
        <w:rPr>
          <w:rFonts w:ascii="Arial" w:hAnsi="Arial"/>
        </w:rPr>
        <w:t xml:space="preserve"> I mean and How hard </w:t>
      </w:r>
      <w:r>
        <w:rPr>
          <w:rFonts w:ascii="Arial" w:hAnsi="Arial"/>
        </w:rPr>
        <w:t xml:space="preserve">did they have to work to go wear the leg, wear the leg, wear the leg, no, wear the leg, Oh all right then. What did he have to promise? Because you can imagine, you can imagine her saying </w:t>
      </w:r>
      <w:proofErr w:type="gramStart"/>
      <w:r>
        <w:rPr>
          <w:rFonts w:ascii="Arial" w:hAnsi="Arial"/>
        </w:rPr>
        <w:t>I'll</w:t>
      </w:r>
      <w:proofErr w:type="gramEnd"/>
      <w:r>
        <w:rPr>
          <w:rFonts w:ascii="Arial" w:hAnsi="Arial"/>
        </w:rPr>
        <w:t xml:space="preserve"> wear the leg this time, but I'm not coming back again.</w:t>
      </w:r>
    </w:p>
    <w:p w14:paraId="5ADF19CC" w14:textId="77777777" w:rsidR="00EB5BAC" w:rsidRDefault="00EB5BAC">
      <w:pPr>
        <w:spacing w:after="0"/>
      </w:pPr>
    </w:p>
    <w:p w14:paraId="3BED951B" w14:textId="77777777" w:rsidR="00EB5BAC" w:rsidRDefault="00B67446">
      <w:pPr>
        <w:spacing w:after="0"/>
      </w:pPr>
      <w:proofErr w:type="gramStart"/>
      <w:r>
        <w:rPr>
          <w:rFonts w:ascii="Arial" w:hAnsi="Arial"/>
          <w:b/>
        </w:rPr>
        <w:t xml:space="preserve">Alice  </w:t>
      </w:r>
      <w:r>
        <w:rPr>
          <w:rFonts w:ascii="Arial" w:hAnsi="Arial"/>
          <w:color w:val="5D7284"/>
        </w:rPr>
        <w:t>1:07:27</w:t>
      </w:r>
      <w:proofErr w:type="gramEnd"/>
    </w:p>
    <w:p w14:paraId="247DF92A" w14:textId="77777777" w:rsidR="00EB5BAC" w:rsidRDefault="00B67446">
      <w:pPr>
        <w:spacing w:after="0"/>
      </w:pPr>
      <w:r>
        <w:rPr>
          <w:rFonts w:ascii="Arial" w:hAnsi="Arial"/>
        </w:rPr>
        <w:t xml:space="preserve">I had no idea who she was until I stumbled across the dangerous woman project. Victoria Duquette, I would absolutely encourage anybody </w:t>
      </w:r>
      <w:proofErr w:type="gramStart"/>
      <w:r>
        <w:rPr>
          <w:rFonts w:ascii="Arial" w:hAnsi="Arial"/>
        </w:rPr>
        <w:t>who's</w:t>
      </w:r>
      <w:proofErr w:type="gramEnd"/>
      <w:r>
        <w:rPr>
          <w:rFonts w:ascii="Arial" w:hAnsi="Arial"/>
        </w:rPr>
        <w:t xml:space="preserve"> interested, have a Google go and have a read because there's some brilliant I think, I think that Rosa Mae </w:t>
      </w:r>
      <w:r>
        <w:rPr>
          <w:rFonts w:ascii="Arial" w:hAnsi="Arial"/>
        </w:rPr>
        <w:t xml:space="preserve">is on there as well. </w:t>
      </w:r>
    </w:p>
    <w:p w14:paraId="0FCC7742" w14:textId="77777777" w:rsidR="00EB5BAC" w:rsidRDefault="00EB5BAC">
      <w:pPr>
        <w:spacing w:after="0"/>
      </w:pPr>
    </w:p>
    <w:p w14:paraId="3207DEE4" w14:textId="77777777" w:rsidR="00EB5BAC" w:rsidRDefault="00B67446">
      <w:pPr>
        <w:spacing w:after="0"/>
      </w:pPr>
      <w:proofErr w:type="gramStart"/>
      <w:r>
        <w:rPr>
          <w:rFonts w:ascii="Arial" w:hAnsi="Arial"/>
          <w:b/>
        </w:rPr>
        <w:t xml:space="preserve">Lucy  </w:t>
      </w:r>
      <w:r>
        <w:rPr>
          <w:rFonts w:ascii="Arial" w:hAnsi="Arial"/>
          <w:color w:val="5D7284"/>
        </w:rPr>
        <w:t>1:07:58</w:t>
      </w:r>
      <w:proofErr w:type="gramEnd"/>
    </w:p>
    <w:p w14:paraId="72FEA857" w14:textId="77777777" w:rsidR="00EB5BAC" w:rsidRDefault="00B67446">
      <w:pPr>
        <w:spacing w:after="0"/>
      </w:pPr>
      <w:r>
        <w:rPr>
          <w:rFonts w:ascii="Arial" w:hAnsi="Arial"/>
        </w:rPr>
        <w:t>Yeah</w:t>
      </w:r>
    </w:p>
    <w:p w14:paraId="2E8D17CE" w14:textId="77777777" w:rsidR="00EB5BAC" w:rsidRDefault="00EB5BAC">
      <w:pPr>
        <w:spacing w:after="0"/>
      </w:pPr>
    </w:p>
    <w:p w14:paraId="75D6F999" w14:textId="77777777" w:rsidR="00EB5BAC" w:rsidRDefault="00B67446">
      <w:pPr>
        <w:spacing w:after="0"/>
      </w:pPr>
      <w:proofErr w:type="gramStart"/>
      <w:r>
        <w:rPr>
          <w:rFonts w:ascii="Arial" w:hAnsi="Arial"/>
          <w:b/>
        </w:rPr>
        <w:t xml:space="preserve">Alice  </w:t>
      </w:r>
      <w:r>
        <w:rPr>
          <w:rFonts w:ascii="Arial" w:hAnsi="Arial"/>
          <w:color w:val="5D7284"/>
        </w:rPr>
        <w:t>1:08:00</w:t>
      </w:r>
      <w:proofErr w:type="gramEnd"/>
    </w:p>
    <w:p w14:paraId="53325286" w14:textId="77777777" w:rsidR="00EB5BAC" w:rsidRDefault="00B67446">
      <w:pPr>
        <w:spacing w:after="0"/>
      </w:pPr>
      <w:r>
        <w:rPr>
          <w:rFonts w:ascii="Arial" w:hAnsi="Arial"/>
        </w:rPr>
        <w:t xml:space="preserve">I think Sarah's story would be </w:t>
      </w:r>
      <w:proofErr w:type="gramStart"/>
      <w:r>
        <w:rPr>
          <w:rFonts w:ascii="Arial" w:hAnsi="Arial"/>
        </w:rPr>
        <w:t>very different</w:t>
      </w:r>
      <w:proofErr w:type="gramEnd"/>
      <w:r>
        <w:rPr>
          <w:rFonts w:ascii="Arial" w:hAnsi="Arial"/>
        </w:rPr>
        <w:t xml:space="preserve"> if she was born with her disability.  Oh, yes and, you know, if she </w:t>
      </w:r>
      <w:proofErr w:type="gramStart"/>
      <w:r>
        <w:rPr>
          <w:rFonts w:ascii="Arial" w:hAnsi="Arial"/>
        </w:rPr>
        <w:t>didn't</w:t>
      </w:r>
      <w:proofErr w:type="gramEnd"/>
      <w:r>
        <w:rPr>
          <w:rFonts w:ascii="Arial" w:hAnsi="Arial"/>
        </w:rPr>
        <w:t xml:space="preserve"> have the power and the popularity, before she became disabled, I don't </w:t>
      </w:r>
      <w:r>
        <w:rPr>
          <w:rFonts w:ascii="Arial" w:hAnsi="Arial"/>
        </w:rPr>
        <w:t>think we'd know who she was, even if she was a hugely talented actress. Because it is, she only got away with what she got away with. Because she was, you know, already powerful, and so powerful that even when she lost her leg, and like that element of kin</w:t>
      </w:r>
      <w:r>
        <w:rPr>
          <w:rFonts w:ascii="Arial" w:hAnsi="Arial"/>
        </w:rPr>
        <w:t xml:space="preserve">d of, you know, the, the typical patriarchal power system was taken away from her that like, ableism she was still 10 times powerful and most other </w:t>
      </w:r>
      <w:proofErr w:type="gramStart"/>
      <w:r>
        <w:rPr>
          <w:rFonts w:ascii="Arial" w:hAnsi="Arial"/>
        </w:rPr>
        <w:t>people .</w:t>
      </w:r>
      <w:proofErr w:type="gramEnd"/>
      <w:r>
        <w:rPr>
          <w:rFonts w:ascii="Arial" w:hAnsi="Arial"/>
        </w:rPr>
        <w:t xml:space="preserve"> Yeah. I mean, that was taken a huge leap of faith as well, to think to herself, right, I'm </w:t>
      </w:r>
      <w:proofErr w:type="spellStart"/>
      <w:r>
        <w:rPr>
          <w:rFonts w:ascii="Arial" w:hAnsi="Arial"/>
        </w:rPr>
        <w:t>gonna</w:t>
      </w:r>
      <w:proofErr w:type="spellEnd"/>
      <w:r>
        <w:rPr>
          <w:rFonts w:ascii="Arial" w:hAnsi="Arial"/>
        </w:rPr>
        <w:t>, I</w:t>
      </w:r>
      <w:r>
        <w:rPr>
          <w:rFonts w:ascii="Arial" w:hAnsi="Arial"/>
        </w:rPr>
        <w:t xml:space="preserve">'ve got all this status, all this power, everybody knows who I am </w:t>
      </w:r>
      <w:proofErr w:type="gramStart"/>
      <w:r>
        <w:rPr>
          <w:rFonts w:ascii="Arial" w:hAnsi="Arial"/>
        </w:rPr>
        <w:t>To</w:t>
      </w:r>
      <w:proofErr w:type="gramEnd"/>
      <w:r>
        <w:rPr>
          <w:rFonts w:ascii="Arial" w:hAnsi="Arial"/>
        </w:rPr>
        <w:t xml:space="preserve"> go my, My life is so badly affected by the pain that I'm in. I would rather lose all of that.</w:t>
      </w:r>
    </w:p>
    <w:p w14:paraId="4C94C6E8" w14:textId="77777777" w:rsidR="00EB5BAC" w:rsidRDefault="00EB5BAC">
      <w:pPr>
        <w:spacing w:after="0"/>
      </w:pPr>
    </w:p>
    <w:p w14:paraId="029F7F29" w14:textId="77777777" w:rsidR="00EB5BAC" w:rsidRDefault="00B67446">
      <w:pPr>
        <w:spacing w:after="0"/>
      </w:pPr>
      <w:proofErr w:type="gramStart"/>
      <w:r>
        <w:rPr>
          <w:rFonts w:ascii="Arial" w:hAnsi="Arial"/>
          <w:b/>
        </w:rPr>
        <w:t xml:space="preserve">Lucy  </w:t>
      </w:r>
      <w:r>
        <w:rPr>
          <w:rFonts w:ascii="Arial" w:hAnsi="Arial"/>
          <w:color w:val="5D7284"/>
        </w:rPr>
        <w:t>1:09:01</w:t>
      </w:r>
      <w:proofErr w:type="gramEnd"/>
    </w:p>
    <w:p w14:paraId="3BDE094F" w14:textId="77777777" w:rsidR="00EB5BAC" w:rsidRDefault="00B67446">
      <w:pPr>
        <w:spacing w:after="0"/>
      </w:pPr>
      <w:r>
        <w:rPr>
          <w:rFonts w:ascii="Arial" w:hAnsi="Arial"/>
        </w:rPr>
        <w:t xml:space="preserve">Yes. exactly. </w:t>
      </w:r>
    </w:p>
    <w:p w14:paraId="5017E521" w14:textId="77777777" w:rsidR="00EB5BAC" w:rsidRDefault="00EB5BAC">
      <w:pPr>
        <w:spacing w:after="0"/>
      </w:pPr>
    </w:p>
    <w:p w14:paraId="3FBE1421" w14:textId="77777777" w:rsidR="00EB5BAC" w:rsidRDefault="00B67446">
      <w:pPr>
        <w:spacing w:after="0"/>
      </w:pPr>
      <w:proofErr w:type="gramStart"/>
      <w:r>
        <w:rPr>
          <w:rFonts w:ascii="Arial" w:hAnsi="Arial"/>
          <w:b/>
        </w:rPr>
        <w:t xml:space="preserve">Alice  </w:t>
      </w:r>
      <w:r>
        <w:rPr>
          <w:rFonts w:ascii="Arial" w:hAnsi="Arial"/>
          <w:color w:val="5D7284"/>
        </w:rPr>
        <w:t>1:09:02</w:t>
      </w:r>
      <w:proofErr w:type="gramEnd"/>
    </w:p>
    <w:p w14:paraId="7A171A77" w14:textId="77777777" w:rsidR="00EB5BAC" w:rsidRDefault="00B67446">
      <w:pPr>
        <w:spacing w:after="0"/>
      </w:pPr>
      <w:proofErr w:type="gramStart"/>
      <w:r>
        <w:rPr>
          <w:rFonts w:ascii="Arial" w:hAnsi="Arial"/>
        </w:rPr>
        <w:t>Than</w:t>
      </w:r>
      <w:proofErr w:type="gramEnd"/>
      <w:r>
        <w:rPr>
          <w:rFonts w:ascii="Arial" w:hAnsi="Arial"/>
        </w:rPr>
        <w:t xml:space="preserve"> keep my leg. </w:t>
      </w:r>
    </w:p>
    <w:p w14:paraId="635F3752" w14:textId="77777777" w:rsidR="00EB5BAC" w:rsidRDefault="00EB5BAC">
      <w:pPr>
        <w:spacing w:after="0"/>
      </w:pPr>
    </w:p>
    <w:p w14:paraId="56DA3ACD" w14:textId="77777777" w:rsidR="00EB5BAC" w:rsidRDefault="00B67446">
      <w:pPr>
        <w:spacing w:after="0"/>
      </w:pPr>
      <w:proofErr w:type="gramStart"/>
      <w:r>
        <w:rPr>
          <w:rFonts w:ascii="Arial" w:hAnsi="Arial"/>
          <w:b/>
        </w:rPr>
        <w:t xml:space="preserve">Lucy  </w:t>
      </w:r>
      <w:r>
        <w:rPr>
          <w:rFonts w:ascii="Arial" w:hAnsi="Arial"/>
          <w:color w:val="5D7284"/>
        </w:rPr>
        <w:t>1:09:03</w:t>
      </w:r>
      <w:proofErr w:type="gramEnd"/>
    </w:p>
    <w:p w14:paraId="0D0EA789" w14:textId="77777777" w:rsidR="00EB5BAC" w:rsidRDefault="00B67446">
      <w:pPr>
        <w:spacing w:after="0"/>
      </w:pPr>
      <w:r>
        <w:rPr>
          <w:rFonts w:ascii="Arial" w:hAnsi="Arial"/>
        </w:rPr>
        <w:t xml:space="preserve">Yeah, </w:t>
      </w:r>
      <w:proofErr w:type="gramStart"/>
      <w:r>
        <w:rPr>
          <w:rFonts w:ascii="Arial" w:hAnsi="Arial"/>
        </w:rPr>
        <w:t>That</w:t>
      </w:r>
      <w:proofErr w:type="gramEnd"/>
      <w:r>
        <w:rPr>
          <w:rFonts w:ascii="Arial" w:hAnsi="Arial"/>
        </w:rPr>
        <w:t xml:space="preserve"> mu</w:t>
      </w:r>
      <w:r>
        <w:rPr>
          <w:rFonts w:ascii="Arial" w:hAnsi="Arial"/>
        </w:rPr>
        <w:t>st've been a - that. That takes guts to make that decision and go, okay. But it also makes me wonder whether how, how hard she had to work to keep at that level.</w:t>
      </w:r>
    </w:p>
    <w:p w14:paraId="063DFD2D" w14:textId="77777777" w:rsidR="00EB5BAC" w:rsidRDefault="00EB5BAC">
      <w:pPr>
        <w:spacing w:after="0"/>
      </w:pPr>
    </w:p>
    <w:p w14:paraId="132668FD" w14:textId="77777777" w:rsidR="00EB5BAC" w:rsidRDefault="00B67446">
      <w:pPr>
        <w:spacing w:after="0"/>
      </w:pPr>
      <w:proofErr w:type="gramStart"/>
      <w:r>
        <w:rPr>
          <w:rFonts w:ascii="Arial" w:hAnsi="Arial"/>
          <w:b/>
        </w:rPr>
        <w:t xml:space="preserve">Alice  </w:t>
      </w:r>
      <w:r>
        <w:rPr>
          <w:rFonts w:ascii="Arial" w:hAnsi="Arial"/>
          <w:color w:val="5D7284"/>
        </w:rPr>
        <w:t>1:09:17</w:t>
      </w:r>
      <w:proofErr w:type="gramEnd"/>
    </w:p>
    <w:p w14:paraId="439669E2" w14:textId="77777777" w:rsidR="00EB5BAC" w:rsidRDefault="00B67446">
      <w:pPr>
        <w:spacing w:after="0"/>
      </w:pPr>
      <w:r>
        <w:rPr>
          <w:rFonts w:ascii="Arial" w:hAnsi="Arial"/>
        </w:rPr>
        <w:t>Yeah.</w:t>
      </w:r>
    </w:p>
    <w:p w14:paraId="7C68D0E0" w14:textId="77777777" w:rsidR="00EB5BAC" w:rsidRDefault="00EB5BAC">
      <w:pPr>
        <w:spacing w:after="0"/>
      </w:pPr>
    </w:p>
    <w:p w14:paraId="5C22100B" w14:textId="77777777" w:rsidR="00EB5BAC" w:rsidRDefault="00B67446">
      <w:pPr>
        <w:spacing w:after="0"/>
      </w:pPr>
      <w:proofErr w:type="gramStart"/>
      <w:r>
        <w:rPr>
          <w:rFonts w:ascii="Arial" w:hAnsi="Arial"/>
          <w:b/>
        </w:rPr>
        <w:t xml:space="preserve">Lucy  </w:t>
      </w:r>
      <w:r>
        <w:rPr>
          <w:rFonts w:ascii="Arial" w:hAnsi="Arial"/>
          <w:color w:val="5D7284"/>
        </w:rPr>
        <w:t>1:09:18</w:t>
      </w:r>
      <w:proofErr w:type="gramEnd"/>
    </w:p>
    <w:p w14:paraId="21CE5AC7" w14:textId="77777777" w:rsidR="00EB5BAC" w:rsidRDefault="00B67446">
      <w:pPr>
        <w:spacing w:after="0"/>
      </w:pPr>
      <w:r>
        <w:rPr>
          <w:rFonts w:ascii="Arial" w:hAnsi="Arial"/>
        </w:rPr>
        <w:t xml:space="preserve">You know what I mean, to go off, but </w:t>
      </w:r>
      <w:proofErr w:type="gramStart"/>
      <w:r>
        <w:rPr>
          <w:rFonts w:ascii="Arial" w:hAnsi="Arial"/>
        </w:rPr>
        <w:t>I'm</w:t>
      </w:r>
      <w:proofErr w:type="gramEnd"/>
      <w:r>
        <w:rPr>
          <w:rFonts w:ascii="Arial" w:hAnsi="Arial"/>
        </w:rPr>
        <w:t xml:space="preserve"> still the Sarah </w:t>
      </w:r>
      <w:r>
        <w:rPr>
          <w:rFonts w:ascii="Arial" w:hAnsi="Arial"/>
        </w:rPr>
        <w:t>you knew from before who had two legs?</w:t>
      </w:r>
    </w:p>
    <w:p w14:paraId="047D4389" w14:textId="77777777" w:rsidR="00EB5BAC" w:rsidRDefault="00EB5BAC">
      <w:pPr>
        <w:spacing w:after="0"/>
      </w:pPr>
    </w:p>
    <w:p w14:paraId="54949DEF" w14:textId="77777777" w:rsidR="00EB5BAC" w:rsidRDefault="00B67446">
      <w:pPr>
        <w:spacing w:after="0"/>
      </w:pPr>
      <w:proofErr w:type="gramStart"/>
      <w:r>
        <w:rPr>
          <w:rFonts w:ascii="Arial" w:hAnsi="Arial"/>
          <w:b/>
        </w:rPr>
        <w:t xml:space="preserve">Alice  </w:t>
      </w:r>
      <w:r>
        <w:rPr>
          <w:rFonts w:ascii="Arial" w:hAnsi="Arial"/>
          <w:color w:val="5D7284"/>
        </w:rPr>
        <w:t>1:09:24</w:t>
      </w:r>
      <w:proofErr w:type="gramEnd"/>
    </w:p>
    <w:p w14:paraId="647BB862" w14:textId="77777777" w:rsidR="00EB5BAC" w:rsidRDefault="00B67446">
      <w:pPr>
        <w:spacing w:after="0"/>
      </w:pPr>
      <w:r>
        <w:rPr>
          <w:rFonts w:ascii="Arial" w:hAnsi="Arial"/>
        </w:rPr>
        <w:lastRenderedPageBreak/>
        <w:t xml:space="preserve">Yeah. And yeah. And I mean, </w:t>
      </w:r>
      <w:proofErr w:type="gramStart"/>
      <w:r>
        <w:rPr>
          <w:rFonts w:ascii="Arial" w:hAnsi="Arial"/>
        </w:rPr>
        <w:t>it's</w:t>
      </w:r>
      <w:proofErr w:type="gramEnd"/>
      <w:r>
        <w:rPr>
          <w:rFonts w:ascii="Arial" w:hAnsi="Arial"/>
        </w:rPr>
        <w:t xml:space="preserve"> definitely different because she's, you know, she was performing whole plays in Paris to packed out theatres, and it looks like after losing her leg she was doing. </w:t>
      </w:r>
    </w:p>
    <w:p w14:paraId="795D6A47" w14:textId="77777777" w:rsidR="00EB5BAC" w:rsidRDefault="00EB5BAC">
      <w:pPr>
        <w:spacing w:after="0"/>
      </w:pPr>
    </w:p>
    <w:p w14:paraId="0FC32E77" w14:textId="77777777" w:rsidR="00EB5BAC" w:rsidRDefault="00B67446">
      <w:pPr>
        <w:spacing w:after="0"/>
      </w:pPr>
      <w:proofErr w:type="gramStart"/>
      <w:r>
        <w:rPr>
          <w:rFonts w:ascii="Arial" w:hAnsi="Arial"/>
          <w:b/>
        </w:rPr>
        <w:t>Lu</w:t>
      </w:r>
      <w:r>
        <w:rPr>
          <w:rFonts w:ascii="Arial" w:hAnsi="Arial"/>
          <w:b/>
        </w:rPr>
        <w:t xml:space="preserve">cy  </w:t>
      </w:r>
      <w:r>
        <w:rPr>
          <w:rFonts w:ascii="Arial" w:hAnsi="Arial"/>
          <w:color w:val="5D7284"/>
        </w:rPr>
        <w:t>1:09:38</w:t>
      </w:r>
      <w:proofErr w:type="gramEnd"/>
    </w:p>
    <w:p w14:paraId="4DDA4AB2" w14:textId="77777777" w:rsidR="00EB5BAC" w:rsidRDefault="00B67446">
      <w:pPr>
        <w:spacing w:after="0"/>
      </w:pPr>
      <w:r>
        <w:rPr>
          <w:rFonts w:ascii="Arial" w:hAnsi="Arial"/>
        </w:rPr>
        <w:t>Greatest hits tour</w:t>
      </w:r>
    </w:p>
    <w:p w14:paraId="4A7062BC" w14:textId="77777777" w:rsidR="00EB5BAC" w:rsidRDefault="00EB5BAC">
      <w:pPr>
        <w:spacing w:after="0"/>
      </w:pPr>
    </w:p>
    <w:p w14:paraId="5488987E" w14:textId="77777777" w:rsidR="00EB5BAC" w:rsidRDefault="00B67446">
      <w:pPr>
        <w:spacing w:after="0"/>
      </w:pPr>
      <w:proofErr w:type="gramStart"/>
      <w:r>
        <w:rPr>
          <w:rFonts w:ascii="Arial" w:hAnsi="Arial"/>
          <w:b/>
        </w:rPr>
        <w:t xml:space="preserve">Alice  </w:t>
      </w:r>
      <w:r>
        <w:rPr>
          <w:rFonts w:ascii="Arial" w:hAnsi="Arial"/>
          <w:color w:val="5D7284"/>
        </w:rPr>
        <w:t>1:09:39</w:t>
      </w:r>
      <w:proofErr w:type="gramEnd"/>
    </w:p>
    <w:p w14:paraId="174EFD95" w14:textId="77777777" w:rsidR="00EB5BAC" w:rsidRDefault="00B67446">
      <w:pPr>
        <w:spacing w:after="0"/>
      </w:pPr>
      <w:r>
        <w:rPr>
          <w:rFonts w:ascii="Arial" w:hAnsi="Arial"/>
        </w:rPr>
        <w:t xml:space="preserve">Yeah, exactly. </w:t>
      </w:r>
      <w:proofErr w:type="gramStart"/>
      <w:r>
        <w:rPr>
          <w:rFonts w:ascii="Arial" w:hAnsi="Arial"/>
        </w:rPr>
        <w:t>So</w:t>
      </w:r>
      <w:proofErr w:type="gramEnd"/>
      <w:r>
        <w:rPr>
          <w:rFonts w:ascii="Arial" w:hAnsi="Arial"/>
        </w:rPr>
        <w:t xml:space="preserve"> it isn't the same level of sort of fame and success, even though she was perhaps less successful in terms of the crowds she was maybe pulling in or how infamous she was after her amputation. </w:t>
      </w:r>
      <w:r>
        <w:rPr>
          <w:rFonts w:ascii="Arial" w:hAnsi="Arial"/>
        </w:rPr>
        <w:t xml:space="preserve">She I think </w:t>
      </w:r>
      <w:proofErr w:type="gramStart"/>
      <w:r>
        <w:rPr>
          <w:rFonts w:ascii="Arial" w:hAnsi="Arial"/>
        </w:rPr>
        <w:t>it's</w:t>
      </w:r>
      <w:proofErr w:type="gramEnd"/>
      <w:r>
        <w:rPr>
          <w:rFonts w:ascii="Arial" w:hAnsi="Arial"/>
        </w:rPr>
        <w:t xml:space="preserve"> just the fact that she didn't stop. It </w:t>
      </w:r>
      <w:proofErr w:type="gramStart"/>
      <w:r>
        <w:rPr>
          <w:rFonts w:ascii="Arial" w:hAnsi="Arial"/>
        </w:rPr>
        <w:t>wasn't</w:t>
      </w:r>
      <w:proofErr w:type="gramEnd"/>
      <w:r>
        <w:rPr>
          <w:rFonts w:ascii="Arial" w:hAnsi="Arial"/>
        </w:rPr>
        <w:t xml:space="preserve"> her. It </w:t>
      </w:r>
      <w:proofErr w:type="gramStart"/>
      <w:r>
        <w:rPr>
          <w:rFonts w:ascii="Arial" w:hAnsi="Arial"/>
        </w:rPr>
        <w:t>wasn't</w:t>
      </w:r>
      <w:proofErr w:type="gramEnd"/>
      <w:r>
        <w:rPr>
          <w:rFonts w:ascii="Arial" w:hAnsi="Arial"/>
        </w:rPr>
        <w:t xml:space="preserve"> she didn't become less famous or less popular. Because she stopped working for it. She kept working for it. She knew what she wanted.</w:t>
      </w:r>
    </w:p>
    <w:p w14:paraId="4C62EE82" w14:textId="77777777" w:rsidR="00EB5BAC" w:rsidRDefault="00EB5BAC">
      <w:pPr>
        <w:spacing w:after="0"/>
      </w:pPr>
    </w:p>
    <w:p w14:paraId="0A64BF9B" w14:textId="77777777" w:rsidR="00EB5BAC" w:rsidRDefault="00B67446">
      <w:pPr>
        <w:spacing w:after="0"/>
      </w:pPr>
      <w:proofErr w:type="gramStart"/>
      <w:r>
        <w:rPr>
          <w:rFonts w:ascii="Arial" w:hAnsi="Arial"/>
          <w:b/>
        </w:rPr>
        <w:t xml:space="preserve">Lucy  </w:t>
      </w:r>
      <w:r>
        <w:rPr>
          <w:rFonts w:ascii="Arial" w:hAnsi="Arial"/>
          <w:color w:val="5D7284"/>
        </w:rPr>
        <w:t>1:10:14</w:t>
      </w:r>
      <w:proofErr w:type="gramEnd"/>
    </w:p>
    <w:p w14:paraId="561750A2" w14:textId="77777777" w:rsidR="00EB5BAC" w:rsidRDefault="00B67446">
      <w:pPr>
        <w:spacing w:after="0"/>
      </w:pPr>
      <w:r>
        <w:rPr>
          <w:rFonts w:ascii="Arial" w:hAnsi="Arial"/>
        </w:rPr>
        <w:t xml:space="preserve">I wonder if she became </w:t>
      </w:r>
      <w:r>
        <w:rPr>
          <w:rFonts w:ascii="Arial" w:hAnsi="Arial"/>
        </w:rPr>
        <w:t xml:space="preserve">like, Sarah, the actress, you know, the one that lost a </w:t>
      </w:r>
      <w:proofErr w:type="gramStart"/>
      <w:r>
        <w:rPr>
          <w:rFonts w:ascii="Arial" w:hAnsi="Arial"/>
        </w:rPr>
        <w:t>leg</w:t>
      </w:r>
      <w:proofErr w:type="gramEnd"/>
    </w:p>
    <w:p w14:paraId="577D40F3" w14:textId="77777777" w:rsidR="00EB5BAC" w:rsidRDefault="00EB5BAC">
      <w:pPr>
        <w:spacing w:after="0"/>
      </w:pPr>
    </w:p>
    <w:p w14:paraId="7B318BE8" w14:textId="77777777" w:rsidR="00EB5BAC" w:rsidRDefault="00B67446">
      <w:pPr>
        <w:spacing w:after="0"/>
      </w:pPr>
      <w:proofErr w:type="gramStart"/>
      <w:r>
        <w:rPr>
          <w:rFonts w:ascii="Arial" w:hAnsi="Arial"/>
          <w:b/>
        </w:rPr>
        <w:t xml:space="preserve">Alice  </w:t>
      </w:r>
      <w:r>
        <w:rPr>
          <w:rFonts w:ascii="Arial" w:hAnsi="Arial"/>
          <w:color w:val="5D7284"/>
        </w:rPr>
        <w:t>1:10:19</w:t>
      </w:r>
      <w:proofErr w:type="gramEnd"/>
    </w:p>
    <w:p w14:paraId="36D1371F" w14:textId="77777777" w:rsidR="00EB5BAC" w:rsidRDefault="00B67446">
      <w:pPr>
        <w:spacing w:after="0"/>
      </w:pPr>
      <w:r>
        <w:rPr>
          <w:rFonts w:ascii="Arial" w:hAnsi="Arial"/>
        </w:rPr>
        <w:t>Yeah</w:t>
      </w:r>
    </w:p>
    <w:p w14:paraId="133C7336" w14:textId="77777777" w:rsidR="00EB5BAC" w:rsidRDefault="00EB5BAC">
      <w:pPr>
        <w:spacing w:after="0"/>
      </w:pPr>
    </w:p>
    <w:p w14:paraId="111C9505" w14:textId="77777777" w:rsidR="00EB5BAC" w:rsidRDefault="00B67446">
      <w:pPr>
        <w:spacing w:after="0"/>
      </w:pPr>
      <w:proofErr w:type="gramStart"/>
      <w:r>
        <w:rPr>
          <w:rFonts w:ascii="Arial" w:hAnsi="Arial"/>
          <w:b/>
        </w:rPr>
        <w:t xml:space="preserve">Lucy  </w:t>
      </w:r>
      <w:r>
        <w:rPr>
          <w:rFonts w:ascii="Arial" w:hAnsi="Arial"/>
          <w:color w:val="5D7284"/>
        </w:rPr>
        <w:t>1:10:19</w:t>
      </w:r>
      <w:proofErr w:type="gramEnd"/>
    </w:p>
    <w:p w14:paraId="108D8F5A" w14:textId="77777777" w:rsidR="00EB5BAC" w:rsidRDefault="00B67446">
      <w:pPr>
        <w:spacing w:after="0"/>
      </w:pPr>
      <w:r>
        <w:rPr>
          <w:rFonts w:ascii="Arial" w:hAnsi="Arial"/>
        </w:rPr>
        <w:t>Instead of Sarah the actress,</w:t>
      </w:r>
    </w:p>
    <w:p w14:paraId="21C11B75" w14:textId="77777777" w:rsidR="00EB5BAC" w:rsidRDefault="00EB5BAC">
      <w:pPr>
        <w:spacing w:after="0"/>
      </w:pPr>
    </w:p>
    <w:p w14:paraId="08470DFB" w14:textId="77777777" w:rsidR="00EB5BAC" w:rsidRDefault="00B67446">
      <w:pPr>
        <w:spacing w:after="0"/>
      </w:pPr>
      <w:proofErr w:type="gramStart"/>
      <w:r>
        <w:rPr>
          <w:rFonts w:ascii="Arial" w:hAnsi="Arial"/>
          <w:b/>
        </w:rPr>
        <w:t xml:space="preserve">Alice  </w:t>
      </w:r>
      <w:r>
        <w:rPr>
          <w:rFonts w:ascii="Arial" w:hAnsi="Arial"/>
          <w:color w:val="5D7284"/>
        </w:rPr>
        <w:t>1:10:22</w:t>
      </w:r>
      <w:proofErr w:type="gramEnd"/>
    </w:p>
    <w:p w14:paraId="28F00BAF" w14:textId="77777777" w:rsidR="00EB5BAC" w:rsidRDefault="00B67446">
      <w:pPr>
        <w:spacing w:after="0"/>
      </w:pPr>
      <w:r>
        <w:rPr>
          <w:rFonts w:ascii="Arial" w:hAnsi="Arial"/>
        </w:rPr>
        <w:t>Sarah with the golden voice.</w:t>
      </w:r>
    </w:p>
    <w:p w14:paraId="1BFD0694" w14:textId="77777777" w:rsidR="00EB5BAC" w:rsidRDefault="00EB5BAC">
      <w:pPr>
        <w:spacing w:after="0"/>
      </w:pPr>
    </w:p>
    <w:p w14:paraId="54F2129D" w14:textId="77777777" w:rsidR="00EB5BAC" w:rsidRDefault="00B67446">
      <w:pPr>
        <w:spacing w:after="0"/>
      </w:pPr>
      <w:proofErr w:type="gramStart"/>
      <w:r>
        <w:rPr>
          <w:rFonts w:ascii="Arial" w:hAnsi="Arial"/>
          <w:b/>
        </w:rPr>
        <w:t xml:space="preserve">Lucy  </w:t>
      </w:r>
      <w:r>
        <w:rPr>
          <w:rFonts w:ascii="Arial" w:hAnsi="Arial"/>
          <w:color w:val="5D7284"/>
        </w:rPr>
        <w:t>1:10:25</w:t>
      </w:r>
      <w:proofErr w:type="gramEnd"/>
    </w:p>
    <w:p w14:paraId="65C0E960" w14:textId="77777777" w:rsidR="00EB5BAC" w:rsidRDefault="00B67446">
      <w:pPr>
        <w:spacing w:after="0"/>
      </w:pPr>
      <w:r>
        <w:rPr>
          <w:rFonts w:ascii="Arial" w:hAnsi="Arial"/>
        </w:rPr>
        <w:t xml:space="preserve">Yeah. I wonder whether she used that to her advantage. And like, if </w:t>
      </w:r>
      <w:proofErr w:type="gramStart"/>
      <w:r>
        <w:rPr>
          <w:rFonts w:ascii="Arial" w:hAnsi="Arial"/>
        </w:rPr>
        <w:t>th</w:t>
      </w:r>
      <w:r>
        <w:rPr>
          <w:rFonts w:ascii="Arial" w:hAnsi="Arial"/>
        </w:rPr>
        <w:t>at's</w:t>
      </w:r>
      <w:proofErr w:type="gramEnd"/>
      <w:r>
        <w:rPr>
          <w:rFonts w:ascii="Arial" w:hAnsi="Arial"/>
        </w:rPr>
        <w:t xml:space="preserve"> what they want to see, that's what they're going to get. Do you know what I mean? That kind of, because, I mean, I k now in </w:t>
      </w:r>
      <w:proofErr w:type="spellStart"/>
      <w:r>
        <w:rPr>
          <w:rFonts w:ascii="Arial" w:hAnsi="Arial"/>
        </w:rPr>
        <w:t>certaincircles</w:t>
      </w:r>
      <w:proofErr w:type="spellEnd"/>
      <w:r>
        <w:rPr>
          <w:rFonts w:ascii="Arial" w:hAnsi="Arial"/>
        </w:rPr>
        <w:t xml:space="preserve">. I am known as Lucy the one in the wheelchair. </w:t>
      </w:r>
    </w:p>
    <w:p w14:paraId="34C5E7A2" w14:textId="77777777" w:rsidR="00EB5BAC" w:rsidRDefault="00EB5BAC">
      <w:pPr>
        <w:spacing w:after="0"/>
      </w:pPr>
    </w:p>
    <w:p w14:paraId="275410F0" w14:textId="77777777" w:rsidR="00EB5BAC" w:rsidRDefault="00B67446">
      <w:pPr>
        <w:spacing w:after="0"/>
      </w:pPr>
      <w:proofErr w:type="gramStart"/>
      <w:r>
        <w:rPr>
          <w:rFonts w:ascii="Arial" w:hAnsi="Arial"/>
          <w:b/>
        </w:rPr>
        <w:t xml:space="preserve">Alice  </w:t>
      </w:r>
      <w:r>
        <w:rPr>
          <w:rFonts w:ascii="Arial" w:hAnsi="Arial"/>
          <w:color w:val="5D7284"/>
        </w:rPr>
        <w:t>1:10:38</w:t>
      </w:r>
      <w:proofErr w:type="gramEnd"/>
    </w:p>
    <w:p w14:paraId="5F1A8DEB" w14:textId="77777777" w:rsidR="00EB5BAC" w:rsidRDefault="00B67446">
      <w:pPr>
        <w:spacing w:after="0"/>
      </w:pPr>
      <w:r>
        <w:rPr>
          <w:rFonts w:ascii="Arial" w:hAnsi="Arial"/>
        </w:rPr>
        <w:t xml:space="preserve">Oh </w:t>
      </w:r>
      <w:proofErr w:type="gramStart"/>
      <w:r>
        <w:rPr>
          <w:rFonts w:ascii="Arial" w:hAnsi="Arial"/>
        </w:rPr>
        <w:t>yeah</w:t>
      </w:r>
      <w:proofErr w:type="gramEnd"/>
      <w:r>
        <w:rPr>
          <w:rFonts w:ascii="Arial" w:hAnsi="Arial"/>
        </w:rPr>
        <w:t xml:space="preserve"> I'm absolutely. Alice, the lady with the</w:t>
      </w:r>
      <w:r>
        <w:rPr>
          <w:rFonts w:ascii="Arial" w:hAnsi="Arial"/>
        </w:rPr>
        <w:t xml:space="preserve"> guide dog.</w:t>
      </w:r>
    </w:p>
    <w:p w14:paraId="18C35C32" w14:textId="77777777" w:rsidR="00EB5BAC" w:rsidRDefault="00EB5BAC">
      <w:pPr>
        <w:spacing w:after="0"/>
      </w:pPr>
    </w:p>
    <w:p w14:paraId="19B4AC41" w14:textId="77777777" w:rsidR="00EB5BAC" w:rsidRDefault="00B67446">
      <w:pPr>
        <w:spacing w:after="0"/>
      </w:pPr>
      <w:proofErr w:type="gramStart"/>
      <w:r>
        <w:rPr>
          <w:rFonts w:ascii="Arial" w:hAnsi="Arial"/>
          <w:b/>
        </w:rPr>
        <w:t xml:space="preserve">Lucy  </w:t>
      </w:r>
      <w:r>
        <w:rPr>
          <w:rFonts w:ascii="Arial" w:hAnsi="Arial"/>
          <w:color w:val="5D7284"/>
        </w:rPr>
        <w:t>1:10:43</w:t>
      </w:r>
      <w:proofErr w:type="gramEnd"/>
    </w:p>
    <w:p w14:paraId="4340F508" w14:textId="77777777" w:rsidR="00EB5BAC" w:rsidRDefault="00B67446">
      <w:pPr>
        <w:spacing w:after="0"/>
      </w:pPr>
      <w:r>
        <w:rPr>
          <w:rFonts w:ascii="Arial" w:hAnsi="Arial"/>
        </w:rPr>
        <w:t xml:space="preserve">Yeah. Yeah. </w:t>
      </w:r>
      <w:proofErr w:type="gramStart"/>
      <w:r>
        <w:rPr>
          <w:rFonts w:ascii="Arial" w:hAnsi="Arial"/>
        </w:rPr>
        <w:t>So</w:t>
      </w:r>
      <w:proofErr w:type="gramEnd"/>
      <w:r>
        <w:rPr>
          <w:rFonts w:ascii="Arial" w:hAnsi="Arial"/>
        </w:rPr>
        <w:t xml:space="preserve"> I make it work to my advantage.</w:t>
      </w:r>
    </w:p>
    <w:p w14:paraId="2E050F52" w14:textId="77777777" w:rsidR="00EB5BAC" w:rsidRDefault="00EB5BAC">
      <w:pPr>
        <w:spacing w:after="0"/>
      </w:pPr>
    </w:p>
    <w:p w14:paraId="13298759" w14:textId="77777777" w:rsidR="00EB5BAC" w:rsidRDefault="00B67446">
      <w:pPr>
        <w:spacing w:after="0"/>
      </w:pPr>
      <w:proofErr w:type="gramStart"/>
      <w:r>
        <w:rPr>
          <w:rFonts w:ascii="Arial" w:hAnsi="Arial"/>
          <w:b/>
        </w:rPr>
        <w:t xml:space="preserve">Alice  </w:t>
      </w:r>
      <w:r>
        <w:rPr>
          <w:rFonts w:ascii="Arial" w:hAnsi="Arial"/>
          <w:color w:val="5D7284"/>
        </w:rPr>
        <w:t>1:10:47</w:t>
      </w:r>
      <w:proofErr w:type="gramEnd"/>
    </w:p>
    <w:p w14:paraId="3B3A0A8B" w14:textId="77777777" w:rsidR="00EB5BAC" w:rsidRDefault="00B67446">
      <w:pPr>
        <w:spacing w:after="0"/>
      </w:pPr>
      <w:r>
        <w:rPr>
          <w:rFonts w:ascii="Arial" w:hAnsi="Arial"/>
        </w:rPr>
        <w:t xml:space="preserve">I </w:t>
      </w:r>
      <w:proofErr w:type="gramStart"/>
      <w:r>
        <w:rPr>
          <w:rFonts w:ascii="Arial" w:hAnsi="Arial"/>
        </w:rPr>
        <w:t>it's</w:t>
      </w:r>
      <w:proofErr w:type="gramEnd"/>
      <w:r>
        <w:rPr>
          <w:rFonts w:ascii="Arial" w:hAnsi="Arial"/>
        </w:rPr>
        <w:t xml:space="preserve"> great. </w:t>
      </w:r>
      <w:proofErr w:type="gramStart"/>
      <w:r>
        <w:rPr>
          <w:rFonts w:ascii="Arial" w:hAnsi="Arial"/>
        </w:rPr>
        <w:t>I'd</w:t>
      </w:r>
      <w:proofErr w:type="gramEnd"/>
      <w:r>
        <w:rPr>
          <w:rFonts w:ascii="Arial" w:hAnsi="Arial"/>
        </w:rPr>
        <w:t xml:space="preserve"> love to. I say </w:t>
      </w:r>
      <w:proofErr w:type="gramStart"/>
      <w:r>
        <w:rPr>
          <w:rFonts w:ascii="Arial" w:hAnsi="Arial"/>
        </w:rPr>
        <w:t>I'd</w:t>
      </w:r>
      <w:proofErr w:type="gramEnd"/>
      <w:r>
        <w:rPr>
          <w:rFonts w:ascii="Arial" w:hAnsi="Arial"/>
        </w:rPr>
        <w:t xml:space="preserve"> love to interview her. </w:t>
      </w:r>
      <w:proofErr w:type="gramStart"/>
      <w:r>
        <w:rPr>
          <w:rFonts w:ascii="Arial" w:hAnsi="Arial"/>
        </w:rPr>
        <w:t>But actually, I</w:t>
      </w:r>
      <w:proofErr w:type="gramEnd"/>
      <w:r>
        <w:rPr>
          <w:rFonts w:ascii="Arial" w:hAnsi="Arial"/>
        </w:rPr>
        <w:t xml:space="preserve"> imagine as you say, she'd be an absolute nightmare. </w:t>
      </w:r>
    </w:p>
    <w:p w14:paraId="3CB34C97" w14:textId="77777777" w:rsidR="00EB5BAC" w:rsidRDefault="00EB5BAC">
      <w:pPr>
        <w:spacing w:after="0"/>
      </w:pPr>
    </w:p>
    <w:p w14:paraId="458E0B61" w14:textId="77777777" w:rsidR="00EB5BAC" w:rsidRDefault="00B67446">
      <w:pPr>
        <w:spacing w:after="0"/>
      </w:pPr>
      <w:proofErr w:type="gramStart"/>
      <w:r>
        <w:rPr>
          <w:rFonts w:ascii="Arial" w:hAnsi="Arial"/>
          <w:b/>
        </w:rPr>
        <w:t xml:space="preserve">Lucy  </w:t>
      </w:r>
      <w:r>
        <w:rPr>
          <w:rFonts w:ascii="Arial" w:hAnsi="Arial"/>
          <w:color w:val="5D7284"/>
        </w:rPr>
        <w:t>1:10:54</w:t>
      </w:r>
      <w:proofErr w:type="gramEnd"/>
    </w:p>
    <w:p w14:paraId="75576FDC" w14:textId="77777777" w:rsidR="00EB5BAC" w:rsidRDefault="00B67446">
      <w:pPr>
        <w:spacing w:after="0"/>
      </w:pPr>
      <w:r>
        <w:rPr>
          <w:rFonts w:ascii="Arial" w:hAnsi="Arial"/>
        </w:rPr>
        <w:t>She would. An absolute nightmare.</w:t>
      </w:r>
    </w:p>
    <w:p w14:paraId="366B5324" w14:textId="77777777" w:rsidR="00EB5BAC" w:rsidRDefault="00EB5BAC">
      <w:pPr>
        <w:spacing w:after="0"/>
      </w:pPr>
    </w:p>
    <w:p w14:paraId="4E616E9C" w14:textId="77777777" w:rsidR="00EB5BAC" w:rsidRDefault="00B67446">
      <w:pPr>
        <w:spacing w:after="0"/>
      </w:pPr>
      <w:proofErr w:type="gramStart"/>
      <w:r>
        <w:rPr>
          <w:rFonts w:ascii="Arial" w:hAnsi="Arial"/>
          <w:b/>
        </w:rPr>
        <w:t xml:space="preserve">Alice  </w:t>
      </w:r>
      <w:r>
        <w:rPr>
          <w:rFonts w:ascii="Arial" w:hAnsi="Arial"/>
          <w:color w:val="5D7284"/>
        </w:rPr>
        <w:t>1:10:56</w:t>
      </w:r>
      <w:proofErr w:type="gramEnd"/>
    </w:p>
    <w:p w14:paraId="0ADD2B0B" w14:textId="77777777" w:rsidR="00EB5BAC" w:rsidRDefault="00B67446">
      <w:pPr>
        <w:spacing w:after="0"/>
      </w:pPr>
      <w:r>
        <w:rPr>
          <w:rFonts w:ascii="Arial" w:hAnsi="Arial"/>
        </w:rPr>
        <w:lastRenderedPageBreak/>
        <w:t xml:space="preserve">Yeah, yeah. And she </w:t>
      </w:r>
      <w:proofErr w:type="spellStart"/>
      <w:r>
        <w:rPr>
          <w:rFonts w:ascii="Arial" w:hAnsi="Arial"/>
        </w:rPr>
        <w:t>she</w:t>
      </w:r>
      <w:proofErr w:type="spellEnd"/>
      <w:r>
        <w:rPr>
          <w:rFonts w:ascii="Arial" w:hAnsi="Arial"/>
        </w:rPr>
        <w:t xml:space="preserve"> </w:t>
      </w:r>
      <w:proofErr w:type="gramStart"/>
      <w:r>
        <w:rPr>
          <w:rFonts w:ascii="Arial" w:hAnsi="Arial"/>
        </w:rPr>
        <w:t>didn't</w:t>
      </w:r>
      <w:proofErr w:type="gramEnd"/>
      <w:r>
        <w:rPr>
          <w:rFonts w:ascii="Arial" w:hAnsi="Arial"/>
        </w:rPr>
        <w:t xml:space="preserve"> barely spoke any English. </w:t>
      </w:r>
      <w:proofErr w:type="gramStart"/>
      <w:r>
        <w:rPr>
          <w:rFonts w:ascii="Arial" w:hAnsi="Arial"/>
        </w:rPr>
        <w:t>So</w:t>
      </w:r>
      <w:proofErr w:type="gramEnd"/>
      <w:r>
        <w:rPr>
          <w:rFonts w:ascii="Arial" w:hAnsi="Arial"/>
        </w:rPr>
        <w:t xml:space="preserve"> we</w:t>
      </w:r>
      <w:r>
        <w:rPr>
          <w:rFonts w:ascii="Arial" w:hAnsi="Arial"/>
        </w:rPr>
        <w:t>'d have to work through a translator and all sorts</w:t>
      </w:r>
    </w:p>
    <w:p w14:paraId="61C90CB3" w14:textId="77777777" w:rsidR="00EB5BAC" w:rsidRDefault="00EB5BAC">
      <w:pPr>
        <w:spacing w:after="0"/>
      </w:pPr>
    </w:p>
    <w:p w14:paraId="78F928B5" w14:textId="77777777" w:rsidR="00EB5BAC" w:rsidRDefault="00B67446">
      <w:pPr>
        <w:spacing w:after="0"/>
      </w:pPr>
      <w:proofErr w:type="gramStart"/>
      <w:r>
        <w:rPr>
          <w:rFonts w:ascii="Arial" w:hAnsi="Arial"/>
          <w:b/>
        </w:rPr>
        <w:t xml:space="preserve">Lucy  </w:t>
      </w:r>
      <w:r>
        <w:rPr>
          <w:rFonts w:ascii="Arial" w:hAnsi="Arial"/>
          <w:color w:val="5D7284"/>
        </w:rPr>
        <w:t>1:11:02</w:t>
      </w:r>
      <w:proofErr w:type="gramEnd"/>
    </w:p>
    <w:p w14:paraId="099BA75C" w14:textId="77777777" w:rsidR="00EB5BAC" w:rsidRDefault="00B67446">
      <w:pPr>
        <w:spacing w:after="0"/>
      </w:pPr>
      <w:r>
        <w:rPr>
          <w:rFonts w:ascii="Arial" w:hAnsi="Arial"/>
        </w:rPr>
        <w:t xml:space="preserve">that episode would be four hours long instead of an </w:t>
      </w:r>
      <w:proofErr w:type="gramStart"/>
      <w:r>
        <w:rPr>
          <w:rFonts w:ascii="Arial" w:hAnsi="Arial"/>
        </w:rPr>
        <w:t>hour</w:t>
      </w:r>
      <w:proofErr w:type="gramEnd"/>
    </w:p>
    <w:p w14:paraId="337034C9" w14:textId="77777777" w:rsidR="00EB5BAC" w:rsidRDefault="00EB5BAC">
      <w:pPr>
        <w:spacing w:after="0"/>
      </w:pPr>
    </w:p>
    <w:p w14:paraId="72A5DDFB" w14:textId="77777777" w:rsidR="00EB5BAC" w:rsidRDefault="00B67446">
      <w:pPr>
        <w:spacing w:after="0"/>
      </w:pPr>
      <w:proofErr w:type="gramStart"/>
      <w:r>
        <w:rPr>
          <w:rFonts w:ascii="Arial" w:hAnsi="Arial"/>
          <w:b/>
        </w:rPr>
        <w:t xml:space="preserve">Alice  </w:t>
      </w:r>
      <w:r>
        <w:rPr>
          <w:rFonts w:ascii="Arial" w:hAnsi="Arial"/>
          <w:color w:val="5D7284"/>
        </w:rPr>
        <w:t>1:11:05</w:t>
      </w:r>
      <w:proofErr w:type="gramEnd"/>
    </w:p>
    <w:p w14:paraId="6041D3A7" w14:textId="77777777" w:rsidR="00EB5BAC" w:rsidRDefault="00B67446">
      <w:pPr>
        <w:spacing w:after="0"/>
      </w:pPr>
      <w:r>
        <w:rPr>
          <w:rFonts w:ascii="Arial" w:hAnsi="Arial"/>
        </w:rPr>
        <w:t xml:space="preserve">Yeah, and </w:t>
      </w:r>
      <w:proofErr w:type="gramStart"/>
      <w:r>
        <w:rPr>
          <w:rFonts w:ascii="Arial" w:hAnsi="Arial"/>
        </w:rPr>
        <w:t>it'll</w:t>
      </w:r>
      <w:proofErr w:type="gramEnd"/>
      <w:r>
        <w:rPr>
          <w:rFonts w:ascii="Arial" w:hAnsi="Arial"/>
        </w:rPr>
        <w:t xml:space="preserve"> be mostly just me going you know you're really awesome.</w:t>
      </w:r>
    </w:p>
    <w:p w14:paraId="5861960B" w14:textId="77777777" w:rsidR="00EB5BAC" w:rsidRDefault="00EB5BAC">
      <w:pPr>
        <w:spacing w:after="0"/>
      </w:pPr>
    </w:p>
    <w:p w14:paraId="32C5FECF" w14:textId="77777777" w:rsidR="00EB5BAC" w:rsidRDefault="00B67446">
      <w:pPr>
        <w:spacing w:after="0"/>
      </w:pPr>
      <w:proofErr w:type="gramStart"/>
      <w:r>
        <w:rPr>
          <w:rFonts w:ascii="Arial" w:hAnsi="Arial"/>
          <w:b/>
        </w:rPr>
        <w:t xml:space="preserve">Lucy  </w:t>
      </w:r>
      <w:r>
        <w:rPr>
          <w:rFonts w:ascii="Arial" w:hAnsi="Arial"/>
          <w:color w:val="5D7284"/>
        </w:rPr>
        <w:t>1:11:11</w:t>
      </w:r>
      <w:proofErr w:type="gramEnd"/>
    </w:p>
    <w:p w14:paraId="70CD2ABB" w14:textId="77777777" w:rsidR="00EB5BAC" w:rsidRDefault="00B67446">
      <w:pPr>
        <w:spacing w:after="0"/>
      </w:pPr>
      <w:r>
        <w:rPr>
          <w:rFonts w:ascii="Arial" w:hAnsi="Arial"/>
        </w:rPr>
        <w:t xml:space="preserve">Do you want to come on our </w:t>
      </w:r>
      <w:r>
        <w:rPr>
          <w:rFonts w:ascii="Arial" w:hAnsi="Arial"/>
        </w:rPr>
        <w:t>podcast? Please. No, woman what a woman.</w:t>
      </w:r>
    </w:p>
    <w:p w14:paraId="09ED387B" w14:textId="77777777" w:rsidR="00EB5BAC" w:rsidRDefault="00EB5BAC">
      <w:pPr>
        <w:spacing w:after="0"/>
      </w:pPr>
    </w:p>
    <w:p w14:paraId="6C9C7390" w14:textId="77777777" w:rsidR="00EB5BAC" w:rsidRDefault="00B67446">
      <w:pPr>
        <w:spacing w:after="0"/>
      </w:pPr>
      <w:proofErr w:type="gramStart"/>
      <w:r>
        <w:rPr>
          <w:rFonts w:ascii="Arial" w:hAnsi="Arial"/>
          <w:b/>
        </w:rPr>
        <w:t xml:space="preserve">Alice  </w:t>
      </w:r>
      <w:r>
        <w:rPr>
          <w:rFonts w:ascii="Arial" w:hAnsi="Arial"/>
          <w:color w:val="5D7284"/>
        </w:rPr>
        <w:t>1:11:19</w:t>
      </w:r>
      <w:proofErr w:type="gramEnd"/>
    </w:p>
    <w:p w14:paraId="490A53F2" w14:textId="77777777" w:rsidR="00EB5BAC" w:rsidRDefault="00B67446">
      <w:pPr>
        <w:spacing w:after="0"/>
      </w:pPr>
      <w:r>
        <w:rPr>
          <w:rFonts w:ascii="Arial" w:hAnsi="Arial"/>
        </w:rPr>
        <w:t>Sarah Bernhardt. Everybody.</w:t>
      </w:r>
    </w:p>
    <w:p w14:paraId="2C4355D7" w14:textId="77777777" w:rsidR="00EB5BAC" w:rsidRDefault="00EB5BAC">
      <w:pPr>
        <w:spacing w:after="0"/>
      </w:pPr>
    </w:p>
    <w:p w14:paraId="2E40D44D" w14:textId="77777777" w:rsidR="00EB5BAC" w:rsidRDefault="00B67446">
      <w:pPr>
        <w:spacing w:after="0"/>
      </w:pPr>
      <w:proofErr w:type="gramStart"/>
      <w:r>
        <w:rPr>
          <w:rFonts w:ascii="Arial" w:hAnsi="Arial"/>
          <w:b/>
        </w:rPr>
        <w:t xml:space="preserve">Lucy  </w:t>
      </w:r>
      <w:r>
        <w:rPr>
          <w:rFonts w:ascii="Arial" w:hAnsi="Arial"/>
          <w:color w:val="5D7284"/>
        </w:rPr>
        <w:t>1:11:20</w:t>
      </w:r>
      <w:proofErr w:type="gramEnd"/>
    </w:p>
    <w:p w14:paraId="081D547C" w14:textId="77777777" w:rsidR="00EB5BAC" w:rsidRDefault="00B67446">
      <w:pPr>
        <w:spacing w:after="0"/>
      </w:pPr>
      <w:r>
        <w:rPr>
          <w:rFonts w:ascii="Arial" w:hAnsi="Arial"/>
        </w:rPr>
        <w:t>This. This is what episode I think is the best one yet.</w:t>
      </w:r>
    </w:p>
    <w:p w14:paraId="683EC999" w14:textId="77777777" w:rsidR="00EB5BAC" w:rsidRDefault="00EB5BAC">
      <w:pPr>
        <w:spacing w:after="0"/>
      </w:pPr>
    </w:p>
    <w:p w14:paraId="4BC8E765" w14:textId="77777777" w:rsidR="00EB5BAC" w:rsidRDefault="00B67446">
      <w:pPr>
        <w:spacing w:after="0"/>
      </w:pPr>
      <w:proofErr w:type="gramStart"/>
      <w:r>
        <w:rPr>
          <w:rFonts w:ascii="Arial" w:hAnsi="Arial"/>
          <w:b/>
        </w:rPr>
        <w:t xml:space="preserve">Alice  </w:t>
      </w:r>
      <w:r>
        <w:rPr>
          <w:rFonts w:ascii="Arial" w:hAnsi="Arial"/>
          <w:color w:val="5D7284"/>
        </w:rPr>
        <w:t>1:11:26</w:t>
      </w:r>
      <w:proofErr w:type="gramEnd"/>
    </w:p>
    <w:p w14:paraId="7561EE59" w14:textId="77777777" w:rsidR="00EB5BAC" w:rsidRDefault="00B67446">
      <w:pPr>
        <w:spacing w:after="0"/>
      </w:pPr>
      <w:r>
        <w:rPr>
          <w:rFonts w:ascii="Arial" w:hAnsi="Arial"/>
        </w:rPr>
        <w:t xml:space="preserve">I mean, considering </w:t>
      </w:r>
      <w:proofErr w:type="gramStart"/>
      <w:r>
        <w:rPr>
          <w:rFonts w:ascii="Arial" w:hAnsi="Arial"/>
        </w:rPr>
        <w:t>it's</w:t>
      </w:r>
      <w:proofErr w:type="gramEnd"/>
      <w:r>
        <w:rPr>
          <w:rFonts w:ascii="Arial" w:hAnsi="Arial"/>
        </w:rPr>
        <w:t xml:space="preserve"> the first one. </w:t>
      </w:r>
      <w:proofErr w:type="gramStart"/>
      <w:r>
        <w:rPr>
          <w:rFonts w:ascii="Arial" w:hAnsi="Arial"/>
        </w:rPr>
        <w:t>It's</w:t>
      </w:r>
      <w:proofErr w:type="gramEnd"/>
      <w:r>
        <w:rPr>
          <w:rFonts w:ascii="Arial" w:hAnsi="Arial"/>
        </w:rPr>
        <w:t xml:space="preserve"> definitely the best one! [laughs]</w:t>
      </w:r>
    </w:p>
    <w:p w14:paraId="4901B24F" w14:textId="77777777" w:rsidR="00EB5BAC" w:rsidRDefault="00EB5BAC">
      <w:pPr>
        <w:spacing w:after="0"/>
      </w:pPr>
    </w:p>
    <w:p w14:paraId="612262C7" w14:textId="77777777" w:rsidR="00EB5BAC" w:rsidRDefault="00B67446">
      <w:pPr>
        <w:spacing w:after="0"/>
      </w:pPr>
      <w:proofErr w:type="gramStart"/>
      <w:r>
        <w:rPr>
          <w:rFonts w:ascii="Arial" w:hAnsi="Arial"/>
          <w:b/>
        </w:rPr>
        <w:t>Lucy</w:t>
      </w:r>
      <w:r>
        <w:rPr>
          <w:rFonts w:ascii="Arial" w:hAnsi="Arial"/>
          <w:b/>
        </w:rPr>
        <w:t xml:space="preserve">  </w:t>
      </w:r>
      <w:r>
        <w:rPr>
          <w:rFonts w:ascii="Arial" w:hAnsi="Arial"/>
          <w:color w:val="5D7284"/>
        </w:rPr>
        <w:t>1:11:30</w:t>
      </w:r>
      <w:proofErr w:type="gramEnd"/>
    </w:p>
    <w:p w14:paraId="7F346393" w14:textId="77777777" w:rsidR="00EB5BAC" w:rsidRDefault="00B67446">
      <w:pPr>
        <w:spacing w:after="0"/>
      </w:pPr>
      <w:proofErr w:type="gramStart"/>
      <w:r>
        <w:rPr>
          <w:rFonts w:ascii="Arial" w:hAnsi="Arial"/>
        </w:rPr>
        <w:t>That's</w:t>
      </w:r>
      <w:proofErr w:type="gramEnd"/>
      <w:r>
        <w:rPr>
          <w:rFonts w:ascii="Arial" w:hAnsi="Arial"/>
        </w:rPr>
        <w:t xml:space="preserve"> what, I was setting you up for a joke there Alice! You ruined that! we're </w:t>
      </w:r>
      <w:proofErr w:type="spellStart"/>
      <w:r>
        <w:rPr>
          <w:rFonts w:ascii="Arial" w:hAnsi="Arial"/>
        </w:rPr>
        <w:t>gonna</w:t>
      </w:r>
      <w:proofErr w:type="spellEnd"/>
      <w:r>
        <w:rPr>
          <w:rFonts w:ascii="Arial" w:hAnsi="Arial"/>
        </w:rPr>
        <w:t xml:space="preserve"> have to go some to beat to beat this </w:t>
      </w:r>
      <w:proofErr w:type="gramStart"/>
      <w:r>
        <w:rPr>
          <w:rFonts w:ascii="Arial" w:hAnsi="Arial"/>
        </w:rPr>
        <w:t>our  next</w:t>
      </w:r>
      <w:proofErr w:type="gramEnd"/>
      <w:r>
        <w:rPr>
          <w:rFonts w:ascii="Arial" w:hAnsi="Arial"/>
        </w:rPr>
        <w:t xml:space="preserve"> episode. </w:t>
      </w:r>
      <w:proofErr w:type="gramStart"/>
      <w:r>
        <w:rPr>
          <w:rFonts w:ascii="Arial" w:hAnsi="Arial"/>
        </w:rPr>
        <w:t>It's</w:t>
      </w:r>
      <w:proofErr w:type="gramEnd"/>
      <w:r>
        <w:rPr>
          <w:rFonts w:ascii="Arial" w:hAnsi="Arial"/>
        </w:rPr>
        <w:t xml:space="preserve"> a strong start. </w:t>
      </w:r>
      <w:proofErr w:type="gramStart"/>
      <w:r>
        <w:rPr>
          <w:rFonts w:ascii="Arial" w:hAnsi="Arial"/>
        </w:rPr>
        <w:t>We've</w:t>
      </w:r>
      <w:proofErr w:type="gramEnd"/>
      <w:r>
        <w:rPr>
          <w:rFonts w:ascii="Arial" w:hAnsi="Arial"/>
        </w:rPr>
        <w:t xml:space="preserve"> got Rosa Mae </w:t>
      </w:r>
      <w:proofErr w:type="spellStart"/>
      <w:r>
        <w:rPr>
          <w:rFonts w:ascii="Arial" w:hAnsi="Arial"/>
        </w:rPr>
        <w:t>Billinghurst</w:t>
      </w:r>
      <w:proofErr w:type="spellEnd"/>
      <w:r>
        <w:rPr>
          <w:rFonts w:ascii="Arial" w:hAnsi="Arial"/>
        </w:rPr>
        <w:t xml:space="preserve"> and um</w:t>
      </w:r>
    </w:p>
    <w:p w14:paraId="17DD0533" w14:textId="77777777" w:rsidR="00EB5BAC" w:rsidRDefault="00EB5BAC">
      <w:pPr>
        <w:spacing w:after="0"/>
      </w:pPr>
    </w:p>
    <w:p w14:paraId="151D46AD" w14:textId="77777777" w:rsidR="00EB5BAC" w:rsidRDefault="00B67446">
      <w:pPr>
        <w:spacing w:after="0"/>
      </w:pPr>
      <w:proofErr w:type="gramStart"/>
      <w:r>
        <w:rPr>
          <w:rFonts w:ascii="Arial" w:hAnsi="Arial"/>
          <w:b/>
        </w:rPr>
        <w:t xml:space="preserve">Alice  </w:t>
      </w:r>
      <w:r>
        <w:rPr>
          <w:rFonts w:ascii="Arial" w:hAnsi="Arial"/>
          <w:color w:val="5D7284"/>
        </w:rPr>
        <w:t>1:11:46</w:t>
      </w:r>
      <w:proofErr w:type="gramEnd"/>
    </w:p>
    <w:p w14:paraId="1F2D29D3" w14:textId="77777777" w:rsidR="00EB5BAC" w:rsidRDefault="00B67446">
      <w:pPr>
        <w:spacing w:after="0"/>
      </w:pPr>
      <w:r>
        <w:rPr>
          <w:rFonts w:ascii="Arial" w:hAnsi="Arial"/>
        </w:rPr>
        <w:t xml:space="preserve">Sarah Bernhard. Two badass </w:t>
      </w:r>
      <w:r>
        <w:rPr>
          <w:rFonts w:ascii="Arial" w:hAnsi="Arial"/>
        </w:rPr>
        <w:t>disabled ladies. Thanks for listening to the lABLEd podcast. If you like the show, please rate review and subscribe. You can follow us on social media at lABLEd podcast.</w:t>
      </w:r>
    </w:p>
    <w:p w14:paraId="22AA485D" w14:textId="77777777" w:rsidR="00EB5BAC" w:rsidRDefault="00EB5BAC">
      <w:pPr>
        <w:spacing w:after="0"/>
      </w:pPr>
    </w:p>
    <w:p w14:paraId="79A6E0E9" w14:textId="77777777" w:rsidR="00EB5BAC" w:rsidRDefault="00B67446">
      <w:pPr>
        <w:spacing w:after="0"/>
      </w:pPr>
      <w:proofErr w:type="gramStart"/>
      <w:r>
        <w:rPr>
          <w:rFonts w:ascii="Arial" w:hAnsi="Arial"/>
          <w:b/>
        </w:rPr>
        <w:t xml:space="preserve">Lucy  </w:t>
      </w:r>
      <w:r>
        <w:rPr>
          <w:rFonts w:ascii="Arial" w:hAnsi="Arial"/>
          <w:color w:val="5D7284"/>
        </w:rPr>
        <w:t>1:12:04</w:t>
      </w:r>
      <w:proofErr w:type="gramEnd"/>
    </w:p>
    <w:p w14:paraId="120F55A4" w14:textId="77777777" w:rsidR="00EB5BAC" w:rsidRDefault="00B67446">
      <w:pPr>
        <w:spacing w:after="0"/>
      </w:pPr>
      <w:r>
        <w:rPr>
          <w:rFonts w:ascii="Arial" w:hAnsi="Arial"/>
        </w:rPr>
        <w:t xml:space="preserve">Our thanks go to our editor Adam Hall, music composer Maisy </w:t>
      </w:r>
      <w:proofErr w:type="spellStart"/>
      <w:r>
        <w:rPr>
          <w:rFonts w:ascii="Arial" w:hAnsi="Arial"/>
        </w:rPr>
        <w:t>Crunden</w:t>
      </w:r>
      <w:proofErr w:type="spellEnd"/>
      <w:r>
        <w:rPr>
          <w:rFonts w:ascii="Arial" w:hAnsi="Arial"/>
        </w:rPr>
        <w:t xml:space="preserve"> and</w:t>
      </w:r>
      <w:r>
        <w:rPr>
          <w:rFonts w:ascii="Arial" w:hAnsi="Arial"/>
        </w:rPr>
        <w:t xml:space="preserve"> our graphic designer Sarah Colley.</w:t>
      </w:r>
    </w:p>
    <w:p w14:paraId="715525F4" w14:textId="77777777" w:rsidR="00EB5BAC" w:rsidRDefault="00EB5BAC">
      <w:pPr>
        <w:spacing w:after="0"/>
      </w:pPr>
    </w:p>
    <w:p w14:paraId="6A9DF660" w14:textId="77777777" w:rsidR="00EB5BAC" w:rsidRDefault="00B67446">
      <w:pPr>
        <w:spacing w:after="0"/>
      </w:pPr>
      <w:r>
        <w:rPr>
          <w:rFonts w:ascii="Arial" w:hAnsi="Arial"/>
          <w:b/>
        </w:rPr>
        <w:t xml:space="preserve">Alice Evans &amp; Lucy </w:t>
      </w:r>
      <w:proofErr w:type="gramStart"/>
      <w:r>
        <w:rPr>
          <w:rFonts w:ascii="Arial" w:hAnsi="Arial"/>
          <w:b/>
        </w:rPr>
        <w:t xml:space="preserve">Wood  </w:t>
      </w:r>
      <w:r>
        <w:rPr>
          <w:rFonts w:ascii="Arial" w:hAnsi="Arial"/>
          <w:color w:val="5D7284"/>
        </w:rPr>
        <w:t>1:12:11</w:t>
      </w:r>
      <w:proofErr w:type="gramEnd"/>
    </w:p>
    <w:p w14:paraId="4901C114" w14:textId="77777777" w:rsidR="00EB5BAC" w:rsidRDefault="00B67446">
      <w:pPr>
        <w:spacing w:after="0"/>
      </w:pPr>
      <w:proofErr w:type="gramStart"/>
      <w:r>
        <w:rPr>
          <w:rFonts w:ascii="Arial" w:hAnsi="Arial"/>
        </w:rPr>
        <w:t>We'll</w:t>
      </w:r>
      <w:proofErr w:type="gramEnd"/>
      <w:r>
        <w:rPr>
          <w:rFonts w:ascii="Arial" w:hAnsi="Arial"/>
        </w:rPr>
        <w:t xml:space="preserve"> see you next time.</w:t>
      </w:r>
    </w:p>
    <w:sectPr w:rsidR="00EB5BAC" w:rsidSect="001216B9">
      <w:headerReference w:type="even" r:id="rId9"/>
      <w:headerReference w:type="default" r:id="rId10"/>
      <w:footerReference w:type="even" r:id="rId11"/>
      <w:footerReference w:type="default" r:id="rId12"/>
      <w:headerReference w:type="first" r:id="rId13"/>
      <w:footerReference w:type="first" r:id="rId14"/>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5D66EDC" w14:textId="77777777" w:rsidR="00B67446" w:rsidRDefault="00B67446">
      <w:pPr>
        <w:spacing w:after="0" w:line="240" w:lineRule="auto"/>
      </w:pPr>
      <w:r>
        <w:separator/>
      </w:r>
    </w:p>
  </w:endnote>
  <w:endnote w:type="continuationSeparator" w:id="0">
    <w:p w14:paraId="5C117069" w14:textId="77777777" w:rsidR="00B67446" w:rsidRDefault="00B674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372650680"/>
      <w:docPartObj>
        <w:docPartGallery w:val="Page Numbers (Bottom of Page)"/>
        <w:docPartUnique/>
      </w:docPartObj>
    </w:sdtPr>
    <w:sdtEndPr>
      <w:rPr>
        <w:rStyle w:val="PageNumber"/>
      </w:rPr>
    </w:sdtEndPr>
    <w:sdtContent>
      <w:p w14:paraId="23159D03" w14:textId="77777777"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0F3536B0" w14:textId="77777777"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77FB311"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693534B1" w14:textId="77777777"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39336722" w14:textId="77777777"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824D6A"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4047AB4" w14:textId="77777777" w:rsidR="00B67446" w:rsidRDefault="00B67446">
      <w:pPr>
        <w:spacing w:after="0" w:line="240" w:lineRule="auto"/>
      </w:pPr>
      <w:r>
        <w:separator/>
      </w:r>
    </w:p>
  </w:footnote>
  <w:footnote w:type="continuationSeparator" w:id="0">
    <w:p w14:paraId="5833D6A1" w14:textId="77777777" w:rsidR="00B67446" w:rsidRDefault="00B674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17DB96"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14C1D88"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B2CC14"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820DE3"/>
    <w:rsid w:val="00930F33"/>
    <w:rsid w:val="009C3AF0"/>
    <w:rsid w:val="00A12EE5"/>
    <w:rsid w:val="00AA1D8D"/>
    <w:rsid w:val="00B47730"/>
    <w:rsid w:val="00B67446"/>
    <w:rsid w:val="00BA4C2B"/>
    <w:rsid w:val="00BD0140"/>
    <w:rsid w:val="00C24502"/>
    <w:rsid w:val="00CB0664"/>
    <w:rsid w:val="00D57E81"/>
    <w:rsid w:val="00EB5BAC"/>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87CDEBD"/>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37</Pages>
  <Words>10024</Words>
  <Characters>57142</Characters>
  <Application>Microsoft Office Word</Application>
  <DocSecurity>0</DocSecurity>
  <Lines>476</Lines>
  <Paragraphs>134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67032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Lucy Wood</cp:lastModifiedBy>
  <cp:revision>8</cp:revision>
  <dcterms:created xsi:type="dcterms:W3CDTF">2019-09-10T23:59:00Z</dcterms:created>
  <dcterms:modified xsi:type="dcterms:W3CDTF">2021-02-01T09:28:00Z</dcterms:modified>
  <cp:category/>
</cp:coreProperties>
</file>