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04728F" w14:textId="7CF670B0" w:rsidR="00930F33" w:rsidRDefault="00116BC5" w:rsidP="00116BC5">
      <w:pPr>
        <w:spacing w:after="0"/>
        <w:jc w:val="center"/>
        <w:rPr>
          <w:lang w:eastAsia="zh-CN"/>
        </w:rPr>
      </w:pPr>
      <w:r>
        <w:rPr>
          <w:rFonts w:ascii="Arial" w:hAnsi="Arial"/>
          <w:b/>
          <w:bCs/>
          <w:noProof/>
          <w:sz w:val="48"/>
        </w:rPr>
        <w:drawing>
          <wp:inline distT="0" distB="0" distL="0" distR="0" wp14:anchorId="154E0F65" wp14:editId="10746507">
            <wp:extent cx="1234440" cy="1234440"/>
            <wp:effectExtent l="0" t="0" r="3810" b="381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234440" cy="1234440"/>
                    </a:xfrm>
                    <a:prstGeom prst="rect">
                      <a:avLst/>
                    </a:prstGeom>
                  </pic:spPr>
                </pic:pic>
              </a:graphicData>
            </a:graphic>
          </wp:inline>
        </w:drawing>
      </w:r>
    </w:p>
    <w:p w14:paraId="6E4E38BD" w14:textId="5C546B8C" w:rsidR="00116BC5" w:rsidRPr="00116BC5" w:rsidRDefault="00116BC5" w:rsidP="00116BC5">
      <w:pPr>
        <w:jc w:val="center"/>
        <w:rPr>
          <w:rFonts w:ascii="Arial" w:hAnsi="Arial"/>
          <w:b/>
          <w:bCs/>
          <w:sz w:val="48"/>
        </w:rPr>
      </w:pPr>
      <w:r w:rsidRPr="00116BC5">
        <w:rPr>
          <w:rFonts w:ascii="Arial" w:hAnsi="Arial"/>
          <w:b/>
          <w:bCs/>
          <w:sz w:val="48"/>
        </w:rPr>
        <w:t>lABLEd Podcast Transcript</w:t>
      </w:r>
    </w:p>
    <w:p w14:paraId="3AABC352" w14:textId="624AE55E" w:rsidR="008E6F35" w:rsidRPr="00116BC5" w:rsidRDefault="00116BC5" w:rsidP="00116BC5">
      <w:pPr>
        <w:jc w:val="center"/>
        <w:rPr>
          <w:b/>
          <w:bCs/>
        </w:rPr>
      </w:pPr>
      <w:r w:rsidRPr="00116BC5">
        <w:rPr>
          <w:rFonts w:ascii="Arial" w:hAnsi="Arial"/>
          <w:b/>
          <w:bCs/>
          <w:sz w:val="48"/>
        </w:rPr>
        <w:t xml:space="preserve">Autism </w:t>
      </w:r>
      <w:r w:rsidRPr="00116BC5">
        <w:rPr>
          <w:rFonts w:ascii="Arial" w:hAnsi="Arial"/>
          <w:b/>
          <w:bCs/>
          <w:sz w:val="48"/>
        </w:rPr>
        <w:t xml:space="preserve">Awareness </w:t>
      </w:r>
      <w:r w:rsidRPr="00116BC5">
        <w:rPr>
          <w:rFonts w:ascii="Arial" w:hAnsi="Arial"/>
          <w:b/>
          <w:bCs/>
          <w:sz w:val="48"/>
        </w:rPr>
        <w:t>Week Series:  Episode 4</w:t>
      </w:r>
      <w:r w:rsidRPr="00116BC5">
        <w:rPr>
          <w:rFonts w:ascii="Arial" w:hAnsi="Arial"/>
          <w:b/>
          <w:bCs/>
          <w:sz w:val="48"/>
        </w:rPr>
        <w:t xml:space="preserve"> Graham Rodgers</w:t>
      </w:r>
    </w:p>
    <w:p w14:paraId="065B6C06" w14:textId="77777777" w:rsidR="008E6F35" w:rsidRDefault="008E6F35">
      <w:pPr>
        <w:spacing w:after="0"/>
      </w:pPr>
    </w:p>
    <w:p w14:paraId="7C4BE922" w14:textId="77777777" w:rsidR="008E6F35" w:rsidRDefault="00116BC5">
      <w:pPr>
        <w:spacing w:after="0"/>
      </w:pPr>
      <w:r>
        <w:rPr>
          <w:rFonts w:ascii="Arial" w:hAnsi="Arial"/>
          <w:b/>
        </w:rPr>
        <w:t xml:space="preserve">Lucy  </w:t>
      </w:r>
      <w:r>
        <w:rPr>
          <w:rFonts w:ascii="Arial" w:hAnsi="Arial"/>
          <w:color w:val="5D7284"/>
        </w:rPr>
        <w:t>00:00</w:t>
      </w:r>
    </w:p>
    <w:p w14:paraId="073BBE15" w14:textId="77777777" w:rsidR="008E6F35" w:rsidRDefault="00116BC5">
      <w:pPr>
        <w:spacing w:after="0"/>
      </w:pPr>
      <w:r>
        <w:rPr>
          <w:rFonts w:ascii="Arial" w:hAnsi="Arial"/>
        </w:rPr>
        <w:t>Welcome to the lABLEd podcast, a show about disability illness and difference. I'm Lucy.</w:t>
      </w:r>
    </w:p>
    <w:p w14:paraId="19F7E181" w14:textId="77777777" w:rsidR="008E6F35" w:rsidRDefault="008E6F35">
      <w:pPr>
        <w:spacing w:after="0"/>
      </w:pPr>
    </w:p>
    <w:p w14:paraId="5592DC57" w14:textId="77777777" w:rsidR="008E6F35" w:rsidRDefault="00116BC5">
      <w:pPr>
        <w:spacing w:after="0"/>
      </w:pPr>
      <w:r>
        <w:rPr>
          <w:rFonts w:ascii="Arial" w:hAnsi="Arial"/>
          <w:b/>
        </w:rPr>
        <w:t xml:space="preserve">Alice  </w:t>
      </w:r>
      <w:r>
        <w:rPr>
          <w:rFonts w:ascii="Arial" w:hAnsi="Arial"/>
          <w:color w:val="5D7284"/>
        </w:rPr>
        <w:t>00:07</w:t>
      </w:r>
    </w:p>
    <w:p w14:paraId="7E1BE492" w14:textId="77777777" w:rsidR="008E6F35" w:rsidRDefault="00116BC5">
      <w:pPr>
        <w:spacing w:after="0"/>
      </w:pPr>
      <w:r>
        <w:rPr>
          <w:rFonts w:ascii="Arial" w:hAnsi="Arial"/>
        </w:rPr>
        <w:t xml:space="preserve">And I'm Alice. [dog barks] And that's </w:t>
      </w:r>
      <w:proofErr w:type="gramStart"/>
      <w:r>
        <w:rPr>
          <w:rFonts w:ascii="Arial" w:hAnsi="Arial"/>
        </w:rPr>
        <w:t>Lola</w:t>
      </w:r>
      <w:proofErr w:type="gramEnd"/>
    </w:p>
    <w:p w14:paraId="0F1CB59F" w14:textId="77777777" w:rsidR="008E6F35" w:rsidRDefault="008E6F35">
      <w:pPr>
        <w:spacing w:after="0"/>
      </w:pPr>
    </w:p>
    <w:p w14:paraId="5B703C8C" w14:textId="77777777" w:rsidR="008E6F35" w:rsidRDefault="00116BC5">
      <w:pPr>
        <w:spacing w:after="0"/>
      </w:pPr>
      <w:r>
        <w:rPr>
          <w:rFonts w:ascii="Arial" w:hAnsi="Arial"/>
          <w:b/>
        </w:rPr>
        <w:t xml:space="preserve">Theme Tune  </w:t>
      </w:r>
      <w:r>
        <w:rPr>
          <w:rFonts w:ascii="Arial" w:hAnsi="Arial"/>
          <w:color w:val="5D7284"/>
        </w:rPr>
        <w:t>00:08</w:t>
      </w:r>
    </w:p>
    <w:p w14:paraId="7BCFB201" w14:textId="77777777" w:rsidR="008E6F35" w:rsidRDefault="00116BC5">
      <w:pPr>
        <w:spacing w:after="0"/>
      </w:pPr>
      <w:r>
        <w:rPr>
          <w:rFonts w:ascii="Arial" w:hAnsi="Arial"/>
        </w:rPr>
        <w:t xml:space="preserve">Though I </w:t>
      </w:r>
      <w:r>
        <w:rPr>
          <w:rFonts w:ascii="Arial" w:hAnsi="Arial"/>
        </w:rPr>
        <w:t xml:space="preserve">might not fit in </w:t>
      </w:r>
      <w:proofErr w:type="spellStart"/>
      <w:r>
        <w:rPr>
          <w:rFonts w:ascii="Arial" w:hAnsi="Arial"/>
        </w:rPr>
        <w:t>socialy</w:t>
      </w:r>
      <w:proofErr w:type="spellEnd"/>
      <w:r>
        <w:rPr>
          <w:rFonts w:ascii="Arial" w:hAnsi="Arial"/>
        </w:rPr>
        <w:t xml:space="preserve"> I'm so much more than what you see. We all live our lives differently, </w:t>
      </w:r>
      <w:proofErr w:type="spellStart"/>
      <w:r>
        <w:rPr>
          <w:rFonts w:ascii="Arial" w:hAnsi="Arial"/>
        </w:rPr>
        <w:t>kalediscope</w:t>
      </w:r>
      <w:proofErr w:type="spellEnd"/>
      <w:r>
        <w:rPr>
          <w:rFonts w:ascii="Arial" w:hAnsi="Arial"/>
        </w:rPr>
        <w:t xml:space="preserve"> identity. And this is who I'm meant to me. I'm just labelled me.</w:t>
      </w:r>
    </w:p>
    <w:p w14:paraId="69ECC6D3" w14:textId="77777777" w:rsidR="008E6F35" w:rsidRDefault="008E6F35">
      <w:pPr>
        <w:spacing w:after="0"/>
      </w:pPr>
    </w:p>
    <w:p w14:paraId="3B946D3C" w14:textId="71EA5035" w:rsidR="008E6F35" w:rsidRDefault="00116BC5">
      <w:pPr>
        <w:spacing w:after="0"/>
      </w:pPr>
      <w:r>
        <w:rPr>
          <w:rFonts w:ascii="Arial" w:hAnsi="Arial"/>
          <w:b/>
        </w:rPr>
        <w:t xml:space="preserve">Disclaimer </w:t>
      </w:r>
      <w:r>
        <w:rPr>
          <w:rFonts w:ascii="Arial" w:hAnsi="Arial"/>
          <w:color w:val="5D7284"/>
        </w:rPr>
        <w:t>00:36</w:t>
      </w:r>
    </w:p>
    <w:p w14:paraId="482F75CE" w14:textId="77777777" w:rsidR="008E6F35" w:rsidRDefault="00116BC5">
      <w:pPr>
        <w:spacing w:after="0"/>
      </w:pPr>
      <w:r>
        <w:rPr>
          <w:rFonts w:ascii="Arial" w:hAnsi="Arial"/>
        </w:rPr>
        <w:t xml:space="preserve">Hi guys, don't forget </w:t>
      </w:r>
      <w:proofErr w:type="gramStart"/>
      <w:r>
        <w:rPr>
          <w:rFonts w:ascii="Arial" w:hAnsi="Arial"/>
        </w:rPr>
        <w:t>In</w:t>
      </w:r>
      <w:proofErr w:type="gramEnd"/>
      <w:r>
        <w:rPr>
          <w:rFonts w:ascii="Arial" w:hAnsi="Arial"/>
        </w:rPr>
        <w:t xml:space="preserve"> this episode, I might swear, Lucy might cry,</w:t>
      </w:r>
      <w:r>
        <w:rPr>
          <w:rFonts w:ascii="Arial" w:hAnsi="Arial"/>
        </w:rPr>
        <w:t xml:space="preserve"> and you can check out details of the trigger warnings on our website.</w:t>
      </w:r>
    </w:p>
    <w:p w14:paraId="5FC745F6" w14:textId="77777777" w:rsidR="008E6F35" w:rsidRDefault="008E6F35">
      <w:pPr>
        <w:spacing w:after="0"/>
      </w:pPr>
    </w:p>
    <w:p w14:paraId="7AD3DE4F" w14:textId="77777777" w:rsidR="008E6F35" w:rsidRDefault="00116BC5">
      <w:pPr>
        <w:spacing w:after="0"/>
      </w:pPr>
      <w:r>
        <w:rPr>
          <w:rFonts w:ascii="Arial" w:hAnsi="Arial"/>
          <w:b/>
        </w:rPr>
        <w:t xml:space="preserve">Lucy  </w:t>
      </w:r>
      <w:r>
        <w:rPr>
          <w:rFonts w:ascii="Arial" w:hAnsi="Arial"/>
          <w:color w:val="5D7284"/>
        </w:rPr>
        <w:t>00:45</w:t>
      </w:r>
    </w:p>
    <w:p w14:paraId="2D0464C7" w14:textId="77777777" w:rsidR="008E6F35" w:rsidRDefault="00116BC5">
      <w:pPr>
        <w:spacing w:after="0"/>
      </w:pPr>
      <w:r>
        <w:rPr>
          <w:rFonts w:ascii="Arial" w:hAnsi="Arial"/>
        </w:rPr>
        <w:t xml:space="preserve">Hello, everybody and welcome to a </w:t>
      </w:r>
      <w:proofErr w:type="gramStart"/>
      <w:r>
        <w:rPr>
          <w:rFonts w:ascii="Arial" w:hAnsi="Arial"/>
        </w:rPr>
        <w:t>brand new</w:t>
      </w:r>
      <w:proofErr w:type="gramEnd"/>
      <w:r>
        <w:rPr>
          <w:rFonts w:ascii="Arial" w:hAnsi="Arial"/>
        </w:rPr>
        <w:t xml:space="preserve"> episode of the lABLEd podcast this week, we have been focusing on autism world Autism Awareness Week. </w:t>
      </w:r>
      <w:proofErr w:type="gramStart"/>
      <w:r>
        <w:rPr>
          <w:rFonts w:ascii="Arial" w:hAnsi="Arial"/>
        </w:rPr>
        <w:t>So</w:t>
      </w:r>
      <w:proofErr w:type="gramEnd"/>
      <w:r>
        <w:rPr>
          <w:rFonts w:ascii="Arial" w:hAnsi="Arial"/>
        </w:rPr>
        <w:t xml:space="preserve"> we've been speaking to </w:t>
      </w:r>
      <w:r>
        <w:rPr>
          <w:rFonts w:ascii="Arial" w:hAnsi="Arial"/>
        </w:rPr>
        <w:t xml:space="preserve">lots of people who have autism and their experiences of it. Today, we've got Graham Rodgers with us. Hello, Graham. </w:t>
      </w:r>
    </w:p>
    <w:p w14:paraId="1C9AE54F" w14:textId="77777777" w:rsidR="008E6F35" w:rsidRDefault="008E6F35">
      <w:pPr>
        <w:spacing w:after="0"/>
      </w:pPr>
    </w:p>
    <w:p w14:paraId="7D5BD852" w14:textId="77777777" w:rsidR="008E6F35" w:rsidRDefault="00116BC5">
      <w:pPr>
        <w:spacing w:after="0"/>
      </w:pPr>
      <w:r>
        <w:rPr>
          <w:rFonts w:ascii="Arial" w:hAnsi="Arial"/>
          <w:b/>
        </w:rPr>
        <w:t xml:space="preserve">Graham  </w:t>
      </w:r>
      <w:r>
        <w:rPr>
          <w:rFonts w:ascii="Arial" w:hAnsi="Arial"/>
          <w:color w:val="5D7284"/>
        </w:rPr>
        <w:t>01:03</w:t>
      </w:r>
    </w:p>
    <w:p w14:paraId="4786ACB6" w14:textId="77777777" w:rsidR="008E6F35" w:rsidRDefault="00116BC5">
      <w:pPr>
        <w:spacing w:after="0"/>
      </w:pPr>
      <w:r>
        <w:rPr>
          <w:rFonts w:ascii="Arial" w:hAnsi="Arial"/>
        </w:rPr>
        <w:t>Hello, peeps.</w:t>
      </w:r>
    </w:p>
    <w:p w14:paraId="149CA3C0" w14:textId="77777777" w:rsidR="008E6F35" w:rsidRDefault="008E6F35">
      <w:pPr>
        <w:spacing w:after="0"/>
      </w:pPr>
    </w:p>
    <w:p w14:paraId="5842CA3A" w14:textId="77777777" w:rsidR="008E6F35" w:rsidRDefault="00116BC5">
      <w:pPr>
        <w:spacing w:after="0"/>
      </w:pPr>
      <w:r>
        <w:rPr>
          <w:rFonts w:ascii="Arial" w:hAnsi="Arial"/>
          <w:b/>
        </w:rPr>
        <w:t xml:space="preserve">Alice  </w:t>
      </w:r>
      <w:r>
        <w:rPr>
          <w:rFonts w:ascii="Arial" w:hAnsi="Arial"/>
          <w:color w:val="5D7284"/>
        </w:rPr>
        <w:t>01:04</w:t>
      </w:r>
    </w:p>
    <w:p w14:paraId="1554E5DE" w14:textId="77777777" w:rsidR="008E6F35" w:rsidRDefault="00116BC5">
      <w:pPr>
        <w:spacing w:after="0"/>
      </w:pPr>
      <w:r>
        <w:rPr>
          <w:rFonts w:ascii="Arial" w:hAnsi="Arial"/>
        </w:rPr>
        <w:t>[laughs]</w:t>
      </w:r>
    </w:p>
    <w:p w14:paraId="75034478" w14:textId="77777777" w:rsidR="008E6F35" w:rsidRDefault="008E6F35">
      <w:pPr>
        <w:spacing w:after="0"/>
      </w:pPr>
    </w:p>
    <w:p w14:paraId="1966B318" w14:textId="77777777" w:rsidR="008E6F35" w:rsidRDefault="00116BC5">
      <w:pPr>
        <w:spacing w:after="0"/>
      </w:pPr>
      <w:r>
        <w:rPr>
          <w:rFonts w:ascii="Arial" w:hAnsi="Arial"/>
          <w:b/>
        </w:rPr>
        <w:t xml:space="preserve">Lucy  </w:t>
      </w:r>
      <w:r>
        <w:rPr>
          <w:rFonts w:ascii="Arial" w:hAnsi="Arial"/>
          <w:color w:val="5D7284"/>
        </w:rPr>
        <w:t>01:04</w:t>
      </w:r>
    </w:p>
    <w:p w14:paraId="13F1712B" w14:textId="77777777" w:rsidR="008E6F35" w:rsidRDefault="00116BC5">
      <w:pPr>
        <w:spacing w:after="0"/>
      </w:pPr>
      <w:r>
        <w:rPr>
          <w:rFonts w:ascii="Arial" w:hAnsi="Arial"/>
        </w:rPr>
        <w:t xml:space="preserve"> Hello, how are you? "Peeps" very </w:t>
      </w:r>
      <w:proofErr w:type="spellStart"/>
      <w:r>
        <w:rPr>
          <w:rFonts w:ascii="Arial" w:hAnsi="Arial"/>
        </w:rPr>
        <w:t>cas</w:t>
      </w:r>
      <w:proofErr w:type="spellEnd"/>
      <w:r>
        <w:rPr>
          <w:rFonts w:ascii="Arial" w:hAnsi="Arial"/>
        </w:rPr>
        <w:t>... Very casual.</w:t>
      </w:r>
    </w:p>
    <w:p w14:paraId="308F431B" w14:textId="77777777" w:rsidR="008E6F35" w:rsidRDefault="008E6F35">
      <w:pPr>
        <w:spacing w:after="0"/>
      </w:pPr>
    </w:p>
    <w:p w14:paraId="030E3D67" w14:textId="77777777" w:rsidR="008E6F35" w:rsidRDefault="00116BC5">
      <w:pPr>
        <w:spacing w:after="0"/>
      </w:pPr>
      <w:r>
        <w:rPr>
          <w:rFonts w:ascii="Arial" w:hAnsi="Arial"/>
          <w:b/>
        </w:rPr>
        <w:lastRenderedPageBreak/>
        <w:t xml:space="preserve">Graham  </w:t>
      </w:r>
      <w:r>
        <w:rPr>
          <w:rFonts w:ascii="Arial" w:hAnsi="Arial"/>
          <w:color w:val="5D7284"/>
        </w:rPr>
        <w:t>01:11</w:t>
      </w:r>
    </w:p>
    <w:p w14:paraId="54563CAF" w14:textId="77777777" w:rsidR="008E6F35" w:rsidRDefault="00116BC5">
      <w:pPr>
        <w:spacing w:after="0"/>
      </w:pPr>
      <w:r>
        <w:rPr>
          <w:rFonts w:ascii="Arial" w:hAnsi="Arial"/>
        </w:rPr>
        <w:t xml:space="preserve">Fine </w:t>
      </w:r>
      <w:r>
        <w:rPr>
          <w:rFonts w:ascii="Arial" w:hAnsi="Arial"/>
        </w:rPr>
        <w:t>thanks. Yeah. [laughs]</w:t>
      </w:r>
    </w:p>
    <w:p w14:paraId="0B62DC1F" w14:textId="77777777" w:rsidR="008E6F35" w:rsidRDefault="008E6F35">
      <w:pPr>
        <w:spacing w:after="0"/>
      </w:pPr>
    </w:p>
    <w:p w14:paraId="6AA353DF" w14:textId="77777777" w:rsidR="008E6F35" w:rsidRDefault="00116BC5">
      <w:pPr>
        <w:spacing w:after="0"/>
      </w:pPr>
      <w:r>
        <w:rPr>
          <w:rFonts w:ascii="Arial" w:hAnsi="Arial"/>
          <w:b/>
        </w:rPr>
        <w:t xml:space="preserve">Lucy  </w:t>
      </w:r>
      <w:r>
        <w:rPr>
          <w:rFonts w:ascii="Arial" w:hAnsi="Arial"/>
          <w:color w:val="5D7284"/>
        </w:rPr>
        <w:t>01:11</w:t>
      </w:r>
    </w:p>
    <w:p w14:paraId="16D57E36" w14:textId="77777777" w:rsidR="008E6F35" w:rsidRDefault="00116BC5">
      <w:pPr>
        <w:spacing w:after="0"/>
      </w:pPr>
      <w:r>
        <w:rPr>
          <w:rFonts w:ascii="Arial" w:hAnsi="Arial"/>
        </w:rPr>
        <w:t xml:space="preserve">How are you Graham? All right? </w:t>
      </w:r>
    </w:p>
    <w:p w14:paraId="17579C2F" w14:textId="77777777" w:rsidR="008E6F35" w:rsidRDefault="008E6F35">
      <w:pPr>
        <w:spacing w:after="0"/>
      </w:pPr>
    </w:p>
    <w:p w14:paraId="170F8441" w14:textId="77777777" w:rsidR="008E6F35" w:rsidRDefault="00116BC5">
      <w:pPr>
        <w:spacing w:after="0"/>
      </w:pPr>
      <w:r>
        <w:rPr>
          <w:rFonts w:ascii="Arial" w:hAnsi="Arial"/>
          <w:b/>
        </w:rPr>
        <w:t xml:space="preserve">Graham  </w:t>
      </w:r>
      <w:r>
        <w:rPr>
          <w:rFonts w:ascii="Arial" w:hAnsi="Arial"/>
          <w:color w:val="5D7284"/>
        </w:rPr>
        <w:t>01:13</w:t>
      </w:r>
    </w:p>
    <w:p w14:paraId="49516889" w14:textId="77777777" w:rsidR="008E6F35" w:rsidRDefault="00116BC5">
      <w:pPr>
        <w:spacing w:after="0"/>
      </w:pPr>
      <w:r>
        <w:rPr>
          <w:rFonts w:ascii="Arial" w:hAnsi="Arial"/>
        </w:rPr>
        <w:t>I'm feeling good. Thanks. How are you?</w:t>
      </w:r>
    </w:p>
    <w:p w14:paraId="53242F14" w14:textId="77777777" w:rsidR="008E6F35" w:rsidRDefault="008E6F35">
      <w:pPr>
        <w:spacing w:after="0"/>
      </w:pPr>
    </w:p>
    <w:p w14:paraId="2E2EEDE8" w14:textId="77777777" w:rsidR="008E6F35" w:rsidRDefault="00116BC5">
      <w:pPr>
        <w:spacing w:after="0"/>
      </w:pPr>
      <w:r>
        <w:rPr>
          <w:rFonts w:ascii="Arial" w:hAnsi="Arial"/>
          <w:b/>
        </w:rPr>
        <w:t xml:space="preserve">Lucy  </w:t>
      </w:r>
      <w:r>
        <w:rPr>
          <w:rFonts w:ascii="Arial" w:hAnsi="Arial"/>
          <w:color w:val="5D7284"/>
        </w:rPr>
        <w:t>01:15</w:t>
      </w:r>
    </w:p>
    <w:p w14:paraId="59699660" w14:textId="77777777" w:rsidR="008E6F35" w:rsidRDefault="00116BC5">
      <w:pPr>
        <w:spacing w:after="0"/>
      </w:pPr>
      <w:proofErr w:type="gramStart"/>
      <w:r>
        <w:rPr>
          <w:rFonts w:ascii="Arial" w:hAnsi="Arial"/>
        </w:rPr>
        <w:t xml:space="preserve">Good </w:t>
      </w:r>
      <w:proofErr w:type="spellStart"/>
      <w:r>
        <w:rPr>
          <w:rFonts w:ascii="Arial" w:hAnsi="Arial"/>
        </w:rPr>
        <w:t>good</w:t>
      </w:r>
      <w:proofErr w:type="spellEnd"/>
      <w:proofErr w:type="gramEnd"/>
      <w:r>
        <w:rPr>
          <w:rFonts w:ascii="Arial" w:hAnsi="Arial"/>
        </w:rPr>
        <w:t>. I'm very well, thank you. Would you like to tell the listeners a little bit about yourself? Please?</w:t>
      </w:r>
    </w:p>
    <w:p w14:paraId="42BACA73" w14:textId="77777777" w:rsidR="008E6F35" w:rsidRDefault="008E6F35">
      <w:pPr>
        <w:spacing w:after="0"/>
      </w:pPr>
    </w:p>
    <w:p w14:paraId="12F574FF" w14:textId="77777777" w:rsidR="008E6F35" w:rsidRDefault="00116BC5">
      <w:pPr>
        <w:spacing w:after="0"/>
      </w:pPr>
      <w:r>
        <w:rPr>
          <w:rFonts w:ascii="Arial" w:hAnsi="Arial"/>
          <w:b/>
        </w:rPr>
        <w:t xml:space="preserve">Graham  </w:t>
      </w:r>
      <w:r>
        <w:rPr>
          <w:rFonts w:ascii="Arial" w:hAnsi="Arial"/>
          <w:color w:val="5D7284"/>
        </w:rPr>
        <w:t>01:22</w:t>
      </w:r>
    </w:p>
    <w:p w14:paraId="6D961E98" w14:textId="77777777" w:rsidR="008E6F35" w:rsidRDefault="00116BC5">
      <w:pPr>
        <w:spacing w:after="0"/>
      </w:pPr>
      <w:r>
        <w:rPr>
          <w:rFonts w:ascii="Arial" w:hAnsi="Arial"/>
        </w:rPr>
        <w:t xml:space="preserve">Oh, goodness. Yeah, had a diagnosis on the autism spectrum aged 20 after a mental breakdown college. And then since I've become sort of </w:t>
      </w:r>
      <w:proofErr w:type="spellStart"/>
      <w:proofErr w:type="gramStart"/>
      <w:r>
        <w:rPr>
          <w:rFonts w:ascii="Arial" w:hAnsi="Arial"/>
        </w:rPr>
        <w:t>self taught</w:t>
      </w:r>
      <w:proofErr w:type="spellEnd"/>
      <w:proofErr w:type="gramEnd"/>
      <w:r>
        <w:rPr>
          <w:rFonts w:ascii="Arial" w:hAnsi="Arial"/>
        </w:rPr>
        <w:t xml:space="preserve"> advocate about, about mental illness, disability, vulnerable adults, things like that. </w:t>
      </w:r>
    </w:p>
    <w:p w14:paraId="3320A3C2" w14:textId="77777777" w:rsidR="008E6F35" w:rsidRDefault="008E6F35">
      <w:pPr>
        <w:spacing w:after="0"/>
      </w:pPr>
    </w:p>
    <w:p w14:paraId="06370ABE" w14:textId="77777777" w:rsidR="008E6F35" w:rsidRDefault="00116BC5">
      <w:pPr>
        <w:spacing w:after="0"/>
      </w:pPr>
      <w:r>
        <w:rPr>
          <w:rFonts w:ascii="Arial" w:hAnsi="Arial"/>
          <w:b/>
        </w:rPr>
        <w:t>Alice</w:t>
      </w:r>
      <w:r>
        <w:rPr>
          <w:rFonts w:ascii="Arial" w:hAnsi="Arial"/>
          <w:b/>
        </w:rPr>
        <w:t xml:space="preserve">  </w:t>
      </w:r>
      <w:r>
        <w:rPr>
          <w:rFonts w:ascii="Arial" w:hAnsi="Arial"/>
          <w:color w:val="5D7284"/>
        </w:rPr>
        <w:t>01:42</w:t>
      </w:r>
    </w:p>
    <w:p w14:paraId="08A3D685" w14:textId="77777777" w:rsidR="008E6F35" w:rsidRDefault="00116BC5">
      <w:pPr>
        <w:spacing w:after="0"/>
      </w:pPr>
      <w:r>
        <w:rPr>
          <w:rFonts w:ascii="Arial" w:hAnsi="Arial"/>
        </w:rPr>
        <w:t xml:space="preserve">Wow, that's, that's interesting. There's I know that there's quite often a lot of crossover between people with ASD and mental illness. Do you mind sort of talking a little bit about your experience of that or sort of your knowledge of that across </w:t>
      </w:r>
      <w:r>
        <w:rPr>
          <w:rFonts w:ascii="Arial" w:hAnsi="Arial"/>
        </w:rPr>
        <w:t xml:space="preserve">the </w:t>
      </w:r>
      <w:proofErr w:type="spellStart"/>
      <w:r>
        <w:rPr>
          <w:rFonts w:ascii="Arial" w:hAnsi="Arial"/>
        </w:rPr>
        <w:t>the</w:t>
      </w:r>
      <w:proofErr w:type="spellEnd"/>
      <w:r>
        <w:rPr>
          <w:rFonts w:ascii="Arial" w:hAnsi="Arial"/>
        </w:rPr>
        <w:t xml:space="preserve"> autistic community?</w:t>
      </w:r>
    </w:p>
    <w:p w14:paraId="10696856" w14:textId="77777777" w:rsidR="008E6F35" w:rsidRDefault="008E6F35">
      <w:pPr>
        <w:spacing w:after="0"/>
      </w:pPr>
    </w:p>
    <w:p w14:paraId="36D471AD" w14:textId="77777777" w:rsidR="008E6F35" w:rsidRDefault="00116BC5">
      <w:pPr>
        <w:spacing w:after="0"/>
      </w:pPr>
      <w:r>
        <w:rPr>
          <w:rFonts w:ascii="Arial" w:hAnsi="Arial"/>
          <w:b/>
        </w:rPr>
        <w:t xml:space="preserve">Graham  </w:t>
      </w:r>
      <w:r>
        <w:rPr>
          <w:rFonts w:ascii="Arial" w:hAnsi="Arial"/>
          <w:color w:val="5D7284"/>
        </w:rPr>
        <w:t>02:05</w:t>
      </w:r>
    </w:p>
    <w:p w14:paraId="0F19C9CD" w14:textId="77777777" w:rsidR="008E6F35" w:rsidRDefault="00116BC5">
      <w:pPr>
        <w:spacing w:after="0"/>
      </w:pPr>
      <w:r>
        <w:rPr>
          <w:rFonts w:ascii="Arial" w:hAnsi="Arial"/>
        </w:rPr>
        <w:t xml:space="preserve">Oh, goodness, I think, that's the </w:t>
      </w:r>
      <w:proofErr w:type="spellStart"/>
      <w:r>
        <w:rPr>
          <w:rFonts w:ascii="Arial" w:hAnsi="Arial"/>
        </w:rPr>
        <w:t>werid</w:t>
      </w:r>
      <w:proofErr w:type="spellEnd"/>
      <w:r>
        <w:rPr>
          <w:rFonts w:ascii="Arial" w:hAnsi="Arial"/>
        </w:rPr>
        <w:t xml:space="preserve"> thing about </w:t>
      </w:r>
      <w:proofErr w:type="spellStart"/>
      <w:r>
        <w:rPr>
          <w:rFonts w:ascii="Arial" w:hAnsi="Arial"/>
        </w:rPr>
        <w:t>about</w:t>
      </w:r>
      <w:proofErr w:type="spellEnd"/>
      <w:r>
        <w:rPr>
          <w:rFonts w:ascii="Arial" w:hAnsi="Arial"/>
        </w:rPr>
        <w:t xml:space="preserve"> history isn't it doesn't, it never happens in the right order. So yeah, like I said, I was diagnosed with it after having </w:t>
      </w:r>
      <w:proofErr w:type="gramStart"/>
      <w:r>
        <w:rPr>
          <w:rFonts w:ascii="Arial" w:hAnsi="Arial"/>
        </w:rPr>
        <w:t>really bad</w:t>
      </w:r>
      <w:proofErr w:type="gramEnd"/>
      <w:r>
        <w:rPr>
          <w:rFonts w:ascii="Arial" w:hAnsi="Arial"/>
        </w:rPr>
        <w:t xml:space="preserve"> mood mental breakdown </w:t>
      </w:r>
      <w:r>
        <w:rPr>
          <w:rFonts w:ascii="Arial" w:hAnsi="Arial"/>
        </w:rPr>
        <w:t xml:space="preserve">in college. I yeah, I really struggled. I was anxious all the time. I was stressed. I, I felt like it didn't belong to people like I was sort of invisible. And, yeah, it was </w:t>
      </w:r>
      <w:proofErr w:type="gramStart"/>
      <w:r>
        <w:rPr>
          <w:rFonts w:ascii="Arial" w:hAnsi="Arial"/>
        </w:rPr>
        <w:t>actually my</w:t>
      </w:r>
      <w:proofErr w:type="gramEnd"/>
      <w:r>
        <w:rPr>
          <w:rFonts w:ascii="Arial" w:hAnsi="Arial"/>
        </w:rPr>
        <w:t xml:space="preserve"> counsellor in college, who suggested I might have this condition. I'd </w:t>
      </w:r>
      <w:r>
        <w:rPr>
          <w:rFonts w:ascii="Arial" w:hAnsi="Arial"/>
        </w:rPr>
        <w:t xml:space="preserve">never even heard of before. But as I did more research into it </w:t>
      </w:r>
      <w:proofErr w:type="gramStart"/>
      <w:r>
        <w:rPr>
          <w:rFonts w:ascii="Arial" w:hAnsi="Arial"/>
        </w:rPr>
        <w:t>into</w:t>
      </w:r>
      <w:proofErr w:type="gramEnd"/>
      <w:r>
        <w:rPr>
          <w:rFonts w:ascii="Arial" w:hAnsi="Arial"/>
        </w:rPr>
        <w:t xml:space="preserve"> I started to feel Yeah, that was something so yeah, never heard of </w:t>
      </w:r>
      <w:proofErr w:type="spellStart"/>
      <w:r>
        <w:rPr>
          <w:rFonts w:ascii="Arial" w:hAnsi="Arial"/>
        </w:rPr>
        <w:t>asperger's</w:t>
      </w:r>
      <w:proofErr w:type="spellEnd"/>
      <w:r>
        <w:rPr>
          <w:rFonts w:ascii="Arial" w:hAnsi="Arial"/>
        </w:rPr>
        <w:t>, at the time, so it was quite a relatively new thing. Of course, now, it's probably more talked about nowadays</w:t>
      </w:r>
      <w:r>
        <w:rPr>
          <w:rFonts w:ascii="Arial" w:hAnsi="Arial"/>
        </w:rPr>
        <w:t xml:space="preserve">. Yeah. </w:t>
      </w:r>
      <w:proofErr w:type="gramStart"/>
      <w:r>
        <w:rPr>
          <w:rFonts w:ascii="Arial" w:hAnsi="Arial"/>
        </w:rPr>
        <w:t>So</w:t>
      </w:r>
      <w:proofErr w:type="gramEnd"/>
      <w:r>
        <w:rPr>
          <w:rFonts w:ascii="Arial" w:hAnsi="Arial"/>
        </w:rPr>
        <w:t xml:space="preserve"> after the counsellor, had said to you at college, I think you might, you might have this condition.</w:t>
      </w:r>
    </w:p>
    <w:p w14:paraId="6B5F69AE" w14:textId="77777777" w:rsidR="008E6F35" w:rsidRDefault="008E6F35">
      <w:pPr>
        <w:spacing w:after="0"/>
      </w:pPr>
    </w:p>
    <w:p w14:paraId="4666187E" w14:textId="77777777" w:rsidR="008E6F35" w:rsidRDefault="00116BC5">
      <w:pPr>
        <w:spacing w:after="0"/>
      </w:pPr>
      <w:r>
        <w:rPr>
          <w:rFonts w:ascii="Arial" w:hAnsi="Arial"/>
          <w:b/>
        </w:rPr>
        <w:t xml:space="preserve">Lucy  </w:t>
      </w:r>
      <w:r>
        <w:rPr>
          <w:rFonts w:ascii="Arial" w:hAnsi="Arial"/>
          <w:color w:val="5D7284"/>
        </w:rPr>
        <w:t>03:07</w:t>
      </w:r>
    </w:p>
    <w:p w14:paraId="55C68359" w14:textId="77777777" w:rsidR="008E6F35" w:rsidRDefault="00116BC5">
      <w:pPr>
        <w:spacing w:after="0"/>
      </w:pPr>
      <w:r>
        <w:rPr>
          <w:rFonts w:ascii="Arial" w:hAnsi="Arial"/>
        </w:rPr>
        <w:t>Did I presume it was lots of medical appointments? You know, and things like that? Did it feel like a bit of a relief, like the, lik</w:t>
      </w:r>
      <w:r>
        <w:rPr>
          <w:rFonts w:ascii="Arial" w:hAnsi="Arial"/>
        </w:rPr>
        <w:t>e an understanding of, oh, now I've got this label, almost, I kind of know what it is. That kind of mindset.</w:t>
      </w:r>
    </w:p>
    <w:p w14:paraId="3BA9C48D" w14:textId="77777777" w:rsidR="008E6F35" w:rsidRDefault="008E6F35">
      <w:pPr>
        <w:spacing w:after="0"/>
      </w:pPr>
    </w:p>
    <w:p w14:paraId="7AE6192E" w14:textId="77777777" w:rsidR="008E6F35" w:rsidRDefault="00116BC5">
      <w:pPr>
        <w:spacing w:after="0"/>
      </w:pPr>
      <w:r>
        <w:rPr>
          <w:rFonts w:ascii="Arial" w:hAnsi="Arial"/>
          <w:b/>
        </w:rPr>
        <w:t xml:space="preserve">Graham  </w:t>
      </w:r>
      <w:r>
        <w:rPr>
          <w:rFonts w:ascii="Arial" w:hAnsi="Arial"/>
          <w:color w:val="5D7284"/>
        </w:rPr>
        <w:t>03:26</w:t>
      </w:r>
    </w:p>
    <w:p w14:paraId="6860F03F" w14:textId="77777777" w:rsidR="008E6F35" w:rsidRDefault="00116BC5">
      <w:pPr>
        <w:spacing w:after="0"/>
      </w:pPr>
      <w:proofErr w:type="gramStart"/>
      <w:r>
        <w:rPr>
          <w:rFonts w:ascii="Arial" w:hAnsi="Arial"/>
        </w:rPr>
        <w:t>Actually, it</w:t>
      </w:r>
      <w:proofErr w:type="gramEnd"/>
      <w:r>
        <w:rPr>
          <w:rFonts w:ascii="Arial" w:hAnsi="Arial"/>
        </w:rPr>
        <w:t xml:space="preserve"> wasn't actually, you said many, many medical appointments, actually </w:t>
      </w:r>
      <w:proofErr w:type="spellStart"/>
      <w:r>
        <w:rPr>
          <w:rFonts w:ascii="Arial" w:hAnsi="Arial"/>
        </w:rPr>
        <w:t>actually</w:t>
      </w:r>
      <w:proofErr w:type="spellEnd"/>
      <w:r>
        <w:rPr>
          <w:rFonts w:ascii="Arial" w:hAnsi="Arial"/>
        </w:rPr>
        <w:t xml:space="preserve"> wasn't really like that just sort of took </w:t>
      </w:r>
      <w:r>
        <w:rPr>
          <w:rFonts w:ascii="Arial" w:hAnsi="Arial"/>
        </w:rPr>
        <w:t xml:space="preserve">a year out from college. You know, took some time to relax and whatnot. Tried getting a job, you know, but I think after a while I sort of </w:t>
      </w:r>
      <w:proofErr w:type="spellStart"/>
      <w:proofErr w:type="gramStart"/>
      <w:r>
        <w:rPr>
          <w:rFonts w:ascii="Arial" w:hAnsi="Arial"/>
        </w:rPr>
        <w:t>realised</w:t>
      </w:r>
      <w:proofErr w:type="spellEnd"/>
      <w:proofErr w:type="gramEnd"/>
      <w:r>
        <w:rPr>
          <w:rFonts w:ascii="Arial" w:hAnsi="Arial"/>
        </w:rPr>
        <w:t xml:space="preserve"> I couldn't hide it anymore. I sort of felt myself slipping back into old, old habits. I just said to my pare</w:t>
      </w:r>
      <w:r>
        <w:rPr>
          <w:rFonts w:ascii="Arial" w:hAnsi="Arial"/>
        </w:rPr>
        <w:t xml:space="preserve">nts look, I think, this condition I know a lot </w:t>
      </w:r>
      <w:proofErr w:type="gramStart"/>
      <w:r>
        <w:rPr>
          <w:rFonts w:ascii="Arial" w:hAnsi="Arial"/>
        </w:rPr>
        <w:t>about</w:t>
      </w:r>
      <w:proofErr w:type="gramEnd"/>
      <w:r>
        <w:rPr>
          <w:rFonts w:ascii="Arial" w:hAnsi="Arial"/>
        </w:rPr>
        <w:t xml:space="preserve"> and I'd like to see a doctor about it. So yeah, well, all the clues were there. They really were my </w:t>
      </w:r>
      <w:r>
        <w:rPr>
          <w:rFonts w:ascii="Arial" w:hAnsi="Arial"/>
        </w:rPr>
        <w:lastRenderedPageBreak/>
        <w:t xml:space="preserve">mum kept all </w:t>
      </w:r>
      <w:proofErr w:type="gramStart"/>
      <w:r>
        <w:rPr>
          <w:rFonts w:ascii="Arial" w:hAnsi="Arial"/>
        </w:rPr>
        <w:t>the my</w:t>
      </w:r>
      <w:proofErr w:type="gramEnd"/>
      <w:r>
        <w:rPr>
          <w:rFonts w:ascii="Arial" w:hAnsi="Arial"/>
        </w:rPr>
        <w:t xml:space="preserve"> old school reports. </w:t>
      </w:r>
      <w:proofErr w:type="gramStart"/>
      <w:r>
        <w:rPr>
          <w:rFonts w:ascii="Arial" w:hAnsi="Arial"/>
        </w:rPr>
        <w:t>So</w:t>
      </w:r>
      <w:proofErr w:type="gramEnd"/>
      <w:r>
        <w:rPr>
          <w:rFonts w:ascii="Arial" w:hAnsi="Arial"/>
        </w:rPr>
        <w:t xml:space="preserve"> we took them to a specialist. And we saw her. And yeah, she </w:t>
      </w:r>
      <w:r>
        <w:rPr>
          <w:rFonts w:ascii="Arial" w:hAnsi="Arial"/>
        </w:rPr>
        <w:t xml:space="preserve">spotted all the signs, things like hand flapping and, you know, like </w:t>
      </w:r>
      <w:proofErr w:type="spellStart"/>
      <w:r>
        <w:rPr>
          <w:rFonts w:ascii="Arial" w:hAnsi="Arial"/>
        </w:rPr>
        <w:t>adherance</w:t>
      </w:r>
      <w:proofErr w:type="spellEnd"/>
      <w:r>
        <w:rPr>
          <w:rFonts w:ascii="Arial" w:hAnsi="Arial"/>
        </w:rPr>
        <w:t xml:space="preserve"> to the walls and all the little things that you know, are there but you probably went over other people's head. But yeah, I spent like an hour in my session just talking about t</w:t>
      </w:r>
      <w:r>
        <w:rPr>
          <w:rFonts w:ascii="Arial" w:hAnsi="Arial"/>
        </w:rPr>
        <w:t xml:space="preserve">he school reports and after an hour she said, yep, you've </w:t>
      </w:r>
      <w:proofErr w:type="gramStart"/>
      <w:r>
        <w:rPr>
          <w:rFonts w:ascii="Arial" w:hAnsi="Arial"/>
        </w:rPr>
        <w:t>definitely got</w:t>
      </w:r>
      <w:proofErr w:type="gramEnd"/>
      <w:r>
        <w:rPr>
          <w:rFonts w:ascii="Arial" w:hAnsi="Arial"/>
        </w:rPr>
        <w:t xml:space="preserve"> it. </w:t>
      </w:r>
      <w:proofErr w:type="gramStart"/>
      <w:r>
        <w:rPr>
          <w:rFonts w:ascii="Arial" w:hAnsi="Arial"/>
        </w:rPr>
        <w:t>So</w:t>
      </w:r>
      <w:proofErr w:type="gramEnd"/>
      <w:r>
        <w:rPr>
          <w:rFonts w:ascii="Arial" w:hAnsi="Arial"/>
        </w:rPr>
        <w:t xml:space="preserve"> the way I was sort of relieved because some people fight for years to get a diagnosis, but I had all the evidence I pretty much needed really.</w:t>
      </w:r>
    </w:p>
    <w:p w14:paraId="69ED8883" w14:textId="77777777" w:rsidR="008E6F35" w:rsidRDefault="008E6F35">
      <w:pPr>
        <w:spacing w:after="0"/>
      </w:pPr>
    </w:p>
    <w:p w14:paraId="589AEB72" w14:textId="77777777" w:rsidR="008E6F35" w:rsidRDefault="00116BC5">
      <w:pPr>
        <w:spacing w:after="0"/>
      </w:pPr>
      <w:r>
        <w:rPr>
          <w:rFonts w:ascii="Arial" w:hAnsi="Arial"/>
          <w:b/>
        </w:rPr>
        <w:t xml:space="preserve">Lucy  </w:t>
      </w:r>
      <w:r>
        <w:rPr>
          <w:rFonts w:ascii="Arial" w:hAnsi="Arial"/>
          <w:color w:val="5D7284"/>
        </w:rPr>
        <w:t>04:46</w:t>
      </w:r>
    </w:p>
    <w:p w14:paraId="4A4756CB" w14:textId="77777777" w:rsidR="008E6F35" w:rsidRDefault="00116BC5">
      <w:pPr>
        <w:spacing w:after="0"/>
      </w:pPr>
      <w:r>
        <w:rPr>
          <w:rFonts w:ascii="Arial" w:hAnsi="Arial"/>
        </w:rPr>
        <w:t xml:space="preserve">That's the thing. I </w:t>
      </w:r>
      <w:r>
        <w:rPr>
          <w:rFonts w:ascii="Arial" w:hAnsi="Arial"/>
        </w:rPr>
        <w:t xml:space="preserve">think, Alice, I don't know about you, but I certainly think you know, the thought of having to go through a new diagnosis. It always seems to me or I think is a </w:t>
      </w:r>
      <w:proofErr w:type="spellStart"/>
      <w:r>
        <w:rPr>
          <w:rFonts w:ascii="Arial" w:hAnsi="Arial"/>
        </w:rPr>
        <w:t>a</w:t>
      </w:r>
      <w:proofErr w:type="spellEnd"/>
      <w:r>
        <w:rPr>
          <w:rFonts w:ascii="Arial" w:hAnsi="Arial"/>
        </w:rPr>
        <w:t xml:space="preserve"> long road </w:t>
      </w:r>
      <w:proofErr w:type="gramStart"/>
      <w:r>
        <w:rPr>
          <w:rFonts w:ascii="Arial" w:hAnsi="Arial"/>
        </w:rPr>
        <w:t>and in a fight</w:t>
      </w:r>
      <w:proofErr w:type="gramEnd"/>
      <w:r>
        <w:rPr>
          <w:rFonts w:ascii="Arial" w:hAnsi="Arial"/>
        </w:rPr>
        <w:t xml:space="preserve"> because </w:t>
      </w:r>
      <w:proofErr w:type="spellStart"/>
      <w:r>
        <w:rPr>
          <w:rFonts w:ascii="Arial" w:hAnsi="Arial"/>
        </w:rPr>
        <w:t>i've</w:t>
      </w:r>
      <w:proofErr w:type="spellEnd"/>
      <w:r>
        <w:rPr>
          <w:rFonts w:ascii="Arial" w:hAnsi="Arial"/>
        </w:rPr>
        <w:t xml:space="preserve"> heard so many stories about people you know having to f</w:t>
      </w:r>
      <w:r>
        <w:rPr>
          <w:rFonts w:ascii="Arial" w:hAnsi="Arial"/>
        </w:rPr>
        <w:t>ight for diagnosis and things and then you hear Graham's sort of story where it's like after an hour yeah you've definitely got it it's um...</w:t>
      </w:r>
    </w:p>
    <w:p w14:paraId="2DD9968B" w14:textId="77777777" w:rsidR="008E6F35" w:rsidRDefault="008E6F35">
      <w:pPr>
        <w:spacing w:after="0"/>
      </w:pPr>
    </w:p>
    <w:p w14:paraId="0F712273" w14:textId="77777777" w:rsidR="008E6F35" w:rsidRDefault="00116BC5">
      <w:pPr>
        <w:spacing w:after="0"/>
      </w:pPr>
      <w:r>
        <w:rPr>
          <w:rFonts w:ascii="Arial" w:hAnsi="Arial"/>
          <w:b/>
        </w:rPr>
        <w:t xml:space="preserve">Alice  </w:t>
      </w:r>
      <w:r>
        <w:rPr>
          <w:rFonts w:ascii="Arial" w:hAnsi="Arial"/>
          <w:color w:val="5D7284"/>
        </w:rPr>
        <w:t>05:14</w:t>
      </w:r>
    </w:p>
    <w:p w14:paraId="024341FD" w14:textId="77777777" w:rsidR="008E6F35" w:rsidRDefault="00116BC5">
      <w:pPr>
        <w:spacing w:after="0"/>
      </w:pPr>
      <w:proofErr w:type="spellStart"/>
      <w:r>
        <w:rPr>
          <w:rFonts w:ascii="Arial" w:hAnsi="Arial"/>
        </w:rPr>
        <w:t>i</w:t>
      </w:r>
      <w:proofErr w:type="spellEnd"/>
      <w:r>
        <w:rPr>
          <w:rFonts w:ascii="Arial" w:hAnsi="Arial"/>
        </w:rPr>
        <w:t xml:space="preserve"> think it's </w:t>
      </w:r>
      <w:proofErr w:type="spellStart"/>
      <w:r>
        <w:rPr>
          <w:rFonts w:ascii="Arial" w:hAnsi="Arial"/>
        </w:rPr>
        <w:t>it's</w:t>
      </w:r>
      <w:proofErr w:type="spellEnd"/>
      <w:r>
        <w:rPr>
          <w:rFonts w:ascii="Arial" w:hAnsi="Arial"/>
        </w:rPr>
        <w:t xml:space="preserve"> particularly difficult because a lot of people with autism and </w:t>
      </w:r>
      <w:proofErr w:type="spellStart"/>
      <w:r>
        <w:rPr>
          <w:rFonts w:ascii="Arial" w:hAnsi="Arial"/>
        </w:rPr>
        <w:t>and</w:t>
      </w:r>
      <w:proofErr w:type="spellEnd"/>
      <w:r>
        <w:rPr>
          <w:rFonts w:ascii="Arial" w:hAnsi="Arial"/>
        </w:rPr>
        <w:t xml:space="preserve"> autism related </w:t>
      </w:r>
      <w:r>
        <w:rPr>
          <w:rFonts w:ascii="Arial" w:hAnsi="Arial"/>
        </w:rPr>
        <w:t xml:space="preserve">traits get misdiagnosed with mental illnesses and you know anxiety and things like that because the two quite often go hand in hand where you know if you </w:t>
      </w:r>
      <w:proofErr w:type="spellStart"/>
      <w:r>
        <w:rPr>
          <w:rFonts w:ascii="Arial" w:hAnsi="Arial"/>
        </w:rPr>
        <w:t>you</w:t>
      </w:r>
      <w:proofErr w:type="spellEnd"/>
      <w:r>
        <w:rPr>
          <w:rFonts w:ascii="Arial" w:hAnsi="Arial"/>
        </w:rPr>
        <w:t xml:space="preserve"> have difficulty interpreting social cues and things like that then you're probably quite anxious w</w:t>
      </w:r>
      <w:r>
        <w:rPr>
          <w:rFonts w:ascii="Arial" w:hAnsi="Arial"/>
        </w:rPr>
        <w:t xml:space="preserve">hen you're in big groups but it's not you know that that anxiety isn't a mental illness sort of anxiety that anxiety is </w:t>
      </w:r>
      <w:proofErr w:type="spellStart"/>
      <w:r>
        <w:rPr>
          <w:rFonts w:ascii="Arial" w:hAnsi="Arial"/>
        </w:rPr>
        <w:t>is</w:t>
      </w:r>
      <w:proofErr w:type="spellEnd"/>
      <w:r>
        <w:rPr>
          <w:rFonts w:ascii="Arial" w:hAnsi="Arial"/>
        </w:rPr>
        <w:t xml:space="preserve"> linked to something else and so </w:t>
      </w:r>
      <w:proofErr w:type="spellStart"/>
      <w:r>
        <w:rPr>
          <w:rFonts w:ascii="Arial" w:hAnsi="Arial"/>
        </w:rPr>
        <w:t>i</w:t>
      </w:r>
      <w:proofErr w:type="spellEnd"/>
      <w:r>
        <w:rPr>
          <w:rFonts w:ascii="Arial" w:hAnsi="Arial"/>
        </w:rPr>
        <w:t xml:space="preserve"> think that's something that happens quite a lot for people with autism</w:t>
      </w:r>
    </w:p>
    <w:p w14:paraId="694740D4" w14:textId="77777777" w:rsidR="008E6F35" w:rsidRDefault="008E6F35">
      <w:pPr>
        <w:spacing w:after="0"/>
      </w:pPr>
    </w:p>
    <w:p w14:paraId="6D8EEE84" w14:textId="77777777" w:rsidR="008E6F35" w:rsidRDefault="00116BC5">
      <w:pPr>
        <w:spacing w:after="0"/>
      </w:pPr>
      <w:r>
        <w:rPr>
          <w:rFonts w:ascii="Arial" w:hAnsi="Arial"/>
          <w:b/>
        </w:rPr>
        <w:t xml:space="preserve">Graham  </w:t>
      </w:r>
      <w:r>
        <w:rPr>
          <w:rFonts w:ascii="Arial" w:hAnsi="Arial"/>
          <w:color w:val="5D7284"/>
        </w:rPr>
        <w:t>05:57</w:t>
      </w:r>
    </w:p>
    <w:p w14:paraId="1F612535" w14:textId="77777777" w:rsidR="008E6F35" w:rsidRDefault="00116BC5">
      <w:pPr>
        <w:spacing w:after="0"/>
      </w:pPr>
      <w:proofErr w:type="gramStart"/>
      <w:r>
        <w:rPr>
          <w:rFonts w:ascii="Arial" w:hAnsi="Arial"/>
        </w:rPr>
        <w:t>yeah</w:t>
      </w:r>
      <w:proofErr w:type="gramEnd"/>
      <w:r>
        <w:rPr>
          <w:rFonts w:ascii="Arial" w:hAnsi="Arial"/>
        </w:rPr>
        <w:t xml:space="preserve"> </w:t>
      </w:r>
      <w:proofErr w:type="spellStart"/>
      <w:r>
        <w:rPr>
          <w:rFonts w:ascii="Arial" w:hAnsi="Arial"/>
        </w:rPr>
        <w:t>yeah</w:t>
      </w:r>
      <w:proofErr w:type="spellEnd"/>
      <w:r>
        <w:rPr>
          <w:rFonts w:ascii="Arial" w:hAnsi="Arial"/>
        </w:rPr>
        <w:t xml:space="preserve"> </w:t>
      </w:r>
      <w:proofErr w:type="spellStart"/>
      <w:r>
        <w:rPr>
          <w:rFonts w:ascii="Arial" w:hAnsi="Arial"/>
        </w:rPr>
        <w:t>i</w:t>
      </w:r>
      <w:proofErr w:type="spellEnd"/>
      <w:r>
        <w:rPr>
          <w:rFonts w:ascii="Arial" w:hAnsi="Arial"/>
        </w:rPr>
        <w:t xml:space="preserve"> m</w:t>
      </w:r>
      <w:r>
        <w:rPr>
          <w:rFonts w:ascii="Arial" w:hAnsi="Arial"/>
        </w:rPr>
        <w:t xml:space="preserve">ean yeah </w:t>
      </w:r>
      <w:proofErr w:type="spellStart"/>
      <w:r>
        <w:rPr>
          <w:rFonts w:ascii="Arial" w:hAnsi="Arial"/>
        </w:rPr>
        <w:t>yeah</w:t>
      </w:r>
      <w:proofErr w:type="spellEnd"/>
      <w:r>
        <w:rPr>
          <w:rFonts w:ascii="Arial" w:hAnsi="Arial"/>
        </w:rPr>
        <w:t xml:space="preserve"> </w:t>
      </w:r>
      <w:proofErr w:type="spellStart"/>
      <w:r>
        <w:rPr>
          <w:rFonts w:ascii="Arial" w:hAnsi="Arial"/>
        </w:rPr>
        <w:t>i</w:t>
      </w:r>
      <w:proofErr w:type="spellEnd"/>
      <w:r>
        <w:rPr>
          <w:rFonts w:ascii="Arial" w:hAnsi="Arial"/>
        </w:rPr>
        <w:t xml:space="preserve"> knew it was something but yeah you know for a while for my bipolar because </w:t>
      </w:r>
      <w:proofErr w:type="spellStart"/>
      <w:r>
        <w:rPr>
          <w:rFonts w:ascii="Arial" w:hAnsi="Arial"/>
        </w:rPr>
        <w:t>i</w:t>
      </w:r>
      <w:proofErr w:type="spellEnd"/>
      <w:r>
        <w:rPr>
          <w:rFonts w:ascii="Arial" w:hAnsi="Arial"/>
        </w:rPr>
        <w:t xml:space="preserve"> had these really bad mood swings but </w:t>
      </w:r>
      <w:proofErr w:type="spellStart"/>
      <w:r>
        <w:rPr>
          <w:rFonts w:ascii="Arial" w:hAnsi="Arial"/>
        </w:rPr>
        <w:t>i</w:t>
      </w:r>
      <w:proofErr w:type="spellEnd"/>
      <w:r>
        <w:rPr>
          <w:rFonts w:ascii="Arial" w:hAnsi="Arial"/>
        </w:rPr>
        <w:t xml:space="preserve"> </w:t>
      </w:r>
      <w:proofErr w:type="spellStart"/>
      <w:r>
        <w:rPr>
          <w:rFonts w:ascii="Arial" w:hAnsi="Arial"/>
        </w:rPr>
        <w:t>realised</w:t>
      </w:r>
      <w:proofErr w:type="spellEnd"/>
      <w:r>
        <w:rPr>
          <w:rFonts w:ascii="Arial" w:hAnsi="Arial"/>
        </w:rPr>
        <w:t xml:space="preserve"> the bad mood swings they were just a product of the environment </w:t>
      </w:r>
      <w:proofErr w:type="spellStart"/>
      <w:r>
        <w:rPr>
          <w:rFonts w:ascii="Arial" w:hAnsi="Arial"/>
        </w:rPr>
        <w:t>i</w:t>
      </w:r>
      <w:proofErr w:type="spellEnd"/>
      <w:r>
        <w:rPr>
          <w:rFonts w:ascii="Arial" w:hAnsi="Arial"/>
        </w:rPr>
        <w:t xml:space="preserve"> was in at the time and things like that</w:t>
      </w:r>
    </w:p>
    <w:p w14:paraId="6CDD216B" w14:textId="77777777" w:rsidR="008E6F35" w:rsidRDefault="008E6F35">
      <w:pPr>
        <w:spacing w:after="0"/>
      </w:pPr>
    </w:p>
    <w:p w14:paraId="7A57E46D" w14:textId="77777777" w:rsidR="008E6F35" w:rsidRDefault="00116BC5">
      <w:pPr>
        <w:spacing w:after="0"/>
      </w:pPr>
      <w:r>
        <w:rPr>
          <w:rFonts w:ascii="Arial" w:hAnsi="Arial"/>
          <w:b/>
        </w:rPr>
        <w:t xml:space="preserve">Lucy  </w:t>
      </w:r>
      <w:r>
        <w:rPr>
          <w:rFonts w:ascii="Arial" w:hAnsi="Arial"/>
          <w:color w:val="5D7284"/>
        </w:rPr>
        <w:t>06</w:t>
      </w:r>
      <w:r>
        <w:rPr>
          <w:rFonts w:ascii="Arial" w:hAnsi="Arial"/>
          <w:color w:val="5D7284"/>
        </w:rPr>
        <w:t>:14</w:t>
      </w:r>
    </w:p>
    <w:p w14:paraId="18E332CB" w14:textId="77777777" w:rsidR="008E6F35" w:rsidRDefault="00116BC5">
      <w:pPr>
        <w:spacing w:after="0"/>
      </w:pPr>
      <w:r>
        <w:rPr>
          <w:rFonts w:ascii="Arial" w:hAnsi="Arial"/>
        </w:rPr>
        <w:t>Graham you've spoken about when you were sort of first diagnosed with autism how did you how did your group of friends that you were surrounded with at the time take the news that Graham's got the diagnosis of autism and how did that affect you your me</w:t>
      </w:r>
      <w:r>
        <w:rPr>
          <w:rFonts w:ascii="Arial" w:hAnsi="Arial"/>
        </w:rPr>
        <w:t xml:space="preserve">ntal health </w:t>
      </w:r>
      <w:proofErr w:type="spellStart"/>
      <w:r>
        <w:rPr>
          <w:rFonts w:ascii="Arial" w:hAnsi="Arial"/>
        </w:rPr>
        <w:t>i</w:t>
      </w:r>
      <w:proofErr w:type="spellEnd"/>
      <w:r>
        <w:rPr>
          <w:rFonts w:ascii="Arial" w:hAnsi="Arial"/>
        </w:rPr>
        <w:t xml:space="preserve"> know that you've taken a you know you've sort of looked at your life and made, you know made it a better environment for you how did it affect your mental health you know how did your friends react to your diagnosis</w:t>
      </w:r>
    </w:p>
    <w:p w14:paraId="5F205FB3" w14:textId="77777777" w:rsidR="008E6F35" w:rsidRDefault="008E6F35">
      <w:pPr>
        <w:spacing w:after="0"/>
      </w:pPr>
    </w:p>
    <w:p w14:paraId="78043A94" w14:textId="77777777" w:rsidR="008E6F35" w:rsidRDefault="00116BC5">
      <w:pPr>
        <w:spacing w:after="0"/>
      </w:pPr>
      <w:r>
        <w:rPr>
          <w:rFonts w:ascii="Arial" w:hAnsi="Arial"/>
          <w:b/>
        </w:rPr>
        <w:t xml:space="preserve">Graham  </w:t>
      </w:r>
      <w:r>
        <w:rPr>
          <w:rFonts w:ascii="Arial" w:hAnsi="Arial"/>
          <w:color w:val="5D7284"/>
        </w:rPr>
        <w:t>06:52</w:t>
      </w:r>
    </w:p>
    <w:p w14:paraId="554836D3" w14:textId="77777777" w:rsidR="008E6F35" w:rsidRDefault="00116BC5">
      <w:pPr>
        <w:spacing w:after="0"/>
      </w:pPr>
      <w:r>
        <w:rPr>
          <w:rFonts w:ascii="Arial" w:hAnsi="Arial"/>
        </w:rPr>
        <w:t xml:space="preserve">Well like </w:t>
      </w:r>
      <w:proofErr w:type="spellStart"/>
      <w:r>
        <w:rPr>
          <w:rFonts w:ascii="Arial" w:hAnsi="Arial"/>
        </w:rPr>
        <w:t>i</w:t>
      </w:r>
      <w:proofErr w:type="spellEnd"/>
      <w:r>
        <w:rPr>
          <w:rFonts w:ascii="Arial" w:hAnsi="Arial"/>
        </w:rPr>
        <w:t xml:space="preserve"> said </w:t>
      </w:r>
      <w:proofErr w:type="spellStart"/>
      <w:r>
        <w:rPr>
          <w:rFonts w:ascii="Arial" w:hAnsi="Arial"/>
        </w:rPr>
        <w:t>i</w:t>
      </w:r>
      <w:proofErr w:type="spellEnd"/>
      <w:r>
        <w:rPr>
          <w:rFonts w:ascii="Arial" w:hAnsi="Arial"/>
        </w:rPr>
        <w:t xml:space="preserve"> was 20 when I was diagnosis that's when your friends well or you say, that's kind of debatable, your so-called friends you know just sort of up and leave you and yeah </w:t>
      </w:r>
      <w:proofErr w:type="spellStart"/>
      <w:r>
        <w:rPr>
          <w:rFonts w:ascii="Arial" w:hAnsi="Arial"/>
        </w:rPr>
        <w:t>i</w:t>
      </w:r>
      <w:proofErr w:type="spellEnd"/>
      <w:r>
        <w:rPr>
          <w:rFonts w:ascii="Arial" w:hAnsi="Arial"/>
        </w:rPr>
        <w:t xml:space="preserve"> didn't really didn't really have a real group of friends outside of college so </w:t>
      </w:r>
      <w:proofErr w:type="spellStart"/>
      <w:r>
        <w:rPr>
          <w:rFonts w:ascii="Arial" w:hAnsi="Arial"/>
        </w:rPr>
        <w:t>so</w:t>
      </w:r>
      <w:proofErr w:type="spellEnd"/>
      <w:r>
        <w:rPr>
          <w:rFonts w:ascii="Arial" w:hAnsi="Arial"/>
        </w:rPr>
        <w:t xml:space="preserve"> yeah it's like yeah </w:t>
      </w:r>
      <w:proofErr w:type="spellStart"/>
      <w:r>
        <w:rPr>
          <w:rFonts w:ascii="Arial" w:hAnsi="Arial"/>
        </w:rPr>
        <w:t>i</w:t>
      </w:r>
      <w:proofErr w:type="spellEnd"/>
      <w:r>
        <w:rPr>
          <w:rFonts w:ascii="Arial" w:hAnsi="Arial"/>
        </w:rPr>
        <w:t xml:space="preserve"> didn't really have any friends by the time </w:t>
      </w:r>
      <w:proofErr w:type="spellStart"/>
      <w:r>
        <w:rPr>
          <w:rFonts w:ascii="Arial" w:hAnsi="Arial"/>
        </w:rPr>
        <w:t>i</w:t>
      </w:r>
      <w:proofErr w:type="spellEnd"/>
      <w:r>
        <w:rPr>
          <w:rFonts w:ascii="Arial" w:hAnsi="Arial"/>
        </w:rPr>
        <w:t xml:space="preserve"> had a diagnosis because so much things went down in some ways it was sad because </w:t>
      </w:r>
      <w:proofErr w:type="spellStart"/>
      <w:r>
        <w:rPr>
          <w:rFonts w:ascii="Arial" w:hAnsi="Arial"/>
        </w:rPr>
        <w:t>i</w:t>
      </w:r>
      <w:proofErr w:type="spellEnd"/>
      <w:r>
        <w:rPr>
          <w:rFonts w:ascii="Arial" w:hAnsi="Arial"/>
        </w:rPr>
        <w:t xml:space="preserve"> knew </w:t>
      </w:r>
      <w:proofErr w:type="spellStart"/>
      <w:r>
        <w:rPr>
          <w:rFonts w:ascii="Arial" w:hAnsi="Arial"/>
        </w:rPr>
        <w:t>i</w:t>
      </w:r>
      <w:proofErr w:type="spellEnd"/>
      <w:r>
        <w:rPr>
          <w:rFonts w:ascii="Arial" w:hAnsi="Arial"/>
        </w:rPr>
        <w:t xml:space="preserve"> had to move on with my life and you know, cut some fat out of my life you know. At the same </w:t>
      </w:r>
      <w:proofErr w:type="gramStart"/>
      <w:r>
        <w:rPr>
          <w:rFonts w:ascii="Arial" w:hAnsi="Arial"/>
        </w:rPr>
        <w:t>time</w:t>
      </w:r>
      <w:proofErr w:type="gramEnd"/>
      <w:r>
        <w:rPr>
          <w:rFonts w:ascii="Arial" w:hAnsi="Arial"/>
        </w:rPr>
        <w:t xml:space="preserve"> it was like an opportunity to opportunity to meet new friends and things like that but the trouble is at all with social isolation you know where do you begin? It's like there's barely any support groups anymore they're few and far between, they might be </w:t>
      </w:r>
      <w:r>
        <w:rPr>
          <w:rFonts w:ascii="Arial" w:hAnsi="Arial"/>
        </w:rPr>
        <w:t xml:space="preserve">in the city but that's quite a travel so yeah.  let's say, I'd say between the ages of 20 and 25 I was practically alone really. </w:t>
      </w:r>
      <w:proofErr w:type="gramStart"/>
      <w:r>
        <w:rPr>
          <w:rFonts w:ascii="Arial" w:hAnsi="Arial"/>
        </w:rPr>
        <w:t>Yeah</w:t>
      </w:r>
      <w:proofErr w:type="gramEnd"/>
      <w:r>
        <w:rPr>
          <w:rFonts w:ascii="Arial" w:hAnsi="Arial"/>
        </w:rPr>
        <w:t xml:space="preserve"> </w:t>
      </w:r>
      <w:proofErr w:type="spellStart"/>
      <w:r>
        <w:rPr>
          <w:rFonts w:ascii="Arial" w:hAnsi="Arial"/>
        </w:rPr>
        <w:t>i</w:t>
      </w:r>
      <w:proofErr w:type="spellEnd"/>
      <w:r>
        <w:rPr>
          <w:rFonts w:ascii="Arial" w:hAnsi="Arial"/>
        </w:rPr>
        <w:t xml:space="preserve"> mean people with autism they're like square pegs other people are round holes and the more you try and put the square </w:t>
      </w:r>
      <w:r>
        <w:rPr>
          <w:rFonts w:ascii="Arial" w:hAnsi="Arial"/>
        </w:rPr>
        <w:lastRenderedPageBreak/>
        <w:t>pe</w:t>
      </w:r>
      <w:r>
        <w:rPr>
          <w:rFonts w:ascii="Arial" w:hAnsi="Arial"/>
        </w:rPr>
        <w:t xml:space="preserve">g into a round hole you're just </w:t>
      </w:r>
      <w:proofErr w:type="spellStart"/>
      <w:r>
        <w:rPr>
          <w:rFonts w:ascii="Arial" w:hAnsi="Arial"/>
        </w:rPr>
        <w:t>gonna</w:t>
      </w:r>
      <w:proofErr w:type="spellEnd"/>
      <w:r>
        <w:rPr>
          <w:rFonts w:ascii="Arial" w:hAnsi="Arial"/>
        </w:rPr>
        <w:t xml:space="preserve"> do more damage to the peg so yeah </w:t>
      </w:r>
      <w:proofErr w:type="spellStart"/>
      <w:r>
        <w:rPr>
          <w:rFonts w:ascii="Arial" w:hAnsi="Arial"/>
        </w:rPr>
        <w:t>yeah</w:t>
      </w:r>
      <w:proofErr w:type="spellEnd"/>
      <w:r>
        <w:rPr>
          <w:rFonts w:ascii="Arial" w:hAnsi="Arial"/>
        </w:rPr>
        <w:t xml:space="preserve"> </w:t>
      </w:r>
      <w:proofErr w:type="spellStart"/>
      <w:r>
        <w:rPr>
          <w:rFonts w:ascii="Arial" w:hAnsi="Arial"/>
        </w:rPr>
        <w:t>i</w:t>
      </w:r>
      <w:proofErr w:type="spellEnd"/>
      <w:r>
        <w:rPr>
          <w:rFonts w:ascii="Arial" w:hAnsi="Arial"/>
        </w:rPr>
        <w:t xml:space="preserve"> think after a while </w:t>
      </w:r>
      <w:proofErr w:type="spellStart"/>
      <w:r>
        <w:rPr>
          <w:rFonts w:ascii="Arial" w:hAnsi="Arial"/>
        </w:rPr>
        <w:t>i</w:t>
      </w:r>
      <w:proofErr w:type="spellEnd"/>
      <w:r>
        <w:rPr>
          <w:rFonts w:ascii="Arial" w:hAnsi="Arial"/>
        </w:rPr>
        <w:t xml:space="preserve"> sort of </w:t>
      </w:r>
      <w:proofErr w:type="spellStart"/>
      <w:r>
        <w:rPr>
          <w:rFonts w:ascii="Arial" w:hAnsi="Arial"/>
        </w:rPr>
        <w:t>realised</w:t>
      </w:r>
      <w:proofErr w:type="spellEnd"/>
      <w:r>
        <w:rPr>
          <w:rFonts w:ascii="Arial" w:hAnsi="Arial"/>
        </w:rPr>
        <w:t xml:space="preserve"> </w:t>
      </w:r>
      <w:proofErr w:type="spellStart"/>
      <w:r>
        <w:rPr>
          <w:rFonts w:ascii="Arial" w:hAnsi="Arial"/>
        </w:rPr>
        <w:t>i</w:t>
      </w:r>
      <w:proofErr w:type="spellEnd"/>
      <w:r>
        <w:rPr>
          <w:rFonts w:ascii="Arial" w:hAnsi="Arial"/>
        </w:rPr>
        <w:t xml:space="preserve"> was never </w:t>
      </w:r>
      <w:proofErr w:type="spellStart"/>
      <w:r>
        <w:rPr>
          <w:rFonts w:ascii="Arial" w:hAnsi="Arial"/>
        </w:rPr>
        <w:t>gonna</w:t>
      </w:r>
      <w:proofErr w:type="spellEnd"/>
      <w:r>
        <w:rPr>
          <w:rFonts w:ascii="Arial" w:hAnsi="Arial"/>
        </w:rPr>
        <w:t xml:space="preserve"> fit into anyone's </w:t>
      </w:r>
      <w:proofErr w:type="spellStart"/>
      <w:r>
        <w:rPr>
          <w:rFonts w:ascii="Arial" w:hAnsi="Arial"/>
        </w:rPr>
        <w:t>pidgeon</w:t>
      </w:r>
      <w:proofErr w:type="spellEnd"/>
      <w:r>
        <w:rPr>
          <w:rFonts w:ascii="Arial" w:hAnsi="Arial"/>
        </w:rPr>
        <w:t xml:space="preserve"> hole. That, it was it was that time in life to sort of go out and figure out do a lot of soul </w:t>
      </w:r>
      <w:r>
        <w:rPr>
          <w:rFonts w:ascii="Arial" w:hAnsi="Arial"/>
        </w:rPr>
        <w:t>searching and decide you know what's right for me as an individual rather than being something other people probably want to be because the sad truth is it just wasn't going to work out that way.</w:t>
      </w:r>
    </w:p>
    <w:p w14:paraId="4E6C2E9E" w14:textId="77777777" w:rsidR="008E6F35" w:rsidRDefault="008E6F35">
      <w:pPr>
        <w:spacing w:after="0"/>
      </w:pPr>
    </w:p>
    <w:p w14:paraId="274547CE" w14:textId="77777777" w:rsidR="008E6F35" w:rsidRDefault="00116BC5">
      <w:pPr>
        <w:spacing w:after="0"/>
      </w:pPr>
      <w:r>
        <w:rPr>
          <w:rFonts w:ascii="Arial" w:hAnsi="Arial"/>
          <w:b/>
        </w:rPr>
        <w:t xml:space="preserve">Lucy  </w:t>
      </w:r>
      <w:r>
        <w:rPr>
          <w:rFonts w:ascii="Arial" w:hAnsi="Arial"/>
          <w:color w:val="5D7284"/>
        </w:rPr>
        <w:t>08:37</w:t>
      </w:r>
    </w:p>
    <w:p w14:paraId="27E06C99" w14:textId="77777777" w:rsidR="008E6F35" w:rsidRDefault="00116BC5">
      <w:pPr>
        <w:spacing w:after="0"/>
      </w:pPr>
      <w:r>
        <w:rPr>
          <w:rFonts w:ascii="Arial" w:hAnsi="Arial"/>
        </w:rPr>
        <w:t xml:space="preserve">So alongside sort of the </w:t>
      </w:r>
      <w:proofErr w:type="spellStart"/>
      <w:r>
        <w:rPr>
          <w:rFonts w:ascii="Arial" w:hAnsi="Arial"/>
        </w:rPr>
        <w:t>the</w:t>
      </w:r>
      <w:proofErr w:type="spellEnd"/>
      <w:r>
        <w:rPr>
          <w:rFonts w:ascii="Arial" w:hAnsi="Arial"/>
        </w:rPr>
        <w:t xml:space="preserve"> treatment from </w:t>
      </w:r>
      <w:r>
        <w:rPr>
          <w:rFonts w:ascii="Arial" w:hAnsi="Arial"/>
        </w:rPr>
        <w:t xml:space="preserve">medical professionals was there like one activity </w:t>
      </w:r>
      <w:proofErr w:type="spellStart"/>
      <w:r>
        <w:rPr>
          <w:rFonts w:ascii="Arial" w:hAnsi="Arial"/>
        </w:rPr>
        <w:t>i</w:t>
      </w:r>
      <w:proofErr w:type="spellEnd"/>
      <w:r>
        <w:rPr>
          <w:rFonts w:ascii="Arial" w:hAnsi="Arial"/>
        </w:rPr>
        <w:t xml:space="preserve"> mean we've spoken to quite a few people with autism for this for this week </w:t>
      </w:r>
      <w:proofErr w:type="gramStart"/>
      <w:r>
        <w:rPr>
          <w:rFonts w:ascii="Arial" w:hAnsi="Arial"/>
        </w:rPr>
        <w:t>in particular and</w:t>
      </w:r>
      <w:proofErr w:type="gramEnd"/>
      <w:r>
        <w:rPr>
          <w:rFonts w:ascii="Arial" w:hAnsi="Arial"/>
        </w:rPr>
        <w:t xml:space="preserve"> they say that finding activities to sort of help them express themselves so Louise for instance she's got her m</w:t>
      </w:r>
      <w:r>
        <w:rPr>
          <w:rFonts w:ascii="Arial" w:hAnsi="Arial"/>
        </w:rPr>
        <w:t>usic and her sister Gemma is into warning is there anything that you sort of do in your spare time that sort of helps with the sort of the anxiety that the autism causes?</w:t>
      </w:r>
    </w:p>
    <w:p w14:paraId="67B2FD5A" w14:textId="77777777" w:rsidR="008E6F35" w:rsidRDefault="008E6F35">
      <w:pPr>
        <w:spacing w:after="0"/>
      </w:pPr>
    </w:p>
    <w:p w14:paraId="58AE4261" w14:textId="77777777" w:rsidR="008E6F35" w:rsidRDefault="00116BC5">
      <w:pPr>
        <w:spacing w:after="0"/>
      </w:pPr>
      <w:r>
        <w:rPr>
          <w:rFonts w:ascii="Arial" w:hAnsi="Arial"/>
          <w:b/>
        </w:rPr>
        <w:t xml:space="preserve">Graham  </w:t>
      </w:r>
      <w:r>
        <w:rPr>
          <w:rFonts w:ascii="Arial" w:hAnsi="Arial"/>
          <w:color w:val="5D7284"/>
        </w:rPr>
        <w:t>09:17</w:t>
      </w:r>
    </w:p>
    <w:p w14:paraId="30357787" w14:textId="77777777" w:rsidR="008E6F35" w:rsidRDefault="00116BC5">
      <w:pPr>
        <w:spacing w:after="0"/>
      </w:pPr>
      <w:proofErr w:type="gramStart"/>
      <w:r>
        <w:rPr>
          <w:rFonts w:ascii="Arial" w:hAnsi="Arial"/>
        </w:rPr>
        <w:t>Yeah</w:t>
      </w:r>
      <w:proofErr w:type="gramEnd"/>
      <w:r>
        <w:rPr>
          <w:rFonts w:ascii="Arial" w:hAnsi="Arial"/>
        </w:rPr>
        <w:t xml:space="preserve"> </w:t>
      </w:r>
      <w:proofErr w:type="spellStart"/>
      <w:r>
        <w:rPr>
          <w:rFonts w:ascii="Arial" w:hAnsi="Arial"/>
        </w:rPr>
        <w:t>i've</w:t>
      </w:r>
      <w:proofErr w:type="spellEnd"/>
      <w:r>
        <w:rPr>
          <w:rFonts w:ascii="Arial" w:hAnsi="Arial"/>
        </w:rPr>
        <w:t xml:space="preserve"> always been a very creative person </w:t>
      </w:r>
      <w:proofErr w:type="spellStart"/>
      <w:r>
        <w:rPr>
          <w:rFonts w:ascii="Arial" w:hAnsi="Arial"/>
        </w:rPr>
        <w:t>i</w:t>
      </w:r>
      <w:proofErr w:type="spellEnd"/>
      <w:r>
        <w:rPr>
          <w:rFonts w:ascii="Arial" w:hAnsi="Arial"/>
        </w:rPr>
        <w:t xml:space="preserve"> do things like you know</w:t>
      </w:r>
      <w:r>
        <w:rPr>
          <w:rFonts w:ascii="Arial" w:hAnsi="Arial"/>
        </w:rPr>
        <w:t xml:space="preserve"> drawing sketching creative writing those things. When I was diagnosed my </w:t>
      </w:r>
      <w:proofErr w:type="gramStart"/>
      <w:r>
        <w:rPr>
          <w:rFonts w:ascii="Arial" w:hAnsi="Arial"/>
        </w:rPr>
        <w:t>specialist</w:t>
      </w:r>
      <w:proofErr w:type="gramEnd"/>
      <w:r>
        <w:rPr>
          <w:rFonts w:ascii="Arial" w:hAnsi="Arial"/>
        </w:rPr>
        <w:t xml:space="preserve"> she you know she saw my school reports that </w:t>
      </w:r>
      <w:proofErr w:type="spellStart"/>
      <w:r>
        <w:rPr>
          <w:rFonts w:ascii="Arial" w:hAnsi="Arial"/>
        </w:rPr>
        <w:t>i</w:t>
      </w:r>
      <w:proofErr w:type="spellEnd"/>
      <w:r>
        <w:rPr>
          <w:rFonts w:ascii="Arial" w:hAnsi="Arial"/>
        </w:rPr>
        <w:t xml:space="preserve"> was quite the artists and she challenged me to - apparently she collected like drawings from patients and things -  so she ch</w:t>
      </w:r>
      <w:r>
        <w:rPr>
          <w:rFonts w:ascii="Arial" w:hAnsi="Arial"/>
        </w:rPr>
        <w:t xml:space="preserve">allenged me to draw something </w:t>
      </w:r>
      <w:proofErr w:type="spellStart"/>
      <w:r>
        <w:rPr>
          <w:rFonts w:ascii="Arial" w:hAnsi="Arial"/>
        </w:rPr>
        <w:t>something</w:t>
      </w:r>
      <w:proofErr w:type="spellEnd"/>
      <w:r>
        <w:rPr>
          <w:rFonts w:ascii="Arial" w:hAnsi="Arial"/>
        </w:rPr>
        <w:t xml:space="preserve"> quite specific which was the origin of Batman. </w:t>
      </w:r>
      <w:proofErr w:type="gramStart"/>
      <w:r>
        <w:rPr>
          <w:rFonts w:ascii="Arial" w:hAnsi="Arial"/>
        </w:rPr>
        <w:t>So</w:t>
      </w:r>
      <w:proofErr w:type="gramEnd"/>
      <w:r>
        <w:rPr>
          <w:rFonts w:ascii="Arial" w:hAnsi="Arial"/>
        </w:rPr>
        <w:t xml:space="preserve"> you know I went away and </w:t>
      </w:r>
      <w:proofErr w:type="spellStart"/>
      <w:r>
        <w:rPr>
          <w:rFonts w:ascii="Arial" w:hAnsi="Arial"/>
        </w:rPr>
        <w:t>i</w:t>
      </w:r>
      <w:proofErr w:type="spellEnd"/>
      <w:r>
        <w:rPr>
          <w:rFonts w:ascii="Arial" w:hAnsi="Arial"/>
        </w:rPr>
        <w:t xml:space="preserve"> did this sort of noir black and white sketches of you know </w:t>
      </w:r>
      <w:proofErr w:type="spellStart"/>
      <w:r>
        <w:rPr>
          <w:rFonts w:ascii="Arial" w:hAnsi="Arial"/>
        </w:rPr>
        <w:t>bruce</w:t>
      </w:r>
      <w:proofErr w:type="spellEnd"/>
      <w:r>
        <w:rPr>
          <w:rFonts w:ascii="Arial" w:hAnsi="Arial"/>
        </w:rPr>
        <w:t xml:space="preserve"> </w:t>
      </w:r>
      <w:proofErr w:type="spellStart"/>
      <w:r>
        <w:rPr>
          <w:rFonts w:ascii="Arial" w:hAnsi="Arial"/>
        </w:rPr>
        <w:t>wayne's</w:t>
      </w:r>
      <w:proofErr w:type="spellEnd"/>
      <w:r>
        <w:rPr>
          <w:rFonts w:ascii="Arial" w:hAnsi="Arial"/>
        </w:rPr>
        <w:t xml:space="preserve"> parents being gunned down. Pretty morbid but that's what it is.</w:t>
      </w:r>
    </w:p>
    <w:p w14:paraId="0E374C4A" w14:textId="77777777" w:rsidR="008E6F35" w:rsidRDefault="008E6F35">
      <w:pPr>
        <w:spacing w:after="0"/>
      </w:pPr>
    </w:p>
    <w:p w14:paraId="7A7668FA" w14:textId="77777777" w:rsidR="008E6F35" w:rsidRDefault="00116BC5">
      <w:pPr>
        <w:spacing w:after="0"/>
      </w:pPr>
      <w:r>
        <w:rPr>
          <w:rFonts w:ascii="Arial" w:hAnsi="Arial"/>
          <w:b/>
        </w:rPr>
        <w:t>A</w:t>
      </w:r>
      <w:r>
        <w:rPr>
          <w:rFonts w:ascii="Arial" w:hAnsi="Arial"/>
          <w:b/>
        </w:rPr>
        <w:t xml:space="preserve">lice  </w:t>
      </w:r>
      <w:r>
        <w:rPr>
          <w:rFonts w:ascii="Arial" w:hAnsi="Arial"/>
          <w:color w:val="5D7284"/>
        </w:rPr>
        <w:t>09:58</w:t>
      </w:r>
    </w:p>
    <w:p w14:paraId="2BA64492" w14:textId="77777777" w:rsidR="008E6F35" w:rsidRDefault="00116BC5">
      <w:pPr>
        <w:spacing w:after="0"/>
      </w:pPr>
      <w:r>
        <w:rPr>
          <w:rFonts w:ascii="Arial" w:hAnsi="Arial"/>
        </w:rPr>
        <w:t>Wow!</w:t>
      </w:r>
    </w:p>
    <w:p w14:paraId="24A1515C" w14:textId="77777777" w:rsidR="008E6F35" w:rsidRDefault="008E6F35">
      <w:pPr>
        <w:spacing w:after="0"/>
      </w:pPr>
    </w:p>
    <w:p w14:paraId="5BBAF25D" w14:textId="77777777" w:rsidR="008E6F35" w:rsidRDefault="00116BC5">
      <w:pPr>
        <w:spacing w:after="0"/>
      </w:pPr>
      <w:r>
        <w:rPr>
          <w:rFonts w:ascii="Arial" w:hAnsi="Arial"/>
          <w:b/>
        </w:rPr>
        <w:t xml:space="preserve">Graham  </w:t>
      </w:r>
      <w:r>
        <w:rPr>
          <w:rFonts w:ascii="Arial" w:hAnsi="Arial"/>
          <w:color w:val="5D7284"/>
        </w:rPr>
        <w:t>09:59</w:t>
      </w:r>
    </w:p>
    <w:p w14:paraId="2DF0BF9D" w14:textId="77777777" w:rsidR="008E6F35" w:rsidRDefault="00116BC5">
      <w:pPr>
        <w:spacing w:after="0"/>
      </w:pPr>
      <w:proofErr w:type="gramStart"/>
      <w:r>
        <w:rPr>
          <w:rFonts w:ascii="Arial" w:hAnsi="Arial"/>
        </w:rPr>
        <w:t>Yeah</w:t>
      </w:r>
      <w:proofErr w:type="gramEnd"/>
      <w:r>
        <w:rPr>
          <w:rFonts w:ascii="Arial" w:hAnsi="Arial"/>
        </w:rPr>
        <w:t xml:space="preserve"> she </w:t>
      </w:r>
      <w:proofErr w:type="spellStart"/>
      <w:r>
        <w:rPr>
          <w:rFonts w:ascii="Arial" w:hAnsi="Arial"/>
        </w:rPr>
        <w:t>she</w:t>
      </w:r>
      <w:proofErr w:type="spellEnd"/>
      <w:r>
        <w:rPr>
          <w:rFonts w:ascii="Arial" w:hAnsi="Arial"/>
        </w:rPr>
        <w:t xml:space="preserve"> kept those so...</w:t>
      </w:r>
    </w:p>
    <w:p w14:paraId="07F3BE1C" w14:textId="77777777" w:rsidR="008E6F35" w:rsidRDefault="008E6F35">
      <w:pPr>
        <w:spacing w:after="0"/>
      </w:pPr>
    </w:p>
    <w:p w14:paraId="2CD0E402" w14:textId="77777777" w:rsidR="008E6F35" w:rsidRDefault="00116BC5">
      <w:pPr>
        <w:spacing w:after="0"/>
      </w:pPr>
      <w:r>
        <w:rPr>
          <w:rFonts w:ascii="Arial" w:hAnsi="Arial"/>
          <w:b/>
        </w:rPr>
        <w:t xml:space="preserve">Alice  </w:t>
      </w:r>
      <w:r>
        <w:rPr>
          <w:rFonts w:ascii="Arial" w:hAnsi="Arial"/>
          <w:color w:val="5D7284"/>
        </w:rPr>
        <w:t>10:04</w:t>
      </w:r>
    </w:p>
    <w:p w14:paraId="64C7DE2A" w14:textId="77777777" w:rsidR="008E6F35" w:rsidRDefault="00116BC5">
      <w:pPr>
        <w:spacing w:after="0"/>
      </w:pPr>
      <w:r>
        <w:rPr>
          <w:rFonts w:ascii="Arial" w:hAnsi="Arial"/>
        </w:rPr>
        <w:t xml:space="preserve">That sounds great </w:t>
      </w:r>
      <w:proofErr w:type="spellStart"/>
      <w:r>
        <w:rPr>
          <w:rFonts w:ascii="Arial" w:hAnsi="Arial"/>
        </w:rPr>
        <w:t>i</w:t>
      </w:r>
      <w:proofErr w:type="spellEnd"/>
      <w:r>
        <w:rPr>
          <w:rFonts w:ascii="Arial" w:hAnsi="Arial"/>
        </w:rPr>
        <w:t xml:space="preserve"> would have loved to see those! As you said quite dark but sounds great</w:t>
      </w:r>
    </w:p>
    <w:p w14:paraId="62A2EF5C" w14:textId="77777777" w:rsidR="008E6F35" w:rsidRDefault="008E6F35">
      <w:pPr>
        <w:spacing w:after="0"/>
      </w:pPr>
    </w:p>
    <w:p w14:paraId="1FC5912A" w14:textId="77777777" w:rsidR="008E6F35" w:rsidRDefault="00116BC5">
      <w:pPr>
        <w:spacing w:after="0"/>
      </w:pPr>
      <w:r>
        <w:rPr>
          <w:rFonts w:ascii="Arial" w:hAnsi="Arial"/>
          <w:b/>
        </w:rPr>
        <w:t xml:space="preserve">Graham  </w:t>
      </w:r>
      <w:r>
        <w:rPr>
          <w:rFonts w:ascii="Arial" w:hAnsi="Arial"/>
          <w:color w:val="5D7284"/>
        </w:rPr>
        <w:t>10:13</w:t>
      </w:r>
    </w:p>
    <w:p w14:paraId="795EAB95" w14:textId="77777777" w:rsidR="008E6F35" w:rsidRDefault="00116BC5">
      <w:pPr>
        <w:spacing w:after="0"/>
      </w:pPr>
      <w:proofErr w:type="gramStart"/>
      <w:r>
        <w:rPr>
          <w:rFonts w:ascii="Arial" w:hAnsi="Arial"/>
        </w:rPr>
        <w:t>Yeah</w:t>
      </w:r>
      <w:proofErr w:type="gramEnd"/>
      <w:r>
        <w:rPr>
          <w:rFonts w:ascii="Arial" w:hAnsi="Arial"/>
        </w:rPr>
        <w:t xml:space="preserve"> Batman is my favourite my, my favourite character anyway so yeah</w:t>
      </w:r>
    </w:p>
    <w:p w14:paraId="3FE95D3A" w14:textId="77777777" w:rsidR="008E6F35" w:rsidRDefault="008E6F35">
      <w:pPr>
        <w:spacing w:after="0"/>
      </w:pPr>
    </w:p>
    <w:p w14:paraId="76AA5BB3" w14:textId="77777777" w:rsidR="008E6F35" w:rsidRDefault="00116BC5">
      <w:pPr>
        <w:spacing w:after="0"/>
      </w:pPr>
      <w:r>
        <w:rPr>
          <w:rFonts w:ascii="Arial" w:hAnsi="Arial"/>
          <w:b/>
        </w:rPr>
        <w:t xml:space="preserve">Lucy  </w:t>
      </w:r>
      <w:r>
        <w:rPr>
          <w:rFonts w:ascii="Arial" w:hAnsi="Arial"/>
          <w:color w:val="5D7284"/>
        </w:rPr>
        <w:t>10:18</w:t>
      </w:r>
    </w:p>
    <w:p w14:paraId="008CD5DF" w14:textId="77777777" w:rsidR="008E6F35" w:rsidRDefault="00116BC5">
      <w:pPr>
        <w:spacing w:after="0"/>
      </w:pPr>
      <w:proofErr w:type="gramStart"/>
      <w:r>
        <w:rPr>
          <w:rFonts w:ascii="Arial" w:hAnsi="Arial"/>
        </w:rPr>
        <w:t>So</w:t>
      </w:r>
      <w:proofErr w:type="gramEnd"/>
      <w:r>
        <w:rPr>
          <w:rFonts w:ascii="Arial" w:hAnsi="Arial"/>
        </w:rPr>
        <w:t xml:space="preserve"> Graham </w:t>
      </w:r>
      <w:proofErr w:type="spellStart"/>
      <w:r>
        <w:rPr>
          <w:rFonts w:ascii="Arial" w:hAnsi="Arial"/>
        </w:rPr>
        <w:t>i</w:t>
      </w:r>
      <w:proofErr w:type="spellEnd"/>
      <w:r>
        <w:rPr>
          <w:rFonts w:ascii="Arial" w:hAnsi="Arial"/>
        </w:rPr>
        <w:t xml:space="preserve"> know you know Louise Steel who's been at a former guest on our podcast can you tell us a bit about how you know her?</w:t>
      </w:r>
    </w:p>
    <w:p w14:paraId="35F57898" w14:textId="77777777" w:rsidR="008E6F35" w:rsidRDefault="008E6F35">
      <w:pPr>
        <w:spacing w:after="0"/>
      </w:pPr>
    </w:p>
    <w:p w14:paraId="25203BFC" w14:textId="77777777" w:rsidR="008E6F35" w:rsidRDefault="00116BC5">
      <w:pPr>
        <w:spacing w:after="0"/>
      </w:pPr>
      <w:r>
        <w:rPr>
          <w:rFonts w:ascii="Arial" w:hAnsi="Arial"/>
          <w:b/>
        </w:rPr>
        <w:t xml:space="preserve">Graham  </w:t>
      </w:r>
      <w:r>
        <w:rPr>
          <w:rFonts w:ascii="Arial" w:hAnsi="Arial"/>
          <w:color w:val="5D7284"/>
        </w:rPr>
        <w:t>10:27</w:t>
      </w:r>
    </w:p>
    <w:p w14:paraId="60A9EC8A" w14:textId="77777777" w:rsidR="008E6F35" w:rsidRDefault="00116BC5">
      <w:pPr>
        <w:spacing w:after="0"/>
      </w:pPr>
      <w:r>
        <w:rPr>
          <w:rFonts w:ascii="Arial" w:hAnsi="Arial"/>
        </w:rPr>
        <w:t xml:space="preserve">About a year after we started </w:t>
      </w:r>
      <w:proofErr w:type="spellStart"/>
      <w:r>
        <w:rPr>
          <w:rFonts w:ascii="Arial" w:hAnsi="Arial"/>
        </w:rPr>
        <w:t>i</w:t>
      </w:r>
      <w:proofErr w:type="spellEnd"/>
      <w:r>
        <w:rPr>
          <w:rFonts w:ascii="Arial" w:hAnsi="Arial"/>
        </w:rPr>
        <w:t xml:space="preserve"> started getting emails </w:t>
      </w:r>
      <w:proofErr w:type="gramStart"/>
      <w:r>
        <w:rPr>
          <w:rFonts w:ascii="Arial" w:hAnsi="Arial"/>
        </w:rPr>
        <w:t>off of</w:t>
      </w:r>
      <w:proofErr w:type="gramEnd"/>
      <w:r>
        <w:rPr>
          <w:rFonts w:ascii="Arial" w:hAnsi="Arial"/>
        </w:rPr>
        <w:t xml:space="preserve"> her that she was really interested in </w:t>
      </w:r>
      <w:r>
        <w:rPr>
          <w:rFonts w:ascii="Arial" w:hAnsi="Arial"/>
        </w:rPr>
        <w:t xml:space="preserve">doing something about autism awareness week so she started contacting me and so  I invited her down yeah </w:t>
      </w:r>
      <w:proofErr w:type="spellStart"/>
      <w:r>
        <w:rPr>
          <w:rFonts w:ascii="Arial" w:hAnsi="Arial"/>
        </w:rPr>
        <w:t>maet</w:t>
      </w:r>
      <w:proofErr w:type="spellEnd"/>
      <w:r>
        <w:rPr>
          <w:rFonts w:ascii="Arial" w:hAnsi="Arial"/>
        </w:rPr>
        <w:t xml:space="preserve"> </w:t>
      </w:r>
      <w:proofErr w:type="spellStart"/>
      <w:r>
        <w:rPr>
          <w:rFonts w:ascii="Arial" w:hAnsi="Arial"/>
        </w:rPr>
        <w:t>herand</w:t>
      </w:r>
      <w:proofErr w:type="spellEnd"/>
      <w:r>
        <w:rPr>
          <w:rFonts w:ascii="Arial" w:hAnsi="Arial"/>
        </w:rPr>
        <w:t xml:space="preserve"> you know we talked about the group </w:t>
      </w:r>
      <w:proofErr w:type="spellStart"/>
      <w:r>
        <w:rPr>
          <w:rFonts w:ascii="Arial" w:hAnsi="Arial"/>
        </w:rPr>
        <w:t>oand</w:t>
      </w:r>
      <w:proofErr w:type="spellEnd"/>
      <w:r>
        <w:rPr>
          <w:rFonts w:ascii="Arial" w:hAnsi="Arial"/>
        </w:rPr>
        <w:t xml:space="preserve"> </w:t>
      </w:r>
      <w:proofErr w:type="spellStart"/>
      <w:r>
        <w:rPr>
          <w:rFonts w:ascii="Arial" w:hAnsi="Arial"/>
        </w:rPr>
        <w:t>whatwe</w:t>
      </w:r>
      <w:proofErr w:type="spellEnd"/>
      <w:r>
        <w:rPr>
          <w:rFonts w:ascii="Arial" w:hAnsi="Arial"/>
        </w:rPr>
        <w:t xml:space="preserve"> did , </w:t>
      </w:r>
      <w:proofErr w:type="spellStart"/>
      <w:r>
        <w:rPr>
          <w:rFonts w:ascii="Arial" w:hAnsi="Arial"/>
        </w:rPr>
        <w:t>gotsome</w:t>
      </w:r>
      <w:proofErr w:type="spellEnd"/>
      <w:r>
        <w:rPr>
          <w:rFonts w:ascii="Arial" w:hAnsi="Arial"/>
        </w:rPr>
        <w:t xml:space="preserve"> photos and yeah . Well first I thought it was going to be one of these one off</w:t>
      </w:r>
      <w:r>
        <w:rPr>
          <w:rFonts w:ascii="Arial" w:hAnsi="Arial"/>
        </w:rPr>
        <w:t xml:space="preserve"> </w:t>
      </w:r>
      <w:proofErr w:type="gramStart"/>
      <w:r>
        <w:rPr>
          <w:rFonts w:ascii="Arial" w:hAnsi="Arial"/>
        </w:rPr>
        <w:t>things</w:t>
      </w:r>
      <w:proofErr w:type="gramEnd"/>
      <w:r>
        <w:rPr>
          <w:rFonts w:ascii="Arial" w:hAnsi="Arial"/>
        </w:rPr>
        <w:t xml:space="preserve"> you know but a few weeks later she contacted me on </w:t>
      </w:r>
      <w:proofErr w:type="spellStart"/>
      <w:r>
        <w:rPr>
          <w:rFonts w:ascii="Arial" w:hAnsi="Arial"/>
        </w:rPr>
        <w:t>instagram</w:t>
      </w:r>
      <w:proofErr w:type="spellEnd"/>
      <w:r>
        <w:rPr>
          <w:rFonts w:ascii="Arial" w:hAnsi="Arial"/>
        </w:rPr>
        <w:t xml:space="preserve"> and she told me that she has </w:t>
      </w:r>
      <w:proofErr w:type="spellStart"/>
      <w:r>
        <w:rPr>
          <w:rFonts w:ascii="Arial" w:hAnsi="Arial"/>
        </w:rPr>
        <w:t>self diagnosis</w:t>
      </w:r>
      <w:proofErr w:type="spellEnd"/>
      <w:r>
        <w:rPr>
          <w:rFonts w:ascii="Arial" w:hAnsi="Arial"/>
        </w:rPr>
        <w:t xml:space="preserve"> of being on the spectrum so yeah based on what </w:t>
      </w:r>
      <w:proofErr w:type="spellStart"/>
      <w:r>
        <w:rPr>
          <w:rFonts w:ascii="Arial" w:hAnsi="Arial"/>
        </w:rPr>
        <w:t>i</w:t>
      </w:r>
      <w:proofErr w:type="spellEnd"/>
      <w:r>
        <w:rPr>
          <w:rFonts w:ascii="Arial" w:hAnsi="Arial"/>
        </w:rPr>
        <w:t xml:space="preserve"> understand from your podcast </w:t>
      </w:r>
      <w:proofErr w:type="spellStart"/>
      <w:r>
        <w:rPr>
          <w:rFonts w:ascii="Arial" w:hAnsi="Arial"/>
        </w:rPr>
        <w:t>i'm</w:t>
      </w:r>
      <w:proofErr w:type="spellEnd"/>
      <w:r>
        <w:rPr>
          <w:rFonts w:ascii="Arial" w:hAnsi="Arial"/>
        </w:rPr>
        <w:t xml:space="preserve"> probably one of those people she actually told </w:t>
      </w:r>
      <w:r>
        <w:rPr>
          <w:rFonts w:ascii="Arial" w:hAnsi="Arial"/>
        </w:rPr>
        <w:lastRenderedPageBreak/>
        <w:t>about . Yah sh</w:t>
      </w:r>
      <w:r>
        <w:rPr>
          <w:rFonts w:ascii="Arial" w:hAnsi="Arial"/>
        </w:rPr>
        <w:t xml:space="preserve">e told me she the twin sister Gemma Steele the GB athlete also had a diagnosis as well so yeah about a year after that </w:t>
      </w:r>
      <w:proofErr w:type="spellStart"/>
      <w:r>
        <w:rPr>
          <w:rFonts w:ascii="Arial" w:hAnsi="Arial"/>
        </w:rPr>
        <w:t>i</w:t>
      </w:r>
      <w:proofErr w:type="spellEnd"/>
      <w:r>
        <w:rPr>
          <w:rFonts w:ascii="Arial" w:hAnsi="Arial"/>
        </w:rPr>
        <w:t xml:space="preserve"> got to meet </w:t>
      </w:r>
      <w:proofErr w:type="spellStart"/>
      <w:r>
        <w:rPr>
          <w:rFonts w:ascii="Arial" w:hAnsi="Arial"/>
        </w:rPr>
        <w:t>jGemma</w:t>
      </w:r>
      <w:proofErr w:type="spellEnd"/>
      <w:r>
        <w:rPr>
          <w:rFonts w:ascii="Arial" w:hAnsi="Arial"/>
        </w:rPr>
        <w:t xml:space="preserve"> Steel as well they both came to our </w:t>
      </w:r>
      <w:proofErr w:type="gramStart"/>
      <w:r>
        <w:rPr>
          <w:rFonts w:ascii="Arial" w:hAnsi="Arial"/>
        </w:rPr>
        <w:t>workshop</w:t>
      </w:r>
      <w:proofErr w:type="gramEnd"/>
      <w:r>
        <w:rPr>
          <w:rFonts w:ascii="Arial" w:hAnsi="Arial"/>
        </w:rPr>
        <w:t xml:space="preserve"> so we had a bit of a celebrity guest it was just which was quite nice</w:t>
      </w:r>
    </w:p>
    <w:p w14:paraId="71E45A99" w14:textId="77777777" w:rsidR="008E6F35" w:rsidRDefault="008E6F35">
      <w:pPr>
        <w:spacing w:after="0"/>
      </w:pPr>
    </w:p>
    <w:p w14:paraId="60749212" w14:textId="77777777" w:rsidR="008E6F35" w:rsidRDefault="00116BC5">
      <w:pPr>
        <w:spacing w:after="0"/>
      </w:pPr>
      <w:r>
        <w:rPr>
          <w:rFonts w:ascii="Arial" w:hAnsi="Arial"/>
          <w:b/>
        </w:rPr>
        <w:t xml:space="preserve">Lucy  </w:t>
      </w:r>
      <w:r>
        <w:rPr>
          <w:rFonts w:ascii="Arial" w:hAnsi="Arial"/>
          <w:color w:val="5D7284"/>
        </w:rPr>
        <w:t>11:34</w:t>
      </w:r>
    </w:p>
    <w:p w14:paraId="7314AB5B" w14:textId="77777777" w:rsidR="008E6F35" w:rsidRDefault="00116BC5">
      <w:pPr>
        <w:spacing w:after="0"/>
      </w:pPr>
      <w:r>
        <w:rPr>
          <w:rFonts w:ascii="Arial" w:hAnsi="Arial"/>
        </w:rPr>
        <w:t xml:space="preserve">Gemma had never really spoken about autism diagnosis and </w:t>
      </w:r>
      <w:proofErr w:type="spellStart"/>
      <w:r>
        <w:rPr>
          <w:rFonts w:ascii="Arial" w:hAnsi="Arial"/>
        </w:rPr>
        <w:t>i</w:t>
      </w:r>
      <w:proofErr w:type="spellEnd"/>
      <w:r>
        <w:rPr>
          <w:rFonts w:ascii="Arial" w:hAnsi="Arial"/>
        </w:rPr>
        <w:t xml:space="preserve"> just thought it was such a such a great thing for her to do to be so open and honest about our experiences with </w:t>
      </w:r>
      <w:proofErr w:type="spellStart"/>
      <w:r>
        <w:rPr>
          <w:rFonts w:ascii="Arial" w:hAnsi="Arial"/>
        </w:rPr>
        <w:t>with</w:t>
      </w:r>
      <w:proofErr w:type="spellEnd"/>
      <w:r>
        <w:rPr>
          <w:rFonts w:ascii="Arial" w:hAnsi="Arial"/>
        </w:rPr>
        <w:t xml:space="preserve"> </w:t>
      </w:r>
      <w:proofErr w:type="spellStart"/>
      <w:r>
        <w:rPr>
          <w:rFonts w:ascii="Arial" w:hAnsi="Arial"/>
        </w:rPr>
        <w:t>i</w:t>
      </w:r>
      <w:proofErr w:type="spellEnd"/>
      <w:r>
        <w:rPr>
          <w:rFonts w:ascii="Arial" w:hAnsi="Arial"/>
        </w:rPr>
        <w:t xml:space="preserve"> mean she </w:t>
      </w:r>
      <w:proofErr w:type="spellStart"/>
      <w:r>
        <w:rPr>
          <w:rFonts w:ascii="Arial" w:hAnsi="Arial"/>
        </w:rPr>
        <w:t>she</w:t>
      </w:r>
      <w:proofErr w:type="spellEnd"/>
      <w:r>
        <w:rPr>
          <w:rFonts w:ascii="Arial" w:hAnsi="Arial"/>
        </w:rPr>
        <w:t xml:space="preserve"> </w:t>
      </w:r>
      <w:proofErr w:type="spellStart"/>
      <w:r>
        <w:rPr>
          <w:rFonts w:ascii="Arial" w:hAnsi="Arial"/>
        </w:rPr>
        <w:t>she</w:t>
      </w:r>
      <w:proofErr w:type="spellEnd"/>
      <w:r>
        <w:rPr>
          <w:rFonts w:ascii="Arial" w:hAnsi="Arial"/>
        </w:rPr>
        <w:t xml:space="preserve"> knows Alice but she'd never met me before and </w:t>
      </w:r>
      <w:proofErr w:type="spellStart"/>
      <w:r>
        <w:rPr>
          <w:rFonts w:ascii="Arial" w:hAnsi="Arial"/>
        </w:rPr>
        <w:t>i</w:t>
      </w:r>
      <w:proofErr w:type="spellEnd"/>
      <w:r>
        <w:rPr>
          <w:rFonts w:ascii="Arial" w:hAnsi="Arial"/>
        </w:rPr>
        <w:t xml:space="preserve"> t</w:t>
      </w:r>
      <w:r>
        <w:rPr>
          <w:rFonts w:ascii="Arial" w:hAnsi="Arial"/>
        </w:rPr>
        <w:t xml:space="preserve">hink it was great feedback for us Alice wasn't it when she said it just felt like she was sat talking to her mates really so a great little session we had with her and </w:t>
      </w:r>
      <w:proofErr w:type="spellStart"/>
      <w:r>
        <w:rPr>
          <w:rFonts w:ascii="Arial" w:hAnsi="Arial"/>
        </w:rPr>
        <w:t>i</w:t>
      </w:r>
      <w:proofErr w:type="spellEnd"/>
      <w:r>
        <w:rPr>
          <w:rFonts w:ascii="Arial" w:hAnsi="Arial"/>
        </w:rPr>
        <w:t xml:space="preserve"> was just in awe. In </w:t>
      </w:r>
      <w:proofErr w:type="gramStart"/>
      <w:r>
        <w:rPr>
          <w:rFonts w:ascii="Arial" w:hAnsi="Arial"/>
        </w:rPr>
        <w:t>fact</w:t>
      </w:r>
      <w:proofErr w:type="gramEnd"/>
      <w:r>
        <w:rPr>
          <w:rFonts w:ascii="Arial" w:hAnsi="Arial"/>
        </w:rPr>
        <w:t xml:space="preserve"> </w:t>
      </w:r>
      <w:proofErr w:type="spellStart"/>
      <w:r>
        <w:rPr>
          <w:rFonts w:ascii="Arial" w:hAnsi="Arial"/>
        </w:rPr>
        <w:t>i'm</w:t>
      </w:r>
      <w:proofErr w:type="spellEnd"/>
      <w:r>
        <w:rPr>
          <w:rFonts w:ascii="Arial" w:hAnsi="Arial"/>
        </w:rPr>
        <w:t xml:space="preserve"> always in all of the people that come on our podcast and </w:t>
      </w:r>
      <w:r>
        <w:rPr>
          <w:rFonts w:ascii="Arial" w:hAnsi="Arial"/>
        </w:rPr>
        <w:t xml:space="preserve">are so open about their lives and willing to talk about their conditions or disabilities </w:t>
      </w:r>
      <w:proofErr w:type="spellStart"/>
      <w:r>
        <w:rPr>
          <w:rFonts w:ascii="Arial" w:hAnsi="Arial"/>
        </w:rPr>
        <w:t>i</w:t>
      </w:r>
      <w:proofErr w:type="spellEnd"/>
      <w:r>
        <w:rPr>
          <w:rFonts w:ascii="Arial" w:hAnsi="Arial"/>
        </w:rPr>
        <w:t xml:space="preserve"> just think it's </w:t>
      </w:r>
      <w:proofErr w:type="spellStart"/>
      <w:r>
        <w:rPr>
          <w:rFonts w:ascii="Arial" w:hAnsi="Arial"/>
        </w:rPr>
        <w:t>it's</w:t>
      </w:r>
      <w:proofErr w:type="spellEnd"/>
      <w:r>
        <w:rPr>
          <w:rFonts w:ascii="Arial" w:hAnsi="Arial"/>
        </w:rPr>
        <w:t xml:space="preserve"> absolutely brilliant because they're doing a vital thing really</w:t>
      </w:r>
    </w:p>
    <w:p w14:paraId="7AFEB4B2" w14:textId="77777777" w:rsidR="008E6F35" w:rsidRDefault="008E6F35">
      <w:pPr>
        <w:spacing w:after="0"/>
      </w:pPr>
    </w:p>
    <w:p w14:paraId="18670D93" w14:textId="77777777" w:rsidR="008E6F35" w:rsidRDefault="00116BC5">
      <w:pPr>
        <w:spacing w:after="0"/>
      </w:pPr>
      <w:r>
        <w:rPr>
          <w:rFonts w:ascii="Arial" w:hAnsi="Arial"/>
          <w:b/>
        </w:rPr>
        <w:t xml:space="preserve">Alice  </w:t>
      </w:r>
      <w:r>
        <w:rPr>
          <w:rFonts w:ascii="Arial" w:hAnsi="Arial"/>
          <w:color w:val="5D7284"/>
        </w:rPr>
        <w:t>12:15</w:t>
      </w:r>
    </w:p>
    <w:p w14:paraId="44806C16" w14:textId="77777777" w:rsidR="008E6F35" w:rsidRDefault="00116BC5">
      <w:pPr>
        <w:spacing w:after="0"/>
      </w:pPr>
      <w:r>
        <w:rPr>
          <w:rFonts w:ascii="Arial" w:hAnsi="Arial"/>
        </w:rPr>
        <w:t xml:space="preserve">Well and I think one of the things that's really cool about </w:t>
      </w:r>
      <w:r>
        <w:rPr>
          <w:rFonts w:ascii="Arial" w:hAnsi="Arial"/>
        </w:rPr>
        <w:t xml:space="preserve">kind of Gemma and Louise's stories is how much they accomplished before they got their </w:t>
      </w:r>
      <w:proofErr w:type="gramStart"/>
      <w:r>
        <w:rPr>
          <w:rFonts w:ascii="Arial" w:hAnsi="Arial"/>
        </w:rPr>
        <w:t>diagnoses</w:t>
      </w:r>
      <w:proofErr w:type="gramEnd"/>
    </w:p>
    <w:p w14:paraId="0DBF5DDD" w14:textId="77777777" w:rsidR="008E6F35" w:rsidRDefault="008E6F35">
      <w:pPr>
        <w:spacing w:after="0"/>
      </w:pPr>
    </w:p>
    <w:p w14:paraId="0180A0E9" w14:textId="77777777" w:rsidR="008E6F35" w:rsidRDefault="00116BC5">
      <w:pPr>
        <w:spacing w:after="0"/>
      </w:pPr>
      <w:r>
        <w:rPr>
          <w:rFonts w:ascii="Arial" w:hAnsi="Arial"/>
          <w:b/>
        </w:rPr>
        <w:t xml:space="preserve">Graham  </w:t>
      </w:r>
      <w:r>
        <w:rPr>
          <w:rFonts w:ascii="Arial" w:hAnsi="Arial"/>
          <w:color w:val="5D7284"/>
        </w:rPr>
        <w:t>12:24</w:t>
      </w:r>
    </w:p>
    <w:p w14:paraId="3EA9B1E8" w14:textId="77777777" w:rsidR="008E6F35" w:rsidRDefault="00116BC5">
      <w:pPr>
        <w:spacing w:after="0"/>
      </w:pPr>
      <w:r>
        <w:rPr>
          <w:rFonts w:ascii="Arial" w:hAnsi="Arial"/>
        </w:rPr>
        <w:t xml:space="preserve">Exactly that. </w:t>
      </w:r>
      <w:proofErr w:type="gramStart"/>
      <w:r>
        <w:rPr>
          <w:rFonts w:ascii="Arial" w:hAnsi="Arial"/>
        </w:rPr>
        <w:t>Actually</w:t>
      </w:r>
      <w:proofErr w:type="gramEnd"/>
      <w:r>
        <w:rPr>
          <w:rFonts w:ascii="Arial" w:hAnsi="Arial"/>
        </w:rPr>
        <w:t xml:space="preserve"> I remember when Gemma came to our workshop she came in and she brought all the metals that she'd won from various maratho</w:t>
      </w:r>
      <w:r>
        <w:rPr>
          <w:rFonts w:ascii="Arial" w:hAnsi="Arial"/>
        </w:rPr>
        <w:t>ns and races over the years and I thought this is incredible stuff, it really is.</w:t>
      </w:r>
    </w:p>
    <w:p w14:paraId="0F1AF205" w14:textId="77777777" w:rsidR="008E6F35" w:rsidRDefault="008E6F35">
      <w:pPr>
        <w:spacing w:after="0"/>
      </w:pPr>
    </w:p>
    <w:p w14:paraId="17C35581" w14:textId="77777777" w:rsidR="008E6F35" w:rsidRDefault="00116BC5">
      <w:pPr>
        <w:spacing w:after="0"/>
      </w:pPr>
      <w:r>
        <w:rPr>
          <w:rFonts w:ascii="Arial" w:hAnsi="Arial"/>
          <w:b/>
        </w:rPr>
        <w:t xml:space="preserve">Lucy  </w:t>
      </w:r>
      <w:r>
        <w:rPr>
          <w:rFonts w:ascii="Arial" w:hAnsi="Arial"/>
          <w:color w:val="5D7284"/>
        </w:rPr>
        <w:t>12:41</w:t>
      </w:r>
    </w:p>
    <w:p w14:paraId="3BB3E55E" w14:textId="77777777" w:rsidR="008E6F35" w:rsidRDefault="00116BC5">
      <w:pPr>
        <w:spacing w:after="0"/>
      </w:pPr>
      <w:r>
        <w:rPr>
          <w:rFonts w:ascii="Arial" w:hAnsi="Arial"/>
        </w:rPr>
        <w:t>And did you find that the group got a lot out of Gemma's visit?</w:t>
      </w:r>
    </w:p>
    <w:p w14:paraId="7F732721" w14:textId="77777777" w:rsidR="008E6F35" w:rsidRDefault="008E6F35">
      <w:pPr>
        <w:spacing w:after="0"/>
      </w:pPr>
    </w:p>
    <w:p w14:paraId="7FB110F9" w14:textId="77777777" w:rsidR="008E6F35" w:rsidRDefault="00116BC5">
      <w:pPr>
        <w:spacing w:after="0"/>
      </w:pPr>
      <w:r>
        <w:rPr>
          <w:rFonts w:ascii="Arial" w:hAnsi="Arial"/>
          <w:b/>
        </w:rPr>
        <w:t xml:space="preserve">Graham  </w:t>
      </w:r>
      <w:r>
        <w:rPr>
          <w:rFonts w:ascii="Arial" w:hAnsi="Arial"/>
          <w:color w:val="5D7284"/>
        </w:rPr>
        <w:t>12:45</w:t>
      </w:r>
    </w:p>
    <w:p w14:paraId="46E5278D" w14:textId="77777777" w:rsidR="008E6F35" w:rsidRDefault="00116BC5">
      <w:pPr>
        <w:spacing w:after="0"/>
      </w:pPr>
      <w:r>
        <w:rPr>
          <w:rFonts w:ascii="Arial" w:hAnsi="Arial"/>
        </w:rPr>
        <w:t xml:space="preserve">Oh </w:t>
      </w:r>
      <w:proofErr w:type="gramStart"/>
      <w:r>
        <w:rPr>
          <w:rFonts w:ascii="Arial" w:hAnsi="Arial"/>
        </w:rPr>
        <w:t>yeah</w:t>
      </w:r>
      <w:proofErr w:type="gramEnd"/>
      <w:r>
        <w:rPr>
          <w:rFonts w:ascii="Arial" w:hAnsi="Arial"/>
        </w:rPr>
        <w:t xml:space="preserve"> I think they did. They </w:t>
      </w:r>
      <w:proofErr w:type="gramStart"/>
      <w:r>
        <w:rPr>
          <w:rFonts w:ascii="Arial" w:hAnsi="Arial"/>
        </w:rPr>
        <w:t>yeah</w:t>
      </w:r>
      <w:proofErr w:type="gramEnd"/>
      <w:r>
        <w:rPr>
          <w:rFonts w:ascii="Arial" w:hAnsi="Arial"/>
        </w:rPr>
        <w:t xml:space="preserve"> they were very interested and they listened wi</w:t>
      </w:r>
      <w:r>
        <w:rPr>
          <w:rFonts w:ascii="Arial" w:hAnsi="Arial"/>
        </w:rPr>
        <w:t xml:space="preserve">th glee and yeah Gemma's, from what I heard on the podcast, Gemma's a real social butterfly so yeah she was talking with everyone </w:t>
      </w:r>
      <w:proofErr w:type="spellStart"/>
      <w:r>
        <w:rPr>
          <w:rFonts w:ascii="Arial" w:hAnsi="Arial"/>
        </w:rPr>
        <w:t>i</w:t>
      </w:r>
      <w:proofErr w:type="spellEnd"/>
      <w:r>
        <w:rPr>
          <w:rFonts w:ascii="Arial" w:hAnsi="Arial"/>
        </w:rPr>
        <w:t xml:space="preserve"> mean everyone taking part so yeah she was welcome back of course </w:t>
      </w:r>
      <w:proofErr w:type="spellStart"/>
      <w:r>
        <w:rPr>
          <w:rFonts w:ascii="Arial" w:hAnsi="Arial"/>
        </w:rPr>
        <w:t>i</w:t>
      </w:r>
      <w:proofErr w:type="spellEnd"/>
      <w:r>
        <w:rPr>
          <w:rFonts w:ascii="Arial" w:hAnsi="Arial"/>
        </w:rPr>
        <w:t xml:space="preserve"> mean yeah she was a, </w:t>
      </w:r>
      <w:proofErr w:type="spellStart"/>
      <w:r>
        <w:rPr>
          <w:rFonts w:ascii="Arial" w:hAnsi="Arial"/>
        </w:rPr>
        <w:t>shereally</w:t>
      </w:r>
      <w:proofErr w:type="spellEnd"/>
      <w:r>
        <w:rPr>
          <w:rFonts w:ascii="Arial" w:hAnsi="Arial"/>
        </w:rPr>
        <w:t xml:space="preserve"> brightened the day</w:t>
      </w:r>
    </w:p>
    <w:p w14:paraId="602B393E" w14:textId="77777777" w:rsidR="008E6F35" w:rsidRDefault="008E6F35">
      <w:pPr>
        <w:spacing w:after="0"/>
      </w:pPr>
    </w:p>
    <w:p w14:paraId="753FE460" w14:textId="77777777" w:rsidR="008E6F35" w:rsidRDefault="00116BC5">
      <w:pPr>
        <w:spacing w:after="0"/>
      </w:pPr>
      <w:r>
        <w:rPr>
          <w:rFonts w:ascii="Arial" w:hAnsi="Arial"/>
          <w:b/>
        </w:rPr>
        <w:t xml:space="preserve">Lucy  </w:t>
      </w:r>
      <w:r>
        <w:rPr>
          <w:rFonts w:ascii="Arial" w:hAnsi="Arial"/>
          <w:color w:val="5D7284"/>
        </w:rPr>
        <w:t>13:07</w:t>
      </w:r>
    </w:p>
    <w:p w14:paraId="2F292373" w14:textId="77777777" w:rsidR="008E6F35" w:rsidRDefault="00116BC5">
      <w:pPr>
        <w:spacing w:after="0"/>
      </w:pPr>
      <w:r>
        <w:rPr>
          <w:rFonts w:ascii="Arial" w:hAnsi="Arial"/>
        </w:rPr>
        <w:t xml:space="preserve">I think what </w:t>
      </w:r>
      <w:proofErr w:type="spellStart"/>
      <w:r>
        <w:rPr>
          <w:rFonts w:ascii="Arial" w:hAnsi="Arial"/>
        </w:rPr>
        <w:t>i'm</w:t>
      </w:r>
      <w:proofErr w:type="spellEnd"/>
      <w:r>
        <w:rPr>
          <w:rFonts w:ascii="Arial" w:hAnsi="Arial"/>
        </w:rPr>
        <w:t xml:space="preserve"> learning about through you know through this autism awareness these conversations we've had is the fact that </w:t>
      </w:r>
      <w:proofErr w:type="spellStart"/>
      <w:r>
        <w:rPr>
          <w:rFonts w:ascii="Arial" w:hAnsi="Arial"/>
        </w:rPr>
        <w:t>i</w:t>
      </w:r>
      <w:proofErr w:type="spellEnd"/>
      <w:r>
        <w:rPr>
          <w:rFonts w:ascii="Arial" w:hAnsi="Arial"/>
        </w:rPr>
        <w:t xml:space="preserve"> think autism it sort of makes you more it can make you more focused on you know things you really enjoy and so you become </w:t>
      </w:r>
      <w:r>
        <w:rPr>
          <w:rFonts w:ascii="Arial" w:hAnsi="Arial"/>
        </w:rPr>
        <w:t xml:space="preserve">like an expert in the in your chosen sort of hobby or </w:t>
      </w:r>
      <w:proofErr w:type="spellStart"/>
      <w:r>
        <w:rPr>
          <w:rFonts w:ascii="Arial" w:hAnsi="Arial"/>
        </w:rPr>
        <w:t>or</w:t>
      </w:r>
      <w:proofErr w:type="spellEnd"/>
      <w:r>
        <w:rPr>
          <w:rFonts w:ascii="Arial" w:hAnsi="Arial"/>
        </w:rPr>
        <w:t xml:space="preserve"> thing you really  like and you become really </w:t>
      </w:r>
      <w:proofErr w:type="spellStart"/>
      <w:r>
        <w:rPr>
          <w:rFonts w:ascii="Arial" w:hAnsi="Arial"/>
        </w:rPr>
        <w:t>really</w:t>
      </w:r>
      <w:proofErr w:type="spellEnd"/>
      <w:r>
        <w:rPr>
          <w:rFonts w:ascii="Arial" w:hAnsi="Arial"/>
        </w:rPr>
        <w:t xml:space="preserve"> good at it and to me that isn't negative at all if you you're really good at something it's </w:t>
      </w:r>
      <w:proofErr w:type="spellStart"/>
      <w:r>
        <w:rPr>
          <w:rFonts w:ascii="Arial" w:hAnsi="Arial"/>
        </w:rPr>
        <w:t>a</w:t>
      </w:r>
      <w:proofErr w:type="spellEnd"/>
      <w:r>
        <w:rPr>
          <w:rFonts w:ascii="Arial" w:hAnsi="Arial"/>
        </w:rPr>
        <w:t xml:space="preserve"> it's like it's almost like a like a booster isn't it </w:t>
      </w:r>
      <w:r>
        <w:rPr>
          <w:rFonts w:ascii="Arial" w:hAnsi="Arial"/>
        </w:rPr>
        <w:t xml:space="preserve">really for interests and hobbies </w:t>
      </w:r>
      <w:proofErr w:type="spellStart"/>
      <w:r>
        <w:rPr>
          <w:rFonts w:ascii="Arial" w:hAnsi="Arial"/>
        </w:rPr>
        <w:t>i</w:t>
      </w:r>
      <w:proofErr w:type="spellEnd"/>
      <w:r>
        <w:rPr>
          <w:rFonts w:ascii="Arial" w:hAnsi="Arial"/>
        </w:rPr>
        <w:t xml:space="preserve"> think</w:t>
      </w:r>
    </w:p>
    <w:p w14:paraId="5841ADE5" w14:textId="77777777" w:rsidR="008E6F35" w:rsidRDefault="008E6F35">
      <w:pPr>
        <w:spacing w:after="0"/>
      </w:pPr>
    </w:p>
    <w:p w14:paraId="6AB91017" w14:textId="77777777" w:rsidR="008E6F35" w:rsidRDefault="00116BC5">
      <w:pPr>
        <w:spacing w:after="0"/>
      </w:pPr>
      <w:r>
        <w:rPr>
          <w:rFonts w:ascii="Arial" w:hAnsi="Arial"/>
          <w:b/>
        </w:rPr>
        <w:t xml:space="preserve">Alice  </w:t>
      </w:r>
      <w:r>
        <w:rPr>
          <w:rFonts w:ascii="Arial" w:hAnsi="Arial"/>
          <w:color w:val="5D7284"/>
        </w:rPr>
        <w:t>13:43</w:t>
      </w:r>
    </w:p>
    <w:p w14:paraId="58AB43C1" w14:textId="77777777" w:rsidR="008E6F35" w:rsidRDefault="00116BC5">
      <w:pPr>
        <w:spacing w:after="0"/>
      </w:pPr>
      <w:proofErr w:type="spellStart"/>
      <w:r>
        <w:rPr>
          <w:rFonts w:ascii="Arial" w:hAnsi="Arial"/>
        </w:rPr>
        <w:t>i</w:t>
      </w:r>
      <w:proofErr w:type="spellEnd"/>
      <w:r>
        <w:rPr>
          <w:rFonts w:ascii="Arial" w:hAnsi="Arial"/>
        </w:rPr>
        <w:t xml:space="preserve"> think they say you need to do something for 100 hours to become you know really good at it and </w:t>
      </w:r>
      <w:proofErr w:type="spellStart"/>
      <w:r>
        <w:rPr>
          <w:rFonts w:ascii="Arial" w:hAnsi="Arial"/>
        </w:rPr>
        <w:t>i</w:t>
      </w:r>
      <w:proofErr w:type="spellEnd"/>
      <w:r>
        <w:rPr>
          <w:rFonts w:ascii="Arial" w:hAnsi="Arial"/>
        </w:rPr>
        <w:t xml:space="preserve"> think that most sort of neurotypical people just find that life and things like that get it gets distr</w:t>
      </w:r>
      <w:r>
        <w:rPr>
          <w:rFonts w:ascii="Arial" w:hAnsi="Arial"/>
        </w:rPr>
        <w:t xml:space="preserve">acting whereas </w:t>
      </w:r>
      <w:proofErr w:type="spellStart"/>
      <w:r>
        <w:rPr>
          <w:rFonts w:ascii="Arial" w:hAnsi="Arial"/>
        </w:rPr>
        <w:t>i</w:t>
      </w:r>
      <w:proofErr w:type="spellEnd"/>
      <w:r>
        <w:rPr>
          <w:rFonts w:ascii="Arial" w:hAnsi="Arial"/>
        </w:rPr>
        <w:t xml:space="preserve"> think because people with autism quite often have, do have that ability to just </w:t>
      </w:r>
      <w:proofErr w:type="spellStart"/>
      <w:r>
        <w:rPr>
          <w:rFonts w:ascii="Arial" w:hAnsi="Arial"/>
        </w:rPr>
        <w:t>just</w:t>
      </w:r>
      <w:proofErr w:type="spellEnd"/>
      <w:r>
        <w:rPr>
          <w:rFonts w:ascii="Arial" w:hAnsi="Arial"/>
        </w:rPr>
        <w:t xml:space="preserve"> focus on specific things and </w:t>
      </w:r>
      <w:proofErr w:type="spellStart"/>
      <w:r>
        <w:rPr>
          <w:rFonts w:ascii="Arial" w:hAnsi="Arial"/>
        </w:rPr>
        <w:t>i</w:t>
      </w:r>
      <w:proofErr w:type="spellEnd"/>
      <w:r>
        <w:rPr>
          <w:rFonts w:ascii="Arial" w:hAnsi="Arial"/>
        </w:rPr>
        <w:t xml:space="preserve"> think you know it works both ways because it means there are some people who </w:t>
      </w:r>
      <w:r>
        <w:rPr>
          <w:rFonts w:ascii="Arial" w:hAnsi="Arial"/>
        </w:rPr>
        <w:lastRenderedPageBreak/>
        <w:t>struggle with sort of hypersensitivity to cert</w:t>
      </w:r>
      <w:r>
        <w:rPr>
          <w:rFonts w:ascii="Arial" w:hAnsi="Arial"/>
        </w:rPr>
        <w:t xml:space="preserve">ain things but </w:t>
      </w:r>
      <w:proofErr w:type="spellStart"/>
      <w:r>
        <w:rPr>
          <w:rFonts w:ascii="Arial" w:hAnsi="Arial"/>
        </w:rPr>
        <w:t>i</w:t>
      </w:r>
      <w:proofErr w:type="spellEnd"/>
      <w:r>
        <w:rPr>
          <w:rFonts w:ascii="Arial" w:hAnsi="Arial"/>
        </w:rPr>
        <w:t xml:space="preserve"> think if you're able to tap into that then it is a really good kind of source of creativity and sort of a drive you know it's a really strong driver. Do you find you know you said that you had kind of a mental breakdown at college do you f</w:t>
      </w:r>
      <w:r>
        <w:rPr>
          <w:rFonts w:ascii="Arial" w:hAnsi="Arial"/>
        </w:rPr>
        <w:t>ind that there are still elements of a struggling with anxiety in in terms of sort of your mental health that you still find difficult to deal with or do you feel you know that as though you're things like anxiety that you've you felt in the past do you fe</w:t>
      </w:r>
      <w:r>
        <w:rPr>
          <w:rFonts w:ascii="Arial" w:hAnsi="Arial"/>
        </w:rPr>
        <w:t>el like you can relate those more to your autism or is or do you feel like the two are very separate?</w:t>
      </w:r>
    </w:p>
    <w:p w14:paraId="3D53378D" w14:textId="77777777" w:rsidR="008E6F35" w:rsidRDefault="008E6F35">
      <w:pPr>
        <w:spacing w:after="0"/>
      </w:pPr>
    </w:p>
    <w:p w14:paraId="3C870067" w14:textId="77777777" w:rsidR="008E6F35" w:rsidRDefault="00116BC5">
      <w:pPr>
        <w:spacing w:after="0"/>
      </w:pPr>
      <w:r>
        <w:rPr>
          <w:rFonts w:ascii="Arial" w:hAnsi="Arial"/>
          <w:b/>
        </w:rPr>
        <w:t xml:space="preserve">Graham  </w:t>
      </w:r>
      <w:r>
        <w:rPr>
          <w:rFonts w:ascii="Arial" w:hAnsi="Arial"/>
          <w:color w:val="5D7284"/>
        </w:rPr>
        <w:t>14:59</w:t>
      </w:r>
    </w:p>
    <w:p w14:paraId="222743A4" w14:textId="77777777" w:rsidR="008E6F35" w:rsidRDefault="00116BC5">
      <w:pPr>
        <w:spacing w:after="0"/>
      </w:pPr>
      <w:r>
        <w:rPr>
          <w:rFonts w:ascii="Arial" w:hAnsi="Arial"/>
        </w:rPr>
        <w:t>It depends, I mean everyone has the role, has their role to play I think, you know, I mean, it really breaks my heart when I hear these sto</w:t>
      </w:r>
      <w:r>
        <w:rPr>
          <w:rFonts w:ascii="Arial" w:hAnsi="Arial"/>
        </w:rPr>
        <w:t>ries about, you know, autistic people who grew up in very dysfunctional homes, you know, maybe the parents weren't very understanding, maybe weren't very understanding and, you know, things weren't healthy as they were. As a result, they, you know, they at</w:t>
      </w:r>
      <w:r>
        <w:rPr>
          <w:rFonts w:ascii="Arial" w:hAnsi="Arial"/>
        </w:rPr>
        <w:t xml:space="preserve">tract unwanted attention, they're led astray easily. And they get involved in things like, crime and things like that, unfortunately. I just, yeah, I think autistic people really benefit from more, you know, of a </w:t>
      </w:r>
      <w:proofErr w:type="spellStart"/>
      <w:proofErr w:type="gramStart"/>
      <w:r>
        <w:rPr>
          <w:rFonts w:ascii="Arial" w:hAnsi="Arial"/>
        </w:rPr>
        <w:t>non toxic</w:t>
      </w:r>
      <w:proofErr w:type="spellEnd"/>
      <w:proofErr w:type="gramEnd"/>
      <w:r>
        <w:rPr>
          <w:rFonts w:ascii="Arial" w:hAnsi="Arial"/>
        </w:rPr>
        <w:t xml:space="preserve"> environment, you get what I mean,</w:t>
      </w:r>
      <w:r>
        <w:rPr>
          <w:rFonts w:ascii="Arial" w:hAnsi="Arial"/>
        </w:rPr>
        <w:t xml:space="preserve"> you know, because I used to be surrounded by quite negative people things quite bitchy, you know, quite gossipy. Really negative, to hear them talk, you know... Yeah, yeah. I really benefit more from, you know, being surrounded by positive people. I mean,</w:t>
      </w:r>
      <w:r>
        <w:rPr>
          <w:rFonts w:ascii="Arial" w:hAnsi="Arial"/>
        </w:rPr>
        <w:t xml:space="preserve"> yeah, okay, things are bad if you look at the glass half, half empty kind of thing, but at the same time, the glass could still be half full if you get what I mean?</w:t>
      </w:r>
    </w:p>
    <w:p w14:paraId="575AA459" w14:textId="77777777" w:rsidR="008E6F35" w:rsidRDefault="008E6F35">
      <w:pPr>
        <w:spacing w:after="0"/>
      </w:pPr>
    </w:p>
    <w:p w14:paraId="4B5FC5E5" w14:textId="77777777" w:rsidR="008E6F35" w:rsidRDefault="00116BC5">
      <w:pPr>
        <w:spacing w:after="0"/>
      </w:pPr>
      <w:r>
        <w:rPr>
          <w:rFonts w:ascii="Arial" w:hAnsi="Arial"/>
          <w:b/>
        </w:rPr>
        <w:t xml:space="preserve">Alice  </w:t>
      </w:r>
      <w:r>
        <w:rPr>
          <w:rFonts w:ascii="Arial" w:hAnsi="Arial"/>
          <w:color w:val="5D7284"/>
        </w:rPr>
        <w:t>16:14</w:t>
      </w:r>
    </w:p>
    <w:p w14:paraId="3437BAAF" w14:textId="77777777" w:rsidR="008E6F35" w:rsidRDefault="00116BC5">
      <w:pPr>
        <w:spacing w:after="0"/>
      </w:pPr>
      <w:r>
        <w:rPr>
          <w:rFonts w:ascii="Arial" w:hAnsi="Arial"/>
        </w:rPr>
        <w:t>Yeah, absolutely.</w:t>
      </w:r>
    </w:p>
    <w:p w14:paraId="590192E8" w14:textId="77777777" w:rsidR="008E6F35" w:rsidRDefault="008E6F35">
      <w:pPr>
        <w:spacing w:after="0"/>
      </w:pPr>
    </w:p>
    <w:p w14:paraId="2C6DA520" w14:textId="77777777" w:rsidR="008E6F35" w:rsidRDefault="00116BC5">
      <w:pPr>
        <w:spacing w:after="0"/>
      </w:pPr>
      <w:r>
        <w:rPr>
          <w:rFonts w:ascii="Arial" w:hAnsi="Arial"/>
          <w:b/>
        </w:rPr>
        <w:t xml:space="preserve">Lucy  </w:t>
      </w:r>
      <w:r>
        <w:rPr>
          <w:rFonts w:ascii="Arial" w:hAnsi="Arial"/>
          <w:color w:val="5D7284"/>
        </w:rPr>
        <w:t>16:15</w:t>
      </w:r>
    </w:p>
    <w:p w14:paraId="0564841C" w14:textId="77777777" w:rsidR="008E6F35" w:rsidRDefault="00116BC5">
      <w:pPr>
        <w:spacing w:after="0"/>
      </w:pPr>
      <w:r>
        <w:rPr>
          <w:rFonts w:ascii="Arial" w:hAnsi="Arial"/>
        </w:rPr>
        <w:t>And I think everybody just thrives, don't the</w:t>
      </w:r>
      <w:r>
        <w:rPr>
          <w:rFonts w:ascii="Arial" w:hAnsi="Arial"/>
        </w:rPr>
        <w:t xml:space="preserve">y, when they're, when they are in a kind of environment when people are nice to one another, and everybody is respected. I think people just flourish. To be honest. I don't think that is anything sort of. That's not a new idea. I think. If everybody </w:t>
      </w:r>
      <w:proofErr w:type="gramStart"/>
      <w:r>
        <w:rPr>
          <w:rFonts w:ascii="Arial" w:hAnsi="Arial"/>
        </w:rPr>
        <w:t>was</w:t>
      </w:r>
      <w:proofErr w:type="gramEnd"/>
      <w:r>
        <w:rPr>
          <w:rFonts w:ascii="Arial" w:hAnsi="Arial"/>
        </w:rPr>
        <w:t xml:space="preserve"> a </w:t>
      </w:r>
      <w:r>
        <w:rPr>
          <w:rFonts w:ascii="Arial" w:hAnsi="Arial"/>
        </w:rPr>
        <w:t>little bit kinder, the world would be a lot nicer place. Really.</w:t>
      </w:r>
    </w:p>
    <w:p w14:paraId="7C2CE495" w14:textId="77777777" w:rsidR="008E6F35" w:rsidRDefault="008E6F35">
      <w:pPr>
        <w:spacing w:after="0"/>
      </w:pPr>
    </w:p>
    <w:p w14:paraId="614A3418" w14:textId="77777777" w:rsidR="008E6F35" w:rsidRDefault="00116BC5">
      <w:pPr>
        <w:spacing w:after="0"/>
      </w:pPr>
      <w:r>
        <w:rPr>
          <w:rFonts w:ascii="Arial" w:hAnsi="Arial"/>
          <w:b/>
        </w:rPr>
        <w:t xml:space="preserve">Graham  </w:t>
      </w:r>
      <w:r>
        <w:rPr>
          <w:rFonts w:ascii="Arial" w:hAnsi="Arial"/>
          <w:color w:val="5D7284"/>
        </w:rPr>
        <w:t>16:40</w:t>
      </w:r>
    </w:p>
    <w:p w14:paraId="76BD623E" w14:textId="77777777" w:rsidR="008E6F35" w:rsidRDefault="00116BC5">
      <w:pPr>
        <w:spacing w:after="0"/>
      </w:pPr>
      <w:r>
        <w:rPr>
          <w:rFonts w:ascii="Arial" w:hAnsi="Arial"/>
        </w:rPr>
        <w:t xml:space="preserve">Yeah, I agree. I'm a big follower of the whole be kind mantra. Yeah, yeah. Yeah. Yeah, I mean, back in college I met all kinds of people. And I'm not saying they were all bad, </w:t>
      </w:r>
      <w:r>
        <w:rPr>
          <w:rFonts w:ascii="Arial" w:hAnsi="Arial"/>
        </w:rPr>
        <w:t xml:space="preserve">but some are pretty, </w:t>
      </w:r>
      <w:proofErr w:type="gramStart"/>
      <w:r>
        <w:rPr>
          <w:rFonts w:ascii="Arial" w:hAnsi="Arial"/>
        </w:rPr>
        <w:t>pretty toxic</w:t>
      </w:r>
      <w:proofErr w:type="gramEnd"/>
      <w:r>
        <w:rPr>
          <w:rFonts w:ascii="Arial" w:hAnsi="Arial"/>
        </w:rPr>
        <w:t xml:space="preserve"> to be around. Lots of big egos. And yeah, I can't live my life with that kind of BS. I mean, no one can really, you know what I mean? No, no.</w:t>
      </w:r>
    </w:p>
    <w:p w14:paraId="5A6EE972" w14:textId="77777777" w:rsidR="008E6F35" w:rsidRDefault="008E6F35">
      <w:pPr>
        <w:spacing w:after="0"/>
      </w:pPr>
    </w:p>
    <w:p w14:paraId="6BFE9D3E" w14:textId="77777777" w:rsidR="008E6F35" w:rsidRDefault="00116BC5">
      <w:pPr>
        <w:spacing w:after="0"/>
      </w:pPr>
      <w:r>
        <w:rPr>
          <w:rFonts w:ascii="Arial" w:hAnsi="Arial"/>
          <w:b/>
        </w:rPr>
        <w:t xml:space="preserve">Alice  </w:t>
      </w:r>
      <w:r>
        <w:rPr>
          <w:rFonts w:ascii="Arial" w:hAnsi="Arial"/>
          <w:color w:val="5D7284"/>
        </w:rPr>
        <w:t>17:09</w:t>
      </w:r>
    </w:p>
    <w:p w14:paraId="21E343C5" w14:textId="77777777" w:rsidR="008E6F35" w:rsidRDefault="00116BC5">
      <w:pPr>
        <w:spacing w:after="0"/>
      </w:pPr>
      <w:r>
        <w:rPr>
          <w:rFonts w:ascii="Arial" w:hAnsi="Arial"/>
        </w:rPr>
        <w:t xml:space="preserve">I think it really, you know, it sounds like you made a real </w:t>
      </w:r>
      <w:r>
        <w:rPr>
          <w:rFonts w:ascii="Arial" w:hAnsi="Arial"/>
        </w:rPr>
        <w:t xml:space="preserve">conscious effort to put yourself and your mental and emotional </w:t>
      </w:r>
      <w:proofErr w:type="spellStart"/>
      <w:r>
        <w:rPr>
          <w:rFonts w:ascii="Arial" w:hAnsi="Arial"/>
        </w:rPr>
        <w:t>well being</w:t>
      </w:r>
      <w:proofErr w:type="spellEnd"/>
      <w:r>
        <w:rPr>
          <w:rFonts w:ascii="Arial" w:hAnsi="Arial"/>
        </w:rPr>
        <w:t xml:space="preserve"> first. And I think that a lot of people, a lot of people and neuro diverse or atypical, all find that, you know, lots of people find that </w:t>
      </w:r>
      <w:proofErr w:type="gramStart"/>
      <w:r>
        <w:rPr>
          <w:rFonts w:ascii="Arial" w:hAnsi="Arial"/>
        </w:rPr>
        <w:t>really difficult</w:t>
      </w:r>
      <w:proofErr w:type="gramEnd"/>
      <w:r>
        <w:rPr>
          <w:rFonts w:ascii="Arial" w:hAnsi="Arial"/>
        </w:rPr>
        <w:t>. Whether you're neuro diver</w:t>
      </w:r>
      <w:r>
        <w:rPr>
          <w:rFonts w:ascii="Arial" w:hAnsi="Arial"/>
        </w:rPr>
        <w:t xml:space="preserve">se or not. And </w:t>
      </w:r>
      <w:proofErr w:type="gramStart"/>
      <w:r>
        <w:rPr>
          <w:rFonts w:ascii="Arial" w:hAnsi="Arial"/>
        </w:rPr>
        <w:t>so</w:t>
      </w:r>
      <w:proofErr w:type="gramEnd"/>
      <w:r>
        <w:rPr>
          <w:rFonts w:ascii="Arial" w:hAnsi="Arial"/>
        </w:rPr>
        <w:t xml:space="preserve"> I think it's, it's, it's great to hear that you've done that. And I think it's really interesting to hear that because I think one of the things that a lot of people think about people with autism, and that is that kind of representation </w:t>
      </w:r>
      <w:r>
        <w:rPr>
          <w:rFonts w:ascii="Arial" w:hAnsi="Arial"/>
        </w:rPr>
        <w:t xml:space="preserve">of people with autism is that inability to understand emotions, even their own emotions, and, you know, you've clearly been able to identify what is the right choice for you, you </w:t>
      </w:r>
      <w:r>
        <w:rPr>
          <w:rFonts w:ascii="Arial" w:hAnsi="Arial"/>
        </w:rPr>
        <w:lastRenderedPageBreak/>
        <w:t xml:space="preserve">know, and your emotional and mental </w:t>
      </w:r>
      <w:proofErr w:type="spellStart"/>
      <w:r>
        <w:rPr>
          <w:rFonts w:ascii="Arial" w:hAnsi="Arial"/>
        </w:rPr>
        <w:t>well being</w:t>
      </w:r>
      <w:proofErr w:type="spellEnd"/>
      <w:r>
        <w:rPr>
          <w:rFonts w:ascii="Arial" w:hAnsi="Arial"/>
        </w:rPr>
        <w:t xml:space="preserve">, and as I say, that's, that's </w:t>
      </w:r>
      <w:r>
        <w:rPr>
          <w:rFonts w:ascii="Arial" w:hAnsi="Arial"/>
        </w:rPr>
        <w:t>hard for people without, you know, neurodiversity.</w:t>
      </w:r>
    </w:p>
    <w:p w14:paraId="26AB93F1" w14:textId="77777777" w:rsidR="008E6F35" w:rsidRDefault="008E6F35">
      <w:pPr>
        <w:spacing w:after="0"/>
      </w:pPr>
    </w:p>
    <w:p w14:paraId="1F5740F2" w14:textId="77777777" w:rsidR="008E6F35" w:rsidRDefault="00116BC5">
      <w:pPr>
        <w:spacing w:after="0"/>
      </w:pPr>
      <w:r>
        <w:rPr>
          <w:rFonts w:ascii="Arial" w:hAnsi="Arial"/>
          <w:b/>
        </w:rPr>
        <w:t xml:space="preserve">Graham  </w:t>
      </w:r>
      <w:r>
        <w:rPr>
          <w:rFonts w:ascii="Arial" w:hAnsi="Arial"/>
          <w:color w:val="5D7284"/>
        </w:rPr>
        <w:t>18:14</w:t>
      </w:r>
    </w:p>
    <w:p w14:paraId="716346D3" w14:textId="77777777" w:rsidR="008E6F35" w:rsidRDefault="00116BC5">
      <w:pPr>
        <w:spacing w:after="0"/>
      </w:pPr>
      <w:r>
        <w:rPr>
          <w:rFonts w:ascii="Arial" w:hAnsi="Arial"/>
        </w:rPr>
        <w:t>Yeah, I mean, you know, I was like, growing up, I was like, Casper, the friendly ghost, really, you know, I've always wanted friends, but there was always this barrier in front of me present</w:t>
      </w:r>
      <w:r>
        <w:rPr>
          <w:rFonts w:ascii="Arial" w:hAnsi="Arial"/>
        </w:rPr>
        <w:t xml:space="preserve">, preventing me from establishing friendships, maintaining friendships, things like that. And I think as I got older, I sort of </w:t>
      </w:r>
      <w:proofErr w:type="spellStart"/>
      <w:r>
        <w:rPr>
          <w:rFonts w:ascii="Arial" w:hAnsi="Arial"/>
        </w:rPr>
        <w:t>realised</w:t>
      </w:r>
      <w:proofErr w:type="spellEnd"/>
      <w:r>
        <w:rPr>
          <w:rFonts w:ascii="Arial" w:hAnsi="Arial"/>
        </w:rPr>
        <w:t xml:space="preserve">, you know, it's alright to want for it. You know, everyone wants to be included, socially included. I'm a big advocate </w:t>
      </w:r>
      <w:r>
        <w:rPr>
          <w:rFonts w:ascii="Arial" w:hAnsi="Arial"/>
        </w:rPr>
        <w:t xml:space="preserve">for social inclusion that kind of thing. Yeah, fortunately I just, unfortunately, you're not </w:t>
      </w:r>
      <w:proofErr w:type="spellStart"/>
      <w:r>
        <w:rPr>
          <w:rFonts w:ascii="Arial" w:hAnsi="Arial"/>
        </w:rPr>
        <w:t>gonna</w:t>
      </w:r>
      <w:proofErr w:type="spellEnd"/>
      <w:r>
        <w:rPr>
          <w:rFonts w:ascii="Arial" w:hAnsi="Arial"/>
        </w:rPr>
        <w:t xml:space="preserve"> get that with everyone. Some people just so up themselves. It's never </w:t>
      </w:r>
      <w:proofErr w:type="spellStart"/>
      <w:r>
        <w:rPr>
          <w:rFonts w:ascii="Arial" w:hAnsi="Arial"/>
        </w:rPr>
        <w:t>gonna</w:t>
      </w:r>
      <w:proofErr w:type="spellEnd"/>
      <w:r>
        <w:rPr>
          <w:rFonts w:ascii="Arial" w:hAnsi="Arial"/>
        </w:rPr>
        <w:t xml:space="preserve"> work. </w:t>
      </w:r>
      <w:proofErr w:type="gramStart"/>
      <w:r>
        <w:rPr>
          <w:rFonts w:ascii="Arial" w:hAnsi="Arial"/>
        </w:rPr>
        <w:t>So</w:t>
      </w:r>
      <w:proofErr w:type="gramEnd"/>
      <w:r>
        <w:rPr>
          <w:rFonts w:ascii="Arial" w:hAnsi="Arial"/>
        </w:rPr>
        <w:t xml:space="preserve"> you just move on, really?</w:t>
      </w:r>
    </w:p>
    <w:p w14:paraId="08A0EE5D" w14:textId="77777777" w:rsidR="008E6F35" w:rsidRDefault="008E6F35">
      <w:pPr>
        <w:spacing w:after="0"/>
      </w:pPr>
    </w:p>
    <w:p w14:paraId="20E513DE" w14:textId="77777777" w:rsidR="008E6F35" w:rsidRDefault="00116BC5">
      <w:pPr>
        <w:spacing w:after="0"/>
      </w:pPr>
      <w:r>
        <w:rPr>
          <w:rFonts w:ascii="Arial" w:hAnsi="Arial"/>
          <w:b/>
        </w:rPr>
        <w:t xml:space="preserve">Lucy  </w:t>
      </w:r>
      <w:r>
        <w:rPr>
          <w:rFonts w:ascii="Arial" w:hAnsi="Arial"/>
          <w:color w:val="5D7284"/>
        </w:rPr>
        <w:t>19:03</w:t>
      </w:r>
    </w:p>
    <w:p w14:paraId="0F37FA54" w14:textId="77777777" w:rsidR="008E6F35" w:rsidRDefault="00116BC5">
      <w:pPr>
        <w:spacing w:after="0"/>
      </w:pPr>
      <w:r>
        <w:rPr>
          <w:rFonts w:ascii="Arial" w:hAnsi="Arial"/>
        </w:rPr>
        <w:t>I think I can, I can speak from h</w:t>
      </w:r>
      <w:r>
        <w:rPr>
          <w:rFonts w:ascii="Arial" w:hAnsi="Arial"/>
        </w:rPr>
        <w:t xml:space="preserve">aving </w:t>
      </w:r>
      <w:proofErr w:type="spellStart"/>
      <w:proofErr w:type="gramStart"/>
      <w:r>
        <w:rPr>
          <w:rFonts w:ascii="Arial" w:hAnsi="Arial"/>
        </w:rPr>
        <w:t>having</w:t>
      </w:r>
      <w:proofErr w:type="spellEnd"/>
      <w:proofErr w:type="gramEnd"/>
      <w:r>
        <w:rPr>
          <w:rFonts w:ascii="Arial" w:hAnsi="Arial"/>
        </w:rPr>
        <w:t xml:space="preserve"> a visible disability. So being in a wheelchair, that I know that I make friends, I think, you know, I can make friends. But there are people out there in this world that will never really want to be my friend. They just are hell bent in misund</w:t>
      </w:r>
      <w:r>
        <w:rPr>
          <w:rFonts w:ascii="Arial" w:hAnsi="Arial"/>
        </w:rPr>
        <w:t xml:space="preserve">erstanding me. They've got their own stereotypical view of what it's like to have a friend in a wheelchair. And I'm quite happy with the small group of friends I've got, you know, do you know what </w:t>
      </w:r>
      <w:proofErr w:type="spellStart"/>
      <w:r>
        <w:rPr>
          <w:rFonts w:ascii="Arial" w:hAnsi="Arial"/>
        </w:rPr>
        <w:t>i</w:t>
      </w:r>
      <w:proofErr w:type="spellEnd"/>
      <w:r>
        <w:rPr>
          <w:rFonts w:ascii="Arial" w:hAnsi="Arial"/>
        </w:rPr>
        <w:t xml:space="preserve"> mean. I'd rather have a small group of friends and a larg</w:t>
      </w:r>
      <w:r>
        <w:rPr>
          <w:rFonts w:ascii="Arial" w:hAnsi="Arial"/>
        </w:rPr>
        <w:t xml:space="preserve">e group of people around me who pretend to be my </w:t>
      </w:r>
      <w:proofErr w:type="gramStart"/>
      <w:r>
        <w:rPr>
          <w:rFonts w:ascii="Arial" w:hAnsi="Arial"/>
        </w:rPr>
        <w:t>friend</w:t>
      </w:r>
      <w:proofErr w:type="gramEnd"/>
    </w:p>
    <w:p w14:paraId="718B1159" w14:textId="77777777" w:rsidR="008E6F35" w:rsidRDefault="008E6F35">
      <w:pPr>
        <w:spacing w:after="0"/>
      </w:pPr>
    </w:p>
    <w:p w14:paraId="7F25834E" w14:textId="77777777" w:rsidR="008E6F35" w:rsidRDefault="00116BC5">
      <w:pPr>
        <w:spacing w:after="0"/>
      </w:pPr>
      <w:r>
        <w:rPr>
          <w:rFonts w:ascii="Arial" w:hAnsi="Arial"/>
          <w:b/>
        </w:rPr>
        <w:t xml:space="preserve">Graham  </w:t>
      </w:r>
      <w:r>
        <w:rPr>
          <w:rFonts w:ascii="Arial" w:hAnsi="Arial"/>
          <w:color w:val="5D7284"/>
        </w:rPr>
        <w:t>19:42</w:t>
      </w:r>
    </w:p>
    <w:p w14:paraId="5D2B50D4" w14:textId="77777777" w:rsidR="008E6F35" w:rsidRDefault="00116BC5">
      <w:pPr>
        <w:spacing w:after="0"/>
      </w:pPr>
      <w:r>
        <w:rPr>
          <w:rFonts w:ascii="Arial" w:hAnsi="Arial"/>
        </w:rPr>
        <w:t>Like ten million followers on Instagram and things like that. You know that?</w:t>
      </w:r>
    </w:p>
    <w:p w14:paraId="61C8BAD7" w14:textId="77777777" w:rsidR="008E6F35" w:rsidRDefault="008E6F35">
      <w:pPr>
        <w:spacing w:after="0"/>
      </w:pPr>
    </w:p>
    <w:p w14:paraId="6CB4C489" w14:textId="77777777" w:rsidR="008E6F35" w:rsidRDefault="00116BC5">
      <w:pPr>
        <w:spacing w:after="0"/>
      </w:pPr>
      <w:r>
        <w:rPr>
          <w:rFonts w:ascii="Arial" w:hAnsi="Arial"/>
          <w:b/>
        </w:rPr>
        <w:t xml:space="preserve">Lucy  </w:t>
      </w:r>
      <w:r>
        <w:rPr>
          <w:rFonts w:ascii="Arial" w:hAnsi="Arial"/>
          <w:color w:val="5D7284"/>
        </w:rPr>
        <w:t>19:47</w:t>
      </w:r>
    </w:p>
    <w:p w14:paraId="6DE4B454" w14:textId="77777777" w:rsidR="008E6F35" w:rsidRDefault="00116BC5">
      <w:pPr>
        <w:spacing w:after="0"/>
      </w:pPr>
      <w:r>
        <w:rPr>
          <w:rFonts w:ascii="Arial" w:hAnsi="Arial"/>
        </w:rPr>
        <w:t>Yeah, exactly.</w:t>
      </w:r>
    </w:p>
    <w:p w14:paraId="79E6DE64" w14:textId="77777777" w:rsidR="008E6F35" w:rsidRDefault="008E6F35">
      <w:pPr>
        <w:spacing w:after="0"/>
      </w:pPr>
    </w:p>
    <w:p w14:paraId="28EEA77A" w14:textId="77777777" w:rsidR="008E6F35" w:rsidRDefault="00116BC5">
      <w:pPr>
        <w:spacing w:after="0"/>
      </w:pPr>
      <w:r>
        <w:rPr>
          <w:rFonts w:ascii="Arial" w:hAnsi="Arial"/>
          <w:b/>
        </w:rPr>
        <w:t xml:space="preserve">Graham  </w:t>
      </w:r>
      <w:r>
        <w:rPr>
          <w:rFonts w:ascii="Arial" w:hAnsi="Arial"/>
          <w:color w:val="5D7284"/>
        </w:rPr>
        <w:t>19:49</w:t>
      </w:r>
    </w:p>
    <w:p w14:paraId="669BC49E" w14:textId="77777777" w:rsidR="008E6F35" w:rsidRDefault="00116BC5">
      <w:pPr>
        <w:spacing w:after="0"/>
      </w:pPr>
      <w:r>
        <w:rPr>
          <w:rFonts w:ascii="Arial" w:hAnsi="Arial"/>
        </w:rPr>
        <w:t xml:space="preserve">It's become a numbers game hasn't </w:t>
      </w:r>
      <w:proofErr w:type="gramStart"/>
      <w:r>
        <w:rPr>
          <w:rFonts w:ascii="Arial" w:hAnsi="Arial"/>
        </w:rPr>
        <w:t>is?</w:t>
      </w:r>
      <w:proofErr w:type="gramEnd"/>
      <w:r>
        <w:rPr>
          <w:rFonts w:ascii="Arial" w:hAnsi="Arial"/>
        </w:rPr>
        <w:t xml:space="preserve"> </w:t>
      </w:r>
    </w:p>
    <w:p w14:paraId="00D2BE50" w14:textId="77777777" w:rsidR="008E6F35" w:rsidRDefault="008E6F35">
      <w:pPr>
        <w:spacing w:after="0"/>
      </w:pPr>
    </w:p>
    <w:p w14:paraId="2FDBBF88" w14:textId="77777777" w:rsidR="008E6F35" w:rsidRDefault="00116BC5">
      <w:pPr>
        <w:spacing w:after="0"/>
      </w:pPr>
      <w:r>
        <w:rPr>
          <w:rFonts w:ascii="Arial" w:hAnsi="Arial"/>
          <w:b/>
        </w:rPr>
        <w:t xml:space="preserve">Lucy  </w:t>
      </w:r>
      <w:r>
        <w:rPr>
          <w:rFonts w:ascii="Arial" w:hAnsi="Arial"/>
          <w:color w:val="5D7284"/>
        </w:rPr>
        <w:t>19:52</w:t>
      </w:r>
    </w:p>
    <w:p w14:paraId="1C4F8E4A" w14:textId="77777777" w:rsidR="008E6F35" w:rsidRDefault="00116BC5">
      <w:pPr>
        <w:spacing w:after="0"/>
      </w:pPr>
      <w:r>
        <w:rPr>
          <w:rFonts w:ascii="Arial" w:hAnsi="Arial"/>
        </w:rPr>
        <w:t>Yeah</w:t>
      </w:r>
    </w:p>
    <w:p w14:paraId="33126F9C" w14:textId="77777777" w:rsidR="008E6F35" w:rsidRDefault="008E6F35">
      <w:pPr>
        <w:spacing w:after="0"/>
      </w:pPr>
    </w:p>
    <w:p w14:paraId="655070C6" w14:textId="77777777" w:rsidR="008E6F35" w:rsidRDefault="00116BC5">
      <w:pPr>
        <w:spacing w:after="0"/>
      </w:pPr>
      <w:r>
        <w:rPr>
          <w:rFonts w:ascii="Arial" w:hAnsi="Arial"/>
          <w:b/>
        </w:rPr>
        <w:t xml:space="preserve">Graham  </w:t>
      </w:r>
      <w:r>
        <w:rPr>
          <w:rFonts w:ascii="Arial" w:hAnsi="Arial"/>
          <w:color w:val="5D7284"/>
        </w:rPr>
        <w:t>19:53</w:t>
      </w:r>
    </w:p>
    <w:p w14:paraId="5A034DDB" w14:textId="77777777" w:rsidR="008E6F35" w:rsidRDefault="00116BC5">
      <w:pPr>
        <w:spacing w:after="0"/>
      </w:pPr>
      <w:r>
        <w:rPr>
          <w:rFonts w:ascii="Arial" w:hAnsi="Arial"/>
        </w:rPr>
        <w:t xml:space="preserve">Yeah. I'm not, not aa anti-social person, far from it. You know, I still believe in things like love, being kind things like that. And unfortunately, some people just don't share that </w:t>
      </w:r>
      <w:r>
        <w:rPr>
          <w:rFonts w:ascii="Arial" w:hAnsi="Arial"/>
        </w:rPr>
        <w:t>they'd rather they'd intentionally go out to be anti-social and...</w:t>
      </w:r>
    </w:p>
    <w:p w14:paraId="4BCEBEB2" w14:textId="77777777" w:rsidR="008E6F35" w:rsidRDefault="008E6F35">
      <w:pPr>
        <w:spacing w:after="0"/>
      </w:pPr>
    </w:p>
    <w:p w14:paraId="5576A155" w14:textId="77777777" w:rsidR="008E6F35" w:rsidRDefault="00116BC5">
      <w:pPr>
        <w:spacing w:after="0"/>
      </w:pPr>
      <w:r>
        <w:rPr>
          <w:rFonts w:ascii="Arial" w:hAnsi="Arial"/>
          <w:b/>
        </w:rPr>
        <w:t xml:space="preserve">Lucy  </w:t>
      </w:r>
      <w:r>
        <w:rPr>
          <w:rFonts w:ascii="Arial" w:hAnsi="Arial"/>
          <w:color w:val="5D7284"/>
        </w:rPr>
        <w:t>20:16</w:t>
      </w:r>
    </w:p>
    <w:p w14:paraId="43181E95" w14:textId="77777777" w:rsidR="008E6F35" w:rsidRDefault="00116BC5">
      <w:pPr>
        <w:spacing w:after="0"/>
      </w:pPr>
      <w:r>
        <w:rPr>
          <w:rFonts w:ascii="Arial" w:hAnsi="Arial"/>
        </w:rPr>
        <w:t>No, no</w:t>
      </w:r>
    </w:p>
    <w:p w14:paraId="0F5A18C4" w14:textId="77777777" w:rsidR="008E6F35" w:rsidRDefault="008E6F35">
      <w:pPr>
        <w:spacing w:after="0"/>
      </w:pPr>
    </w:p>
    <w:p w14:paraId="0E74DA7E" w14:textId="77777777" w:rsidR="008E6F35" w:rsidRDefault="00116BC5">
      <w:pPr>
        <w:spacing w:after="0"/>
      </w:pPr>
      <w:r>
        <w:rPr>
          <w:rFonts w:ascii="Arial" w:hAnsi="Arial"/>
          <w:b/>
        </w:rPr>
        <w:t xml:space="preserve">Alice  </w:t>
      </w:r>
      <w:r>
        <w:rPr>
          <w:rFonts w:ascii="Arial" w:hAnsi="Arial"/>
          <w:color w:val="5D7284"/>
        </w:rPr>
        <w:t>20:17</w:t>
      </w:r>
    </w:p>
    <w:p w14:paraId="33EECB99" w14:textId="77777777" w:rsidR="008E6F35" w:rsidRDefault="00116BC5">
      <w:pPr>
        <w:spacing w:after="0"/>
      </w:pPr>
      <w:r>
        <w:rPr>
          <w:rFonts w:ascii="Arial" w:hAnsi="Arial"/>
        </w:rPr>
        <w:t xml:space="preserve">I think it comes from being a damaged and unloved </w:t>
      </w:r>
      <w:proofErr w:type="gramStart"/>
      <w:r>
        <w:rPr>
          <w:rFonts w:ascii="Arial" w:hAnsi="Arial"/>
        </w:rPr>
        <w:t>one self</w:t>
      </w:r>
      <w:proofErr w:type="gramEnd"/>
      <w:r>
        <w:rPr>
          <w:rFonts w:ascii="Arial" w:hAnsi="Arial"/>
        </w:rPr>
        <w:t>, usually, sadly,</w:t>
      </w:r>
    </w:p>
    <w:p w14:paraId="6B056C6B" w14:textId="77777777" w:rsidR="008E6F35" w:rsidRDefault="008E6F35">
      <w:pPr>
        <w:spacing w:after="0"/>
      </w:pPr>
    </w:p>
    <w:p w14:paraId="4A1D3BC8" w14:textId="77777777" w:rsidR="008E6F35" w:rsidRDefault="00116BC5">
      <w:pPr>
        <w:spacing w:after="0"/>
      </w:pPr>
      <w:r>
        <w:rPr>
          <w:rFonts w:ascii="Arial" w:hAnsi="Arial"/>
          <w:b/>
        </w:rPr>
        <w:t xml:space="preserve">Graham  </w:t>
      </w:r>
      <w:r>
        <w:rPr>
          <w:rFonts w:ascii="Arial" w:hAnsi="Arial"/>
          <w:color w:val="5D7284"/>
        </w:rPr>
        <w:t>20:24</w:t>
      </w:r>
    </w:p>
    <w:p w14:paraId="5E8B4BAF" w14:textId="77777777" w:rsidR="008E6F35" w:rsidRDefault="00116BC5">
      <w:pPr>
        <w:spacing w:after="0"/>
      </w:pPr>
      <w:r>
        <w:rPr>
          <w:rFonts w:ascii="Arial" w:hAnsi="Arial"/>
        </w:rPr>
        <w:lastRenderedPageBreak/>
        <w:t xml:space="preserve">I was just </w:t>
      </w:r>
      <w:proofErr w:type="spellStart"/>
      <w:r>
        <w:rPr>
          <w:rFonts w:ascii="Arial" w:hAnsi="Arial"/>
        </w:rPr>
        <w:t>gonna</w:t>
      </w:r>
      <w:proofErr w:type="spellEnd"/>
      <w:r>
        <w:rPr>
          <w:rFonts w:ascii="Arial" w:hAnsi="Arial"/>
        </w:rPr>
        <w:t xml:space="preserve"> say off what Alice just said about, you </w:t>
      </w:r>
      <w:r>
        <w:rPr>
          <w:rFonts w:ascii="Arial" w:hAnsi="Arial"/>
        </w:rPr>
        <w:t>know, empty vessels making the loudest noise and you can pretend to be, you know, happy and all that. But based on what I know now about people I can pretty much spot a hypocrite from mile away. So yeah, yeah, I know all signs, because I've been there myse</w:t>
      </w:r>
      <w:r>
        <w:rPr>
          <w:rFonts w:ascii="Arial" w:hAnsi="Arial"/>
        </w:rPr>
        <w:t>lf, you know?</w:t>
      </w:r>
    </w:p>
    <w:p w14:paraId="20E36539" w14:textId="77777777" w:rsidR="008E6F35" w:rsidRDefault="008E6F35">
      <w:pPr>
        <w:spacing w:after="0"/>
      </w:pPr>
    </w:p>
    <w:p w14:paraId="4EAEFDB8" w14:textId="77777777" w:rsidR="008E6F35" w:rsidRDefault="00116BC5">
      <w:pPr>
        <w:spacing w:after="0"/>
      </w:pPr>
      <w:r>
        <w:rPr>
          <w:rFonts w:ascii="Arial" w:hAnsi="Arial"/>
          <w:b/>
        </w:rPr>
        <w:t xml:space="preserve">Alice  </w:t>
      </w:r>
      <w:r>
        <w:rPr>
          <w:rFonts w:ascii="Arial" w:hAnsi="Arial"/>
          <w:color w:val="5D7284"/>
        </w:rPr>
        <w:t>20:48</w:t>
      </w:r>
    </w:p>
    <w:p w14:paraId="2A4856A9" w14:textId="77777777" w:rsidR="008E6F35" w:rsidRDefault="00116BC5">
      <w:pPr>
        <w:spacing w:after="0"/>
      </w:pPr>
      <w:proofErr w:type="gramStart"/>
      <w:r>
        <w:rPr>
          <w:rFonts w:ascii="Arial" w:hAnsi="Arial"/>
        </w:rPr>
        <w:t>So</w:t>
      </w:r>
      <w:proofErr w:type="gramEnd"/>
      <w:r>
        <w:rPr>
          <w:rFonts w:ascii="Arial" w:hAnsi="Arial"/>
        </w:rPr>
        <w:t xml:space="preserve"> you said that you </w:t>
      </w:r>
      <w:proofErr w:type="spellStart"/>
      <w:r>
        <w:rPr>
          <w:rFonts w:ascii="Arial" w:hAnsi="Arial"/>
        </w:rPr>
        <w:t>you</w:t>
      </w:r>
      <w:proofErr w:type="spellEnd"/>
      <w:r>
        <w:rPr>
          <w:rFonts w:ascii="Arial" w:hAnsi="Arial"/>
        </w:rPr>
        <w:t xml:space="preserve"> consider yourself quite a - well, you said you don't consider yourself to be </w:t>
      </w:r>
      <w:proofErr w:type="spellStart"/>
      <w:r>
        <w:rPr>
          <w:rFonts w:ascii="Arial" w:hAnsi="Arial"/>
        </w:rPr>
        <w:t>anti social</w:t>
      </w:r>
      <w:proofErr w:type="spellEnd"/>
      <w:r>
        <w:rPr>
          <w:rFonts w:ascii="Arial" w:hAnsi="Arial"/>
        </w:rPr>
        <w:t>. And you said, right at the beginning of the show that you do a lot of work with vulnerable adults and adults with</w:t>
      </w:r>
      <w:r>
        <w:rPr>
          <w:rFonts w:ascii="Arial" w:hAnsi="Arial"/>
        </w:rPr>
        <w:t xml:space="preserve"> autism. Do you want to tell us a little bit about that and sort of the work that you do? </w:t>
      </w:r>
    </w:p>
    <w:p w14:paraId="34314A91" w14:textId="77777777" w:rsidR="008E6F35" w:rsidRDefault="008E6F35">
      <w:pPr>
        <w:spacing w:after="0"/>
      </w:pPr>
    </w:p>
    <w:p w14:paraId="620666DA" w14:textId="77777777" w:rsidR="008E6F35" w:rsidRDefault="00116BC5">
      <w:pPr>
        <w:spacing w:after="0"/>
      </w:pPr>
      <w:r>
        <w:rPr>
          <w:rFonts w:ascii="Arial" w:hAnsi="Arial"/>
          <w:b/>
        </w:rPr>
        <w:t xml:space="preserve">Graham  </w:t>
      </w:r>
      <w:r>
        <w:rPr>
          <w:rFonts w:ascii="Arial" w:hAnsi="Arial"/>
          <w:color w:val="5D7284"/>
        </w:rPr>
        <w:t>21:10</w:t>
      </w:r>
    </w:p>
    <w:p w14:paraId="2AA4B2A8" w14:textId="77777777" w:rsidR="008E6F35" w:rsidRDefault="00116BC5">
      <w:pPr>
        <w:spacing w:after="0"/>
      </w:pPr>
      <w:r>
        <w:rPr>
          <w:rFonts w:ascii="Arial" w:hAnsi="Arial"/>
        </w:rPr>
        <w:t xml:space="preserve">Yeah. Yeah. About five years before I, you know lockdown happened and all of that I was </w:t>
      </w:r>
      <w:proofErr w:type="spellStart"/>
      <w:r>
        <w:rPr>
          <w:rFonts w:ascii="Arial" w:hAnsi="Arial"/>
        </w:rPr>
        <w:t>approching</w:t>
      </w:r>
      <w:proofErr w:type="spellEnd"/>
      <w:r>
        <w:rPr>
          <w:rFonts w:ascii="Arial" w:hAnsi="Arial"/>
        </w:rPr>
        <w:t xml:space="preserve"> the age of 30. And not really doing much. And my, m</w:t>
      </w:r>
      <w:r>
        <w:rPr>
          <w:rFonts w:ascii="Arial" w:hAnsi="Arial"/>
        </w:rPr>
        <w:t xml:space="preserve">y usual, the usual </w:t>
      </w:r>
      <w:proofErr w:type="spellStart"/>
      <w:proofErr w:type="gramStart"/>
      <w:r>
        <w:rPr>
          <w:rFonts w:ascii="Arial" w:hAnsi="Arial"/>
        </w:rPr>
        <w:t>self help</w:t>
      </w:r>
      <w:proofErr w:type="spellEnd"/>
      <w:proofErr w:type="gramEnd"/>
      <w:r>
        <w:rPr>
          <w:rFonts w:ascii="Arial" w:hAnsi="Arial"/>
        </w:rPr>
        <w:t xml:space="preserve"> group that was in the area was shutting down because not many people interested? </w:t>
      </w:r>
    </w:p>
    <w:p w14:paraId="0B669B5F" w14:textId="77777777" w:rsidR="008E6F35" w:rsidRDefault="008E6F35">
      <w:pPr>
        <w:spacing w:after="0"/>
      </w:pPr>
    </w:p>
    <w:p w14:paraId="7A6331CC" w14:textId="77777777" w:rsidR="008E6F35" w:rsidRDefault="00116BC5">
      <w:pPr>
        <w:spacing w:after="0"/>
      </w:pPr>
      <w:r>
        <w:rPr>
          <w:rFonts w:ascii="Arial" w:hAnsi="Arial"/>
          <w:b/>
        </w:rPr>
        <w:t xml:space="preserve">Alice  </w:t>
      </w:r>
      <w:r>
        <w:rPr>
          <w:rFonts w:ascii="Arial" w:hAnsi="Arial"/>
          <w:color w:val="5D7284"/>
        </w:rPr>
        <w:t>21:30</w:t>
      </w:r>
    </w:p>
    <w:p w14:paraId="4A7A5858" w14:textId="77777777" w:rsidR="008E6F35" w:rsidRDefault="00116BC5">
      <w:pPr>
        <w:spacing w:after="0"/>
      </w:pPr>
      <w:r>
        <w:rPr>
          <w:rFonts w:ascii="Arial" w:hAnsi="Arial"/>
        </w:rPr>
        <w:t xml:space="preserve">Was that </w:t>
      </w:r>
      <w:proofErr w:type="gramStart"/>
      <w:r>
        <w:rPr>
          <w:rFonts w:ascii="Arial" w:hAnsi="Arial"/>
        </w:rPr>
        <w:t>a</w:t>
      </w:r>
      <w:proofErr w:type="gramEnd"/>
      <w:r>
        <w:rPr>
          <w:rFonts w:ascii="Arial" w:hAnsi="Arial"/>
        </w:rPr>
        <w:t xml:space="preserve"> autism specific </w:t>
      </w:r>
      <w:proofErr w:type="spellStart"/>
      <w:r>
        <w:rPr>
          <w:rFonts w:ascii="Arial" w:hAnsi="Arial"/>
        </w:rPr>
        <w:t>self help</w:t>
      </w:r>
      <w:proofErr w:type="spellEnd"/>
      <w:r>
        <w:rPr>
          <w:rFonts w:ascii="Arial" w:hAnsi="Arial"/>
        </w:rPr>
        <w:t xml:space="preserve"> group? or? </w:t>
      </w:r>
    </w:p>
    <w:p w14:paraId="529BFDE9" w14:textId="77777777" w:rsidR="008E6F35" w:rsidRDefault="008E6F35">
      <w:pPr>
        <w:spacing w:after="0"/>
      </w:pPr>
    </w:p>
    <w:p w14:paraId="4568BA99" w14:textId="77777777" w:rsidR="008E6F35" w:rsidRDefault="00116BC5">
      <w:pPr>
        <w:spacing w:after="0"/>
      </w:pPr>
      <w:r>
        <w:rPr>
          <w:rFonts w:ascii="Arial" w:hAnsi="Arial"/>
          <w:b/>
        </w:rPr>
        <w:t xml:space="preserve">Graham  </w:t>
      </w:r>
      <w:r>
        <w:rPr>
          <w:rFonts w:ascii="Arial" w:hAnsi="Arial"/>
          <w:color w:val="5D7284"/>
        </w:rPr>
        <w:t>21:34</w:t>
      </w:r>
    </w:p>
    <w:p w14:paraId="5DCB4916" w14:textId="77777777" w:rsidR="008E6F35" w:rsidRDefault="00116BC5">
      <w:pPr>
        <w:spacing w:after="0"/>
      </w:pPr>
      <w:r>
        <w:rPr>
          <w:rFonts w:ascii="Arial" w:hAnsi="Arial"/>
        </w:rPr>
        <w:t xml:space="preserve">Yeah, it was. Yeah, it was set up by </w:t>
      </w:r>
      <w:proofErr w:type="spellStart"/>
      <w:r>
        <w:rPr>
          <w:rFonts w:ascii="Arial" w:hAnsi="Arial"/>
        </w:rPr>
        <w:t>by</w:t>
      </w:r>
      <w:proofErr w:type="spellEnd"/>
      <w:r>
        <w:rPr>
          <w:rFonts w:ascii="Arial" w:hAnsi="Arial"/>
        </w:rPr>
        <w:t xml:space="preserve"> a late, someone whose died </w:t>
      </w:r>
      <w:r>
        <w:rPr>
          <w:rFonts w:ascii="Arial" w:hAnsi="Arial"/>
        </w:rPr>
        <w:t xml:space="preserve">since. </w:t>
      </w:r>
    </w:p>
    <w:p w14:paraId="5ABFB219" w14:textId="77777777" w:rsidR="008E6F35" w:rsidRDefault="008E6F35">
      <w:pPr>
        <w:spacing w:after="0"/>
      </w:pPr>
    </w:p>
    <w:p w14:paraId="07205283" w14:textId="77777777" w:rsidR="008E6F35" w:rsidRDefault="00116BC5">
      <w:pPr>
        <w:spacing w:after="0"/>
      </w:pPr>
      <w:r>
        <w:rPr>
          <w:rFonts w:ascii="Arial" w:hAnsi="Arial"/>
          <w:b/>
        </w:rPr>
        <w:t xml:space="preserve">Alice  </w:t>
      </w:r>
      <w:r>
        <w:rPr>
          <w:rFonts w:ascii="Arial" w:hAnsi="Arial"/>
          <w:color w:val="5D7284"/>
        </w:rPr>
        <w:t>21:41</w:t>
      </w:r>
    </w:p>
    <w:p w14:paraId="7E0A0E81" w14:textId="77777777" w:rsidR="008E6F35" w:rsidRDefault="00116BC5">
      <w:pPr>
        <w:spacing w:after="0"/>
      </w:pPr>
      <w:r>
        <w:rPr>
          <w:rFonts w:ascii="Arial" w:hAnsi="Arial"/>
        </w:rPr>
        <w:t xml:space="preserve">Yeah. </w:t>
      </w:r>
    </w:p>
    <w:p w14:paraId="62DB5D6D" w14:textId="77777777" w:rsidR="008E6F35" w:rsidRDefault="008E6F35">
      <w:pPr>
        <w:spacing w:after="0"/>
      </w:pPr>
    </w:p>
    <w:p w14:paraId="149C1476" w14:textId="77777777" w:rsidR="008E6F35" w:rsidRDefault="00116BC5">
      <w:pPr>
        <w:spacing w:after="0"/>
      </w:pPr>
      <w:r>
        <w:rPr>
          <w:rFonts w:ascii="Arial" w:hAnsi="Arial"/>
          <w:b/>
        </w:rPr>
        <w:t xml:space="preserve">Graham  </w:t>
      </w:r>
      <w:r>
        <w:rPr>
          <w:rFonts w:ascii="Arial" w:hAnsi="Arial"/>
          <w:color w:val="5D7284"/>
        </w:rPr>
        <w:t>21:43</w:t>
      </w:r>
    </w:p>
    <w:p w14:paraId="42C9C1FE" w14:textId="77777777" w:rsidR="008E6F35" w:rsidRDefault="00116BC5">
      <w:pPr>
        <w:spacing w:after="0"/>
      </w:pPr>
      <w:proofErr w:type="gramStart"/>
      <w:r>
        <w:rPr>
          <w:rFonts w:ascii="Arial" w:hAnsi="Arial"/>
        </w:rPr>
        <w:t>Sorry</w:t>
      </w:r>
      <w:proofErr w:type="gramEnd"/>
      <w:r>
        <w:rPr>
          <w:rFonts w:ascii="Arial" w:hAnsi="Arial"/>
        </w:rPr>
        <w:t xml:space="preserve"> what was I saying? Yeah. Like I said, it was shutting down. There wasn't really anything in the area. My friends, well, two good friends, we thought we'd set up and do something on our own. </w:t>
      </w:r>
      <w:proofErr w:type="gramStart"/>
      <w:r>
        <w:rPr>
          <w:rFonts w:ascii="Arial" w:hAnsi="Arial"/>
        </w:rPr>
        <w:t>So</w:t>
      </w:r>
      <w:proofErr w:type="gramEnd"/>
      <w:r>
        <w:rPr>
          <w:rFonts w:ascii="Arial" w:hAnsi="Arial"/>
        </w:rPr>
        <w:t xml:space="preserve"> I sort of too</w:t>
      </w:r>
      <w:r>
        <w:rPr>
          <w:rFonts w:ascii="Arial" w:hAnsi="Arial"/>
        </w:rPr>
        <w:t xml:space="preserve">k charge of the whole thing, because I probably have more experience of business from going to college. </w:t>
      </w:r>
    </w:p>
    <w:p w14:paraId="5123FFEB" w14:textId="77777777" w:rsidR="008E6F35" w:rsidRDefault="008E6F35">
      <w:pPr>
        <w:spacing w:after="0"/>
      </w:pPr>
    </w:p>
    <w:p w14:paraId="6D1DC19F" w14:textId="77777777" w:rsidR="008E6F35" w:rsidRDefault="00116BC5">
      <w:pPr>
        <w:spacing w:after="0"/>
      </w:pPr>
      <w:r>
        <w:rPr>
          <w:rFonts w:ascii="Arial" w:hAnsi="Arial"/>
          <w:b/>
        </w:rPr>
        <w:t xml:space="preserve">Lucy  </w:t>
      </w:r>
      <w:r>
        <w:rPr>
          <w:rFonts w:ascii="Arial" w:hAnsi="Arial"/>
          <w:color w:val="5D7284"/>
        </w:rPr>
        <w:t>22:07</w:t>
      </w:r>
    </w:p>
    <w:p w14:paraId="2999D624" w14:textId="77777777" w:rsidR="008E6F35" w:rsidRDefault="00116BC5">
      <w:pPr>
        <w:spacing w:after="0"/>
      </w:pPr>
      <w:r>
        <w:rPr>
          <w:rFonts w:ascii="Arial" w:hAnsi="Arial"/>
        </w:rPr>
        <w:t>Yeah,</w:t>
      </w:r>
    </w:p>
    <w:p w14:paraId="0DB8F3C7" w14:textId="77777777" w:rsidR="008E6F35" w:rsidRDefault="008E6F35">
      <w:pPr>
        <w:spacing w:after="0"/>
      </w:pPr>
    </w:p>
    <w:p w14:paraId="0B6CE4D3" w14:textId="77777777" w:rsidR="008E6F35" w:rsidRDefault="00116BC5">
      <w:pPr>
        <w:spacing w:after="0"/>
      </w:pPr>
      <w:r>
        <w:rPr>
          <w:rFonts w:ascii="Arial" w:hAnsi="Arial"/>
          <w:b/>
        </w:rPr>
        <w:t xml:space="preserve">Graham  </w:t>
      </w:r>
      <w:r>
        <w:rPr>
          <w:rFonts w:ascii="Arial" w:hAnsi="Arial"/>
          <w:color w:val="5D7284"/>
        </w:rPr>
        <w:t>22:08</w:t>
      </w:r>
    </w:p>
    <w:p w14:paraId="6B9329B9" w14:textId="77777777" w:rsidR="008E6F35" w:rsidRDefault="00116BC5">
      <w:pPr>
        <w:spacing w:after="0"/>
      </w:pPr>
      <w:proofErr w:type="gramStart"/>
      <w:r>
        <w:rPr>
          <w:rFonts w:ascii="Arial" w:hAnsi="Arial"/>
        </w:rPr>
        <w:t>So</w:t>
      </w:r>
      <w:proofErr w:type="gramEnd"/>
      <w:r>
        <w:rPr>
          <w:rFonts w:ascii="Arial" w:hAnsi="Arial"/>
        </w:rPr>
        <w:t xml:space="preserve"> we set up our little group with the help of another group that give us all resources and actually helped us from d</w:t>
      </w:r>
      <w:r>
        <w:rPr>
          <w:rFonts w:ascii="Arial" w:hAnsi="Arial"/>
        </w:rPr>
        <w:t xml:space="preserve">ay one, to work by for funding and things like that, which is good, because, you know, because I struggle with things like paperwork as it is, but they really took us under our wing and  saw an opportunity to be a </w:t>
      </w:r>
      <w:proofErr w:type="spellStart"/>
      <w:r>
        <w:rPr>
          <w:rFonts w:ascii="Arial" w:hAnsi="Arial"/>
        </w:rPr>
        <w:t>co production</w:t>
      </w:r>
      <w:proofErr w:type="spellEnd"/>
      <w:r>
        <w:rPr>
          <w:rFonts w:ascii="Arial" w:hAnsi="Arial"/>
        </w:rPr>
        <w:t xml:space="preserve"> and just took it from there.</w:t>
      </w:r>
      <w:r>
        <w:rPr>
          <w:rFonts w:ascii="Arial" w:hAnsi="Arial"/>
        </w:rPr>
        <w:t xml:space="preserve"> Within a year, we had our bank account, and we were starting to do some stuff just grew and grew and grew. </w:t>
      </w:r>
    </w:p>
    <w:p w14:paraId="07B48B75" w14:textId="77777777" w:rsidR="008E6F35" w:rsidRDefault="008E6F35">
      <w:pPr>
        <w:spacing w:after="0"/>
      </w:pPr>
    </w:p>
    <w:p w14:paraId="3456B4B0" w14:textId="77777777" w:rsidR="008E6F35" w:rsidRDefault="00116BC5">
      <w:pPr>
        <w:spacing w:after="0"/>
      </w:pPr>
      <w:r>
        <w:rPr>
          <w:rFonts w:ascii="Arial" w:hAnsi="Arial"/>
          <w:b/>
        </w:rPr>
        <w:t xml:space="preserve">Lucy  </w:t>
      </w:r>
      <w:r>
        <w:rPr>
          <w:rFonts w:ascii="Arial" w:hAnsi="Arial"/>
          <w:color w:val="5D7284"/>
        </w:rPr>
        <w:t>22:44</w:t>
      </w:r>
    </w:p>
    <w:p w14:paraId="7D5E8BB7" w14:textId="77777777" w:rsidR="008E6F35" w:rsidRDefault="00116BC5">
      <w:pPr>
        <w:spacing w:after="0"/>
      </w:pPr>
      <w:r>
        <w:rPr>
          <w:rFonts w:ascii="Arial" w:hAnsi="Arial"/>
        </w:rPr>
        <w:t xml:space="preserve">That's amazing. </w:t>
      </w:r>
    </w:p>
    <w:p w14:paraId="2F22EC22" w14:textId="77777777" w:rsidR="008E6F35" w:rsidRDefault="008E6F35">
      <w:pPr>
        <w:spacing w:after="0"/>
      </w:pPr>
    </w:p>
    <w:p w14:paraId="69C9A98B" w14:textId="77777777" w:rsidR="008E6F35" w:rsidRDefault="00116BC5">
      <w:pPr>
        <w:spacing w:after="0"/>
      </w:pPr>
      <w:r>
        <w:rPr>
          <w:rFonts w:ascii="Arial" w:hAnsi="Arial"/>
          <w:b/>
        </w:rPr>
        <w:t xml:space="preserve">Graham  </w:t>
      </w:r>
      <w:r>
        <w:rPr>
          <w:rFonts w:ascii="Arial" w:hAnsi="Arial"/>
          <w:color w:val="5D7284"/>
        </w:rPr>
        <w:t>22:46</w:t>
      </w:r>
    </w:p>
    <w:p w14:paraId="787A277D" w14:textId="77777777" w:rsidR="008E6F35" w:rsidRDefault="00116BC5">
      <w:pPr>
        <w:spacing w:after="0"/>
      </w:pPr>
      <w:r>
        <w:rPr>
          <w:rFonts w:ascii="Arial" w:hAnsi="Arial"/>
        </w:rPr>
        <w:lastRenderedPageBreak/>
        <w:t xml:space="preserve">Yeah, the groups called, called the Swadlincote Asperger's society. But I sort of came up with </w:t>
      </w:r>
      <w:r>
        <w:rPr>
          <w:rFonts w:ascii="Arial" w:hAnsi="Arial"/>
        </w:rPr>
        <w:t>that name, because I wanted the abbreviation to be rather catchy. SAS. So yes. Yeah, yeah, it's worked. So...</w:t>
      </w:r>
    </w:p>
    <w:p w14:paraId="0149D921" w14:textId="77777777" w:rsidR="008E6F35" w:rsidRDefault="008E6F35">
      <w:pPr>
        <w:spacing w:after="0"/>
      </w:pPr>
    </w:p>
    <w:p w14:paraId="091B7E10" w14:textId="77777777" w:rsidR="008E6F35" w:rsidRDefault="00116BC5">
      <w:pPr>
        <w:spacing w:after="0"/>
      </w:pPr>
      <w:r>
        <w:rPr>
          <w:rFonts w:ascii="Arial" w:hAnsi="Arial"/>
          <w:b/>
        </w:rPr>
        <w:t xml:space="preserve">Lucy  </w:t>
      </w:r>
      <w:r>
        <w:rPr>
          <w:rFonts w:ascii="Arial" w:hAnsi="Arial"/>
          <w:color w:val="5D7284"/>
        </w:rPr>
        <w:t>23:01</w:t>
      </w:r>
    </w:p>
    <w:p w14:paraId="7EBFF2B1" w14:textId="77777777" w:rsidR="008E6F35" w:rsidRDefault="00116BC5">
      <w:pPr>
        <w:spacing w:after="0"/>
      </w:pPr>
      <w:r>
        <w:rPr>
          <w:rFonts w:ascii="Arial" w:hAnsi="Arial"/>
        </w:rPr>
        <w:t>Well, we can, if you've got a website, we can link all that in, on our website, for you, for you guys, if you want. But that's, that'</w:t>
      </w:r>
      <w:r>
        <w:rPr>
          <w:rFonts w:ascii="Arial" w:hAnsi="Arial"/>
        </w:rPr>
        <w:t xml:space="preserve">s amazing. </w:t>
      </w:r>
      <w:proofErr w:type="gramStart"/>
      <w:r>
        <w:rPr>
          <w:rFonts w:ascii="Arial" w:hAnsi="Arial"/>
        </w:rPr>
        <w:t>So</w:t>
      </w:r>
      <w:proofErr w:type="gramEnd"/>
      <w:r>
        <w:rPr>
          <w:rFonts w:ascii="Arial" w:hAnsi="Arial"/>
        </w:rPr>
        <w:t xml:space="preserve"> I mean, do you find sort of, like gives you a bit of a purpose, sort of supporting and helping other people that have got autism? And in that group situation? Is it something that you really enjoy doing? Because you can sort of give back a li</w:t>
      </w:r>
      <w:r>
        <w:rPr>
          <w:rFonts w:ascii="Arial" w:hAnsi="Arial"/>
        </w:rPr>
        <w:t>ttle bit?</w:t>
      </w:r>
    </w:p>
    <w:p w14:paraId="24CE7590" w14:textId="77777777" w:rsidR="008E6F35" w:rsidRDefault="008E6F35">
      <w:pPr>
        <w:spacing w:after="0"/>
      </w:pPr>
    </w:p>
    <w:p w14:paraId="1F80DDEC" w14:textId="77777777" w:rsidR="008E6F35" w:rsidRDefault="00116BC5">
      <w:pPr>
        <w:spacing w:after="0"/>
      </w:pPr>
      <w:r>
        <w:rPr>
          <w:rFonts w:ascii="Arial" w:hAnsi="Arial"/>
          <w:b/>
        </w:rPr>
        <w:t xml:space="preserve">Graham  </w:t>
      </w:r>
      <w:r>
        <w:rPr>
          <w:rFonts w:ascii="Arial" w:hAnsi="Arial"/>
          <w:color w:val="5D7284"/>
        </w:rPr>
        <w:t>23:27</w:t>
      </w:r>
    </w:p>
    <w:p w14:paraId="2DCE5A96" w14:textId="77777777" w:rsidR="008E6F35" w:rsidRDefault="00116BC5">
      <w:pPr>
        <w:spacing w:after="0"/>
      </w:pPr>
      <w:r>
        <w:rPr>
          <w:rFonts w:ascii="Arial" w:hAnsi="Arial"/>
        </w:rPr>
        <w:t xml:space="preserve">Yeah, it works on many different levels. I mean, we're getting people to come in, do some </w:t>
      </w:r>
      <w:proofErr w:type="spellStart"/>
      <w:r>
        <w:rPr>
          <w:rFonts w:ascii="Arial" w:hAnsi="Arial"/>
        </w:rPr>
        <w:t>aart</w:t>
      </w:r>
      <w:proofErr w:type="spellEnd"/>
      <w:r>
        <w:rPr>
          <w:rFonts w:ascii="Arial" w:hAnsi="Arial"/>
        </w:rPr>
        <w:t xml:space="preserve"> work, just have a cup of tea, bit of a chat. make some connections. And, yeah, when you're on the board, which Me and my friends are </w:t>
      </w:r>
      <w:r>
        <w:rPr>
          <w:rFonts w:ascii="Arial" w:hAnsi="Arial"/>
        </w:rPr>
        <w:t xml:space="preserve">you also get the opportunity to do some training and learn more  business skills, things like that. I remember at one point we did some media awareness training up in Leicester, which was </w:t>
      </w:r>
      <w:proofErr w:type="gramStart"/>
      <w:r>
        <w:rPr>
          <w:rFonts w:ascii="Arial" w:hAnsi="Arial"/>
        </w:rPr>
        <w:t>a very interesting</w:t>
      </w:r>
      <w:proofErr w:type="gramEnd"/>
      <w:r>
        <w:rPr>
          <w:rFonts w:ascii="Arial" w:hAnsi="Arial"/>
        </w:rPr>
        <w:t xml:space="preserve"> day.</w:t>
      </w:r>
    </w:p>
    <w:p w14:paraId="6075FAA4" w14:textId="77777777" w:rsidR="008E6F35" w:rsidRDefault="008E6F35">
      <w:pPr>
        <w:spacing w:after="0"/>
      </w:pPr>
    </w:p>
    <w:p w14:paraId="291D50BA" w14:textId="77777777" w:rsidR="008E6F35" w:rsidRDefault="00116BC5">
      <w:pPr>
        <w:spacing w:after="0"/>
      </w:pPr>
      <w:r>
        <w:rPr>
          <w:rFonts w:ascii="Arial" w:hAnsi="Arial"/>
          <w:b/>
        </w:rPr>
        <w:t xml:space="preserve">Alice  </w:t>
      </w:r>
      <w:r>
        <w:rPr>
          <w:rFonts w:ascii="Arial" w:hAnsi="Arial"/>
          <w:color w:val="5D7284"/>
        </w:rPr>
        <w:t>24:01</w:t>
      </w:r>
    </w:p>
    <w:p w14:paraId="64AEBFAB" w14:textId="77777777" w:rsidR="008E6F35" w:rsidRDefault="00116BC5">
      <w:pPr>
        <w:spacing w:after="0"/>
      </w:pPr>
      <w:r>
        <w:rPr>
          <w:rFonts w:ascii="Arial" w:hAnsi="Arial"/>
        </w:rPr>
        <w:t>And do you think that you know</w:t>
      </w:r>
      <w:r>
        <w:rPr>
          <w:rFonts w:ascii="Arial" w:hAnsi="Arial"/>
        </w:rPr>
        <w:t>, your experiences of mental illness and things like that, do you think that that's been helpful with you being able to provide support for other people with autism? You know, who your, the people who you're meeting because I, I imagine, particularly for p</w:t>
      </w:r>
      <w:r>
        <w:rPr>
          <w:rFonts w:ascii="Arial" w:hAnsi="Arial"/>
        </w:rPr>
        <w:t>eople who are having, it's unexpected diagnoses or, or long sought diagnoses, it's quite an emotional roller coaster really.</w:t>
      </w:r>
    </w:p>
    <w:p w14:paraId="1EFBE3A2" w14:textId="77777777" w:rsidR="008E6F35" w:rsidRDefault="008E6F35">
      <w:pPr>
        <w:spacing w:after="0"/>
      </w:pPr>
    </w:p>
    <w:p w14:paraId="40586F88" w14:textId="77777777" w:rsidR="008E6F35" w:rsidRDefault="00116BC5">
      <w:pPr>
        <w:spacing w:after="0"/>
      </w:pPr>
      <w:r>
        <w:rPr>
          <w:rFonts w:ascii="Arial" w:hAnsi="Arial"/>
          <w:b/>
        </w:rPr>
        <w:t xml:space="preserve">Graham  </w:t>
      </w:r>
      <w:r>
        <w:rPr>
          <w:rFonts w:ascii="Arial" w:hAnsi="Arial"/>
          <w:color w:val="5D7284"/>
        </w:rPr>
        <w:t>24:35</w:t>
      </w:r>
    </w:p>
    <w:p w14:paraId="1BBB784B" w14:textId="77777777" w:rsidR="008E6F35" w:rsidRDefault="00116BC5">
      <w:pPr>
        <w:spacing w:after="0"/>
      </w:pPr>
      <w:r>
        <w:rPr>
          <w:rFonts w:ascii="Arial" w:hAnsi="Arial"/>
        </w:rPr>
        <w:t xml:space="preserve">It can be </w:t>
      </w:r>
      <w:proofErr w:type="gramStart"/>
      <w:r>
        <w:rPr>
          <w:rFonts w:ascii="Arial" w:hAnsi="Arial"/>
        </w:rPr>
        <w:t>well,</w:t>
      </w:r>
      <w:proofErr w:type="gramEnd"/>
      <w:r>
        <w:rPr>
          <w:rFonts w:ascii="Arial" w:hAnsi="Arial"/>
        </w:rPr>
        <w:t xml:space="preserve"> you can still get you still get your good days and bad days. And yeah, this is like with the group, </w:t>
      </w:r>
      <w:r>
        <w:rPr>
          <w:rFonts w:ascii="Arial" w:hAnsi="Arial"/>
        </w:rPr>
        <w:t>you know, it's a nice little, nice little space. Not many, well, not too many people and there's little designated quiet room off the off the end that anyone can use at any one time. So yeah, and you We promote things like, you know, respect and things lik</w:t>
      </w:r>
      <w:r>
        <w:rPr>
          <w:rFonts w:ascii="Arial" w:hAnsi="Arial"/>
        </w:rPr>
        <w:t>e that.</w:t>
      </w:r>
    </w:p>
    <w:p w14:paraId="02029E75" w14:textId="77777777" w:rsidR="008E6F35" w:rsidRDefault="008E6F35">
      <w:pPr>
        <w:spacing w:after="0"/>
      </w:pPr>
    </w:p>
    <w:p w14:paraId="39858D60" w14:textId="77777777" w:rsidR="008E6F35" w:rsidRDefault="00116BC5">
      <w:pPr>
        <w:spacing w:after="0"/>
      </w:pPr>
      <w:r>
        <w:rPr>
          <w:rFonts w:ascii="Arial" w:hAnsi="Arial"/>
          <w:b/>
        </w:rPr>
        <w:t xml:space="preserve">Lucy  </w:t>
      </w:r>
      <w:r>
        <w:rPr>
          <w:rFonts w:ascii="Arial" w:hAnsi="Arial"/>
          <w:color w:val="5D7284"/>
        </w:rPr>
        <w:t>25:03</w:t>
      </w:r>
    </w:p>
    <w:p w14:paraId="538D6F6C" w14:textId="77777777" w:rsidR="008E6F35" w:rsidRDefault="00116BC5">
      <w:pPr>
        <w:spacing w:after="0"/>
      </w:pPr>
      <w:r>
        <w:rPr>
          <w:rFonts w:ascii="Arial" w:hAnsi="Arial"/>
        </w:rPr>
        <w:t>I think what's great about support groups that are set up by the people that aimed at is that there is a deeper understanding of not just the difficulties, but also what you can do within that group to help support the people it's aime</w:t>
      </w:r>
      <w:r>
        <w:rPr>
          <w:rFonts w:ascii="Arial" w:hAnsi="Arial"/>
        </w:rPr>
        <w:t>d at, in the best possible way, isn't it? Really, it's that kind of No way, exactly. You've managed Graham to identify a problem, or, you know, or seen that there's something lacking in society and thought, Well, you know, if we could set up a group that d</w:t>
      </w:r>
      <w:r>
        <w:rPr>
          <w:rFonts w:ascii="Arial" w:hAnsi="Arial"/>
        </w:rPr>
        <w:t xml:space="preserve">oes x, y, z it would be </w:t>
      </w:r>
      <w:proofErr w:type="gramStart"/>
      <w:r>
        <w:rPr>
          <w:rFonts w:ascii="Arial" w:hAnsi="Arial"/>
        </w:rPr>
        <w:t>really beneficial</w:t>
      </w:r>
      <w:proofErr w:type="gramEnd"/>
      <w:r>
        <w:rPr>
          <w:rFonts w:ascii="Arial" w:hAnsi="Arial"/>
        </w:rPr>
        <w:t xml:space="preserve">. And I think that they're, they're the, they're the groups and the </w:t>
      </w:r>
      <w:proofErr w:type="spellStart"/>
      <w:r>
        <w:rPr>
          <w:rFonts w:ascii="Arial" w:hAnsi="Arial"/>
        </w:rPr>
        <w:t>organisations</w:t>
      </w:r>
      <w:proofErr w:type="spellEnd"/>
      <w:r>
        <w:rPr>
          <w:rFonts w:ascii="Arial" w:hAnsi="Arial"/>
        </w:rPr>
        <w:t xml:space="preserve"> that really work because you've got understanding, right from the grassroots up, haven't you really? You're not sort of relying on pe</w:t>
      </w:r>
      <w:r>
        <w:rPr>
          <w:rFonts w:ascii="Arial" w:hAnsi="Arial"/>
        </w:rPr>
        <w:t>ople who don't understand or know a little bit and sort of fudging their way through it's, you've got that basis of understanding to build a great foundation on I think it's fantastic. Really.</w:t>
      </w:r>
    </w:p>
    <w:p w14:paraId="73F86104" w14:textId="77777777" w:rsidR="008E6F35" w:rsidRDefault="008E6F35">
      <w:pPr>
        <w:spacing w:after="0"/>
      </w:pPr>
    </w:p>
    <w:p w14:paraId="1AAECE0B" w14:textId="77777777" w:rsidR="008E6F35" w:rsidRDefault="00116BC5">
      <w:pPr>
        <w:spacing w:after="0"/>
      </w:pPr>
      <w:r>
        <w:rPr>
          <w:rFonts w:ascii="Arial" w:hAnsi="Arial"/>
          <w:b/>
        </w:rPr>
        <w:t xml:space="preserve">Graham  </w:t>
      </w:r>
      <w:r>
        <w:rPr>
          <w:rFonts w:ascii="Arial" w:hAnsi="Arial"/>
          <w:color w:val="5D7284"/>
        </w:rPr>
        <w:t>26:07</w:t>
      </w:r>
    </w:p>
    <w:p w14:paraId="3F232B93" w14:textId="77777777" w:rsidR="008E6F35" w:rsidRDefault="00116BC5">
      <w:pPr>
        <w:spacing w:after="0"/>
      </w:pPr>
      <w:r>
        <w:rPr>
          <w:rFonts w:ascii="Arial" w:hAnsi="Arial"/>
        </w:rPr>
        <w:t>Yeah, I wouldn't even call it a support group. I</w:t>
      </w:r>
      <w:r>
        <w:rPr>
          <w:rFonts w:ascii="Arial" w:hAnsi="Arial"/>
        </w:rPr>
        <w:t xml:space="preserve"> wouldn't Personally, I think support group has a negative connotation, like, you know, like alcoholics, druggies, and things like that. </w:t>
      </w:r>
    </w:p>
    <w:p w14:paraId="434B8D5B" w14:textId="77777777" w:rsidR="008E6F35" w:rsidRDefault="008E6F35">
      <w:pPr>
        <w:spacing w:after="0"/>
      </w:pPr>
    </w:p>
    <w:p w14:paraId="447AA590" w14:textId="77777777" w:rsidR="008E6F35" w:rsidRDefault="00116BC5">
      <w:pPr>
        <w:spacing w:after="0"/>
      </w:pPr>
      <w:r>
        <w:rPr>
          <w:rFonts w:ascii="Arial" w:hAnsi="Arial"/>
          <w:b/>
        </w:rPr>
        <w:lastRenderedPageBreak/>
        <w:t xml:space="preserve">Lucy  </w:t>
      </w:r>
      <w:r>
        <w:rPr>
          <w:rFonts w:ascii="Arial" w:hAnsi="Arial"/>
          <w:color w:val="5D7284"/>
        </w:rPr>
        <w:t>26:19</w:t>
      </w:r>
    </w:p>
    <w:p w14:paraId="302E666C" w14:textId="77777777" w:rsidR="008E6F35" w:rsidRDefault="00116BC5">
      <w:pPr>
        <w:spacing w:after="0"/>
      </w:pPr>
      <w:r>
        <w:rPr>
          <w:rFonts w:ascii="Arial" w:hAnsi="Arial"/>
        </w:rPr>
        <w:t>Yeah</w:t>
      </w:r>
    </w:p>
    <w:p w14:paraId="7F1C004B" w14:textId="77777777" w:rsidR="008E6F35" w:rsidRDefault="008E6F35">
      <w:pPr>
        <w:spacing w:after="0"/>
      </w:pPr>
    </w:p>
    <w:p w14:paraId="70442CE3" w14:textId="77777777" w:rsidR="008E6F35" w:rsidRDefault="00116BC5">
      <w:pPr>
        <w:spacing w:after="0"/>
      </w:pPr>
      <w:r>
        <w:rPr>
          <w:rFonts w:ascii="Arial" w:hAnsi="Arial"/>
          <w:b/>
        </w:rPr>
        <w:t xml:space="preserve">Graham  </w:t>
      </w:r>
      <w:r>
        <w:rPr>
          <w:rFonts w:ascii="Arial" w:hAnsi="Arial"/>
          <w:color w:val="5D7284"/>
        </w:rPr>
        <w:t>26:19</w:t>
      </w:r>
    </w:p>
    <w:p w14:paraId="027AF32F" w14:textId="77777777" w:rsidR="008E6F35" w:rsidRDefault="00116BC5">
      <w:pPr>
        <w:spacing w:after="0"/>
      </w:pPr>
      <w:r>
        <w:rPr>
          <w:rFonts w:ascii="Arial" w:hAnsi="Arial"/>
        </w:rPr>
        <w:t>I just thought to myself, you know, we're part of the same society. You know, okay, m</w:t>
      </w:r>
      <w:r>
        <w:rPr>
          <w:rFonts w:ascii="Arial" w:hAnsi="Arial"/>
        </w:rPr>
        <w:t>aybe different, but as much as possible, it is, you know, any other label you can think of, you know, so really, it was more about celebrating difference than anything else. Yeah, we've had some diversity awareness training, as well with the Caribbean comm</w:t>
      </w:r>
      <w:r>
        <w:rPr>
          <w:rFonts w:ascii="Arial" w:hAnsi="Arial"/>
        </w:rPr>
        <w:t xml:space="preserve">unity. They were </w:t>
      </w:r>
      <w:proofErr w:type="gramStart"/>
      <w:r>
        <w:rPr>
          <w:rFonts w:ascii="Arial" w:hAnsi="Arial"/>
        </w:rPr>
        <w:t>really supportive</w:t>
      </w:r>
      <w:proofErr w:type="gramEnd"/>
      <w:r>
        <w:rPr>
          <w:rFonts w:ascii="Arial" w:hAnsi="Arial"/>
        </w:rPr>
        <w:t xml:space="preserve"> of the whole project. Yeah, that's, like I said, it's all about inclusion at the end of it.</w:t>
      </w:r>
    </w:p>
    <w:p w14:paraId="41D00926" w14:textId="77777777" w:rsidR="008E6F35" w:rsidRDefault="008E6F35">
      <w:pPr>
        <w:spacing w:after="0"/>
      </w:pPr>
    </w:p>
    <w:p w14:paraId="64FBBDB0" w14:textId="77777777" w:rsidR="008E6F35" w:rsidRDefault="00116BC5">
      <w:pPr>
        <w:spacing w:after="0"/>
      </w:pPr>
      <w:r>
        <w:rPr>
          <w:rFonts w:ascii="Arial" w:hAnsi="Arial"/>
          <w:b/>
        </w:rPr>
        <w:t xml:space="preserve">Alice  </w:t>
      </w:r>
      <w:r>
        <w:rPr>
          <w:rFonts w:ascii="Arial" w:hAnsi="Arial"/>
          <w:color w:val="5D7284"/>
        </w:rPr>
        <w:t>26:54</w:t>
      </w:r>
    </w:p>
    <w:p w14:paraId="28A8F356" w14:textId="77777777" w:rsidR="008E6F35" w:rsidRDefault="00116BC5">
      <w:pPr>
        <w:spacing w:after="0"/>
      </w:pPr>
      <w:r>
        <w:rPr>
          <w:rFonts w:ascii="Arial" w:hAnsi="Arial"/>
        </w:rPr>
        <w:t>And I think, sort of going back to what Lucy was saying, something that you see a lot in terms of support groups, or activity groups, or even, you know, kind of therapeutic services like counselling, is professionals coming along and advising and saying, W</w:t>
      </w:r>
      <w:r>
        <w:rPr>
          <w:rFonts w:ascii="Arial" w:hAnsi="Arial"/>
        </w:rPr>
        <w:t>ell, I mean, in my sort of day job, I work in social care. And I had a conversation with somebody quite recently who said that they'd been told by a social worker, how to set up their counselling office so that it was suitable for an autistic client. And I</w:t>
      </w:r>
      <w:r>
        <w:rPr>
          <w:rFonts w:ascii="Arial" w:hAnsi="Arial"/>
        </w:rPr>
        <w:t xml:space="preserve"> sort of said, </w:t>
      </w:r>
      <w:proofErr w:type="spellStart"/>
      <w:r>
        <w:rPr>
          <w:rFonts w:ascii="Arial" w:hAnsi="Arial"/>
        </w:rPr>
        <w:t>well</w:t>
      </w:r>
      <w:proofErr w:type="spellEnd"/>
      <w:r>
        <w:rPr>
          <w:rFonts w:ascii="Arial" w:hAnsi="Arial"/>
        </w:rPr>
        <w:t xml:space="preserve"> have you </w:t>
      </w:r>
      <w:proofErr w:type="gramStart"/>
      <w:r>
        <w:rPr>
          <w:rFonts w:ascii="Arial" w:hAnsi="Arial"/>
        </w:rPr>
        <w:t>actually spoken</w:t>
      </w:r>
      <w:proofErr w:type="gramEnd"/>
      <w:r>
        <w:rPr>
          <w:rFonts w:ascii="Arial" w:hAnsi="Arial"/>
        </w:rPr>
        <w:t xml:space="preserve"> to the client about what is going to be best for them, because the social worker will probably have a list of these are common sensory things that you know, even if it's a social worker who has a </w:t>
      </w:r>
      <w:proofErr w:type="spellStart"/>
      <w:r>
        <w:rPr>
          <w:rFonts w:ascii="Arial" w:hAnsi="Arial"/>
        </w:rPr>
        <w:t>specialism</w:t>
      </w:r>
      <w:proofErr w:type="spellEnd"/>
      <w:r>
        <w:rPr>
          <w:rFonts w:ascii="Arial" w:hAnsi="Arial"/>
        </w:rPr>
        <w:t xml:space="preserve"> in, </w:t>
      </w:r>
      <w:r>
        <w:rPr>
          <w:rFonts w:ascii="Arial" w:hAnsi="Arial"/>
        </w:rPr>
        <w:t xml:space="preserve">you know, learning difficulties or neuro diversities. Everybody's individual experience is different. And so just kind of </w:t>
      </w:r>
      <w:proofErr w:type="gramStart"/>
      <w:r>
        <w:rPr>
          <w:rFonts w:ascii="Arial" w:hAnsi="Arial"/>
        </w:rPr>
        <w:t>going actually,</w:t>
      </w:r>
      <w:proofErr w:type="gramEnd"/>
      <w:r>
        <w:rPr>
          <w:rFonts w:ascii="Arial" w:hAnsi="Arial"/>
        </w:rPr>
        <w:t xml:space="preserve"> to the people you're working with, and talking to them directly. That's where you get kind of the most genuine informa</w:t>
      </w:r>
      <w:r>
        <w:rPr>
          <w:rFonts w:ascii="Arial" w:hAnsi="Arial"/>
        </w:rPr>
        <w:t>tion. And I think, you know, that's what Lucy was saying about, when these groups are set up by the people who have that lived experience, it really does make a difference, because you're just more aware, not only of the things that work for you, but you p</w:t>
      </w:r>
      <w:r>
        <w:rPr>
          <w:rFonts w:ascii="Arial" w:hAnsi="Arial"/>
        </w:rPr>
        <w:t xml:space="preserve">robably know other people would have friends who have similar but different experiences. </w:t>
      </w:r>
      <w:proofErr w:type="gramStart"/>
      <w:r>
        <w:rPr>
          <w:rFonts w:ascii="Arial" w:hAnsi="Arial"/>
        </w:rPr>
        <w:t>So</w:t>
      </w:r>
      <w:proofErr w:type="gramEnd"/>
      <w:r>
        <w:rPr>
          <w:rFonts w:ascii="Arial" w:hAnsi="Arial"/>
        </w:rPr>
        <w:t xml:space="preserve"> you're more able to go well, you know, let's </w:t>
      </w:r>
      <w:proofErr w:type="spellStart"/>
      <w:r>
        <w:rPr>
          <w:rFonts w:ascii="Arial" w:hAnsi="Arial"/>
        </w:rPr>
        <w:t>let's</w:t>
      </w:r>
      <w:proofErr w:type="spellEnd"/>
      <w:r>
        <w:rPr>
          <w:rFonts w:ascii="Arial" w:hAnsi="Arial"/>
        </w:rPr>
        <w:t xml:space="preserve"> look at what works for everybody rather than let's look at this tick box list of things. </w:t>
      </w:r>
    </w:p>
    <w:p w14:paraId="748C0162" w14:textId="77777777" w:rsidR="008E6F35" w:rsidRDefault="008E6F35">
      <w:pPr>
        <w:spacing w:after="0"/>
      </w:pPr>
    </w:p>
    <w:p w14:paraId="3A1DEFF5" w14:textId="77777777" w:rsidR="008E6F35" w:rsidRDefault="00116BC5">
      <w:pPr>
        <w:spacing w:after="0"/>
      </w:pPr>
      <w:r>
        <w:rPr>
          <w:rFonts w:ascii="Arial" w:hAnsi="Arial"/>
          <w:b/>
        </w:rPr>
        <w:t xml:space="preserve">Lucy  </w:t>
      </w:r>
      <w:r>
        <w:rPr>
          <w:rFonts w:ascii="Arial" w:hAnsi="Arial"/>
          <w:color w:val="5D7284"/>
        </w:rPr>
        <w:t>28:51</w:t>
      </w:r>
    </w:p>
    <w:p w14:paraId="298B5E73" w14:textId="77777777" w:rsidR="008E6F35" w:rsidRDefault="00116BC5">
      <w:pPr>
        <w:spacing w:after="0"/>
      </w:pPr>
      <w:r>
        <w:rPr>
          <w:rFonts w:ascii="Arial" w:hAnsi="Arial"/>
        </w:rPr>
        <w:t xml:space="preserve">Yes. And </w:t>
      </w:r>
      <w:proofErr w:type="gramStart"/>
      <w:r>
        <w:rPr>
          <w:rFonts w:ascii="Arial" w:hAnsi="Arial"/>
        </w:rPr>
        <w:t>a</w:t>
      </w:r>
      <w:r>
        <w:rPr>
          <w:rFonts w:ascii="Arial" w:hAnsi="Arial"/>
        </w:rPr>
        <w:t>lso</w:t>
      </w:r>
      <w:proofErr w:type="gramEnd"/>
      <w:r>
        <w:rPr>
          <w:rFonts w:ascii="Arial" w:hAnsi="Arial"/>
        </w:rPr>
        <w:t xml:space="preserve"> it I think it helps the people that are using the service, if they know that that the people who are running it are experienced and know what they're talking about. It makes them feel understood. And it makes them feel comfortable and it makes them fee</w:t>
      </w:r>
      <w:r>
        <w:rPr>
          <w:rFonts w:ascii="Arial" w:hAnsi="Arial"/>
        </w:rPr>
        <w:t>l respected. It's rather than talking down to you're just talking to, you're not dictating, we're going to do this today, because I've heard that's what autistic people like to do, or I've heard that's what people in wheelchairs like to do. You know, like,</w:t>
      </w:r>
      <w:r>
        <w:rPr>
          <w:rFonts w:ascii="Arial" w:hAnsi="Arial"/>
        </w:rPr>
        <w:t xml:space="preserve"> it's the whole making bird boxes situation. </w:t>
      </w:r>
      <w:proofErr w:type="gramStart"/>
      <w:r>
        <w:rPr>
          <w:rFonts w:ascii="Arial" w:hAnsi="Arial"/>
        </w:rPr>
        <w:t>So</w:t>
      </w:r>
      <w:proofErr w:type="gramEnd"/>
      <w:r>
        <w:rPr>
          <w:rFonts w:ascii="Arial" w:hAnsi="Arial"/>
        </w:rPr>
        <w:t xml:space="preserve"> a lot of the you know, when you go to de </w:t>
      </w:r>
      <w:proofErr w:type="spellStart"/>
      <w:r>
        <w:rPr>
          <w:rFonts w:ascii="Arial" w:hAnsi="Arial"/>
        </w:rPr>
        <w:t>centres</w:t>
      </w:r>
      <w:proofErr w:type="spellEnd"/>
      <w:r>
        <w:rPr>
          <w:rFonts w:ascii="Arial" w:hAnsi="Arial"/>
        </w:rPr>
        <w:t xml:space="preserve"> for people with disabilities, for some reason, they seem to think that we like making bird boxes because they will do that on till we're blue in the face and i</w:t>
      </w:r>
      <w:r>
        <w:rPr>
          <w:rFonts w:ascii="Arial" w:hAnsi="Arial"/>
        </w:rPr>
        <w:t>t's just boring. So, you get that understanding of, you know, instead of I've heard people like to do, it's more of a What would you like to do you know, what, what, what activities suits you best because it's like putting a football match on and say we're</w:t>
      </w:r>
      <w:r>
        <w:rPr>
          <w:rFonts w:ascii="Arial" w:hAnsi="Arial"/>
        </w:rPr>
        <w:t xml:space="preserve"> going to play football today. Well, I can't kick a ball. </w:t>
      </w:r>
      <w:proofErr w:type="gramStart"/>
      <w:r>
        <w:rPr>
          <w:rFonts w:ascii="Arial" w:hAnsi="Arial"/>
        </w:rPr>
        <w:t>So</w:t>
      </w:r>
      <w:proofErr w:type="gramEnd"/>
      <w:r>
        <w:rPr>
          <w:rFonts w:ascii="Arial" w:hAnsi="Arial"/>
        </w:rPr>
        <w:t xml:space="preserve"> I'll just what do I do? Do I just sit you know sorting the socks out what do </w:t>
      </w:r>
      <w:proofErr w:type="spellStart"/>
      <w:r>
        <w:rPr>
          <w:rFonts w:ascii="Arial" w:hAnsi="Arial"/>
        </w:rPr>
        <w:t>i</w:t>
      </w:r>
      <w:proofErr w:type="spellEnd"/>
      <w:r>
        <w:rPr>
          <w:rFonts w:ascii="Arial" w:hAnsi="Arial"/>
        </w:rPr>
        <w:t xml:space="preserve"> do kind of thing it's </w:t>
      </w:r>
      <w:proofErr w:type="spellStart"/>
      <w:r>
        <w:rPr>
          <w:rFonts w:ascii="Arial" w:hAnsi="Arial"/>
        </w:rPr>
        <w:t>i</w:t>
      </w:r>
      <w:proofErr w:type="spellEnd"/>
      <w:r>
        <w:rPr>
          <w:rFonts w:ascii="Arial" w:hAnsi="Arial"/>
        </w:rPr>
        <w:t xml:space="preserve"> just think it's </w:t>
      </w:r>
      <w:proofErr w:type="spellStart"/>
      <w:r>
        <w:rPr>
          <w:rFonts w:ascii="Arial" w:hAnsi="Arial"/>
        </w:rPr>
        <w:t>it's</w:t>
      </w:r>
      <w:proofErr w:type="spellEnd"/>
      <w:r>
        <w:rPr>
          <w:rFonts w:ascii="Arial" w:hAnsi="Arial"/>
        </w:rPr>
        <w:t xml:space="preserve"> </w:t>
      </w:r>
      <w:proofErr w:type="spellStart"/>
      <w:r>
        <w:rPr>
          <w:rFonts w:ascii="Arial" w:hAnsi="Arial"/>
        </w:rPr>
        <w:t>a</w:t>
      </w:r>
      <w:proofErr w:type="spellEnd"/>
      <w:r>
        <w:rPr>
          <w:rFonts w:ascii="Arial" w:hAnsi="Arial"/>
        </w:rPr>
        <w:t xml:space="preserve"> it's a great way of setting up a group really and to have people on </w:t>
      </w:r>
      <w:proofErr w:type="spellStart"/>
      <w:r>
        <w:rPr>
          <w:rFonts w:ascii="Arial" w:hAnsi="Arial"/>
        </w:rPr>
        <w:t>o</w:t>
      </w:r>
      <w:r>
        <w:rPr>
          <w:rFonts w:ascii="Arial" w:hAnsi="Arial"/>
        </w:rPr>
        <w:t>n</w:t>
      </w:r>
      <w:proofErr w:type="spellEnd"/>
      <w:r>
        <w:rPr>
          <w:rFonts w:ascii="Arial" w:hAnsi="Arial"/>
        </w:rPr>
        <w:t xml:space="preserve"> the board who you know have the same condition as the people you're supporting is another great way of doing it it's all about equality and diversity really isn't it </w:t>
      </w:r>
      <w:proofErr w:type="spellStart"/>
      <w:r>
        <w:rPr>
          <w:rFonts w:ascii="Arial" w:hAnsi="Arial"/>
        </w:rPr>
        <w:t>i'm</w:t>
      </w:r>
      <w:proofErr w:type="spellEnd"/>
      <w:r>
        <w:rPr>
          <w:rFonts w:ascii="Arial" w:hAnsi="Arial"/>
        </w:rPr>
        <w:t xml:space="preserve"> not just being you know the able bodied person who </w:t>
      </w:r>
      <w:proofErr w:type="spellStart"/>
      <w:r>
        <w:rPr>
          <w:rFonts w:ascii="Arial" w:hAnsi="Arial"/>
        </w:rPr>
        <w:t>who</w:t>
      </w:r>
      <w:proofErr w:type="spellEnd"/>
      <w:r>
        <w:rPr>
          <w:rFonts w:ascii="Arial" w:hAnsi="Arial"/>
        </w:rPr>
        <w:t xml:space="preserve"> goes yes </w:t>
      </w:r>
      <w:proofErr w:type="spellStart"/>
      <w:r>
        <w:rPr>
          <w:rFonts w:ascii="Arial" w:hAnsi="Arial"/>
        </w:rPr>
        <w:t>i</w:t>
      </w:r>
      <w:proofErr w:type="spellEnd"/>
      <w:r>
        <w:rPr>
          <w:rFonts w:ascii="Arial" w:hAnsi="Arial"/>
        </w:rPr>
        <w:t xml:space="preserve"> know best</w:t>
      </w:r>
    </w:p>
    <w:p w14:paraId="62B33073" w14:textId="77777777" w:rsidR="008E6F35" w:rsidRDefault="008E6F35">
      <w:pPr>
        <w:spacing w:after="0"/>
      </w:pPr>
    </w:p>
    <w:p w14:paraId="0F56A158" w14:textId="77777777" w:rsidR="008E6F35" w:rsidRDefault="00116BC5">
      <w:pPr>
        <w:spacing w:after="0"/>
      </w:pPr>
      <w:r>
        <w:rPr>
          <w:rFonts w:ascii="Arial" w:hAnsi="Arial"/>
          <w:b/>
        </w:rPr>
        <w:lastRenderedPageBreak/>
        <w:t xml:space="preserve">Graham </w:t>
      </w:r>
      <w:r>
        <w:rPr>
          <w:rFonts w:ascii="Arial" w:hAnsi="Arial"/>
          <w:b/>
        </w:rPr>
        <w:t xml:space="preserve"> </w:t>
      </w:r>
      <w:r>
        <w:rPr>
          <w:rFonts w:ascii="Arial" w:hAnsi="Arial"/>
          <w:color w:val="5D7284"/>
        </w:rPr>
        <w:t>30:26</w:t>
      </w:r>
    </w:p>
    <w:p w14:paraId="09786039" w14:textId="77777777" w:rsidR="008E6F35" w:rsidRDefault="00116BC5">
      <w:pPr>
        <w:spacing w:after="0"/>
      </w:pPr>
      <w:proofErr w:type="gramStart"/>
      <w:r>
        <w:rPr>
          <w:rFonts w:ascii="Arial" w:hAnsi="Arial"/>
        </w:rPr>
        <w:t>yeah</w:t>
      </w:r>
      <w:proofErr w:type="gramEnd"/>
      <w:r>
        <w:rPr>
          <w:rFonts w:ascii="Arial" w:hAnsi="Arial"/>
        </w:rPr>
        <w:t xml:space="preserve"> some people just </w:t>
      </w:r>
      <w:proofErr w:type="spellStart"/>
      <w:r>
        <w:rPr>
          <w:rFonts w:ascii="Arial" w:hAnsi="Arial"/>
        </w:rPr>
        <w:t>patronising</w:t>
      </w:r>
      <w:proofErr w:type="spellEnd"/>
      <w:r>
        <w:rPr>
          <w:rFonts w:ascii="Arial" w:hAnsi="Arial"/>
        </w:rPr>
        <w:t xml:space="preserve"> and all of that but yeah </w:t>
      </w:r>
      <w:proofErr w:type="spellStart"/>
      <w:r>
        <w:rPr>
          <w:rFonts w:ascii="Arial" w:hAnsi="Arial"/>
        </w:rPr>
        <w:t>i</w:t>
      </w:r>
      <w:proofErr w:type="spellEnd"/>
      <w:r>
        <w:rPr>
          <w:rFonts w:ascii="Arial" w:hAnsi="Arial"/>
        </w:rPr>
        <w:t xml:space="preserve"> mean what some of the people come to us they're not they've not got a diagnosis on the spectrum but they still suffer from things like anxiety, depression, things we can all relate to so w</w:t>
      </w:r>
      <w:r>
        <w:rPr>
          <w:rFonts w:ascii="Arial" w:hAnsi="Arial"/>
        </w:rPr>
        <w:t>e're quite inclusive, we never really turn anyone away, we let people come and go as we please yeah</w:t>
      </w:r>
    </w:p>
    <w:p w14:paraId="6A102779" w14:textId="77777777" w:rsidR="008E6F35" w:rsidRDefault="008E6F35">
      <w:pPr>
        <w:spacing w:after="0"/>
      </w:pPr>
    </w:p>
    <w:p w14:paraId="08C732B7" w14:textId="77777777" w:rsidR="008E6F35" w:rsidRDefault="00116BC5">
      <w:pPr>
        <w:spacing w:after="0"/>
      </w:pPr>
      <w:r>
        <w:rPr>
          <w:rFonts w:ascii="Arial" w:hAnsi="Arial"/>
          <w:b/>
        </w:rPr>
        <w:t xml:space="preserve">Lucy  </w:t>
      </w:r>
      <w:r>
        <w:rPr>
          <w:rFonts w:ascii="Arial" w:hAnsi="Arial"/>
          <w:color w:val="5D7284"/>
        </w:rPr>
        <w:t>30:53</w:t>
      </w:r>
    </w:p>
    <w:p w14:paraId="5CF13D38" w14:textId="77777777" w:rsidR="008E6F35" w:rsidRDefault="00116BC5">
      <w:pPr>
        <w:spacing w:after="0"/>
      </w:pPr>
      <w:r>
        <w:rPr>
          <w:rFonts w:ascii="Arial" w:hAnsi="Arial"/>
        </w:rPr>
        <w:t xml:space="preserve">and is that for </w:t>
      </w:r>
      <w:proofErr w:type="spellStart"/>
      <w:r>
        <w:rPr>
          <w:rFonts w:ascii="Arial" w:hAnsi="Arial"/>
        </w:rPr>
        <w:t>for</w:t>
      </w:r>
      <w:proofErr w:type="spellEnd"/>
      <w:r>
        <w:rPr>
          <w:rFonts w:ascii="Arial" w:hAnsi="Arial"/>
        </w:rPr>
        <w:t xml:space="preserve"> people who are newly diagnosed or have been you know </w:t>
      </w:r>
      <w:proofErr w:type="spellStart"/>
      <w:r>
        <w:rPr>
          <w:rFonts w:ascii="Arial" w:hAnsi="Arial"/>
        </w:rPr>
        <w:t>i've</w:t>
      </w:r>
      <w:proofErr w:type="spellEnd"/>
      <w:r>
        <w:rPr>
          <w:rFonts w:ascii="Arial" w:hAnsi="Arial"/>
        </w:rPr>
        <w:t xml:space="preserve"> had a diagnosis for a long time or is it for everybody really?</w:t>
      </w:r>
    </w:p>
    <w:p w14:paraId="2DC663AA" w14:textId="77777777" w:rsidR="008E6F35" w:rsidRDefault="008E6F35">
      <w:pPr>
        <w:spacing w:after="0"/>
      </w:pPr>
    </w:p>
    <w:p w14:paraId="2EEA2DD3" w14:textId="77777777" w:rsidR="008E6F35" w:rsidRDefault="00116BC5">
      <w:pPr>
        <w:spacing w:after="0"/>
      </w:pPr>
      <w:r>
        <w:rPr>
          <w:rFonts w:ascii="Arial" w:hAnsi="Arial"/>
          <w:b/>
        </w:rPr>
        <w:t>G</w:t>
      </w:r>
      <w:r>
        <w:rPr>
          <w:rFonts w:ascii="Arial" w:hAnsi="Arial"/>
          <w:b/>
        </w:rPr>
        <w:t xml:space="preserve">raham  </w:t>
      </w:r>
      <w:r>
        <w:rPr>
          <w:rFonts w:ascii="Arial" w:hAnsi="Arial"/>
          <w:color w:val="5D7284"/>
        </w:rPr>
        <w:t>31:01</w:t>
      </w:r>
    </w:p>
    <w:p w14:paraId="68ECD2EA" w14:textId="77777777" w:rsidR="008E6F35" w:rsidRDefault="00116BC5">
      <w:pPr>
        <w:spacing w:after="0"/>
      </w:pPr>
      <w:r>
        <w:rPr>
          <w:rFonts w:ascii="Arial" w:hAnsi="Arial"/>
        </w:rPr>
        <w:t xml:space="preserve">It's for everyone really. We don't really ask questions, you know people, we just advertised, then if people want to </w:t>
      </w:r>
      <w:proofErr w:type="gramStart"/>
      <w:r>
        <w:rPr>
          <w:rFonts w:ascii="Arial" w:hAnsi="Arial"/>
        </w:rPr>
        <w:t>come</w:t>
      </w:r>
      <w:proofErr w:type="gramEnd"/>
      <w:r>
        <w:rPr>
          <w:rFonts w:ascii="Arial" w:hAnsi="Arial"/>
        </w:rPr>
        <w:t xml:space="preserve"> they come and - well this was before the lockdown happened so we haven't really done anything since. Oh actually </w:t>
      </w:r>
      <w:proofErr w:type="spellStart"/>
      <w:r>
        <w:rPr>
          <w:rFonts w:ascii="Arial" w:hAnsi="Arial"/>
        </w:rPr>
        <w:t>i</w:t>
      </w:r>
      <w:proofErr w:type="spellEnd"/>
      <w:r>
        <w:rPr>
          <w:rFonts w:ascii="Arial" w:hAnsi="Arial"/>
        </w:rPr>
        <w:t xml:space="preserve"> was re</w:t>
      </w:r>
      <w:r>
        <w:rPr>
          <w:rFonts w:ascii="Arial" w:hAnsi="Arial"/>
        </w:rPr>
        <w:t xml:space="preserve">cently approached by </w:t>
      </w:r>
      <w:proofErr w:type="spellStart"/>
      <w:r>
        <w:rPr>
          <w:rFonts w:ascii="Arial" w:hAnsi="Arial"/>
        </w:rPr>
        <w:t>by</w:t>
      </w:r>
      <w:proofErr w:type="spellEnd"/>
      <w:r>
        <w:rPr>
          <w:rFonts w:ascii="Arial" w:hAnsi="Arial"/>
        </w:rPr>
        <w:t xml:space="preserve"> </w:t>
      </w:r>
      <w:proofErr w:type="spellStart"/>
      <w:r>
        <w:rPr>
          <w:rFonts w:ascii="Arial" w:hAnsi="Arial"/>
        </w:rPr>
        <w:t>by</w:t>
      </w:r>
      <w:proofErr w:type="spellEnd"/>
      <w:r>
        <w:rPr>
          <w:rFonts w:ascii="Arial" w:hAnsi="Arial"/>
        </w:rPr>
        <w:t xml:space="preserve"> someone online about doing some consultation for the local council and the citizens advice bureau about this new training course being launched in aid of autism awareness week so yeah basically they sent me like a </w:t>
      </w:r>
      <w:proofErr w:type="spellStart"/>
      <w:r>
        <w:rPr>
          <w:rFonts w:ascii="Arial" w:hAnsi="Arial"/>
        </w:rPr>
        <w:t>powerpoint</w:t>
      </w:r>
      <w:proofErr w:type="spellEnd"/>
      <w:r>
        <w:rPr>
          <w:rFonts w:ascii="Arial" w:hAnsi="Arial"/>
        </w:rPr>
        <w:t xml:space="preserve"> pres</w:t>
      </w:r>
      <w:r>
        <w:rPr>
          <w:rFonts w:ascii="Arial" w:hAnsi="Arial"/>
        </w:rPr>
        <w:t xml:space="preserve">entation kind of thing so </w:t>
      </w:r>
      <w:proofErr w:type="spellStart"/>
      <w:r>
        <w:rPr>
          <w:rFonts w:ascii="Arial" w:hAnsi="Arial"/>
        </w:rPr>
        <w:t>i</w:t>
      </w:r>
      <w:proofErr w:type="spellEnd"/>
      <w:r>
        <w:rPr>
          <w:rFonts w:ascii="Arial" w:hAnsi="Arial"/>
        </w:rPr>
        <w:t xml:space="preserve"> had to look through that sort of scan the whole thing made notes about things about how lay outs can help people take in information and bits information to include and yeah </w:t>
      </w:r>
      <w:proofErr w:type="spellStart"/>
      <w:r>
        <w:rPr>
          <w:rFonts w:ascii="Arial" w:hAnsi="Arial"/>
        </w:rPr>
        <w:t>i</w:t>
      </w:r>
      <w:proofErr w:type="spellEnd"/>
      <w:r>
        <w:rPr>
          <w:rFonts w:ascii="Arial" w:hAnsi="Arial"/>
        </w:rPr>
        <w:t xml:space="preserve"> ended up leaving about 125 comments on it...</w:t>
      </w:r>
    </w:p>
    <w:p w14:paraId="60643DFD" w14:textId="77777777" w:rsidR="008E6F35" w:rsidRDefault="008E6F35">
      <w:pPr>
        <w:spacing w:after="0"/>
      </w:pPr>
    </w:p>
    <w:p w14:paraId="00AAEABB" w14:textId="77777777" w:rsidR="008E6F35" w:rsidRDefault="00116BC5">
      <w:pPr>
        <w:spacing w:after="0"/>
      </w:pPr>
      <w:r>
        <w:rPr>
          <w:rFonts w:ascii="Arial" w:hAnsi="Arial"/>
          <w:b/>
        </w:rPr>
        <w:t xml:space="preserve">Alice </w:t>
      </w:r>
      <w:r>
        <w:rPr>
          <w:rFonts w:ascii="Arial" w:hAnsi="Arial"/>
          <w:b/>
        </w:rPr>
        <w:t xml:space="preserve">Evans &amp; Lucy Wood  </w:t>
      </w:r>
      <w:r>
        <w:rPr>
          <w:rFonts w:ascii="Arial" w:hAnsi="Arial"/>
          <w:color w:val="5D7284"/>
        </w:rPr>
        <w:t>31:59</w:t>
      </w:r>
    </w:p>
    <w:p w14:paraId="37FBB6EA" w14:textId="77777777" w:rsidR="008E6F35" w:rsidRDefault="00116BC5">
      <w:pPr>
        <w:spacing w:after="0"/>
      </w:pPr>
      <w:r>
        <w:rPr>
          <w:rFonts w:ascii="Arial" w:hAnsi="Arial"/>
        </w:rPr>
        <w:t>[laughter]</w:t>
      </w:r>
    </w:p>
    <w:p w14:paraId="4EA50494" w14:textId="77777777" w:rsidR="008E6F35" w:rsidRDefault="008E6F35">
      <w:pPr>
        <w:spacing w:after="0"/>
      </w:pPr>
    </w:p>
    <w:p w14:paraId="2BAD7157" w14:textId="77777777" w:rsidR="008E6F35" w:rsidRDefault="00116BC5">
      <w:pPr>
        <w:spacing w:after="0"/>
      </w:pPr>
      <w:r>
        <w:rPr>
          <w:rFonts w:ascii="Arial" w:hAnsi="Arial"/>
          <w:b/>
        </w:rPr>
        <w:t xml:space="preserve">Graham  </w:t>
      </w:r>
      <w:r>
        <w:rPr>
          <w:rFonts w:ascii="Arial" w:hAnsi="Arial"/>
          <w:color w:val="5D7284"/>
        </w:rPr>
        <w:t>31:59</w:t>
      </w:r>
    </w:p>
    <w:p w14:paraId="37E1ECB3" w14:textId="77777777" w:rsidR="008E6F35" w:rsidRDefault="00116BC5">
      <w:pPr>
        <w:spacing w:after="0"/>
      </w:pPr>
      <w:r>
        <w:rPr>
          <w:rFonts w:ascii="Arial" w:hAnsi="Arial"/>
        </w:rPr>
        <w:t xml:space="preserve">In a constructive way in a constructive </w:t>
      </w:r>
      <w:proofErr w:type="gramStart"/>
      <w:r>
        <w:rPr>
          <w:rFonts w:ascii="Arial" w:hAnsi="Arial"/>
        </w:rPr>
        <w:t>way</w:t>
      </w:r>
      <w:proofErr w:type="gramEnd"/>
      <w:r>
        <w:rPr>
          <w:rFonts w:ascii="Arial" w:hAnsi="Arial"/>
        </w:rPr>
        <w:t xml:space="preserve"> you know yeah </w:t>
      </w:r>
      <w:proofErr w:type="spellStart"/>
      <w:r>
        <w:rPr>
          <w:rFonts w:ascii="Arial" w:hAnsi="Arial"/>
        </w:rPr>
        <w:t>yeah</w:t>
      </w:r>
      <w:proofErr w:type="spellEnd"/>
      <w:r>
        <w:rPr>
          <w:rFonts w:ascii="Arial" w:hAnsi="Arial"/>
        </w:rPr>
        <w:t xml:space="preserve"> it was a good presentation it's sort of enlightened me about things I'd long forgotten about my needs and what the symptoms were but, I've bee</w:t>
      </w:r>
      <w:r>
        <w:rPr>
          <w:rFonts w:ascii="Arial" w:hAnsi="Arial"/>
        </w:rPr>
        <w:t>n doing that for a while so yeah it's good that...</w:t>
      </w:r>
    </w:p>
    <w:p w14:paraId="71425D8D" w14:textId="77777777" w:rsidR="008E6F35" w:rsidRDefault="008E6F35">
      <w:pPr>
        <w:spacing w:after="0"/>
      </w:pPr>
    </w:p>
    <w:p w14:paraId="1A0BD1DA" w14:textId="77777777" w:rsidR="008E6F35" w:rsidRDefault="00116BC5">
      <w:pPr>
        <w:spacing w:after="0"/>
      </w:pPr>
      <w:r>
        <w:rPr>
          <w:rFonts w:ascii="Arial" w:hAnsi="Arial"/>
          <w:b/>
        </w:rPr>
        <w:t xml:space="preserve">Lucy  </w:t>
      </w:r>
      <w:r>
        <w:rPr>
          <w:rFonts w:ascii="Arial" w:hAnsi="Arial"/>
          <w:color w:val="5D7284"/>
        </w:rPr>
        <w:t>32:19</w:t>
      </w:r>
    </w:p>
    <w:p w14:paraId="527E53C3" w14:textId="77777777" w:rsidR="008E6F35" w:rsidRDefault="00116BC5">
      <w:pPr>
        <w:spacing w:after="0"/>
      </w:pPr>
      <w:r>
        <w:rPr>
          <w:rFonts w:ascii="Arial" w:hAnsi="Arial"/>
        </w:rPr>
        <w:t xml:space="preserve">Do you quite do you find it quite encouraging Graham and do quite like it when people come in asking for help with things to do with autism is it something that you enjoy and </w:t>
      </w:r>
      <w:proofErr w:type="spellStart"/>
      <w:r>
        <w:rPr>
          <w:rFonts w:ascii="Arial" w:hAnsi="Arial"/>
        </w:rPr>
        <w:t>and</w:t>
      </w:r>
      <w:proofErr w:type="spellEnd"/>
      <w:r>
        <w:rPr>
          <w:rFonts w:ascii="Arial" w:hAnsi="Arial"/>
        </w:rPr>
        <w:t xml:space="preserve"> sort of relis</w:t>
      </w:r>
      <w:r>
        <w:rPr>
          <w:rFonts w:ascii="Arial" w:hAnsi="Arial"/>
        </w:rPr>
        <w:t>h in?</w:t>
      </w:r>
    </w:p>
    <w:p w14:paraId="53604930" w14:textId="77777777" w:rsidR="008E6F35" w:rsidRDefault="008E6F35">
      <w:pPr>
        <w:spacing w:after="0"/>
      </w:pPr>
    </w:p>
    <w:p w14:paraId="2FE49F1D" w14:textId="77777777" w:rsidR="008E6F35" w:rsidRDefault="00116BC5">
      <w:pPr>
        <w:spacing w:after="0"/>
      </w:pPr>
      <w:r>
        <w:rPr>
          <w:rFonts w:ascii="Arial" w:hAnsi="Arial"/>
          <w:b/>
        </w:rPr>
        <w:t xml:space="preserve">Graham  </w:t>
      </w:r>
      <w:r>
        <w:rPr>
          <w:rFonts w:ascii="Arial" w:hAnsi="Arial"/>
          <w:color w:val="5D7284"/>
        </w:rPr>
        <w:t>32:33</w:t>
      </w:r>
    </w:p>
    <w:p w14:paraId="70B8EBDB" w14:textId="77777777" w:rsidR="008E6F35" w:rsidRDefault="00116BC5">
      <w:pPr>
        <w:spacing w:after="0"/>
      </w:pPr>
      <w:r>
        <w:rPr>
          <w:rFonts w:ascii="Arial" w:hAnsi="Arial"/>
        </w:rPr>
        <w:t xml:space="preserve">yeah </w:t>
      </w:r>
      <w:proofErr w:type="spellStart"/>
      <w:r>
        <w:rPr>
          <w:rFonts w:ascii="Arial" w:hAnsi="Arial"/>
        </w:rPr>
        <w:t>i</w:t>
      </w:r>
      <w:proofErr w:type="spellEnd"/>
      <w:r>
        <w:rPr>
          <w:rFonts w:ascii="Arial" w:hAnsi="Arial"/>
        </w:rPr>
        <w:t xml:space="preserve"> think it's nice when people come to you for </w:t>
      </w:r>
      <w:proofErr w:type="spellStart"/>
      <w:r>
        <w:rPr>
          <w:rFonts w:ascii="Arial" w:hAnsi="Arial"/>
        </w:rPr>
        <w:t>for</w:t>
      </w:r>
      <w:proofErr w:type="spellEnd"/>
      <w:r>
        <w:rPr>
          <w:rFonts w:ascii="Arial" w:hAnsi="Arial"/>
        </w:rPr>
        <w:t xml:space="preserve"> advice rather than the other way around you know because there's you know because we have we have so much to offer we really do but most people just can't see it really so that's p</w:t>
      </w:r>
      <w:r>
        <w:rPr>
          <w:rFonts w:ascii="Arial" w:hAnsi="Arial"/>
        </w:rPr>
        <w:t xml:space="preserve">robably part of the reason why </w:t>
      </w:r>
      <w:proofErr w:type="spellStart"/>
      <w:r>
        <w:rPr>
          <w:rFonts w:ascii="Arial" w:hAnsi="Arial"/>
        </w:rPr>
        <w:t>i</w:t>
      </w:r>
      <w:proofErr w:type="spellEnd"/>
      <w:r>
        <w:rPr>
          <w:rFonts w:ascii="Arial" w:hAnsi="Arial"/>
        </w:rPr>
        <w:t xml:space="preserve"> set up the group really, become sort of an entrepreneur that kind of thing you know, just to show that I was capable of doing something. </w:t>
      </w:r>
      <w:proofErr w:type="gramStart"/>
      <w:r>
        <w:rPr>
          <w:rFonts w:ascii="Arial" w:hAnsi="Arial"/>
        </w:rPr>
        <w:t>Yeah</w:t>
      </w:r>
      <w:proofErr w:type="gramEnd"/>
      <w:r>
        <w:rPr>
          <w:rFonts w:ascii="Arial" w:hAnsi="Arial"/>
        </w:rPr>
        <w:t xml:space="preserve"> we've done some pretty impressive things in our time, we've, one of the first thi</w:t>
      </w:r>
      <w:r>
        <w:rPr>
          <w:rFonts w:ascii="Arial" w:hAnsi="Arial"/>
        </w:rPr>
        <w:t xml:space="preserve">ngs we did was actually publish a </w:t>
      </w:r>
      <w:proofErr w:type="spellStart"/>
      <w:r>
        <w:rPr>
          <w:rFonts w:ascii="Arial" w:hAnsi="Arial"/>
        </w:rPr>
        <w:t>a</w:t>
      </w:r>
      <w:proofErr w:type="spellEnd"/>
      <w:r>
        <w:rPr>
          <w:rFonts w:ascii="Arial" w:hAnsi="Arial"/>
        </w:rPr>
        <w:t xml:space="preserve"> coffee table book with all our artwork and bit </w:t>
      </w:r>
      <w:proofErr w:type="spellStart"/>
      <w:r>
        <w:rPr>
          <w:rFonts w:ascii="Arial" w:hAnsi="Arial"/>
        </w:rPr>
        <w:t>sof</w:t>
      </w:r>
      <w:proofErr w:type="spellEnd"/>
      <w:r>
        <w:rPr>
          <w:rFonts w:ascii="Arial" w:hAnsi="Arial"/>
        </w:rPr>
        <w:t xml:space="preserve"> writing in like that so there's a product there that's still selling well that still gets attention you bring it up in meetings it's like okay this is what we're capable</w:t>
      </w:r>
      <w:r>
        <w:rPr>
          <w:rFonts w:ascii="Arial" w:hAnsi="Arial"/>
        </w:rPr>
        <w:t xml:space="preserve"> of. </w:t>
      </w:r>
      <w:proofErr w:type="gramStart"/>
      <w:r>
        <w:rPr>
          <w:rFonts w:ascii="Arial" w:hAnsi="Arial"/>
        </w:rPr>
        <w:t>Yeah</w:t>
      </w:r>
      <w:proofErr w:type="gramEnd"/>
      <w:r>
        <w:rPr>
          <w:rFonts w:ascii="Arial" w:hAnsi="Arial"/>
        </w:rPr>
        <w:t xml:space="preserve"> it really shows what we're capable of</w:t>
      </w:r>
    </w:p>
    <w:p w14:paraId="013D25FA" w14:textId="77777777" w:rsidR="008E6F35" w:rsidRDefault="008E6F35">
      <w:pPr>
        <w:spacing w:after="0"/>
      </w:pPr>
    </w:p>
    <w:p w14:paraId="21E68D36" w14:textId="77777777" w:rsidR="008E6F35" w:rsidRDefault="00116BC5">
      <w:pPr>
        <w:spacing w:after="0"/>
      </w:pPr>
      <w:r>
        <w:rPr>
          <w:rFonts w:ascii="Arial" w:hAnsi="Arial"/>
          <w:b/>
        </w:rPr>
        <w:t xml:space="preserve">Lucy  </w:t>
      </w:r>
      <w:r>
        <w:rPr>
          <w:rFonts w:ascii="Arial" w:hAnsi="Arial"/>
          <w:color w:val="5D7284"/>
        </w:rPr>
        <w:t>33:24</w:t>
      </w:r>
    </w:p>
    <w:p w14:paraId="24C41C99" w14:textId="77777777" w:rsidR="008E6F35" w:rsidRDefault="00116BC5">
      <w:pPr>
        <w:spacing w:after="0"/>
      </w:pPr>
      <w:r>
        <w:rPr>
          <w:rFonts w:ascii="Arial" w:hAnsi="Arial"/>
        </w:rPr>
        <w:t xml:space="preserve">Yeah. I think it's fantastic. I really </w:t>
      </w:r>
      <w:proofErr w:type="gramStart"/>
      <w:r>
        <w:rPr>
          <w:rFonts w:ascii="Arial" w:hAnsi="Arial"/>
        </w:rPr>
        <w:t>do</w:t>
      </w:r>
      <w:proofErr w:type="gramEnd"/>
    </w:p>
    <w:p w14:paraId="1289DF9B" w14:textId="77777777" w:rsidR="008E6F35" w:rsidRDefault="008E6F35">
      <w:pPr>
        <w:spacing w:after="0"/>
      </w:pPr>
    </w:p>
    <w:p w14:paraId="4E53FA1D" w14:textId="77777777" w:rsidR="008E6F35" w:rsidRDefault="00116BC5">
      <w:pPr>
        <w:spacing w:after="0"/>
      </w:pPr>
      <w:r>
        <w:rPr>
          <w:rFonts w:ascii="Arial" w:hAnsi="Arial"/>
          <w:b/>
        </w:rPr>
        <w:t xml:space="preserve">Alice  </w:t>
      </w:r>
      <w:r>
        <w:rPr>
          <w:rFonts w:ascii="Arial" w:hAnsi="Arial"/>
          <w:color w:val="5D7284"/>
        </w:rPr>
        <w:t>33:29</w:t>
      </w:r>
    </w:p>
    <w:p w14:paraId="06AF0098" w14:textId="77777777" w:rsidR="008E6F35" w:rsidRDefault="00116BC5">
      <w:pPr>
        <w:spacing w:after="0"/>
      </w:pPr>
      <w:r>
        <w:rPr>
          <w:rFonts w:ascii="Arial" w:hAnsi="Arial"/>
        </w:rPr>
        <w:t xml:space="preserve">I think that you know it's </w:t>
      </w:r>
      <w:proofErr w:type="spellStart"/>
      <w:r>
        <w:rPr>
          <w:rFonts w:ascii="Arial" w:hAnsi="Arial"/>
        </w:rPr>
        <w:t>it's</w:t>
      </w:r>
      <w:proofErr w:type="spellEnd"/>
      <w:r>
        <w:rPr>
          <w:rFonts w:ascii="Arial" w:hAnsi="Arial"/>
        </w:rPr>
        <w:t xml:space="preserve"> just about going looking past that diagnosis and </w:t>
      </w:r>
      <w:proofErr w:type="spellStart"/>
      <w:r>
        <w:rPr>
          <w:rFonts w:ascii="Arial" w:hAnsi="Arial"/>
        </w:rPr>
        <w:t>i</w:t>
      </w:r>
      <w:proofErr w:type="spellEnd"/>
      <w:r>
        <w:rPr>
          <w:rFonts w:ascii="Arial" w:hAnsi="Arial"/>
        </w:rPr>
        <w:t xml:space="preserve"> think that's one of the really nice things about you </w:t>
      </w:r>
      <w:r>
        <w:rPr>
          <w:rFonts w:ascii="Arial" w:hAnsi="Arial"/>
        </w:rPr>
        <w:t xml:space="preserve">know you were saying that you </w:t>
      </w:r>
      <w:proofErr w:type="spellStart"/>
      <w:r>
        <w:rPr>
          <w:rFonts w:ascii="Arial" w:hAnsi="Arial"/>
        </w:rPr>
        <w:t>you</w:t>
      </w:r>
      <w:proofErr w:type="spellEnd"/>
      <w:r>
        <w:rPr>
          <w:rFonts w:ascii="Arial" w:hAnsi="Arial"/>
        </w:rPr>
        <w:t xml:space="preserve"> have people who attend to a group who have you know mental health difficulties and depression and anxiety but don't necessarily have a autism diagnosis you know you're not checking those certificates at the door you're say</w:t>
      </w:r>
      <w:r>
        <w:rPr>
          <w:rFonts w:ascii="Arial" w:hAnsi="Arial"/>
        </w:rPr>
        <w:t>ing if you need a place where you need to express yourself in a way that is perhaps different from how the majority of society prefer to express themselves and you know maybe somewhere quiet where people will be understanding and open it's really nice to h</w:t>
      </w:r>
      <w:r>
        <w:rPr>
          <w:rFonts w:ascii="Arial" w:hAnsi="Arial"/>
        </w:rPr>
        <w:t xml:space="preserve">ear because </w:t>
      </w:r>
      <w:proofErr w:type="spellStart"/>
      <w:r>
        <w:rPr>
          <w:rFonts w:ascii="Arial" w:hAnsi="Arial"/>
        </w:rPr>
        <w:t>i</w:t>
      </w:r>
      <w:proofErr w:type="spellEnd"/>
      <w:r>
        <w:rPr>
          <w:rFonts w:ascii="Arial" w:hAnsi="Arial"/>
        </w:rPr>
        <w:t xml:space="preserve"> don't think you get a lot of that </w:t>
      </w:r>
      <w:proofErr w:type="spellStart"/>
      <w:r>
        <w:rPr>
          <w:rFonts w:ascii="Arial" w:hAnsi="Arial"/>
        </w:rPr>
        <w:t>i</w:t>
      </w:r>
      <w:proofErr w:type="spellEnd"/>
      <w:r>
        <w:rPr>
          <w:rFonts w:ascii="Arial" w:hAnsi="Arial"/>
        </w:rPr>
        <w:t xml:space="preserve"> think one of the things that's really difficult with a lot of government and local authority commission services is that you have to have that diagnosis and you have to fit into a very specific box because </w:t>
      </w:r>
      <w:r>
        <w:rPr>
          <w:rFonts w:ascii="Arial" w:hAnsi="Arial"/>
        </w:rPr>
        <w:t>otherwise they you know they won't place you and so having something that's more open is just more inclusive and it stops labelling people and it stops making you know that it stops othering people stops people though well that's a group for autistic peopl</w:t>
      </w:r>
      <w:r>
        <w:rPr>
          <w:rFonts w:ascii="Arial" w:hAnsi="Arial"/>
        </w:rPr>
        <w:t>e look at those autistic people and says well this is a group for people who want to sit quietly and express themselves through drawing and have a cup of tea and just chat to somebody</w:t>
      </w:r>
    </w:p>
    <w:p w14:paraId="02B67F1F" w14:textId="77777777" w:rsidR="008E6F35" w:rsidRDefault="008E6F35">
      <w:pPr>
        <w:spacing w:after="0"/>
      </w:pPr>
    </w:p>
    <w:p w14:paraId="2E3768B5" w14:textId="77777777" w:rsidR="008E6F35" w:rsidRDefault="00116BC5">
      <w:pPr>
        <w:spacing w:after="0"/>
      </w:pPr>
      <w:r>
        <w:rPr>
          <w:rFonts w:ascii="Arial" w:hAnsi="Arial"/>
          <w:b/>
        </w:rPr>
        <w:t xml:space="preserve">Graham  </w:t>
      </w:r>
      <w:r>
        <w:rPr>
          <w:rFonts w:ascii="Arial" w:hAnsi="Arial"/>
          <w:color w:val="5D7284"/>
        </w:rPr>
        <w:t>35:05</w:t>
      </w:r>
    </w:p>
    <w:p w14:paraId="1EB8B42F" w14:textId="77777777" w:rsidR="008E6F35" w:rsidRDefault="00116BC5">
      <w:pPr>
        <w:spacing w:after="0"/>
      </w:pPr>
      <w:proofErr w:type="gramStart"/>
      <w:r>
        <w:rPr>
          <w:rFonts w:ascii="Arial" w:hAnsi="Arial"/>
        </w:rPr>
        <w:t>Yeah</w:t>
      </w:r>
      <w:proofErr w:type="gramEnd"/>
      <w:r>
        <w:rPr>
          <w:rFonts w:ascii="Arial" w:hAnsi="Arial"/>
        </w:rPr>
        <w:t xml:space="preserve"> everyone </w:t>
      </w:r>
      <w:proofErr w:type="spellStart"/>
      <w:r>
        <w:rPr>
          <w:rFonts w:ascii="Arial" w:hAnsi="Arial"/>
        </w:rPr>
        <w:t>everyone</w:t>
      </w:r>
      <w:proofErr w:type="spellEnd"/>
      <w:r>
        <w:rPr>
          <w:rFonts w:ascii="Arial" w:hAnsi="Arial"/>
        </w:rPr>
        <w:t xml:space="preserve"> loves it. Everyone's done </w:t>
      </w:r>
      <w:r>
        <w:rPr>
          <w:rFonts w:ascii="Arial" w:hAnsi="Arial"/>
        </w:rPr>
        <w:t xml:space="preserve">something we've had done a lot of photography things about professional cameras and all </w:t>
      </w:r>
      <w:proofErr w:type="spellStart"/>
      <w:r>
        <w:rPr>
          <w:rFonts w:ascii="Arial" w:hAnsi="Arial"/>
        </w:rPr>
        <w:t>them've</w:t>
      </w:r>
      <w:proofErr w:type="spellEnd"/>
      <w:r>
        <w:rPr>
          <w:rFonts w:ascii="Arial" w:hAnsi="Arial"/>
        </w:rPr>
        <w:t xml:space="preserve"> been displayed at the local museum on several different occasions and everyone's loved it every </w:t>
      </w:r>
      <w:proofErr w:type="gramStart"/>
      <w:r>
        <w:rPr>
          <w:rFonts w:ascii="Arial" w:hAnsi="Arial"/>
        </w:rPr>
        <w:t>time</w:t>
      </w:r>
      <w:proofErr w:type="gramEnd"/>
    </w:p>
    <w:p w14:paraId="2EE5440B" w14:textId="77777777" w:rsidR="008E6F35" w:rsidRDefault="008E6F35">
      <w:pPr>
        <w:spacing w:after="0"/>
      </w:pPr>
    </w:p>
    <w:p w14:paraId="2C703316" w14:textId="77777777" w:rsidR="008E6F35" w:rsidRDefault="00116BC5">
      <w:pPr>
        <w:spacing w:after="0"/>
      </w:pPr>
      <w:r>
        <w:rPr>
          <w:rFonts w:ascii="Arial" w:hAnsi="Arial"/>
          <w:b/>
        </w:rPr>
        <w:t xml:space="preserve">Alice  </w:t>
      </w:r>
      <w:r>
        <w:rPr>
          <w:rFonts w:ascii="Arial" w:hAnsi="Arial"/>
          <w:color w:val="5D7284"/>
        </w:rPr>
        <w:t>35:22</w:t>
      </w:r>
    </w:p>
    <w:p w14:paraId="6764ABB5" w14:textId="77777777" w:rsidR="008E6F35" w:rsidRDefault="00116BC5">
      <w:pPr>
        <w:spacing w:after="0"/>
      </w:pPr>
      <w:r>
        <w:rPr>
          <w:rFonts w:ascii="Arial" w:hAnsi="Arial"/>
        </w:rPr>
        <w:t>You said that you're you've got some other bi</w:t>
      </w:r>
      <w:r>
        <w:rPr>
          <w:rFonts w:ascii="Arial" w:hAnsi="Arial"/>
        </w:rPr>
        <w:t xml:space="preserve">g names coming up to you're going to be working with in your group Graham, do you want to tell us a little bit about what you've got </w:t>
      </w:r>
      <w:proofErr w:type="gramStart"/>
      <w:r>
        <w:rPr>
          <w:rFonts w:ascii="Arial" w:hAnsi="Arial"/>
        </w:rPr>
        <w:t>planned</w:t>
      </w:r>
      <w:proofErr w:type="gramEnd"/>
    </w:p>
    <w:p w14:paraId="1C1C1AFE" w14:textId="77777777" w:rsidR="008E6F35" w:rsidRDefault="008E6F35">
      <w:pPr>
        <w:spacing w:after="0"/>
      </w:pPr>
    </w:p>
    <w:p w14:paraId="7D444CC0" w14:textId="77777777" w:rsidR="008E6F35" w:rsidRDefault="00116BC5">
      <w:pPr>
        <w:spacing w:after="0"/>
      </w:pPr>
      <w:r>
        <w:rPr>
          <w:rFonts w:ascii="Arial" w:hAnsi="Arial"/>
          <w:b/>
        </w:rPr>
        <w:t xml:space="preserve">Graham  </w:t>
      </w:r>
      <w:r>
        <w:rPr>
          <w:rFonts w:ascii="Arial" w:hAnsi="Arial"/>
          <w:color w:val="5D7284"/>
        </w:rPr>
        <w:t>35:34</w:t>
      </w:r>
    </w:p>
    <w:p w14:paraId="404150B8" w14:textId="77777777" w:rsidR="008E6F35" w:rsidRDefault="00116BC5">
      <w:pPr>
        <w:spacing w:after="0"/>
      </w:pPr>
      <w:r>
        <w:rPr>
          <w:rFonts w:ascii="Arial" w:hAnsi="Arial"/>
        </w:rPr>
        <w:t>Yeah just before lockdown started we started working with Diana Ali she's probably best known from t</w:t>
      </w:r>
      <w:r>
        <w:rPr>
          <w:rFonts w:ascii="Arial" w:hAnsi="Arial"/>
        </w:rPr>
        <w:t>he BBC Big Painting Challenge, she's done a lot of museum correct curation over the years and yeah we were working with her and we were hoping to do yet another exhibition and things like that and unfortunately that's all on hiatus at the moment pandemic b</w:t>
      </w:r>
      <w:r>
        <w:rPr>
          <w:rFonts w:ascii="Arial" w:hAnsi="Arial"/>
        </w:rPr>
        <w:t xml:space="preserve">ut </w:t>
      </w:r>
      <w:proofErr w:type="spellStart"/>
      <w:r>
        <w:rPr>
          <w:rFonts w:ascii="Arial" w:hAnsi="Arial"/>
        </w:rPr>
        <w:t>i'm</w:t>
      </w:r>
      <w:proofErr w:type="spellEnd"/>
      <w:r>
        <w:rPr>
          <w:rFonts w:ascii="Arial" w:hAnsi="Arial"/>
        </w:rPr>
        <w:t xml:space="preserve"> hoping after this pandemics over we get back into it yeah because she's a really noteworthy person to work with and very pleasant to</w:t>
      </w:r>
    </w:p>
    <w:p w14:paraId="24C27D22" w14:textId="77777777" w:rsidR="008E6F35" w:rsidRDefault="008E6F35">
      <w:pPr>
        <w:spacing w:after="0"/>
      </w:pPr>
    </w:p>
    <w:p w14:paraId="54475678" w14:textId="77777777" w:rsidR="008E6F35" w:rsidRDefault="00116BC5">
      <w:pPr>
        <w:spacing w:after="0"/>
      </w:pPr>
      <w:r>
        <w:rPr>
          <w:rFonts w:ascii="Arial" w:hAnsi="Arial"/>
          <w:b/>
        </w:rPr>
        <w:t xml:space="preserve">Alice  </w:t>
      </w:r>
      <w:r>
        <w:rPr>
          <w:rFonts w:ascii="Arial" w:hAnsi="Arial"/>
          <w:color w:val="5D7284"/>
        </w:rPr>
        <w:t>36:09</w:t>
      </w:r>
    </w:p>
    <w:p w14:paraId="4FCD209F" w14:textId="77777777" w:rsidR="008E6F35" w:rsidRDefault="00116BC5">
      <w:pPr>
        <w:spacing w:after="0"/>
      </w:pPr>
      <w:r>
        <w:rPr>
          <w:rFonts w:ascii="Arial" w:hAnsi="Arial"/>
        </w:rPr>
        <w:t>Yeah</w:t>
      </w:r>
    </w:p>
    <w:p w14:paraId="0B69443D" w14:textId="77777777" w:rsidR="008E6F35" w:rsidRDefault="008E6F35">
      <w:pPr>
        <w:spacing w:after="0"/>
      </w:pPr>
    </w:p>
    <w:p w14:paraId="606B8EC8" w14:textId="77777777" w:rsidR="008E6F35" w:rsidRDefault="00116BC5">
      <w:pPr>
        <w:spacing w:after="0"/>
      </w:pPr>
      <w:r>
        <w:rPr>
          <w:rFonts w:ascii="Arial" w:hAnsi="Arial"/>
          <w:b/>
        </w:rPr>
        <w:t xml:space="preserve">Lucy  </w:t>
      </w:r>
      <w:r>
        <w:rPr>
          <w:rFonts w:ascii="Arial" w:hAnsi="Arial"/>
          <w:color w:val="5D7284"/>
        </w:rPr>
        <w:t>36:09</w:t>
      </w:r>
    </w:p>
    <w:p w14:paraId="19517875" w14:textId="77777777" w:rsidR="008E6F35" w:rsidRDefault="00116BC5">
      <w:pPr>
        <w:spacing w:after="0"/>
      </w:pPr>
      <w:r>
        <w:rPr>
          <w:rFonts w:ascii="Arial" w:hAnsi="Arial"/>
        </w:rPr>
        <w:t>Yeah. Do you find that you know when you come up with these ideas it's quite it's qu</w:t>
      </w:r>
      <w:r>
        <w:rPr>
          <w:rFonts w:ascii="Arial" w:hAnsi="Arial"/>
        </w:rPr>
        <w:t xml:space="preserve">ite easy to get the disabled community involved or the autistic community involved in your ideas that you know do you find it quite easy to </w:t>
      </w:r>
      <w:proofErr w:type="spellStart"/>
      <w:r>
        <w:rPr>
          <w:rFonts w:ascii="Arial" w:hAnsi="Arial"/>
        </w:rPr>
        <w:t>to</w:t>
      </w:r>
      <w:proofErr w:type="spellEnd"/>
      <w:r>
        <w:rPr>
          <w:rFonts w:ascii="Arial" w:hAnsi="Arial"/>
        </w:rPr>
        <w:t xml:space="preserve"> gather up enthusiasm to carry it forward?</w:t>
      </w:r>
    </w:p>
    <w:p w14:paraId="6586E643" w14:textId="77777777" w:rsidR="008E6F35" w:rsidRDefault="008E6F35">
      <w:pPr>
        <w:spacing w:after="0"/>
      </w:pPr>
    </w:p>
    <w:p w14:paraId="033C764E" w14:textId="77777777" w:rsidR="008E6F35" w:rsidRDefault="00116BC5">
      <w:pPr>
        <w:spacing w:after="0"/>
      </w:pPr>
      <w:r>
        <w:rPr>
          <w:rFonts w:ascii="Arial" w:hAnsi="Arial"/>
          <w:b/>
        </w:rPr>
        <w:t xml:space="preserve">Graham  </w:t>
      </w:r>
      <w:r>
        <w:rPr>
          <w:rFonts w:ascii="Arial" w:hAnsi="Arial"/>
          <w:color w:val="5D7284"/>
        </w:rPr>
        <w:t>36:30</w:t>
      </w:r>
    </w:p>
    <w:p w14:paraId="41933945" w14:textId="77777777" w:rsidR="008E6F35" w:rsidRDefault="00116BC5">
      <w:pPr>
        <w:spacing w:after="0"/>
      </w:pPr>
      <w:r>
        <w:rPr>
          <w:rFonts w:ascii="Arial" w:hAnsi="Arial"/>
        </w:rPr>
        <w:lastRenderedPageBreak/>
        <w:t>The group's been going for over five years in one incarn</w:t>
      </w:r>
      <w:r>
        <w:rPr>
          <w:rFonts w:ascii="Arial" w:hAnsi="Arial"/>
        </w:rPr>
        <w:t xml:space="preserve">ation or another </w:t>
      </w:r>
      <w:proofErr w:type="spellStart"/>
      <w:r>
        <w:rPr>
          <w:rFonts w:ascii="Arial" w:hAnsi="Arial"/>
        </w:rPr>
        <w:t>i</w:t>
      </w:r>
      <w:proofErr w:type="spellEnd"/>
      <w:r>
        <w:rPr>
          <w:rFonts w:ascii="Arial" w:hAnsi="Arial"/>
        </w:rPr>
        <w:t xml:space="preserve"> mean each one is similar but distinctly different is that way but yeah people keep coming back new people keep new people keep turning up and word of mouth gets around everyone </w:t>
      </w:r>
      <w:proofErr w:type="spellStart"/>
      <w:r>
        <w:rPr>
          <w:rFonts w:ascii="Arial" w:hAnsi="Arial"/>
        </w:rPr>
        <w:t>everyone</w:t>
      </w:r>
      <w:proofErr w:type="spellEnd"/>
      <w:r>
        <w:rPr>
          <w:rFonts w:ascii="Arial" w:hAnsi="Arial"/>
        </w:rPr>
        <w:t xml:space="preserve"> just enjoys it </w:t>
      </w:r>
      <w:proofErr w:type="gramStart"/>
      <w:r>
        <w:rPr>
          <w:rFonts w:ascii="Arial" w:hAnsi="Arial"/>
        </w:rPr>
        <w:t>really</w:t>
      </w:r>
      <w:proofErr w:type="gramEnd"/>
    </w:p>
    <w:p w14:paraId="4808E8FB" w14:textId="77777777" w:rsidR="008E6F35" w:rsidRDefault="008E6F35">
      <w:pPr>
        <w:spacing w:after="0"/>
      </w:pPr>
    </w:p>
    <w:p w14:paraId="18DEB8A8" w14:textId="77777777" w:rsidR="008E6F35" w:rsidRDefault="00116BC5">
      <w:pPr>
        <w:spacing w:after="0"/>
      </w:pPr>
      <w:r>
        <w:rPr>
          <w:rFonts w:ascii="Arial" w:hAnsi="Arial"/>
          <w:b/>
        </w:rPr>
        <w:t xml:space="preserve">Lucy  </w:t>
      </w:r>
      <w:r>
        <w:rPr>
          <w:rFonts w:ascii="Arial" w:hAnsi="Arial"/>
          <w:color w:val="5D7284"/>
        </w:rPr>
        <w:t>36:50</w:t>
      </w:r>
    </w:p>
    <w:p w14:paraId="335EC5D8" w14:textId="77777777" w:rsidR="008E6F35" w:rsidRDefault="00116BC5">
      <w:pPr>
        <w:spacing w:after="0"/>
      </w:pPr>
      <w:proofErr w:type="spellStart"/>
      <w:r>
        <w:rPr>
          <w:rFonts w:ascii="Arial" w:hAnsi="Arial"/>
        </w:rPr>
        <w:t>i</w:t>
      </w:r>
      <w:proofErr w:type="spellEnd"/>
      <w:r>
        <w:rPr>
          <w:rFonts w:ascii="Arial" w:hAnsi="Arial"/>
        </w:rPr>
        <w:t xml:space="preserve"> think that's w</w:t>
      </w:r>
      <w:r>
        <w:rPr>
          <w:rFonts w:ascii="Arial" w:hAnsi="Arial"/>
        </w:rPr>
        <w:t xml:space="preserve">hat we found with the podcast, Alice is when we started we will get we were thinking oh we're </w:t>
      </w:r>
      <w:proofErr w:type="spellStart"/>
      <w:r>
        <w:rPr>
          <w:rFonts w:ascii="Arial" w:hAnsi="Arial"/>
        </w:rPr>
        <w:t>gonna</w:t>
      </w:r>
      <w:proofErr w:type="spellEnd"/>
      <w:r>
        <w:rPr>
          <w:rFonts w:ascii="Arial" w:hAnsi="Arial"/>
        </w:rPr>
        <w:t xml:space="preserve"> really struggle to find people that want us to help out and c - come on and do this show you know you know help </w:t>
      </w:r>
      <w:proofErr w:type="spellStart"/>
      <w:r>
        <w:rPr>
          <w:rFonts w:ascii="Arial" w:hAnsi="Arial"/>
        </w:rPr>
        <w:t>help</w:t>
      </w:r>
      <w:proofErr w:type="spellEnd"/>
      <w:r>
        <w:rPr>
          <w:rFonts w:ascii="Arial" w:hAnsi="Arial"/>
        </w:rPr>
        <w:t xml:space="preserve"> us create something and get support beh</w:t>
      </w:r>
      <w:r>
        <w:rPr>
          <w:rFonts w:ascii="Arial" w:hAnsi="Arial"/>
        </w:rPr>
        <w:t>ind it but actually you know when we were looking for a historian Daisy and we sort of said do you want do you want to like come and join the team as part of our you know you know the people that that are actually on the show and sort of told her about her</w:t>
      </w:r>
      <w:r>
        <w:rPr>
          <w:rFonts w:ascii="Arial" w:hAnsi="Arial"/>
        </w:rPr>
        <w:t xml:space="preserve"> idea she just went yeah. I mean that people that tell me yeah okay </w:t>
      </w:r>
      <w:proofErr w:type="spellStart"/>
      <w:r>
        <w:rPr>
          <w:rFonts w:ascii="Arial" w:hAnsi="Arial"/>
        </w:rPr>
        <w:t>i'll</w:t>
      </w:r>
      <w:proofErr w:type="spellEnd"/>
      <w:r>
        <w:rPr>
          <w:rFonts w:ascii="Arial" w:hAnsi="Arial"/>
        </w:rPr>
        <w:t xml:space="preserve"> help </w:t>
      </w:r>
      <w:proofErr w:type="gramStart"/>
      <w:r>
        <w:rPr>
          <w:rFonts w:ascii="Arial" w:hAnsi="Arial"/>
        </w:rPr>
        <w:t>you</w:t>
      </w:r>
      <w:proofErr w:type="gramEnd"/>
      <w:r>
        <w:rPr>
          <w:rFonts w:ascii="Arial" w:hAnsi="Arial"/>
        </w:rPr>
        <w:t xml:space="preserve"> kind of thing or it's quite encouraging really that </w:t>
      </w:r>
      <w:proofErr w:type="spellStart"/>
      <w:r>
        <w:rPr>
          <w:rFonts w:ascii="Arial" w:hAnsi="Arial"/>
        </w:rPr>
        <w:t>i</w:t>
      </w:r>
      <w:proofErr w:type="spellEnd"/>
      <w:r>
        <w:rPr>
          <w:rFonts w:ascii="Arial" w:hAnsi="Arial"/>
        </w:rPr>
        <w:t xml:space="preserve"> think that we've managed to get so much support so quickly as well</w:t>
      </w:r>
    </w:p>
    <w:p w14:paraId="55D8CDE1" w14:textId="77777777" w:rsidR="008E6F35" w:rsidRDefault="008E6F35">
      <w:pPr>
        <w:spacing w:after="0"/>
      </w:pPr>
    </w:p>
    <w:p w14:paraId="795F057B" w14:textId="77777777" w:rsidR="008E6F35" w:rsidRDefault="00116BC5">
      <w:pPr>
        <w:spacing w:after="0"/>
      </w:pPr>
      <w:r>
        <w:rPr>
          <w:rFonts w:ascii="Arial" w:hAnsi="Arial"/>
          <w:b/>
        </w:rPr>
        <w:t xml:space="preserve">Graham  </w:t>
      </w:r>
      <w:r>
        <w:rPr>
          <w:rFonts w:ascii="Arial" w:hAnsi="Arial"/>
          <w:color w:val="5D7284"/>
        </w:rPr>
        <w:t>37:34</w:t>
      </w:r>
    </w:p>
    <w:p w14:paraId="4D622A3B" w14:textId="77777777" w:rsidR="008E6F35" w:rsidRDefault="00116BC5">
      <w:pPr>
        <w:spacing w:after="0"/>
      </w:pPr>
      <w:r>
        <w:rPr>
          <w:rFonts w:ascii="Arial" w:hAnsi="Arial"/>
        </w:rPr>
        <w:t xml:space="preserve">Well </w:t>
      </w:r>
      <w:proofErr w:type="spellStart"/>
      <w:r>
        <w:rPr>
          <w:rFonts w:ascii="Arial" w:hAnsi="Arial"/>
        </w:rPr>
        <w:t>i</w:t>
      </w:r>
      <w:proofErr w:type="spellEnd"/>
      <w:r>
        <w:rPr>
          <w:rFonts w:ascii="Arial" w:hAnsi="Arial"/>
        </w:rPr>
        <w:t xml:space="preserve"> think support in our local area</w:t>
      </w:r>
      <w:r>
        <w:rPr>
          <w:rFonts w:ascii="Arial" w:hAnsi="Arial"/>
        </w:rPr>
        <w:t xml:space="preserve"> has gotten better and there was going to be something launched for autism awareness week 2020 but unfortunately with the pandemic that suddenly happened and changed everything but </w:t>
      </w:r>
      <w:proofErr w:type="gramStart"/>
      <w:r>
        <w:rPr>
          <w:rFonts w:ascii="Arial" w:hAnsi="Arial"/>
        </w:rPr>
        <w:t>no</w:t>
      </w:r>
      <w:proofErr w:type="gramEnd"/>
      <w:r>
        <w:rPr>
          <w:rFonts w:ascii="Arial" w:hAnsi="Arial"/>
        </w:rPr>
        <w:t xml:space="preserve"> now we have this this thing called the Derbyshire Autism Alliance which </w:t>
      </w:r>
      <w:r>
        <w:rPr>
          <w:rFonts w:ascii="Arial" w:hAnsi="Arial"/>
        </w:rPr>
        <w:t xml:space="preserve">is basically these zoom meetings where a lot of people turn up that actually and you discuss various topics and things like that. That's going really </w:t>
      </w:r>
      <w:proofErr w:type="spellStart"/>
      <w:proofErr w:type="gramStart"/>
      <w:r>
        <w:rPr>
          <w:rFonts w:ascii="Arial" w:hAnsi="Arial"/>
        </w:rPr>
        <w:t>really</w:t>
      </w:r>
      <w:proofErr w:type="spellEnd"/>
      <w:r>
        <w:rPr>
          <w:rFonts w:ascii="Arial" w:hAnsi="Arial"/>
        </w:rPr>
        <w:t xml:space="preserve"> well</w:t>
      </w:r>
      <w:proofErr w:type="gramEnd"/>
      <w:r>
        <w:rPr>
          <w:rFonts w:ascii="Arial" w:hAnsi="Arial"/>
        </w:rPr>
        <w:t xml:space="preserve">. </w:t>
      </w:r>
      <w:proofErr w:type="gramStart"/>
      <w:r>
        <w:rPr>
          <w:rFonts w:ascii="Arial" w:hAnsi="Arial"/>
        </w:rPr>
        <w:t>Yeah</w:t>
      </w:r>
      <w:proofErr w:type="gramEnd"/>
      <w:r>
        <w:rPr>
          <w:rFonts w:ascii="Arial" w:hAnsi="Arial"/>
        </w:rPr>
        <w:t xml:space="preserve"> and they're planning on launching some things this year so things like you know website </w:t>
      </w:r>
      <w:r>
        <w:rPr>
          <w:rFonts w:ascii="Arial" w:hAnsi="Arial"/>
        </w:rPr>
        <w:t xml:space="preserve">databases of services and things like that so </w:t>
      </w:r>
      <w:proofErr w:type="spellStart"/>
      <w:r>
        <w:rPr>
          <w:rFonts w:ascii="Arial" w:hAnsi="Arial"/>
        </w:rPr>
        <w:t>i</w:t>
      </w:r>
      <w:proofErr w:type="spellEnd"/>
      <w:r>
        <w:rPr>
          <w:rFonts w:ascii="Arial" w:hAnsi="Arial"/>
        </w:rPr>
        <w:t xml:space="preserve"> think support is getting better and bigger if you know what I mean?</w:t>
      </w:r>
    </w:p>
    <w:p w14:paraId="49FAFEA9" w14:textId="77777777" w:rsidR="008E6F35" w:rsidRDefault="008E6F35">
      <w:pPr>
        <w:spacing w:after="0"/>
      </w:pPr>
    </w:p>
    <w:p w14:paraId="3D088272" w14:textId="77777777" w:rsidR="008E6F35" w:rsidRDefault="00116BC5">
      <w:pPr>
        <w:spacing w:after="0"/>
      </w:pPr>
      <w:r>
        <w:rPr>
          <w:rFonts w:ascii="Arial" w:hAnsi="Arial"/>
          <w:b/>
        </w:rPr>
        <w:t xml:space="preserve">Lucy  </w:t>
      </w:r>
      <w:r>
        <w:rPr>
          <w:rFonts w:ascii="Arial" w:hAnsi="Arial"/>
          <w:color w:val="5D7284"/>
        </w:rPr>
        <w:t>38:21</w:t>
      </w:r>
    </w:p>
    <w:p w14:paraId="0A811C38" w14:textId="77777777" w:rsidR="008E6F35" w:rsidRDefault="00116BC5">
      <w:pPr>
        <w:spacing w:after="0"/>
      </w:pPr>
      <w:r>
        <w:rPr>
          <w:rFonts w:ascii="Arial" w:hAnsi="Arial"/>
        </w:rPr>
        <w:t xml:space="preserve">Yes. </w:t>
      </w:r>
      <w:proofErr w:type="spellStart"/>
      <w:r>
        <w:rPr>
          <w:rFonts w:ascii="Arial" w:hAnsi="Arial"/>
        </w:rPr>
        <w:t>Abolsutely</w:t>
      </w:r>
      <w:proofErr w:type="spellEnd"/>
      <w:r>
        <w:rPr>
          <w:rFonts w:ascii="Arial" w:hAnsi="Arial"/>
        </w:rPr>
        <w:t>.</w:t>
      </w:r>
    </w:p>
    <w:p w14:paraId="16244ACA" w14:textId="77777777" w:rsidR="008E6F35" w:rsidRDefault="008E6F35">
      <w:pPr>
        <w:spacing w:after="0"/>
      </w:pPr>
    </w:p>
    <w:p w14:paraId="0955F4F0" w14:textId="77777777" w:rsidR="008E6F35" w:rsidRDefault="00116BC5">
      <w:pPr>
        <w:spacing w:after="0"/>
      </w:pPr>
      <w:r>
        <w:rPr>
          <w:rFonts w:ascii="Arial" w:hAnsi="Arial"/>
          <w:b/>
        </w:rPr>
        <w:t xml:space="preserve">Alice  </w:t>
      </w:r>
      <w:r>
        <w:rPr>
          <w:rFonts w:ascii="Arial" w:hAnsi="Arial"/>
          <w:color w:val="5D7284"/>
        </w:rPr>
        <w:t>38:22</w:t>
      </w:r>
    </w:p>
    <w:p w14:paraId="41A24E97" w14:textId="77777777" w:rsidR="008E6F35" w:rsidRDefault="00116BC5">
      <w:pPr>
        <w:spacing w:after="0"/>
      </w:pPr>
      <w:r>
        <w:rPr>
          <w:rFonts w:ascii="Arial" w:hAnsi="Arial"/>
        </w:rPr>
        <w:t xml:space="preserve">Yeah, and </w:t>
      </w:r>
      <w:proofErr w:type="spellStart"/>
      <w:r>
        <w:rPr>
          <w:rFonts w:ascii="Arial" w:hAnsi="Arial"/>
        </w:rPr>
        <w:t>i</w:t>
      </w:r>
      <w:proofErr w:type="spellEnd"/>
      <w:r>
        <w:rPr>
          <w:rFonts w:ascii="Arial" w:hAnsi="Arial"/>
        </w:rPr>
        <w:t xml:space="preserve"> think you know that's </w:t>
      </w:r>
      <w:proofErr w:type="spellStart"/>
      <w:r>
        <w:rPr>
          <w:rFonts w:ascii="Arial" w:hAnsi="Arial"/>
        </w:rPr>
        <w:t>that's</w:t>
      </w:r>
      <w:proofErr w:type="spellEnd"/>
      <w:r>
        <w:rPr>
          <w:rFonts w:ascii="Arial" w:hAnsi="Arial"/>
        </w:rPr>
        <w:t xml:space="preserve"> really encouraging to hear and </w:t>
      </w:r>
      <w:proofErr w:type="spellStart"/>
      <w:r>
        <w:rPr>
          <w:rFonts w:ascii="Arial" w:hAnsi="Arial"/>
        </w:rPr>
        <w:t>i</w:t>
      </w:r>
      <w:proofErr w:type="spellEnd"/>
      <w:r>
        <w:rPr>
          <w:rFonts w:ascii="Arial" w:hAnsi="Arial"/>
        </w:rPr>
        <w:t xml:space="preserve"> think that </w:t>
      </w:r>
      <w:r>
        <w:rPr>
          <w:rFonts w:ascii="Arial" w:hAnsi="Arial"/>
        </w:rPr>
        <w:t xml:space="preserve">that's been one of the things that's perhaps come out of the pandemic is that we've seen where the gaps in support and provision is and actually how flexible people can be with how they provide support to reach more people </w:t>
      </w:r>
      <w:proofErr w:type="spellStart"/>
      <w:r>
        <w:rPr>
          <w:rFonts w:ascii="Arial" w:hAnsi="Arial"/>
        </w:rPr>
        <w:t>i</w:t>
      </w:r>
      <w:proofErr w:type="spellEnd"/>
      <w:r>
        <w:rPr>
          <w:rFonts w:ascii="Arial" w:hAnsi="Arial"/>
        </w:rPr>
        <w:t xml:space="preserve"> think you know as much as the p</w:t>
      </w:r>
      <w:r>
        <w:rPr>
          <w:rFonts w:ascii="Arial" w:hAnsi="Arial"/>
        </w:rPr>
        <w:t>andemic has been really difficult it's really also important to look at the good things that have come out of it.</w:t>
      </w:r>
    </w:p>
    <w:p w14:paraId="0AADC190" w14:textId="77777777" w:rsidR="008E6F35" w:rsidRDefault="008E6F35">
      <w:pPr>
        <w:spacing w:after="0"/>
      </w:pPr>
    </w:p>
    <w:p w14:paraId="46E76876" w14:textId="77777777" w:rsidR="008E6F35" w:rsidRDefault="00116BC5">
      <w:pPr>
        <w:spacing w:after="0"/>
      </w:pPr>
      <w:r>
        <w:rPr>
          <w:rFonts w:ascii="Arial" w:hAnsi="Arial"/>
          <w:b/>
        </w:rPr>
        <w:t xml:space="preserve">Graham  </w:t>
      </w:r>
      <w:r>
        <w:rPr>
          <w:rFonts w:ascii="Arial" w:hAnsi="Arial"/>
          <w:color w:val="5D7284"/>
        </w:rPr>
        <w:t>39:01</w:t>
      </w:r>
    </w:p>
    <w:p w14:paraId="369F44B8" w14:textId="77777777" w:rsidR="008E6F35" w:rsidRDefault="00116BC5">
      <w:pPr>
        <w:spacing w:after="0"/>
      </w:pPr>
      <w:proofErr w:type="gramStart"/>
      <w:r>
        <w:rPr>
          <w:rFonts w:ascii="Arial" w:hAnsi="Arial"/>
        </w:rPr>
        <w:t>Yeah</w:t>
      </w:r>
      <w:proofErr w:type="gramEnd"/>
      <w:r>
        <w:rPr>
          <w:rFonts w:ascii="Arial" w:hAnsi="Arial"/>
        </w:rPr>
        <w:t xml:space="preserve"> </w:t>
      </w:r>
      <w:proofErr w:type="spellStart"/>
      <w:r>
        <w:rPr>
          <w:rFonts w:ascii="Arial" w:hAnsi="Arial"/>
        </w:rPr>
        <w:t>i</w:t>
      </w:r>
      <w:proofErr w:type="spellEnd"/>
      <w:r>
        <w:rPr>
          <w:rFonts w:ascii="Arial" w:hAnsi="Arial"/>
        </w:rPr>
        <w:t xml:space="preserve"> mean before the pandemic </w:t>
      </w:r>
      <w:proofErr w:type="spellStart"/>
      <w:r>
        <w:rPr>
          <w:rFonts w:ascii="Arial" w:hAnsi="Arial"/>
        </w:rPr>
        <w:t>i'm</w:t>
      </w:r>
      <w:proofErr w:type="spellEnd"/>
      <w:r>
        <w:rPr>
          <w:rFonts w:ascii="Arial" w:hAnsi="Arial"/>
        </w:rPr>
        <w:t xml:space="preserve"> sort of worried about things like bullying and hate crime things like that and yeah and </w:t>
      </w:r>
      <w:proofErr w:type="spellStart"/>
      <w:r>
        <w:rPr>
          <w:rFonts w:ascii="Arial" w:hAnsi="Arial"/>
        </w:rPr>
        <w:t>i</w:t>
      </w:r>
      <w:proofErr w:type="spellEnd"/>
      <w:r>
        <w:rPr>
          <w:rFonts w:ascii="Arial" w:hAnsi="Arial"/>
        </w:rPr>
        <w:t xml:space="preserve"> t</w:t>
      </w:r>
      <w:r>
        <w:rPr>
          <w:rFonts w:ascii="Arial" w:hAnsi="Arial"/>
        </w:rPr>
        <w:t xml:space="preserve">hink after the lockdown happened </w:t>
      </w:r>
      <w:proofErr w:type="spellStart"/>
      <w:r>
        <w:rPr>
          <w:rFonts w:ascii="Arial" w:hAnsi="Arial"/>
        </w:rPr>
        <w:t>i</w:t>
      </w:r>
      <w:proofErr w:type="spellEnd"/>
      <w:r>
        <w:rPr>
          <w:rFonts w:ascii="Arial" w:hAnsi="Arial"/>
        </w:rPr>
        <w:t xml:space="preserve"> think it was only then people started to take things like social isolation social exclusion things like that more seriously you know before the pandemic everyone just thought social isolation was kind of an elderly thing </w:t>
      </w:r>
      <w:r>
        <w:rPr>
          <w:rFonts w:ascii="Arial" w:hAnsi="Arial"/>
        </w:rPr>
        <w:t xml:space="preserve">you know? </w:t>
      </w:r>
    </w:p>
    <w:p w14:paraId="171C161F" w14:textId="77777777" w:rsidR="008E6F35" w:rsidRDefault="008E6F35">
      <w:pPr>
        <w:spacing w:after="0"/>
      </w:pPr>
    </w:p>
    <w:p w14:paraId="2B895D7C" w14:textId="77777777" w:rsidR="008E6F35" w:rsidRDefault="00116BC5">
      <w:pPr>
        <w:spacing w:after="0"/>
      </w:pPr>
      <w:r>
        <w:rPr>
          <w:rFonts w:ascii="Arial" w:hAnsi="Arial"/>
          <w:b/>
        </w:rPr>
        <w:t xml:space="preserve">Alice Evans &amp; Lucy Wood  </w:t>
      </w:r>
      <w:r>
        <w:rPr>
          <w:rFonts w:ascii="Arial" w:hAnsi="Arial"/>
          <w:color w:val="5D7284"/>
        </w:rPr>
        <w:t>39:27</w:t>
      </w:r>
    </w:p>
    <w:p w14:paraId="4FD416B1" w14:textId="77777777" w:rsidR="008E6F35" w:rsidRDefault="00116BC5">
      <w:pPr>
        <w:spacing w:after="0"/>
      </w:pPr>
      <w:proofErr w:type="spellStart"/>
      <w:r>
        <w:rPr>
          <w:rFonts w:ascii="Arial" w:hAnsi="Arial"/>
        </w:rPr>
        <w:t>Mmm</w:t>
      </w:r>
      <w:proofErr w:type="spellEnd"/>
    </w:p>
    <w:p w14:paraId="16776A6E" w14:textId="77777777" w:rsidR="008E6F35" w:rsidRDefault="008E6F35">
      <w:pPr>
        <w:spacing w:after="0"/>
      </w:pPr>
    </w:p>
    <w:p w14:paraId="7E3AC789" w14:textId="77777777" w:rsidR="008E6F35" w:rsidRDefault="00116BC5">
      <w:pPr>
        <w:spacing w:after="0"/>
      </w:pPr>
      <w:r>
        <w:rPr>
          <w:rFonts w:ascii="Arial" w:hAnsi="Arial"/>
          <w:b/>
        </w:rPr>
        <w:t xml:space="preserve">Graham  </w:t>
      </w:r>
      <w:r>
        <w:rPr>
          <w:rFonts w:ascii="Arial" w:hAnsi="Arial"/>
          <w:color w:val="5D7284"/>
        </w:rPr>
        <w:t>39:33</w:t>
      </w:r>
    </w:p>
    <w:p w14:paraId="3005E136" w14:textId="77777777" w:rsidR="008E6F35" w:rsidRDefault="00116BC5">
      <w:pPr>
        <w:spacing w:after="0"/>
      </w:pPr>
      <w:r>
        <w:rPr>
          <w:rFonts w:ascii="Arial" w:hAnsi="Arial"/>
        </w:rPr>
        <w:lastRenderedPageBreak/>
        <w:t xml:space="preserve">But it can affect you at any time in life really. In </w:t>
      </w:r>
      <w:proofErr w:type="gramStart"/>
      <w:r>
        <w:rPr>
          <w:rFonts w:ascii="Arial" w:hAnsi="Arial"/>
        </w:rPr>
        <w:t>fact</w:t>
      </w:r>
      <w:proofErr w:type="gramEnd"/>
      <w:r>
        <w:rPr>
          <w:rFonts w:ascii="Arial" w:hAnsi="Arial"/>
        </w:rPr>
        <w:t xml:space="preserve"> </w:t>
      </w:r>
      <w:proofErr w:type="spellStart"/>
      <w:r>
        <w:rPr>
          <w:rFonts w:ascii="Arial" w:hAnsi="Arial"/>
        </w:rPr>
        <w:t>i</w:t>
      </w:r>
      <w:proofErr w:type="spellEnd"/>
      <w:r>
        <w:rPr>
          <w:rFonts w:ascii="Arial" w:hAnsi="Arial"/>
        </w:rPr>
        <w:t xml:space="preserve"> remember I once saw a documentary and they said that people in their 20s will actually likely to be socially isolated than the elderly</w:t>
      </w:r>
      <w:r>
        <w:rPr>
          <w:rFonts w:ascii="Arial" w:hAnsi="Arial"/>
        </w:rPr>
        <w:t xml:space="preserve"> because you know that's a great transitional period you know? Your friends might be moving away getting married, going to uni, all these things and you're just sort of left behind really. I mean </w:t>
      </w:r>
      <w:proofErr w:type="spellStart"/>
      <w:r>
        <w:rPr>
          <w:rFonts w:ascii="Arial" w:hAnsi="Arial"/>
        </w:rPr>
        <w:t>i</w:t>
      </w:r>
      <w:proofErr w:type="spellEnd"/>
      <w:r>
        <w:rPr>
          <w:rFonts w:ascii="Arial" w:hAnsi="Arial"/>
        </w:rPr>
        <w:t xml:space="preserve"> experienced that </w:t>
      </w:r>
      <w:proofErr w:type="spellStart"/>
      <w:r>
        <w:rPr>
          <w:rFonts w:ascii="Arial" w:hAnsi="Arial"/>
        </w:rPr>
        <w:t>i</w:t>
      </w:r>
      <w:proofErr w:type="spellEnd"/>
      <w:r>
        <w:rPr>
          <w:rFonts w:ascii="Arial" w:hAnsi="Arial"/>
        </w:rPr>
        <w:t xml:space="preserve"> </w:t>
      </w:r>
      <w:proofErr w:type="gramStart"/>
      <w:r>
        <w:rPr>
          <w:rFonts w:ascii="Arial" w:hAnsi="Arial"/>
        </w:rPr>
        <w:t>definitely did</w:t>
      </w:r>
      <w:proofErr w:type="gramEnd"/>
      <w:r>
        <w:rPr>
          <w:rFonts w:ascii="Arial" w:hAnsi="Arial"/>
        </w:rPr>
        <w:t xml:space="preserve"> because in my early 20s </w:t>
      </w:r>
      <w:proofErr w:type="spellStart"/>
      <w:r>
        <w:rPr>
          <w:rFonts w:ascii="Arial" w:hAnsi="Arial"/>
        </w:rPr>
        <w:t>i</w:t>
      </w:r>
      <w:proofErr w:type="spellEnd"/>
      <w:r>
        <w:rPr>
          <w:rFonts w:ascii="Arial" w:hAnsi="Arial"/>
        </w:rPr>
        <w:t xml:space="preserve"> was still coming to terms with my diagnosis, just saving money whatever way I could. I mean I didn't even know I could get a free bus pass until I was like, Well, after I set up the group Really. Yeah. And that's another thing. I mean, yeah, diagnosis, </w:t>
      </w:r>
      <w:proofErr w:type="spellStart"/>
      <w:r>
        <w:rPr>
          <w:rFonts w:ascii="Arial" w:hAnsi="Arial"/>
        </w:rPr>
        <w:t>s</w:t>
      </w:r>
      <w:r>
        <w:rPr>
          <w:rFonts w:ascii="Arial" w:hAnsi="Arial"/>
        </w:rPr>
        <w:t>uddently</w:t>
      </w:r>
      <w:proofErr w:type="spellEnd"/>
      <w:r>
        <w:rPr>
          <w:rFonts w:ascii="Arial" w:hAnsi="Arial"/>
        </w:rPr>
        <w:t>, but you're not aware of what help there is out there for you, what benefits and things like that, so.</w:t>
      </w:r>
    </w:p>
    <w:p w14:paraId="6C9D93A1" w14:textId="77777777" w:rsidR="008E6F35" w:rsidRDefault="008E6F35">
      <w:pPr>
        <w:spacing w:after="0"/>
      </w:pPr>
    </w:p>
    <w:p w14:paraId="74357E79" w14:textId="77777777" w:rsidR="008E6F35" w:rsidRDefault="00116BC5">
      <w:pPr>
        <w:spacing w:after="0"/>
      </w:pPr>
      <w:r>
        <w:rPr>
          <w:rFonts w:ascii="Arial" w:hAnsi="Arial"/>
          <w:b/>
        </w:rPr>
        <w:t xml:space="preserve">Lucy  </w:t>
      </w:r>
      <w:r>
        <w:rPr>
          <w:rFonts w:ascii="Arial" w:hAnsi="Arial"/>
          <w:color w:val="5D7284"/>
        </w:rPr>
        <w:t>40:30</w:t>
      </w:r>
    </w:p>
    <w:p w14:paraId="4341D2E1" w14:textId="77777777" w:rsidR="008E6F35" w:rsidRDefault="00116BC5">
      <w:pPr>
        <w:spacing w:after="0"/>
      </w:pPr>
      <w:r>
        <w:rPr>
          <w:rFonts w:ascii="Arial" w:hAnsi="Arial"/>
        </w:rPr>
        <w:t>I think I think that what needs to happen is, really, when you get a diagnosis of any sort of sort, I think, really, in an ideal wo</w:t>
      </w:r>
      <w:r>
        <w:rPr>
          <w:rFonts w:ascii="Arial" w:hAnsi="Arial"/>
        </w:rPr>
        <w:t>rld, what you would then do is say, right, you've got this diagnosis. And now we're going to, to, to put you with a group of people who are like at the adult end of your diagnosis, so you can see, you know, what is either ahead or, you know, it doesn't all</w:t>
      </w:r>
      <w:r>
        <w:rPr>
          <w:rFonts w:ascii="Arial" w:hAnsi="Arial"/>
        </w:rPr>
        <w:t xml:space="preserve"> have to be negative, negative, negative and isn't disability such a terrible thing, I think it would be such a helpful thing to have that especially for like parents of newborn children and things like that it would be to be able to have something that go</w:t>
      </w:r>
      <w:r>
        <w:rPr>
          <w:rFonts w:ascii="Arial" w:hAnsi="Arial"/>
        </w:rPr>
        <w:t>t you go, Okay, well, my child's got such and such. But it doesn't mean it's like that there's no future, because I think that's what some people get frightened of</w:t>
      </w:r>
    </w:p>
    <w:p w14:paraId="4F43E35F" w14:textId="77777777" w:rsidR="008E6F35" w:rsidRDefault="008E6F35">
      <w:pPr>
        <w:spacing w:after="0"/>
      </w:pPr>
    </w:p>
    <w:p w14:paraId="7A7680FC" w14:textId="77777777" w:rsidR="008E6F35" w:rsidRDefault="00116BC5">
      <w:pPr>
        <w:spacing w:after="0"/>
      </w:pPr>
      <w:r>
        <w:rPr>
          <w:rFonts w:ascii="Arial" w:hAnsi="Arial"/>
          <w:b/>
        </w:rPr>
        <w:t xml:space="preserve">Alice  </w:t>
      </w:r>
      <w:r>
        <w:rPr>
          <w:rFonts w:ascii="Arial" w:hAnsi="Arial"/>
          <w:color w:val="5D7284"/>
        </w:rPr>
        <w:t>41:25</w:t>
      </w:r>
    </w:p>
    <w:p w14:paraId="2F3F3CB5" w14:textId="77777777" w:rsidR="008E6F35" w:rsidRDefault="00116BC5">
      <w:pPr>
        <w:spacing w:after="0"/>
      </w:pPr>
      <w:r>
        <w:rPr>
          <w:rFonts w:ascii="Arial" w:hAnsi="Arial"/>
        </w:rPr>
        <w:t>Well and I think, you know, that goes back quite nicely to what we were saying</w:t>
      </w:r>
      <w:r>
        <w:rPr>
          <w:rFonts w:ascii="Arial" w:hAnsi="Arial"/>
        </w:rPr>
        <w:t xml:space="preserve"> earlier in the show about how proud you are and should be of what you've achieved with your group Graham .Because, you know, you reflect back on the position that you were in, you know, you just said, when you first got your diagnosis, you were very socia</w:t>
      </w:r>
      <w:r>
        <w:rPr>
          <w:rFonts w:ascii="Arial" w:hAnsi="Arial"/>
        </w:rPr>
        <w:t xml:space="preserve">lly isolated, you were struggling with money, you were, you know, and to now be in a position where you're like, Well, I have founded this group that supports people and promotes, you know, </w:t>
      </w:r>
      <w:proofErr w:type="spellStart"/>
      <w:r>
        <w:rPr>
          <w:rFonts w:ascii="Arial" w:hAnsi="Arial"/>
        </w:rPr>
        <w:t>self advocacy</w:t>
      </w:r>
      <w:proofErr w:type="spellEnd"/>
      <w:r>
        <w:rPr>
          <w:rFonts w:ascii="Arial" w:hAnsi="Arial"/>
        </w:rPr>
        <w:t xml:space="preserve"> and encourages people to express themselves. You kno</w:t>
      </w:r>
      <w:r>
        <w:rPr>
          <w:rFonts w:ascii="Arial" w:hAnsi="Arial"/>
        </w:rPr>
        <w:t xml:space="preserve">w, if </w:t>
      </w:r>
      <w:proofErr w:type="spellStart"/>
      <w:r>
        <w:rPr>
          <w:rFonts w:ascii="Arial" w:hAnsi="Arial"/>
        </w:rPr>
        <w:t>if</w:t>
      </w:r>
      <w:proofErr w:type="spellEnd"/>
      <w:r>
        <w:rPr>
          <w:rFonts w:ascii="Arial" w:hAnsi="Arial"/>
        </w:rPr>
        <w:t xml:space="preserve"> you do, if you've been able to see that at 20, when you've got your diagnosis, do you think that that would have made it easier for you to kind of come to terms with it? Do you think you would have felt more positive about it?</w:t>
      </w:r>
    </w:p>
    <w:p w14:paraId="2808BAA8" w14:textId="77777777" w:rsidR="008E6F35" w:rsidRDefault="008E6F35">
      <w:pPr>
        <w:spacing w:after="0"/>
      </w:pPr>
    </w:p>
    <w:p w14:paraId="71ED7CC5" w14:textId="77777777" w:rsidR="008E6F35" w:rsidRDefault="00116BC5">
      <w:pPr>
        <w:spacing w:after="0"/>
      </w:pPr>
      <w:r>
        <w:rPr>
          <w:rFonts w:ascii="Arial" w:hAnsi="Arial"/>
          <w:b/>
        </w:rPr>
        <w:t xml:space="preserve">Graham  </w:t>
      </w:r>
      <w:r>
        <w:rPr>
          <w:rFonts w:ascii="Arial" w:hAnsi="Arial"/>
          <w:color w:val="5D7284"/>
        </w:rPr>
        <w:t>42:22</w:t>
      </w:r>
    </w:p>
    <w:p w14:paraId="3ED8852E" w14:textId="77777777" w:rsidR="008E6F35" w:rsidRDefault="00116BC5">
      <w:pPr>
        <w:spacing w:after="0"/>
      </w:pPr>
      <w:r>
        <w:rPr>
          <w:rFonts w:ascii="Arial" w:hAnsi="Arial"/>
        </w:rPr>
        <w:t>Yeah,</w:t>
      </w:r>
      <w:r>
        <w:rPr>
          <w:rFonts w:ascii="Arial" w:hAnsi="Arial"/>
        </w:rPr>
        <w:t xml:space="preserve"> I think it would have. Yeah, I mean, we're all different versions of ourselves throughout life. You know, I mean, for better or worse, but, yeah, I think my younger self, if I could go back in time and talk to my </w:t>
      </w:r>
      <w:proofErr w:type="gramStart"/>
      <w:r>
        <w:rPr>
          <w:rFonts w:ascii="Arial" w:hAnsi="Arial"/>
        </w:rPr>
        <w:t>20 year old</w:t>
      </w:r>
      <w:proofErr w:type="gramEnd"/>
      <w:r>
        <w:rPr>
          <w:rFonts w:ascii="Arial" w:hAnsi="Arial"/>
        </w:rPr>
        <w:t xml:space="preserve"> self now I'd probably tell him</w:t>
      </w:r>
      <w:r>
        <w:rPr>
          <w:rFonts w:ascii="Arial" w:hAnsi="Arial"/>
        </w:rPr>
        <w:t xml:space="preserve">, you know, everything's </w:t>
      </w:r>
      <w:proofErr w:type="spellStart"/>
      <w:r>
        <w:rPr>
          <w:rFonts w:ascii="Arial" w:hAnsi="Arial"/>
        </w:rPr>
        <w:t>gonna</w:t>
      </w:r>
      <w:proofErr w:type="spellEnd"/>
      <w:r>
        <w:rPr>
          <w:rFonts w:ascii="Arial" w:hAnsi="Arial"/>
        </w:rPr>
        <w:t xml:space="preserve"> be okay. You know, you'll hold down a job, you'll get a girlfriend, do these amazing opportunities, things like that. Yeah, I think it would have made my undersell feel better. Because, yeah, because 20 that's like the age wh</w:t>
      </w:r>
      <w:r>
        <w:rPr>
          <w:rFonts w:ascii="Arial" w:hAnsi="Arial"/>
        </w:rPr>
        <w:t>ere you're still finding yourself, you want to explore the world. And I sort of learned the hard way that the world was sort of restricted for my, people, well  I say people like me but that might be offensive. But yeah, just, you know, the underdog. You k</w:t>
      </w:r>
      <w:r>
        <w:rPr>
          <w:rFonts w:ascii="Arial" w:hAnsi="Arial"/>
        </w:rPr>
        <w:t>now?</w:t>
      </w:r>
    </w:p>
    <w:p w14:paraId="137A1A0B" w14:textId="77777777" w:rsidR="008E6F35" w:rsidRDefault="008E6F35">
      <w:pPr>
        <w:spacing w:after="0"/>
      </w:pPr>
    </w:p>
    <w:p w14:paraId="4E45D3CA" w14:textId="77777777" w:rsidR="008E6F35" w:rsidRDefault="00116BC5">
      <w:pPr>
        <w:spacing w:after="0"/>
      </w:pPr>
      <w:r>
        <w:rPr>
          <w:rFonts w:ascii="Arial" w:hAnsi="Arial"/>
          <w:b/>
        </w:rPr>
        <w:t xml:space="preserve">Lucy  </w:t>
      </w:r>
      <w:r>
        <w:rPr>
          <w:rFonts w:ascii="Arial" w:hAnsi="Arial"/>
          <w:color w:val="5D7284"/>
        </w:rPr>
        <w:t>43:14</w:t>
      </w:r>
    </w:p>
    <w:p w14:paraId="67DAC446" w14:textId="77777777" w:rsidR="008E6F35" w:rsidRDefault="00116BC5">
      <w:pPr>
        <w:spacing w:after="0"/>
      </w:pPr>
      <w:r>
        <w:rPr>
          <w:rFonts w:ascii="Arial" w:hAnsi="Arial"/>
        </w:rPr>
        <w:t xml:space="preserve">I think it's that kind of thing of being underestimated, isn't it? When you when you're different, in any way, shape, or form, people </w:t>
      </w:r>
      <w:proofErr w:type="gramStart"/>
      <w:r>
        <w:rPr>
          <w:rFonts w:ascii="Arial" w:hAnsi="Arial"/>
        </w:rPr>
        <w:t>have a tendency to</w:t>
      </w:r>
      <w:proofErr w:type="gramEnd"/>
      <w:r>
        <w:rPr>
          <w:rFonts w:ascii="Arial" w:hAnsi="Arial"/>
        </w:rPr>
        <w:t xml:space="preserve"> underestimate you. And so therefore, your fight to get </w:t>
      </w:r>
      <w:r>
        <w:rPr>
          <w:rFonts w:ascii="Arial" w:hAnsi="Arial"/>
        </w:rPr>
        <w:lastRenderedPageBreak/>
        <w:t>to the top is almost harder, b</w:t>
      </w:r>
      <w:r>
        <w:rPr>
          <w:rFonts w:ascii="Arial" w:hAnsi="Arial"/>
        </w:rPr>
        <w:t xml:space="preserve">ecause you're underestimated. You must look back at the things that this group has managed to achieve Graham and think I'm </w:t>
      </w:r>
      <w:proofErr w:type="gramStart"/>
      <w:r>
        <w:rPr>
          <w:rFonts w:ascii="Arial" w:hAnsi="Arial"/>
        </w:rPr>
        <w:t>really proud</w:t>
      </w:r>
      <w:proofErr w:type="gramEnd"/>
      <w:r>
        <w:rPr>
          <w:rFonts w:ascii="Arial" w:hAnsi="Arial"/>
        </w:rPr>
        <w:t xml:space="preserve"> of that?</w:t>
      </w:r>
    </w:p>
    <w:p w14:paraId="4EA88DBE" w14:textId="77777777" w:rsidR="008E6F35" w:rsidRDefault="008E6F35">
      <w:pPr>
        <w:spacing w:after="0"/>
      </w:pPr>
    </w:p>
    <w:p w14:paraId="33528379" w14:textId="77777777" w:rsidR="008E6F35" w:rsidRDefault="00116BC5">
      <w:pPr>
        <w:spacing w:after="0"/>
      </w:pPr>
      <w:r>
        <w:rPr>
          <w:rFonts w:ascii="Arial" w:hAnsi="Arial"/>
          <w:b/>
        </w:rPr>
        <w:t xml:space="preserve">Graham  </w:t>
      </w:r>
      <w:r>
        <w:rPr>
          <w:rFonts w:ascii="Arial" w:hAnsi="Arial"/>
          <w:color w:val="5D7284"/>
        </w:rPr>
        <w:t>43:17</w:t>
      </w:r>
    </w:p>
    <w:p w14:paraId="7F8A7D70" w14:textId="77777777" w:rsidR="008E6F35" w:rsidRDefault="00116BC5">
      <w:pPr>
        <w:spacing w:after="0"/>
      </w:pPr>
      <w:r>
        <w:rPr>
          <w:rFonts w:ascii="Arial" w:hAnsi="Arial"/>
        </w:rPr>
        <w:t>Oh no, I'm too humble for my own good.</w:t>
      </w:r>
    </w:p>
    <w:p w14:paraId="7EFB32A3" w14:textId="77777777" w:rsidR="008E6F35" w:rsidRDefault="008E6F35">
      <w:pPr>
        <w:spacing w:after="0"/>
      </w:pPr>
    </w:p>
    <w:p w14:paraId="05D28849" w14:textId="77777777" w:rsidR="008E6F35" w:rsidRDefault="00116BC5">
      <w:pPr>
        <w:spacing w:after="0"/>
      </w:pPr>
      <w:r>
        <w:rPr>
          <w:rFonts w:ascii="Arial" w:hAnsi="Arial"/>
          <w:b/>
        </w:rPr>
        <w:t xml:space="preserve">Alice Evans &amp; Lucy Wood  </w:t>
      </w:r>
      <w:r>
        <w:rPr>
          <w:rFonts w:ascii="Arial" w:hAnsi="Arial"/>
          <w:color w:val="5D7284"/>
        </w:rPr>
        <w:t>43:37</w:t>
      </w:r>
    </w:p>
    <w:p w14:paraId="78C30FBD" w14:textId="77777777" w:rsidR="008E6F35" w:rsidRDefault="00116BC5">
      <w:pPr>
        <w:spacing w:after="0"/>
      </w:pPr>
      <w:r>
        <w:rPr>
          <w:rFonts w:ascii="Arial" w:hAnsi="Arial"/>
        </w:rPr>
        <w:t>[laughter]</w:t>
      </w:r>
    </w:p>
    <w:p w14:paraId="6E3FC0D7" w14:textId="77777777" w:rsidR="008E6F35" w:rsidRDefault="008E6F35">
      <w:pPr>
        <w:spacing w:after="0"/>
      </w:pPr>
    </w:p>
    <w:p w14:paraId="1ED5E9A0" w14:textId="77777777" w:rsidR="008E6F35" w:rsidRDefault="00116BC5">
      <w:pPr>
        <w:spacing w:after="0"/>
      </w:pPr>
      <w:r>
        <w:rPr>
          <w:rFonts w:ascii="Arial" w:hAnsi="Arial"/>
          <w:b/>
        </w:rPr>
        <w:t xml:space="preserve">Graham  </w:t>
      </w:r>
      <w:r>
        <w:rPr>
          <w:rFonts w:ascii="Arial" w:hAnsi="Arial"/>
          <w:color w:val="5D7284"/>
        </w:rPr>
        <w:t>43:47</w:t>
      </w:r>
    </w:p>
    <w:p w14:paraId="0F7059CC" w14:textId="77777777" w:rsidR="008E6F35" w:rsidRDefault="00116BC5">
      <w:pPr>
        <w:spacing w:after="0"/>
      </w:pPr>
      <w:r>
        <w:rPr>
          <w:rFonts w:ascii="Arial" w:hAnsi="Arial"/>
        </w:rPr>
        <w:t xml:space="preserve">Well, I think it's only good learning when lockdown happened, I started to look back and think I </w:t>
      </w:r>
      <w:proofErr w:type="gramStart"/>
      <w:r>
        <w:rPr>
          <w:rFonts w:ascii="Arial" w:hAnsi="Arial"/>
        </w:rPr>
        <w:t>actually really</w:t>
      </w:r>
      <w:proofErr w:type="gramEnd"/>
      <w:r>
        <w:rPr>
          <w:rFonts w:ascii="Arial" w:hAnsi="Arial"/>
        </w:rPr>
        <w:t xml:space="preserve">, really miss doing all this. I mean, it wasn't easy, some days. But suck it to it. Yeah, and it's given me more opportunities to </w:t>
      </w:r>
      <w:r>
        <w:rPr>
          <w:rFonts w:ascii="Arial" w:hAnsi="Arial"/>
        </w:rPr>
        <w:t xml:space="preserve">do things like, you know, like doing this consultation thing for the local council and the systems advice. Yeah, Time was I'd be going to them, but now they come to me. </w:t>
      </w:r>
    </w:p>
    <w:p w14:paraId="6431A333" w14:textId="77777777" w:rsidR="008E6F35" w:rsidRDefault="008E6F35">
      <w:pPr>
        <w:spacing w:after="0"/>
      </w:pPr>
    </w:p>
    <w:p w14:paraId="5F4ECF4A" w14:textId="77777777" w:rsidR="008E6F35" w:rsidRDefault="00116BC5">
      <w:pPr>
        <w:spacing w:after="0"/>
      </w:pPr>
      <w:r>
        <w:rPr>
          <w:rFonts w:ascii="Arial" w:hAnsi="Arial"/>
          <w:b/>
        </w:rPr>
        <w:t xml:space="preserve">Alice  </w:t>
      </w:r>
      <w:r>
        <w:rPr>
          <w:rFonts w:ascii="Arial" w:hAnsi="Arial"/>
          <w:color w:val="5D7284"/>
        </w:rPr>
        <w:t>44:17</w:t>
      </w:r>
    </w:p>
    <w:p w14:paraId="6D733C12" w14:textId="77777777" w:rsidR="008E6F35" w:rsidRDefault="00116BC5">
      <w:pPr>
        <w:spacing w:after="0"/>
      </w:pPr>
      <w:r>
        <w:rPr>
          <w:rFonts w:ascii="Arial" w:hAnsi="Arial"/>
        </w:rPr>
        <w:t>Yeah.</w:t>
      </w:r>
    </w:p>
    <w:p w14:paraId="78D477D8" w14:textId="77777777" w:rsidR="008E6F35" w:rsidRDefault="008E6F35">
      <w:pPr>
        <w:spacing w:after="0"/>
      </w:pPr>
    </w:p>
    <w:p w14:paraId="0A069CAC" w14:textId="77777777" w:rsidR="008E6F35" w:rsidRDefault="00116BC5">
      <w:pPr>
        <w:spacing w:after="0"/>
      </w:pPr>
      <w:r>
        <w:rPr>
          <w:rFonts w:ascii="Arial" w:hAnsi="Arial"/>
          <w:b/>
        </w:rPr>
        <w:t xml:space="preserve">Lucy  </w:t>
      </w:r>
      <w:r>
        <w:rPr>
          <w:rFonts w:ascii="Arial" w:hAnsi="Arial"/>
          <w:color w:val="5D7284"/>
        </w:rPr>
        <w:t>44:17</w:t>
      </w:r>
    </w:p>
    <w:p w14:paraId="3AB5280F" w14:textId="77777777" w:rsidR="008E6F35" w:rsidRDefault="00116BC5">
      <w:pPr>
        <w:spacing w:after="0"/>
      </w:pPr>
      <w:r>
        <w:rPr>
          <w:rFonts w:ascii="Arial" w:hAnsi="Arial"/>
        </w:rPr>
        <w:t xml:space="preserve">Yeah, you </w:t>
      </w:r>
      <w:proofErr w:type="gramStart"/>
      <w:r>
        <w:rPr>
          <w:rFonts w:ascii="Arial" w:hAnsi="Arial"/>
        </w:rPr>
        <w:t>see?</w:t>
      </w:r>
      <w:proofErr w:type="gramEnd"/>
      <w:r>
        <w:rPr>
          <w:rFonts w:ascii="Arial" w:hAnsi="Arial"/>
        </w:rPr>
        <w:t xml:space="preserve"> It's something to be massively proud o</w:t>
      </w:r>
      <w:r>
        <w:rPr>
          <w:rFonts w:ascii="Arial" w:hAnsi="Arial"/>
        </w:rPr>
        <w:t xml:space="preserve">f. And I think it's only in situations like this when you're telling other people who don't know anything about your group. And you </w:t>
      </w:r>
      <w:proofErr w:type="gramStart"/>
      <w:r>
        <w:rPr>
          <w:rFonts w:ascii="Arial" w:hAnsi="Arial"/>
        </w:rPr>
        <w:t>have to</w:t>
      </w:r>
      <w:proofErr w:type="gramEnd"/>
      <w:r>
        <w:rPr>
          <w:rFonts w:ascii="Arial" w:hAnsi="Arial"/>
        </w:rPr>
        <w:t xml:space="preserve"> reflect on what you've done. And what you've managed to achieve that you got the Yeah, that probably is something to</w:t>
      </w:r>
      <w:r>
        <w:rPr>
          <w:rFonts w:ascii="Arial" w:hAnsi="Arial"/>
        </w:rPr>
        <w:t xml:space="preserve"> be </w:t>
      </w:r>
      <w:proofErr w:type="gramStart"/>
      <w:r>
        <w:rPr>
          <w:rFonts w:ascii="Arial" w:hAnsi="Arial"/>
        </w:rPr>
        <w:t>very proud</w:t>
      </w:r>
      <w:proofErr w:type="gramEnd"/>
      <w:r>
        <w:rPr>
          <w:rFonts w:ascii="Arial" w:hAnsi="Arial"/>
        </w:rPr>
        <w:t xml:space="preserve"> of</w:t>
      </w:r>
    </w:p>
    <w:p w14:paraId="52CE9C6B" w14:textId="77777777" w:rsidR="008E6F35" w:rsidRDefault="008E6F35">
      <w:pPr>
        <w:spacing w:after="0"/>
      </w:pPr>
    </w:p>
    <w:p w14:paraId="5B538DF6" w14:textId="77777777" w:rsidR="008E6F35" w:rsidRDefault="00116BC5">
      <w:pPr>
        <w:spacing w:after="0"/>
      </w:pPr>
      <w:r>
        <w:rPr>
          <w:rFonts w:ascii="Arial" w:hAnsi="Arial"/>
          <w:b/>
        </w:rPr>
        <w:t xml:space="preserve">Alice  </w:t>
      </w:r>
      <w:r>
        <w:rPr>
          <w:rFonts w:ascii="Arial" w:hAnsi="Arial"/>
          <w:color w:val="5D7284"/>
        </w:rPr>
        <w:t>44:35</w:t>
      </w:r>
    </w:p>
    <w:p w14:paraId="2F79EF15" w14:textId="77777777" w:rsidR="008E6F35" w:rsidRDefault="00116BC5">
      <w:pPr>
        <w:spacing w:after="0"/>
      </w:pPr>
      <w:r>
        <w:rPr>
          <w:rFonts w:ascii="Arial" w:hAnsi="Arial"/>
        </w:rPr>
        <w:t>How've you been managing, you know, your mental health and have you been giving yourself that space to sort of express yourself creatively and stuff during lockdown and during the pandemic? Because I know a lot of people hav</w:t>
      </w:r>
      <w:r>
        <w:rPr>
          <w:rFonts w:ascii="Arial" w:hAnsi="Arial"/>
        </w:rPr>
        <w:t xml:space="preserve">e obviously been very isolated, and you've not been able to run your group. Have you been doing any online sessions I can understand online </w:t>
      </w:r>
      <w:proofErr w:type="gramStart"/>
      <w:r>
        <w:rPr>
          <w:rFonts w:ascii="Arial" w:hAnsi="Arial"/>
        </w:rPr>
        <w:t>session.</w:t>
      </w:r>
      <w:proofErr w:type="gramEnd"/>
      <w:r>
        <w:rPr>
          <w:rFonts w:ascii="Arial" w:hAnsi="Arial"/>
        </w:rPr>
        <w:t xml:space="preserve"> this might not necessarily be the most suitable and accessible for people who have you know verbal communic</w:t>
      </w:r>
      <w:r>
        <w:rPr>
          <w:rFonts w:ascii="Arial" w:hAnsi="Arial"/>
        </w:rPr>
        <w:t xml:space="preserve">ation </w:t>
      </w:r>
      <w:proofErr w:type="gramStart"/>
      <w:r>
        <w:rPr>
          <w:rFonts w:ascii="Arial" w:hAnsi="Arial"/>
        </w:rPr>
        <w:t>difficulties</w:t>
      </w:r>
      <w:proofErr w:type="gramEnd"/>
    </w:p>
    <w:p w14:paraId="73D5D4DD" w14:textId="77777777" w:rsidR="008E6F35" w:rsidRDefault="008E6F35">
      <w:pPr>
        <w:spacing w:after="0"/>
      </w:pPr>
    </w:p>
    <w:p w14:paraId="6D541320" w14:textId="77777777" w:rsidR="008E6F35" w:rsidRDefault="00116BC5">
      <w:pPr>
        <w:spacing w:after="0"/>
      </w:pPr>
      <w:r>
        <w:rPr>
          <w:rFonts w:ascii="Arial" w:hAnsi="Arial"/>
          <w:b/>
        </w:rPr>
        <w:t xml:space="preserve">Graham  </w:t>
      </w:r>
      <w:r>
        <w:rPr>
          <w:rFonts w:ascii="Arial" w:hAnsi="Arial"/>
          <w:color w:val="5D7284"/>
        </w:rPr>
        <w:t>45:11</w:t>
      </w:r>
    </w:p>
    <w:p w14:paraId="4D6EA1BE" w14:textId="77777777" w:rsidR="008E6F35" w:rsidRDefault="00116BC5">
      <w:pPr>
        <w:spacing w:after="0"/>
      </w:pPr>
      <w:r>
        <w:rPr>
          <w:rFonts w:ascii="Arial" w:hAnsi="Arial"/>
        </w:rPr>
        <w:t xml:space="preserve">Oh yeah my creative writing group they moved online and </w:t>
      </w:r>
      <w:proofErr w:type="spellStart"/>
      <w:r>
        <w:rPr>
          <w:rFonts w:ascii="Arial" w:hAnsi="Arial"/>
        </w:rPr>
        <w:t>st's</w:t>
      </w:r>
      <w:proofErr w:type="spellEnd"/>
      <w:r>
        <w:rPr>
          <w:rFonts w:ascii="Arial" w:hAnsi="Arial"/>
        </w:rPr>
        <w:t xml:space="preserve"> actually quite a lot easier because ,then travelling ,to that travelling it's not very it's not very easy yeah they set up an online thing where you're uploading</w:t>
      </w:r>
      <w:r>
        <w:rPr>
          <w:rFonts w:ascii="Arial" w:hAnsi="Arial"/>
        </w:rPr>
        <w:t xml:space="preserve"> writing they </w:t>
      </w:r>
      <w:proofErr w:type="spellStart"/>
      <w:r>
        <w:rPr>
          <w:rFonts w:ascii="Arial" w:hAnsi="Arial"/>
        </w:rPr>
        <w:t>geivecomments</w:t>
      </w:r>
      <w:proofErr w:type="spellEnd"/>
      <w:r>
        <w:rPr>
          <w:rFonts w:ascii="Arial" w:hAnsi="Arial"/>
        </w:rPr>
        <w:t xml:space="preserve"> back on the constructive comments kind of similar to what </w:t>
      </w:r>
      <w:proofErr w:type="spellStart"/>
      <w:r>
        <w:rPr>
          <w:rFonts w:ascii="Arial" w:hAnsi="Arial"/>
        </w:rPr>
        <w:t>i've</w:t>
      </w:r>
      <w:proofErr w:type="spellEnd"/>
      <w:r>
        <w:rPr>
          <w:rFonts w:ascii="Arial" w:hAnsi="Arial"/>
        </w:rPr>
        <w:t xml:space="preserve"> done with this slideshow  mentioned and ...strange </w:t>
      </w:r>
      <w:proofErr w:type="spellStart"/>
      <w:r>
        <w:rPr>
          <w:rFonts w:ascii="Arial" w:hAnsi="Arial"/>
        </w:rPr>
        <w:t>reallybecause</w:t>
      </w:r>
      <w:proofErr w:type="spellEnd"/>
      <w:r>
        <w:rPr>
          <w:rFonts w:ascii="Arial" w:hAnsi="Arial"/>
        </w:rPr>
        <w:t xml:space="preserve"> before lockdown </w:t>
      </w:r>
      <w:proofErr w:type="spellStart"/>
      <w:r>
        <w:rPr>
          <w:rFonts w:ascii="Arial" w:hAnsi="Arial"/>
        </w:rPr>
        <w:t>i</w:t>
      </w:r>
      <w:proofErr w:type="spellEnd"/>
      <w:r>
        <w:rPr>
          <w:rFonts w:ascii="Arial" w:hAnsi="Arial"/>
        </w:rPr>
        <w:t xml:space="preserve"> said something to </w:t>
      </w:r>
      <w:proofErr w:type="spellStart"/>
      <w:r>
        <w:rPr>
          <w:rFonts w:ascii="Arial" w:hAnsi="Arial"/>
        </w:rPr>
        <w:t>wWidlands</w:t>
      </w:r>
      <w:proofErr w:type="spellEnd"/>
      <w:r>
        <w:rPr>
          <w:rFonts w:ascii="Arial" w:hAnsi="Arial"/>
        </w:rPr>
        <w:t xml:space="preserve"> for </w:t>
      </w:r>
      <w:proofErr w:type="spellStart"/>
      <w:r>
        <w:rPr>
          <w:rFonts w:ascii="Arial" w:hAnsi="Arial"/>
        </w:rPr>
        <w:t>for</w:t>
      </w:r>
      <w:proofErr w:type="spellEnd"/>
      <w:r>
        <w:rPr>
          <w:rFonts w:ascii="Arial" w:hAnsi="Arial"/>
        </w:rPr>
        <w:t xml:space="preserve"> the hope to be offered  a mentoring scheme , b</w:t>
      </w:r>
      <w:r>
        <w:rPr>
          <w:rFonts w:ascii="Arial" w:hAnsi="Arial"/>
        </w:rPr>
        <w:t>ut unfortunately get through but they've identified my writing is quite promising and they sent some lovely feedback on that . So by the time lock  down happened  my writing group moved online I was all up for uploading stuff online rather than reading out</w:t>
      </w:r>
      <w:r>
        <w:rPr>
          <w:rFonts w:ascii="Arial" w:hAnsi="Arial"/>
        </w:rPr>
        <w:t xml:space="preserve"> .Same people were nervous about it but I'm not , or I don't think I'm , I've  sort of gained confidence in that area in the few years so yeah apart from that </w:t>
      </w:r>
      <w:proofErr w:type="spellStart"/>
      <w:r>
        <w:rPr>
          <w:rFonts w:ascii="Arial" w:hAnsi="Arial"/>
        </w:rPr>
        <w:t>i'm</w:t>
      </w:r>
      <w:proofErr w:type="spellEnd"/>
      <w:r>
        <w:rPr>
          <w:rFonts w:ascii="Arial" w:hAnsi="Arial"/>
        </w:rPr>
        <w:t xml:space="preserve"> actually a key worker so </w:t>
      </w:r>
      <w:proofErr w:type="spellStart"/>
      <w:r>
        <w:rPr>
          <w:rFonts w:ascii="Arial" w:hAnsi="Arial"/>
        </w:rPr>
        <w:t>i've</w:t>
      </w:r>
      <w:proofErr w:type="spellEnd"/>
      <w:r>
        <w:rPr>
          <w:rFonts w:ascii="Arial" w:hAnsi="Arial"/>
        </w:rPr>
        <w:t xml:space="preserve"> actually  worked well </w:t>
      </w:r>
      <w:proofErr w:type="spellStart"/>
      <w:r>
        <w:rPr>
          <w:rFonts w:ascii="Arial" w:hAnsi="Arial"/>
        </w:rPr>
        <w:t>non stop</w:t>
      </w:r>
      <w:proofErr w:type="spellEnd"/>
      <w:r>
        <w:rPr>
          <w:rFonts w:ascii="Arial" w:hAnsi="Arial"/>
        </w:rPr>
        <w:t xml:space="preserve"> during lockdown so yeah </w:t>
      </w:r>
      <w:proofErr w:type="spellStart"/>
      <w:r>
        <w:rPr>
          <w:rFonts w:ascii="Arial" w:hAnsi="Arial"/>
        </w:rPr>
        <w:t>i'm</w:t>
      </w:r>
      <w:proofErr w:type="spellEnd"/>
      <w:r>
        <w:rPr>
          <w:rFonts w:ascii="Arial" w:hAnsi="Arial"/>
        </w:rPr>
        <w:t xml:space="preserve"> quit</w:t>
      </w:r>
      <w:r>
        <w:rPr>
          <w:rFonts w:ascii="Arial" w:hAnsi="Arial"/>
        </w:rPr>
        <w:t xml:space="preserve">e proud of it actually being a key worker is yeah </w:t>
      </w:r>
      <w:proofErr w:type="spellStart"/>
      <w:r>
        <w:rPr>
          <w:rFonts w:ascii="Arial" w:hAnsi="Arial"/>
        </w:rPr>
        <w:t>i'm</w:t>
      </w:r>
      <w:proofErr w:type="spellEnd"/>
      <w:r>
        <w:rPr>
          <w:rFonts w:ascii="Arial" w:hAnsi="Arial"/>
        </w:rPr>
        <w:t xml:space="preserve"> a big believer of giving credit where it's due and people, well what you would call </w:t>
      </w:r>
      <w:r>
        <w:rPr>
          <w:rFonts w:ascii="Arial" w:hAnsi="Arial"/>
        </w:rPr>
        <w:lastRenderedPageBreak/>
        <w:t xml:space="preserve">keyworkers now, they just weren't getting the credit they deserved really, so </w:t>
      </w:r>
      <w:proofErr w:type="spellStart"/>
      <w:r>
        <w:rPr>
          <w:rFonts w:ascii="Arial" w:hAnsi="Arial"/>
        </w:rPr>
        <w:t>so</w:t>
      </w:r>
      <w:proofErr w:type="spellEnd"/>
      <w:r>
        <w:rPr>
          <w:rFonts w:ascii="Arial" w:hAnsi="Arial"/>
        </w:rPr>
        <w:t xml:space="preserve"> yes like giving credit where it's due</w:t>
      </w:r>
      <w:r>
        <w:rPr>
          <w:rFonts w:ascii="Arial" w:hAnsi="Arial"/>
        </w:rPr>
        <w:t xml:space="preserve"> yeah </w:t>
      </w:r>
      <w:proofErr w:type="spellStart"/>
      <w:r>
        <w:rPr>
          <w:rFonts w:ascii="Arial" w:hAnsi="Arial"/>
        </w:rPr>
        <w:t>i've</w:t>
      </w:r>
      <w:proofErr w:type="spellEnd"/>
      <w:r>
        <w:rPr>
          <w:rFonts w:ascii="Arial" w:hAnsi="Arial"/>
        </w:rPr>
        <w:t xml:space="preserve"> worked all the way through this pandemic by the day off and I'm out there risking my life yeah</w:t>
      </w:r>
    </w:p>
    <w:p w14:paraId="283FDE40" w14:textId="77777777" w:rsidR="008E6F35" w:rsidRDefault="008E6F35">
      <w:pPr>
        <w:spacing w:after="0"/>
      </w:pPr>
    </w:p>
    <w:p w14:paraId="353E0A21" w14:textId="77777777" w:rsidR="008E6F35" w:rsidRDefault="00116BC5">
      <w:pPr>
        <w:spacing w:after="0"/>
      </w:pPr>
      <w:r>
        <w:rPr>
          <w:rFonts w:ascii="Arial" w:hAnsi="Arial"/>
          <w:b/>
        </w:rPr>
        <w:t xml:space="preserve">Lucy  </w:t>
      </w:r>
      <w:r>
        <w:rPr>
          <w:rFonts w:ascii="Arial" w:hAnsi="Arial"/>
          <w:color w:val="5D7284"/>
        </w:rPr>
        <w:t>46:59</w:t>
      </w:r>
    </w:p>
    <w:p w14:paraId="28175567" w14:textId="77777777" w:rsidR="008E6F35" w:rsidRDefault="00116BC5">
      <w:pPr>
        <w:spacing w:after="0"/>
      </w:pPr>
      <w:r>
        <w:rPr>
          <w:rFonts w:ascii="Arial" w:hAnsi="Arial"/>
        </w:rPr>
        <w:t>Have you had your vaccination yet?</w:t>
      </w:r>
    </w:p>
    <w:p w14:paraId="223419DA" w14:textId="77777777" w:rsidR="008E6F35" w:rsidRDefault="008E6F35">
      <w:pPr>
        <w:spacing w:after="0"/>
      </w:pPr>
    </w:p>
    <w:p w14:paraId="43D073F9" w14:textId="77777777" w:rsidR="008E6F35" w:rsidRDefault="00116BC5">
      <w:pPr>
        <w:spacing w:after="0"/>
      </w:pPr>
      <w:r>
        <w:rPr>
          <w:rFonts w:ascii="Arial" w:hAnsi="Arial"/>
          <w:b/>
        </w:rPr>
        <w:t xml:space="preserve">Graham  </w:t>
      </w:r>
      <w:r>
        <w:rPr>
          <w:rFonts w:ascii="Arial" w:hAnsi="Arial"/>
          <w:color w:val="5D7284"/>
        </w:rPr>
        <w:t>47:02</w:t>
      </w:r>
    </w:p>
    <w:p w14:paraId="2EFDDEA4" w14:textId="77777777" w:rsidR="008E6F35" w:rsidRDefault="00116BC5">
      <w:pPr>
        <w:spacing w:after="0"/>
      </w:pPr>
      <w:r>
        <w:rPr>
          <w:rFonts w:ascii="Arial" w:hAnsi="Arial"/>
        </w:rPr>
        <w:t xml:space="preserve">My parents, my mother has at least </w:t>
      </w:r>
      <w:proofErr w:type="spellStart"/>
      <w:r>
        <w:rPr>
          <w:rFonts w:ascii="Arial" w:hAnsi="Arial"/>
        </w:rPr>
        <w:t>i</w:t>
      </w:r>
      <w:proofErr w:type="spellEnd"/>
      <w:r>
        <w:rPr>
          <w:rFonts w:ascii="Arial" w:hAnsi="Arial"/>
        </w:rPr>
        <w:t xml:space="preserve"> have a friend who is clinically vulnerable and had</w:t>
      </w:r>
      <w:r>
        <w:rPr>
          <w:rFonts w:ascii="Arial" w:hAnsi="Arial"/>
        </w:rPr>
        <w:t xml:space="preserve"> hers last week, so </w:t>
      </w:r>
      <w:proofErr w:type="gramStart"/>
      <w:r>
        <w:rPr>
          <w:rFonts w:ascii="Arial" w:hAnsi="Arial"/>
        </w:rPr>
        <w:t>yeah</w:t>
      </w:r>
      <w:proofErr w:type="gramEnd"/>
      <w:r>
        <w:rPr>
          <w:rFonts w:ascii="Arial" w:hAnsi="Arial"/>
        </w:rPr>
        <w:t xml:space="preserve"> we're getting there</w:t>
      </w:r>
    </w:p>
    <w:p w14:paraId="5C53027B" w14:textId="77777777" w:rsidR="008E6F35" w:rsidRDefault="008E6F35">
      <w:pPr>
        <w:spacing w:after="0"/>
      </w:pPr>
    </w:p>
    <w:p w14:paraId="77931EC4" w14:textId="77777777" w:rsidR="008E6F35" w:rsidRDefault="00116BC5">
      <w:pPr>
        <w:spacing w:after="0"/>
      </w:pPr>
      <w:r>
        <w:rPr>
          <w:rFonts w:ascii="Arial" w:hAnsi="Arial"/>
          <w:b/>
        </w:rPr>
        <w:t xml:space="preserve">Lucy  </w:t>
      </w:r>
      <w:r>
        <w:rPr>
          <w:rFonts w:ascii="Arial" w:hAnsi="Arial"/>
          <w:color w:val="5D7284"/>
        </w:rPr>
        <w:t>47:13</w:t>
      </w:r>
    </w:p>
    <w:p w14:paraId="62104F98" w14:textId="77777777" w:rsidR="008E6F35" w:rsidRDefault="00116BC5">
      <w:pPr>
        <w:spacing w:after="0"/>
      </w:pPr>
      <w:r>
        <w:rPr>
          <w:rFonts w:ascii="Arial" w:hAnsi="Arial"/>
        </w:rPr>
        <w:t>Getting there slowly. Light at the end of the tunnel's getting ever closer isn't it?</w:t>
      </w:r>
    </w:p>
    <w:p w14:paraId="26CA66F1" w14:textId="77777777" w:rsidR="008E6F35" w:rsidRDefault="008E6F35">
      <w:pPr>
        <w:spacing w:after="0"/>
      </w:pPr>
    </w:p>
    <w:p w14:paraId="3DDBF488" w14:textId="77777777" w:rsidR="008E6F35" w:rsidRDefault="00116BC5">
      <w:pPr>
        <w:spacing w:after="0"/>
      </w:pPr>
      <w:r>
        <w:rPr>
          <w:rFonts w:ascii="Arial" w:hAnsi="Arial"/>
          <w:b/>
        </w:rPr>
        <w:t xml:space="preserve">Graham  </w:t>
      </w:r>
      <w:r>
        <w:rPr>
          <w:rFonts w:ascii="Arial" w:hAnsi="Arial"/>
          <w:color w:val="5D7284"/>
        </w:rPr>
        <w:t>47:16</w:t>
      </w:r>
    </w:p>
    <w:p w14:paraId="3A40DC19" w14:textId="77777777" w:rsidR="008E6F35" w:rsidRDefault="00116BC5">
      <w:pPr>
        <w:spacing w:after="0"/>
      </w:pPr>
      <w:r>
        <w:rPr>
          <w:rFonts w:ascii="Arial" w:hAnsi="Arial"/>
        </w:rPr>
        <w:t xml:space="preserve">It is, </w:t>
      </w:r>
      <w:proofErr w:type="gramStart"/>
      <w:r>
        <w:rPr>
          <w:rFonts w:ascii="Arial" w:hAnsi="Arial"/>
        </w:rPr>
        <w:t>hopefully</w:t>
      </w:r>
      <w:proofErr w:type="gramEnd"/>
    </w:p>
    <w:p w14:paraId="65488AFD" w14:textId="77777777" w:rsidR="008E6F35" w:rsidRDefault="008E6F35">
      <w:pPr>
        <w:spacing w:after="0"/>
      </w:pPr>
    </w:p>
    <w:p w14:paraId="2B08F8EF" w14:textId="77777777" w:rsidR="008E6F35" w:rsidRDefault="00116BC5">
      <w:pPr>
        <w:spacing w:after="0"/>
      </w:pPr>
      <w:r>
        <w:rPr>
          <w:rFonts w:ascii="Arial" w:hAnsi="Arial"/>
          <w:b/>
        </w:rPr>
        <w:t xml:space="preserve">Lucy  </w:t>
      </w:r>
      <w:r>
        <w:rPr>
          <w:rFonts w:ascii="Arial" w:hAnsi="Arial"/>
          <w:color w:val="5D7284"/>
        </w:rPr>
        <w:t>47:18</w:t>
      </w:r>
    </w:p>
    <w:p w14:paraId="1242A751" w14:textId="77777777" w:rsidR="008E6F35" w:rsidRDefault="00116BC5">
      <w:pPr>
        <w:spacing w:after="0"/>
      </w:pPr>
      <w:r>
        <w:rPr>
          <w:rFonts w:ascii="Arial" w:hAnsi="Arial"/>
        </w:rPr>
        <w:t>[laughs] yeah!</w:t>
      </w:r>
    </w:p>
    <w:p w14:paraId="221994A3" w14:textId="77777777" w:rsidR="008E6F35" w:rsidRDefault="008E6F35">
      <w:pPr>
        <w:spacing w:after="0"/>
      </w:pPr>
    </w:p>
    <w:p w14:paraId="4A67EC42" w14:textId="77777777" w:rsidR="008E6F35" w:rsidRDefault="00116BC5">
      <w:pPr>
        <w:spacing w:after="0"/>
      </w:pPr>
      <w:r>
        <w:rPr>
          <w:rFonts w:ascii="Arial" w:hAnsi="Arial"/>
          <w:b/>
        </w:rPr>
        <w:t xml:space="preserve">Alice  </w:t>
      </w:r>
      <w:r>
        <w:rPr>
          <w:rFonts w:ascii="Arial" w:hAnsi="Arial"/>
          <w:color w:val="5D7284"/>
        </w:rPr>
        <w:t>47:21</w:t>
      </w:r>
    </w:p>
    <w:p w14:paraId="0FDF7EEA" w14:textId="77777777" w:rsidR="008E6F35" w:rsidRDefault="00116BC5">
      <w:pPr>
        <w:spacing w:after="0"/>
      </w:pPr>
      <w:proofErr w:type="spellStart"/>
      <w:r>
        <w:rPr>
          <w:rFonts w:ascii="Arial" w:hAnsi="Arial"/>
        </w:rPr>
        <w:t>i'm</w:t>
      </w:r>
      <w:proofErr w:type="spellEnd"/>
      <w:r>
        <w:rPr>
          <w:rFonts w:ascii="Arial" w:hAnsi="Arial"/>
        </w:rPr>
        <w:t xml:space="preserve"> an advocate and sort of </w:t>
      </w:r>
      <w:r>
        <w:rPr>
          <w:rFonts w:ascii="Arial" w:hAnsi="Arial"/>
        </w:rPr>
        <w:t xml:space="preserve">working with social inclusion and giving people supporting people to engage with health services so </w:t>
      </w:r>
      <w:proofErr w:type="spellStart"/>
      <w:r>
        <w:rPr>
          <w:rFonts w:ascii="Arial" w:hAnsi="Arial"/>
        </w:rPr>
        <w:t>i</w:t>
      </w:r>
      <w:proofErr w:type="spellEnd"/>
      <w:r>
        <w:rPr>
          <w:rFonts w:ascii="Arial" w:hAnsi="Arial"/>
        </w:rPr>
        <w:t xml:space="preserve"> have also been working all the way through and </w:t>
      </w:r>
      <w:proofErr w:type="spellStart"/>
      <w:r>
        <w:rPr>
          <w:rFonts w:ascii="Arial" w:hAnsi="Arial"/>
        </w:rPr>
        <w:t>i</w:t>
      </w:r>
      <w:proofErr w:type="spellEnd"/>
      <w:r>
        <w:rPr>
          <w:rFonts w:ascii="Arial" w:hAnsi="Arial"/>
        </w:rPr>
        <w:t xml:space="preserve"> work with a lot of adults with autism in my job because a lot of what </w:t>
      </w:r>
      <w:proofErr w:type="spellStart"/>
      <w:r>
        <w:rPr>
          <w:rFonts w:ascii="Arial" w:hAnsi="Arial"/>
        </w:rPr>
        <w:t>i</w:t>
      </w:r>
      <w:proofErr w:type="spellEnd"/>
      <w:r>
        <w:rPr>
          <w:rFonts w:ascii="Arial" w:hAnsi="Arial"/>
        </w:rPr>
        <w:t xml:space="preserve"> do is supporting people particula</w:t>
      </w:r>
      <w:r>
        <w:rPr>
          <w:rFonts w:ascii="Arial" w:hAnsi="Arial"/>
        </w:rPr>
        <w:t xml:space="preserve">rly to access like GP services because </w:t>
      </w:r>
      <w:proofErr w:type="spellStart"/>
      <w:r>
        <w:rPr>
          <w:rFonts w:ascii="Arial" w:hAnsi="Arial"/>
        </w:rPr>
        <w:t>i</w:t>
      </w:r>
      <w:proofErr w:type="spellEnd"/>
      <w:r>
        <w:rPr>
          <w:rFonts w:ascii="Arial" w:hAnsi="Arial"/>
        </w:rPr>
        <w:t xml:space="preserve"> find it and it's been one of the things that's been really difficult for a lot of people a lot of the people </w:t>
      </w:r>
      <w:proofErr w:type="spellStart"/>
      <w:r>
        <w:rPr>
          <w:rFonts w:ascii="Arial" w:hAnsi="Arial"/>
        </w:rPr>
        <w:t>i've</w:t>
      </w:r>
      <w:proofErr w:type="spellEnd"/>
      <w:r>
        <w:rPr>
          <w:rFonts w:ascii="Arial" w:hAnsi="Arial"/>
        </w:rPr>
        <w:t xml:space="preserve"> worked with who have got autism diagnosis is sort of the changes in there's been some very big very s</w:t>
      </w:r>
      <w:r>
        <w:rPr>
          <w:rFonts w:ascii="Arial" w:hAnsi="Arial"/>
        </w:rPr>
        <w:t xml:space="preserve">udden changes in how we access services and how we live our daily lives because of the pandemic and so </w:t>
      </w:r>
      <w:proofErr w:type="spellStart"/>
      <w:r>
        <w:rPr>
          <w:rFonts w:ascii="Arial" w:hAnsi="Arial"/>
        </w:rPr>
        <w:t>i</w:t>
      </w:r>
      <w:proofErr w:type="spellEnd"/>
      <w:r>
        <w:rPr>
          <w:rFonts w:ascii="Arial" w:hAnsi="Arial"/>
        </w:rPr>
        <w:t xml:space="preserve"> think that particularly people who have got sort of neurodiversity have needed that extra support to get through the pandemic to be able to you know co</w:t>
      </w:r>
      <w:r>
        <w:rPr>
          <w:rFonts w:ascii="Arial" w:hAnsi="Arial"/>
        </w:rPr>
        <w:t xml:space="preserve">ntinue to be mentally as well as physically kind of well and empowered and </w:t>
      </w:r>
      <w:proofErr w:type="spellStart"/>
      <w:r>
        <w:rPr>
          <w:rFonts w:ascii="Arial" w:hAnsi="Arial"/>
        </w:rPr>
        <w:t>i</w:t>
      </w:r>
      <w:proofErr w:type="spellEnd"/>
      <w:r>
        <w:rPr>
          <w:rFonts w:ascii="Arial" w:hAnsi="Arial"/>
        </w:rPr>
        <w:t xml:space="preserve"> think that that's been something that's been </w:t>
      </w:r>
      <w:proofErr w:type="spellStart"/>
      <w:r>
        <w:rPr>
          <w:rFonts w:ascii="Arial" w:hAnsi="Arial"/>
        </w:rPr>
        <w:t>recognised</w:t>
      </w:r>
      <w:proofErr w:type="spellEnd"/>
      <w:r>
        <w:rPr>
          <w:rFonts w:ascii="Arial" w:hAnsi="Arial"/>
        </w:rPr>
        <w:t xml:space="preserve"> is even more important because of the pandemic. You know the value of providing a little bit of extra support and being a l</w:t>
      </w:r>
      <w:r>
        <w:rPr>
          <w:rFonts w:ascii="Arial" w:hAnsi="Arial"/>
        </w:rPr>
        <w:t>ittle bit more flexible with how we promote and access services.</w:t>
      </w:r>
    </w:p>
    <w:p w14:paraId="0C148FCF" w14:textId="77777777" w:rsidR="008E6F35" w:rsidRDefault="008E6F35">
      <w:pPr>
        <w:spacing w:after="0"/>
      </w:pPr>
    </w:p>
    <w:p w14:paraId="0BDD9F8A" w14:textId="77777777" w:rsidR="008E6F35" w:rsidRDefault="00116BC5">
      <w:pPr>
        <w:spacing w:after="0"/>
      </w:pPr>
      <w:r>
        <w:rPr>
          <w:rFonts w:ascii="Arial" w:hAnsi="Arial"/>
          <w:b/>
        </w:rPr>
        <w:t xml:space="preserve">Lucy  </w:t>
      </w:r>
      <w:r>
        <w:rPr>
          <w:rFonts w:ascii="Arial" w:hAnsi="Arial"/>
          <w:color w:val="5D7284"/>
        </w:rPr>
        <w:t>48:54</w:t>
      </w:r>
    </w:p>
    <w:p w14:paraId="503E3278" w14:textId="77777777" w:rsidR="008E6F35" w:rsidRDefault="00116BC5">
      <w:pPr>
        <w:spacing w:after="0"/>
      </w:pPr>
      <w:proofErr w:type="spellStart"/>
      <w:r>
        <w:rPr>
          <w:rFonts w:ascii="Arial" w:hAnsi="Arial"/>
        </w:rPr>
        <w:t>i</w:t>
      </w:r>
      <w:proofErr w:type="spellEnd"/>
      <w:r>
        <w:rPr>
          <w:rFonts w:ascii="Arial" w:hAnsi="Arial"/>
        </w:rPr>
        <w:t xml:space="preserve"> </w:t>
      </w:r>
      <w:proofErr w:type="spellStart"/>
      <w:r>
        <w:rPr>
          <w:rFonts w:ascii="Arial" w:hAnsi="Arial"/>
        </w:rPr>
        <w:t>kinda</w:t>
      </w:r>
      <w:proofErr w:type="spellEnd"/>
      <w:r>
        <w:rPr>
          <w:rFonts w:ascii="Arial" w:hAnsi="Arial"/>
        </w:rPr>
        <w:t xml:space="preserve"> want to say Alice that [laughs] as </w:t>
      </w:r>
      <w:proofErr w:type="spellStart"/>
      <w:r>
        <w:rPr>
          <w:rFonts w:ascii="Arial" w:hAnsi="Arial"/>
        </w:rPr>
        <w:t>i've</w:t>
      </w:r>
      <w:proofErr w:type="spellEnd"/>
      <w:r>
        <w:rPr>
          <w:rFonts w:ascii="Arial" w:hAnsi="Arial"/>
        </w:rPr>
        <w:t xml:space="preserve"> said before you have been my total support and reasons throughout this whole pandemic because every time </w:t>
      </w:r>
      <w:proofErr w:type="spellStart"/>
      <w:r>
        <w:rPr>
          <w:rFonts w:ascii="Arial" w:hAnsi="Arial"/>
        </w:rPr>
        <w:t>i</w:t>
      </w:r>
      <w:proofErr w:type="spellEnd"/>
      <w:r>
        <w:rPr>
          <w:rFonts w:ascii="Arial" w:hAnsi="Arial"/>
        </w:rPr>
        <w:t xml:space="preserve"> felt a little bit like </w:t>
      </w:r>
      <w:r>
        <w:rPr>
          <w:rFonts w:ascii="Arial" w:hAnsi="Arial"/>
        </w:rPr>
        <w:t xml:space="preserve">really fed up all I wanna do is cry, which </w:t>
      </w:r>
      <w:proofErr w:type="spellStart"/>
      <w:r>
        <w:rPr>
          <w:rFonts w:ascii="Arial" w:hAnsi="Arial"/>
        </w:rPr>
        <w:t>i</w:t>
      </w:r>
      <w:proofErr w:type="spellEnd"/>
      <w:r>
        <w:rPr>
          <w:rFonts w:ascii="Arial" w:hAnsi="Arial"/>
        </w:rPr>
        <w:t xml:space="preserve"> do a lot </w:t>
      </w:r>
      <w:proofErr w:type="gramStart"/>
      <w:r>
        <w:rPr>
          <w:rFonts w:ascii="Arial" w:hAnsi="Arial"/>
        </w:rPr>
        <w:t>of,</w:t>
      </w:r>
      <w:proofErr w:type="gramEnd"/>
      <w:r>
        <w:rPr>
          <w:rFonts w:ascii="Arial" w:hAnsi="Arial"/>
        </w:rPr>
        <w:t xml:space="preserve"> people will know by now that </w:t>
      </w:r>
      <w:proofErr w:type="spellStart"/>
      <w:r>
        <w:rPr>
          <w:rFonts w:ascii="Arial" w:hAnsi="Arial"/>
        </w:rPr>
        <w:t>i</w:t>
      </w:r>
      <w:proofErr w:type="spellEnd"/>
      <w:r>
        <w:rPr>
          <w:rFonts w:ascii="Arial" w:hAnsi="Arial"/>
        </w:rPr>
        <w:t xml:space="preserve"> cry a lot. But </w:t>
      </w:r>
      <w:proofErr w:type="gramStart"/>
      <w:r>
        <w:rPr>
          <w:rFonts w:ascii="Arial" w:hAnsi="Arial"/>
        </w:rPr>
        <w:t>yeah</w:t>
      </w:r>
      <w:proofErr w:type="gramEnd"/>
      <w:r>
        <w:rPr>
          <w:rFonts w:ascii="Arial" w:hAnsi="Arial"/>
        </w:rPr>
        <w:t xml:space="preserve"> every time </w:t>
      </w:r>
      <w:proofErr w:type="spellStart"/>
      <w:r>
        <w:rPr>
          <w:rFonts w:ascii="Arial" w:hAnsi="Arial"/>
        </w:rPr>
        <w:t>i</w:t>
      </w:r>
      <w:proofErr w:type="spellEnd"/>
      <w:r>
        <w:rPr>
          <w:rFonts w:ascii="Arial" w:hAnsi="Arial"/>
        </w:rPr>
        <w:t xml:space="preserve"> felt fed or really you know not really wanting to do anything and don't really see the point Alice has chimed in with do you want to j</w:t>
      </w:r>
      <w:r>
        <w:rPr>
          <w:rFonts w:ascii="Arial" w:hAnsi="Arial"/>
        </w:rPr>
        <w:t xml:space="preserve">ust do this for the podcast it's given me something to focus on so </w:t>
      </w:r>
      <w:proofErr w:type="spellStart"/>
      <w:r>
        <w:rPr>
          <w:rFonts w:ascii="Arial" w:hAnsi="Arial"/>
        </w:rPr>
        <w:t>i</w:t>
      </w:r>
      <w:proofErr w:type="spellEnd"/>
      <w:r>
        <w:rPr>
          <w:rFonts w:ascii="Arial" w:hAnsi="Arial"/>
        </w:rPr>
        <w:t xml:space="preserve"> think you've been a great support to me and no doubt countless others as well.</w:t>
      </w:r>
    </w:p>
    <w:p w14:paraId="7D230E6A" w14:textId="77777777" w:rsidR="008E6F35" w:rsidRDefault="008E6F35">
      <w:pPr>
        <w:spacing w:after="0"/>
      </w:pPr>
    </w:p>
    <w:p w14:paraId="44ECFD22" w14:textId="77777777" w:rsidR="008E6F35" w:rsidRDefault="00116BC5">
      <w:pPr>
        <w:spacing w:after="0"/>
      </w:pPr>
      <w:r>
        <w:rPr>
          <w:rFonts w:ascii="Arial" w:hAnsi="Arial"/>
          <w:b/>
        </w:rPr>
        <w:t xml:space="preserve">Alice  </w:t>
      </w:r>
      <w:r>
        <w:rPr>
          <w:rFonts w:ascii="Arial" w:hAnsi="Arial"/>
          <w:color w:val="5D7284"/>
        </w:rPr>
        <w:t>49:31</w:t>
      </w:r>
    </w:p>
    <w:p w14:paraId="52B7C84F" w14:textId="77777777" w:rsidR="008E6F35" w:rsidRDefault="00116BC5">
      <w:pPr>
        <w:spacing w:after="0"/>
      </w:pPr>
      <w:proofErr w:type="spellStart"/>
      <w:r>
        <w:rPr>
          <w:rFonts w:ascii="Arial" w:hAnsi="Arial"/>
        </w:rPr>
        <w:t>i</w:t>
      </w:r>
      <w:proofErr w:type="spellEnd"/>
      <w:r>
        <w:rPr>
          <w:rFonts w:ascii="Arial" w:hAnsi="Arial"/>
        </w:rPr>
        <w:t xml:space="preserve"> mean that's the thing about advocacy is that it's about empowering other people and you know</w:t>
      </w:r>
      <w:r>
        <w:rPr>
          <w:rFonts w:ascii="Arial" w:hAnsi="Arial"/>
        </w:rPr>
        <w:t xml:space="preserve"> promoting other people to take action for themselves </w:t>
      </w:r>
      <w:proofErr w:type="spellStart"/>
      <w:r>
        <w:rPr>
          <w:rFonts w:ascii="Arial" w:hAnsi="Arial"/>
        </w:rPr>
        <w:t>i'm</w:t>
      </w:r>
      <w:proofErr w:type="spellEnd"/>
      <w:r>
        <w:rPr>
          <w:rFonts w:ascii="Arial" w:hAnsi="Arial"/>
        </w:rPr>
        <w:t xml:space="preserve"> constantly saying to clients </w:t>
      </w:r>
      <w:proofErr w:type="spellStart"/>
      <w:r>
        <w:rPr>
          <w:rFonts w:ascii="Arial" w:hAnsi="Arial"/>
        </w:rPr>
        <w:t>i</w:t>
      </w:r>
      <w:proofErr w:type="spellEnd"/>
      <w:r>
        <w:rPr>
          <w:rFonts w:ascii="Arial" w:hAnsi="Arial"/>
        </w:rPr>
        <w:t xml:space="preserve"> work with well </w:t>
      </w:r>
      <w:r>
        <w:rPr>
          <w:rFonts w:ascii="Arial" w:hAnsi="Arial"/>
        </w:rPr>
        <w:lastRenderedPageBreak/>
        <w:t xml:space="preserve">why </w:t>
      </w:r>
      <w:proofErr w:type="gramStart"/>
      <w:r>
        <w:rPr>
          <w:rFonts w:ascii="Arial" w:hAnsi="Arial"/>
        </w:rPr>
        <w:t>don't you</w:t>
      </w:r>
      <w:proofErr w:type="gramEnd"/>
      <w:r>
        <w:rPr>
          <w:rFonts w:ascii="Arial" w:hAnsi="Arial"/>
        </w:rPr>
        <w:t xml:space="preserve"> do that because you know my job is basically this is being paid to tell people how to do stuff and then making sure that they do it </w:t>
      </w:r>
    </w:p>
    <w:p w14:paraId="6F8C590F" w14:textId="77777777" w:rsidR="008E6F35" w:rsidRDefault="008E6F35">
      <w:pPr>
        <w:spacing w:after="0"/>
      </w:pPr>
    </w:p>
    <w:p w14:paraId="764196E5" w14:textId="77777777" w:rsidR="008E6F35" w:rsidRDefault="00116BC5">
      <w:pPr>
        <w:spacing w:after="0"/>
      </w:pPr>
      <w:r>
        <w:rPr>
          <w:rFonts w:ascii="Arial" w:hAnsi="Arial"/>
          <w:b/>
        </w:rPr>
        <w:t>Lucy</w:t>
      </w:r>
      <w:r>
        <w:rPr>
          <w:rFonts w:ascii="Arial" w:hAnsi="Arial"/>
          <w:b/>
        </w:rPr>
        <w:t xml:space="preserve">  </w:t>
      </w:r>
      <w:r>
        <w:rPr>
          <w:rFonts w:ascii="Arial" w:hAnsi="Arial"/>
          <w:color w:val="5D7284"/>
        </w:rPr>
        <w:t>49:56</w:t>
      </w:r>
    </w:p>
    <w:p w14:paraId="4D46D889" w14:textId="77777777" w:rsidR="008E6F35" w:rsidRDefault="00116BC5">
      <w:pPr>
        <w:spacing w:after="0"/>
      </w:pPr>
      <w:r>
        <w:rPr>
          <w:rFonts w:ascii="Arial" w:hAnsi="Arial"/>
        </w:rPr>
        <w:t xml:space="preserve">Yes </w:t>
      </w:r>
    </w:p>
    <w:p w14:paraId="31EDD7A9" w14:textId="77777777" w:rsidR="008E6F35" w:rsidRDefault="008E6F35">
      <w:pPr>
        <w:spacing w:after="0"/>
      </w:pPr>
    </w:p>
    <w:p w14:paraId="0C774AB6" w14:textId="77777777" w:rsidR="008E6F35" w:rsidRDefault="00116BC5">
      <w:pPr>
        <w:spacing w:after="0"/>
      </w:pPr>
      <w:r>
        <w:rPr>
          <w:rFonts w:ascii="Arial" w:hAnsi="Arial"/>
          <w:b/>
        </w:rPr>
        <w:t xml:space="preserve">Alice  </w:t>
      </w:r>
      <w:r>
        <w:rPr>
          <w:rFonts w:ascii="Arial" w:hAnsi="Arial"/>
          <w:color w:val="5D7284"/>
        </w:rPr>
        <w:t>49:56</w:t>
      </w:r>
    </w:p>
    <w:p w14:paraId="5779D333" w14:textId="77777777" w:rsidR="008E6F35" w:rsidRDefault="00116BC5">
      <w:pPr>
        <w:spacing w:after="0"/>
      </w:pPr>
      <w:r>
        <w:rPr>
          <w:rFonts w:ascii="Arial" w:hAnsi="Arial"/>
        </w:rPr>
        <w:t xml:space="preserve">Because taking you know taking charge somebody's life for them, providing, you know, even acting like a secretary, you're disempowering a person who may be vulnerable may have </w:t>
      </w:r>
      <w:proofErr w:type="gramStart"/>
      <w:r>
        <w:rPr>
          <w:rFonts w:ascii="Arial" w:hAnsi="Arial"/>
        </w:rPr>
        <w:t>those kind of needs</w:t>
      </w:r>
      <w:proofErr w:type="gramEnd"/>
      <w:r>
        <w:rPr>
          <w:rFonts w:ascii="Arial" w:hAnsi="Arial"/>
        </w:rPr>
        <w:t>, you know, by not promoting their</w:t>
      </w:r>
      <w:r>
        <w:rPr>
          <w:rFonts w:ascii="Arial" w:hAnsi="Arial"/>
        </w:rPr>
        <w:t xml:space="preserve"> own voice and their own agency,</w:t>
      </w:r>
    </w:p>
    <w:p w14:paraId="77A8365F" w14:textId="77777777" w:rsidR="008E6F35" w:rsidRDefault="008E6F35">
      <w:pPr>
        <w:spacing w:after="0"/>
      </w:pPr>
    </w:p>
    <w:p w14:paraId="0B3ADB78" w14:textId="77777777" w:rsidR="008E6F35" w:rsidRDefault="00116BC5">
      <w:pPr>
        <w:spacing w:after="0"/>
      </w:pPr>
      <w:r>
        <w:rPr>
          <w:rFonts w:ascii="Arial" w:hAnsi="Arial"/>
          <w:b/>
        </w:rPr>
        <w:t xml:space="preserve">Lucy  </w:t>
      </w:r>
      <w:r>
        <w:rPr>
          <w:rFonts w:ascii="Arial" w:hAnsi="Arial"/>
          <w:color w:val="5D7284"/>
        </w:rPr>
        <w:t>50:17</w:t>
      </w:r>
    </w:p>
    <w:p w14:paraId="6C022EEE" w14:textId="77777777" w:rsidR="008E6F35" w:rsidRDefault="00116BC5">
      <w:pPr>
        <w:spacing w:after="0"/>
      </w:pPr>
      <w:r>
        <w:rPr>
          <w:rFonts w:ascii="Arial" w:hAnsi="Arial"/>
        </w:rPr>
        <w:t xml:space="preserve">You've, you </w:t>
      </w:r>
      <w:proofErr w:type="gramStart"/>
      <w:r>
        <w:rPr>
          <w:rFonts w:ascii="Arial" w:hAnsi="Arial"/>
        </w:rPr>
        <w:t>definitely have</w:t>
      </w:r>
      <w:proofErr w:type="gramEnd"/>
      <w:r>
        <w:rPr>
          <w:rFonts w:ascii="Arial" w:hAnsi="Arial"/>
        </w:rPr>
        <w:t xml:space="preserve"> been, uh, I don't, I don't know whether you </w:t>
      </w:r>
      <w:proofErr w:type="spellStart"/>
      <w:r>
        <w:rPr>
          <w:rFonts w:ascii="Arial" w:hAnsi="Arial"/>
        </w:rPr>
        <w:t>realised</w:t>
      </w:r>
      <w:proofErr w:type="spellEnd"/>
      <w:r>
        <w:rPr>
          <w:rFonts w:ascii="Arial" w:hAnsi="Arial"/>
        </w:rPr>
        <w:t xml:space="preserve"> you were doing it at all, but it was, it was a great support, really. And I think, I think I think it's, we are, you know, everyb</w:t>
      </w:r>
      <w:r>
        <w:rPr>
          <w:rFonts w:ascii="Arial" w:hAnsi="Arial"/>
        </w:rPr>
        <w:t xml:space="preserve">ody here in this conversation, we are the kind of people that want to encourage others to, you know, to live the best life possible. And it's something I think it's something that I'm </w:t>
      </w:r>
      <w:proofErr w:type="gramStart"/>
      <w:r>
        <w:rPr>
          <w:rFonts w:ascii="Arial" w:hAnsi="Arial"/>
        </w:rPr>
        <w:t>very proud</w:t>
      </w:r>
      <w:proofErr w:type="gramEnd"/>
      <w:r>
        <w:rPr>
          <w:rFonts w:ascii="Arial" w:hAnsi="Arial"/>
        </w:rPr>
        <w:t xml:space="preserve"> of, and I know that you are as well Alice, so...</w:t>
      </w:r>
    </w:p>
    <w:p w14:paraId="2ACF6456" w14:textId="77777777" w:rsidR="008E6F35" w:rsidRDefault="008E6F35">
      <w:pPr>
        <w:spacing w:after="0"/>
      </w:pPr>
    </w:p>
    <w:p w14:paraId="71490517" w14:textId="77777777" w:rsidR="008E6F35" w:rsidRDefault="00116BC5">
      <w:pPr>
        <w:spacing w:after="0"/>
      </w:pPr>
      <w:r>
        <w:rPr>
          <w:rFonts w:ascii="Arial" w:hAnsi="Arial"/>
          <w:b/>
        </w:rPr>
        <w:t xml:space="preserve">Alice  </w:t>
      </w:r>
      <w:r>
        <w:rPr>
          <w:rFonts w:ascii="Arial" w:hAnsi="Arial"/>
          <w:color w:val="5D7284"/>
        </w:rPr>
        <w:t>50:5</w:t>
      </w:r>
      <w:r>
        <w:rPr>
          <w:rFonts w:ascii="Arial" w:hAnsi="Arial"/>
          <w:color w:val="5D7284"/>
        </w:rPr>
        <w:t>4</w:t>
      </w:r>
    </w:p>
    <w:p w14:paraId="195538FF" w14:textId="77777777" w:rsidR="008E6F35" w:rsidRDefault="00116BC5">
      <w:pPr>
        <w:spacing w:after="0"/>
      </w:pPr>
      <w:r>
        <w:rPr>
          <w:rFonts w:ascii="Arial" w:hAnsi="Arial"/>
        </w:rPr>
        <w:t xml:space="preserve">I think it's something that we're trying to achieve with this podcast, as well, is </w:t>
      </w:r>
      <w:proofErr w:type="spellStart"/>
      <w:r>
        <w:rPr>
          <w:rFonts w:ascii="Arial" w:hAnsi="Arial"/>
        </w:rPr>
        <w:t>is</w:t>
      </w:r>
      <w:proofErr w:type="spellEnd"/>
      <w:r>
        <w:rPr>
          <w:rFonts w:ascii="Arial" w:hAnsi="Arial"/>
        </w:rPr>
        <w:t xml:space="preserve"> giving voices to people, you know, giving people the opportunity to tell their stories, and, you know, champion, the campaign or the issue that is closest to their </w:t>
      </w:r>
      <w:r>
        <w:rPr>
          <w:rFonts w:ascii="Arial" w:hAnsi="Arial"/>
        </w:rPr>
        <w:t xml:space="preserve">heart. And I think it sounds like, you know, that's the thing that that is, is kind of your baby in the way that our baby is  this podcast, Graham, I feel like, you know, your, your SAS group is, is the thing that you've really, you know, poured </w:t>
      </w:r>
      <w:proofErr w:type="gramStart"/>
      <w:r>
        <w:rPr>
          <w:rFonts w:ascii="Arial" w:hAnsi="Arial"/>
        </w:rPr>
        <w:t>you're</w:t>
      </w:r>
      <w:proofErr w:type="gramEnd"/>
      <w:r>
        <w:rPr>
          <w:rFonts w:ascii="Arial" w:hAnsi="Arial"/>
        </w:rPr>
        <w:t xml:space="preserve"> kin</w:t>
      </w:r>
      <w:r>
        <w:rPr>
          <w:rFonts w:ascii="Arial" w:hAnsi="Arial"/>
        </w:rPr>
        <w:t>d of yourself into, and yeah, I mean, it sounds like you and others have really reaped the benefit of that</w:t>
      </w:r>
    </w:p>
    <w:p w14:paraId="75784901" w14:textId="77777777" w:rsidR="008E6F35" w:rsidRDefault="008E6F35">
      <w:pPr>
        <w:spacing w:after="0"/>
      </w:pPr>
    </w:p>
    <w:p w14:paraId="22959850" w14:textId="77777777" w:rsidR="008E6F35" w:rsidRDefault="00116BC5">
      <w:pPr>
        <w:spacing w:after="0"/>
      </w:pPr>
      <w:r>
        <w:rPr>
          <w:rFonts w:ascii="Arial" w:hAnsi="Arial"/>
          <w:b/>
        </w:rPr>
        <w:t xml:space="preserve">Lucy  </w:t>
      </w:r>
      <w:r>
        <w:rPr>
          <w:rFonts w:ascii="Arial" w:hAnsi="Arial"/>
          <w:color w:val="5D7284"/>
        </w:rPr>
        <w:t>51:39</w:t>
      </w:r>
    </w:p>
    <w:p w14:paraId="6000ECBC" w14:textId="77777777" w:rsidR="008E6F35" w:rsidRDefault="00116BC5">
      <w:pPr>
        <w:spacing w:after="0"/>
      </w:pPr>
      <w:r>
        <w:rPr>
          <w:rFonts w:ascii="Arial" w:hAnsi="Arial"/>
        </w:rPr>
        <w:t>Graham is there anything that you want to promote, any projects and things? We always give our guests a space to promote anything that t</w:t>
      </w:r>
      <w:r>
        <w:rPr>
          <w:rFonts w:ascii="Arial" w:hAnsi="Arial"/>
        </w:rPr>
        <w:t xml:space="preserve">hey may be working on either in the future or currently. </w:t>
      </w:r>
      <w:proofErr w:type="gramStart"/>
      <w:r>
        <w:rPr>
          <w:rFonts w:ascii="Arial" w:hAnsi="Arial"/>
        </w:rPr>
        <w:t>So</w:t>
      </w:r>
      <w:proofErr w:type="gramEnd"/>
      <w:r>
        <w:rPr>
          <w:rFonts w:ascii="Arial" w:hAnsi="Arial"/>
        </w:rPr>
        <w:t xml:space="preserve"> now's your chance to do it. And we can put all the links on our website.</w:t>
      </w:r>
    </w:p>
    <w:p w14:paraId="1E86C091" w14:textId="77777777" w:rsidR="008E6F35" w:rsidRDefault="008E6F35">
      <w:pPr>
        <w:spacing w:after="0"/>
      </w:pPr>
    </w:p>
    <w:p w14:paraId="32962D1B" w14:textId="77777777" w:rsidR="008E6F35" w:rsidRDefault="00116BC5">
      <w:pPr>
        <w:spacing w:after="0"/>
      </w:pPr>
      <w:r>
        <w:rPr>
          <w:rFonts w:ascii="Arial" w:hAnsi="Arial"/>
          <w:b/>
        </w:rPr>
        <w:t xml:space="preserve">Graham  </w:t>
      </w:r>
      <w:r>
        <w:rPr>
          <w:rFonts w:ascii="Arial" w:hAnsi="Arial"/>
          <w:color w:val="5D7284"/>
        </w:rPr>
        <w:t>51:57</w:t>
      </w:r>
    </w:p>
    <w:p w14:paraId="464D21A6" w14:textId="77777777" w:rsidR="008E6F35" w:rsidRDefault="00116BC5">
      <w:pPr>
        <w:spacing w:after="0"/>
      </w:pPr>
      <w:r>
        <w:rPr>
          <w:rFonts w:ascii="Arial" w:hAnsi="Arial"/>
        </w:rPr>
        <w:t xml:space="preserve">Well like I said, my, er, my  projects are on hiatus </w:t>
      </w:r>
      <w:proofErr w:type="gramStart"/>
      <w:r>
        <w:rPr>
          <w:rFonts w:ascii="Arial" w:hAnsi="Arial"/>
        </w:rPr>
        <w:t>at the moment</w:t>
      </w:r>
      <w:proofErr w:type="gramEnd"/>
      <w:r>
        <w:rPr>
          <w:rFonts w:ascii="Arial" w:hAnsi="Arial"/>
        </w:rPr>
        <w:t xml:space="preserve"> and I'm a bit in the dark about what </w:t>
      </w:r>
      <w:r>
        <w:rPr>
          <w:rFonts w:ascii="Arial" w:hAnsi="Arial"/>
        </w:rPr>
        <w:t>the council's going to do for this Autism Awareness Week. But I have contributed to something Writing East Midlands is doing; they're publishing some work written by autistic authors over zoom and they're going to be launching that soon. So that's somethin</w:t>
      </w:r>
      <w:r>
        <w:rPr>
          <w:rFonts w:ascii="Arial" w:hAnsi="Arial"/>
        </w:rPr>
        <w:t>g to keep your eye on</w:t>
      </w:r>
    </w:p>
    <w:p w14:paraId="1810CA07" w14:textId="77777777" w:rsidR="008E6F35" w:rsidRDefault="008E6F35">
      <w:pPr>
        <w:spacing w:after="0"/>
      </w:pPr>
    </w:p>
    <w:p w14:paraId="57233786" w14:textId="77777777" w:rsidR="008E6F35" w:rsidRDefault="00116BC5">
      <w:pPr>
        <w:spacing w:after="0"/>
      </w:pPr>
      <w:r>
        <w:rPr>
          <w:rFonts w:ascii="Arial" w:hAnsi="Arial"/>
          <w:b/>
        </w:rPr>
        <w:t xml:space="preserve">Lucy  </w:t>
      </w:r>
      <w:r>
        <w:rPr>
          <w:rFonts w:ascii="Arial" w:hAnsi="Arial"/>
          <w:color w:val="5D7284"/>
        </w:rPr>
        <w:t>52:26</w:t>
      </w:r>
    </w:p>
    <w:p w14:paraId="7D15E65E" w14:textId="77777777" w:rsidR="008E6F35" w:rsidRDefault="00116BC5">
      <w:pPr>
        <w:spacing w:after="0"/>
      </w:pPr>
      <w:r>
        <w:rPr>
          <w:rFonts w:ascii="Arial" w:hAnsi="Arial"/>
        </w:rPr>
        <w:t>We can link to that on our website Graham. If you send us all the details, we can put it on our website and link through if you like.</w:t>
      </w:r>
    </w:p>
    <w:p w14:paraId="4C33AA6B" w14:textId="77777777" w:rsidR="008E6F35" w:rsidRDefault="008E6F35">
      <w:pPr>
        <w:spacing w:after="0"/>
      </w:pPr>
    </w:p>
    <w:p w14:paraId="751DB7E4" w14:textId="77777777" w:rsidR="008E6F35" w:rsidRDefault="00116BC5">
      <w:pPr>
        <w:spacing w:after="0"/>
      </w:pPr>
      <w:r>
        <w:rPr>
          <w:rFonts w:ascii="Arial" w:hAnsi="Arial"/>
          <w:b/>
        </w:rPr>
        <w:t xml:space="preserve">Graham  </w:t>
      </w:r>
      <w:r>
        <w:rPr>
          <w:rFonts w:ascii="Arial" w:hAnsi="Arial"/>
          <w:color w:val="5D7284"/>
        </w:rPr>
        <w:t>52:34</w:t>
      </w:r>
    </w:p>
    <w:p w14:paraId="10248AAF" w14:textId="77777777" w:rsidR="008E6F35" w:rsidRDefault="00116BC5">
      <w:pPr>
        <w:spacing w:after="0"/>
      </w:pPr>
      <w:r>
        <w:rPr>
          <w:rFonts w:ascii="Arial" w:hAnsi="Arial"/>
        </w:rPr>
        <w:t>Yeah, I'll send you a link as soon as I can. Yeah. Like I said it's stil</w:t>
      </w:r>
      <w:r>
        <w:rPr>
          <w:rFonts w:ascii="Arial" w:hAnsi="Arial"/>
        </w:rPr>
        <w:t>l in the planning stages.</w:t>
      </w:r>
    </w:p>
    <w:p w14:paraId="64E921EE" w14:textId="77777777" w:rsidR="008E6F35" w:rsidRDefault="008E6F35">
      <w:pPr>
        <w:spacing w:after="0"/>
      </w:pPr>
    </w:p>
    <w:p w14:paraId="5EC796CE" w14:textId="77777777" w:rsidR="008E6F35" w:rsidRDefault="00116BC5">
      <w:pPr>
        <w:spacing w:after="0"/>
      </w:pPr>
      <w:r>
        <w:rPr>
          <w:rFonts w:ascii="Arial" w:hAnsi="Arial"/>
          <w:b/>
        </w:rPr>
        <w:lastRenderedPageBreak/>
        <w:t xml:space="preserve">Lucy  </w:t>
      </w:r>
      <w:r>
        <w:rPr>
          <w:rFonts w:ascii="Arial" w:hAnsi="Arial"/>
          <w:color w:val="5D7284"/>
        </w:rPr>
        <w:t>52:41</w:t>
      </w:r>
    </w:p>
    <w:p w14:paraId="29F13388" w14:textId="77777777" w:rsidR="008E6F35" w:rsidRDefault="00116BC5">
      <w:pPr>
        <w:spacing w:after="0"/>
      </w:pPr>
      <w:r>
        <w:rPr>
          <w:rFonts w:ascii="Arial" w:hAnsi="Arial"/>
        </w:rPr>
        <w:t xml:space="preserve">Yeah. Yeah. </w:t>
      </w:r>
    </w:p>
    <w:p w14:paraId="2552A1F4" w14:textId="77777777" w:rsidR="008E6F35" w:rsidRDefault="008E6F35">
      <w:pPr>
        <w:spacing w:after="0"/>
      </w:pPr>
    </w:p>
    <w:p w14:paraId="6E1BD44C" w14:textId="77777777" w:rsidR="008E6F35" w:rsidRDefault="00116BC5">
      <w:pPr>
        <w:spacing w:after="0"/>
      </w:pPr>
      <w:r>
        <w:rPr>
          <w:rFonts w:ascii="Arial" w:hAnsi="Arial"/>
          <w:b/>
        </w:rPr>
        <w:t xml:space="preserve">Graham  </w:t>
      </w:r>
      <w:r>
        <w:rPr>
          <w:rFonts w:ascii="Arial" w:hAnsi="Arial"/>
          <w:color w:val="5D7284"/>
        </w:rPr>
        <w:t>52:43</w:t>
      </w:r>
    </w:p>
    <w:p w14:paraId="3CAC4C77" w14:textId="77777777" w:rsidR="008E6F35" w:rsidRDefault="00116BC5">
      <w:pPr>
        <w:spacing w:after="0"/>
      </w:pPr>
      <w:r>
        <w:rPr>
          <w:rFonts w:ascii="Arial" w:hAnsi="Arial"/>
        </w:rPr>
        <w:t xml:space="preserve">Okay. </w:t>
      </w:r>
    </w:p>
    <w:p w14:paraId="38FE3797" w14:textId="77777777" w:rsidR="008E6F35" w:rsidRDefault="008E6F35">
      <w:pPr>
        <w:spacing w:after="0"/>
      </w:pPr>
    </w:p>
    <w:p w14:paraId="0BA764D7" w14:textId="77777777" w:rsidR="008E6F35" w:rsidRDefault="00116BC5">
      <w:pPr>
        <w:spacing w:after="0"/>
      </w:pPr>
      <w:r>
        <w:rPr>
          <w:rFonts w:ascii="Arial" w:hAnsi="Arial"/>
          <w:b/>
        </w:rPr>
        <w:t xml:space="preserve">Lucy  </w:t>
      </w:r>
      <w:r>
        <w:rPr>
          <w:rFonts w:ascii="Arial" w:hAnsi="Arial"/>
          <w:color w:val="5D7284"/>
        </w:rPr>
        <w:t>52:43</w:t>
      </w:r>
    </w:p>
    <w:p w14:paraId="2FD43C6F" w14:textId="77777777" w:rsidR="008E6F35" w:rsidRDefault="00116BC5">
      <w:pPr>
        <w:spacing w:after="0"/>
      </w:pPr>
      <w:r>
        <w:rPr>
          <w:rFonts w:ascii="Arial" w:hAnsi="Arial"/>
        </w:rPr>
        <w:t>Great stuff.</w:t>
      </w:r>
    </w:p>
    <w:p w14:paraId="7C1F4E3B" w14:textId="77777777" w:rsidR="008E6F35" w:rsidRDefault="008E6F35">
      <w:pPr>
        <w:spacing w:after="0"/>
      </w:pPr>
    </w:p>
    <w:p w14:paraId="58091A74" w14:textId="77777777" w:rsidR="008E6F35" w:rsidRDefault="00116BC5">
      <w:pPr>
        <w:spacing w:after="0"/>
      </w:pPr>
      <w:r>
        <w:rPr>
          <w:rFonts w:ascii="Arial" w:hAnsi="Arial"/>
          <w:b/>
        </w:rPr>
        <w:t xml:space="preserve">Alice  </w:t>
      </w:r>
      <w:r>
        <w:rPr>
          <w:rFonts w:ascii="Arial" w:hAnsi="Arial"/>
          <w:color w:val="5D7284"/>
        </w:rPr>
        <w:t>52:44</w:t>
      </w:r>
    </w:p>
    <w:p w14:paraId="7048B911" w14:textId="77777777" w:rsidR="008E6F35" w:rsidRDefault="00116BC5">
      <w:pPr>
        <w:spacing w:after="0"/>
      </w:pPr>
      <w:r>
        <w:rPr>
          <w:rFonts w:ascii="Arial" w:hAnsi="Arial"/>
        </w:rPr>
        <w:t>And where can people find you if they want to follow you on social media? Or have you, has the SAS got a website that people can visit to sort</w:t>
      </w:r>
      <w:r>
        <w:rPr>
          <w:rFonts w:ascii="Arial" w:hAnsi="Arial"/>
        </w:rPr>
        <w:t xml:space="preserve"> of see what you're up to?</w:t>
      </w:r>
    </w:p>
    <w:p w14:paraId="30F0B4B7" w14:textId="77777777" w:rsidR="008E6F35" w:rsidRDefault="008E6F35">
      <w:pPr>
        <w:spacing w:after="0"/>
      </w:pPr>
    </w:p>
    <w:p w14:paraId="1D51ADEB" w14:textId="77777777" w:rsidR="008E6F35" w:rsidRDefault="00116BC5">
      <w:pPr>
        <w:spacing w:after="0"/>
      </w:pPr>
      <w:r>
        <w:rPr>
          <w:rFonts w:ascii="Arial" w:hAnsi="Arial"/>
          <w:b/>
        </w:rPr>
        <w:t xml:space="preserve">Graham  </w:t>
      </w:r>
      <w:r>
        <w:rPr>
          <w:rFonts w:ascii="Arial" w:hAnsi="Arial"/>
          <w:color w:val="5D7284"/>
        </w:rPr>
        <w:t>52:57</w:t>
      </w:r>
    </w:p>
    <w:p w14:paraId="6189D740" w14:textId="77777777" w:rsidR="008E6F35" w:rsidRDefault="00116BC5">
      <w:pPr>
        <w:spacing w:after="0"/>
      </w:pPr>
      <w:r>
        <w:rPr>
          <w:rFonts w:ascii="Arial" w:hAnsi="Arial"/>
        </w:rPr>
        <w:t xml:space="preserve">You know, the SAS has their own website, run by yours truly, over the years. Quite a good website from I've been told. Yeah, if you just Google Swadlincote SAS then it's </w:t>
      </w:r>
      <w:proofErr w:type="spellStart"/>
      <w:r>
        <w:rPr>
          <w:rFonts w:ascii="Arial" w:hAnsi="Arial"/>
        </w:rPr>
        <w:t>uually</w:t>
      </w:r>
      <w:proofErr w:type="spellEnd"/>
      <w:r>
        <w:rPr>
          <w:rFonts w:ascii="Arial" w:hAnsi="Arial"/>
        </w:rPr>
        <w:t xml:space="preserve"> the first thing that comes up .</w:t>
      </w:r>
    </w:p>
    <w:p w14:paraId="0013AC03" w14:textId="77777777" w:rsidR="008E6F35" w:rsidRDefault="008E6F35">
      <w:pPr>
        <w:spacing w:after="0"/>
      </w:pPr>
    </w:p>
    <w:p w14:paraId="0DBAA8F0" w14:textId="77777777" w:rsidR="008E6F35" w:rsidRDefault="00116BC5">
      <w:pPr>
        <w:spacing w:after="0"/>
      </w:pPr>
      <w:r>
        <w:rPr>
          <w:rFonts w:ascii="Arial" w:hAnsi="Arial"/>
          <w:b/>
        </w:rPr>
        <w:t>Lucy</w:t>
      </w:r>
      <w:r>
        <w:rPr>
          <w:rFonts w:ascii="Arial" w:hAnsi="Arial"/>
          <w:b/>
        </w:rPr>
        <w:t xml:space="preserve">  </w:t>
      </w:r>
      <w:r>
        <w:rPr>
          <w:rFonts w:ascii="Arial" w:hAnsi="Arial"/>
          <w:color w:val="5D7284"/>
        </w:rPr>
        <w:t>53:13</w:t>
      </w:r>
    </w:p>
    <w:p w14:paraId="4CEFBB5B" w14:textId="77777777" w:rsidR="008E6F35" w:rsidRDefault="00116BC5">
      <w:pPr>
        <w:spacing w:after="0"/>
      </w:pPr>
      <w:r>
        <w:rPr>
          <w:rFonts w:ascii="Arial" w:hAnsi="Arial"/>
        </w:rPr>
        <w:t>That's good.</w:t>
      </w:r>
    </w:p>
    <w:p w14:paraId="23F37416" w14:textId="77777777" w:rsidR="008E6F35" w:rsidRDefault="008E6F35">
      <w:pPr>
        <w:spacing w:after="0"/>
      </w:pPr>
    </w:p>
    <w:p w14:paraId="4DB93214" w14:textId="77777777" w:rsidR="008E6F35" w:rsidRDefault="00116BC5">
      <w:pPr>
        <w:spacing w:after="0"/>
      </w:pPr>
      <w:r>
        <w:rPr>
          <w:rFonts w:ascii="Arial" w:hAnsi="Arial"/>
          <w:b/>
        </w:rPr>
        <w:t xml:space="preserve">Graham  </w:t>
      </w:r>
      <w:r>
        <w:rPr>
          <w:rFonts w:ascii="Arial" w:hAnsi="Arial"/>
          <w:color w:val="5D7284"/>
        </w:rPr>
        <w:t>53:14</w:t>
      </w:r>
    </w:p>
    <w:p w14:paraId="54C30B0C" w14:textId="77777777" w:rsidR="008E6F35" w:rsidRDefault="00116BC5">
      <w:pPr>
        <w:spacing w:after="0"/>
      </w:pPr>
      <w:r>
        <w:rPr>
          <w:rFonts w:ascii="Arial" w:hAnsi="Arial"/>
        </w:rPr>
        <w:t>Yes, the websites called Swad-Aspies, which is, which are both nicknames.</w:t>
      </w:r>
    </w:p>
    <w:p w14:paraId="598BA6C5" w14:textId="77777777" w:rsidR="008E6F35" w:rsidRDefault="008E6F35">
      <w:pPr>
        <w:spacing w:after="0"/>
      </w:pPr>
    </w:p>
    <w:p w14:paraId="5D89C47B" w14:textId="77777777" w:rsidR="008E6F35" w:rsidRDefault="00116BC5">
      <w:pPr>
        <w:spacing w:after="0"/>
      </w:pPr>
      <w:r>
        <w:rPr>
          <w:rFonts w:ascii="Arial" w:hAnsi="Arial"/>
          <w:b/>
        </w:rPr>
        <w:t xml:space="preserve">Alice  </w:t>
      </w:r>
      <w:r>
        <w:rPr>
          <w:rFonts w:ascii="Arial" w:hAnsi="Arial"/>
          <w:color w:val="5D7284"/>
        </w:rPr>
        <w:t>53:19</w:t>
      </w:r>
    </w:p>
    <w:p w14:paraId="094398A0" w14:textId="77777777" w:rsidR="008E6F35" w:rsidRDefault="00116BC5">
      <w:pPr>
        <w:spacing w:after="0"/>
      </w:pPr>
      <w:r>
        <w:rPr>
          <w:rFonts w:ascii="Arial" w:hAnsi="Arial"/>
        </w:rPr>
        <w:t>I like that [laughs]</w:t>
      </w:r>
    </w:p>
    <w:p w14:paraId="0142E1DC" w14:textId="77777777" w:rsidR="008E6F35" w:rsidRDefault="008E6F35">
      <w:pPr>
        <w:spacing w:after="0"/>
      </w:pPr>
    </w:p>
    <w:p w14:paraId="7DDF5D14" w14:textId="77777777" w:rsidR="008E6F35" w:rsidRDefault="00116BC5">
      <w:pPr>
        <w:spacing w:after="0"/>
      </w:pPr>
      <w:r>
        <w:rPr>
          <w:rFonts w:ascii="Arial" w:hAnsi="Arial"/>
          <w:b/>
        </w:rPr>
        <w:t xml:space="preserve">Lucy  </w:t>
      </w:r>
      <w:r>
        <w:rPr>
          <w:rFonts w:ascii="Arial" w:hAnsi="Arial"/>
          <w:color w:val="5D7284"/>
        </w:rPr>
        <w:t>53:20</w:t>
      </w:r>
    </w:p>
    <w:p w14:paraId="7D02D641" w14:textId="77777777" w:rsidR="008E6F35" w:rsidRDefault="00116BC5">
      <w:pPr>
        <w:spacing w:after="0"/>
      </w:pPr>
      <w:r>
        <w:rPr>
          <w:rFonts w:ascii="Arial" w:hAnsi="Arial"/>
        </w:rPr>
        <w:t xml:space="preserve">Yeah, great stuff. Well, what, like I say we'll link all of that on our website, and you can </w:t>
      </w:r>
      <w:r>
        <w:rPr>
          <w:rFonts w:ascii="Arial" w:hAnsi="Arial"/>
        </w:rPr>
        <w:t>find it in the show notes as well alongside the transcription for this episode.</w:t>
      </w:r>
    </w:p>
    <w:p w14:paraId="70E26915" w14:textId="77777777" w:rsidR="008E6F35" w:rsidRDefault="008E6F35">
      <w:pPr>
        <w:spacing w:after="0"/>
      </w:pPr>
    </w:p>
    <w:p w14:paraId="38E63301" w14:textId="77777777" w:rsidR="008E6F35" w:rsidRDefault="00116BC5">
      <w:pPr>
        <w:spacing w:after="0"/>
      </w:pPr>
      <w:r>
        <w:rPr>
          <w:rFonts w:ascii="Arial" w:hAnsi="Arial"/>
          <w:b/>
        </w:rPr>
        <w:t xml:space="preserve">Graham  </w:t>
      </w:r>
      <w:r>
        <w:rPr>
          <w:rFonts w:ascii="Arial" w:hAnsi="Arial"/>
          <w:color w:val="5D7284"/>
        </w:rPr>
        <w:t>53:30</w:t>
      </w:r>
    </w:p>
    <w:p w14:paraId="723F8840" w14:textId="77777777" w:rsidR="008E6F35" w:rsidRDefault="00116BC5">
      <w:pPr>
        <w:spacing w:after="0"/>
      </w:pPr>
      <w:r>
        <w:rPr>
          <w:rFonts w:ascii="Arial" w:hAnsi="Arial"/>
        </w:rPr>
        <w:t xml:space="preserve">Yeah. I'm on Instagram as well. </w:t>
      </w:r>
      <w:proofErr w:type="gramStart"/>
      <w:r>
        <w:rPr>
          <w:rFonts w:ascii="Arial" w:hAnsi="Arial"/>
        </w:rPr>
        <w:t>So</w:t>
      </w:r>
      <w:proofErr w:type="gramEnd"/>
      <w:r>
        <w:rPr>
          <w:rFonts w:ascii="Arial" w:hAnsi="Arial"/>
        </w:rPr>
        <w:t xml:space="preserve"> my Instagram is Mr. Grey Rodger. And my blog is called my 50 </w:t>
      </w:r>
      <w:proofErr w:type="gramStart"/>
      <w:r>
        <w:rPr>
          <w:rFonts w:ascii="Arial" w:hAnsi="Arial"/>
        </w:rPr>
        <w:t>shades</w:t>
      </w:r>
      <w:proofErr w:type="gramEnd"/>
    </w:p>
    <w:p w14:paraId="0A5AE5C1" w14:textId="77777777" w:rsidR="008E6F35" w:rsidRDefault="008E6F35">
      <w:pPr>
        <w:spacing w:after="0"/>
      </w:pPr>
    </w:p>
    <w:p w14:paraId="5C2CE32B" w14:textId="77777777" w:rsidR="008E6F35" w:rsidRDefault="00116BC5">
      <w:pPr>
        <w:spacing w:after="0"/>
      </w:pPr>
      <w:r>
        <w:rPr>
          <w:rFonts w:ascii="Arial" w:hAnsi="Arial"/>
          <w:b/>
        </w:rPr>
        <w:t xml:space="preserve">Lucy  </w:t>
      </w:r>
      <w:r>
        <w:rPr>
          <w:rFonts w:ascii="Arial" w:hAnsi="Arial"/>
          <w:color w:val="5D7284"/>
        </w:rPr>
        <w:t>53:40</w:t>
      </w:r>
    </w:p>
    <w:p w14:paraId="4113E274" w14:textId="77777777" w:rsidR="008E6F35" w:rsidRDefault="00116BC5">
      <w:pPr>
        <w:spacing w:after="0"/>
      </w:pPr>
      <w:r>
        <w:rPr>
          <w:rFonts w:ascii="Arial" w:hAnsi="Arial"/>
        </w:rPr>
        <w:t>Right!</w:t>
      </w:r>
    </w:p>
    <w:p w14:paraId="32E36351" w14:textId="77777777" w:rsidR="008E6F35" w:rsidRDefault="008E6F35">
      <w:pPr>
        <w:spacing w:after="0"/>
      </w:pPr>
    </w:p>
    <w:p w14:paraId="5865F8D6" w14:textId="77777777" w:rsidR="008E6F35" w:rsidRDefault="00116BC5">
      <w:pPr>
        <w:spacing w:after="0"/>
      </w:pPr>
      <w:r>
        <w:rPr>
          <w:rFonts w:ascii="Arial" w:hAnsi="Arial"/>
          <w:b/>
        </w:rPr>
        <w:t xml:space="preserve">Alice  </w:t>
      </w:r>
      <w:r>
        <w:rPr>
          <w:rFonts w:ascii="Arial" w:hAnsi="Arial"/>
          <w:color w:val="5D7284"/>
        </w:rPr>
        <w:t>53:40</w:t>
      </w:r>
    </w:p>
    <w:p w14:paraId="5B07FE7C" w14:textId="77777777" w:rsidR="008E6F35" w:rsidRDefault="00116BC5">
      <w:pPr>
        <w:spacing w:after="0"/>
      </w:pPr>
      <w:r>
        <w:rPr>
          <w:rFonts w:ascii="Arial" w:hAnsi="Arial"/>
        </w:rPr>
        <w:t>[laughs]</w:t>
      </w:r>
    </w:p>
    <w:p w14:paraId="5CBAC598" w14:textId="77777777" w:rsidR="008E6F35" w:rsidRDefault="008E6F35">
      <w:pPr>
        <w:spacing w:after="0"/>
      </w:pPr>
    </w:p>
    <w:p w14:paraId="043B3D4D" w14:textId="77777777" w:rsidR="008E6F35" w:rsidRDefault="00116BC5">
      <w:pPr>
        <w:spacing w:after="0"/>
      </w:pPr>
      <w:r>
        <w:rPr>
          <w:rFonts w:ascii="Arial" w:hAnsi="Arial"/>
          <w:b/>
        </w:rPr>
        <w:t xml:space="preserve">Graham  </w:t>
      </w:r>
      <w:r>
        <w:rPr>
          <w:rFonts w:ascii="Arial" w:hAnsi="Arial"/>
          <w:color w:val="5D7284"/>
        </w:rPr>
        <w:t>53:40</w:t>
      </w:r>
    </w:p>
    <w:p w14:paraId="6FAB67B8" w14:textId="77777777" w:rsidR="008E6F35" w:rsidRDefault="00116BC5">
      <w:pPr>
        <w:spacing w:after="0"/>
      </w:pPr>
      <w:r>
        <w:rPr>
          <w:rFonts w:ascii="Arial" w:hAnsi="Arial"/>
        </w:rPr>
        <w:t>Yes, you got that didn't you? Yeah.</w:t>
      </w:r>
    </w:p>
    <w:p w14:paraId="1DB6F941" w14:textId="77777777" w:rsidR="008E6F35" w:rsidRDefault="008E6F35">
      <w:pPr>
        <w:spacing w:after="0"/>
      </w:pPr>
    </w:p>
    <w:p w14:paraId="0F84EC63" w14:textId="77777777" w:rsidR="008E6F35" w:rsidRDefault="00116BC5">
      <w:pPr>
        <w:spacing w:after="0"/>
      </w:pPr>
      <w:r>
        <w:rPr>
          <w:rFonts w:ascii="Arial" w:hAnsi="Arial"/>
          <w:b/>
        </w:rPr>
        <w:lastRenderedPageBreak/>
        <w:t xml:space="preserve">Lucy  </w:t>
      </w:r>
      <w:r>
        <w:rPr>
          <w:rFonts w:ascii="Arial" w:hAnsi="Arial"/>
          <w:color w:val="5D7284"/>
        </w:rPr>
        <w:t>53:47</w:t>
      </w:r>
    </w:p>
    <w:p w14:paraId="796D4729" w14:textId="77777777" w:rsidR="008E6F35" w:rsidRDefault="00116BC5">
      <w:pPr>
        <w:spacing w:after="0"/>
      </w:pPr>
      <w:r>
        <w:rPr>
          <w:rFonts w:ascii="Arial" w:hAnsi="Arial"/>
        </w:rPr>
        <w:t>Fantastic.</w:t>
      </w:r>
    </w:p>
    <w:p w14:paraId="704FEEBF" w14:textId="77777777" w:rsidR="008E6F35" w:rsidRDefault="008E6F35">
      <w:pPr>
        <w:spacing w:after="0"/>
      </w:pPr>
    </w:p>
    <w:p w14:paraId="45870328" w14:textId="77777777" w:rsidR="008E6F35" w:rsidRDefault="00116BC5">
      <w:pPr>
        <w:spacing w:after="0"/>
      </w:pPr>
      <w:r>
        <w:rPr>
          <w:rFonts w:ascii="Arial" w:hAnsi="Arial"/>
          <w:b/>
        </w:rPr>
        <w:t xml:space="preserve">Graham  </w:t>
      </w:r>
      <w:r>
        <w:rPr>
          <w:rFonts w:ascii="Arial" w:hAnsi="Arial"/>
          <w:color w:val="5D7284"/>
        </w:rPr>
        <w:t>53:48</w:t>
      </w:r>
    </w:p>
    <w:p w14:paraId="6790F36A" w14:textId="77777777" w:rsidR="008E6F35" w:rsidRDefault="00116BC5">
      <w:pPr>
        <w:spacing w:after="0"/>
      </w:pPr>
      <w:r>
        <w:rPr>
          <w:rFonts w:ascii="Arial" w:hAnsi="Arial"/>
        </w:rPr>
        <w:t xml:space="preserve">It has become sort of my official nickname over the years, you know, Mr. Grey. I mean, not that I'm complaining about it's probably the best nickname I've ever had apart. Apart </w:t>
      </w:r>
      <w:r>
        <w:rPr>
          <w:rFonts w:ascii="Arial" w:hAnsi="Arial"/>
        </w:rPr>
        <w:t>from, you know, terrible names I used to get called...</w:t>
      </w:r>
    </w:p>
    <w:p w14:paraId="3ED71A33" w14:textId="77777777" w:rsidR="008E6F35" w:rsidRDefault="008E6F35">
      <w:pPr>
        <w:spacing w:after="0"/>
      </w:pPr>
    </w:p>
    <w:p w14:paraId="5D14F78F" w14:textId="77777777" w:rsidR="008E6F35" w:rsidRDefault="00116BC5">
      <w:pPr>
        <w:spacing w:after="0"/>
      </w:pPr>
      <w:r>
        <w:rPr>
          <w:rFonts w:ascii="Arial" w:hAnsi="Arial"/>
          <w:b/>
        </w:rPr>
        <w:t xml:space="preserve">Lucy  </w:t>
      </w:r>
      <w:r>
        <w:rPr>
          <w:rFonts w:ascii="Arial" w:hAnsi="Arial"/>
          <w:color w:val="5D7284"/>
        </w:rPr>
        <w:t>54:02</w:t>
      </w:r>
    </w:p>
    <w:p w14:paraId="086A0B69" w14:textId="77777777" w:rsidR="008E6F35" w:rsidRDefault="00116BC5">
      <w:pPr>
        <w:spacing w:after="0"/>
      </w:pPr>
      <w:proofErr w:type="gramStart"/>
      <w:r>
        <w:rPr>
          <w:rFonts w:ascii="Arial" w:hAnsi="Arial"/>
        </w:rPr>
        <w:t>Definitely up</w:t>
      </w:r>
      <w:proofErr w:type="gramEnd"/>
      <w:r>
        <w:rPr>
          <w:rFonts w:ascii="Arial" w:hAnsi="Arial"/>
        </w:rPr>
        <w:t xml:space="preserve"> there as one of the best,</w:t>
      </w:r>
    </w:p>
    <w:p w14:paraId="6744622E" w14:textId="77777777" w:rsidR="008E6F35" w:rsidRDefault="008E6F35">
      <w:pPr>
        <w:spacing w:after="0"/>
      </w:pPr>
    </w:p>
    <w:p w14:paraId="457770E7" w14:textId="77777777" w:rsidR="008E6F35" w:rsidRDefault="00116BC5">
      <w:pPr>
        <w:spacing w:after="0"/>
      </w:pPr>
      <w:r>
        <w:rPr>
          <w:rFonts w:ascii="Arial" w:hAnsi="Arial"/>
          <w:b/>
        </w:rPr>
        <w:t xml:space="preserve">Graham  </w:t>
      </w:r>
      <w:r>
        <w:rPr>
          <w:rFonts w:ascii="Arial" w:hAnsi="Arial"/>
          <w:color w:val="5D7284"/>
        </w:rPr>
        <w:t>54:05</w:t>
      </w:r>
    </w:p>
    <w:p w14:paraId="123320DE" w14:textId="77777777" w:rsidR="008E6F35" w:rsidRDefault="00116BC5">
      <w:pPr>
        <w:spacing w:after="0"/>
      </w:pPr>
      <w:r>
        <w:rPr>
          <w:rFonts w:ascii="Arial" w:hAnsi="Arial"/>
        </w:rPr>
        <w:t xml:space="preserve">Yes, yes. </w:t>
      </w:r>
    </w:p>
    <w:p w14:paraId="4E809B0C" w14:textId="77777777" w:rsidR="008E6F35" w:rsidRDefault="008E6F35">
      <w:pPr>
        <w:spacing w:after="0"/>
      </w:pPr>
    </w:p>
    <w:p w14:paraId="36C8F041" w14:textId="77777777" w:rsidR="008E6F35" w:rsidRDefault="00116BC5">
      <w:pPr>
        <w:spacing w:after="0"/>
      </w:pPr>
      <w:r>
        <w:rPr>
          <w:rFonts w:ascii="Arial" w:hAnsi="Arial"/>
          <w:b/>
        </w:rPr>
        <w:t xml:space="preserve">Alice  </w:t>
      </w:r>
      <w:r>
        <w:rPr>
          <w:rFonts w:ascii="Arial" w:hAnsi="Arial"/>
          <w:color w:val="5D7284"/>
        </w:rPr>
        <w:t>54:06</w:t>
      </w:r>
    </w:p>
    <w:p w14:paraId="55B5BFBC" w14:textId="77777777" w:rsidR="008E6F35" w:rsidRDefault="00116BC5">
      <w:pPr>
        <w:spacing w:after="0"/>
      </w:pPr>
      <w:r>
        <w:rPr>
          <w:rFonts w:ascii="Arial" w:hAnsi="Arial"/>
        </w:rPr>
        <w:t>So good.</w:t>
      </w:r>
    </w:p>
    <w:p w14:paraId="38896C22" w14:textId="77777777" w:rsidR="008E6F35" w:rsidRDefault="008E6F35">
      <w:pPr>
        <w:spacing w:after="0"/>
      </w:pPr>
    </w:p>
    <w:p w14:paraId="0B063038" w14:textId="77777777" w:rsidR="008E6F35" w:rsidRDefault="00116BC5">
      <w:pPr>
        <w:spacing w:after="0"/>
      </w:pPr>
      <w:r>
        <w:rPr>
          <w:rFonts w:ascii="Arial" w:hAnsi="Arial"/>
          <w:b/>
        </w:rPr>
        <w:t xml:space="preserve">Graham  </w:t>
      </w:r>
      <w:r>
        <w:rPr>
          <w:rFonts w:ascii="Arial" w:hAnsi="Arial"/>
          <w:color w:val="5D7284"/>
        </w:rPr>
        <w:t>54:07</w:t>
      </w:r>
    </w:p>
    <w:p w14:paraId="07747BFC" w14:textId="77777777" w:rsidR="008E6F35" w:rsidRDefault="00116BC5">
      <w:pPr>
        <w:spacing w:after="0"/>
      </w:pPr>
      <w:r>
        <w:rPr>
          <w:rFonts w:ascii="Arial" w:hAnsi="Arial"/>
        </w:rPr>
        <w:t xml:space="preserve">Yes. Yeah. If there's one thing about having a condition, it's taught me that not </w:t>
      </w:r>
      <w:r>
        <w:rPr>
          <w:rFonts w:ascii="Arial" w:hAnsi="Arial"/>
        </w:rPr>
        <w:t>everything is as black and white as it seems, you know, it's like, you know, people like to put things as either, you know, good or bad, or, and no, there's this, there's this experience, there's this huge grey area in between, it's like I bet that you can</w:t>
      </w:r>
      <w:r>
        <w:rPr>
          <w:rFonts w:ascii="Arial" w:hAnsi="Arial"/>
        </w:rPr>
        <w:t xml:space="preserve"> see most the time so I think that's one great my favourite </w:t>
      </w:r>
      <w:proofErr w:type="spellStart"/>
      <w:r>
        <w:rPr>
          <w:rFonts w:ascii="Arial" w:hAnsi="Arial"/>
        </w:rPr>
        <w:t>colour</w:t>
      </w:r>
      <w:proofErr w:type="spellEnd"/>
      <w:r>
        <w:rPr>
          <w:rFonts w:ascii="Arial" w:hAnsi="Arial"/>
        </w:rPr>
        <w:t>, to be honest with you, because it's sort of neutral and mysterious. Yeah. Most people don't appreciate the grey area, the grey area. Yeah.</w:t>
      </w:r>
    </w:p>
    <w:p w14:paraId="1AC52966" w14:textId="77777777" w:rsidR="008E6F35" w:rsidRDefault="008E6F35">
      <w:pPr>
        <w:spacing w:after="0"/>
      </w:pPr>
    </w:p>
    <w:p w14:paraId="18D1E009" w14:textId="77777777" w:rsidR="008E6F35" w:rsidRDefault="00116BC5">
      <w:pPr>
        <w:spacing w:after="0"/>
      </w:pPr>
      <w:r>
        <w:rPr>
          <w:rFonts w:ascii="Arial" w:hAnsi="Arial"/>
          <w:b/>
        </w:rPr>
        <w:t xml:space="preserve">Alice  </w:t>
      </w:r>
      <w:r>
        <w:rPr>
          <w:rFonts w:ascii="Arial" w:hAnsi="Arial"/>
          <w:color w:val="5D7284"/>
        </w:rPr>
        <w:t>54:49</w:t>
      </w:r>
    </w:p>
    <w:p w14:paraId="468C72AA" w14:textId="77777777" w:rsidR="008E6F35" w:rsidRDefault="00116BC5">
      <w:pPr>
        <w:spacing w:after="0"/>
      </w:pPr>
      <w:r>
        <w:rPr>
          <w:rFonts w:ascii="Arial" w:hAnsi="Arial"/>
        </w:rPr>
        <w:t>I love that Graham that's brilliant</w:t>
      </w:r>
      <w:r>
        <w:rPr>
          <w:rFonts w:ascii="Arial" w:hAnsi="Arial"/>
        </w:rPr>
        <w:t xml:space="preserve">. Oh, Graham. It's been really, </w:t>
      </w:r>
      <w:proofErr w:type="gramStart"/>
      <w:r>
        <w:rPr>
          <w:rFonts w:ascii="Arial" w:hAnsi="Arial"/>
        </w:rPr>
        <w:t>really nice</w:t>
      </w:r>
      <w:proofErr w:type="gramEnd"/>
      <w:r>
        <w:rPr>
          <w:rFonts w:ascii="Arial" w:hAnsi="Arial"/>
        </w:rPr>
        <w:t xml:space="preserve"> to talk to you. Thank you for coming on.</w:t>
      </w:r>
    </w:p>
    <w:p w14:paraId="1517C2D8" w14:textId="77777777" w:rsidR="008E6F35" w:rsidRDefault="008E6F35">
      <w:pPr>
        <w:spacing w:after="0"/>
      </w:pPr>
    </w:p>
    <w:p w14:paraId="4B9A9F33" w14:textId="77777777" w:rsidR="008E6F35" w:rsidRDefault="00116BC5">
      <w:pPr>
        <w:spacing w:after="0"/>
      </w:pPr>
      <w:r>
        <w:rPr>
          <w:rFonts w:ascii="Arial" w:hAnsi="Arial"/>
          <w:b/>
        </w:rPr>
        <w:t xml:space="preserve">Lucy  </w:t>
      </w:r>
      <w:r>
        <w:rPr>
          <w:rFonts w:ascii="Arial" w:hAnsi="Arial"/>
          <w:color w:val="5D7284"/>
        </w:rPr>
        <w:t>54:57</w:t>
      </w:r>
    </w:p>
    <w:p w14:paraId="05DA535A" w14:textId="77777777" w:rsidR="008E6F35" w:rsidRDefault="00116BC5">
      <w:pPr>
        <w:spacing w:after="0"/>
      </w:pPr>
      <w:r>
        <w:rPr>
          <w:rFonts w:ascii="Arial" w:hAnsi="Arial"/>
        </w:rPr>
        <w:t>Thank you so much for your time today, Graham. I hope you've enjoyed your time on the lABLEd podcast.</w:t>
      </w:r>
    </w:p>
    <w:p w14:paraId="23BC65C9" w14:textId="77777777" w:rsidR="008E6F35" w:rsidRDefault="008E6F35">
      <w:pPr>
        <w:spacing w:after="0"/>
      </w:pPr>
    </w:p>
    <w:p w14:paraId="0D998B71" w14:textId="77777777" w:rsidR="008E6F35" w:rsidRDefault="00116BC5">
      <w:pPr>
        <w:spacing w:after="0"/>
      </w:pPr>
      <w:r>
        <w:rPr>
          <w:rFonts w:ascii="Arial" w:hAnsi="Arial"/>
          <w:b/>
        </w:rPr>
        <w:t xml:space="preserve">Alice  </w:t>
      </w:r>
      <w:r>
        <w:rPr>
          <w:rFonts w:ascii="Arial" w:hAnsi="Arial"/>
          <w:color w:val="5D7284"/>
        </w:rPr>
        <w:t>55:05</w:t>
      </w:r>
    </w:p>
    <w:p w14:paraId="56872319" w14:textId="77777777" w:rsidR="008E6F35" w:rsidRDefault="00116BC5">
      <w:pPr>
        <w:spacing w:after="0"/>
      </w:pPr>
      <w:r>
        <w:rPr>
          <w:rFonts w:ascii="Arial" w:hAnsi="Arial"/>
        </w:rPr>
        <w:t>Thanks for listening to the lABLEd podcast</w:t>
      </w:r>
      <w:r>
        <w:rPr>
          <w:rFonts w:ascii="Arial" w:hAnsi="Arial"/>
        </w:rPr>
        <w:t xml:space="preserve">. If you like the show, please rate review and subscribe. You can follow us on social media at lABLEd podcast. </w:t>
      </w:r>
    </w:p>
    <w:p w14:paraId="195A6700" w14:textId="77777777" w:rsidR="008E6F35" w:rsidRDefault="008E6F35">
      <w:pPr>
        <w:spacing w:after="0"/>
      </w:pPr>
    </w:p>
    <w:p w14:paraId="3C2E3A93" w14:textId="77777777" w:rsidR="008E6F35" w:rsidRDefault="00116BC5">
      <w:pPr>
        <w:spacing w:after="0"/>
      </w:pPr>
      <w:r>
        <w:rPr>
          <w:rFonts w:ascii="Arial" w:hAnsi="Arial"/>
          <w:b/>
        </w:rPr>
        <w:t xml:space="preserve">Lucy  </w:t>
      </w:r>
      <w:r>
        <w:rPr>
          <w:rFonts w:ascii="Arial" w:hAnsi="Arial"/>
          <w:color w:val="5D7284"/>
        </w:rPr>
        <w:t>55:16</w:t>
      </w:r>
    </w:p>
    <w:p w14:paraId="5489EF7E" w14:textId="77777777" w:rsidR="008E6F35" w:rsidRDefault="00116BC5">
      <w:pPr>
        <w:spacing w:after="0"/>
      </w:pPr>
      <w:r>
        <w:rPr>
          <w:rFonts w:ascii="Arial" w:hAnsi="Arial"/>
        </w:rPr>
        <w:t xml:space="preserve">Our thanks go to our editor Adam Hull. our music composer Maisy </w:t>
      </w:r>
      <w:proofErr w:type="spellStart"/>
      <w:r>
        <w:rPr>
          <w:rFonts w:ascii="Arial" w:hAnsi="Arial"/>
        </w:rPr>
        <w:t>Crunden</w:t>
      </w:r>
      <w:proofErr w:type="spellEnd"/>
      <w:r>
        <w:rPr>
          <w:rFonts w:ascii="Arial" w:hAnsi="Arial"/>
        </w:rPr>
        <w:t xml:space="preserve"> and our graphic designer Sarah </w:t>
      </w:r>
      <w:proofErr w:type="gramStart"/>
      <w:r>
        <w:rPr>
          <w:rFonts w:ascii="Arial" w:hAnsi="Arial"/>
        </w:rPr>
        <w:t>Colley..</w:t>
      </w:r>
      <w:proofErr w:type="gramEnd"/>
    </w:p>
    <w:p w14:paraId="4AB5A9A9" w14:textId="77777777" w:rsidR="008E6F35" w:rsidRDefault="008E6F35">
      <w:pPr>
        <w:spacing w:after="0"/>
      </w:pPr>
    </w:p>
    <w:p w14:paraId="363AA005" w14:textId="77777777" w:rsidR="008E6F35" w:rsidRDefault="00116BC5">
      <w:pPr>
        <w:spacing w:after="0"/>
      </w:pPr>
      <w:r>
        <w:rPr>
          <w:rFonts w:ascii="Arial" w:hAnsi="Arial"/>
          <w:b/>
        </w:rPr>
        <w:t>Alice Evans &amp; Lucy</w:t>
      </w:r>
      <w:r>
        <w:rPr>
          <w:rFonts w:ascii="Arial" w:hAnsi="Arial"/>
          <w:b/>
        </w:rPr>
        <w:t xml:space="preserve"> Wood  </w:t>
      </w:r>
      <w:r>
        <w:rPr>
          <w:rFonts w:ascii="Arial" w:hAnsi="Arial"/>
          <w:color w:val="5D7284"/>
        </w:rPr>
        <w:t>55:24</w:t>
      </w:r>
    </w:p>
    <w:p w14:paraId="0219C1AD" w14:textId="77777777" w:rsidR="008E6F35" w:rsidRDefault="00116BC5">
      <w:pPr>
        <w:spacing w:after="0"/>
      </w:pPr>
      <w:r>
        <w:rPr>
          <w:rFonts w:ascii="Arial" w:hAnsi="Arial"/>
        </w:rPr>
        <w:t>We'll see you next time.</w:t>
      </w:r>
    </w:p>
    <w:sectPr w:rsidR="008E6F35"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E328F6" w14:textId="77777777" w:rsidR="00ED3244" w:rsidRDefault="00ED3244">
      <w:pPr>
        <w:spacing w:after="0" w:line="240" w:lineRule="auto"/>
      </w:pPr>
      <w:r>
        <w:separator/>
      </w:r>
    </w:p>
  </w:endnote>
  <w:endnote w:type="continuationSeparator" w:id="0">
    <w:p w14:paraId="04C6CD3F"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2650680"/>
      <w:docPartObj>
        <w:docPartGallery w:val="Page Numbers (Bottom of Page)"/>
        <w:docPartUnique/>
      </w:docPartObj>
    </w:sdtPr>
    <w:sdtEndPr>
      <w:rPr>
        <w:rStyle w:val="PageNumber"/>
      </w:rPr>
    </w:sdtEndPr>
    <w:sdtContent>
      <w:p w14:paraId="601B4DDF"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287577B"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33B9A3"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75C4E647"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DC31BD2"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103DC"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27C5DE" w14:textId="77777777" w:rsidR="00ED3244" w:rsidRDefault="00ED3244">
      <w:pPr>
        <w:spacing w:after="0" w:line="240" w:lineRule="auto"/>
      </w:pPr>
      <w:r>
        <w:separator/>
      </w:r>
    </w:p>
  </w:footnote>
  <w:footnote w:type="continuationSeparator" w:id="0">
    <w:p w14:paraId="4016B895"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E2AD7E"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7EF12"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D98153"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16BC5"/>
    <w:rsid w:val="001216B9"/>
    <w:rsid w:val="0015074B"/>
    <w:rsid w:val="0029639D"/>
    <w:rsid w:val="00326F90"/>
    <w:rsid w:val="004A641F"/>
    <w:rsid w:val="004B593C"/>
    <w:rsid w:val="006E2A8C"/>
    <w:rsid w:val="007749AF"/>
    <w:rsid w:val="00794EBC"/>
    <w:rsid w:val="008E6F35"/>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88FC074"/>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7148</Words>
  <Characters>40748</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47801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2021-03-29T10:00:00Z</dcterms:created>
  <dcterms:modified xsi:type="dcterms:W3CDTF">2021-03-29T10:00:00Z</dcterms:modified>
  <cp:category/>
</cp:coreProperties>
</file>