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82B657D" w14:textId="46EE306C" w:rsidR="00930F33" w:rsidRDefault="002F30F1">
      <w:pPr>
        <w:spacing w:after="0"/>
        <w:rPr>
          <w:lang w:eastAsia="zh-CN"/>
        </w:rPr>
      </w:pPr>
      <w:r>
        <w:rPr>
          <w:rFonts w:ascii="Arial" w:hAnsi="Arial"/>
          <w:noProof/>
          <w:sz w:val="48"/>
        </w:rPr>
        <w:drawing>
          <wp:anchor distT="0" distB="0" distL="114300" distR="114300" simplePos="0" relativeHeight="251658240" behindDoc="0" locked="0" layoutInCell="1" allowOverlap="1" wp14:anchorId="20D05283" wp14:editId="74466B1D">
            <wp:simplePos x="0" y="0"/>
            <wp:positionH relativeFrom="column">
              <wp:posOffset>2087880</wp:posOffset>
            </wp:positionH>
            <wp:positionV relativeFrom="paragraph">
              <wp:posOffset>0</wp:posOffset>
            </wp:positionV>
            <wp:extent cx="1661160" cy="1661160"/>
            <wp:effectExtent l="0" t="0" r="0" b="0"/>
            <wp:wrapSquare wrapText="bothSides"/>
            <wp:docPr id="1" name="Picture 1" descr="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Logo&#10;&#10;Description automatically generated"/>
                    <pic:cNvPicPr/>
                  </pic:nvPicPr>
                  <pic:blipFill>
                    <a:blip r:embed="rId8"/>
                    <a:stretch>
                      <a:fillRect/>
                    </a:stretch>
                  </pic:blipFill>
                  <pic:spPr>
                    <a:xfrm>
                      <a:off x="0" y="0"/>
                      <a:ext cx="1661160" cy="1661160"/>
                    </a:xfrm>
                    <a:prstGeom prst="rect">
                      <a:avLst/>
                    </a:prstGeom>
                  </pic:spPr>
                </pic:pic>
              </a:graphicData>
            </a:graphic>
          </wp:anchor>
        </w:drawing>
      </w:r>
    </w:p>
    <w:p w14:paraId="3A2D64E8" w14:textId="42E0D8E9" w:rsidR="002F30F1" w:rsidRDefault="002F30F1">
      <w:pPr>
        <w:rPr>
          <w:rFonts w:ascii="Arial" w:hAnsi="Arial"/>
          <w:sz w:val="48"/>
        </w:rPr>
      </w:pPr>
    </w:p>
    <w:p w14:paraId="57F07074" w14:textId="0F4E067B" w:rsidR="002F30F1" w:rsidRDefault="002F30F1">
      <w:pPr>
        <w:rPr>
          <w:rFonts w:ascii="Arial" w:hAnsi="Arial"/>
          <w:sz w:val="48"/>
        </w:rPr>
      </w:pPr>
    </w:p>
    <w:p w14:paraId="576022A6" w14:textId="77777777" w:rsidR="002F30F1" w:rsidRDefault="002F30F1">
      <w:pPr>
        <w:rPr>
          <w:rFonts w:ascii="Arial" w:hAnsi="Arial"/>
          <w:sz w:val="48"/>
        </w:rPr>
      </w:pPr>
    </w:p>
    <w:p w14:paraId="13E154A3" w14:textId="1D7CCA0D" w:rsidR="00CF75C8" w:rsidRDefault="002F30F1" w:rsidP="002F30F1">
      <w:r>
        <w:rPr>
          <w:rFonts w:ascii="Arial" w:hAnsi="Arial"/>
          <w:sz w:val="48"/>
        </w:rPr>
        <w:t xml:space="preserve">lABLEd Podcast: </w:t>
      </w:r>
      <w:r>
        <w:rPr>
          <w:rFonts w:ascii="Arial" w:hAnsi="Arial"/>
          <w:sz w:val="48"/>
        </w:rPr>
        <w:t xml:space="preserve">Episode7 - </w:t>
      </w:r>
      <w:r>
        <w:rPr>
          <w:rFonts w:ascii="Arial" w:hAnsi="Arial"/>
          <w:sz w:val="48"/>
        </w:rPr>
        <w:t>Jessica Smith</w:t>
      </w:r>
    </w:p>
    <w:p w14:paraId="74B70226" w14:textId="77777777" w:rsidR="00CF75C8" w:rsidRDefault="00CF75C8">
      <w:pPr>
        <w:spacing w:after="0"/>
      </w:pPr>
    </w:p>
    <w:p w14:paraId="2BDA61E5" w14:textId="77777777" w:rsidR="00CF75C8" w:rsidRDefault="002F30F1">
      <w:pPr>
        <w:spacing w:after="0"/>
      </w:pPr>
      <w:r>
        <w:rPr>
          <w:rFonts w:ascii="Arial" w:hAnsi="Arial"/>
          <w:b/>
        </w:rPr>
        <w:t xml:space="preserve">Lucy  </w:t>
      </w:r>
      <w:r>
        <w:rPr>
          <w:rFonts w:ascii="Arial" w:hAnsi="Arial"/>
          <w:color w:val="5D7284"/>
        </w:rPr>
        <w:t>00:00</w:t>
      </w:r>
    </w:p>
    <w:p w14:paraId="73EA5765" w14:textId="77777777" w:rsidR="00CF75C8" w:rsidRDefault="002F30F1">
      <w:pPr>
        <w:spacing w:after="0"/>
      </w:pPr>
      <w:r>
        <w:rPr>
          <w:rFonts w:ascii="Arial" w:hAnsi="Arial"/>
        </w:rPr>
        <w:t>Welcome to the lABLEd Podcast, a show about disability, illness and difference. I'm Lucy.</w:t>
      </w:r>
    </w:p>
    <w:p w14:paraId="0027A94B" w14:textId="77777777" w:rsidR="00CF75C8" w:rsidRDefault="00CF75C8">
      <w:pPr>
        <w:spacing w:after="0"/>
      </w:pPr>
    </w:p>
    <w:p w14:paraId="0C964F6E" w14:textId="77777777" w:rsidR="00CF75C8" w:rsidRDefault="002F30F1">
      <w:pPr>
        <w:spacing w:after="0"/>
      </w:pPr>
      <w:r>
        <w:rPr>
          <w:rFonts w:ascii="Arial" w:hAnsi="Arial"/>
          <w:b/>
        </w:rPr>
        <w:t xml:space="preserve">Alice  </w:t>
      </w:r>
      <w:r>
        <w:rPr>
          <w:rFonts w:ascii="Arial" w:hAnsi="Arial"/>
          <w:color w:val="5D7284"/>
        </w:rPr>
        <w:t>00:07</w:t>
      </w:r>
    </w:p>
    <w:p w14:paraId="7D71F6BE" w14:textId="77777777" w:rsidR="00CF75C8" w:rsidRDefault="002F30F1">
      <w:pPr>
        <w:spacing w:after="0"/>
      </w:pPr>
      <w:r>
        <w:rPr>
          <w:rFonts w:ascii="Arial" w:hAnsi="Arial"/>
        </w:rPr>
        <w:t>And I'm Alice.... [Dog Barks] and that's Lola!</w:t>
      </w:r>
    </w:p>
    <w:p w14:paraId="1813BFB1" w14:textId="77777777" w:rsidR="00CF75C8" w:rsidRDefault="00CF75C8">
      <w:pPr>
        <w:spacing w:after="0"/>
      </w:pPr>
    </w:p>
    <w:p w14:paraId="48ADAA6A" w14:textId="77777777" w:rsidR="00CF75C8" w:rsidRDefault="002F30F1">
      <w:pPr>
        <w:spacing w:after="0"/>
      </w:pPr>
      <w:r>
        <w:rPr>
          <w:rFonts w:ascii="Arial" w:hAnsi="Arial"/>
          <w:b/>
        </w:rPr>
        <w:t xml:space="preserve">Theme Tune  </w:t>
      </w:r>
      <w:r>
        <w:rPr>
          <w:rFonts w:ascii="Arial" w:hAnsi="Arial"/>
          <w:color w:val="5D7284"/>
        </w:rPr>
        <w:t>00:08</w:t>
      </w:r>
    </w:p>
    <w:p w14:paraId="496F786D" w14:textId="77777777" w:rsidR="00CF75C8" w:rsidRDefault="00CF75C8">
      <w:pPr>
        <w:spacing w:after="0"/>
      </w:pPr>
    </w:p>
    <w:p w14:paraId="546BD838" w14:textId="77777777" w:rsidR="00CF75C8" w:rsidRDefault="00CF75C8">
      <w:pPr>
        <w:spacing w:after="0"/>
      </w:pPr>
    </w:p>
    <w:p w14:paraId="4852C864" w14:textId="77777777" w:rsidR="00CF75C8" w:rsidRDefault="002F30F1">
      <w:pPr>
        <w:spacing w:after="0"/>
      </w:pPr>
      <w:r>
        <w:rPr>
          <w:rFonts w:ascii="Arial" w:hAnsi="Arial"/>
          <w:b/>
        </w:rPr>
        <w:t xml:space="preserve">Alice  </w:t>
      </w:r>
      <w:r>
        <w:rPr>
          <w:rFonts w:ascii="Arial" w:hAnsi="Arial"/>
          <w:color w:val="5D7284"/>
        </w:rPr>
        <w:t>00:36</w:t>
      </w:r>
    </w:p>
    <w:p w14:paraId="2ADE7B52" w14:textId="20A9E879" w:rsidR="00CF75C8" w:rsidRDefault="002F30F1">
      <w:pPr>
        <w:spacing w:after="0"/>
      </w:pPr>
      <w:r>
        <w:rPr>
          <w:rFonts w:ascii="Arial" w:hAnsi="Arial"/>
        </w:rPr>
        <w:t>Hi, guys, don't forget in</w:t>
      </w:r>
      <w:r>
        <w:rPr>
          <w:rFonts w:ascii="Arial" w:hAnsi="Arial"/>
        </w:rPr>
        <w:t xml:space="preserve"> this episode, I might swear, Lucy might cry, and you can check out details of the trigger warnings on our website.</w:t>
      </w:r>
    </w:p>
    <w:p w14:paraId="342DCE35" w14:textId="77777777" w:rsidR="00CF75C8" w:rsidRDefault="00CF75C8">
      <w:pPr>
        <w:spacing w:after="0"/>
      </w:pPr>
    </w:p>
    <w:p w14:paraId="5C4CA3CA" w14:textId="77777777" w:rsidR="00CF75C8" w:rsidRDefault="002F30F1">
      <w:pPr>
        <w:spacing w:after="0"/>
      </w:pPr>
      <w:r>
        <w:rPr>
          <w:rFonts w:ascii="Arial" w:hAnsi="Arial"/>
          <w:b/>
        </w:rPr>
        <w:t xml:space="preserve">Lucy  </w:t>
      </w:r>
      <w:r>
        <w:rPr>
          <w:rFonts w:ascii="Arial" w:hAnsi="Arial"/>
          <w:color w:val="5D7284"/>
        </w:rPr>
        <w:t>00:44</w:t>
      </w:r>
    </w:p>
    <w:p w14:paraId="033462BD" w14:textId="26D3F0F4" w:rsidR="00CF75C8" w:rsidRDefault="002F30F1">
      <w:pPr>
        <w:spacing w:after="0"/>
      </w:pPr>
      <w:r>
        <w:rPr>
          <w:rFonts w:ascii="Arial" w:hAnsi="Arial"/>
        </w:rPr>
        <w:t xml:space="preserve">Thanks for joining us today, Jessica, for this episode of lABLEd, the podcast, it's </w:t>
      </w:r>
      <w:proofErr w:type="gramStart"/>
      <w:r>
        <w:rPr>
          <w:rFonts w:ascii="Arial" w:hAnsi="Arial"/>
        </w:rPr>
        <w:t xml:space="preserve">very </w:t>
      </w:r>
      <w:r>
        <w:rPr>
          <w:rFonts w:ascii="Arial" w:hAnsi="Arial"/>
        </w:rPr>
        <w:t>nice</w:t>
      </w:r>
      <w:proofErr w:type="gramEnd"/>
      <w:r>
        <w:rPr>
          <w:rFonts w:ascii="Arial" w:hAnsi="Arial"/>
        </w:rPr>
        <w:t xml:space="preserve"> of you to join us.</w:t>
      </w:r>
    </w:p>
    <w:p w14:paraId="0BBCA4C9" w14:textId="77777777" w:rsidR="00CF75C8" w:rsidRDefault="00CF75C8">
      <w:pPr>
        <w:spacing w:after="0"/>
      </w:pPr>
    </w:p>
    <w:p w14:paraId="5F0A685F" w14:textId="5391D2F2" w:rsidR="00CF75C8" w:rsidRDefault="002F30F1">
      <w:pPr>
        <w:spacing w:after="0"/>
      </w:pPr>
      <w:r>
        <w:rPr>
          <w:rFonts w:ascii="Arial" w:hAnsi="Arial"/>
          <w:b/>
        </w:rPr>
        <w:t>Jessica</w:t>
      </w:r>
      <w:r>
        <w:rPr>
          <w:rFonts w:ascii="Arial" w:hAnsi="Arial"/>
          <w:b/>
        </w:rPr>
        <w:t xml:space="preserve">  </w:t>
      </w:r>
      <w:r>
        <w:rPr>
          <w:rFonts w:ascii="Arial" w:hAnsi="Arial"/>
          <w:color w:val="5D7284"/>
        </w:rPr>
        <w:t>00:50</w:t>
      </w:r>
    </w:p>
    <w:p w14:paraId="2D52DB92" w14:textId="77777777" w:rsidR="00CF75C8" w:rsidRDefault="002F30F1">
      <w:pPr>
        <w:spacing w:after="0"/>
      </w:pPr>
      <w:r>
        <w:rPr>
          <w:rFonts w:ascii="Arial" w:hAnsi="Arial"/>
        </w:rPr>
        <w:t>no problem whatsoever. Thank you for having me.</w:t>
      </w:r>
    </w:p>
    <w:p w14:paraId="5EBE3D24" w14:textId="77777777" w:rsidR="00CF75C8" w:rsidRDefault="00CF75C8">
      <w:pPr>
        <w:spacing w:after="0"/>
      </w:pPr>
    </w:p>
    <w:p w14:paraId="433C6465" w14:textId="77777777" w:rsidR="00CF75C8" w:rsidRDefault="002F30F1">
      <w:pPr>
        <w:spacing w:after="0"/>
      </w:pPr>
      <w:r>
        <w:rPr>
          <w:rFonts w:ascii="Arial" w:hAnsi="Arial"/>
          <w:b/>
        </w:rPr>
        <w:t xml:space="preserve">Lucy  </w:t>
      </w:r>
      <w:r>
        <w:rPr>
          <w:rFonts w:ascii="Arial" w:hAnsi="Arial"/>
          <w:color w:val="5D7284"/>
        </w:rPr>
        <w:t>00:53</w:t>
      </w:r>
    </w:p>
    <w:p w14:paraId="7EE45A1E" w14:textId="77777777" w:rsidR="00CF75C8" w:rsidRDefault="002F30F1">
      <w:pPr>
        <w:spacing w:after="0"/>
      </w:pPr>
      <w:r>
        <w:rPr>
          <w:rFonts w:ascii="Arial" w:hAnsi="Arial"/>
        </w:rPr>
        <w:t>Not at all. I wonder if you could probably start off the episode just by talking about your disability and or health condition, please.</w:t>
      </w:r>
    </w:p>
    <w:p w14:paraId="19623287" w14:textId="77777777" w:rsidR="00CF75C8" w:rsidRDefault="00CF75C8">
      <w:pPr>
        <w:spacing w:after="0"/>
      </w:pPr>
    </w:p>
    <w:p w14:paraId="673921CF" w14:textId="77777777" w:rsidR="00CF75C8" w:rsidRDefault="002F30F1">
      <w:pPr>
        <w:spacing w:after="0"/>
      </w:pPr>
      <w:proofErr w:type="spellStart"/>
      <w:r>
        <w:rPr>
          <w:rFonts w:ascii="Arial" w:hAnsi="Arial"/>
          <w:b/>
        </w:rPr>
        <w:t>jessica</w:t>
      </w:r>
      <w:proofErr w:type="spellEnd"/>
      <w:r>
        <w:rPr>
          <w:rFonts w:ascii="Arial" w:hAnsi="Arial"/>
          <w:b/>
        </w:rPr>
        <w:t xml:space="preserve">  </w:t>
      </w:r>
      <w:r>
        <w:rPr>
          <w:rFonts w:ascii="Arial" w:hAnsi="Arial"/>
          <w:color w:val="5D7284"/>
        </w:rPr>
        <w:t>01:01</w:t>
      </w:r>
    </w:p>
    <w:p w14:paraId="15D2E7F4" w14:textId="77777777" w:rsidR="00CF75C8" w:rsidRDefault="002F30F1">
      <w:pPr>
        <w:spacing w:after="0"/>
      </w:pPr>
      <w:r>
        <w:rPr>
          <w:rFonts w:ascii="Arial" w:hAnsi="Arial"/>
        </w:rPr>
        <w:t>Yeah</w:t>
      </w:r>
      <w:r>
        <w:rPr>
          <w:rFonts w:ascii="Arial" w:hAnsi="Arial"/>
        </w:rPr>
        <w:t xml:space="preserve">, sure. </w:t>
      </w:r>
      <w:proofErr w:type="gramStart"/>
      <w:r>
        <w:rPr>
          <w:rFonts w:ascii="Arial" w:hAnsi="Arial"/>
        </w:rPr>
        <w:t>So</w:t>
      </w:r>
      <w:proofErr w:type="gramEnd"/>
      <w:r>
        <w:rPr>
          <w:rFonts w:ascii="Arial" w:hAnsi="Arial"/>
        </w:rPr>
        <w:t xml:space="preserve"> I have something called Marfan syndrome, which I was diagnosed. When I was </w:t>
      </w:r>
      <w:proofErr w:type="gramStart"/>
      <w:r>
        <w:rPr>
          <w:rFonts w:ascii="Arial" w:hAnsi="Arial"/>
        </w:rPr>
        <w:t>very little</w:t>
      </w:r>
      <w:proofErr w:type="gramEnd"/>
      <w:r>
        <w:rPr>
          <w:rFonts w:ascii="Arial" w:hAnsi="Arial"/>
        </w:rPr>
        <w:t xml:space="preserve">, I believe I was three years old. Marfan syndrome is a disorder of the connective tissue. </w:t>
      </w:r>
      <w:proofErr w:type="gramStart"/>
      <w:r>
        <w:rPr>
          <w:rFonts w:ascii="Arial" w:hAnsi="Arial"/>
        </w:rPr>
        <w:t>So</w:t>
      </w:r>
      <w:proofErr w:type="gramEnd"/>
      <w:r>
        <w:rPr>
          <w:rFonts w:ascii="Arial" w:hAnsi="Arial"/>
        </w:rPr>
        <w:t xml:space="preserve"> it affects quite a lot of different parts of your body, kind of t</w:t>
      </w:r>
      <w:r>
        <w:rPr>
          <w:rFonts w:ascii="Arial" w:hAnsi="Arial"/>
        </w:rPr>
        <w:t xml:space="preserve">he structure of how your body works, and internal organs and things like that. </w:t>
      </w:r>
      <w:proofErr w:type="gramStart"/>
      <w:r>
        <w:rPr>
          <w:rFonts w:ascii="Arial" w:hAnsi="Arial"/>
        </w:rPr>
        <w:t>So</w:t>
      </w:r>
      <w:proofErr w:type="gramEnd"/>
      <w:r>
        <w:rPr>
          <w:rFonts w:ascii="Arial" w:hAnsi="Arial"/>
        </w:rPr>
        <w:t xml:space="preserve"> the main sort of things that it affects are your eyes and your heart and vascular system, bones, muscles, it's pretty much everything that can be affected</w:t>
      </w:r>
    </w:p>
    <w:p w14:paraId="571948BE" w14:textId="77777777" w:rsidR="00CF75C8" w:rsidRDefault="00CF75C8">
      <w:pPr>
        <w:spacing w:after="0"/>
      </w:pPr>
    </w:p>
    <w:p w14:paraId="00087758" w14:textId="77777777" w:rsidR="00CF75C8" w:rsidRDefault="002F30F1">
      <w:pPr>
        <w:spacing w:after="0"/>
      </w:pPr>
      <w:r>
        <w:rPr>
          <w:rFonts w:ascii="Arial" w:hAnsi="Arial"/>
          <w:b/>
        </w:rPr>
        <w:t xml:space="preserve">Alice  </w:t>
      </w:r>
      <w:r>
        <w:rPr>
          <w:rFonts w:ascii="Arial" w:hAnsi="Arial"/>
          <w:color w:val="5D7284"/>
        </w:rPr>
        <w:t>01:40</w:t>
      </w:r>
    </w:p>
    <w:p w14:paraId="5FD72809" w14:textId="77777777" w:rsidR="00CF75C8" w:rsidRDefault="002F30F1">
      <w:pPr>
        <w:spacing w:after="0"/>
      </w:pPr>
      <w:r>
        <w:rPr>
          <w:rFonts w:ascii="Arial" w:hAnsi="Arial"/>
        </w:rPr>
        <w:t>by ev</w:t>
      </w:r>
      <w:r>
        <w:rPr>
          <w:rFonts w:ascii="Arial" w:hAnsi="Arial"/>
        </w:rPr>
        <w:t>erything.</w:t>
      </w:r>
    </w:p>
    <w:p w14:paraId="5C27BC88" w14:textId="77777777" w:rsidR="00CF75C8" w:rsidRDefault="00CF75C8">
      <w:pPr>
        <w:spacing w:after="0"/>
      </w:pPr>
    </w:p>
    <w:p w14:paraId="7B789E05" w14:textId="77777777" w:rsidR="00CF75C8" w:rsidRDefault="002F30F1">
      <w:pPr>
        <w:spacing w:after="0"/>
      </w:pPr>
      <w:r>
        <w:rPr>
          <w:rFonts w:ascii="Arial" w:hAnsi="Arial"/>
          <w:b/>
        </w:rPr>
        <w:t xml:space="preserve">Lucy  </w:t>
      </w:r>
      <w:r>
        <w:rPr>
          <w:rFonts w:ascii="Arial" w:hAnsi="Arial"/>
          <w:color w:val="5D7284"/>
        </w:rPr>
        <w:t>01:42</w:t>
      </w:r>
    </w:p>
    <w:p w14:paraId="5D53263E" w14:textId="77777777" w:rsidR="00CF75C8" w:rsidRDefault="002F30F1">
      <w:pPr>
        <w:spacing w:after="0"/>
      </w:pPr>
      <w:r>
        <w:rPr>
          <w:rFonts w:ascii="Arial" w:hAnsi="Arial"/>
        </w:rPr>
        <w:t>You've got ongoing, they're</w:t>
      </w:r>
    </w:p>
    <w:p w14:paraId="59EEFF40" w14:textId="77777777" w:rsidR="00CF75C8" w:rsidRDefault="00CF75C8">
      <w:pPr>
        <w:spacing w:after="0"/>
      </w:pPr>
    </w:p>
    <w:p w14:paraId="40C31537" w14:textId="77777777" w:rsidR="00CF75C8" w:rsidRDefault="002F30F1">
      <w:pPr>
        <w:spacing w:after="0"/>
      </w:pPr>
      <w:r>
        <w:rPr>
          <w:rFonts w:ascii="Arial" w:hAnsi="Arial"/>
          <w:b/>
        </w:rPr>
        <w:t xml:space="preserve">Alice  </w:t>
      </w:r>
      <w:r>
        <w:rPr>
          <w:rFonts w:ascii="Arial" w:hAnsi="Arial"/>
          <w:color w:val="5D7284"/>
        </w:rPr>
        <w:t>01:44</w:t>
      </w:r>
    </w:p>
    <w:p w14:paraId="1711A617" w14:textId="77777777" w:rsidR="00CF75C8" w:rsidRDefault="002F30F1">
      <w:pPr>
        <w:spacing w:after="0"/>
      </w:pPr>
      <w:r>
        <w:rPr>
          <w:rFonts w:ascii="Arial" w:hAnsi="Arial"/>
        </w:rPr>
        <w:t>easier to say what it doesn't.</w:t>
      </w:r>
    </w:p>
    <w:p w14:paraId="1B1D824C" w14:textId="77777777" w:rsidR="00CF75C8" w:rsidRDefault="00CF75C8">
      <w:pPr>
        <w:spacing w:after="0"/>
      </w:pPr>
    </w:p>
    <w:p w14:paraId="561C4B17" w14:textId="77777777" w:rsidR="00CF75C8" w:rsidRDefault="002F30F1">
      <w:pPr>
        <w:spacing w:after="0"/>
      </w:pPr>
      <w:proofErr w:type="spellStart"/>
      <w:r>
        <w:rPr>
          <w:rFonts w:ascii="Arial" w:hAnsi="Arial"/>
          <w:b/>
        </w:rPr>
        <w:t>jessica</w:t>
      </w:r>
      <w:proofErr w:type="spellEnd"/>
      <w:r>
        <w:rPr>
          <w:rFonts w:ascii="Arial" w:hAnsi="Arial"/>
          <w:b/>
        </w:rPr>
        <w:t xml:space="preserve">  </w:t>
      </w:r>
      <w:r>
        <w:rPr>
          <w:rFonts w:ascii="Arial" w:hAnsi="Arial"/>
          <w:color w:val="5D7284"/>
        </w:rPr>
        <w:t>01:49</w:t>
      </w:r>
    </w:p>
    <w:p w14:paraId="16799503" w14:textId="77777777" w:rsidR="00CF75C8" w:rsidRDefault="002F30F1">
      <w:pPr>
        <w:spacing w:after="0"/>
      </w:pPr>
      <w:r>
        <w:rPr>
          <w:rFonts w:ascii="Arial" w:hAnsi="Arial"/>
        </w:rPr>
        <w:t xml:space="preserve">Yeah, so we've, we've me what I've noticed the most of it is obviously, being very tall. I'm six foot one. And I have </w:t>
      </w:r>
      <w:proofErr w:type="gramStart"/>
      <w:r>
        <w:rPr>
          <w:rFonts w:ascii="Arial" w:hAnsi="Arial"/>
        </w:rPr>
        <w:t>very large</w:t>
      </w:r>
      <w:proofErr w:type="gramEnd"/>
      <w:r>
        <w:rPr>
          <w:rFonts w:ascii="Arial" w:hAnsi="Arial"/>
        </w:rPr>
        <w:t xml:space="preserve"> feet. </w:t>
      </w:r>
      <w:proofErr w:type="gramStart"/>
      <w:r>
        <w:rPr>
          <w:rFonts w:ascii="Arial" w:hAnsi="Arial"/>
        </w:rPr>
        <w:t>So</w:t>
      </w:r>
      <w:proofErr w:type="gramEnd"/>
      <w:r>
        <w:rPr>
          <w:rFonts w:ascii="Arial" w:hAnsi="Arial"/>
        </w:rPr>
        <w:t xml:space="preserve"> </w:t>
      </w:r>
      <w:r>
        <w:rPr>
          <w:rFonts w:ascii="Arial" w:hAnsi="Arial"/>
        </w:rPr>
        <w:t xml:space="preserve">they are size 10 shoes I wear, which is the same as my partner, which is a bit embarrassing, but we'll get past that. And then it's also particularly long kind of limbs, like my fingers are </w:t>
      </w:r>
      <w:proofErr w:type="gramStart"/>
      <w:r>
        <w:rPr>
          <w:rFonts w:ascii="Arial" w:hAnsi="Arial"/>
        </w:rPr>
        <w:t>very long</w:t>
      </w:r>
      <w:proofErr w:type="gramEnd"/>
      <w:r>
        <w:rPr>
          <w:rFonts w:ascii="Arial" w:hAnsi="Arial"/>
        </w:rPr>
        <w:t xml:space="preserve">, I've a really large arm span. </w:t>
      </w:r>
      <w:proofErr w:type="gramStart"/>
      <w:r>
        <w:rPr>
          <w:rFonts w:ascii="Arial" w:hAnsi="Arial"/>
        </w:rPr>
        <w:t>So</w:t>
      </w:r>
      <w:proofErr w:type="gramEnd"/>
      <w:r>
        <w:rPr>
          <w:rFonts w:ascii="Arial" w:hAnsi="Arial"/>
        </w:rPr>
        <w:t xml:space="preserve"> one of the ways that t</w:t>
      </w:r>
      <w:r>
        <w:rPr>
          <w:rFonts w:ascii="Arial" w:hAnsi="Arial"/>
        </w:rPr>
        <w:t xml:space="preserve">hey can diagnose Marfan syndrome is obviously going to a genetic appointment. And they will basically get you to stand there and hold your arms </w:t>
      </w:r>
      <w:proofErr w:type="gramStart"/>
      <w:r>
        <w:rPr>
          <w:rFonts w:ascii="Arial" w:hAnsi="Arial"/>
        </w:rPr>
        <w:t>out stretched</w:t>
      </w:r>
      <w:proofErr w:type="gramEnd"/>
      <w:r>
        <w:rPr>
          <w:rFonts w:ascii="Arial" w:hAnsi="Arial"/>
        </w:rPr>
        <w:t xml:space="preserve"> out to the sides really wide, and they'll measure and if your tips of your middle fingers from one</w:t>
      </w:r>
      <w:r>
        <w:rPr>
          <w:rFonts w:ascii="Arial" w:hAnsi="Arial"/>
        </w:rPr>
        <w:t xml:space="preserve"> tip to the other is taller than your height, then you're pretty certain that you've got something like Marfan syndrome.</w:t>
      </w:r>
    </w:p>
    <w:p w14:paraId="51565DE5" w14:textId="77777777" w:rsidR="00CF75C8" w:rsidRDefault="00CF75C8">
      <w:pPr>
        <w:spacing w:after="0"/>
      </w:pPr>
    </w:p>
    <w:p w14:paraId="795CF0CE" w14:textId="77777777" w:rsidR="00CF75C8" w:rsidRDefault="002F30F1">
      <w:pPr>
        <w:spacing w:after="0"/>
      </w:pPr>
      <w:r>
        <w:rPr>
          <w:rFonts w:ascii="Arial" w:hAnsi="Arial"/>
          <w:b/>
        </w:rPr>
        <w:t xml:space="preserve">Alice  </w:t>
      </w:r>
      <w:r>
        <w:rPr>
          <w:rFonts w:ascii="Arial" w:hAnsi="Arial"/>
          <w:color w:val="5D7284"/>
        </w:rPr>
        <w:t>02:48</w:t>
      </w:r>
    </w:p>
    <w:p w14:paraId="7D8F0E23" w14:textId="77777777" w:rsidR="00CF75C8" w:rsidRDefault="002F30F1">
      <w:pPr>
        <w:spacing w:after="0"/>
      </w:pPr>
      <w:r>
        <w:rPr>
          <w:rFonts w:ascii="Arial" w:hAnsi="Arial"/>
        </w:rPr>
        <w:t xml:space="preserve">Okay, so it's sort of stretched from one hand to the other. Your </w:t>
      </w:r>
      <w:proofErr w:type="spellStart"/>
      <w:r>
        <w:rPr>
          <w:rFonts w:ascii="Arial" w:hAnsi="Arial"/>
        </w:rPr>
        <w:t>your</w:t>
      </w:r>
      <w:proofErr w:type="spellEnd"/>
      <w:r>
        <w:rPr>
          <w:rFonts w:ascii="Arial" w:hAnsi="Arial"/>
        </w:rPr>
        <w:t xml:space="preserve"> arm spans </w:t>
      </w:r>
      <w:proofErr w:type="gramStart"/>
      <w:r>
        <w:rPr>
          <w:rFonts w:ascii="Arial" w:hAnsi="Arial"/>
        </w:rPr>
        <w:t>actually taller</w:t>
      </w:r>
      <w:proofErr w:type="gramEnd"/>
      <w:r>
        <w:rPr>
          <w:rFonts w:ascii="Arial" w:hAnsi="Arial"/>
        </w:rPr>
        <w:t xml:space="preserve"> than Yes, longer than </w:t>
      </w:r>
      <w:r>
        <w:rPr>
          <w:rFonts w:ascii="Arial" w:hAnsi="Arial"/>
        </w:rPr>
        <w:t>you are tall.</w:t>
      </w:r>
    </w:p>
    <w:p w14:paraId="741E45EE" w14:textId="77777777" w:rsidR="00CF75C8" w:rsidRDefault="00CF75C8">
      <w:pPr>
        <w:spacing w:after="0"/>
      </w:pPr>
    </w:p>
    <w:p w14:paraId="486DA6FC" w14:textId="77777777" w:rsidR="00CF75C8" w:rsidRDefault="002F30F1">
      <w:pPr>
        <w:spacing w:after="0"/>
      </w:pPr>
      <w:proofErr w:type="spellStart"/>
      <w:r>
        <w:rPr>
          <w:rFonts w:ascii="Arial" w:hAnsi="Arial"/>
          <w:b/>
        </w:rPr>
        <w:t>jessica</w:t>
      </w:r>
      <w:proofErr w:type="spellEnd"/>
      <w:r>
        <w:rPr>
          <w:rFonts w:ascii="Arial" w:hAnsi="Arial"/>
          <w:b/>
        </w:rPr>
        <w:t xml:space="preserve">  </w:t>
      </w:r>
      <w:r>
        <w:rPr>
          <w:rFonts w:ascii="Arial" w:hAnsi="Arial"/>
          <w:color w:val="5D7284"/>
        </w:rPr>
        <w:t>02:57</w:t>
      </w:r>
    </w:p>
    <w:p w14:paraId="31ABDE33" w14:textId="77777777" w:rsidR="00CF75C8" w:rsidRDefault="002F30F1">
      <w:pPr>
        <w:spacing w:after="0"/>
      </w:pPr>
      <w:r>
        <w:rPr>
          <w:rFonts w:ascii="Arial" w:hAnsi="Arial"/>
        </w:rPr>
        <w:t>Yes. Yeah. It's a bit awkward when you're in the appointment, and they're getting you to stand there. And you're thinking that you look a bit like, I don't know, Jesus on the cross or something.</w:t>
      </w:r>
    </w:p>
    <w:p w14:paraId="29781D66" w14:textId="77777777" w:rsidR="00CF75C8" w:rsidRDefault="00CF75C8">
      <w:pPr>
        <w:spacing w:after="0"/>
      </w:pPr>
    </w:p>
    <w:p w14:paraId="000CA7DA" w14:textId="77777777" w:rsidR="00CF75C8" w:rsidRDefault="002F30F1">
      <w:pPr>
        <w:spacing w:after="0"/>
      </w:pPr>
      <w:r>
        <w:rPr>
          <w:rFonts w:ascii="Arial" w:hAnsi="Arial"/>
          <w:b/>
        </w:rPr>
        <w:t xml:space="preserve">Alice  </w:t>
      </w:r>
      <w:r>
        <w:rPr>
          <w:rFonts w:ascii="Arial" w:hAnsi="Arial"/>
          <w:color w:val="5D7284"/>
        </w:rPr>
        <w:t>03:08</w:t>
      </w:r>
    </w:p>
    <w:p w14:paraId="009008DA" w14:textId="77777777" w:rsidR="00CF75C8" w:rsidRDefault="002F30F1">
      <w:pPr>
        <w:spacing w:after="0"/>
      </w:pPr>
      <w:r>
        <w:rPr>
          <w:rFonts w:ascii="Arial" w:hAnsi="Arial"/>
        </w:rPr>
        <w:t>I can remember it</w:t>
      </w:r>
      <w:r>
        <w:rPr>
          <w:rFonts w:ascii="Arial" w:hAnsi="Arial"/>
        </w:rPr>
        <w:t>. If you were only three. Do you remember that diagnosed that?</w:t>
      </w:r>
    </w:p>
    <w:p w14:paraId="30B03E95" w14:textId="77777777" w:rsidR="00CF75C8" w:rsidRDefault="00CF75C8">
      <w:pPr>
        <w:spacing w:after="0"/>
      </w:pPr>
    </w:p>
    <w:p w14:paraId="745DA1C7" w14:textId="77777777" w:rsidR="00CF75C8" w:rsidRDefault="002F30F1">
      <w:pPr>
        <w:spacing w:after="0"/>
      </w:pPr>
      <w:proofErr w:type="spellStart"/>
      <w:r>
        <w:rPr>
          <w:rFonts w:ascii="Arial" w:hAnsi="Arial"/>
          <w:b/>
        </w:rPr>
        <w:t>jessica</w:t>
      </w:r>
      <w:proofErr w:type="spellEnd"/>
      <w:r>
        <w:rPr>
          <w:rFonts w:ascii="Arial" w:hAnsi="Arial"/>
          <w:b/>
        </w:rPr>
        <w:t xml:space="preserve">  </w:t>
      </w:r>
      <w:r>
        <w:rPr>
          <w:rFonts w:ascii="Arial" w:hAnsi="Arial"/>
          <w:color w:val="5D7284"/>
        </w:rPr>
        <w:t>03:13</w:t>
      </w:r>
    </w:p>
    <w:p w14:paraId="47143469" w14:textId="77777777" w:rsidR="00CF75C8" w:rsidRDefault="002F30F1">
      <w:pPr>
        <w:spacing w:after="0"/>
      </w:pPr>
      <w:r>
        <w:rPr>
          <w:rFonts w:ascii="Arial" w:hAnsi="Arial"/>
        </w:rPr>
        <w:t xml:space="preserve">That wasn't </w:t>
      </w:r>
      <w:proofErr w:type="gramStart"/>
      <w:r>
        <w:rPr>
          <w:rFonts w:ascii="Arial" w:hAnsi="Arial"/>
        </w:rPr>
        <w:t>actually when</w:t>
      </w:r>
      <w:proofErr w:type="gramEnd"/>
      <w:r>
        <w:rPr>
          <w:rFonts w:ascii="Arial" w:hAnsi="Arial"/>
        </w:rPr>
        <w:t xml:space="preserve"> I was three, we went for genetic testing. In my teenage years, I can't remember exactly when it was my mum took me just to get it absolutely confirmed,</w:t>
      </w:r>
      <w:r>
        <w:rPr>
          <w:rFonts w:ascii="Arial" w:hAnsi="Arial"/>
        </w:rPr>
        <w:t xml:space="preserve"> because my GP at the time, had always said this is you know what she's got, and she's, you know, best to get checked at the </w:t>
      </w:r>
      <w:proofErr w:type="spellStart"/>
      <w:r>
        <w:rPr>
          <w:rFonts w:ascii="Arial" w:hAnsi="Arial"/>
        </w:rPr>
        <w:t>gunvolt</w:t>
      </w:r>
      <w:proofErr w:type="spellEnd"/>
      <w:r>
        <w:rPr>
          <w:rFonts w:ascii="Arial" w:hAnsi="Arial"/>
        </w:rPr>
        <w:t xml:space="preserve"> Heart Hospital and have yearly scans, and they knew everything was in line, but I've never had a real formal test. And this</w:t>
      </w:r>
      <w:r>
        <w:rPr>
          <w:rFonts w:ascii="Arial" w:hAnsi="Arial"/>
        </w:rPr>
        <w:t xml:space="preserve"> is exactly what she's got and how she got it. </w:t>
      </w:r>
      <w:proofErr w:type="gramStart"/>
      <w:r>
        <w:rPr>
          <w:rFonts w:ascii="Arial" w:hAnsi="Arial"/>
        </w:rPr>
        <w:t>So</w:t>
      </w:r>
      <w:proofErr w:type="gramEnd"/>
      <w:r>
        <w:rPr>
          <w:rFonts w:ascii="Arial" w:hAnsi="Arial"/>
        </w:rPr>
        <w:t xml:space="preserve"> we decided to do that quite late. </w:t>
      </w:r>
      <w:proofErr w:type="gramStart"/>
      <w:r>
        <w:rPr>
          <w:rFonts w:ascii="Arial" w:hAnsi="Arial"/>
        </w:rPr>
        <w:t>Actually, I'm</w:t>
      </w:r>
      <w:proofErr w:type="gramEnd"/>
      <w:r>
        <w:rPr>
          <w:rFonts w:ascii="Arial" w:hAnsi="Arial"/>
        </w:rPr>
        <w:t xml:space="preserve"> not sure why it was so late to ask my mom. But yeah, I went along to this appointment. And they just, they looked at my legs, my fingers, my arms, as I've alr</w:t>
      </w:r>
      <w:r>
        <w:rPr>
          <w:rFonts w:ascii="Arial" w:hAnsi="Arial"/>
        </w:rPr>
        <w:t xml:space="preserve">eady said, there's also a hypermobility thing. </w:t>
      </w:r>
      <w:proofErr w:type="gramStart"/>
      <w:r>
        <w:rPr>
          <w:rFonts w:ascii="Arial" w:hAnsi="Arial"/>
        </w:rPr>
        <w:t>So</w:t>
      </w:r>
      <w:proofErr w:type="gramEnd"/>
      <w:r>
        <w:rPr>
          <w:rFonts w:ascii="Arial" w:hAnsi="Arial"/>
        </w:rPr>
        <w:t xml:space="preserve"> muscles and fingers, you can like do all sorts of weird and wonderful things with your hands and bend your thumb in a strange way. And there's all sorts of things that are very known in the Marfan community</w:t>
      </w:r>
      <w:r>
        <w:rPr>
          <w:rFonts w:ascii="Arial" w:hAnsi="Arial"/>
        </w:rPr>
        <w:t xml:space="preserve">. And </w:t>
      </w:r>
      <w:proofErr w:type="gramStart"/>
      <w:r>
        <w:rPr>
          <w:rFonts w:ascii="Arial" w:hAnsi="Arial"/>
        </w:rPr>
        <w:t>also</w:t>
      </w:r>
      <w:proofErr w:type="gramEnd"/>
      <w:r>
        <w:rPr>
          <w:rFonts w:ascii="Arial" w:hAnsi="Arial"/>
        </w:rPr>
        <w:t xml:space="preserve"> easily kind of dislocating joints and things like that. So</w:t>
      </w:r>
    </w:p>
    <w:p w14:paraId="6D2B6B98" w14:textId="77777777" w:rsidR="00CF75C8" w:rsidRDefault="00CF75C8">
      <w:pPr>
        <w:spacing w:after="0"/>
      </w:pPr>
    </w:p>
    <w:p w14:paraId="35CBA30D" w14:textId="77777777" w:rsidR="00CF75C8" w:rsidRDefault="002F30F1">
      <w:pPr>
        <w:spacing w:after="0"/>
      </w:pPr>
      <w:r>
        <w:rPr>
          <w:rFonts w:ascii="Arial" w:hAnsi="Arial"/>
          <w:b/>
        </w:rPr>
        <w:t xml:space="preserve">Lucy  </w:t>
      </w:r>
      <w:r>
        <w:rPr>
          <w:rFonts w:ascii="Arial" w:hAnsi="Arial"/>
          <w:color w:val="5D7284"/>
        </w:rPr>
        <w:t>04:25</w:t>
      </w:r>
    </w:p>
    <w:p w14:paraId="603AF4E0" w14:textId="77777777" w:rsidR="00CF75C8" w:rsidRDefault="002F30F1">
      <w:pPr>
        <w:spacing w:after="0"/>
      </w:pPr>
      <w:r>
        <w:rPr>
          <w:rFonts w:ascii="Arial" w:hAnsi="Arial"/>
        </w:rPr>
        <w:lastRenderedPageBreak/>
        <w:t xml:space="preserve">do you experience any sort of pain with those dislocations? Or the fact that you're so bended? Do you think to yourself, that really hurts this morning and </w:t>
      </w:r>
      <w:proofErr w:type="spellStart"/>
      <w:r>
        <w:rPr>
          <w:rFonts w:ascii="Arial" w:hAnsi="Arial"/>
        </w:rPr>
        <w:t>realise</w:t>
      </w:r>
      <w:proofErr w:type="spellEnd"/>
      <w:r>
        <w:rPr>
          <w:rFonts w:ascii="Arial" w:hAnsi="Arial"/>
        </w:rPr>
        <w:t xml:space="preserve">, sort of </w:t>
      </w:r>
      <w:r>
        <w:rPr>
          <w:rFonts w:ascii="Arial" w:hAnsi="Arial"/>
        </w:rPr>
        <w:t xml:space="preserve">something's popped out of the socket somewhere </w:t>
      </w:r>
      <w:proofErr w:type="gramStart"/>
      <w:r>
        <w:rPr>
          <w:rFonts w:ascii="Arial" w:hAnsi="Arial"/>
        </w:rPr>
        <w:t>or,</w:t>
      </w:r>
      <w:proofErr w:type="gramEnd"/>
    </w:p>
    <w:p w14:paraId="50D11655" w14:textId="77777777" w:rsidR="00CF75C8" w:rsidRDefault="00CF75C8">
      <w:pPr>
        <w:spacing w:after="0"/>
      </w:pPr>
    </w:p>
    <w:p w14:paraId="0052965F" w14:textId="77777777" w:rsidR="00CF75C8" w:rsidRDefault="002F30F1">
      <w:pPr>
        <w:spacing w:after="0"/>
      </w:pPr>
      <w:proofErr w:type="spellStart"/>
      <w:r>
        <w:rPr>
          <w:rFonts w:ascii="Arial" w:hAnsi="Arial"/>
          <w:b/>
        </w:rPr>
        <w:t>jessica</w:t>
      </w:r>
      <w:proofErr w:type="spellEnd"/>
      <w:r>
        <w:rPr>
          <w:rFonts w:ascii="Arial" w:hAnsi="Arial"/>
          <w:b/>
        </w:rPr>
        <w:t xml:space="preserve">  </w:t>
      </w:r>
      <w:r>
        <w:rPr>
          <w:rFonts w:ascii="Arial" w:hAnsi="Arial"/>
          <w:color w:val="5D7284"/>
        </w:rPr>
        <w:t>04:37</w:t>
      </w:r>
    </w:p>
    <w:p w14:paraId="7B5F65AB" w14:textId="77777777" w:rsidR="00CF75C8" w:rsidRDefault="002F30F1">
      <w:pPr>
        <w:spacing w:after="0"/>
      </w:pPr>
      <w:r>
        <w:rPr>
          <w:rFonts w:ascii="Arial" w:hAnsi="Arial"/>
        </w:rPr>
        <w:t xml:space="preserve">and I did when I was </w:t>
      </w:r>
      <w:proofErr w:type="gramStart"/>
      <w:r>
        <w:rPr>
          <w:rFonts w:ascii="Arial" w:hAnsi="Arial"/>
        </w:rPr>
        <w:t>younger, definitely</w:t>
      </w:r>
      <w:proofErr w:type="gramEnd"/>
      <w:r>
        <w:rPr>
          <w:rFonts w:ascii="Arial" w:hAnsi="Arial"/>
        </w:rPr>
        <w:t xml:space="preserve">. I remember a particular incident where I can't remember how old I was, I must have been about maybe seven or eight and I </w:t>
      </w:r>
      <w:proofErr w:type="spellStart"/>
      <w:r>
        <w:rPr>
          <w:rFonts w:ascii="Arial" w:hAnsi="Arial"/>
        </w:rPr>
        <w:t>lent</w:t>
      </w:r>
      <w:proofErr w:type="spellEnd"/>
      <w:r>
        <w:rPr>
          <w:rFonts w:ascii="Arial" w:hAnsi="Arial"/>
        </w:rPr>
        <w:t xml:space="preserve"> over my bed to like, </w:t>
      </w:r>
      <w:r>
        <w:rPr>
          <w:rFonts w:ascii="Arial" w:hAnsi="Arial"/>
        </w:rPr>
        <w:t xml:space="preserve">pull the duvet over and make it and tuck it in </w:t>
      </w:r>
      <w:proofErr w:type="gramStart"/>
      <w:r>
        <w:rPr>
          <w:rFonts w:ascii="Arial" w:hAnsi="Arial"/>
        </w:rPr>
        <w:t>really nice</w:t>
      </w:r>
      <w:proofErr w:type="gramEnd"/>
      <w:r>
        <w:rPr>
          <w:rFonts w:ascii="Arial" w:hAnsi="Arial"/>
        </w:rPr>
        <w:t xml:space="preserve"> and just, you know, make it look good. And I remember because I kind of see sprawled over the mattress like with my knee. I remember my knee popping, and </w:t>
      </w:r>
      <w:proofErr w:type="gramStart"/>
      <w:r>
        <w:rPr>
          <w:rFonts w:ascii="Arial" w:hAnsi="Arial"/>
        </w:rPr>
        <w:t>I couldn't I couldn't</w:t>
      </w:r>
      <w:proofErr w:type="gramEnd"/>
      <w:r>
        <w:rPr>
          <w:rFonts w:ascii="Arial" w:hAnsi="Arial"/>
        </w:rPr>
        <w:t xml:space="preserve"> move. I literally was</w:t>
      </w:r>
      <w:r>
        <w:rPr>
          <w:rFonts w:ascii="Arial" w:hAnsi="Arial"/>
        </w:rPr>
        <w:t xml:space="preserve"> stuck, like, crouched on this mattress like, didn't know what to do screams my brother came in and was like, Oh, it's fine. Just they'll just have to saw  your leg off. Don't worry. He was making it worse </w:t>
      </w:r>
      <w:proofErr w:type="spellStart"/>
      <w:r>
        <w:rPr>
          <w:rFonts w:ascii="Arial" w:hAnsi="Arial"/>
        </w:rPr>
        <w:t>i</w:t>
      </w:r>
      <w:proofErr w:type="spellEnd"/>
      <w:r>
        <w:rPr>
          <w:rFonts w:ascii="Arial" w:hAnsi="Arial"/>
        </w:rPr>
        <w:t xml:space="preserve"> was literally crying my eyes out Eventually, it </w:t>
      </w:r>
      <w:r>
        <w:rPr>
          <w:rFonts w:ascii="Arial" w:hAnsi="Arial"/>
        </w:rPr>
        <w:t>somehow just clicked back into place. And things like that would happen quite a lot when I was younger. I don't know if it's because of how fast my bones were growing or what but not so much nowadays. I mean, I do have kind of weak muscles and ankles and t</w:t>
      </w:r>
      <w:r>
        <w:rPr>
          <w:rFonts w:ascii="Arial" w:hAnsi="Arial"/>
        </w:rPr>
        <w:t xml:space="preserve">hings. </w:t>
      </w:r>
      <w:proofErr w:type="gramStart"/>
      <w:r>
        <w:rPr>
          <w:rFonts w:ascii="Arial" w:hAnsi="Arial"/>
        </w:rPr>
        <w:t>So</w:t>
      </w:r>
      <w:proofErr w:type="gramEnd"/>
      <w:r>
        <w:rPr>
          <w:rFonts w:ascii="Arial" w:hAnsi="Arial"/>
        </w:rPr>
        <w:t xml:space="preserve"> I quite often quite clumsy. I quite often stumble and trip  my ankle will  roll on itself quite a lot. Not necessarily pain as much.</w:t>
      </w:r>
    </w:p>
    <w:p w14:paraId="15CC42F1" w14:textId="77777777" w:rsidR="00CF75C8" w:rsidRDefault="00CF75C8">
      <w:pPr>
        <w:spacing w:after="0"/>
      </w:pPr>
    </w:p>
    <w:p w14:paraId="5830D61D" w14:textId="77777777" w:rsidR="00CF75C8" w:rsidRDefault="002F30F1">
      <w:pPr>
        <w:spacing w:after="0"/>
      </w:pPr>
      <w:r>
        <w:rPr>
          <w:rFonts w:ascii="Arial" w:hAnsi="Arial"/>
          <w:b/>
        </w:rPr>
        <w:t xml:space="preserve">Lucy  </w:t>
      </w:r>
      <w:r>
        <w:rPr>
          <w:rFonts w:ascii="Arial" w:hAnsi="Arial"/>
          <w:color w:val="5D7284"/>
        </w:rPr>
        <w:t>05:56</w:t>
      </w:r>
    </w:p>
    <w:p w14:paraId="64930A13" w14:textId="77777777" w:rsidR="00CF75C8" w:rsidRDefault="002F30F1">
      <w:pPr>
        <w:spacing w:after="0"/>
      </w:pPr>
      <w:proofErr w:type="gramStart"/>
      <w:r>
        <w:rPr>
          <w:rFonts w:ascii="Arial" w:hAnsi="Arial"/>
        </w:rPr>
        <w:t>So</w:t>
      </w:r>
      <w:proofErr w:type="gramEnd"/>
      <w:r>
        <w:rPr>
          <w:rFonts w:ascii="Arial" w:hAnsi="Arial"/>
        </w:rPr>
        <w:t xml:space="preserve"> it's not like a like a constant ache. It's just a kind of thing.</w:t>
      </w:r>
    </w:p>
    <w:p w14:paraId="77F6582F" w14:textId="77777777" w:rsidR="00CF75C8" w:rsidRDefault="00CF75C8">
      <w:pPr>
        <w:spacing w:after="0"/>
      </w:pPr>
    </w:p>
    <w:p w14:paraId="40A208BF" w14:textId="77777777" w:rsidR="00CF75C8" w:rsidRDefault="002F30F1">
      <w:pPr>
        <w:spacing w:after="0"/>
      </w:pPr>
      <w:proofErr w:type="spellStart"/>
      <w:r>
        <w:rPr>
          <w:rFonts w:ascii="Arial" w:hAnsi="Arial"/>
          <w:b/>
        </w:rPr>
        <w:t>jessica</w:t>
      </w:r>
      <w:proofErr w:type="spellEnd"/>
      <w:r>
        <w:rPr>
          <w:rFonts w:ascii="Arial" w:hAnsi="Arial"/>
          <w:b/>
        </w:rPr>
        <w:t xml:space="preserve">  </w:t>
      </w:r>
      <w:r>
        <w:rPr>
          <w:rFonts w:ascii="Arial" w:hAnsi="Arial"/>
          <w:color w:val="5D7284"/>
        </w:rPr>
        <w:t>06:02</w:t>
      </w:r>
    </w:p>
    <w:p w14:paraId="23366307" w14:textId="77777777" w:rsidR="00CF75C8" w:rsidRDefault="002F30F1">
      <w:pPr>
        <w:spacing w:after="0"/>
      </w:pPr>
      <w:r>
        <w:rPr>
          <w:rFonts w:ascii="Arial" w:hAnsi="Arial"/>
        </w:rPr>
        <w:t>For me personall</w:t>
      </w:r>
      <w:r>
        <w:rPr>
          <w:rFonts w:ascii="Arial" w:hAnsi="Arial"/>
        </w:rPr>
        <w:t xml:space="preserve">y, No, I know. Marfan syndrome affects people in completely different ways. And there are people that have it a lot worse than I do, because I'm parts of like groups and forums and stuff online. Yeah. Some Yeah. </w:t>
      </w:r>
      <w:proofErr w:type="gramStart"/>
      <w:r>
        <w:rPr>
          <w:rFonts w:ascii="Arial" w:hAnsi="Arial"/>
        </w:rPr>
        <w:t>So</w:t>
      </w:r>
      <w:proofErr w:type="gramEnd"/>
      <w:r>
        <w:rPr>
          <w:rFonts w:ascii="Arial" w:hAnsi="Arial"/>
        </w:rPr>
        <w:t xml:space="preserve"> for me, I don't really have daily pains a</w:t>
      </w:r>
      <w:r>
        <w:rPr>
          <w:rFonts w:ascii="Arial" w:hAnsi="Arial"/>
        </w:rPr>
        <w:t xml:space="preserve">nd struggles. The only thing I do get quite regularly is back </w:t>
      </w:r>
      <w:proofErr w:type="gramStart"/>
      <w:r>
        <w:rPr>
          <w:rFonts w:ascii="Arial" w:hAnsi="Arial"/>
        </w:rPr>
        <w:t>pain, because</w:t>
      </w:r>
      <w:proofErr w:type="gramEnd"/>
      <w:r>
        <w:rPr>
          <w:rFonts w:ascii="Arial" w:hAnsi="Arial"/>
        </w:rPr>
        <w:t xml:space="preserve"> I have mild scoliosis that is also associated with Marfan syndrome. So yeah, that was a lot worse again, in my kind of childhood and teenage years. And I remember, school at high s</w:t>
      </w:r>
      <w:r>
        <w:rPr>
          <w:rFonts w:ascii="Arial" w:hAnsi="Arial"/>
        </w:rPr>
        <w:t xml:space="preserve">chool probably was the hardest time because I don't know if it was the same where you guys went to school, but in like science class, most students were told to sit on those wooden stools. Yeah. </w:t>
      </w:r>
      <w:proofErr w:type="gramStart"/>
      <w:r>
        <w:rPr>
          <w:rFonts w:ascii="Arial" w:hAnsi="Arial"/>
        </w:rPr>
        <w:t>So</w:t>
      </w:r>
      <w:proofErr w:type="gramEnd"/>
      <w:r>
        <w:rPr>
          <w:rFonts w:ascii="Arial" w:hAnsi="Arial"/>
        </w:rPr>
        <w:t xml:space="preserve"> like, that's just the typical, that's what you know, you s</w:t>
      </w:r>
      <w:r>
        <w:rPr>
          <w:rFonts w:ascii="Arial" w:hAnsi="Arial"/>
        </w:rPr>
        <w:t xml:space="preserve">it on, and I remember just it  causing </w:t>
      </w:r>
      <w:proofErr w:type="spellStart"/>
      <w:r>
        <w:rPr>
          <w:rFonts w:ascii="Arial" w:hAnsi="Arial"/>
        </w:rPr>
        <w:t>agonising</w:t>
      </w:r>
      <w:proofErr w:type="spellEnd"/>
      <w:r>
        <w:rPr>
          <w:rFonts w:ascii="Arial" w:hAnsi="Arial"/>
        </w:rPr>
        <w:t xml:space="preserve"> pain, having nothing to support my back. </w:t>
      </w:r>
      <w:proofErr w:type="gramStart"/>
      <w:r>
        <w:rPr>
          <w:rFonts w:ascii="Arial" w:hAnsi="Arial"/>
        </w:rPr>
        <w:t>So</w:t>
      </w:r>
      <w:proofErr w:type="gramEnd"/>
      <w:r>
        <w:rPr>
          <w:rFonts w:ascii="Arial" w:hAnsi="Arial"/>
        </w:rPr>
        <w:t xml:space="preserve"> I need quite supportive chairs and lumbar support, things like that. I remember my mom </w:t>
      </w:r>
      <w:proofErr w:type="gramStart"/>
      <w:r>
        <w:rPr>
          <w:rFonts w:ascii="Arial" w:hAnsi="Arial"/>
        </w:rPr>
        <w:t>actually having</w:t>
      </w:r>
      <w:proofErr w:type="gramEnd"/>
      <w:r>
        <w:rPr>
          <w:rFonts w:ascii="Arial" w:hAnsi="Arial"/>
        </w:rPr>
        <w:t xml:space="preserve"> a conversation with all my teachers saying Jessica needs a s</w:t>
      </w:r>
      <w:r>
        <w:rPr>
          <w:rFonts w:ascii="Arial" w:hAnsi="Arial"/>
        </w:rPr>
        <w:t xml:space="preserve">pecial chair. That's basically how she phrased it. </w:t>
      </w:r>
      <w:proofErr w:type="gramStart"/>
      <w:r>
        <w:rPr>
          <w:rFonts w:ascii="Arial" w:hAnsi="Arial"/>
        </w:rPr>
        <w:t>So</w:t>
      </w:r>
      <w:proofErr w:type="gramEnd"/>
      <w:r>
        <w:rPr>
          <w:rFonts w:ascii="Arial" w:hAnsi="Arial"/>
        </w:rPr>
        <w:t xml:space="preserve"> every time I'd have a science lab lesson or anything, they would wheel me in a computer chair that I would then sit on all the other kids would be like, oh, what do you get the computer on my back hurts</w:t>
      </w:r>
      <w:r>
        <w:rPr>
          <w:rFonts w:ascii="Arial" w:hAnsi="Arial"/>
        </w:rPr>
        <w:t xml:space="preserve"> Miss to why does just get the job and a lot of it was just friendly banter, but a lot of bullying as well. I have got cerebral palsy and I'm in a manual wheelchair. And it was only when I was about 16  17 that the sort of tail end of </w:t>
      </w:r>
      <w:proofErr w:type="spellStart"/>
      <w:r>
        <w:rPr>
          <w:rFonts w:ascii="Arial" w:hAnsi="Arial"/>
        </w:rPr>
        <w:t>paediatrician</w:t>
      </w:r>
      <w:proofErr w:type="spellEnd"/>
      <w:r>
        <w:rPr>
          <w:rFonts w:ascii="Arial" w:hAnsi="Arial"/>
        </w:rPr>
        <w:t xml:space="preserve"> years, </w:t>
      </w:r>
      <w:r>
        <w:rPr>
          <w:rFonts w:ascii="Arial" w:hAnsi="Arial"/>
        </w:rPr>
        <w:t xml:space="preserve">and then the team came regularly to school to do regular checkups. And he's I changed my </w:t>
      </w:r>
      <w:proofErr w:type="spellStart"/>
      <w:r>
        <w:rPr>
          <w:rFonts w:ascii="Arial" w:hAnsi="Arial"/>
        </w:rPr>
        <w:t>paediatrician</w:t>
      </w:r>
      <w:proofErr w:type="spellEnd"/>
      <w:r>
        <w:rPr>
          <w:rFonts w:ascii="Arial" w:hAnsi="Arial"/>
        </w:rPr>
        <w:t xml:space="preserve"> what my original </w:t>
      </w:r>
      <w:proofErr w:type="spellStart"/>
      <w:r>
        <w:rPr>
          <w:rFonts w:ascii="Arial" w:hAnsi="Arial"/>
        </w:rPr>
        <w:t>paediatrician</w:t>
      </w:r>
      <w:proofErr w:type="spellEnd"/>
      <w:r>
        <w:rPr>
          <w:rFonts w:ascii="Arial" w:hAnsi="Arial"/>
        </w:rPr>
        <w:t xml:space="preserve"> had retired. And we had a new one come in, and he sat me on the edge of this bed in the nurse's office at school and said,</w:t>
      </w:r>
      <w:r>
        <w:rPr>
          <w:rFonts w:ascii="Arial" w:hAnsi="Arial"/>
        </w:rPr>
        <w:t xml:space="preserve"> I was out of my wheelchair and he said, Oh, do you know you got scoliosis? </w:t>
      </w:r>
      <w:proofErr w:type="gramStart"/>
      <w:r>
        <w:rPr>
          <w:rFonts w:ascii="Arial" w:hAnsi="Arial"/>
        </w:rPr>
        <w:t>No</w:t>
      </w:r>
      <w:proofErr w:type="gramEnd"/>
      <w:r>
        <w:rPr>
          <w:rFonts w:ascii="Arial" w:hAnsi="Arial"/>
        </w:rPr>
        <w:t xml:space="preserve"> it's the first I've heard of it. But then once I knew </w:t>
      </w:r>
      <w:proofErr w:type="gramStart"/>
      <w:r>
        <w:rPr>
          <w:rFonts w:ascii="Arial" w:hAnsi="Arial"/>
        </w:rPr>
        <w:t>that,</w:t>
      </w:r>
      <w:proofErr w:type="gramEnd"/>
      <w:r>
        <w:rPr>
          <w:rFonts w:ascii="Arial" w:hAnsi="Arial"/>
        </w:rPr>
        <w:t xml:space="preserve"> that was that I </w:t>
      </w:r>
      <w:proofErr w:type="spellStart"/>
      <w:r>
        <w:rPr>
          <w:rFonts w:ascii="Arial" w:hAnsi="Arial"/>
        </w:rPr>
        <w:t>realised</w:t>
      </w:r>
      <w:proofErr w:type="spellEnd"/>
      <w:r>
        <w:rPr>
          <w:rFonts w:ascii="Arial" w:hAnsi="Arial"/>
        </w:rPr>
        <w:t xml:space="preserve"> that that's why I can't lie on my back in bed, the cant , you know, I </w:t>
      </w:r>
      <w:proofErr w:type="spellStart"/>
      <w:r>
        <w:rPr>
          <w:rFonts w:ascii="Arial" w:hAnsi="Arial"/>
        </w:rPr>
        <w:t>cant</w:t>
      </w:r>
      <w:proofErr w:type="spellEnd"/>
      <w:r>
        <w:rPr>
          <w:rFonts w:ascii="Arial" w:hAnsi="Arial"/>
        </w:rPr>
        <w:t xml:space="preserve"> lie  on the actua</w:t>
      </w:r>
      <w:r>
        <w:rPr>
          <w:rFonts w:ascii="Arial" w:hAnsi="Arial"/>
        </w:rPr>
        <w:t xml:space="preserve">l law where the scoliosis is only very slight. </w:t>
      </w:r>
      <w:proofErr w:type="gramStart"/>
      <w:r>
        <w:rPr>
          <w:rFonts w:ascii="Arial" w:hAnsi="Arial"/>
        </w:rPr>
        <w:t>So</w:t>
      </w:r>
      <w:proofErr w:type="gramEnd"/>
      <w:r>
        <w:rPr>
          <w:rFonts w:ascii="Arial" w:hAnsi="Arial"/>
        </w:rPr>
        <w:t xml:space="preserve"> if you see me sat up, you would notice it, but it's only when I've got most like shirts off and stuff, you kind of notice a slight lump. But it was only then when you </w:t>
      </w:r>
      <w:proofErr w:type="spellStart"/>
      <w:r>
        <w:rPr>
          <w:rFonts w:ascii="Arial" w:hAnsi="Arial"/>
        </w:rPr>
        <w:t>realise</w:t>
      </w:r>
      <w:proofErr w:type="spellEnd"/>
      <w:r>
        <w:rPr>
          <w:rFonts w:ascii="Arial" w:hAnsi="Arial"/>
        </w:rPr>
        <w:t xml:space="preserve"> actually that's why it hurts, i</w:t>
      </w:r>
      <w:r>
        <w:rPr>
          <w:rFonts w:ascii="Arial" w:hAnsi="Arial"/>
        </w:rPr>
        <w:t xml:space="preserve">sn't it because there's a lump there </w:t>
      </w:r>
      <w:r>
        <w:rPr>
          <w:rFonts w:ascii="Arial" w:hAnsi="Arial"/>
        </w:rPr>
        <w:lastRenderedPageBreak/>
        <w:t xml:space="preserve">that </w:t>
      </w:r>
      <w:proofErr w:type="gramStart"/>
      <w:r>
        <w:rPr>
          <w:rFonts w:ascii="Arial" w:hAnsi="Arial"/>
        </w:rPr>
        <w:t>is shouldn't be</w:t>
      </w:r>
      <w:proofErr w:type="gramEnd"/>
      <w:r>
        <w:rPr>
          <w:rFonts w:ascii="Arial" w:hAnsi="Arial"/>
        </w:rPr>
        <w:t xml:space="preserve"> there. And then it's amazing, really, that it took them so long to </w:t>
      </w:r>
      <w:proofErr w:type="spellStart"/>
      <w:r>
        <w:rPr>
          <w:rFonts w:ascii="Arial" w:hAnsi="Arial"/>
        </w:rPr>
        <w:t>realise</w:t>
      </w:r>
      <w:proofErr w:type="spellEnd"/>
      <w:r>
        <w:rPr>
          <w:rFonts w:ascii="Arial" w:hAnsi="Arial"/>
        </w:rPr>
        <w:t xml:space="preserve"> that I've got a sort of lump on my back. When they told  </w:t>
      </w:r>
      <w:proofErr w:type="gramStart"/>
      <w:r>
        <w:rPr>
          <w:rFonts w:ascii="Arial" w:hAnsi="Arial"/>
        </w:rPr>
        <w:t>me</w:t>
      </w:r>
      <w:proofErr w:type="gramEnd"/>
      <w:r>
        <w:rPr>
          <w:rFonts w:ascii="Arial" w:hAnsi="Arial"/>
        </w:rPr>
        <w:t xml:space="preserve"> I was a bit like, Is there anything else would you like to add </w:t>
      </w:r>
      <w:proofErr w:type="spellStart"/>
      <w:r>
        <w:rPr>
          <w:rFonts w:ascii="Arial" w:hAnsi="Arial"/>
        </w:rPr>
        <w:t>add</w:t>
      </w:r>
      <w:proofErr w:type="spellEnd"/>
      <w:r>
        <w:rPr>
          <w:rFonts w:ascii="Arial" w:hAnsi="Arial"/>
        </w:rPr>
        <w:t xml:space="preserve">  to the list</w:t>
      </w:r>
    </w:p>
    <w:p w14:paraId="7881BCA3" w14:textId="77777777" w:rsidR="00CF75C8" w:rsidRDefault="00CF75C8">
      <w:pPr>
        <w:spacing w:after="0"/>
      </w:pPr>
    </w:p>
    <w:p w14:paraId="242EA2CA" w14:textId="77777777" w:rsidR="00CF75C8" w:rsidRDefault="002F30F1">
      <w:pPr>
        <w:spacing w:after="0"/>
      </w:pPr>
      <w:r>
        <w:rPr>
          <w:rFonts w:ascii="Arial" w:hAnsi="Arial"/>
          <w:b/>
        </w:rPr>
        <w:t xml:space="preserve">Alice  </w:t>
      </w:r>
      <w:r>
        <w:rPr>
          <w:rFonts w:ascii="Arial" w:hAnsi="Arial"/>
          <w:color w:val="5D7284"/>
        </w:rPr>
        <w:t>08:55</w:t>
      </w:r>
    </w:p>
    <w:p w14:paraId="2C27F6AD" w14:textId="77777777" w:rsidR="00CF75C8" w:rsidRDefault="002F30F1">
      <w:pPr>
        <w:spacing w:after="0"/>
      </w:pPr>
      <w:r>
        <w:rPr>
          <w:rFonts w:ascii="Arial" w:hAnsi="Arial"/>
        </w:rPr>
        <w:t>Could be quite interesting, because it can be quite sort of almost cathartic sometimes to get that diagnosis and have that label to put on it to go. Oh, it's because of that, is it? Yeah, you know, I think that that's somethi</w:t>
      </w:r>
      <w:r>
        <w:rPr>
          <w:rFonts w:ascii="Arial" w:hAnsi="Arial"/>
        </w:rPr>
        <w:t xml:space="preserve">ng </w:t>
      </w:r>
      <w:proofErr w:type="spellStart"/>
      <w:r>
        <w:rPr>
          <w:rFonts w:ascii="Arial" w:hAnsi="Arial"/>
        </w:rPr>
        <w:t>cuz</w:t>
      </w:r>
      <w:proofErr w:type="spellEnd"/>
      <w:r>
        <w:rPr>
          <w:rFonts w:ascii="Arial" w:hAnsi="Arial"/>
        </w:rPr>
        <w:t xml:space="preserve"> I was I was always, my mum's always sort of assumed that I've probably got some level of dyslexia because I have the classic signs of </w:t>
      </w:r>
      <w:proofErr w:type="gramStart"/>
      <w:r>
        <w:rPr>
          <w:rFonts w:ascii="Arial" w:hAnsi="Arial"/>
        </w:rPr>
        <w:t>getting</w:t>
      </w:r>
      <w:proofErr w:type="gramEnd"/>
      <w:r>
        <w:rPr>
          <w:rFonts w:ascii="Arial" w:hAnsi="Arial"/>
        </w:rPr>
        <w:t xml:space="preserve"> I get the right letters, but in the wrong order, and sort of those sorts of things. But we never bothered t</w:t>
      </w:r>
      <w:r>
        <w:rPr>
          <w:rFonts w:ascii="Arial" w:hAnsi="Arial"/>
        </w:rPr>
        <w:t>o get me tested or anything at school because we sort of figured, well, I'm getting all the support I'm probably going to get anyway, from because of my eyesight is not any what else are they going to do give me even bigger print or whatever. But I have of</w:t>
      </w:r>
      <w:r>
        <w:rPr>
          <w:rFonts w:ascii="Arial" w:hAnsi="Arial"/>
        </w:rPr>
        <w:t xml:space="preserve">ten thought you know, maybe getting that diagnosis for me might make me feel a little bit. I just it just almost reassuring to say, Oh, well actually there is a reason behind this. And </w:t>
      </w:r>
      <w:proofErr w:type="gramStart"/>
      <w:r>
        <w:rPr>
          <w:rFonts w:ascii="Arial" w:hAnsi="Arial"/>
        </w:rPr>
        <w:t>so</w:t>
      </w:r>
      <w:proofErr w:type="gramEnd"/>
      <w:r>
        <w:rPr>
          <w:rFonts w:ascii="Arial" w:hAnsi="Arial"/>
        </w:rPr>
        <w:t xml:space="preserve"> I don't I don't ever identify myself as dyslexic, because I've not h</w:t>
      </w:r>
      <w:r>
        <w:rPr>
          <w:rFonts w:ascii="Arial" w:hAnsi="Arial"/>
        </w:rPr>
        <w:t>ad That, that diagnosis, but it is something that's always sort of been interesting to me.</w:t>
      </w:r>
    </w:p>
    <w:p w14:paraId="142F15C7" w14:textId="77777777" w:rsidR="00CF75C8" w:rsidRDefault="00CF75C8">
      <w:pPr>
        <w:spacing w:after="0"/>
      </w:pPr>
    </w:p>
    <w:p w14:paraId="6D633F58" w14:textId="77777777" w:rsidR="00CF75C8" w:rsidRDefault="002F30F1">
      <w:pPr>
        <w:spacing w:after="0"/>
      </w:pPr>
      <w:proofErr w:type="spellStart"/>
      <w:r>
        <w:rPr>
          <w:rFonts w:ascii="Arial" w:hAnsi="Arial"/>
          <w:b/>
        </w:rPr>
        <w:t>jessica</w:t>
      </w:r>
      <w:proofErr w:type="spellEnd"/>
      <w:r>
        <w:rPr>
          <w:rFonts w:ascii="Arial" w:hAnsi="Arial"/>
          <w:b/>
        </w:rPr>
        <w:t xml:space="preserve">  </w:t>
      </w:r>
      <w:r>
        <w:rPr>
          <w:rFonts w:ascii="Arial" w:hAnsi="Arial"/>
          <w:color w:val="5D7284"/>
        </w:rPr>
        <w:t>10:06</w:t>
      </w:r>
    </w:p>
    <w:p w14:paraId="1381FAD3" w14:textId="77777777" w:rsidR="00CF75C8" w:rsidRDefault="002F30F1">
      <w:pPr>
        <w:spacing w:after="0"/>
      </w:pPr>
      <w:r>
        <w:rPr>
          <w:rFonts w:ascii="Arial" w:hAnsi="Arial"/>
        </w:rPr>
        <w:t xml:space="preserve">I don't know whether it's the same  for you Jess but sometimes I wake up in the morning and I have a new pain. And I'm like, Is this just a visitor? </w:t>
      </w:r>
      <w:r>
        <w:rPr>
          <w:rFonts w:ascii="Arial" w:hAnsi="Arial"/>
        </w:rPr>
        <w:t>Or is this a new thing that I've now got to deal with? For the, you know, get on to get on top of? And if it's if sometimes you think, okay, it's Yeah, it's just a visitor  because it's easing a bit. As soon as I move, it's gone. And then other times you l</w:t>
      </w:r>
      <w:r>
        <w:rPr>
          <w:rFonts w:ascii="Arial" w:hAnsi="Arial"/>
        </w:rPr>
        <w:t xml:space="preserve">ike, no, this is causing me a bit more of a headache. But what else? Is there now really, do you want to just pack it in? Is that the same sort of thing for you? Do you? have you discovered like new things that you need? Oh, God, not this again? Like? Um, </w:t>
      </w:r>
      <w:r>
        <w:rPr>
          <w:rFonts w:ascii="Arial" w:hAnsi="Arial"/>
        </w:rPr>
        <w:t xml:space="preserve">yeah, I mean, with </w:t>
      </w:r>
      <w:proofErr w:type="spellStart"/>
      <w:r>
        <w:rPr>
          <w:rFonts w:ascii="Arial" w:hAnsi="Arial"/>
        </w:rPr>
        <w:t>marfans</w:t>
      </w:r>
      <w:proofErr w:type="spellEnd"/>
      <w:r>
        <w:rPr>
          <w:rFonts w:ascii="Arial" w:hAnsi="Arial"/>
        </w:rPr>
        <w:t xml:space="preserve"> affecting so many parts of the body. There is always something new that pops up. And I've, after some surgeries that </w:t>
      </w:r>
      <w:proofErr w:type="spellStart"/>
      <w:r>
        <w:rPr>
          <w:rFonts w:ascii="Arial" w:hAnsi="Arial"/>
        </w:rPr>
        <w:t>Id</w:t>
      </w:r>
      <w:proofErr w:type="spellEnd"/>
      <w:r>
        <w:rPr>
          <w:rFonts w:ascii="Arial" w:hAnsi="Arial"/>
        </w:rPr>
        <w:t xml:space="preserve">  had, there was quite a lot of fluid retention. And that's a whole new thing that I'd never experienced befor</w:t>
      </w:r>
      <w:r>
        <w:rPr>
          <w:rFonts w:ascii="Arial" w:hAnsi="Arial"/>
        </w:rPr>
        <w:t xml:space="preserve">e. </w:t>
      </w:r>
      <w:proofErr w:type="gramStart"/>
      <w:r>
        <w:rPr>
          <w:rFonts w:ascii="Arial" w:hAnsi="Arial"/>
        </w:rPr>
        <w:t>So</w:t>
      </w:r>
      <w:proofErr w:type="gramEnd"/>
      <w:r>
        <w:rPr>
          <w:rFonts w:ascii="Arial" w:hAnsi="Arial"/>
        </w:rPr>
        <w:t xml:space="preserve"> I had quite swollen legs for a while, which was very painful. And that comes and goes, so sometimes it's fine. And then other times I </w:t>
      </w:r>
      <w:proofErr w:type="gramStart"/>
      <w:r>
        <w:rPr>
          <w:rFonts w:ascii="Arial" w:hAnsi="Arial"/>
        </w:rPr>
        <w:t>have to</w:t>
      </w:r>
      <w:proofErr w:type="gramEnd"/>
      <w:r>
        <w:rPr>
          <w:rFonts w:ascii="Arial" w:hAnsi="Arial"/>
        </w:rPr>
        <w:t xml:space="preserve"> wear one of those compression stockings. Yes, yeah. Yeah. Which are not fun. But they do the job. </w:t>
      </w:r>
      <w:proofErr w:type="gramStart"/>
      <w:r>
        <w:rPr>
          <w:rFonts w:ascii="Arial" w:hAnsi="Arial"/>
        </w:rPr>
        <w:t>So</w:t>
      </w:r>
      <w:proofErr w:type="gramEnd"/>
      <w:r>
        <w:rPr>
          <w:rFonts w:ascii="Arial" w:hAnsi="Arial"/>
        </w:rPr>
        <w:t xml:space="preserve"> you hav</w:t>
      </w:r>
      <w:r>
        <w:rPr>
          <w:rFonts w:ascii="Arial" w:hAnsi="Arial"/>
        </w:rPr>
        <w:t>e to kind of grin and bear it. Yeah. Yeah. And just, I mean, I find when I've been on my feet for a long time walking around, you know, before  all of the  COVID and stuff, I'm going to town and shopping. And I get pains in my only one of my shoulders. And</w:t>
      </w:r>
      <w:r>
        <w:rPr>
          <w:rFonts w:ascii="Arial" w:hAnsi="Arial"/>
        </w:rPr>
        <w:t xml:space="preserve"> I never really understood why. It wasn't kind of how I had my handbag or anything silly like that. It just, there would just be one part of my back that would ache more than the other parts. I've never actually got that diagnosed or mentioned it  </w:t>
      </w:r>
      <w:proofErr w:type="spellStart"/>
      <w:r>
        <w:rPr>
          <w:rFonts w:ascii="Arial" w:hAnsi="Arial"/>
        </w:rPr>
        <w:t>it</w:t>
      </w:r>
      <w:proofErr w:type="spellEnd"/>
      <w:r>
        <w:rPr>
          <w:rFonts w:ascii="Arial" w:hAnsi="Arial"/>
        </w:rPr>
        <w:t xml:space="preserve"> happe</w:t>
      </w:r>
      <w:r>
        <w:rPr>
          <w:rFonts w:ascii="Arial" w:hAnsi="Arial"/>
        </w:rPr>
        <w:t>ns so irregularly, but that is always the part of me that is like quite a throbbing pain if I've been, you know, on my feet for a long time it  is weird, isn't it? Because sometimes you do think now when is the time to mention this to? Yeah, professional b</w:t>
      </w:r>
      <w:r>
        <w:rPr>
          <w:rFonts w:ascii="Arial" w:hAnsi="Arial"/>
        </w:rPr>
        <w:t xml:space="preserve">ecause, because it isn't going to make it sound like I'm making this up. If I if I go to them and </w:t>
      </w:r>
      <w:proofErr w:type="gramStart"/>
      <w:r>
        <w:rPr>
          <w:rFonts w:ascii="Arial" w:hAnsi="Arial"/>
        </w:rPr>
        <w:t>go actually, it's</w:t>
      </w:r>
      <w:proofErr w:type="gramEnd"/>
      <w:r>
        <w:rPr>
          <w:rFonts w:ascii="Arial" w:hAnsi="Arial"/>
        </w:rPr>
        <w:t xml:space="preserve"> not so bad today. And I think when I was referred for neuro physio A few years ago, I was having a lot of backache  just general aches and w</w:t>
      </w:r>
      <w:r>
        <w:rPr>
          <w:rFonts w:ascii="Arial" w:hAnsi="Arial"/>
        </w:rPr>
        <w:t xml:space="preserve">as trying to get on top of it. </w:t>
      </w:r>
      <w:proofErr w:type="gramStart"/>
      <w:r>
        <w:rPr>
          <w:rFonts w:ascii="Arial" w:hAnsi="Arial"/>
        </w:rPr>
        <w:t>So</w:t>
      </w:r>
      <w:proofErr w:type="gramEnd"/>
      <w:r>
        <w:rPr>
          <w:rFonts w:ascii="Arial" w:hAnsi="Arial"/>
        </w:rPr>
        <w:t xml:space="preserve"> they sent me for some physio to stretch my limbs and everything. And then when I got there, and they said, Right, well, what's the problem? And I was like, Well, my back hurts a bit. Sometimes. and my hands hurt a bit occa</w:t>
      </w:r>
      <w:r>
        <w:rPr>
          <w:rFonts w:ascii="Arial" w:hAnsi="Arial"/>
        </w:rPr>
        <w:t xml:space="preserve">sionally when, and you do think to yourself, if I'm not careful, </w:t>
      </w:r>
      <w:proofErr w:type="spellStart"/>
      <w:r>
        <w:rPr>
          <w:rFonts w:ascii="Arial" w:hAnsi="Arial"/>
        </w:rPr>
        <w:t>there</w:t>
      </w:r>
      <w:proofErr w:type="spellEnd"/>
      <w:r>
        <w:rPr>
          <w:rFonts w:ascii="Arial" w:hAnsi="Arial"/>
        </w:rPr>
        <w:t xml:space="preserve"> going to think She like this kind of like in her head do you know what I mean? It's kind of like, making that decision of when </w:t>
      </w:r>
      <w:proofErr w:type="spellStart"/>
      <w:r>
        <w:rPr>
          <w:rFonts w:ascii="Arial" w:hAnsi="Arial"/>
        </w:rPr>
        <w:t>when</w:t>
      </w:r>
      <w:proofErr w:type="spellEnd"/>
      <w:r>
        <w:rPr>
          <w:rFonts w:ascii="Arial" w:hAnsi="Arial"/>
        </w:rPr>
        <w:t xml:space="preserve"> do I say something? And when don't, you </w:t>
      </w:r>
      <w:r>
        <w:rPr>
          <w:rFonts w:ascii="Arial" w:hAnsi="Arial"/>
        </w:rPr>
        <w:lastRenderedPageBreak/>
        <w:t>know, I mean,</w:t>
      </w:r>
      <w:r>
        <w:rPr>
          <w:rFonts w:ascii="Arial" w:hAnsi="Arial"/>
        </w:rPr>
        <w:t xml:space="preserve"> with the whole physio thing for me, it was when I was crying with my GP, and he was like, What is the matter everything hurts and he was  like, okay, we need to go to get the sorted out  and it but even then, because once you get the crying   out of the s</w:t>
      </w:r>
      <w:r>
        <w:rPr>
          <w:rFonts w:ascii="Arial" w:hAnsi="Arial"/>
        </w:rPr>
        <w:t xml:space="preserve">ystem, because it's frustration, you kind of like, okay, I'll go and see somebody, and then you're like, Is it really bad today? Is it so you kind of have to over egg the pudding little bit, don't you on that </w:t>
      </w:r>
      <w:proofErr w:type="gramStart"/>
      <w:r>
        <w:rPr>
          <w:rFonts w:ascii="Arial" w:hAnsi="Arial"/>
        </w:rPr>
        <w:t>first</w:t>
      </w:r>
      <w:proofErr w:type="gramEnd"/>
    </w:p>
    <w:p w14:paraId="7C801AD5" w14:textId="77777777" w:rsidR="00CF75C8" w:rsidRDefault="00CF75C8">
      <w:pPr>
        <w:spacing w:after="0"/>
      </w:pPr>
    </w:p>
    <w:p w14:paraId="599267B2" w14:textId="77777777" w:rsidR="00CF75C8" w:rsidRDefault="002F30F1">
      <w:pPr>
        <w:spacing w:after="0"/>
      </w:pPr>
      <w:r>
        <w:rPr>
          <w:rFonts w:ascii="Arial" w:hAnsi="Arial"/>
          <w:b/>
        </w:rPr>
        <w:t xml:space="preserve">Alice  </w:t>
      </w:r>
      <w:r>
        <w:rPr>
          <w:rFonts w:ascii="Arial" w:hAnsi="Arial"/>
          <w:color w:val="5D7284"/>
        </w:rPr>
        <w:t>13:21</w:t>
      </w:r>
    </w:p>
    <w:p w14:paraId="60A0FD7D" w14:textId="77777777" w:rsidR="00CF75C8" w:rsidRDefault="002F30F1">
      <w:pPr>
        <w:spacing w:after="0"/>
      </w:pPr>
      <w:r>
        <w:rPr>
          <w:rFonts w:ascii="Arial" w:hAnsi="Arial"/>
        </w:rPr>
        <w:t xml:space="preserve">appointment? You know, my </w:t>
      </w:r>
      <w:r>
        <w:rPr>
          <w:rFonts w:ascii="Arial" w:hAnsi="Arial"/>
        </w:rPr>
        <w:t xml:space="preserve">condition is one of those things that it deteriorates, but in kind of terms of pain and stuff is kind of  </w:t>
      </w:r>
      <w:proofErr w:type="spellStart"/>
      <w:r>
        <w:rPr>
          <w:rFonts w:ascii="Arial" w:hAnsi="Arial"/>
        </w:rPr>
        <w:t>it's</w:t>
      </w:r>
      <w:proofErr w:type="spellEnd"/>
      <w:r>
        <w:rPr>
          <w:rFonts w:ascii="Arial" w:hAnsi="Arial"/>
        </w:rPr>
        <w:t xml:space="preserve"> off or its on? Yes. Do you find sometimes like, you're </w:t>
      </w:r>
      <w:proofErr w:type="spellStart"/>
      <w:r>
        <w:rPr>
          <w:rFonts w:ascii="Arial" w:hAnsi="Arial"/>
        </w:rPr>
        <w:t>you're</w:t>
      </w:r>
      <w:proofErr w:type="spellEnd"/>
      <w:r>
        <w:rPr>
          <w:rFonts w:ascii="Arial" w:hAnsi="Arial"/>
        </w:rPr>
        <w:t xml:space="preserve"> managing your pain in terms of not, you know, taking medication to manage your pain</w:t>
      </w:r>
      <w:r>
        <w:rPr>
          <w:rFonts w:ascii="Arial" w:hAnsi="Arial"/>
        </w:rPr>
        <w:t>, but managing your pain in the way that you're displaying externally so that, you know, for the benefit of other people, you know, do you? Do you sometimes play it down? Do you sometimes feel like you've got play up for professionals and family members an</w:t>
      </w:r>
      <w:r>
        <w:rPr>
          <w:rFonts w:ascii="Arial" w:hAnsi="Arial"/>
        </w:rPr>
        <w:t>d stuff like that?</w:t>
      </w:r>
    </w:p>
    <w:p w14:paraId="1B299ED8" w14:textId="77777777" w:rsidR="00CF75C8" w:rsidRDefault="00CF75C8">
      <w:pPr>
        <w:spacing w:after="0"/>
      </w:pPr>
    </w:p>
    <w:p w14:paraId="26BF96AB" w14:textId="77777777" w:rsidR="00CF75C8" w:rsidRDefault="002F30F1">
      <w:pPr>
        <w:spacing w:after="0"/>
      </w:pPr>
      <w:proofErr w:type="spellStart"/>
      <w:r>
        <w:rPr>
          <w:rFonts w:ascii="Arial" w:hAnsi="Arial"/>
          <w:b/>
        </w:rPr>
        <w:t>jessica</w:t>
      </w:r>
      <w:proofErr w:type="spellEnd"/>
      <w:r>
        <w:rPr>
          <w:rFonts w:ascii="Arial" w:hAnsi="Arial"/>
          <w:b/>
        </w:rPr>
        <w:t xml:space="preserve">  </w:t>
      </w:r>
      <w:r>
        <w:rPr>
          <w:rFonts w:ascii="Arial" w:hAnsi="Arial"/>
          <w:color w:val="5D7284"/>
        </w:rPr>
        <w:t>13:55</w:t>
      </w:r>
    </w:p>
    <w:p w14:paraId="1F03DB91" w14:textId="77777777" w:rsidR="00CF75C8" w:rsidRDefault="002F30F1">
      <w:pPr>
        <w:spacing w:after="0"/>
      </w:pPr>
      <w:r>
        <w:rPr>
          <w:rFonts w:ascii="Arial" w:hAnsi="Arial"/>
        </w:rPr>
        <w:t>I certainly play it down to people around me because I don't want to come across as that miserable disabled person who's always complaining. Because at the end of the day, you know, you can say you're in pain once or twic</w:t>
      </w:r>
      <w:r>
        <w:rPr>
          <w:rFonts w:ascii="Arial" w:hAnsi="Arial"/>
        </w:rPr>
        <w:t xml:space="preserve">e, and then after a while, it's like a broken record. And people go, </w:t>
      </w:r>
      <w:proofErr w:type="spellStart"/>
      <w:r>
        <w:rPr>
          <w:rFonts w:ascii="Arial" w:hAnsi="Arial"/>
        </w:rPr>
        <w:t>yeah,alright</w:t>
      </w:r>
      <w:proofErr w:type="spellEnd"/>
      <w:r>
        <w:rPr>
          <w:rFonts w:ascii="Arial" w:hAnsi="Arial"/>
        </w:rPr>
        <w:t xml:space="preserve">  we know yeah alright we know So I </w:t>
      </w:r>
      <w:proofErr w:type="gramStart"/>
      <w:r>
        <w:rPr>
          <w:rFonts w:ascii="Arial" w:hAnsi="Arial"/>
        </w:rPr>
        <w:t>definitely do</w:t>
      </w:r>
      <w:proofErr w:type="gramEnd"/>
      <w:r>
        <w:rPr>
          <w:rFonts w:ascii="Arial" w:hAnsi="Arial"/>
        </w:rPr>
        <w:t xml:space="preserve"> play it  down to people, not necessarily my family, but why do friends, you know, you know, acquaintances, if I go to work, I</w:t>
      </w:r>
      <w:r>
        <w:rPr>
          <w:rFonts w:ascii="Arial" w:hAnsi="Arial"/>
        </w:rPr>
        <w:t xml:space="preserve"> don't necessarily open with it. The morning line in our morning meeting  everything is hurting  me today </w:t>
      </w:r>
      <w:proofErr w:type="gramStart"/>
      <w:r>
        <w:rPr>
          <w:rFonts w:ascii="Arial" w:hAnsi="Arial"/>
        </w:rPr>
        <w:t>has to</w:t>
      </w:r>
      <w:proofErr w:type="gramEnd"/>
      <w:r>
        <w:rPr>
          <w:rFonts w:ascii="Arial" w:hAnsi="Arial"/>
        </w:rPr>
        <w:t xml:space="preserve"> be really bad for me to go. It's hurting. </w:t>
      </w:r>
      <w:proofErr w:type="gramStart"/>
      <w:r>
        <w:rPr>
          <w:rFonts w:ascii="Arial" w:hAnsi="Arial"/>
        </w:rPr>
        <w:t>So</w:t>
      </w:r>
      <w:proofErr w:type="gramEnd"/>
      <w:r>
        <w:rPr>
          <w:rFonts w:ascii="Arial" w:hAnsi="Arial"/>
        </w:rPr>
        <w:t xml:space="preserve"> I know I certainly play it down I don't know about you Jess what </w:t>
      </w:r>
      <w:proofErr w:type="spellStart"/>
      <w:r>
        <w:rPr>
          <w:rFonts w:ascii="Arial" w:hAnsi="Arial"/>
        </w:rPr>
        <w:t>what</w:t>
      </w:r>
      <w:proofErr w:type="spellEnd"/>
      <w:r>
        <w:rPr>
          <w:rFonts w:ascii="Arial" w:hAnsi="Arial"/>
        </w:rPr>
        <w:t xml:space="preserve"> happens with you. I think it</w:t>
      </w:r>
      <w:r>
        <w:rPr>
          <w:rFonts w:ascii="Arial" w:hAnsi="Arial"/>
        </w:rPr>
        <w:t xml:space="preserve">'s </w:t>
      </w:r>
      <w:proofErr w:type="gramStart"/>
      <w:r>
        <w:rPr>
          <w:rFonts w:ascii="Arial" w:hAnsi="Arial"/>
        </w:rPr>
        <w:t>really interesting</w:t>
      </w:r>
      <w:proofErr w:type="gramEnd"/>
      <w:r>
        <w:rPr>
          <w:rFonts w:ascii="Arial" w:hAnsi="Arial"/>
        </w:rPr>
        <w:t xml:space="preserve"> because I think if anything, the people you should be talking to about how you're feeling that day and the levels of pain or anything is probably your friends. Not necessarily you know, those acquaintances </w:t>
      </w:r>
      <w:proofErr w:type="gramStart"/>
      <w:r>
        <w:rPr>
          <w:rFonts w:ascii="Arial" w:hAnsi="Arial"/>
        </w:rPr>
        <w:t>But</w:t>
      </w:r>
      <w:proofErr w:type="gramEnd"/>
      <w:r>
        <w:rPr>
          <w:rFonts w:ascii="Arial" w:hAnsi="Arial"/>
        </w:rPr>
        <w:t xml:space="preserve"> you see, maybe once a mo</w:t>
      </w:r>
      <w:r>
        <w:rPr>
          <w:rFonts w:ascii="Arial" w:hAnsi="Arial"/>
        </w:rPr>
        <w:t xml:space="preserve">nth for a year or something or just know online or whatever, but I'm with me I always found that I didn't really talk about it very often because I almost didn't want to acknowledge I was different. And </w:t>
      </w:r>
      <w:proofErr w:type="gramStart"/>
      <w:r>
        <w:rPr>
          <w:rFonts w:ascii="Arial" w:hAnsi="Arial"/>
        </w:rPr>
        <w:t>so</w:t>
      </w:r>
      <w:proofErr w:type="gramEnd"/>
      <w:r>
        <w:rPr>
          <w:rFonts w:ascii="Arial" w:hAnsi="Arial"/>
        </w:rPr>
        <w:t xml:space="preserve"> I mean, I wasn't ashamed. And I've always been </w:t>
      </w:r>
      <w:proofErr w:type="gramStart"/>
      <w:r>
        <w:rPr>
          <w:rFonts w:ascii="Arial" w:hAnsi="Arial"/>
        </w:rPr>
        <w:t>qui</w:t>
      </w:r>
      <w:r>
        <w:rPr>
          <w:rFonts w:ascii="Arial" w:hAnsi="Arial"/>
        </w:rPr>
        <w:t>te</w:t>
      </w:r>
      <w:proofErr w:type="gramEnd"/>
      <w:r>
        <w:rPr>
          <w:rFonts w:ascii="Arial" w:hAnsi="Arial"/>
        </w:rPr>
        <w:t xml:space="preserve">, sort of, I don't know, like, optimistic glass half full kind of person rather than half empty. </w:t>
      </w:r>
      <w:proofErr w:type="gramStart"/>
      <w:r>
        <w:rPr>
          <w:rFonts w:ascii="Arial" w:hAnsi="Arial"/>
        </w:rPr>
        <w:t>So</w:t>
      </w:r>
      <w:proofErr w:type="gramEnd"/>
      <w:r>
        <w:rPr>
          <w:rFonts w:ascii="Arial" w:hAnsi="Arial"/>
        </w:rPr>
        <w:t xml:space="preserve"> I, you know, you get dealt the cards you're given, and you just go with it. But when it came to my kind of core and  a close group of friends, I </w:t>
      </w:r>
      <w:proofErr w:type="spellStart"/>
      <w:r>
        <w:rPr>
          <w:rFonts w:ascii="Arial" w:hAnsi="Arial"/>
        </w:rPr>
        <w:t>amost</w:t>
      </w:r>
      <w:proofErr w:type="spellEnd"/>
      <w:r>
        <w:rPr>
          <w:rFonts w:ascii="Arial" w:hAnsi="Arial"/>
        </w:rPr>
        <w:t xml:space="preserve">  fe</w:t>
      </w:r>
      <w:r>
        <w:rPr>
          <w:rFonts w:ascii="Arial" w:hAnsi="Arial"/>
        </w:rPr>
        <w:t xml:space="preserve">lt like if I talked about it all the time, it would be a bit dull or boring. And it's kind of the same thing. Again, and it's so Jessica's talking about her heart again, or this or, you know, but obviously, I know that my friends loved me and would always </w:t>
      </w:r>
      <w:r>
        <w:rPr>
          <w:rFonts w:ascii="Arial" w:hAnsi="Arial"/>
        </w:rPr>
        <w:t>listen, but it also didn't really come up in conversation that often. No,</w:t>
      </w:r>
    </w:p>
    <w:p w14:paraId="720AFB0D" w14:textId="77777777" w:rsidR="00CF75C8" w:rsidRDefault="00CF75C8">
      <w:pPr>
        <w:spacing w:after="0"/>
      </w:pPr>
    </w:p>
    <w:p w14:paraId="2A4E1676" w14:textId="77777777" w:rsidR="00CF75C8" w:rsidRDefault="002F30F1">
      <w:pPr>
        <w:spacing w:after="0"/>
      </w:pPr>
      <w:r>
        <w:rPr>
          <w:rFonts w:ascii="Arial" w:hAnsi="Arial"/>
          <w:b/>
        </w:rPr>
        <w:t xml:space="preserve">Alice  </w:t>
      </w:r>
      <w:r>
        <w:rPr>
          <w:rFonts w:ascii="Arial" w:hAnsi="Arial"/>
          <w:color w:val="5D7284"/>
        </w:rPr>
        <w:t>15:55</w:t>
      </w:r>
    </w:p>
    <w:p w14:paraId="10C086B6" w14:textId="77777777" w:rsidR="00CF75C8" w:rsidRDefault="002F30F1">
      <w:pPr>
        <w:spacing w:after="0"/>
      </w:pPr>
      <w:r>
        <w:rPr>
          <w:rFonts w:ascii="Arial" w:hAnsi="Arial"/>
        </w:rPr>
        <w:t xml:space="preserve">do you think that, you know, your friends and your peers avoided talking about it? Because you were avoiding talking about it? Or do you think it was, it was something </w:t>
      </w:r>
      <w:r>
        <w:rPr>
          <w:rFonts w:ascii="Arial" w:hAnsi="Arial"/>
        </w:rPr>
        <w:t xml:space="preserve">that they, they didn't consider sort of, they knew you as more than that. And </w:t>
      </w:r>
      <w:proofErr w:type="gramStart"/>
      <w:r>
        <w:rPr>
          <w:rFonts w:ascii="Arial" w:hAnsi="Arial"/>
        </w:rPr>
        <w:t>so</w:t>
      </w:r>
      <w:proofErr w:type="gramEnd"/>
      <w:r>
        <w:rPr>
          <w:rFonts w:ascii="Arial" w:hAnsi="Arial"/>
        </w:rPr>
        <w:t xml:space="preserve"> it was just like, that didn't cross their mind.</w:t>
      </w:r>
    </w:p>
    <w:p w14:paraId="44FC9F6D" w14:textId="77777777" w:rsidR="00CF75C8" w:rsidRDefault="00CF75C8">
      <w:pPr>
        <w:spacing w:after="0"/>
      </w:pPr>
    </w:p>
    <w:p w14:paraId="2A7CF1FD" w14:textId="77777777" w:rsidR="00CF75C8" w:rsidRDefault="002F30F1">
      <w:pPr>
        <w:spacing w:after="0"/>
      </w:pPr>
      <w:proofErr w:type="spellStart"/>
      <w:r>
        <w:rPr>
          <w:rFonts w:ascii="Arial" w:hAnsi="Arial"/>
          <w:b/>
        </w:rPr>
        <w:t>jessica</w:t>
      </w:r>
      <w:proofErr w:type="spellEnd"/>
      <w:r>
        <w:rPr>
          <w:rFonts w:ascii="Arial" w:hAnsi="Arial"/>
          <w:b/>
        </w:rPr>
        <w:t xml:space="preserve">  </w:t>
      </w:r>
      <w:r>
        <w:rPr>
          <w:rFonts w:ascii="Arial" w:hAnsi="Arial"/>
          <w:color w:val="5D7284"/>
        </w:rPr>
        <w:t>16:13</w:t>
      </w:r>
    </w:p>
    <w:p w14:paraId="165C4523" w14:textId="77777777" w:rsidR="00CF75C8" w:rsidRDefault="002F30F1">
      <w:pPr>
        <w:spacing w:after="0"/>
      </w:pPr>
      <w:r>
        <w:rPr>
          <w:rFonts w:ascii="Arial" w:hAnsi="Arial"/>
        </w:rPr>
        <w:t xml:space="preserve">of all of that, I think, I mean, we've me not talking about it, obviously, no one's going to necessarily bring </w:t>
      </w:r>
      <w:r>
        <w:rPr>
          <w:rFonts w:ascii="Arial" w:hAnsi="Arial"/>
        </w:rPr>
        <w:t>it up, if they maybe don't understand everything about the condition or how I'm feeling, you know, if someone doesn't know how you're feeling, then it's very difficult to just sort of go and, you know, tell me about your back pain today or something, and y</w:t>
      </w:r>
      <w:r>
        <w:rPr>
          <w:rFonts w:ascii="Arial" w:hAnsi="Arial"/>
        </w:rPr>
        <w:t xml:space="preserve">ou're not just </w:t>
      </w:r>
      <w:proofErr w:type="spellStart"/>
      <w:r>
        <w:rPr>
          <w:rFonts w:ascii="Arial" w:hAnsi="Arial"/>
        </w:rPr>
        <w:t>gonna</w:t>
      </w:r>
      <w:proofErr w:type="spellEnd"/>
      <w:r>
        <w:rPr>
          <w:rFonts w:ascii="Arial" w:hAnsi="Arial"/>
        </w:rPr>
        <w:t xml:space="preserve"> drop that in. um, but I also feel that </w:t>
      </w:r>
      <w:r>
        <w:rPr>
          <w:rFonts w:ascii="Arial" w:hAnsi="Arial"/>
        </w:rPr>
        <w:lastRenderedPageBreak/>
        <w:t xml:space="preserve">I, I have quite a kind of strong sort of approach to everything. </w:t>
      </w:r>
      <w:proofErr w:type="gramStart"/>
      <w:r>
        <w:rPr>
          <w:rFonts w:ascii="Arial" w:hAnsi="Arial"/>
        </w:rPr>
        <w:t>So</w:t>
      </w:r>
      <w:proofErr w:type="gramEnd"/>
      <w:r>
        <w:rPr>
          <w:rFonts w:ascii="Arial" w:hAnsi="Arial"/>
        </w:rPr>
        <w:t xml:space="preserve"> I don't necessarily feel like I act like I'm sort of less able  or any of that. </w:t>
      </w:r>
      <w:proofErr w:type="gramStart"/>
      <w:r>
        <w:rPr>
          <w:rFonts w:ascii="Arial" w:hAnsi="Arial"/>
        </w:rPr>
        <w:t>So</w:t>
      </w:r>
      <w:proofErr w:type="gramEnd"/>
      <w:r>
        <w:rPr>
          <w:rFonts w:ascii="Arial" w:hAnsi="Arial"/>
        </w:rPr>
        <w:t xml:space="preserve"> I think my friends can genuinely forget as we</w:t>
      </w:r>
      <w:r>
        <w:rPr>
          <w:rFonts w:ascii="Arial" w:hAnsi="Arial"/>
        </w:rPr>
        <w:t xml:space="preserve">ll, because it's not something that's completely obvious. I mean, yes, I'm tall. Yes, I have long, skinny fingers, and all of this, but I'm just </w:t>
      </w:r>
      <w:proofErr w:type="spellStart"/>
      <w:r>
        <w:rPr>
          <w:rFonts w:ascii="Arial" w:hAnsi="Arial"/>
        </w:rPr>
        <w:t>Jesss</w:t>
      </w:r>
      <w:proofErr w:type="spellEnd"/>
      <w:r>
        <w:rPr>
          <w:rFonts w:ascii="Arial" w:hAnsi="Arial"/>
        </w:rPr>
        <w:t xml:space="preserve"> as well at the end of the day. And I think they just sort of don't want to bring it up, because it's not,</w:t>
      </w:r>
      <w:r>
        <w:rPr>
          <w:rFonts w:ascii="Arial" w:hAnsi="Arial"/>
        </w:rPr>
        <w:t xml:space="preserve"> it doesn't make me who I am, even though it is a huge part of me, I suppose.</w:t>
      </w:r>
    </w:p>
    <w:p w14:paraId="6CD51B77" w14:textId="77777777" w:rsidR="00CF75C8" w:rsidRDefault="00CF75C8">
      <w:pPr>
        <w:spacing w:after="0"/>
      </w:pPr>
    </w:p>
    <w:p w14:paraId="468B9692" w14:textId="77777777" w:rsidR="00CF75C8" w:rsidRDefault="002F30F1">
      <w:pPr>
        <w:spacing w:after="0"/>
      </w:pPr>
      <w:r>
        <w:rPr>
          <w:rFonts w:ascii="Arial" w:hAnsi="Arial"/>
          <w:b/>
        </w:rPr>
        <w:t xml:space="preserve">Alice  </w:t>
      </w:r>
      <w:r>
        <w:rPr>
          <w:rFonts w:ascii="Arial" w:hAnsi="Arial"/>
          <w:color w:val="5D7284"/>
        </w:rPr>
        <w:t>17:21</w:t>
      </w:r>
    </w:p>
    <w:p w14:paraId="741C4011" w14:textId="77777777" w:rsidR="00CF75C8" w:rsidRDefault="002F30F1">
      <w:pPr>
        <w:spacing w:after="0"/>
      </w:pPr>
      <w:r>
        <w:rPr>
          <w:rFonts w:ascii="Arial" w:hAnsi="Arial"/>
        </w:rPr>
        <w:t xml:space="preserve">Do you wish that people did bring out more do you wish that it </w:t>
      </w:r>
      <w:proofErr w:type="gramStart"/>
      <w:r>
        <w:rPr>
          <w:rFonts w:ascii="Arial" w:hAnsi="Arial"/>
        </w:rPr>
        <w:t>was</w:t>
      </w:r>
      <w:proofErr w:type="gramEnd"/>
      <w:r>
        <w:rPr>
          <w:rFonts w:ascii="Arial" w:hAnsi="Arial"/>
        </w:rPr>
        <w:t xml:space="preserve"> talked about more openly?</w:t>
      </w:r>
    </w:p>
    <w:p w14:paraId="7AD2D4FE" w14:textId="77777777" w:rsidR="00CF75C8" w:rsidRDefault="00CF75C8">
      <w:pPr>
        <w:spacing w:after="0"/>
      </w:pPr>
    </w:p>
    <w:p w14:paraId="05420831" w14:textId="77777777" w:rsidR="00CF75C8" w:rsidRDefault="002F30F1">
      <w:pPr>
        <w:spacing w:after="0"/>
      </w:pPr>
      <w:proofErr w:type="spellStart"/>
      <w:r>
        <w:rPr>
          <w:rFonts w:ascii="Arial" w:hAnsi="Arial"/>
          <w:b/>
        </w:rPr>
        <w:t>jessica</w:t>
      </w:r>
      <w:proofErr w:type="spellEnd"/>
      <w:r>
        <w:rPr>
          <w:rFonts w:ascii="Arial" w:hAnsi="Arial"/>
          <w:b/>
        </w:rPr>
        <w:t xml:space="preserve">  </w:t>
      </w:r>
      <w:r>
        <w:rPr>
          <w:rFonts w:ascii="Arial" w:hAnsi="Arial"/>
          <w:color w:val="5D7284"/>
        </w:rPr>
        <w:t>17:26</w:t>
      </w:r>
    </w:p>
    <w:p w14:paraId="5140F347" w14:textId="77777777" w:rsidR="00CF75C8" w:rsidRDefault="002F30F1">
      <w:pPr>
        <w:spacing w:after="0"/>
      </w:pPr>
      <w:r>
        <w:rPr>
          <w:rFonts w:ascii="Arial" w:hAnsi="Arial"/>
        </w:rPr>
        <w:t>I don't know. Really. I mean, I, I do talk about things</w:t>
      </w:r>
      <w:r>
        <w:rPr>
          <w:rFonts w:ascii="Arial" w:hAnsi="Arial"/>
        </w:rPr>
        <w:t xml:space="preserve"> quite often with my partner. And he has quite a good understanding of it all. Um  we've been together 12 years, so he kind of knows a lot of the ins and outs. UM  with my friends. I mean, I've had friends that I'm still </w:t>
      </w:r>
      <w:proofErr w:type="gramStart"/>
      <w:r>
        <w:rPr>
          <w:rFonts w:ascii="Arial" w:hAnsi="Arial"/>
        </w:rPr>
        <w:t>very close</w:t>
      </w:r>
      <w:proofErr w:type="gramEnd"/>
      <w:r>
        <w:rPr>
          <w:rFonts w:ascii="Arial" w:hAnsi="Arial"/>
        </w:rPr>
        <w:t xml:space="preserve"> to for like, half my lif</w:t>
      </w:r>
      <w:r>
        <w:rPr>
          <w:rFonts w:ascii="Arial" w:hAnsi="Arial"/>
        </w:rPr>
        <w:t>e now like a good 16 17 years, I've known certain best friends, and they've seen me through all sorts of scary health issues and hospital stays and all sorts. So um, yeah, I mean, for them to have a bit more of a knowledge of Marfan syndrome, I suppose wou</w:t>
      </w:r>
      <w:r>
        <w:rPr>
          <w:rFonts w:ascii="Arial" w:hAnsi="Arial"/>
        </w:rPr>
        <w:t>ld be interesting. But I don't know, really, it's hard to think about that.</w:t>
      </w:r>
    </w:p>
    <w:p w14:paraId="43C1BC77" w14:textId="77777777" w:rsidR="00CF75C8" w:rsidRDefault="00CF75C8">
      <w:pPr>
        <w:spacing w:after="0"/>
      </w:pPr>
    </w:p>
    <w:p w14:paraId="7A67FA9E" w14:textId="77777777" w:rsidR="00CF75C8" w:rsidRDefault="002F30F1">
      <w:pPr>
        <w:spacing w:after="0"/>
      </w:pPr>
      <w:r>
        <w:rPr>
          <w:rFonts w:ascii="Arial" w:hAnsi="Arial"/>
          <w:b/>
        </w:rPr>
        <w:t xml:space="preserve">Lucy  </w:t>
      </w:r>
      <w:r>
        <w:rPr>
          <w:rFonts w:ascii="Arial" w:hAnsi="Arial"/>
          <w:color w:val="5D7284"/>
        </w:rPr>
        <w:t>18:18</w:t>
      </w:r>
    </w:p>
    <w:p w14:paraId="020673FE" w14:textId="77777777" w:rsidR="00CF75C8" w:rsidRDefault="002F30F1">
      <w:pPr>
        <w:spacing w:after="0"/>
      </w:pPr>
      <w:r>
        <w:rPr>
          <w:rFonts w:ascii="Arial" w:hAnsi="Arial"/>
        </w:rPr>
        <w:t xml:space="preserve">You say in your </w:t>
      </w:r>
      <w:proofErr w:type="spellStart"/>
      <w:r>
        <w:rPr>
          <w:rFonts w:ascii="Arial" w:hAnsi="Arial"/>
        </w:rPr>
        <w:t>pre record</w:t>
      </w:r>
      <w:proofErr w:type="spellEnd"/>
      <w:r>
        <w:rPr>
          <w:rFonts w:ascii="Arial" w:hAnsi="Arial"/>
        </w:rPr>
        <w:t xml:space="preserve"> form that we send out to all our guests before we </w:t>
      </w:r>
      <w:proofErr w:type="gramStart"/>
      <w:r>
        <w:rPr>
          <w:rFonts w:ascii="Arial" w:hAnsi="Arial"/>
        </w:rPr>
        <w:t>actually sit</w:t>
      </w:r>
      <w:proofErr w:type="gramEnd"/>
      <w:r>
        <w:rPr>
          <w:rFonts w:ascii="Arial" w:hAnsi="Arial"/>
        </w:rPr>
        <w:t xml:space="preserve"> down and have an interview that you don't necessarily call yourself </w:t>
      </w:r>
      <w:r>
        <w:rPr>
          <w:rFonts w:ascii="Arial" w:hAnsi="Arial"/>
        </w:rPr>
        <w:t>disabled? Is that right?</w:t>
      </w:r>
    </w:p>
    <w:p w14:paraId="4C9C7CAA" w14:textId="77777777" w:rsidR="00CF75C8" w:rsidRDefault="00CF75C8">
      <w:pPr>
        <w:spacing w:after="0"/>
      </w:pPr>
    </w:p>
    <w:p w14:paraId="2A6751BD" w14:textId="77777777" w:rsidR="00CF75C8" w:rsidRDefault="002F30F1">
      <w:pPr>
        <w:spacing w:after="0"/>
      </w:pPr>
      <w:proofErr w:type="spellStart"/>
      <w:r>
        <w:rPr>
          <w:rFonts w:ascii="Arial" w:hAnsi="Arial"/>
          <w:b/>
        </w:rPr>
        <w:t>jessica</w:t>
      </w:r>
      <w:proofErr w:type="spellEnd"/>
      <w:r>
        <w:rPr>
          <w:rFonts w:ascii="Arial" w:hAnsi="Arial"/>
          <w:b/>
        </w:rPr>
        <w:t xml:space="preserve">  </w:t>
      </w:r>
      <w:r>
        <w:rPr>
          <w:rFonts w:ascii="Arial" w:hAnsi="Arial"/>
          <w:color w:val="5D7284"/>
        </w:rPr>
        <w:t>18:31</w:t>
      </w:r>
    </w:p>
    <w:p w14:paraId="58B7912E" w14:textId="77777777" w:rsidR="00CF75C8" w:rsidRDefault="002F30F1">
      <w:pPr>
        <w:spacing w:after="0"/>
      </w:pPr>
      <w:r>
        <w:rPr>
          <w:rFonts w:ascii="Arial" w:hAnsi="Arial"/>
        </w:rPr>
        <w:t>Yes. Yeah, I mean, I wouldn't. I mean, I wouldn't necessarily say the way Marfan syndrome affects me and has affected my life. It didn't feel like a disability. Although I was less abled. I feel like I mean, it's no</w:t>
      </w:r>
      <w:r>
        <w:rPr>
          <w:rFonts w:ascii="Arial" w:hAnsi="Arial"/>
        </w:rPr>
        <w:t xml:space="preserve">t something that would qualify for what's the word pip? But yeah, no, so I don't qualify for that .um  Although there was a time, when I think we, we </w:t>
      </w:r>
      <w:proofErr w:type="gramStart"/>
      <w:r>
        <w:rPr>
          <w:rFonts w:ascii="Arial" w:hAnsi="Arial"/>
        </w:rPr>
        <w:t>looked into</w:t>
      </w:r>
      <w:proofErr w:type="gramEnd"/>
      <w:r>
        <w:rPr>
          <w:rFonts w:ascii="Arial" w:hAnsi="Arial"/>
        </w:rPr>
        <w:t xml:space="preserve"> it, and we tried , but like I said, Marfan syndrome affects people in so many different levels</w:t>
      </w:r>
      <w:r>
        <w:rPr>
          <w:rFonts w:ascii="Arial" w:hAnsi="Arial"/>
        </w:rPr>
        <w:t xml:space="preserve">. There are people with Marfan syndrome that do get pip, and rightly so because they can't stand up for however long or work a job or anything. And I'm quite lucky in that respect. </w:t>
      </w:r>
      <w:proofErr w:type="gramStart"/>
      <w:r>
        <w:rPr>
          <w:rFonts w:ascii="Arial" w:hAnsi="Arial"/>
        </w:rPr>
        <w:t>So</w:t>
      </w:r>
      <w:proofErr w:type="gramEnd"/>
      <w:r>
        <w:rPr>
          <w:rFonts w:ascii="Arial" w:hAnsi="Arial"/>
        </w:rPr>
        <w:t xml:space="preserve"> I'm quite active, so I feel like disability. That doesn't quite fit. Me.</w:t>
      </w:r>
      <w:r>
        <w:rPr>
          <w:rFonts w:ascii="Arial" w:hAnsi="Arial"/>
        </w:rPr>
        <w:t xml:space="preserve"> That makes sense.</w:t>
      </w:r>
    </w:p>
    <w:p w14:paraId="15498388" w14:textId="77777777" w:rsidR="00CF75C8" w:rsidRDefault="00CF75C8">
      <w:pPr>
        <w:spacing w:after="0"/>
      </w:pPr>
    </w:p>
    <w:p w14:paraId="4047A883" w14:textId="77777777" w:rsidR="00CF75C8" w:rsidRDefault="002F30F1">
      <w:pPr>
        <w:spacing w:after="0"/>
      </w:pPr>
      <w:r>
        <w:rPr>
          <w:rFonts w:ascii="Arial" w:hAnsi="Arial"/>
          <w:b/>
        </w:rPr>
        <w:t xml:space="preserve">Alice  </w:t>
      </w:r>
      <w:r>
        <w:rPr>
          <w:rFonts w:ascii="Arial" w:hAnsi="Arial"/>
          <w:color w:val="5D7284"/>
        </w:rPr>
        <w:t>19:38</w:t>
      </w:r>
    </w:p>
    <w:p w14:paraId="18187499" w14:textId="77777777" w:rsidR="00CF75C8" w:rsidRDefault="002F30F1">
      <w:pPr>
        <w:spacing w:after="0"/>
      </w:pPr>
      <w:r>
        <w:rPr>
          <w:rFonts w:ascii="Arial" w:hAnsi="Arial"/>
        </w:rPr>
        <w:t>Yeah, I think that sort of ties in, it's interesting to hear you sort of talk about it, because, you know, you you're sort of saying perhaps that people that you know and who sort of love and care about you are not necessar</w:t>
      </w:r>
      <w:r>
        <w:rPr>
          <w:rFonts w:ascii="Arial" w:hAnsi="Arial"/>
        </w:rPr>
        <w:t xml:space="preserve">ily as aware as you might like them to be of your health condition. Do you think that is partly in response to </w:t>
      </w:r>
      <w:proofErr w:type="gramStart"/>
      <w:r>
        <w:rPr>
          <w:rFonts w:ascii="Arial" w:hAnsi="Arial"/>
        </w:rPr>
        <w:t>The</w:t>
      </w:r>
      <w:proofErr w:type="gramEnd"/>
      <w:r>
        <w:rPr>
          <w:rFonts w:ascii="Arial" w:hAnsi="Arial"/>
        </w:rPr>
        <w:t xml:space="preserve"> fact that you don't, you don't identify as disabled, and so you almost don't feel as though your experience of that health condition is such </w:t>
      </w:r>
      <w:r>
        <w:rPr>
          <w:rFonts w:ascii="Arial" w:hAnsi="Arial"/>
        </w:rPr>
        <w:t xml:space="preserve">that, you know, you, you should be, if you're not identifying as disabled, you sort of essentially, there's not really a grey area. </w:t>
      </w:r>
      <w:proofErr w:type="gramStart"/>
      <w:r>
        <w:rPr>
          <w:rFonts w:ascii="Arial" w:hAnsi="Arial"/>
        </w:rPr>
        <w:t>So</w:t>
      </w:r>
      <w:proofErr w:type="gramEnd"/>
      <w:r>
        <w:rPr>
          <w:rFonts w:ascii="Arial" w:hAnsi="Arial"/>
        </w:rPr>
        <w:t xml:space="preserve"> you're identifying is not disabled. So, do you think that accounts for Part of the reason why, you know, your, some of yo</w:t>
      </w:r>
      <w:r>
        <w:rPr>
          <w:rFonts w:ascii="Arial" w:hAnsi="Arial"/>
        </w:rPr>
        <w:t>ur friends and loved ones don't necessarily always consider the difficulties that you have?</w:t>
      </w:r>
    </w:p>
    <w:p w14:paraId="7D3DBE3C" w14:textId="77777777" w:rsidR="00CF75C8" w:rsidRDefault="00CF75C8">
      <w:pPr>
        <w:spacing w:after="0"/>
      </w:pPr>
    </w:p>
    <w:p w14:paraId="44B80DE4" w14:textId="77777777" w:rsidR="00CF75C8" w:rsidRDefault="002F30F1">
      <w:pPr>
        <w:spacing w:after="0"/>
      </w:pPr>
      <w:proofErr w:type="spellStart"/>
      <w:r>
        <w:rPr>
          <w:rFonts w:ascii="Arial" w:hAnsi="Arial"/>
          <w:b/>
        </w:rPr>
        <w:t>jessica</w:t>
      </w:r>
      <w:proofErr w:type="spellEnd"/>
      <w:r>
        <w:rPr>
          <w:rFonts w:ascii="Arial" w:hAnsi="Arial"/>
          <w:b/>
        </w:rPr>
        <w:t xml:space="preserve">  </w:t>
      </w:r>
      <w:r>
        <w:rPr>
          <w:rFonts w:ascii="Arial" w:hAnsi="Arial"/>
          <w:color w:val="5D7284"/>
        </w:rPr>
        <w:t>20:36</w:t>
      </w:r>
    </w:p>
    <w:p w14:paraId="63F9B4AD" w14:textId="77777777" w:rsidR="00CF75C8" w:rsidRDefault="002F30F1">
      <w:pPr>
        <w:spacing w:after="0"/>
      </w:pPr>
      <w:r>
        <w:rPr>
          <w:rFonts w:ascii="Arial" w:hAnsi="Arial"/>
        </w:rPr>
        <w:lastRenderedPageBreak/>
        <w:t xml:space="preserve">Potentially, um, I mean, my, my mom </w:t>
      </w:r>
      <w:proofErr w:type="gramStart"/>
      <w:r>
        <w:rPr>
          <w:rFonts w:ascii="Arial" w:hAnsi="Arial"/>
        </w:rPr>
        <w:t>in particular would</w:t>
      </w:r>
      <w:proofErr w:type="gramEnd"/>
      <w:r>
        <w:rPr>
          <w:rFonts w:ascii="Arial" w:hAnsi="Arial"/>
        </w:rPr>
        <w:t xml:space="preserve"> say that I don't have a disability. Even though she probably knows more than anyone kind </w:t>
      </w:r>
      <w:r>
        <w:rPr>
          <w:rFonts w:ascii="Arial" w:hAnsi="Arial"/>
        </w:rPr>
        <w:t xml:space="preserve">of struggles and what I've been through and how it's affected my life and impacted everything I do. I don't know, I just, I just think like, the whole sort of pigeonhole, and categories and, you know, terms of disability and things are just, I suppose for </w:t>
      </w:r>
      <w:r>
        <w:rPr>
          <w:rFonts w:ascii="Arial" w:hAnsi="Arial"/>
        </w:rPr>
        <w:t xml:space="preserve">me, I always think there's somebody worse off. </w:t>
      </w:r>
      <w:proofErr w:type="gramStart"/>
      <w:r>
        <w:rPr>
          <w:rFonts w:ascii="Arial" w:hAnsi="Arial"/>
        </w:rPr>
        <w:t>So</w:t>
      </w:r>
      <w:proofErr w:type="gramEnd"/>
      <w:r>
        <w:rPr>
          <w:rFonts w:ascii="Arial" w:hAnsi="Arial"/>
        </w:rPr>
        <w:t xml:space="preserve"> for me to call myself completely disabled. And whereas I don't obviously qualify for the pip , and I don't have a blue badge or anything, I can't park in the disabled car parking spaces and things like that</w:t>
      </w:r>
      <w:r>
        <w:rPr>
          <w:rFonts w:ascii="Arial" w:hAnsi="Arial"/>
        </w:rPr>
        <w:t xml:space="preserve">. </w:t>
      </w:r>
      <w:proofErr w:type="gramStart"/>
      <w:r>
        <w:rPr>
          <w:rFonts w:ascii="Arial" w:hAnsi="Arial"/>
        </w:rPr>
        <w:t>So</w:t>
      </w:r>
      <w:proofErr w:type="gramEnd"/>
      <w:r>
        <w:rPr>
          <w:rFonts w:ascii="Arial" w:hAnsi="Arial"/>
        </w:rPr>
        <w:t xml:space="preserve"> I don't know, I would, I definitely am. It's </w:t>
      </w:r>
      <w:proofErr w:type="gramStart"/>
      <w:r>
        <w:rPr>
          <w:rFonts w:ascii="Arial" w:hAnsi="Arial"/>
        </w:rPr>
        <w:t>really hard</w:t>
      </w:r>
      <w:proofErr w:type="gramEnd"/>
      <w:r>
        <w:rPr>
          <w:rFonts w:ascii="Arial" w:hAnsi="Arial"/>
        </w:rPr>
        <w:t xml:space="preserve"> to explain, I am definitely less abled. And there are things I cannot do that other people do. And it affects all sorts of things like sports and hobbies, and just even kind of walking like I'm </w:t>
      </w:r>
      <w:r>
        <w:rPr>
          <w:rFonts w:ascii="Arial" w:hAnsi="Arial"/>
        </w:rPr>
        <w:t xml:space="preserve">quite slow at  walking, walking up hills, and things like my friends can be off miles ahead. And I'm kind of like bringing up the rear and things like that. I think I have limitations. And that's probably the extent of it I don't know, I am disabled. </w:t>
      </w:r>
      <w:proofErr w:type="gramStart"/>
      <w:r>
        <w:rPr>
          <w:rFonts w:ascii="Arial" w:hAnsi="Arial"/>
        </w:rPr>
        <w:t>So</w:t>
      </w:r>
      <w:proofErr w:type="gramEnd"/>
      <w:r>
        <w:rPr>
          <w:rFonts w:ascii="Arial" w:hAnsi="Arial"/>
        </w:rPr>
        <w:t xml:space="preserve"> I'</w:t>
      </w:r>
      <w:r>
        <w:rPr>
          <w:rFonts w:ascii="Arial" w:hAnsi="Arial"/>
        </w:rPr>
        <w:t xml:space="preserve">m in a wheelchair, you can see that I'm disabled, I can't walk at all can't stand on my feet without falling on the floor. If I were to </w:t>
      </w:r>
      <w:proofErr w:type="gramStart"/>
      <w:r>
        <w:rPr>
          <w:rFonts w:ascii="Arial" w:hAnsi="Arial"/>
        </w:rPr>
        <w:t>let</w:t>
      </w:r>
      <w:proofErr w:type="gramEnd"/>
      <w:r>
        <w:rPr>
          <w:rFonts w:ascii="Arial" w:hAnsi="Arial"/>
        </w:rPr>
        <w:t xml:space="preserve"> go of  the thing I was holding on to I'd end up on the floor. However, I even though I am quite clearly disabled, I </w:t>
      </w:r>
      <w:r>
        <w:rPr>
          <w:rFonts w:ascii="Arial" w:hAnsi="Arial"/>
        </w:rPr>
        <w:t>often use the term I have barriers, just like everybody else, I think that is, is a good way of covering it. Especially if I'm if I'm bringing it up in the first instance, like because a lot of people hear the D word and they go like, Oh, no, don't know wh</w:t>
      </w:r>
      <w:r>
        <w:rPr>
          <w:rFonts w:ascii="Arial" w:hAnsi="Arial"/>
        </w:rPr>
        <w:t xml:space="preserve">at to do. And </w:t>
      </w:r>
      <w:proofErr w:type="gramStart"/>
      <w:r>
        <w:rPr>
          <w:rFonts w:ascii="Arial" w:hAnsi="Arial"/>
        </w:rPr>
        <w:t>so</w:t>
      </w:r>
      <w:proofErr w:type="gramEnd"/>
      <w:r>
        <w:rPr>
          <w:rFonts w:ascii="Arial" w:hAnsi="Arial"/>
        </w:rPr>
        <w:t xml:space="preserve"> I will often say I'm just like you, I'm sat down, and I have the odd barrier, you know, doesn't stop me from doing anything. And I'm a passionate believer in that. And yes, I have barriers. And some of those barriers to a </w:t>
      </w:r>
      <w:proofErr w:type="spellStart"/>
      <w:proofErr w:type="gramStart"/>
      <w:r>
        <w:rPr>
          <w:rFonts w:ascii="Arial" w:hAnsi="Arial"/>
        </w:rPr>
        <w:t>non disabled</w:t>
      </w:r>
      <w:proofErr w:type="spellEnd"/>
      <w:proofErr w:type="gramEnd"/>
      <w:r>
        <w:rPr>
          <w:rFonts w:ascii="Arial" w:hAnsi="Arial"/>
        </w:rPr>
        <w:t xml:space="preserve"> peop</w:t>
      </w:r>
      <w:r>
        <w:rPr>
          <w:rFonts w:ascii="Arial" w:hAnsi="Arial"/>
        </w:rPr>
        <w:t xml:space="preserve">le may look like huge ones. But to </w:t>
      </w:r>
      <w:proofErr w:type="gramStart"/>
      <w:r>
        <w:rPr>
          <w:rFonts w:ascii="Arial" w:hAnsi="Arial"/>
        </w:rPr>
        <w:t>me, because</w:t>
      </w:r>
      <w:proofErr w:type="gramEnd"/>
      <w:r>
        <w:rPr>
          <w:rFonts w:ascii="Arial" w:hAnsi="Arial"/>
        </w:rPr>
        <w:t xml:space="preserve"> I've never known any different. They're just like, I just do them every day without even thinking about them. Do you know what I mean? It's like, if somebody if an </w:t>
      </w:r>
      <w:proofErr w:type="gramStart"/>
      <w:r>
        <w:rPr>
          <w:rFonts w:ascii="Arial" w:hAnsi="Arial"/>
        </w:rPr>
        <w:t>able bodied</w:t>
      </w:r>
      <w:proofErr w:type="gramEnd"/>
      <w:r>
        <w:rPr>
          <w:rFonts w:ascii="Arial" w:hAnsi="Arial"/>
        </w:rPr>
        <w:t xml:space="preserve"> person was to watch, Shadow me al</w:t>
      </w:r>
      <w:r>
        <w:rPr>
          <w:rFonts w:ascii="Arial" w:hAnsi="Arial"/>
        </w:rPr>
        <w:t xml:space="preserve">l day, they think Oh, my God, they effort do you know what </w:t>
      </w:r>
      <w:proofErr w:type="spellStart"/>
      <w:r>
        <w:rPr>
          <w:rFonts w:ascii="Arial" w:hAnsi="Arial"/>
        </w:rPr>
        <w:t>i</w:t>
      </w:r>
      <w:proofErr w:type="spellEnd"/>
      <w:r>
        <w:rPr>
          <w:rFonts w:ascii="Arial" w:hAnsi="Arial"/>
        </w:rPr>
        <w:t xml:space="preserve">  mean. Whereas To me, it's like, I've got to get in the shower. And yes, it takes me 20 minutes longer than everybody else. I mean, you know, I can get in the shower and out of the shower again. </w:t>
      </w:r>
      <w:r>
        <w:rPr>
          <w:rFonts w:ascii="Arial" w:hAnsi="Arial"/>
        </w:rPr>
        <w:t xml:space="preserve">And I have things to, to help me do that. But </w:t>
      </w:r>
      <w:proofErr w:type="gramStart"/>
      <w:r>
        <w:rPr>
          <w:rFonts w:ascii="Arial" w:hAnsi="Arial"/>
        </w:rPr>
        <w:t>so</w:t>
      </w:r>
      <w:proofErr w:type="gramEnd"/>
      <w:r>
        <w:rPr>
          <w:rFonts w:ascii="Arial" w:hAnsi="Arial"/>
        </w:rPr>
        <w:t xml:space="preserve"> I you know, I can do it. I've just got extra barriers to consider when I do everything. </w:t>
      </w:r>
      <w:proofErr w:type="gramStart"/>
      <w:r>
        <w:rPr>
          <w:rFonts w:ascii="Arial" w:hAnsi="Arial"/>
        </w:rPr>
        <w:t>So</w:t>
      </w:r>
      <w:proofErr w:type="gramEnd"/>
      <w:r>
        <w:rPr>
          <w:rFonts w:ascii="Arial" w:hAnsi="Arial"/>
        </w:rPr>
        <w:t xml:space="preserve"> it slows me down. That's </w:t>
      </w:r>
      <w:proofErr w:type="spellStart"/>
      <w:r>
        <w:rPr>
          <w:rFonts w:ascii="Arial" w:hAnsi="Arial"/>
        </w:rPr>
        <w:t>That's</w:t>
      </w:r>
      <w:proofErr w:type="spellEnd"/>
      <w:r>
        <w:rPr>
          <w:rFonts w:ascii="Arial" w:hAnsi="Arial"/>
        </w:rPr>
        <w:t xml:space="preserve"> why I always say, in the first instance,</w:t>
      </w:r>
    </w:p>
    <w:p w14:paraId="7D952A4F" w14:textId="77777777" w:rsidR="00CF75C8" w:rsidRDefault="00CF75C8">
      <w:pPr>
        <w:spacing w:after="0"/>
      </w:pPr>
    </w:p>
    <w:p w14:paraId="5E851441" w14:textId="77777777" w:rsidR="00CF75C8" w:rsidRDefault="002F30F1">
      <w:pPr>
        <w:spacing w:after="0"/>
      </w:pPr>
      <w:r>
        <w:rPr>
          <w:rFonts w:ascii="Arial" w:hAnsi="Arial"/>
          <w:b/>
        </w:rPr>
        <w:t xml:space="preserve">Alice  </w:t>
      </w:r>
      <w:r>
        <w:rPr>
          <w:rFonts w:ascii="Arial" w:hAnsi="Arial"/>
          <w:color w:val="5D7284"/>
        </w:rPr>
        <w:t>23:40</w:t>
      </w:r>
    </w:p>
    <w:p w14:paraId="3266EFAF" w14:textId="77777777" w:rsidR="00CF75C8" w:rsidRDefault="002F30F1">
      <w:pPr>
        <w:spacing w:after="0"/>
      </w:pPr>
      <w:r>
        <w:rPr>
          <w:rFonts w:ascii="Arial" w:hAnsi="Arial"/>
        </w:rPr>
        <w:t>I think what it's what's inte</w:t>
      </w:r>
      <w:r>
        <w:rPr>
          <w:rFonts w:ascii="Arial" w:hAnsi="Arial"/>
        </w:rPr>
        <w:t xml:space="preserve">resting about this conversation is that it's sort of highlighting that there are these different perceptions of words like disability amongst, sort of, for different people. So, you know, Jess, your association with disability is obviously strongly linked </w:t>
      </w:r>
      <w:r>
        <w:rPr>
          <w:rFonts w:ascii="Arial" w:hAnsi="Arial"/>
        </w:rPr>
        <w:t>to a very kind of medical model of it, you have to have certain qualifiers you, you know, if you're just disabled, you can't do X, Y, or Z and you are entitled to a, b and c, whereas I think, you know, Lucy's approach to it is more of a, it's part of her c</w:t>
      </w:r>
      <w:r>
        <w:rPr>
          <w:rFonts w:ascii="Arial" w:hAnsi="Arial"/>
        </w:rPr>
        <w:t>ombined identity and the social model of disability,</w:t>
      </w:r>
    </w:p>
    <w:p w14:paraId="3205DFE5" w14:textId="77777777" w:rsidR="00CF75C8" w:rsidRDefault="00CF75C8">
      <w:pPr>
        <w:spacing w:after="0"/>
      </w:pPr>
    </w:p>
    <w:p w14:paraId="266B2D6F" w14:textId="77777777" w:rsidR="00CF75C8" w:rsidRDefault="002F30F1">
      <w:pPr>
        <w:spacing w:after="0"/>
      </w:pPr>
      <w:r>
        <w:rPr>
          <w:rFonts w:ascii="Arial" w:hAnsi="Arial"/>
          <w:b/>
        </w:rPr>
        <w:t xml:space="preserve">Lucy  </w:t>
      </w:r>
      <w:r>
        <w:rPr>
          <w:rFonts w:ascii="Arial" w:hAnsi="Arial"/>
          <w:color w:val="5D7284"/>
        </w:rPr>
        <w:t>24:21</w:t>
      </w:r>
    </w:p>
    <w:p w14:paraId="78BABB9C" w14:textId="77777777" w:rsidR="00CF75C8" w:rsidRDefault="002F30F1">
      <w:pPr>
        <w:spacing w:after="0"/>
      </w:pPr>
      <w:r>
        <w:rPr>
          <w:rFonts w:ascii="Arial" w:hAnsi="Arial"/>
        </w:rPr>
        <w:t>the fact that it's the world around me that's disabling that not the fact that I am disabled.</w:t>
      </w:r>
    </w:p>
    <w:p w14:paraId="2EBC4A08" w14:textId="77777777" w:rsidR="00CF75C8" w:rsidRDefault="00CF75C8">
      <w:pPr>
        <w:spacing w:after="0"/>
      </w:pPr>
    </w:p>
    <w:p w14:paraId="0870E037" w14:textId="77777777" w:rsidR="00CF75C8" w:rsidRDefault="002F30F1">
      <w:pPr>
        <w:spacing w:after="0"/>
      </w:pPr>
      <w:r>
        <w:rPr>
          <w:rFonts w:ascii="Arial" w:hAnsi="Arial"/>
          <w:b/>
        </w:rPr>
        <w:t xml:space="preserve">Alice  </w:t>
      </w:r>
      <w:r>
        <w:rPr>
          <w:rFonts w:ascii="Arial" w:hAnsi="Arial"/>
          <w:color w:val="5D7284"/>
        </w:rPr>
        <w:t>24:28</w:t>
      </w:r>
    </w:p>
    <w:p w14:paraId="6D564025" w14:textId="77777777" w:rsidR="00CF75C8" w:rsidRDefault="002F30F1">
      <w:pPr>
        <w:spacing w:after="0"/>
      </w:pPr>
      <w:r>
        <w:rPr>
          <w:rFonts w:ascii="Arial" w:hAnsi="Arial"/>
        </w:rPr>
        <w:t xml:space="preserve">I and I think I mean, my </w:t>
      </w:r>
      <w:proofErr w:type="spellStart"/>
      <w:r>
        <w:rPr>
          <w:rFonts w:ascii="Arial" w:hAnsi="Arial"/>
        </w:rPr>
        <w:t>my</w:t>
      </w:r>
      <w:proofErr w:type="spellEnd"/>
      <w:r>
        <w:rPr>
          <w:rFonts w:ascii="Arial" w:hAnsi="Arial"/>
        </w:rPr>
        <w:t xml:space="preserve"> personal approach is somewhere in between medical and </w:t>
      </w:r>
      <w:r>
        <w:rPr>
          <w:rFonts w:ascii="Arial" w:hAnsi="Arial"/>
        </w:rPr>
        <w:t>social, I think, but I think, you know, it's interesting that, you know, Jesse, you've said that Marfan is, affects people in a lot of different ways. Well, cerebral palsy affects people in a huge variety of ways. There are people with CP who can, you know</w:t>
      </w:r>
      <w:r>
        <w:rPr>
          <w:rFonts w:ascii="Arial" w:hAnsi="Arial"/>
        </w:rPr>
        <w:t xml:space="preserve">, </w:t>
      </w:r>
      <w:proofErr w:type="spellStart"/>
      <w:r>
        <w:rPr>
          <w:rFonts w:ascii="Arial" w:hAnsi="Arial"/>
        </w:rPr>
        <w:t>mobilise</w:t>
      </w:r>
      <w:proofErr w:type="spellEnd"/>
      <w:r>
        <w:rPr>
          <w:rFonts w:ascii="Arial" w:hAnsi="Arial"/>
        </w:rPr>
        <w:t xml:space="preserve"> independently on their own feet and things like that, but also had problems with pain and all sorts of things. So it is, you know, a lot of disabilities are about that. Kind of </w:t>
      </w:r>
      <w:r>
        <w:rPr>
          <w:rFonts w:ascii="Arial" w:hAnsi="Arial"/>
        </w:rPr>
        <w:lastRenderedPageBreak/>
        <w:t xml:space="preserve">spectrum. And I suppose it's just </w:t>
      </w:r>
      <w:proofErr w:type="gramStart"/>
      <w:r>
        <w:rPr>
          <w:rFonts w:ascii="Arial" w:hAnsi="Arial"/>
        </w:rPr>
        <w:t>very interesting</w:t>
      </w:r>
      <w:proofErr w:type="gramEnd"/>
      <w:r>
        <w:rPr>
          <w:rFonts w:ascii="Arial" w:hAnsi="Arial"/>
        </w:rPr>
        <w:t xml:space="preserve"> to sort of interr</w:t>
      </w:r>
      <w:r>
        <w:rPr>
          <w:rFonts w:ascii="Arial" w:hAnsi="Arial"/>
        </w:rPr>
        <w:t>ogate that difference between how you each interpret that word. Because ultimately, you know, that's the whole point of what we're sort of trying to explore here is what these labels mean. And I think that it's interesting for somebody like Lucy, who has a</w:t>
      </w:r>
      <w:r>
        <w:rPr>
          <w:rFonts w:ascii="Arial" w:hAnsi="Arial"/>
        </w:rPr>
        <w:t xml:space="preserve"> very visible disability to be more accepting and welcoming of the disabled label than somebody like you Jess who perhaps </w:t>
      </w:r>
      <w:proofErr w:type="gramStart"/>
      <w:r>
        <w:rPr>
          <w:rFonts w:ascii="Arial" w:hAnsi="Arial"/>
        </w:rPr>
        <w:t>has to</w:t>
      </w:r>
      <w:proofErr w:type="gramEnd"/>
      <w:r>
        <w:rPr>
          <w:rFonts w:ascii="Arial" w:hAnsi="Arial"/>
        </w:rPr>
        <w:t xml:space="preserve"> work harder to say, Actually, I can't do this, actually, I need help. Whereas when people see Lucy, they're probably more likel</w:t>
      </w:r>
      <w:r>
        <w:rPr>
          <w:rFonts w:ascii="Arial" w:hAnsi="Arial"/>
        </w:rPr>
        <w:t>y to offer help, because her disability is just that much more visual.</w:t>
      </w:r>
    </w:p>
    <w:p w14:paraId="20E7C50D" w14:textId="77777777" w:rsidR="00CF75C8" w:rsidRDefault="00CF75C8">
      <w:pPr>
        <w:spacing w:after="0"/>
      </w:pPr>
    </w:p>
    <w:p w14:paraId="767F5611" w14:textId="77777777" w:rsidR="00CF75C8" w:rsidRDefault="002F30F1">
      <w:pPr>
        <w:spacing w:after="0"/>
      </w:pPr>
      <w:r>
        <w:rPr>
          <w:rFonts w:ascii="Arial" w:hAnsi="Arial"/>
          <w:b/>
        </w:rPr>
        <w:t xml:space="preserve">Lucy  </w:t>
      </w:r>
      <w:r>
        <w:rPr>
          <w:rFonts w:ascii="Arial" w:hAnsi="Arial"/>
          <w:color w:val="5D7284"/>
        </w:rPr>
        <w:t>25:51</w:t>
      </w:r>
    </w:p>
    <w:p w14:paraId="0E15BBEC" w14:textId="77777777" w:rsidR="00CF75C8" w:rsidRDefault="002F30F1">
      <w:pPr>
        <w:spacing w:after="0"/>
      </w:pPr>
      <w:r>
        <w:rPr>
          <w:rFonts w:ascii="Arial" w:hAnsi="Arial"/>
        </w:rPr>
        <w:t>Yeah. Would you class your, your sort of  impairment as a as an invisible disability? Jess</w:t>
      </w:r>
    </w:p>
    <w:p w14:paraId="72D6F604" w14:textId="77777777" w:rsidR="00CF75C8" w:rsidRDefault="00CF75C8">
      <w:pPr>
        <w:spacing w:after="0"/>
      </w:pPr>
    </w:p>
    <w:p w14:paraId="3BA8FAE1" w14:textId="77777777" w:rsidR="00CF75C8" w:rsidRDefault="002F30F1">
      <w:pPr>
        <w:spacing w:after="0"/>
      </w:pPr>
      <w:proofErr w:type="spellStart"/>
      <w:r>
        <w:rPr>
          <w:rFonts w:ascii="Arial" w:hAnsi="Arial"/>
          <w:b/>
        </w:rPr>
        <w:t>jessica</w:t>
      </w:r>
      <w:proofErr w:type="spellEnd"/>
      <w:r>
        <w:rPr>
          <w:rFonts w:ascii="Arial" w:hAnsi="Arial"/>
          <w:b/>
        </w:rPr>
        <w:t xml:space="preserve">  </w:t>
      </w:r>
      <w:r>
        <w:rPr>
          <w:rFonts w:ascii="Arial" w:hAnsi="Arial"/>
          <w:color w:val="5D7284"/>
        </w:rPr>
        <w:t>25:59</w:t>
      </w:r>
    </w:p>
    <w:p w14:paraId="5CAD544A" w14:textId="77777777" w:rsidR="00CF75C8" w:rsidRDefault="002F30F1">
      <w:pPr>
        <w:spacing w:after="0"/>
      </w:pPr>
      <w:r>
        <w:rPr>
          <w:rFonts w:ascii="Arial" w:hAnsi="Arial"/>
        </w:rPr>
        <w:t>Yes. And no, I mean, there are, there are obviously huge parts of</w:t>
      </w:r>
      <w:r>
        <w:rPr>
          <w:rFonts w:ascii="Arial" w:hAnsi="Arial"/>
        </w:rPr>
        <w:t xml:space="preserve"> it that are invisible. There are parts of it that are very visible. And the kind of the way my body looks and things. Yeah, like, I suppose the biggest part is, if you were to look at me, like what Alex was saying, you wouldn't necessarily think there was</w:t>
      </w:r>
      <w:r>
        <w:rPr>
          <w:rFonts w:ascii="Arial" w:hAnsi="Arial"/>
        </w:rPr>
        <w:t xml:space="preserve"> anything wrong is wrong. the right word wrong is probably not the right word. But there isn't any unusual or different. Yeah. </w:t>
      </w:r>
      <w:proofErr w:type="gramStart"/>
      <w:r>
        <w:rPr>
          <w:rFonts w:ascii="Arial" w:hAnsi="Arial"/>
        </w:rPr>
        <w:t>So</w:t>
      </w:r>
      <w:proofErr w:type="gramEnd"/>
      <w:r>
        <w:rPr>
          <w:rFonts w:ascii="Arial" w:hAnsi="Arial"/>
        </w:rPr>
        <w:t xml:space="preserve"> I haven't really thought about it in terms of what someone would think looking at me, because I'm quite, I don't really care, </w:t>
      </w:r>
      <w:r>
        <w:rPr>
          <w:rFonts w:ascii="Arial" w:hAnsi="Arial"/>
        </w:rPr>
        <w:t>like I'm quite sort of, not a lot tends to get me down. And if someone wants to think that I'm tall and lanky, and four eyes and all these horrible words, I've heard, that's fine. And I can just kind of brush that off. And I don't know if that's part of my</w:t>
      </w:r>
      <w:r>
        <w:rPr>
          <w:rFonts w:ascii="Arial" w:hAnsi="Arial"/>
        </w:rPr>
        <w:t xml:space="preserve"> upbringing, or I was </w:t>
      </w:r>
      <w:proofErr w:type="spellStart"/>
      <w:r>
        <w:rPr>
          <w:rFonts w:ascii="Arial" w:hAnsi="Arial"/>
        </w:rPr>
        <w:t>gonna</w:t>
      </w:r>
      <w:proofErr w:type="spellEnd"/>
      <w:r>
        <w:rPr>
          <w:rFonts w:ascii="Arial" w:hAnsi="Arial"/>
        </w:rPr>
        <w:t xml:space="preserve"> say, is that is that, you know, growing up and look looking, you know, being quite tall, and, and being quite visibly different. is an obviously, I don't know, did you have to cope with people staring? And if you  did, how did y</w:t>
      </w:r>
      <w:r>
        <w:rPr>
          <w:rFonts w:ascii="Arial" w:hAnsi="Arial"/>
        </w:rPr>
        <w:t xml:space="preserve">ou work? One some sort of coping mechanism with that, is there or is there or do you just develop this </w:t>
      </w:r>
      <w:proofErr w:type="gramStart"/>
      <w:r>
        <w:rPr>
          <w:rFonts w:ascii="Arial" w:hAnsi="Arial"/>
        </w:rPr>
        <w:t>really thick</w:t>
      </w:r>
      <w:proofErr w:type="gramEnd"/>
      <w:r>
        <w:rPr>
          <w:rFonts w:ascii="Arial" w:hAnsi="Arial"/>
        </w:rPr>
        <w:t xml:space="preserve"> skin and think, yes, I know, they're staring at me, but I'll give them something to stare at kind of, you know, rather than sort of go Oh, t</w:t>
      </w:r>
      <w:r>
        <w:rPr>
          <w:rFonts w:ascii="Arial" w:hAnsi="Arial"/>
        </w:rPr>
        <w:t xml:space="preserve">hey're staring at me. What on earth? Are we going to do? You know? Um, yeah, I mean, I tried to say that I own it. But um, I mean, literally, from primary school upwards, I was always the tallest in class. </w:t>
      </w:r>
      <w:proofErr w:type="gramStart"/>
      <w:r>
        <w:rPr>
          <w:rFonts w:ascii="Arial" w:hAnsi="Arial"/>
        </w:rPr>
        <w:t>So</w:t>
      </w:r>
      <w:proofErr w:type="gramEnd"/>
      <w:r>
        <w:rPr>
          <w:rFonts w:ascii="Arial" w:hAnsi="Arial"/>
        </w:rPr>
        <w:t xml:space="preserve"> if you'd have like a class photo, I was always </w:t>
      </w:r>
      <w:r>
        <w:rPr>
          <w:rFonts w:ascii="Arial" w:hAnsi="Arial"/>
        </w:rPr>
        <w:t xml:space="preserve">the one bang in the middle right at the back. Yeah, I was like the tallest point. </w:t>
      </w:r>
      <w:proofErr w:type="gramStart"/>
      <w:r>
        <w:rPr>
          <w:rFonts w:ascii="Arial" w:hAnsi="Arial"/>
        </w:rPr>
        <w:t>Usually</w:t>
      </w:r>
      <w:proofErr w:type="gramEnd"/>
      <w:r>
        <w:rPr>
          <w:rFonts w:ascii="Arial" w:hAnsi="Arial"/>
        </w:rPr>
        <w:t xml:space="preserve"> just boys near me. And then all the girls are like, down the front somewhere. And yeah, so I was always the tallest. I was always kind of picked first for like, baske</w:t>
      </w:r>
      <w:r>
        <w:rPr>
          <w:rFonts w:ascii="Arial" w:hAnsi="Arial"/>
        </w:rPr>
        <w:t xml:space="preserve">tball games and netball, and that sort of stuff, where they kind of think, you know, she can reach the hoop without even jumping. When I </w:t>
      </w:r>
      <w:proofErr w:type="gramStart"/>
      <w:r>
        <w:rPr>
          <w:rFonts w:ascii="Arial" w:hAnsi="Arial"/>
        </w:rPr>
        <w:t>was allowed to</w:t>
      </w:r>
      <w:proofErr w:type="gramEnd"/>
      <w:r>
        <w:rPr>
          <w:rFonts w:ascii="Arial" w:hAnsi="Arial"/>
        </w:rPr>
        <w:t xml:space="preserve"> play that was, but yeah, I mean, people look people, particularly like things, the height and the hands </w:t>
      </w:r>
      <w:r>
        <w:rPr>
          <w:rFonts w:ascii="Arial" w:hAnsi="Arial"/>
        </w:rPr>
        <w:t xml:space="preserve">and the glasses, I'd say, the thing would think is more than hands, but the things I get noticed about the most would be my height and my eyes and my glasses. </w:t>
      </w:r>
      <w:proofErr w:type="gramStart"/>
      <w:r>
        <w:rPr>
          <w:rFonts w:ascii="Arial" w:hAnsi="Arial"/>
        </w:rPr>
        <w:t>So</w:t>
      </w:r>
      <w:proofErr w:type="gramEnd"/>
      <w:r>
        <w:rPr>
          <w:rFonts w:ascii="Arial" w:hAnsi="Arial"/>
        </w:rPr>
        <w:t xml:space="preserve"> I would notice people kind of staring and I just kind of, I don't know if it's the confidence </w:t>
      </w:r>
      <w:r>
        <w:rPr>
          <w:rFonts w:ascii="Arial" w:hAnsi="Arial"/>
        </w:rPr>
        <w:t xml:space="preserve">that my mum put in me growing up or my grandparents because I always remember my granny saying to me when I was younger, oh, you know, you're tall and slim, you're beautiful. You're, you'll be a model one day like you're, you're perfect and </w:t>
      </w:r>
      <w:proofErr w:type="gramStart"/>
      <w:r>
        <w:rPr>
          <w:rFonts w:ascii="Arial" w:hAnsi="Arial"/>
        </w:rPr>
        <w:t>all of</w:t>
      </w:r>
      <w:proofErr w:type="gramEnd"/>
      <w:r>
        <w:rPr>
          <w:rFonts w:ascii="Arial" w:hAnsi="Arial"/>
        </w:rPr>
        <w:t xml:space="preserve"> these lo</w:t>
      </w:r>
      <w:r>
        <w:rPr>
          <w:rFonts w:ascii="Arial" w:hAnsi="Arial"/>
        </w:rPr>
        <w:t xml:space="preserve">vely things. And which I was like, No, that'd be silly. And then I think it was about like, kind of high school time </w:t>
      </w:r>
      <w:proofErr w:type="gramStart"/>
      <w:r>
        <w:rPr>
          <w:rFonts w:ascii="Arial" w:hAnsi="Arial"/>
        </w:rPr>
        <w:t>like definitely, yes</w:t>
      </w:r>
      <w:proofErr w:type="gramEnd"/>
      <w:r>
        <w:rPr>
          <w:rFonts w:ascii="Arial" w:hAnsi="Arial"/>
        </w:rPr>
        <w:t xml:space="preserve">, seven onwards. It was more it wasn't that people were noticing me that affected me it was that like there was </w:t>
      </w:r>
      <w:proofErr w:type="gramStart"/>
      <w:r>
        <w:rPr>
          <w:rFonts w:ascii="Arial" w:hAnsi="Arial"/>
        </w:rPr>
        <w:t>definit</w:t>
      </w:r>
      <w:r>
        <w:rPr>
          <w:rFonts w:ascii="Arial" w:hAnsi="Arial"/>
        </w:rPr>
        <w:t>ely bullying</w:t>
      </w:r>
      <w:proofErr w:type="gramEnd"/>
      <w:r>
        <w:rPr>
          <w:rFonts w:ascii="Arial" w:hAnsi="Arial"/>
        </w:rPr>
        <w:t>. I was bullied quite badly in school and luckily never kind of violently or anything. Like physically abusive or anything like that. It was just name calling and words. And you know, you mentioned a couple of them, like lanky and four eyes and</w:t>
      </w:r>
      <w:r>
        <w:rPr>
          <w:rFonts w:ascii="Arial" w:hAnsi="Arial"/>
        </w:rPr>
        <w:t xml:space="preserve"> that kind of those horrible.  </w:t>
      </w:r>
    </w:p>
    <w:p w14:paraId="008790D3" w14:textId="77777777" w:rsidR="00CF75C8" w:rsidRDefault="00CF75C8">
      <w:pPr>
        <w:spacing w:after="0"/>
      </w:pPr>
    </w:p>
    <w:p w14:paraId="6BCB9E61" w14:textId="77777777" w:rsidR="00CF75C8" w:rsidRDefault="002F30F1">
      <w:pPr>
        <w:spacing w:after="0"/>
      </w:pPr>
      <w:r>
        <w:rPr>
          <w:rFonts w:ascii="Arial" w:hAnsi="Arial"/>
          <w:b/>
        </w:rPr>
        <w:lastRenderedPageBreak/>
        <w:t xml:space="preserve">Alice  </w:t>
      </w:r>
      <w:r>
        <w:rPr>
          <w:rFonts w:ascii="Arial" w:hAnsi="Arial"/>
          <w:color w:val="5D7284"/>
        </w:rPr>
        <w:t>29:52</w:t>
      </w:r>
    </w:p>
    <w:p w14:paraId="7D87E420" w14:textId="77777777" w:rsidR="00CF75C8" w:rsidRDefault="002F30F1">
      <w:pPr>
        <w:spacing w:after="0"/>
      </w:pPr>
      <w:r>
        <w:rPr>
          <w:rFonts w:ascii="Arial" w:hAnsi="Arial"/>
        </w:rPr>
        <w:t xml:space="preserve">that can be the stuff that sticks with you the longest though the </w:t>
      </w:r>
      <w:proofErr w:type="spellStart"/>
      <w:r>
        <w:rPr>
          <w:rFonts w:ascii="Arial" w:hAnsi="Arial"/>
        </w:rPr>
        <w:t>the</w:t>
      </w:r>
      <w:proofErr w:type="spellEnd"/>
      <w:r>
        <w:rPr>
          <w:rFonts w:ascii="Arial" w:hAnsi="Arial"/>
        </w:rPr>
        <w:t xml:space="preserve"> mental and emotional bullying, psychological </w:t>
      </w:r>
      <w:proofErr w:type="spellStart"/>
      <w:r>
        <w:rPr>
          <w:rFonts w:ascii="Arial" w:hAnsi="Arial"/>
        </w:rPr>
        <w:t>Psychological</w:t>
      </w:r>
      <w:proofErr w:type="spellEnd"/>
      <w:r>
        <w:rPr>
          <w:rFonts w:ascii="Arial" w:hAnsi="Arial"/>
        </w:rPr>
        <w:t xml:space="preserve"> bullying?</w:t>
      </w:r>
    </w:p>
    <w:p w14:paraId="614792CA" w14:textId="77777777" w:rsidR="00CF75C8" w:rsidRDefault="00CF75C8">
      <w:pPr>
        <w:spacing w:after="0"/>
      </w:pPr>
    </w:p>
    <w:p w14:paraId="11D73045" w14:textId="77777777" w:rsidR="00CF75C8" w:rsidRDefault="002F30F1">
      <w:pPr>
        <w:spacing w:after="0"/>
      </w:pPr>
      <w:proofErr w:type="spellStart"/>
      <w:r>
        <w:rPr>
          <w:rFonts w:ascii="Arial" w:hAnsi="Arial"/>
          <w:b/>
        </w:rPr>
        <w:t>jessica</w:t>
      </w:r>
      <w:proofErr w:type="spellEnd"/>
      <w:r>
        <w:rPr>
          <w:rFonts w:ascii="Arial" w:hAnsi="Arial"/>
          <w:b/>
        </w:rPr>
        <w:t xml:space="preserve">  </w:t>
      </w:r>
      <w:r>
        <w:rPr>
          <w:rFonts w:ascii="Arial" w:hAnsi="Arial"/>
          <w:color w:val="5D7284"/>
        </w:rPr>
        <w:t>30:01</w:t>
      </w:r>
    </w:p>
    <w:p w14:paraId="0763753A" w14:textId="77777777" w:rsidR="00CF75C8" w:rsidRDefault="002F30F1">
      <w:pPr>
        <w:spacing w:after="0"/>
      </w:pPr>
      <w:r>
        <w:rPr>
          <w:rFonts w:ascii="Arial" w:hAnsi="Arial"/>
        </w:rPr>
        <w:t>Yeah, definitely. And those, those were more of the thi</w:t>
      </w:r>
      <w:r>
        <w:rPr>
          <w:rFonts w:ascii="Arial" w:hAnsi="Arial"/>
        </w:rPr>
        <w:t xml:space="preserve">ngs that I felt like I needed to build some sort of coping mechanism for, as you say, so. I don't know. My mom </w:t>
      </w:r>
      <w:proofErr w:type="gramStart"/>
      <w:r>
        <w:rPr>
          <w:rFonts w:ascii="Arial" w:hAnsi="Arial"/>
        </w:rPr>
        <w:t>actually I</w:t>
      </w:r>
      <w:proofErr w:type="gramEnd"/>
      <w:r>
        <w:rPr>
          <w:rFonts w:ascii="Arial" w:hAnsi="Arial"/>
        </w:rPr>
        <w:t xml:space="preserve"> mentioned my mum a lot. And I've mentioned to her quite recently that I was bullied quite badly in school. And she was very surprised </w:t>
      </w:r>
      <w:r>
        <w:rPr>
          <w:rFonts w:ascii="Arial" w:hAnsi="Arial"/>
        </w:rPr>
        <w:t xml:space="preserve">because I was </w:t>
      </w:r>
      <w:proofErr w:type="gramStart"/>
      <w:r>
        <w:rPr>
          <w:rFonts w:ascii="Arial" w:hAnsi="Arial"/>
        </w:rPr>
        <w:t>always</w:t>
      </w:r>
      <w:proofErr w:type="gramEnd"/>
      <w:r>
        <w:rPr>
          <w:rFonts w:ascii="Arial" w:hAnsi="Arial"/>
        </w:rPr>
        <w:t xml:space="preserve"> she, she said to me, I was always very happy and cheerful and friendly. And I didn't show it.</w:t>
      </w:r>
    </w:p>
    <w:p w14:paraId="0D94E15A" w14:textId="77777777" w:rsidR="00CF75C8" w:rsidRDefault="00CF75C8">
      <w:pPr>
        <w:spacing w:after="0"/>
      </w:pPr>
    </w:p>
    <w:p w14:paraId="239604C7" w14:textId="77777777" w:rsidR="00CF75C8" w:rsidRDefault="002F30F1">
      <w:pPr>
        <w:spacing w:after="0"/>
      </w:pPr>
      <w:r>
        <w:rPr>
          <w:rFonts w:ascii="Arial" w:hAnsi="Arial"/>
          <w:b/>
        </w:rPr>
        <w:t xml:space="preserve">Lucy  </w:t>
      </w:r>
      <w:r>
        <w:rPr>
          <w:rFonts w:ascii="Arial" w:hAnsi="Arial"/>
          <w:color w:val="5D7284"/>
        </w:rPr>
        <w:t>30:34</w:t>
      </w:r>
    </w:p>
    <w:p w14:paraId="4D41F9EB" w14:textId="77777777" w:rsidR="00CF75C8" w:rsidRDefault="002F30F1">
      <w:pPr>
        <w:spacing w:after="0"/>
      </w:pPr>
      <w:r>
        <w:rPr>
          <w:rFonts w:ascii="Arial" w:hAnsi="Arial"/>
        </w:rPr>
        <w:t>So. So did you make it a conscious decision like not to tell parents that you were being picked on or bullied or?</w:t>
      </w:r>
    </w:p>
    <w:p w14:paraId="771D8BFA" w14:textId="77777777" w:rsidR="00CF75C8" w:rsidRDefault="00CF75C8">
      <w:pPr>
        <w:spacing w:after="0"/>
      </w:pPr>
    </w:p>
    <w:p w14:paraId="438FED55" w14:textId="77777777" w:rsidR="00CF75C8" w:rsidRDefault="002F30F1">
      <w:pPr>
        <w:spacing w:after="0"/>
      </w:pPr>
      <w:r>
        <w:rPr>
          <w:rFonts w:ascii="Arial" w:hAnsi="Arial"/>
          <w:b/>
        </w:rPr>
        <w:t xml:space="preserve">Alice  </w:t>
      </w:r>
      <w:r>
        <w:rPr>
          <w:rFonts w:ascii="Arial" w:hAnsi="Arial"/>
          <w:color w:val="5D7284"/>
        </w:rPr>
        <w:t>30:44</w:t>
      </w:r>
    </w:p>
    <w:p w14:paraId="0390A4EF" w14:textId="77777777" w:rsidR="00CF75C8" w:rsidRDefault="002F30F1">
      <w:pPr>
        <w:spacing w:after="0"/>
      </w:pPr>
      <w:r>
        <w:rPr>
          <w:rFonts w:ascii="Arial" w:hAnsi="Arial"/>
        </w:rPr>
        <w:t xml:space="preserve">Or do you think you just left it at school? Do you think it was something that you were able to </w:t>
      </w:r>
      <w:proofErr w:type="spellStart"/>
      <w:r>
        <w:rPr>
          <w:rFonts w:ascii="Arial" w:hAnsi="Arial"/>
        </w:rPr>
        <w:t>compartmentalise</w:t>
      </w:r>
      <w:proofErr w:type="spellEnd"/>
      <w:r>
        <w:rPr>
          <w:rFonts w:ascii="Arial" w:hAnsi="Arial"/>
        </w:rPr>
        <w:t xml:space="preserve">? And couple this is, this is a school thing and </w:t>
      </w:r>
      <w:proofErr w:type="gramStart"/>
      <w:r>
        <w:rPr>
          <w:rFonts w:ascii="Arial" w:hAnsi="Arial"/>
        </w:rPr>
        <w:t>actually at</w:t>
      </w:r>
      <w:proofErr w:type="gramEnd"/>
      <w:r>
        <w:rPr>
          <w:rFonts w:ascii="Arial" w:hAnsi="Arial"/>
        </w:rPr>
        <w:t xml:space="preserve"> home? I'm, I'm welcomed and cared for? Yeah.</w:t>
      </w:r>
    </w:p>
    <w:p w14:paraId="5F140A23" w14:textId="77777777" w:rsidR="00CF75C8" w:rsidRDefault="00CF75C8">
      <w:pPr>
        <w:spacing w:after="0"/>
      </w:pPr>
    </w:p>
    <w:p w14:paraId="1ED5CC17" w14:textId="77777777" w:rsidR="00CF75C8" w:rsidRDefault="002F30F1">
      <w:pPr>
        <w:spacing w:after="0"/>
      </w:pPr>
      <w:proofErr w:type="spellStart"/>
      <w:r>
        <w:rPr>
          <w:rFonts w:ascii="Arial" w:hAnsi="Arial"/>
          <w:b/>
        </w:rPr>
        <w:t>jessica</w:t>
      </w:r>
      <w:proofErr w:type="spellEnd"/>
      <w:r>
        <w:rPr>
          <w:rFonts w:ascii="Arial" w:hAnsi="Arial"/>
          <w:b/>
        </w:rPr>
        <w:t xml:space="preserve">  </w:t>
      </w:r>
      <w:r>
        <w:rPr>
          <w:rFonts w:ascii="Arial" w:hAnsi="Arial"/>
          <w:color w:val="5D7284"/>
        </w:rPr>
        <w:t>30:55</w:t>
      </w:r>
    </w:p>
    <w:p w14:paraId="0B034D00" w14:textId="77777777" w:rsidR="00CF75C8" w:rsidRDefault="002F30F1">
      <w:pPr>
        <w:spacing w:after="0"/>
      </w:pPr>
      <w:r>
        <w:rPr>
          <w:rFonts w:ascii="Arial" w:hAnsi="Arial"/>
        </w:rPr>
        <w:t xml:space="preserve">Yeah, I </w:t>
      </w:r>
      <w:proofErr w:type="gramStart"/>
      <w:r>
        <w:rPr>
          <w:rFonts w:ascii="Arial" w:hAnsi="Arial"/>
        </w:rPr>
        <w:t xml:space="preserve">think </w:t>
      </w:r>
      <w:r>
        <w:rPr>
          <w:rFonts w:ascii="Arial" w:hAnsi="Arial"/>
        </w:rPr>
        <w:t>definitely, like</w:t>
      </w:r>
      <w:proofErr w:type="gramEnd"/>
      <w:r>
        <w:rPr>
          <w:rFonts w:ascii="Arial" w:hAnsi="Arial"/>
        </w:rPr>
        <w:t xml:space="preserve">, I just tried to forget about it didn't mention it. It wasn't, it wasn't on such a bad scale that I ever had horrible thoughts about anything. But no, I mean, I just, I don't know, if I </w:t>
      </w:r>
      <w:proofErr w:type="gramStart"/>
      <w:r>
        <w:rPr>
          <w:rFonts w:ascii="Arial" w:hAnsi="Arial"/>
        </w:rPr>
        <w:t>was</w:t>
      </w:r>
      <w:proofErr w:type="gramEnd"/>
      <w:r>
        <w:rPr>
          <w:rFonts w:ascii="Arial" w:hAnsi="Arial"/>
        </w:rPr>
        <w:t xml:space="preserve"> just very thick skinned, or I just had a really g</w:t>
      </w:r>
      <w:r>
        <w:rPr>
          <w:rFonts w:ascii="Arial" w:hAnsi="Arial"/>
        </w:rPr>
        <w:t xml:space="preserve">ood group of friends around that would take my mind off it. And then I think, the more I didn't react to any kind of name calling or bullying, they did start to back off and they, you know, they'd find a new target and things like that. But then I also </w:t>
      </w:r>
      <w:proofErr w:type="spellStart"/>
      <w:r>
        <w:rPr>
          <w:rFonts w:ascii="Arial" w:hAnsi="Arial"/>
        </w:rPr>
        <w:t>rea</w:t>
      </w:r>
      <w:r>
        <w:rPr>
          <w:rFonts w:ascii="Arial" w:hAnsi="Arial"/>
        </w:rPr>
        <w:t>lised</w:t>
      </w:r>
      <w:proofErr w:type="spellEnd"/>
      <w:r>
        <w:rPr>
          <w:rFonts w:ascii="Arial" w:hAnsi="Arial"/>
        </w:rPr>
        <w:t xml:space="preserve"> that I developed quite a good sense of </w:t>
      </w:r>
      <w:proofErr w:type="spellStart"/>
      <w:r>
        <w:rPr>
          <w:rFonts w:ascii="Arial" w:hAnsi="Arial"/>
        </w:rPr>
        <w:t>humour</w:t>
      </w:r>
      <w:proofErr w:type="spellEnd"/>
      <w:r>
        <w:rPr>
          <w:rFonts w:ascii="Arial" w:hAnsi="Arial"/>
        </w:rPr>
        <w:t>. I feel like I was always the funny one in the group, like, I'm quite sort of out there and a bit silly. And, you know, I was also a bit larger when I was younger, so I was the kind of funny fat friends.</w:t>
      </w:r>
    </w:p>
    <w:p w14:paraId="18ADA6C9" w14:textId="77777777" w:rsidR="00CF75C8" w:rsidRDefault="00CF75C8">
      <w:pPr>
        <w:spacing w:after="0"/>
      </w:pPr>
    </w:p>
    <w:p w14:paraId="58E41FD2" w14:textId="77777777" w:rsidR="00CF75C8" w:rsidRDefault="002F30F1">
      <w:pPr>
        <w:spacing w:after="0"/>
      </w:pPr>
      <w:r>
        <w:rPr>
          <w:rFonts w:ascii="Arial" w:hAnsi="Arial"/>
          <w:b/>
        </w:rPr>
        <w:t xml:space="preserve">Alice  </w:t>
      </w:r>
      <w:r>
        <w:rPr>
          <w:rFonts w:ascii="Arial" w:hAnsi="Arial"/>
          <w:color w:val="5D7284"/>
        </w:rPr>
        <w:t>31:54</w:t>
      </w:r>
    </w:p>
    <w:p w14:paraId="42A59AF9" w14:textId="77777777" w:rsidR="00CF75C8" w:rsidRDefault="002F30F1">
      <w:pPr>
        <w:spacing w:after="0"/>
      </w:pPr>
      <w:r>
        <w:rPr>
          <w:rFonts w:ascii="Arial" w:hAnsi="Arial"/>
        </w:rPr>
        <w:t xml:space="preserve">You, you do hear a lot as well with a lot of comedians and things like that. I've been doing some work on a comedian for a show that we're doing later. And that, you know, a lot of comedians say, Well, I was bullied. And </w:t>
      </w:r>
      <w:proofErr w:type="gramStart"/>
      <w:r>
        <w:rPr>
          <w:rFonts w:ascii="Arial" w:hAnsi="Arial"/>
        </w:rPr>
        <w:t>so</w:t>
      </w:r>
      <w:proofErr w:type="gramEnd"/>
      <w:r>
        <w:rPr>
          <w:rFonts w:ascii="Arial" w:hAnsi="Arial"/>
        </w:rPr>
        <w:t xml:space="preserve"> I started making t</w:t>
      </w:r>
      <w:r>
        <w:rPr>
          <w:rFonts w:ascii="Arial" w:hAnsi="Arial"/>
        </w:rPr>
        <w:t>hem laugh, so that, you know, they'd laugh instead of me, it hurt me. And I do think that disabled people in general, I know this is a general sweeping statement. But a lot of people that I know who are disabled, they're extremely resilient. And they do de</w:t>
      </w:r>
      <w:r>
        <w:rPr>
          <w:rFonts w:ascii="Arial" w:hAnsi="Arial"/>
        </w:rPr>
        <w:t xml:space="preserve">velop this sort of personality. I mean, my best friend will say, I know when you're nervous, because it's like joke, joke, joke, joke  </w:t>
      </w:r>
      <w:proofErr w:type="spellStart"/>
      <w:r>
        <w:rPr>
          <w:rFonts w:ascii="Arial" w:hAnsi="Arial"/>
        </w:rPr>
        <w:t>joke</w:t>
      </w:r>
      <w:proofErr w:type="spellEnd"/>
      <w:r>
        <w:rPr>
          <w:rFonts w:ascii="Arial" w:hAnsi="Arial"/>
        </w:rPr>
        <w:t xml:space="preserve">  every five minutes. And as soon as you calm down, it sort of goes away, because it's almost like a cant, let them s</w:t>
      </w:r>
      <w:r>
        <w:rPr>
          <w:rFonts w:ascii="Arial" w:hAnsi="Arial"/>
        </w:rPr>
        <w:t xml:space="preserve">ee that I'm not, I'm not a funny, fun person to be around. I need to joke </w:t>
      </w:r>
      <w:proofErr w:type="spellStart"/>
      <w:r>
        <w:rPr>
          <w:rFonts w:ascii="Arial" w:hAnsi="Arial"/>
        </w:rPr>
        <w:t>joke</w:t>
      </w:r>
      <w:proofErr w:type="spellEnd"/>
      <w:r>
        <w:rPr>
          <w:rFonts w:ascii="Arial" w:hAnsi="Arial"/>
        </w:rPr>
        <w:t xml:space="preserve"> </w:t>
      </w:r>
      <w:proofErr w:type="spellStart"/>
      <w:r>
        <w:rPr>
          <w:rFonts w:ascii="Arial" w:hAnsi="Arial"/>
        </w:rPr>
        <w:t>joke</w:t>
      </w:r>
      <w:proofErr w:type="spellEnd"/>
      <w:r>
        <w:rPr>
          <w:rFonts w:ascii="Arial" w:hAnsi="Arial"/>
        </w:rPr>
        <w:t xml:space="preserve"> all the time. And then as soon as I calm down, and I </w:t>
      </w:r>
      <w:proofErr w:type="spellStart"/>
      <w:r>
        <w:rPr>
          <w:rFonts w:ascii="Arial" w:hAnsi="Arial"/>
        </w:rPr>
        <w:t>realised</w:t>
      </w:r>
      <w:proofErr w:type="spellEnd"/>
      <w:r>
        <w:rPr>
          <w:rFonts w:ascii="Arial" w:hAnsi="Arial"/>
        </w:rPr>
        <w:t xml:space="preserve"> that they're all right, everybody's Alright, with the fact that Lucy's on four wheels, I calm down, and they s</w:t>
      </w:r>
      <w:r>
        <w:rPr>
          <w:rFonts w:ascii="Arial" w:hAnsi="Arial"/>
        </w:rPr>
        <w:t xml:space="preserve">tart to see me for me and my friend, my friends, I stopped with the jokes. I am exactly like that me and my husband have had </w:t>
      </w:r>
      <w:proofErr w:type="gramStart"/>
      <w:r>
        <w:rPr>
          <w:rFonts w:ascii="Arial" w:hAnsi="Arial"/>
        </w:rPr>
        <w:t>definitely had</w:t>
      </w:r>
      <w:proofErr w:type="gramEnd"/>
      <w:r>
        <w:rPr>
          <w:rFonts w:ascii="Arial" w:hAnsi="Arial"/>
        </w:rPr>
        <w:t xml:space="preserve"> arguments, like after we've left parties where he's gone. I know that that was hard for you when you were </w:t>
      </w:r>
      <w:proofErr w:type="gramStart"/>
      <w:r>
        <w:rPr>
          <w:rFonts w:ascii="Arial" w:hAnsi="Arial"/>
        </w:rPr>
        <w:t>really anx</w:t>
      </w:r>
      <w:r>
        <w:rPr>
          <w:rFonts w:ascii="Arial" w:hAnsi="Arial"/>
        </w:rPr>
        <w:t>ious</w:t>
      </w:r>
      <w:proofErr w:type="gramEnd"/>
      <w:r>
        <w:rPr>
          <w:rFonts w:ascii="Arial" w:hAnsi="Arial"/>
        </w:rPr>
        <w:t xml:space="preserve">. But you cannot make jokes at my expense like that. Because I and that's </w:t>
      </w:r>
      <w:r>
        <w:rPr>
          <w:rFonts w:ascii="Arial" w:hAnsi="Arial"/>
        </w:rPr>
        <w:lastRenderedPageBreak/>
        <w:t>what I do is not jokes at my expense is always jokes at other people's expense. And I'm an absolute shit for it. And I know what I know that I'm doing it, and I need to not do it</w:t>
      </w:r>
      <w:r>
        <w:rPr>
          <w:rFonts w:ascii="Arial" w:hAnsi="Arial"/>
        </w:rPr>
        <w:t xml:space="preserve">. But it is. It's my </w:t>
      </w:r>
      <w:proofErr w:type="spellStart"/>
      <w:r>
        <w:rPr>
          <w:rFonts w:ascii="Arial" w:hAnsi="Arial"/>
        </w:rPr>
        <w:t>defence</w:t>
      </w:r>
      <w:proofErr w:type="spellEnd"/>
      <w:r>
        <w:rPr>
          <w:rFonts w:ascii="Arial" w:hAnsi="Arial"/>
        </w:rPr>
        <w:t xml:space="preserve"> mechanism and a lot of ways to help me manage that anxiety.</w:t>
      </w:r>
    </w:p>
    <w:p w14:paraId="66371A92" w14:textId="77777777" w:rsidR="00CF75C8" w:rsidRDefault="00CF75C8">
      <w:pPr>
        <w:spacing w:after="0"/>
      </w:pPr>
    </w:p>
    <w:p w14:paraId="6B034441" w14:textId="77777777" w:rsidR="00CF75C8" w:rsidRDefault="002F30F1">
      <w:pPr>
        <w:spacing w:after="0"/>
      </w:pPr>
      <w:r>
        <w:rPr>
          <w:rFonts w:ascii="Arial" w:hAnsi="Arial"/>
          <w:b/>
        </w:rPr>
        <w:t xml:space="preserve">Lucy  </w:t>
      </w:r>
      <w:r>
        <w:rPr>
          <w:rFonts w:ascii="Arial" w:hAnsi="Arial"/>
          <w:color w:val="5D7284"/>
        </w:rPr>
        <w:t>33:30</w:t>
      </w:r>
    </w:p>
    <w:p w14:paraId="775E5D0F" w14:textId="77777777" w:rsidR="00CF75C8" w:rsidRDefault="002F30F1">
      <w:pPr>
        <w:spacing w:after="0"/>
      </w:pPr>
      <w:r>
        <w:rPr>
          <w:rFonts w:ascii="Arial" w:hAnsi="Arial"/>
        </w:rPr>
        <w:t>I always think it's because like, if I get the joke in first and they can't hurt me  that is a thing. Like if I make a joke. First, they know that I am al</w:t>
      </w:r>
      <w:r>
        <w:rPr>
          <w:rFonts w:ascii="Arial" w:hAnsi="Arial"/>
        </w:rPr>
        <w:t xml:space="preserve">right with it. And B, they can't do it. Because I've already said it. You know what I mean? I'm very </w:t>
      </w:r>
      <w:proofErr w:type="spellStart"/>
      <w:r>
        <w:rPr>
          <w:rFonts w:ascii="Arial" w:hAnsi="Arial"/>
        </w:rPr>
        <w:t>self deprecating</w:t>
      </w:r>
      <w:proofErr w:type="spellEnd"/>
      <w:r>
        <w:rPr>
          <w:rFonts w:ascii="Arial" w:hAnsi="Arial"/>
        </w:rPr>
        <w:t xml:space="preserve">. A lot of the time and I don't even </w:t>
      </w:r>
      <w:proofErr w:type="spellStart"/>
      <w:r>
        <w:rPr>
          <w:rFonts w:ascii="Arial" w:hAnsi="Arial"/>
        </w:rPr>
        <w:t>realise</w:t>
      </w:r>
      <w:proofErr w:type="spellEnd"/>
      <w:r>
        <w:rPr>
          <w:rFonts w:ascii="Arial" w:hAnsi="Arial"/>
        </w:rPr>
        <w:t xml:space="preserve"> I'm doing it then these days. And my </w:t>
      </w:r>
      <w:proofErr w:type="spellStart"/>
      <w:r>
        <w:rPr>
          <w:rFonts w:ascii="Arial" w:hAnsi="Arial"/>
        </w:rPr>
        <w:t>my</w:t>
      </w:r>
      <w:proofErr w:type="spellEnd"/>
      <w:r>
        <w:rPr>
          <w:rFonts w:ascii="Arial" w:hAnsi="Arial"/>
        </w:rPr>
        <w:t xml:space="preserve"> friends will go Will you just stop that? Stop it And I</w:t>
      </w:r>
      <w:r>
        <w:rPr>
          <w:rFonts w:ascii="Arial" w:hAnsi="Arial"/>
        </w:rPr>
        <w:t xml:space="preserve"> might what  it's only when somebody points out go oh Yeah</w:t>
      </w:r>
      <w:proofErr w:type="gramStart"/>
      <w:r>
        <w:rPr>
          <w:rFonts w:ascii="Arial" w:hAnsi="Arial"/>
        </w:rPr>
        <w:t>, actually, that</w:t>
      </w:r>
      <w:proofErr w:type="gramEnd"/>
      <w:r>
        <w:rPr>
          <w:rFonts w:ascii="Arial" w:hAnsi="Arial"/>
        </w:rPr>
        <w:t xml:space="preserve"> was a bit like, I was really hard on myself there. But I think that's over the years, especially when I went to a mainstream setting for my education. </w:t>
      </w:r>
      <w:proofErr w:type="gramStart"/>
      <w:r>
        <w:rPr>
          <w:rFonts w:ascii="Arial" w:hAnsi="Arial"/>
        </w:rPr>
        <w:t>So</w:t>
      </w:r>
      <w:proofErr w:type="gramEnd"/>
      <w:r>
        <w:rPr>
          <w:rFonts w:ascii="Arial" w:hAnsi="Arial"/>
        </w:rPr>
        <w:t xml:space="preserve"> I went to college and it wa</w:t>
      </w:r>
      <w:r>
        <w:rPr>
          <w:rFonts w:ascii="Arial" w:hAnsi="Arial"/>
        </w:rPr>
        <w:t xml:space="preserve">s a mainstream setting. I thought if I do the funny stuff, then I've protected myself that's like that, you know, putting that heavy coat round me  and  nothing can hurt </w:t>
      </w:r>
      <w:proofErr w:type="spellStart"/>
      <w:r>
        <w:rPr>
          <w:rFonts w:ascii="Arial" w:hAnsi="Arial"/>
        </w:rPr>
        <w:t>hurt</w:t>
      </w:r>
      <w:proofErr w:type="spellEnd"/>
      <w:r>
        <w:rPr>
          <w:rFonts w:ascii="Arial" w:hAnsi="Arial"/>
        </w:rPr>
        <w:t xml:space="preserve"> . Because I've already said it. </w:t>
      </w:r>
      <w:proofErr w:type="gramStart"/>
      <w:r>
        <w:rPr>
          <w:rFonts w:ascii="Arial" w:hAnsi="Arial"/>
        </w:rPr>
        <w:t>So</w:t>
      </w:r>
      <w:proofErr w:type="gramEnd"/>
      <w:r>
        <w:rPr>
          <w:rFonts w:ascii="Arial" w:hAnsi="Arial"/>
        </w:rPr>
        <w:t xml:space="preserve"> </w:t>
      </w:r>
      <w:proofErr w:type="spellStart"/>
      <w:r>
        <w:rPr>
          <w:rFonts w:ascii="Arial" w:hAnsi="Arial"/>
        </w:rPr>
        <w:t>so</w:t>
      </w:r>
      <w:proofErr w:type="spellEnd"/>
      <w:r>
        <w:rPr>
          <w:rFonts w:ascii="Arial" w:hAnsi="Arial"/>
        </w:rPr>
        <w:t xml:space="preserve"> I do. I do think that disabled people and p</w:t>
      </w:r>
      <w:r>
        <w:rPr>
          <w:rFonts w:ascii="Arial" w:hAnsi="Arial"/>
        </w:rPr>
        <w:t>eople with health conditions or have experienced different growing up, they do develop this thick skin where you go Alright, I'll make the joke first. It's all right. Yeah.</w:t>
      </w:r>
    </w:p>
    <w:p w14:paraId="7A24F491" w14:textId="77777777" w:rsidR="00CF75C8" w:rsidRDefault="00CF75C8">
      <w:pPr>
        <w:spacing w:after="0"/>
      </w:pPr>
    </w:p>
    <w:p w14:paraId="76C76312" w14:textId="77777777" w:rsidR="00CF75C8" w:rsidRDefault="002F30F1">
      <w:pPr>
        <w:spacing w:after="0"/>
      </w:pPr>
      <w:proofErr w:type="spellStart"/>
      <w:r>
        <w:rPr>
          <w:rFonts w:ascii="Arial" w:hAnsi="Arial"/>
          <w:b/>
        </w:rPr>
        <w:t>jessica</w:t>
      </w:r>
      <w:proofErr w:type="spellEnd"/>
      <w:r>
        <w:rPr>
          <w:rFonts w:ascii="Arial" w:hAnsi="Arial"/>
          <w:b/>
        </w:rPr>
        <w:t xml:space="preserve">  </w:t>
      </w:r>
      <w:r>
        <w:rPr>
          <w:rFonts w:ascii="Arial" w:hAnsi="Arial"/>
          <w:color w:val="5D7284"/>
        </w:rPr>
        <w:t>34:37</w:t>
      </w:r>
    </w:p>
    <w:p w14:paraId="5A30A83E" w14:textId="77777777" w:rsidR="00CF75C8" w:rsidRDefault="002F30F1">
      <w:pPr>
        <w:spacing w:after="0"/>
      </w:pPr>
      <w:r>
        <w:rPr>
          <w:rFonts w:ascii="Arial" w:hAnsi="Arial"/>
        </w:rPr>
        <w:t xml:space="preserve">Yeah, I'd say I'm </w:t>
      </w:r>
      <w:proofErr w:type="gramStart"/>
      <w:r>
        <w:rPr>
          <w:rFonts w:ascii="Arial" w:hAnsi="Arial"/>
        </w:rPr>
        <w:t>very, very similar</w:t>
      </w:r>
      <w:proofErr w:type="gramEnd"/>
      <w:r>
        <w:rPr>
          <w:rFonts w:ascii="Arial" w:hAnsi="Arial"/>
        </w:rPr>
        <w:t xml:space="preserve"> in that respect. And even some</w:t>
      </w:r>
      <w:r>
        <w:rPr>
          <w:rFonts w:ascii="Arial" w:hAnsi="Arial"/>
        </w:rPr>
        <w:t xml:space="preserve">thing as small as if I talk in a group of people like in people that I know </w:t>
      </w:r>
      <w:proofErr w:type="gramStart"/>
      <w:r>
        <w:rPr>
          <w:rFonts w:ascii="Arial" w:hAnsi="Arial"/>
        </w:rPr>
        <w:t>really well</w:t>
      </w:r>
      <w:proofErr w:type="gramEnd"/>
      <w:r>
        <w:rPr>
          <w:rFonts w:ascii="Arial" w:hAnsi="Arial"/>
        </w:rPr>
        <w:t xml:space="preserve">. I can still go </w:t>
      </w:r>
      <w:proofErr w:type="gramStart"/>
      <w:r>
        <w:rPr>
          <w:rFonts w:ascii="Arial" w:hAnsi="Arial"/>
        </w:rPr>
        <w:t>really red</w:t>
      </w:r>
      <w:proofErr w:type="gramEnd"/>
      <w:r>
        <w:rPr>
          <w:rFonts w:ascii="Arial" w:hAnsi="Arial"/>
        </w:rPr>
        <w:t xml:space="preserve"> in the face. And I don't know what why I do it. The people that I've known for years, the people that I see every day like work colleagues I'</w:t>
      </w:r>
      <w:r>
        <w:rPr>
          <w:rFonts w:ascii="Arial" w:hAnsi="Arial"/>
        </w:rPr>
        <w:t>m not a particularly shy person, but when there's a lot of focus on myself, I go really red. So. And there's times when I can feel it coming, I can feel like the warmth. And I know it's not necessarily anything to do with my condition or anything, but that</w:t>
      </w:r>
      <w:r>
        <w:rPr>
          <w:rFonts w:ascii="Arial" w:hAnsi="Arial"/>
        </w:rPr>
        <w:t xml:space="preserve">'s a perfect example of me going, Okay, I'm </w:t>
      </w:r>
      <w:proofErr w:type="spellStart"/>
      <w:r>
        <w:rPr>
          <w:rFonts w:ascii="Arial" w:hAnsi="Arial"/>
        </w:rPr>
        <w:t>gonna</w:t>
      </w:r>
      <w:proofErr w:type="spellEnd"/>
      <w:r>
        <w:rPr>
          <w:rFonts w:ascii="Arial" w:hAnsi="Arial"/>
        </w:rPr>
        <w:t xml:space="preserve"> go bright red now everyone just ignore it, because I can't help it. I'm not that particularly embarrassed, there's just something about my cheeks go </w:t>
      </w:r>
      <w:proofErr w:type="gramStart"/>
      <w:r>
        <w:rPr>
          <w:rFonts w:ascii="Arial" w:hAnsi="Arial"/>
        </w:rPr>
        <w:t>really warm</w:t>
      </w:r>
      <w:proofErr w:type="gramEnd"/>
      <w:r>
        <w:rPr>
          <w:rFonts w:ascii="Arial" w:hAnsi="Arial"/>
        </w:rPr>
        <w:t>, and they've always done it, and then it goes</w:t>
      </w:r>
      <w:r>
        <w:rPr>
          <w:rFonts w:ascii="Arial" w:hAnsi="Arial"/>
        </w:rPr>
        <w:t xml:space="preserve"> away. </w:t>
      </w:r>
      <w:proofErr w:type="gramStart"/>
      <w:r>
        <w:rPr>
          <w:rFonts w:ascii="Arial" w:hAnsi="Arial"/>
        </w:rPr>
        <w:t>So</w:t>
      </w:r>
      <w:proofErr w:type="gramEnd"/>
      <w:r>
        <w:rPr>
          <w:rFonts w:ascii="Arial" w:hAnsi="Arial"/>
        </w:rPr>
        <w:t xml:space="preserve"> I just sort of go, just ignore the redness, I'm just being </w:t>
      </w:r>
      <w:proofErr w:type="spellStart"/>
      <w:r>
        <w:rPr>
          <w:rFonts w:ascii="Arial" w:hAnsi="Arial"/>
        </w:rPr>
        <w:t>stupid.It's</w:t>
      </w:r>
      <w:proofErr w:type="spellEnd"/>
      <w:r>
        <w:rPr>
          <w:rFonts w:ascii="Arial" w:hAnsi="Arial"/>
        </w:rPr>
        <w:t xml:space="preserve"> not me, it's not me, it's like a second, I, to help with my anxiety, I always call </w:t>
      </w:r>
      <w:proofErr w:type="spellStart"/>
      <w:r>
        <w:rPr>
          <w:rFonts w:ascii="Arial" w:hAnsi="Arial"/>
        </w:rPr>
        <w:t>my</w:t>
      </w:r>
      <w:proofErr w:type="spellEnd"/>
      <w:r>
        <w:rPr>
          <w:rFonts w:ascii="Arial" w:hAnsi="Arial"/>
        </w:rPr>
        <w:t xml:space="preserve"> that, that I know is caused by my cerebral palsy that I get because I get thing. But if I</w:t>
      </w:r>
      <w:r>
        <w:rPr>
          <w:rFonts w:ascii="Arial" w:hAnsi="Arial"/>
        </w:rPr>
        <w:t xml:space="preserve"> go into a room full of people that I always think that they're </w:t>
      </w:r>
      <w:proofErr w:type="spellStart"/>
      <w:r>
        <w:rPr>
          <w:rFonts w:ascii="Arial" w:hAnsi="Arial"/>
        </w:rPr>
        <w:t>gonna</w:t>
      </w:r>
      <w:proofErr w:type="spellEnd"/>
      <w:r>
        <w:rPr>
          <w:rFonts w:ascii="Arial" w:hAnsi="Arial"/>
        </w:rPr>
        <w:t xml:space="preserve"> think, oh, bless for the day out And I just think they're </w:t>
      </w:r>
      <w:proofErr w:type="spellStart"/>
      <w:r>
        <w:rPr>
          <w:rFonts w:ascii="Arial" w:hAnsi="Arial"/>
        </w:rPr>
        <w:t>gonna</w:t>
      </w:r>
      <w:proofErr w:type="spellEnd"/>
      <w:r>
        <w:rPr>
          <w:rFonts w:ascii="Arial" w:hAnsi="Arial"/>
        </w:rPr>
        <w:t xml:space="preserve"> just, and I know it's in my head. I know that all the time. It's </w:t>
      </w:r>
      <w:proofErr w:type="spellStart"/>
      <w:r>
        <w:rPr>
          <w:rFonts w:ascii="Arial" w:hAnsi="Arial"/>
        </w:rPr>
        <w:t>me,thats</w:t>
      </w:r>
      <w:proofErr w:type="spellEnd"/>
      <w:r>
        <w:rPr>
          <w:rFonts w:ascii="Arial" w:hAnsi="Arial"/>
        </w:rPr>
        <w:t xml:space="preserve">  done that not them  their  Probably not thinkin</w:t>
      </w:r>
      <w:r>
        <w:rPr>
          <w:rFonts w:ascii="Arial" w:hAnsi="Arial"/>
        </w:rPr>
        <w:t xml:space="preserve">g, Oh, bless, but it's me, I'm thinking, forget everything, you know, look they brought her  out for the day. </w:t>
      </w:r>
      <w:proofErr w:type="gramStart"/>
      <w:r>
        <w:rPr>
          <w:rFonts w:ascii="Arial" w:hAnsi="Arial"/>
        </w:rPr>
        <w:t>So</w:t>
      </w:r>
      <w:proofErr w:type="gramEnd"/>
      <w:r>
        <w:rPr>
          <w:rFonts w:ascii="Arial" w:hAnsi="Arial"/>
        </w:rPr>
        <w:t xml:space="preserve"> I work myself up into a tizz  feel horrendous the whole like week before on the day of the actual, like, if I'm going to a meeting, I feel horr</w:t>
      </w:r>
      <w:r>
        <w:rPr>
          <w:rFonts w:ascii="Arial" w:hAnsi="Arial"/>
        </w:rPr>
        <w:t xml:space="preserve">endous. And then I get this voice in my head saying, well, you're useless anyway, they're just </w:t>
      </w:r>
      <w:proofErr w:type="spellStart"/>
      <w:r>
        <w:rPr>
          <w:rFonts w:ascii="Arial" w:hAnsi="Arial"/>
        </w:rPr>
        <w:t>gonna</w:t>
      </w:r>
      <w:proofErr w:type="spellEnd"/>
      <w:r>
        <w:rPr>
          <w:rFonts w:ascii="Arial" w:hAnsi="Arial"/>
        </w:rPr>
        <w:t xml:space="preserve"> think you're ridiculous. Just so I'm talking myself into it. </w:t>
      </w:r>
      <w:proofErr w:type="gramStart"/>
      <w:r>
        <w:rPr>
          <w:rFonts w:ascii="Arial" w:hAnsi="Arial"/>
        </w:rPr>
        <w:t>So</w:t>
      </w:r>
      <w:proofErr w:type="gramEnd"/>
      <w:r>
        <w:rPr>
          <w:rFonts w:ascii="Arial" w:hAnsi="Arial"/>
        </w:rPr>
        <w:t xml:space="preserve"> I call that voice in my head Cyril my cerebral palsy. Ah, like it, I've identified that tha</w:t>
      </w:r>
      <w:r>
        <w:rPr>
          <w:rFonts w:ascii="Arial" w:hAnsi="Arial"/>
        </w:rPr>
        <w:t xml:space="preserve">t Cyril kicking off sort of like, takes a bit of </w:t>
      </w:r>
      <w:proofErr w:type="spellStart"/>
      <w:r>
        <w:rPr>
          <w:rFonts w:ascii="Arial" w:hAnsi="Arial"/>
        </w:rPr>
        <w:t>of</w:t>
      </w:r>
      <w:proofErr w:type="spellEnd"/>
      <w:r>
        <w:rPr>
          <w:rFonts w:ascii="Arial" w:hAnsi="Arial"/>
        </w:rPr>
        <w:t xml:space="preserve">  away a bit of the </w:t>
      </w:r>
      <w:proofErr w:type="spellStart"/>
      <w:r>
        <w:rPr>
          <w:rFonts w:ascii="Arial" w:hAnsi="Arial"/>
        </w:rPr>
        <w:t>the</w:t>
      </w:r>
      <w:proofErr w:type="spellEnd"/>
      <w:r>
        <w:rPr>
          <w:rFonts w:ascii="Arial" w:hAnsi="Arial"/>
        </w:rPr>
        <w:t xml:space="preserve"> nastiness because I know it's not me, that's not my voice. That's not me thinking that that's my, that's the </w:t>
      </w:r>
      <w:proofErr w:type="spellStart"/>
      <w:r>
        <w:rPr>
          <w:rFonts w:ascii="Arial" w:hAnsi="Arial"/>
        </w:rPr>
        <w:t>by product</w:t>
      </w:r>
      <w:proofErr w:type="spellEnd"/>
      <w:r>
        <w:rPr>
          <w:rFonts w:ascii="Arial" w:hAnsi="Arial"/>
        </w:rPr>
        <w:t xml:space="preserve"> of my condition that's causing me to hate myself. Because I k</w:t>
      </w:r>
      <w:r>
        <w:rPr>
          <w:rFonts w:ascii="Arial" w:hAnsi="Arial"/>
        </w:rPr>
        <w:t>now I'm quite good at what I do. I know I'm a good communicator, but  my brain will tell me that everybody hates me, and I'm terrible at what I do. And I should just stay at home and not bother. And I know that that's my cerebral palsy.</w:t>
      </w:r>
    </w:p>
    <w:p w14:paraId="17B3325C" w14:textId="77777777" w:rsidR="00CF75C8" w:rsidRDefault="00CF75C8">
      <w:pPr>
        <w:spacing w:after="0"/>
      </w:pPr>
    </w:p>
    <w:p w14:paraId="509FB31C" w14:textId="77777777" w:rsidR="00CF75C8" w:rsidRDefault="002F30F1">
      <w:pPr>
        <w:spacing w:after="0"/>
      </w:pPr>
      <w:r>
        <w:rPr>
          <w:rFonts w:ascii="Arial" w:hAnsi="Arial"/>
          <w:b/>
        </w:rPr>
        <w:t xml:space="preserve">Alice  </w:t>
      </w:r>
      <w:r>
        <w:rPr>
          <w:rFonts w:ascii="Arial" w:hAnsi="Arial"/>
          <w:color w:val="5D7284"/>
        </w:rPr>
        <w:t>37:08</w:t>
      </w:r>
    </w:p>
    <w:p w14:paraId="19A72226" w14:textId="77777777" w:rsidR="00CF75C8" w:rsidRDefault="002F30F1">
      <w:pPr>
        <w:spacing w:after="0"/>
      </w:pPr>
      <w:r>
        <w:rPr>
          <w:rFonts w:ascii="Arial" w:hAnsi="Arial"/>
        </w:rPr>
        <w:lastRenderedPageBreak/>
        <w:t>The t</w:t>
      </w:r>
      <w:r>
        <w:rPr>
          <w:rFonts w:ascii="Arial" w:hAnsi="Arial"/>
        </w:rPr>
        <w:t xml:space="preserve">hing I always think when I find myself in situations like that, and I do the same I get very in my own head about stuff is that you just </w:t>
      </w:r>
      <w:proofErr w:type="gramStart"/>
      <w:r>
        <w:rPr>
          <w:rFonts w:ascii="Arial" w:hAnsi="Arial"/>
        </w:rPr>
        <w:t>have to</w:t>
      </w:r>
      <w:proofErr w:type="gramEnd"/>
      <w:r>
        <w:rPr>
          <w:rFonts w:ascii="Arial" w:hAnsi="Arial"/>
        </w:rPr>
        <w:t xml:space="preserve"> remember, like, you can never underestimate everybody else's ability to not give a shit about you and B only th</w:t>
      </w:r>
      <w:r>
        <w:rPr>
          <w:rFonts w:ascii="Arial" w:hAnsi="Arial"/>
        </w:rPr>
        <w:t xml:space="preserve">inking about themselves as well. </w:t>
      </w:r>
      <w:proofErr w:type="gramStart"/>
      <w:r>
        <w:rPr>
          <w:rFonts w:ascii="Arial" w:hAnsi="Arial"/>
        </w:rPr>
        <w:t>So</w:t>
      </w:r>
      <w:proofErr w:type="gramEnd"/>
      <w:r>
        <w:rPr>
          <w:rFonts w:ascii="Arial" w:hAnsi="Arial"/>
        </w:rPr>
        <w:t xml:space="preserve"> when you're standing in that room oh fuck  there all looking at me, they're all thinking, they're standing there going, Oh shit, I hope nobody's noticed that I've got a pants on backwards, you know,</w:t>
      </w:r>
    </w:p>
    <w:p w14:paraId="3BD5D1A3" w14:textId="77777777" w:rsidR="00CF75C8" w:rsidRDefault="00CF75C8">
      <w:pPr>
        <w:spacing w:after="0"/>
      </w:pPr>
    </w:p>
    <w:p w14:paraId="14D83F25" w14:textId="77777777" w:rsidR="00CF75C8" w:rsidRDefault="002F30F1">
      <w:pPr>
        <w:spacing w:after="0"/>
      </w:pPr>
      <w:r>
        <w:rPr>
          <w:rFonts w:ascii="Arial" w:hAnsi="Arial"/>
          <w:b/>
        </w:rPr>
        <w:t xml:space="preserve">Lucy  </w:t>
      </w:r>
      <w:r>
        <w:rPr>
          <w:rFonts w:ascii="Arial" w:hAnsi="Arial"/>
          <w:color w:val="5D7284"/>
        </w:rPr>
        <w:t>37:36</w:t>
      </w:r>
    </w:p>
    <w:p w14:paraId="46FB3B9E" w14:textId="77777777" w:rsidR="00CF75C8" w:rsidRDefault="002F30F1">
      <w:pPr>
        <w:spacing w:after="0"/>
      </w:pPr>
      <w:r>
        <w:rPr>
          <w:rFonts w:ascii="Arial" w:hAnsi="Arial"/>
        </w:rPr>
        <w:t>Their flies are  undone done or something.</w:t>
      </w:r>
    </w:p>
    <w:p w14:paraId="2F2AF9AF" w14:textId="77777777" w:rsidR="00CF75C8" w:rsidRDefault="00CF75C8">
      <w:pPr>
        <w:spacing w:after="0"/>
      </w:pPr>
    </w:p>
    <w:p w14:paraId="1EB98DE3" w14:textId="77777777" w:rsidR="00CF75C8" w:rsidRDefault="002F30F1">
      <w:pPr>
        <w:spacing w:after="0"/>
      </w:pPr>
      <w:r>
        <w:rPr>
          <w:rFonts w:ascii="Arial" w:hAnsi="Arial"/>
          <w:b/>
        </w:rPr>
        <w:t xml:space="preserve">Alice  </w:t>
      </w:r>
      <w:r>
        <w:rPr>
          <w:rFonts w:ascii="Arial" w:hAnsi="Arial"/>
          <w:color w:val="5D7284"/>
        </w:rPr>
        <w:t>37:38</w:t>
      </w:r>
    </w:p>
    <w:p w14:paraId="4F84F2BD" w14:textId="77777777" w:rsidR="00CF75C8" w:rsidRDefault="002F30F1">
      <w:pPr>
        <w:spacing w:after="0"/>
      </w:pPr>
      <w:proofErr w:type="gramStart"/>
      <w:r>
        <w:rPr>
          <w:rFonts w:ascii="Arial" w:hAnsi="Arial"/>
        </w:rPr>
        <w:t>Yeah</w:t>
      </w:r>
      <w:proofErr w:type="gramEnd"/>
      <w:r>
        <w:rPr>
          <w:rFonts w:ascii="Arial" w:hAnsi="Arial"/>
        </w:rPr>
        <w:t xml:space="preserve"> exactly everybody else Oh, I should have brushed my hair again. Or I didn't like nobody's looking at you and going, oh, what's her deal? Because they're all as anxious and fucking </w:t>
      </w:r>
      <w:proofErr w:type="spellStart"/>
      <w:r>
        <w:rPr>
          <w:rFonts w:ascii="Arial" w:hAnsi="Arial"/>
        </w:rPr>
        <w:t>self obsessed</w:t>
      </w:r>
      <w:proofErr w:type="spellEnd"/>
      <w:r>
        <w:rPr>
          <w:rFonts w:ascii="Arial" w:hAnsi="Arial"/>
        </w:rPr>
        <w:t xml:space="preserve"> </w:t>
      </w:r>
      <w:r>
        <w:rPr>
          <w:rFonts w:ascii="Arial" w:hAnsi="Arial"/>
        </w:rPr>
        <w:t xml:space="preserve">as we are. It's just that we've got an extra thing to be anxious and </w:t>
      </w:r>
      <w:proofErr w:type="spellStart"/>
      <w:r>
        <w:rPr>
          <w:rFonts w:ascii="Arial" w:hAnsi="Arial"/>
        </w:rPr>
        <w:t>self obsessed</w:t>
      </w:r>
      <w:proofErr w:type="spellEnd"/>
      <w:r>
        <w:rPr>
          <w:rFonts w:ascii="Arial" w:hAnsi="Arial"/>
        </w:rPr>
        <w:t xml:space="preserve"> about? Yeah,</w:t>
      </w:r>
    </w:p>
    <w:p w14:paraId="3A611C1F" w14:textId="77777777" w:rsidR="00CF75C8" w:rsidRDefault="00CF75C8">
      <w:pPr>
        <w:spacing w:after="0"/>
      </w:pPr>
    </w:p>
    <w:p w14:paraId="3A809479" w14:textId="77777777" w:rsidR="00CF75C8" w:rsidRDefault="002F30F1">
      <w:pPr>
        <w:spacing w:after="0"/>
      </w:pPr>
      <w:proofErr w:type="spellStart"/>
      <w:r>
        <w:rPr>
          <w:rFonts w:ascii="Arial" w:hAnsi="Arial"/>
          <w:b/>
        </w:rPr>
        <w:t>jessica</w:t>
      </w:r>
      <w:proofErr w:type="spellEnd"/>
      <w:r>
        <w:rPr>
          <w:rFonts w:ascii="Arial" w:hAnsi="Arial"/>
          <w:b/>
        </w:rPr>
        <w:t xml:space="preserve">  </w:t>
      </w:r>
      <w:r>
        <w:rPr>
          <w:rFonts w:ascii="Arial" w:hAnsi="Arial"/>
          <w:color w:val="5D7284"/>
        </w:rPr>
        <w:t>37:56</w:t>
      </w:r>
    </w:p>
    <w:p w14:paraId="71CCBD2C" w14:textId="77777777" w:rsidR="00CF75C8" w:rsidRDefault="002F30F1">
      <w:pPr>
        <w:spacing w:after="0"/>
      </w:pPr>
      <w:r>
        <w:rPr>
          <w:rFonts w:ascii="Arial" w:hAnsi="Arial"/>
        </w:rPr>
        <w:t>it's weird, isn't it? And then, and then when I calm down, and everything's all I think, Well, that was bloody stupid. What I   was being such a</w:t>
      </w:r>
      <w:r>
        <w:rPr>
          <w:rFonts w:ascii="Arial" w:hAnsi="Arial"/>
        </w:rPr>
        <w:t>n idiot, that I allowed myself. Because I know it happens every time. I know, it happens every time. And, you know, people, you know, I'll text people in the morning and I go, I know exactly what this is. This is this is you working yourself up. And it's y</w:t>
      </w:r>
      <w:r>
        <w:rPr>
          <w:rFonts w:ascii="Arial" w:hAnsi="Arial"/>
        </w:rPr>
        <w:t>ou listening to that inside voice . Sometimes I say like the cerebral palsy voice is on most days is quiet and sits in a corner and is quite quiet and polite. And other days. He's like right up in my face screaming at me saying you're useless you are . And</w:t>
      </w:r>
      <w:r>
        <w:rPr>
          <w:rFonts w:ascii="Arial" w:hAnsi="Arial"/>
        </w:rPr>
        <w:t xml:space="preserve"> then the more I let myself listen to that. That constant tape of You're terrible. You're a terrible person. You're terrible. You're terrible. You're terrible. </w:t>
      </w:r>
      <w:proofErr w:type="gramStart"/>
      <w:r>
        <w:rPr>
          <w:rFonts w:ascii="Arial" w:hAnsi="Arial"/>
        </w:rPr>
        <w:t>And also</w:t>
      </w:r>
      <w:proofErr w:type="gramEnd"/>
      <w:r>
        <w:rPr>
          <w:rFonts w:ascii="Arial" w:hAnsi="Arial"/>
        </w:rPr>
        <w:t>, you're you can't walk so useless. Everybody's going to think you're an idiot. The more</w:t>
      </w:r>
      <w:r>
        <w:rPr>
          <w:rFonts w:ascii="Arial" w:hAnsi="Arial"/>
        </w:rPr>
        <w:t xml:space="preserve"> I listened to that, then of course, you're going to believe it. You know what I mean? </w:t>
      </w:r>
      <w:proofErr w:type="gramStart"/>
      <w:r>
        <w:rPr>
          <w:rFonts w:ascii="Arial" w:hAnsi="Arial"/>
        </w:rPr>
        <w:t>So</w:t>
      </w:r>
      <w:proofErr w:type="gramEnd"/>
      <w:r>
        <w:rPr>
          <w:rFonts w:ascii="Arial" w:hAnsi="Arial"/>
        </w:rPr>
        <w:t xml:space="preserve"> you just have to kind of like, not let yourself think, Oh my god, I am really terrible. I mean, there are days where I have </w:t>
      </w:r>
      <w:proofErr w:type="spellStart"/>
      <w:proofErr w:type="gramStart"/>
      <w:r>
        <w:rPr>
          <w:rFonts w:ascii="Arial" w:hAnsi="Arial"/>
        </w:rPr>
        <w:t>have</w:t>
      </w:r>
      <w:proofErr w:type="spellEnd"/>
      <w:proofErr w:type="gramEnd"/>
      <w:r>
        <w:rPr>
          <w:rFonts w:ascii="Arial" w:hAnsi="Arial"/>
        </w:rPr>
        <w:t xml:space="preserve"> been a complete bitch, I'm not </w:t>
      </w:r>
      <w:proofErr w:type="spellStart"/>
      <w:r>
        <w:rPr>
          <w:rFonts w:ascii="Arial" w:hAnsi="Arial"/>
        </w:rPr>
        <w:t>gonna</w:t>
      </w:r>
      <w:proofErr w:type="spellEnd"/>
      <w:r>
        <w:rPr>
          <w:rFonts w:ascii="Arial" w:hAnsi="Arial"/>
        </w:rPr>
        <w:t xml:space="preserve"> </w:t>
      </w:r>
      <w:r>
        <w:rPr>
          <w:rFonts w:ascii="Arial" w:hAnsi="Arial"/>
        </w:rPr>
        <w:t xml:space="preserve">lie. There are days where I am a cow. And I know but I know, I know, I'm a cow. And I will </w:t>
      </w:r>
      <w:proofErr w:type="spellStart"/>
      <w:r>
        <w:rPr>
          <w:rFonts w:ascii="Arial" w:hAnsi="Arial"/>
        </w:rPr>
        <w:t>apologise</w:t>
      </w:r>
      <w:proofErr w:type="spellEnd"/>
      <w:r>
        <w:rPr>
          <w:rFonts w:ascii="Arial" w:hAnsi="Arial"/>
        </w:rPr>
        <w:t xml:space="preserve">. And </w:t>
      </w:r>
      <w:proofErr w:type="gramStart"/>
      <w:r>
        <w:rPr>
          <w:rFonts w:ascii="Arial" w:hAnsi="Arial"/>
        </w:rPr>
        <w:t>so</w:t>
      </w:r>
      <w:proofErr w:type="gramEnd"/>
      <w:r>
        <w:rPr>
          <w:rFonts w:ascii="Arial" w:hAnsi="Arial"/>
        </w:rPr>
        <w:t xml:space="preserve"> I'm not going to say I'm whiter than white. And I'm perfect. I'm very irritating. But I know I am not those things that I let my brain my Well, my </w:t>
      </w:r>
      <w:r>
        <w:rPr>
          <w:rFonts w:ascii="Arial" w:hAnsi="Arial"/>
        </w:rPr>
        <w:t>brain would let me believe.</w:t>
      </w:r>
    </w:p>
    <w:p w14:paraId="56822B4E" w14:textId="77777777" w:rsidR="00CF75C8" w:rsidRDefault="00CF75C8">
      <w:pPr>
        <w:spacing w:after="0"/>
      </w:pPr>
    </w:p>
    <w:p w14:paraId="5AC445F2" w14:textId="77777777" w:rsidR="00CF75C8" w:rsidRDefault="002F30F1">
      <w:pPr>
        <w:spacing w:after="0"/>
      </w:pPr>
      <w:r>
        <w:rPr>
          <w:rFonts w:ascii="Arial" w:hAnsi="Arial"/>
          <w:b/>
        </w:rPr>
        <w:t xml:space="preserve">Alice  </w:t>
      </w:r>
      <w:r>
        <w:rPr>
          <w:rFonts w:ascii="Arial" w:hAnsi="Arial"/>
          <w:color w:val="5D7284"/>
        </w:rPr>
        <w:t>39:24</w:t>
      </w:r>
    </w:p>
    <w:p w14:paraId="36BC435C" w14:textId="77777777" w:rsidR="00CF75C8" w:rsidRDefault="002F30F1">
      <w:pPr>
        <w:spacing w:after="0"/>
      </w:pPr>
      <w:r>
        <w:rPr>
          <w:rFonts w:ascii="Arial" w:hAnsi="Arial"/>
        </w:rPr>
        <w:t>I think it's interesting as well, because it kind of comes back to what we were talking about the different ways that people interpret words like disabilities because it's that can't it's the people who are associa</w:t>
      </w:r>
      <w:r>
        <w:rPr>
          <w:rFonts w:ascii="Arial" w:hAnsi="Arial"/>
        </w:rPr>
        <w:t xml:space="preserve">ted disability and difference in health conditions with a cart, you can't walk you so you're bad. You can't see so you're bad or whatever it is, you know, you can't do something   </w:t>
      </w:r>
      <w:proofErr w:type="gramStart"/>
      <w:r>
        <w:rPr>
          <w:rFonts w:ascii="Arial" w:hAnsi="Arial"/>
        </w:rPr>
        <w:t>And</w:t>
      </w:r>
      <w:proofErr w:type="gramEnd"/>
      <w:r>
        <w:rPr>
          <w:rFonts w:ascii="Arial" w:hAnsi="Arial"/>
        </w:rPr>
        <w:t xml:space="preserve"> so if it's not, there might not be you can't say you're bad It might be </w:t>
      </w:r>
      <w:r>
        <w:rPr>
          <w:rFonts w:ascii="Arial" w:hAnsi="Arial"/>
        </w:rPr>
        <w:t xml:space="preserve">you can't so I feel sorry for you. </w:t>
      </w:r>
      <w:proofErr w:type="gramStart"/>
      <w:r>
        <w:rPr>
          <w:rFonts w:ascii="Arial" w:hAnsi="Arial"/>
        </w:rPr>
        <w:t>So</w:t>
      </w:r>
      <w:proofErr w:type="gramEnd"/>
      <w:r>
        <w:rPr>
          <w:rFonts w:ascii="Arial" w:hAnsi="Arial"/>
        </w:rPr>
        <w:t xml:space="preserve"> I'm sad for you and </w:t>
      </w:r>
      <w:proofErr w:type="spellStart"/>
      <w:r>
        <w:rPr>
          <w:rFonts w:ascii="Arial" w:hAnsi="Arial"/>
        </w:rPr>
        <w:t>And</w:t>
      </w:r>
      <w:proofErr w:type="spellEnd"/>
      <w:r>
        <w:rPr>
          <w:rFonts w:ascii="Arial" w:hAnsi="Arial"/>
        </w:rPr>
        <w:t xml:space="preserve"> I think that that's what's really interesting I think about disability activism at the minute is that there are a lot of people really trying to re embrace words like disabled to kind of go, Wel</w:t>
      </w:r>
      <w:r>
        <w:rPr>
          <w:rFonts w:ascii="Arial" w:hAnsi="Arial"/>
        </w:rPr>
        <w:t>l, actually, disability isn't about me not being able to do something, it's about barriers that have been put in place in front of me. And the dis my disability is just the thing that has, you know, as, as you said, Lucy's it's the world that disables you.</w:t>
      </w:r>
    </w:p>
    <w:p w14:paraId="6F70F038" w14:textId="77777777" w:rsidR="00CF75C8" w:rsidRDefault="00CF75C8">
      <w:pPr>
        <w:spacing w:after="0"/>
      </w:pPr>
    </w:p>
    <w:p w14:paraId="5ABC7F57" w14:textId="77777777" w:rsidR="00CF75C8" w:rsidRDefault="002F30F1">
      <w:pPr>
        <w:spacing w:after="0"/>
      </w:pPr>
      <w:proofErr w:type="spellStart"/>
      <w:r>
        <w:rPr>
          <w:rFonts w:ascii="Arial" w:hAnsi="Arial"/>
          <w:b/>
        </w:rPr>
        <w:t>jessica</w:t>
      </w:r>
      <w:proofErr w:type="spellEnd"/>
      <w:r>
        <w:rPr>
          <w:rFonts w:ascii="Arial" w:hAnsi="Arial"/>
          <w:b/>
        </w:rPr>
        <w:t xml:space="preserve">  </w:t>
      </w:r>
      <w:r>
        <w:rPr>
          <w:rFonts w:ascii="Arial" w:hAnsi="Arial"/>
          <w:color w:val="5D7284"/>
        </w:rPr>
        <w:t>40:30</w:t>
      </w:r>
    </w:p>
    <w:p w14:paraId="0C6E1522" w14:textId="77777777" w:rsidR="00CF75C8" w:rsidRDefault="002F30F1">
      <w:pPr>
        <w:spacing w:after="0"/>
      </w:pPr>
      <w:r>
        <w:rPr>
          <w:rFonts w:ascii="Arial" w:hAnsi="Arial"/>
        </w:rPr>
        <w:lastRenderedPageBreak/>
        <w:t xml:space="preserve">I think as well, the other reason why they're so scared of disability is the fact that disability can happen to anybody at any time. And so that, </w:t>
      </w:r>
      <w:proofErr w:type="gramStart"/>
      <w:r>
        <w:rPr>
          <w:rFonts w:ascii="Arial" w:hAnsi="Arial"/>
        </w:rPr>
        <w:t>in itself is</w:t>
      </w:r>
      <w:proofErr w:type="gramEnd"/>
      <w:r>
        <w:rPr>
          <w:rFonts w:ascii="Arial" w:hAnsi="Arial"/>
        </w:rPr>
        <w:t xml:space="preserve"> quite a scary prospect to think about. And I think maybe that coupled with the f</w:t>
      </w:r>
      <w:r>
        <w:rPr>
          <w:rFonts w:ascii="Arial" w:hAnsi="Arial"/>
        </w:rPr>
        <w:t>act that I wouldn't want anybody feeling sorry for me, you know, I wouldn't want to be, I wouldn't want to have those struggles that, that Lucy or Alice or Jessica faces, I think it's a bit of fear as well that it could possibly happen. And a lot of people</w:t>
      </w:r>
      <w:r>
        <w:rPr>
          <w:rFonts w:ascii="Arial" w:hAnsi="Arial"/>
        </w:rPr>
        <w:t xml:space="preserve"> are, are so not socially aware, I think. And that misunderstanding and misinterpretation of what disabled people say, especially with the online activism, so we will raise an issue specifically on Twitter or something, or we'll have a conversation. And yo</w:t>
      </w:r>
      <w:r>
        <w:rPr>
          <w:rFonts w:ascii="Arial" w:hAnsi="Arial"/>
        </w:rPr>
        <w:t>u will always get one individual who were just doesn't understand. And will twist what we say, like all like, they'll say, oh, calm down. Oh, calm down. And you think this is like the tip of the iceberg. This is the one thing that I am most calm about. Thi</w:t>
      </w:r>
      <w:r>
        <w:rPr>
          <w:rFonts w:ascii="Arial" w:hAnsi="Arial"/>
        </w:rPr>
        <w:t>s is the tip of the iceberg. And I think that that so there is that element of fear is fear, misunderstanding, I'm just not misinterpretation. I think that's what it is, is the seed of it. And then there's lots of different offshoots that it's a big thing.</w:t>
      </w:r>
      <w:r>
        <w:rPr>
          <w:rFonts w:ascii="Arial" w:hAnsi="Arial"/>
        </w:rPr>
        <w:t xml:space="preserve"> But I don't understand why it is so scary. I don't understand why people don't embrace difference, as in a disability difference. It just,</w:t>
      </w:r>
    </w:p>
    <w:p w14:paraId="762D7BBC" w14:textId="77777777" w:rsidR="00CF75C8" w:rsidRDefault="00CF75C8">
      <w:pPr>
        <w:spacing w:after="0"/>
      </w:pPr>
    </w:p>
    <w:p w14:paraId="49F0D8F4" w14:textId="77777777" w:rsidR="00CF75C8" w:rsidRDefault="002F30F1">
      <w:pPr>
        <w:spacing w:after="0"/>
      </w:pPr>
      <w:r>
        <w:rPr>
          <w:rFonts w:ascii="Arial" w:hAnsi="Arial"/>
          <w:b/>
        </w:rPr>
        <w:t xml:space="preserve">Alice  </w:t>
      </w:r>
      <w:r>
        <w:rPr>
          <w:rFonts w:ascii="Arial" w:hAnsi="Arial"/>
          <w:color w:val="5D7284"/>
        </w:rPr>
        <w:t>42:12</w:t>
      </w:r>
    </w:p>
    <w:p w14:paraId="37BFD3A5" w14:textId="77777777" w:rsidR="00CF75C8" w:rsidRDefault="002F30F1">
      <w:pPr>
        <w:spacing w:after="0"/>
      </w:pPr>
      <w:r>
        <w:rPr>
          <w:rFonts w:ascii="Arial" w:hAnsi="Arial"/>
        </w:rPr>
        <w:t xml:space="preserve">I think people don't embrace difference across the board, as people who have you know, gender </w:t>
      </w:r>
      <w:r>
        <w:rPr>
          <w:rFonts w:ascii="Arial" w:hAnsi="Arial"/>
        </w:rPr>
        <w:t xml:space="preserve">differences and an ethnic differences and things like that, across the board, people are afraid to ask those questions. I mean, there's an element of that people </w:t>
      </w:r>
      <w:proofErr w:type="gramStart"/>
      <w:r>
        <w:rPr>
          <w:rFonts w:ascii="Arial" w:hAnsi="Arial"/>
        </w:rPr>
        <w:t>have</w:t>
      </w:r>
      <w:proofErr w:type="gramEnd"/>
      <w:r>
        <w:rPr>
          <w:rFonts w:ascii="Arial" w:hAnsi="Arial"/>
        </w:rPr>
        <w:t xml:space="preserve"> people feel a need to ask questions and to understand difference. And I can grasp that in</w:t>
      </w:r>
      <w:r>
        <w:rPr>
          <w:rFonts w:ascii="Arial" w:hAnsi="Arial"/>
        </w:rPr>
        <w:t xml:space="preserve"> some </w:t>
      </w:r>
      <w:proofErr w:type="gramStart"/>
      <w:r>
        <w:rPr>
          <w:rFonts w:ascii="Arial" w:hAnsi="Arial"/>
        </w:rPr>
        <w:t>respects, when</w:t>
      </w:r>
      <w:proofErr w:type="gramEnd"/>
      <w:r>
        <w:rPr>
          <w:rFonts w:ascii="Arial" w:hAnsi="Arial"/>
        </w:rPr>
        <w:t xml:space="preserve"> it's about making sure that you're able to accommodate a person's needs. But in a lot of ways that </w:t>
      </w:r>
      <w:proofErr w:type="gramStart"/>
      <w:r>
        <w:rPr>
          <w:rFonts w:ascii="Arial" w:hAnsi="Arial"/>
        </w:rPr>
        <w:t>actually difference</w:t>
      </w:r>
      <w:proofErr w:type="gramEnd"/>
      <w:r>
        <w:rPr>
          <w:rFonts w:ascii="Arial" w:hAnsi="Arial"/>
        </w:rPr>
        <w:t xml:space="preserve"> has  bollock  all to do with your daily interactions with a person. Exactly.</w:t>
      </w:r>
    </w:p>
    <w:p w14:paraId="552733F6" w14:textId="77777777" w:rsidR="00CF75C8" w:rsidRDefault="00CF75C8">
      <w:pPr>
        <w:spacing w:after="0"/>
      </w:pPr>
    </w:p>
    <w:p w14:paraId="5C014818" w14:textId="77777777" w:rsidR="00CF75C8" w:rsidRDefault="002F30F1">
      <w:pPr>
        <w:spacing w:after="0"/>
      </w:pPr>
      <w:proofErr w:type="spellStart"/>
      <w:r>
        <w:rPr>
          <w:rFonts w:ascii="Arial" w:hAnsi="Arial"/>
          <w:b/>
        </w:rPr>
        <w:t>jessica</w:t>
      </w:r>
      <w:proofErr w:type="spellEnd"/>
      <w:r>
        <w:rPr>
          <w:rFonts w:ascii="Arial" w:hAnsi="Arial"/>
          <w:b/>
        </w:rPr>
        <w:t xml:space="preserve">  </w:t>
      </w:r>
      <w:r>
        <w:rPr>
          <w:rFonts w:ascii="Arial" w:hAnsi="Arial"/>
          <w:color w:val="5D7284"/>
        </w:rPr>
        <w:t>42:47</w:t>
      </w:r>
    </w:p>
    <w:p w14:paraId="3837B7DB" w14:textId="77777777" w:rsidR="00CF75C8" w:rsidRDefault="002F30F1">
      <w:pPr>
        <w:spacing w:after="0"/>
      </w:pPr>
      <w:r>
        <w:rPr>
          <w:rFonts w:ascii="Arial" w:hAnsi="Arial"/>
        </w:rPr>
        <w:t>\\\\\\\\\\\\\\\\\\\\\\\</w:t>
      </w:r>
      <w:r>
        <w:rPr>
          <w:rFonts w:ascii="Arial" w:hAnsi="Arial"/>
        </w:rPr>
        <w:t>\\\\\\\\\\\\\\\\\I mean as well, people don't necessarily know the right thing to say, and to not look stupid, they just won't say anything. which then leads to being sort of the silence and not saying anything just leads to more confusion, because they do</w:t>
      </w:r>
      <w:r>
        <w:rPr>
          <w:rFonts w:ascii="Arial" w:hAnsi="Arial"/>
        </w:rPr>
        <w:t xml:space="preserve">n't want to ask the question. I always say that there is no stupid </w:t>
      </w:r>
      <w:proofErr w:type="gramStart"/>
      <w:r>
        <w:rPr>
          <w:rFonts w:ascii="Arial" w:hAnsi="Arial"/>
        </w:rPr>
        <w:t>question, because</w:t>
      </w:r>
      <w:proofErr w:type="gramEnd"/>
      <w:r>
        <w:rPr>
          <w:rFonts w:ascii="Arial" w:hAnsi="Arial"/>
        </w:rPr>
        <w:t xml:space="preserve"> I've heard the more. </w:t>
      </w:r>
      <w:proofErr w:type="gramStart"/>
      <w:r>
        <w:rPr>
          <w:rFonts w:ascii="Arial" w:hAnsi="Arial"/>
        </w:rPr>
        <w:t>So</w:t>
      </w:r>
      <w:proofErr w:type="gramEnd"/>
      <w:r>
        <w:rPr>
          <w:rFonts w:ascii="Arial" w:hAnsi="Arial"/>
        </w:rPr>
        <w:t xml:space="preserve"> I spend, you know, when I when I'm on Twitter, I am very open. And I'm very honest about the struggles I have. Because I think if I can be that one</w:t>
      </w:r>
      <w:r>
        <w:rPr>
          <w:rFonts w:ascii="Arial" w:hAnsi="Arial"/>
        </w:rPr>
        <w:t xml:space="preserve"> person that that that somebody sees on social media that is being quite honest and open and saying, ask me a question, it won't offend me, because I've heard </w:t>
      </w:r>
      <w:proofErr w:type="gramStart"/>
      <w:r>
        <w:rPr>
          <w:rFonts w:ascii="Arial" w:hAnsi="Arial"/>
        </w:rPr>
        <w:t>all of</w:t>
      </w:r>
      <w:proofErr w:type="gramEnd"/>
      <w:r>
        <w:rPr>
          <w:rFonts w:ascii="Arial" w:hAnsi="Arial"/>
        </w:rPr>
        <w:t xml:space="preserve"> the questions. And if I don't want to answer a certain question, I won't answer it. You kn</w:t>
      </w:r>
      <w:r>
        <w:rPr>
          <w:rFonts w:ascii="Arial" w:hAnsi="Arial"/>
        </w:rPr>
        <w:t xml:space="preserve">ow, I just pick through the ones I want to answer , doesn't mean to say that I am completely available to everybody </w:t>
      </w:r>
      <w:proofErr w:type="gramStart"/>
      <w:r>
        <w:rPr>
          <w:rFonts w:ascii="Arial" w:hAnsi="Arial"/>
        </w:rPr>
        <w:t>all of</w:t>
      </w:r>
      <w:proofErr w:type="gramEnd"/>
      <w:r>
        <w:rPr>
          <w:rFonts w:ascii="Arial" w:hAnsi="Arial"/>
        </w:rPr>
        <w:t xml:space="preserve"> the time. But I do think </w:t>
      </w:r>
      <w:proofErr w:type="spellStart"/>
      <w:r>
        <w:rPr>
          <w:rFonts w:ascii="Arial" w:hAnsi="Arial"/>
        </w:rPr>
        <w:t>i</w:t>
      </w:r>
      <w:proofErr w:type="spellEnd"/>
      <w:r>
        <w:rPr>
          <w:rFonts w:ascii="Arial" w:hAnsi="Arial"/>
        </w:rPr>
        <w:t xml:space="preserve"> think it helps. I think it helps me, really, because I feel like I am helping the bigger picture by being </w:t>
      </w:r>
      <w:r>
        <w:rPr>
          <w:rFonts w:ascii="Arial" w:hAnsi="Arial"/>
        </w:rPr>
        <w:t xml:space="preserve">open and honest person and not being defensive. When I know that people ask a question, and it may not come out quite right. They may not have worded it quite right. I know that there is no malice behind that question. They are </w:t>
      </w:r>
      <w:proofErr w:type="gramStart"/>
      <w:r>
        <w:rPr>
          <w:rFonts w:ascii="Arial" w:hAnsi="Arial"/>
        </w:rPr>
        <w:t>just curious</w:t>
      </w:r>
      <w:proofErr w:type="gramEnd"/>
      <w:r>
        <w:rPr>
          <w:rFonts w:ascii="Arial" w:hAnsi="Arial"/>
        </w:rPr>
        <w:t>, and they would</w:t>
      </w:r>
      <w:r>
        <w:rPr>
          <w:rFonts w:ascii="Arial" w:hAnsi="Arial"/>
        </w:rPr>
        <w:t xml:space="preserve"> rather know but they don't quite know the language to use. </w:t>
      </w:r>
      <w:proofErr w:type="gramStart"/>
      <w:r>
        <w:rPr>
          <w:rFonts w:ascii="Arial" w:hAnsi="Arial"/>
        </w:rPr>
        <w:t>So</w:t>
      </w:r>
      <w:proofErr w:type="gramEnd"/>
      <w:r>
        <w:rPr>
          <w:rFonts w:ascii="Arial" w:hAnsi="Arial"/>
        </w:rPr>
        <w:t xml:space="preserve"> I will then answer that question and say, but maybe don't say, maybe don't broach if it was somebody else don't broach the subject by saying, like, what's wrong with you then?</w:t>
      </w:r>
    </w:p>
    <w:p w14:paraId="4C951F0E" w14:textId="77777777" w:rsidR="00CF75C8" w:rsidRDefault="00CF75C8">
      <w:pPr>
        <w:spacing w:after="0"/>
      </w:pPr>
    </w:p>
    <w:p w14:paraId="0FD53567" w14:textId="77777777" w:rsidR="00CF75C8" w:rsidRDefault="002F30F1">
      <w:pPr>
        <w:spacing w:after="0"/>
      </w:pPr>
      <w:r>
        <w:rPr>
          <w:rFonts w:ascii="Arial" w:hAnsi="Arial"/>
          <w:b/>
        </w:rPr>
        <w:t xml:space="preserve">Alice  </w:t>
      </w:r>
      <w:r>
        <w:rPr>
          <w:rFonts w:ascii="Arial" w:hAnsi="Arial"/>
          <w:color w:val="5D7284"/>
        </w:rPr>
        <w:t>44:21</w:t>
      </w:r>
    </w:p>
    <w:p w14:paraId="016E77AE" w14:textId="77777777" w:rsidR="00CF75C8" w:rsidRDefault="002F30F1">
      <w:pPr>
        <w:spacing w:after="0"/>
      </w:pPr>
      <w:r>
        <w:rPr>
          <w:rFonts w:ascii="Arial" w:hAnsi="Arial"/>
        </w:rPr>
        <w:t>You</w:t>
      </w:r>
      <w:r>
        <w:rPr>
          <w:rFonts w:ascii="Arial" w:hAnsi="Arial"/>
        </w:rPr>
        <w:t xml:space="preserve"> told an interesting story about your when you wrote to? Oh, what's the name? Dane</w:t>
      </w:r>
    </w:p>
    <w:p w14:paraId="05F1F7BA" w14:textId="77777777" w:rsidR="00CF75C8" w:rsidRDefault="00CF75C8">
      <w:pPr>
        <w:spacing w:after="0"/>
      </w:pPr>
    </w:p>
    <w:p w14:paraId="2EB93FD0" w14:textId="77777777" w:rsidR="00CF75C8" w:rsidRDefault="002F30F1">
      <w:pPr>
        <w:spacing w:after="0"/>
      </w:pPr>
      <w:r>
        <w:rPr>
          <w:rFonts w:ascii="Arial" w:hAnsi="Arial"/>
          <w:b/>
        </w:rPr>
        <w:t xml:space="preserve">Lucy  </w:t>
      </w:r>
      <w:r>
        <w:rPr>
          <w:rFonts w:ascii="Arial" w:hAnsi="Arial"/>
          <w:color w:val="5D7284"/>
        </w:rPr>
        <w:t>44:29</w:t>
      </w:r>
    </w:p>
    <w:p w14:paraId="13D1D81A" w14:textId="77777777" w:rsidR="00CF75C8" w:rsidRDefault="002F30F1">
      <w:pPr>
        <w:spacing w:after="0"/>
      </w:pPr>
      <w:r>
        <w:rPr>
          <w:rFonts w:ascii="Arial" w:hAnsi="Arial"/>
        </w:rPr>
        <w:lastRenderedPageBreak/>
        <w:t>County. Yeah.</w:t>
      </w:r>
    </w:p>
    <w:p w14:paraId="745C2736" w14:textId="77777777" w:rsidR="00CF75C8" w:rsidRDefault="00CF75C8">
      <w:pPr>
        <w:spacing w:after="0"/>
      </w:pPr>
    </w:p>
    <w:p w14:paraId="0E5928EF" w14:textId="77777777" w:rsidR="00CF75C8" w:rsidRDefault="002F30F1">
      <w:pPr>
        <w:spacing w:after="0"/>
      </w:pPr>
      <w:r>
        <w:rPr>
          <w:rFonts w:ascii="Arial" w:hAnsi="Arial"/>
          <w:b/>
        </w:rPr>
        <w:t xml:space="preserve">Alice  </w:t>
      </w:r>
      <w:r>
        <w:rPr>
          <w:rFonts w:ascii="Arial" w:hAnsi="Arial"/>
          <w:color w:val="5D7284"/>
        </w:rPr>
        <w:t>44:32</w:t>
      </w:r>
    </w:p>
    <w:p w14:paraId="0D8420AF" w14:textId="77777777" w:rsidR="00CF75C8" w:rsidRDefault="002F30F1">
      <w:pPr>
        <w:spacing w:after="0"/>
      </w:pPr>
      <w:r>
        <w:rPr>
          <w:rFonts w:ascii="Arial" w:hAnsi="Arial"/>
        </w:rPr>
        <w:t>You know, might be worth retelling that story, because I think that's an interesting one.</w:t>
      </w:r>
    </w:p>
    <w:p w14:paraId="20E69478" w14:textId="77777777" w:rsidR="00CF75C8" w:rsidRDefault="00CF75C8">
      <w:pPr>
        <w:spacing w:after="0"/>
      </w:pPr>
    </w:p>
    <w:p w14:paraId="48DA9097" w14:textId="77777777" w:rsidR="00CF75C8" w:rsidRDefault="002F30F1">
      <w:pPr>
        <w:spacing w:after="0"/>
      </w:pPr>
      <w:r>
        <w:rPr>
          <w:rFonts w:ascii="Arial" w:hAnsi="Arial"/>
          <w:b/>
        </w:rPr>
        <w:t xml:space="preserve">Lucy  </w:t>
      </w:r>
      <w:r>
        <w:rPr>
          <w:rFonts w:ascii="Arial" w:hAnsi="Arial"/>
          <w:color w:val="5D7284"/>
        </w:rPr>
        <w:t>44:36</w:t>
      </w:r>
    </w:p>
    <w:p w14:paraId="03E9D843" w14:textId="77777777" w:rsidR="00CF75C8" w:rsidRDefault="002F30F1">
      <w:pPr>
        <w:spacing w:after="0"/>
      </w:pPr>
      <w:r>
        <w:rPr>
          <w:rFonts w:ascii="Arial" w:hAnsi="Arial"/>
        </w:rPr>
        <w:t xml:space="preserve">Yeah. </w:t>
      </w:r>
      <w:proofErr w:type="gramStart"/>
      <w:r>
        <w:rPr>
          <w:rFonts w:ascii="Arial" w:hAnsi="Arial"/>
        </w:rPr>
        <w:t>So</w:t>
      </w:r>
      <w:proofErr w:type="gramEnd"/>
      <w:r>
        <w:rPr>
          <w:rFonts w:ascii="Arial" w:hAnsi="Arial"/>
        </w:rPr>
        <w:t xml:space="preserve"> I when I was about 1</w:t>
      </w:r>
      <w:r>
        <w:rPr>
          <w:rFonts w:ascii="Arial" w:hAnsi="Arial"/>
        </w:rPr>
        <w:t xml:space="preserve">4 13 or 14, I wrote the questionnaire and sent it off to </w:t>
      </w:r>
      <w:proofErr w:type="spellStart"/>
      <w:r>
        <w:rPr>
          <w:rFonts w:ascii="Arial" w:hAnsi="Arial"/>
        </w:rPr>
        <w:t>Tanni</w:t>
      </w:r>
      <w:proofErr w:type="spellEnd"/>
      <w:r>
        <w:rPr>
          <w:rFonts w:ascii="Arial" w:hAnsi="Arial"/>
        </w:rPr>
        <w:t xml:space="preserve"> grey Thompson. For </w:t>
      </w:r>
      <w:proofErr w:type="spellStart"/>
      <w:r>
        <w:rPr>
          <w:rFonts w:ascii="Arial" w:hAnsi="Arial"/>
        </w:rPr>
        <w:t>for</w:t>
      </w:r>
      <w:proofErr w:type="spellEnd"/>
      <w:r>
        <w:rPr>
          <w:rFonts w:ascii="Arial" w:hAnsi="Arial"/>
        </w:rPr>
        <w:t xml:space="preserve"> the school newspaper. I think it was a school newspaper.</w:t>
      </w:r>
    </w:p>
    <w:p w14:paraId="3D1A28EE" w14:textId="77777777" w:rsidR="00CF75C8" w:rsidRDefault="00CF75C8">
      <w:pPr>
        <w:spacing w:after="0"/>
      </w:pPr>
    </w:p>
    <w:p w14:paraId="2FA0FAD8" w14:textId="77777777" w:rsidR="00CF75C8" w:rsidRDefault="002F30F1">
      <w:pPr>
        <w:spacing w:after="0"/>
      </w:pPr>
      <w:r>
        <w:rPr>
          <w:rFonts w:ascii="Arial" w:hAnsi="Arial"/>
          <w:b/>
        </w:rPr>
        <w:t xml:space="preserve">Alice  </w:t>
      </w:r>
      <w:r>
        <w:rPr>
          <w:rFonts w:ascii="Arial" w:hAnsi="Arial"/>
          <w:color w:val="5D7284"/>
        </w:rPr>
        <w:t>44:47</w:t>
      </w:r>
    </w:p>
    <w:p w14:paraId="4DC3F5C7" w14:textId="77777777" w:rsidR="00CF75C8" w:rsidRDefault="002F30F1">
      <w:pPr>
        <w:spacing w:after="0"/>
      </w:pPr>
      <w:r>
        <w:rPr>
          <w:rFonts w:ascii="Arial" w:hAnsi="Arial"/>
        </w:rPr>
        <w:t xml:space="preserve">Because I think you said the </w:t>
      </w:r>
      <w:proofErr w:type="gramStart"/>
      <w:r>
        <w:rPr>
          <w:rFonts w:ascii="Arial" w:hAnsi="Arial"/>
        </w:rPr>
        <w:t>time</w:t>
      </w:r>
      <w:proofErr w:type="gramEnd"/>
      <w:r>
        <w:rPr>
          <w:rFonts w:ascii="Arial" w:hAnsi="Arial"/>
        </w:rPr>
        <w:t xml:space="preserve"> she was basically the only other disabled person that you knew  i</w:t>
      </w:r>
      <w:r>
        <w:rPr>
          <w:rFonts w:ascii="Arial" w:hAnsi="Arial"/>
        </w:rPr>
        <w:t>n the world.</w:t>
      </w:r>
    </w:p>
    <w:p w14:paraId="71B8ADCE" w14:textId="77777777" w:rsidR="00CF75C8" w:rsidRDefault="00CF75C8">
      <w:pPr>
        <w:spacing w:after="0"/>
      </w:pPr>
    </w:p>
    <w:p w14:paraId="54F0A1DC" w14:textId="77777777" w:rsidR="00CF75C8" w:rsidRDefault="002F30F1">
      <w:pPr>
        <w:spacing w:after="0"/>
      </w:pPr>
      <w:proofErr w:type="spellStart"/>
      <w:r>
        <w:rPr>
          <w:rFonts w:ascii="Arial" w:hAnsi="Arial"/>
          <w:b/>
        </w:rPr>
        <w:t>jessica</w:t>
      </w:r>
      <w:proofErr w:type="spellEnd"/>
      <w:r>
        <w:rPr>
          <w:rFonts w:ascii="Arial" w:hAnsi="Arial"/>
          <w:b/>
        </w:rPr>
        <w:t xml:space="preserve">  </w:t>
      </w:r>
      <w:r>
        <w:rPr>
          <w:rFonts w:ascii="Arial" w:hAnsi="Arial"/>
          <w:color w:val="5D7284"/>
        </w:rPr>
        <w:t>44:55</w:t>
      </w:r>
    </w:p>
    <w:p w14:paraId="2E7E4FA9" w14:textId="77777777" w:rsidR="00CF75C8" w:rsidRDefault="002F30F1">
      <w:pPr>
        <w:spacing w:after="0"/>
      </w:pPr>
      <w:r>
        <w:rPr>
          <w:rFonts w:ascii="Arial" w:hAnsi="Arial"/>
        </w:rPr>
        <w:t xml:space="preserve">Stephen Hawking and I didn't stand a cat in hells chance with Stephen Hawkins   </w:t>
      </w:r>
      <w:proofErr w:type="gramStart"/>
      <w:r>
        <w:rPr>
          <w:rFonts w:ascii="Arial" w:hAnsi="Arial"/>
        </w:rPr>
        <w:t>And</w:t>
      </w:r>
      <w:proofErr w:type="gramEnd"/>
      <w:r>
        <w:rPr>
          <w:rFonts w:ascii="Arial" w:hAnsi="Arial"/>
        </w:rPr>
        <w:t xml:space="preserve"> she was she was growing up, she was the like, poster girl of people with disabilities. </w:t>
      </w:r>
      <w:proofErr w:type="gramStart"/>
      <w:r>
        <w:rPr>
          <w:rFonts w:ascii="Arial" w:hAnsi="Arial"/>
        </w:rPr>
        <w:t>So</w:t>
      </w:r>
      <w:proofErr w:type="gramEnd"/>
      <w:r>
        <w:rPr>
          <w:rFonts w:ascii="Arial" w:hAnsi="Arial"/>
        </w:rPr>
        <w:t xml:space="preserve"> I wrote to her and I basically said, Could you please</w:t>
      </w:r>
      <w:r>
        <w:rPr>
          <w:rFonts w:ascii="Arial" w:hAnsi="Arial"/>
        </w:rPr>
        <w:t xml:space="preserve"> fill this this questionnaire out for our school paper? Not thinking that I would ever get a reply. And she did. She wrote back, she sent it back. And I'd written a question. And I can't exactly remember the word of it now wording of it now. But I've used </w:t>
      </w:r>
      <w:r>
        <w:rPr>
          <w:rFonts w:ascii="Arial" w:hAnsi="Arial"/>
        </w:rPr>
        <w:t xml:space="preserve">the term wheelchair </w:t>
      </w:r>
      <w:proofErr w:type="gramStart"/>
      <w:r>
        <w:rPr>
          <w:rFonts w:ascii="Arial" w:hAnsi="Arial"/>
        </w:rPr>
        <w:t>bound, because</w:t>
      </w:r>
      <w:proofErr w:type="gramEnd"/>
      <w:r>
        <w:rPr>
          <w:rFonts w:ascii="Arial" w:hAnsi="Arial"/>
        </w:rPr>
        <w:t xml:space="preserve"> I didn't know any different. I'd always, you know, we'd use wheelchair bound. And I'd never I'd never taken offence at </w:t>
      </w:r>
      <w:proofErr w:type="gramStart"/>
      <w:r>
        <w:rPr>
          <w:rFonts w:ascii="Arial" w:hAnsi="Arial"/>
        </w:rPr>
        <w:t>it, because</w:t>
      </w:r>
      <w:proofErr w:type="gramEnd"/>
      <w:r>
        <w:rPr>
          <w:rFonts w:ascii="Arial" w:hAnsi="Arial"/>
        </w:rPr>
        <w:t xml:space="preserve"> I just heard somebody say it and gone. Oh, yeah, well, that's what must be what they call </w:t>
      </w:r>
      <w:r>
        <w:rPr>
          <w:rFonts w:ascii="Arial" w:hAnsi="Arial"/>
        </w:rPr>
        <w:t xml:space="preserve">us . And </w:t>
      </w:r>
      <w:proofErr w:type="gramStart"/>
      <w:r>
        <w:rPr>
          <w:rFonts w:ascii="Arial" w:hAnsi="Arial"/>
        </w:rPr>
        <w:t>so</w:t>
      </w:r>
      <w:proofErr w:type="gramEnd"/>
      <w:r>
        <w:rPr>
          <w:rFonts w:ascii="Arial" w:hAnsi="Arial"/>
        </w:rPr>
        <w:t xml:space="preserve"> I wrote wheelchair bound, and she crossed it out and put a wheelchair user. </w:t>
      </w:r>
      <w:proofErr w:type="gramStart"/>
      <w:r>
        <w:rPr>
          <w:rFonts w:ascii="Arial" w:hAnsi="Arial"/>
        </w:rPr>
        <w:t>So</w:t>
      </w:r>
      <w:proofErr w:type="gramEnd"/>
      <w:r>
        <w:rPr>
          <w:rFonts w:ascii="Arial" w:hAnsi="Arial"/>
        </w:rPr>
        <w:t xml:space="preserve"> I can thank Tony Greg Thompson for the beginning of my disability education around language.</w:t>
      </w:r>
    </w:p>
    <w:p w14:paraId="3EC2DEF6" w14:textId="77777777" w:rsidR="00CF75C8" w:rsidRDefault="00CF75C8">
      <w:pPr>
        <w:spacing w:after="0"/>
      </w:pPr>
    </w:p>
    <w:p w14:paraId="54F051AB" w14:textId="77777777" w:rsidR="00CF75C8" w:rsidRDefault="002F30F1">
      <w:pPr>
        <w:spacing w:after="0"/>
      </w:pPr>
      <w:r>
        <w:rPr>
          <w:rFonts w:ascii="Arial" w:hAnsi="Arial"/>
          <w:b/>
        </w:rPr>
        <w:t xml:space="preserve">Alice  </w:t>
      </w:r>
      <w:r>
        <w:rPr>
          <w:rFonts w:ascii="Arial" w:hAnsi="Arial"/>
          <w:color w:val="5D7284"/>
        </w:rPr>
        <w:t>45:52</w:t>
      </w:r>
    </w:p>
    <w:p w14:paraId="2279DFD8" w14:textId="77777777" w:rsidR="00CF75C8" w:rsidRDefault="002F30F1">
      <w:pPr>
        <w:spacing w:after="0"/>
      </w:pPr>
      <w:r>
        <w:rPr>
          <w:rFonts w:ascii="Arial" w:hAnsi="Arial"/>
        </w:rPr>
        <w:t xml:space="preserve">Because I think I think that says a lot that, you know, a </w:t>
      </w:r>
      <w:r>
        <w:rPr>
          <w:rFonts w:ascii="Arial" w:hAnsi="Arial"/>
        </w:rPr>
        <w:t xml:space="preserve">wheelchair user who was 13, or 14, who had always gone to schools full of other children with disabilities and support needs, was </w:t>
      </w:r>
      <w:proofErr w:type="gramStart"/>
      <w:r>
        <w:rPr>
          <w:rFonts w:ascii="Arial" w:hAnsi="Arial"/>
        </w:rPr>
        <w:t>actually found</w:t>
      </w:r>
      <w:proofErr w:type="gramEnd"/>
      <w:r>
        <w:rPr>
          <w:rFonts w:ascii="Arial" w:hAnsi="Arial"/>
        </w:rPr>
        <w:t xml:space="preserve"> herself in that position of using a word that a lot of other disabled people would go well, actually, I'm not a</w:t>
      </w:r>
      <w:r>
        <w:rPr>
          <w:rFonts w:ascii="Arial" w:hAnsi="Arial"/>
        </w:rPr>
        <w:t xml:space="preserve">lright with this word. So, you know, that fear as much as I understand that fear coming from the </w:t>
      </w:r>
      <w:proofErr w:type="spellStart"/>
      <w:proofErr w:type="gramStart"/>
      <w:r>
        <w:rPr>
          <w:rFonts w:ascii="Arial" w:hAnsi="Arial"/>
        </w:rPr>
        <w:t>non disabled</w:t>
      </w:r>
      <w:proofErr w:type="spellEnd"/>
      <w:proofErr w:type="gramEnd"/>
      <w:r>
        <w:rPr>
          <w:rFonts w:ascii="Arial" w:hAnsi="Arial"/>
        </w:rPr>
        <w:t xml:space="preserve"> community? It's, it's amongst everybody, you know, we all put our foot in our mouth </w:t>
      </w:r>
      <w:proofErr w:type="gramStart"/>
      <w:r>
        <w:rPr>
          <w:rFonts w:ascii="Arial" w:hAnsi="Arial"/>
        </w:rPr>
        <w:t>sometimes</w:t>
      </w:r>
      <w:proofErr w:type="gramEnd"/>
      <w:r>
        <w:rPr>
          <w:rFonts w:ascii="Arial" w:hAnsi="Arial"/>
        </w:rPr>
        <w:t xml:space="preserve"> </w:t>
      </w:r>
    </w:p>
    <w:p w14:paraId="388D2953" w14:textId="77777777" w:rsidR="00CF75C8" w:rsidRDefault="00CF75C8">
      <w:pPr>
        <w:spacing w:after="0"/>
      </w:pPr>
    </w:p>
    <w:p w14:paraId="1A773669" w14:textId="77777777" w:rsidR="00CF75C8" w:rsidRDefault="002F30F1">
      <w:pPr>
        <w:spacing w:after="0"/>
      </w:pPr>
      <w:proofErr w:type="spellStart"/>
      <w:r>
        <w:rPr>
          <w:rFonts w:ascii="Arial" w:hAnsi="Arial"/>
          <w:b/>
        </w:rPr>
        <w:t>jessica</w:t>
      </w:r>
      <w:proofErr w:type="spellEnd"/>
      <w:r>
        <w:rPr>
          <w:rFonts w:ascii="Arial" w:hAnsi="Arial"/>
          <w:b/>
        </w:rPr>
        <w:t xml:space="preserve">  </w:t>
      </w:r>
      <w:r>
        <w:rPr>
          <w:rFonts w:ascii="Arial" w:hAnsi="Arial"/>
          <w:color w:val="5D7284"/>
        </w:rPr>
        <w:t>46:29</w:t>
      </w:r>
    </w:p>
    <w:p w14:paraId="6A6F2B24" w14:textId="77777777" w:rsidR="00CF75C8" w:rsidRDefault="002F30F1">
      <w:pPr>
        <w:spacing w:after="0"/>
      </w:pPr>
      <w:r>
        <w:rPr>
          <w:rFonts w:ascii="Arial" w:hAnsi="Arial"/>
        </w:rPr>
        <w:t xml:space="preserve">Me especially I'm always doing </w:t>
      </w:r>
      <w:r>
        <w:rPr>
          <w:rFonts w:ascii="Arial" w:hAnsi="Arial"/>
        </w:rPr>
        <w:t xml:space="preserve">here. Yeah, it's </w:t>
      </w:r>
      <w:proofErr w:type="gramStart"/>
      <w:r>
        <w:rPr>
          <w:rFonts w:ascii="Arial" w:hAnsi="Arial"/>
        </w:rPr>
        <w:t>quite</w:t>
      </w:r>
      <w:proofErr w:type="gramEnd"/>
      <w:r>
        <w:rPr>
          <w:rFonts w:ascii="Arial" w:hAnsi="Arial"/>
        </w:rPr>
        <w:t xml:space="preserve">, it's not, it's not an exclusive. It's not an exclusive thing that just </w:t>
      </w:r>
      <w:proofErr w:type="gramStart"/>
      <w:r>
        <w:rPr>
          <w:rFonts w:ascii="Arial" w:hAnsi="Arial"/>
        </w:rPr>
        <w:t>able bodied</w:t>
      </w:r>
      <w:proofErr w:type="gramEnd"/>
      <w:r>
        <w:rPr>
          <w:rFonts w:ascii="Arial" w:hAnsi="Arial"/>
        </w:rPr>
        <w:t xml:space="preserve"> people do disabled people do all the time. And it is a question of just asking that question like, what is it I call you is not an offensive? You kno</w:t>
      </w:r>
      <w:r>
        <w:rPr>
          <w:rFonts w:ascii="Arial" w:hAnsi="Arial"/>
        </w:rPr>
        <w:t xml:space="preserve">w, what would you like to be called? We put that on our </w:t>
      </w:r>
      <w:proofErr w:type="spellStart"/>
      <w:r>
        <w:rPr>
          <w:rFonts w:ascii="Arial" w:hAnsi="Arial"/>
        </w:rPr>
        <w:t>pre recording</w:t>
      </w:r>
      <w:proofErr w:type="spellEnd"/>
      <w:r>
        <w:rPr>
          <w:rFonts w:ascii="Arial" w:hAnsi="Arial"/>
        </w:rPr>
        <w:t xml:space="preserve"> forms, don't we? What is it you would like to be referred as it's just a polite question? And it might sound direct? And, you know, centuries ago, asking, what would you like to be calle</w:t>
      </w:r>
      <w:r>
        <w:rPr>
          <w:rFonts w:ascii="Arial" w:hAnsi="Arial"/>
        </w:rPr>
        <w:t>d, would have been probably considered rude? And I think it's just breaking that barrier down and say, Look, what is it? What is it I call you?</w:t>
      </w:r>
    </w:p>
    <w:p w14:paraId="45D6EB7B" w14:textId="77777777" w:rsidR="00CF75C8" w:rsidRDefault="00CF75C8">
      <w:pPr>
        <w:spacing w:after="0"/>
      </w:pPr>
    </w:p>
    <w:p w14:paraId="61149AA2" w14:textId="77777777" w:rsidR="00CF75C8" w:rsidRDefault="002F30F1">
      <w:pPr>
        <w:spacing w:after="0"/>
      </w:pPr>
      <w:r>
        <w:rPr>
          <w:rFonts w:ascii="Arial" w:hAnsi="Arial"/>
          <w:b/>
        </w:rPr>
        <w:t xml:space="preserve">Alice  </w:t>
      </w:r>
      <w:r>
        <w:rPr>
          <w:rFonts w:ascii="Arial" w:hAnsi="Arial"/>
          <w:color w:val="5D7284"/>
        </w:rPr>
        <w:t>47:16</w:t>
      </w:r>
    </w:p>
    <w:p w14:paraId="6E7D2798" w14:textId="77777777" w:rsidR="00CF75C8" w:rsidRDefault="002F30F1">
      <w:pPr>
        <w:spacing w:after="0"/>
      </w:pPr>
      <w:r>
        <w:rPr>
          <w:rFonts w:ascii="Arial" w:hAnsi="Arial"/>
        </w:rPr>
        <w:t xml:space="preserve">Well, and it's </w:t>
      </w:r>
      <w:proofErr w:type="gramStart"/>
      <w:r>
        <w:rPr>
          <w:rFonts w:ascii="Arial" w:hAnsi="Arial"/>
        </w:rPr>
        <w:t>really interesting</w:t>
      </w:r>
      <w:proofErr w:type="gramEnd"/>
      <w:r>
        <w:rPr>
          <w:rFonts w:ascii="Arial" w:hAnsi="Arial"/>
        </w:rPr>
        <w:t>, you look across the forms that we've got back, and the response</w:t>
      </w:r>
      <w:r>
        <w:rPr>
          <w:rFonts w:ascii="Arial" w:hAnsi="Arial"/>
        </w:rPr>
        <w:t xml:space="preserve">s that we've got have come really across the board, you know, we've had some people, you know, for </w:t>
      </w:r>
      <w:r>
        <w:rPr>
          <w:rFonts w:ascii="Arial" w:hAnsi="Arial"/>
        </w:rPr>
        <w:lastRenderedPageBreak/>
        <w:t xml:space="preserve">example, it's what </w:t>
      </w:r>
      <w:proofErr w:type="spellStart"/>
      <w:r>
        <w:rPr>
          <w:rFonts w:ascii="Arial" w:hAnsi="Arial"/>
        </w:rPr>
        <w:t>what</w:t>
      </w:r>
      <w:proofErr w:type="spellEnd"/>
      <w:r>
        <w:rPr>
          <w:rFonts w:ascii="Arial" w:hAnsi="Arial"/>
        </w:rPr>
        <w:t xml:space="preserve"> do we call you? And </w:t>
      </w:r>
      <w:proofErr w:type="gramStart"/>
      <w:r>
        <w:rPr>
          <w:rFonts w:ascii="Arial" w:hAnsi="Arial"/>
        </w:rPr>
        <w:t>it's</w:t>
      </w:r>
      <w:proofErr w:type="gramEnd"/>
      <w:r>
        <w:rPr>
          <w:rFonts w:ascii="Arial" w:hAnsi="Arial"/>
        </w:rPr>
        <w:t xml:space="preserve"> people named Jessica, her said, Jess, whereas there have been, some people have said, what, what do we call </w:t>
      </w:r>
      <w:r>
        <w:rPr>
          <w:rFonts w:ascii="Arial" w:hAnsi="Arial"/>
        </w:rPr>
        <w:t xml:space="preserve">you? And they've said, I have cerebral palsy. </w:t>
      </w:r>
      <w:proofErr w:type="gramStart"/>
      <w:r>
        <w:rPr>
          <w:rFonts w:ascii="Arial" w:hAnsi="Arial"/>
        </w:rPr>
        <w:t>So</w:t>
      </w:r>
      <w:proofErr w:type="gramEnd"/>
      <w:r>
        <w:rPr>
          <w:rFonts w:ascii="Arial" w:hAnsi="Arial"/>
        </w:rPr>
        <w:t xml:space="preserve"> you can describe me as a wheelchair user or something like that. It's </w:t>
      </w:r>
      <w:proofErr w:type="gramStart"/>
      <w:r>
        <w:rPr>
          <w:rFonts w:ascii="Arial" w:hAnsi="Arial"/>
        </w:rPr>
        <w:t>really interesting</w:t>
      </w:r>
      <w:proofErr w:type="gramEnd"/>
      <w:r>
        <w:rPr>
          <w:rFonts w:ascii="Arial" w:hAnsi="Arial"/>
        </w:rPr>
        <w:t xml:space="preserve"> how people use, you know, it's open to different interpretations to different people, because and I think that says a </w:t>
      </w:r>
      <w:r>
        <w:rPr>
          <w:rFonts w:ascii="Arial" w:hAnsi="Arial"/>
        </w:rPr>
        <w:t>lot about that person's sort of understanding and approach to that question is, well, what, what do I call myself? In a lot of ways,</w:t>
      </w:r>
    </w:p>
    <w:p w14:paraId="5264DDE4" w14:textId="77777777" w:rsidR="00CF75C8" w:rsidRDefault="00CF75C8">
      <w:pPr>
        <w:spacing w:after="0"/>
      </w:pPr>
    </w:p>
    <w:p w14:paraId="02A14E6C" w14:textId="77777777" w:rsidR="00CF75C8" w:rsidRDefault="002F30F1">
      <w:pPr>
        <w:spacing w:after="0"/>
      </w:pPr>
      <w:proofErr w:type="spellStart"/>
      <w:r>
        <w:rPr>
          <w:rFonts w:ascii="Arial" w:hAnsi="Arial"/>
          <w:b/>
        </w:rPr>
        <w:t>jessica</w:t>
      </w:r>
      <w:proofErr w:type="spellEnd"/>
      <w:r>
        <w:rPr>
          <w:rFonts w:ascii="Arial" w:hAnsi="Arial"/>
          <w:b/>
        </w:rPr>
        <w:t xml:space="preserve">  </w:t>
      </w:r>
      <w:r>
        <w:rPr>
          <w:rFonts w:ascii="Arial" w:hAnsi="Arial"/>
          <w:color w:val="5D7284"/>
        </w:rPr>
        <w:t>48:01</w:t>
      </w:r>
    </w:p>
    <w:p w14:paraId="014A2981" w14:textId="77777777" w:rsidR="00CF75C8" w:rsidRDefault="002F30F1">
      <w:pPr>
        <w:spacing w:after="0"/>
      </w:pPr>
      <w:r>
        <w:rPr>
          <w:rFonts w:ascii="Arial" w:hAnsi="Arial"/>
        </w:rPr>
        <w:t>it didn't even really cross my mind that you wanted to know anything covered in, like, what Nam .... Obviou</w:t>
      </w:r>
      <w:r>
        <w:rPr>
          <w:rFonts w:ascii="Arial" w:hAnsi="Arial"/>
        </w:rPr>
        <w:t xml:space="preserve">sly, people have, like nicknames and things. </w:t>
      </w:r>
      <w:proofErr w:type="gramStart"/>
      <w:r>
        <w:rPr>
          <w:rFonts w:ascii="Arial" w:hAnsi="Arial"/>
        </w:rPr>
        <w:t>So</w:t>
      </w:r>
      <w:proofErr w:type="gramEnd"/>
      <w:r>
        <w:rPr>
          <w:rFonts w:ascii="Arial" w:hAnsi="Arial"/>
        </w:rPr>
        <w:t xml:space="preserve"> I just said, that's fine. But now you've kind of mentioned it. I know, with Marfan syndrome, that quite a lot of people identify as marks, </w:t>
      </w:r>
      <w:proofErr w:type="spellStart"/>
      <w:r>
        <w:rPr>
          <w:rFonts w:ascii="Arial" w:hAnsi="Arial"/>
        </w:rPr>
        <w:t>Marf</w:t>
      </w:r>
      <w:proofErr w:type="spellEnd"/>
      <w:r>
        <w:rPr>
          <w:rFonts w:ascii="Arial" w:hAnsi="Arial"/>
        </w:rPr>
        <w:t xml:space="preserve">, which I think is </w:t>
      </w:r>
      <w:proofErr w:type="gramStart"/>
      <w:r>
        <w:rPr>
          <w:rFonts w:ascii="Arial" w:hAnsi="Arial"/>
        </w:rPr>
        <w:t>quite</w:t>
      </w:r>
      <w:proofErr w:type="gramEnd"/>
      <w:r>
        <w:rPr>
          <w:rFonts w:ascii="Arial" w:hAnsi="Arial"/>
        </w:rPr>
        <w:t xml:space="preserve">, I'm quite happy to identify as a </w:t>
      </w:r>
      <w:proofErr w:type="spellStart"/>
      <w:r>
        <w:rPr>
          <w:rFonts w:ascii="Arial" w:hAnsi="Arial"/>
        </w:rPr>
        <w:t>marf</w:t>
      </w:r>
      <w:proofErr w:type="spellEnd"/>
      <w:r>
        <w:rPr>
          <w:rFonts w:ascii="Arial" w:hAnsi="Arial"/>
        </w:rPr>
        <w:t xml:space="preserve"> a</w:t>
      </w:r>
      <w:r>
        <w:rPr>
          <w:rFonts w:ascii="Arial" w:hAnsi="Arial"/>
        </w:rPr>
        <w:t xml:space="preserve">nd I have, you know, you say kind of like </w:t>
      </w:r>
      <w:proofErr w:type="spellStart"/>
      <w:r>
        <w:rPr>
          <w:rFonts w:ascii="Arial" w:hAnsi="Arial"/>
        </w:rPr>
        <w:t>marf</w:t>
      </w:r>
      <w:proofErr w:type="spellEnd"/>
      <w:r>
        <w:rPr>
          <w:rFonts w:ascii="Arial" w:hAnsi="Arial"/>
        </w:rPr>
        <w:t xml:space="preserve">  power. And you say, I do whenever I do anything on social media with it, I do kind of identify as that. But then there is a huge community of Marfan syndrome. People that they hate the word </w:t>
      </w:r>
      <w:proofErr w:type="spellStart"/>
      <w:r>
        <w:rPr>
          <w:rFonts w:ascii="Arial" w:hAnsi="Arial"/>
        </w:rPr>
        <w:t>marf</w:t>
      </w:r>
      <w:proofErr w:type="spellEnd"/>
      <w:r>
        <w:rPr>
          <w:rFonts w:ascii="Arial" w:hAnsi="Arial"/>
        </w:rPr>
        <w:t>, they think i</w:t>
      </w:r>
      <w:r>
        <w:rPr>
          <w:rFonts w:ascii="Arial" w:hAnsi="Arial"/>
        </w:rPr>
        <w:t xml:space="preserve">t belittles the condition. And it singles them out as different, and everything. </w:t>
      </w:r>
      <w:proofErr w:type="gramStart"/>
      <w:r>
        <w:rPr>
          <w:rFonts w:ascii="Arial" w:hAnsi="Arial"/>
        </w:rPr>
        <w:t>So</w:t>
      </w:r>
      <w:proofErr w:type="gramEnd"/>
      <w:r>
        <w:rPr>
          <w:rFonts w:ascii="Arial" w:hAnsi="Arial"/>
        </w:rPr>
        <w:t xml:space="preserve"> I think it really just depends on kind of your like you were saying, like your view of you know, who you are and what you identify as.</w:t>
      </w:r>
    </w:p>
    <w:p w14:paraId="1526EA0C" w14:textId="77777777" w:rsidR="00CF75C8" w:rsidRDefault="00CF75C8">
      <w:pPr>
        <w:spacing w:after="0"/>
      </w:pPr>
    </w:p>
    <w:p w14:paraId="10ED90F8" w14:textId="77777777" w:rsidR="00CF75C8" w:rsidRDefault="002F30F1">
      <w:pPr>
        <w:spacing w:after="0"/>
      </w:pPr>
      <w:r>
        <w:rPr>
          <w:rFonts w:ascii="Arial" w:hAnsi="Arial"/>
          <w:b/>
        </w:rPr>
        <w:t xml:space="preserve">Alice  </w:t>
      </w:r>
      <w:r>
        <w:rPr>
          <w:rFonts w:ascii="Arial" w:hAnsi="Arial"/>
          <w:color w:val="5D7284"/>
        </w:rPr>
        <w:t>49:04</w:t>
      </w:r>
    </w:p>
    <w:p w14:paraId="04DF2CCE" w14:textId="77777777" w:rsidR="00CF75C8" w:rsidRDefault="002F30F1">
      <w:pPr>
        <w:spacing w:after="0"/>
      </w:pPr>
      <w:r>
        <w:rPr>
          <w:rFonts w:ascii="Arial" w:hAnsi="Arial"/>
        </w:rPr>
        <w:t xml:space="preserve">I think a lot of </w:t>
      </w:r>
      <w:r>
        <w:rPr>
          <w:rFonts w:ascii="Arial" w:hAnsi="Arial"/>
        </w:rPr>
        <w:t>that's influenced by your experiences as well. I think if you've, if you've had a lot of negative experiences with your health condition, if you've been in and out of hospital, you perhaps haven't had all your needs met, you've been very poorly, then I can</w:t>
      </w:r>
      <w:r>
        <w:rPr>
          <w:rFonts w:ascii="Arial" w:hAnsi="Arial"/>
        </w:rPr>
        <w:t xml:space="preserve"> understand that. You might be like, well, </w:t>
      </w:r>
      <w:proofErr w:type="gramStart"/>
      <w:r>
        <w:rPr>
          <w:rFonts w:ascii="Arial" w:hAnsi="Arial"/>
        </w:rPr>
        <w:t>actually going</w:t>
      </w:r>
      <w:proofErr w:type="gramEnd"/>
      <w:r>
        <w:rPr>
          <w:rFonts w:ascii="Arial" w:hAnsi="Arial"/>
        </w:rPr>
        <w:t xml:space="preserve"> around saying, Oh, I'm just a </w:t>
      </w:r>
      <w:proofErr w:type="spellStart"/>
      <w:r>
        <w:rPr>
          <w:rFonts w:ascii="Arial" w:hAnsi="Arial"/>
        </w:rPr>
        <w:t>marf</w:t>
      </w:r>
      <w:proofErr w:type="spellEnd"/>
      <w:r>
        <w:rPr>
          <w:rFonts w:ascii="Arial" w:hAnsi="Arial"/>
        </w:rPr>
        <w:t xml:space="preserve"> is not </w:t>
      </w:r>
      <w:proofErr w:type="spellStart"/>
      <w:r>
        <w:rPr>
          <w:rFonts w:ascii="Arial" w:hAnsi="Arial"/>
        </w:rPr>
        <w:t>not</w:t>
      </w:r>
      <w:proofErr w:type="spellEnd"/>
      <w:r>
        <w:rPr>
          <w:rFonts w:ascii="Arial" w:hAnsi="Arial"/>
        </w:rPr>
        <w:t xml:space="preserve"> representative of actually some of the trials. you had to go through Yeah. I think it's </w:t>
      </w:r>
      <w:proofErr w:type="gramStart"/>
      <w:r>
        <w:rPr>
          <w:rFonts w:ascii="Arial" w:hAnsi="Arial"/>
        </w:rPr>
        <w:t>very interesting</w:t>
      </w:r>
      <w:proofErr w:type="gramEnd"/>
      <w:r>
        <w:rPr>
          <w:rFonts w:ascii="Arial" w:hAnsi="Arial"/>
        </w:rPr>
        <w:t>, because I know that, you know, you have had to</w:t>
      </w:r>
      <w:r>
        <w:rPr>
          <w:rFonts w:ascii="Arial" w:hAnsi="Arial"/>
        </w:rPr>
        <w:t xml:space="preserve"> go through some big medical sorts of experiences that you are happy to identify yourself with that sort of, I don't want to say flippant, you're, you're happy to identify yourself with a casual term like that.</w:t>
      </w:r>
    </w:p>
    <w:p w14:paraId="00C6950A" w14:textId="77777777" w:rsidR="00CF75C8" w:rsidRDefault="00CF75C8">
      <w:pPr>
        <w:spacing w:after="0"/>
      </w:pPr>
    </w:p>
    <w:p w14:paraId="5D506120" w14:textId="77777777" w:rsidR="00CF75C8" w:rsidRDefault="002F30F1">
      <w:pPr>
        <w:spacing w:after="0"/>
      </w:pPr>
      <w:proofErr w:type="spellStart"/>
      <w:r>
        <w:rPr>
          <w:rFonts w:ascii="Arial" w:hAnsi="Arial"/>
          <w:b/>
        </w:rPr>
        <w:t>jessica</w:t>
      </w:r>
      <w:proofErr w:type="spellEnd"/>
      <w:r>
        <w:rPr>
          <w:rFonts w:ascii="Arial" w:hAnsi="Arial"/>
          <w:b/>
        </w:rPr>
        <w:t xml:space="preserve">  </w:t>
      </w:r>
      <w:r>
        <w:rPr>
          <w:rFonts w:ascii="Arial" w:hAnsi="Arial"/>
          <w:color w:val="5D7284"/>
        </w:rPr>
        <w:t>49:52</w:t>
      </w:r>
    </w:p>
    <w:p w14:paraId="6FAAF95F" w14:textId="77777777" w:rsidR="00CF75C8" w:rsidRDefault="002F30F1">
      <w:pPr>
        <w:spacing w:after="0"/>
      </w:pPr>
      <w:r>
        <w:rPr>
          <w:rFonts w:ascii="Arial" w:hAnsi="Arial"/>
        </w:rPr>
        <w:t xml:space="preserve">Yeah, I think now, </w:t>
      </w:r>
      <w:proofErr w:type="gramStart"/>
      <w:r>
        <w:rPr>
          <w:rFonts w:ascii="Arial" w:hAnsi="Arial"/>
        </w:rPr>
        <w:t>definitely</w:t>
      </w:r>
      <w:r>
        <w:rPr>
          <w:rFonts w:ascii="Arial" w:hAnsi="Arial"/>
        </w:rPr>
        <w:t xml:space="preserve"> more</w:t>
      </w:r>
      <w:proofErr w:type="gramEnd"/>
      <w:r>
        <w:rPr>
          <w:rFonts w:ascii="Arial" w:hAnsi="Arial"/>
        </w:rPr>
        <w:t xml:space="preserve"> than ever really, like definitely more than I used to. I've done A lot more kind of research into it because  I had like a basic knowledge of Marfan syndrome growing up, I kind of wanted to kind of know why I was a bit different. And my mom would obv</w:t>
      </w:r>
      <w:r>
        <w:rPr>
          <w:rFonts w:ascii="Arial" w:hAnsi="Arial"/>
        </w:rPr>
        <w:t xml:space="preserve">iously tell me certain things and there was huge amount of medical jargon and stuff that I didn't understand at my appointment. </w:t>
      </w:r>
      <w:proofErr w:type="gramStart"/>
      <w:r>
        <w:rPr>
          <w:rFonts w:ascii="Arial" w:hAnsi="Arial"/>
        </w:rPr>
        <w:t>So</w:t>
      </w:r>
      <w:proofErr w:type="gramEnd"/>
      <w:r>
        <w:rPr>
          <w:rFonts w:ascii="Arial" w:hAnsi="Arial"/>
        </w:rPr>
        <w:t xml:space="preserve"> my mom would then obviously, kind of spoon feed it to me a bit and explain what things meant and what was happening.</w:t>
      </w:r>
    </w:p>
    <w:p w14:paraId="0D2DACD9" w14:textId="77777777" w:rsidR="00CF75C8" w:rsidRDefault="00CF75C8">
      <w:pPr>
        <w:spacing w:after="0"/>
      </w:pPr>
    </w:p>
    <w:p w14:paraId="2C4CB3B6" w14:textId="77777777" w:rsidR="00CF75C8" w:rsidRDefault="002F30F1">
      <w:pPr>
        <w:spacing w:after="0"/>
      </w:pPr>
      <w:r>
        <w:rPr>
          <w:rFonts w:ascii="Arial" w:hAnsi="Arial"/>
          <w:b/>
        </w:rPr>
        <w:t xml:space="preserve">Alice  </w:t>
      </w:r>
      <w:r>
        <w:rPr>
          <w:rFonts w:ascii="Arial" w:hAnsi="Arial"/>
          <w:color w:val="5D7284"/>
        </w:rPr>
        <w:t>50:29</w:t>
      </w:r>
    </w:p>
    <w:p w14:paraId="15970D69" w14:textId="77777777" w:rsidR="00CF75C8" w:rsidRDefault="002F30F1">
      <w:pPr>
        <w:spacing w:after="0"/>
      </w:pPr>
      <w:r>
        <w:rPr>
          <w:rFonts w:ascii="Arial" w:hAnsi="Arial"/>
        </w:rPr>
        <w:t>And this was all before the internet, when you couldn't just do stuff you were relying on, you know? Yeah, yeah.</w:t>
      </w:r>
    </w:p>
    <w:p w14:paraId="5EEA22C6" w14:textId="77777777" w:rsidR="00CF75C8" w:rsidRDefault="00CF75C8">
      <w:pPr>
        <w:spacing w:after="0"/>
      </w:pPr>
    </w:p>
    <w:p w14:paraId="5744F785" w14:textId="77777777" w:rsidR="00CF75C8" w:rsidRDefault="002F30F1">
      <w:pPr>
        <w:spacing w:after="0"/>
      </w:pPr>
      <w:proofErr w:type="spellStart"/>
      <w:r>
        <w:rPr>
          <w:rFonts w:ascii="Arial" w:hAnsi="Arial"/>
          <w:b/>
        </w:rPr>
        <w:t>jessica</w:t>
      </w:r>
      <w:proofErr w:type="spellEnd"/>
      <w:r>
        <w:rPr>
          <w:rFonts w:ascii="Arial" w:hAnsi="Arial"/>
          <w:b/>
        </w:rPr>
        <w:t xml:space="preserve">  </w:t>
      </w:r>
      <w:r>
        <w:rPr>
          <w:rFonts w:ascii="Arial" w:hAnsi="Arial"/>
          <w:color w:val="5D7284"/>
        </w:rPr>
        <w:t>50:37</w:t>
      </w:r>
    </w:p>
    <w:p w14:paraId="0BD8913F" w14:textId="77777777" w:rsidR="00CF75C8" w:rsidRDefault="002F30F1">
      <w:pPr>
        <w:spacing w:after="0"/>
      </w:pPr>
      <w:r>
        <w:rPr>
          <w:rFonts w:ascii="Arial" w:hAnsi="Arial"/>
        </w:rPr>
        <w:t>Yeah, definitely. And I think as well like having the surgeries that I had, and with them being so kind of out of the blu</w:t>
      </w:r>
      <w:r>
        <w:rPr>
          <w:rFonts w:ascii="Arial" w:hAnsi="Arial"/>
        </w:rPr>
        <w:t xml:space="preserve">e, for me, I mean, they </w:t>
      </w:r>
      <w:proofErr w:type="gramStart"/>
      <w:r>
        <w:rPr>
          <w:rFonts w:ascii="Arial" w:hAnsi="Arial"/>
        </w:rPr>
        <w:t>were</w:t>
      </w:r>
      <w:proofErr w:type="gramEnd"/>
      <w:r>
        <w:rPr>
          <w:rFonts w:ascii="Arial" w:hAnsi="Arial"/>
        </w:rPr>
        <w:t xml:space="preserve"> and they weren't, I was always told that aortic surgery, it was possibly on the cards for me having the diagnosis of Marfan this, but they also said it would happen in </w:t>
      </w:r>
      <w:r>
        <w:rPr>
          <w:rFonts w:ascii="Arial" w:hAnsi="Arial"/>
        </w:rPr>
        <w:lastRenderedPageBreak/>
        <w:t xml:space="preserve">the teenage years. And I managed to get to kind of </w:t>
      </w:r>
      <w:proofErr w:type="gramStart"/>
      <w:r>
        <w:rPr>
          <w:rFonts w:ascii="Arial" w:hAnsi="Arial"/>
        </w:rPr>
        <w:t>uni</w:t>
      </w:r>
      <w:proofErr w:type="gramEnd"/>
      <w:r>
        <w:rPr>
          <w:rFonts w:ascii="Arial" w:hAnsi="Arial"/>
        </w:rPr>
        <w:t xml:space="preserve"> and </w:t>
      </w:r>
      <w:r>
        <w:rPr>
          <w:rFonts w:ascii="Arial" w:hAnsi="Arial"/>
        </w:rPr>
        <w:t>nothing had happened, there was no kind of issues other than, like needing strong prescription glasses and painkillers now and again, stuff like that I lived a relatively normal life, quote, unquote, normal. But yeah, so it could have been a lot worse. And</w:t>
      </w:r>
      <w:r>
        <w:rPr>
          <w:rFonts w:ascii="Arial" w:hAnsi="Arial"/>
        </w:rPr>
        <w:t xml:space="preserve"> then it happened, happened to be November 2013. I went for  my annual ECG, heart scan, at Glenfield  hospital. And I've been going there since I was a baby pretty much. And they're brilliant. They see me every year. And it just, it was nothing </w:t>
      </w:r>
      <w:proofErr w:type="gramStart"/>
      <w:r>
        <w:rPr>
          <w:rFonts w:ascii="Arial" w:hAnsi="Arial"/>
        </w:rPr>
        <w:t>really out</w:t>
      </w:r>
      <w:proofErr w:type="gramEnd"/>
      <w:r>
        <w:rPr>
          <w:rFonts w:ascii="Arial" w:hAnsi="Arial"/>
        </w:rPr>
        <w:t xml:space="preserve"> </w:t>
      </w:r>
      <w:r>
        <w:rPr>
          <w:rFonts w:ascii="Arial" w:hAnsi="Arial"/>
        </w:rPr>
        <w:t xml:space="preserve">of the normal. Although I had been experiencing like slight chest pains. And I'm not telling the story very well, which really started the beginning. </w:t>
      </w:r>
      <w:proofErr w:type="gramStart"/>
      <w:r>
        <w:rPr>
          <w:rFonts w:ascii="Arial" w:hAnsi="Arial"/>
        </w:rPr>
        <w:t>So</w:t>
      </w:r>
      <w:proofErr w:type="gramEnd"/>
      <w:r>
        <w:rPr>
          <w:rFonts w:ascii="Arial" w:hAnsi="Arial"/>
        </w:rPr>
        <w:t xml:space="preserve"> a couple of weeks prior to this. I've been sat at home, and I was pic....  out </w:t>
      </w:r>
      <w:proofErr w:type="gramStart"/>
      <w:r>
        <w:rPr>
          <w:rFonts w:ascii="Arial" w:hAnsi="Arial"/>
        </w:rPr>
        <w:t>absolutely fine</w:t>
      </w:r>
      <w:proofErr w:type="gramEnd"/>
      <w:r>
        <w:rPr>
          <w:rFonts w:ascii="Arial" w:hAnsi="Arial"/>
        </w:rPr>
        <w:t xml:space="preserve">. And </w:t>
      </w:r>
      <w:proofErr w:type="gramStart"/>
      <w:r>
        <w:rPr>
          <w:rFonts w:ascii="Arial" w:hAnsi="Arial"/>
        </w:rPr>
        <w:t>all</w:t>
      </w:r>
      <w:r>
        <w:rPr>
          <w:rFonts w:ascii="Arial" w:hAnsi="Arial"/>
        </w:rPr>
        <w:t xml:space="preserve"> of a sudden</w:t>
      </w:r>
      <w:proofErr w:type="gramEnd"/>
      <w:r>
        <w:rPr>
          <w:rFonts w:ascii="Arial" w:hAnsi="Arial"/>
        </w:rPr>
        <w:t>, everything got really tight around my sort of chest, lungs, heart area, that whole bit here. And I freaked out, I didn't know what was happening. And I've always had palpitations, I've always been told that they're nothing to worry about. But</w:t>
      </w:r>
      <w:r>
        <w:rPr>
          <w:rFonts w:ascii="Arial" w:hAnsi="Arial"/>
        </w:rPr>
        <w:t xml:space="preserve"> obviously if they happen regularly, to you know, go one on one. </w:t>
      </w:r>
      <w:proofErr w:type="gramStart"/>
      <w:r>
        <w:rPr>
          <w:rFonts w:ascii="Arial" w:hAnsi="Arial"/>
        </w:rPr>
        <w:t>So</w:t>
      </w:r>
      <w:proofErr w:type="gramEnd"/>
      <w:r>
        <w:rPr>
          <w:rFonts w:ascii="Arial" w:hAnsi="Arial"/>
        </w:rPr>
        <w:t xml:space="preserve"> I hadn't really had any palpitations or anything. It literally just felt like something had tightened around my windpipe, but I could still breathe. Okay, everything just felt really close</w:t>
      </w:r>
      <w:r>
        <w:rPr>
          <w:rFonts w:ascii="Arial" w:hAnsi="Arial"/>
        </w:rPr>
        <w:t xml:space="preserve"> inside. That's how I Yeah, </w:t>
      </w:r>
      <w:proofErr w:type="spellStart"/>
      <w:r>
        <w:rPr>
          <w:rFonts w:ascii="Arial" w:hAnsi="Arial"/>
        </w:rPr>
        <w:t>kinda</w:t>
      </w:r>
      <w:proofErr w:type="spellEnd"/>
      <w:r>
        <w:rPr>
          <w:rFonts w:ascii="Arial" w:hAnsi="Arial"/>
        </w:rPr>
        <w:t xml:space="preserve"> like squeezing a balloon, I suppose is how I describe it or like stretching it. I don't know. Yeah. So basically, we rang an ambulance that decided to send out an ambulance to me. And they checked me over. And at the time,</w:t>
      </w:r>
      <w:r>
        <w:rPr>
          <w:rFonts w:ascii="Arial" w:hAnsi="Arial"/>
        </w:rPr>
        <w:t xml:space="preserve"> I wasn't as kind of educated and I didn't really, basically I didn't say, I have Marfan syndrome. It affects my heart and my autists I think I should go to hospital again. Because what we were worried about </w:t>
      </w:r>
      <w:proofErr w:type="gramStart"/>
      <w:r>
        <w:rPr>
          <w:rFonts w:ascii="Arial" w:hAnsi="Arial"/>
        </w:rPr>
        <w:t>was</w:t>
      </w:r>
      <w:proofErr w:type="gramEnd"/>
      <w:r>
        <w:rPr>
          <w:rFonts w:ascii="Arial" w:hAnsi="Arial"/>
        </w:rPr>
        <w:t xml:space="preserve"> I was having an aortic dissection, which is </w:t>
      </w:r>
      <w:r>
        <w:rPr>
          <w:rFonts w:ascii="Arial" w:hAnsi="Arial"/>
        </w:rPr>
        <w:t xml:space="preserve">a huge part of Marfan syndrome. That's like the biggest worry basically, I didn't mention any of that. They just said, Well, we can't really find anything wrong with you. Your blood pressure's fine. Your airways </w:t>
      </w:r>
      <w:proofErr w:type="gramStart"/>
      <w:r>
        <w:rPr>
          <w:rFonts w:ascii="Arial" w:hAnsi="Arial"/>
        </w:rPr>
        <w:t>your</w:t>
      </w:r>
      <w:proofErr w:type="gramEnd"/>
      <w:r>
        <w:rPr>
          <w:rFonts w:ascii="Arial" w:hAnsi="Arial"/>
        </w:rPr>
        <w:t xml:space="preserve">  breathing. But if you do want to go to</w:t>
      </w:r>
      <w:r>
        <w:rPr>
          <w:rFonts w:ascii="Arial" w:hAnsi="Arial"/>
        </w:rPr>
        <w:t xml:space="preserve"> </w:t>
      </w:r>
      <w:proofErr w:type="spellStart"/>
      <w:r>
        <w:rPr>
          <w:rFonts w:ascii="Arial" w:hAnsi="Arial"/>
        </w:rPr>
        <w:t>a&amp;e</w:t>
      </w:r>
      <w:proofErr w:type="spellEnd"/>
      <w:r>
        <w:rPr>
          <w:rFonts w:ascii="Arial" w:hAnsi="Arial"/>
        </w:rPr>
        <w:t xml:space="preserve">, obviously, go, but we can't take you kind of thing. And </w:t>
      </w:r>
      <w:proofErr w:type="gramStart"/>
      <w:r>
        <w:rPr>
          <w:rFonts w:ascii="Arial" w:hAnsi="Arial"/>
        </w:rPr>
        <w:t>so</w:t>
      </w:r>
      <w:proofErr w:type="gramEnd"/>
      <w:r>
        <w:rPr>
          <w:rFonts w:ascii="Arial" w:hAnsi="Arial"/>
        </w:rPr>
        <w:t xml:space="preserve"> me and my partner trundled off to </w:t>
      </w:r>
      <w:proofErr w:type="spellStart"/>
      <w:r>
        <w:rPr>
          <w:rFonts w:ascii="Arial" w:hAnsi="Arial"/>
        </w:rPr>
        <w:t>a&amp;e</w:t>
      </w:r>
      <w:proofErr w:type="spellEnd"/>
      <w:r>
        <w:rPr>
          <w:rFonts w:ascii="Arial" w:hAnsi="Arial"/>
        </w:rPr>
        <w:t xml:space="preserve">. They couldn't find what was wrong. They didn't do any scans or anything at the time, and I really cross at myself. My mom's </w:t>
      </w:r>
      <w:proofErr w:type="gramStart"/>
      <w:r>
        <w:rPr>
          <w:rFonts w:ascii="Arial" w:hAnsi="Arial"/>
        </w:rPr>
        <w:t>definitely cross</w:t>
      </w:r>
      <w:proofErr w:type="gramEnd"/>
      <w:r>
        <w:rPr>
          <w:rFonts w:ascii="Arial" w:hAnsi="Arial"/>
        </w:rPr>
        <w:t xml:space="preserve"> with  me I </w:t>
      </w:r>
      <w:r>
        <w:rPr>
          <w:rFonts w:ascii="Arial" w:hAnsi="Arial"/>
        </w:rPr>
        <w:t>didn't really get the kind of warning lights of I have Marfan syndrome, I have a heart condition. This can like rupture. This can tab blah, blah, blah, I need an ECG. And nothing of that was said, and I don't blame myself for it. But I really wish I had kn</w:t>
      </w:r>
      <w:r>
        <w:rPr>
          <w:rFonts w:ascii="Arial" w:hAnsi="Arial"/>
        </w:rPr>
        <w:t>own more than I do now. And I'd have just put two and two together, because it didn't feel like my heart. It wasn't like a heart issue.</w:t>
      </w:r>
    </w:p>
    <w:p w14:paraId="0E48CEE5" w14:textId="77777777" w:rsidR="00CF75C8" w:rsidRDefault="00CF75C8">
      <w:pPr>
        <w:spacing w:after="0"/>
      </w:pPr>
    </w:p>
    <w:p w14:paraId="1A35D2BA" w14:textId="77777777" w:rsidR="00CF75C8" w:rsidRDefault="002F30F1">
      <w:pPr>
        <w:spacing w:after="0"/>
      </w:pPr>
      <w:r>
        <w:rPr>
          <w:rFonts w:ascii="Arial" w:hAnsi="Arial"/>
          <w:b/>
        </w:rPr>
        <w:t xml:space="preserve">Alice  </w:t>
      </w:r>
      <w:r>
        <w:rPr>
          <w:rFonts w:ascii="Arial" w:hAnsi="Arial"/>
          <w:color w:val="5D7284"/>
        </w:rPr>
        <w:t>54:38</w:t>
      </w:r>
    </w:p>
    <w:p w14:paraId="1DE1F181" w14:textId="77777777" w:rsidR="00CF75C8" w:rsidRDefault="002F30F1">
      <w:pPr>
        <w:spacing w:after="0"/>
      </w:pPr>
      <w:r>
        <w:rPr>
          <w:rFonts w:ascii="Arial" w:hAnsi="Arial"/>
        </w:rPr>
        <w:t xml:space="preserve">Yeah. Are you </w:t>
      </w:r>
      <w:proofErr w:type="spellStart"/>
      <w:r>
        <w:rPr>
          <w:rFonts w:ascii="Arial" w:hAnsi="Arial"/>
        </w:rPr>
        <w:t>you</w:t>
      </w:r>
      <w:proofErr w:type="spellEnd"/>
      <w:r>
        <w:rPr>
          <w:rFonts w:ascii="Arial" w:hAnsi="Arial"/>
        </w:rPr>
        <w:t xml:space="preserve"> think you think that happened because of a kind of a lack of your </w:t>
      </w:r>
      <w:proofErr w:type="gramStart"/>
      <w:r>
        <w:rPr>
          <w:rFonts w:ascii="Arial" w:hAnsi="Arial"/>
        </w:rPr>
        <w:t>understanding.</w:t>
      </w:r>
      <w:proofErr w:type="gramEnd"/>
      <w:r>
        <w:rPr>
          <w:rFonts w:ascii="Arial" w:hAnsi="Arial"/>
        </w:rPr>
        <w:t xml:space="preserve"> It wasn</w:t>
      </w:r>
      <w:r>
        <w:rPr>
          <w:rFonts w:ascii="Arial" w:hAnsi="Arial"/>
        </w:rPr>
        <w:t xml:space="preserve">'t sort of a denial thing. If you go and I don't want this to be this to be my heart. I'm not </w:t>
      </w:r>
      <w:proofErr w:type="spellStart"/>
      <w:r>
        <w:rPr>
          <w:rFonts w:ascii="Arial" w:hAnsi="Arial"/>
        </w:rPr>
        <w:t>gonna</w:t>
      </w:r>
      <w:proofErr w:type="spellEnd"/>
      <w:r>
        <w:rPr>
          <w:rFonts w:ascii="Arial" w:hAnsi="Arial"/>
        </w:rPr>
        <w:t xml:space="preserve"> bring it up.</w:t>
      </w:r>
    </w:p>
    <w:p w14:paraId="7FFAA3B9" w14:textId="77777777" w:rsidR="00CF75C8" w:rsidRDefault="00CF75C8">
      <w:pPr>
        <w:spacing w:after="0"/>
      </w:pPr>
    </w:p>
    <w:p w14:paraId="4D67E372" w14:textId="77777777" w:rsidR="00CF75C8" w:rsidRDefault="002F30F1">
      <w:pPr>
        <w:spacing w:after="0"/>
      </w:pPr>
      <w:proofErr w:type="spellStart"/>
      <w:r>
        <w:rPr>
          <w:rFonts w:ascii="Arial" w:hAnsi="Arial"/>
          <w:b/>
        </w:rPr>
        <w:t>jessica</w:t>
      </w:r>
      <w:proofErr w:type="spellEnd"/>
      <w:r>
        <w:rPr>
          <w:rFonts w:ascii="Arial" w:hAnsi="Arial"/>
          <w:b/>
        </w:rPr>
        <w:t xml:space="preserve">  </w:t>
      </w:r>
      <w:r>
        <w:rPr>
          <w:rFonts w:ascii="Arial" w:hAnsi="Arial"/>
          <w:color w:val="5D7284"/>
        </w:rPr>
        <w:t>54:52</w:t>
      </w:r>
    </w:p>
    <w:p w14:paraId="258D7457" w14:textId="77777777" w:rsidR="00CF75C8" w:rsidRDefault="002F30F1">
      <w:pPr>
        <w:spacing w:after="0"/>
      </w:pPr>
      <w:r>
        <w:rPr>
          <w:rFonts w:ascii="Arial" w:hAnsi="Arial"/>
        </w:rPr>
        <w:t xml:space="preserve">No, because if I've </w:t>
      </w:r>
      <w:proofErr w:type="gramStart"/>
      <w:r>
        <w:rPr>
          <w:rFonts w:ascii="Arial" w:hAnsi="Arial"/>
        </w:rPr>
        <w:t>actually said</w:t>
      </w:r>
      <w:proofErr w:type="gramEnd"/>
      <w:r>
        <w:rPr>
          <w:rFonts w:ascii="Arial" w:hAnsi="Arial"/>
        </w:rPr>
        <w:t xml:space="preserve"> like, I have this condition please can I have a scan? It would have got caught much sooner, b</w:t>
      </w:r>
      <w:r>
        <w:rPr>
          <w:rFonts w:ascii="Arial" w:hAnsi="Arial"/>
        </w:rPr>
        <w:t>ut I did. I just didn't connect the dots. And the person I did see was in the ear, nose and throat department. And they continue to want to put a camera up and down, like up my nose and down. And I, they tried to do it a couple of times not freaked out. An</w:t>
      </w:r>
      <w:r>
        <w:rPr>
          <w:rFonts w:ascii="Arial" w:hAnsi="Arial"/>
        </w:rPr>
        <w:t>d I was like, Look, I can't, you can cut, you can't do this, basically. And they said, what this what they thought it was, and without being able to put the camera down was just swollen glands. And I just had something wrong with my glands or neck or somet</w:t>
      </w:r>
      <w:r>
        <w:rPr>
          <w:rFonts w:ascii="Arial" w:hAnsi="Arial"/>
        </w:rPr>
        <w:t>hing. So just go home. Yeah, just go home. And if it persists, come back.</w:t>
      </w:r>
    </w:p>
    <w:p w14:paraId="3EB504F9" w14:textId="77777777" w:rsidR="00CF75C8" w:rsidRDefault="00CF75C8">
      <w:pPr>
        <w:spacing w:after="0"/>
      </w:pPr>
    </w:p>
    <w:p w14:paraId="418C965B" w14:textId="77777777" w:rsidR="00CF75C8" w:rsidRDefault="002F30F1">
      <w:pPr>
        <w:spacing w:after="0"/>
      </w:pPr>
      <w:r>
        <w:rPr>
          <w:rFonts w:ascii="Arial" w:hAnsi="Arial"/>
          <w:b/>
        </w:rPr>
        <w:t xml:space="preserve">Alice  </w:t>
      </w:r>
      <w:r>
        <w:rPr>
          <w:rFonts w:ascii="Arial" w:hAnsi="Arial"/>
          <w:color w:val="5D7284"/>
        </w:rPr>
        <w:t>55:42</w:t>
      </w:r>
    </w:p>
    <w:p w14:paraId="4970E8FD" w14:textId="77777777" w:rsidR="00CF75C8" w:rsidRDefault="002F30F1">
      <w:pPr>
        <w:spacing w:after="0"/>
      </w:pPr>
      <w:proofErr w:type="gramStart"/>
      <w:r>
        <w:rPr>
          <w:rFonts w:ascii="Arial" w:hAnsi="Arial"/>
        </w:rPr>
        <w:t>So</w:t>
      </w:r>
      <w:proofErr w:type="gramEnd"/>
      <w:r>
        <w:rPr>
          <w:rFonts w:ascii="Arial" w:hAnsi="Arial"/>
        </w:rPr>
        <w:t xml:space="preserve"> did you tell your mom about this at the time?</w:t>
      </w:r>
    </w:p>
    <w:p w14:paraId="0BA71A24" w14:textId="77777777" w:rsidR="00CF75C8" w:rsidRDefault="00CF75C8">
      <w:pPr>
        <w:spacing w:after="0"/>
      </w:pPr>
    </w:p>
    <w:p w14:paraId="24A27D98" w14:textId="77777777" w:rsidR="00CF75C8" w:rsidRDefault="002F30F1">
      <w:pPr>
        <w:spacing w:after="0"/>
      </w:pPr>
      <w:proofErr w:type="spellStart"/>
      <w:r>
        <w:rPr>
          <w:rFonts w:ascii="Arial" w:hAnsi="Arial"/>
          <w:b/>
        </w:rPr>
        <w:t>jessica</w:t>
      </w:r>
      <w:proofErr w:type="spellEnd"/>
      <w:r>
        <w:rPr>
          <w:rFonts w:ascii="Arial" w:hAnsi="Arial"/>
          <w:b/>
        </w:rPr>
        <w:t xml:space="preserve">  </w:t>
      </w:r>
      <w:r>
        <w:rPr>
          <w:rFonts w:ascii="Arial" w:hAnsi="Arial"/>
          <w:color w:val="5D7284"/>
        </w:rPr>
        <w:t>55:46</w:t>
      </w:r>
    </w:p>
    <w:p w14:paraId="08B8F1A3" w14:textId="77777777" w:rsidR="00CF75C8" w:rsidRDefault="002F30F1">
      <w:pPr>
        <w:spacing w:after="0"/>
      </w:pPr>
      <w:r>
        <w:rPr>
          <w:rFonts w:ascii="Arial" w:hAnsi="Arial"/>
        </w:rPr>
        <w:t xml:space="preserve">No. But that was because I </w:t>
      </w:r>
      <w:proofErr w:type="gramStart"/>
      <w:r>
        <w:rPr>
          <w:rFonts w:ascii="Arial" w:hAnsi="Arial"/>
        </w:rPr>
        <w:t>previous to</w:t>
      </w:r>
      <w:proofErr w:type="gramEnd"/>
      <w:r>
        <w:rPr>
          <w:rFonts w:ascii="Arial" w:hAnsi="Arial"/>
        </w:rPr>
        <w:t xml:space="preserve"> this, like throughout kind of teenage years, I would wake up </w:t>
      </w:r>
      <w:r>
        <w:rPr>
          <w:rFonts w:ascii="Arial" w:hAnsi="Arial"/>
        </w:rPr>
        <w:t>in the middle of the night with heart palpitations. And they'd last for about a few minutes, and then they die down it they go away. And then I fall asleep. And I've mentioned it she'd say, Well, um, well, you know, if they happen regularly, then we'll tak</w:t>
      </w:r>
      <w:r>
        <w:rPr>
          <w:rFonts w:ascii="Arial" w:hAnsi="Arial"/>
        </w:rPr>
        <w:t xml:space="preserve">e you for an appointment. But things like that will happen. Like I have </w:t>
      </w:r>
      <w:proofErr w:type="gramStart"/>
      <w:r>
        <w:rPr>
          <w:rFonts w:ascii="Arial" w:hAnsi="Arial"/>
        </w:rPr>
        <w:t>a</w:t>
      </w:r>
      <w:proofErr w:type="gramEnd"/>
      <w:r>
        <w:rPr>
          <w:rFonts w:ascii="Arial" w:hAnsi="Arial"/>
        </w:rPr>
        <w:t xml:space="preserve"> unusual heartbeat anyway. And a bit of arrhythmia. </w:t>
      </w:r>
      <w:proofErr w:type="gramStart"/>
      <w:r>
        <w:rPr>
          <w:rFonts w:ascii="Arial" w:hAnsi="Arial"/>
        </w:rPr>
        <w:t>So</w:t>
      </w:r>
      <w:proofErr w:type="gramEnd"/>
      <w:r>
        <w:rPr>
          <w:rFonts w:ascii="Arial" w:hAnsi="Arial"/>
        </w:rPr>
        <w:t xml:space="preserve"> I have like, extra beat every now and again anyway. And </w:t>
      </w:r>
      <w:proofErr w:type="gramStart"/>
      <w:r>
        <w:rPr>
          <w:rFonts w:ascii="Arial" w:hAnsi="Arial"/>
        </w:rPr>
        <w:t>so</w:t>
      </w:r>
      <w:proofErr w:type="gramEnd"/>
      <w:r>
        <w:rPr>
          <w:rFonts w:ascii="Arial" w:hAnsi="Arial"/>
        </w:rPr>
        <w:t xml:space="preserve"> I just kind of got used to things being a bit strange inside.</w:t>
      </w:r>
    </w:p>
    <w:p w14:paraId="3A1A9D48" w14:textId="77777777" w:rsidR="00CF75C8" w:rsidRDefault="00CF75C8">
      <w:pPr>
        <w:spacing w:after="0"/>
      </w:pPr>
    </w:p>
    <w:p w14:paraId="2A10AD4C" w14:textId="77777777" w:rsidR="00CF75C8" w:rsidRDefault="002F30F1">
      <w:pPr>
        <w:spacing w:after="0"/>
      </w:pPr>
      <w:r>
        <w:rPr>
          <w:rFonts w:ascii="Arial" w:hAnsi="Arial"/>
          <w:b/>
        </w:rPr>
        <w:t xml:space="preserve">Alice </w:t>
      </w:r>
      <w:r>
        <w:rPr>
          <w:rFonts w:ascii="Arial" w:hAnsi="Arial"/>
          <w:b/>
        </w:rPr>
        <w:t xml:space="preserve"> </w:t>
      </w:r>
      <w:r>
        <w:rPr>
          <w:rFonts w:ascii="Arial" w:hAnsi="Arial"/>
          <w:color w:val="5D7284"/>
        </w:rPr>
        <w:t>56:33</w:t>
      </w:r>
    </w:p>
    <w:p w14:paraId="5CD503CA" w14:textId="77777777" w:rsidR="00CF75C8" w:rsidRDefault="002F30F1">
      <w:pPr>
        <w:spacing w:after="0"/>
      </w:pPr>
      <w:r>
        <w:rPr>
          <w:rFonts w:ascii="Arial" w:hAnsi="Arial"/>
        </w:rPr>
        <w:t xml:space="preserve">I understand I get flashing lights, and sometimes they're </w:t>
      </w:r>
      <w:proofErr w:type="gramStart"/>
      <w:r>
        <w:rPr>
          <w:rFonts w:ascii="Arial" w:hAnsi="Arial"/>
        </w:rPr>
        <w:t>really bad</w:t>
      </w:r>
      <w:proofErr w:type="gramEnd"/>
      <w:r>
        <w:rPr>
          <w:rFonts w:ascii="Arial" w:hAnsi="Arial"/>
        </w:rPr>
        <w:t>. And sometimes it's not really anything. But if I, you know, my other half  asked me about before, and if I told you, every time I saw flashing lights, I'd be every four or five mi</w:t>
      </w:r>
      <w:r>
        <w:rPr>
          <w:rFonts w:ascii="Arial" w:hAnsi="Arial"/>
        </w:rPr>
        <w:t xml:space="preserve">nutes go, oh, they're back. And </w:t>
      </w:r>
      <w:proofErr w:type="spellStart"/>
      <w:r>
        <w:rPr>
          <w:rFonts w:ascii="Arial" w:hAnsi="Arial"/>
        </w:rPr>
        <w:t>and</w:t>
      </w:r>
      <w:proofErr w:type="spellEnd"/>
      <w:r>
        <w:rPr>
          <w:rFonts w:ascii="Arial" w:hAnsi="Arial"/>
        </w:rPr>
        <w:t xml:space="preserve"> I got, you know, in it.</w:t>
      </w:r>
    </w:p>
    <w:p w14:paraId="72FF4BA6" w14:textId="77777777" w:rsidR="00CF75C8" w:rsidRDefault="00CF75C8">
      <w:pPr>
        <w:spacing w:after="0"/>
      </w:pPr>
    </w:p>
    <w:p w14:paraId="47061564" w14:textId="77777777" w:rsidR="00CF75C8" w:rsidRDefault="002F30F1">
      <w:pPr>
        <w:spacing w:after="0"/>
      </w:pPr>
      <w:proofErr w:type="spellStart"/>
      <w:r>
        <w:rPr>
          <w:rFonts w:ascii="Arial" w:hAnsi="Arial"/>
          <w:b/>
        </w:rPr>
        <w:t>jessica</w:t>
      </w:r>
      <w:proofErr w:type="spellEnd"/>
      <w:r>
        <w:rPr>
          <w:rFonts w:ascii="Arial" w:hAnsi="Arial"/>
          <w:b/>
        </w:rPr>
        <w:t xml:space="preserve">  </w:t>
      </w:r>
      <w:r>
        <w:rPr>
          <w:rFonts w:ascii="Arial" w:hAnsi="Arial"/>
          <w:color w:val="5D7284"/>
        </w:rPr>
        <w:t>57:00</w:t>
      </w:r>
    </w:p>
    <w:p w14:paraId="4F6F815B" w14:textId="77777777" w:rsidR="00CF75C8" w:rsidRDefault="002F30F1">
      <w:pPr>
        <w:spacing w:after="0"/>
      </w:pPr>
      <w:r>
        <w:rPr>
          <w:rFonts w:ascii="Arial" w:hAnsi="Arial"/>
        </w:rPr>
        <w:t xml:space="preserve">Yeah, I was just </w:t>
      </w:r>
      <w:proofErr w:type="spellStart"/>
      <w:r>
        <w:rPr>
          <w:rFonts w:ascii="Arial" w:hAnsi="Arial"/>
        </w:rPr>
        <w:t>gonna</w:t>
      </w:r>
      <w:proofErr w:type="spellEnd"/>
      <w:r>
        <w:rPr>
          <w:rFonts w:ascii="Arial" w:hAnsi="Arial"/>
        </w:rPr>
        <w:t xml:space="preserve"> say </w:t>
      </w:r>
      <w:proofErr w:type="gramStart"/>
      <w:r>
        <w:rPr>
          <w:rFonts w:ascii="Arial" w:hAnsi="Arial"/>
        </w:rPr>
        <w:t>very similar</w:t>
      </w:r>
      <w:proofErr w:type="gramEnd"/>
      <w:r>
        <w:rPr>
          <w:rFonts w:ascii="Arial" w:hAnsi="Arial"/>
        </w:rPr>
        <w:t xml:space="preserve"> to that. Like it was more regular for me to have something irregular happening that not. </w:t>
      </w:r>
      <w:proofErr w:type="gramStart"/>
      <w:r>
        <w:rPr>
          <w:rFonts w:ascii="Arial" w:hAnsi="Arial"/>
        </w:rPr>
        <w:t>So</w:t>
      </w:r>
      <w:proofErr w:type="gramEnd"/>
      <w:r>
        <w:rPr>
          <w:rFonts w:ascii="Arial" w:hAnsi="Arial"/>
        </w:rPr>
        <w:t xml:space="preserve"> I didn't tell her and I had work the next day an</w:t>
      </w:r>
      <w:r>
        <w:rPr>
          <w:rFonts w:ascii="Arial" w:hAnsi="Arial"/>
        </w:rPr>
        <w:t>d I went to work. And I feel like I just started a new job as well, at the time. It was a dream job that I'd wanted for a long time. And it was quite a physical job, which anyone with any understanding of Marfan syndrome, that's not really something that w</w:t>
      </w:r>
      <w:r>
        <w:rPr>
          <w:rFonts w:ascii="Arial" w:hAnsi="Arial"/>
        </w:rPr>
        <w:t>e can do. It's not really in our wheelhouse of difficult things to do. I mean, office and admin, and those are the kind of things that are in the books have Marfan syndrome, and these are the kind of employment opportunities we should like outsource and th</w:t>
      </w:r>
      <w:r>
        <w:rPr>
          <w:rFonts w:ascii="Arial" w:hAnsi="Arial"/>
        </w:rPr>
        <w:t xml:space="preserve">ings like that. Look </w:t>
      </w:r>
      <w:proofErr w:type="gramStart"/>
      <w:r>
        <w:rPr>
          <w:rFonts w:ascii="Arial" w:hAnsi="Arial"/>
        </w:rPr>
        <w:t>for</w:t>
      </w:r>
      <w:proofErr w:type="gramEnd"/>
    </w:p>
    <w:p w14:paraId="03C26CB5" w14:textId="77777777" w:rsidR="00CF75C8" w:rsidRDefault="00CF75C8">
      <w:pPr>
        <w:spacing w:after="0"/>
      </w:pPr>
    </w:p>
    <w:p w14:paraId="54D11DC4" w14:textId="77777777" w:rsidR="00CF75C8" w:rsidRDefault="002F30F1">
      <w:pPr>
        <w:spacing w:after="0"/>
      </w:pPr>
      <w:r>
        <w:rPr>
          <w:rFonts w:ascii="Arial" w:hAnsi="Arial"/>
          <w:b/>
        </w:rPr>
        <w:t xml:space="preserve">Alice  </w:t>
      </w:r>
      <w:r>
        <w:rPr>
          <w:rFonts w:ascii="Arial" w:hAnsi="Arial"/>
          <w:color w:val="5D7284"/>
        </w:rPr>
        <w:t>57:48</w:t>
      </w:r>
    </w:p>
    <w:p w14:paraId="756FC303" w14:textId="77777777" w:rsidR="00CF75C8" w:rsidRDefault="002F30F1">
      <w:pPr>
        <w:spacing w:after="0"/>
      </w:pPr>
      <w:r>
        <w:rPr>
          <w:rFonts w:ascii="Arial" w:hAnsi="Arial"/>
        </w:rPr>
        <w:t>these physical Well, yes, no, yes. No, no. Yeah.</w:t>
      </w:r>
    </w:p>
    <w:p w14:paraId="5B994FFC" w14:textId="77777777" w:rsidR="00CF75C8" w:rsidRDefault="00CF75C8">
      <w:pPr>
        <w:spacing w:after="0"/>
      </w:pPr>
    </w:p>
    <w:p w14:paraId="239E672B" w14:textId="77777777" w:rsidR="00CF75C8" w:rsidRDefault="002F30F1">
      <w:pPr>
        <w:spacing w:after="0"/>
      </w:pPr>
      <w:proofErr w:type="spellStart"/>
      <w:r>
        <w:rPr>
          <w:rFonts w:ascii="Arial" w:hAnsi="Arial"/>
          <w:b/>
        </w:rPr>
        <w:t>jessica</w:t>
      </w:r>
      <w:proofErr w:type="spellEnd"/>
      <w:r>
        <w:rPr>
          <w:rFonts w:ascii="Arial" w:hAnsi="Arial"/>
          <w:b/>
        </w:rPr>
        <w:t xml:space="preserve">  </w:t>
      </w:r>
      <w:r>
        <w:rPr>
          <w:rFonts w:ascii="Arial" w:hAnsi="Arial"/>
          <w:color w:val="5D7284"/>
        </w:rPr>
        <w:t>57:54</w:t>
      </w:r>
    </w:p>
    <w:p w14:paraId="0EE89053" w14:textId="77777777" w:rsidR="00CF75C8" w:rsidRDefault="002F30F1">
      <w:pPr>
        <w:spacing w:after="0"/>
      </w:pPr>
      <w:proofErr w:type="gramStart"/>
      <w:r>
        <w:rPr>
          <w:rFonts w:ascii="Arial" w:hAnsi="Arial"/>
        </w:rPr>
        <w:t>So</w:t>
      </w:r>
      <w:proofErr w:type="gramEnd"/>
      <w:r>
        <w:rPr>
          <w:rFonts w:ascii="Arial" w:hAnsi="Arial"/>
        </w:rPr>
        <w:t xml:space="preserve"> in a book, I got quite recently, it basically said, Don't try and be an Olympian Olympic athlete. Don't try and be a builder don't do anything. This </w:t>
      </w:r>
      <w:r>
        <w:rPr>
          <w:rFonts w:ascii="Arial" w:hAnsi="Arial"/>
        </w:rPr>
        <w:t xml:space="preserve">works with heavy machinery, anything like </w:t>
      </w:r>
      <w:proofErr w:type="gramStart"/>
      <w:r>
        <w:rPr>
          <w:rFonts w:ascii="Arial" w:hAnsi="Arial"/>
        </w:rPr>
        <w:t>that</w:t>
      </w:r>
      <w:proofErr w:type="gramEnd"/>
    </w:p>
    <w:p w14:paraId="0AF5805F" w14:textId="77777777" w:rsidR="00CF75C8" w:rsidRDefault="00CF75C8">
      <w:pPr>
        <w:spacing w:after="0"/>
      </w:pPr>
    </w:p>
    <w:p w14:paraId="074A632E" w14:textId="77777777" w:rsidR="00CF75C8" w:rsidRDefault="002F30F1">
      <w:pPr>
        <w:spacing w:after="0"/>
      </w:pPr>
      <w:r>
        <w:rPr>
          <w:rFonts w:ascii="Arial" w:hAnsi="Arial"/>
          <w:b/>
        </w:rPr>
        <w:t xml:space="preserve">Lucy  </w:t>
      </w:r>
      <w:r>
        <w:rPr>
          <w:rFonts w:ascii="Arial" w:hAnsi="Arial"/>
          <w:color w:val="5D7284"/>
        </w:rPr>
        <w:t>58:09</w:t>
      </w:r>
    </w:p>
    <w:p w14:paraId="4BCB84B2" w14:textId="77777777" w:rsidR="00CF75C8" w:rsidRDefault="002F30F1">
      <w:pPr>
        <w:spacing w:after="0"/>
      </w:pPr>
      <w:r>
        <w:rPr>
          <w:rFonts w:ascii="Arial" w:hAnsi="Arial"/>
        </w:rPr>
        <w:t>bit of a party  pooper really, isn't it?</w:t>
      </w:r>
    </w:p>
    <w:p w14:paraId="59AE8837" w14:textId="77777777" w:rsidR="00CF75C8" w:rsidRDefault="00CF75C8">
      <w:pPr>
        <w:spacing w:after="0"/>
      </w:pPr>
    </w:p>
    <w:p w14:paraId="17AC80DF" w14:textId="77777777" w:rsidR="00CF75C8" w:rsidRDefault="002F30F1">
      <w:pPr>
        <w:spacing w:after="0"/>
      </w:pPr>
      <w:proofErr w:type="spellStart"/>
      <w:r>
        <w:rPr>
          <w:rFonts w:ascii="Arial" w:hAnsi="Arial"/>
          <w:b/>
        </w:rPr>
        <w:t>jessica</w:t>
      </w:r>
      <w:proofErr w:type="spellEnd"/>
      <w:r>
        <w:rPr>
          <w:rFonts w:ascii="Arial" w:hAnsi="Arial"/>
          <w:b/>
        </w:rPr>
        <w:t xml:space="preserve">  </w:t>
      </w:r>
      <w:r>
        <w:rPr>
          <w:rFonts w:ascii="Arial" w:hAnsi="Arial"/>
          <w:color w:val="5D7284"/>
        </w:rPr>
        <w:t>58:13</w:t>
      </w:r>
    </w:p>
    <w:p w14:paraId="4FD8AB26" w14:textId="77777777" w:rsidR="00CF75C8" w:rsidRDefault="002F30F1">
      <w:pPr>
        <w:spacing w:after="0"/>
      </w:pPr>
      <w:r>
        <w:rPr>
          <w:rFonts w:ascii="Arial" w:hAnsi="Arial"/>
        </w:rPr>
        <w:t xml:space="preserve">So no, it wasn't anything like that. It was just I was a photographer for a family portrait </w:t>
      </w:r>
      <w:proofErr w:type="spellStart"/>
      <w:r>
        <w:rPr>
          <w:rFonts w:ascii="Arial" w:hAnsi="Arial"/>
        </w:rPr>
        <w:t>studio.but</w:t>
      </w:r>
      <w:proofErr w:type="spellEnd"/>
      <w:r>
        <w:rPr>
          <w:rFonts w:ascii="Arial" w:hAnsi="Arial"/>
        </w:rPr>
        <w:t xml:space="preserve"> , the gear is heavy and there is a l</w:t>
      </w:r>
      <w:r>
        <w:rPr>
          <w:rFonts w:ascii="Arial" w:hAnsi="Arial"/>
        </w:rPr>
        <w:t xml:space="preserve">ot jumping around with children and being entertaining and </w:t>
      </w:r>
      <w:proofErr w:type="gramStart"/>
      <w:r>
        <w:rPr>
          <w:rFonts w:ascii="Arial" w:hAnsi="Arial"/>
        </w:rPr>
        <w:t>all of</w:t>
      </w:r>
      <w:proofErr w:type="gramEnd"/>
      <w:r>
        <w:rPr>
          <w:rFonts w:ascii="Arial" w:hAnsi="Arial"/>
        </w:rPr>
        <w:t xml:space="preserve"> that stuff. But I was </w:t>
      </w:r>
      <w:proofErr w:type="gramStart"/>
      <w:r>
        <w:rPr>
          <w:rFonts w:ascii="Arial" w:hAnsi="Arial"/>
        </w:rPr>
        <w:t>absolutely brilliant</w:t>
      </w:r>
      <w:proofErr w:type="gramEnd"/>
      <w:r>
        <w:rPr>
          <w:rFonts w:ascii="Arial" w:hAnsi="Arial"/>
        </w:rPr>
        <w:t xml:space="preserve"> at it for like a month. And then this happened to like my chest. And then I think I tried to do something, and it just felt wrong. </w:t>
      </w:r>
      <w:proofErr w:type="gramStart"/>
      <w:r>
        <w:rPr>
          <w:rFonts w:ascii="Arial" w:hAnsi="Arial"/>
        </w:rPr>
        <w:t>So</w:t>
      </w:r>
      <w:proofErr w:type="gramEnd"/>
      <w:r>
        <w:rPr>
          <w:rFonts w:ascii="Arial" w:hAnsi="Arial"/>
        </w:rPr>
        <w:t xml:space="preserve"> I basically h</w:t>
      </w:r>
      <w:r>
        <w:rPr>
          <w:rFonts w:ascii="Arial" w:hAnsi="Arial"/>
        </w:rPr>
        <w:t>ad some time off work. I'd phoned the hospital and said, something's not right. Can I be seen a bit sooner than my appointment in November? Everything feels a bit tight. And I don't know if they're just used to, you know, the boy who cried wolf or anything</w:t>
      </w:r>
      <w:r>
        <w:rPr>
          <w:rFonts w:ascii="Arial" w:hAnsi="Arial"/>
        </w:rPr>
        <w:t xml:space="preserve">, and they're just used to people being like, something's wrong, and then everything's </w:t>
      </w:r>
      <w:proofErr w:type="gramStart"/>
      <w:r>
        <w:rPr>
          <w:rFonts w:ascii="Arial" w:hAnsi="Arial"/>
        </w:rPr>
        <w:t>absolutely fine</w:t>
      </w:r>
      <w:proofErr w:type="gramEnd"/>
      <w:r>
        <w:rPr>
          <w:rFonts w:ascii="Arial" w:hAnsi="Arial"/>
        </w:rPr>
        <w:t xml:space="preserve">. But they said like, the soonest appointment we could get for you is only a couple of days before your appointment anyway, like, they were </w:t>
      </w:r>
      <w:proofErr w:type="gramStart"/>
      <w:r>
        <w:rPr>
          <w:rFonts w:ascii="Arial" w:hAnsi="Arial"/>
        </w:rPr>
        <w:t>very busy</w:t>
      </w:r>
      <w:proofErr w:type="gramEnd"/>
      <w:r>
        <w:rPr>
          <w:rFonts w:ascii="Arial" w:hAnsi="Arial"/>
        </w:rPr>
        <w:t>. For</w:t>
      </w:r>
      <w:r>
        <w:rPr>
          <w:rFonts w:ascii="Arial" w:hAnsi="Arial"/>
        </w:rPr>
        <w:t xml:space="preserve"> my typical scans and stuff, so I just went along with it. I was just too polite. And I just what I really should have done at the time is said, </w:t>
      </w:r>
      <w:r>
        <w:rPr>
          <w:rFonts w:ascii="Arial" w:hAnsi="Arial"/>
        </w:rPr>
        <w:lastRenderedPageBreak/>
        <w:t xml:space="preserve">No, something's wrong. I need to come in for an emergency. </w:t>
      </w:r>
      <w:proofErr w:type="gramStart"/>
      <w:r>
        <w:rPr>
          <w:rFonts w:ascii="Arial" w:hAnsi="Arial"/>
        </w:rPr>
        <w:t>So</w:t>
      </w:r>
      <w:proofErr w:type="gramEnd"/>
      <w:r>
        <w:rPr>
          <w:rFonts w:ascii="Arial" w:hAnsi="Arial"/>
        </w:rPr>
        <w:t xml:space="preserve"> something needs to be done, because I'm worried. </w:t>
      </w:r>
      <w:r>
        <w:rPr>
          <w:rFonts w:ascii="Arial" w:hAnsi="Arial"/>
        </w:rPr>
        <w:t xml:space="preserve">But I was just that kind of, Okay, then they don't seem to be too worried about it. </w:t>
      </w:r>
      <w:proofErr w:type="gramStart"/>
      <w:r>
        <w:rPr>
          <w:rFonts w:ascii="Arial" w:hAnsi="Arial"/>
        </w:rPr>
        <w:t>So</w:t>
      </w:r>
      <w:proofErr w:type="gramEnd"/>
      <w:r>
        <w:rPr>
          <w:rFonts w:ascii="Arial" w:hAnsi="Arial"/>
        </w:rPr>
        <w:t xml:space="preserve"> it's fine. Yeah. And at this point, my mum went to my appointments with me, just because she likes to take in all the information. And she's got quite a good head for th</w:t>
      </w:r>
      <w:r>
        <w:rPr>
          <w:rFonts w:ascii="Arial" w:hAnsi="Arial"/>
        </w:rPr>
        <w:t xml:space="preserve">at. And then I just kind of sit there and like, answer any questions. And that was kind of how my whole knowledge of my condition stuff was my whole life. Like my mom was the one that </w:t>
      </w:r>
      <w:proofErr w:type="gramStart"/>
      <w:r>
        <w:rPr>
          <w:rFonts w:ascii="Arial" w:hAnsi="Arial"/>
        </w:rPr>
        <w:t>spoke</w:t>
      </w:r>
      <w:proofErr w:type="gramEnd"/>
      <w:r>
        <w:rPr>
          <w:rFonts w:ascii="Arial" w:hAnsi="Arial"/>
        </w:rPr>
        <w:t xml:space="preserve"> and I understood everything, and I was just kind of, yeah, so alri</w:t>
      </w:r>
      <w:r>
        <w:rPr>
          <w:rFonts w:ascii="Arial" w:hAnsi="Arial"/>
        </w:rPr>
        <w:t>ght, or, you know, whatever</w:t>
      </w:r>
    </w:p>
    <w:p w14:paraId="462ABD3A" w14:textId="77777777" w:rsidR="00CF75C8" w:rsidRDefault="00CF75C8">
      <w:pPr>
        <w:spacing w:after="0"/>
      </w:pPr>
    </w:p>
    <w:p w14:paraId="70AA2D8A" w14:textId="77777777" w:rsidR="00CF75C8" w:rsidRDefault="002F30F1">
      <w:pPr>
        <w:spacing w:after="0"/>
      </w:pPr>
      <w:r>
        <w:rPr>
          <w:rFonts w:ascii="Arial" w:hAnsi="Arial"/>
          <w:b/>
        </w:rPr>
        <w:t xml:space="preserve">Alice  </w:t>
      </w:r>
      <w:r>
        <w:rPr>
          <w:rFonts w:ascii="Arial" w:hAnsi="Arial"/>
          <w:color w:val="5D7284"/>
        </w:rPr>
        <w:t>1:00:06</w:t>
      </w:r>
    </w:p>
    <w:p w14:paraId="4BA1EE4F" w14:textId="77777777" w:rsidR="00CF75C8" w:rsidRDefault="002F30F1">
      <w:pPr>
        <w:spacing w:after="0"/>
      </w:pPr>
      <w:r>
        <w:rPr>
          <w:rFonts w:ascii="Arial" w:hAnsi="Arial"/>
        </w:rPr>
        <w:t>they asked me, I think that's partly a problem with kind of with the, with the medical approach, you know, what, what would have been far better would have been if you had somebody who could, you know, from a you</w:t>
      </w:r>
      <w:r>
        <w:rPr>
          <w:rFonts w:ascii="Arial" w:hAnsi="Arial"/>
        </w:rPr>
        <w:t>ng age, involve you in those appointments and help you understand from a young age because as much as you know, particularly when you're a child, it's important for your mum to know and be involved. But ultimately, it's your body, you know, your life, it s</w:t>
      </w:r>
      <w:r>
        <w:rPr>
          <w:rFonts w:ascii="Arial" w:hAnsi="Arial"/>
        </w:rPr>
        <w:t>hould be you who, you know, you're the person who knows your body best, you should be you who understand your condition.</w:t>
      </w:r>
    </w:p>
    <w:p w14:paraId="1E402B30" w14:textId="77777777" w:rsidR="00CF75C8" w:rsidRDefault="00CF75C8">
      <w:pPr>
        <w:spacing w:after="0"/>
      </w:pPr>
    </w:p>
    <w:p w14:paraId="1EC585CA" w14:textId="77777777" w:rsidR="00CF75C8" w:rsidRDefault="002F30F1">
      <w:pPr>
        <w:spacing w:after="0"/>
      </w:pPr>
      <w:proofErr w:type="spellStart"/>
      <w:r>
        <w:rPr>
          <w:rFonts w:ascii="Arial" w:hAnsi="Arial"/>
          <w:b/>
        </w:rPr>
        <w:t>jessica</w:t>
      </w:r>
      <w:proofErr w:type="spellEnd"/>
      <w:r>
        <w:rPr>
          <w:rFonts w:ascii="Arial" w:hAnsi="Arial"/>
          <w:b/>
        </w:rPr>
        <w:t xml:space="preserve">  </w:t>
      </w:r>
      <w:r>
        <w:rPr>
          <w:rFonts w:ascii="Arial" w:hAnsi="Arial"/>
          <w:color w:val="5D7284"/>
        </w:rPr>
        <w:t>1:00:39</w:t>
      </w:r>
    </w:p>
    <w:p w14:paraId="1AAA5673" w14:textId="77777777" w:rsidR="00CF75C8" w:rsidRDefault="002F30F1">
      <w:pPr>
        <w:spacing w:after="0"/>
      </w:pPr>
      <w:r>
        <w:rPr>
          <w:rFonts w:ascii="Arial" w:hAnsi="Arial"/>
        </w:rPr>
        <w:t>And I think that's more my fault, in part because my mum, kind of been amazing my whole life. I mean, she's been a si</w:t>
      </w:r>
      <w:r>
        <w:rPr>
          <w:rFonts w:ascii="Arial" w:hAnsi="Arial"/>
        </w:rPr>
        <w:t xml:space="preserve">ngle parent since I was two. </w:t>
      </w:r>
      <w:proofErr w:type="gramStart"/>
      <w:r>
        <w:rPr>
          <w:rFonts w:ascii="Arial" w:hAnsi="Arial"/>
        </w:rPr>
        <w:t>So</w:t>
      </w:r>
      <w:proofErr w:type="gramEnd"/>
      <w:r>
        <w:rPr>
          <w:rFonts w:ascii="Arial" w:hAnsi="Arial"/>
        </w:rPr>
        <w:t xml:space="preserve"> she's kind of took on everything. But she was never </w:t>
      </w:r>
      <w:proofErr w:type="gramStart"/>
      <w:r>
        <w:rPr>
          <w:rFonts w:ascii="Arial" w:hAnsi="Arial"/>
        </w:rPr>
        <w:t>really pushy</w:t>
      </w:r>
      <w:proofErr w:type="gramEnd"/>
      <w:r>
        <w:rPr>
          <w:rFonts w:ascii="Arial" w:hAnsi="Arial"/>
        </w:rPr>
        <w:t>. She never like tell me to stop talking in the appointment. I think I chose to be a bit absent from it all, just not necessarily to avoid anything or hide anyt</w:t>
      </w:r>
      <w:r>
        <w:rPr>
          <w:rFonts w:ascii="Arial" w:hAnsi="Arial"/>
        </w:rPr>
        <w:t xml:space="preserve">hing, but I just, I just assumed I was fine. </w:t>
      </w:r>
      <w:proofErr w:type="gramStart"/>
      <w:r>
        <w:rPr>
          <w:rFonts w:ascii="Arial" w:hAnsi="Arial"/>
        </w:rPr>
        <w:t>So</w:t>
      </w:r>
      <w:proofErr w:type="gramEnd"/>
      <w:r>
        <w:rPr>
          <w:rFonts w:ascii="Arial" w:hAnsi="Arial"/>
        </w:rPr>
        <w:t xml:space="preserve"> mum will handle it.</w:t>
      </w:r>
    </w:p>
    <w:p w14:paraId="13C338DF" w14:textId="77777777" w:rsidR="00CF75C8" w:rsidRDefault="00CF75C8">
      <w:pPr>
        <w:spacing w:after="0"/>
      </w:pPr>
    </w:p>
    <w:p w14:paraId="4369743D" w14:textId="77777777" w:rsidR="00CF75C8" w:rsidRDefault="002F30F1">
      <w:pPr>
        <w:spacing w:after="0"/>
      </w:pPr>
      <w:r>
        <w:rPr>
          <w:rFonts w:ascii="Arial" w:hAnsi="Arial"/>
          <w:b/>
        </w:rPr>
        <w:t xml:space="preserve">Lucy  </w:t>
      </w:r>
      <w:r>
        <w:rPr>
          <w:rFonts w:ascii="Arial" w:hAnsi="Arial"/>
          <w:color w:val="5D7284"/>
        </w:rPr>
        <w:t>1:01:13</w:t>
      </w:r>
    </w:p>
    <w:p w14:paraId="3F9D2EF6" w14:textId="77777777" w:rsidR="00CF75C8" w:rsidRDefault="002F30F1">
      <w:pPr>
        <w:spacing w:after="0"/>
      </w:pPr>
      <w:r>
        <w:rPr>
          <w:rFonts w:ascii="Arial" w:hAnsi="Arial"/>
        </w:rPr>
        <w:t xml:space="preserve">I think as well, when you are a kid, and you </w:t>
      </w:r>
      <w:proofErr w:type="gramStart"/>
      <w:r>
        <w:rPr>
          <w:rFonts w:ascii="Arial" w:hAnsi="Arial"/>
        </w:rPr>
        <w:t>have to</w:t>
      </w:r>
      <w:proofErr w:type="gramEnd"/>
      <w:r>
        <w:rPr>
          <w:rFonts w:ascii="Arial" w:hAnsi="Arial"/>
        </w:rPr>
        <w:t xml:space="preserve"> go to the big appointments are very scary. Whether you've got your parents with you or not, they are extremely scary.</w:t>
      </w:r>
    </w:p>
    <w:p w14:paraId="0C1F754D" w14:textId="77777777" w:rsidR="00CF75C8" w:rsidRDefault="00CF75C8">
      <w:pPr>
        <w:spacing w:after="0"/>
      </w:pPr>
    </w:p>
    <w:p w14:paraId="2DE3CDF6" w14:textId="77777777" w:rsidR="00CF75C8" w:rsidRDefault="002F30F1">
      <w:pPr>
        <w:spacing w:after="0"/>
      </w:pPr>
      <w:r>
        <w:rPr>
          <w:rFonts w:ascii="Arial" w:hAnsi="Arial"/>
          <w:b/>
        </w:rPr>
        <w:t xml:space="preserve">Alice  </w:t>
      </w:r>
      <w:r>
        <w:rPr>
          <w:rFonts w:ascii="Arial" w:hAnsi="Arial"/>
          <w:color w:val="5D7284"/>
        </w:rPr>
        <w:t>1:01:24</w:t>
      </w:r>
    </w:p>
    <w:p w14:paraId="176118AE" w14:textId="77777777" w:rsidR="00CF75C8" w:rsidRDefault="002F30F1">
      <w:pPr>
        <w:spacing w:after="0"/>
      </w:pPr>
      <w:r>
        <w:rPr>
          <w:rFonts w:ascii="Arial" w:hAnsi="Arial"/>
        </w:rPr>
        <w:t xml:space="preserve">Well, and I also think that when you live in it every day, it's kind of a bit disinteresting after a </w:t>
      </w:r>
      <w:proofErr w:type="spellStart"/>
      <w:r>
        <w:rPr>
          <w:rFonts w:ascii="Arial" w:hAnsi="Arial"/>
        </w:rPr>
        <w:t>while.you</w:t>
      </w:r>
      <w:proofErr w:type="spellEnd"/>
      <w:r>
        <w:rPr>
          <w:rFonts w:ascii="Arial" w:hAnsi="Arial"/>
        </w:rPr>
        <w:t xml:space="preserve"> like </w:t>
      </w:r>
      <w:proofErr w:type="spellStart"/>
      <w:r>
        <w:rPr>
          <w:rFonts w:ascii="Arial" w:hAnsi="Arial"/>
        </w:rPr>
        <w:t>ive</w:t>
      </w:r>
      <w:proofErr w:type="spellEnd"/>
      <w:r>
        <w:rPr>
          <w:rFonts w:ascii="Arial" w:hAnsi="Arial"/>
        </w:rPr>
        <w:t xml:space="preserve">  done this </w:t>
      </w:r>
      <w:proofErr w:type="gramStart"/>
      <w:r>
        <w:rPr>
          <w:rFonts w:ascii="Arial" w:hAnsi="Arial"/>
        </w:rPr>
        <w:t>already</w:t>
      </w:r>
      <w:proofErr w:type="gramEnd"/>
    </w:p>
    <w:p w14:paraId="02FC9B8A" w14:textId="77777777" w:rsidR="00CF75C8" w:rsidRDefault="00CF75C8">
      <w:pPr>
        <w:spacing w:after="0"/>
      </w:pPr>
    </w:p>
    <w:p w14:paraId="2FE7A5D2" w14:textId="77777777" w:rsidR="00CF75C8" w:rsidRDefault="002F30F1">
      <w:pPr>
        <w:spacing w:after="0"/>
      </w:pPr>
      <w:proofErr w:type="spellStart"/>
      <w:r>
        <w:rPr>
          <w:rFonts w:ascii="Arial" w:hAnsi="Arial"/>
          <w:b/>
        </w:rPr>
        <w:t>jessica</w:t>
      </w:r>
      <w:proofErr w:type="spellEnd"/>
      <w:r>
        <w:rPr>
          <w:rFonts w:ascii="Arial" w:hAnsi="Arial"/>
          <w:b/>
        </w:rPr>
        <w:t xml:space="preserve">  </w:t>
      </w:r>
      <w:r>
        <w:rPr>
          <w:rFonts w:ascii="Arial" w:hAnsi="Arial"/>
          <w:color w:val="5D7284"/>
        </w:rPr>
        <w:t>1:01:33</w:t>
      </w:r>
    </w:p>
    <w:p w14:paraId="64D134F8" w14:textId="77777777" w:rsidR="00CF75C8" w:rsidRDefault="002F30F1">
      <w:pPr>
        <w:spacing w:after="0"/>
      </w:pPr>
      <w:r>
        <w:rPr>
          <w:rFonts w:ascii="Arial" w:hAnsi="Arial"/>
        </w:rPr>
        <w:t xml:space="preserve">Yeah, meet me. So yeah, I stuck to my original appointment, because I didn't </w:t>
      </w:r>
      <w:r>
        <w:rPr>
          <w:rFonts w:ascii="Arial" w:hAnsi="Arial"/>
        </w:rPr>
        <w:t xml:space="preserve">want to make first and the day before that appointment, I thought it would be a brilliant idea to go to Alton Towers, oh, no, </w:t>
      </w:r>
      <w:proofErr w:type="spellStart"/>
      <w:r>
        <w:rPr>
          <w:rFonts w:ascii="Arial" w:hAnsi="Arial"/>
        </w:rPr>
        <w:t>no.with</w:t>
      </w:r>
      <w:proofErr w:type="spellEnd"/>
      <w:r>
        <w:rPr>
          <w:rFonts w:ascii="Arial" w:hAnsi="Arial"/>
        </w:rPr>
        <w:t xml:space="preserve"> a group of friends, and because as far as I was concerned, nothing was </w:t>
      </w:r>
      <w:proofErr w:type="gramStart"/>
      <w:r>
        <w:rPr>
          <w:rFonts w:ascii="Arial" w:hAnsi="Arial"/>
        </w:rPr>
        <w:t>really wrong</w:t>
      </w:r>
      <w:proofErr w:type="gramEnd"/>
      <w:r>
        <w:rPr>
          <w:rFonts w:ascii="Arial" w:hAnsi="Arial"/>
        </w:rPr>
        <w:t>. I thought maybe it's like a viral kin</w:t>
      </w:r>
      <w:r>
        <w:rPr>
          <w:rFonts w:ascii="Arial" w:hAnsi="Arial"/>
        </w:rPr>
        <w:t xml:space="preserve">d of chest infection or a cold. I didn't know what was happening. It didn't feel that painful. </w:t>
      </w:r>
      <w:proofErr w:type="gramStart"/>
      <w:r>
        <w:rPr>
          <w:rFonts w:ascii="Arial" w:hAnsi="Arial"/>
        </w:rPr>
        <w:t>So</w:t>
      </w:r>
      <w:proofErr w:type="gramEnd"/>
      <w:r>
        <w:rPr>
          <w:rFonts w:ascii="Arial" w:hAnsi="Arial"/>
        </w:rPr>
        <w:t xml:space="preserve"> I just thought, go to Alton Towers  enjoy the scare fest. </w:t>
      </w:r>
      <w:proofErr w:type="gramStart"/>
      <w:r>
        <w:rPr>
          <w:rFonts w:ascii="Arial" w:hAnsi="Arial"/>
        </w:rPr>
        <w:t>So</w:t>
      </w:r>
      <w:proofErr w:type="gramEnd"/>
      <w:r>
        <w:rPr>
          <w:rFonts w:ascii="Arial" w:hAnsi="Arial"/>
        </w:rPr>
        <w:t xml:space="preserve"> it wasn't even just normal. It was like it was people jumping out at you  Like couldn't have been</w:t>
      </w:r>
      <w:r>
        <w:rPr>
          <w:rFonts w:ascii="Arial" w:hAnsi="Arial"/>
        </w:rPr>
        <w:t xml:space="preserve"> worse. I'm not proud of this, and I did not know people with </w:t>
      </w:r>
      <w:proofErr w:type="spellStart"/>
      <w:r>
        <w:rPr>
          <w:rFonts w:ascii="Arial" w:hAnsi="Arial"/>
        </w:rPr>
        <w:t>Marfens</w:t>
      </w:r>
      <w:proofErr w:type="spellEnd"/>
      <w:r>
        <w:rPr>
          <w:rFonts w:ascii="Arial" w:hAnsi="Arial"/>
        </w:rPr>
        <w:t xml:space="preserve"> Syndrome ......</w:t>
      </w:r>
    </w:p>
    <w:p w14:paraId="48E9EA1B" w14:textId="77777777" w:rsidR="00CF75C8" w:rsidRDefault="00CF75C8">
      <w:pPr>
        <w:spacing w:after="0"/>
      </w:pPr>
    </w:p>
    <w:p w14:paraId="50C6E9BF" w14:textId="77777777" w:rsidR="00CF75C8" w:rsidRDefault="002F30F1">
      <w:pPr>
        <w:spacing w:after="0"/>
      </w:pPr>
      <w:r>
        <w:rPr>
          <w:rFonts w:ascii="Arial" w:hAnsi="Arial"/>
          <w:b/>
        </w:rPr>
        <w:t xml:space="preserve">Lucy  </w:t>
      </w:r>
      <w:r>
        <w:rPr>
          <w:rFonts w:ascii="Arial" w:hAnsi="Arial"/>
          <w:color w:val="5D7284"/>
        </w:rPr>
        <w:t>1:02:20</w:t>
      </w:r>
    </w:p>
    <w:p w14:paraId="7A02195A" w14:textId="77777777" w:rsidR="00CF75C8" w:rsidRDefault="002F30F1">
      <w:pPr>
        <w:spacing w:after="0"/>
      </w:pPr>
      <w:r>
        <w:rPr>
          <w:rFonts w:ascii="Arial" w:hAnsi="Arial"/>
        </w:rPr>
        <w:t>You must be sad This came in here. Please do not try this at home.</w:t>
      </w:r>
    </w:p>
    <w:p w14:paraId="3D939126" w14:textId="77777777" w:rsidR="00CF75C8" w:rsidRDefault="00CF75C8">
      <w:pPr>
        <w:spacing w:after="0"/>
      </w:pPr>
    </w:p>
    <w:p w14:paraId="61343798" w14:textId="77777777" w:rsidR="00CF75C8" w:rsidRDefault="002F30F1">
      <w:pPr>
        <w:spacing w:after="0"/>
      </w:pPr>
      <w:r>
        <w:rPr>
          <w:rFonts w:ascii="Arial" w:hAnsi="Arial"/>
          <w:b/>
        </w:rPr>
        <w:t xml:space="preserve">Alice  </w:t>
      </w:r>
      <w:r>
        <w:rPr>
          <w:rFonts w:ascii="Arial" w:hAnsi="Arial"/>
          <w:color w:val="5D7284"/>
        </w:rPr>
        <w:t>1:02:25</w:t>
      </w:r>
    </w:p>
    <w:p w14:paraId="2B45A56D" w14:textId="77777777" w:rsidR="00CF75C8" w:rsidRDefault="002F30F1">
      <w:pPr>
        <w:spacing w:after="0"/>
      </w:pPr>
      <w:r>
        <w:rPr>
          <w:rFonts w:ascii="Arial" w:hAnsi="Arial"/>
        </w:rPr>
        <w:lastRenderedPageBreak/>
        <w:t>If you have a heart condition, and you're experiencing chest pains, perh</w:t>
      </w:r>
      <w:r>
        <w:rPr>
          <w:rFonts w:ascii="Arial" w:hAnsi="Arial"/>
        </w:rPr>
        <w:t xml:space="preserve">aps don't go to a theme park where people are going to try and terrify </w:t>
      </w:r>
      <w:proofErr w:type="gramStart"/>
      <w:r>
        <w:rPr>
          <w:rFonts w:ascii="Arial" w:hAnsi="Arial"/>
        </w:rPr>
        <w:t>you</w:t>
      </w:r>
      <w:proofErr w:type="gramEnd"/>
    </w:p>
    <w:p w14:paraId="29E80CF5" w14:textId="77777777" w:rsidR="00CF75C8" w:rsidRDefault="00CF75C8">
      <w:pPr>
        <w:spacing w:after="0"/>
      </w:pPr>
    </w:p>
    <w:p w14:paraId="4645DBFC" w14:textId="77777777" w:rsidR="00CF75C8" w:rsidRDefault="002F30F1">
      <w:pPr>
        <w:spacing w:after="0"/>
      </w:pPr>
      <w:proofErr w:type="spellStart"/>
      <w:r>
        <w:rPr>
          <w:rFonts w:ascii="Arial" w:hAnsi="Arial"/>
          <w:b/>
        </w:rPr>
        <w:t>jessica</w:t>
      </w:r>
      <w:proofErr w:type="spellEnd"/>
      <w:r>
        <w:rPr>
          <w:rFonts w:ascii="Arial" w:hAnsi="Arial"/>
          <w:b/>
        </w:rPr>
        <w:t xml:space="preserve">  </w:t>
      </w:r>
      <w:r>
        <w:rPr>
          <w:rFonts w:ascii="Arial" w:hAnsi="Arial"/>
          <w:color w:val="5D7284"/>
        </w:rPr>
        <w:t>1:02:34</w:t>
      </w:r>
    </w:p>
    <w:p w14:paraId="0115293E" w14:textId="77777777" w:rsidR="00CF75C8" w:rsidRDefault="002F30F1">
      <w:pPr>
        <w:spacing w:after="0"/>
      </w:pPr>
      <w:r>
        <w:rPr>
          <w:rFonts w:ascii="Arial" w:hAnsi="Arial"/>
        </w:rPr>
        <w:t>just avoid at all costs. I mean, somehow lucky, I was fine and spend the whole day and there's a lot of walking and excitement and anything but yeah, and then went</w:t>
      </w:r>
      <w:r>
        <w:rPr>
          <w:rFonts w:ascii="Arial" w:hAnsi="Arial"/>
        </w:rPr>
        <w:t xml:space="preserve"> to the appointment at the hospital </w:t>
      </w:r>
      <w:proofErr w:type="gramStart"/>
      <w:r>
        <w:rPr>
          <w:rFonts w:ascii="Arial" w:hAnsi="Arial"/>
        </w:rPr>
        <w:t>The</w:t>
      </w:r>
      <w:proofErr w:type="gramEnd"/>
      <w:r>
        <w:rPr>
          <w:rFonts w:ascii="Arial" w:hAnsi="Arial"/>
        </w:rPr>
        <w:t xml:space="preserve"> next day, and met my mum there. And the ward is upstairs like that where it is. </w:t>
      </w:r>
      <w:proofErr w:type="gramStart"/>
      <w:r>
        <w:rPr>
          <w:rFonts w:ascii="Arial" w:hAnsi="Arial"/>
        </w:rPr>
        <w:t>So</w:t>
      </w:r>
      <w:proofErr w:type="gramEnd"/>
      <w:r>
        <w:rPr>
          <w:rFonts w:ascii="Arial" w:hAnsi="Arial"/>
        </w:rPr>
        <w:t xml:space="preserve"> it's like up two flights of stairs. And I physically remember walking the first flight of stairs. And my mum looking at me and she co</w:t>
      </w:r>
      <w:r>
        <w:rPr>
          <w:rFonts w:ascii="Arial" w:hAnsi="Arial"/>
        </w:rPr>
        <w:t>uld see my pulse coming out of my neck. Like</w:t>
      </w:r>
    </w:p>
    <w:p w14:paraId="23DBE912" w14:textId="77777777" w:rsidR="00CF75C8" w:rsidRDefault="00CF75C8">
      <w:pPr>
        <w:spacing w:after="0"/>
      </w:pPr>
    </w:p>
    <w:p w14:paraId="46891E33" w14:textId="77777777" w:rsidR="00CF75C8" w:rsidRDefault="002F30F1">
      <w:pPr>
        <w:spacing w:after="0"/>
      </w:pPr>
      <w:r>
        <w:rPr>
          <w:rFonts w:ascii="Arial" w:hAnsi="Arial"/>
          <w:b/>
        </w:rPr>
        <w:t xml:space="preserve">Lucy  </w:t>
      </w:r>
      <w:r>
        <w:rPr>
          <w:rFonts w:ascii="Arial" w:hAnsi="Arial"/>
          <w:color w:val="5D7284"/>
        </w:rPr>
        <w:t>1:03:07</w:t>
      </w:r>
    </w:p>
    <w:p w14:paraId="15585486" w14:textId="77777777" w:rsidR="00CF75C8" w:rsidRDefault="002F30F1">
      <w:pPr>
        <w:spacing w:after="0"/>
      </w:pPr>
      <w:r>
        <w:rPr>
          <w:rFonts w:ascii="Arial" w:hAnsi="Arial"/>
        </w:rPr>
        <w:t>that is serious. Yeah.</w:t>
      </w:r>
    </w:p>
    <w:p w14:paraId="78AF4722" w14:textId="77777777" w:rsidR="00CF75C8" w:rsidRDefault="00CF75C8">
      <w:pPr>
        <w:spacing w:after="0"/>
      </w:pPr>
    </w:p>
    <w:p w14:paraId="7748D4DD" w14:textId="77777777" w:rsidR="00CF75C8" w:rsidRDefault="002F30F1">
      <w:pPr>
        <w:spacing w:after="0"/>
      </w:pPr>
      <w:proofErr w:type="spellStart"/>
      <w:r>
        <w:rPr>
          <w:rFonts w:ascii="Arial" w:hAnsi="Arial"/>
          <w:b/>
        </w:rPr>
        <w:t>jessica</w:t>
      </w:r>
      <w:proofErr w:type="spellEnd"/>
      <w:r>
        <w:rPr>
          <w:rFonts w:ascii="Arial" w:hAnsi="Arial"/>
          <w:b/>
        </w:rPr>
        <w:t xml:space="preserve">  </w:t>
      </w:r>
      <w:r>
        <w:rPr>
          <w:rFonts w:ascii="Arial" w:hAnsi="Arial"/>
          <w:color w:val="5D7284"/>
        </w:rPr>
        <w:t>1:03:11</w:t>
      </w:r>
    </w:p>
    <w:p w14:paraId="401B29AE" w14:textId="77777777" w:rsidR="00CF75C8" w:rsidRDefault="002F30F1">
      <w:pPr>
        <w:spacing w:after="0"/>
      </w:pPr>
      <w:r>
        <w:rPr>
          <w:rFonts w:ascii="Arial" w:hAnsi="Arial"/>
        </w:rPr>
        <w:t xml:space="preserve">She </w:t>
      </w:r>
      <w:proofErr w:type="gramStart"/>
      <w:r>
        <w:rPr>
          <w:rFonts w:ascii="Arial" w:hAnsi="Arial"/>
        </w:rPr>
        <w:t>sort</w:t>
      </w:r>
      <w:proofErr w:type="gramEnd"/>
      <w:r>
        <w:rPr>
          <w:rFonts w:ascii="Arial" w:hAnsi="Arial"/>
        </w:rPr>
        <w:t xml:space="preserve"> of said, like, How long has this been happening, and I was like, Um nearly three weeks.  </w:t>
      </w:r>
    </w:p>
    <w:p w14:paraId="6D1ADABD" w14:textId="77777777" w:rsidR="00CF75C8" w:rsidRDefault="00CF75C8">
      <w:pPr>
        <w:spacing w:after="0"/>
      </w:pPr>
    </w:p>
    <w:p w14:paraId="3A467F65" w14:textId="77777777" w:rsidR="00CF75C8" w:rsidRDefault="002F30F1">
      <w:pPr>
        <w:spacing w:after="0"/>
      </w:pPr>
      <w:r>
        <w:rPr>
          <w:rFonts w:ascii="Arial" w:hAnsi="Arial"/>
          <w:b/>
        </w:rPr>
        <w:t xml:space="preserve">Lucy  </w:t>
      </w:r>
      <w:r>
        <w:rPr>
          <w:rFonts w:ascii="Arial" w:hAnsi="Arial"/>
          <w:color w:val="5D7284"/>
        </w:rPr>
        <w:t>1:03:17</w:t>
      </w:r>
    </w:p>
    <w:p w14:paraId="3D920D8C" w14:textId="77777777" w:rsidR="00CF75C8" w:rsidRDefault="00CF75C8">
      <w:pPr>
        <w:spacing w:after="0"/>
      </w:pPr>
    </w:p>
    <w:p w14:paraId="271E951E" w14:textId="77777777" w:rsidR="00CF75C8" w:rsidRDefault="00CF75C8">
      <w:pPr>
        <w:spacing w:after="0"/>
      </w:pPr>
    </w:p>
    <w:p w14:paraId="5B4B70E5" w14:textId="77777777" w:rsidR="00CF75C8" w:rsidRDefault="002F30F1">
      <w:pPr>
        <w:spacing w:after="0"/>
      </w:pPr>
      <w:r>
        <w:rPr>
          <w:rFonts w:ascii="Arial" w:hAnsi="Arial"/>
          <w:b/>
        </w:rPr>
        <w:t xml:space="preserve">Alice  </w:t>
      </w:r>
      <w:r>
        <w:rPr>
          <w:rFonts w:ascii="Arial" w:hAnsi="Arial"/>
          <w:color w:val="5D7284"/>
        </w:rPr>
        <w:t>1:03:25</w:t>
      </w:r>
    </w:p>
    <w:p w14:paraId="7836E897" w14:textId="77777777" w:rsidR="00CF75C8" w:rsidRDefault="002F30F1">
      <w:pPr>
        <w:spacing w:after="0"/>
      </w:pPr>
      <w:r>
        <w:rPr>
          <w:rFonts w:ascii="Arial" w:hAnsi="Arial"/>
        </w:rPr>
        <w:t>If you've had a cold for</w:t>
      </w:r>
      <w:r>
        <w:rPr>
          <w:rFonts w:ascii="Arial" w:hAnsi="Arial"/>
        </w:rPr>
        <w:t xml:space="preserve"> more than two weeks that you should be worried if your heart's been beating out your fucking neck for three weeks. You're</w:t>
      </w:r>
    </w:p>
    <w:p w14:paraId="6D85DC2B" w14:textId="77777777" w:rsidR="00CF75C8" w:rsidRDefault="00CF75C8">
      <w:pPr>
        <w:spacing w:after="0"/>
      </w:pPr>
    </w:p>
    <w:p w14:paraId="435C4C71" w14:textId="77777777" w:rsidR="00CF75C8" w:rsidRDefault="002F30F1">
      <w:pPr>
        <w:spacing w:after="0"/>
      </w:pPr>
      <w:r>
        <w:rPr>
          <w:rFonts w:ascii="Arial" w:hAnsi="Arial"/>
          <w:b/>
        </w:rPr>
        <w:t xml:space="preserve">Lucy  </w:t>
      </w:r>
      <w:r>
        <w:rPr>
          <w:rFonts w:ascii="Arial" w:hAnsi="Arial"/>
          <w:color w:val="5D7284"/>
        </w:rPr>
        <w:t>1:03:33</w:t>
      </w:r>
    </w:p>
    <w:p w14:paraId="46ED5767" w14:textId="77777777" w:rsidR="00CF75C8" w:rsidRDefault="002F30F1">
      <w:pPr>
        <w:spacing w:after="0"/>
      </w:pPr>
      <w:r>
        <w:rPr>
          <w:rFonts w:ascii="Arial" w:hAnsi="Arial"/>
        </w:rPr>
        <w:t>beating out of your neck.</w:t>
      </w:r>
    </w:p>
    <w:p w14:paraId="1A3EE7C8" w14:textId="77777777" w:rsidR="00CF75C8" w:rsidRDefault="00CF75C8">
      <w:pPr>
        <w:spacing w:after="0"/>
      </w:pPr>
    </w:p>
    <w:p w14:paraId="7A4EA391" w14:textId="77777777" w:rsidR="00CF75C8" w:rsidRDefault="002F30F1">
      <w:pPr>
        <w:spacing w:after="0"/>
      </w:pPr>
      <w:proofErr w:type="spellStart"/>
      <w:r>
        <w:rPr>
          <w:rFonts w:ascii="Arial" w:hAnsi="Arial"/>
          <w:b/>
        </w:rPr>
        <w:t>jessica</w:t>
      </w:r>
      <w:proofErr w:type="spellEnd"/>
      <w:r>
        <w:rPr>
          <w:rFonts w:ascii="Arial" w:hAnsi="Arial"/>
          <w:b/>
        </w:rPr>
        <w:t xml:space="preserve">  </w:t>
      </w:r>
      <w:r>
        <w:rPr>
          <w:rFonts w:ascii="Arial" w:hAnsi="Arial"/>
          <w:color w:val="5D7284"/>
        </w:rPr>
        <w:t>1:03:39</w:t>
      </w:r>
    </w:p>
    <w:p w14:paraId="35E5EF8E" w14:textId="77777777" w:rsidR="00CF75C8" w:rsidRDefault="002F30F1">
      <w:pPr>
        <w:spacing w:after="0"/>
      </w:pPr>
      <w:r>
        <w:rPr>
          <w:rFonts w:ascii="Arial" w:hAnsi="Arial"/>
        </w:rPr>
        <w:t xml:space="preserve">We went, we went in they saw me and all I can remember is because it's </w:t>
      </w:r>
      <w:proofErr w:type="spellStart"/>
      <w:r>
        <w:rPr>
          <w:rFonts w:ascii="Arial" w:hAnsi="Arial"/>
        </w:rPr>
        <w:t>it's</w:t>
      </w:r>
      <w:proofErr w:type="spellEnd"/>
      <w:r>
        <w:rPr>
          <w:rFonts w:ascii="Arial" w:hAnsi="Arial"/>
        </w:rPr>
        <w:t xml:space="preserve"> the ECG. And it's the Echo, as well. </w:t>
      </w:r>
      <w:proofErr w:type="gramStart"/>
      <w:r>
        <w:rPr>
          <w:rFonts w:ascii="Arial" w:hAnsi="Arial"/>
        </w:rPr>
        <w:t>So</w:t>
      </w:r>
      <w:proofErr w:type="gramEnd"/>
      <w:r>
        <w:rPr>
          <w:rFonts w:ascii="Arial" w:hAnsi="Arial"/>
        </w:rPr>
        <w:t xml:space="preserve"> they do. And I've had this since I was a baby every year. </w:t>
      </w:r>
      <w:proofErr w:type="gramStart"/>
      <w:r>
        <w:rPr>
          <w:rFonts w:ascii="Arial" w:hAnsi="Arial"/>
        </w:rPr>
        <w:t>So</w:t>
      </w:r>
      <w:proofErr w:type="gramEnd"/>
      <w:r>
        <w:rPr>
          <w:rFonts w:ascii="Arial" w:hAnsi="Arial"/>
        </w:rPr>
        <w:t xml:space="preserve"> I'm absolute pro at it. It's like the little sticky wires on the readout of your heart. And then they do the one with the jelly and ultrasound. </w:t>
      </w:r>
      <w:proofErr w:type="gramStart"/>
      <w:r>
        <w:rPr>
          <w:rFonts w:ascii="Arial" w:hAnsi="Arial"/>
        </w:rPr>
        <w:t>So</w:t>
      </w:r>
      <w:proofErr w:type="gramEnd"/>
      <w:r>
        <w:rPr>
          <w:rFonts w:ascii="Arial" w:hAnsi="Arial"/>
        </w:rPr>
        <w:t xml:space="preserve"> the</w:t>
      </w:r>
      <w:r>
        <w:rPr>
          <w:rFonts w:ascii="Arial" w:hAnsi="Arial"/>
        </w:rPr>
        <w:t xml:space="preserve">y do that. And I remember the woman who's normally </w:t>
      </w:r>
      <w:proofErr w:type="gramStart"/>
      <w:r>
        <w:rPr>
          <w:rFonts w:ascii="Arial" w:hAnsi="Arial"/>
        </w:rPr>
        <w:t>really chatty</w:t>
      </w:r>
      <w:proofErr w:type="gramEnd"/>
      <w:r>
        <w:rPr>
          <w:rFonts w:ascii="Arial" w:hAnsi="Arial"/>
        </w:rPr>
        <w:t xml:space="preserve">, who does my </w:t>
      </w:r>
      <w:proofErr w:type="spellStart"/>
      <w:r>
        <w:rPr>
          <w:rFonts w:ascii="Arial" w:hAnsi="Arial"/>
        </w:rPr>
        <w:t>ultrasoundbeing</w:t>
      </w:r>
      <w:proofErr w:type="spellEnd"/>
      <w:r>
        <w:rPr>
          <w:rFonts w:ascii="Arial" w:hAnsi="Arial"/>
        </w:rPr>
        <w:t xml:space="preserve">  really quiet. And I didn't know why. And I just thought maybe she's having a bad day. And she walked out the room. I got dressed, got all the jelly off me and ev</w:t>
      </w:r>
      <w:r>
        <w:rPr>
          <w:rFonts w:ascii="Arial" w:hAnsi="Arial"/>
        </w:rPr>
        <w:t xml:space="preserve">erything. And then I remember then we went in to see the specialist, my doctor, cardiac </w:t>
      </w:r>
      <w:proofErr w:type="spellStart"/>
      <w:r>
        <w:rPr>
          <w:rFonts w:ascii="Arial" w:hAnsi="Arial"/>
        </w:rPr>
        <w:t>cardiac</w:t>
      </w:r>
      <w:proofErr w:type="spellEnd"/>
      <w:r>
        <w:rPr>
          <w:rFonts w:ascii="Arial" w:hAnsi="Arial"/>
        </w:rPr>
        <w:t xml:space="preserve"> specialist. And it was a new guy. It was a new man. because  my original guy had left or something. And he was literally his first day, which I found out later.</w:t>
      </w:r>
      <w:r>
        <w:rPr>
          <w:rFonts w:ascii="Arial" w:hAnsi="Arial"/>
        </w:rPr>
        <w:t xml:space="preserve"> And he basically told me that I had to stay in because my aorta had torn. That is obviously very </w:t>
      </w:r>
      <w:proofErr w:type="spellStart"/>
      <w:r>
        <w:rPr>
          <w:rFonts w:ascii="Arial" w:hAnsi="Arial"/>
        </w:rPr>
        <w:t>Marfanzy</w:t>
      </w:r>
      <w:proofErr w:type="spellEnd"/>
      <w:r>
        <w:rPr>
          <w:rFonts w:ascii="Arial" w:hAnsi="Arial"/>
        </w:rPr>
        <w:t xml:space="preserve"> because the aortic root </w:t>
      </w:r>
      <w:proofErr w:type="gramStart"/>
      <w:r>
        <w:rPr>
          <w:rFonts w:ascii="Arial" w:hAnsi="Arial"/>
        </w:rPr>
        <w:t>But</w:t>
      </w:r>
      <w:proofErr w:type="gramEnd"/>
      <w:r>
        <w:rPr>
          <w:rFonts w:ascii="Arial" w:hAnsi="Arial"/>
        </w:rPr>
        <w:t xml:space="preserve"> the amount of pressure and everything, it can dilate and if it dilates to a certain amount, it will tear. And that's what</w:t>
      </w:r>
      <w:r>
        <w:rPr>
          <w:rFonts w:ascii="Arial" w:hAnsi="Arial"/>
        </w:rPr>
        <w:t xml:space="preserve"> I put on medication for</w:t>
      </w:r>
    </w:p>
    <w:p w14:paraId="5123FA6B" w14:textId="77777777" w:rsidR="00CF75C8" w:rsidRDefault="00CF75C8">
      <w:pPr>
        <w:spacing w:after="0"/>
      </w:pPr>
    </w:p>
    <w:p w14:paraId="6C4AC0EC" w14:textId="77777777" w:rsidR="00CF75C8" w:rsidRDefault="002F30F1">
      <w:pPr>
        <w:spacing w:after="0"/>
      </w:pPr>
      <w:r>
        <w:rPr>
          <w:rFonts w:ascii="Arial" w:hAnsi="Arial"/>
          <w:b/>
        </w:rPr>
        <w:t xml:space="preserve">Lucy  </w:t>
      </w:r>
      <w:r>
        <w:rPr>
          <w:rFonts w:ascii="Arial" w:hAnsi="Arial"/>
          <w:color w:val="5D7284"/>
        </w:rPr>
        <w:t>1:05:10</w:t>
      </w:r>
    </w:p>
    <w:p w14:paraId="0AD806B6" w14:textId="77777777" w:rsidR="00CF75C8" w:rsidRDefault="002F30F1">
      <w:pPr>
        <w:spacing w:after="0"/>
      </w:pPr>
      <w:r>
        <w:rPr>
          <w:rFonts w:ascii="Arial" w:hAnsi="Arial"/>
        </w:rPr>
        <w:t>you. You were told ...</w:t>
      </w:r>
    </w:p>
    <w:p w14:paraId="1C863A07" w14:textId="77777777" w:rsidR="00CF75C8" w:rsidRDefault="00CF75C8">
      <w:pPr>
        <w:spacing w:after="0"/>
      </w:pPr>
    </w:p>
    <w:p w14:paraId="646CE413" w14:textId="77777777" w:rsidR="00CF75C8" w:rsidRDefault="002F30F1">
      <w:pPr>
        <w:spacing w:after="0"/>
      </w:pPr>
      <w:proofErr w:type="spellStart"/>
      <w:r>
        <w:rPr>
          <w:rFonts w:ascii="Arial" w:hAnsi="Arial"/>
          <w:b/>
        </w:rPr>
        <w:t>jessica</w:t>
      </w:r>
      <w:proofErr w:type="spellEnd"/>
      <w:r>
        <w:rPr>
          <w:rFonts w:ascii="Arial" w:hAnsi="Arial"/>
          <w:b/>
        </w:rPr>
        <w:t xml:space="preserve">  </w:t>
      </w:r>
      <w:r>
        <w:rPr>
          <w:rFonts w:ascii="Arial" w:hAnsi="Arial"/>
          <w:color w:val="5D7284"/>
        </w:rPr>
        <w:t>1:05:13</w:t>
      </w:r>
    </w:p>
    <w:p w14:paraId="40769C52" w14:textId="77777777" w:rsidR="00CF75C8" w:rsidRDefault="002F30F1">
      <w:pPr>
        <w:spacing w:after="0"/>
      </w:pPr>
      <w:proofErr w:type="gramStart"/>
      <w:r>
        <w:rPr>
          <w:rFonts w:ascii="Arial" w:hAnsi="Arial"/>
        </w:rPr>
        <w:lastRenderedPageBreak/>
        <w:t>yes</w:t>
      </w:r>
      <w:proofErr w:type="gramEnd"/>
      <w:r>
        <w:rPr>
          <w:rFonts w:ascii="Arial" w:hAnsi="Arial"/>
        </w:rPr>
        <w:t xml:space="preserve"> I didn't know. I mean, it's it is a joke every time. Luckily, it can be a joke because I am still here . Every time we even mention it or go to the hospital checkup of thi</w:t>
      </w:r>
      <w:r>
        <w:rPr>
          <w:rFonts w:ascii="Arial" w:hAnsi="Arial"/>
        </w:rPr>
        <w:t xml:space="preserve">ngs now, because they still obviously happen. It is like, oh, and you know, she went to Alton Towers the day before and I'm sat there like, </w:t>
      </w:r>
      <w:proofErr w:type="gramStart"/>
      <w:r>
        <w:rPr>
          <w:rFonts w:ascii="Arial" w:hAnsi="Arial"/>
        </w:rPr>
        <w:t>sorry</w:t>
      </w:r>
      <w:proofErr w:type="gramEnd"/>
    </w:p>
    <w:p w14:paraId="2157D374" w14:textId="77777777" w:rsidR="00CF75C8" w:rsidRDefault="00CF75C8">
      <w:pPr>
        <w:spacing w:after="0"/>
      </w:pPr>
    </w:p>
    <w:p w14:paraId="4157BE91" w14:textId="77777777" w:rsidR="00CF75C8" w:rsidRDefault="002F30F1">
      <w:pPr>
        <w:spacing w:after="0"/>
      </w:pPr>
      <w:r>
        <w:rPr>
          <w:rFonts w:ascii="Arial" w:hAnsi="Arial"/>
          <w:b/>
        </w:rPr>
        <w:t xml:space="preserve">Lucy  </w:t>
      </w:r>
      <w:r>
        <w:rPr>
          <w:rFonts w:ascii="Arial" w:hAnsi="Arial"/>
          <w:color w:val="5D7284"/>
        </w:rPr>
        <w:t>1:05:43</w:t>
      </w:r>
    </w:p>
    <w:p w14:paraId="5E3687B5" w14:textId="77777777" w:rsidR="00CF75C8" w:rsidRDefault="002F30F1">
      <w:pPr>
        <w:spacing w:after="0"/>
      </w:pPr>
      <w:r>
        <w:rPr>
          <w:rFonts w:ascii="Arial" w:hAnsi="Arial"/>
        </w:rPr>
        <w:t xml:space="preserve">I've mean sod bear   grills </w:t>
      </w:r>
      <w:proofErr w:type="gramStart"/>
      <w:r>
        <w:rPr>
          <w:rFonts w:ascii="Arial" w:hAnsi="Arial"/>
        </w:rPr>
        <w:t>To</w:t>
      </w:r>
      <w:proofErr w:type="gramEnd"/>
      <w:r>
        <w:rPr>
          <w:rFonts w:ascii="Arial" w:hAnsi="Arial"/>
        </w:rPr>
        <w:t xml:space="preserve"> be fair, I mean,</w:t>
      </w:r>
    </w:p>
    <w:p w14:paraId="6D010C15" w14:textId="77777777" w:rsidR="00CF75C8" w:rsidRDefault="00CF75C8">
      <w:pPr>
        <w:spacing w:after="0"/>
      </w:pPr>
    </w:p>
    <w:p w14:paraId="5C397FF5" w14:textId="77777777" w:rsidR="00CF75C8" w:rsidRDefault="002F30F1">
      <w:pPr>
        <w:spacing w:after="0"/>
      </w:pPr>
      <w:proofErr w:type="spellStart"/>
      <w:r>
        <w:rPr>
          <w:rFonts w:ascii="Arial" w:hAnsi="Arial"/>
          <w:b/>
        </w:rPr>
        <w:t>jessica</w:t>
      </w:r>
      <w:proofErr w:type="spellEnd"/>
      <w:r>
        <w:rPr>
          <w:rFonts w:ascii="Arial" w:hAnsi="Arial"/>
          <w:b/>
        </w:rPr>
        <w:t xml:space="preserve">  </w:t>
      </w:r>
      <w:r>
        <w:rPr>
          <w:rFonts w:ascii="Arial" w:hAnsi="Arial"/>
          <w:color w:val="5D7284"/>
        </w:rPr>
        <w:t>1:05:50</w:t>
      </w:r>
    </w:p>
    <w:p w14:paraId="24EEBD70" w14:textId="77777777" w:rsidR="00CF75C8" w:rsidRDefault="002F30F1">
      <w:pPr>
        <w:spacing w:after="0"/>
      </w:pPr>
      <w:r>
        <w:rPr>
          <w:rFonts w:ascii="Arial" w:hAnsi="Arial"/>
        </w:rPr>
        <w:t>yeah, and I just remember, hi</w:t>
      </w:r>
      <w:r>
        <w:rPr>
          <w:rFonts w:ascii="Arial" w:hAnsi="Arial"/>
        </w:rPr>
        <w:t>s name was Dr. McDonald. And he was very Scottish. Remember,</w:t>
      </w:r>
    </w:p>
    <w:p w14:paraId="75E62695" w14:textId="77777777" w:rsidR="00CF75C8" w:rsidRDefault="00CF75C8">
      <w:pPr>
        <w:spacing w:after="0"/>
      </w:pPr>
    </w:p>
    <w:p w14:paraId="19632B7A" w14:textId="77777777" w:rsidR="00CF75C8" w:rsidRDefault="002F30F1">
      <w:pPr>
        <w:spacing w:after="0"/>
      </w:pPr>
      <w:r>
        <w:rPr>
          <w:rFonts w:ascii="Arial" w:hAnsi="Arial"/>
          <w:b/>
        </w:rPr>
        <w:t xml:space="preserve">Alice  </w:t>
      </w:r>
      <w:r>
        <w:rPr>
          <w:rFonts w:ascii="Arial" w:hAnsi="Arial"/>
          <w:color w:val="5D7284"/>
        </w:rPr>
        <w:t>1:05:58</w:t>
      </w:r>
    </w:p>
    <w:p w14:paraId="0C8798DA" w14:textId="77777777" w:rsidR="00CF75C8" w:rsidRDefault="002F30F1">
      <w:pPr>
        <w:spacing w:after="0"/>
      </w:pPr>
      <w:r>
        <w:rPr>
          <w:rFonts w:ascii="Arial" w:hAnsi="Arial"/>
        </w:rPr>
        <w:t>is  his doctor McDonald's?</w:t>
      </w:r>
    </w:p>
    <w:p w14:paraId="48FF9925" w14:textId="77777777" w:rsidR="00CF75C8" w:rsidRDefault="00CF75C8">
      <w:pPr>
        <w:spacing w:after="0"/>
      </w:pPr>
    </w:p>
    <w:p w14:paraId="10A2F1E4" w14:textId="77777777" w:rsidR="00CF75C8" w:rsidRDefault="002F30F1">
      <w:pPr>
        <w:spacing w:after="0"/>
      </w:pPr>
      <w:proofErr w:type="spellStart"/>
      <w:r>
        <w:rPr>
          <w:rFonts w:ascii="Arial" w:hAnsi="Arial"/>
          <w:b/>
        </w:rPr>
        <w:t>jessica</w:t>
      </w:r>
      <w:proofErr w:type="spellEnd"/>
      <w:r>
        <w:rPr>
          <w:rFonts w:ascii="Arial" w:hAnsi="Arial"/>
          <w:b/>
        </w:rPr>
        <w:t xml:space="preserve">  </w:t>
      </w:r>
      <w:r>
        <w:rPr>
          <w:rFonts w:ascii="Arial" w:hAnsi="Arial"/>
          <w:color w:val="5D7284"/>
        </w:rPr>
        <w:t>1:06:02</w:t>
      </w:r>
    </w:p>
    <w:p w14:paraId="56267C50" w14:textId="77777777" w:rsidR="00CF75C8" w:rsidRDefault="002F30F1">
      <w:pPr>
        <w:spacing w:after="0"/>
      </w:pPr>
      <w:r>
        <w:rPr>
          <w:rFonts w:ascii="Arial" w:hAnsi="Arial"/>
        </w:rPr>
        <w:t>I just remember him saying, Yeah, you can't go Christmas shopping with your mom. You need to stay here because your aorta has torn. We</w:t>
      </w:r>
      <w:r>
        <w:rPr>
          <w:rFonts w:ascii="Arial" w:hAnsi="Arial"/>
        </w:rPr>
        <w:t xml:space="preserve"> need to get you in for emergency surgery.</w:t>
      </w:r>
    </w:p>
    <w:p w14:paraId="1D7BE3A7" w14:textId="77777777" w:rsidR="00CF75C8" w:rsidRDefault="00CF75C8">
      <w:pPr>
        <w:spacing w:after="0"/>
      </w:pPr>
    </w:p>
    <w:p w14:paraId="34D9484C" w14:textId="77777777" w:rsidR="00CF75C8" w:rsidRDefault="002F30F1">
      <w:pPr>
        <w:spacing w:after="0"/>
      </w:pPr>
      <w:r>
        <w:rPr>
          <w:rFonts w:ascii="Arial" w:hAnsi="Arial"/>
          <w:b/>
        </w:rPr>
        <w:t xml:space="preserve">Lucy  </w:t>
      </w:r>
      <w:r>
        <w:rPr>
          <w:rFonts w:ascii="Arial" w:hAnsi="Arial"/>
          <w:color w:val="5D7284"/>
        </w:rPr>
        <w:t>1:06:16</w:t>
      </w:r>
    </w:p>
    <w:p w14:paraId="0EB76228" w14:textId="77777777" w:rsidR="00CF75C8" w:rsidRDefault="002F30F1">
      <w:pPr>
        <w:spacing w:after="0"/>
      </w:pPr>
      <w:r>
        <w:rPr>
          <w:rFonts w:ascii="Arial" w:hAnsi="Arial"/>
        </w:rPr>
        <w:t>I mean, what a first day.</w:t>
      </w:r>
    </w:p>
    <w:p w14:paraId="2C3D4424" w14:textId="77777777" w:rsidR="00CF75C8" w:rsidRDefault="00CF75C8">
      <w:pPr>
        <w:spacing w:after="0"/>
      </w:pPr>
    </w:p>
    <w:p w14:paraId="456BE7FA" w14:textId="77777777" w:rsidR="00CF75C8" w:rsidRDefault="002F30F1">
      <w:pPr>
        <w:spacing w:after="0"/>
      </w:pPr>
      <w:r>
        <w:rPr>
          <w:rFonts w:ascii="Arial" w:hAnsi="Arial"/>
          <w:b/>
        </w:rPr>
        <w:t xml:space="preserve">Alice  </w:t>
      </w:r>
      <w:r>
        <w:rPr>
          <w:rFonts w:ascii="Arial" w:hAnsi="Arial"/>
          <w:color w:val="5D7284"/>
        </w:rPr>
        <w:t>1:06:18</w:t>
      </w:r>
    </w:p>
    <w:p w14:paraId="57AF45EC" w14:textId="77777777" w:rsidR="00CF75C8" w:rsidRDefault="002F30F1">
      <w:pPr>
        <w:spacing w:after="0"/>
      </w:pPr>
      <w:r>
        <w:rPr>
          <w:rFonts w:ascii="Arial" w:hAnsi="Arial"/>
        </w:rPr>
        <w:t xml:space="preserve">Yeah, he's probably at dinner parties. And then there   was this fucking lass she had been to Alton </w:t>
      </w:r>
      <w:proofErr w:type="gramStart"/>
      <w:r>
        <w:rPr>
          <w:rFonts w:ascii="Arial" w:hAnsi="Arial"/>
        </w:rPr>
        <w:t>Towers</w:t>
      </w:r>
      <w:proofErr w:type="gramEnd"/>
      <w:r>
        <w:rPr>
          <w:rFonts w:ascii="Arial" w:hAnsi="Arial"/>
        </w:rPr>
        <w:t xml:space="preserve"> </w:t>
      </w:r>
    </w:p>
    <w:p w14:paraId="7A1A6258" w14:textId="77777777" w:rsidR="00CF75C8" w:rsidRDefault="00CF75C8">
      <w:pPr>
        <w:spacing w:after="0"/>
      </w:pPr>
    </w:p>
    <w:p w14:paraId="613BD496" w14:textId="77777777" w:rsidR="00CF75C8" w:rsidRDefault="002F30F1">
      <w:pPr>
        <w:spacing w:after="0"/>
      </w:pPr>
      <w:proofErr w:type="spellStart"/>
      <w:r>
        <w:rPr>
          <w:rFonts w:ascii="Arial" w:hAnsi="Arial"/>
          <w:b/>
        </w:rPr>
        <w:t>jessica</w:t>
      </w:r>
      <w:proofErr w:type="spellEnd"/>
      <w:r>
        <w:rPr>
          <w:rFonts w:ascii="Arial" w:hAnsi="Arial"/>
          <w:b/>
        </w:rPr>
        <w:t xml:space="preserve">  </w:t>
      </w:r>
      <w:r>
        <w:rPr>
          <w:rFonts w:ascii="Arial" w:hAnsi="Arial"/>
          <w:color w:val="5D7284"/>
        </w:rPr>
        <w:t>1:06:18</w:t>
      </w:r>
    </w:p>
    <w:p w14:paraId="4F5759D4" w14:textId="77777777" w:rsidR="00CF75C8" w:rsidRDefault="002F30F1">
      <w:pPr>
        <w:spacing w:after="0"/>
      </w:pPr>
      <w:r>
        <w:rPr>
          <w:rFonts w:ascii="Arial" w:hAnsi="Arial"/>
        </w:rPr>
        <w:t>Yeah.</w:t>
      </w:r>
    </w:p>
    <w:p w14:paraId="651E03F6" w14:textId="77777777" w:rsidR="00CF75C8" w:rsidRDefault="00CF75C8">
      <w:pPr>
        <w:spacing w:after="0"/>
      </w:pPr>
    </w:p>
    <w:p w14:paraId="4B8AEE6D" w14:textId="77777777" w:rsidR="00CF75C8" w:rsidRDefault="002F30F1">
      <w:pPr>
        <w:spacing w:after="0"/>
      </w:pPr>
      <w:r>
        <w:rPr>
          <w:rFonts w:ascii="Arial" w:hAnsi="Arial"/>
          <w:b/>
        </w:rPr>
        <w:t xml:space="preserve">Lucy  </w:t>
      </w:r>
      <w:r>
        <w:rPr>
          <w:rFonts w:ascii="Arial" w:hAnsi="Arial"/>
          <w:color w:val="5D7284"/>
        </w:rPr>
        <w:t>1:06:30</w:t>
      </w:r>
    </w:p>
    <w:p w14:paraId="2BE9A151" w14:textId="77777777" w:rsidR="00CF75C8" w:rsidRDefault="002F30F1">
      <w:pPr>
        <w:spacing w:after="0"/>
      </w:pPr>
      <w:r>
        <w:rPr>
          <w:rFonts w:ascii="Arial" w:hAnsi="Arial"/>
        </w:rPr>
        <w:t xml:space="preserve"> he will be dining out on that story for </w:t>
      </w:r>
      <w:proofErr w:type="gramStart"/>
      <w:r>
        <w:rPr>
          <w:rFonts w:ascii="Arial" w:hAnsi="Arial"/>
        </w:rPr>
        <w:t>years</w:t>
      </w:r>
      <w:proofErr w:type="gramEnd"/>
    </w:p>
    <w:p w14:paraId="3CDE7279" w14:textId="77777777" w:rsidR="00CF75C8" w:rsidRDefault="00CF75C8">
      <w:pPr>
        <w:spacing w:after="0"/>
      </w:pPr>
    </w:p>
    <w:p w14:paraId="3CDA61D3" w14:textId="77777777" w:rsidR="00CF75C8" w:rsidRDefault="002F30F1">
      <w:pPr>
        <w:spacing w:after="0"/>
      </w:pPr>
      <w:r>
        <w:rPr>
          <w:rFonts w:ascii="Arial" w:hAnsi="Arial"/>
          <w:b/>
        </w:rPr>
        <w:t xml:space="preserve">Alice  </w:t>
      </w:r>
      <w:r>
        <w:rPr>
          <w:rFonts w:ascii="Arial" w:hAnsi="Arial"/>
          <w:color w:val="5D7284"/>
        </w:rPr>
        <w:t>1:06:34</w:t>
      </w:r>
    </w:p>
    <w:p w14:paraId="20E7BBA3" w14:textId="77777777" w:rsidR="00CF75C8" w:rsidRDefault="002F30F1">
      <w:pPr>
        <w:spacing w:after="0"/>
      </w:pPr>
      <w:r>
        <w:rPr>
          <w:rFonts w:ascii="Arial" w:hAnsi="Arial"/>
        </w:rPr>
        <w:t>I saved her life.</w:t>
      </w:r>
    </w:p>
    <w:p w14:paraId="751629D6" w14:textId="77777777" w:rsidR="00CF75C8" w:rsidRDefault="00CF75C8">
      <w:pPr>
        <w:spacing w:after="0"/>
      </w:pPr>
    </w:p>
    <w:p w14:paraId="6E4FFDD6" w14:textId="77777777" w:rsidR="00CF75C8" w:rsidRDefault="002F30F1">
      <w:pPr>
        <w:spacing w:after="0"/>
      </w:pPr>
      <w:proofErr w:type="spellStart"/>
      <w:r>
        <w:rPr>
          <w:rFonts w:ascii="Arial" w:hAnsi="Arial"/>
          <w:b/>
        </w:rPr>
        <w:t>jessica</w:t>
      </w:r>
      <w:proofErr w:type="spellEnd"/>
      <w:r>
        <w:rPr>
          <w:rFonts w:ascii="Arial" w:hAnsi="Arial"/>
          <w:b/>
        </w:rPr>
        <w:t xml:space="preserve">  </w:t>
      </w:r>
      <w:r>
        <w:rPr>
          <w:rFonts w:ascii="Arial" w:hAnsi="Arial"/>
          <w:color w:val="5D7284"/>
        </w:rPr>
        <w:t>1:06:37</w:t>
      </w:r>
    </w:p>
    <w:p w14:paraId="0DC9E7C4" w14:textId="77777777" w:rsidR="00CF75C8" w:rsidRDefault="002F30F1">
      <w:pPr>
        <w:spacing w:after="0"/>
      </w:pPr>
      <w:r>
        <w:rPr>
          <w:rFonts w:ascii="Arial" w:hAnsi="Arial"/>
        </w:rPr>
        <w:t xml:space="preserve">Yeah. And I just remember one of the lovely cardiac liaisons coming out with a wheelchair, and him saying, </w:t>
      </w:r>
      <w:proofErr w:type="gramStart"/>
      <w:r>
        <w:rPr>
          <w:rFonts w:ascii="Arial" w:hAnsi="Arial"/>
        </w:rPr>
        <w:t>Come</w:t>
      </w:r>
      <w:proofErr w:type="gramEnd"/>
      <w:r>
        <w:rPr>
          <w:rFonts w:ascii="Arial" w:hAnsi="Arial"/>
        </w:rPr>
        <w:t xml:space="preserve"> on, and he was so lovely. And he just said, </w:t>
      </w:r>
      <w:proofErr w:type="gramStart"/>
      <w:r>
        <w:rPr>
          <w:rFonts w:ascii="Arial" w:hAnsi="Arial"/>
        </w:rPr>
        <w:t>C</w:t>
      </w:r>
      <w:r>
        <w:rPr>
          <w:rFonts w:ascii="Arial" w:hAnsi="Arial"/>
        </w:rPr>
        <w:t>ome</w:t>
      </w:r>
      <w:proofErr w:type="gramEnd"/>
      <w:r>
        <w:rPr>
          <w:rFonts w:ascii="Arial" w:hAnsi="Arial"/>
        </w:rPr>
        <w:t xml:space="preserve"> on, then, let's get you in this chair and get you down to where they prep, you put all that stuff in you. And I just it didn't seem real. Like we were we were going down corridors and things. And it just, I didn't feel like anything was happening. Now </w:t>
      </w:r>
      <w:r>
        <w:rPr>
          <w:rFonts w:ascii="Arial" w:hAnsi="Arial"/>
        </w:rPr>
        <w:t xml:space="preserve">I remember sitting, sitting on the bed getting like the pre op kind of stuff happening to me. And my mom said, Where's Rob? Like, Rob's my partner? And I said, He's at work. And she's like, I'm </w:t>
      </w:r>
      <w:proofErr w:type="spellStart"/>
      <w:r>
        <w:rPr>
          <w:rFonts w:ascii="Arial" w:hAnsi="Arial"/>
        </w:rPr>
        <w:t>gonna</w:t>
      </w:r>
      <w:proofErr w:type="spellEnd"/>
      <w:r>
        <w:rPr>
          <w:rFonts w:ascii="Arial" w:hAnsi="Arial"/>
        </w:rPr>
        <w:t xml:space="preserve"> ring him, because he probably needs to be here. Yeah. An</w:t>
      </w:r>
      <w:r>
        <w:rPr>
          <w:rFonts w:ascii="Arial" w:hAnsi="Arial"/>
        </w:rPr>
        <w:t xml:space="preserve">d at the time, he worked in retail, too. So, unbeknownst to me, she rang him he got in a taxi, got to the hospital. He came in, he had a little bit of </w:t>
      </w:r>
      <w:r>
        <w:rPr>
          <w:rFonts w:ascii="Arial" w:hAnsi="Arial"/>
        </w:rPr>
        <w:lastRenderedPageBreak/>
        <w:t>time with me before I was taken off to surgery. And trying to remember it because there's been a few surg</w:t>
      </w:r>
      <w:r>
        <w:rPr>
          <w:rFonts w:ascii="Arial" w:hAnsi="Arial"/>
        </w:rPr>
        <w:t>eries. I think this one was the one that was 13 hours long home.</w:t>
      </w:r>
    </w:p>
    <w:p w14:paraId="15CD08C5" w14:textId="77777777" w:rsidR="00CF75C8" w:rsidRDefault="00CF75C8">
      <w:pPr>
        <w:spacing w:after="0"/>
      </w:pPr>
    </w:p>
    <w:p w14:paraId="75D63ABD" w14:textId="77777777" w:rsidR="00CF75C8" w:rsidRDefault="002F30F1">
      <w:pPr>
        <w:spacing w:after="0"/>
      </w:pPr>
      <w:r>
        <w:rPr>
          <w:rFonts w:ascii="Arial" w:hAnsi="Arial"/>
          <w:b/>
        </w:rPr>
        <w:t xml:space="preserve">Lucy  </w:t>
      </w:r>
      <w:r>
        <w:rPr>
          <w:rFonts w:ascii="Arial" w:hAnsi="Arial"/>
          <w:color w:val="5D7284"/>
        </w:rPr>
        <w:t>1:07:45</w:t>
      </w:r>
    </w:p>
    <w:p w14:paraId="3698684F" w14:textId="77777777" w:rsidR="00CF75C8" w:rsidRDefault="002F30F1">
      <w:pPr>
        <w:spacing w:after="0"/>
      </w:pPr>
      <w:r>
        <w:rPr>
          <w:rFonts w:ascii="Arial" w:hAnsi="Arial"/>
        </w:rPr>
        <w:t>Holy. I mean, I</w:t>
      </w:r>
    </w:p>
    <w:p w14:paraId="0FE67E16" w14:textId="77777777" w:rsidR="00CF75C8" w:rsidRDefault="00CF75C8">
      <w:pPr>
        <w:spacing w:after="0"/>
      </w:pPr>
    </w:p>
    <w:p w14:paraId="187FCE3D" w14:textId="77777777" w:rsidR="00CF75C8" w:rsidRDefault="002F30F1">
      <w:pPr>
        <w:spacing w:after="0"/>
      </w:pPr>
      <w:proofErr w:type="spellStart"/>
      <w:r>
        <w:rPr>
          <w:rFonts w:ascii="Arial" w:hAnsi="Arial"/>
          <w:b/>
        </w:rPr>
        <w:t>jessica</w:t>
      </w:r>
      <w:proofErr w:type="spellEnd"/>
      <w:r>
        <w:rPr>
          <w:rFonts w:ascii="Arial" w:hAnsi="Arial"/>
          <w:b/>
        </w:rPr>
        <w:t xml:space="preserve">  </w:t>
      </w:r>
      <w:r>
        <w:rPr>
          <w:rFonts w:ascii="Arial" w:hAnsi="Arial"/>
          <w:color w:val="5D7284"/>
        </w:rPr>
        <w:t>1:07:47</w:t>
      </w:r>
    </w:p>
    <w:p w14:paraId="7A17AF22" w14:textId="77777777" w:rsidR="00CF75C8" w:rsidRDefault="002F30F1">
      <w:pPr>
        <w:spacing w:after="0"/>
      </w:pPr>
      <w:proofErr w:type="spellStart"/>
      <w:r>
        <w:rPr>
          <w:rFonts w:ascii="Arial" w:hAnsi="Arial"/>
        </w:rPr>
        <w:t>i</w:t>
      </w:r>
      <w:proofErr w:type="spellEnd"/>
      <w:r>
        <w:rPr>
          <w:rFonts w:ascii="Arial" w:hAnsi="Arial"/>
        </w:rPr>
        <w:t xml:space="preserve"> think it was </w:t>
      </w:r>
      <w:proofErr w:type="gramStart"/>
      <w:r>
        <w:rPr>
          <w:rFonts w:ascii="Arial" w:hAnsi="Arial"/>
        </w:rPr>
        <w:t>definitely over</w:t>
      </w:r>
      <w:proofErr w:type="gramEnd"/>
      <w:r>
        <w:rPr>
          <w:rFonts w:ascii="Arial" w:hAnsi="Arial"/>
        </w:rPr>
        <w:t xml:space="preserve"> 10 hours. You think </w:t>
      </w:r>
      <w:proofErr w:type="gramStart"/>
      <w:r>
        <w:rPr>
          <w:rFonts w:ascii="Arial" w:hAnsi="Arial"/>
        </w:rPr>
        <w:t>because</w:t>
      </w:r>
      <w:proofErr w:type="gramEnd"/>
    </w:p>
    <w:p w14:paraId="79A6954C" w14:textId="77777777" w:rsidR="00CF75C8" w:rsidRDefault="00CF75C8">
      <w:pPr>
        <w:spacing w:after="0"/>
      </w:pPr>
    </w:p>
    <w:p w14:paraId="06BA7ED2" w14:textId="77777777" w:rsidR="00CF75C8" w:rsidRDefault="002F30F1">
      <w:pPr>
        <w:spacing w:after="0"/>
      </w:pPr>
      <w:r>
        <w:rPr>
          <w:rFonts w:ascii="Arial" w:hAnsi="Arial"/>
          <w:b/>
        </w:rPr>
        <w:t xml:space="preserve">Lucy  </w:t>
      </w:r>
      <w:r>
        <w:rPr>
          <w:rFonts w:ascii="Arial" w:hAnsi="Arial"/>
          <w:color w:val="5D7284"/>
        </w:rPr>
        <w:t>1:07:51</w:t>
      </w:r>
    </w:p>
    <w:p w14:paraId="3B9FFBA8" w14:textId="77777777" w:rsidR="00CF75C8" w:rsidRDefault="002F30F1">
      <w:pPr>
        <w:spacing w:after="0"/>
      </w:pPr>
      <w:r>
        <w:rPr>
          <w:rFonts w:ascii="Arial" w:hAnsi="Arial"/>
        </w:rPr>
        <w:t xml:space="preserve">it happened so quickly. It was quite a good thing, because it </w:t>
      </w:r>
      <w:proofErr w:type="spellStart"/>
      <w:r>
        <w:rPr>
          <w:rFonts w:ascii="Arial" w:hAnsi="Arial"/>
        </w:rPr>
        <w:t>it</w:t>
      </w:r>
      <w:proofErr w:type="spellEnd"/>
      <w:r>
        <w:rPr>
          <w:rFonts w:ascii="Arial" w:hAnsi="Arial"/>
        </w:rPr>
        <w:t xml:space="preserve"> did</w:t>
      </w:r>
      <w:r>
        <w:rPr>
          <w:rFonts w:ascii="Arial" w:hAnsi="Arial"/>
        </w:rPr>
        <w:t>n't give you any chance to dwell on anything.</w:t>
      </w:r>
    </w:p>
    <w:p w14:paraId="03862CCF" w14:textId="77777777" w:rsidR="00CF75C8" w:rsidRDefault="00CF75C8">
      <w:pPr>
        <w:spacing w:after="0"/>
      </w:pPr>
    </w:p>
    <w:p w14:paraId="4D71AD55" w14:textId="77777777" w:rsidR="00CF75C8" w:rsidRDefault="002F30F1">
      <w:pPr>
        <w:spacing w:after="0"/>
      </w:pPr>
      <w:proofErr w:type="spellStart"/>
      <w:r>
        <w:rPr>
          <w:rFonts w:ascii="Arial" w:hAnsi="Arial"/>
          <w:b/>
        </w:rPr>
        <w:t>jessica</w:t>
      </w:r>
      <w:proofErr w:type="spellEnd"/>
      <w:r>
        <w:rPr>
          <w:rFonts w:ascii="Arial" w:hAnsi="Arial"/>
          <w:b/>
        </w:rPr>
        <w:t xml:space="preserve">  </w:t>
      </w:r>
      <w:r>
        <w:rPr>
          <w:rFonts w:ascii="Arial" w:hAnsi="Arial"/>
          <w:color w:val="5D7284"/>
        </w:rPr>
        <w:t>1:07:57</w:t>
      </w:r>
    </w:p>
    <w:p w14:paraId="1D136F32" w14:textId="77777777" w:rsidR="00CF75C8" w:rsidRDefault="002F30F1">
      <w:pPr>
        <w:spacing w:after="0"/>
      </w:pPr>
      <w:r>
        <w:rPr>
          <w:rFonts w:ascii="Arial" w:hAnsi="Arial"/>
        </w:rPr>
        <w:t xml:space="preserve">Yeah, I mean, it didn't give me a chance to kind of </w:t>
      </w:r>
      <w:proofErr w:type="spellStart"/>
      <w:r>
        <w:rPr>
          <w:rFonts w:ascii="Arial" w:hAnsi="Arial"/>
        </w:rPr>
        <w:t>run away</w:t>
      </w:r>
      <w:proofErr w:type="spellEnd"/>
      <w:r>
        <w:rPr>
          <w:rFonts w:ascii="Arial" w:hAnsi="Arial"/>
        </w:rPr>
        <w:t xml:space="preserve"> yeah , I was stuck there. And it was happening. It was It was terrifying, though, because of course, like I didn't know what to exp</w:t>
      </w:r>
      <w:r>
        <w:rPr>
          <w:rFonts w:ascii="Arial" w:hAnsi="Arial"/>
        </w:rPr>
        <w:t xml:space="preserve">ect in </w:t>
      </w:r>
      <w:proofErr w:type="spellStart"/>
      <w:r>
        <w:rPr>
          <w:rFonts w:ascii="Arial" w:hAnsi="Arial"/>
        </w:rPr>
        <w:t>thereif</w:t>
      </w:r>
      <w:proofErr w:type="spellEnd"/>
      <w:r>
        <w:rPr>
          <w:rFonts w:ascii="Arial" w:hAnsi="Arial"/>
        </w:rPr>
        <w:t xml:space="preserve"> </w:t>
      </w:r>
      <w:proofErr w:type="spellStart"/>
      <w:r>
        <w:rPr>
          <w:rFonts w:ascii="Arial" w:hAnsi="Arial"/>
        </w:rPr>
        <w:t>i</w:t>
      </w:r>
      <w:proofErr w:type="spellEnd"/>
      <w:r>
        <w:rPr>
          <w:rFonts w:ascii="Arial" w:hAnsi="Arial"/>
        </w:rPr>
        <w:t xml:space="preserve"> would  make it or anything like that. But then that was just like, that was the beginning. Like it was. It was that surgery? Because it was such an emergency </w:t>
      </w:r>
      <w:proofErr w:type="gramStart"/>
      <w:r>
        <w:rPr>
          <w:rFonts w:ascii="Arial" w:hAnsi="Arial"/>
        </w:rPr>
        <w:t>surgery</w:t>
      </w:r>
      <w:proofErr w:type="gramEnd"/>
      <w:r>
        <w:rPr>
          <w:rFonts w:ascii="Arial" w:hAnsi="Arial"/>
        </w:rPr>
        <w:t xml:space="preserve"> and they weren't necessarily prepared for it. They did something that wou</w:t>
      </w:r>
      <w:r>
        <w:rPr>
          <w:rFonts w:ascii="Arial" w:hAnsi="Arial"/>
        </w:rPr>
        <w:t xml:space="preserve">ld fix </w:t>
      </w:r>
      <w:proofErr w:type="spellStart"/>
      <w:r>
        <w:rPr>
          <w:rFonts w:ascii="Arial" w:hAnsi="Arial"/>
        </w:rPr>
        <w:t>fix</w:t>
      </w:r>
      <w:proofErr w:type="spellEnd"/>
      <w:r>
        <w:rPr>
          <w:rFonts w:ascii="Arial" w:hAnsi="Arial"/>
        </w:rPr>
        <w:t xml:space="preserve"> it for a bit.</w:t>
      </w:r>
    </w:p>
    <w:p w14:paraId="0D9D986D" w14:textId="77777777" w:rsidR="00CF75C8" w:rsidRDefault="00CF75C8">
      <w:pPr>
        <w:spacing w:after="0"/>
      </w:pPr>
    </w:p>
    <w:p w14:paraId="71ED371B" w14:textId="77777777" w:rsidR="00CF75C8" w:rsidRDefault="002F30F1">
      <w:pPr>
        <w:spacing w:after="0"/>
      </w:pPr>
      <w:r>
        <w:rPr>
          <w:rFonts w:ascii="Arial" w:hAnsi="Arial"/>
          <w:b/>
        </w:rPr>
        <w:t xml:space="preserve">Lucy  </w:t>
      </w:r>
      <w:r>
        <w:rPr>
          <w:rFonts w:ascii="Arial" w:hAnsi="Arial"/>
          <w:color w:val="5D7284"/>
        </w:rPr>
        <w:t>1:08:29</w:t>
      </w:r>
    </w:p>
    <w:p w14:paraId="3467F8C7" w14:textId="77777777" w:rsidR="00CF75C8" w:rsidRDefault="002F30F1">
      <w:pPr>
        <w:spacing w:after="0"/>
      </w:pPr>
      <w:r>
        <w:rPr>
          <w:rFonts w:ascii="Arial" w:hAnsi="Arial"/>
        </w:rPr>
        <w:t xml:space="preserve">Right. It was a bit like getting </w:t>
      </w:r>
      <w:proofErr w:type="spellStart"/>
      <w:r>
        <w:rPr>
          <w:rFonts w:ascii="Arial" w:hAnsi="Arial"/>
        </w:rPr>
        <w:t>selleotape</w:t>
      </w:r>
      <w:proofErr w:type="spellEnd"/>
      <w:r>
        <w:rPr>
          <w:rFonts w:ascii="Arial" w:hAnsi="Arial"/>
        </w:rPr>
        <w:t xml:space="preserve"> out  on the phone when the phone call falls apart Yeah.</w:t>
      </w:r>
    </w:p>
    <w:p w14:paraId="13BFA869" w14:textId="77777777" w:rsidR="00CF75C8" w:rsidRDefault="00CF75C8">
      <w:pPr>
        <w:spacing w:after="0"/>
      </w:pPr>
    </w:p>
    <w:p w14:paraId="3AAC8DE0" w14:textId="77777777" w:rsidR="00CF75C8" w:rsidRDefault="002F30F1">
      <w:pPr>
        <w:spacing w:after="0"/>
      </w:pPr>
      <w:proofErr w:type="spellStart"/>
      <w:r>
        <w:rPr>
          <w:rFonts w:ascii="Arial" w:hAnsi="Arial"/>
          <w:b/>
        </w:rPr>
        <w:t>jessica</w:t>
      </w:r>
      <w:proofErr w:type="spellEnd"/>
      <w:r>
        <w:rPr>
          <w:rFonts w:ascii="Arial" w:hAnsi="Arial"/>
          <w:b/>
        </w:rPr>
        <w:t xml:space="preserve">  </w:t>
      </w:r>
      <w:r>
        <w:rPr>
          <w:rFonts w:ascii="Arial" w:hAnsi="Arial"/>
          <w:color w:val="5D7284"/>
        </w:rPr>
        <w:t>1:08:35</w:t>
      </w:r>
    </w:p>
    <w:p w14:paraId="08CB9A07" w14:textId="77777777" w:rsidR="00CF75C8" w:rsidRDefault="002F30F1">
      <w:pPr>
        <w:spacing w:after="0"/>
      </w:pPr>
      <w:r>
        <w:rPr>
          <w:rFonts w:ascii="Arial" w:hAnsi="Arial"/>
        </w:rPr>
        <w:t xml:space="preserve">But in the face of like, I think they use </w:t>
      </w:r>
      <w:proofErr w:type="gramStart"/>
      <w:r>
        <w:rPr>
          <w:rFonts w:ascii="Arial" w:hAnsi="Arial"/>
        </w:rPr>
        <w:t>pig</w:t>
      </w:r>
      <w:proofErr w:type="gramEnd"/>
      <w:r>
        <w:rPr>
          <w:rFonts w:ascii="Arial" w:hAnsi="Arial"/>
        </w:rPr>
        <w:t xml:space="preserve"> </w:t>
      </w:r>
    </w:p>
    <w:p w14:paraId="05E0B53F" w14:textId="77777777" w:rsidR="00CF75C8" w:rsidRDefault="00CF75C8">
      <w:pPr>
        <w:spacing w:after="0"/>
      </w:pPr>
    </w:p>
    <w:p w14:paraId="1895D5EE" w14:textId="77777777" w:rsidR="00CF75C8" w:rsidRDefault="002F30F1">
      <w:pPr>
        <w:spacing w:after="0"/>
      </w:pPr>
      <w:r>
        <w:rPr>
          <w:rFonts w:ascii="Arial" w:hAnsi="Arial"/>
          <w:b/>
        </w:rPr>
        <w:t xml:space="preserve">Alice  </w:t>
      </w:r>
      <w:r>
        <w:rPr>
          <w:rFonts w:ascii="Arial" w:hAnsi="Arial"/>
          <w:color w:val="5D7284"/>
        </w:rPr>
        <w:t>1:08:41</w:t>
      </w:r>
    </w:p>
    <w:p w14:paraId="473CCD19" w14:textId="77777777" w:rsidR="00CF75C8" w:rsidRDefault="002F30F1">
      <w:pPr>
        <w:spacing w:after="0"/>
      </w:pPr>
      <w:r>
        <w:rPr>
          <w:rFonts w:ascii="Arial" w:hAnsi="Arial"/>
        </w:rPr>
        <w:t xml:space="preserve">But once a nicer word. It's </w:t>
      </w:r>
      <w:r>
        <w:rPr>
          <w:rFonts w:ascii="Arial" w:hAnsi="Arial"/>
        </w:rPr>
        <w:t xml:space="preserve">like I've </w:t>
      </w:r>
      <w:proofErr w:type="spellStart"/>
      <w:r>
        <w:rPr>
          <w:rFonts w:ascii="Arial" w:hAnsi="Arial"/>
        </w:rPr>
        <w:t>I've</w:t>
      </w:r>
      <w:proofErr w:type="spellEnd"/>
      <w:r>
        <w:rPr>
          <w:rFonts w:ascii="Arial" w:hAnsi="Arial"/>
        </w:rPr>
        <w:t xml:space="preserve"> literally just heard read about this in a book. There is a kind of this part of a pig and a cow that is ideal. It's a ligament that's ideal for use in for basically tying around </w:t>
      </w:r>
      <w:proofErr w:type="gramStart"/>
      <w:r>
        <w:rPr>
          <w:rFonts w:ascii="Arial" w:hAnsi="Arial"/>
        </w:rPr>
        <w:t>aortas</w:t>
      </w:r>
      <w:proofErr w:type="gramEnd"/>
    </w:p>
    <w:p w14:paraId="0295166C" w14:textId="77777777" w:rsidR="00CF75C8" w:rsidRDefault="00CF75C8">
      <w:pPr>
        <w:spacing w:after="0"/>
      </w:pPr>
    </w:p>
    <w:p w14:paraId="2C89D4A6" w14:textId="77777777" w:rsidR="00CF75C8" w:rsidRDefault="002F30F1">
      <w:pPr>
        <w:spacing w:after="0"/>
      </w:pPr>
      <w:proofErr w:type="spellStart"/>
      <w:r>
        <w:rPr>
          <w:rFonts w:ascii="Arial" w:hAnsi="Arial"/>
          <w:b/>
        </w:rPr>
        <w:t>jessica</w:t>
      </w:r>
      <w:proofErr w:type="spellEnd"/>
      <w:r>
        <w:rPr>
          <w:rFonts w:ascii="Arial" w:hAnsi="Arial"/>
          <w:b/>
        </w:rPr>
        <w:t xml:space="preserve">  </w:t>
      </w:r>
      <w:r>
        <w:rPr>
          <w:rFonts w:ascii="Arial" w:hAnsi="Arial"/>
          <w:color w:val="5D7284"/>
        </w:rPr>
        <w:t>1:08:59</w:t>
      </w:r>
    </w:p>
    <w:p w14:paraId="3EAFAC9D" w14:textId="77777777" w:rsidR="00CF75C8" w:rsidRDefault="002F30F1">
      <w:pPr>
        <w:spacing w:after="0"/>
      </w:pPr>
      <w:r>
        <w:rPr>
          <w:rFonts w:ascii="Arial" w:hAnsi="Arial"/>
        </w:rPr>
        <w:t xml:space="preserve">Yeah, that's what they </w:t>
      </w:r>
      <w:proofErr w:type="gramStart"/>
      <w:r>
        <w:rPr>
          <w:rFonts w:ascii="Arial" w:hAnsi="Arial"/>
        </w:rPr>
        <w:t>did</w:t>
      </w:r>
      <w:proofErr w:type="gramEnd"/>
    </w:p>
    <w:p w14:paraId="747DD860" w14:textId="77777777" w:rsidR="00CF75C8" w:rsidRDefault="00CF75C8">
      <w:pPr>
        <w:spacing w:after="0"/>
      </w:pPr>
    </w:p>
    <w:p w14:paraId="1AE2D6CF" w14:textId="77777777" w:rsidR="00CF75C8" w:rsidRDefault="002F30F1">
      <w:pPr>
        <w:spacing w:after="0"/>
      </w:pPr>
      <w:r>
        <w:rPr>
          <w:rFonts w:ascii="Arial" w:hAnsi="Arial"/>
          <w:b/>
        </w:rPr>
        <w:t xml:space="preserve">Lucy  </w:t>
      </w:r>
      <w:r>
        <w:rPr>
          <w:rFonts w:ascii="Arial" w:hAnsi="Arial"/>
          <w:color w:val="5D7284"/>
        </w:rPr>
        <w:t>1:09</w:t>
      </w:r>
      <w:r>
        <w:rPr>
          <w:rFonts w:ascii="Arial" w:hAnsi="Arial"/>
          <w:color w:val="5D7284"/>
        </w:rPr>
        <w:t>:01</w:t>
      </w:r>
    </w:p>
    <w:p w14:paraId="0B578776" w14:textId="77777777" w:rsidR="00CF75C8" w:rsidRDefault="002F30F1">
      <w:pPr>
        <w:spacing w:after="0"/>
      </w:pPr>
      <w:r>
        <w:rPr>
          <w:rFonts w:ascii="Arial" w:hAnsi="Arial"/>
        </w:rPr>
        <w:t>Allison's training to become a heart surgeon.</w:t>
      </w:r>
    </w:p>
    <w:p w14:paraId="37F47F8D" w14:textId="77777777" w:rsidR="00CF75C8" w:rsidRDefault="00CF75C8">
      <w:pPr>
        <w:spacing w:after="0"/>
      </w:pPr>
    </w:p>
    <w:p w14:paraId="39CE1B37" w14:textId="77777777" w:rsidR="00CF75C8" w:rsidRDefault="002F30F1">
      <w:pPr>
        <w:spacing w:after="0"/>
      </w:pPr>
      <w:r>
        <w:rPr>
          <w:rFonts w:ascii="Arial" w:hAnsi="Arial"/>
          <w:b/>
        </w:rPr>
        <w:t xml:space="preserve">Alice  </w:t>
      </w:r>
      <w:r>
        <w:rPr>
          <w:rFonts w:ascii="Arial" w:hAnsi="Arial"/>
          <w:color w:val="5D7284"/>
        </w:rPr>
        <w:t>1:09:06</w:t>
      </w:r>
    </w:p>
    <w:p w14:paraId="32F6E266" w14:textId="77777777" w:rsidR="00CF75C8" w:rsidRDefault="002F30F1">
      <w:pPr>
        <w:spacing w:after="0"/>
      </w:pPr>
      <w:r>
        <w:rPr>
          <w:rFonts w:ascii="Arial" w:hAnsi="Arial"/>
        </w:rPr>
        <w:t xml:space="preserve">I just I happen to be reading a </w:t>
      </w:r>
      <w:proofErr w:type="gramStart"/>
      <w:r>
        <w:rPr>
          <w:rFonts w:ascii="Arial" w:hAnsi="Arial"/>
        </w:rPr>
        <w:t>non I</w:t>
      </w:r>
      <w:proofErr w:type="gramEnd"/>
      <w:r>
        <w:rPr>
          <w:rFonts w:ascii="Arial" w:hAnsi="Arial"/>
        </w:rPr>
        <w:t xml:space="preserve"> can also tell you, I have a lot of random biology facts out of my </w:t>
      </w:r>
      <w:proofErr w:type="spellStart"/>
      <w:r>
        <w:rPr>
          <w:rFonts w:ascii="Arial" w:hAnsi="Arial"/>
        </w:rPr>
        <w:t>my</w:t>
      </w:r>
      <w:proofErr w:type="spellEnd"/>
      <w:r>
        <w:rPr>
          <w:rFonts w:ascii="Arial" w:hAnsi="Arial"/>
        </w:rPr>
        <w:t xml:space="preserve"> nonfiction book I've been reading. Did you know that giraffes are the only animals </w:t>
      </w:r>
      <w:r>
        <w:rPr>
          <w:rFonts w:ascii="Arial" w:hAnsi="Arial"/>
        </w:rPr>
        <w:t>that are sometimes born with and sometimes born without a gallbladder? And they don't seem to have any idea why?</w:t>
      </w:r>
    </w:p>
    <w:p w14:paraId="44583F97" w14:textId="77777777" w:rsidR="00CF75C8" w:rsidRDefault="00CF75C8">
      <w:pPr>
        <w:spacing w:after="0"/>
      </w:pPr>
    </w:p>
    <w:p w14:paraId="088C6A36" w14:textId="77777777" w:rsidR="00CF75C8" w:rsidRDefault="002F30F1">
      <w:pPr>
        <w:spacing w:after="0"/>
      </w:pPr>
      <w:r>
        <w:rPr>
          <w:rFonts w:ascii="Arial" w:hAnsi="Arial"/>
          <w:b/>
        </w:rPr>
        <w:t xml:space="preserve">Lucy  </w:t>
      </w:r>
      <w:r>
        <w:rPr>
          <w:rFonts w:ascii="Arial" w:hAnsi="Arial"/>
          <w:color w:val="5D7284"/>
        </w:rPr>
        <w:t>1:09:27</w:t>
      </w:r>
    </w:p>
    <w:p w14:paraId="0DD351BE" w14:textId="77777777" w:rsidR="00CF75C8" w:rsidRDefault="002F30F1">
      <w:pPr>
        <w:spacing w:after="0"/>
      </w:pPr>
      <w:r>
        <w:rPr>
          <w:rFonts w:ascii="Arial" w:hAnsi="Arial"/>
        </w:rPr>
        <w:t xml:space="preserve">Well, we're </w:t>
      </w:r>
      <w:proofErr w:type="spellStart"/>
      <w:r>
        <w:rPr>
          <w:rFonts w:ascii="Arial" w:hAnsi="Arial"/>
        </w:rPr>
        <w:t>gonna</w:t>
      </w:r>
      <w:proofErr w:type="spellEnd"/>
      <w:r>
        <w:rPr>
          <w:rFonts w:ascii="Arial" w:hAnsi="Arial"/>
        </w:rPr>
        <w:t xml:space="preserve"> do this information </w:t>
      </w:r>
      <w:proofErr w:type="gramStart"/>
      <w:r>
        <w:rPr>
          <w:rFonts w:ascii="Arial" w:hAnsi="Arial"/>
        </w:rPr>
        <w:t>Alice</w:t>
      </w:r>
      <w:proofErr w:type="gramEnd"/>
    </w:p>
    <w:p w14:paraId="7EF39B5E" w14:textId="77777777" w:rsidR="00CF75C8" w:rsidRDefault="00CF75C8">
      <w:pPr>
        <w:spacing w:after="0"/>
      </w:pPr>
    </w:p>
    <w:p w14:paraId="629C71F0" w14:textId="77777777" w:rsidR="00CF75C8" w:rsidRDefault="002F30F1">
      <w:pPr>
        <w:spacing w:after="0"/>
      </w:pPr>
      <w:r>
        <w:rPr>
          <w:rFonts w:ascii="Arial" w:hAnsi="Arial"/>
          <w:b/>
        </w:rPr>
        <w:t xml:space="preserve">Alice  </w:t>
      </w:r>
      <w:r>
        <w:rPr>
          <w:rFonts w:ascii="Arial" w:hAnsi="Arial"/>
          <w:color w:val="5D7284"/>
        </w:rPr>
        <w:t>1:09:28</w:t>
      </w:r>
    </w:p>
    <w:p w14:paraId="26CBE9B8" w14:textId="77777777" w:rsidR="00CF75C8" w:rsidRDefault="002F30F1">
      <w:pPr>
        <w:spacing w:after="0"/>
      </w:pPr>
      <w:r>
        <w:rPr>
          <w:rFonts w:ascii="Arial" w:hAnsi="Arial"/>
        </w:rPr>
        <w:t xml:space="preserve"> What might come in useful at a pub Quiz some time </w:t>
      </w:r>
      <w:proofErr w:type="gramStart"/>
      <w:r>
        <w:rPr>
          <w:rFonts w:ascii="Arial" w:hAnsi="Arial"/>
        </w:rPr>
        <w:t>a really obscure</w:t>
      </w:r>
      <w:proofErr w:type="gramEnd"/>
      <w:r>
        <w:rPr>
          <w:rFonts w:ascii="Arial" w:hAnsi="Arial"/>
        </w:rPr>
        <w:t xml:space="preserve"> </w:t>
      </w:r>
      <w:r>
        <w:rPr>
          <w:rFonts w:ascii="Arial" w:hAnsi="Arial"/>
        </w:rPr>
        <w:t>pop quiz.</w:t>
      </w:r>
    </w:p>
    <w:p w14:paraId="77D1F009" w14:textId="77777777" w:rsidR="00CF75C8" w:rsidRDefault="00CF75C8">
      <w:pPr>
        <w:spacing w:after="0"/>
      </w:pPr>
    </w:p>
    <w:p w14:paraId="4BF29250" w14:textId="77777777" w:rsidR="00CF75C8" w:rsidRDefault="002F30F1">
      <w:pPr>
        <w:spacing w:after="0"/>
      </w:pPr>
      <w:r>
        <w:rPr>
          <w:rFonts w:ascii="Arial" w:hAnsi="Arial"/>
          <w:b/>
        </w:rPr>
        <w:t xml:space="preserve">Lucy  </w:t>
      </w:r>
      <w:r>
        <w:rPr>
          <w:rFonts w:ascii="Arial" w:hAnsi="Arial"/>
          <w:color w:val="5D7284"/>
        </w:rPr>
        <w:t>1:09:36</w:t>
      </w:r>
    </w:p>
    <w:p w14:paraId="33E3E972" w14:textId="77777777" w:rsidR="00CF75C8" w:rsidRDefault="002F30F1">
      <w:pPr>
        <w:spacing w:after="0"/>
      </w:pPr>
      <w:r>
        <w:rPr>
          <w:rFonts w:ascii="Arial" w:hAnsi="Arial"/>
        </w:rPr>
        <w:t xml:space="preserve">This is a new feature called Alice tell </w:t>
      </w:r>
      <w:proofErr w:type="gramStart"/>
      <w:r>
        <w:rPr>
          <w:rFonts w:ascii="Arial" w:hAnsi="Arial"/>
        </w:rPr>
        <w:t>was</w:t>
      </w:r>
      <w:proofErr w:type="gramEnd"/>
    </w:p>
    <w:p w14:paraId="497F80D9" w14:textId="77777777" w:rsidR="00CF75C8" w:rsidRDefault="00CF75C8">
      <w:pPr>
        <w:spacing w:after="0"/>
      </w:pPr>
    </w:p>
    <w:p w14:paraId="3B7ED4C8" w14:textId="77777777" w:rsidR="00CF75C8" w:rsidRDefault="002F30F1">
      <w:pPr>
        <w:spacing w:after="0"/>
      </w:pPr>
      <w:r>
        <w:rPr>
          <w:rFonts w:ascii="Arial" w:hAnsi="Arial"/>
          <w:b/>
        </w:rPr>
        <w:t xml:space="preserve">Alice  </w:t>
      </w:r>
      <w:r>
        <w:rPr>
          <w:rFonts w:ascii="Arial" w:hAnsi="Arial"/>
          <w:color w:val="5D7284"/>
        </w:rPr>
        <w:t>1:09:39</w:t>
      </w:r>
    </w:p>
    <w:p w14:paraId="0BB5CF3B" w14:textId="77777777" w:rsidR="00CF75C8" w:rsidRDefault="002F30F1">
      <w:pPr>
        <w:spacing w:after="0"/>
      </w:pPr>
      <w:r>
        <w:rPr>
          <w:rFonts w:ascii="Arial" w:hAnsi="Arial"/>
        </w:rPr>
        <w:t>Random shit Alice now</w:t>
      </w:r>
    </w:p>
    <w:p w14:paraId="58DBC45A" w14:textId="77777777" w:rsidR="00CF75C8" w:rsidRDefault="00CF75C8">
      <w:pPr>
        <w:spacing w:after="0"/>
      </w:pPr>
    </w:p>
    <w:p w14:paraId="02089A33" w14:textId="77777777" w:rsidR="00CF75C8" w:rsidRDefault="002F30F1">
      <w:pPr>
        <w:spacing w:after="0"/>
      </w:pPr>
      <w:r>
        <w:rPr>
          <w:rFonts w:ascii="Arial" w:hAnsi="Arial"/>
          <w:b/>
        </w:rPr>
        <w:t xml:space="preserve">Lucy  </w:t>
      </w:r>
      <w:r>
        <w:rPr>
          <w:rFonts w:ascii="Arial" w:hAnsi="Arial"/>
          <w:color w:val="5D7284"/>
        </w:rPr>
        <w:t>1:09:43</w:t>
      </w:r>
    </w:p>
    <w:p w14:paraId="1F10406A" w14:textId="77777777" w:rsidR="00CF75C8" w:rsidRDefault="002F30F1">
      <w:pPr>
        <w:spacing w:after="0"/>
      </w:pPr>
      <w:r>
        <w:rPr>
          <w:rFonts w:ascii="Arial" w:hAnsi="Arial"/>
        </w:rPr>
        <w:t xml:space="preserve">what were we talking about? </w:t>
      </w:r>
      <w:proofErr w:type="spellStart"/>
      <w:r>
        <w:rPr>
          <w:rFonts w:ascii="Arial" w:hAnsi="Arial"/>
        </w:rPr>
        <w:t>i</w:t>
      </w:r>
      <w:proofErr w:type="spellEnd"/>
      <w:r>
        <w:rPr>
          <w:rFonts w:ascii="Arial" w:hAnsi="Arial"/>
        </w:rPr>
        <w:t xml:space="preserve"> </w:t>
      </w:r>
      <w:proofErr w:type="spellStart"/>
      <w:r>
        <w:rPr>
          <w:rFonts w:ascii="Arial" w:hAnsi="Arial"/>
        </w:rPr>
        <w:t>can t</w:t>
      </w:r>
      <w:proofErr w:type="spellEnd"/>
      <w:r>
        <w:rPr>
          <w:rFonts w:ascii="Arial" w:hAnsi="Arial"/>
        </w:rPr>
        <w:t xml:space="preserve"> even remember what We're talking about Oh, </w:t>
      </w:r>
      <w:proofErr w:type="gramStart"/>
      <w:r>
        <w:rPr>
          <w:rFonts w:ascii="Arial" w:hAnsi="Arial"/>
        </w:rPr>
        <w:t>pig</w:t>
      </w:r>
      <w:proofErr w:type="gramEnd"/>
      <w:r>
        <w:rPr>
          <w:rFonts w:ascii="Arial" w:hAnsi="Arial"/>
        </w:rPr>
        <w:t xml:space="preserve"> </w:t>
      </w:r>
    </w:p>
    <w:p w14:paraId="4D83EA97" w14:textId="77777777" w:rsidR="00CF75C8" w:rsidRDefault="00CF75C8">
      <w:pPr>
        <w:spacing w:after="0"/>
      </w:pPr>
    </w:p>
    <w:p w14:paraId="58CB89A8" w14:textId="77777777" w:rsidR="00CF75C8" w:rsidRDefault="002F30F1">
      <w:pPr>
        <w:spacing w:after="0"/>
      </w:pPr>
      <w:proofErr w:type="spellStart"/>
      <w:r>
        <w:rPr>
          <w:rFonts w:ascii="Arial" w:hAnsi="Arial"/>
          <w:b/>
        </w:rPr>
        <w:t>jessica</w:t>
      </w:r>
      <w:proofErr w:type="spellEnd"/>
      <w:r>
        <w:rPr>
          <w:rFonts w:ascii="Arial" w:hAnsi="Arial"/>
          <w:b/>
        </w:rPr>
        <w:t xml:space="preserve">  </w:t>
      </w:r>
      <w:r>
        <w:rPr>
          <w:rFonts w:ascii="Arial" w:hAnsi="Arial"/>
          <w:color w:val="5D7284"/>
        </w:rPr>
        <w:t>1:09:52</w:t>
      </w:r>
    </w:p>
    <w:p w14:paraId="136CD3F7" w14:textId="77777777" w:rsidR="00CF75C8" w:rsidRDefault="002F30F1">
      <w:pPr>
        <w:spacing w:after="0"/>
      </w:pPr>
      <w:r>
        <w:rPr>
          <w:rFonts w:ascii="Arial" w:hAnsi="Arial"/>
        </w:rPr>
        <w:t xml:space="preserve">Let's get back to that. Yeah, I am getting to the end. </w:t>
      </w:r>
      <w:proofErr w:type="gramStart"/>
      <w:r>
        <w:rPr>
          <w:rFonts w:ascii="Arial" w:hAnsi="Arial"/>
        </w:rPr>
        <w:t>So</w:t>
      </w:r>
      <w:proofErr w:type="gramEnd"/>
      <w:r>
        <w:rPr>
          <w:rFonts w:ascii="Arial" w:hAnsi="Arial"/>
        </w:rPr>
        <w:t xml:space="preserve"> they did the quick fix, and then they said you're going to need more surgery in a couple of </w:t>
      </w:r>
      <w:r>
        <w:rPr>
          <w:rFonts w:ascii="Arial" w:hAnsi="Arial"/>
        </w:rPr>
        <w:t>years that that needs to calm  down. But what I didn't know is when they'd done that surgery, they then did an MRI scan just to make sure everything was looking good. And everything was where it should be. Yeah. and  They found, I didn't know but they foun</w:t>
      </w:r>
      <w:r>
        <w:rPr>
          <w:rFonts w:ascii="Arial" w:hAnsi="Arial"/>
        </w:rPr>
        <w:t xml:space="preserve">d something else wrong with me. I had an abdominal aneurysm. </w:t>
      </w:r>
      <w:proofErr w:type="gramStart"/>
      <w:r>
        <w:rPr>
          <w:rFonts w:ascii="Arial" w:hAnsi="Arial"/>
        </w:rPr>
        <w:t>So</w:t>
      </w:r>
      <w:proofErr w:type="gramEnd"/>
      <w:r>
        <w:rPr>
          <w:rFonts w:ascii="Arial" w:hAnsi="Arial"/>
        </w:rPr>
        <w:t xml:space="preserve"> which is also kind of, partly to do with Marfan and also just a bit bad luck. But it basically described it as it looks like a water balloon, like part of your abdominal aorta. It's kind of ri</w:t>
      </w:r>
      <w:r>
        <w:rPr>
          <w:rFonts w:ascii="Arial" w:hAnsi="Arial"/>
        </w:rPr>
        <w:t xml:space="preserve">ght at the bottom of your ribs a bit lower than that actually had </w:t>
      </w:r>
      <w:proofErr w:type="gramStart"/>
      <w:r>
        <w:rPr>
          <w:rFonts w:ascii="Arial" w:hAnsi="Arial"/>
        </w:rPr>
        <w:t>swollen</w:t>
      </w:r>
      <w:proofErr w:type="gramEnd"/>
      <w:r>
        <w:rPr>
          <w:rFonts w:ascii="Arial" w:hAnsi="Arial"/>
        </w:rPr>
        <w:t xml:space="preserve"> and it was </w:t>
      </w:r>
      <w:proofErr w:type="spellStart"/>
      <w:r>
        <w:rPr>
          <w:rFonts w:ascii="Arial" w:hAnsi="Arial"/>
        </w:rPr>
        <w:t>gonna</w:t>
      </w:r>
      <w:proofErr w:type="spellEnd"/>
      <w:r>
        <w:rPr>
          <w:rFonts w:ascii="Arial" w:hAnsi="Arial"/>
        </w:rPr>
        <w:t xml:space="preserve"> explode if they didn't do. Sorry if it's a bit graphic. Shocking. Leaving in two weeks of the first surgery, I was then transported in the middle of the night to a d</w:t>
      </w:r>
      <w:r>
        <w:rPr>
          <w:rFonts w:ascii="Arial" w:hAnsi="Arial"/>
        </w:rPr>
        <w:t xml:space="preserve">ifferent hospital here in Leicester. A helicopter? No, it was it was </w:t>
      </w:r>
      <w:proofErr w:type="gramStart"/>
      <w:r>
        <w:rPr>
          <w:rFonts w:ascii="Arial" w:hAnsi="Arial"/>
        </w:rPr>
        <w:t>pretty cool</w:t>
      </w:r>
      <w:proofErr w:type="gramEnd"/>
      <w:r>
        <w:rPr>
          <w:rFonts w:ascii="Arial" w:hAnsi="Arial"/>
        </w:rPr>
        <w:t xml:space="preserve"> to go on an ambulance. I must say it's my first time. No, because it was like, it was like three in the morning. </w:t>
      </w:r>
      <w:proofErr w:type="gramStart"/>
      <w:r>
        <w:rPr>
          <w:rFonts w:ascii="Arial" w:hAnsi="Arial"/>
        </w:rPr>
        <w:t>So</w:t>
      </w:r>
      <w:proofErr w:type="gramEnd"/>
      <w:r>
        <w:rPr>
          <w:rFonts w:ascii="Arial" w:hAnsi="Arial"/>
        </w:rPr>
        <w:t xml:space="preserve"> no  it's a shame. Yeah. I also remember they drove down the</w:t>
      </w:r>
      <w:r>
        <w:rPr>
          <w:rFonts w:ascii="Arial" w:hAnsi="Arial"/>
        </w:rPr>
        <w:t xml:space="preserve"> road that my house is on. And I remember kind of looking and being like, Oh, I miss my cat. But then, yeah, so went to the second hospital had a few days stay they scheduled in the aneurism operation, which was 10 times worse than the </w:t>
      </w:r>
      <w:proofErr w:type="gramStart"/>
      <w:r>
        <w:rPr>
          <w:rFonts w:ascii="Arial" w:hAnsi="Arial"/>
        </w:rPr>
        <w:t>open heart</w:t>
      </w:r>
      <w:proofErr w:type="gramEnd"/>
      <w:r>
        <w:rPr>
          <w:rFonts w:ascii="Arial" w:hAnsi="Arial"/>
        </w:rPr>
        <w:t xml:space="preserve"> surgery t</w:t>
      </w:r>
      <w:r>
        <w:rPr>
          <w:rFonts w:ascii="Arial" w:hAnsi="Arial"/>
        </w:rPr>
        <w:t xml:space="preserve">o the open heart surgery. </w:t>
      </w:r>
      <w:proofErr w:type="gramStart"/>
      <w:r>
        <w:rPr>
          <w:rFonts w:ascii="Arial" w:hAnsi="Arial"/>
        </w:rPr>
        <w:t>Actually, I</w:t>
      </w:r>
      <w:proofErr w:type="gramEnd"/>
      <w:r>
        <w:rPr>
          <w:rFonts w:ascii="Arial" w:hAnsi="Arial"/>
        </w:rPr>
        <w:t xml:space="preserve"> didn't really feel anything I wasn't in particular pain. It's probably the amount of morphine I was on. um</w:t>
      </w:r>
    </w:p>
    <w:p w14:paraId="510C6DB7" w14:textId="77777777" w:rsidR="00CF75C8" w:rsidRDefault="00CF75C8">
      <w:pPr>
        <w:spacing w:after="0"/>
      </w:pPr>
    </w:p>
    <w:p w14:paraId="64D9EE27" w14:textId="77777777" w:rsidR="00CF75C8" w:rsidRDefault="002F30F1">
      <w:pPr>
        <w:spacing w:after="0"/>
      </w:pPr>
      <w:r>
        <w:rPr>
          <w:rFonts w:ascii="Arial" w:hAnsi="Arial"/>
          <w:b/>
        </w:rPr>
        <w:t xml:space="preserve">Alice  </w:t>
      </w:r>
      <w:r>
        <w:rPr>
          <w:rFonts w:ascii="Arial" w:hAnsi="Arial"/>
          <w:color w:val="5D7284"/>
        </w:rPr>
        <w:t>1:12:01</w:t>
      </w:r>
    </w:p>
    <w:p w14:paraId="179244DB" w14:textId="77777777" w:rsidR="00CF75C8" w:rsidRDefault="002F30F1">
      <w:pPr>
        <w:spacing w:after="0"/>
      </w:pPr>
      <w:r>
        <w:rPr>
          <w:rFonts w:ascii="Arial" w:hAnsi="Arial"/>
        </w:rPr>
        <w:t xml:space="preserve">I feel like we should make clear at this point. When you say you didn't feel anything you mean </w:t>
      </w:r>
      <w:r>
        <w:rPr>
          <w:rFonts w:ascii="Arial" w:hAnsi="Arial"/>
        </w:rPr>
        <w:t>afterwards but you weren't awake during either.</w:t>
      </w:r>
    </w:p>
    <w:p w14:paraId="6168549B" w14:textId="77777777" w:rsidR="00CF75C8" w:rsidRDefault="00CF75C8">
      <w:pPr>
        <w:spacing w:after="0"/>
      </w:pPr>
    </w:p>
    <w:p w14:paraId="7A82B059" w14:textId="77777777" w:rsidR="00CF75C8" w:rsidRDefault="002F30F1">
      <w:pPr>
        <w:spacing w:after="0"/>
      </w:pPr>
      <w:r>
        <w:rPr>
          <w:rFonts w:ascii="Arial" w:hAnsi="Arial"/>
          <w:b/>
        </w:rPr>
        <w:t xml:space="preserve">Lucy  </w:t>
      </w:r>
      <w:r>
        <w:rPr>
          <w:rFonts w:ascii="Arial" w:hAnsi="Arial"/>
          <w:color w:val="5D7284"/>
        </w:rPr>
        <w:t>1:12:11</w:t>
      </w:r>
    </w:p>
    <w:p w14:paraId="02B431B5" w14:textId="77777777" w:rsidR="00CF75C8" w:rsidRDefault="002F30F1">
      <w:pPr>
        <w:spacing w:after="0"/>
      </w:pPr>
      <w:r>
        <w:rPr>
          <w:rFonts w:ascii="Arial" w:hAnsi="Arial"/>
        </w:rPr>
        <w:t>Thank you for clarifying that. Alice, because I thought she was lying awake . I</w:t>
      </w:r>
    </w:p>
    <w:p w14:paraId="55E3AB78" w14:textId="77777777" w:rsidR="00CF75C8" w:rsidRDefault="00CF75C8">
      <w:pPr>
        <w:spacing w:after="0"/>
      </w:pPr>
    </w:p>
    <w:p w14:paraId="1A35F5B6" w14:textId="77777777" w:rsidR="00CF75C8" w:rsidRDefault="002F30F1">
      <w:pPr>
        <w:spacing w:after="0"/>
      </w:pPr>
      <w:r>
        <w:rPr>
          <w:rFonts w:ascii="Arial" w:hAnsi="Arial"/>
          <w:b/>
        </w:rPr>
        <w:t xml:space="preserve">Alice  </w:t>
      </w:r>
      <w:r>
        <w:rPr>
          <w:rFonts w:ascii="Arial" w:hAnsi="Arial"/>
          <w:color w:val="5D7284"/>
        </w:rPr>
        <w:t>1:12:15</w:t>
      </w:r>
    </w:p>
    <w:p w14:paraId="23200CCD" w14:textId="77777777" w:rsidR="00CF75C8" w:rsidRDefault="002F30F1">
      <w:pPr>
        <w:spacing w:after="0"/>
      </w:pPr>
      <w:r>
        <w:rPr>
          <w:rFonts w:ascii="Arial" w:hAnsi="Arial"/>
        </w:rPr>
        <w:t xml:space="preserve">fuck  no. open heart surgery. Crack  your fucking rib open like they do in </w:t>
      </w:r>
      <w:proofErr w:type="gramStart"/>
      <w:r>
        <w:rPr>
          <w:rFonts w:ascii="Arial" w:hAnsi="Arial"/>
        </w:rPr>
        <w:t>a   an</w:t>
      </w:r>
      <w:proofErr w:type="gramEnd"/>
      <w:r>
        <w:rPr>
          <w:rFonts w:ascii="Arial" w:hAnsi="Arial"/>
        </w:rPr>
        <w:t xml:space="preserve"> autopsy?</w:t>
      </w:r>
    </w:p>
    <w:p w14:paraId="1F97EB77" w14:textId="77777777" w:rsidR="00CF75C8" w:rsidRDefault="00CF75C8">
      <w:pPr>
        <w:spacing w:after="0"/>
      </w:pPr>
    </w:p>
    <w:p w14:paraId="223109A7" w14:textId="77777777" w:rsidR="00CF75C8" w:rsidRDefault="002F30F1">
      <w:pPr>
        <w:spacing w:after="0"/>
      </w:pPr>
      <w:proofErr w:type="spellStart"/>
      <w:r>
        <w:rPr>
          <w:rFonts w:ascii="Arial" w:hAnsi="Arial"/>
          <w:b/>
        </w:rPr>
        <w:t>jessi</w:t>
      </w:r>
      <w:r>
        <w:rPr>
          <w:rFonts w:ascii="Arial" w:hAnsi="Arial"/>
          <w:b/>
        </w:rPr>
        <w:t>ca</w:t>
      </w:r>
      <w:proofErr w:type="spellEnd"/>
      <w:r>
        <w:rPr>
          <w:rFonts w:ascii="Arial" w:hAnsi="Arial"/>
          <w:b/>
        </w:rPr>
        <w:t xml:space="preserve">  </w:t>
      </w:r>
      <w:r>
        <w:rPr>
          <w:rFonts w:ascii="Arial" w:hAnsi="Arial"/>
          <w:color w:val="5D7284"/>
        </w:rPr>
        <w:t>1:12:31</w:t>
      </w:r>
    </w:p>
    <w:p w14:paraId="4E4C01D7" w14:textId="77777777" w:rsidR="00CF75C8" w:rsidRDefault="002F30F1">
      <w:pPr>
        <w:spacing w:after="0"/>
      </w:pPr>
      <w:r>
        <w:rPr>
          <w:rFonts w:ascii="Arial" w:hAnsi="Arial"/>
        </w:rPr>
        <w:t xml:space="preserve">But yeah, so after they saw on my rib cage, oh, done 12 13 hours, however long it was. And then they, like pinned it back together. Basically, I believe my rib cage is like, part metal. And it's like, conjoined </w:t>
      </w:r>
      <w:r>
        <w:rPr>
          <w:rFonts w:ascii="Arial" w:hAnsi="Arial"/>
        </w:rPr>
        <w:lastRenderedPageBreak/>
        <w:t xml:space="preserve">together. Anyway, and then yeah, </w:t>
      </w:r>
      <w:r>
        <w:rPr>
          <w:rFonts w:ascii="Arial" w:hAnsi="Arial"/>
        </w:rPr>
        <w:t xml:space="preserve">so I had the second surgery. </w:t>
      </w:r>
      <w:proofErr w:type="gramStart"/>
      <w:r>
        <w:rPr>
          <w:rFonts w:ascii="Arial" w:hAnsi="Arial"/>
        </w:rPr>
        <w:t>So</w:t>
      </w:r>
      <w:proofErr w:type="gramEnd"/>
      <w:r>
        <w:rPr>
          <w:rFonts w:ascii="Arial" w:hAnsi="Arial"/>
        </w:rPr>
        <w:t xml:space="preserve"> within four weeks, I'd had two massive open surgeries in my kind of torso. And that the second one was much worse. And then I went to save my mum for a while. And she was brilliant. And my friends were brilliant. And they'd </w:t>
      </w:r>
      <w:r>
        <w:rPr>
          <w:rFonts w:ascii="Arial" w:hAnsi="Arial"/>
        </w:rPr>
        <w:t xml:space="preserve">come and see me and everything. But then in the back of my head, I knew that they'd said, I need a second heart surgery at some point. And they basically said to me, in like two </w:t>
      </w:r>
      <w:proofErr w:type="spellStart"/>
      <w:r>
        <w:rPr>
          <w:rFonts w:ascii="Arial" w:hAnsi="Arial"/>
        </w:rPr>
        <w:t>years time</w:t>
      </w:r>
      <w:proofErr w:type="spellEnd"/>
      <w:r>
        <w:rPr>
          <w:rFonts w:ascii="Arial" w:hAnsi="Arial"/>
        </w:rPr>
        <w:t>, we'll do you again, there'll be there'll be plans, it'll be better</w:t>
      </w:r>
      <w:r>
        <w:rPr>
          <w:rFonts w:ascii="Arial" w:hAnsi="Arial"/>
        </w:rPr>
        <w:t>, you know, we'll know exactly what we're doing. Not that they didn't, but you know, there's just kind of that process involved of preparation as well. And I just remember them saying to me, don't do anything, too. Obviously, don't go to Alton Towers, don'</w:t>
      </w:r>
      <w:r>
        <w:rPr>
          <w:rFonts w:ascii="Arial" w:hAnsi="Arial"/>
        </w:rPr>
        <w:t xml:space="preserve">t do anything, that's </w:t>
      </w:r>
      <w:proofErr w:type="spellStart"/>
      <w:r>
        <w:rPr>
          <w:rFonts w:ascii="Arial" w:hAnsi="Arial"/>
        </w:rPr>
        <w:t>gonna</w:t>
      </w:r>
      <w:proofErr w:type="spellEnd"/>
      <w:r>
        <w:rPr>
          <w:rFonts w:ascii="Arial" w:hAnsi="Arial"/>
        </w:rPr>
        <w:t xml:space="preserve"> be too much of an exertion. </w:t>
      </w:r>
      <w:proofErr w:type="gramStart"/>
      <w:r>
        <w:rPr>
          <w:rFonts w:ascii="Arial" w:hAnsi="Arial"/>
        </w:rPr>
        <w:t>So</w:t>
      </w:r>
      <w:proofErr w:type="gramEnd"/>
      <w:r>
        <w:rPr>
          <w:rFonts w:ascii="Arial" w:hAnsi="Arial"/>
        </w:rPr>
        <w:t xml:space="preserve"> my job role had to change a little bit. I mean, obviously had quite a </w:t>
      </w:r>
      <w:proofErr w:type="gramStart"/>
      <w:r>
        <w:rPr>
          <w:rFonts w:ascii="Arial" w:hAnsi="Arial"/>
        </w:rPr>
        <w:t>long time</w:t>
      </w:r>
      <w:proofErr w:type="gramEnd"/>
      <w:r>
        <w:rPr>
          <w:rFonts w:ascii="Arial" w:hAnsi="Arial"/>
        </w:rPr>
        <w:t xml:space="preserve"> off work anyway. But I basically was just waiting for this next operation. And then that happened in April 2015, whic</w:t>
      </w:r>
      <w:r>
        <w:rPr>
          <w:rFonts w:ascii="Arial" w:hAnsi="Arial"/>
        </w:rPr>
        <w:t>h was nearly two years. And then that one was the planned one. And that was the more interesting one, because that's the one that I think has properly saved my life, prolonged my life as well. Because they did a procedure and I got to choose what part I go</w:t>
      </w:r>
      <w:r>
        <w:rPr>
          <w:rFonts w:ascii="Arial" w:hAnsi="Arial"/>
        </w:rPr>
        <w:t xml:space="preserve">t. </w:t>
      </w:r>
      <w:proofErr w:type="gramStart"/>
      <w:r>
        <w:rPr>
          <w:rFonts w:ascii="Arial" w:hAnsi="Arial"/>
        </w:rPr>
        <w:t>So</w:t>
      </w:r>
      <w:proofErr w:type="gramEnd"/>
      <w:r>
        <w:rPr>
          <w:rFonts w:ascii="Arial" w:hAnsi="Arial"/>
        </w:rPr>
        <w:t xml:space="preserve"> I could still go for the kind of natural kind of fleshy pig parts pieces, yes, or I could go from mechanical. um  and they explained to me very clearly, if I got a mechanical heart valve, I wouldn't be able to have children, which is a whole other to</w:t>
      </w:r>
      <w:r>
        <w:rPr>
          <w:rFonts w:ascii="Arial" w:hAnsi="Arial"/>
        </w:rPr>
        <w:t xml:space="preserve">pic that we can talk about After finish this </w:t>
      </w:r>
      <w:proofErr w:type="gramStart"/>
      <w:r>
        <w:rPr>
          <w:rFonts w:ascii="Arial" w:hAnsi="Arial"/>
        </w:rPr>
        <w:t>very long</w:t>
      </w:r>
      <w:proofErr w:type="gramEnd"/>
      <w:r>
        <w:rPr>
          <w:rFonts w:ascii="Arial" w:hAnsi="Arial"/>
        </w:rPr>
        <w:t xml:space="preserve"> story. And I decided that the mechanical heart valve was the option for me because they said the </w:t>
      </w:r>
      <w:proofErr w:type="spellStart"/>
      <w:r>
        <w:rPr>
          <w:rFonts w:ascii="Arial" w:hAnsi="Arial"/>
        </w:rPr>
        <w:t>likelyhood</w:t>
      </w:r>
      <w:proofErr w:type="spellEnd"/>
      <w:r>
        <w:rPr>
          <w:rFonts w:ascii="Arial" w:hAnsi="Arial"/>
        </w:rPr>
        <w:t xml:space="preserve">  of you needing any more surgery is a lot less with this, this will basically outlive  you. S</w:t>
      </w:r>
      <w:r>
        <w:rPr>
          <w:rFonts w:ascii="Arial" w:hAnsi="Arial"/>
        </w:rPr>
        <w:t xml:space="preserve">o, and how old were you at this point, this was 2015. </w:t>
      </w:r>
      <w:proofErr w:type="gramStart"/>
      <w:r>
        <w:rPr>
          <w:rFonts w:ascii="Arial" w:hAnsi="Arial"/>
        </w:rPr>
        <w:t>So</w:t>
      </w:r>
      <w:proofErr w:type="gramEnd"/>
      <w:r>
        <w:rPr>
          <w:rFonts w:ascii="Arial" w:hAnsi="Arial"/>
        </w:rPr>
        <w:t xml:space="preserve"> I was how old am I now? Like 28. But I was 28. I think I'm 32. Now. </w:t>
      </w:r>
      <w:proofErr w:type="gramStart"/>
      <w:r>
        <w:rPr>
          <w:rFonts w:ascii="Arial" w:hAnsi="Arial"/>
        </w:rPr>
        <w:t>So</w:t>
      </w:r>
      <w:proofErr w:type="gramEnd"/>
      <w:r>
        <w:rPr>
          <w:rFonts w:ascii="Arial" w:hAnsi="Arial"/>
        </w:rPr>
        <w:t xml:space="preserve"> </w:t>
      </w:r>
      <w:proofErr w:type="spellStart"/>
      <w:r>
        <w:rPr>
          <w:rFonts w:ascii="Arial" w:hAnsi="Arial"/>
        </w:rPr>
        <w:t>maths</w:t>
      </w:r>
      <w:proofErr w:type="spellEnd"/>
      <w:r>
        <w:rPr>
          <w:rFonts w:ascii="Arial" w:hAnsi="Arial"/>
        </w:rPr>
        <w:t xml:space="preserve"> is not a strong point of mine. And so yeah, five years ago, is that  right? Yeah, I'd like you.</w:t>
      </w:r>
    </w:p>
    <w:p w14:paraId="54EF7B75" w14:textId="77777777" w:rsidR="00CF75C8" w:rsidRDefault="00CF75C8">
      <w:pPr>
        <w:spacing w:after="0"/>
      </w:pPr>
    </w:p>
    <w:p w14:paraId="026015FE" w14:textId="77777777" w:rsidR="00CF75C8" w:rsidRDefault="002F30F1">
      <w:pPr>
        <w:spacing w:after="0"/>
      </w:pPr>
      <w:r>
        <w:rPr>
          <w:rFonts w:ascii="Arial" w:hAnsi="Arial"/>
          <w:b/>
        </w:rPr>
        <w:t xml:space="preserve">Alice  </w:t>
      </w:r>
      <w:r>
        <w:rPr>
          <w:rFonts w:ascii="Arial" w:hAnsi="Arial"/>
          <w:color w:val="5D7284"/>
        </w:rPr>
        <w:t>1:15:29</w:t>
      </w:r>
    </w:p>
    <w:p w14:paraId="3B38669F" w14:textId="77777777" w:rsidR="00CF75C8" w:rsidRDefault="002F30F1">
      <w:pPr>
        <w:spacing w:after="0"/>
      </w:pPr>
      <w:r>
        <w:rPr>
          <w:rFonts w:ascii="Arial" w:hAnsi="Arial"/>
        </w:rPr>
        <w:t xml:space="preserve">Were you </w:t>
      </w:r>
      <w:proofErr w:type="gramStart"/>
      <w:r>
        <w:rPr>
          <w:rFonts w:ascii="Arial" w:hAnsi="Arial"/>
        </w:rPr>
        <w:t>w</w:t>
      </w:r>
      <w:r>
        <w:rPr>
          <w:rFonts w:ascii="Arial" w:hAnsi="Arial"/>
        </w:rPr>
        <w:t>ere</w:t>
      </w:r>
      <w:proofErr w:type="gramEnd"/>
      <w:r>
        <w:rPr>
          <w:rFonts w:ascii="Arial" w:hAnsi="Arial"/>
        </w:rPr>
        <w:t xml:space="preserve"> you were nearly you going to be 27?</w:t>
      </w:r>
    </w:p>
    <w:p w14:paraId="7DC5C830" w14:textId="77777777" w:rsidR="00CF75C8" w:rsidRDefault="00CF75C8">
      <w:pPr>
        <w:spacing w:after="0"/>
      </w:pPr>
    </w:p>
    <w:p w14:paraId="279DD5E5" w14:textId="77777777" w:rsidR="00CF75C8" w:rsidRDefault="002F30F1">
      <w:pPr>
        <w:spacing w:after="0"/>
      </w:pPr>
      <w:proofErr w:type="spellStart"/>
      <w:r>
        <w:rPr>
          <w:rFonts w:ascii="Arial" w:hAnsi="Arial"/>
          <w:b/>
        </w:rPr>
        <w:t>jessica</w:t>
      </w:r>
      <w:proofErr w:type="spellEnd"/>
      <w:r>
        <w:rPr>
          <w:rFonts w:ascii="Arial" w:hAnsi="Arial"/>
          <w:b/>
        </w:rPr>
        <w:t xml:space="preserve">  </w:t>
      </w:r>
      <w:r>
        <w:rPr>
          <w:rFonts w:ascii="Arial" w:hAnsi="Arial"/>
          <w:color w:val="5D7284"/>
        </w:rPr>
        <w:t>1:15:33</w:t>
      </w:r>
    </w:p>
    <w:p w14:paraId="6D2380CA" w14:textId="77777777" w:rsidR="00CF75C8" w:rsidRDefault="002F30F1">
      <w:pPr>
        <w:spacing w:after="0"/>
      </w:pPr>
      <w:r>
        <w:rPr>
          <w:rFonts w:ascii="Arial" w:hAnsi="Arial"/>
        </w:rPr>
        <w:t xml:space="preserve">Yes. Thank you. Yeah. And then I had to sign I remember signing things. </w:t>
      </w:r>
      <w:proofErr w:type="gramStart"/>
      <w:r>
        <w:rPr>
          <w:rFonts w:ascii="Arial" w:hAnsi="Arial"/>
        </w:rPr>
        <w:t>So</w:t>
      </w:r>
      <w:proofErr w:type="gramEnd"/>
      <w:r>
        <w:rPr>
          <w:rFonts w:ascii="Arial" w:hAnsi="Arial"/>
        </w:rPr>
        <w:t xml:space="preserve"> the hospital   obviously didn't get in any trouble if I didn't make it, which I didn't have time to do in the first operati</w:t>
      </w:r>
      <w:r>
        <w:rPr>
          <w:rFonts w:ascii="Arial" w:hAnsi="Arial"/>
        </w:rPr>
        <w:t>on. So that was all.</w:t>
      </w:r>
    </w:p>
    <w:p w14:paraId="0610B3FB" w14:textId="77777777" w:rsidR="00CF75C8" w:rsidRDefault="00CF75C8">
      <w:pPr>
        <w:spacing w:after="0"/>
      </w:pPr>
    </w:p>
    <w:p w14:paraId="49D55B8E" w14:textId="77777777" w:rsidR="00CF75C8" w:rsidRDefault="002F30F1">
      <w:pPr>
        <w:spacing w:after="0"/>
      </w:pPr>
      <w:r>
        <w:rPr>
          <w:rFonts w:ascii="Arial" w:hAnsi="Arial"/>
          <w:b/>
        </w:rPr>
        <w:t xml:space="preserve">Lucy  </w:t>
      </w:r>
      <w:r>
        <w:rPr>
          <w:rFonts w:ascii="Arial" w:hAnsi="Arial"/>
          <w:color w:val="5D7284"/>
        </w:rPr>
        <w:t>1:15:49</w:t>
      </w:r>
    </w:p>
    <w:p w14:paraId="19263958" w14:textId="77777777" w:rsidR="00CF75C8" w:rsidRDefault="002F30F1">
      <w:pPr>
        <w:spacing w:after="0"/>
      </w:pPr>
      <w:r>
        <w:rPr>
          <w:rFonts w:ascii="Arial" w:hAnsi="Arial"/>
        </w:rPr>
        <w:t xml:space="preserve">I mean, that in itself, I mean, to be told that if you have this sort of mechanical heart you </w:t>
      </w:r>
      <w:proofErr w:type="spellStart"/>
      <w:proofErr w:type="gramStart"/>
      <w:r>
        <w:rPr>
          <w:rFonts w:ascii="Arial" w:hAnsi="Arial"/>
        </w:rPr>
        <w:t>cant</w:t>
      </w:r>
      <w:proofErr w:type="spellEnd"/>
      <w:proofErr w:type="gramEnd"/>
      <w:r>
        <w:rPr>
          <w:rFonts w:ascii="Arial" w:hAnsi="Arial"/>
        </w:rPr>
        <w:t xml:space="preserve"> have children </w:t>
      </w:r>
      <w:proofErr w:type="spellStart"/>
      <w:r>
        <w:rPr>
          <w:rFonts w:ascii="Arial" w:hAnsi="Arial"/>
        </w:rPr>
        <w:t>children</w:t>
      </w:r>
      <w:proofErr w:type="spellEnd"/>
      <w:r>
        <w:rPr>
          <w:rFonts w:ascii="Arial" w:hAnsi="Arial"/>
        </w:rPr>
        <w:t xml:space="preserve"> is one thing, and then say, Oh, and  sign this just in case anything happened. Yeah,</w:t>
      </w:r>
    </w:p>
    <w:p w14:paraId="6A72A7E1" w14:textId="77777777" w:rsidR="00CF75C8" w:rsidRDefault="00CF75C8">
      <w:pPr>
        <w:spacing w:after="0"/>
      </w:pPr>
    </w:p>
    <w:p w14:paraId="4B9F4472" w14:textId="77777777" w:rsidR="00CF75C8" w:rsidRDefault="002F30F1">
      <w:pPr>
        <w:spacing w:after="0"/>
      </w:pPr>
      <w:r>
        <w:rPr>
          <w:rFonts w:ascii="Arial" w:hAnsi="Arial"/>
          <w:b/>
        </w:rPr>
        <w:t xml:space="preserve">Alice  </w:t>
      </w:r>
      <w:r>
        <w:rPr>
          <w:rFonts w:ascii="Arial" w:hAnsi="Arial"/>
          <w:color w:val="5D7284"/>
        </w:rPr>
        <w:t>1:15:</w:t>
      </w:r>
      <w:r>
        <w:rPr>
          <w:rFonts w:ascii="Arial" w:hAnsi="Arial"/>
          <w:color w:val="5D7284"/>
        </w:rPr>
        <w:t>59</w:t>
      </w:r>
    </w:p>
    <w:p w14:paraId="38119DDC" w14:textId="77777777" w:rsidR="00CF75C8" w:rsidRDefault="002F30F1">
      <w:pPr>
        <w:spacing w:after="0"/>
      </w:pPr>
      <w:r>
        <w:rPr>
          <w:rFonts w:ascii="Arial" w:hAnsi="Arial"/>
        </w:rPr>
        <w:t>just in case you die. We don't want your mum to sue us,</w:t>
      </w:r>
    </w:p>
    <w:p w14:paraId="16E1CF99" w14:textId="77777777" w:rsidR="00CF75C8" w:rsidRDefault="00CF75C8">
      <w:pPr>
        <w:spacing w:after="0"/>
      </w:pPr>
    </w:p>
    <w:p w14:paraId="6FE5EFC7" w14:textId="77777777" w:rsidR="00CF75C8" w:rsidRDefault="002F30F1">
      <w:pPr>
        <w:spacing w:after="0"/>
      </w:pPr>
      <w:r>
        <w:rPr>
          <w:rFonts w:ascii="Arial" w:hAnsi="Arial"/>
          <w:b/>
        </w:rPr>
        <w:t xml:space="preserve">Lucy  </w:t>
      </w:r>
      <w:r>
        <w:rPr>
          <w:rFonts w:ascii="Arial" w:hAnsi="Arial"/>
          <w:color w:val="5D7284"/>
        </w:rPr>
        <w:t>1:16:02</w:t>
      </w:r>
    </w:p>
    <w:p w14:paraId="632CA545" w14:textId="77777777" w:rsidR="00CF75C8" w:rsidRDefault="002F30F1">
      <w:pPr>
        <w:spacing w:after="0"/>
      </w:pPr>
      <w:r>
        <w:rPr>
          <w:rFonts w:ascii="Arial" w:hAnsi="Arial"/>
        </w:rPr>
        <w:t xml:space="preserve">we're </w:t>
      </w:r>
      <w:proofErr w:type="spellStart"/>
      <w:r>
        <w:rPr>
          <w:rFonts w:ascii="Arial" w:hAnsi="Arial"/>
        </w:rPr>
        <w:t>gonna</w:t>
      </w:r>
      <w:proofErr w:type="spellEnd"/>
      <w:r>
        <w:rPr>
          <w:rFonts w:ascii="Arial" w:hAnsi="Arial"/>
        </w:rPr>
        <w:t xml:space="preserve"> kick you, we're </w:t>
      </w:r>
      <w:proofErr w:type="spellStart"/>
      <w:r>
        <w:rPr>
          <w:rFonts w:ascii="Arial" w:hAnsi="Arial"/>
        </w:rPr>
        <w:t>gonna</w:t>
      </w:r>
      <w:proofErr w:type="spellEnd"/>
      <w:r>
        <w:rPr>
          <w:rFonts w:ascii="Arial" w:hAnsi="Arial"/>
        </w:rPr>
        <w:t xml:space="preserve"> kick you a bit and then kick you a bit more, just to make sure you are down and out. But</w:t>
      </w:r>
    </w:p>
    <w:p w14:paraId="42CD2B32" w14:textId="77777777" w:rsidR="00CF75C8" w:rsidRDefault="00CF75C8">
      <w:pPr>
        <w:spacing w:after="0"/>
      </w:pPr>
    </w:p>
    <w:p w14:paraId="53FF02EA" w14:textId="77777777" w:rsidR="00CF75C8" w:rsidRDefault="002F30F1">
      <w:pPr>
        <w:spacing w:after="0"/>
      </w:pPr>
      <w:r>
        <w:rPr>
          <w:rFonts w:ascii="Arial" w:hAnsi="Arial"/>
          <w:b/>
        </w:rPr>
        <w:t xml:space="preserve">Alice  </w:t>
      </w:r>
      <w:r>
        <w:rPr>
          <w:rFonts w:ascii="Arial" w:hAnsi="Arial"/>
          <w:color w:val="5D7284"/>
        </w:rPr>
        <w:t>1:16:09</w:t>
      </w:r>
    </w:p>
    <w:p w14:paraId="791FBE78" w14:textId="77777777" w:rsidR="00CF75C8" w:rsidRDefault="002F30F1">
      <w:pPr>
        <w:spacing w:after="0"/>
      </w:pPr>
      <w:r>
        <w:rPr>
          <w:rFonts w:ascii="Arial" w:hAnsi="Arial"/>
        </w:rPr>
        <w:t xml:space="preserve">yeah, </w:t>
      </w:r>
      <w:proofErr w:type="spellStart"/>
      <w:r>
        <w:rPr>
          <w:rFonts w:ascii="Arial" w:hAnsi="Arial"/>
        </w:rPr>
        <w:t>thourgh</w:t>
      </w:r>
      <w:proofErr w:type="spellEnd"/>
      <w:r>
        <w:rPr>
          <w:rFonts w:ascii="Arial" w:hAnsi="Arial"/>
        </w:rPr>
        <w:t xml:space="preserve"> kick</w:t>
      </w:r>
    </w:p>
    <w:p w14:paraId="51DAFE46" w14:textId="77777777" w:rsidR="00CF75C8" w:rsidRDefault="00CF75C8">
      <w:pPr>
        <w:spacing w:after="0"/>
      </w:pPr>
    </w:p>
    <w:p w14:paraId="5959A6DC" w14:textId="77777777" w:rsidR="00CF75C8" w:rsidRDefault="002F30F1">
      <w:pPr>
        <w:spacing w:after="0"/>
      </w:pPr>
      <w:proofErr w:type="spellStart"/>
      <w:r>
        <w:rPr>
          <w:rFonts w:ascii="Arial" w:hAnsi="Arial"/>
          <w:b/>
        </w:rPr>
        <w:t>jessica</w:t>
      </w:r>
      <w:proofErr w:type="spellEnd"/>
      <w:r>
        <w:rPr>
          <w:rFonts w:ascii="Arial" w:hAnsi="Arial"/>
          <w:b/>
        </w:rPr>
        <w:t xml:space="preserve">  </w:t>
      </w:r>
      <w:r>
        <w:rPr>
          <w:rFonts w:ascii="Arial" w:hAnsi="Arial"/>
          <w:color w:val="5D7284"/>
        </w:rPr>
        <w:t>1:16:10</w:t>
      </w:r>
    </w:p>
    <w:p w14:paraId="5F63212F" w14:textId="77777777" w:rsidR="00CF75C8" w:rsidRDefault="002F30F1">
      <w:pPr>
        <w:spacing w:after="0"/>
      </w:pPr>
      <w:r>
        <w:rPr>
          <w:rFonts w:ascii="Arial" w:hAnsi="Arial"/>
        </w:rPr>
        <w:lastRenderedPageBreak/>
        <w:t xml:space="preserve">started incredible. I mean, I don't want children I </w:t>
      </w:r>
      <w:proofErr w:type="gramStart"/>
      <w:r>
        <w:rPr>
          <w:rFonts w:ascii="Arial" w:hAnsi="Arial"/>
        </w:rPr>
        <w:t>made a decision</w:t>
      </w:r>
      <w:proofErr w:type="gramEnd"/>
      <w:r>
        <w:rPr>
          <w:rFonts w:ascii="Arial" w:hAnsi="Arial"/>
        </w:rPr>
        <w:t xml:space="preserve"> very early on that I didn't want children. And I think partly part of that decision, is because I am in a wheelchair, and I would find it </w:t>
      </w:r>
      <w:proofErr w:type="gramStart"/>
      <w:r>
        <w:rPr>
          <w:rFonts w:ascii="Arial" w:hAnsi="Arial"/>
        </w:rPr>
        <w:t>very difficult</w:t>
      </w:r>
      <w:proofErr w:type="gramEnd"/>
      <w:r>
        <w:rPr>
          <w:rFonts w:ascii="Arial" w:hAnsi="Arial"/>
        </w:rPr>
        <w:t xml:space="preserve">. I find it </w:t>
      </w:r>
      <w:proofErr w:type="gramStart"/>
      <w:r>
        <w:rPr>
          <w:rFonts w:ascii="Arial" w:hAnsi="Arial"/>
        </w:rPr>
        <w:t>very difficult</w:t>
      </w:r>
      <w:proofErr w:type="gramEnd"/>
      <w:r>
        <w:rPr>
          <w:rFonts w:ascii="Arial" w:hAnsi="Arial"/>
        </w:rPr>
        <w:t xml:space="preserve"> to look a</w:t>
      </w:r>
      <w:r>
        <w:rPr>
          <w:rFonts w:ascii="Arial" w:hAnsi="Arial"/>
        </w:rPr>
        <w:t xml:space="preserve">fter myself. Never, never mind, another child. But to have that decision. It's, uh, you know, it's either this, </w:t>
      </w:r>
      <w:proofErr w:type="gramStart"/>
      <w:r>
        <w:rPr>
          <w:rFonts w:ascii="Arial" w:hAnsi="Arial"/>
        </w:rPr>
        <w:t>we could we could</w:t>
      </w:r>
      <w:proofErr w:type="gramEnd"/>
      <w:r>
        <w:rPr>
          <w:rFonts w:ascii="Arial" w:hAnsi="Arial"/>
        </w:rPr>
        <w:t xml:space="preserve"> do it like this. And you could have </w:t>
      </w:r>
      <w:proofErr w:type="gramStart"/>
      <w:r>
        <w:rPr>
          <w:rFonts w:ascii="Arial" w:hAnsi="Arial"/>
        </w:rPr>
        <w:t>children</w:t>
      </w:r>
      <w:proofErr w:type="gramEnd"/>
      <w:r>
        <w:rPr>
          <w:rFonts w:ascii="Arial" w:hAnsi="Arial"/>
        </w:rPr>
        <w:t xml:space="preserve"> or you could do this and not have children that is a huge, huge decision to make </w:t>
      </w:r>
      <w:r>
        <w:rPr>
          <w:rFonts w:ascii="Arial" w:hAnsi="Arial"/>
        </w:rPr>
        <w:t xml:space="preserve">at such an early age as well. I mean, around the time when you may possibly be thinking about families. It wasn't it wasn't. And we can come back around to that in a minute. But it </w:t>
      </w:r>
      <w:proofErr w:type="gramStart"/>
      <w:r>
        <w:rPr>
          <w:rFonts w:ascii="Arial" w:hAnsi="Arial"/>
        </w:rPr>
        <w:t>definitely was</w:t>
      </w:r>
      <w:proofErr w:type="gramEnd"/>
      <w:r>
        <w:rPr>
          <w:rFonts w:ascii="Arial" w:hAnsi="Arial"/>
        </w:rPr>
        <w:t>. It was interesting having the power to choose because my mo</w:t>
      </w:r>
      <w:r>
        <w:rPr>
          <w:rFonts w:ascii="Arial" w:hAnsi="Arial"/>
        </w:rPr>
        <w:t xml:space="preserve">m, and she wanted me to have the natural kind of cow bit  I'm sure there's a proper word for it. I can't remember what it is. I </w:t>
      </w:r>
      <w:proofErr w:type="spellStart"/>
      <w:r>
        <w:rPr>
          <w:rFonts w:ascii="Arial" w:hAnsi="Arial"/>
        </w:rPr>
        <w:t>apologise</w:t>
      </w:r>
      <w:proofErr w:type="spellEnd"/>
      <w:r>
        <w:rPr>
          <w:rFonts w:ascii="Arial" w:hAnsi="Arial"/>
        </w:rPr>
        <w:t xml:space="preserve"> for saying, Yeah, bovine. Yeah, I </w:t>
      </w:r>
      <w:proofErr w:type="spellStart"/>
      <w:r>
        <w:rPr>
          <w:rFonts w:ascii="Arial" w:hAnsi="Arial"/>
        </w:rPr>
        <w:t>apologise</w:t>
      </w:r>
      <w:proofErr w:type="spellEnd"/>
      <w:r>
        <w:rPr>
          <w:rFonts w:ascii="Arial" w:hAnsi="Arial"/>
        </w:rPr>
        <w:t xml:space="preserve">  for eating pigs and cows. That's</w:t>
      </w:r>
    </w:p>
    <w:p w14:paraId="78FCEB0D" w14:textId="77777777" w:rsidR="00CF75C8" w:rsidRDefault="00CF75C8">
      <w:pPr>
        <w:spacing w:after="0"/>
      </w:pPr>
    </w:p>
    <w:p w14:paraId="19D24FE8" w14:textId="77777777" w:rsidR="00CF75C8" w:rsidRDefault="002F30F1">
      <w:pPr>
        <w:spacing w:after="0"/>
      </w:pPr>
      <w:r>
        <w:rPr>
          <w:rFonts w:ascii="Arial" w:hAnsi="Arial"/>
          <w:b/>
        </w:rPr>
        <w:t xml:space="preserve">Alice  </w:t>
      </w:r>
      <w:r>
        <w:rPr>
          <w:rFonts w:ascii="Arial" w:hAnsi="Arial"/>
          <w:color w:val="5D7284"/>
        </w:rPr>
        <w:t>1:17:17</w:t>
      </w:r>
    </w:p>
    <w:p w14:paraId="34502643" w14:textId="77777777" w:rsidR="00CF75C8" w:rsidRDefault="002F30F1">
      <w:pPr>
        <w:spacing w:after="0"/>
      </w:pPr>
      <w:r>
        <w:rPr>
          <w:rFonts w:ascii="Arial" w:hAnsi="Arial"/>
        </w:rPr>
        <w:t>call it  what it is.</w:t>
      </w:r>
    </w:p>
    <w:p w14:paraId="01D8ADE9" w14:textId="77777777" w:rsidR="00CF75C8" w:rsidRDefault="00CF75C8">
      <w:pPr>
        <w:spacing w:after="0"/>
      </w:pPr>
    </w:p>
    <w:p w14:paraId="709487C0" w14:textId="77777777" w:rsidR="00CF75C8" w:rsidRDefault="002F30F1">
      <w:pPr>
        <w:spacing w:after="0"/>
      </w:pPr>
      <w:proofErr w:type="spellStart"/>
      <w:r>
        <w:rPr>
          <w:rFonts w:ascii="Arial" w:hAnsi="Arial"/>
          <w:b/>
        </w:rPr>
        <w:t>je</w:t>
      </w:r>
      <w:r>
        <w:rPr>
          <w:rFonts w:ascii="Arial" w:hAnsi="Arial"/>
          <w:b/>
        </w:rPr>
        <w:t>ssica</w:t>
      </w:r>
      <w:proofErr w:type="spellEnd"/>
      <w:r>
        <w:rPr>
          <w:rFonts w:ascii="Arial" w:hAnsi="Arial"/>
          <w:b/>
        </w:rPr>
        <w:t xml:space="preserve">  </w:t>
      </w:r>
      <w:r>
        <w:rPr>
          <w:rFonts w:ascii="Arial" w:hAnsi="Arial"/>
          <w:color w:val="5D7284"/>
        </w:rPr>
        <w:t>1:17:18</w:t>
      </w:r>
    </w:p>
    <w:p w14:paraId="0D28D53B" w14:textId="77777777" w:rsidR="00CF75C8" w:rsidRDefault="002F30F1">
      <w:pPr>
        <w:spacing w:after="0"/>
      </w:pPr>
      <w:r>
        <w:rPr>
          <w:rFonts w:ascii="Arial" w:hAnsi="Arial"/>
        </w:rPr>
        <w:t xml:space="preserve">Yeah. </w:t>
      </w:r>
      <w:proofErr w:type="gramStart"/>
      <w:r>
        <w:rPr>
          <w:rFonts w:ascii="Arial" w:hAnsi="Arial"/>
        </w:rPr>
        <w:t>So</w:t>
      </w:r>
      <w:proofErr w:type="gramEnd"/>
      <w:r>
        <w:rPr>
          <w:rFonts w:ascii="Arial" w:hAnsi="Arial"/>
        </w:rPr>
        <w:t xml:space="preserve"> she wanted me to have that, just so I had the option. But all I think because I don't want to go through this again, no, </w:t>
      </w:r>
      <w:proofErr w:type="spellStart"/>
      <w:r>
        <w:rPr>
          <w:rFonts w:ascii="Arial" w:hAnsi="Arial"/>
        </w:rPr>
        <w:t>i</w:t>
      </w:r>
      <w:proofErr w:type="spellEnd"/>
      <w:r>
        <w:rPr>
          <w:rFonts w:ascii="Arial" w:hAnsi="Arial"/>
        </w:rPr>
        <w:t xml:space="preserve"> p </w:t>
      </w:r>
      <w:proofErr w:type="spellStart"/>
      <w:r>
        <w:rPr>
          <w:rFonts w:ascii="Arial" w:hAnsi="Arial"/>
        </w:rPr>
        <w:t>ossibly</w:t>
      </w:r>
      <w:proofErr w:type="spellEnd"/>
      <w:r>
        <w:rPr>
          <w:rFonts w:ascii="Arial" w:hAnsi="Arial"/>
        </w:rPr>
        <w:t xml:space="preserve"> will have </w:t>
      </w:r>
      <w:proofErr w:type="gramStart"/>
      <w:r>
        <w:rPr>
          <w:rFonts w:ascii="Arial" w:hAnsi="Arial"/>
        </w:rPr>
        <w:t>to</w:t>
      </w:r>
      <w:proofErr w:type="gramEnd"/>
      <w:r>
        <w:rPr>
          <w:rFonts w:ascii="Arial" w:hAnsi="Arial"/>
        </w:rPr>
        <w:t xml:space="preserve"> anyway. But if it can be kind of less likely, I'm going to choose that option. And tha</w:t>
      </w:r>
      <w:r>
        <w:rPr>
          <w:rFonts w:ascii="Arial" w:hAnsi="Arial"/>
        </w:rPr>
        <w:t xml:space="preserve">t operation went </w:t>
      </w:r>
      <w:proofErr w:type="gramStart"/>
      <w:r>
        <w:rPr>
          <w:rFonts w:ascii="Arial" w:hAnsi="Arial"/>
        </w:rPr>
        <w:t>really well</w:t>
      </w:r>
      <w:proofErr w:type="gramEnd"/>
      <w:r>
        <w:rPr>
          <w:rFonts w:ascii="Arial" w:hAnsi="Arial"/>
        </w:rPr>
        <w:t xml:space="preserve">. And that one was, I think, eight hours or something. But then the interesting thing about that one, and we are </w:t>
      </w:r>
      <w:proofErr w:type="gramStart"/>
      <w:r>
        <w:rPr>
          <w:rFonts w:ascii="Arial" w:hAnsi="Arial"/>
        </w:rPr>
        <w:t>very near</w:t>
      </w:r>
      <w:proofErr w:type="gramEnd"/>
      <w:r>
        <w:rPr>
          <w:rFonts w:ascii="Arial" w:hAnsi="Arial"/>
        </w:rPr>
        <w:t xml:space="preserve"> the end of my operation bit. And the interesting thing, they I remember them because I was hooked up to a</w:t>
      </w:r>
      <w:r>
        <w:rPr>
          <w:rFonts w:ascii="Arial" w:hAnsi="Arial"/>
        </w:rPr>
        <w:t xml:space="preserve"> machine that was making my heartbeat for me in the ICU. And I remember them coming in, a big team of doctors all stood around the bottom of my bed, and they wanted to see if my heart would beat for itself. And I remember them turning the dial down off. Se</w:t>
      </w:r>
      <w:r>
        <w:rPr>
          <w:rFonts w:ascii="Arial" w:hAnsi="Arial"/>
        </w:rPr>
        <w:t xml:space="preserve">e if my heart would kick start. Yeah. And I was sat up. And I remember just literally they turned it and I would literally </w:t>
      </w:r>
      <w:proofErr w:type="gramStart"/>
      <w:r>
        <w:rPr>
          <w:rFonts w:ascii="Arial" w:hAnsi="Arial"/>
        </w:rPr>
        <w:t>flopped downwards</w:t>
      </w:r>
      <w:proofErr w:type="gramEnd"/>
      <w:r>
        <w:rPr>
          <w:rFonts w:ascii="Arial" w:hAnsi="Arial"/>
        </w:rPr>
        <w:t xml:space="preserve">. I could feel all the life coming out of me. I </w:t>
      </w:r>
      <w:proofErr w:type="spellStart"/>
      <w:r>
        <w:rPr>
          <w:rFonts w:ascii="Arial" w:hAnsi="Arial"/>
        </w:rPr>
        <w:t>jus</w:t>
      </w:r>
      <w:proofErr w:type="spellEnd"/>
      <w:r>
        <w:rPr>
          <w:rFonts w:ascii="Arial" w:hAnsi="Arial"/>
        </w:rPr>
        <w:t xml:space="preserve"> </w:t>
      </w:r>
      <w:proofErr w:type="spellStart"/>
      <w:r>
        <w:rPr>
          <w:rFonts w:ascii="Arial" w:hAnsi="Arial"/>
        </w:rPr>
        <w:t>tliterally</w:t>
      </w:r>
      <w:proofErr w:type="spellEnd"/>
      <w:r>
        <w:rPr>
          <w:rFonts w:ascii="Arial" w:hAnsi="Arial"/>
        </w:rPr>
        <w:t xml:space="preserve"> going  down. And then they're like, no, no quick, tur</w:t>
      </w:r>
      <w:r>
        <w:rPr>
          <w:rFonts w:ascii="Arial" w:hAnsi="Arial"/>
        </w:rPr>
        <w:t>n it back on. Turn it back on. Yeah.</w:t>
      </w:r>
    </w:p>
    <w:p w14:paraId="7288E204" w14:textId="77777777" w:rsidR="00CF75C8" w:rsidRDefault="00CF75C8">
      <w:pPr>
        <w:spacing w:after="0"/>
      </w:pPr>
    </w:p>
    <w:p w14:paraId="0853AC64" w14:textId="77777777" w:rsidR="00CF75C8" w:rsidRDefault="002F30F1">
      <w:pPr>
        <w:spacing w:after="0"/>
      </w:pPr>
      <w:r>
        <w:rPr>
          <w:rFonts w:ascii="Arial" w:hAnsi="Arial"/>
          <w:b/>
        </w:rPr>
        <w:t xml:space="preserve">Alice  </w:t>
      </w:r>
      <w:r>
        <w:rPr>
          <w:rFonts w:ascii="Arial" w:hAnsi="Arial"/>
          <w:color w:val="5D7284"/>
        </w:rPr>
        <w:t>1:18:36</w:t>
      </w:r>
    </w:p>
    <w:p w14:paraId="0D093267" w14:textId="77777777" w:rsidR="00CF75C8" w:rsidRDefault="002F30F1">
      <w:pPr>
        <w:spacing w:after="0"/>
      </w:pPr>
      <w:proofErr w:type="gramStart"/>
      <w:r>
        <w:rPr>
          <w:rFonts w:ascii="Arial" w:hAnsi="Arial"/>
        </w:rPr>
        <w:t>There's</w:t>
      </w:r>
      <w:proofErr w:type="gramEnd"/>
      <w:r>
        <w:rPr>
          <w:rFonts w:ascii="Arial" w:hAnsi="Arial"/>
        </w:rPr>
        <w:t xml:space="preserve"> lights on a dimmer switch, you turn it down, and it goes off, you know, turn it back on again.</w:t>
      </w:r>
    </w:p>
    <w:p w14:paraId="34DF4421" w14:textId="77777777" w:rsidR="00CF75C8" w:rsidRDefault="00CF75C8">
      <w:pPr>
        <w:spacing w:after="0"/>
      </w:pPr>
    </w:p>
    <w:p w14:paraId="74456DFE" w14:textId="77777777" w:rsidR="00CF75C8" w:rsidRDefault="002F30F1">
      <w:pPr>
        <w:spacing w:after="0"/>
      </w:pPr>
      <w:proofErr w:type="spellStart"/>
      <w:r>
        <w:rPr>
          <w:rFonts w:ascii="Arial" w:hAnsi="Arial"/>
          <w:b/>
        </w:rPr>
        <w:t>jessica</w:t>
      </w:r>
      <w:proofErr w:type="spellEnd"/>
      <w:r>
        <w:rPr>
          <w:rFonts w:ascii="Arial" w:hAnsi="Arial"/>
          <w:b/>
        </w:rPr>
        <w:t xml:space="preserve">  </w:t>
      </w:r>
      <w:r>
        <w:rPr>
          <w:rFonts w:ascii="Arial" w:hAnsi="Arial"/>
          <w:color w:val="5D7284"/>
        </w:rPr>
        <w:t>1:18:41</w:t>
      </w:r>
    </w:p>
    <w:p w14:paraId="26999878" w14:textId="77777777" w:rsidR="00CF75C8" w:rsidRDefault="002F30F1">
      <w:pPr>
        <w:spacing w:after="0"/>
      </w:pPr>
      <w:r>
        <w:rPr>
          <w:rFonts w:ascii="Arial" w:hAnsi="Arial"/>
        </w:rPr>
        <w:t>It was exactly Like that. And I just my mom was there for that bit. And she was ju</w:t>
      </w:r>
      <w:r>
        <w:rPr>
          <w:rFonts w:ascii="Arial" w:hAnsi="Arial"/>
        </w:rPr>
        <w:t xml:space="preserve">st, she was a </w:t>
      </w:r>
      <w:proofErr w:type="gramStart"/>
      <w:r>
        <w:rPr>
          <w:rFonts w:ascii="Arial" w:hAnsi="Arial"/>
        </w:rPr>
        <w:t>state</w:t>
      </w:r>
      <w:proofErr w:type="gramEnd"/>
      <w:r>
        <w:rPr>
          <w:rFonts w:ascii="Arial" w:hAnsi="Arial"/>
        </w:rPr>
        <w:t xml:space="preserve"> I think. Cool. It was literally like a few seconds. It wasn't like they left me there for ages. But they </w:t>
      </w:r>
      <w:proofErr w:type="spellStart"/>
      <w:r>
        <w:rPr>
          <w:rFonts w:ascii="Arial" w:hAnsi="Arial"/>
        </w:rPr>
        <w:t>they</w:t>
      </w:r>
      <w:proofErr w:type="spellEnd"/>
      <w:r>
        <w:rPr>
          <w:rFonts w:ascii="Arial" w:hAnsi="Arial"/>
        </w:rPr>
        <w:t xml:space="preserve"> tried it </w:t>
      </w:r>
      <w:proofErr w:type="gramStart"/>
      <w:r>
        <w:rPr>
          <w:rFonts w:ascii="Arial" w:hAnsi="Arial"/>
        </w:rPr>
        <w:t>a number of</w:t>
      </w:r>
      <w:proofErr w:type="gramEnd"/>
      <w:r>
        <w:rPr>
          <w:rFonts w:ascii="Arial" w:hAnsi="Arial"/>
        </w:rPr>
        <w:t xml:space="preserve"> times to see if my heart would start. </w:t>
      </w:r>
      <w:proofErr w:type="gramStart"/>
      <w:r>
        <w:rPr>
          <w:rFonts w:ascii="Arial" w:hAnsi="Arial"/>
        </w:rPr>
        <w:t>So</w:t>
      </w:r>
      <w:proofErr w:type="gramEnd"/>
      <w:r>
        <w:rPr>
          <w:rFonts w:ascii="Arial" w:hAnsi="Arial"/>
        </w:rPr>
        <w:t xml:space="preserve"> I was in ICU for probably a week and they normally like to get y</w:t>
      </w:r>
      <w:r>
        <w:rPr>
          <w:rFonts w:ascii="Arial" w:hAnsi="Arial"/>
        </w:rPr>
        <w:t xml:space="preserve">ou on the wards within a couple of days. The ICU beds are quite important for people that are dying or surviving. And they </w:t>
      </w:r>
      <w:proofErr w:type="spellStart"/>
      <w:r>
        <w:rPr>
          <w:rFonts w:ascii="Arial" w:hAnsi="Arial"/>
        </w:rPr>
        <w:t>they</w:t>
      </w:r>
      <w:proofErr w:type="spellEnd"/>
      <w:r>
        <w:rPr>
          <w:rFonts w:ascii="Arial" w:hAnsi="Arial"/>
        </w:rPr>
        <w:t xml:space="preserve"> came to me again and they said your heart isn't starting by itself. </w:t>
      </w:r>
      <w:proofErr w:type="gramStart"/>
      <w:r>
        <w:rPr>
          <w:rFonts w:ascii="Arial" w:hAnsi="Arial"/>
        </w:rPr>
        <w:t>So</w:t>
      </w:r>
      <w:proofErr w:type="gramEnd"/>
      <w:r>
        <w:rPr>
          <w:rFonts w:ascii="Arial" w:hAnsi="Arial"/>
        </w:rPr>
        <w:t xml:space="preserve"> what we're going to elect to do obviously with your permi</w:t>
      </w:r>
      <w:r>
        <w:rPr>
          <w:rFonts w:ascii="Arial" w:hAnsi="Arial"/>
        </w:rPr>
        <w:t xml:space="preserve">ssion  is </w:t>
      </w:r>
      <w:proofErr w:type="spellStart"/>
      <w:r>
        <w:rPr>
          <w:rFonts w:ascii="Arial" w:hAnsi="Arial"/>
        </w:rPr>
        <w:t>instal</w:t>
      </w:r>
      <w:proofErr w:type="spellEnd"/>
      <w:r>
        <w:rPr>
          <w:rFonts w:ascii="Arial" w:hAnsi="Arial"/>
        </w:rPr>
        <w:t xml:space="preserve"> the pacemaker. </w:t>
      </w:r>
      <w:proofErr w:type="gramStart"/>
      <w:r>
        <w:rPr>
          <w:rFonts w:ascii="Arial" w:hAnsi="Arial"/>
        </w:rPr>
        <w:t>So</w:t>
      </w:r>
      <w:proofErr w:type="gramEnd"/>
      <w:r>
        <w:rPr>
          <w:rFonts w:ascii="Arial" w:hAnsi="Arial"/>
        </w:rPr>
        <w:t xml:space="preserve"> I am a 32 year old with a pacemaker and a mechanical heart valve. </w:t>
      </w:r>
      <w:proofErr w:type="gramStart"/>
      <w:r>
        <w:rPr>
          <w:rFonts w:ascii="Arial" w:hAnsi="Arial"/>
        </w:rPr>
        <w:t>So</w:t>
      </w:r>
      <w:proofErr w:type="gramEnd"/>
      <w:r>
        <w:rPr>
          <w:rFonts w:ascii="Arial" w:hAnsi="Arial"/>
        </w:rPr>
        <w:t xml:space="preserve"> I think that's very interesting. The pacemaker implementation was 10 times more painful than anything I'd had done before. It might have been that I was</w:t>
      </w:r>
      <w:r>
        <w:rPr>
          <w:rFonts w:ascii="Arial" w:hAnsi="Arial"/>
        </w:rPr>
        <w:t xml:space="preserve"> hysterical. Like everything I've been through. It might also be because I couldn't lie on my back because of the way They  had to open my ribs I was meant to be supported  Oh, sorry.</w:t>
      </w:r>
    </w:p>
    <w:p w14:paraId="6D7AFC59" w14:textId="77777777" w:rsidR="00CF75C8" w:rsidRDefault="00CF75C8">
      <w:pPr>
        <w:spacing w:after="0"/>
      </w:pPr>
    </w:p>
    <w:p w14:paraId="222FCA7C" w14:textId="77777777" w:rsidR="00CF75C8" w:rsidRDefault="002F30F1">
      <w:pPr>
        <w:spacing w:after="0"/>
      </w:pPr>
      <w:r>
        <w:rPr>
          <w:rFonts w:ascii="Arial" w:hAnsi="Arial"/>
          <w:b/>
        </w:rPr>
        <w:t xml:space="preserve">Alice  </w:t>
      </w:r>
      <w:r>
        <w:rPr>
          <w:rFonts w:ascii="Arial" w:hAnsi="Arial"/>
          <w:color w:val="5D7284"/>
        </w:rPr>
        <w:t>1:20:07</w:t>
      </w:r>
    </w:p>
    <w:p w14:paraId="1E77BD1B" w14:textId="77777777" w:rsidR="00CF75C8" w:rsidRDefault="002F30F1">
      <w:pPr>
        <w:spacing w:after="0"/>
      </w:pPr>
      <w:r>
        <w:rPr>
          <w:rFonts w:ascii="Arial" w:hAnsi="Arial"/>
        </w:rPr>
        <w:lastRenderedPageBreak/>
        <w:t>We need to put a trigger word here. Or just like this, t</w:t>
      </w:r>
      <w:r>
        <w:rPr>
          <w:rFonts w:ascii="Arial" w:hAnsi="Arial"/>
        </w:rPr>
        <w:t xml:space="preserve">his episode may contain scenes that some listeners will find upsetting </w:t>
      </w:r>
      <w:proofErr w:type="gramStart"/>
      <w:r>
        <w:rPr>
          <w:rFonts w:ascii="Arial" w:hAnsi="Arial"/>
        </w:rPr>
        <w:t>if</w:t>
      </w:r>
      <w:proofErr w:type="gramEnd"/>
    </w:p>
    <w:p w14:paraId="729E8847" w14:textId="77777777" w:rsidR="00CF75C8" w:rsidRDefault="00CF75C8">
      <w:pPr>
        <w:spacing w:after="0"/>
      </w:pPr>
    </w:p>
    <w:p w14:paraId="46DEF2F8" w14:textId="77777777" w:rsidR="00CF75C8" w:rsidRDefault="002F30F1">
      <w:pPr>
        <w:spacing w:after="0"/>
      </w:pPr>
      <w:r>
        <w:rPr>
          <w:rFonts w:ascii="Arial" w:hAnsi="Arial"/>
          <w:b/>
        </w:rPr>
        <w:t xml:space="preserve">Lucy  </w:t>
      </w:r>
      <w:r>
        <w:rPr>
          <w:rFonts w:ascii="Arial" w:hAnsi="Arial"/>
          <w:color w:val="5D7284"/>
        </w:rPr>
        <w:t>1:20:17</w:t>
      </w:r>
    </w:p>
    <w:p w14:paraId="721BF293" w14:textId="77777777" w:rsidR="00CF75C8" w:rsidRDefault="002F30F1">
      <w:pPr>
        <w:spacing w:after="0"/>
      </w:pPr>
      <w:r>
        <w:rPr>
          <w:rFonts w:ascii="Arial" w:hAnsi="Arial"/>
        </w:rPr>
        <w:t>we can record it because I have not fainted on the floor.</w:t>
      </w:r>
    </w:p>
    <w:p w14:paraId="3535F37B" w14:textId="77777777" w:rsidR="00CF75C8" w:rsidRDefault="00CF75C8">
      <w:pPr>
        <w:spacing w:after="0"/>
      </w:pPr>
    </w:p>
    <w:p w14:paraId="71CA75BF" w14:textId="77777777" w:rsidR="00CF75C8" w:rsidRDefault="002F30F1">
      <w:pPr>
        <w:spacing w:after="0"/>
      </w:pPr>
      <w:r>
        <w:rPr>
          <w:rFonts w:ascii="Arial" w:hAnsi="Arial"/>
          <w:b/>
        </w:rPr>
        <w:t xml:space="preserve">Alice  </w:t>
      </w:r>
      <w:r>
        <w:rPr>
          <w:rFonts w:ascii="Arial" w:hAnsi="Arial"/>
          <w:color w:val="5D7284"/>
        </w:rPr>
        <w:t>1:20:22</w:t>
      </w:r>
    </w:p>
    <w:p w14:paraId="7F1405D6" w14:textId="77777777" w:rsidR="00CF75C8" w:rsidRDefault="002F30F1">
      <w:pPr>
        <w:spacing w:after="0"/>
      </w:pPr>
      <w:r>
        <w:rPr>
          <w:rFonts w:ascii="Arial" w:hAnsi="Arial"/>
        </w:rPr>
        <w:t xml:space="preserve">The end of our podcast </w:t>
      </w:r>
      <w:proofErr w:type="spellStart"/>
      <w:r>
        <w:rPr>
          <w:rFonts w:ascii="Arial" w:hAnsi="Arial"/>
        </w:rPr>
        <w:t>cuz</w:t>
      </w:r>
      <w:proofErr w:type="spellEnd"/>
      <w:r>
        <w:rPr>
          <w:rFonts w:ascii="Arial" w:hAnsi="Arial"/>
        </w:rPr>
        <w:t xml:space="preserve"> Lucy is dead.</w:t>
      </w:r>
    </w:p>
    <w:p w14:paraId="3E30E0D9" w14:textId="77777777" w:rsidR="00CF75C8" w:rsidRDefault="00CF75C8">
      <w:pPr>
        <w:spacing w:after="0"/>
      </w:pPr>
    </w:p>
    <w:p w14:paraId="742EB347" w14:textId="77777777" w:rsidR="00CF75C8" w:rsidRDefault="002F30F1">
      <w:pPr>
        <w:spacing w:after="0"/>
      </w:pPr>
      <w:proofErr w:type="spellStart"/>
      <w:r>
        <w:rPr>
          <w:rFonts w:ascii="Arial" w:hAnsi="Arial"/>
          <w:b/>
        </w:rPr>
        <w:t>jessica</w:t>
      </w:r>
      <w:proofErr w:type="spellEnd"/>
      <w:r>
        <w:rPr>
          <w:rFonts w:ascii="Arial" w:hAnsi="Arial"/>
          <w:b/>
        </w:rPr>
        <w:t xml:space="preserve">  </w:t>
      </w:r>
      <w:r>
        <w:rPr>
          <w:rFonts w:ascii="Arial" w:hAnsi="Arial"/>
          <w:color w:val="5D7284"/>
        </w:rPr>
        <w:t>1:20:26</w:t>
      </w:r>
    </w:p>
    <w:p w14:paraId="3EA0B1D0" w14:textId="77777777" w:rsidR="00CF75C8" w:rsidRDefault="002F30F1">
      <w:pPr>
        <w:spacing w:after="0"/>
      </w:pPr>
      <w:r>
        <w:rPr>
          <w:rFonts w:ascii="Arial" w:hAnsi="Arial"/>
        </w:rPr>
        <w:t xml:space="preserve">And then the very the very </w:t>
      </w:r>
      <w:r>
        <w:rPr>
          <w:rFonts w:ascii="Arial" w:hAnsi="Arial"/>
        </w:rPr>
        <w:t xml:space="preserve">last, like, gross thing is that for pacemakers, you're awake while they're doing it. They numb normally it's done on your left where your heart obviously is, yeah, they do it on that side for me, because I'd had a blood clot, a </w:t>
      </w:r>
      <w:proofErr w:type="gramStart"/>
      <w:r>
        <w:rPr>
          <w:rFonts w:ascii="Arial" w:hAnsi="Arial"/>
        </w:rPr>
        <w:t>really bad</w:t>
      </w:r>
      <w:proofErr w:type="gramEnd"/>
      <w:r>
        <w:rPr>
          <w:rFonts w:ascii="Arial" w:hAnsi="Arial"/>
        </w:rPr>
        <w:t xml:space="preserve"> intravenous blood</w:t>
      </w:r>
      <w:r>
        <w:rPr>
          <w:rFonts w:ascii="Arial" w:hAnsi="Arial"/>
        </w:rPr>
        <w:t xml:space="preserve"> clot in my left arm, which made it swell like a balloon from the first surgery. And they tell me that happened because my arm was caught underneath me for some of the operation. You know, I mean, I, there was one point in </w:t>
      </w:r>
      <w:proofErr w:type="gramStart"/>
      <w:r>
        <w:rPr>
          <w:rFonts w:ascii="Arial" w:hAnsi="Arial"/>
        </w:rPr>
        <w:t>those kind of two years</w:t>
      </w:r>
      <w:proofErr w:type="gramEnd"/>
      <w:r>
        <w:rPr>
          <w:rFonts w:ascii="Arial" w:hAnsi="Arial"/>
        </w:rPr>
        <w:t xml:space="preserve"> where I c</w:t>
      </w:r>
      <w:r>
        <w:rPr>
          <w:rFonts w:ascii="Arial" w:hAnsi="Arial"/>
        </w:rPr>
        <w:t xml:space="preserve">ouldn't lift my arm up to like, brush my hair, because my left arm was so bad. </w:t>
      </w:r>
      <w:proofErr w:type="gramStart"/>
      <w:r>
        <w:rPr>
          <w:rFonts w:ascii="Arial" w:hAnsi="Arial"/>
        </w:rPr>
        <w:t>So</w:t>
      </w:r>
      <w:proofErr w:type="gramEnd"/>
      <w:r>
        <w:rPr>
          <w:rFonts w:ascii="Arial" w:hAnsi="Arial"/>
        </w:rPr>
        <w:t xml:space="preserve"> they couldn't do the pacemaker on that side. And they ended up doing it on my right. And what I can remember is they obviously gave me gas and air. And they injected me with </w:t>
      </w:r>
      <w:r>
        <w:rPr>
          <w:rFonts w:ascii="Arial" w:hAnsi="Arial"/>
        </w:rPr>
        <w:t xml:space="preserve">like a numbing something. And then it just, it just feels like a lot of pushing. That's all I can explain. But the pain wasn't from </w:t>
      </w:r>
      <w:proofErr w:type="gramStart"/>
      <w:r>
        <w:rPr>
          <w:rFonts w:ascii="Arial" w:hAnsi="Arial"/>
        </w:rPr>
        <w:t>my</w:t>
      </w:r>
      <w:proofErr w:type="gramEnd"/>
      <w:r>
        <w:rPr>
          <w:rFonts w:ascii="Arial" w:hAnsi="Arial"/>
        </w:rPr>
        <w:t xml:space="preserve"> from the actual thing going in, it was from my back. And then also, he had to put more injections in me because for some </w:t>
      </w:r>
      <w:r>
        <w:rPr>
          <w:rFonts w:ascii="Arial" w:hAnsi="Arial"/>
        </w:rPr>
        <w:t>reason, it didn't numb properly. And all I can remember is, you know, those blue sheets they put on to do surgery. And obviously they've got the bit open. And that's the bit they work on. And everything else has got like just a blue bit round it .</w:t>
      </w:r>
    </w:p>
    <w:p w14:paraId="35D25EB1" w14:textId="77777777" w:rsidR="00CF75C8" w:rsidRDefault="00CF75C8">
      <w:pPr>
        <w:spacing w:after="0"/>
      </w:pPr>
    </w:p>
    <w:p w14:paraId="628775E1" w14:textId="77777777" w:rsidR="00CF75C8" w:rsidRDefault="002F30F1">
      <w:pPr>
        <w:spacing w:after="0"/>
      </w:pPr>
      <w:r>
        <w:rPr>
          <w:rFonts w:ascii="Arial" w:hAnsi="Arial"/>
          <w:b/>
        </w:rPr>
        <w:t xml:space="preserve">Lucy  </w:t>
      </w:r>
      <w:r>
        <w:rPr>
          <w:rFonts w:ascii="Arial" w:hAnsi="Arial"/>
          <w:color w:val="5D7284"/>
        </w:rPr>
        <w:t>1:21:59</w:t>
      </w:r>
    </w:p>
    <w:p w14:paraId="01C220D1" w14:textId="77777777" w:rsidR="00CF75C8" w:rsidRDefault="002F30F1">
      <w:pPr>
        <w:spacing w:after="0"/>
      </w:pPr>
      <w:r>
        <w:rPr>
          <w:rFonts w:ascii="Arial" w:hAnsi="Arial"/>
        </w:rPr>
        <w:t>And there's a bit so you can't see like what's going on? Yeah,</w:t>
      </w:r>
    </w:p>
    <w:p w14:paraId="0F71B0DE" w14:textId="77777777" w:rsidR="00CF75C8" w:rsidRDefault="00CF75C8">
      <w:pPr>
        <w:spacing w:after="0"/>
      </w:pPr>
    </w:p>
    <w:p w14:paraId="179AFE4F" w14:textId="77777777" w:rsidR="00CF75C8" w:rsidRDefault="002F30F1">
      <w:pPr>
        <w:spacing w:after="0"/>
      </w:pPr>
      <w:proofErr w:type="spellStart"/>
      <w:r>
        <w:rPr>
          <w:rFonts w:ascii="Arial" w:hAnsi="Arial"/>
          <w:b/>
        </w:rPr>
        <w:t>jessica</w:t>
      </w:r>
      <w:proofErr w:type="spellEnd"/>
      <w:r>
        <w:rPr>
          <w:rFonts w:ascii="Arial" w:hAnsi="Arial"/>
          <w:b/>
        </w:rPr>
        <w:t xml:space="preserve">  </w:t>
      </w:r>
      <w:r>
        <w:rPr>
          <w:rFonts w:ascii="Arial" w:hAnsi="Arial"/>
          <w:color w:val="5D7284"/>
        </w:rPr>
        <w:t>1:22:02</w:t>
      </w:r>
    </w:p>
    <w:p w14:paraId="301AD605" w14:textId="77777777" w:rsidR="00CF75C8" w:rsidRDefault="002F30F1">
      <w:pPr>
        <w:spacing w:after="0"/>
      </w:pPr>
      <w:r>
        <w:rPr>
          <w:rFonts w:ascii="Arial" w:hAnsi="Arial"/>
        </w:rPr>
        <w:t xml:space="preserve">yeah. </w:t>
      </w:r>
      <w:proofErr w:type="gramStart"/>
      <w:r>
        <w:rPr>
          <w:rFonts w:ascii="Arial" w:hAnsi="Arial"/>
        </w:rPr>
        <w:t>So</w:t>
      </w:r>
      <w:proofErr w:type="gramEnd"/>
      <w:r>
        <w:rPr>
          <w:rFonts w:ascii="Arial" w:hAnsi="Arial"/>
        </w:rPr>
        <w:t xml:space="preserve"> to get the bit showing on my shoulder, and the blue thing had to go over my face on </w:t>
      </w:r>
      <w:proofErr w:type="spellStart"/>
      <w:r>
        <w:rPr>
          <w:rFonts w:ascii="Arial" w:hAnsi="Arial"/>
        </w:rPr>
        <w:t>i</w:t>
      </w:r>
      <w:proofErr w:type="spellEnd"/>
      <w:r>
        <w:rPr>
          <w:rFonts w:ascii="Arial" w:hAnsi="Arial"/>
        </w:rPr>
        <w:t xml:space="preserve"> just had my medical, I don't know what it is fabric just over my f</w:t>
      </w:r>
      <w:r>
        <w:rPr>
          <w:rFonts w:ascii="Arial" w:hAnsi="Arial"/>
        </w:rPr>
        <w:t xml:space="preserve">ace, as well as a mask giving me gas and air and trying to calm you down. And as well as just a surgeon like pushing and pulling and it was violent, like it felt like he was punching me. And I'm sure he was doing </w:t>
      </w:r>
      <w:proofErr w:type="gramStart"/>
      <w:r>
        <w:rPr>
          <w:rFonts w:ascii="Arial" w:hAnsi="Arial"/>
        </w:rPr>
        <w:t>a very good</w:t>
      </w:r>
      <w:proofErr w:type="gramEnd"/>
      <w:r>
        <w:rPr>
          <w:rFonts w:ascii="Arial" w:hAnsi="Arial"/>
        </w:rPr>
        <w:t xml:space="preserve"> job and was brilliant. But at t</w:t>
      </w:r>
      <w:r>
        <w:rPr>
          <w:rFonts w:ascii="Arial" w:hAnsi="Arial"/>
        </w:rPr>
        <w:t xml:space="preserve">he time, I was like, </w:t>
      </w:r>
      <w:proofErr w:type="gramStart"/>
      <w:r>
        <w:rPr>
          <w:rFonts w:ascii="Arial" w:hAnsi="Arial"/>
        </w:rPr>
        <w:t>Please</w:t>
      </w:r>
      <w:proofErr w:type="gramEnd"/>
      <w:r>
        <w:rPr>
          <w:rFonts w:ascii="Arial" w:hAnsi="Arial"/>
        </w:rPr>
        <w:t xml:space="preserve"> stop.</w:t>
      </w:r>
    </w:p>
    <w:p w14:paraId="109155EF" w14:textId="77777777" w:rsidR="00CF75C8" w:rsidRDefault="00CF75C8">
      <w:pPr>
        <w:spacing w:after="0"/>
      </w:pPr>
    </w:p>
    <w:p w14:paraId="329A7CAE" w14:textId="77777777" w:rsidR="00CF75C8" w:rsidRDefault="002F30F1">
      <w:pPr>
        <w:spacing w:after="0"/>
      </w:pPr>
      <w:r>
        <w:rPr>
          <w:rFonts w:ascii="Arial" w:hAnsi="Arial"/>
          <w:b/>
        </w:rPr>
        <w:t xml:space="preserve">Lucy  </w:t>
      </w:r>
      <w:r>
        <w:rPr>
          <w:rFonts w:ascii="Arial" w:hAnsi="Arial"/>
          <w:color w:val="5D7284"/>
        </w:rPr>
        <w:t>1:22:38</w:t>
      </w:r>
    </w:p>
    <w:p w14:paraId="6BADE44B" w14:textId="77777777" w:rsidR="00CF75C8" w:rsidRDefault="002F30F1">
      <w:pPr>
        <w:spacing w:after="0"/>
      </w:pPr>
      <w:r>
        <w:rPr>
          <w:rFonts w:ascii="Arial" w:hAnsi="Arial"/>
        </w:rPr>
        <w:t xml:space="preserve">That don't actually sound like some sort of like torture technique that they use to get information out of </w:t>
      </w:r>
      <w:proofErr w:type="gramStart"/>
      <w:r>
        <w:rPr>
          <w:rFonts w:ascii="Arial" w:hAnsi="Arial"/>
        </w:rPr>
        <w:t>people</w:t>
      </w:r>
      <w:proofErr w:type="gramEnd"/>
    </w:p>
    <w:p w14:paraId="091BFD39" w14:textId="77777777" w:rsidR="00CF75C8" w:rsidRDefault="00CF75C8">
      <w:pPr>
        <w:spacing w:after="0"/>
      </w:pPr>
    </w:p>
    <w:p w14:paraId="11CE1D72" w14:textId="77777777" w:rsidR="00CF75C8" w:rsidRDefault="002F30F1">
      <w:pPr>
        <w:spacing w:after="0"/>
      </w:pPr>
      <w:proofErr w:type="spellStart"/>
      <w:r>
        <w:rPr>
          <w:rFonts w:ascii="Arial" w:hAnsi="Arial"/>
          <w:b/>
        </w:rPr>
        <w:t>jessica</w:t>
      </w:r>
      <w:proofErr w:type="spellEnd"/>
      <w:r>
        <w:rPr>
          <w:rFonts w:ascii="Arial" w:hAnsi="Arial"/>
          <w:b/>
        </w:rPr>
        <w:t xml:space="preserve">  </w:t>
      </w:r>
      <w:r>
        <w:rPr>
          <w:rFonts w:ascii="Arial" w:hAnsi="Arial"/>
          <w:color w:val="5D7284"/>
        </w:rPr>
        <w:t>1:22:47</w:t>
      </w:r>
    </w:p>
    <w:p w14:paraId="2B4C588F" w14:textId="77777777" w:rsidR="00CF75C8" w:rsidRDefault="002F30F1">
      <w:pPr>
        <w:spacing w:after="0"/>
      </w:pPr>
      <w:r>
        <w:rPr>
          <w:rFonts w:ascii="Arial" w:hAnsi="Arial"/>
        </w:rPr>
        <w:t xml:space="preserve">Yeah. It's basically about the size of two, </w:t>
      </w:r>
      <w:proofErr w:type="gramStart"/>
      <w:r>
        <w:rPr>
          <w:rFonts w:ascii="Arial" w:hAnsi="Arial"/>
        </w:rPr>
        <w:t>two pound</w:t>
      </w:r>
      <w:proofErr w:type="gramEnd"/>
      <w:r>
        <w:rPr>
          <w:rFonts w:ascii="Arial" w:hAnsi="Arial"/>
        </w:rPr>
        <w:t xml:space="preserve"> coins on top of each </w:t>
      </w:r>
      <w:r>
        <w:rPr>
          <w:rFonts w:ascii="Arial" w:hAnsi="Arial"/>
        </w:rPr>
        <w:t xml:space="preserve">other is attached to part of me on the inside. And then it's got little wires that go. And obviously, pacemakers, I'm sure you probably know what they do. But the wires, keep your heart going. So that's over, and then they take me up to the ward, the next </w:t>
      </w:r>
      <w:r>
        <w:rPr>
          <w:rFonts w:ascii="Arial" w:hAnsi="Arial"/>
        </w:rPr>
        <w:t xml:space="preserve">day, my heart starts beating by itself. </w:t>
      </w:r>
      <w:proofErr w:type="gramStart"/>
      <w:r>
        <w:rPr>
          <w:rFonts w:ascii="Arial" w:hAnsi="Arial"/>
        </w:rPr>
        <w:t>So</w:t>
      </w:r>
      <w:proofErr w:type="gramEnd"/>
      <w:r>
        <w:rPr>
          <w:rFonts w:ascii="Arial" w:hAnsi="Arial"/>
        </w:rPr>
        <w:t xml:space="preserve"> I now have a pacemaker, but no reason whatsoever, just with a battery life of 10 years. And it works it because obviously </w:t>
      </w:r>
      <w:proofErr w:type="gramStart"/>
      <w:r>
        <w:rPr>
          <w:rFonts w:ascii="Arial" w:hAnsi="Arial"/>
        </w:rPr>
        <w:t>have to</w:t>
      </w:r>
      <w:proofErr w:type="gramEnd"/>
      <w:r>
        <w:rPr>
          <w:rFonts w:ascii="Arial" w:hAnsi="Arial"/>
        </w:rPr>
        <w:t xml:space="preserve"> get that I have </w:t>
      </w:r>
      <w:r>
        <w:rPr>
          <w:rFonts w:ascii="Arial" w:hAnsi="Arial"/>
        </w:rPr>
        <w:lastRenderedPageBreak/>
        <w:t>a checkup for that every year now as well. Yeah. And they put somet</w:t>
      </w:r>
      <w:r>
        <w:rPr>
          <w:rFonts w:ascii="Arial" w:hAnsi="Arial"/>
        </w:rPr>
        <w:t xml:space="preserve">hing on you to make sure it's working. And they can turn you on and off and stuff like that. And they worked out that within since I've had it, it's been used naught point naught 1% of the time. Whereas the normal people are like, 90% of the time. So </w:t>
      </w:r>
    </w:p>
    <w:p w14:paraId="2AEE3DFE" w14:textId="77777777" w:rsidR="00CF75C8" w:rsidRDefault="00CF75C8">
      <w:pPr>
        <w:spacing w:after="0"/>
      </w:pPr>
    </w:p>
    <w:p w14:paraId="10CCFD29" w14:textId="77777777" w:rsidR="00CF75C8" w:rsidRDefault="002F30F1">
      <w:pPr>
        <w:spacing w:after="0"/>
      </w:pPr>
      <w:r>
        <w:rPr>
          <w:rFonts w:ascii="Arial" w:hAnsi="Arial"/>
          <w:b/>
        </w:rPr>
        <w:t>Luc</w:t>
      </w:r>
      <w:r>
        <w:rPr>
          <w:rFonts w:ascii="Arial" w:hAnsi="Arial"/>
          <w:b/>
        </w:rPr>
        <w:t xml:space="preserve">y  </w:t>
      </w:r>
      <w:r>
        <w:rPr>
          <w:rFonts w:ascii="Arial" w:hAnsi="Arial"/>
          <w:color w:val="5D7284"/>
        </w:rPr>
        <w:t>1:23:59</w:t>
      </w:r>
    </w:p>
    <w:p w14:paraId="2318D71A" w14:textId="77777777" w:rsidR="00CF75C8" w:rsidRDefault="002F30F1">
      <w:pPr>
        <w:spacing w:after="0"/>
      </w:pPr>
      <w:r>
        <w:rPr>
          <w:rFonts w:ascii="Arial" w:hAnsi="Arial"/>
        </w:rPr>
        <w:t xml:space="preserve">I mean so it  is doing something, but just not very often, </w:t>
      </w:r>
    </w:p>
    <w:p w14:paraId="0B00C5AF" w14:textId="77777777" w:rsidR="00CF75C8" w:rsidRDefault="00CF75C8">
      <w:pPr>
        <w:spacing w:after="0"/>
      </w:pPr>
    </w:p>
    <w:p w14:paraId="37AC77C2" w14:textId="77777777" w:rsidR="00CF75C8" w:rsidRDefault="002F30F1">
      <w:pPr>
        <w:spacing w:after="0"/>
      </w:pPr>
      <w:proofErr w:type="spellStart"/>
      <w:r>
        <w:rPr>
          <w:rFonts w:ascii="Arial" w:hAnsi="Arial"/>
          <w:b/>
        </w:rPr>
        <w:t>jessica</w:t>
      </w:r>
      <w:proofErr w:type="spellEnd"/>
      <w:r>
        <w:rPr>
          <w:rFonts w:ascii="Arial" w:hAnsi="Arial"/>
          <w:b/>
        </w:rPr>
        <w:t xml:space="preserve">  </w:t>
      </w:r>
      <w:r>
        <w:rPr>
          <w:rFonts w:ascii="Arial" w:hAnsi="Arial"/>
          <w:color w:val="5D7284"/>
        </w:rPr>
        <w:t>1:24:03</w:t>
      </w:r>
    </w:p>
    <w:p w14:paraId="6E7B1541" w14:textId="77777777" w:rsidR="00CF75C8" w:rsidRDefault="002F30F1">
      <w:pPr>
        <w:spacing w:after="0"/>
      </w:pPr>
      <w:r>
        <w:rPr>
          <w:rFonts w:ascii="Arial" w:hAnsi="Arial"/>
        </w:rPr>
        <w:t xml:space="preserve">I think is mostly when I sleep at night, if at all. But yeah, and </w:t>
      </w:r>
      <w:proofErr w:type="gramStart"/>
      <w:r>
        <w:rPr>
          <w:rFonts w:ascii="Arial" w:hAnsi="Arial"/>
        </w:rPr>
        <w:t>they can they can</w:t>
      </w:r>
      <w:proofErr w:type="gramEnd"/>
      <w:r>
        <w:rPr>
          <w:rFonts w:ascii="Arial" w:hAnsi="Arial"/>
        </w:rPr>
        <w:t xml:space="preserve"> tell me when it's kicked in. There's also if I when I </w:t>
      </w:r>
      <w:proofErr w:type="gramStart"/>
      <w:r>
        <w:rPr>
          <w:rFonts w:ascii="Arial" w:hAnsi="Arial"/>
        </w:rPr>
        <w:t>have to</w:t>
      </w:r>
      <w:proofErr w:type="gramEnd"/>
      <w:r>
        <w:rPr>
          <w:rFonts w:ascii="Arial" w:hAnsi="Arial"/>
        </w:rPr>
        <w:t xml:space="preserve"> have MRI scans or CT </w:t>
      </w:r>
      <w:r>
        <w:rPr>
          <w:rFonts w:ascii="Arial" w:hAnsi="Arial"/>
        </w:rPr>
        <w:t xml:space="preserve">scans, which I have every year. They </w:t>
      </w:r>
      <w:proofErr w:type="gramStart"/>
      <w:r>
        <w:rPr>
          <w:rFonts w:ascii="Arial" w:hAnsi="Arial"/>
        </w:rPr>
        <w:t>have to</w:t>
      </w:r>
      <w:proofErr w:type="gramEnd"/>
      <w:r>
        <w:rPr>
          <w:rFonts w:ascii="Arial" w:hAnsi="Arial"/>
        </w:rPr>
        <w:t xml:space="preserve"> turn it on for that. Because your heart needs to be pacing, and I'm not entirely sure why. But that might be the naught point naught 1%.</w:t>
      </w:r>
    </w:p>
    <w:p w14:paraId="02EB5F45" w14:textId="77777777" w:rsidR="00CF75C8" w:rsidRDefault="00CF75C8">
      <w:pPr>
        <w:spacing w:after="0"/>
      </w:pPr>
    </w:p>
    <w:p w14:paraId="1AB288E6" w14:textId="77777777" w:rsidR="00CF75C8" w:rsidRDefault="002F30F1">
      <w:pPr>
        <w:spacing w:after="0"/>
      </w:pPr>
      <w:r>
        <w:rPr>
          <w:rFonts w:ascii="Arial" w:hAnsi="Arial"/>
          <w:b/>
        </w:rPr>
        <w:t xml:space="preserve">Alice  </w:t>
      </w:r>
      <w:r>
        <w:rPr>
          <w:rFonts w:ascii="Arial" w:hAnsi="Arial"/>
          <w:color w:val="5D7284"/>
        </w:rPr>
        <w:t>1:24:31</w:t>
      </w:r>
    </w:p>
    <w:p w14:paraId="4E3AA730" w14:textId="77777777" w:rsidR="00CF75C8" w:rsidRDefault="002F30F1">
      <w:pPr>
        <w:spacing w:after="0"/>
      </w:pPr>
      <w:proofErr w:type="gramStart"/>
      <w:r>
        <w:rPr>
          <w:rFonts w:ascii="Arial" w:hAnsi="Arial"/>
        </w:rPr>
        <w:t>Actually, if</w:t>
      </w:r>
      <w:proofErr w:type="gramEnd"/>
      <w:r>
        <w:rPr>
          <w:rFonts w:ascii="Arial" w:hAnsi="Arial"/>
        </w:rPr>
        <w:t xml:space="preserve"> you've never needed it, it's been turned on b</w:t>
      </w:r>
      <w:r>
        <w:rPr>
          <w:rFonts w:ascii="Arial" w:hAnsi="Arial"/>
        </w:rPr>
        <w:t>y professionals.</w:t>
      </w:r>
    </w:p>
    <w:p w14:paraId="3B2CBFCB" w14:textId="77777777" w:rsidR="00CF75C8" w:rsidRDefault="00CF75C8">
      <w:pPr>
        <w:spacing w:after="0"/>
      </w:pPr>
    </w:p>
    <w:p w14:paraId="3EC6A30A" w14:textId="77777777" w:rsidR="00CF75C8" w:rsidRDefault="002F30F1">
      <w:pPr>
        <w:spacing w:after="0"/>
      </w:pPr>
      <w:proofErr w:type="spellStart"/>
      <w:r>
        <w:rPr>
          <w:rFonts w:ascii="Arial" w:hAnsi="Arial"/>
          <w:b/>
        </w:rPr>
        <w:t>jessica</w:t>
      </w:r>
      <w:proofErr w:type="spellEnd"/>
      <w:r>
        <w:rPr>
          <w:rFonts w:ascii="Arial" w:hAnsi="Arial"/>
          <w:b/>
        </w:rPr>
        <w:t xml:space="preserve">  </w:t>
      </w:r>
      <w:r>
        <w:rPr>
          <w:rFonts w:ascii="Arial" w:hAnsi="Arial"/>
          <w:color w:val="5D7284"/>
        </w:rPr>
        <w:t>1:24:36</w:t>
      </w:r>
    </w:p>
    <w:p w14:paraId="65699DBB" w14:textId="77777777" w:rsidR="00CF75C8" w:rsidRDefault="002F30F1">
      <w:pPr>
        <w:spacing w:after="0"/>
      </w:pPr>
      <w:r>
        <w:rPr>
          <w:rFonts w:ascii="Arial" w:hAnsi="Arial"/>
        </w:rPr>
        <w:t>Right? Yeah, pretty much.</w:t>
      </w:r>
    </w:p>
    <w:p w14:paraId="1FD50CBE" w14:textId="77777777" w:rsidR="00CF75C8" w:rsidRDefault="00CF75C8">
      <w:pPr>
        <w:spacing w:after="0"/>
      </w:pPr>
    </w:p>
    <w:p w14:paraId="4B568786" w14:textId="77777777" w:rsidR="00CF75C8" w:rsidRDefault="002F30F1">
      <w:pPr>
        <w:spacing w:after="0"/>
      </w:pPr>
      <w:r>
        <w:rPr>
          <w:rFonts w:ascii="Arial" w:hAnsi="Arial"/>
          <w:b/>
        </w:rPr>
        <w:t xml:space="preserve">Alice  </w:t>
      </w:r>
      <w:r>
        <w:rPr>
          <w:rFonts w:ascii="Arial" w:hAnsi="Arial"/>
          <w:color w:val="5D7284"/>
        </w:rPr>
        <w:t>1:24:39</w:t>
      </w:r>
    </w:p>
    <w:p w14:paraId="519A09DA" w14:textId="77777777" w:rsidR="00CF75C8" w:rsidRDefault="002F30F1">
      <w:pPr>
        <w:spacing w:after="0"/>
      </w:pPr>
      <w:proofErr w:type="gramStart"/>
      <w:r>
        <w:rPr>
          <w:rFonts w:ascii="Arial" w:hAnsi="Arial"/>
        </w:rPr>
        <w:t>So</w:t>
      </w:r>
      <w:proofErr w:type="gramEnd"/>
      <w:r>
        <w:rPr>
          <w:rFonts w:ascii="Arial" w:hAnsi="Arial"/>
        </w:rPr>
        <w:t xml:space="preserve"> you've just told us you just spent 20 minutes telling us about all these and hugely invasive and physically and mentally traumatic and life changing and life ... and yet again,</w:t>
      </w:r>
      <w:r>
        <w:rPr>
          <w:rFonts w:ascii="Arial" w:hAnsi="Arial"/>
        </w:rPr>
        <w:t xml:space="preserve"> Things that directly linked to your health condition. And yet, you don't feel as though you have a disability. I just want to kind of draw the parallels there of going. I mean, your health condition, disabled you so much that your, your life was in danger</w:t>
      </w:r>
      <w:r>
        <w:rPr>
          <w:rFonts w:ascii="Arial" w:hAnsi="Arial"/>
        </w:rPr>
        <w:t>. Seriously.</w:t>
      </w:r>
    </w:p>
    <w:p w14:paraId="1D78D8CC" w14:textId="77777777" w:rsidR="00CF75C8" w:rsidRDefault="00CF75C8">
      <w:pPr>
        <w:spacing w:after="0"/>
      </w:pPr>
    </w:p>
    <w:p w14:paraId="4021D377" w14:textId="77777777" w:rsidR="00CF75C8" w:rsidRDefault="002F30F1">
      <w:pPr>
        <w:spacing w:after="0"/>
      </w:pPr>
      <w:r>
        <w:rPr>
          <w:rFonts w:ascii="Arial" w:hAnsi="Arial"/>
          <w:b/>
        </w:rPr>
        <w:t xml:space="preserve">Lucy  </w:t>
      </w:r>
      <w:r>
        <w:rPr>
          <w:rFonts w:ascii="Arial" w:hAnsi="Arial"/>
          <w:color w:val="5D7284"/>
        </w:rPr>
        <w:t>1:25:22</w:t>
      </w:r>
    </w:p>
    <w:p w14:paraId="6CBA4F66" w14:textId="77777777" w:rsidR="00CF75C8" w:rsidRDefault="002F30F1">
      <w:pPr>
        <w:spacing w:after="0"/>
      </w:pPr>
      <w:r>
        <w:rPr>
          <w:rFonts w:ascii="Arial" w:hAnsi="Arial"/>
        </w:rPr>
        <w:t xml:space="preserve">I had to turn the dial </w:t>
      </w:r>
      <w:proofErr w:type="spellStart"/>
      <w:r>
        <w:rPr>
          <w:rFonts w:ascii="Arial" w:hAnsi="Arial"/>
        </w:rPr>
        <w:t>back up</w:t>
      </w:r>
      <w:proofErr w:type="spellEnd"/>
      <w:r>
        <w:rPr>
          <w:rFonts w:ascii="Arial" w:hAnsi="Arial"/>
        </w:rPr>
        <w:t>.</w:t>
      </w:r>
    </w:p>
    <w:p w14:paraId="4284EDB9" w14:textId="77777777" w:rsidR="00CF75C8" w:rsidRDefault="00CF75C8">
      <w:pPr>
        <w:spacing w:after="0"/>
      </w:pPr>
    </w:p>
    <w:p w14:paraId="00A09AD1" w14:textId="77777777" w:rsidR="00CF75C8" w:rsidRDefault="002F30F1">
      <w:pPr>
        <w:spacing w:after="0"/>
      </w:pPr>
      <w:r>
        <w:rPr>
          <w:rFonts w:ascii="Arial" w:hAnsi="Arial"/>
          <w:b/>
        </w:rPr>
        <w:t xml:space="preserve">Alice  </w:t>
      </w:r>
      <w:r>
        <w:rPr>
          <w:rFonts w:ascii="Arial" w:hAnsi="Arial"/>
          <w:color w:val="5D7284"/>
        </w:rPr>
        <w:t>1:25:27</w:t>
      </w:r>
    </w:p>
    <w:p w14:paraId="2C5FF7C7" w14:textId="77777777" w:rsidR="00CF75C8" w:rsidRDefault="002F30F1">
      <w:pPr>
        <w:spacing w:after="0"/>
      </w:pPr>
      <w:r>
        <w:rPr>
          <w:rFonts w:ascii="Arial" w:hAnsi="Arial"/>
        </w:rPr>
        <w:t xml:space="preserve">And you know, again, I just not </w:t>
      </w:r>
      <w:proofErr w:type="spellStart"/>
      <w:r>
        <w:rPr>
          <w:rFonts w:ascii="Arial" w:hAnsi="Arial"/>
        </w:rPr>
        <w:t>not</w:t>
      </w:r>
      <w:proofErr w:type="spellEnd"/>
      <w:r>
        <w:rPr>
          <w:rFonts w:ascii="Arial" w:hAnsi="Arial"/>
        </w:rPr>
        <w:t xml:space="preserve"> necessarily asking you and calling on you to change the way that you feel and identify about this word, but it's something you know, to </w:t>
      </w:r>
      <w:r>
        <w:rPr>
          <w:rFonts w:ascii="Arial" w:hAnsi="Arial"/>
        </w:rPr>
        <w:t>bring people's focus to that to say, Well</w:t>
      </w:r>
      <w:proofErr w:type="gramStart"/>
      <w:r>
        <w:rPr>
          <w:rFonts w:ascii="Arial" w:hAnsi="Arial"/>
        </w:rPr>
        <w:t>, actually, you</w:t>
      </w:r>
      <w:proofErr w:type="gramEnd"/>
      <w:r>
        <w:rPr>
          <w:rFonts w:ascii="Arial" w:hAnsi="Arial"/>
        </w:rPr>
        <w:t xml:space="preserve"> know, if disability is a negative word, this is somebody who's, I mean, your story's a bit insane.</w:t>
      </w:r>
    </w:p>
    <w:p w14:paraId="78B15B71" w14:textId="77777777" w:rsidR="00CF75C8" w:rsidRDefault="00CF75C8">
      <w:pPr>
        <w:spacing w:after="0"/>
      </w:pPr>
    </w:p>
    <w:p w14:paraId="470DF4B3" w14:textId="77777777" w:rsidR="00CF75C8" w:rsidRDefault="002F30F1">
      <w:pPr>
        <w:spacing w:after="0"/>
      </w:pPr>
      <w:r>
        <w:rPr>
          <w:rFonts w:ascii="Arial" w:hAnsi="Arial"/>
          <w:b/>
        </w:rPr>
        <w:t xml:space="preserve">Lucy  </w:t>
      </w:r>
      <w:r>
        <w:rPr>
          <w:rFonts w:ascii="Arial" w:hAnsi="Arial"/>
          <w:color w:val="5D7284"/>
        </w:rPr>
        <w:t>1:25:52</w:t>
      </w:r>
    </w:p>
    <w:p w14:paraId="7D7155CF" w14:textId="77777777" w:rsidR="00CF75C8" w:rsidRDefault="002F30F1">
      <w:pPr>
        <w:spacing w:after="0"/>
      </w:pPr>
      <w:proofErr w:type="gramStart"/>
      <w:r>
        <w:rPr>
          <w:rFonts w:ascii="Arial" w:hAnsi="Arial"/>
        </w:rPr>
        <w:t>So</w:t>
      </w:r>
      <w:proofErr w:type="gramEnd"/>
      <w:r>
        <w:rPr>
          <w:rFonts w:ascii="Arial" w:hAnsi="Arial"/>
        </w:rPr>
        <w:t xml:space="preserve"> I think I'm a little tiny  bit </w:t>
      </w:r>
      <w:proofErr w:type="spellStart"/>
      <w:r>
        <w:rPr>
          <w:rFonts w:ascii="Arial" w:hAnsi="Arial"/>
        </w:rPr>
        <w:t>traumatised</w:t>
      </w:r>
      <w:proofErr w:type="spellEnd"/>
      <w:r>
        <w:rPr>
          <w:rFonts w:ascii="Arial" w:hAnsi="Arial"/>
        </w:rPr>
        <w:t>, if I'm honest.</w:t>
      </w:r>
    </w:p>
    <w:p w14:paraId="7FF5DDC8" w14:textId="77777777" w:rsidR="00CF75C8" w:rsidRDefault="00CF75C8">
      <w:pPr>
        <w:spacing w:after="0"/>
      </w:pPr>
    </w:p>
    <w:p w14:paraId="164A3DF7" w14:textId="77777777" w:rsidR="00CF75C8" w:rsidRDefault="002F30F1">
      <w:pPr>
        <w:spacing w:after="0"/>
      </w:pPr>
      <w:proofErr w:type="spellStart"/>
      <w:r>
        <w:rPr>
          <w:rFonts w:ascii="Arial" w:hAnsi="Arial"/>
          <w:b/>
        </w:rPr>
        <w:t>jessica</w:t>
      </w:r>
      <w:proofErr w:type="spellEnd"/>
      <w:r>
        <w:rPr>
          <w:rFonts w:ascii="Arial" w:hAnsi="Arial"/>
          <w:b/>
        </w:rPr>
        <w:t xml:space="preserve">  </w:t>
      </w:r>
      <w:r>
        <w:rPr>
          <w:rFonts w:ascii="Arial" w:hAnsi="Arial"/>
          <w:color w:val="5D7284"/>
        </w:rPr>
        <w:t>1:25:59</w:t>
      </w:r>
    </w:p>
    <w:p w14:paraId="3937ED65" w14:textId="77777777" w:rsidR="00CF75C8" w:rsidRDefault="002F30F1">
      <w:pPr>
        <w:spacing w:after="0"/>
      </w:pPr>
      <w:r>
        <w:rPr>
          <w:rFonts w:ascii="Arial" w:hAnsi="Arial"/>
        </w:rPr>
        <w:t>I mea</w:t>
      </w:r>
      <w:r>
        <w:rPr>
          <w:rFonts w:ascii="Arial" w:hAnsi="Arial"/>
        </w:rPr>
        <w:t xml:space="preserve">n, I see like where you're coming from, but to me, it just feels normal. That's what happens to people with Marfan syndrome. </w:t>
      </w:r>
      <w:proofErr w:type="gramStart"/>
      <w:r>
        <w:rPr>
          <w:rFonts w:ascii="Arial" w:hAnsi="Arial"/>
        </w:rPr>
        <w:t>So</w:t>
      </w:r>
      <w:proofErr w:type="gramEnd"/>
      <w:r>
        <w:rPr>
          <w:rFonts w:ascii="Arial" w:hAnsi="Arial"/>
        </w:rPr>
        <w:t xml:space="preserve"> I've just kind of taken it on. But I mean, I would never be ashamed to say I have a disability never. I just don't feel like I'm</w:t>
      </w:r>
      <w:r>
        <w:rPr>
          <w:rFonts w:ascii="Arial" w:hAnsi="Arial"/>
        </w:rPr>
        <w:t xml:space="preserve"> disabled enough to have a disability, I suppose is </w:t>
      </w:r>
      <w:r>
        <w:rPr>
          <w:rFonts w:ascii="Arial" w:hAnsi="Arial"/>
        </w:rPr>
        <w:lastRenderedPageBreak/>
        <w:t xml:space="preserve">how I'd look at it. But then that's just kind of my </w:t>
      </w:r>
      <w:proofErr w:type="spellStart"/>
      <w:r>
        <w:rPr>
          <w:rFonts w:ascii="Arial" w:hAnsi="Arial"/>
        </w:rPr>
        <w:t>my</w:t>
      </w:r>
      <w:proofErr w:type="spellEnd"/>
      <w:r>
        <w:rPr>
          <w:rFonts w:ascii="Arial" w:hAnsi="Arial"/>
        </w:rPr>
        <w:t xml:space="preserve"> understanding of it, I guess. But no, I could </w:t>
      </w:r>
      <w:proofErr w:type="gramStart"/>
      <w:r>
        <w:rPr>
          <w:rFonts w:ascii="Arial" w:hAnsi="Arial"/>
        </w:rPr>
        <w:t>definitely see</w:t>
      </w:r>
      <w:proofErr w:type="gramEnd"/>
      <w:r>
        <w:rPr>
          <w:rFonts w:ascii="Arial" w:hAnsi="Arial"/>
        </w:rPr>
        <w:t xml:space="preserve"> where you're coming from.</w:t>
      </w:r>
    </w:p>
    <w:p w14:paraId="319B0C2A" w14:textId="77777777" w:rsidR="00CF75C8" w:rsidRDefault="00CF75C8">
      <w:pPr>
        <w:spacing w:after="0"/>
      </w:pPr>
    </w:p>
    <w:p w14:paraId="242E843F" w14:textId="77777777" w:rsidR="00CF75C8" w:rsidRDefault="002F30F1">
      <w:pPr>
        <w:spacing w:after="0"/>
      </w:pPr>
      <w:r>
        <w:rPr>
          <w:rFonts w:ascii="Arial" w:hAnsi="Arial"/>
          <w:b/>
        </w:rPr>
        <w:t xml:space="preserve">Alice  </w:t>
      </w:r>
      <w:r>
        <w:rPr>
          <w:rFonts w:ascii="Arial" w:hAnsi="Arial"/>
          <w:color w:val="5D7284"/>
        </w:rPr>
        <w:t>1:26:30</w:t>
      </w:r>
    </w:p>
    <w:p w14:paraId="27942853" w14:textId="77777777" w:rsidR="00CF75C8" w:rsidRDefault="002F30F1">
      <w:pPr>
        <w:spacing w:after="0"/>
      </w:pPr>
      <w:r>
        <w:rPr>
          <w:rFonts w:ascii="Arial" w:hAnsi="Arial"/>
        </w:rPr>
        <w:t xml:space="preserve">I think it would be </w:t>
      </w:r>
      <w:proofErr w:type="gramStart"/>
      <w:r>
        <w:rPr>
          <w:rFonts w:ascii="Arial" w:hAnsi="Arial"/>
        </w:rPr>
        <w:t>really interesting</w:t>
      </w:r>
      <w:proofErr w:type="gramEnd"/>
      <w:r>
        <w:rPr>
          <w:rFonts w:ascii="Arial" w:hAnsi="Arial"/>
        </w:rPr>
        <w:t xml:space="preserve"> if we'v</w:t>
      </w:r>
      <w:r>
        <w:rPr>
          <w:rFonts w:ascii="Arial" w:hAnsi="Arial"/>
        </w:rPr>
        <w:t>e got anybody out there with Marfan who is listening to sort of hear what their feelings are, and responses are to, to those kinds of labels.</w:t>
      </w:r>
    </w:p>
    <w:p w14:paraId="79DBBDE8" w14:textId="77777777" w:rsidR="00CF75C8" w:rsidRDefault="00CF75C8">
      <w:pPr>
        <w:spacing w:after="0"/>
      </w:pPr>
    </w:p>
    <w:p w14:paraId="7E11719A" w14:textId="77777777" w:rsidR="00CF75C8" w:rsidRDefault="002F30F1">
      <w:pPr>
        <w:spacing w:after="0"/>
      </w:pPr>
      <w:proofErr w:type="spellStart"/>
      <w:r>
        <w:rPr>
          <w:rFonts w:ascii="Arial" w:hAnsi="Arial"/>
          <w:b/>
        </w:rPr>
        <w:t>jessica</w:t>
      </w:r>
      <w:proofErr w:type="spellEnd"/>
      <w:r>
        <w:rPr>
          <w:rFonts w:ascii="Arial" w:hAnsi="Arial"/>
          <w:b/>
        </w:rPr>
        <w:t xml:space="preserve">  </w:t>
      </w:r>
      <w:r>
        <w:rPr>
          <w:rFonts w:ascii="Arial" w:hAnsi="Arial"/>
          <w:color w:val="5D7284"/>
        </w:rPr>
        <w:t>1:26:43</w:t>
      </w:r>
    </w:p>
    <w:p w14:paraId="7E4018C1" w14:textId="77777777" w:rsidR="00CF75C8" w:rsidRDefault="002F30F1">
      <w:pPr>
        <w:spacing w:after="0"/>
      </w:pPr>
      <w:r>
        <w:rPr>
          <w:rFonts w:ascii="Arial" w:hAnsi="Arial"/>
        </w:rPr>
        <w:t xml:space="preserve">Yeah, I think so. Definitely. I mean, I will </w:t>
      </w:r>
      <w:proofErr w:type="gramStart"/>
      <w:r>
        <w:rPr>
          <w:rFonts w:ascii="Arial" w:hAnsi="Arial"/>
        </w:rPr>
        <w:t>definitely be</w:t>
      </w:r>
      <w:proofErr w:type="gramEnd"/>
      <w:r>
        <w:rPr>
          <w:rFonts w:ascii="Arial" w:hAnsi="Arial"/>
        </w:rPr>
        <w:t xml:space="preserve"> sharing this podcast with like, for t</w:t>
      </w:r>
      <w:r>
        <w:rPr>
          <w:rFonts w:ascii="Arial" w:hAnsi="Arial"/>
        </w:rPr>
        <w:t>he on the forums and stuff. And just, it's just my point of view, I have to say, as well, like someone else could be suffering of all sorts of different things, or, you know, Marfan traits, different and so many people, which have already said, the same as</w:t>
      </w:r>
      <w:r>
        <w:rPr>
          <w:rFonts w:ascii="Arial" w:hAnsi="Arial"/>
        </w:rPr>
        <w:t xml:space="preserve"> you know, if we're going to talk about children, in  a second, there are people that have had children with Marfan syndrome. That was never a path for me at all. From </w:t>
      </w:r>
      <w:proofErr w:type="gramStart"/>
      <w:r>
        <w:rPr>
          <w:rFonts w:ascii="Arial" w:hAnsi="Arial"/>
        </w:rPr>
        <w:t>a very young</w:t>
      </w:r>
      <w:proofErr w:type="gramEnd"/>
      <w:r>
        <w:rPr>
          <w:rFonts w:ascii="Arial" w:hAnsi="Arial"/>
        </w:rPr>
        <w:t xml:space="preserve"> age, I kind of knew that I didn't, shouldn't I don't know what came first. </w:t>
      </w:r>
      <w:r>
        <w:rPr>
          <w:rFonts w:ascii="Arial" w:hAnsi="Arial"/>
        </w:rPr>
        <w:t xml:space="preserve">It's kind of like the chicken or the egg. I don't know if I was told that I shouldn't have children. Ideally, or if I decided that I didn't want children, but from pretty much. </w:t>
      </w:r>
    </w:p>
    <w:p w14:paraId="7C028F08" w14:textId="77777777" w:rsidR="00CF75C8" w:rsidRDefault="00CF75C8">
      <w:pPr>
        <w:spacing w:after="0"/>
      </w:pPr>
    </w:p>
    <w:p w14:paraId="09362DE8" w14:textId="77777777" w:rsidR="00CF75C8" w:rsidRDefault="002F30F1">
      <w:pPr>
        <w:spacing w:after="0"/>
      </w:pPr>
      <w:r>
        <w:rPr>
          <w:rFonts w:ascii="Arial" w:hAnsi="Arial"/>
          <w:b/>
        </w:rPr>
        <w:t xml:space="preserve">Alice  </w:t>
      </w:r>
      <w:r>
        <w:rPr>
          <w:rFonts w:ascii="Arial" w:hAnsi="Arial"/>
          <w:color w:val="5D7284"/>
        </w:rPr>
        <w:t>1:27:38</w:t>
      </w:r>
    </w:p>
    <w:p w14:paraId="7E8BC477" w14:textId="77777777" w:rsidR="00CF75C8" w:rsidRDefault="002F30F1">
      <w:pPr>
        <w:spacing w:after="0"/>
      </w:pPr>
      <w:r>
        <w:rPr>
          <w:rFonts w:ascii="Arial" w:hAnsi="Arial"/>
        </w:rPr>
        <w:t xml:space="preserve">Can you quantify that? That shouldn't? Who was who and why </w:t>
      </w:r>
      <w:r>
        <w:rPr>
          <w:rFonts w:ascii="Arial" w:hAnsi="Arial"/>
        </w:rPr>
        <w:t>be? Were you being told that just for our listeners  out there?</w:t>
      </w:r>
    </w:p>
    <w:p w14:paraId="52FD095B" w14:textId="77777777" w:rsidR="00CF75C8" w:rsidRDefault="00CF75C8">
      <w:pPr>
        <w:spacing w:after="0"/>
      </w:pPr>
    </w:p>
    <w:p w14:paraId="505CD946" w14:textId="77777777" w:rsidR="00CF75C8" w:rsidRDefault="002F30F1">
      <w:pPr>
        <w:spacing w:after="0"/>
      </w:pPr>
      <w:proofErr w:type="spellStart"/>
      <w:r>
        <w:rPr>
          <w:rFonts w:ascii="Arial" w:hAnsi="Arial"/>
          <w:b/>
        </w:rPr>
        <w:t>jessica</w:t>
      </w:r>
      <w:proofErr w:type="spellEnd"/>
      <w:r>
        <w:rPr>
          <w:rFonts w:ascii="Arial" w:hAnsi="Arial"/>
          <w:b/>
        </w:rPr>
        <w:t xml:space="preserve">  </w:t>
      </w:r>
      <w:r>
        <w:rPr>
          <w:rFonts w:ascii="Arial" w:hAnsi="Arial"/>
          <w:color w:val="5D7284"/>
        </w:rPr>
        <w:t>1:27:48</w:t>
      </w:r>
    </w:p>
    <w:p w14:paraId="15083DE1" w14:textId="77777777" w:rsidR="00CF75C8" w:rsidRDefault="002F30F1">
      <w:pPr>
        <w:spacing w:after="0"/>
      </w:pPr>
      <w:r>
        <w:rPr>
          <w:rFonts w:ascii="Arial" w:hAnsi="Arial"/>
        </w:rPr>
        <w:t xml:space="preserve">Yeah. Got so my GP and cardiac specialists at the hospital mostly. </w:t>
      </w:r>
      <w:proofErr w:type="gramStart"/>
      <w:r>
        <w:rPr>
          <w:rFonts w:ascii="Arial" w:hAnsi="Arial"/>
        </w:rPr>
        <w:t>So</w:t>
      </w:r>
      <w:proofErr w:type="gramEnd"/>
      <w:r>
        <w:rPr>
          <w:rFonts w:ascii="Arial" w:hAnsi="Arial"/>
        </w:rPr>
        <w:t xml:space="preserve"> it's well known that Marfan syndrome is a hereditary condition. It can also be, it can just kind of appe</w:t>
      </w:r>
      <w:r>
        <w:rPr>
          <w:rFonts w:ascii="Arial" w:hAnsi="Arial"/>
        </w:rPr>
        <w:t>ar like an abnormal gene is like a famous teacher with mine. Yeah, so I think mine is a mutated gene. I don't have any confirmation of this. But this kind of goes back to that genetic testing that we were talking about earlier. My mum got tested, and she d</w:t>
      </w:r>
      <w:r>
        <w:rPr>
          <w:rFonts w:ascii="Arial" w:hAnsi="Arial"/>
        </w:rPr>
        <w:t xml:space="preserve">idn't have any of the traits. I mean, she's, she's slightly tall for a lady, but nothing else particularly stands out with my mom that she would have Marfan. Now I don't know my dad, which is a whole other topic. But from the two pictures I've seen of him </w:t>
      </w:r>
      <w:r>
        <w:rPr>
          <w:rFonts w:ascii="Arial" w:hAnsi="Arial"/>
        </w:rPr>
        <w:t xml:space="preserve">two photographs. He's quite tall and slim. But again, I remember my mom trying to reach out to him and saying, Jess has this condition. You can get a test for it if you want to. And I'm </w:t>
      </w:r>
      <w:proofErr w:type="gramStart"/>
      <w:r>
        <w:rPr>
          <w:rFonts w:ascii="Arial" w:hAnsi="Arial"/>
        </w:rPr>
        <w:t>pretty sure</w:t>
      </w:r>
      <w:proofErr w:type="gramEnd"/>
      <w:r>
        <w:rPr>
          <w:rFonts w:ascii="Arial" w:hAnsi="Arial"/>
        </w:rPr>
        <w:t xml:space="preserve"> he said no, and he wasn't interested. And then my granddad</w:t>
      </w:r>
      <w:r>
        <w:rPr>
          <w:rFonts w:ascii="Arial" w:hAnsi="Arial"/>
        </w:rPr>
        <w:t xml:space="preserve"> I mean, potentially, but it was never diagnosed, but he was very tall. But the only reason I say my granddad is because I know it can also skip a generation. Right? </w:t>
      </w:r>
      <w:proofErr w:type="gramStart"/>
      <w:r>
        <w:rPr>
          <w:rFonts w:ascii="Arial" w:hAnsi="Arial"/>
        </w:rPr>
        <w:t>So</w:t>
      </w:r>
      <w:proofErr w:type="gramEnd"/>
      <w:r>
        <w:rPr>
          <w:rFonts w:ascii="Arial" w:hAnsi="Arial"/>
        </w:rPr>
        <w:t xml:space="preserve"> if </w:t>
      </w:r>
      <w:proofErr w:type="spellStart"/>
      <w:r>
        <w:rPr>
          <w:rFonts w:ascii="Arial" w:hAnsi="Arial"/>
        </w:rPr>
        <w:t>if</w:t>
      </w:r>
      <w:proofErr w:type="spellEnd"/>
      <w:r>
        <w:rPr>
          <w:rFonts w:ascii="Arial" w:hAnsi="Arial"/>
        </w:rPr>
        <w:t xml:space="preserve"> he did have it undiagnosed, but then he did live very long life. So undiagnosed, </w:t>
      </w:r>
      <w:r>
        <w:rPr>
          <w:rFonts w:ascii="Arial" w:hAnsi="Arial"/>
        </w:rPr>
        <w:t xml:space="preserve">and without like medication and things. </w:t>
      </w:r>
      <w:proofErr w:type="gramStart"/>
      <w:r>
        <w:rPr>
          <w:rFonts w:ascii="Arial" w:hAnsi="Arial"/>
        </w:rPr>
        <w:t>So</w:t>
      </w:r>
      <w:proofErr w:type="gramEnd"/>
      <w:r>
        <w:rPr>
          <w:rFonts w:ascii="Arial" w:hAnsi="Arial"/>
        </w:rPr>
        <w:t xml:space="preserve"> because he's not around any longer unfortunately, but without obviously speaking to him about it, I would never know, but I don't believe so personally, so I think it was a kind of just abnormal abnormality like m</w:t>
      </w:r>
      <w:r>
        <w:rPr>
          <w:rFonts w:ascii="Arial" w:hAnsi="Arial"/>
        </w:rPr>
        <w:t xml:space="preserve">utant gene. However, if someone with Marfan syndrome was to have children, there's a 50% chance that their child would then have it as well. And it's whether it's a boy or a girl. It's </w:t>
      </w:r>
      <w:proofErr w:type="gramStart"/>
      <w:r>
        <w:rPr>
          <w:rFonts w:ascii="Arial" w:hAnsi="Arial"/>
        </w:rPr>
        <w:t>exactly the same</w:t>
      </w:r>
      <w:proofErr w:type="gramEnd"/>
      <w:r>
        <w:rPr>
          <w:rFonts w:ascii="Arial" w:hAnsi="Arial"/>
        </w:rPr>
        <w:t xml:space="preserve"> outcome 50%  likely that they'd have it, right? Obviou</w:t>
      </w:r>
      <w:r>
        <w:rPr>
          <w:rFonts w:ascii="Arial" w:hAnsi="Arial"/>
        </w:rPr>
        <w:t xml:space="preserve">sly, you could argue that it's 50%, they might not have it. And if that was the case, then maybe it potentially would be different. But for me personally, and I have done a lot of research and reading on it growing up, if I </w:t>
      </w:r>
      <w:proofErr w:type="gramStart"/>
      <w:r>
        <w:rPr>
          <w:rFonts w:ascii="Arial" w:hAnsi="Arial"/>
        </w:rPr>
        <w:t>was</w:t>
      </w:r>
      <w:proofErr w:type="gramEnd"/>
      <w:r>
        <w:rPr>
          <w:rFonts w:ascii="Arial" w:hAnsi="Arial"/>
        </w:rPr>
        <w:t xml:space="preserve"> to have obviously I can't be</w:t>
      </w:r>
      <w:r>
        <w:rPr>
          <w:rFonts w:ascii="Arial" w:hAnsi="Arial"/>
        </w:rPr>
        <w:t xml:space="preserve">cause of the operation, which was there earlier. But if I </w:t>
      </w:r>
      <w:proofErr w:type="gramStart"/>
      <w:r>
        <w:rPr>
          <w:rFonts w:ascii="Arial" w:hAnsi="Arial"/>
        </w:rPr>
        <w:t>was</w:t>
      </w:r>
      <w:proofErr w:type="gramEnd"/>
      <w:r>
        <w:rPr>
          <w:rFonts w:ascii="Arial" w:hAnsi="Arial"/>
        </w:rPr>
        <w:t xml:space="preserve"> to have a child, the strain on my heart and my aorta and everything, I might not make it through the pregnancy, and it's all might nots and maybes. And there's no, there's no right answer as suc</w:t>
      </w:r>
      <w:r>
        <w:rPr>
          <w:rFonts w:ascii="Arial" w:hAnsi="Arial"/>
        </w:rPr>
        <w:t>h. But yeah, so I might not, I'd struggle through the pregnancy</w:t>
      </w:r>
      <w:proofErr w:type="gramStart"/>
      <w:r>
        <w:rPr>
          <w:rFonts w:ascii="Arial" w:hAnsi="Arial"/>
        </w:rPr>
        <w:t xml:space="preserve">, </w:t>
      </w:r>
      <w:r>
        <w:rPr>
          <w:rFonts w:ascii="Arial" w:hAnsi="Arial"/>
        </w:rPr>
        <w:lastRenderedPageBreak/>
        <w:t>definitely, I</w:t>
      </w:r>
      <w:proofErr w:type="gramEnd"/>
      <w:r>
        <w:rPr>
          <w:rFonts w:ascii="Arial" w:hAnsi="Arial"/>
        </w:rPr>
        <w:t xml:space="preserve"> might not make it there might be, I think, the books, phrases, fatal pregnancy, kind of periods and things. And then giving birth, there would be no chance of a quote unquote, n</w:t>
      </w:r>
      <w:r>
        <w:rPr>
          <w:rFonts w:ascii="Arial" w:hAnsi="Arial"/>
        </w:rPr>
        <w:t xml:space="preserve">ormal pregnancy, it would be </w:t>
      </w:r>
      <w:proofErr w:type="spellStart"/>
      <w:r>
        <w:rPr>
          <w:rFonts w:ascii="Arial" w:hAnsi="Arial"/>
        </w:rPr>
        <w:t>caesrie</w:t>
      </w:r>
      <w:proofErr w:type="spellEnd"/>
      <w:r>
        <w:rPr>
          <w:rFonts w:ascii="Arial" w:hAnsi="Arial"/>
        </w:rPr>
        <w:t xml:space="preserve"> </w:t>
      </w:r>
      <w:proofErr w:type="gramStart"/>
      <w:r>
        <w:rPr>
          <w:rFonts w:ascii="Arial" w:hAnsi="Arial"/>
        </w:rPr>
        <w:t>an  or</w:t>
      </w:r>
      <w:proofErr w:type="gramEnd"/>
      <w:r>
        <w:rPr>
          <w:rFonts w:ascii="Arial" w:hAnsi="Arial"/>
        </w:rPr>
        <w:t xml:space="preserve"> anything like that. </w:t>
      </w:r>
      <w:proofErr w:type="gramStart"/>
      <w:r>
        <w:rPr>
          <w:rFonts w:ascii="Arial" w:hAnsi="Arial"/>
        </w:rPr>
        <w:t>So</w:t>
      </w:r>
      <w:proofErr w:type="gramEnd"/>
      <w:r>
        <w:rPr>
          <w:rFonts w:ascii="Arial" w:hAnsi="Arial"/>
        </w:rPr>
        <w:t xml:space="preserve"> there are options. And I'm not saying that people have Marfan syndrome, don't have children and shouldn't have children obviously That is a huge debate on all sorts of levels. But it's, it'</w:t>
      </w:r>
      <w:r>
        <w:rPr>
          <w:rFonts w:ascii="Arial" w:hAnsi="Arial"/>
        </w:rPr>
        <w:t xml:space="preserve">s personal to the person. Now I decided from </w:t>
      </w:r>
      <w:proofErr w:type="gramStart"/>
      <w:r>
        <w:rPr>
          <w:rFonts w:ascii="Arial" w:hAnsi="Arial"/>
        </w:rPr>
        <w:t>a very young</w:t>
      </w:r>
      <w:proofErr w:type="gramEnd"/>
      <w:r>
        <w:rPr>
          <w:rFonts w:ascii="Arial" w:hAnsi="Arial"/>
        </w:rPr>
        <w:t xml:space="preserve"> age that I didn't want my if I had a child, I didn't want them to go through what I'd been through, because it's been pretty tough, to be honest, with everything considered. And I'm also just not ve</w:t>
      </w:r>
      <w:r>
        <w:rPr>
          <w:rFonts w:ascii="Arial" w:hAnsi="Arial"/>
        </w:rPr>
        <w:t>ry maternal. Like, I don't, I don't not like children, but I've just always not really been, I've not really been that kind of, oh, look at the baby. So</w:t>
      </w:r>
    </w:p>
    <w:p w14:paraId="783AA658" w14:textId="77777777" w:rsidR="00CF75C8" w:rsidRDefault="00CF75C8">
      <w:pPr>
        <w:spacing w:after="0"/>
      </w:pPr>
    </w:p>
    <w:p w14:paraId="7D0C745A" w14:textId="77777777" w:rsidR="00CF75C8" w:rsidRDefault="002F30F1">
      <w:pPr>
        <w:spacing w:after="0"/>
      </w:pPr>
      <w:r>
        <w:rPr>
          <w:rFonts w:ascii="Arial" w:hAnsi="Arial"/>
          <w:b/>
        </w:rPr>
        <w:t xml:space="preserve">Lucy  </w:t>
      </w:r>
      <w:r>
        <w:rPr>
          <w:rFonts w:ascii="Arial" w:hAnsi="Arial"/>
          <w:color w:val="5D7284"/>
        </w:rPr>
        <w:t>1:31:44</w:t>
      </w:r>
    </w:p>
    <w:p w14:paraId="61D8A099" w14:textId="77777777" w:rsidR="00CF75C8" w:rsidRDefault="002F30F1">
      <w:pPr>
        <w:spacing w:after="0"/>
      </w:pPr>
      <w:r>
        <w:rPr>
          <w:rFonts w:ascii="Arial" w:hAnsi="Arial"/>
        </w:rPr>
        <w:t>I think as well, if you take the whole disability health condition, angle out of it, mot</w:t>
      </w:r>
      <w:r>
        <w:rPr>
          <w:rFonts w:ascii="Arial" w:hAnsi="Arial"/>
        </w:rPr>
        <w:t xml:space="preserve">herhood isn't necessarily for every woman. And I know that society's like, Oh, you know, when are you going to have kids? And that is a common question that every woman </w:t>
      </w:r>
      <w:proofErr w:type="gramStart"/>
      <w:r>
        <w:rPr>
          <w:rFonts w:ascii="Arial" w:hAnsi="Arial"/>
        </w:rPr>
        <w:t>has to</w:t>
      </w:r>
      <w:proofErr w:type="gramEnd"/>
      <w:r>
        <w:rPr>
          <w:rFonts w:ascii="Arial" w:hAnsi="Arial"/>
        </w:rPr>
        <w:t xml:space="preserve"> answer at some point. And not for every woman. And I don't I think as well that </w:t>
      </w:r>
      <w:r>
        <w:rPr>
          <w:rFonts w:ascii="Arial" w:hAnsi="Arial"/>
        </w:rPr>
        <w:t xml:space="preserve">even if I </w:t>
      </w:r>
      <w:proofErr w:type="gramStart"/>
      <w:r>
        <w:rPr>
          <w:rFonts w:ascii="Arial" w:hAnsi="Arial"/>
        </w:rPr>
        <w:t>were was</w:t>
      </w:r>
      <w:proofErr w:type="gramEnd"/>
      <w:r>
        <w:rPr>
          <w:rFonts w:ascii="Arial" w:hAnsi="Arial"/>
        </w:rPr>
        <w:t xml:space="preserve"> able bodied probably , kids wouldn't </w:t>
      </w:r>
      <w:proofErr w:type="spellStart"/>
      <w:r>
        <w:rPr>
          <w:rFonts w:ascii="Arial" w:hAnsi="Arial"/>
        </w:rPr>
        <w:t>wouldn't</w:t>
      </w:r>
      <w:proofErr w:type="spellEnd"/>
      <w:r>
        <w:rPr>
          <w:rFonts w:ascii="Arial" w:hAnsi="Arial"/>
        </w:rPr>
        <w:t xml:space="preserve"> be something I would be massively interested in. However, it does stop people asking me also, when are you going to settle down and have children? I don't normally get that question asked ver</w:t>
      </w:r>
      <w:r>
        <w:rPr>
          <w:rFonts w:ascii="Arial" w:hAnsi="Arial"/>
        </w:rPr>
        <w:t xml:space="preserve">y often. And I don't know whether that's because I'm disabled, or whether I just give off a vibe that's like, I don't want kids give me gin, </w:t>
      </w:r>
      <w:proofErr w:type="gramStart"/>
      <w:r>
        <w:rPr>
          <w:rFonts w:ascii="Arial" w:hAnsi="Arial"/>
        </w:rPr>
        <w:t>instead</w:t>
      </w:r>
      <w:proofErr w:type="gramEnd"/>
      <w:r>
        <w:rPr>
          <w:rFonts w:ascii="Arial" w:hAnsi="Arial"/>
        </w:rPr>
        <w:t xml:space="preserve"> </w:t>
      </w:r>
    </w:p>
    <w:p w14:paraId="4E95E9D1" w14:textId="77777777" w:rsidR="00CF75C8" w:rsidRDefault="00CF75C8">
      <w:pPr>
        <w:spacing w:after="0"/>
      </w:pPr>
    </w:p>
    <w:p w14:paraId="6837E7C4" w14:textId="77777777" w:rsidR="00CF75C8" w:rsidRDefault="002F30F1">
      <w:pPr>
        <w:spacing w:after="0"/>
      </w:pPr>
      <w:r>
        <w:rPr>
          <w:rFonts w:ascii="Arial" w:hAnsi="Arial"/>
          <w:b/>
        </w:rPr>
        <w:t xml:space="preserve">Alice  </w:t>
      </w:r>
      <w:r>
        <w:rPr>
          <w:rFonts w:ascii="Arial" w:hAnsi="Arial"/>
          <w:color w:val="5D7284"/>
        </w:rPr>
        <w:t>1:32:35</w:t>
      </w:r>
    </w:p>
    <w:p w14:paraId="43C3392C" w14:textId="77777777" w:rsidR="00CF75C8" w:rsidRDefault="002F30F1">
      <w:pPr>
        <w:spacing w:after="0"/>
      </w:pPr>
      <w:r>
        <w:rPr>
          <w:rFonts w:ascii="Arial" w:hAnsi="Arial"/>
        </w:rPr>
        <w:t xml:space="preserve">It's you </w:t>
      </w:r>
      <w:proofErr w:type="gramStart"/>
      <w:r>
        <w:rPr>
          <w:rFonts w:ascii="Arial" w:hAnsi="Arial"/>
        </w:rPr>
        <w:t>going</w:t>
      </w:r>
      <w:proofErr w:type="gramEnd"/>
      <w:r>
        <w:rPr>
          <w:rFonts w:ascii="Arial" w:hAnsi="Arial"/>
        </w:rPr>
        <w:t xml:space="preserve"> down the street and pushing all of those children you see hitting them  wit</w:t>
      </w:r>
      <w:r>
        <w:rPr>
          <w:rFonts w:ascii="Arial" w:hAnsi="Arial"/>
        </w:rPr>
        <w:t xml:space="preserve">h sticks? </w:t>
      </w:r>
      <w:proofErr w:type="spellStart"/>
      <w:r>
        <w:rPr>
          <w:rFonts w:ascii="Arial" w:hAnsi="Arial"/>
        </w:rPr>
        <w:t>thats</w:t>
      </w:r>
      <w:proofErr w:type="spellEnd"/>
      <w:r>
        <w:rPr>
          <w:rFonts w:ascii="Arial" w:hAnsi="Arial"/>
        </w:rPr>
        <w:t xml:space="preserve"> what it is </w:t>
      </w:r>
    </w:p>
    <w:p w14:paraId="33752733" w14:textId="77777777" w:rsidR="00CF75C8" w:rsidRDefault="00CF75C8">
      <w:pPr>
        <w:spacing w:after="0"/>
      </w:pPr>
    </w:p>
    <w:p w14:paraId="306D9DAE" w14:textId="77777777" w:rsidR="00CF75C8" w:rsidRDefault="002F30F1">
      <w:pPr>
        <w:spacing w:after="0"/>
      </w:pPr>
      <w:r>
        <w:rPr>
          <w:rFonts w:ascii="Arial" w:hAnsi="Arial"/>
          <w:b/>
        </w:rPr>
        <w:t xml:space="preserve">Lucy  </w:t>
      </w:r>
      <w:r>
        <w:rPr>
          <w:rFonts w:ascii="Arial" w:hAnsi="Arial"/>
          <w:color w:val="5D7284"/>
        </w:rPr>
        <w:t>1:32:40</w:t>
      </w:r>
    </w:p>
    <w:p w14:paraId="7846E0FE" w14:textId="77777777" w:rsidR="00CF75C8" w:rsidRDefault="002F30F1">
      <w:pPr>
        <w:spacing w:after="0"/>
      </w:pPr>
      <w:proofErr w:type="spellStart"/>
      <w:r>
        <w:rPr>
          <w:rFonts w:ascii="Arial" w:hAnsi="Arial"/>
        </w:rPr>
        <w:t>Whos</w:t>
      </w:r>
      <w:proofErr w:type="spellEnd"/>
      <w:r>
        <w:rPr>
          <w:rFonts w:ascii="Arial" w:hAnsi="Arial"/>
        </w:rPr>
        <w:t xml:space="preserve">  told you about. that But I guess we just sort of stopped the quite the intrusive question off. </w:t>
      </w:r>
      <w:proofErr w:type="gramStart"/>
      <w:r>
        <w:rPr>
          <w:rFonts w:ascii="Arial" w:hAnsi="Arial"/>
        </w:rPr>
        <w:t>So</w:t>
      </w:r>
      <w:proofErr w:type="gramEnd"/>
      <w:r>
        <w:rPr>
          <w:rFonts w:ascii="Arial" w:hAnsi="Arial"/>
        </w:rPr>
        <w:t xml:space="preserve"> whether you're having children, wherever you went, Mr. Right? I don't tend to get those questions. It's </w:t>
      </w:r>
      <w:r>
        <w:rPr>
          <w:rFonts w:ascii="Arial" w:hAnsi="Arial"/>
        </w:rPr>
        <w:t xml:space="preserve">never written. I've never </w:t>
      </w:r>
      <w:proofErr w:type="spellStart"/>
      <w:r>
        <w:rPr>
          <w:rFonts w:ascii="Arial" w:hAnsi="Arial"/>
        </w:rPr>
        <w:t>plaughed</w:t>
      </w:r>
      <w:proofErr w:type="spellEnd"/>
      <w:r>
        <w:rPr>
          <w:rFonts w:ascii="Arial" w:hAnsi="Arial"/>
        </w:rPr>
        <w:t xml:space="preserve">  me like  other people. And but yeah, it's, you know, it's not a question that it's not something that is for every woman really.</w:t>
      </w:r>
    </w:p>
    <w:p w14:paraId="523266BC" w14:textId="77777777" w:rsidR="00CF75C8" w:rsidRDefault="00CF75C8">
      <w:pPr>
        <w:spacing w:after="0"/>
      </w:pPr>
    </w:p>
    <w:p w14:paraId="729C1AE0" w14:textId="77777777" w:rsidR="00CF75C8" w:rsidRDefault="002F30F1">
      <w:pPr>
        <w:spacing w:after="0"/>
      </w:pPr>
      <w:proofErr w:type="spellStart"/>
      <w:r>
        <w:rPr>
          <w:rFonts w:ascii="Arial" w:hAnsi="Arial"/>
          <w:b/>
        </w:rPr>
        <w:t>jessica</w:t>
      </w:r>
      <w:proofErr w:type="spellEnd"/>
      <w:r>
        <w:rPr>
          <w:rFonts w:ascii="Arial" w:hAnsi="Arial"/>
          <w:b/>
        </w:rPr>
        <w:t xml:space="preserve">  </w:t>
      </w:r>
      <w:r>
        <w:rPr>
          <w:rFonts w:ascii="Arial" w:hAnsi="Arial"/>
          <w:color w:val="5D7284"/>
        </w:rPr>
        <w:t>1:33:02</w:t>
      </w:r>
    </w:p>
    <w:p w14:paraId="69C008BF" w14:textId="77777777" w:rsidR="00CF75C8" w:rsidRDefault="002F30F1">
      <w:pPr>
        <w:spacing w:after="0"/>
      </w:pPr>
      <w:r>
        <w:rPr>
          <w:rFonts w:ascii="Arial" w:hAnsi="Arial"/>
        </w:rPr>
        <w:t>And I do get those questions like recently at work someone like sex, I ta</w:t>
      </w:r>
      <w:r>
        <w:rPr>
          <w:rFonts w:ascii="Arial" w:hAnsi="Arial"/>
        </w:rPr>
        <w:t>lked about my partner quite often. And we've been together for nearly 13 years. And it was like, Oh, you getting married then or Wednesday? It's happening things and my brother. He's older than me by three years. And he's got two little ones. And he's a br</w:t>
      </w:r>
      <w:r>
        <w:rPr>
          <w:rFonts w:ascii="Arial" w:hAnsi="Arial"/>
        </w:rPr>
        <w:t xml:space="preserve">illiant dad, and </w:t>
      </w:r>
      <w:proofErr w:type="gramStart"/>
      <w:r>
        <w:rPr>
          <w:rFonts w:ascii="Arial" w:hAnsi="Arial"/>
        </w:rPr>
        <w:t>all of</w:t>
      </w:r>
      <w:proofErr w:type="gramEnd"/>
      <w:r>
        <w:rPr>
          <w:rFonts w:ascii="Arial" w:hAnsi="Arial"/>
        </w:rPr>
        <w:t xml:space="preserve"> that stuff. </w:t>
      </w:r>
      <w:proofErr w:type="gramStart"/>
      <w:r>
        <w:rPr>
          <w:rFonts w:ascii="Arial" w:hAnsi="Arial"/>
        </w:rPr>
        <w:t>So</w:t>
      </w:r>
      <w:proofErr w:type="gramEnd"/>
      <w:r>
        <w:rPr>
          <w:rFonts w:ascii="Arial" w:hAnsi="Arial"/>
        </w:rPr>
        <w:t xml:space="preserve"> I do get interaction with kids. And I love my niece and nephew dearly. And I, part of me does wish that I could give my mum </w:t>
      </w:r>
      <w:proofErr w:type="spellStart"/>
      <w:r>
        <w:rPr>
          <w:rFonts w:ascii="Arial" w:hAnsi="Arial"/>
        </w:rPr>
        <w:t>grand children</w:t>
      </w:r>
      <w:proofErr w:type="spellEnd"/>
      <w:r>
        <w:rPr>
          <w:rFonts w:ascii="Arial" w:hAnsi="Arial"/>
        </w:rPr>
        <w:t xml:space="preserve"> just because there's something </w:t>
      </w:r>
      <w:proofErr w:type="gramStart"/>
      <w:r>
        <w:rPr>
          <w:rFonts w:ascii="Arial" w:hAnsi="Arial"/>
        </w:rPr>
        <w:t>very different</w:t>
      </w:r>
      <w:proofErr w:type="gramEnd"/>
      <w:r>
        <w:rPr>
          <w:rFonts w:ascii="Arial" w:hAnsi="Arial"/>
        </w:rPr>
        <w:t xml:space="preserve"> about my brother being the dad a</w:t>
      </w:r>
      <w:r>
        <w:rPr>
          <w:rFonts w:ascii="Arial" w:hAnsi="Arial"/>
        </w:rPr>
        <w:t>nd obviously his lovely wife being the mom. Yeah. Her mom is kind of the main grandma. Yeah, not more important, obviously. But yeah, exactly the main Grandma, whereas if I had children, my mom would have much more of like a say. And, yeah, we've had conve</w:t>
      </w:r>
      <w:r>
        <w:rPr>
          <w:rFonts w:ascii="Arial" w:hAnsi="Arial"/>
        </w:rPr>
        <w:t>rsations about that as well. And I think that's part of the reason why she wanted me to have the bovine bit . That's because I chose the mechanical valve. The reason that that decision was then taken away from me, and it is simply because the mechanical va</w:t>
      </w:r>
      <w:r>
        <w:rPr>
          <w:rFonts w:ascii="Arial" w:hAnsi="Arial"/>
        </w:rPr>
        <w:t xml:space="preserve">lve requires me to take warfarin for the rest of my life, which are blood thinners, right? during pregnancy, you can't be on warfarin. So that's the plain and simple. That's why I can't and won't have children. And obviously </w:t>
      </w:r>
      <w:r>
        <w:rPr>
          <w:rFonts w:ascii="Arial" w:hAnsi="Arial"/>
        </w:rPr>
        <w:lastRenderedPageBreak/>
        <w:t>then, there are all the other o</w:t>
      </w:r>
      <w:r>
        <w:rPr>
          <w:rFonts w:ascii="Arial" w:hAnsi="Arial"/>
        </w:rPr>
        <w:t xml:space="preserve">ptions available like adoption or surrogacy or which are all brilliant options as well. And I think </w:t>
      </w:r>
      <w:proofErr w:type="gramStart"/>
      <w:r>
        <w:rPr>
          <w:rFonts w:ascii="Arial" w:hAnsi="Arial"/>
        </w:rPr>
        <w:t>definitely for</w:t>
      </w:r>
      <w:proofErr w:type="gramEnd"/>
      <w:r>
        <w:rPr>
          <w:rFonts w:ascii="Arial" w:hAnsi="Arial"/>
        </w:rPr>
        <w:t xml:space="preserve"> certain people, that's perfect for them. For me, it's just not.</w:t>
      </w:r>
    </w:p>
    <w:p w14:paraId="071C6D85" w14:textId="77777777" w:rsidR="00CF75C8" w:rsidRDefault="00CF75C8">
      <w:pPr>
        <w:spacing w:after="0"/>
      </w:pPr>
    </w:p>
    <w:p w14:paraId="68A22A88" w14:textId="77777777" w:rsidR="00CF75C8" w:rsidRDefault="002F30F1">
      <w:pPr>
        <w:spacing w:after="0"/>
      </w:pPr>
      <w:r>
        <w:rPr>
          <w:rFonts w:ascii="Arial" w:hAnsi="Arial"/>
          <w:b/>
        </w:rPr>
        <w:t xml:space="preserve">Alice  </w:t>
      </w:r>
      <w:r>
        <w:rPr>
          <w:rFonts w:ascii="Arial" w:hAnsi="Arial"/>
          <w:color w:val="5D7284"/>
        </w:rPr>
        <w:t>1:34:49</w:t>
      </w:r>
    </w:p>
    <w:p w14:paraId="30468B7C" w14:textId="77777777" w:rsidR="00CF75C8" w:rsidRDefault="002F30F1">
      <w:pPr>
        <w:spacing w:after="0"/>
      </w:pPr>
      <w:r>
        <w:rPr>
          <w:rFonts w:ascii="Arial" w:hAnsi="Arial"/>
        </w:rPr>
        <w:t>I mean, it sounds like kids, we're not really like Lucy's it'</w:t>
      </w:r>
      <w:r>
        <w:rPr>
          <w:rFonts w:ascii="Arial" w:hAnsi="Arial"/>
        </w:rPr>
        <w:t>s just not something that is particularly for you. How did you know that was or something that you discussed with your partner before making the decision about the valve was it? How did you find people? You know, particularly being 26 27? That experience o</w:t>
      </w:r>
      <w:r>
        <w:rPr>
          <w:rFonts w:ascii="Arial" w:hAnsi="Arial"/>
        </w:rPr>
        <w:t xml:space="preserve">f saying to people </w:t>
      </w:r>
      <w:proofErr w:type="gramStart"/>
      <w:r>
        <w:rPr>
          <w:rFonts w:ascii="Arial" w:hAnsi="Arial"/>
        </w:rPr>
        <w:t>actually I've</w:t>
      </w:r>
      <w:proofErr w:type="gramEnd"/>
      <w:r>
        <w:rPr>
          <w:rFonts w:ascii="Arial" w:hAnsi="Arial"/>
        </w:rPr>
        <w:t xml:space="preserve"> decided, and I know that means I can't have children. But this is, you know, was that something that you found difficult that people found difficult to </w:t>
      </w:r>
      <w:proofErr w:type="gramStart"/>
      <w:r>
        <w:rPr>
          <w:rFonts w:ascii="Arial" w:hAnsi="Arial"/>
        </w:rPr>
        <w:t>understand</w:t>
      </w:r>
      <w:proofErr w:type="gramEnd"/>
    </w:p>
    <w:p w14:paraId="1D61D2FD" w14:textId="77777777" w:rsidR="00CF75C8" w:rsidRDefault="00CF75C8">
      <w:pPr>
        <w:spacing w:after="0"/>
      </w:pPr>
    </w:p>
    <w:p w14:paraId="4CE7FD90" w14:textId="77777777" w:rsidR="00CF75C8" w:rsidRDefault="002F30F1">
      <w:pPr>
        <w:spacing w:after="0"/>
      </w:pPr>
      <w:proofErr w:type="spellStart"/>
      <w:r>
        <w:rPr>
          <w:rFonts w:ascii="Arial" w:hAnsi="Arial"/>
          <w:b/>
        </w:rPr>
        <w:t>jessica</w:t>
      </w:r>
      <w:proofErr w:type="spellEnd"/>
      <w:r>
        <w:rPr>
          <w:rFonts w:ascii="Arial" w:hAnsi="Arial"/>
          <w:b/>
        </w:rPr>
        <w:t xml:space="preserve">  </w:t>
      </w:r>
      <w:r>
        <w:rPr>
          <w:rFonts w:ascii="Arial" w:hAnsi="Arial"/>
          <w:color w:val="5D7284"/>
        </w:rPr>
        <w:t>1:35:20</w:t>
      </w:r>
    </w:p>
    <w:p w14:paraId="7AF76C5A" w14:textId="77777777" w:rsidR="00CF75C8" w:rsidRDefault="002F30F1">
      <w:pPr>
        <w:spacing w:after="0"/>
      </w:pPr>
      <w:r>
        <w:rPr>
          <w:rFonts w:ascii="Arial" w:hAnsi="Arial"/>
        </w:rPr>
        <w:t>with regards to my partner? I mean, when w</w:t>
      </w:r>
      <w:r>
        <w:rPr>
          <w:rFonts w:ascii="Arial" w:hAnsi="Arial"/>
        </w:rPr>
        <w:t>e first got together, obviously, it was early days and children wasn't really mentioned for a while. And then I did tell him about Marfan syndrome quite early. And I explained everything about how it can affect children and stuff. And they probably weren't</w:t>
      </w:r>
      <w:r>
        <w:rPr>
          <w:rFonts w:ascii="Arial" w:hAnsi="Arial"/>
        </w:rPr>
        <w:t xml:space="preserve"> for me. But then a lot of people's answers to things is Oh, yeah, but you might grow out of it. You might change your mind when you're older. And they're obviously valid opinions as well. But then, I'm quite lucky with my partner because he, he also doesn</w:t>
      </w:r>
      <w:r>
        <w:rPr>
          <w:rFonts w:ascii="Arial" w:hAnsi="Arial"/>
        </w:rPr>
        <w:t>'t want children. Now, part of me wonders if that's because I can't have children now or don't didn't want children and wouldn't have children. Maybe he's kind of not gone along with it. Yeah. I mean, he is adamant to me that he didn't want to have childre</w:t>
      </w:r>
      <w:r>
        <w:rPr>
          <w:rFonts w:ascii="Arial" w:hAnsi="Arial"/>
        </w:rPr>
        <w:t xml:space="preserve">n, he still doesn't want to have children. It's not something in his future. And he gets a lot of enjoyment out of the niece and nephew and family and </w:t>
      </w:r>
      <w:proofErr w:type="gramStart"/>
      <w:r>
        <w:rPr>
          <w:rFonts w:ascii="Arial" w:hAnsi="Arial"/>
        </w:rPr>
        <w:t>all of</w:t>
      </w:r>
      <w:proofErr w:type="gramEnd"/>
      <w:r>
        <w:rPr>
          <w:rFonts w:ascii="Arial" w:hAnsi="Arial"/>
        </w:rPr>
        <w:t xml:space="preserve"> that stuff. But for us to have children. It's not. That's not on the table at all.</w:t>
      </w:r>
    </w:p>
    <w:p w14:paraId="0104C03F" w14:textId="77777777" w:rsidR="00CF75C8" w:rsidRDefault="00CF75C8">
      <w:pPr>
        <w:spacing w:after="0"/>
      </w:pPr>
    </w:p>
    <w:p w14:paraId="2E4FD4A1" w14:textId="77777777" w:rsidR="00CF75C8" w:rsidRDefault="002F30F1">
      <w:pPr>
        <w:spacing w:after="0"/>
      </w:pPr>
      <w:r>
        <w:rPr>
          <w:rFonts w:ascii="Arial" w:hAnsi="Arial"/>
          <w:b/>
        </w:rPr>
        <w:t xml:space="preserve">Alice  </w:t>
      </w:r>
      <w:r>
        <w:rPr>
          <w:rFonts w:ascii="Arial" w:hAnsi="Arial"/>
          <w:color w:val="5D7284"/>
        </w:rPr>
        <w:t>1:36:25</w:t>
      </w:r>
    </w:p>
    <w:p w14:paraId="479CF09E" w14:textId="77777777" w:rsidR="00CF75C8" w:rsidRDefault="002F30F1">
      <w:pPr>
        <w:spacing w:after="0"/>
      </w:pPr>
      <w:r>
        <w:rPr>
          <w:rFonts w:ascii="Arial" w:hAnsi="Arial"/>
        </w:rPr>
        <w:t>When and I think that that's perfectly legitimate choice to say</w:t>
      </w:r>
      <w:proofErr w:type="gramStart"/>
      <w:r>
        <w:rPr>
          <w:rFonts w:ascii="Arial" w:hAnsi="Arial"/>
        </w:rPr>
        <w:t>, Actually, I'm</w:t>
      </w:r>
      <w:proofErr w:type="gramEnd"/>
      <w:r>
        <w:rPr>
          <w:rFonts w:ascii="Arial" w:hAnsi="Arial"/>
        </w:rPr>
        <w:t xml:space="preserve"> happy to not have children, if it means that I get to be with this person. Because if you if children were more important to you than being with that person, then you wouldn't </w:t>
      </w:r>
      <w:r>
        <w:rPr>
          <w:rFonts w:ascii="Arial" w:hAnsi="Arial"/>
        </w:rPr>
        <w:t>have stayed with that person. Exactly.</w:t>
      </w:r>
    </w:p>
    <w:p w14:paraId="6AC7B15A" w14:textId="77777777" w:rsidR="00CF75C8" w:rsidRDefault="00CF75C8">
      <w:pPr>
        <w:spacing w:after="0"/>
      </w:pPr>
    </w:p>
    <w:p w14:paraId="09EBCB06" w14:textId="77777777" w:rsidR="00CF75C8" w:rsidRDefault="002F30F1">
      <w:pPr>
        <w:spacing w:after="0"/>
      </w:pPr>
      <w:proofErr w:type="spellStart"/>
      <w:r>
        <w:rPr>
          <w:rFonts w:ascii="Arial" w:hAnsi="Arial"/>
          <w:b/>
        </w:rPr>
        <w:t>jessica</w:t>
      </w:r>
      <w:proofErr w:type="spellEnd"/>
      <w:r>
        <w:rPr>
          <w:rFonts w:ascii="Arial" w:hAnsi="Arial"/>
          <w:b/>
        </w:rPr>
        <w:t xml:space="preserve">  </w:t>
      </w:r>
      <w:r>
        <w:rPr>
          <w:rFonts w:ascii="Arial" w:hAnsi="Arial"/>
          <w:color w:val="5D7284"/>
        </w:rPr>
        <w:t>1:36:43</w:t>
      </w:r>
    </w:p>
    <w:p w14:paraId="35D86C70" w14:textId="77777777" w:rsidR="00CF75C8" w:rsidRDefault="002F30F1">
      <w:pPr>
        <w:spacing w:after="0"/>
      </w:pPr>
      <w:r>
        <w:rPr>
          <w:rFonts w:ascii="Arial" w:hAnsi="Arial"/>
        </w:rPr>
        <w:t>Yeah. Hopefully, that's how he feels. But then I did I do remember that? I don't think he was there. When I was choosing what valve to have</w:t>
      </w:r>
    </w:p>
    <w:p w14:paraId="4AC4D490" w14:textId="77777777" w:rsidR="00CF75C8" w:rsidRDefault="00CF75C8">
      <w:pPr>
        <w:spacing w:after="0"/>
      </w:pPr>
    </w:p>
    <w:p w14:paraId="7C1B63E9" w14:textId="77777777" w:rsidR="00CF75C8" w:rsidRDefault="002F30F1">
      <w:pPr>
        <w:spacing w:after="0"/>
      </w:pPr>
      <w:r>
        <w:rPr>
          <w:rFonts w:ascii="Arial" w:hAnsi="Arial"/>
          <w:b/>
        </w:rPr>
        <w:t xml:space="preserve">Alice  </w:t>
      </w:r>
      <w:r>
        <w:rPr>
          <w:rFonts w:ascii="Arial" w:hAnsi="Arial"/>
          <w:color w:val="5D7284"/>
        </w:rPr>
        <w:t>1:36:55</w:t>
      </w:r>
    </w:p>
    <w:p w14:paraId="41D4EC69" w14:textId="77777777" w:rsidR="00CF75C8" w:rsidRDefault="002F30F1">
      <w:pPr>
        <w:spacing w:after="0"/>
      </w:pPr>
      <w:r>
        <w:rPr>
          <w:rFonts w:ascii="Arial" w:hAnsi="Arial"/>
        </w:rPr>
        <w:t>was it just put on the spot in the moment s</w:t>
      </w:r>
      <w:r>
        <w:rPr>
          <w:rFonts w:ascii="Arial" w:hAnsi="Arial"/>
        </w:rPr>
        <w:t xml:space="preserve">ort of </w:t>
      </w:r>
      <w:proofErr w:type="gramStart"/>
      <w:r>
        <w:rPr>
          <w:rFonts w:ascii="Arial" w:hAnsi="Arial"/>
        </w:rPr>
        <w:t>thing.</w:t>
      </w:r>
      <w:proofErr w:type="gramEnd"/>
      <w:r>
        <w:rPr>
          <w:rFonts w:ascii="Arial" w:hAnsi="Arial"/>
        </w:rPr>
        <w:t xml:space="preserve"> They said this one or this one </w:t>
      </w:r>
      <w:proofErr w:type="gramStart"/>
      <w:r>
        <w:rPr>
          <w:rFonts w:ascii="Arial" w:hAnsi="Arial"/>
        </w:rPr>
        <w:t>decide</w:t>
      </w:r>
      <w:proofErr w:type="gramEnd"/>
      <w:r>
        <w:rPr>
          <w:rFonts w:ascii="Arial" w:hAnsi="Arial"/>
        </w:rPr>
        <w:t>?</w:t>
      </w:r>
    </w:p>
    <w:p w14:paraId="207E6145" w14:textId="77777777" w:rsidR="00CF75C8" w:rsidRDefault="00CF75C8">
      <w:pPr>
        <w:spacing w:after="0"/>
      </w:pPr>
    </w:p>
    <w:p w14:paraId="2B6667D6" w14:textId="77777777" w:rsidR="00CF75C8" w:rsidRDefault="002F30F1">
      <w:pPr>
        <w:spacing w:after="0"/>
      </w:pPr>
      <w:proofErr w:type="spellStart"/>
      <w:r>
        <w:rPr>
          <w:rFonts w:ascii="Arial" w:hAnsi="Arial"/>
          <w:b/>
        </w:rPr>
        <w:t>jessica</w:t>
      </w:r>
      <w:proofErr w:type="spellEnd"/>
      <w:r>
        <w:rPr>
          <w:rFonts w:ascii="Arial" w:hAnsi="Arial"/>
          <w:b/>
        </w:rPr>
        <w:t xml:space="preserve">  </w:t>
      </w:r>
      <w:r>
        <w:rPr>
          <w:rFonts w:ascii="Arial" w:hAnsi="Arial"/>
          <w:color w:val="5D7284"/>
        </w:rPr>
        <w:t>1:37:00</w:t>
      </w:r>
    </w:p>
    <w:p w14:paraId="12AA596E" w14:textId="77777777" w:rsidR="00CF75C8" w:rsidRDefault="002F30F1">
      <w:pPr>
        <w:spacing w:after="0"/>
      </w:pPr>
      <w:r>
        <w:rPr>
          <w:rFonts w:ascii="Arial" w:hAnsi="Arial"/>
        </w:rPr>
        <w:t xml:space="preserve">I think they </w:t>
      </w:r>
      <w:proofErr w:type="spellStart"/>
      <w:r>
        <w:rPr>
          <w:rFonts w:ascii="Arial" w:hAnsi="Arial"/>
        </w:rPr>
        <w:t>they</w:t>
      </w:r>
      <w:proofErr w:type="spellEnd"/>
      <w:r>
        <w:rPr>
          <w:rFonts w:ascii="Arial" w:hAnsi="Arial"/>
        </w:rPr>
        <w:t xml:space="preserve"> did give me about an hour. But  he was at work. He visited me every day. Bless him. He was brilliant. But he was at work. And my mum was with me at the time. </w:t>
      </w:r>
      <w:proofErr w:type="gramStart"/>
      <w:r>
        <w:rPr>
          <w:rFonts w:ascii="Arial" w:hAnsi="Arial"/>
        </w:rPr>
        <w:t>Actually,</w:t>
      </w:r>
      <w:r>
        <w:rPr>
          <w:rFonts w:ascii="Arial" w:hAnsi="Arial"/>
        </w:rPr>
        <w:t xml:space="preserve"> I</w:t>
      </w:r>
      <w:proofErr w:type="gramEnd"/>
      <w:r>
        <w:rPr>
          <w:rFonts w:ascii="Arial" w:hAnsi="Arial"/>
        </w:rPr>
        <w:t xml:space="preserve"> don't think it crossed my mind to even ask him because I knew that we'd both said, not children. And we weren't interested in at that point. We together five, six years. Something like that we've been together </w:t>
      </w:r>
      <w:proofErr w:type="gramStart"/>
      <w:r>
        <w:rPr>
          <w:rFonts w:ascii="Arial" w:hAnsi="Arial"/>
        </w:rPr>
        <w:t>a number of</w:t>
      </w:r>
      <w:proofErr w:type="gramEnd"/>
      <w:r>
        <w:rPr>
          <w:rFonts w:ascii="Arial" w:hAnsi="Arial"/>
        </w:rPr>
        <w:t xml:space="preserve"> years anyway. And yeah, it just</w:t>
      </w:r>
      <w:r>
        <w:rPr>
          <w:rFonts w:ascii="Arial" w:hAnsi="Arial"/>
        </w:rPr>
        <w:t xml:space="preserve">, I feel a bit guilty now </w:t>
      </w:r>
      <w:proofErr w:type="spellStart"/>
      <w:r>
        <w:rPr>
          <w:rFonts w:ascii="Arial" w:hAnsi="Arial"/>
        </w:rPr>
        <w:t>your</w:t>
      </w:r>
      <w:proofErr w:type="spellEnd"/>
      <w:r>
        <w:rPr>
          <w:rFonts w:ascii="Arial" w:hAnsi="Arial"/>
        </w:rPr>
        <w:t xml:space="preserve"> </w:t>
      </w:r>
      <w:proofErr w:type="gramStart"/>
      <w:r>
        <w:rPr>
          <w:rFonts w:ascii="Arial" w:hAnsi="Arial"/>
        </w:rPr>
        <w:t>asking</w:t>
      </w:r>
      <w:proofErr w:type="gramEnd"/>
      <w:r>
        <w:rPr>
          <w:rFonts w:ascii="Arial" w:hAnsi="Arial"/>
        </w:rPr>
        <w:t xml:space="preserve"> </w:t>
      </w:r>
    </w:p>
    <w:p w14:paraId="2C359EE3" w14:textId="77777777" w:rsidR="00CF75C8" w:rsidRDefault="00CF75C8">
      <w:pPr>
        <w:spacing w:after="0"/>
      </w:pPr>
    </w:p>
    <w:p w14:paraId="201D40B6" w14:textId="77777777" w:rsidR="00CF75C8" w:rsidRDefault="002F30F1">
      <w:pPr>
        <w:spacing w:after="0"/>
      </w:pPr>
      <w:r>
        <w:rPr>
          <w:rFonts w:ascii="Arial" w:hAnsi="Arial"/>
          <w:b/>
        </w:rPr>
        <w:t xml:space="preserve">Alice  </w:t>
      </w:r>
      <w:r>
        <w:rPr>
          <w:rFonts w:ascii="Arial" w:hAnsi="Arial"/>
          <w:color w:val="5D7284"/>
        </w:rPr>
        <w:t>1:37:39</w:t>
      </w:r>
    </w:p>
    <w:p w14:paraId="1D483C38" w14:textId="77777777" w:rsidR="00CF75C8" w:rsidRDefault="002F30F1">
      <w:pPr>
        <w:spacing w:after="0"/>
      </w:pPr>
      <w:r>
        <w:rPr>
          <w:rFonts w:ascii="Arial" w:hAnsi="Arial"/>
        </w:rPr>
        <w:lastRenderedPageBreak/>
        <w:t xml:space="preserve">I think it's </w:t>
      </w:r>
      <w:proofErr w:type="gramStart"/>
      <w:r>
        <w:rPr>
          <w:rFonts w:ascii="Arial" w:hAnsi="Arial"/>
        </w:rPr>
        <w:t>pretty poor</w:t>
      </w:r>
      <w:proofErr w:type="gramEnd"/>
      <w:r>
        <w:rPr>
          <w:rFonts w:ascii="Arial" w:hAnsi="Arial"/>
        </w:rPr>
        <w:t xml:space="preserve"> practice on the part of the hospital. You know, I know they saved your life and everything. But there's </w:t>
      </w:r>
      <w:proofErr w:type="gramStart"/>
      <w:r>
        <w:rPr>
          <w:rFonts w:ascii="Arial" w:hAnsi="Arial"/>
        </w:rPr>
        <w:t>a you</w:t>
      </w:r>
      <w:proofErr w:type="gramEnd"/>
      <w:r>
        <w:rPr>
          <w:rFonts w:ascii="Arial" w:hAnsi="Arial"/>
        </w:rPr>
        <w:t xml:space="preserve"> know, what if you hadn't been certain, and they're like, you've go</w:t>
      </w:r>
      <w:r>
        <w:rPr>
          <w:rFonts w:ascii="Arial" w:hAnsi="Arial"/>
        </w:rPr>
        <w:t>t an hour to decide if you really feel as though particularly if this is this was for the second planned operation, they should have gone. Oh, just an FYI. Three weeks before we saw you open again. Yeah, have a think about this?</w:t>
      </w:r>
    </w:p>
    <w:p w14:paraId="773AE95C" w14:textId="77777777" w:rsidR="00CF75C8" w:rsidRDefault="00CF75C8">
      <w:pPr>
        <w:spacing w:after="0"/>
      </w:pPr>
    </w:p>
    <w:p w14:paraId="2A177764" w14:textId="77777777" w:rsidR="00CF75C8" w:rsidRDefault="002F30F1">
      <w:pPr>
        <w:spacing w:after="0"/>
      </w:pPr>
      <w:r>
        <w:rPr>
          <w:rFonts w:ascii="Arial" w:hAnsi="Arial"/>
          <w:b/>
        </w:rPr>
        <w:t xml:space="preserve">Lucy  </w:t>
      </w:r>
      <w:r>
        <w:rPr>
          <w:rFonts w:ascii="Arial" w:hAnsi="Arial"/>
          <w:color w:val="5D7284"/>
        </w:rPr>
        <w:t>1:38:02</w:t>
      </w:r>
    </w:p>
    <w:p w14:paraId="614C12AA" w14:textId="77777777" w:rsidR="00CF75C8" w:rsidRDefault="002F30F1">
      <w:pPr>
        <w:spacing w:after="0"/>
      </w:pPr>
      <w:r>
        <w:rPr>
          <w:rFonts w:ascii="Arial" w:hAnsi="Arial"/>
        </w:rPr>
        <w:t xml:space="preserve">Yeah. Not </w:t>
      </w:r>
      <w:proofErr w:type="spellStart"/>
      <w:r>
        <w:rPr>
          <w:rFonts w:ascii="Arial" w:hAnsi="Arial"/>
        </w:rPr>
        <w:t>no</w:t>
      </w:r>
      <w:r>
        <w:rPr>
          <w:rFonts w:ascii="Arial" w:hAnsi="Arial"/>
        </w:rPr>
        <w:t>t</w:t>
      </w:r>
      <w:proofErr w:type="spellEnd"/>
      <w:r>
        <w:rPr>
          <w:rFonts w:ascii="Arial" w:hAnsi="Arial"/>
        </w:rPr>
        <w:t xml:space="preserve"> an hour before countdown  music and off I go. And I'll see you in an hour.</w:t>
      </w:r>
    </w:p>
    <w:p w14:paraId="3E74EDB5" w14:textId="77777777" w:rsidR="00CF75C8" w:rsidRDefault="00CF75C8">
      <w:pPr>
        <w:spacing w:after="0"/>
      </w:pPr>
    </w:p>
    <w:p w14:paraId="26D00C73" w14:textId="77777777" w:rsidR="00CF75C8" w:rsidRDefault="002F30F1">
      <w:pPr>
        <w:spacing w:after="0"/>
      </w:pPr>
      <w:proofErr w:type="spellStart"/>
      <w:r>
        <w:rPr>
          <w:rFonts w:ascii="Arial" w:hAnsi="Arial"/>
          <w:b/>
        </w:rPr>
        <w:t>jessica</w:t>
      </w:r>
      <w:proofErr w:type="spellEnd"/>
      <w:r>
        <w:rPr>
          <w:rFonts w:ascii="Arial" w:hAnsi="Arial"/>
          <w:b/>
        </w:rPr>
        <w:t xml:space="preserve">  </w:t>
      </w:r>
      <w:r>
        <w:rPr>
          <w:rFonts w:ascii="Arial" w:hAnsi="Arial"/>
          <w:color w:val="5D7284"/>
        </w:rPr>
        <w:t>1:38:06</w:t>
      </w:r>
    </w:p>
    <w:p w14:paraId="167A6D80" w14:textId="77777777" w:rsidR="00CF75C8" w:rsidRDefault="002F30F1">
      <w:pPr>
        <w:spacing w:after="0"/>
      </w:pPr>
      <w:r>
        <w:rPr>
          <w:rFonts w:ascii="Arial" w:hAnsi="Arial"/>
        </w:rPr>
        <w:t xml:space="preserve">Yeah. I mean, it might have been a little over an hour. But I just remember being so headstrong, that as soon as they said the words, you're less likely to </w:t>
      </w:r>
      <w:r>
        <w:rPr>
          <w:rFonts w:ascii="Arial" w:hAnsi="Arial"/>
        </w:rPr>
        <w:t xml:space="preserve">need more, I suppose. Yeah. Surgery. And because I was already in quite a happy place. of children just aren't for me. That's </w:t>
      </w:r>
      <w:proofErr w:type="spellStart"/>
      <w:r>
        <w:rPr>
          <w:rFonts w:ascii="Arial" w:hAnsi="Arial"/>
        </w:rPr>
        <w:t>that's</w:t>
      </w:r>
      <w:proofErr w:type="spellEnd"/>
      <w:r>
        <w:rPr>
          <w:rFonts w:ascii="Arial" w:hAnsi="Arial"/>
        </w:rPr>
        <w:t xml:space="preserve"> not something that's going to be in my future, then I think that made it easier to just make that decision. But yeah, it's </w:t>
      </w:r>
      <w:proofErr w:type="gramStart"/>
      <w:r>
        <w:rPr>
          <w:rFonts w:ascii="Arial" w:hAnsi="Arial"/>
        </w:rPr>
        <w:t>definitely interesting</w:t>
      </w:r>
      <w:proofErr w:type="gramEnd"/>
      <w:r>
        <w:rPr>
          <w:rFonts w:ascii="Arial" w:hAnsi="Arial"/>
        </w:rPr>
        <w:t>. Yeah.</w:t>
      </w:r>
    </w:p>
    <w:p w14:paraId="71C7732E" w14:textId="77777777" w:rsidR="00CF75C8" w:rsidRDefault="00CF75C8">
      <w:pPr>
        <w:spacing w:after="0"/>
      </w:pPr>
    </w:p>
    <w:p w14:paraId="0B9AA7F2" w14:textId="77777777" w:rsidR="00CF75C8" w:rsidRDefault="002F30F1">
      <w:pPr>
        <w:spacing w:after="0"/>
      </w:pPr>
      <w:r>
        <w:rPr>
          <w:rFonts w:ascii="Arial" w:hAnsi="Arial"/>
          <w:b/>
        </w:rPr>
        <w:t xml:space="preserve">Alice  </w:t>
      </w:r>
      <w:r>
        <w:rPr>
          <w:rFonts w:ascii="Arial" w:hAnsi="Arial"/>
          <w:color w:val="5D7284"/>
        </w:rPr>
        <w:t>1:38:35</w:t>
      </w:r>
    </w:p>
    <w:p w14:paraId="4729A8AF" w14:textId="77777777" w:rsidR="00CF75C8" w:rsidRDefault="002F30F1">
      <w:pPr>
        <w:spacing w:after="0"/>
      </w:pPr>
      <w:proofErr w:type="gramStart"/>
      <w:r>
        <w:rPr>
          <w:rFonts w:ascii="Arial" w:hAnsi="Arial"/>
        </w:rPr>
        <w:t>Yeah</w:t>
      </w:r>
      <w:proofErr w:type="gramEnd"/>
      <w:r>
        <w:rPr>
          <w:rFonts w:ascii="Arial" w:hAnsi="Arial"/>
        </w:rPr>
        <w:t xml:space="preserve"> I mean, it sounds like you're for you, the decision was about you. </w:t>
      </w:r>
      <w:proofErr w:type="gramStart"/>
      <w:r>
        <w:rPr>
          <w:rFonts w:ascii="Arial" w:hAnsi="Arial"/>
        </w:rPr>
        <w:t>And actually, you'd</w:t>
      </w:r>
      <w:proofErr w:type="gramEnd"/>
      <w:r>
        <w:rPr>
          <w:rFonts w:ascii="Arial" w:hAnsi="Arial"/>
        </w:rPr>
        <w:t xml:space="preserve"> already decided about children. So that was kind of neither here nor there. Yeah.</w:t>
      </w:r>
    </w:p>
    <w:p w14:paraId="24391D23" w14:textId="77777777" w:rsidR="00CF75C8" w:rsidRDefault="00CF75C8">
      <w:pPr>
        <w:spacing w:after="0"/>
      </w:pPr>
    </w:p>
    <w:p w14:paraId="3E1FA035" w14:textId="77777777" w:rsidR="00CF75C8" w:rsidRDefault="002F30F1">
      <w:pPr>
        <w:spacing w:after="0"/>
      </w:pPr>
      <w:r>
        <w:rPr>
          <w:rFonts w:ascii="Arial" w:hAnsi="Arial"/>
          <w:b/>
        </w:rPr>
        <w:t xml:space="preserve">Lucy  </w:t>
      </w:r>
      <w:r>
        <w:rPr>
          <w:rFonts w:ascii="Arial" w:hAnsi="Arial"/>
          <w:color w:val="5D7284"/>
        </w:rPr>
        <w:t>1:38:46</w:t>
      </w:r>
    </w:p>
    <w:p w14:paraId="5E51D896" w14:textId="77777777" w:rsidR="00CF75C8" w:rsidRDefault="002F30F1">
      <w:pPr>
        <w:spacing w:after="0"/>
      </w:pPr>
      <w:r>
        <w:rPr>
          <w:rFonts w:ascii="Arial" w:hAnsi="Arial"/>
        </w:rPr>
        <w:t xml:space="preserve">Jess  we like to use </w:t>
      </w:r>
      <w:r>
        <w:rPr>
          <w:rFonts w:ascii="Arial" w:hAnsi="Arial"/>
        </w:rPr>
        <w:t xml:space="preserve">our podcast as a platform for our guests. </w:t>
      </w:r>
      <w:proofErr w:type="gramStart"/>
      <w:r>
        <w:rPr>
          <w:rFonts w:ascii="Arial" w:hAnsi="Arial"/>
        </w:rPr>
        <w:t>So</w:t>
      </w:r>
      <w:proofErr w:type="gramEnd"/>
      <w:r>
        <w:rPr>
          <w:rFonts w:ascii="Arial" w:hAnsi="Arial"/>
        </w:rPr>
        <w:t xml:space="preserve"> the one of the questions on your </w:t>
      </w:r>
      <w:proofErr w:type="spellStart"/>
      <w:r>
        <w:rPr>
          <w:rFonts w:ascii="Arial" w:hAnsi="Arial"/>
        </w:rPr>
        <w:t>pre recording</w:t>
      </w:r>
      <w:proofErr w:type="spellEnd"/>
      <w:r>
        <w:rPr>
          <w:rFonts w:ascii="Arial" w:hAnsi="Arial"/>
        </w:rPr>
        <w:t xml:space="preserve"> form, was, if you had the opportunity to sort of give a message to any listeners who may be listening or are learning about health conditions and disabilities, what</w:t>
      </w:r>
      <w:r>
        <w:rPr>
          <w:rFonts w:ascii="Arial" w:hAnsi="Arial"/>
        </w:rPr>
        <w:t xml:space="preserve"> would it be? </w:t>
      </w:r>
      <w:proofErr w:type="gramStart"/>
      <w:r>
        <w:rPr>
          <w:rFonts w:ascii="Arial" w:hAnsi="Arial"/>
        </w:rPr>
        <w:t>So</w:t>
      </w:r>
      <w:proofErr w:type="gramEnd"/>
      <w:r>
        <w:rPr>
          <w:rFonts w:ascii="Arial" w:hAnsi="Arial"/>
        </w:rPr>
        <w:t xml:space="preserve"> what would your message to people who are trying to understand differences a bit more and things like that? What would your message be to Alice </w:t>
      </w:r>
      <w:proofErr w:type="gramStart"/>
      <w:r>
        <w:rPr>
          <w:rFonts w:ascii="Arial" w:hAnsi="Arial"/>
        </w:rPr>
        <w:t>net,</w:t>
      </w:r>
      <w:proofErr w:type="gramEnd"/>
    </w:p>
    <w:p w14:paraId="04EEC957" w14:textId="77777777" w:rsidR="00CF75C8" w:rsidRDefault="00CF75C8">
      <w:pPr>
        <w:spacing w:after="0"/>
      </w:pPr>
    </w:p>
    <w:p w14:paraId="57AEAFB9" w14:textId="77777777" w:rsidR="00CF75C8" w:rsidRDefault="002F30F1">
      <w:pPr>
        <w:spacing w:after="0"/>
      </w:pPr>
      <w:proofErr w:type="spellStart"/>
      <w:r>
        <w:rPr>
          <w:rFonts w:ascii="Arial" w:hAnsi="Arial"/>
          <w:b/>
        </w:rPr>
        <w:t>jessica</w:t>
      </w:r>
      <w:proofErr w:type="spellEnd"/>
      <w:r>
        <w:rPr>
          <w:rFonts w:ascii="Arial" w:hAnsi="Arial"/>
          <w:b/>
        </w:rPr>
        <w:t xml:space="preserve">  </w:t>
      </w:r>
      <w:r>
        <w:rPr>
          <w:rFonts w:ascii="Arial" w:hAnsi="Arial"/>
          <w:color w:val="5D7284"/>
        </w:rPr>
        <w:t>1:39:13</w:t>
      </w:r>
    </w:p>
    <w:p w14:paraId="639830FC" w14:textId="77777777" w:rsidR="00CF75C8" w:rsidRDefault="002F30F1">
      <w:pPr>
        <w:spacing w:after="0"/>
      </w:pPr>
      <w:r>
        <w:rPr>
          <w:rFonts w:ascii="Arial" w:hAnsi="Arial"/>
        </w:rPr>
        <w:t>just to start conversations a bit more? and not be kind of afraid to tal</w:t>
      </w:r>
      <w:r>
        <w:rPr>
          <w:rFonts w:ascii="Arial" w:hAnsi="Arial"/>
        </w:rPr>
        <w:t>k about quite serious subjects? Because I think, if anything, I mean, particularly looking at like the three of us, for example, we'd quite easy to speak to or we can make kind of joke about things. And it just is about kind of, there's an element of obvio</w:t>
      </w:r>
      <w:r>
        <w:rPr>
          <w:rFonts w:ascii="Arial" w:hAnsi="Arial"/>
        </w:rPr>
        <w:t>usly getting on with things and dealing with what you're dealt and that sort of stuff. But then I just I believe that the more that people kind of understand and can kind of venture into those unknown waters of like, right well, I  I'd love to know more ab</w:t>
      </w:r>
      <w:r>
        <w:rPr>
          <w:rFonts w:ascii="Arial" w:hAnsi="Arial"/>
        </w:rPr>
        <w:t xml:space="preserve">out this, or what does this mean for </w:t>
      </w:r>
      <w:proofErr w:type="gramStart"/>
      <w:r>
        <w:rPr>
          <w:rFonts w:ascii="Arial" w:hAnsi="Arial"/>
        </w:rPr>
        <w:t>these kind of people</w:t>
      </w:r>
      <w:proofErr w:type="gramEnd"/>
      <w:r>
        <w:rPr>
          <w:rFonts w:ascii="Arial" w:hAnsi="Arial"/>
        </w:rPr>
        <w:t xml:space="preserve">? And how does this impact their lives? And what can I do to have a better knowledge and then also not necessarily help in any way? Because I wouldn't necessarily say that. But I just the main thing </w:t>
      </w:r>
      <w:r>
        <w:rPr>
          <w:rFonts w:ascii="Arial" w:hAnsi="Arial"/>
        </w:rPr>
        <w:t xml:space="preserve">I would say is to just acknowledge difference and just communication and just ask all the questions you can and just probably that, </w:t>
      </w:r>
    </w:p>
    <w:p w14:paraId="609C1926" w14:textId="77777777" w:rsidR="00CF75C8" w:rsidRDefault="00CF75C8">
      <w:pPr>
        <w:spacing w:after="0"/>
      </w:pPr>
    </w:p>
    <w:p w14:paraId="5F7DAC55" w14:textId="77777777" w:rsidR="00CF75C8" w:rsidRDefault="002F30F1">
      <w:pPr>
        <w:spacing w:after="0"/>
      </w:pPr>
      <w:r>
        <w:rPr>
          <w:rFonts w:ascii="Arial" w:hAnsi="Arial"/>
          <w:b/>
        </w:rPr>
        <w:t xml:space="preserve">Lucy  </w:t>
      </w:r>
      <w:r>
        <w:rPr>
          <w:rFonts w:ascii="Arial" w:hAnsi="Arial"/>
          <w:color w:val="5D7284"/>
        </w:rPr>
        <w:t>1:40:28</w:t>
      </w:r>
    </w:p>
    <w:p w14:paraId="73491770" w14:textId="77777777" w:rsidR="00CF75C8" w:rsidRDefault="002F30F1">
      <w:pPr>
        <w:spacing w:after="0"/>
      </w:pPr>
      <w:proofErr w:type="spellStart"/>
      <w:r>
        <w:rPr>
          <w:rFonts w:ascii="Arial" w:hAnsi="Arial"/>
        </w:rPr>
        <w:t>Thats</w:t>
      </w:r>
      <w:proofErr w:type="spellEnd"/>
      <w:r>
        <w:rPr>
          <w:rFonts w:ascii="Arial" w:hAnsi="Arial"/>
        </w:rPr>
        <w:t xml:space="preserve"> brilliant I think that's, that's rounded everything. Oh, yeah. nicely. </w:t>
      </w:r>
      <w:proofErr w:type="gramStart"/>
      <w:r>
        <w:rPr>
          <w:rFonts w:ascii="Arial" w:hAnsi="Arial"/>
        </w:rPr>
        <w:t>So</w:t>
      </w:r>
      <w:proofErr w:type="gramEnd"/>
      <w:r>
        <w:rPr>
          <w:rFonts w:ascii="Arial" w:hAnsi="Arial"/>
        </w:rPr>
        <w:t xml:space="preserve"> thank you so much for </w:t>
      </w:r>
      <w:r>
        <w:rPr>
          <w:rFonts w:ascii="Arial" w:hAnsi="Arial"/>
        </w:rPr>
        <w:t xml:space="preserve">joining us, Jess. I hope we've not </w:t>
      </w:r>
      <w:proofErr w:type="spellStart"/>
      <w:r>
        <w:rPr>
          <w:rFonts w:ascii="Arial" w:hAnsi="Arial"/>
        </w:rPr>
        <w:t>traumatised</w:t>
      </w:r>
      <w:proofErr w:type="spellEnd"/>
      <w:r>
        <w:rPr>
          <w:rFonts w:ascii="Arial" w:hAnsi="Arial"/>
        </w:rPr>
        <w:t xml:space="preserve"> or asked you too many difficult questions. No, </w:t>
      </w:r>
      <w:proofErr w:type="gramStart"/>
      <w:r>
        <w:rPr>
          <w:rFonts w:ascii="Arial" w:hAnsi="Arial"/>
        </w:rPr>
        <w:t>not</w:t>
      </w:r>
      <w:proofErr w:type="gramEnd"/>
    </w:p>
    <w:p w14:paraId="5615065E" w14:textId="77777777" w:rsidR="00CF75C8" w:rsidRDefault="00CF75C8">
      <w:pPr>
        <w:spacing w:after="0"/>
      </w:pPr>
    </w:p>
    <w:p w14:paraId="7FA22687" w14:textId="77777777" w:rsidR="00CF75C8" w:rsidRDefault="002F30F1">
      <w:pPr>
        <w:spacing w:after="0"/>
      </w:pPr>
      <w:r>
        <w:rPr>
          <w:rFonts w:ascii="Arial" w:hAnsi="Arial"/>
          <w:b/>
        </w:rPr>
        <w:t xml:space="preserve">Alice  </w:t>
      </w:r>
      <w:r>
        <w:rPr>
          <w:rFonts w:ascii="Arial" w:hAnsi="Arial"/>
          <w:color w:val="5D7284"/>
        </w:rPr>
        <w:t>1:40:41</w:t>
      </w:r>
    </w:p>
    <w:p w14:paraId="0AACF5D8" w14:textId="77777777" w:rsidR="00CF75C8" w:rsidRDefault="002F30F1">
      <w:pPr>
        <w:spacing w:after="0"/>
      </w:pPr>
      <w:proofErr w:type="gramStart"/>
      <w:r>
        <w:rPr>
          <w:rFonts w:ascii="Arial" w:hAnsi="Arial"/>
        </w:rPr>
        <w:lastRenderedPageBreak/>
        <w:t>so</w:t>
      </w:r>
      <w:proofErr w:type="gramEnd"/>
      <w:r>
        <w:rPr>
          <w:rFonts w:ascii="Arial" w:hAnsi="Arial"/>
        </w:rPr>
        <w:t xml:space="preserve"> I think if anybody should </w:t>
      </w:r>
      <w:proofErr w:type="spellStart"/>
      <w:r>
        <w:rPr>
          <w:rFonts w:ascii="Arial" w:hAnsi="Arial"/>
        </w:rPr>
        <w:t>traumatise</w:t>
      </w:r>
      <w:proofErr w:type="spellEnd"/>
      <w:r>
        <w:rPr>
          <w:rFonts w:ascii="Arial" w:hAnsi="Arial"/>
        </w:rPr>
        <w:t xml:space="preserve"> Lucy, I think it's you</w:t>
      </w:r>
    </w:p>
    <w:p w14:paraId="2860090E" w14:textId="77777777" w:rsidR="00CF75C8" w:rsidRDefault="00CF75C8">
      <w:pPr>
        <w:spacing w:after="0"/>
      </w:pPr>
    </w:p>
    <w:p w14:paraId="074830A9" w14:textId="77777777" w:rsidR="00CF75C8" w:rsidRDefault="002F30F1">
      <w:pPr>
        <w:spacing w:after="0"/>
      </w:pPr>
      <w:r>
        <w:rPr>
          <w:rFonts w:ascii="Arial" w:hAnsi="Arial"/>
          <w:b/>
        </w:rPr>
        <w:t xml:space="preserve">Lucy  </w:t>
      </w:r>
      <w:r>
        <w:rPr>
          <w:rFonts w:ascii="Arial" w:hAnsi="Arial"/>
          <w:color w:val="5D7284"/>
        </w:rPr>
        <w:t>1:40:47</w:t>
      </w:r>
    </w:p>
    <w:p w14:paraId="777F7D50" w14:textId="77777777" w:rsidR="00CF75C8" w:rsidRDefault="002F30F1">
      <w:pPr>
        <w:spacing w:after="0"/>
      </w:pPr>
      <w:r>
        <w:rPr>
          <w:rFonts w:ascii="Arial" w:hAnsi="Arial"/>
        </w:rPr>
        <w:t>lie down with a cold drink or something? No, it's been really fa</w:t>
      </w:r>
      <w:r>
        <w:rPr>
          <w:rFonts w:ascii="Arial" w:hAnsi="Arial"/>
        </w:rPr>
        <w:t>scinating to hear your story Jess just so thank you so much for joining us.</w:t>
      </w:r>
    </w:p>
    <w:p w14:paraId="70F74F8F" w14:textId="77777777" w:rsidR="00CF75C8" w:rsidRDefault="00CF75C8">
      <w:pPr>
        <w:spacing w:after="0"/>
      </w:pPr>
    </w:p>
    <w:p w14:paraId="5AB4178F" w14:textId="77777777" w:rsidR="00CF75C8" w:rsidRDefault="002F30F1">
      <w:pPr>
        <w:spacing w:after="0"/>
      </w:pPr>
      <w:r>
        <w:rPr>
          <w:rFonts w:ascii="Arial" w:hAnsi="Arial"/>
          <w:b/>
        </w:rPr>
        <w:t xml:space="preserve">Alice  </w:t>
      </w:r>
      <w:r>
        <w:rPr>
          <w:rFonts w:ascii="Arial" w:hAnsi="Arial"/>
          <w:color w:val="5D7284"/>
        </w:rPr>
        <w:t>1:40:57</w:t>
      </w:r>
    </w:p>
    <w:p w14:paraId="49F8B778" w14:textId="77777777" w:rsidR="00CF75C8" w:rsidRDefault="002F30F1">
      <w:pPr>
        <w:spacing w:after="0"/>
      </w:pPr>
      <w:r>
        <w:rPr>
          <w:rFonts w:ascii="Arial" w:hAnsi="Arial"/>
        </w:rPr>
        <w:t>Yeah, thank you for sharing with us, Jess.</w:t>
      </w:r>
    </w:p>
    <w:p w14:paraId="65A34D5C" w14:textId="77777777" w:rsidR="00CF75C8" w:rsidRDefault="00CF75C8">
      <w:pPr>
        <w:spacing w:after="0"/>
      </w:pPr>
    </w:p>
    <w:p w14:paraId="44DBA94C" w14:textId="77777777" w:rsidR="00CF75C8" w:rsidRDefault="002F30F1">
      <w:pPr>
        <w:spacing w:after="0"/>
      </w:pPr>
      <w:proofErr w:type="spellStart"/>
      <w:r>
        <w:rPr>
          <w:rFonts w:ascii="Arial" w:hAnsi="Arial"/>
          <w:b/>
        </w:rPr>
        <w:t>jessica</w:t>
      </w:r>
      <w:proofErr w:type="spellEnd"/>
      <w:r>
        <w:rPr>
          <w:rFonts w:ascii="Arial" w:hAnsi="Arial"/>
          <w:b/>
        </w:rPr>
        <w:t xml:space="preserve">  </w:t>
      </w:r>
      <w:r>
        <w:rPr>
          <w:rFonts w:ascii="Arial" w:hAnsi="Arial"/>
          <w:color w:val="5D7284"/>
        </w:rPr>
        <w:t>1:40:59</w:t>
      </w:r>
    </w:p>
    <w:p w14:paraId="39FAB182" w14:textId="77777777" w:rsidR="00CF75C8" w:rsidRDefault="002F30F1">
      <w:pPr>
        <w:spacing w:after="0"/>
      </w:pPr>
      <w:r>
        <w:rPr>
          <w:rFonts w:ascii="Arial" w:hAnsi="Arial"/>
        </w:rPr>
        <w:t>Hey, very welcome. It was very enjoyable. And I hope I didn't put you off your dinner.</w:t>
      </w:r>
    </w:p>
    <w:p w14:paraId="6178AD74" w14:textId="77777777" w:rsidR="00CF75C8" w:rsidRDefault="00CF75C8">
      <w:pPr>
        <w:spacing w:after="0"/>
      </w:pPr>
    </w:p>
    <w:p w14:paraId="6DA32430" w14:textId="77777777" w:rsidR="00CF75C8" w:rsidRDefault="002F30F1">
      <w:pPr>
        <w:spacing w:after="0"/>
      </w:pPr>
      <w:r>
        <w:rPr>
          <w:rFonts w:ascii="Arial" w:hAnsi="Arial"/>
          <w:b/>
        </w:rPr>
        <w:t xml:space="preserve">Alice  </w:t>
      </w:r>
      <w:r>
        <w:rPr>
          <w:rFonts w:ascii="Arial" w:hAnsi="Arial"/>
          <w:color w:val="5D7284"/>
        </w:rPr>
        <w:t>1:41:06</w:t>
      </w:r>
    </w:p>
    <w:p w14:paraId="26B0389B" w14:textId="77777777" w:rsidR="00CF75C8" w:rsidRDefault="002F30F1">
      <w:pPr>
        <w:spacing w:after="0"/>
      </w:pPr>
      <w:r>
        <w:rPr>
          <w:rFonts w:ascii="Arial" w:hAnsi="Arial"/>
        </w:rPr>
        <w:t>Is there any, like social media or anything you want to promote the any charities that mean a lot to you anything you want to kind of just stick on the end for, you know, go and do this go and follow this?</w:t>
      </w:r>
    </w:p>
    <w:p w14:paraId="51784CD4" w14:textId="77777777" w:rsidR="00CF75C8" w:rsidRDefault="00CF75C8">
      <w:pPr>
        <w:spacing w:after="0"/>
      </w:pPr>
    </w:p>
    <w:p w14:paraId="0F28358A" w14:textId="77777777" w:rsidR="00CF75C8" w:rsidRDefault="002F30F1">
      <w:pPr>
        <w:spacing w:after="0"/>
      </w:pPr>
      <w:proofErr w:type="spellStart"/>
      <w:r>
        <w:rPr>
          <w:rFonts w:ascii="Arial" w:hAnsi="Arial"/>
          <w:b/>
        </w:rPr>
        <w:t>jessica</w:t>
      </w:r>
      <w:proofErr w:type="spellEnd"/>
      <w:r>
        <w:rPr>
          <w:rFonts w:ascii="Arial" w:hAnsi="Arial"/>
          <w:b/>
        </w:rPr>
        <w:t xml:space="preserve">  </w:t>
      </w:r>
      <w:r>
        <w:rPr>
          <w:rFonts w:ascii="Arial" w:hAnsi="Arial"/>
          <w:color w:val="5D7284"/>
        </w:rPr>
        <w:t>1:41:21</w:t>
      </w:r>
    </w:p>
    <w:p w14:paraId="149A9E6A" w14:textId="77777777" w:rsidR="00CF75C8" w:rsidRDefault="002F30F1">
      <w:pPr>
        <w:spacing w:after="0"/>
      </w:pPr>
      <w:r>
        <w:rPr>
          <w:rFonts w:ascii="Arial" w:hAnsi="Arial"/>
        </w:rPr>
        <w:t>Yeah, I mean, obviously, the Bri</w:t>
      </w:r>
      <w:r>
        <w:rPr>
          <w:rFonts w:ascii="Arial" w:hAnsi="Arial"/>
        </w:rPr>
        <w:t xml:space="preserve">tish Heart Foundation is, has been a huge part of my life. And then also, specifically, the Marfan trust, and that quite a smaller charity, but they obviously </w:t>
      </w:r>
      <w:proofErr w:type="spellStart"/>
      <w:r>
        <w:rPr>
          <w:rFonts w:ascii="Arial" w:hAnsi="Arial"/>
        </w:rPr>
        <w:t>specialise</w:t>
      </w:r>
      <w:proofErr w:type="spellEnd"/>
      <w:r>
        <w:rPr>
          <w:rFonts w:ascii="Arial" w:hAnsi="Arial"/>
        </w:rPr>
        <w:t xml:space="preserve"> in Marfan syndrome, and there's a lot of information. If you headed  on to the Marfan </w:t>
      </w:r>
      <w:r>
        <w:rPr>
          <w:rFonts w:ascii="Arial" w:hAnsi="Arial"/>
        </w:rPr>
        <w:t>trust website, which I believe is just Marfan trust.org. Yeah, just Marfan is, is quite unknown. So just go and have a little look and see if anything's interesting, and just enjoy reading about it because one of the most important things about Marfan synd</w:t>
      </w:r>
      <w:r>
        <w:rPr>
          <w:rFonts w:ascii="Arial" w:hAnsi="Arial"/>
        </w:rPr>
        <w:t>rome is quite a lot of people go undiagnosed, and they're just a bit tall or anything and they just don't get the diagnosis that they need. About 200 people are diagnosed with it every year, so</w:t>
      </w:r>
    </w:p>
    <w:p w14:paraId="0ABC1397" w14:textId="77777777" w:rsidR="00CF75C8" w:rsidRDefault="00CF75C8">
      <w:pPr>
        <w:spacing w:after="0"/>
      </w:pPr>
    </w:p>
    <w:p w14:paraId="6C483B7B" w14:textId="77777777" w:rsidR="00CF75C8" w:rsidRDefault="002F30F1">
      <w:pPr>
        <w:spacing w:after="0"/>
      </w:pPr>
      <w:r>
        <w:rPr>
          <w:rFonts w:ascii="Arial" w:hAnsi="Arial"/>
          <w:b/>
        </w:rPr>
        <w:t xml:space="preserve">Alice  </w:t>
      </w:r>
      <w:r>
        <w:rPr>
          <w:rFonts w:ascii="Arial" w:hAnsi="Arial"/>
          <w:color w:val="5D7284"/>
        </w:rPr>
        <w:t>1:42:21</w:t>
      </w:r>
    </w:p>
    <w:p w14:paraId="2A1EBD4B" w14:textId="77777777" w:rsidR="00CF75C8" w:rsidRDefault="002F30F1">
      <w:pPr>
        <w:spacing w:after="0"/>
      </w:pPr>
      <w:r>
        <w:rPr>
          <w:rFonts w:ascii="Arial" w:hAnsi="Arial"/>
        </w:rPr>
        <w:t xml:space="preserve">Okay, well, we'll </w:t>
      </w:r>
      <w:proofErr w:type="spellStart"/>
      <w:r>
        <w:rPr>
          <w:rFonts w:ascii="Arial" w:hAnsi="Arial"/>
        </w:rPr>
        <w:t>we'll</w:t>
      </w:r>
      <w:proofErr w:type="spellEnd"/>
      <w:r>
        <w:rPr>
          <w:rFonts w:ascii="Arial" w:hAnsi="Arial"/>
        </w:rPr>
        <w:t xml:space="preserve"> be sure to put that ou</w:t>
      </w:r>
      <w:r>
        <w:rPr>
          <w:rFonts w:ascii="Arial" w:hAnsi="Arial"/>
        </w:rPr>
        <w:t xml:space="preserve">t on </w:t>
      </w:r>
      <w:proofErr w:type="gramStart"/>
      <w:r>
        <w:rPr>
          <w:rFonts w:ascii="Arial" w:hAnsi="Arial"/>
        </w:rPr>
        <w:t>all of</w:t>
      </w:r>
      <w:proofErr w:type="gramEnd"/>
      <w:r>
        <w:rPr>
          <w:rFonts w:ascii="Arial" w:hAnsi="Arial"/>
        </w:rPr>
        <w:t xml:space="preserve"> our social medias and stuff as</w:t>
      </w:r>
    </w:p>
    <w:p w14:paraId="7850B764" w14:textId="77777777" w:rsidR="00CF75C8" w:rsidRDefault="00CF75C8">
      <w:pPr>
        <w:spacing w:after="0"/>
      </w:pPr>
    </w:p>
    <w:p w14:paraId="4B986CAA" w14:textId="77777777" w:rsidR="00CF75C8" w:rsidRDefault="002F30F1">
      <w:pPr>
        <w:spacing w:after="0"/>
      </w:pPr>
      <w:r>
        <w:rPr>
          <w:rFonts w:ascii="Arial" w:hAnsi="Arial"/>
          <w:b/>
        </w:rPr>
        <w:t xml:space="preserve">Lucy  </w:t>
      </w:r>
      <w:r>
        <w:rPr>
          <w:rFonts w:ascii="Arial" w:hAnsi="Arial"/>
          <w:color w:val="5D7284"/>
        </w:rPr>
        <w:t>1:42:28</w:t>
      </w:r>
    </w:p>
    <w:p w14:paraId="318DA0FB" w14:textId="77777777" w:rsidR="00CF75C8" w:rsidRDefault="002F30F1">
      <w:pPr>
        <w:spacing w:after="0"/>
      </w:pPr>
      <w:r>
        <w:rPr>
          <w:rFonts w:ascii="Arial" w:hAnsi="Arial"/>
        </w:rPr>
        <w:t xml:space="preserve">well. A link on our website as Philip Schofield </w:t>
      </w:r>
      <w:proofErr w:type="spellStart"/>
      <w:r>
        <w:rPr>
          <w:rFonts w:ascii="Arial" w:hAnsi="Arial"/>
        </w:rPr>
        <w:t>woud</w:t>
      </w:r>
      <w:proofErr w:type="spellEnd"/>
      <w:r>
        <w:rPr>
          <w:rFonts w:ascii="Arial" w:hAnsi="Arial"/>
        </w:rPr>
        <w:t xml:space="preserve"> say.</w:t>
      </w:r>
    </w:p>
    <w:p w14:paraId="21659441" w14:textId="77777777" w:rsidR="00CF75C8" w:rsidRDefault="00CF75C8">
      <w:pPr>
        <w:spacing w:after="0"/>
      </w:pPr>
    </w:p>
    <w:p w14:paraId="50F537A3" w14:textId="77777777" w:rsidR="00CF75C8" w:rsidRDefault="002F30F1">
      <w:pPr>
        <w:spacing w:after="0"/>
      </w:pPr>
      <w:r>
        <w:rPr>
          <w:rFonts w:ascii="Arial" w:hAnsi="Arial"/>
          <w:b/>
        </w:rPr>
        <w:t xml:space="preserve">Alice  </w:t>
      </w:r>
      <w:r>
        <w:rPr>
          <w:rFonts w:ascii="Arial" w:hAnsi="Arial"/>
          <w:color w:val="5D7284"/>
        </w:rPr>
        <w:t>1:42:34</w:t>
      </w:r>
    </w:p>
    <w:p w14:paraId="6A6440A1" w14:textId="77777777" w:rsidR="00CF75C8" w:rsidRDefault="002F30F1">
      <w:pPr>
        <w:spacing w:after="0"/>
      </w:pPr>
      <w:r>
        <w:rPr>
          <w:rFonts w:ascii="Arial" w:hAnsi="Arial"/>
        </w:rPr>
        <w:t>Thanks for listening to the lABLEd podcast. If you like the show, please rate review and subscribe. You can follow us on soc</w:t>
      </w:r>
      <w:r>
        <w:rPr>
          <w:rFonts w:ascii="Arial" w:hAnsi="Arial"/>
        </w:rPr>
        <w:t xml:space="preserve">ial media </w:t>
      </w:r>
      <w:proofErr w:type="gramStart"/>
      <w:r>
        <w:rPr>
          <w:rFonts w:ascii="Arial" w:hAnsi="Arial"/>
        </w:rPr>
        <w:t>lABLEd</w:t>
      </w:r>
      <w:proofErr w:type="gramEnd"/>
    </w:p>
    <w:sectPr w:rsidR="00CF75C8" w:rsidSect="001216B9">
      <w:headerReference w:type="even" r:id="rId9"/>
      <w:headerReference w:type="default" r:id="rId10"/>
      <w:footerReference w:type="even" r:id="rId11"/>
      <w:footerReference w:type="default" r:id="rId12"/>
      <w:headerReference w:type="first" r:id="rId13"/>
      <w:footerReference w:type="first" r:id="rId14"/>
      <w:pgSz w:w="12240" w:h="15840"/>
      <w:pgMar w:top="1440" w:right="1080" w:bottom="1440" w:left="1080" w:header="720" w:footer="720" w:gutter="0"/>
      <w:pgNumType w:fmt="numberInDash"/>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109C6CBF" w14:textId="77777777" w:rsidR="00ED3244" w:rsidRDefault="00ED3244">
      <w:pPr>
        <w:spacing w:after="0" w:line="240" w:lineRule="auto"/>
      </w:pPr>
      <w:r>
        <w:separator/>
      </w:r>
    </w:p>
  </w:endnote>
  <w:endnote w:type="continuationSeparator" w:id="0">
    <w:p w14:paraId="3764F4E3" w14:textId="77777777" w:rsidR="00ED3244" w:rsidRDefault="00ED324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ourier">
    <w:panose1 w:val="02070409020205020404"/>
    <w:charset w:val="00"/>
    <w:family w:val="auto"/>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rStyle w:val="PageNumber"/>
      </w:rPr>
      <w:id w:val="1372650680"/>
      <w:docPartObj>
        <w:docPartGallery w:val="Page Numbers (Bottom of Page)"/>
        <w:docPartUnique/>
      </w:docPartObj>
    </w:sdtPr>
    <w:sdtEndPr>
      <w:rPr>
        <w:rStyle w:val="PageNumber"/>
      </w:rPr>
    </w:sdtEndPr>
    <w:sdtContent>
      <w:p w14:paraId="57B46791" w14:textId="77777777" w:rsidR="001216B9" w:rsidRDefault="001216B9" w:rsidP="00A73672">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end"/>
        </w:r>
      </w:p>
    </w:sdtContent>
  </w:sdt>
  <w:sdt>
    <w:sdtPr>
      <w:rPr>
        <w:rStyle w:val="PageNumber"/>
      </w:rPr>
      <w:id w:val="937484424"/>
      <w:docPartObj>
        <w:docPartGallery w:val="Page Numbers (Bottom of Page)"/>
        <w:docPartUnique/>
      </w:docPartObj>
    </w:sdtPr>
    <w:sdtEndPr>
      <w:rPr>
        <w:rStyle w:val="PageNumber"/>
      </w:rPr>
    </w:sdtEndPr>
    <w:sdtContent>
      <w:p w14:paraId="3EF60895" w14:textId="77777777" w:rsidR="001216B9" w:rsidRDefault="001216B9" w:rsidP="00A73672">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7FB40CF9" w14:textId="77777777" w:rsidR="001216B9" w:rsidRDefault="001216B9">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rStyle w:val="PageNumber"/>
        <w:rFonts w:ascii="Arial" w:hAnsi="Arial" w:cs="Arial"/>
      </w:rPr>
      <w:id w:val="1113323662"/>
      <w:docPartObj>
        <w:docPartGallery w:val="Page Numbers (Bottom of Page)"/>
        <w:docPartUnique/>
      </w:docPartObj>
    </w:sdtPr>
    <w:sdtEndPr>
      <w:rPr>
        <w:rStyle w:val="PageNumber"/>
      </w:rPr>
    </w:sdtEndPr>
    <w:sdtContent>
      <w:p w14:paraId="197841DE" w14:textId="77777777" w:rsidR="001216B9" w:rsidRPr="009C3AF0" w:rsidRDefault="001216B9" w:rsidP="00A73672">
        <w:pPr>
          <w:pStyle w:val="Footer"/>
          <w:framePr w:wrap="none" w:vAnchor="text" w:hAnchor="margin" w:xAlign="center" w:y="1"/>
          <w:rPr>
            <w:rStyle w:val="PageNumber"/>
            <w:rFonts w:ascii="Arial" w:hAnsi="Arial" w:cs="Arial"/>
          </w:rPr>
        </w:pPr>
        <w:r w:rsidRPr="009C3AF0">
          <w:rPr>
            <w:rStyle w:val="PageNumber"/>
            <w:rFonts w:ascii="Arial" w:hAnsi="Arial" w:cs="Arial"/>
          </w:rPr>
          <w:fldChar w:fldCharType="begin"/>
        </w:r>
        <w:r w:rsidRPr="009C3AF0">
          <w:rPr>
            <w:rStyle w:val="PageNumber"/>
            <w:rFonts w:ascii="Arial" w:hAnsi="Arial" w:cs="Arial"/>
          </w:rPr>
          <w:instrText xml:space="preserve"> PAGE </w:instrText>
        </w:r>
        <w:r w:rsidRPr="009C3AF0">
          <w:rPr>
            <w:rStyle w:val="PageNumber"/>
            <w:rFonts w:ascii="Arial" w:hAnsi="Arial" w:cs="Arial"/>
          </w:rPr>
          <w:fldChar w:fldCharType="separate"/>
        </w:r>
        <w:r w:rsidRPr="009C3AF0">
          <w:rPr>
            <w:rStyle w:val="PageNumber"/>
            <w:rFonts w:ascii="Arial" w:hAnsi="Arial" w:cs="Arial"/>
            <w:noProof/>
          </w:rPr>
          <w:t>- 1 -</w:t>
        </w:r>
        <w:r w:rsidRPr="009C3AF0">
          <w:rPr>
            <w:rStyle w:val="PageNumber"/>
            <w:rFonts w:ascii="Arial" w:hAnsi="Arial" w:cs="Arial"/>
          </w:rPr>
          <w:fldChar w:fldCharType="end"/>
        </w:r>
      </w:p>
    </w:sdtContent>
  </w:sdt>
  <w:p w14:paraId="358390DB" w14:textId="77777777" w:rsidR="00930F33" w:rsidRPr="009C3AF0" w:rsidRDefault="001216B9">
    <w:pPr>
      <w:pStyle w:val="Footer"/>
      <w:rPr>
        <w:rFonts w:ascii="Arial" w:hAnsi="Arial" w:cs="Arial"/>
        <w:color w:val="BFBFBF" w:themeColor="background1" w:themeShade="BF"/>
      </w:rPr>
    </w:pPr>
    <w:r w:rsidRPr="009C3AF0">
      <w:rPr>
        <w:rFonts w:ascii="Arial" w:hAnsi="Arial" w:cs="Arial"/>
        <w:color w:val="BFBFBF" w:themeColor="background1" w:themeShade="BF"/>
      </w:rPr>
      <w:ptab w:relativeTo="margin" w:alignment="center" w:leader="none"/>
    </w:r>
    <w:r w:rsidRPr="009C3AF0">
      <w:rPr>
        <w:rFonts w:ascii="Arial" w:hAnsi="Arial" w:cs="Arial"/>
        <w:color w:val="BFBFBF" w:themeColor="background1" w:themeShade="BF"/>
      </w:rPr>
      <w:ptab w:relativeTo="margin" w:alignment="right" w:leader="none"/>
    </w:r>
    <w:r w:rsidRPr="009C3AF0">
      <w:rPr>
        <w:rFonts w:ascii="Arial" w:hAnsi="Arial" w:cs="Arial"/>
        <w:color w:val="BFBFBF" w:themeColor="background1" w:themeShade="BF"/>
      </w:rPr>
      <w:t xml:space="preserve">Transcribed by </w:t>
    </w:r>
    <w:hyperlink r:id="rId1" w:history="1">
      <w:r w:rsidRPr="006E2A8C">
        <w:rPr>
          <w:rStyle w:val="Hyperlink"/>
          <w:rFonts w:ascii="Arial" w:hAnsi="Arial" w:cs="Arial"/>
        </w:rPr>
        <w:t>https://otter.ai</w:t>
      </w:r>
    </w:hyperlink>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BF0F9C9" w14:textId="77777777" w:rsidR="006E2A8C" w:rsidRDefault="006E2A8C">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23104738" w14:textId="77777777" w:rsidR="00ED3244" w:rsidRDefault="00ED3244">
      <w:pPr>
        <w:spacing w:after="0" w:line="240" w:lineRule="auto"/>
      </w:pPr>
      <w:r>
        <w:separator/>
      </w:r>
    </w:p>
  </w:footnote>
  <w:footnote w:type="continuationSeparator" w:id="0">
    <w:p w14:paraId="189D8206" w14:textId="77777777" w:rsidR="00ED3244" w:rsidRDefault="00ED3244">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16108B0" w14:textId="77777777" w:rsidR="006E2A8C" w:rsidRDefault="006E2A8C">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26F0340" w14:textId="77777777" w:rsidR="006E2A8C" w:rsidRDefault="006E2A8C">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46FAF3B" w14:textId="77777777" w:rsidR="006E2A8C" w:rsidRDefault="006E2A8C">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FFFFFF7C"/>
    <w:multiLevelType w:val="singleLevel"/>
    <w:tmpl w:val="C310EC42"/>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E408902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15:restartNumberingAfterBreak="0">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15:restartNumberingAfterBreak="0">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15:restartNumberingAfterBreak="0">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15:restartNumberingAfterBreak="0">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15:restartNumberingAfterBreak="0">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hdrShapeDefaults>
    <o:shapedefaults v:ext="edit" spidmax="4097"/>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47730"/>
    <w:rsid w:val="00034616"/>
    <w:rsid w:val="00050A6B"/>
    <w:rsid w:val="0006063C"/>
    <w:rsid w:val="00066610"/>
    <w:rsid w:val="001216B9"/>
    <w:rsid w:val="0015074B"/>
    <w:rsid w:val="0029639D"/>
    <w:rsid w:val="002F30F1"/>
    <w:rsid w:val="00326F90"/>
    <w:rsid w:val="004A641F"/>
    <w:rsid w:val="004B593C"/>
    <w:rsid w:val="006E2A8C"/>
    <w:rsid w:val="007749AF"/>
    <w:rsid w:val="00794EBC"/>
    <w:rsid w:val="00930F33"/>
    <w:rsid w:val="009C3AF0"/>
    <w:rsid w:val="00A12EE5"/>
    <w:rsid w:val="00AA1D8D"/>
    <w:rsid w:val="00B47730"/>
    <w:rsid w:val="00BA4C2B"/>
    <w:rsid w:val="00BD0140"/>
    <w:rsid w:val="00C24502"/>
    <w:rsid w:val="00CB0664"/>
    <w:rsid w:val="00CF75C8"/>
    <w:rsid w:val="00D57E81"/>
    <w:rsid w:val="00ED324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4097"/>
    <o:shapelayout v:ext="edit">
      <o:idmap v:ext="edit" data="1"/>
    </o:shapelayout>
  </w:shapeDefaults>
  <w:decimalSymbol w:val="."/>
  <w:listSeparator w:val=","/>
  <w14:docId w14:val="5555CCF6"/>
  <w14:defaultImageDpi w14:val="300"/>
  <w15:docId w15:val="{BBBC883F-E58E-BB4C-A526-B24797FD08C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Borders>
        <w:top w:val="single" w:sz="8" w:space="0" w:color="F79646" w:themeColor="accent6"/>
        <w:bottom w:val="single" w:sz="8" w:space="0" w:color="F79646" w:themeColor="accent6"/>
      </w:tblBorders>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F81BD" w:themeColor="accent1"/>
        <w:bottom w:val="single" w:sz="8" w:space="0" w:color="4F81BD" w:themeColor="accent1"/>
      </w:tblBorders>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C0504D" w:themeColor="accent2"/>
        <w:bottom w:val="single" w:sz="8" w:space="0" w:color="C0504D" w:themeColor="accent2"/>
      </w:tblBorders>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9BBB59" w:themeColor="accent3"/>
        <w:bottom w:val="single" w:sz="8" w:space="0" w:color="9BBB59" w:themeColor="accent3"/>
      </w:tblBorders>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8064A2" w:themeColor="accent4"/>
        <w:bottom w:val="single" w:sz="8" w:space="0" w:color="8064A2" w:themeColor="accent4"/>
      </w:tblBorders>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4BACC6" w:themeColor="accent5"/>
        <w:bottom w:val="single" w:sz="8" w:space="0" w:color="4BACC6" w:themeColor="accent5"/>
      </w:tblBorders>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F79646" w:themeColor="accent6"/>
        <w:bottom w:val="single" w:sz="8" w:space="0" w:color="F79646" w:themeColor="accent6"/>
      </w:tblBorders>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character" w:styleId="PageNumber">
    <w:name w:val="page number"/>
    <w:basedOn w:val="DefaultParagraphFont"/>
    <w:uiPriority w:val="99"/>
    <w:semiHidden/>
    <w:unhideWhenUsed/>
    <w:rsid w:val="001216B9"/>
  </w:style>
  <w:style w:type="character" w:styleId="Hyperlink">
    <w:name w:val="Hyperlink"/>
    <w:basedOn w:val="DefaultParagraphFont"/>
    <w:uiPriority w:val="99"/>
    <w:unhideWhenUsed/>
    <w:rsid w:val="006E2A8C"/>
    <w:rPr>
      <w:color w:val="0000FF" w:themeColor="hyperlink"/>
      <w:u w:val="single"/>
    </w:rPr>
  </w:style>
  <w:style w:type="character" w:styleId="UnresolvedMention">
    <w:name w:val="Unresolved Mention"/>
    <w:basedOn w:val="DefaultParagraphFont"/>
    <w:uiPriority w:val="99"/>
    <w:semiHidden/>
    <w:unhideWhenUsed/>
    <w:rsid w:val="006E2A8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eader" Target="head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3.xml"/></Relationships>
</file>

<file path=word/_rels/footer2.xml.rels><?xml version="1.0" encoding="UTF-8" standalone="yes"?>
<Relationships xmlns="http://schemas.openxmlformats.org/package/2006/relationships"><Relationship Id="rId1" Type="http://schemas.openxmlformats.org/officeDocument/2006/relationships/hyperlink" Target="https://otter.ai/"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3411EC8-F1B9-C84B-81E7-620E13BCCD6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TotalTime>
  <Pages>30</Pages>
  <Words>13369</Words>
  <Characters>76209</Characters>
  <Application>Microsoft Office Word</Application>
  <DocSecurity>0</DocSecurity>
  <Lines>635</Lines>
  <Paragraphs>178</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89400</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Lucy Wood</cp:lastModifiedBy>
  <cp:revision>2</cp:revision>
  <dcterms:created xsi:type="dcterms:W3CDTF">2021-03-11T10:17:00Z</dcterms:created>
  <dcterms:modified xsi:type="dcterms:W3CDTF">2021-03-11T10:17:00Z</dcterms:modified>
  <cp:category/>
</cp:coreProperties>
</file>