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058243" w14:textId="03ACC5B5" w:rsidR="00930F33" w:rsidRDefault="007F724F" w:rsidP="007F724F">
      <w:pPr>
        <w:spacing w:after="0"/>
        <w:jc w:val="center"/>
        <w:rPr>
          <w:lang w:eastAsia="zh-CN"/>
        </w:rPr>
      </w:pPr>
      <w:r>
        <w:rPr>
          <w:noProof/>
          <w:lang w:eastAsia="zh-CN"/>
        </w:rPr>
        <w:drawing>
          <wp:inline distT="0" distB="0" distL="0" distR="0" wp14:anchorId="16296B47" wp14:editId="022A48CC">
            <wp:extent cx="1516380" cy="1516380"/>
            <wp:effectExtent l="0" t="0" r="7620" b="762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a:stretch>
                      <a:fillRect/>
                    </a:stretch>
                  </pic:blipFill>
                  <pic:spPr>
                    <a:xfrm>
                      <a:off x="0" y="0"/>
                      <a:ext cx="1516380" cy="1516380"/>
                    </a:xfrm>
                    <a:prstGeom prst="rect">
                      <a:avLst/>
                    </a:prstGeom>
                  </pic:spPr>
                </pic:pic>
              </a:graphicData>
            </a:graphic>
          </wp:inline>
        </w:drawing>
      </w:r>
    </w:p>
    <w:p w14:paraId="49F2E435" w14:textId="77777777" w:rsidR="007F724F" w:rsidRDefault="007F724F">
      <w:pPr>
        <w:spacing w:after="0"/>
        <w:rPr>
          <w:lang w:eastAsia="zh-CN"/>
        </w:rPr>
      </w:pPr>
    </w:p>
    <w:p w14:paraId="37B5B0FC" w14:textId="27A666EF" w:rsidR="007F724F" w:rsidRPr="007F724F" w:rsidRDefault="007F724F" w:rsidP="007F724F">
      <w:pPr>
        <w:jc w:val="center"/>
        <w:rPr>
          <w:rFonts w:ascii="Arial" w:hAnsi="Arial"/>
          <w:b/>
          <w:bCs/>
          <w:sz w:val="48"/>
        </w:rPr>
      </w:pPr>
      <w:r w:rsidRPr="007F724F">
        <w:rPr>
          <w:rFonts w:ascii="Arial" w:hAnsi="Arial"/>
          <w:b/>
          <w:bCs/>
          <w:sz w:val="48"/>
        </w:rPr>
        <w:t>lABLEd Podcast Transcript</w:t>
      </w:r>
    </w:p>
    <w:p w14:paraId="2763035B" w14:textId="7F995097" w:rsidR="009663B4" w:rsidRPr="007F724F" w:rsidRDefault="007F724F" w:rsidP="007F724F">
      <w:pPr>
        <w:jc w:val="center"/>
        <w:rPr>
          <w:rFonts w:ascii="Arial" w:hAnsi="Arial"/>
          <w:b/>
          <w:bCs/>
          <w:sz w:val="48"/>
        </w:rPr>
      </w:pPr>
      <w:r w:rsidRPr="007F724F">
        <w:rPr>
          <w:rFonts w:ascii="Arial" w:hAnsi="Arial"/>
          <w:b/>
          <w:bCs/>
          <w:sz w:val="48"/>
        </w:rPr>
        <w:t xml:space="preserve">Autism Awareness </w:t>
      </w:r>
      <w:r w:rsidRPr="007F724F">
        <w:rPr>
          <w:rFonts w:ascii="Arial" w:hAnsi="Arial"/>
          <w:b/>
          <w:bCs/>
          <w:sz w:val="48"/>
        </w:rPr>
        <w:t>Week</w:t>
      </w:r>
      <w:r w:rsidRPr="007F724F">
        <w:rPr>
          <w:rFonts w:ascii="Arial" w:hAnsi="Arial"/>
          <w:b/>
          <w:bCs/>
          <w:sz w:val="48"/>
        </w:rPr>
        <w:t xml:space="preserve"> Lydia Wilkins</w:t>
      </w:r>
    </w:p>
    <w:p w14:paraId="43EA8350" w14:textId="77777777" w:rsidR="009663B4" w:rsidRDefault="009663B4">
      <w:pPr>
        <w:spacing w:after="0"/>
      </w:pPr>
    </w:p>
    <w:p w14:paraId="16BC709A" w14:textId="77777777" w:rsidR="009663B4" w:rsidRDefault="007F724F">
      <w:pPr>
        <w:spacing w:after="0"/>
      </w:pPr>
      <w:r>
        <w:rPr>
          <w:rFonts w:ascii="Arial" w:hAnsi="Arial"/>
          <w:b/>
        </w:rPr>
        <w:t xml:space="preserve">Lucy  </w:t>
      </w:r>
      <w:r>
        <w:rPr>
          <w:rFonts w:ascii="Arial" w:hAnsi="Arial"/>
          <w:color w:val="5D7284"/>
        </w:rPr>
        <w:t>00:00</w:t>
      </w:r>
    </w:p>
    <w:p w14:paraId="563883EF" w14:textId="77777777" w:rsidR="009663B4" w:rsidRDefault="007F724F">
      <w:pPr>
        <w:spacing w:after="0"/>
      </w:pPr>
      <w:r>
        <w:rPr>
          <w:rFonts w:ascii="Arial" w:hAnsi="Arial"/>
        </w:rPr>
        <w:t xml:space="preserve">Welcome to the lABLEd podcast, a show about disability illness and difference. I'm </w:t>
      </w:r>
      <w:proofErr w:type="gramStart"/>
      <w:r>
        <w:rPr>
          <w:rFonts w:ascii="Arial" w:hAnsi="Arial"/>
        </w:rPr>
        <w:t>Lucy</w:t>
      </w:r>
      <w:proofErr w:type="gramEnd"/>
    </w:p>
    <w:p w14:paraId="512A464F" w14:textId="77777777" w:rsidR="009663B4" w:rsidRDefault="009663B4">
      <w:pPr>
        <w:spacing w:after="0"/>
      </w:pPr>
    </w:p>
    <w:p w14:paraId="5DD82069" w14:textId="77777777" w:rsidR="009663B4" w:rsidRDefault="007F724F">
      <w:pPr>
        <w:spacing w:after="0"/>
      </w:pPr>
      <w:r>
        <w:rPr>
          <w:rFonts w:ascii="Arial" w:hAnsi="Arial"/>
          <w:color w:val="5D7284"/>
        </w:rPr>
        <w:t>00:07</w:t>
      </w:r>
    </w:p>
    <w:p w14:paraId="47604292" w14:textId="77777777" w:rsidR="009663B4" w:rsidRDefault="007F724F">
      <w:pPr>
        <w:spacing w:after="0"/>
      </w:pPr>
      <w:r>
        <w:rPr>
          <w:rFonts w:ascii="Arial" w:hAnsi="Arial"/>
        </w:rPr>
        <w:t>And I'm Alice.... (Dog barks)</w:t>
      </w:r>
    </w:p>
    <w:p w14:paraId="52E6C07E" w14:textId="77777777" w:rsidR="009663B4" w:rsidRDefault="009663B4">
      <w:pPr>
        <w:spacing w:after="0"/>
      </w:pPr>
    </w:p>
    <w:p w14:paraId="7973795D" w14:textId="77777777" w:rsidR="009663B4" w:rsidRDefault="007F724F">
      <w:pPr>
        <w:spacing w:after="0"/>
      </w:pPr>
      <w:r>
        <w:rPr>
          <w:rFonts w:ascii="Arial" w:hAnsi="Arial"/>
          <w:b/>
        </w:rPr>
        <w:t xml:space="preserve">Theme Tune  </w:t>
      </w:r>
      <w:r>
        <w:rPr>
          <w:rFonts w:ascii="Arial" w:hAnsi="Arial"/>
          <w:color w:val="5D7284"/>
        </w:rPr>
        <w:t>00:12</w:t>
      </w:r>
    </w:p>
    <w:p w14:paraId="5E03CB96" w14:textId="77777777" w:rsidR="009663B4" w:rsidRDefault="009663B4">
      <w:pPr>
        <w:spacing w:after="0"/>
      </w:pPr>
    </w:p>
    <w:p w14:paraId="52A61B6C" w14:textId="77777777" w:rsidR="009663B4" w:rsidRDefault="009663B4">
      <w:pPr>
        <w:spacing w:after="0"/>
      </w:pPr>
    </w:p>
    <w:p w14:paraId="4976E795" w14:textId="77777777" w:rsidR="009663B4" w:rsidRDefault="007F724F">
      <w:pPr>
        <w:spacing w:after="0"/>
      </w:pPr>
      <w:r>
        <w:rPr>
          <w:rFonts w:ascii="Arial" w:hAnsi="Arial"/>
          <w:b/>
        </w:rPr>
        <w:t xml:space="preserve">Alice  </w:t>
      </w:r>
      <w:r>
        <w:rPr>
          <w:rFonts w:ascii="Arial" w:hAnsi="Arial"/>
          <w:color w:val="5D7284"/>
        </w:rPr>
        <w:t>00:36</w:t>
      </w:r>
    </w:p>
    <w:p w14:paraId="719F27CD" w14:textId="77777777" w:rsidR="009663B4" w:rsidRDefault="007F724F">
      <w:pPr>
        <w:spacing w:after="0"/>
      </w:pPr>
      <w:r>
        <w:rPr>
          <w:rFonts w:ascii="Arial" w:hAnsi="Arial"/>
        </w:rPr>
        <w:t xml:space="preserve">Hi </w:t>
      </w:r>
      <w:r>
        <w:rPr>
          <w:rFonts w:ascii="Arial" w:hAnsi="Arial"/>
        </w:rPr>
        <w:t xml:space="preserve">guys, don't forget </w:t>
      </w:r>
      <w:proofErr w:type="gramStart"/>
      <w:r>
        <w:rPr>
          <w:rFonts w:ascii="Arial" w:hAnsi="Arial"/>
        </w:rPr>
        <w:t>In</w:t>
      </w:r>
      <w:proofErr w:type="gramEnd"/>
      <w:r>
        <w:rPr>
          <w:rFonts w:ascii="Arial" w:hAnsi="Arial"/>
        </w:rPr>
        <w:t xml:space="preserve"> this episode, I might swear loose, you might cry, and you can check out details of the trigger warnings on our website. A trigger warning for this episode, we will be discussing conversion therapy Hi, everyone. Welcome back to the lAB</w:t>
      </w:r>
      <w:r>
        <w:rPr>
          <w:rFonts w:ascii="Arial" w:hAnsi="Arial"/>
        </w:rPr>
        <w:t xml:space="preserve">LEd podcast. This is another episode in our Autism Awareness Week series. I think this is going to be the last one we put out. </w:t>
      </w:r>
      <w:proofErr w:type="gramStart"/>
      <w:r>
        <w:rPr>
          <w:rFonts w:ascii="Arial" w:hAnsi="Arial"/>
        </w:rPr>
        <w:t>So</w:t>
      </w:r>
      <w:proofErr w:type="gramEnd"/>
      <w:r>
        <w:rPr>
          <w:rFonts w:ascii="Arial" w:hAnsi="Arial"/>
        </w:rPr>
        <w:t xml:space="preserve"> I hope you guys have enjoyed it. This one should be, I think, </w:t>
      </w:r>
      <w:proofErr w:type="gramStart"/>
      <w:r>
        <w:rPr>
          <w:rFonts w:ascii="Arial" w:hAnsi="Arial"/>
        </w:rPr>
        <w:t>really interesting</w:t>
      </w:r>
      <w:proofErr w:type="gramEnd"/>
      <w:r>
        <w:rPr>
          <w:rFonts w:ascii="Arial" w:hAnsi="Arial"/>
        </w:rPr>
        <w:t>. We've got Lydia Wilkins with us today. Lydia</w:t>
      </w:r>
      <w:r>
        <w:rPr>
          <w:rFonts w:ascii="Arial" w:hAnsi="Arial"/>
        </w:rPr>
        <w:t>, do you want to say hello and introduce yourself?</w:t>
      </w:r>
    </w:p>
    <w:p w14:paraId="01C6DA2A" w14:textId="77777777" w:rsidR="009663B4" w:rsidRDefault="009663B4">
      <w:pPr>
        <w:spacing w:after="0"/>
      </w:pPr>
    </w:p>
    <w:p w14:paraId="44AC25F2" w14:textId="77777777" w:rsidR="009663B4" w:rsidRDefault="007F724F">
      <w:pPr>
        <w:spacing w:after="0"/>
      </w:pPr>
      <w:r>
        <w:rPr>
          <w:rFonts w:ascii="Arial" w:hAnsi="Arial"/>
          <w:b/>
        </w:rPr>
        <w:t xml:space="preserve">Lydia Wilkins  </w:t>
      </w:r>
      <w:r>
        <w:rPr>
          <w:rFonts w:ascii="Arial" w:hAnsi="Arial"/>
          <w:color w:val="5D7284"/>
        </w:rPr>
        <w:t>01:14</w:t>
      </w:r>
    </w:p>
    <w:p w14:paraId="1B388099" w14:textId="77777777" w:rsidR="009663B4" w:rsidRDefault="007F724F">
      <w:pPr>
        <w:spacing w:after="0"/>
      </w:pPr>
      <w:r>
        <w:rPr>
          <w:rFonts w:ascii="Arial" w:hAnsi="Arial"/>
        </w:rPr>
        <w:t xml:space="preserve">Hi, obviously, you all know my name is Lydia. </w:t>
      </w:r>
      <w:proofErr w:type="gramStart"/>
      <w:r>
        <w:rPr>
          <w:rFonts w:ascii="Arial" w:hAnsi="Arial"/>
        </w:rPr>
        <w:t>So</w:t>
      </w:r>
      <w:proofErr w:type="gramEnd"/>
      <w:r>
        <w:rPr>
          <w:rFonts w:ascii="Arial" w:hAnsi="Arial"/>
        </w:rPr>
        <w:t xml:space="preserve"> I work as a freelance journalist slash newsletter editor, whenever people ask me to introduce myself, I'm never really sure what to sa</w:t>
      </w:r>
      <w:r>
        <w:rPr>
          <w:rFonts w:ascii="Arial" w:hAnsi="Arial"/>
        </w:rPr>
        <w:t>y. It's kind of crossing the intersection between lifestyle and disability. And a lot of that has primarily come out of the fact that I'm on the autistic spectrum. I wouldn't be talking to you today if that wasn't the case. I was also previously on the jou</w:t>
      </w:r>
      <w:r>
        <w:rPr>
          <w:rFonts w:ascii="Arial" w:hAnsi="Arial"/>
        </w:rPr>
        <w:t xml:space="preserve">rnalism diversity fund for my </w:t>
      </w:r>
      <w:proofErr w:type="spellStart"/>
      <w:r>
        <w:rPr>
          <w:rFonts w:ascii="Arial" w:hAnsi="Arial"/>
        </w:rPr>
        <w:t>nctj</w:t>
      </w:r>
      <w:proofErr w:type="spellEnd"/>
      <w:r>
        <w:rPr>
          <w:rFonts w:ascii="Arial" w:hAnsi="Arial"/>
        </w:rPr>
        <w:t xml:space="preserve"> and right I'm writing a book, apparently.</w:t>
      </w:r>
    </w:p>
    <w:p w14:paraId="61AA233B" w14:textId="77777777" w:rsidR="009663B4" w:rsidRDefault="009663B4">
      <w:pPr>
        <w:spacing w:after="0"/>
      </w:pPr>
    </w:p>
    <w:p w14:paraId="57166A5F" w14:textId="77777777" w:rsidR="009663B4" w:rsidRDefault="007F724F">
      <w:pPr>
        <w:spacing w:after="0"/>
      </w:pPr>
      <w:r>
        <w:rPr>
          <w:rFonts w:ascii="Arial" w:hAnsi="Arial"/>
          <w:b/>
        </w:rPr>
        <w:t xml:space="preserve">Lucy  </w:t>
      </w:r>
      <w:r>
        <w:rPr>
          <w:rFonts w:ascii="Arial" w:hAnsi="Arial"/>
          <w:color w:val="5D7284"/>
        </w:rPr>
        <w:t>01:53</w:t>
      </w:r>
    </w:p>
    <w:p w14:paraId="11FB937C" w14:textId="77777777" w:rsidR="009663B4" w:rsidRDefault="007F724F">
      <w:pPr>
        <w:spacing w:after="0"/>
      </w:pPr>
      <w:r>
        <w:rPr>
          <w:rFonts w:ascii="Arial" w:hAnsi="Arial"/>
        </w:rPr>
        <w:t>Wow. That's a lot.</w:t>
      </w:r>
    </w:p>
    <w:p w14:paraId="7B55AEC5" w14:textId="77777777" w:rsidR="009663B4" w:rsidRDefault="009663B4">
      <w:pPr>
        <w:spacing w:after="0"/>
      </w:pPr>
    </w:p>
    <w:p w14:paraId="211EBAA6" w14:textId="77777777" w:rsidR="009663B4" w:rsidRDefault="007F724F">
      <w:pPr>
        <w:spacing w:after="0"/>
      </w:pPr>
      <w:r>
        <w:rPr>
          <w:rFonts w:ascii="Arial" w:hAnsi="Arial"/>
          <w:b/>
        </w:rPr>
        <w:t xml:space="preserve">Alice  </w:t>
      </w:r>
      <w:r>
        <w:rPr>
          <w:rFonts w:ascii="Arial" w:hAnsi="Arial"/>
          <w:color w:val="5D7284"/>
        </w:rPr>
        <w:t>01:59</w:t>
      </w:r>
    </w:p>
    <w:p w14:paraId="32EB282E" w14:textId="77777777" w:rsidR="009663B4" w:rsidRDefault="007F724F">
      <w:pPr>
        <w:spacing w:after="0"/>
      </w:pPr>
      <w:r>
        <w:rPr>
          <w:rFonts w:ascii="Arial" w:hAnsi="Arial"/>
        </w:rPr>
        <w:lastRenderedPageBreak/>
        <w:t xml:space="preserve">I like that you don't seem certain about the book </w:t>
      </w:r>
      <w:proofErr w:type="gramStart"/>
      <w:r>
        <w:rPr>
          <w:rFonts w:ascii="Arial" w:hAnsi="Arial"/>
        </w:rPr>
        <w:t>writing</w:t>
      </w:r>
      <w:proofErr w:type="gramEnd"/>
    </w:p>
    <w:p w14:paraId="02713732" w14:textId="77777777" w:rsidR="009663B4" w:rsidRDefault="009663B4">
      <w:pPr>
        <w:spacing w:after="0"/>
      </w:pPr>
    </w:p>
    <w:p w14:paraId="4C5F1B68" w14:textId="77777777" w:rsidR="009663B4" w:rsidRDefault="007F724F">
      <w:pPr>
        <w:spacing w:after="0"/>
      </w:pPr>
      <w:r>
        <w:rPr>
          <w:rFonts w:ascii="Arial" w:hAnsi="Arial"/>
          <w:b/>
        </w:rPr>
        <w:t xml:space="preserve">Lydia Wilkins  </w:t>
      </w:r>
      <w:r>
        <w:rPr>
          <w:rFonts w:ascii="Arial" w:hAnsi="Arial"/>
          <w:color w:val="5D7284"/>
        </w:rPr>
        <w:t>02:03</w:t>
      </w:r>
    </w:p>
    <w:p w14:paraId="77AB3EFF" w14:textId="77777777" w:rsidR="009663B4" w:rsidRDefault="007F724F">
      <w:pPr>
        <w:spacing w:after="0"/>
      </w:pPr>
      <w:r>
        <w:rPr>
          <w:rFonts w:ascii="Arial" w:hAnsi="Arial"/>
        </w:rPr>
        <w:t>Well, it's my first book, it's my first book. But the</w:t>
      </w:r>
      <w:r>
        <w:rPr>
          <w:rFonts w:ascii="Arial" w:hAnsi="Arial"/>
        </w:rPr>
        <w:t xml:space="preserve"> thing is about this, I hadn't because I didn't really have a lot of familiarity with writing a book, I just sort of had interviewed authors and kind of worked alongside them for a long time. But I didn't really know about the kind of ins and outs of the p</w:t>
      </w:r>
      <w:r>
        <w:rPr>
          <w:rFonts w:ascii="Arial" w:hAnsi="Arial"/>
        </w:rPr>
        <w:t xml:space="preserve">hysicality of, Okay, sit down, here's 1000 words today. And then the amount of research and having to like, you know, make sure that you've got all the copyright permissions and not quoting on stealing work and all that sort of thing. It was </w:t>
      </w:r>
      <w:proofErr w:type="gramStart"/>
      <w:r>
        <w:rPr>
          <w:rFonts w:ascii="Arial" w:hAnsi="Arial"/>
        </w:rPr>
        <w:t>really quite</w:t>
      </w:r>
      <w:proofErr w:type="gramEnd"/>
      <w:r>
        <w:rPr>
          <w:rFonts w:ascii="Arial" w:hAnsi="Arial"/>
        </w:rPr>
        <w:t xml:space="preserve"> d</w:t>
      </w:r>
      <w:r>
        <w:rPr>
          <w:rFonts w:ascii="Arial" w:hAnsi="Arial"/>
        </w:rPr>
        <w:t xml:space="preserve">aunting to be honest. </w:t>
      </w:r>
      <w:proofErr w:type="gramStart"/>
      <w:r>
        <w:rPr>
          <w:rFonts w:ascii="Arial" w:hAnsi="Arial"/>
        </w:rPr>
        <w:t>So</w:t>
      </w:r>
      <w:proofErr w:type="gramEnd"/>
      <w:r>
        <w:rPr>
          <w:rFonts w:ascii="Arial" w:hAnsi="Arial"/>
        </w:rPr>
        <w:t xml:space="preserve"> I have started in case my publisher's listening to this. I </w:t>
      </w:r>
      <w:proofErr w:type="spellStart"/>
      <w:proofErr w:type="gramStart"/>
      <w:r>
        <w:rPr>
          <w:rFonts w:ascii="Arial" w:hAnsi="Arial"/>
        </w:rPr>
        <w:t>have..</w:t>
      </w:r>
      <w:proofErr w:type="gramEnd"/>
      <w:r>
        <w:rPr>
          <w:rFonts w:ascii="Arial" w:hAnsi="Arial"/>
        </w:rPr>
        <w:t>I</w:t>
      </w:r>
      <w:proofErr w:type="spellEnd"/>
      <w:r>
        <w:rPr>
          <w:rFonts w:ascii="Arial" w:hAnsi="Arial"/>
        </w:rPr>
        <w:t xml:space="preserve"> have started, but it's really slow and really quite laborious.</w:t>
      </w:r>
    </w:p>
    <w:p w14:paraId="7F9CA1C9" w14:textId="77777777" w:rsidR="009663B4" w:rsidRDefault="009663B4">
      <w:pPr>
        <w:spacing w:after="0"/>
      </w:pPr>
    </w:p>
    <w:p w14:paraId="36F7A49D" w14:textId="77777777" w:rsidR="009663B4" w:rsidRDefault="007F724F">
      <w:pPr>
        <w:spacing w:after="0"/>
      </w:pPr>
      <w:r>
        <w:rPr>
          <w:rFonts w:ascii="Arial" w:hAnsi="Arial"/>
          <w:b/>
        </w:rPr>
        <w:t xml:space="preserve">Alice  </w:t>
      </w:r>
      <w:r>
        <w:rPr>
          <w:rFonts w:ascii="Arial" w:hAnsi="Arial"/>
          <w:color w:val="5D7284"/>
        </w:rPr>
        <w:t>02:51</w:t>
      </w:r>
    </w:p>
    <w:p w14:paraId="5572F9F8" w14:textId="77777777" w:rsidR="009663B4" w:rsidRDefault="007F724F">
      <w:pPr>
        <w:spacing w:after="0"/>
      </w:pPr>
      <w:r>
        <w:rPr>
          <w:rFonts w:ascii="Arial" w:hAnsi="Arial"/>
        </w:rPr>
        <w:t>are you allowed to tell us what it's about?</w:t>
      </w:r>
    </w:p>
    <w:p w14:paraId="36EC7E41" w14:textId="77777777" w:rsidR="009663B4" w:rsidRDefault="009663B4">
      <w:pPr>
        <w:spacing w:after="0"/>
      </w:pPr>
    </w:p>
    <w:p w14:paraId="29B45151" w14:textId="77777777" w:rsidR="009663B4" w:rsidRDefault="007F724F">
      <w:pPr>
        <w:spacing w:after="0"/>
      </w:pPr>
      <w:r>
        <w:rPr>
          <w:rFonts w:ascii="Arial" w:hAnsi="Arial"/>
          <w:b/>
        </w:rPr>
        <w:t xml:space="preserve">Lydia Wilkins  </w:t>
      </w:r>
      <w:r>
        <w:rPr>
          <w:rFonts w:ascii="Arial" w:hAnsi="Arial"/>
          <w:color w:val="5D7284"/>
        </w:rPr>
        <w:t>02:53</w:t>
      </w:r>
    </w:p>
    <w:p w14:paraId="05A051C4" w14:textId="77777777" w:rsidR="009663B4" w:rsidRDefault="007F724F">
      <w:pPr>
        <w:spacing w:after="0"/>
      </w:pPr>
      <w:r>
        <w:rPr>
          <w:rFonts w:ascii="Arial" w:hAnsi="Arial"/>
        </w:rPr>
        <w:t xml:space="preserve"> Yeah, I hope so. No </w:t>
      </w:r>
      <w:r>
        <w:rPr>
          <w:rFonts w:ascii="Arial" w:hAnsi="Arial"/>
        </w:rPr>
        <w:t xml:space="preserve">one's told me otherwise, but I will! so this is I am writing. It's called the Autism Friendly Cookbook. And this started, it's funny, because when people ask me this, I try not to go on a lot. But it's, it's sort of funny to me how things come full circle </w:t>
      </w:r>
      <w:r>
        <w:rPr>
          <w:rFonts w:ascii="Arial" w:hAnsi="Arial"/>
        </w:rPr>
        <w:t xml:space="preserve">sometimes. </w:t>
      </w:r>
      <w:proofErr w:type="gramStart"/>
      <w:r>
        <w:rPr>
          <w:rFonts w:ascii="Arial" w:hAnsi="Arial"/>
        </w:rPr>
        <w:t>So</w:t>
      </w:r>
      <w:proofErr w:type="gramEnd"/>
      <w:r>
        <w:rPr>
          <w:rFonts w:ascii="Arial" w:hAnsi="Arial"/>
        </w:rPr>
        <w:t xml:space="preserve"> I had been going for personal independence payment between the first and second lockdown, this left me having to go to a tribunal, which at the time I was speaking to you both hasn't gone ahead. But it was largely because when autistic female</w:t>
      </w:r>
      <w:r>
        <w:rPr>
          <w:rFonts w:ascii="Arial" w:hAnsi="Arial"/>
        </w:rPr>
        <w:t xml:space="preserve">s are sort of put under kind of like an assessment lens, there was a lot of bias and a lot of stereotypes. </w:t>
      </w:r>
      <w:proofErr w:type="gramStart"/>
      <w:r>
        <w:rPr>
          <w:rFonts w:ascii="Arial" w:hAnsi="Arial"/>
        </w:rPr>
        <w:t>So</w:t>
      </w:r>
      <w:proofErr w:type="gramEnd"/>
      <w:r>
        <w:rPr>
          <w:rFonts w:ascii="Arial" w:hAnsi="Arial"/>
        </w:rPr>
        <w:t xml:space="preserve"> we are typically not diagnosed until quite later on in life, for example. </w:t>
      </w:r>
      <w:proofErr w:type="gramStart"/>
      <w:r>
        <w:rPr>
          <w:rFonts w:ascii="Arial" w:hAnsi="Arial"/>
        </w:rPr>
        <w:t>So</w:t>
      </w:r>
      <w:proofErr w:type="gramEnd"/>
      <w:r>
        <w:rPr>
          <w:rFonts w:ascii="Arial" w:hAnsi="Arial"/>
        </w:rPr>
        <w:t xml:space="preserve"> for example, the report said, I apparently have no challenges when it</w:t>
      </w:r>
      <w:r>
        <w:rPr>
          <w:rFonts w:ascii="Arial" w:hAnsi="Arial"/>
        </w:rPr>
        <w:t xml:space="preserve"> comes to communication, ASD is probably literally the definition of that. like, so it was kind of the sort of really sort of basic things like that. And it was saying how it was to the point where it was so utterly exaggerated that it was that I like to j</w:t>
      </w:r>
      <w:r>
        <w:rPr>
          <w:rFonts w:ascii="Arial" w:hAnsi="Arial"/>
        </w:rPr>
        <w:t xml:space="preserve">oke and so they almost thought that I was sort of like a chef who could conjure up a roast dinner within like half an hour like it was that stupid. Over the course of about three </w:t>
      </w:r>
      <w:proofErr w:type="gramStart"/>
      <w:r>
        <w:rPr>
          <w:rFonts w:ascii="Arial" w:hAnsi="Arial"/>
        </w:rPr>
        <w:t>days</w:t>
      </w:r>
      <w:proofErr w:type="gramEnd"/>
      <w:r>
        <w:rPr>
          <w:rFonts w:ascii="Arial" w:hAnsi="Arial"/>
        </w:rPr>
        <w:t xml:space="preserve"> I was talking to my mom about this being developmentally delayed means t</w:t>
      </w:r>
      <w:r>
        <w:rPr>
          <w:rFonts w:ascii="Arial" w:hAnsi="Arial"/>
        </w:rPr>
        <w:t xml:space="preserve">hat you will always have a skills attainment gap between you and what is considered, quote unquote, normal.  I can't, I cannot just learn. It takes me a hell of a long time to be able to have anything that's even standard. </w:t>
      </w:r>
      <w:proofErr w:type="gramStart"/>
      <w:r>
        <w:rPr>
          <w:rFonts w:ascii="Arial" w:hAnsi="Arial"/>
        </w:rPr>
        <w:t>So</w:t>
      </w:r>
      <w:proofErr w:type="gramEnd"/>
      <w:r>
        <w:rPr>
          <w:rFonts w:ascii="Arial" w:hAnsi="Arial"/>
        </w:rPr>
        <w:t xml:space="preserve"> telling me that I'm going to h</w:t>
      </w:r>
      <w:r>
        <w:rPr>
          <w:rFonts w:ascii="Arial" w:hAnsi="Arial"/>
        </w:rPr>
        <w:t xml:space="preserve">ave to learn this, but not be supported while doing so  was really quite striking. I never really learned to cook and that was primarily to do with things to do in education and the fact that I was sort of when I got to secondary school, it was sort of </w:t>
      </w:r>
      <w:proofErr w:type="gramStart"/>
      <w:r>
        <w:rPr>
          <w:rFonts w:ascii="Arial" w:hAnsi="Arial"/>
        </w:rPr>
        <w:t>rea</w:t>
      </w:r>
      <w:r>
        <w:rPr>
          <w:rFonts w:ascii="Arial" w:hAnsi="Arial"/>
        </w:rPr>
        <w:t>lly obvious</w:t>
      </w:r>
      <w:proofErr w:type="gramEnd"/>
      <w:r>
        <w:rPr>
          <w:rFonts w:ascii="Arial" w:hAnsi="Arial"/>
        </w:rPr>
        <w:t xml:space="preserve"> that I was manifesting my difficulties, I just didn't have the label. That was, it wasn't particularly received quite well, and trying to learn to cook did not work at all. In the mainstream environment, I didn't really learn and I'm sort of ca</w:t>
      </w:r>
      <w:r>
        <w:rPr>
          <w:rFonts w:ascii="Arial" w:hAnsi="Arial"/>
        </w:rPr>
        <w:t xml:space="preserve">tching up now. But it is amazing to me that that sort of standard, there are so many people who are on the spectrum, I've also been talking to her like </w:t>
      </w:r>
      <w:proofErr w:type="spellStart"/>
      <w:r>
        <w:rPr>
          <w:rFonts w:ascii="Arial" w:hAnsi="Arial"/>
        </w:rPr>
        <w:t>ur</w:t>
      </w:r>
      <w:proofErr w:type="spellEnd"/>
      <w:r>
        <w:rPr>
          <w:rFonts w:ascii="Arial" w:hAnsi="Arial"/>
        </w:rPr>
        <w:t xml:space="preserve"> I just like, you know, get something out the  </w:t>
      </w:r>
      <w:proofErr w:type="spellStart"/>
      <w:r>
        <w:rPr>
          <w:rFonts w:ascii="Arial" w:hAnsi="Arial"/>
        </w:rPr>
        <w:t>the</w:t>
      </w:r>
      <w:proofErr w:type="spellEnd"/>
      <w:r>
        <w:rPr>
          <w:rFonts w:ascii="Arial" w:hAnsi="Arial"/>
        </w:rPr>
        <w:t xml:space="preserve"> packet or  buy a lot of pre prepared food or </w:t>
      </w:r>
      <w:proofErr w:type="spellStart"/>
      <w:r>
        <w:rPr>
          <w:rFonts w:ascii="Arial" w:hAnsi="Arial"/>
        </w:rPr>
        <w:t>i</w:t>
      </w:r>
      <w:proofErr w:type="spellEnd"/>
      <w:r>
        <w:rPr>
          <w:rFonts w:ascii="Arial" w:hAnsi="Arial"/>
        </w:rPr>
        <w:t xml:space="preserve"> </w:t>
      </w:r>
      <w:proofErr w:type="spellStart"/>
      <w:r>
        <w:rPr>
          <w:rFonts w:ascii="Arial" w:hAnsi="Arial"/>
        </w:rPr>
        <w:t>dont</w:t>
      </w:r>
      <w:proofErr w:type="spellEnd"/>
      <w:r>
        <w:rPr>
          <w:rFonts w:ascii="Arial" w:hAnsi="Arial"/>
        </w:rPr>
        <w:t xml:space="preserve"> know how to cook  So I just rely on people who care for me sort of thing. There is this, this weird expectation that my community if you like, I don't really like the word community, but I'll use it for the sake of argument, my community seem to have this</w:t>
      </w:r>
      <w:r>
        <w:rPr>
          <w:rFonts w:ascii="Arial" w:hAnsi="Arial"/>
        </w:rPr>
        <w:t xml:space="preserve"> expectation on them to just let other people care for them. Whereas I quite like to think everyone who has a disability chronic illness or difference, as is the tagline for this podcast, that they should be given the chance of independence if they are abl</w:t>
      </w:r>
      <w:r>
        <w:rPr>
          <w:rFonts w:ascii="Arial" w:hAnsi="Arial"/>
        </w:rPr>
        <w:t>e to</w:t>
      </w:r>
    </w:p>
    <w:p w14:paraId="726D8EA9" w14:textId="77777777" w:rsidR="009663B4" w:rsidRDefault="009663B4">
      <w:pPr>
        <w:spacing w:after="0"/>
      </w:pPr>
    </w:p>
    <w:p w14:paraId="7006EE04" w14:textId="77777777" w:rsidR="009663B4" w:rsidRDefault="007F724F">
      <w:pPr>
        <w:spacing w:after="0"/>
      </w:pPr>
      <w:r>
        <w:rPr>
          <w:rFonts w:ascii="Arial" w:hAnsi="Arial"/>
          <w:b/>
        </w:rPr>
        <w:lastRenderedPageBreak/>
        <w:t xml:space="preserve">Alice  </w:t>
      </w:r>
      <w:r>
        <w:rPr>
          <w:rFonts w:ascii="Arial" w:hAnsi="Arial"/>
          <w:color w:val="5D7284"/>
        </w:rPr>
        <w:t>06:07</w:t>
      </w:r>
    </w:p>
    <w:p w14:paraId="54E5FCC6" w14:textId="77777777" w:rsidR="009663B4" w:rsidRDefault="007F724F">
      <w:pPr>
        <w:spacing w:after="0"/>
      </w:pPr>
      <w:r>
        <w:rPr>
          <w:rFonts w:ascii="Arial" w:hAnsi="Arial"/>
        </w:rPr>
        <w:t>very on brand, Lydia, thank you.</w:t>
      </w:r>
    </w:p>
    <w:p w14:paraId="161F125F" w14:textId="77777777" w:rsidR="009663B4" w:rsidRDefault="009663B4">
      <w:pPr>
        <w:spacing w:after="0"/>
      </w:pPr>
    </w:p>
    <w:p w14:paraId="41108334" w14:textId="77777777" w:rsidR="009663B4" w:rsidRDefault="007F724F">
      <w:pPr>
        <w:spacing w:after="0"/>
      </w:pPr>
      <w:r>
        <w:rPr>
          <w:rFonts w:ascii="Arial" w:hAnsi="Arial"/>
          <w:b/>
        </w:rPr>
        <w:t xml:space="preserve">Lydia Wilkins  </w:t>
      </w:r>
      <w:r>
        <w:rPr>
          <w:rFonts w:ascii="Arial" w:hAnsi="Arial"/>
          <w:color w:val="5D7284"/>
        </w:rPr>
        <w:t>06:09</w:t>
      </w:r>
    </w:p>
    <w:p w14:paraId="318640AD" w14:textId="77777777" w:rsidR="009663B4" w:rsidRDefault="007F724F">
      <w:pPr>
        <w:spacing w:after="0"/>
      </w:pPr>
      <w:proofErr w:type="spellStart"/>
      <w:r>
        <w:rPr>
          <w:rFonts w:ascii="Arial" w:hAnsi="Arial"/>
        </w:rPr>
        <w:t>Im</w:t>
      </w:r>
      <w:proofErr w:type="spellEnd"/>
      <w:r>
        <w:rPr>
          <w:rFonts w:ascii="Arial" w:hAnsi="Arial"/>
        </w:rPr>
        <w:t xml:space="preserve"> just betraying  my very journalistic sensibility. But just it's really striking, and even said in my personal independence assessment that mine because my mom cares for me, </w:t>
      </w:r>
      <w:r>
        <w:rPr>
          <w:rFonts w:ascii="Arial" w:hAnsi="Arial"/>
        </w:rPr>
        <w:t xml:space="preserve">that my mum should be able to continue supporting me. But that's, that's unfair. Because what if she wanted to go away for a weekend over an extended </w:t>
      </w:r>
      <w:proofErr w:type="gramStart"/>
      <w:r>
        <w:rPr>
          <w:rFonts w:ascii="Arial" w:hAnsi="Arial"/>
        </w:rPr>
        <w:t>period of time</w:t>
      </w:r>
      <w:proofErr w:type="gramEnd"/>
      <w:r>
        <w:rPr>
          <w:rFonts w:ascii="Arial" w:hAnsi="Arial"/>
        </w:rPr>
        <w:t>, or</w:t>
      </w:r>
    </w:p>
    <w:p w14:paraId="066BFE13" w14:textId="77777777" w:rsidR="009663B4" w:rsidRDefault="009663B4">
      <w:pPr>
        <w:spacing w:after="0"/>
      </w:pPr>
    </w:p>
    <w:p w14:paraId="77FECE7B" w14:textId="77777777" w:rsidR="009663B4" w:rsidRDefault="007F724F">
      <w:pPr>
        <w:spacing w:after="0"/>
      </w:pPr>
      <w:r>
        <w:rPr>
          <w:rFonts w:ascii="Arial" w:hAnsi="Arial"/>
          <w:b/>
        </w:rPr>
        <w:t xml:space="preserve">Lucy  </w:t>
      </w:r>
      <w:r>
        <w:rPr>
          <w:rFonts w:ascii="Arial" w:hAnsi="Arial"/>
          <w:color w:val="5D7284"/>
        </w:rPr>
        <w:t>06:11</w:t>
      </w:r>
    </w:p>
    <w:p w14:paraId="05442BA4" w14:textId="77777777" w:rsidR="009663B4" w:rsidRDefault="007F724F">
      <w:pPr>
        <w:spacing w:after="0"/>
      </w:pPr>
      <w:r>
        <w:rPr>
          <w:rFonts w:ascii="Arial" w:hAnsi="Arial"/>
        </w:rPr>
        <w:t>completely done your research, there Lydia!</w:t>
      </w:r>
    </w:p>
    <w:p w14:paraId="234AD5DF" w14:textId="77777777" w:rsidR="009663B4" w:rsidRDefault="009663B4">
      <w:pPr>
        <w:spacing w:after="0"/>
      </w:pPr>
    </w:p>
    <w:p w14:paraId="08FB94B2" w14:textId="77777777" w:rsidR="009663B4" w:rsidRDefault="007F724F">
      <w:pPr>
        <w:spacing w:after="0"/>
      </w:pPr>
      <w:r>
        <w:rPr>
          <w:rFonts w:ascii="Arial" w:hAnsi="Arial"/>
          <w:b/>
        </w:rPr>
        <w:t xml:space="preserve">Alice  </w:t>
      </w:r>
      <w:r>
        <w:rPr>
          <w:rFonts w:ascii="Arial" w:hAnsi="Arial"/>
          <w:color w:val="5D7284"/>
        </w:rPr>
        <w:t>06:41</w:t>
      </w:r>
    </w:p>
    <w:p w14:paraId="36842B7C" w14:textId="77777777" w:rsidR="009663B4" w:rsidRDefault="007F724F">
      <w:pPr>
        <w:spacing w:after="0"/>
      </w:pPr>
      <w:r>
        <w:rPr>
          <w:rFonts w:ascii="Arial" w:hAnsi="Arial"/>
        </w:rPr>
        <w:t xml:space="preserve">it's </w:t>
      </w:r>
      <w:proofErr w:type="spellStart"/>
      <w:r>
        <w:rPr>
          <w:rFonts w:ascii="Arial" w:hAnsi="Arial"/>
        </w:rPr>
        <w:t>caalled</w:t>
      </w:r>
      <w:proofErr w:type="spellEnd"/>
      <w:r>
        <w:rPr>
          <w:rFonts w:ascii="Arial" w:hAnsi="Arial"/>
        </w:rPr>
        <w:t xml:space="preserve"> personal independence payments.</w:t>
      </w:r>
    </w:p>
    <w:p w14:paraId="0784FE14" w14:textId="77777777" w:rsidR="009663B4" w:rsidRDefault="009663B4">
      <w:pPr>
        <w:spacing w:after="0"/>
      </w:pPr>
    </w:p>
    <w:p w14:paraId="14140A6D" w14:textId="77777777" w:rsidR="009663B4" w:rsidRDefault="007F724F">
      <w:pPr>
        <w:spacing w:after="0"/>
      </w:pPr>
      <w:r>
        <w:rPr>
          <w:rFonts w:ascii="Arial" w:hAnsi="Arial"/>
          <w:b/>
        </w:rPr>
        <w:t xml:space="preserve">Lydia Wilkins  </w:t>
      </w:r>
      <w:r>
        <w:rPr>
          <w:rFonts w:ascii="Arial" w:hAnsi="Arial"/>
          <w:color w:val="5D7284"/>
        </w:rPr>
        <w:t>06:43</w:t>
      </w:r>
    </w:p>
    <w:p w14:paraId="5FE0C42C" w14:textId="77777777" w:rsidR="009663B4" w:rsidRDefault="007F724F">
      <w:pPr>
        <w:spacing w:after="0"/>
      </w:pPr>
      <w:r>
        <w:rPr>
          <w:rFonts w:ascii="Arial" w:hAnsi="Arial"/>
        </w:rPr>
        <w:t>Yeah,</w:t>
      </w:r>
    </w:p>
    <w:p w14:paraId="4CD2BE40" w14:textId="77777777" w:rsidR="009663B4" w:rsidRDefault="009663B4">
      <w:pPr>
        <w:spacing w:after="0"/>
      </w:pPr>
    </w:p>
    <w:p w14:paraId="4BD9772A" w14:textId="77777777" w:rsidR="009663B4" w:rsidRDefault="007F724F">
      <w:pPr>
        <w:spacing w:after="0"/>
      </w:pPr>
      <w:r>
        <w:rPr>
          <w:rFonts w:ascii="Arial" w:hAnsi="Arial"/>
          <w:b/>
        </w:rPr>
        <w:t xml:space="preserve">Alice  </w:t>
      </w:r>
      <w:r>
        <w:rPr>
          <w:rFonts w:ascii="Arial" w:hAnsi="Arial"/>
          <w:color w:val="5D7284"/>
        </w:rPr>
        <w:t>06:43</w:t>
      </w:r>
    </w:p>
    <w:p w14:paraId="70BD5EE5" w14:textId="77777777" w:rsidR="009663B4" w:rsidRDefault="007F724F">
      <w:pPr>
        <w:spacing w:after="0"/>
      </w:pPr>
      <w:proofErr w:type="gramStart"/>
      <w:r>
        <w:rPr>
          <w:rFonts w:ascii="Arial" w:hAnsi="Arial"/>
        </w:rPr>
        <w:t>so</w:t>
      </w:r>
      <w:proofErr w:type="gramEnd"/>
      <w:r>
        <w:rPr>
          <w:rFonts w:ascii="Arial" w:hAnsi="Arial"/>
        </w:rPr>
        <w:t xml:space="preserve"> the suggestion is that the payment is there to promote your independence going oh  well her mum can look after her it's not....</w:t>
      </w:r>
    </w:p>
    <w:p w14:paraId="2BEE72D3" w14:textId="77777777" w:rsidR="009663B4" w:rsidRDefault="009663B4">
      <w:pPr>
        <w:spacing w:after="0"/>
      </w:pPr>
    </w:p>
    <w:p w14:paraId="75B7D766" w14:textId="77777777" w:rsidR="009663B4" w:rsidRDefault="007F724F">
      <w:pPr>
        <w:spacing w:after="0"/>
      </w:pPr>
      <w:r>
        <w:rPr>
          <w:rFonts w:ascii="Arial" w:hAnsi="Arial"/>
          <w:b/>
        </w:rPr>
        <w:t xml:space="preserve">Lydia Wilkins  </w:t>
      </w:r>
      <w:r>
        <w:rPr>
          <w:rFonts w:ascii="Arial" w:hAnsi="Arial"/>
          <w:color w:val="5D7284"/>
        </w:rPr>
        <w:t>06:51</w:t>
      </w:r>
    </w:p>
    <w:p w14:paraId="28CF6096" w14:textId="77777777" w:rsidR="009663B4" w:rsidRDefault="007F724F">
      <w:pPr>
        <w:spacing w:after="0"/>
      </w:pPr>
      <w:r>
        <w:rPr>
          <w:rFonts w:ascii="Arial" w:hAnsi="Arial"/>
        </w:rPr>
        <w:t>And it's for this rea</w:t>
      </w:r>
      <w:r>
        <w:rPr>
          <w:rFonts w:ascii="Arial" w:hAnsi="Arial"/>
        </w:rPr>
        <w:t>son exactly what the DWP is going in the book acknowledgments. And over the course of about three days, within my very sort of, my brain was working overtime. And it was kind of like, Okay, why, why is there not a place where all the sort of relevant infor</w:t>
      </w:r>
      <w:r>
        <w:rPr>
          <w:rFonts w:ascii="Arial" w:hAnsi="Arial"/>
        </w:rPr>
        <w:t xml:space="preserve">mation is so why is </w:t>
      </w:r>
      <w:proofErr w:type="gramStart"/>
      <w:r>
        <w:rPr>
          <w:rFonts w:ascii="Arial" w:hAnsi="Arial"/>
        </w:rPr>
        <w:t>there..</w:t>
      </w:r>
      <w:proofErr w:type="gramEnd"/>
      <w:r>
        <w:rPr>
          <w:rFonts w:ascii="Arial" w:hAnsi="Arial"/>
        </w:rPr>
        <w:t xml:space="preserve"> I used to work as a webinar person for a project that promoted ASD and kind of positive strategies for coping and living life. And it was </w:t>
      </w:r>
      <w:proofErr w:type="gramStart"/>
      <w:r>
        <w:rPr>
          <w:rFonts w:ascii="Arial" w:hAnsi="Arial"/>
        </w:rPr>
        <w:t>really interesting</w:t>
      </w:r>
      <w:proofErr w:type="gramEnd"/>
      <w:r>
        <w:rPr>
          <w:rFonts w:ascii="Arial" w:hAnsi="Arial"/>
        </w:rPr>
        <w:t xml:space="preserve"> how many parents would come up to me, because this was on zoom, because</w:t>
      </w:r>
      <w:r>
        <w:rPr>
          <w:rFonts w:ascii="Arial" w:hAnsi="Arial"/>
        </w:rPr>
        <w:t xml:space="preserve">, you know, pandemic, they would contact me, they would contact me afterwards. And they would say, Oh, my God. How did I not know, this sort of information about very sort of basic </w:t>
      </w:r>
      <w:proofErr w:type="gramStart"/>
      <w:r>
        <w:rPr>
          <w:rFonts w:ascii="Arial" w:hAnsi="Arial"/>
        </w:rPr>
        <w:t>things.</w:t>
      </w:r>
      <w:proofErr w:type="gramEnd"/>
      <w:r>
        <w:rPr>
          <w:rFonts w:ascii="Arial" w:hAnsi="Arial"/>
        </w:rPr>
        <w:t xml:space="preserve"> </w:t>
      </w:r>
      <w:proofErr w:type="gramStart"/>
      <w:r>
        <w:rPr>
          <w:rFonts w:ascii="Arial" w:hAnsi="Arial"/>
        </w:rPr>
        <w:t>So</w:t>
      </w:r>
      <w:proofErr w:type="gramEnd"/>
      <w:r>
        <w:rPr>
          <w:rFonts w:ascii="Arial" w:hAnsi="Arial"/>
        </w:rPr>
        <w:t xml:space="preserve"> if your child doesn't like a particular form of, say, fruit or v</w:t>
      </w:r>
      <w:r>
        <w:rPr>
          <w:rFonts w:ascii="Arial" w:hAnsi="Arial"/>
        </w:rPr>
        <w:t xml:space="preserve">eg why not put it in another form? So instead of biting an apple, for example, why not cut it up? He could puree it, you can make it into juice, and they would still be having the same thing effectively they'd still be </w:t>
      </w:r>
      <w:proofErr w:type="gramStart"/>
      <w:r>
        <w:rPr>
          <w:rFonts w:ascii="Arial" w:hAnsi="Arial"/>
        </w:rPr>
        <w:t>eating</w:t>
      </w:r>
      <w:proofErr w:type="gramEnd"/>
    </w:p>
    <w:p w14:paraId="36B93023" w14:textId="77777777" w:rsidR="009663B4" w:rsidRDefault="009663B4">
      <w:pPr>
        <w:spacing w:after="0"/>
      </w:pPr>
    </w:p>
    <w:p w14:paraId="797879CA" w14:textId="77777777" w:rsidR="009663B4" w:rsidRDefault="007F724F">
      <w:pPr>
        <w:spacing w:after="0"/>
      </w:pPr>
      <w:r>
        <w:rPr>
          <w:rFonts w:ascii="Arial" w:hAnsi="Arial"/>
          <w:b/>
        </w:rPr>
        <w:t xml:space="preserve">Alice Evans &amp; Lucy Wood  </w:t>
      </w:r>
      <w:r>
        <w:rPr>
          <w:rFonts w:ascii="Arial" w:hAnsi="Arial"/>
          <w:color w:val="5D7284"/>
        </w:rPr>
        <w:t>06:5</w:t>
      </w:r>
      <w:r>
        <w:rPr>
          <w:rFonts w:ascii="Arial" w:hAnsi="Arial"/>
          <w:color w:val="5D7284"/>
        </w:rPr>
        <w:t>8</w:t>
      </w:r>
    </w:p>
    <w:p w14:paraId="1DE53ABD" w14:textId="77777777" w:rsidR="009663B4" w:rsidRDefault="007F724F">
      <w:pPr>
        <w:spacing w:after="0"/>
      </w:pPr>
      <w:r>
        <w:rPr>
          <w:rFonts w:ascii="Arial" w:hAnsi="Arial"/>
        </w:rPr>
        <w:t>laughs</w:t>
      </w:r>
    </w:p>
    <w:p w14:paraId="7E0B1DFA" w14:textId="77777777" w:rsidR="009663B4" w:rsidRDefault="009663B4">
      <w:pPr>
        <w:spacing w:after="0"/>
      </w:pPr>
    </w:p>
    <w:p w14:paraId="0B89FE4E" w14:textId="77777777" w:rsidR="009663B4" w:rsidRDefault="007F724F">
      <w:pPr>
        <w:spacing w:after="0"/>
      </w:pPr>
      <w:r>
        <w:rPr>
          <w:rFonts w:ascii="Arial" w:hAnsi="Arial"/>
          <w:b/>
        </w:rPr>
        <w:t xml:space="preserve">Lucy  </w:t>
      </w:r>
      <w:r>
        <w:rPr>
          <w:rFonts w:ascii="Arial" w:hAnsi="Arial"/>
          <w:color w:val="5D7284"/>
        </w:rPr>
        <w:t>07:49</w:t>
      </w:r>
    </w:p>
    <w:p w14:paraId="47ED9AD3" w14:textId="77777777" w:rsidR="009663B4" w:rsidRDefault="007F724F">
      <w:pPr>
        <w:spacing w:after="0"/>
      </w:pPr>
      <w:r>
        <w:rPr>
          <w:rFonts w:ascii="Arial" w:hAnsi="Arial"/>
        </w:rPr>
        <w:t>Yeah, yeah, yeah.</w:t>
      </w:r>
    </w:p>
    <w:p w14:paraId="01597C1B" w14:textId="77777777" w:rsidR="009663B4" w:rsidRDefault="009663B4">
      <w:pPr>
        <w:spacing w:after="0"/>
      </w:pPr>
    </w:p>
    <w:p w14:paraId="60FAB70D" w14:textId="77777777" w:rsidR="009663B4" w:rsidRDefault="007F724F">
      <w:pPr>
        <w:spacing w:after="0"/>
      </w:pPr>
      <w:r>
        <w:rPr>
          <w:rFonts w:ascii="Arial" w:hAnsi="Arial"/>
          <w:b/>
        </w:rPr>
        <w:t xml:space="preserve">Lydia Wilkins  </w:t>
      </w:r>
      <w:r>
        <w:rPr>
          <w:rFonts w:ascii="Arial" w:hAnsi="Arial"/>
          <w:color w:val="5D7284"/>
        </w:rPr>
        <w:t>08:07</w:t>
      </w:r>
    </w:p>
    <w:p w14:paraId="0D4D641D" w14:textId="77777777" w:rsidR="009663B4" w:rsidRDefault="007F724F">
      <w:pPr>
        <w:spacing w:after="0"/>
      </w:pPr>
      <w:r>
        <w:rPr>
          <w:rFonts w:ascii="Arial" w:hAnsi="Arial"/>
        </w:rPr>
        <w:t>Um, so over the course of about three days, I had sort of drafted up kind of like a structure or most things sort of cover and the recipes and kind of like, how to make it accessible. I contacte</w:t>
      </w:r>
      <w:r>
        <w:rPr>
          <w:rFonts w:ascii="Arial" w:hAnsi="Arial"/>
        </w:rPr>
        <w:t xml:space="preserve">d Jessica </w:t>
      </w:r>
      <w:proofErr w:type="gramStart"/>
      <w:r>
        <w:rPr>
          <w:rFonts w:ascii="Arial" w:hAnsi="Arial"/>
        </w:rPr>
        <w:t>Kingsley</w:t>
      </w:r>
      <w:proofErr w:type="gramEnd"/>
      <w:r>
        <w:rPr>
          <w:rFonts w:ascii="Arial" w:hAnsi="Arial"/>
        </w:rPr>
        <w:t xml:space="preserve"> publishers, they have a really accessible form on their website. They ask questions, instead of </w:t>
      </w:r>
      <w:r>
        <w:rPr>
          <w:rFonts w:ascii="Arial" w:hAnsi="Arial"/>
        </w:rPr>
        <w:lastRenderedPageBreak/>
        <w:t>you having to put it all in one word document as , some publishers do. And, and over. At Christmas, they wrote back to say, yeah, we're reall</w:t>
      </w:r>
      <w:r>
        <w:rPr>
          <w:rFonts w:ascii="Arial" w:hAnsi="Arial"/>
        </w:rPr>
        <w:t xml:space="preserve">y interested. We're having a meeting, too, if the kind of the wider department wants to have a buy in and told it's called that, in, I think it was the second of January, they were like, oh, here's your offer. And I was like, oh my god. Whoops. But... You </w:t>
      </w:r>
      <w:r>
        <w:rPr>
          <w:rFonts w:ascii="Arial" w:hAnsi="Arial"/>
        </w:rPr>
        <w:t xml:space="preserve">got to do it now! , I didn't really expect them to say yes, because it was just sort of one of those mad ideas that I've just sort of plucked out the madness that was </w:t>
      </w:r>
      <w:proofErr w:type="gramStart"/>
      <w:r>
        <w:rPr>
          <w:rFonts w:ascii="Arial" w:hAnsi="Arial"/>
        </w:rPr>
        <w:t>happening</w:t>
      </w:r>
      <w:proofErr w:type="gramEnd"/>
      <w:r>
        <w:rPr>
          <w:rFonts w:ascii="Arial" w:hAnsi="Arial"/>
        </w:rPr>
        <w:t xml:space="preserve"> </w:t>
      </w:r>
    </w:p>
    <w:p w14:paraId="6D066B2C" w14:textId="77777777" w:rsidR="009663B4" w:rsidRDefault="009663B4">
      <w:pPr>
        <w:spacing w:after="0"/>
      </w:pPr>
    </w:p>
    <w:p w14:paraId="2A4A717E" w14:textId="77777777" w:rsidR="009663B4" w:rsidRDefault="007F724F">
      <w:pPr>
        <w:spacing w:after="0"/>
      </w:pPr>
      <w:r>
        <w:rPr>
          <w:rFonts w:ascii="Arial" w:hAnsi="Arial"/>
          <w:b/>
        </w:rPr>
        <w:t xml:space="preserve">Alice Evans &amp; Lucy Wood  </w:t>
      </w:r>
      <w:r>
        <w:rPr>
          <w:rFonts w:ascii="Arial" w:hAnsi="Arial"/>
          <w:color w:val="5D7284"/>
        </w:rPr>
        <w:t>09:00</w:t>
      </w:r>
    </w:p>
    <w:p w14:paraId="04F0C804" w14:textId="77777777" w:rsidR="009663B4" w:rsidRDefault="007F724F">
      <w:pPr>
        <w:spacing w:after="0"/>
      </w:pPr>
      <w:r>
        <w:rPr>
          <w:rFonts w:ascii="Arial" w:hAnsi="Arial"/>
        </w:rPr>
        <w:t>laughs</w:t>
      </w:r>
    </w:p>
    <w:p w14:paraId="243601BE" w14:textId="77777777" w:rsidR="009663B4" w:rsidRDefault="009663B4">
      <w:pPr>
        <w:spacing w:after="0"/>
      </w:pPr>
    </w:p>
    <w:p w14:paraId="46EDAA05" w14:textId="77777777" w:rsidR="009663B4" w:rsidRDefault="007F724F">
      <w:pPr>
        <w:spacing w:after="0"/>
      </w:pPr>
      <w:r>
        <w:rPr>
          <w:rFonts w:ascii="Arial" w:hAnsi="Arial"/>
          <w:b/>
        </w:rPr>
        <w:t xml:space="preserve">Alice  </w:t>
      </w:r>
      <w:r>
        <w:rPr>
          <w:rFonts w:ascii="Arial" w:hAnsi="Arial"/>
          <w:color w:val="5D7284"/>
        </w:rPr>
        <w:t>09:09</w:t>
      </w:r>
    </w:p>
    <w:p w14:paraId="26A04D0C" w14:textId="77777777" w:rsidR="009663B4" w:rsidRDefault="007F724F">
      <w:pPr>
        <w:spacing w:after="0"/>
      </w:pPr>
      <w:r>
        <w:rPr>
          <w:rFonts w:ascii="Arial" w:hAnsi="Arial"/>
        </w:rPr>
        <w:t xml:space="preserve">And I mean, Lydia that's </w:t>
      </w:r>
      <w:r>
        <w:rPr>
          <w:rFonts w:ascii="Arial" w:hAnsi="Arial"/>
        </w:rPr>
        <w:t>what this entire podcast  is about  You'll work it out as you go along.</w:t>
      </w:r>
    </w:p>
    <w:p w14:paraId="6EB886EB" w14:textId="77777777" w:rsidR="009663B4" w:rsidRDefault="009663B4">
      <w:pPr>
        <w:spacing w:after="0"/>
      </w:pPr>
    </w:p>
    <w:p w14:paraId="381CE31A" w14:textId="77777777" w:rsidR="009663B4" w:rsidRDefault="007F724F">
      <w:pPr>
        <w:spacing w:after="0"/>
      </w:pPr>
      <w:r>
        <w:rPr>
          <w:rFonts w:ascii="Arial" w:hAnsi="Arial"/>
          <w:b/>
        </w:rPr>
        <w:t xml:space="preserve">Lucy  </w:t>
      </w:r>
      <w:r>
        <w:rPr>
          <w:rFonts w:ascii="Arial" w:hAnsi="Arial"/>
          <w:color w:val="5D7284"/>
        </w:rPr>
        <w:t>09:20</w:t>
      </w:r>
    </w:p>
    <w:p w14:paraId="47412E7E" w14:textId="77777777" w:rsidR="009663B4" w:rsidRDefault="007F724F">
      <w:pPr>
        <w:spacing w:after="0"/>
      </w:pPr>
      <w:r>
        <w:rPr>
          <w:rFonts w:ascii="Arial" w:hAnsi="Arial"/>
        </w:rPr>
        <w:t>Lydia, do you like cooking then? Is it is cooking something that interests you or? No? Oh,</w:t>
      </w:r>
    </w:p>
    <w:p w14:paraId="2AA16DA5" w14:textId="77777777" w:rsidR="009663B4" w:rsidRDefault="009663B4">
      <w:pPr>
        <w:spacing w:after="0"/>
      </w:pPr>
    </w:p>
    <w:p w14:paraId="0DF80C91" w14:textId="77777777" w:rsidR="009663B4" w:rsidRDefault="007F724F">
      <w:pPr>
        <w:spacing w:after="0"/>
      </w:pPr>
      <w:r>
        <w:rPr>
          <w:rFonts w:ascii="Arial" w:hAnsi="Arial"/>
          <w:b/>
        </w:rPr>
        <w:t xml:space="preserve">Lydia Wilkins  </w:t>
      </w:r>
      <w:r>
        <w:rPr>
          <w:rFonts w:ascii="Arial" w:hAnsi="Arial"/>
          <w:color w:val="5D7284"/>
        </w:rPr>
        <w:t>09:28</w:t>
      </w:r>
    </w:p>
    <w:p w14:paraId="0006BDF1" w14:textId="77777777" w:rsidR="009663B4" w:rsidRDefault="007F724F">
      <w:pPr>
        <w:spacing w:after="0"/>
      </w:pPr>
      <w:r>
        <w:rPr>
          <w:rFonts w:ascii="Arial" w:hAnsi="Arial"/>
        </w:rPr>
        <w:t xml:space="preserve">it's I'm a terrible cook. I mean, it's, it's kind of </w:t>
      </w:r>
      <w:r>
        <w:rPr>
          <w:rFonts w:ascii="Arial" w:hAnsi="Arial"/>
        </w:rPr>
        <w:t xml:space="preserve">sort of, I have set recipes, right? I </w:t>
      </w:r>
      <w:proofErr w:type="spellStart"/>
      <w:r>
        <w:rPr>
          <w:rFonts w:ascii="Arial" w:hAnsi="Arial"/>
        </w:rPr>
        <w:t>I</w:t>
      </w:r>
      <w:proofErr w:type="spellEnd"/>
      <w:r>
        <w:rPr>
          <w:rFonts w:ascii="Arial" w:hAnsi="Arial"/>
        </w:rPr>
        <w:t xml:space="preserve"> am proficient at making things like sponge cakes and macaroni cheese for example. But that's </w:t>
      </w:r>
      <w:proofErr w:type="spellStart"/>
      <w:r>
        <w:rPr>
          <w:rFonts w:ascii="Arial" w:hAnsi="Arial"/>
        </w:rPr>
        <w:t>that's</w:t>
      </w:r>
      <w:proofErr w:type="spellEnd"/>
      <w:r>
        <w:rPr>
          <w:rFonts w:ascii="Arial" w:hAnsi="Arial"/>
        </w:rPr>
        <w:t xml:space="preserve"> only because I've done it over and </w:t>
      </w:r>
      <w:proofErr w:type="gramStart"/>
      <w:r>
        <w:rPr>
          <w:rFonts w:ascii="Arial" w:hAnsi="Arial"/>
        </w:rPr>
        <w:t>over and over again</w:t>
      </w:r>
      <w:proofErr w:type="gramEnd"/>
      <w:r>
        <w:rPr>
          <w:rFonts w:ascii="Arial" w:hAnsi="Arial"/>
        </w:rPr>
        <w:t xml:space="preserve">. </w:t>
      </w:r>
      <w:proofErr w:type="gramStart"/>
      <w:r>
        <w:rPr>
          <w:rFonts w:ascii="Arial" w:hAnsi="Arial"/>
        </w:rPr>
        <w:t>So</w:t>
      </w:r>
      <w:proofErr w:type="gramEnd"/>
      <w:r>
        <w:rPr>
          <w:rFonts w:ascii="Arial" w:hAnsi="Arial"/>
        </w:rPr>
        <w:t xml:space="preserve"> I sort of learned how to make it better each time sort of</w:t>
      </w:r>
      <w:r>
        <w:rPr>
          <w:rFonts w:ascii="Arial" w:hAnsi="Arial"/>
        </w:rPr>
        <w:t xml:space="preserve"> thing. Yeah, it's, it was more sort of a kind of like a raging at this injustice sort of thing. But I have this idea of the back of it. But when it comes to recipe books as well, they're </w:t>
      </w:r>
      <w:proofErr w:type="gramStart"/>
      <w:r>
        <w:rPr>
          <w:rFonts w:ascii="Arial" w:hAnsi="Arial"/>
        </w:rPr>
        <w:t>really inaccessible</w:t>
      </w:r>
      <w:proofErr w:type="gramEnd"/>
      <w:r>
        <w:rPr>
          <w:rFonts w:ascii="Arial" w:hAnsi="Arial"/>
        </w:rPr>
        <w:t xml:space="preserve">. </w:t>
      </w:r>
      <w:proofErr w:type="gramStart"/>
      <w:r>
        <w:rPr>
          <w:rFonts w:ascii="Arial" w:hAnsi="Arial"/>
        </w:rPr>
        <w:t>So</w:t>
      </w:r>
      <w:proofErr w:type="gramEnd"/>
      <w:r>
        <w:rPr>
          <w:rFonts w:ascii="Arial" w:hAnsi="Arial"/>
        </w:rPr>
        <w:t xml:space="preserve"> the idea of was, I don't know, if you've com</w:t>
      </w:r>
      <w:r>
        <w:rPr>
          <w:rFonts w:ascii="Arial" w:hAnsi="Arial"/>
        </w:rPr>
        <w:t xml:space="preserve">e across it the spoons method, but you measure energy . </w:t>
      </w:r>
      <w:proofErr w:type="gramStart"/>
      <w:r>
        <w:rPr>
          <w:rFonts w:ascii="Arial" w:hAnsi="Arial"/>
        </w:rPr>
        <w:t>So</w:t>
      </w:r>
      <w:proofErr w:type="gramEnd"/>
      <w:r>
        <w:rPr>
          <w:rFonts w:ascii="Arial" w:hAnsi="Arial"/>
        </w:rPr>
        <w:t xml:space="preserve"> I kind of, let's say I repurposed it, I had my own sort of spin metric system for tracking my own energy levels. Yeah, um, so the idea was, each recipe will have a metric for your energy levels. So</w:t>
      </w:r>
      <w:r>
        <w:rPr>
          <w:rFonts w:ascii="Arial" w:hAnsi="Arial"/>
        </w:rPr>
        <w:t xml:space="preserve"> that can help things such as planning and executive dysfunction, all that sort of thing, if be catalogued by the social occasion. </w:t>
      </w:r>
      <w:proofErr w:type="gramStart"/>
      <w:r>
        <w:rPr>
          <w:rFonts w:ascii="Arial" w:hAnsi="Arial"/>
        </w:rPr>
        <w:t>So</w:t>
      </w:r>
      <w:proofErr w:type="gramEnd"/>
      <w:r>
        <w:rPr>
          <w:rFonts w:ascii="Arial" w:hAnsi="Arial"/>
        </w:rPr>
        <w:t xml:space="preserve"> if you had that, say you had that friends coming around, but you'd have a meltdown earlier that day, and you're just kind </w:t>
      </w:r>
      <w:r>
        <w:rPr>
          <w:rFonts w:ascii="Arial" w:hAnsi="Arial"/>
        </w:rPr>
        <w:t>of look so depleted, I don't want to do anything, and I just want to hide, you would still be able to make the food.</w:t>
      </w:r>
    </w:p>
    <w:p w14:paraId="1DB180EC" w14:textId="77777777" w:rsidR="009663B4" w:rsidRDefault="009663B4">
      <w:pPr>
        <w:spacing w:after="0"/>
      </w:pPr>
    </w:p>
    <w:p w14:paraId="3DABA452" w14:textId="77777777" w:rsidR="009663B4" w:rsidRDefault="007F724F">
      <w:pPr>
        <w:spacing w:after="0"/>
      </w:pPr>
      <w:r>
        <w:rPr>
          <w:rFonts w:ascii="Arial" w:hAnsi="Arial"/>
          <w:b/>
        </w:rPr>
        <w:t xml:space="preserve">Lucy  </w:t>
      </w:r>
      <w:r>
        <w:rPr>
          <w:rFonts w:ascii="Arial" w:hAnsi="Arial"/>
          <w:color w:val="5D7284"/>
        </w:rPr>
        <w:t>10:56</w:t>
      </w:r>
    </w:p>
    <w:p w14:paraId="7CCBA2F2" w14:textId="77777777" w:rsidR="009663B4" w:rsidRDefault="007F724F">
      <w:pPr>
        <w:spacing w:after="0"/>
      </w:pPr>
      <w:r>
        <w:rPr>
          <w:rFonts w:ascii="Arial" w:hAnsi="Arial"/>
        </w:rPr>
        <w:t>I have heard of the spoons yeah That's a great idea. It's such a great idea.</w:t>
      </w:r>
    </w:p>
    <w:p w14:paraId="2B3710DB" w14:textId="77777777" w:rsidR="009663B4" w:rsidRDefault="009663B4">
      <w:pPr>
        <w:spacing w:after="0"/>
      </w:pPr>
    </w:p>
    <w:p w14:paraId="7A8E6D9C" w14:textId="77777777" w:rsidR="009663B4" w:rsidRDefault="007F724F">
      <w:pPr>
        <w:spacing w:after="0"/>
      </w:pPr>
      <w:r>
        <w:rPr>
          <w:rFonts w:ascii="Arial" w:hAnsi="Arial"/>
          <w:b/>
        </w:rPr>
        <w:t xml:space="preserve">Alice  </w:t>
      </w:r>
      <w:r>
        <w:rPr>
          <w:rFonts w:ascii="Arial" w:hAnsi="Arial"/>
          <w:color w:val="5D7284"/>
        </w:rPr>
        <w:t>10:59</w:t>
      </w:r>
    </w:p>
    <w:p w14:paraId="450FE186" w14:textId="77777777" w:rsidR="009663B4" w:rsidRDefault="007F724F">
      <w:pPr>
        <w:spacing w:after="0"/>
      </w:pPr>
      <w:r>
        <w:rPr>
          <w:rFonts w:ascii="Arial" w:hAnsi="Arial"/>
        </w:rPr>
        <w:t>When you first mentioned it, I imme</w:t>
      </w:r>
      <w:r>
        <w:rPr>
          <w:rFonts w:ascii="Arial" w:hAnsi="Arial"/>
        </w:rPr>
        <w:t xml:space="preserve">diately thought of the anarchist cookbook, which is all about, you know, how to make bombs and dynamite. </w:t>
      </w:r>
      <w:proofErr w:type="gramStart"/>
      <w:r>
        <w:rPr>
          <w:rFonts w:ascii="Arial" w:hAnsi="Arial"/>
        </w:rPr>
        <w:t>So</w:t>
      </w:r>
      <w:proofErr w:type="gramEnd"/>
      <w:r>
        <w:rPr>
          <w:rFonts w:ascii="Arial" w:hAnsi="Arial"/>
        </w:rPr>
        <w:t xml:space="preserve"> I think your sounds much more useful to society.</w:t>
      </w:r>
    </w:p>
    <w:p w14:paraId="0D4BA23B" w14:textId="77777777" w:rsidR="009663B4" w:rsidRDefault="009663B4">
      <w:pPr>
        <w:spacing w:after="0"/>
      </w:pPr>
    </w:p>
    <w:p w14:paraId="299B6F07" w14:textId="77777777" w:rsidR="009663B4" w:rsidRDefault="007F724F">
      <w:pPr>
        <w:spacing w:after="0"/>
      </w:pPr>
      <w:r>
        <w:rPr>
          <w:rFonts w:ascii="Arial" w:hAnsi="Arial"/>
          <w:b/>
        </w:rPr>
        <w:t xml:space="preserve">Lydia Wilkins  </w:t>
      </w:r>
      <w:r>
        <w:rPr>
          <w:rFonts w:ascii="Arial" w:hAnsi="Arial"/>
          <w:color w:val="5D7284"/>
        </w:rPr>
        <w:t>11:12</w:t>
      </w:r>
    </w:p>
    <w:p w14:paraId="4AFF1EDB" w14:textId="77777777" w:rsidR="009663B4" w:rsidRDefault="007F724F">
      <w:pPr>
        <w:spacing w:after="0"/>
      </w:pPr>
      <w:r>
        <w:rPr>
          <w:rFonts w:ascii="Arial" w:hAnsi="Arial"/>
        </w:rPr>
        <w:t>Maybe more friendly, and just in general, I don't know. It's not, it's not ex</w:t>
      </w:r>
      <w:r>
        <w:rPr>
          <w:rFonts w:ascii="Arial" w:hAnsi="Arial"/>
        </w:rPr>
        <w:t xml:space="preserve">plosive, I promise this is. It, this is sort of really striking to </w:t>
      </w:r>
      <w:proofErr w:type="gramStart"/>
      <w:r>
        <w:rPr>
          <w:rFonts w:ascii="Arial" w:hAnsi="Arial"/>
        </w:rPr>
        <w:t>me, because</w:t>
      </w:r>
      <w:proofErr w:type="gramEnd"/>
      <w:r>
        <w:rPr>
          <w:rFonts w:ascii="Arial" w:hAnsi="Arial"/>
        </w:rPr>
        <w:t xml:space="preserve"> there are often times people on the spectrum have come up to me and said, If I've not got the energy to do this, even though I know that I'm hungry, they would say they wouldn't</w:t>
      </w:r>
      <w:r>
        <w:rPr>
          <w:rFonts w:ascii="Arial" w:hAnsi="Arial"/>
        </w:rPr>
        <w:t xml:space="preserve"> bother eating because it's just too much. They, it seems to me that there was a problem, and that there wasn't, but it was almost like not being given the tools that you needed, and added with the expectation that you would just live at home for the rest </w:t>
      </w:r>
      <w:r>
        <w:rPr>
          <w:rFonts w:ascii="Arial" w:hAnsi="Arial"/>
        </w:rPr>
        <w:t>of your life, like, no.</w:t>
      </w:r>
    </w:p>
    <w:p w14:paraId="384FA40E" w14:textId="77777777" w:rsidR="009663B4" w:rsidRDefault="009663B4">
      <w:pPr>
        <w:spacing w:after="0"/>
      </w:pPr>
    </w:p>
    <w:p w14:paraId="62558786" w14:textId="77777777" w:rsidR="009663B4" w:rsidRDefault="007F724F">
      <w:pPr>
        <w:spacing w:after="0"/>
      </w:pPr>
      <w:r>
        <w:rPr>
          <w:rFonts w:ascii="Arial" w:hAnsi="Arial"/>
          <w:b/>
        </w:rPr>
        <w:t xml:space="preserve">Alice  </w:t>
      </w:r>
      <w:r>
        <w:rPr>
          <w:rFonts w:ascii="Arial" w:hAnsi="Arial"/>
          <w:color w:val="5D7284"/>
        </w:rPr>
        <w:t>11:59</w:t>
      </w:r>
    </w:p>
    <w:p w14:paraId="063D02BD" w14:textId="77777777" w:rsidR="009663B4" w:rsidRDefault="007F724F">
      <w:pPr>
        <w:spacing w:after="0"/>
      </w:pPr>
      <w:r>
        <w:rPr>
          <w:rFonts w:ascii="Arial" w:hAnsi="Arial"/>
        </w:rPr>
        <w:t>I think it also says a lot that it goes into the assumption everybody always makes about, you know, autism is a problem with a kind of communication. And so therefore, why would you ever have any problems with cooking,</w:t>
      </w:r>
      <w:r>
        <w:rPr>
          <w:rFonts w:ascii="Arial" w:hAnsi="Arial"/>
        </w:rPr>
        <w:t xml:space="preserve"> you don't need to talk to your food. But it's, it just goes to show that disabilities and chronic illnesses and cognitive impairments impact people in such </w:t>
      </w:r>
      <w:proofErr w:type="gramStart"/>
      <w:r>
        <w:rPr>
          <w:rFonts w:ascii="Arial" w:hAnsi="Arial"/>
        </w:rPr>
        <w:t>far reaching</w:t>
      </w:r>
      <w:proofErr w:type="gramEnd"/>
      <w:r>
        <w:rPr>
          <w:rFonts w:ascii="Arial" w:hAnsi="Arial"/>
        </w:rPr>
        <w:t xml:space="preserve"> ways that the wider community don't ever consider.</w:t>
      </w:r>
    </w:p>
    <w:p w14:paraId="6D9EC514" w14:textId="77777777" w:rsidR="009663B4" w:rsidRDefault="009663B4">
      <w:pPr>
        <w:spacing w:after="0"/>
      </w:pPr>
    </w:p>
    <w:p w14:paraId="7EFB87D9" w14:textId="77777777" w:rsidR="009663B4" w:rsidRDefault="007F724F">
      <w:pPr>
        <w:spacing w:after="0"/>
      </w:pPr>
      <w:r>
        <w:rPr>
          <w:rFonts w:ascii="Arial" w:hAnsi="Arial"/>
          <w:b/>
        </w:rPr>
        <w:t xml:space="preserve">Lydia Wilkins  </w:t>
      </w:r>
      <w:r>
        <w:rPr>
          <w:rFonts w:ascii="Arial" w:hAnsi="Arial"/>
          <w:color w:val="5D7284"/>
        </w:rPr>
        <w:t>12:34</w:t>
      </w:r>
    </w:p>
    <w:p w14:paraId="12978C24" w14:textId="77777777" w:rsidR="009663B4" w:rsidRDefault="007F724F">
      <w:pPr>
        <w:spacing w:after="0"/>
      </w:pPr>
      <w:r>
        <w:rPr>
          <w:rFonts w:ascii="Arial" w:hAnsi="Arial"/>
        </w:rPr>
        <w:t xml:space="preserve">It's </w:t>
      </w:r>
      <w:r>
        <w:rPr>
          <w:rFonts w:ascii="Arial" w:hAnsi="Arial"/>
        </w:rPr>
        <w:t xml:space="preserve">funny you say that I had to a little while ago, I was writing a piece about kind of the process to having a diagnosis almost </w:t>
      </w:r>
      <w:proofErr w:type="gramStart"/>
      <w:r>
        <w:rPr>
          <w:rFonts w:ascii="Arial" w:hAnsi="Arial"/>
        </w:rPr>
        <w:t>due to</w:t>
      </w:r>
      <w:proofErr w:type="gramEnd"/>
      <w:r>
        <w:rPr>
          <w:rFonts w:ascii="Arial" w:hAnsi="Arial"/>
        </w:rPr>
        <w:t xml:space="preserve"> I was two months shy of 1016. When I have the final appointment in the whole sort of  saga. And the idea was, oh, we just ne</w:t>
      </w:r>
      <w:r>
        <w:rPr>
          <w:rFonts w:ascii="Arial" w:hAnsi="Arial"/>
        </w:rPr>
        <w:t>ed to give her the label as it were. so that she can have the adaptations for her GCSEs Yeah, but that was all fine and good. But that was more of the sort of why rather than the how, so it's scientifically there was an explanation for what was effectively</w:t>
      </w:r>
      <w:r>
        <w:rPr>
          <w:rFonts w:ascii="Arial" w:hAnsi="Arial"/>
        </w:rPr>
        <w:t xml:space="preserve"> turned my weirdness  why was why  I was um, but then when it came to things like why I'm people will say that I seem really </w:t>
      </w:r>
      <w:proofErr w:type="spellStart"/>
      <w:r>
        <w:rPr>
          <w:rFonts w:ascii="Arial" w:hAnsi="Arial"/>
        </w:rPr>
        <w:t>disorganised</w:t>
      </w:r>
      <w:proofErr w:type="spellEnd"/>
      <w:r>
        <w:rPr>
          <w:rFonts w:ascii="Arial" w:hAnsi="Arial"/>
        </w:rPr>
        <w:t xml:space="preserve">, I'm </w:t>
      </w:r>
      <w:proofErr w:type="gramStart"/>
      <w:r>
        <w:rPr>
          <w:rFonts w:ascii="Arial" w:hAnsi="Arial"/>
        </w:rPr>
        <w:t>really untidy</w:t>
      </w:r>
      <w:proofErr w:type="gramEnd"/>
      <w:r>
        <w:rPr>
          <w:rFonts w:ascii="Arial" w:hAnsi="Arial"/>
        </w:rPr>
        <w:t>. Just because I find it impossible. I came to there's a charity in Brighton that supports me. And i</w:t>
      </w:r>
      <w:r>
        <w:rPr>
          <w:rFonts w:ascii="Arial" w:hAnsi="Arial"/>
        </w:rPr>
        <w:t xml:space="preserve">t was the first time in my life really, but I'd had any meaningful support, and where it wasn't </w:t>
      </w:r>
      <w:proofErr w:type="spellStart"/>
      <w:r>
        <w:rPr>
          <w:rFonts w:ascii="Arial" w:hAnsi="Arial"/>
        </w:rPr>
        <w:t>patronising</w:t>
      </w:r>
      <w:proofErr w:type="spellEnd"/>
      <w:r>
        <w:rPr>
          <w:rFonts w:ascii="Arial" w:hAnsi="Arial"/>
        </w:rPr>
        <w:t xml:space="preserve">  and not trying to get me to do something, but I wasn't able to </w:t>
      </w:r>
      <w:proofErr w:type="gramStart"/>
      <w:r>
        <w:rPr>
          <w:rFonts w:ascii="Arial" w:hAnsi="Arial"/>
        </w:rPr>
        <w:t>do</w:t>
      </w:r>
      <w:proofErr w:type="gramEnd"/>
      <w:r>
        <w:rPr>
          <w:rFonts w:ascii="Arial" w:hAnsi="Arial"/>
        </w:rPr>
        <w:t xml:space="preserve"> frankly. And they offer courses. And it </w:t>
      </w:r>
      <w:proofErr w:type="gramStart"/>
      <w:r>
        <w:rPr>
          <w:rFonts w:ascii="Arial" w:hAnsi="Arial"/>
        </w:rPr>
        <w:t>during the course of</w:t>
      </w:r>
      <w:proofErr w:type="gramEnd"/>
      <w:r>
        <w:rPr>
          <w:rFonts w:ascii="Arial" w:hAnsi="Arial"/>
        </w:rPr>
        <w:t xml:space="preserve"> these courses, that </w:t>
      </w:r>
      <w:r>
        <w:rPr>
          <w:rFonts w:ascii="Arial" w:hAnsi="Arial"/>
        </w:rPr>
        <w:t xml:space="preserve">was a mouthful to say. They were they were sort of telling me kind of like, Oh, yeah, so you might have an issue with </w:t>
      </w:r>
      <w:proofErr w:type="spellStart"/>
      <w:r>
        <w:rPr>
          <w:rFonts w:ascii="Arial" w:hAnsi="Arial"/>
        </w:rPr>
        <w:t>interoception</w:t>
      </w:r>
      <w:proofErr w:type="spellEnd"/>
      <w:r>
        <w:rPr>
          <w:rFonts w:ascii="Arial" w:hAnsi="Arial"/>
        </w:rPr>
        <w:t>, for example, which is kind of how you interpret senses. You might not necessarily be able to tell if it's hot or cold parti</w:t>
      </w:r>
      <w:r>
        <w:rPr>
          <w:rFonts w:ascii="Arial" w:hAnsi="Arial"/>
        </w:rPr>
        <w:t xml:space="preserve">cularly well, or if it's if you're hungry, for example. And what am </w:t>
      </w:r>
      <w:proofErr w:type="spellStart"/>
      <w:r>
        <w:rPr>
          <w:rFonts w:ascii="Arial" w:hAnsi="Arial"/>
        </w:rPr>
        <w:t>i</w:t>
      </w:r>
      <w:proofErr w:type="spellEnd"/>
      <w:r>
        <w:rPr>
          <w:rFonts w:ascii="Arial" w:hAnsi="Arial"/>
        </w:rPr>
        <w:t xml:space="preserve"> when </w:t>
      </w:r>
      <w:proofErr w:type="spellStart"/>
      <w:r>
        <w:rPr>
          <w:rFonts w:ascii="Arial" w:hAnsi="Arial"/>
        </w:rPr>
        <w:t>i</w:t>
      </w:r>
      <w:proofErr w:type="spellEnd"/>
      <w:r>
        <w:rPr>
          <w:rFonts w:ascii="Arial" w:hAnsi="Arial"/>
        </w:rPr>
        <w:t xml:space="preserve"> was telling my mom this her jaw  sort of dropped really because she was like, </w:t>
      </w:r>
      <w:proofErr w:type="gramStart"/>
      <w:r>
        <w:rPr>
          <w:rFonts w:ascii="Arial" w:hAnsi="Arial"/>
        </w:rPr>
        <w:t>Oh</w:t>
      </w:r>
      <w:proofErr w:type="gramEnd"/>
      <w:r>
        <w:rPr>
          <w:rFonts w:ascii="Arial" w:hAnsi="Arial"/>
        </w:rPr>
        <w:t xml:space="preserve"> my god, that explains why you were like, you work when you were a child. For example. I was the ki</w:t>
      </w:r>
      <w:r>
        <w:rPr>
          <w:rFonts w:ascii="Arial" w:hAnsi="Arial"/>
        </w:rPr>
        <w:t xml:space="preserve">d who had I, apparently one year I ran around in leggings and snow and couldn't tell it was cold, for example, that sounds </w:t>
      </w:r>
      <w:proofErr w:type="gramStart"/>
      <w:r>
        <w:rPr>
          <w:rFonts w:ascii="Arial" w:hAnsi="Arial"/>
        </w:rPr>
        <w:t>really horrible</w:t>
      </w:r>
      <w:proofErr w:type="gramEnd"/>
      <w:r>
        <w:rPr>
          <w:rFonts w:ascii="Arial" w:hAnsi="Arial"/>
        </w:rPr>
        <w:t>. And like really embarrassing to set out. But yeah, it's just nobody sort of told me the kind of like, how we can pat</w:t>
      </w:r>
      <w:r>
        <w:rPr>
          <w:rFonts w:ascii="Arial" w:hAnsi="Arial"/>
        </w:rPr>
        <w:t>ch it. It was kind of more just like, oh, here's the label fine, but I wasn't offered no support after that whatsoever.</w:t>
      </w:r>
    </w:p>
    <w:p w14:paraId="5AE801BD" w14:textId="77777777" w:rsidR="009663B4" w:rsidRDefault="009663B4">
      <w:pPr>
        <w:spacing w:after="0"/>
      </w:pPr>
    </w:p>
    <w:p w14:paraId="1197A680" w14:textId="77777777" w:rsidR="009663B4" w:rsidRDefault="007F724F">
      <w:pPr>
        <w:spacing w:after="0"/>
      </w:pPr>
      <w:r>
        <w:rPr>
          <w:rFonts w:ascii="Arial" w:hAnsi="Arial"/>
          <w:b/>
        </w:rPr>
        <w:t xml:space="preserve">Lucy  </w:t>
      </w:r>
      <w:r>
        <w:rPr>
          <w:rFonts w:ascii="Arial" w:hAnsi="Arial"/>
          <w:color w:val="5D7284"/>
        </w:rPr>
        <w:t>14:45</w:t>
      </w:r>
    </w:p>
    <w:p w14:paraId="01DB3320" w14:textId="77777777" w:rsidR="009663B4" w:rsidRDefault="007F724F">
      <w:pPr>
        <w:spacing w:after="0"/>
      </w:pPr>
      <w:proofErr w:type="gramStart"/>
      <w:r>
        <w:rPr>
          <w:rFonts w:ascii="Arial" w:hAnsi="Arial"/>
        </w:rPr>
        <w:t>So</w:t>
      </w:r>
      <w:proofErr w:type="gramEnd"/>
      <w:r>
        <w:rPr>
          <w:rFonts w:ascii="Arial" w:hAnsi="Arial"/>
        </w:rPr>
        <w:t xml:space="preserve"> </w:t>
      </w:r>
      <w:proofErr w:type="spellStart"/>
      <w:r>
        <w:rPr>
          <w:rFonts w:ascii="Arial" w:hAnsi="Arial"/>
        </w:rPr>
        <w:t>So</w:t>
      </w:r>
      <w:proofErr w:type="spellEnd"/>
      <w:r>
        <w:rPr>
          <w:rFonts w:ascii="Arial" w:hAnsi="Arial"/>
        </w:rPr>
        <w:t xml:space="preserve"> Lizzie, when you got your label, it wasn't a case of Oh, that's a relief. It was more of  well what do I What do I do</w:t>
      </w:r>
      <w:r>
        <w:rPr>
          <w:rFonts w:ascii="Arial" w:hAnsi="Arial"/>
        </w:rPr>
        <w:t xml:space="preserve"> now kind of thing and you know, having to find that support it when you've got the support in place that you </w:t>
      </w:r>
      <w:proofErr w:type="gramStart"/>
      <w:r>
        <w:rPr>
          <w:rFonts w:ascii="Arial" w:hAnsi="Arial"/>
        </w:rPr>
        <w:t>actually felt</w:t>
      </w:r>
      <w:proofErr w:type="gramEnd"/>
      <w:r>
        <w:rPr>
          <w:rFonts w:ascii="Arial" w:hAnsi="Arial"/>
        </w:rPr>
        <w:t xml:space="preserve"> like, now I understand it. Now I understand why I like why I was like how I was.</w:t>
      </w:r>
    </w:p>
    <w:p w14:paraId="5145160F" w14:textId="77777777" w:rsidR="009663B4" w:rsidRDefault="009663B4">
      <w:pPr>
        <w:spacing w:after="0"/>
      </w:pPr>
    </w:p>
    <w:p w14:paraId="626C2992" w14:textId="77777777" w:rsidR="009663B4" w:rsidRDefault="007F724F">
      <w:pPr>
        <w:spacing w:after="0"/>
      </w:pPr>
      <w:r>
        <w:rPr>
          <w:rFonts w:ascii="Arial" w:hAnsi="Arial"/>
          <w:b/>
        </w:rPr>
        <w:t xml:space="preserve">Lydia Wilkins  </w:t>
      </w:r>
      <w:r>
        <w:rPr>
          <w:rFonts w:ascii="Arial" w:hAnsi="Arial"/>
          <w:color w:val="5D7284"/>
        </w:rPr>
        <w:t>15:07</w:t>
      </w:r>
    </w:p>
    <w:p w14:paraId="6A83BB00" w14:textId="77777777" w:rsidR="009663B4" w:rsidRDefault="007F724F">
      <w:pPr>
        <w:spacing w:after="0"/>
      </w:pPr>
      <w:r>
        <w:rPr>
          <w:rFonts w:ascii="Arial" w:hAnsi="Arial"/>
        </w:rPr>
        <w:t>Yeah. And it hadn't. That the</w:t>
      </w:r>
      <w:r>
        <w:rPr>
          <w:rFonts w:ascii="Arial" w:hAnsi="Arial"/>
        </w:rPr>
        <w:t xml:space="preserve">re's a funny thing I think we're at the time I was at, at the time I was diagnosed with new diagnostic criteria had sort of come in. </w:t>
      </w:r>
      <w:proofErr w:type="gramStart"/>
      <w:r>
        <w:rPr>
          <w:rFonts w:ascii="Arial" w:hAnsi="Arial"/>
        </w:rPr>
        <w:t>So</w:t>
      </w:r>
      <w:proofErr w:type="gramEnd"/>
      <w:r>
        <w:rPr>
          <w:rFonts w:ascii="Arial" w:hAnsi="Arial"/>
        </w:rPr>
        <w:t xml:space="preserve"> on my diagnostic form, it  actually has Asperger's Syndrome, but it has, because it was felt I didn't tick the right box</w:t>
      </w:r>
      <w:r>
        <w:rPr>
          <w:rFonts w:ascii="Arial" w:hAnsi="Arial"/>
        </w:rPr>
        <w:t xml:space="preserve"> on it. </w:t>
      </w:r>
      <w:proofErr w:type="gramStart"/>
      <w:r>
        <w:rPr>
          <w:rFonts w:ascii="Arial" w:hAnsi="Arial"/>
        </w:rPr>
        <w:t>So</w:t>
      </w:r>
      <w:proofErr w:type="gramEnd"/>
      <w:r>
        <w:rPr>
          <w:rFonts w:ascii="Arial" w:hAnsi="Arial"/>
        </w:rPr>
        <w:t xml:space="preserve"> I've kind of both times on it. </w:t>
      </w:r>
      <w:proofErr w:type="gramStart"/>
      <w:r>
        <w:rPr>
          <w:rFonts w:ascii="Arial" w:hAnsi="Arial"/>
        </w:rPr>
        <w:t>So</w:t>
      </w:r>
      <w:proofErr w:type="gramEnd"/>
      <w:r>
        <w:rPr>
          <w:rFonts w:ascii="Arial" w:hAnsi="Arial"/>
        </w:rPr>
        <w:t xml:space="preserve"> I'm still autistic. But yeah, but the thing is, was, it was because of the terminology. It's I've always been described as, for example, quirky by teachers. It didn't, it took me years to </w:t>
      </w:r>
      <w:proofErr w:type="spellStart"/>
      <w:r>
        <w:rPr>
          <w:rFonts w:ascii="Arial" w:hAnsi="Arial"/>
        </w:rPr>
        <w:t>realise</w:t>
      </w:r>
      <w:proofErr w:type="spellEnd"/>
      <w:r>
        <w:rPr>
          <w:rFonts w:ascii="Arial" w:hAnsi="Arial"/>
        </w:rPr>
        <w:t xml:space="preserve"> that under the </w:t>
      </w:r>
      <w:r>
        <w:rPr>
          <w:rFonts w:ascii="Arial" w:hAnsi="Arial"/>
        </w:rPr>
        <w:t xml:space="preserve">Equality Act, that ASD is </w:t>
      </w:r>
      <w:proofErr w:type="gramStart"/>
      <w:r>
        <w:rPr>
          <w:rFonts w:ascii="Arial" w:hAnsi="Arial"/>
        </w:rPr>
        <w:t>actually considered</w:t>
      </w:r>
      <w:proofErr w:type="gramEnd"/>
      <w:r>
        <w:rPr>
          <w:rFonts w:ascii="Arial" w:hAnsi="Arial"/>
        </w:rPr>
        <w:t xml:space="preserve"> a disability, which is, Oh, okay. And I spent maybe a year and a half trying to sort of reconcile this because I was like  because I was very aware </w:t>
      </w:r>
      <w:r>
        <w:rPr>
          <w:rFonts w:ascii="Arial" w:hAnsi="Arial"/>
        </w:rPr>
        <w:lastRenderedPageBreak/>
        <w:t>that I am capable of some things, but sort of not really ackno</w:t>
      </w:r>
      <w:r>
        <w:rPr>
          <w:rFonts w:ascii="Arial" w:hAnsi="Arial"/>
        </w:rPr>
        <w:t xml:space="preserve">wledging to myself that there </w:t>
      </w:r>
      <w:proofErr w:type="gramStart"/>
      <w:r>
        <w:rPr>
          <w:rFonts w:ascii="Arial" w:hAnsi="Arial"/>
        </w:rPr>
        <w:t>was</w:t>
      </w:r>
      <w:proofErr w:type="gramEnd"/>
      <w:r>
        <w:rPr>
          <w:rFonts w:ascii="Arial" w:hAnsi="Arial"/>
        </w:rPr>
        <w:t xml:space="preserve"> some things that I'm really not capable.</w:t>
      </w:r>
    </w:p>
    <w:p w14:paraId="5AA9DD98" w14:textId="77777777" w:rsidR="009663B4" w:rsidRDefault="009663B4">
      <w:pPr>
        <w:spacing w:after="0"/>
      </w:pPr>
    </w:p>
    <w:p w14:paraId="41A6EDF4" w14:textId="77777777" w:rsidR="009663B4" w:rsidRDefault="007F724F">
      <w:pPr>
        <w:spacing w:after="0"/>
      </w:pPr>
      <w:r>
        <w:rPr>
          <w:rFonts w:ascii="Arial" w:hAnsi="Arial"/>
          <w:b/>
        </w:rPr>
        <w:t xml:space="preserve">Lucy  </w:t>
      </w:r>
      <w:r>
        <w:rPr>
          <w:rFonts w:ascii="Arial" w:hAnsi="Arial"/>
          <w:color w:val="5D7284"/>
        </w:rPr>
        <w:t>16:12</w:t>
      </w:r>
    </w:p>
    <w:p w14:paraId="3C038C66" w14:textId="77777777" w:rsidR="009663B4" w:rsidRDefault="007F724F">
      <w:pPr>
        <w:spacing w:after="0"/>
      </w:pPr>
      <w:r>
        <w:rPr>
          <w:rFonts w:ascii="Arial" w:hAnsi="Arial"/>
        </w:rPr>
        <w:t>Yeah,</w:t>
      </w:r>
    </w:p>
    <w:p w14:paraId="6F2DE7F7" w14:textId="77777777" w:rsidR="009663B4" w:rsidRDefault="009663B4">
      <w:pPr>
        <w:spacing w:after="0"/>
      </w:pPr>
    </w:p>
    <w:p w14:paraId="4F28D070" w14:textId="77777777" w:rsidR="009663B4" w:rsidRDefault="007F724F">
      <w:pPr>
        <w:spacing w:after="0"/>
      </w:pPr>
      <w:r>
        <w:rPr>
          <w:rFonts w:ascii="Arial" w:hAnsi="Arial"/>
          <w:b/>
        </w:rPr>
        <w:t xml:space="preserve">Alice  </w:t>
      </w:r>
      <w:r>
        <w:rPr>
          <w:rFonts w:ascii="Arial" w:hAnsi="Arial"/>
          <w:color w:val="5D7284"/>
        </w:rPr>
        <w:t>16:13</w:t>
      </w:r>
    </w:p>
    <w:p w14:paraId="6BD12D21" w14:textId="77777777" w:rsidR="009663B4" w:rsidRDefault="007F724F">
      <w:pPr>
        <w:spacing w:after="0"/>
      </w:pPr>
      <w:r>
        <w:rPr>
          <w:rFonts w:ascii="Arial" w:hAnsi="Arial"/>
        </w:rPr>
        <w:t xml:space="preserve">yeah, it's something we've talked about with previous guests is that that word disability and people considering themselves disabled or </w:t>
      </w:r>
      <w:r>
        <w:rPr>
          <w:rFonts w:ascii="Arial" w:hAnsi="Arial"/>
        </w:rPr>
        <w:t>differently abled or able bodied, or however, you want to turn the different over stages of it. And for me, I it kind of comes down to, if you look at that word disabled, you know, really, it means not able. And so if you have a health condition, that mean</w:t>
      </w:r>
      <w:r>
        <w:rPr>
          <w:rFonts w:ascii="Arial" w:hAnsi="Arial"/>
        </w:rPr>
        <w:t>s you're not able to do something, whatever it is, if you have a health condition, that negatively impacts certain elements of your life, whether that's because of your physicality, or, you know, just the social structure of the community you live in, then</w:t>
      </w:r>
      <w:r>
        <w:rPr>
          <w:rFonts w:ascii="Arial" w:hAnsi="Arial"/>
        </w:rPr>
        <w:t xml:space="preserve"> I would like it if people kind of took that, that word disabled as a positive thing as if to say, Well, I, I have a health condition, that means that for some reason I find x or y difficult. And because of that, I'm entitled to certain support. Because of</w:t>
      </w:r>
      <w:r>
        <w:rPr>
          <w:rFonts w:ascii="Arial" w:hAnsi="Arial"/>
        </w:rPr>
        <w:t xml:space="preserve"> that you need to be aware of, you know, things that I might need, you need to support me differently. And yeah, things accessible for me.</w:t>
      </w:r>
    </w:p>
    <w:p w14:paraId="52BD4007" w14:textId="77777777" w:rsidR="009663B4" w:rsidRDefault="009663B4">
      <w:pPr>
        <w:spacing w:after="0"/>
      </w:pPr>
    </w:p>
    <w:p w14:paraId="414E1BE4" w14:textId="77777777" w:rsidR="009663B4" w:rsidRDefault="007F724F">
      <w:pPr>
        <w:spacing w:after="0"/>
      </w:pPr>
      <w:r>
        <w:rPr>
          <w:rFonts w:ascii="Arial" w:hAnsi="Arial"/>
          <w:b/>
        </w:rPr>
        <w:t xml:space="preserve">Lucy  </w:t>
      </w:r>
      <w:r>
        <w:rPr>
          <w:rFonts w:ascii="Arial" w:hAnsi="Arial"/>
          <w:color w:val="5D7284"/>
        </w:rPr>
        <w:t>17:25</w:t>
      </w:r>
    </w:p>
    <w:p w14:paraId="6C90E160" w14:textId="77777777" w:rsidR="009663B4" w:rsidRDefault="007F724F">
      <w:pPr>
        <w:spacing w:after="0"/>
      </w:pPr>
      <w:r>
        <w:rPr>
          <w:rFonts w:ascii="Arial" w:hAnsi="Arial"/>
        </w:rPr>
        <w:t xml:space="preserve">It's that thing about the society being accepting and not </w:t>
      </w:r>
      <w:proofErr w:type="spellStart"/>
      <w:r>
        <w:rPr>
          <w:rFonts w:ascii="Arial" w:hAnsi="Arial"/>
        </w:rPr>
        <w:t>not</w:t>
      </w:r>
      <w:proofErr w:type="spellEnd"/>
      <w:r>
        <w:rPr>
          <w:rFonts w:ascii="Arial" w:hAnsi="Arial"/>
        </w:rPr>
        <w:t xml:space="preserve"> thinking that it's like a them and us ment</w:t>
      </w:r>
      <w:r>
        <w:rPr>
          <w:rFonts w:ascii="Arial" w:hAnsi="Arial"/>
        </w:rPr>
        <w:t>ality, but just being accepting of. Okay, so that's Lydia, she's got autism, you but that is an ideal world, isn't it? Where I think it's like, sometimes a bit like a fairytale land waiting. Wouldn't it be nice if everybody just went Oh, yeah, that's Lucy,</w:t>
      </w:r>
      <w:r>
        <w:rPr>
          <w:rFonts w:ascii="Arial" w:hAnsi="Arial"/>
        </w:rPr>
        <w:t xml:space="preserve"> she's in a wheelchair </w:t>
      </w:r>
      <w:proofErr w:type="spellStart"/>
      <w:r>
        <w:rPr>
          <w:rFonts w:ascii="Arial" w:hAnsi="Arial"/>
        </w:rPr>
        <w:t>thats</w:t>
      </w:r>
      <w:proofErr w:type="spellEnd"/>
      <w:r>
        <w:rPr>
          <w:rFonts w:ascii="Arial" w:hAnsi="Arial"/>
        </w:rPr>
        <w:t xml:space="preserve">  Alicia is blind and </w:t>
      </w:r>
      <w:proofErr w:type="spellStart"/>
      <w:r>
        <w:rPr>
          <w:rFonts w:ascii="Arial" w:hAnsi="Arial"/>
        </w:rPr>
        <w:t>thats</w:t>
      </w:r>
      <w:proofErr w:type="spellEnd"/>
      <w:r>
        <w:rPr>
          <w:rFonts w:ascii="Arial" w:hAnsi="Arial"/>
        </w:rPr>
        <w:t xml:space="preserve"> Lydia, who has autism, it's never going to, you know, be like that, unfortunately,</w:t>
      </w:r>
    </w:p>
    <w:p w14:paraId="0D232121" w14:textId="77777777" w:rsidR="009663B4" w:rsidRDefault="009663B4">
      <w:pPr>
        <w:spacing w:after="0"/>
      </w:pPr>
    </w:p>
    <w:p w14:paraId="17BAAF34" w14:textId="77777777" w:rsidR="009663B4" w:rsidRDefault="007F724F">
      <w:pPr>
        <w:spacing w:after="0"/>
      </w:pPr>
      <w:r>
        <w:rPr>
          <w:rFonts w:ascii="Arial" w:hAnsi="Arial"/>
          <w:b/>
        </w:rPr>
        <w:t xml:space="preserve">Alice  </w:t>
      </w:r>
      <w:r>
        <w:rPr>
          <w:rFonts w:ascii="Arial" w:hAnsi="Arial"/>
          <w:color w:val="5D7284"/>
        </w:rPr>
        <w:t>17:54</w:t>
      </w:r>
    </w:p>
    <w:p w14:paraId="6FE02AEA" w14:textId="77777777" w:rsidR="009663B4" w:rsidRDefault="007F724F">
      <w:pPr>
        <w:spacing w:after="0"/>
      </w:pPr>
      <w:r>
        <w:rPr>
          <w:rFonts w:ascii="Arial" w:hAnsi="Arial"/>
        </w:rPr>
        <w:t>I had a conversation with my husband yesterday, or the other day. And we talked about how there are a l</w:t>
      </w:r>
      <w:r>
        <w:rPr>
          <w:rFonts w:ascii="Arial" w:hAnsi="Arial"/>
        </w:rPr>
        <w:t>ot of people in the CIS community who have trouble with trans rights, and particularly when it comes to toilets and things like that. Yeah. And we basically were talking about it, and I just went, I just don't care. I absolutely do not care what is in some</w:t>
      </w:r>
      <w:r>
        <w:rPr>
          <w:rFonts w:ascii="Arial" w:hAnsi="Arial"/>
        </w:rPr>
        <w:t>body else's pants. Why does it have any impact on me, whatsoever ?</w:t>
      </w:r>
    </w:p>
    <w:p w14:paraId="05DB48B9" w14:textId="77777777" w:rsidR="009663B4" w:rsidRDefault="009663B4">
      <w:pPr>
        <w:spacing w:after="0"/>
      </w:pPr>
    </w:p>
    <w:p w14:paraId="4881A278" w14:textId="77777777" w:rsidR="009663B4" w:rsidRDefault="007F724F">
      <w:pPr>
        <w:spacing w:after="0"/>
      </w:pPr>
      <w:r>
        <w:rPr>
          <w:rFonts w:ascii="Arial" w:hAnsi="Arial"/>
          <w:b/>
        </w:rPr>
        <w:t xml:space="preserve">Lucy  </w:t>
      </w:r>
      <w:r>
        <w:rPr>
          <w:rFonts w:ascii="Arial" w:hAnsi="Arial"/>
          <w:color w:val="5D7284"/>
        </w:rPr>
        <w:t>18:21</w:t>
      </w:r>
    </w:p>
    <w:p w14:paraId="3042B774" w14:textId="77777777" w:rsidR="009663B4" w:rsidRDefault="007F724F">
      <w:pPr>
        <w:spacing w:after="0"/>
      </w:pPr>
      <w:r>
        <w:rPr>
          <w:rFonts w:ascii="Arial" w:hAnsi="Arial"/>
        </w:rPr>
        <w:t xml:space="preserve"> It's the whole issue as well of people. But I don't want to share a toilet with </w:t>
      </w:r>
      <w:proofErr w:type="spellStart"/>
      <w:r>
        <w:rPr>
          <w:rFonts w:ascii="Arial" w:hAnsi="Arial"/>
        </w:rPr>
        <w:t>with</w:t>
      </w:r>
      <w:proofErr w:type="spellEnd"/>
      <w:r>
        <w:rPr>
          <w:rFonts w:ascii="Arial" w:hAnsi="Arial"/>
        </w:rPr>
        <w:t xml:space="preserve"> that. And you know, as horrible as it may sound, that is the kind of mentality we're looki</w:t>
      </w:r>
      <w:r>
        <w:rPr>
          <w:rFonts w:ascii="Arial" w:hAnsi="Arial"/>
        </w:rPr>
        <w:t xml:space="preserve">ng at. Can I just reframe that and say, </w:t>
      </w:r>
      <w:proofErr w:type="gramStart"/>
      <w:r>
        <w:rPr>
          <w:rFonts w:ascii="Arial" w:hAnsi="Arial"/>
        </w:rPr>
        <w:t>You</w:t>
      </w:r>
      <w:proofErr w:type="gramEnd"/>
      <w:r>
        <w:rPr>
          <w:rFonts w:ascii="Arial" w:hAnsi="Arial"/>
        </w:rPr>
        <w:t xml:space="preserve"> don't like sharing  the toilet with that? </w:t>
      </w:r>
      <w:proofErr w:type="gramStart"/>
      <w:r>
        <w:rPr>
          <w:rFonts w:ascii="Arial" w:hAnsi="Arial"/>
        </w:rPr>
        <w:t>Well</w:t>
      </w:r>
      <w:proofErr w:type="gramEnd"/>
      <w:r>
        <w:rPr>
          <w:rFonts w:ascii="Arial" w:hAnsi="Arial"/>
        </w:rPr>
        <w:t xml:space="preserve"> is as a disabled person, we often have to share the toilet with outdoor furniture, and, you know, peoples coats and  spare chairs and stuff,  just </w:t>
      </w:r>
      <w:proofErr w:type="spellStart"/>
      <w:r>
        <w:rPr>
          <w:rFonts w:ascii="Arial" w:hAnsi="Arial"/>
        </w:rPr>
        <w:t>just</w:t>
      </w:r>
      <w:proofErr w:type="spellEnd"/>
      <w:r>
        <w:rPr>
          <w:rFonts w:ascii="Arial" w:hAnsi="Arial"/>
        </w:rPr>
        <w:t xml:space="preserve"> </w:t>
      </w:r>
      <w:proofErr w:type="spellStart"/>
      <w:r>
        <w:rPr>
          <w:rFonts w:ascii="Arial" w:hAnsi="Arial"/>
        </w:rPr>
        <w:t>just</w:t>
      </w:r>
      <w:proofErr w:type="spellEnd"/>
      <w:r>
        <w:rPr>
          <w:rFonts w:ascii="Arial" w:hAnsi="Arial"/>
        </w:rPr>
        <w:t xml:space="preserve"> </w:t>
      </w:r>
      <w:proofErr w:type="spellStart"/>
      <w:r>
        <w:rPr>
          <w:rFonts w:ascii="Arial" w:hAnsi="Arial"/>
        </w:rPr>
        <w:t>just</w:t>
      </w:r>
      <w:proofErr w:type="spellEnd"/>
      <w:r>
        <w:rPr>
          <w:rFonts w:ascii="Arial" w:hAnsi="Arial"/>
        </w:rPr>
        <w:t xml:space="preserve"> thi</w:t>
      </w:r>
      <w:r>
        <w:rPr>
          <w:rFonts w:ascii="Arial" w:hAnsi="Arial"/>
        </w:rPr>
        <w:t xml:space="preserve">nk about it. Will, you  before you start  kicking  up, of a fuss, because we don't kick up a </w:t>
      </w:r>
      <w:proofErr w:type="gramStart"/>
      <w:r>
        <w:rPr>
          <w:rFonts w:ascii="Arial" w:hAnsi="Arial"/>
        </w:rPr>
        <w:t>fuss</w:t>
      </w:r>
      <w:proofErr w:type="gramEnd"/>
    </w:p>
    <w:p w14:paraId="0A849929" w14:textId="77777777" w:rsidR="009663B4" w:rsidRDefault="009663B4">
      <w:pPr>
        <w:spacing w:after="0"/>
      </w:pPr>
    </w:p>
    <w:p w14:paraId="1BF48054" w14:textId="77777777" w:rsidR="009663B4" w:rsidRDefault="007F724F">
      <w:pPr>
        <w:spacing w:after="0"/>
      </w:pPr>
      <w:r>
        <w:rPr>
          <w:rFonts w:ascii="Arial" w:hAnsi="Arial"/>
          <w:b/>
        </w:rPr>
        <w:t xml:space="preserve">Lydia Wilkins  </w:t>
      </w:r>
      <w:r>
        <w:rPr>
          <w:rFonts w:ascii="Arial" w:hAnsi="Arial"/>
          <w:color w:val="5D7284"/>
        </w:rPr>
        <w:t>18:55</w:t>
      </w:r>
    </w:p>
    <w:p w14:paraId="0DEBE678" w14:textId="77777777" w:rsidR="009663B4" w:rsidRDefault="007F724F">
      <w:pPr>
        <w:spacing w:after="0"/>
      </w:pPr>
      <w:r>
        <w:rPr>
          <w:rFonts w:ascii="Arial" w:hAnsi="Arial"/>
        </w:rPr>
        <w:t>It's interesting. You mentioned disabled toilets, because the thing is that, so I tend not to use them. And this was I had quite a horri</w:t>
      </w:r>
      <w:r>
        <w:rPr>
          <w:rFonts w:ascii="Arial" w:hAnsi="Arial"/>
        </w:rPr>
        <w:t xml:space="preserve">ble experience. I was at the Royal Albert Hall a few years ago. And this was, I think, I've been diagnosed for maybe a year, a year and a half. And I forget the circumstances, but I was having, frankly, quite a spectacular meltdown. And I just wanting it </w:t>
      </w:r>
      <w:proofErr w:type="gramStart"/>
      <w:r>
        <w:rPr>
          <w:rFonts w:ascii="Arial" w:hAnsi="Arial"/>
        </w:rPr>
        <w:t>r</w:t>
      </w:r>
      <w:r>
        <w:rPr>
          <w:rFonts w:ascii="Arial" w:hAnsi="Arial"/>
        </w:rPr>
        <w:t>eally quite</w:t>
      </w:r>
      <w:proofErr w:type="gramEnd"/>
      <w:r>
        <w:rPr>
          <w:rFonts w:ascii="Arial" w:hAnsi="Arial"/>
        </w:rPr>
        <w:t xml:space="preserve"> difficult being in this </w:t>
      </w:r>
      <w:r>
        <w:rPr>
          <w:rFonts w:ascii="Arial" w:hAnsi="Arial"/>
        </w:rPr>
        <w:lastRenderedPageBreak/>
        <w:t xml:space="preserve">quite overwhelming environment. And my mum was sort of like, okay, here's the disabled, loo go in there like sort yourself out, because when you have a meltdown, people sometimes forget that it has kind of like a </w:t>
      </w:r>
      <w:proofErr w:type="gramStart"/>
      <w:r>
        <w:rPr>
          <w:rFonts w:ascii="Arial" w:hAnsi="Arial"/>
        </w:rPr>
        <w:t>knock o</w:t>
      </w:r>
      <w:r>
        <w:rPr>
          <w:rFonts w:ascii="Arial" w:hAnsi="Arial"/>
        </w:rPr>
        <w:t>n</w:t>
      </w:r>
      <w:proofErr w:type="gramEnd"/>
      <w:r>
        <w:rPr>
          <w:rFonts w:ascii="Arial" w:hAnsi="Arial"/>
        </w:rPr>
        <w:t xml:space="preserve"> effect. </w:t>
      </w:r>
      <w:proofErr w:type="gramStart"/>
      <w:r>
        <w:rPr>
          <w:rFonts w:ascii="Arial" w:hAnsi="Arial"/>
        </w:rPr>
        <w:t>So</w:t>
      </w:r>
      <w:proofErr w:type="gramEnd"/>
      <w:r>
        <w:rPr>
          <w:rFonts w:ascii="Arial" w:hAnsi="Arial"/>
        </w:rPr>
        <w:t xml:space="preserve"> I quite struggle with I struggle with things kind of that also motor skills based after the meltdown, for example, my hands don't particularly work very well, my spatial awareness goes really quite badly wrong. </w:t>
      </w:r>
      <w:proofErr w:type="gramStart"/>
      <w:r>
        <w:rPr>
          <w:rFonts w:ascii="Arial" w:hAnsi="Arial"/>
        </w:rPr>
        <w:t>So</w:t>
      </w:r>
      <w:proofErr w:type="gramEnd"/>
      <w:r>
        <w:rPr>
          <w:rFonts w:ascii="Arial" w:hAnsi="Arial"/>
        </w:rPr>
        <w:t xml:space="preserve"> it'd be it's not great partic</w:t>
      </w:r>
      <w:r>
        <w:rPr>
          <w:rFonts w:ascii="Arial" w:hAnsi="Arial"/>
        </w:rPr>
        <w:t xml:space="preserve">ularly sometimes afterwards It's like, walking into walls and doors and things. And it's, everything sounds amplified. And I'll never forget, I came out and I felt </w:t>
      </w:r>
      <w:proofErr w:type="gramStart"/>
      <w:r>
        <w:rPr>
          <w:rFonts w:ascii="Arial" w:hAnsi="Arial"/>
        </w:rPr>
        <w:t>really quite</w:t>
      </w:r>
      <w:proofErr w:type="gramEnd"/>
      <w:r>
        <w:rPr>
          <w:rFonts w:ascii="Arial" w:hAnsi="Arial"/>
        </w:rPr>
        <w:t xml:space="preserve"> bad because I could hear there was a woman outside, she was being quite confron</w:t>
      </w:r>
      <w:r>
        <w:rPr>
          <w:rFonts w:ascii="Arial" w:hAnsi="Arial"/>
        </w:rPr>
        <w:t xml:space="preserve">tational to my mom. And she </w:t>
      </w:r>
      <w:proofErr w:type="gramStart"/>
      <w:r>
        <w:rPr>
          <w:rFonts w:ascii="Arial" w:hAnsi="Arial"/>
        </w:rPr>
        <w:t>say</w:t>
      </w:r>
      <w:proofErr w:type="gramEnd"/>
      <w:r>
        <w:rPr>
          <w:rFonts w:ascii="Arial" w:hAnsi="Arial"/>
        </w:rPr>
        <w:t xml:space="preserve"> she was a wheelchair user. But she thought I was abusing the toilet system, that I felt </w:t>
      </w:r>
      <w:proofErr w:type="gramStart"/>
      <w:r>
        <w:rPr>
          <w:rFonts w:ascii="Arial" w:hAnsi="Arial"/>
        </w:rPr>
        <w:t>really quite</w:t>
      </w:r>
      <w:proofErr w:type="gramEnd"/>
      <w:r>
        <w:rPr>
          <w:rFonts w:ascii="Arial" w:hAnsi="Arial"/>
        </w:rPr>
        <w:t xml:space="preserve"> terrible about that, because she was waiting there. And she was, what was long as she's disabled, she's allowed to use it, </w:t>
      </w:r>
      <w:r>
        <w:rPr>
          <w:rFonts w:ascii="Arial" w:hAnsi="Arial"/>
        </w:rPr>
        <w:t>but I don't think she is and all that sort of thing. And</w:t>
      </w:r>
    </w:p>
    <w:p w14:paraId="2DF535CE" w14:textId="77777777" w:rsidR="009663B4" w:rsidRDefault="009663B4">
      <w:pPr>
        <w:spacing w:after="0"/>
      </w:pPr>
    </w:p>
    <w:p w14:paraId="331DD9C2" w14:textId="77777777" w:rsidR="009663B4" w:rsidRDefault="007F724F">
      <w:pPr>
        <w:spacing w:after="0"/>
      </w:pPr>
      <w:r>
        <w:rPr>
          <w:rFonts w:ascii="Arial" w:hAnsi="Arial"/>
          <w:b/>
        </w:rPr>
        <w:t xml:space="preserve">Lucy  </w:t>
      </w:r>
      <w:r>
        <w:rPr>
          <w:rFonts w:ascii="Arial" w:hAnsi="Arial"/>
          <w:color w:val="5D7284"/>
        </w:rPr>
        <w:t>20:34</w:t>
      </w:r>
    </w:p>
    <w:p w14:paraId="1B37AA9D" w14:textId="77777777" w:rsidR="009663B4" w:rsidRDefault="007F724F">
      <w:pPr>
        <w:spacing w:after="0"/>
      </w:pPr>
      <w:r>
        <w:rPr>
          <w:rFonts w:ascii="Arial" w:hAnsi="Arial"/>
        </w:rPr>
        <w:t xml:space="preserve">what is the phrase? I don't think she is, is just, you </w:t>
      </w:r>
      <w:proofErr w:type="gramStart"/>
      <w:r>
        <w:rPr>
          <w:rFonts w:ascii="Arial" w:hAnsi="Arial"/>
        </w:rPr>
        <w:t>know</w:t>
      </w:r>
      <w:proofErr w:type="gramEnd"/>
    </w:p>
    <w:p w14:paraId="41991949" w14:textId="77777777" w:rsidR="009663B4" w:rsidRDefault="009663B4">
      <w:pPr>
        <w:spacing w:after="0"/>
      </w:pPr>
    </w:p>
    <w:p w14:paraId="296BCD9A" w14:textId="77777777" w:rsidR="009663B4" w:rsidRDefault="007F724F">
      <w:pPr>
        <w:spacing w:after="0"/>
      </w:pPr>
      <w:r>
        <w:rPr>
          <w:rFonts w:ascii="Arial" w:hAnsi="Arial"/>
          <w:b/>
        </w:rPr>
        <w:t xml:space="preserve">Alice  </w:t>
      </w:r>
      <w:r>
        <w:rPr>
          <w:rFonts w:ascii="Arial" w:hAnsi="Arial"/>
          <w:color w:val="5D7284"/>
        </w:rPr>
        <w:t>20:38</w:t>
      </w:r>
    </w:p>
    <w:p w14:paraId="27BB5CBF" w14:textId="77777777" w:rsidR="009663B4" w:rsidRDefault="007F724F">
      <w:pPr>
        <w:spacing w:after="0"/>
      </w:pPr>
      <w:r>
        <w:rPr>
          <w:rFonts w:ascii="Arial" w:hAnsi="Arial"/>
        </w:rPr>
        <w:t>but in that situation, the thing that I just think is, well, then the place should accommodate for more than one</w:t>
      </w:r>
      <w:r>
        <w:rPr>
          <w:rFonts w:ascii="Arial" w:hAnsi="Arial"/>
        </w:rPr>
        <w:t xml:space="preserve"> disabled person needing to use the toilet and one time completely basically you know, regardless of whether you think somebody has a disability or not, you should work under the assumption that they're </w:t>
      </w:r>
      <w:proofErr w:type="gramStart"/>
      <w:r>
        <w:rPr>
          <w:rFonts w:ascii="Arial" w:hAnsi="Arial"/>
        </w:rPr>
        <w:t>the it's</w:t>
      </w:r>
      <w:proofErr w:type="gramEnd"/>
      <w:r>
        <w:rPr>
          <w:rFonts w:ascii="Arial" w:hAnsi="Arial"/>
        </w:rPr>
        <w:t xml:space="preserve"> not just they're just let one disabled perso</w:t>
      </w:r>
      <w:r>
        <w:rPr>
          <w:rFonts w:ascii="Arial" w:hAnsi="Arial"/>
        </w:rPr>
        <w:t>n out a day We have a special pass we all share</w:t>
      </w:r>
    </w:p>
    <w:p w14:paraId="59E1D005" w14:textId="77777777" w:rsidR="009663B4" w:rsidRDefault="009663B4">
      <w:pPr>
        <w:spacing w:after="0"/>
      </w:pPr>
    </w:p>
    <w:p w14:paraId="46F63857" w14:textId="77777777" w:rsidR="009663B4" w:rsidRDefault="007F724F">
      <w:pPr>
        <w:spacing w:after="0"/>
      </w:pPr>
      <w:r>
        <w:rPr>
          <w:rFonts w:ascii="Arial" w:hAnsi="Arial"/>
          <w:b/>
        </w:rPr>
        <w:t xml:space="preserve">Lucy  </w:t>
      </w:r>
      <w:r>
        <w:rPr>
          <w:rFonts w:ascii="Arial" w:hAnsi="Arial"/>
          <w:color w:val="5D7284"/>
        </w:rPr>
        <w:t>21:05</w:t>
      </w:r>
    </w:p>
    <w:p w14:paraId="6EDC4A5A" w14:textId="77777777" w:rsidR="009663B4" w:rsidRDefault="007F724F">
      <w:pPr>
        <w:spacing w:after="0"/>
      </w:pPr>
      <w:r>
        <w:rPr>
          <w:rFonts w:ascii="Arial" w:hAnsi="Arial"/>
        </w:rPr>
        <w:t>is it  your turn out today Alice ?</w:t>
      </w:r>
    </w:p>
    <w:p w14:paraId="141D5C5A" w14:textId="77777777" w:rsidR="009663B4" w:rsidRDefault="009663B4">
      <w:pPr>
        <w:spacing w:after="0"/>
      </w:pPr>
    </w:p>
    <w:p w14:paraId="456CB3B3" w14:textId="77777777" w:rsidR="009663B4" w:rsidRDefault="007F724F">
      <w:pPr>
        <w:spacing w:after="0"/>
      </w:pPr>
      <w:r>
        <w:rPr>
          <w:rFonts w:ascii="Arial" w:hAnsi="Arial"/>
          <w:b/>
        </w:rPr>
        <w:t xml:space="preserve">Lydia Wilkins  </w:t>
      </w:r>
      <w:r>
        <w:rPr>
          <w:rFonts w:ascii="Arial" w:hAnsi="Arial"/>
          <w:color w:val="5D7284"/>
        </w:rPr>
        <w:t>21:09</w:t>
      </w:r>
    </w:p>
    <w:p w14:paraId="7636AD0B" w14:textId="77777777" w:rsidR="009663B4" w:rsidRDefault="007F724F">
      <w:pPr>
        <w:spacing w:after="0"/>
      </w:pPr>
      <w:r>
        <w:rPr>
          <w:rFonts w:ascii="Arial" w:hAnsi="Arial"/>
        </w:rPr>
        <w:t xml:space="preserve">It's sweet recently, whether it was someone who suggested that </w:t>
      </w:r>
      <w:proofErr w:type="spellStart"/>
      <w:r>
        <w:rPr>
          <w:rFonts w:ascii="Arial" w:hAnsi="Arial"/>
        </w:rPr>
        <w:t>u'm</w:t>
      </w:r>
      <w:proofErr w:type="spellEnd"/>
      <w:r>
        <w:rPr>
          <w:rFonts w:ascii="Arial" w:hAnsi="Arial"/>
        </w:rPr>
        <w:t xml:space="preserve"> disabled parking bays should have I think it was a time limit. </w:t>
      </w:r>
      <w:proofErr w:type="gramStart"/>
      <w:r>
        <w:rPr>
          <w:rFonts w:ascii="Arial" w:hAnsi="Arial"/>
        </w:rPr>
        <w:t>So</w:t>
      </w:r>
      <w:proofErr w:type="gramEnd"/>
      <w:r>
        <w:rPr>
          <w:rFonts w:ascii="Arial" w:hAnsi="Arial"/>
        </w:rPr>
        <w:t xml:space="preserve"> there</w:t>
      </w:r>
      <w:r>
        <w:rPr>
          <w:rFonts w:ascii="Arial" w:hAnsi="Arial"/>
        </w:rPr>
        <w:t xml:space="preserve"> should  only been, you know, the one I mean, don't get somebody replied, we're not werewolves Coming out when there's a full moon, it just, it's the thing about disabled access, I often find it easier because </w:t>
      </w:r>
      <w:proofErr w:type="spellStart"/>
      <w:r>
        <w:rPr>
          <w:rFonts w:ascii="Arial" w:hAnsi="Arial"/>
        </w:rPr>
        <w:t>because</w:t>
      </w:r>
      <w:proofErr w:type="spellEnd"/>
      <w:r>
        <w:rPr>
          <w:rFonts w:ascii="Arial" w:hAnsi="Arial"/>
        </w:rPr>
        <w:t xml:space="preserve"> of the its space better. And I don't h</w:t>
      </w:r>
      <w:r>
        <w:rPr>
          <w:rFonts w:ascii="Arial" w:hAnsi="Arial"/>
        </w:rPr>
        <w:t xml:space="preserve">ave to kind of it's </w:t>
      </w:r>
      <w:proofErr w:type="spellStart"/>
      <w:r>
        <w:rPr>
          <w:rFonts w:ascii="Arial" w:hAnsi="Arial"/>
        </w:rPr>
        <w:t>it's</w:t>
      </w:r>
      <w:proofErr w:type="spellEnd"/>
      <w:r>
        <w:rPr>
          <w:rFonts w:ascii="Arial" w:hAnsi="Arial"/>
        </w:rPr>
        <w:t xml:space="preserve"> a </w:t>
      </w:r>
      <w:proofErr w:type="spellStart"/>
      <w:r>
        <w:rPr>
          <w:rFonts w:ascii="Arial" w:hAnsi="Arial"/>
        </w:rPr>
        <w:t>spacial</w:t>
      </w:r>
      <w:proofErr w:type="spellEnd"/>
      <w:r>
        <w:rPr>
          <w:rFonts w:ascii="Arial" w:hAnsi="Arial"/>
        </w:rPr>
        <w:t xml:space="preserve"> </w:t>
      </w:r>
      <w:proofErr w:type="spellStart"/>
      <w:r>
        <w:rPr>
          <w:rFonts w:ascii="Arial" w:hAnsi="Arial"/>
        </w:rPr>
        <w:t>awarness</w:t>
      </w:r>
      <w:proofErr w:type="spellEnd"/>
      <w:r>
        <w:rPr>
          <w:rFonts w:ascii="Arial" w:hAnsi="Arial"/>
        </w:rPr>
        <w:t xml:space="preserve">. </w:t>
      </w:r>
      <w:proofErr w:type="gramStart"/>
      <w:r>
        <w:rPr>
          <w:rFonts w:ascii="Arial" w:hAnsi="Arial"/>
        </w:rPr>
        <w:t>So</w:t>
      </w:r>
      <w:proofErr w:type="gramEnd"/>
      <w:r>
        <w:rPr>
          <w:rFonts w:ascii="Arial" w:hAnsi="Arial"/>
        </w:rPr>
        <w:t xml:space="preserve"> I'm not going to bash myself, I'm not going to potentially cover myself in bruises, I find it easier in terms of, like, even Forgive me for being crass handling things like, you know, soap and that sort of th</w:t>
      </w:r>
      <w:r>
        <w:rPr>
          <w:rFonts w:ascii="Arial" w:hAnsi="Arial"/>
        </w:rPr>
        <w:t>ing. But with the after this, we've had like the sunflower lanyard, and that sort of thing. And that's been really useful, because I've had, I've not had to explain really have not had to justify myself and I've had, it's amazing, because I have so much mo</w:t>
      </w:r>
      <w:r>
        <w:rPr>
          <w:rFonts w:ascii="Arial" w:hAnsi="Arial"/>
        </w:rPr>
        <w:t xml:space="preserve">re help, rather than </w:t>
      </w:r>
      <w:proofErr w:type="spellStart"/>
      <w:r>
        <w:rPr>
          <w:rFonts w:ascii="Arial" w:hAnsi="Arial"/>
        </w:rPr>
        <w:t>than</w:t>
      </w:r>
      <w:proofErr w:type="spellEnd"/>
      <w:r>
        <w:rPr>
          <w:rFonts w:ascii="Arial" w:hAnsi="Arial"/>
        </w:rPr>
        <w:t xml:space="preserve"> just, oh, she's an </w:t>
      </w:r>
      <w:proofErr w:type="gramStart"/>
      <w:r>
        <w:rPr>
          <w:rFonts w:ascii="Arial" w:hAnsi="Arial"/>
        </w:rPr>
        <w:t>able bodied</w:t>
      </w:r>
      <w:proofErr w:type="gramEnd"/>
      <w:r>
        <w:rPr>
          <w:rFonts w:ascii="Arial" w:hAnsi="Arial"/>
        </w:rPr>
        <w:t xml:space="preserve"> person. Yeah,</w:t>
      </w:r>
    </w:p>
    <w:p w14:paraId="2A998917" w14:textId="77777777" w:rsidR="009663B4" w:rsidRDefault="009663B4">
      <w:pPr>
        <w:spacing w:after="0"/>
      </w:pPr>
    </w:p>
    <w:p w14:paraId="5F2D0834" w14:textId="77777777" w:rsidR="009663B4" w:rsidRDefault="007F724F">
      <w:pPr>
        <w:spacing w:after="0"/>
      </w:pPr>
      <w:r>
        <w:rPr>
          <w:rFonts w:ascii="Arial" w:hAnsi="Arial"/>
          <w:b/>
        </w:rPr>
        <w:t xml:space="preserve">Alice  </w:t>
      </w:r>
      <w:r>
        <w:rPr>
          <w:rFonts w:ascii="Arial" w:hAnsi="Arial"/>
          <w:color w:val="5D7284"/>
        </w:rPr>
        <w:t>22:13</w:t>
      </w:r>
    </w:p>
    <w:p w14:paraId="5DA08C5B" w14:textId="77777777" w:rsidR="009663B4" w:rsidRDefault="007F724F">
      <w:pPr>
        <w:spacing w:after="0"/>
      </w:pPr>
      <w:r>
        <w:rPr>
          <w:rFonts w:ascii="Arial" w:hAnsi="Arial"/>
        </w:rPr>
        <w:t xml:space="preserve">it's, I don't want to Yeah, that was my experience before I got my guide dog. Because, you know, I have got a reasonable amount of sight. And I'd so until you know, I </w:t>
      </w:r>
      <w:r>
        <w:rPr>
          <w:rFonts w:ascii="Arial" w:hAnsi="Arial"/>
        </w:rPr>
        <w:t xml:space="preserve">got and I never, I never ever used an orientation K, and I hate it hated white cane. And </w:t>
      </w:r>
      <w:proofErr w:type="gramStart"/>
      <w:r>
        <w:rPr>
          <w:rFonts w:ascii="Arial" w:hAnsi="Arial"/>
        </w:rPr>
        <w:t>so</w:t>
      </w:r>
      <w:proofErr w:type="gramEnd"/>
      <w:r>
        <w:rPr>
          <w:rFonts w:ascii="Arial" w:hAnsi="Arial"/>
        </w:rPr>
        <w:t xml:space="preserve"> it suddenly , you know, I started walking around with the  dog, and it's like, people throw themselves at you. What can I do to help? Whereas before, if I tripped o</w:t>
      </w:r>
      <w:r>
        <w:rPr>
          <w:rFonts w:ascii="Arial" w:hAnsi="Arial"/>
        </w:rPr>
        <w:t xml:space="preserve">ver in the street, like people just be like, well, what's wrong with her? I think the things that say a lot about society. If you see someone trip in the street, and you just go, Oh, God, what's wrong with </w:t>
      </w:r>
      <w:r>
        <w:rPr>
          <w:rFonts w:ascii="Arial" w:hAnsi="Arial"/>
        </w:rPr>
        <w:lastRenderedPageBreak/>
        <w:t xml:space="preserve">her? And then you see a guide dog user walk past, </w:t>
      </w:r>
      <w:r>
        <w:rPr>
          <w:rFonts w:ascii="Arial" w:hAnsi="Arial"/>
        </w:rPr>
        <w:t>you minding their own business, you feel suddenly compelled to ask them if they need help?</w:t>
      </w:r>
    </w:p>
    <w:p w14:paraId="73355440" w14:textId="77777777" w:rsidR="009663B4" w:rsidRDefault="009663B4">
      <w:pPr>
        <w:spacing w:after="0"/>
      </w:pPr>
    </w:p>
    <w:p w14:paraId="5FEE093E" w14:textId="77777777" w:rsidR="009663B4" w:rsidRDefault="007F724F">
      <w:pPr>
        <w:spacing w:after="0"/>
      </w:pPr>
      <w:r>
        <w:rPr>
          <w:rFonts w:ascii="Arial" w:hAnsi="Arial"/>
          <w:b/>
        </w:rPr>
        <w:t xml:space="preserve">Lydia Wilkins  </w:t>
      </w:r>
      <w:r>
        <w:rPr>
          <w:rFonts w:ascii="Arial" w:hAnsi="Arial"/>
          <w:color w:val="5D7284"/>
        </w:rPr>
        <w:t>22:57</w:t>
      </w:r>
    </w:p>
    <w:p w14:paraId="49E5823D" w14:textId="77777777" w:rsidR="009663B4" w:rsidRDefault="007F724F">
      <w:pPr>
        <w:spacing w:after="0"/>
      </w:pPr>
      <w:r>
        <w:rPr>
          <w:rFonts w:ascii="Arial" w:hAnsi="Arial"/>
        </w:rPr>
        <w:t>Yeah, that is, it's never really understood this because it's sometimes when I go around, I try and sort of decode the social expectation and k</w:t>
      </w:r>
      <w:r>
        <w:rPr>
          <w:rFonts w:ascii="Arial" w:hAnsi="Arial"/>
        </w:rPr>
        <w:t xml:space="preserve">ind of that thing, but I've never really understood why people don't stop to help. Like, what, what, what is the rule here, but I just be sort of like, okay, somebody's fallen over and hurt themselves do I need to call </w:t>
      </w:r>
      <w:proofErr w:type="spellStart"/>
      <w:proofErr w:type="gramStart"/>
      <w:r>
        <w:rPr>
          <w:rFonts w:ascii="Arial" w:hAnsi="Arial"/>
        </w:rPr>
        <w:t>a</w:t>
      </w:r>
      <w:proofErr w:type="spellEnd"/>
      <w:proofErr w:type="gramEnd"/>
      <w:r>
        <w:rPr>
          <w:rFonts w:ascii="Arial" w:hAnsi="Arial"/>
        </w:rPr>
        <w:t xml:space="preserve"> ambulance?  And so that sort of thi</w:t>
      </w:r>
      <w:r>
        <w:rPr>
          <w:rFonts w:ascii="Arial" w:hAnsi="Arial"/>
        </w:rPr>
        <w:t>ng? Yeah. And it's, I've been told by people who I know, I'm not on the spectrum. And then just like, it's not our business,</w:t>
      </w:r>
    </w:p>
    <w:p w14:paraId="04C23B86" w14:textId="77777777" w:rsidR="009663B4" w:rsidRDefault="009663B4">
      <w:pPr>
        <w:spacing w:after="0"/>
      </w:pPr>
    </w:p>
    <w:p w14:paraId="2A724398" w14:textId="77777777" w:rsidR="009663B4" w:rsidRDefault="007F724F">
      <w:pPr>
        <w:spacing w:after="0"/>
      </w:pPr>
      <w:r>
        <w:rPr>
          <w:rFonts w:ascii="Arial" w:hAnsi="Arial"/>
          <w:b/>
        </w:rPr>
        <w:t xml:space="preserve">Lucy  </w:t>
      </w:r>
      <w:r>
        <w:rPr>
          <w:rFonts w:ascii="Arial" w:hAnsi="Arial"/>
          <w:color w:val="5D7284"/>
        </w:rPr>
        <w:t>23:28</w:t>
      </w:r>
    </w:p>
    <w:p w14:paraId="7C97F5BB" w14:textId="77777777" w:rsidR="009663B4" w:rsidRDefault="007F724F">
      <w:pPr>
        <w:spacing w:after="0"/>
      </w:pPr>
      <w:r>
        <w:rPr>
          <w:rFonts w:ascii="Arial" w:hAnsi="Arial"/>
        </w:rPr>
        <w:t>even if you look at people with tattoos, for instance, so I can remember watching a programme this woman is, she was c</w:t>
      </w:r>
      <w:r>
        <w:rPr>
          <w:rFonts w:ascii="Arial" w:hAnsi="Arial"/>
        </w:rPr>
        <w:t xml:space="preserve">overed from head to toe in tattoos, quite </w:t>
      </w:r>
      <w:proofErr w:type="spellStart"/>
      <w:r>
        <w:rPr>
          <w:rFonts w:ascii="Arial" w:hAnsi="Arial"/>
        </w:rPr>
        <w:t>quite</w:t>
      </w:r>
      <w:proofErr w:type="spellEnd"/>
      <w:r>
        <w:rPr>
          <w:rFonts w:ascii="Arial" w:hAnsi="Arial"/>
        </w:rPr>
        <w:t xml:space="preserve"> striking tattoos, not just like little one, but big everywhere. And they did. They did an experiment where she covered her tattoos in makeup, and then went on the street and asked people could you help me ple</w:t>
      </w:r>
      <w:r>
        <w:rPr>
          <w:rFonts w:ascii="Arial" w:hAnsi="Arial"/>
        </w:rPr>
        <w:t xml:space="preserve">ase, I'm looking for, you know, can you ask where you know, where the directions to the shop? For instance, she did </w:t>
      </w:r>
      <w:proofErr w:type="gramStart"/>
      <w:r>
        <w:rPr>
          <w:rFonts w:ascii="Arial" w:hAnsi="Arial"/>
        </w:rPr>
        <w:t>exactly the same</w:t>
      </w:r>
      <w:proofErr w:type="gramEnd"/>
      <w:r>
        <w:rPr>
          <w:rFonts w:ascii="Arial" w:hAnsi="Arial"/>
        </w:rPr>
        <w:t xml:space="preserve"> thing. What took the makeup off? </w:t>
      </w:r>
      <w:proofErr w:type="gramStart"/>
      <w:r>
        <w:rPr>
          <w:rFonts w:ascii="Arial" w:hAnsi="Arial"/>
        </w:rPr>
        <w:t>So</w:t>
      </w:r>
      <w:proofErr w:type="gramEnd"/>
      <w:r>
        <w:rPr>
          <w:rFonts w:ascii="Arial" w:hAnsi="Arial"/>
        </w:rPr>
        <w:t xml:space="preserve"> her tattoos were on show and nobody. I think there was like two people stopped to help </w:t>
      </w:r>
      <w:r>
        <w:rPr>
          <w:rFonts w:ascii="Arial" w:hAnsi="Arial"/>
        </w:rPr>
        <w:t xml:space="preserve">her. But everybody else was like, Oh, no, no, I don't want to help you. And that's because she's got tattoos. I mean, if </w:t>
      </w:r>
      <w:proofErr w:type="spellStart"/>
      <w:r>
        <w:rPr>
          <w:rFonts w:ascii="Arial" w:hAnsi="Arial"/>
        </w:rPr>
        <w:t>if</w:t>
      </w:r>
      <w:proofErr w:type="spellEnd"/>
      <w:r>
        <w:rPr>
          <w:rFonts w:ascii="Arial" w:hAnsi="Arial"/>
        </w:rPr>
        <w:t xml:space="preserve"> society is frightened of tattoos, then we've got no hope unfortunately .</w:t>
      </w:r>
    </w:p>
    <w:p w14:paraId="6CBB0D21" w14:textId="77777777" w:rsidR="009663B4" w:rsidRDefault="009663B4">
      <w:pPr>
        <w:spacing w:after="0"/>
      </w:pPr>
    </w:p>
    <w:p w14:paraId="5EF3911D" w14:textId="77777777" w:rsidR="009663B4" w:rsidRDefault="007F724F">
      <w:pPr>
        <w:spacing w:after="0"/>
      </w:pPr>
      <w:r>
        <w:rPr>
          <w:rFonts w:ascii="Arial" w:hAnsi="Arial"/>
          <w:b/>
        </w:rPr>
        <w:t xml:space="preserve">Alice  </w:t>
      </w:r>
      <w:r>
        <w:rPr>
          <w:rFonts w:ascii="Arial" w:hAnsi="Arial"/>
          <w:color w:val="5D7284"/>
        </w:rPr>
        <w:t>24:20</w:t>
      </w:r>
    </w:p>
    <w:p w14:paraId="4112F58E" w14:textId="77777777" w:rsidR="009663B4" w:rsidRDefault="007F724F">
      <w:pPr>
        <w:spacing w:after="0"/>
      </w:pPr>
      <w:r>
        <w:rPr>
          <w:rFonts w:ascii="Arial" w:hAnsi="Arial"/>
        </w:rPr>
        <w:t>Especially those of us who are disabled and h</w:t>
      </w:r>
      <w:r>
        <w:rPr>
          <w:rFonts w:ascii="Arial" w:hAnsi="Arial"/>
        </w:rPr>
        <w:t>ave tattoos.</w:t>
      </w:r>
    </w:p>
    <w:p w14:paraId="0F631145" w14:textId="77777777" w:rsidR="009663B4" w:rsidRDefault="009663B4">
      <w:pPr>
        <w:spacing w:after="0"/>
      </w:pPr>
    </w:p>
    <w:p w14:paraId="669A3EE2" w14:textId="77777777" w:rsidR="009663B4" w:rsidRDefault="007F724F">
      <w:pPr>
        <w:spacing w:after="0"/>
      </w:pPr>
      <w:r>
        <w:rPr>
          <w:rFonts w:ascii="Arial" w:hAnsi="Arial"/>
          <w:b/>
        </w:rPr>
        <w:t xml:space="preserve">Lydia Wilkins  </w:t>
      </w:r>
      <w:r>
        <w:rPr>
          <w:rFonts w:ascii="Arial" w:hAnsi="Arial"/>
          <w:color w:val="5D7284"/>
        </w:rPr>
        <w:t>24:23</w:t>
      </w:r>
    </w:p>
    <w:p w14:paraId="466B547E" w14:textId="77777777" w:rsidR="009663B4" w:rsidRDefault="007F724F">
      <w:pPr>
        <w:spacing w:after="0"/>
      </w:pPr>
      <w:r>
        <w:rPr>
          <w:rFonts w:ascii="Arial" w:hAnsi="Arial"/>
        </w:rPr>
        <w:t>Yeah. I feel like I feel that we should even sort of have that merchandise for your podcast at the back of this scary and tattooed like a badger like a T shirt sort of thing.</w:t>
      </w:r>
    </w:p>
    <w:p w14:paraId="1E95514C" w14:textId="77777777" w:rsidR="009663B4" w:rsidRDefault="009663B4">
      <w:pPr>
        <w:spacing w:after="0"/>
      </w:pPr>
    </w:p>
    <w:p w14:paraId="615C9D2F" w14:textId="77777777" w:rsidR="009663B4" w:rsidRDefault="007F724F">
      <w:pPr>
        <w:spacing w:after="0"/>
      </w:pPr>
      <w:r>
        <w:rPr>
          <w:rFonts w:ascii="Arial" w:hAnsi="Arial"/>
          <w:b/>
        </w:rPr>
        <w:t xml:space="preserve">Alice  </w:t>
      </w:r>
      <w:r>
        <w:rPr>
          <w:rFonts w:ascii="Arial" w:hAnsi="Arial"/>
          <w:color w:val="5D7284"/>
        </w:rPr>
        <w:t>24:37</w:t>
      </w:r>
    </w:p>
    <w:p w14:paraId="39070657" w14:textId="77777777" w:rsidR="009663B4" w:rsidRDefault="007F724F">
      <w:pPr>
        <w:spacing w:after="0"/>
      </w:pPr>
      <w:r>
        <w:rPr>
          <w:rFonts w:ascii="Arial" w:hAnsi="Arial"/>
        </w:rPr>
        <w:t xml:space="preserve">So you wanted it to one of </w:t>
      </w:r>
      <w:r>
        <w:rPr>
          <w:rFonts w:ascii="Arial" w:hAnsi="Arial"/>
        </w:rPr>
        <w:t xml:space="preserve">the reasons we invited you on Lydia was because we wanted to talk to people with autism, about sort of specific elements of their experience of autism, but also, you know, kind of the issues that are important to them and the things that they kind of want </w:t>
      </w:r>
      <w:r>
        <w:rPr>
          <w:rFonts w:ascii="Arial" w:hAnsi="Arial"/>
        </w:rPr>
        <w:t xml:space="preserve">people to </w:t>
      </w:r>
      <w:proofErr w:type="spellStart"/>
      <w:r>
        <w:rPr>
          <w:rFonts w:ascii="Arial" w:hAnsi="Arial"/>
        </w:rPr>
        <w:t>to</w:t>
      </w:r>
      <w:proofErr w:type="spellEnd"/>
      <w:r>
        <w:rPr>
          <w:rFonts w:ascii="Arial" w:hAnsi="Arial"/>
        </w:rPr>
        <w:t xml:space="preserve"> be aware of, and we've had some Interesting stuff over the week  we had, we've had people talking about gender. And again, the disparity in diagnosis for women with autism. We've had some people come on talking about that that kind of sensory </w:t>
      </w:r>
      <w:r>
        <w:rPr>
          <w:rFonts w:ascii="Arial" w:hAnsi="Arial"/>
        </w:rPr>
        <w:t>impact of autism, which you've also touched on, I believe there was a couple of things that you wanted to talk to us and sort of tell us about.</w:t>
      </w:r>
    </w:p>
    <w:p w14:paraId="5D8B1185" w14:textId="77777777" w:rsidR="009663B4" w:rsidRDefault="009663B4">
      <w:pPr>
        <w:spacing w:after="0"/>
      </w:pPr>
    </w:p>
    <w:p w14:paraId="3B2BF3F5" w14:textId="77777777" w:rsidR="009663B4" w:rsidRDefault="007F724F">
      <w:pPr>
        <w:spacing w:after="0"/>
      </w:pPr>
      <w:r>
        <w:rPr>
          <w:rFonts w:ascii="Arial" w:hAnsi="Arial"/>
          <w:b/>
        </w:rPr>
        <w:t xml:space="preserve">Lydia Wilkins  </w:t>
      </w:r>
      <w:r>
        <w:rPr>
          <w:rFonts w:ascii="Arial" w:hAnsi="Arial"/>
          <w:color w:val="5D7284"/>
        </w:rPr>
        <w:t>25:22</w:t>
      </w:r>
    </w:p>
    <w:p w14:paraId="203AD346" w14:textId="77777777" w:rsidR="009663B4" w:rsidRDefault="007F724F">
      <w:pPr>
        <w:spacing w:after="0"/>
      </w:pPr>
      <w:proofErr w:type="gramStart"/>
      <w:r>
        <w:rPr>
          <w:rFonts w:ascii="Arial" w:hAnsi="Arial"/>
        </w:rPr>
        <w:t>So</w:t>
      </w:r>
      <w:proofErr w:type="gramEnd"/>
      <w:r>
        <w:rPr>
          <w:rFonts w:ascii="Arial" w:hAnsi="Arial"/>
        </w:rPr>
        <w:t xml:space="preserve"> at the time of recording, there is a lot of controversy over the film music that </w:t>
      </w:r>
      <w:proofErr w:type="spellStart"/>
      <w:r>
        <w:rPr>
          <w:rFonts w:ascii="Arial" w:hAnsi="Arial"/>
        </w:rPr>
        <w:t>sia</w:t>
      </w:r>
      <w:proofErr w:type="spellEnd"/>
      <w:r>
        <w:rPr>
          <w:rFonts w:ascii="Arial" w:hAnsi="Arial"/>
        </w:rPr>
        <w:t xml:space="preserve"> ha</w:t>
      </w:r>
      <w:r>
        <w:rPr>
          <w:rFonts w:ascii="Arial" w:hAnsi="Arial"/>
        </w:rPr>
        <w:t xml:space="preserve">s released, that was really striking about the </w:t>
      </w:r>
      <w:proofErr w:type="spellStart"/>
      <w:r>
        <w:rPr>
          <w:rFonts w:ascii="Arial" w:hAnsi="Arial"/>
        </w:rPr>
        <w:t>sia</w:t>
      </w:r>
      <w:proofErr w:type="spellEnd"/>
      <w:r>
        <w:rPr>
          <w:rFonts w:ascii="Arial" w:hAnsi="Arial"/>
        </w:rPr>
        <w:t xml:space="preserve"> film . There is how to phrase this . The thing about representation was </w:t>
      </w:r>
      <w:proofErr w:type="gramStart"/>
      <w:r>
        <w:rPr>
          <w:rFonts w:ascii="Arial" w:hAnsi="Arial"/>
        </w:rPr>
        <w:t>really interesting</w:t>
      </w:r>
      <w:proofErr w:type="gramEnd"/>
      <w:r>
        <w:rPr>
          <w:rFonts w:ascii="Arial" w:hAnsi="Arial"/>
        </w:rPr>
        <w:t>, because she said, Oh, she had tried to cast an autistic actor. But the thing is, it's kind of also a grassroots p</w:t>
      </w:r>
      <w:r>
        <w:rPr>
          <w:rFonts w:ascii="Arial" w:hAnsi="Arial"/>
        </w:rPr>
        <w:t xml:space="preserve">roblem. So back in December, I've been writing a piece about His Dark Materials, which is my special interest. Because it </w:t>
      </w:r>
      <w:proofErr w:type="spellStart"/>
      <w:r>
        <w:rPr>
          <w:rFonts w:ascii="Arial" w:hAnsi="Arial"/>
        </w:rPr>
        <w:t>It</w:t>
      </w:r>
      <w:proofErr w:type="spellEnd"/>
      <w:r>
        <w:rPr>
          <w:rFonts w:ascii="Arial" w:hAnsi="Arial"/>
        </w:rPr>
        <w:t xml:space="preserve"> struck me how they had, they had sort of done diversity in the proper way, so to speak. They had Spanish people, they had English p</w:t>
      </w:r>
      <w:r>
        <w:rPr>
          <w:rFonts w:ascii="Arial" w:hAnsi="Arial"/>
        </w:rPr>
        <w:t xml:space="preserve">eople, they had Americans </w:t>
      </w:r>
      <w:r>
        <w:rPr>
          <w:rFonts w:ascii="Arial" w:hAnsi="Arial"/>
        </w:rPr>
        <w:lastRenderedPageBreak/>
        <w:t>Scottish, they had people who have disability, they have different ethnic makeup, they had pretty much everything that you can expect, but they hadn't sort of done it in a way that was tokenistic. Yeah,</w:t>
      </w:r>
    </w:p>
    <w:p w14:paraId="0BC7F308" w14:textId="77777777" w:rsidR="009663B4" w:rsidRDefault="009663B4">
      <w:pPr>
        <w:spacing w:after="0"/>
      </w:pPr>
    </w:p>
    <w:p w14:paraId="10C34224" w14:textId="77777777" w:rsidR="009663B4" w:rsidRDefault="007F724F">
      <w:pPr>
        <w:spacing w:after="0"/>
      </w:pPr>
      <w:r>
        <w:rPr>
          <w:rFonts w:ascii="Arial" w:hAnsi="Arial"/>
          <w:b/>
        </w:rPr>
        <w:t xml:space="preserve">Alice  </w:t>
      </w:r>
      <w:r>
        <w:rPr>
          <w:rFonts w:ascii="Arial" w:hAnsi="Arial"/>
          <w:color w:val="5D7284"/>
        </w:rPr>
        <w:t>26:21</w:t>
      </w:r>
    </w:p>
    <w:p w14:paraId="2DCD1674" w14:textId="77777777" w:rsidR="009663B4" w:rsidRDefault="007F724F">
      <w:pPr>
        <w:spacing w:after="0"/>
      </w:pPr>
      <w:r>
        <w:rPr>
          <w:rFonts w:ascii="Arial" w:hAnsi="Arial"/>
        </w:rPr>
        <w:t>it wasn't sto</w:t>
      </w:r>
      <w:r>
        <w:rPr>
          <w:rFonts w:ascii="Arial" w:hAnsi="Arial"/>
        </w:rPr>
        <w:t xml:space="preserve">ry specific, </w:t>
      </w:r>
      <w:proofErr w:type="gramStart"/>
      <w:r>
        <w:rPr>
          <w:rFonts w:ascii="Arial" w:hAnsi="Arial"/>
        </w:rPr>
        <w:t>either,</w:t>
      </w:r>
      <w:proofErr w:type="gramEnd"/>
      <w:r>
        <w:rPr>
          <w:rFonts w:ascii="Arial" w:hAnsi="Arial"/>
        </w:rPr>
        <w:t xml:space="preserve"> was it? That was one of the things that I always think about representation is, you know, you see films about disabled people with disabled people in them. And it's like, you never see a film where there's a disabled person, and that t</w:t>
      </w:r>
      <w:r>
        <w:rPr>
          <w:rFonts w:ascii="Arial" w:hAnsi="Arial"/>
        </w:rPr>
        <w:t xml:space="preserve">hey're in a rom com or something like that, you know, so that was something that I </w:t>
      </w:r>
      <w:proofErr w:type="spellStart"/>
      <w:r>
        <w:rPr>
          <w:rFonts w:ascii="Arial" w:hAnsi="Arial"/>
        </w:rPr>
        <w:t>I</w:t>
      </w:r>
      <w:proofErr w:type="spellEnd"/>
      <w:r>
        <w:rPr>
          <w:rFonts w:ascii="Arial" w:hAnsi="Arial"/>
        </w:rPr>
        <w:t xml:space="preserve"> felt about the, </w:t>
      </w:r>
      <w:proofErr w:type="gramStart"/>
      <w:r>
        <w:rPr>
          <w:rFonts w:ascii="Arial" w:hAnsi="Arial"/>
        </w:rPr>
        <w:t>the his</w:t>
      </w:r>
      <w:proofErr w:type="gramEnd"/>
      <w:r>
        <w:rPr>
          <w:rFonts w:ascii="Arial" w:hAnsi="Arial"/>
        </w:rPr>
        <w:t xml:space="preserve"> dark material show is that they're diverse, without kind of going, Hey, look</w:t>
      </w:r>
    </w:p>
    <w:p w14:paraId="2FE31C89" w14:textId="77777777" w:rsidR="009663B4" w:rsidRDefault="009663B4">
      <w:pPr>
        <w:spacing w:after="0"/>
      </w:pPr>
    </w:p>
    <w:p w14:paraId="36CA76AE" w14:textId="77777777" w:rsidR="009663B4" w:rsidRDefault="007F724F">
      <w:pPr>
        <w:spacing w:after="0"/>
      </w:pPr>
      <w:r>
        <w:rPr>
          <w:rFonts w:ascii="Arial" w:hAnsi="Arial"/>
          <w:b/>
        </w:rPr>
        <w:t xml:space="preserve">Lydia Wilkins  </w:t>
      </w:r>
      <w:r>
        <w:rPr>
          <w:rFonts w:ascii="Arial" w:hAnsi="Arial"/>
          <w:color w:val="5D7284"/>
        </w:rPr>
        <w:t>26:46</w:t>
      </w:r>
    </w:p>
    <w:p w14:paraId="1037D2EC" w14:textId="77777777" w:rsidR="009663B4" w:rsidRDefault="007F724F">
      <w:pPr>
        <w:spacing w:after="0"/>
      </w:pPr>
      <w:r>
        <w:rPr>
          <w:rFonts w:ascii="Arial" w:hAnsi="Arial"/>
        </w:rPr>
        <w:t>at how diverse we are. It's also noticeable in t</w:t>
      </w:r>
      <w:r>
        <w:rPr>
          <w:rFonts w:ascii="Arial" w:hAnsi="Arial"/>
        </w:rPr>
        <w:t xml:space="preserve">he books how there </w:t>
      </w:r>
      <w:proofErr w:type="spellStart"/>
      <w:r>
        <w:rPr>
          <w:rFonts w:ascii="Arial" w:hAnsi="Arial"/>
        </w:rPr>
        <w:t>isnt</w:t>
      </w:r>
      <w:proofErr w:type="spellEnd"/>
      <w:r>
        <w:rPr>
          <w:rFonts w:ascii="Arial" w:hAnsi="Arial"/>
        </w:rPr>
        <w:t xml:space="preserve"> I don't know if it </w:t>
      </w:r>
      <w:proofErr w:type="gramStart"/>
      <w:r>
        <w:rPr>
          <w:rFonts w:ascii="Arial" w:hAnsi="Arial"/>
        </w:rPr>
        <w:t>was</w:t>
      </w:r>
      <w:proofErr w:type="gramEnd"/>
      <w:r>
        <w:rPr>
          <w:rFonts w:ascii="Arial" w:hAnsi="Arial"/>
        </w:rPr>
        <w:t xml:space="preserve"> deliberate, but this is a question I would  kind of like  to put to Philip Pullman. It's interesting to me that there isn't sort of reference to kind of physical characteristics in that respect. </w:t>
      </w:r>
      <w:proofErr w:type="gramStart"/>
      <w:r>
        <w:rPr>
          <w:rFonts w:ascii="Arial" w:hAnsi="Arial"/>
        </w:rPr>
        <w:t>So</w:t>
      </w:r>
      <w:proofErr w:type="gramEnd"/>
      <w:r>
        <w:rPr>
          <w:rFonts w:ascii="Arial" w:hAnsi="Arial"/>
        </w:rPr>
        <w:t xml:space="preserve"> I remember </w:t>
      </w:r>
      <w:r>
        <w:rPr>
          <w:rFonts w:ascii="Arial" w:hAnsi="Arial"/>
        </w:rPr>
        <w:t>seeing a tweet, for example, saying how the character will parry how that the show was apparently being What's the word not racist? No, it's</w:t>
      </w:r>
    </w:p>
    <w:p w14:paraId="48A355D1" w14:textId="77777777" w:rsidR="009663B4" w:rsidRDefault="009663B4">
      <w:pPr>
        <w:spacing w:after="0"/>
      </w:pPr>
    </w:p>
    <w:p w14:paraId="3D20019A" w14:textId="77777777" w:rsidR="009663B4" w:rsidRDefault="007F724F">
      <w:pPr>
        <w:spacing w:after="0"/>
      </w:pPr>
      <w:r>
        <w:rPr>
          <w:rFonts w:ascii="Arial" w:hAnsi="Arial"/>
          <w:b/>
        </w:rPr>
        <w:t xml:space="preserve">Alice  </w:t>
      </w:r>
      <w:r>
        <w:rPr>
          <w:rFonts w:ascii="Arial" w:hAnsi="Arial"/>
          <w:color w:val="5D7284"/>
        </w:rPr>
        <w:t>27:17</w:t>
      </w:r>
    </w:p>
    <w:p w14:paraId="0FEA4026" w14:textId="77777777" w:rsidR="009663B4" w:rsidRDefault="007F724F">
      <w:pPr>
        <w:spacing w:after="0"/>
      </w:pPr>
      <w:r>
        <w:rPr>
          <w:rFonts w:ascii="Arial" w:hAnsi="Arial"/>
        </w:rPr>
        <w:t>the opposite of racist. Isn't it? Like overly pc? Yeah,</w:t>
      </w:r>
    </w:p>
    <w:p w14:paraId="28ABA50F" w14:textId="77777777" w:rsidR="009663B4" w:rsidRDefault="009663B4">
      <w:pPr>
        <w:spacing w:after="0"/>
      </w:pPr>
    </w:p>
    <w:p w14:paraId="5BE7ED37" w14:textId="77777777" w:rsidR="009663B4" w:rsidRDefault="007F724F">
      <w:pPr>
        <w:spacing w:after="0"/>
      </w:pPr>
      <w:r>
        <w:rPr>
          <w:rFonts w:ascii="Arial" w:hAnsi="Arial"/>
          <w:b/>
        </w:rPr>
        <w:t xml:space="preserve">Lydia Wilkins  </w:t>
      </w:r>
      <w:r>
        <w:rPr>
          <w:rFonts w:ascii="Arial" w:hAnsi="Arial"/>
          <w:color w:val="5D7284"/>
        </w:rPr>
        <w:t>27:23</w:t>
      </w:r>
    </w:p>
    <w:p w14:paraId="6B843CBB" w14:textId="77777777" w:rsidR="009663B4" w:rsidRDefault="007F724F">
      <w:pPr>
        <w:spacing w:after="0"/>
      </w:pPr>
      <w:r>
        <w:rPr>
          <w:rFonts w:ascii="Arial" w:hAnsi="Arial"/>
        </w:rPr>
        <w:t xml:space="preserve">yeah. In the in the </w:t>
      </w:r>
      <w:r>
        <w:rPr>
          <w:rFonts w:ascii="Arial" w:hAnsi="Arial"/>
        </w:rPr>
        <w:t xml:space="preserve">books, they there is no reference to the ethnic makeup of Will Parry? I don't think so what was the  </w:t>
      </w:r>
      <w:proofErr w:type="spellStart"/>
      <w:r>
        <w:rPr>
          <w:rFonts w:ascii="Arial" w:hAnsi="Arial"/>
        </w:rPr>
        <w:t>the</w:t>
      </w:r>
      <w:proofErr w:type="spellEnd"/>
      <w:r>
        <w:rPr>
          <w:rFonts w:ascii="Arial" w:hAnsi="Arial"/>
        </w:rPr>
        <w:t xml:space="preserve"> problem, they had an amazing actor.</w:t>
      </w:r>
    </w:p>
    <w:p w14:paraId="4B1AC566" w14:textId="77777777" w:rsidR="009663B4" w:rsidRDefault="009663B4">
      <w:pPr>
        <w:spacing w:after="0"/>
      </w:pPr>
    </w:p>
    <w:p w14:paraId="5D13B072" w14:textId="77777777" w:rsidR="009663B4" w:rsidRDefault="007F724F">
      <w:pPr>
        <w:spacing w:after="0"/>
      </w:pPr>
      <w:r>
        <w:rPr>
          <w:rFonts w:ascii="Arial" w:hAnsi="Arial"/>
          <w:b/>
        </w:rPr>
        <w:t xml:space="preserve">Alice  </w:t>
      </w:r>
      <w:r>
        <w:rPr>
          <w:rFonts w:ascii="Arial" w:hAnsi="Arial"/>
          <w:color w:val="5D7284"/>
        </w:rPr>
        <w:t>27:37</w:t>
      </w:r>
    </w:p>
    <w:p w14:paraId="5764EFD0" w14:textId="77777777" w:rsidR="009663B4" w:rsidRDefault="007F724F">
      <w:pPr>
        <w:spacing w:after="0"/>
      </w:pPr>
      <w:r>
        <w:rPr>
          <w:rFonts w:ascii="Arial" w:hAnsi="Arial"/>
        </w:rPr>
        <w:t xml:space="preserve">I remember when the Harry Potter stage. </w:t>
      </w:r>
      <w:proofErr w:type="gramStart"/>
      <w:r>
        <w:rPr>
          <w:rFonts w:ascii="Arial" w:hAnsi="Arial"/>
        </w:rPr>
        <w:t>So</w:t>
      </w:r>
      <w:proofErr w:type="gramEnd"/>
      <w:r>
        <w:rPr>
          <w:rFonts w:ascii="Arial" w:hAnsi="Arial"/>
        </w:rPr>
        <w:t xml:space="preserve"> when I read the Harry Potter books when I was 12, or whate</w:t>
      </w:r>
      <w:r>
        <w:rPr>
          <w:rFonts w:ascii="Arial" w:hAnsi="Arial"/>
        </w:rPr>
        <w:t xml:space="preserve">ver. And then the first Harry Potter book went came, a film came out and I went, what you </w:t>
      </w:r>
      <w:proofErr w:type="gramStart"/>
      <w:r>
        <w:rPr>
          <w:rFonts w:ascii="Arial" w:hAnsi="Arial"/>
        </w:rPr>
        <w:t>doing</w:t>
      </w:r>
      <w:proofErr w:type="gramEnd"/>
      <w:r>
        <w:rPr>
          <w:rFonts w:ascii="Arial" w:hAnsi="Arial"/>
        </w:rPr>
        <w:t xml:space="preserve"> </w:t>
      </w:r>
      <w:proofErr w:type="spellStart"/>
      <w:r>
        <w:rPr>
          <w:rFonts w:ascii="Arial" w:hAnsi="Arial"/>
        </w:rPr>
        <w:t>Hermoine</w:t>
      </w:r>
      <w:proofErr w:type="spellEnd"/>
      <w:r>
        <w:rPr>
          <w:rFonts w:ascii="Arial" w:hAnsi="Arial"/>
        </w:rPr>
        <w:t xml:space="preserve">  is black. Because in my head, </w:t>
      </w:r>
      <w:proofErr w:type="spellStart"/>
      <w:r>
        <w:rPr>
          <w:rFonts w:ascii="Arial" w:hAnsi="Arial"/>
        </w:rPr>
        <w:t>Hermoine</w:t>
      </w:r>
      <w:proofErr w:type="spellEnd"/>
      <w:r>
        <w:rPr>
          <w:rFonts w:ascii="Arial" w:hAnsi="Arial"/>
        </w:rPr>
        <w:t xml:space="preserve">  had always been black. I don't know why it was just something about the way I read the character. She never sa</w:t>
      </w:r>
      <w:r>
        <w:rPr>
          <w:rFonts w:ascii="Arial" w:hAnsi="Arial"/>
        </w:rPr>
        <w:t xml:space="preserve">id. Her </w:t>
      </w:r>
      <w:proofErr w:type="spellStart"/>
      <w:r>
        <w:rPr>
          <w:rFonts w:ascii="Arial" w:hAnsi="Arial"/>
        </w:rPr>
        <w:t>Hermoine</w:t>
      </w:r>
      <w:proofErr w:type="spellEnd"/>
      <w:r>
        <w:rPr>
          <w:rFonts w:ascii="Arial" w:hAnsi="Arial"/>
        </w:rPr>
        <w:t xml:space="preserve">  is a white girl. Yeah. But she also never said it the other way. She never said her </w:t>
      </w:r>
      <w:proofErr w:type="spellStart"/>
      <w:r>
        <w:rPr>
          <w:rFonts w:ascii="Arial" w:hAnsi="Arial"/>
        </w:rPr>
        <w:t>Hermoine</w:t>
      </w:r>
      <w:proofErr w:type="spellEnd"/>
      <w:r>
        <w:rPr>
          <w:rFonts w:ascii="Arial" w:hAnsi="Arial"/>
        </w:rPr>
        <w:t xml:space="preserve">  is white or black. She just described her </w:t>
      </w:r>
      <w:proofErr w:type="spellStart"/>
      <w:r>
        <w:rPr>
          <w:rFonts w:ascii="Arial" w:hAnsi="Arial"/>
        </w:rPr>
        <w:t>Hermoine</w:t>
      </w:r>
      <w:proofErr w:type="spellEnd"/>
      <w:r>
        <w:rPr>
          <w:rFonts w:ascii="Arial" w:hAnsi="Arial"/>
        </w:rPr>
        <w:t xml:space="preserve"> and then they cast the lady whose name I can't remember in the stage show. And it was it was </w:t>
      </w:r>
      <w:r>
        <w:rPr>
          <w:rFonts w:ascii="Arial" w:hAnsi="Arial"/>
        </w:rPr>
        <w:t xml:space="preserve">almost as if I felt like because I also know that the </w:t>
      </w:r>
      <w:proofErr w:type="gramStart"/>
      <w:r>
        <w:rPr>
          <w:rFonts w:ascii="Arial" w:hAnsi="Arial"/>
        </w:rPr>
        <w:t>reason</w:t>
      </w:r>
      <w:proofErr w:type="gramEnd"/>
      <w:r>
        <w:rPr>
          <w:rFonts w:ascii="Arial" w:hAnsi="Arial"/>
        </w:rPr>
        <w:t xml:space="preserve"> they cast Oh, what's her name? Emma </w:t>
      </w:r>
    </w:p>
    <w:p w14:paraId="5650D5B4" w14:textId="77777777" w:rsidR="009663B4" w:rsidRDefault="009663B4">
      <w:pPr>
        <w:spacing w:after="0"/>
      </w:pPr>
    </w:p>
    <w:p w14:paraId="76233DBE" w14:textId="77777777" w:rsidR="009663B4" w:rsidRDefault="007F724F">
      <w:pPr>
        <w:spacing w:after="0"/>
      </w:pPr>
      <w:r>
        <w:rPr>
          <w:rFonts w:ascii="Arial" w:hAnsi="Arial"/>
          <w:b/>
        </w:rPr>
        <w:t xml:space="preserve">Lydia Wilkins  </w:t>
      </w:r>
      <w:r>
        <w:rPr>
          <w:rFonts w:ascii="Arial" w:hAnsi="Arial"/>
          <w:color w:val="5D7284"/>
        </w:rPr>
        <w:t>28:20</w:t>
      </w:r>
    </w:p>
    <w:p w14:paraId="41049CAE" w14:textId="77777777" w:rsidR="009663B4" w:rsidRDefault="007F724F">
      <w:pPr>
        <w:spacing w:after="0"/>
      </w:pPr>
      <w:r>
        <w:rPr>
          <w:rFonts w:ascii="Arial" w:hAnsi="Arial"/>
        </w:rPr>
        <w:t xml:space="preserve"> Watson. Watson.</w:t>
      </w:r>
    </w:p>
    <w:p w14:paraId="68FBA663" w14:textId="77777777" w:rsidR="009663B4" w:rsidRDefault="009663B4">
      <w:pPr>
        <w:spacing w:after="0"/>
      </w:pPr>
    </w:p>
    <w:p w14:paraId="192B0261" w14:textId="77777777" w:rsidR="009663B4" w:rsidRDefault="007F724F">
      <w:pPr>
        <w:spacing w:after="0"/>
      </w:pPr>
      <w:r>
        <w:rPr>
          <w:rFonts w:ascii="Arial" w:hAnsi="Arial"/>
          <w:b/>
        </w:rPr>
        <w:t xml:space="preserve">Alice  </w:t>
      </w:r>
      <w:r>
        <w:rPr>
          <w:rFonts w:ascii="Arial" w:hAnsi="Arial"/>
          <w:color w:val="5D7284"/>
        </w:rPr>
        <w:t>28:22</w:t>
      </w:r>
    </w:p>
    <w:p w14:paraId="2206F19F" w14:textId="77777777" w:rsidR="009663B4" w:rsidRDefault="007F724F">
      <w:pPr>
        <w:spacing w:after="0"/>
      </w:pPr>
      <w:r>
        <w:rPr>
          <w:rFonts w:ascii="Arial" w:hAnsi="Arial"/>
        </w:rPr>
        <w:t xml:space="preserve">Thank you. The reason they picked Emma Watson to play her </w:t>
      </w:r>
      <w:proofErr w:type="spellStart"/>
      <w:r>
        <w:rPr>
          <w:rFonts w:ascii="Arial" w:hAnsi="Arial"/>
        </w:rPr>
        <w:t>minei</w:t>
      </w:r>
      <w:proofErr w:type="spellEnd"/>
      <w:r>
        <w:rPr>
          <w:rFonts w:ascii="Arial" w:hAnsi="Arial"/>
        </w:rPr>
        <w:t xml:space="preserve"> was because JK Rowling said she reminded </w:t>
      </w:r>
      <w:r>
        <w:rPr>
          <w:rFonts w:ascii="Arial" w:hAnsi="Arial"/>
        </w:rPr>
        <w:t xml:space="preserve">her of herself as a child. I don't know. I was quite that was not. But that's not that's not what you should be casting you should be casting for her </w:t>
      </w:r>
      <w:proofErr w:type="spellStart"/>
      <w:proofErr w:type="gramStart"/>
      <w:r>
        <w:rPr>
          <w:rFonts w:ascii="Arial" w:hAnsi="Arial"/>
        </w:rPr>
        <w:t>Hermoine</w:t>
      </w:r>
      <w:proofErr w:type="spellEnd"/>
      <w:proofErr w:type="gramEnd"/>
      <w:r>
        <w:rPr>
          <w:rFonts w:ascii="Arial" w:hAnsi="Arial"/>
        </w:rPr>
        <w:t xml:space="preserve"> </w:t>
      </w:r>
    </w:p>
    <w:p w14:paraId="7F7024F1" w14:textId="77777777" w:rsidR="009663B4" w:rsidRDefault="009663B4">
      <w:pPr>
        <w:spacing w:after="0"/>
      </w:pPr>
    </w:p>
    <w:p w14:paraId="0C463CFF" w14:textId="77777777" w:rsidR="009663B4" w:rsidRDefault="007F724F">
      <w:pPr>
        <w:spacing w:after="0"/>
      </w:pPr>
      <w:r>
        <w:rPr>
          <w:rFonts w:ascii="Arial" w:hAnsi="Arial"/>
          <w:b/>
        </w:rPr>
        <w:t xml:space="preserve">Lydia Wilkins  </w:t>
      </w:r>
      <w:r>
        <w:rPr>
          <w:rFonts w:ascii="Arial" w:hAnsi="Arial"/>
          <w:color w:val="5D7284"/>
        </w:rPr>
        <w:t>28:40</w:t>
      </w:r>
    </w:p>
    <w:p w14:paraId="7D9EB775" w14:textId="77777777" w:rsidR="009663B4" w:rsidRDefault="007F724F">
      <w:pPr>
        <w:spacing w:after="0"/>
      </w:pPr>
      <w:r>
        <w:rPr>
          <w:rFonts w:ascii="Arial" w:hAnsi="Arial"/>
        </w:rPr>
        <w:lastRenderedPageBreak/>
        <w:t xml:space="preserve">Yeah, it was a sort of </w:t>
      </w:r>
      <w:proofErr w:type="gramStart"/>
      <w:r>
        <w:rPr>
          <w:rFonts w:ascii="Arial" w:hAnsi="Arial"/>
        </w:rPr>
        <w:t>really interesting</w:t>
      </w:r>
      <w:proofErr w:type="gramEnd"/>
      <w:r>
        <w:rPr>
          <w:rFonts w:ascii="Arial" w:hAnsi="Arial"/>
        </w:rPr>
        <w:t xml:space="preserve"> that they had an amazing actor t</w:t>
      </w:r>
      <w:r>
        <w:rPr>
          <w:rFonts w:ascii="Arial" w:hAnsi="Arial"/>
        </w:rPr>
        <w:t xml:space="preserve">o play Will Parry, but that he was just sort of brought it to life. For me. I couldn't quite understand what why people had an issue with this, </w:t>
      </w:r>
      <w:proofErr w:type="gramStart"/>
      <w:r>
        <w:rPr>
          <w:rFonts w:ascii="Arial" w:hAnsi="Arial"/>
        </w:rPr>
        <w:t>in the course of</w:t>
      </w:r>
      <w:proofErr w:type="gramEnd"/>
      <w:r>
        <w:rPr>
          <w:rFonts w:ascii="Arial" w:hAnsi="Arial"/>
        </w:rPr>
        <w:t xml:space="preserve"> writing the piece  I was  writing. That was a kind of Twitter backlash. And there was a casting</w:t>
      </w:r>
      <w:r>
        <w:rPr>
          <w:rFonts w:ascii="Arial" w:hAnsi="Arial"/>
        </w:rPr>
        <w:t xml:space="preserve"> agency who I will send an image after this because it won't make a lot of sense of what is they put a call out for a particular person that they wanted to caste and they  had this thing where they said in taking into account that they have responsibilitie</w:t>
      </w:r>
      <w:r>
        <w:rPr>
          <w:rFonts w:ascii="Arial" w:hAnsi="Arial"/>
        </w:rPr>
        <w:t xml:space="preserve">s under the Equality Act that they effectively didn't want somebody who was disabled to </w:t>
      </w:r>
      <w:proofErr w:type="gramStart"/>
      <w:r>
        <w:rPr>
          <w:rFonts w:ascii="Arial" w:hAnsi="Arial"/>
        </w:rPr>
        <w:t>apply</w:t>
      </w:r>
      <w:proofErr w:type="gramEnd"/>
      <w:r>
        <w:rPr>
          <w:rFonts w:ascii="Arial" w:hAnsi="Arial"/>
        </w:rPr>
        <w:t xml:space="preserve"> </w:t>
      </w:r>
    </w:p>
    <w:p w14:paraId="4CF105E1" w14:textId="77777777" w:rsidR="009663B4" w:rsidRDefault="009663B4">
      <w:pPr>
        <w:spacing w:after="0"/>
      </w:pPr>
    </w:p>
    <w:p w14:paraId="557B64AD" w14:textId="77777777" w:rsidR="009663B4" w:rsidRDefault="007F724F">
      <w:pPr>
        <w:spacing w:after="0"/>
      </w:pPr>
      <w:r>
        <w:rPr>
          <w:rFonts w:ascii="Arial" w:hAnsi="Arial"/>
          <w:b/>
        </w:rPr>
        <w:t xml:space="preserve">Lucy  </w:t>
      </w:r>
      <w:r>
        <w:rPr>
          <w:rFonts w:ascii="Arial" w:hAnsi="Arial"/>
          <w:color w:val="5D7284"/>
        </w:rPr>
        <w:t>29:24</w:t>
      </w:r>
    </w:p>
    <w:p w14:paraId="79D215D0" w14:textId="77777777" w:rsidR="009663B4" w:rsidRDefault="007F724F">
      <w:pPr>
        <w:spacing w:after="0"/>
      </w:pPr>
      <w:r>
        <w:rPr>
          <w:rFonts w:ascii="Arial" w:hAnsi="Arial"/>
        </w:rPr>
        <w:t>I read that Yeah, and it was they everybody was outraged quite rightly. And it was a disability opt in thing that we're campaigning for, you know, p</w:t>
      </w:r>
      <w:r>
        <w:rPr>
          <w:rFonts w:ascii="Arial" w:hAnsi="Arial"/>
        </w:rPr>
        <w:t>ut the put the box tick the box that says disability, you know, disability applicants are welcome to apply kind of thing disabled, not disability.</w:t>
      </w:r>
    </w:p>
    <w:p w14:paraId="0B9BCC05" w14:textId="77777777" w:rsidR="009663B4" w:rsidRDefault="009663B4">
      <w:pPr>
        <w:spacing w:after="0"/>
      </w:pPr>
    </w:p>
    <w:p w14:paraId="72EE8E3E" w14:textId="77777777" w:rsidR="009663B4" w:rsidRDefault="007F724F">
      <w:pPr>
        <w:spacing w:after="0"/>
      </w:pPr>
      <w:r>
        <w:rPr>
          <w:rFonts w:ascii="Arial" w:hAnsi="Arial"/>
          <w:b/>
        </w:rPr>
        <w:t xml:space="preserve">Lydia Wilkins  </w:t>
      </w:r>
      <w:r>
        <w:rPr>
          <w:rFonts w:ascii="Arial" w:hAnsi="Arial"/>
          <w:color w:val="5D7284"/>
        </w:rPr>
        <w:t>29:43</w:t>
      </w:r>
    </w:p>
    <w:p w14:paraId="44D3C3BB" w14:textId="77777777" w:rsidR="009663B4" w:rsidRDefault="007F724F">
      <w:pPr>
        <w:spacing w:after="0"/>
      </w:pPr>
      <w:r>
        <w:rPr>
          <w:rFonts w:ascii="Arial" w:hAnsi="Arial"/>
        </w:rPr>
        <w:t>It's just sort of it was really striking because it said in the description that the ch</w:t>
      </w:r>
      <w:r>
        <w:rPr>
          <w:rFonts w:ascii="Arial" w:hAnsi="Arial"/>
        </w:rPr>
        <w:t xml:space="preserve">aracter how they brought in someone who was kind of fun loving and outgoing, I think the words were, but when it comes to films like music produced by </w:t>
      </w:r>
      <w:proofErr w:type="spellStart"/>
      <w:r>
        <w:rPr>
          <w:rFonts w:ascii="Arial" w:hAnsi="Arial"/>
        </w:rPr>
        <w:t>sia</w:t>
      </w:r>
      <w:proofErr w:type="spellEnd"/>
      <w:r>
        <w:rPr>
          <w:rFonts w:ascii="Arial" w:hAnsi="Arial"/>
        </w:rPr>
        <w:t xml:space="preserve"> that it </w:t>
      </w:r>
      <w:proofErr w:type="gramStart"/>
      <w:r>
        <w:rPr>
          <w:rFonts w:ascii="Arial" w:hAnsi="Arial"/>
        </w:rPr>
        <w:t>was</w:t>
      </w:r>
      <w:proofErr w:type="gramEnd"/>
      <w:r>
        <w:rPr>
          <w:rFonts w:ascii="Arial" w:hAnsi="Arial"/>
        </w:rPr>
        <w:t xml:space="preserve"> struck me as being sort of nepotistic because they she'd worked with the lead character. </w:t>
      </w:r>
      <w:r>
        <w:rPr>
          <w:rFonts w:ascii="Arial" w:hAnsi="Arial"/>
        </w:rPr>
        <w:t>Oh, yeah. Yeah,</w:t>
      </w:r>
    </w:p>
    <w:p w14:paraId="0B08A34B" w14:textId="77777777" w:rsidR="009663B4" w:rsidRDefault="009663B4">
      <w:pPr>
        <w:spacing w:after="0"/>
      </w:pPr>
    </w:p>
    <w:p w14:paraId="656D3D39" w14:textId="77777777" w:rsidR="009663B4" w:rsidRDefault="007F724F">
      <w:pPr>
        <w:spacing w:after="0"/>
      </w:pPr>
      <w:r>
        <w:rPr>
          <w:rFonts w:ascii="Arial" w:hAnsi="Arial"/>
          <w:b/>
        </w:rPr>
        <w:t xml:space="preserve">Alice  </w:t>
      </w:r>
      <w:r>
        <w:rPr>
          <w:rFonts w:ascii="Arial" w:hAnsi="Arial"/>
          <w:color w:val="5D7284"/>
        </w:rPr>
        <w:t>30:06</w:t>
      </w:r>
    </w:p>
    <w:p w14:paraId="2AD2B0C4" w14:textId="77777777" w:rsidR="009663B4" w:rsidRDefault="007F724F">
      <w:pPr>
        <w:spacing w:after="0"/>
      </w:pPr>
      <w:r>
        <w:rPr>
          <w:rFonts w:ascii="Arial" w:hAnsi="Arial"/>
        </w:rPr>
        <w:t xml:space="preserve">she was never </w:t>
      </w:r>
      <w:proofErr w:type="spellStart"/>
      <w:r>
        <w:rPr>
          <w:rFonts w:ascii="Arial" w:hAnsi="Arial"/>
        </w:rPr>
        <w:t>gonna</w:t>
      </w:r>
      <w:proofErr w:type="spellEnd"/>
      <w:r>
        <w:rPr>
          <w:rFonts w:ascii="Arial" w:hAnsi="Arial"/>
        </w:rPr>
        <w:t xml:space="preserve"> cost anybody else. I don't I always don't know why there's a </w:t>
      </w:r>
      <w:proofErr w:type="gramStart"/>
      <w:r>
        <w:rPr>
          <w:rFonts w:ascii="Arial" w:hAnsi="Arial"/>
        </w:rPr>
        <w:t>discussion, because</w:t>
      </w:r>
      <w:proofErr w:type="gramEnd"/>
      <w:r>
        <w:rPr>
          <w:rFonts w:ascii="Arial" w:hAnsi="Arial"/>
        </w:rPr>
        <w:t xml:space="preserve"> they were never going to cost anybody other than her.</w:t>
      </w:r>
    </w:p>
    <w:p w14:paraId="6FD408BF" w14:textId="77777777" w:rsidR="009663B4" w:rsidRDefault="009663B4">
      <w:pPr>
        <w:spacing w:after="0"/>
      </w:pPr>
    </w:p>
    <w:p w14:paraId="34607469" w14:textId="77777777" w:rsidR="009663B4" w:rsidRDefault="007F724F">
      <w:pPr>
        <w:spacing w:after="0"/>
      </w:pPr>
      <w:r>
        <w:rPr>
          <w:rFonts w:ascii="Arial" w:hAnsi="Arial"/>
          <w:b/>
        </w:rPr>
        <w:t xml:space="preserve">Lydia Wilkins  </w:t>
      </w:r>
      <w:r>
        <w:rPr>
          <w:rFonts w:ascii="Arial" w:hAnsi="Arial"/>
          <w:color w:val="5D7284"/>
        </w:rPr>
        <w:t>30:16</w:t>
      </w:r>
    </w:p>
    <w:p w14:paraId="735E9EB5" w14:textId="77777777" w:rsidR="009663B4" w:rsidRDefault="007F724F">
      <w:pPr>
        <w:spacing w:after="0"/>
      </w:pPr>
      <w:r>
        <w:rPr>
          <w:rFonts w:ascii="Arial" w:hAnsi="Arial"/>
        </w:rPr>
        <w:t>I think they've also screenshots that will, I may</w:t>
      </w:r>
      <w:r>
        <w:rPr>
          <w:rFonts w:ascii="Arial" w:hAnsi="Arial"/>
        </w:rPr>
        <w:t xml:space="preserve"> be wrong about this, I'm putting your le But allegedly,</w:t>
      </w:r>
    </w:p>
    <w:p w14:paraId="0FFB794C" w14:textId="77777777" w:rsidR="009663B4" w:rsidRDefault="009663B4">
      <w:pPr>
        <w:spacing w:after="0"/>
      </w:pPr>
    </w:p>
    <w:p w14:paraId="3D690FAF" w14:textId="77777777" w:rsidR="009663B4" w:rsidRDefault="007F724F">
      <w:pPr>
        <w:spacing w:after="0"/>
      </w:pPr>
      <w:r>
        <w:rPr>
          <w:rFonts w:ascii="Arial" w:hAnsi="Arial"/>
          <w:b/>
        </w:rPr>
        <w:t xml:space="preserve">Lucy  </w:t>
      </w:r>
      <w:r>
        <w:rPr>
          <w:rFonts w:ascii="Arial" w:hAnsi="Arial"/>
          <w:color w:val="5D7284"/>
        </w:rPr>
        <w:t>30:21</w:t>
      </w:r>
    </w:p>
    <w:p w14:paraId="028B7376" w14:textId="77777777" w:rsidR="009663B4" w:rsidRDefault="007F724F">
      <w:pPr>
        <w:spacing w:after="0"/>
      </w:pPr>
      <w:r>
        <w:rPr>
          <w:rFonts w:ascii="Arial" w:hAnsi="Arial"/>
        </w:rPr>
        <w:t xml:space="preserve">there is screenshot of the movie, I've not seen it, I won't watch it for, you know, I just think it's out her attitude. Her ableism is just disgusting. And I won't watch it. </w:t>
      </w:r>
      <w:r>
        <w:rPr>
          <w:rFonts w:ascii="Arial" w:hAnsi="Arial"/>
        </w:rPr>
        <w:t xml:space="preserve">However, I have seen the screenshots of the film, I even as somebody who has not got autism , it makes my toes curl. It really does. It makes me feel sick to my stomach, because it is a caricature of, you know, the way autistic people cope with, you know, </w:t>
      </w:r>
      <w:r>
        <w:rPr>
          <w:rFonts w:ascii="Arial" w:hAnsi="Arial"/>
        </w:rPr>
        <w:t xml:space="preserve">things around them </w:t>
      </w:r>
      <w:proofErr w:type="gramStart"/>
      <w:r>
        <w:rPr>
          <w:rFonts w:ascii="Arial" w:hAnsi="Arial"/>
        </w:rPr>
        <w:t>is</w:t>
      </w:r>
      <w:proofErr w:type="gramEnd"/>
      <w:r>
        <w:rPr>
          <w:rFonts w:ascii="Arial" w:hAnsi="Arial"/>
        </w:rPr>
        <w:t xml:space="preserve"> a caricature of it so that their teeth on show and that kind of thing, and that the way they blink, and it's just awful, awful.</w:t>
      </w:r>
    </w:p>
    <w:p w14:paraId="3AD922E6" w14:textId="77777777" w:rsidR="009663B4" w:rsidRDefault="009663B4">
      <w:pPr>
        <w:spacing w:after="0"/>
      </w:pPr>
    </w:p>
    <w:p w14:paraId="371CB1C4" w14:textId="77777777" w:rsidR="009663B4" w:rsidRDefault="007F724F">
      <w:pPr>
        <w:spacing w:after="0"/>
      </w:pPr>
      <w:r>
        <w:rPr>
          <w:rFonts w:ascii="Arial" w:hAnsi="Arial"/>
          <w:b/>
        </w:rPr>
        <w:t xml:space="preserve">Lydia Wilkins  </w:t>
      </w:r>
      <w:r>
        <w:rPr>
          <w:rFonts w:ascii="Arial" w:hAnsi="Arial"/>
          <w:color w:val="5D7284"/>
        </w:rPr>
        <w:t>31:04</w:t>
      </w:r>
    </w:p>
    <w:p w14:paraId="62DC7F5F" w14:textId="77777777" w:rsidR="009663B4" w:rsidRDefault="007F724F">
      <w:pPr>
        <w:spacing w:after="0"/>
      </w:pPr>
      <w:r>
        <w:rPr>
          <w:rFonts w:ascii="Arial" w:hAnsi="Arial"/>
        </w:rPr>
        <w:t xml:space="preserve">There </w:t>
      </w:r>
      <w:proofErr w:type="gramStart"/>
      <w:r>
        <w:rPr>
          <w:rFonts w:ascii="Arial" w:hAnsi="Arial"/>
        </w:rPr>
        <w:t>was</w:t>
      </w:r>
      <w:proofErr w:type="gramEnd"/>
      <w:r>
        <w:rPr>
          <w:rFonts w:ascii="Arial" w:hAnsi="Arial"/>
        </w:rPr>
        <w:t xml:space="preserve"> screenshots that were circulating, suggesting that </w:t>
      </w:r>
      <w:proofErr w:type="spellStart"/>
      <w:r>
        <w:rPr>
          <w:rFonts w:ascii="Arial" w:hAnsi="Arial"/>
        </w:rPr>
        <w:t>sia</w:t>
      </w:r>
      <w:proofErr w:type="spellEnd"/>
      <w:r>
        <w:rPr>
          <w:rFonts w:ascii="Arial" w:hAnsi="Arial"/>
        </w:rPr>
        <w:t xml:space="preserve"> never intended to c</w:t>
      </w:r>
      <w:r>
        <w:rPr>
          <w:rFonts w:ascii="Arial" w:hAnsi="Arial"/>
        </w:rPr>
        <w:t xml:space="preserve">aste an autistic actor, it was always going to be is it Madi </w:t>
      </w:r>
      <w:proofErr w:type="spellStart"/>
      <w:r>
        <w:rPr>
          <w:rFonts w:ascii="Arial" w:hAnsi="Arial"/>
        </w:rPr>
        <w:t>Silga</w:t>
      </w:r>
      <w:proofErr w:type="spellEnd"/>
      <w:r>
        <w:rPr>
          <w:rFonts w:ascii="Arial" w:hAnsi="Arial"/>
        </w:rPr>
        <w:t xml:space="preserve">? </w:t>
      </w:r>
      <w:proofErr w:type="spellStart"/>
      <w:r>
        <w:rPr>
          <w:rFonts w:ascii="Arial" w:hAnsi="Arial"/>
        </w:rPr>
        <w:t>salga</w:t>
      </w:r>
      <w:proofErr w:type="spellEnd"/>
      <w:r>
        <w:rPr>
          <w:rFonts w:ascii="Arial" w:hAnsi="Arial"/>
        </w:rPr>
        <w:t xml:space="preserve">? I'm not sure Hey, pronouncing that. Yeah, yeah. </w:t>
      </w:r>
      <w:proofErr w:type="gramStart"/>
      <w:r>
        <w:rPr>
          <w:rFonts w:ascii="Arial" w:hAnsi="Arial"/>
        </w:rPr>
        <w:t>So</w:t>
      </w:r>
      <w:proofErr w:type="gramEnd"/>
      <w:r>
        <w:rPr>
          <w:rFonts w:ascii="Arial" w:hAnsi="Arial"/>
        </w:rPr>
        <w:t xml:space="preserve"> it just sort of, I think it's also kind of a grassroots issue. But from the bottom up to you, when you get the produce product of </w:t>
      </w:r>
      <w:r>
        <w:rPr>
          <w:rFonts w:ascii="Arial" w:hAnsi="Arial"/>
        </w:rPr>
        <w:t xml:space="preserve">a film that there needs to be. Access isn't quite the right word for this. But there needs to be consideration every step of the </w:t>
      </w:r>
      <w:proofErr w:type="gramStart"/>
      <w:r>
        <w:rPr>
          <w:rFonts w:ascii="Arial" w:hAnsi="Arial"/>
        </w:rPr>
        <w:t>way, and</w:t>
      </w:r>
      <w:proofErr w:type="gramEnd"/>
      <w:r>
        <w:rPr>
          <w:rFonts w:ascii="Arial" w:hAnsi="Arial"/>
        </w:rPr>
        <w:t xml:space="preserve"> giving equal choice. In that respect. It's the bits, the screenshots, as you say, they've made me wince. I find it int</w:t>
      </w:r>
      <w:r>
        <w:rPr>
          <w:rFonts w:ascii="Arial" w:hAnsi="Arial"/>
        </w:rPr>
        <w:t xml:space="preserve">eresting as well, that the apparently the character is supposed to be biracial. Right. But </w:t>
      </w:r>
      <w:proofErr w:type="gramStart"/>
      <w:r>
        <w:rPr>
          <w:rFonts w:ascii="Arial" w:hAnsi="Arial"/>
        </w:rPr>
        <w:t>So</w:t>
      </w:r>
      <w:proofErr w:type="gramEnd"/>
      <w:r>
        <w:rPr>
          <w:rFonts w:ascii="Arial" w:hAnsi="Arial"/>
        </w:rPr>
        <w:t xml:space="preserve"> did we think it's really appropriate? That the casting</w:t>
      </w:r>
    </w:p>
    <w:p w14:paraId="400F512E" w14:textId="77777777" w:rsidR="009663B4" w:rsidRDefault="009663B4">
      <w:pPr>
        <w:spacing w:after="0"/>
      </w:pPr>
    </w:p>
    <w:p w14:paraId="26AA1A3E" w14:textId="77777777" w:rsidR="009663B4" w:rsidRDefault="007F724F">
      <w:pPr>
        <w:spacing w:after="0"/>
      </w:pPr>
      <w:r>
        <w:rPr>
          <w:rFonts w:ascii="Arial" w:hAnsi="Arial"/>
          <w:b/>
        </w:rPr>
        <w:lastRenderedPageBreak/>
        <w:t xml:space="preserve">Alice  </w:t>
      </w:r>
      <w:r>
        <w:rPr>
          <w:rFonts w:ascii="Arial" w:hAnsi="Arial"/>
          <w:color w:val="5D7284"/>
        </w:rPr>
        <w:t>31:55</w:t>
      </w:r>
    </w:p>
    <w:p w14:paraId="66BD8FC4" w14:textId="77777777" w:rsidR="009663B4" w:rsidRDefault="007F724F">
      <w:pPr>
        <w:spacing w:after="0"/>
      </w:pPr>
      <w:r>
        <w:rPr>
          <w:rFonts w:ascii="Arial" w:hAnsi="Arial"/>
        </w:rPr>
        <w:t>where where's the script in the story for this film come from? I don't, like is it based on a</w:t>
      </w:r>
      <w:r>
        <w:rPr>
          <w:rFonts w:ascii="Arial" w:hAnsi="Arial"/>
        </w:rPr>
        <w:t xml:space="preserve"> book? Is it based on a screenplay somebody else wrote? Is it something that </w:t>
      </w:r>
      <w:proofErr w:type="spellStart"/>
      <w:r>
        <w:rPr>
          <w:rFonts w:ascii="Arial" w:hAnsi="Arial"/>
        </w:rPr>
        <w:t>sia</w:t>
      </w:r>
      <w:proofErr w:type="spellEnd"/>
      <w:r>
        <w:rPr>
          <w:rFonts w:ascii="Arial" w:hAnsi="Arial"/>
        </w:rPr>
        <w:t xml:space="preserve"> pitched up? And, you know, it was like, I want to do this,</w:t>
      </w:r>
    </w:p>
    <w:p w14:paraId="11414AD7" w14:textId="77777777" w:rsidR="009663B4" w:rsidRDefault="009663B4">
      <w:pPr>
        <w:spacing w:after="0"/>
      </w:pPr>
    </w:p>
    <w:p w14:paraId="10E0DE85" w14:textId="77777777" w:rsidR="009663B4" w:rsidRDefault="007F724F">
      <w:pPr>
        <w:spacing w:after="0"/>
      </w:pPr>
      <w:r>
        <w:rPr>
          <w:rFonts w:ascii="Arial" w:hAnsi="Arial"/>
          <w:b/>
        </w:rPr>
        <w:t xml:space="preserve">Lydia Wilkins  </w:t>
      </w:r>
      <w:r>
        <w:rPr>
          <w:rFonts w:ascii="Arial" w:hAnsi="Arial"/>
          <w:color w:val="5D7284"/>
        </w:rPr>
        <w:t>32:08</w:t>
      </w:r>
    </w:p>
    <w:p w14:paraId="1DC54193" w14:textId="77777777" w:rsidR="009663B4" w:rsidRDefault="007F724F">
      <w:pPr>
        <w:spacing w:after="0"/>
      </w:pPr>
      <w:r>
        <w:rPr>
          <w:rFonts w:ascii="Arial" w:hAnsi="Arial"/>
        </w:rPr>
        <w:t xml:space="preserve">my understanding is that she </w:t>
      </w:r>
      <w:proofErr w:type="gramStart"/>
      <w:r>
        <w:rPr>
          <w:rFonts w:ascii="Arial" w:hAnsi="Arial"/>
        </w:rPr>
        <w:t>sort</w:t>
      </w:r>
      <w:proofErr w:type="gramEnd"/>
      <w:r>
        <w:rPr>
          <w:rFonts w:ascii="Arial" w:hAnsi="Arial"/>
        </w:rPr>
        <w:t xml:space="preserve"> of wrote an album of music, but sort of put the film alongsi</w:t>
      </w:r>
      <w:r>
        <w:rPr>
          <w:rFonts w:ascii="Arial" w:hAnsi="Arial"/>
        </w:rPr>
        <w:t>de if that makes sense, because the music is her  sort of thing</w:t>
      </w:r>
    </w:p>
    <w:p w14:paraId="33717327" w14:textId="77777777" w:rsidR="009663B4" w:rsidRDefault="009663B4">
      <w:pPr>
        <w:spacing w:after="0"/>
      </w:pPr>
    </w:p>
    <w:p w14:paraId="225B7556" w14:textId="77777777" w:rsidR="009663B4" w:rsidRDefault="007F724F">
      <w:pPr>
        <w:spacing w:after="0"/>
      </w:pPr>
      <w:r>
        <w:rPr>
          <w:rFonts w:ascii="Arial" w:hAnsi="Arial"/>
          <w:b/>
        </w:rPr>
        <w:t xml:space="preserve">Lucy  </w:t>
      </w:r>
      <w:r>
        <w:rPr>
          <w:rFonts w:ascii="Arial" w:hAnsi="Arial"/>
          <w:color w:val="5D7284"/>
        </w:rPr>
        <w:t>32:19</w:t>
      </w:r>
    </w:p>
    <w:p w14:paraId="29B139BD" w14:textId="77777777" w:rsidR="009663B4" w:rsidRDefault="007F724F">
      <w:pPr>
        <w:spacing w:after="0"/>
      </w:pPr>
      <w:r>
        <w:rPr>
          <w:rFonts w:ascii="Arial" w:hAnsi="Arial"/>
        </w:rPr>
        <w:t xml:space="preserve">just lost for words with it really. He compares </w:t>
      </w:r>
      <w:proofErr w:type="spellStart"/>
      <w:r>
        <w:rPr>
          <w:rFonts w:ascii="Arial" w:hAnsi="Arial"/>
        </w:rPr>
        <w:t>sia</w:t>
      </w:r>
      <w:proofErr w:type="spellEnd"/>
      <w:r>
        <w:rPr>
          <w:rFonts w:ascii="Arial" w:hAnsi="Arial"/>
        </w:rPr>
        <w:t xml:space="preserve">  attitude to Anne Hathaway, who, when she was in the witches with the disfigured hand and everything then when she </w:t>
      </w:r>
      <w:proofErr w:type="spellStart"/>
      <w:proofErr w:type="gramStart"/>
      <w:r>
        <w:rPr>
          <w:rFonts w:ascii="Arial" w:hAnsi="Arial"/>
        </w:rPr>
        <w:t>realised</w:t>
      </w:r>
      <w:proofErr w:type="spellEnd"/>
      <w:proofErr w:type="gramEnd"/>
      <w:r>
        <w:rPr>
          <w:rFonts w:ascii="Arial" w:hAnsi="Arial"/>
        </w:rPr>
        <w:t xml:space="preserve"> she was horrified and made an apology and said, you know, I'll never let it happen again. And then you compare </w:t>
      </w:r>
      <w:proofErr w:type="spellStart"/>
      <w:r>
        <w:rPr>
          <w:rFonts w:ascii="Arial" w:hAnsi="Arial"/>
        </w:rPr>
        <w:t>sias</w:t>
      </w:r>
      <w:proofErr w:type="spellEnd"/>
      <w:r>
        <w:rPr>
          <w:rFonts w:ascii="Arial" w:hAnsi="Arial"/>
        </w:rPr>
        <w:t xml:space="preserve">  attitude to when she was given the same sort of criticism, it was, you know, towards actors with autism. You know, I've been worki</w:t>
      </w:r>
      <w:r>
        <w:rPr>
          <w:rFonts w:ascii="Arial" w:hAnsi="Arial"/>
        </w:rPr>
        <w:t>ng all these years to try and get a job like this and somebody able bodied with no background in autism has got the role and she just turned around, I said, well, maybe you're a bad actor. It's just that's not the point is it?</w:t>
      </w:r>
    </w:p>
    <w:p w14:paraId="0F00C4CE" w14:textId="77777777" w:rsidR="009663B4" w:rsidRDefault="009663B4">
      <w:pPr>
        <w:spacing w:after="0"/>
      </w:pPr>
    </w:p>
    <w:p w14:paraId="2B8ACEB5" w14:textId="77777777" w:rsidR="009663B4" w:rsidRDefault="007F724F">
      <w:pPr>
        <w:spacing w:after="0"/>
      </w:pPr>
      <w:r>
        <w:rPr>
          <w:rFonts w:ascii="Arial" w:hAnsi="Arial"/>
          <w:b/>
        </w:rPr>
        <w:t xml:space="preserve">Lydia Wilkins  </w:t>
      </w:r>
      <w:r>
        <w:rPr>
          <w:rFonts w:ascii="Arial" w:hAnsi="Arial"/>
          <w:color w:val="5D7284"/>
        </w:rPr>
        <w:t>32:58</w:t>
      </w:r>
    </w:p>
    <w:p w14:paraId="0728AE41" w14:textId="77777777" w:rsidR="009663B4" w:rsidRDefault="007F724F">
      <w:pPr>
        <w:spacing w:after="0"/>
      </w:pPr>
      <w:r>
        <w:rPr>
          <w:rFonts w:ascii="Arial" w:hAnsi="Arial"/>
        </w:rPr>
        <w:t>It's al</w:t>
      </w:r>
      <w:r>
        <w:rPr>
          <w:rFonts w:ascii="Arial" w:hAnsi="Arial"/>
        </w:rPr>
        <w:t xml:space="preserve">so the thing so the character on told is supposed to also be epileptic, which is quite common when you are also new ballistic spectrum. Right. So isn't it interesting how Despite this, there were apparently several dance numbers that have lighting that is </w:t>
      </w:r>
      <w:proofErr w:type="gramStart"/>
      <w:r>
        <w:rPr>
          <w:rFonts w:ascii="Arial" w:hAnsi="Arial"/>
        </w:rPr>
        <w:t>challenging.</w:t>
      </w:r>
      <w:proofErr w:type="gramEnd"/>
      <w:r>
        <w:rPr>
          <w:rFonts w:ascii="Arial" w:hAnsi="Arial"/>
        </w:rPr>
        <w:t xml:space="preserve"> I'm </w:t>
      </w:r>
      <w:proofErr w:type="spellStart"/>
      <w:r>
        <w:rPr>
          <w:rFonts w:ascii="Arial" w:hAnsi="Arial"/>
        </w:rPr>
        <w:t>gonna</w:t>
      </w:r>
      <w:proofErr w:type="spellEnd"/>
      <w:r>
        <w:rPr>
          <w:rFonts w:ascii="Arial" w:hAnsi="Arial"/>
        </w:rPr>
        <w:t xml:space="preserve"> use the word challenging apologies if anyone listening is offended, challenging to people who are epileptic, but it will potentially trigger a </w:t>
      </w:r>
      <w:proofErr w:type="gramStart"/>
      <w:r>
        <w:rPr>
          <w:rFonts w:ascii="Arial" w:hAnsi="Arial"/>
        </w:rPr>
        <w:t>seizure</w:t>
      </w:r>
      <w:proofErr w:type="gramEnd"/>
    </w:p>
    <w:p w14:paraId="3EB1A571" w14:textId="77777777" w:rsidR="009663B4" w:rsidRDefault="009663B4">
      <w:pPr>
        <w:spacing w:after="0"/>
      </w:pPr>
    </w:p>
    <w:p w14:paraId="4024B1DF" w14:textId="77777777" w:rsidR="009663B4" w:rsidRDefault="007F724F">
      <w:pPr>
        <w:spacing w:after="0"/>
      </w:pPr>
      <w:r>
        <w:rPr>
          <w:rFonts w:ascii="Arial" w:hAnsi="Arial"/>
          <w:b/>
        </w:rPr>
        <w:t xml:space="preserve">Alice  </w:t>
      </w:r>
      <w:r>
        <w:rPr>
          <w:rFonts w:ascii="Arial" w:hAnsi="Arial"/>
          <w:color w:val="5D7284"/>
        </w:rPr>
        <w:t>33:28</w:t>
      </w:r>
    </w:p>
    <w:p w14:paraId="5AC89F56" w14:textId="77777777" w:rsidR="009663B4" w:rsidRDefault="007F724F">
      <w:pPr>
        <w:spacing w:after="0"/>
      </w:pPr>
      <w:r>
        <w:rPr>
          <w:rFonts w:ascii="Arial" w:hAnsi="Arial"/>
        </w:rPr>
        <w:t xml:space="preserve">yeah, </w:t>
      </w:r>
      <w:proofErr w:type="gramStart"/>
      <w:r>
        <w:rPr>
          <w:rFonts w:ascii="Arial" w:hAnsi="Arial"/>
        </w:rPr>
        <w:t>you can't you can't</w:t>
      </w:r>
      <w:proofErr w:type="gramEnd"/>
      <w:r>
        <w:rPr>
          <w:rFonts w:ascii="Arial" w:hAnsi="Arial"/>
        </w:rPr>
        <w:t xml:space="preserve"> see it. But I'm just shocked and shaking m</w:t>
      </w:r>
      <w:r>
        <w:rPr>
          <w:rFonts w:ascii="Arial" w:hAnsi="Arial"/>
        </w:rPr>
        <w:t xml:space="preserve">y head. Because its </w:t>
      </w:r>
      <w:proofErr w:type="spellStart"/>
      <w:r>
        <w:rPr>
          <w:rFonts w:ascii="Arial" w:hAnsi="Arial"/>
        </w:rPr>
        <w:t>ur</w:t>
      </w:r>
      <w:proofErr w:type="spellEnd"/>
    </w:p>
    <w:p w14:paraId="5D959296" w14:textId="77777777" w:rsidR="009663B4" w:rsidRDefault="009663B4">
      <w:pPr>
        <w:spacing w:after="0"/>
      </w:pPr>
    </w:p>
    <w:p w14:paraId="4E25775B" w14:textId="77777777" w:rsidR="009663B4" w:rsidRDefault="007F724F">
      <w:pPr>
        <w:spacing w:after="0"/>
      </w:pPr>
      <w:r>
        <w:rPr>
          <w:rFonts w:ascii="Arial" w:hAnsi="Arial"/>
          <w:b/>
        </w:rPr>
        <w:t xml:space="preserve">Lucy  </w:t>
      </w:r>
      <w:r>
        <w:rPr>
          <w:rFonts w:ascii="Arial" w:hAnsi="Arial"/>
          <w:color w:val="5D7284"/>
        </w:rPr>
        <w:t>33:35</w:t>
      </w:r>
    </w:p>
    <w:p w14:paraId="0E60C95C" w14:textId="77777777" w:rsidR="009663B4" w:rsidRDefault="007F724F">
      <w:pPr>
        <w:spacing w:after="0"/>
      </w:pPr>
      <w:r>
        <w:rPr>
          <w:rFonts w:ascii="Arial" w:hAnsi="Arial"/>
        </w:rPr>
        <w:t xml:space="preserve">it's a real time because I quite liked </w:t>
      </w:r>
      <w:proofErr w:type="gramStart"/>
      <w:r>
        <w:rPr>
          <w:rFonts w:ascii="Arial" w:hAnsi="Arial"/>
        </w:rPr>
        <w:t>see</w:t>
      </w:r>
      <w:proofErr w:type="gramEnd"/>
      <w:r>
        <w:rPr>
          <w:rFonts w:ascii="Arial" w:hAnsi="Arial"/>
        </w:rPr>
        <w:t xml:space="preserve"> her music before all this </w:t>
      </w:r>
      <w:proofErr w:type="spellStart"/>
      <w:r>
        <w:rPr>
          <w:rFonts w:ascii="Arial" w:hAnsi="Arial"/>
        </w:rPr>
        <w:t>hoo</w:t>
      </w:r>
      <w:proofErr w:type="spellEnd"/>
      <w:r>
        <w:rPr>
          <w:rFonts w:ascii="Arial" w:hAnsi="Arial"/>
        </w:rPr>
        <w:t>, ha,</w:t>
      </w:r>
    </w:p>
    <w:p w14:paraId="32198618" w14:textId="77777777" w:rsidR="009663B4" w:rsidRDefault="009663B4">
      <w:pPr>
        <w:spacing w:after="0"/>
      </w:pPr>
    </w:p>
    <w:p w14:paraId="183A1EFD" w14:textId="77777777" w:rsidR="009663B4" w:rsidRDefault="007F724F">
      <w:pPr>
        <w:spacing w:after="0"/>
      </w:pPr>
      <w:r>
        <w:rPr>
          <w:rFonts w:ascii="Arial" w:hAnsi="Arial"/>
          <w:b/>
        </w:rPr>
        <w:t xml:space="preserve">Alice  </w:t>
      </w:r>
      <w:r>
        <w:rPr>
          <w:rFonts w:ascii="Arial" w:hAnsi="Arial"/>
          <w:color w:val="5D7284"/>
        </w:rPr>
        <w:t>33:39</w:t>
      </w:r>
    </w:p>
    <w:p w14:paraId="08C38257" w14:textId="77777777" w:rsidR="009663B4" w:rsidRDefault="007F724F">
      <w:pPr>
        <w:spacing w:after="0"/>
      </w:pPr>
      <w:r>
        <w:rPr>
          <w:rFonts w:ascii="Arial" w:hAnsi="Arial"/>
        </w:rPr>
        <w:t xml:space="preserve">I was a big fan of her music, her early stuff, and quite a lot of her more upbeat stuff is on like my workout album. And I'm </w:t>
      </w:r>
      <w:proofErr w:type="spellStart"/>
      <w:r>
        <w:rPr>
          <w:rFonts w:ascii="Arial" w:hAnsi="Arial"/>
        </w:rPr>
        <w:t>gon</w:t>
      </w:r>
      <w:r>
        <w:rPr>
          <w:rFonts w:ascii="Arial" w:hAnsi="Arial"/>
        </w:rPr>
        <w:t>na</w:t>
      </w:r>
      <w:proofErr w:type="spellEnd"/>
      <w:r>
        <w:rPr>
          <w:rFonts w:ascii="Arial" w:hAnsi="Arial"/>
        </w:rPr>
        <w:t xml:space="preserve"> </w:t>
      </w:r>
      <w:proofErr w:type="gramStart"/>
      <w:r>
        <w:rPr>
          <w:rFonts w:ascii="Arial" w:hAnsi="Arial"/>
        </w:rPr>
        <w:t>have to</w:t>
      </w:r>
      <w:proofErr w:type="gramEnd"/>
      <w:r>
        <w:rPr>
          <w:rFonts w:ascii="Arial" w:hAnsi="Arial"/>
        </w:rPr>
        <w:t xml:space="preserve"> take it all off. When I finally get off my backside. They start working out. Yeah.</w:t>
      </w:r>
    </w:p>
    <w:p w14:paraId="4F6C0072" w14:textId="77777777" w:rsidR="009663B4" w:rsidRDefault="009663B4">
      <w:pPr>
        <w:spacing w:after="0"/>
      </w:pPr>
    </w:p>
    <w:p w14:paraId="7D5A0222" w14:textId="77777777" w:rsidR="009663B4" w:rsidRDefault="007F724F">
      <w:pPr>
        <w:spacing w:after="0"/>
      </w:pPr>
      <w:r>
        <w:rPr>
          <w:rFonts w:ascii="Arial" w:hAnsi="Arial"/>
          <w:b/>
        </w:rPr>
        <w:t xml:space="preserve">Lucy  </w:t>
      </w:r>
      <w:r>
        <w:rPr>
          <w:rFonts w:ascii="Arial" w:hAnsi="Arial"/>
          <w:color w:val="5D7284"/>
        </w:rPr>
        <w:t>33:54</w:t>
      </w:r>
    </w:p>
    <w:p w14:paraId="0110C1B3" w14:textId="77777777" w:rsidR="009663B4" w:rsidRDefault="007F724F">
      <w:pPr>
        <w:spacing w:after="0"/>
      </w:pPr>
      <w:r>
        <w:rPr>
          <w:rFonts w:ascii="Arial" w:hAnsi="Arial"/>
        </w:rPr>
        <w:t xml:space="preserve">It's just so damaging. </w:t>
      </w:r>
      <w:proofErr w:type="gramStart"/>
      <w:r>
        <w:rPr>
          <w:rFonts w:ascii="Arial" w:hAnsi="Arial"/>
        </w:rPr>
        <w:t>So</w:t>
      </w:r>
      <w:proofErr w:type="gramEnd"/>
      <w:r>
        <w:rPr>
          <w:rFonts w:ascii="Arial" w:hAnsi="Arial"/>
        </w:rPr>
        <w:t xml:space="preserve"> damaging.</w:t>
      </w:r>
    </w:p>
    <w:p w14:paraId="7AE3A081" w14:textId="77777777" w:rsidR="009663B4" w:rsidRDefault="009663B4">
      <w:pPr>
        <w:spacing w:after="0"/>
      </w:pPr>
    </w:p>
    <w:p w14:paraId="099162B7" w14:textId="77777777" w:rsidR="009663B4" w:rsidRDefault="007F724F">
      <w:pPr>
        <w:spacing w:after="0"/>
      </w:pPr>
      <w:r>
        <w:rPr>
          <w:rFonts w:ascii="Arial" w:hAnsi="Arial"/>
          <w:b/>
        </w:rPr>
        <w:t xml:space="preserve">Lydia Wilkins  </w:t>
      </w:r>
      <w:r>
        <w:rPr>
          <w:rFonts w:ascii="Arial" w:hAnsi="Arial"/>
          <w:color w:val="5D7284"/>
        </w:rPr>
        <w:t>33:58</w:t>
      </w:r>
    </w:p>
    <w:p w14:paraId="2984AA13" w14:textId="77777777" w:rsidR="009663B4" w:rsidRDefault="007F724F">
      <w:pPr>
        <w:spacing w:after="0"/>
      </w:pPr>
      <w:r>
        <w:rPr>
          <w:rFonts w:ascii="Arial" w:hAnsi="Arial"/>
        </w:rPr>
        <w:t xml:space="preserve">The thing is, as well, there's sort of a little while ago, I was writing about the </w:t>
      </w:r>
      <w:r>
        <w:rPr>
          <w:rFonts w:ascii="Arial" w:hAnsi="Arial"/>
        </w:rPr>
        <w:t xml:space="preserve">appearance of Greta </w:t>
      </w:r>
      <w:proofErr w:type="spellStart"/>
      <w:r>
        <w:rPr>
          <w:rFonts w:ascii="Arial" w:hAnsi="Arial"/>
        </w:rPr>
        <w:t>thunberg</w:t>
      </w:r>
      <w:proofErr w:type="spellEnd"/>
      <w:r>
        <w:rPr>
          <w:rFonts w:ascii="Arial" w:hAnsi="Arial"/>
        </w:rPr>
        <w:t xml:space="preserve"> in </w:t>
      </w:r>
      <w:proofErr w:type="spellStart"/>
      <w:r>
        <w:rPr>
          <w:rFonts w:ascii="Arial" w:hAnsi="Arial"/>
        </w:rPr>
        <w:t>britbox</w:t>
      </w:r>
      <w:proofErr w:type="spellEnd"/>
      <w:r>
        <w:rPr>
          <w:rFonts w:ascii="Arial" w:hAnsi="Arial"/>
        </w:rPr>
        <w:t>. For the metro because I've taken over Samantha Ranks column while she was away, because that the puppet to me was not it was not particularly tasteful, or very sort of the even just the way that the puppet was movin</w:t>
      </w:r>
      <w:r>
        <w:rPr>
          <w:rFonts w:ascii="Arial" w:hAnsi="Arial"/>
        </w:rPr>
        <w:t xml:space="preserve">g. For example, it was sort of it was taken like  it felt a little bit </w:t>
      </w:r>
      <w:r>
        <w:rPr>
          <w:rFonts w:ascii="Arial" w:hAnsi="Arial"/>
        </w:rPr>
        <w:lastRenderedPageBreak/>
        <w:t xml:space="preserve">too close to me. Yeah, thank you. It's I know people who also have dyspraxia for example, if you are also autistic. And that they were making these kind of weird </w:t>
      </w:r>
      <w:proofErr w:type="spellStart"/>
      <w:r>
        <w:rPr>
          <w:rFonts w:ascii="Arial" w:hAnsi="Arial"/>
        </w:rPr>
        <w:t>jaggedy</w:t>
      </w:r>
      <w:proofErr w:type="spellEnd"/>
      <w:r>
        <w:rPr>
          <w:rFonts w:ascii="Arial" w:hAnsi="Arial"/>
        </w:rPr>
        <w:t xml:space="preserve"> sort of looking</w:t>
      </w:r>
      <w:r>
        <w:rPr>
          <w:rFonts w:ascii="Arial" w:hAnsi="Arial"/>
        </w:rPr>
        <w:t xml:space="preserve"> movements and kind of playing into stereotypes that Greta </w:t>
      </w:r>
      <w:proofErr w:type="spellStart"/>
      <w:r>
        <w:rPr>
          <w:rFonts w:ascii="Arial" w:hAnsi="Arial"/>
        </w:rPr>
        <w:t>thunberg</w:t>
      </w:r>
      <w:proofErr w:type="spellEnd"/>
      <w:r>
        <w:rPr>
          <w:rFonts w:ascii="Arial" w:hAnsi="Arial"/>
        </w:rPr>
        <w:t xml:space="preserve"> is in fact to quote doing so it was just not </w:t>
      </w:r>
      <w:proofErr w:type="gramStart"/>
      <w:r>
        <w:rPr>
          <w:rFonts w:ascii="Arial" w:hAnsi="Arial"/>
        </w:rPr>
        <w:t>really on</w:t>
      </w:r>
      <w:proofErr w:type="gramEnd"/>
      <w:r>
        <w:rPr>
          <w:rFonts w:ascii="Arial" w:hAnsi="Arial"/>
        </w:rPr>
        <w:t>. And that would be for who the comment section was vile. And but the thing about this was people were kind of suggesting to me that I</w:t>
      </w:r>
      <w:r>
        <w:rPr>
          <w:rFonts w:ascii="Arial" w:hAnsi="Arial"/>
        </w:rPr>
        <w:t xml:space="preserve"> should go away and write my own version to get representation, right? If you have such an issue, because you're a writer, you're in the metro, this piece is going to follow me to the grave. </w:t>
      </w:r>
      <w:proofErr w:type="spellStart"/>
      <w:r>
        <w:rPr>
          <w:rFonts w:ascii="Arial" w:hAnsi="Arial"/>
        </w:rPr>
        <w:t>Ive</w:t>
      </w:r>
      <w:proofErr w:type="spellEnd"/>
      <w:r>
        <w:rPr>
          <w:rFonts w:ascii="Arial" w:hAnsi="Arial"/>
        </w:rPr>
        <w:t xml:space="preserve"> had many people ....</w:t>
      </w:r>
    </w:p>
    <w:p w14:paraId="617D5917" w14:textId="77777777" w:rsidR="009663B4" w:rsidRDefault="009663B4">
      <w:pPr>
        <w:spacing w:after="0"/>
      </w:pPr>
    </w:p>
    <w:p w14:paraId="20CFBE6B" w14:textId="77777777" w:rsidR="009663B4" w:rsidRDefault="007F724F">
      <w:pPr>
        <w:spacing w:after="0"/>
      </w:pPr>
      <w:r>
        <w:rPr>
          <w:rFonts w:ascii="Arial" w:hAnsi="Arial"/>
          <w:b/>
        </w:rPr>
        <w:t xml:space="preserve">Lucy  </w:t>
      </w:r>
      <w:r>
        <w:rPr>
          <w:rFonts w:ascii="Arial" w:hAnsi="Arial"/>
          <w:color w:val="5D7284"/>
        </w:rPr>
        <w:t>35:08</w:t>
      </w:r>
    </w:p>
    <w:p w14:paraId="5CC8DA66" w14:textId="77777777" w:rsidR="009663B4" w:rsidRDefault="007F724F">
      <w:pPr>
        <w:spacing w:after="0"/>
      </w:pPr>
      <w:r>
        <w:rPr>
          <w:rFonts w:ascii="Arial" w:hAnsi="Arial"/>
        </w:rPr>
        <w:t>mean,</w:t>
      </w:r>
    </w:p>
    <w:p w14:paraId="206F587E" w14:textId="77777777" w:rsidR="009663B4" w:rsidRDefault="009663B4">
      <w:pPr>
        <w:spacing w:after="0"/>
      </w:pPr>
    </w:p>
    <w:p w14:paraId="6AA2A0A7" w14:textId="77777777" w:rsidR="009663B4" w:rsidRDefault="007F724F">
      <w:pPr>
        <w:spacing w:after="0"/>
      </w:pPr>
      <w:r>
        <w:rPr>
          <w:rFonts w:ascii="Arial" w:hAnsi="Arial"/>
          <w:b/>
        </w:rPr>
        <w:t xml:space="preserve">Lydia Wilkins  </w:t>
      </w:r>
      <w:r>
        <w:rPr>
          <w:rFonts w:ascii="Arial" w:hAnsi="Arial"/>
          <w:color w:val="5D7284"/>
        </w:rPr>
        <w:t>35:11</w:t>
      </w:r>
    </w:p>
    <w:p w14:paraId="7BFA206C" w14:textId="77777777" w:rsidR="009663B4" w:rsidRDefault="007F724F">
      <w:pPr>
        <w:spacing w:after="0"/>
      </w:pPr>
      <w:r>
        <w:rPr>
          <w:rFonts w:ascii="Arial" w:hAnsi="Arial"/>
        </w:rPr>
        <w:t xml:space="preserve">it's just it shouldn't, it should not be incumbent on people such as myself, do you have to kind of answer to the problem </w:t>
      </w:r>
      <w:proofErr w:type="gramStart"/>
      <w:r>
        <w:rPr>
          <w:rFonts w:ascii="Arial" w:hAnsi="Arial"/>
        </w:rPr>
        <w:t>almost</w:t>
      </w:r>
      <w:proofErr w:type="gramEnd"/>
    </w:p>
    <w:p w14:paraId="45BAD5CE" w14:textId="77777777" w:rsidR="009663B4" w:rsidRDefault="009663B4">
      <w:pPr>
        <w:spacing w:after="0"/>
      </w:pPr>
    </w:p>
    <w:p w14:paraId="2BA9225E" w14:textId="77777777" w:rsidR="009663B4" w:rsidRDefault="007F724F">
      <w:pPr>
        <w:spacing w:after="0"/>
      </w:pPr>
      <w:r>
        <w:rPr>
          <w:rFonts w:ascii="Arial" w:hAnsi="Arial"/>
          <w:b/>
        </w:rPr>
        <w:t xml:space="preserve">Lucy  </w:t>
      </w:r>
      <w:r>
        <w:rPr>
          <w:rFonts w:ascii="Arial" w:hAnsi="Arial"/>
          <w:color w:val="5D7284"/>
        </w:rPr>
        <w:t>35:21</w:t>
      </w:r>
    </w:p>
    <w:p w14:paraId="12984485" w14:textId="77777777" w:rsidR="009663B4" w:rsidRDefault="007F724F">
      <w:pPr>
        <w:spacing w:after="0"/>
      </w:pPr>
      <w:r>
        <w:rPr>
          <w:rFonts w:ascii="Arial" w:hAnsi="Arial"/>
        </w:rPr>
        <w:t xml:space="preserve">no, it shouldn't be up to the person , like people with disabilities to retrain us. But like movie producers and </w:t>
      </w:r>
      <w:r>
        <w:rPr>
          <w:rFonts w:ascii="Arial" w:hAnsi="Arial"/>
        </w:rPr>
        <w:t>TV producers, and go</w:t>
      </w:r>
      <w:proofErr w:type="gramStart"/>
      <w:r>
        <w:rPr>
          <w:rFonts w:ascii="Arial" w:hAnsi="Arial"/>
        </w:rPr>
        <w:t>, actually, now</w:t>
      </w:r>
      <w:proofErr w:type="gramEnd"/>
      <w:r>
        <w:rPr>
          <w:rFonts w:ascii="Arial" w:hAnsi="Arial"/>
        </w:rPr>
        <w:t xml:space="preserve"> I know what I'm doing. Give me the camera, I'll create something and show you how it's done properly. That is ridiculous.</w:t>
      </w:r>
    </w:p>
    <w:p w14:paraId="76896A05" w14:textId="77777777" w:rsidR="009663B4" w:rsidRDefault="009663B4">
      <w:pPr>
        <w:spacing w:after="0"/>
      </w:pPr>
    </w:p>
    <w:p w14:paraId="10B53B81" w14:textId="77777777" w:rsidR="009663B4" w:rsidRDefault="007F724F">
      <w:pPr>
        <w:spacing w:after="0"/>
      </w:pPr>
      <w:r>
        <w:rPr>
          <w:rFonts w:ascii="Arial" w:hAnsi="Arial"/>
          <w:b/>
        </w:rPr>
        <w:t xml:space="preserve">Alice  </w:t>
      </w:r>
      <w:r>
        <w:rPr>
          <w:rFonts w:ascii="Arial" w:hAnsi="Arial"/>
          <w:color w:val="5D7284"/>
        </w:rPr>
        <w:t>35:36</w:t>
      </w:r>
    </w:p>
    <w:p w14:paraId="13B876BE" w14:textId="77777777" w:rsidR="009663B4" w:rsidRDefault="007F724F">
      <w:pPr>
        <w:spacing w:after="0"/>
      </w:pPr>
      <w:r>
        <w:rPr>
          <w:rFonts w:ascii="Arial" w:hAnsi="Arial"/>
        </w:rPr>
        <w:t>Well, it's not like disabled people have just suddenly appeared like, if we were a n</w:t>
      </w:r>
      <w:r>
        <w:rPr>
          <w:rFonts w:ascii="Arial" w:hAnsi="Arial"/>
        </w:rPr>
        <w:t>ew species, there was only three of us, and nobody else in the world knew how to represent us, or how to write us and talk about us, then fine, maybe we should go and do but there are millions of us. And there are writers and producers and stuff in the wor</w:t>
      </w:r>
      <w:r>
        <w:rPr>
          <w:rFonts w:ascii="Arial" w:hAnsi="Arial"/>
        </w:rPr>
        <w:t xml:space="preserve">ld who, you know, write aliens and fantasy stories. You can't stretch your imagination to think about what it might be like for a person with autism, when you can </w:t>
      </w:r>
      <w:proofErr w:type="gramStart"/>
      <w:r>
        <w:rPr>
          <w:rFonts w:ascii="Arial" w:hAnsi="Arial"/>
        </w:rPr>
        <w:t>actually interview</w:t>
      </w:r>
      <w:proofErr w:type="gramEnd"/>
      <w:r>
        <w:rPr>
          <w:rFonts w:ascii="Arial" w:hAnsi="Arial"/>
        </w:rPr>
        <w:t xml:space="preserve"> people with autism.</w:t>
      </w:r>
    </w:p>
    <w:p w14:paraId="26B01750" w14:textId="77777777" w:rsidR="009663B4" w:rsidRDefault="009663B4">
      <w:pPr>
        <w:spacing w:after="0"/>
      </w:pPr>
    </w:p>
    <w:p w14:paraId="4C7B2C0F" w14:textId="77777777" w:rsidR="009663B4" w:rsidRDefault="007F724F">
      <w:pPr>
        <w:spacing w:after="0"/>
      </w:pPr>
      <w:r>
        <w:rPr>
          <w:rFonts w:ascii="Arial" w:hAnsi="Arial"/>
          <w:b/>
        </w:rPr>
        <w:t xml:space="preserve">Lucy  </w:t>
      </w:r>
      <w:r>
        <w:rPr>
          <w:rFonts w:ascii="Arial" w:hAnsi="Arial"/>
          <w:color w:val="5D7284"/>
        </w:rPr>
        <w:t>36:12</w:t>
      </w:r>
    </w:p>
    <w:p w14:paraId="2C5606AE" w14:textId="77777777" w:rsidR="009663B4" w:rsidRDefault="007F724F">
      <w:pPr>
        <w:spacing w:after="0"/>
      </w:pPr>
      <w:r>
        <w:rPr>
          <w:rFonts w:ascii="Arial" w:hAnsi="Arial"/>
        </w:rPr>
        <w:t xml:space="preserve">And they're quite willing to go </w:t>
      </w:r>
      <w:proofErr w:type="spellStart"/>
      <w:r>
        <w:rPr>
          <w:rFonts w:ascii="Arial" w:hAnsi="Arial"/>
        </w:rPr>
        <w:t>ill</w:t>
      </w:r>
      <w:proofErr w:type="spellEnd"/>
      <w:r>
        <w:rPr>
          <w:rFonts w:ascii="Arial" w:hAnsi="Arial"/>
        </w:rPr>
        <w:t xml:space="preserve"> tell </w:t>
      </w:r>
      <w:r>
        <w:rPr>
          <w:rFonts w:ascii="Arial" w:hAnsi="Arial"/>
        </w:rPr>
        <w:t xml:space="preserve">you about my </w:t>
      </w:r>
      <w:proofErr w:type="gramStart"/>
      <w:r>
        <w:rPr>
          <w:rFonts w:ascii="Arial" w:hAnsi="Arial"/>
        </w:rPr>
        <w:t>experiences</w:t>
      </w:r>
      <w:proofErr w:type="gramEnd"/>
    </w:p>
    <w:p w14:paraId="7B4B02C5" w14:textId="77777777" w:rsidR="009663B4" w:rsidRDefault="009663B4">
      <w:pPr>
        <w:spacing w:after="0"/>
      </w:pPr>
    </w:p>
    <w:p w14:paraId="07B63D4D" w14:textId="77777777" w:rsidR="009663B4" w:rsidRDefault="007F724F">
      <w:pPr>
        <w:spacing w:after="0"/>
      </w:pPr>
      <w:r>
        <w:rPr>
          <w:rFonts w:ascii="Arial" w:hAnsi="Arial"/>
          <w:b/>
        </w:rPr>
        <w:t xml:space="preserve">Alice  </w:t>
      </w:r>
      <w:r>
        <w:rPr>
          <w:rFonts w:ascii="Arial" w:hAnsi="Arial"/>
          <w:color w:val="5D7284"/>
        </w:rPr>
        <w:t>36:15</w:t>
      </w:r>
    </w:p>
    <w:p w14:paraId="755A5EA7" w14:textId="77777777" w:rsidR="009663B4" w:rsidRDefault="007F724F">
      <w:pPr>
        <w:spacing w:after="0"/>
      </w:pPr>
      <w:r>
        <w:rPr>
          <w:rFonts w:ascii="Arial" w:hAnsi="Arial"/>
        </w:rPr>
        <w:t>Yeah, okay, if we've learned anything during this podcast is that people are quite willing to come on and just talk to us for an hour.</w:t>
      </w:r>
    </w:p>
    <w:p w14:paraId="26EE28E7" w14:textId="77777777" w:rsidR="009663B4" w:rsidRDefault="009663B4">
      <w:pPr>
        <w:spacing w:after="0"/>
      </w:pPr>
    </w:p>
    <w:p w14:paraId="19A3DFB1" w14:textId="77777777" w:rsidR="009663B4" w:rsidRDefault="007F724F">
      <w:pPr>
        <w:spacing w:after="0"/>
      </w:pPr>
      <w:r>
        <w:rPr>
          <w:rFonts w:ascii="Arial" w:hAnsi="Arial"/>
          <w:b/>
        </w:rPr>
        <w:t xml:space="preserve">Lydia Wilkins  </w:t>
      </w:r>
      <w:r>
        <w:rPr>
          <w:rFonts w:ascii="Arial" w:hAnsi="Arial"/>
          <w:color w:val="5D7284"/>
        </w:rPr>
        <w:t>36:22</w:t>
      </w:r>
    </w:p>
    <w:p w14:paraId="3EC93E80" w14:textId="77777777" w:rsidR="009663B4" w:rsidRDefault="007F724F">
      <w:pPr>
        <w:spacing w:after="0"/>
      </w:pPr>
      <w:r>
        <w:rPr>
          <w:rFonts w:ascii="Arial" w:hAnsi="Arial"/>
        </w:rPr>
        <w:t>It's sort of on breeding this, but sometimes I have people w</w:t>
      </w:r>
      <w:r>
        <w:rPr>
          <w:rFonts w:ascii="Arial" w:hAnsi="Arial"/>
        </w:rPr>
        <w:t xml:space="preserve">ho I know  contact me and asked me if </w:t>
      </w:r>
      <w:proofErr w:type="spellStart"/>
      <w:r>
        <w:rPr>
          <w:rFonts w:ascii="Arial" w:hAnsi="Arial"/>
        </w:rPr>
        <w:t>im</w:t>
      </w:r>
      <w:proofErr w:type="spellEnd"/>
      <w:r>
        <w:rPr>
          <w:rFonts w:ascii="Arial" w:hAnsi="Arial"/>
        </w:rPr>
        <w:t xml:space="preserve"> ok or  pieces like that have  gone live, for example. Yeah. It's not that I'm narcissistic enough to care what people think. No, it was, it was </w:t>
      </w:r>
      <w:proofErr w:type="gramStart"/>
      <w:r>
        <w:rPr>
          <w:rFonts w:ascii="Arial" w:hAnsi="Arial"/>
        </w:rPr>
        <w:t>really interesting</w:t>
      </w:r>
      <w:proofErr w:type="gramEnd"/>
      <w:r>
        <w:rPr>
          <w:rFonts w:ascii="Arial" w:hAnsi="Arial"/>
        </w:rPr>
        <w:t xml:space="preserve"> to me. </w:t>
      </w:r>
      <w:proofErr w:type="gramStart"/>
      <w:r>
        <w:rPr>
          <w:rFonts w:ascii="Arial" w:hAnsi="Arial"/>
        </w:rPr>
        <w:t>So</w:t>
      </w:r>
      <w:proofErr w:type="gramEnd"/>
      <w:r>
        <w:rPr>
          <w:rFonts w:ascii="Arial" w:hAnsi="Arial"/>
        </w:rPr>
        <w:t xml:space="preserve"> there's often an image that comes up when </w:t>
      </w:r>
      <w:r>
        <w:rPr>
          <w:rFonts w:ascii="Arial" w:hAnsi="Arial"/>
        </w:rPr>
        <w:t>I'm sort of reading around and researching around ASD kind of neurodiversity. And it's always something like, imagine that you've just come from Mars and landed on another planet, and that you are from the moment you wake up, you are  trying to work out ki</w:t>
      </w:r>
      <w:r>
        <w:rPr>
          <w:rFonts w:ascii="Arial" w:hAnsi="Arial"/>
        </w:rPr>
        <w:t xml:space="preserve">nd of the rules and the language and kind of symbols simultaneously having to translate what you think, to be socially acceptable, but also to phrase it in such a way that you won't cause offence, because you're always told you're too direct or </w:t>
      </w:r>
      <w:r>
        <w:rPr>
          <w:rFonts w:ascii="Arial" w:hAnsi="Arial"/>
        </w:rPr>
        <w:lastRenderedPageBreak/>
        <w:t>too sensiti</w:t>
      </w:r>
      <w:r>
        <w:rPr>
          <w:rFonts w:ascii="Arial" w:hAnsi="Arial"/>
        </w:rPr>
        <w:t xml:space="preserve">ve. </w:t>
      </w:r>
      <w:proofErr w:type="gramStart"/>
      <w:r>
        <w:rPr>
          <w:rFonts w:ascii="Arial" w:hAnsi="Arial"/>
        </w:rPr>
        <w:t>It's</w:t>
      </w:r>
      <w:proofErr w:type="gramEnd"/>
      <w:r>
        <w:rPr>
          <w:rFonts w:ascii="Arial" w:hAnsi="Arial"/>
        </w:rPr>
        <w:t xml:space="preserve"> people laugh when they say this. And I always feel kind of not ashamed, but sort of like  um like , do I say this? Or not? When I sometimes I'm contacted to talk on podcasts, or to talk at events and that sort of thing. People laugh and they say t</w:t>
      </w:r>
      <w:r>
        <w:rPr>
          <w:rFonts w:ascii="Arial" w:hAnsi="Arial"/>
        </w:rPr>
        <w:t xml:space="preserve">his, because I'm always like, </w:t>
      </w:r>
      <w:proofErr w:type="gramStart"/>
      <w:r>
        <w:rPr>
          <w:rFonts w:ascii="Arial" w:hAnsi="Arial"/>
        </w:rPr>
        <w:t>Can</w:t>
      </w:r>
      <w:proofErr w:type="gramEnd"/>
      <w:r>
        <w:rPr>
          <w:rFonts w:ascii="Arial" w:hAnsi="Arial"/>
        </w:rPr>
        <w:t xml:space="preserve"> you just be mindful that I might need that little extra time to process what you're saying? Because for this reason, it's not. And it's not me that saying this </w:t>
      </w:r>
      <w:proofErr w:type="gramStart"/>
      <w:r>
        <w:rPr>
          <w:rFonts w:ascii="Arial" w:hAnsi="Arial"/>
        </w:rPr>
        <w:t>The</w:t>
      </w:r>
      <w:proofErr w:type="gramEnd"/>
      <w:r>
        <w:rPr>
          <w:rFonts w:ascii="Arial" w:hAnsi="Arial"/>
        </w:rPr>
        <w:t xml:space="preserve"> word that often comes up is? Oh, are you a bit slow? I've </w:t>
      </w:r>
      <w:r>
        <w:rPr>
          <w:rFonts w:ascii="Arial" w:hAnsi="Arial"/>
        </w:rPr>
        <w:t>been asked.</w:t>
      </w:r>
    </w:p>
    <w:p w14:paraId="496F8CFD" w14:textId="77777777" w:rsidR="009663B4" w:rsidRDefault="009663B4">
      <w:pPr>
        <w:spacing w:after="0"/>
      </w:pPr>
    </w:p>
    <w:p w14:paraId="5780B39B" w14:textId="77777777" w:rsidR="009663B4" w:rsidRDefault="007F724F">
      <w:pPr>
        <w:spacing w:after="0"/>
      </w:pPr>
      <w:r>
        <w:rPr>
          <w:rFonts w:ascii="Arial" w:hAnsi="Arial"/>
          <w:b/>
        </w:rPr>
        <w:t xml:space="preserve">Lucy  </w:t>
      </w:r>
      <w:r>
        <w:rPr>
          <w:rFonts w:ascii="Arial" w:hAnsi="Arial"/>
          <w:color w:val="5D7284"/>
        </w:rPr>
        <w:t>37:48</w:t>
      </w:r>
    </w:p>
    <w:p w14:paraId="7F771826" w14:textId="77777777" w:rsidR="009663B4" w:rsidRDefault="007F724F">
      <w:pPr>
        <w:spacing w:after="0"/>
      </w:pPr>
      <w:r>
        <w:rPr>
          <w:rFonts w:ascii="Arial" w:hAnsi="Arial"/>
        </w:rPr>
        <w:t xml:space="preserve">It's just </w:t>
      </w:r>
      <w:proofErr w:type="gramStart"/>
      <w:r>
        <w:rPr>
          <w:rFonts w:ascii="Arial" w:hAnsi="Arial"/>
        </w:rPr>
        <w:t>that</w:t>
      </w:r>
      <w:proofErr w:type="gramEnd"/>
      <w:r>
        <w:rPr>
          <w:rFonts w:ascii="Arial" w:hAnsi="Arial"/>
        </w:rPr>
        <w:t xml:space="preserve"> </w:t>
      </w:r>
    </w:p>
    <w:p w14:paraId="16E657A7" w14:textId="77777777" w:rsidR="009663B4" w:rsidRDefault="009663B4">
      <w:pPr>
        <w:spacing w:after="0"/>
      </w:pPr>
    </w:p>
    <w:p w14:paraId="1DBD603C" w14:textId="77777777" w:rsidR="009663B4" w:rsidRDefault="007F724F">
      <w:pPr>
        <w:spacing w:after="0"/>
      </w:pPr>
      <w:r>
        <w:rPr>
          <w:rFonts w:ascii="Arial" w:hAnsi="Arial"/>
          <w:b/>
        </w:rPr>
        <w:t xml:space="preserve">Lydia Wilkins  </w:t>
      </w:r>
      <w:r>
        <w:rPr>
          <w:rFonts w:ascii="Arial" w:hAnsi="Arial"/>
          <w:color w:val="5D7284"/>
        </w:rPr>
        <w:t>37:49</w:t>
      </w:r>
    </w:p>
    <w:p w14:paraId="0521AAFA" w14:textId="77777777" w:rsidR="009663B4" w:rsidRDefault="007F724F">
      <w:pPr>
        <w:spacing w:after="0"/>
      </w:pPr>
      <w:r>
        <w:rPr>
          <w:rFonts w:ascii="Arial" w:hAnsi="Arial"/>
        </w:rPr>
        <w:t xml:space="preserve">if </w:t>
      </w:r>
      <w:proofErr w:type="spellStart"/>
      <w:r>
        <w:rPr>
          <w:rFonts w:ascii="Arial" w:hAnsi="Arial"/>
        </w:rPr>
        <w:t>i</w:t>
      </w:r>
      <w:proofErr w:type="spellEnd"/>
      <w:r>
        <w:rPr>
          <w:rFonts w:ascii="Arial" w:hAnsi="Arial"/>
        </w:rPr>
        <w:t xml:space="preserve"> had the ability to write fiction, which I don't particularly well, I'd like I'd like to direct a short film where it's like, the autistic person lands from Mars on earth just to show how u</w:t>
      </w:r>
      <w:r>
        <w:rPr>
          <w:rFonts w:ascii="Arial" w:hAnsi="Arial"/>
        </w:rPr>
        <w:t xml:space="preserve">tterly ridiculous this is but then sort of flip it and then have what the neurotypical come to our world sort of </w:t>
      </w:r>
      <w:proofErr w:type="gramStart"/>
      <w:r>
        <w:rPr>
          <w:rFonts w:ascii="Arial" w:hAnsi="Arial"/>
        </w:rPr>
        <w:t>thing</w:t>
      </w:r>
      <w:proofErr w:type="gramEnd"/>
    </w:p>
    <w:p w14:paraId="77A8EFBD" w14:textId="77777777" w:rsidR="009663B4" w:rsidRDefault="009663B4">
      <w:pPr>
        <w:spacing w:after="0"/>
      </w:pPr>
    </w:p>
    <w:p w14:paraId="27022B56" w14:textId="77777777" w:rsidR="009663B4" w:rsidRDefault="007F724F">
      <w:pPr>
        <w:spacing w:after="0"/>
      </w:pPr>
      <w:r>
        <w:rPr>
          <w:rFonts w:ascii="Arial" w:hAnsi="Arial"/>
          <w:b/>
        </w:rPr>
        <w:t xml:space="preserve">Alice  </w:t>
      </w:r>
      <w:r>
        <w:rPr>
          <w:rFonts w:ascii="Arial" w:hAnsi="Arial"/>
          <w:color w:val="5D7284"/>
        </w:rPr>
        <w:t>38:07</w:t>
      </w:r>
    </w:p>
    <w:p w14:paraId="19453785" w14:textId="77777777" w:rsidR="009663B4" w:rsidRDefault="007F724F">
      <w:pPr>
        <w:spacing w:after="0"/>
      </w:pPr>
      <w:r>
        <w:rPr>
          <w:rFonts w:ascii="Arial" w:hAnsi="Arial"/>
        </w:rPr>
        <w:t>would be amazing.</w:t>
      </w:r>
    </w:p>
    <w:p w14:paraId="0F6FA26A" w14:textId="77777777" w:rsidR="009663B4" w:rsidRDefault="009663B4">
      <w:pPr>
        <w:spacing w:after="0"/>
      </w:pPr>
    </w:p>
    <w:p w14:paraId="48B67FB8" w14:textId="77777777" w:rsidR="009663B4" w:rsidRDefault="007F724F">
      <w:pPr>
        <w:spacing w:after="0"/>
      </w:pPr>
      <w:r>
        <w:rPr>
          <w:rFonts w:ascii="Arial" w:hAnsi="Arial"/>
          <w:b/>
        </w:rPr>
        <w:t xml:space="preserve">Lydia Wilkins  </w:t>
      </w:r>
      <w:r>
        <w:rPr>
          <w:rFonts w:ascii="Arial" w:hAnsi="Arial"/>
          <w:color w:val="5D7284"/>
        </w:rPr>
        <w:t>38:09</w:t>
      </w:r>
    </w:p>
    <w:p w14:paraId="1C4E8D10" w14:textId="77777777" w:rsidR="009663B4" w:rsidRDefault="007F724F">
      <w:pPr>
        <w:spacing w:after="0"/>
      </w:pPr>
      <w:r>
        <w:rPr>
          <w:rFonts w:ascii="Arial" w:hAnsi="Arial"/>
        </w:rPr>
        <w:t xml:space="preserve">It's just Yeah, I just, I can't particularly write fiction novels. </w:t>
      </w:r>
      <w:proofErr w:type="gramStart"/>
      <w:r>
        <w:rPr>
          <w:rFonts w:ascii="Arial" w:hAnsi="Arial"/>
        </w:rPr>
        <w:t>So</w:t>
      </w:r>
      <w:proofErr w:type="gramEnd"/>
      <w:r>
        <w:rPr>
          <w:rFonts w:ascii="Arial" w:hAnsi="Arial"/>
        </w:rPr>
        <w:t xml:space="preserve"> if </w:t>
      </w:r>
      <w:r>
        <w:rPr>
          <w:rFonts w:ascii="Arial" w:hAnsi="Arial"/>
        </w:rPr>
        <w:t>anyone wants the idea, you have my permission to use it</w:t>
      </w:r>
    </w:p>
    <w:p w14:paraId="0C8662C7" w14:textId="77777777" w:rsidR="009663B4" w:rsidRDefault="009663B4">
      <w:pPr>
        <w:spacing w:after="0"/>
      </w:pPr>
    </w:p>
    <w:p w14:paraId="1A88161B" w14:textId="77777777" w:rsidR="009663B4" w:rsidRDefault="007F724F">
      <w:pPr>
        <w:spacing w:after="0"/>
      </w:pPr>
      <w:r>
        <w:rPr>
          <w:rFonts w:ascii="Arial" w:hAnsi="Arial"/>
          <w:b/>
        </w:rPr>
        <w:t xml:space="preserve">Lucy  </w:t>
      </w:r>
      <w:r>
        <w:rPr>
          <w:rFonts w:ascii="Arial" w:hAnsi="Arial"/>
          <w:color w:val="5D7284"/>
        </w:rPr>
        <w:t>38:19</w:t>
      </w:r>
    </w:p>
    <w:p w14:paraId="71C4CAEB" w14:textId="77777777" w:rsidR="009663B4" w:rsidRDefault="007F724F">
      <w:pPr>
        <w:spacing w:after="0"/>
      </w:pPr>
      <w:r>
        <w:rPr>
          <w:rFonts w:ascii="Arial" w:hAnsi="Arial"/>
        </w:rPr>
        <w:t>Brilliant, that's fantastic. You know, having ownership of what is out there is so important to the disabled community. You know, regardless of what disability you have, I think it's so i</w:t>
      </w:r>
      <w:r>
        <w:rPr>
          <w:rFonts w:ascii="Arial" w:hAnsi="Arial"/>
        </w:rPr>
        <w:t xml:space="preserve">mportant to have ownership over the representation, you know, like that, you know, even if it's just, I don't know, whether </w:t>
      </w:r>
      <w:proofErr w:type="spellStart"/>
      <w:r>
        <w:rPr>
          <w:rFonts w:ascii="Arial" w:hAnsi="Arial"/>
        </w:rPr>
        <w:t>we,d</w:t>
      </w:r>
      <w:proofErr w:type="spellEnd"/>
      <w:r>
        <w:rPr>
          <w:rFonts w:ascii="Arial" w:hAnsi="Arial"/>
        </w:rPr>
        <w:t xml:space="preserve"> mind  able bodied people taking the roles if behind the scenes, we knew that they'd been consulted by and I mean, I probably wo</w:t>
      </w:r>
      <w:r>
        <w:rPr>
          <w:rFonts w:ascii="Arial" w:hAnsi="Arial"/>
        </w:rPr>
        <w:t>uld actually, I, if somebody said to me, would you consult on this movie and then said, Actually, yeah, we've got Kate Winslet play you.</w:t>
      </w:r>
    </w:p>
    <w:p w14:paraId="25A993A8" w14:textId="77777777" w:rsidR="009663B4" w:rsidRDefault="009663B4">
      <w:pPr>
        <w:spacing w:after="0"/>
      </w:pPr>
    </w:p>
    <w:p w14:paraId="7592584A" w14:textId="77777777" w:rsidR="009663B4" w:rsidRDefault="007F724F">
      <w:pPr>
        <w:spacing w:after="0"/>
      </w:pPr>
      <w:r>
        <w:rPr>
          <w:rFonts w:ascii="Arial" w:hAnsi="Arial"/>
          <w:b/>
        </w:rPr>
        <w:t xml:space="preserve">Alice  </w:t>
      </w:r>
      <w:r>
        <w:rPr>
          <w:rFonts w:ascii="Arial" w:hAnsi="Arial"/>
          <w:color w:val="5D7284"/>
        </w:rPr>
        <w:t>38:57</w:t>
      </w:r>
    </w:p>
    <w:p w14:paraId="0A51FAEF" w14:textId="77777777" w:rsidR="009663B4" w:rsidRDefault="007F724F">
      <w:pPr>
        <w:spacing w:after="0"/>
      </w:pPr>
      <w:proofErr w:type="gramStart"/>
      <w:r>
        <w:rPr>
          <w:rFonts w:ascii="Arial" w:hAnsi="Arial"/>
        </w:rPr>
        <w:t>So</w:t>
      </w:r>
      <w:proofErr w:type="gramEnd"/>
      <w:r>
        <w:rPr>
          <w:rFonts w:ascii="Arial" w:hAnsi="Arial"/>
        </w:rPr>
        <w:t xml:space="preserve"> there's I been listening. I like podcasts. And I listened to a podcast, where they were talking about,</w:t>
      </w:r>
      <w:r>
        <w:rPr>
          <w:rFonts w:ascii="Arial" w:hAnsi="Arial"/>
        </w:rPr>
        <w:t xml:space="preserve"> it's not even early Hollywood cinema. We're sort of talking 50s Hollywood cinema. </w:t>
      </w:r>
      <w:proofErr w:type="gramStart"/>
      <w:r>
        <w:rPr>
          <w:rFonts w:ascii="Arial" w:hAnsi="Arial"/>
        </w:rPr>
        <w:t>So</w:t>
      </w:r>
      <w:proofErr w:type="gramEnd"/>
      <w:r>
        <w:rPr>
          <w:rFonts w:ascii="Arial" w:hAnsi="Arial"/>
        </w:rPr>
        <w:t xml:space="preserve"> you know, films been around for 30 30 40 years. And they would cast people of Italian descent as Native Americans. What because they were just like, Oh, well, you know, t</w:t>
      </w:r>
      <w:r>
        <w:rPr>
          <w:rFonts w:ascii="Arial" w:hAnsi="Arial"/>
        </w:rPr>
        <w:t>hey're not why</w:t>
      </w:r>
    </w:p>
    <w:p w14:paraId="0614539B" w14:textId="77777777" w:rsidR="009663B4" w:rsidRDefault="009663B4">
      <w:pPr>
        <w:spacing w:after="0"/>
      </w:pPr>
    </w:p>
    <w:p w14:paraId="54D81E4D" w14:textId="77777777" w:rsidR="009663B4" w:rsidRDefault="007F724F">
      <w:pPr>
        <w:spacing w:after="0"/>
      </w:pPr>
      <w:r>
        <w:rPr>
          <w:rFonts w:ascii="Arial" w:hAnsi="Arial"/>
          <w:b/>
        </w:rPr>
        <w:t xml:space="preserve">Lucy  </w:t>
      </w:r>
      <w:r>
        <w:rPr>
          <w:rFonts w:ascii="Arial" w:hAnsi="Arial"/>
          <w:color w:val="5D7284"/>
        </w:rPr>
        <w:t>39:24</w:t>
      </w:r>
    </w:p>
    <w:p w14:paraId="020F4445" w14:textId="77777777" w:rsidR="009663B4" w:rsidRDefault="007F724F">
      <w:pPr>
        <w:spacing w:after="0"/>
      </w:pPr>
      <w:r>
        <w:rPr>
          <w:rFonts w:ascii="Arial" w:hAnsi="Arial"/>
        </w:rPr>
        <w:t>that is the most ridiculous thing I've heard.</w:t>
      </w:r>
    </w:p>
    <w:p w14:paraId="1EBACBCF" w14:textId="77777777" w:rsidR="009663B4" w:rsidRDefault="009663B4">
      <w:pPr>
        <w:spacing w:after="0"/>
      </w:pPr>
    </w:p>
    <w:p w14:paraId="7F297547" w14:textId="77777777" w:rsidR="009663B4" w:rsidRDefault="007F724F">
      <w:pPr>
        <w:spacing w:after="0"/>
      </w:pPr>
      <w:r>
        <w:rPr>
          <w:rFonts w:ascii="Arial" w:hAnsi="Arial"/>
          <w:b/>
        </w:rPr>
        <w:t xml:space="preserve">Alice  </w:t>
      </w:r>
      <w:r>
        <w:rPr>
          <w:rFonts w:ascii="Arial" w:hAnsi="Arial"/>
          <w:color w:val="5D7284"/>
        </w:rPr>
        <w:t>39:26</w:t>
      </w:r>
    </w:p>
    <w:p w14:paraId="748514A8" w14:textId="77777777" w:rsidR="009663B4" w:rsidRDefault="007F724F">
      <w:pPr>
        <w:spacing w:after="0"/>
      </w:pPr>
      <w:r>
        <w:rPr>
          <w:rFonts w:ascii="Arial" w:hAnsi="Arial"/>
        </w:rPr>
        <w:t xml:space="preserve">And you sort of look </w:t>
      </w:r>
      <w:proofErr w:type="spellStart"/>
      <w:r>
        <w:rPr>
          <w:rFonts w:ascii="Arial" w:hAnsi="Arial"/>
        </w:rPr>
        <w:t>atthat</w:t>
      </w:r>
      <w:proofErr w:type="spellEnd"/>
      <w:r>
        <w:rPr>
          <w:rFonts w:ascii="Arial" w:hAnsi="Arial"/>
        </w:rPr>
        <w:t>. And you go, that's ludicrous. Yeah. And yet, they do it with disabled characters all the time.</w:t>
      </w:r>
    </w:p>
    <w:p w14:paraId="30767894" w14:textId="77777777" w:rsidR="009663B4" w:rsidRDefault="009663B4">
      <w:pPr>
        <w:spacing w:after="0"/>
      </w:pPr>
    </w:p>
    <w:p w14:paraId="4BFC8FDF" w14:textId="77777777" w:rsidR="009663B4" w:rsidRDefault="007F724F">
      <w:pPr>
        <w:spacing w:after="0"/>
      </w:pPr>
      <w:r>
        <w:rPr>
          <w:rFonts w:ascii="Arial" w:hAnsi="Arial"/>
          <w:b/>
        </w:rPr>
        <w:t xml:space="preserve">Lucy  </w:t>
      </w:r>
      <w:r>
        <w:rPr>
          <w:rFonts w:ascii="Arial" w:hAnsi="Arial"/>
          <w:color w:val="5D7284"/>
        </w:rPr>
        <w:t>39:34</w:t>
      </w:r>
    </w:p>
    <w:p w14:paraId="33282A24" w14:textId="77777777" w:rsidR="009663B4" w:rsidRDefault="007F724F">
      <w:pPr>
        <w:spacing w:after="0"/>
      </w:pPr>
      <w:r>
        <w:rPr>
          <w:rFonts w:ascii="Arial" w:hAnsi="Arial"/>
        </w:rPr>
        <w:lastRenderedPageBreak/>
        <w:t xml:space="preserve">I saw a tweet from </w:t>
      </w:r>
      <w:proofErr w:type="spellStart"/>
      <w:r>
        <w:rPr>
          <w:rFonts w:ascii="Arial" w:hAnsi="Arial"/>
        </w:rPr>
        <w:t>sia</w:t>
      </w:r>
      <w:proofErr w:type="spellEnd"/>
      <w:r>
        <w:rPr>
          <w:rFonts w:ascii="Arial" w:hAnsi="Arial"/>
        </w:rPr>
        <w:t>, after t</w:t>
      </w:r>
      <w:r>
        <w:rPr>
          <w:rFonts w:ascii="Arial" w:hAnsi="Arial"/>
        </w:rPr>
        <w:t xml:space="preserve">he whole show, because she </w:t>
      </w:r>
      <w:proofErr w:type="gramStart"/>
      <w:r>
        <w:rPr>
          <w:rFonts w:ascii="Arial" w:hAnsi="Arial"/>
        </w:rPr>
        <w:t>sort</w:t>
      </w:r>
      <w:proofErr w:type="gramEnd"/>
      <w:r>
        <w:rPr>
          <w:rFonts w:ascii="Arial" w:hAnsi="Arial"/>
        </w:rPr>
        <w:t xml:space="preserve"> of she sort of </w:t>
      </w:r>
      <w:proofErr w:type="spellStart"/>
      <w:r>
        <w:rPr>
          <w:rFonts w:ascii="Arial" w:hAnsi="Arial"/>
        </w:rPr>
        <w:t>half heartedly</w:t>
      </w:r>
      <w:proofErr w:type="spellEnd"/>
      <w:r>
        <w:rPr>
          <w:rFonts w:ascii="Arial" w:hAnsi="Arial"/>
        </w:rPr>
        <w:t xml:space="preserve"> </w:t>
      </w:r>
      <w:proofErr w:type="spellStart"/>
      <w:r>
        <w:rPr>
          <w:rFonts w:ascii="Arial" w:hAnsi="Arial"/>
        </w:rPr>
        <w:t>apologised</w:t>
      </w:r>
      <w:proofErr w:type="spellEnd"/>
      <w:r>
        <w:rPr>
          <w:rFonts w:ascii="Arial" w:hAnsi="Arial"/>
        </w:rPr>
        <w:t>, didn't she, like, said that she will remove bits of the film that people find distressing and no exactly.</w:t>
      </w:r>
    </w:p>
    <w:p w14:paraId="26E56F89" w14:textId="77777777" w:rsidR="009663B4" w:rsidRDefault="009663B4">
      <w:pPr>
        <w:spacing w:after="0"/>
      </w:pPr>
    </w:p>
    <w:p w14:paraId="4AF4A70C" w14:textId="77777777" w:rsidR="009663B4" w:rsidRDefault="007F724F">
      <w:pPr>
        <w:spacing w:after="0"/>
      </w:pPr>
      <w:r>
        <w:rPr>
          <w:rFonts w:ascii="Arial" w:hAnsi="Arial"/>
          <w:b/>
        </w:rPr>
        <w:t xml:space="preserve">Lydia Wilkins  </w:t>
      </w:r>
      <w:r>
        <w:rPr>
          <w:rFonts w:ascii="Arial" w:hAnsi="Arial"/>
          <w:color w:val="5D7284"/>
        </w:rPr>
        <w:t>39:50</w:t>
      </w:r>
    </w:p>
    <w:p w14:paraId="26B94DC1" w14:textId="77777777" w:rsidR="009663B4" w:rsidRDefault="007F724F">
      <w:pPr>
        <w:spacing w:after="0"/>
      </w:pPr>
      <w:r>
        <w:rPr>
          <w:rFonts w:ascii="Arial" w:hAnsi="Arial"/>
        </w:rPr>
        <w:t>There wasn't any warning either. But she said she woul</w:t>
      </w:r>
      <w:r>
        <w:rPr>
          <w:rFonts w:ascii="Arial" w:hAnsi="Arial"/>
        </w:rPr>
        <w:t xml:space="preserve">d put </w:t>
      </w:r>
      <w:proofErr w:type="gramStart"/>
      <w:r>
        <w:rPr>
          <w:rFonts w:ascii="Arial" w:hAnsi="Arial"/>
        </w:rPr>
        <w:t>in</w:t>
      </w:r>
      <w:proofErr w:type="gramEnd"/>
    </w:p>
    <w:p w14:paraId="2DE8A926" w14:textId="77777777" w:rsidR="009663B4" w:rsidRDefault="009663B4">
      <w:pPr>
        <w:spacing w:after="0"/>
      </w:pPr>
    </w:p>
    <w:p w14:paraId="51ADEDF2" w14:textId="77777777" w:rsidR="009663B4" w:rsidRDefault="007F724F">
      <w:pPr>
        <w:spacing w:after="0"/>
      </w:pPr>
      <w:r>
        <w:rPr>
          <w:rFonts w:ascii="Arial" w:hAnsi="Arial"/>
          <w:b/>
        </w:rPr>
        <w:t xml:space="preserve">Lucy  </w:t>
      </w:r>
      <w:r>
        <w:rPr>
          <w:rFonts w:ascii="Arial" w:hAnsi="Arial"/>
          <w:color w:val="5D7284"/>
        </w:rPr>
        <w:t>39:54</w:t>
      </w:r>
    </w:p>
    <w:p w14:paraId="188E4046" w14:textId="77777777" w:rsidR="009663B4" w:rsidRDefault="007F724F">
      <w:pPr>
        <w:spacing w:after="0"/>
      </w:pPr>
      <w:r>
        <w:rPr>
          <w:rFonts w:ascii="Arial" w:hAnsi="Arial"/>
        </w:rPr>
        <w:t xml:space="preserve">and she never </w:t>
      </w:r>
      <w:proofErr w:type="gramStart"/>
      <w:r>
        <w:rPr>
          <w:rFonts w:ascii="Arial" w:hAnsi="Arial"/>
        </w:rPr>
        <w:t>did</w:t>
      </w:r>
      <w:proofErr w:type="gramEnd"/>
      <w:r>
        <w:rPr>
          <w:rFonts w:ascii="Arial" w:hAnsi="Arial"/>
        </w:rPr>
        <w:t xml:space="preserve"> and she actually said, Well, I don't see the problem. no one was kicking up a fuss  about when R was what was his name? The bloke in glee was in the wheelchair, the character  what was the name of the character  She </w:t>
      </w:r>
      <w:r>
        <w:rPr>
          <w:rFonts w:ascii="Arial" w:hAnsi="Arial"/>
        </w:rPr>
        <w:t xml:space="preserve">said, Nobody I  think it was RT. I've got a feeling it was RT  anyway, she said nobody was kicking up a fuss about RT  in the wheelchair in Glee And he was in Glee  like, five, six years. an </w:t>
      </w:r>
      <w:proofErr w:type="spellStart"/>
      <w:r>
        <w:rPr>
          <w:rFonts w:ascii="Arial" w:hAnsi="Arial"/>
        </w:rPr>
        <w:t>Im</w:t>
      </w:r>
      <w:proofErr w:type="spellEnd"/>
      <w:r>
        <w:rPr>
          <w:rFonts w:ascii="Arial" w:hAnsi="Arial"/>
        </w:rPr>
        <w:t xml:space="preserve"> like, people were kicking up a fuss.</w:t>
      </w:r>
    </w:p>
    <w:p w14:paraId="24446B5D" w14:textId="77777777" w:rsidR="009663B4" w:rsidRDefault="009663B4">
      <w:pPr>
        <w:spacing w:after="0"/>
      </w:pPr>
    </w:p>
    <w:p w14:paraId="6FD78F85" w14:textId="77777777" w:rsidR="009663B4" w:rsidRDefault="007F724F">
      <w:pPr>
        <w:spacing w:after="0"/>
      </w:pPr>
      <w:r>
        <w:rPr>
          <w:rFonts w:ascii="Arial" w:hAnsi="Arial"/>
          <w:b/>
        </w:rPr>
        <w:t xml:space="preserve">Alice  </w:t>
      </w:r>
      <w:r>
        <w:rPr>
          <w:rFonts w:ascii="Arial" w:hAnsi="Arial"/>
          <w:color w:val="5D7284"/>
        </w:rPr>
        <w:t>40:21</w:t>
      </w:r>
    </w:p>
    <w:p w14:paraId="3BA9DF1F" w14:textId="77777777" w:rsidR="009663B4" w:rsidRDefault="007F724F">
      <w:pPr>
        <w:spacing w:after="0"/>
      </w:pPr>
      <w:r>
        <w:rPr>
          <w:rFonts w:ascii="Arial" w:hAnsi="Arial"/>
        </w:rPr>
        <w:t xml:space="preserve">Yeah, </w:t>
      </w:r>
      <w:r>
        <w:rPr>
          <w:rFonts w:ascii="Arial" w:hAnsi="Arial"/>
        </w:rPr>
        <w:t>you just didn't see it. Because nobody was nobody outside of the disabled community cared enough to listen. No, the only reason she was saying this was because it was directed at her.</w:t>
      </w:r>
    </w:p>
    <w:p w14:paraId="7EE18133" w14:textId="77777777" w:rsidR="009663B4" w:rsidRDefault="009663B4">
      <w:pPr>
        <w:spacing w:after="0"/>
      </w:pPr>
    </w:p>
    <w:p w14:paraId="2C2672AC" w14:textId="77777777" w:rsidR="009663B4" w:rsidRDefault="007F724F">
      <w:pPr>
        <w:spacing w:after="0"/>
      </w:pPr>
      <w:r>
        <w:rPr>
          <w:rFonts w:ascii="Arial" w:hAnsi="Arial"/>
          <w:b/>
        </w:rPr>
        <w:t xml:space="preserve">Lydia Wilkins  </w:t>
      </w:r>
      <w:r>
        <w:rPr>
          <w:rFonts w:ascii="Arial" w:hAnsi="Arial"/>
          <w:color w:val="5D7284"/>
        </w:rPr>
        <w:t>40:32</w:t>
      </w:r>
    </w:p>
    <w:p w14:paraId="5A09EEC0" w14:textId="77777777" w:rsidR="009663B4" w:rsidRDefault="007F724F">
      <w:pPr>
        <w:spacing w:after="0"/>
      </w:pPr>
      <w:r>
        <w:rPr>
          <w:rFonts w:ascii="Arial" w:hAnsi="Arial"/>
        </w:rPr>
        <w:t xml:space="preserve">It's just the thing about taking up space and all </w:t>
      </w:r>
      <w:r>
        <w:rPr>
          <w:rFonts w:ascii="Arial" w:hAnsi="Arial"/>
        </w:rPr>
        <w:t xml:space="preserve">that sort of thing. It's she wanted space, that is effectively ours. That's not acceptable. It's 2021. I mean, it's, </w:t>
      </w:r>
    </w:p>
    <w:p w14:paraId="4A19136A" w14:textId="77777777" w:rsidR="009663B4" w:rsidRDefault="009663B4">
      <w:pPr>
        <w:spacing w:after="0"/>
      </w:pPr>
    </w:p>
    <w:p w14:paraId="3F0AB747" w14:textId="77777777" w:rsidR="009663B4" w:rsidRDefault="007F724F">
      <w:pPr>
        <w:spacing w:after="0"/>
      </w:pPr>
      <w:r>
        <w:rPr>
          <w:rFonts w:ascii="Arial" w:hAnsi="Arial"/>
          <w:b/>
        </w:rPr>
        <w:t xml:space="preserve">Alice  </w:t>
      </w:r>
      <w:r>
        <w:rPr>
          <w:rFonts w:ascii="Arial" w:hAnsi="Arial"/>
          <w:color w:val="5D7284"/>
        </w:rPr>
        <w:t>40:47</w:t>
      </w:r>
    </w:p>
    <w:p w14:paraId="1925FC9B" w14:textId="77777777" w:rsidR="009663B4" w:rsidRDefault="007F724F">
      <w:pPr>
        <w:spacing w:after="0"/>
      </w:pPr>
      <w:r>
        <w:rPr>
          <w:rFonts w:ascii="Arial" w:hAnsi="Arial"/>
        </w:rPr>
        <w:t xml:space="preserve">I think, for me as well, having listened to </w:t>
      </w:r>
      <w:proofErr w:type="spellStart"/>
      <w:r>
        <w:rPr>
          <w:rFonts w:ascii="Arial" w:hAnsi="Arial"/>
        </w:rPr>
        <w:t>sia's</w:t>
      </w:r>
      <w:proofErr w:type="spellEnd"/>
      <w:r>
        <w:rPr>
          <w:rFonts w:ascii="Arial" w:hAnsi="Arial"/>
        </w:rPr>
        <w:t xml:space="preserve">  music for a long time, and knowing a bit of like her story and what she's</w:t>
      </w:r>
      <w:r>
        <w:rPr>
          <w:rFonts w:ascii="Arial" w:hAnsi="Arial"/>
        </w:rPr>
        <w:t xml:space="preserve"> been through. I think what she was trying to achieve with that film was to demonstrate that sometimes it's </w:t>
      </w:r>
      <w:proofErr w:type="gramStart"/>
      <w:r>
        <w:rPr>
          <w:rFonts w:ascii="Arial" w:hAnsi="Arial"/>
        </w:rPr>
        <w:t>very hard</w:t>
      </w:r>
      <w:proofErr w:type="gramEnd"/>
      <w:r>
        <w:rPr>
          <w:rFonts w:ascii="Arial" w:hAnsi="Arial"/>
        </w:rPr>
        <w:t xml:space="preserve"> to express yourself using words and language in the traditional sense of just talking, and that there are people in the world whether they</w:t>
      </w:r>
      <w:r>
        <w:rPr>
          <w:rFonts w:ascii="Arial" w:hAnsi="Arial"/>
        </w:rPr>
        <w:t xml:space="preserve"> be autistic, or whether they just be creative. Or, you know, a mix and somewhere along the line between the two who find music or physical movement or something </w:t>
      </w:r>
      <w:proofErr w:type="spellStart"/>
      <w:proofErr w:type="gramStart"/>
      <w:r>
        <w:rPr>
          <w:rFonts w:ascii="Arial" w:hAnsi="Arial"/>
        </w:rPr>
        <w:t>a</w:t>
      </w:r>
      <w:proofErr w:type="spellEnd"/>
      <w:proofErr w:type="gramEnd"/>
      <w:r>
        <w:rPr>
          <w:rFonts w:ascii="Arial" w:hAnsi="Arial"/>
        </w:rPr>
        <w:t xml:space="preserve"> easier way of expressing themselves and their emotions. And I think that's what she was tryi</w:t>
      </w:r>
      <w:r>
        <w:rPr>
          <w:rFonts w:ascii="Arial" w:hAnsi="Arial"/>
        </w:rPr>
        <w:t>ng to say. But what, it's not what she ended up saying.</w:t>
      </w:r>
    </w:p>
    <w:p w14:paraId="615889AB" w14:textId="77777777" w:rsidR="009663B4" w:rsidRDefault="009663B4">
      <w:pPr>
        <w:spacing w:after="0"/>
      </w:pPr>
    </w:p>
    <w:p w14:paraId="1CA64A47" w14:textId="77777777" w:rsidR="009663B4" w:rsidRDefault="007F724F">
      <w:pPr>
        <w:spacing w:after="0"/>
      </w:pPr>
      <w:r>
        <w:rPr>
          <w:rFonts w:ascii="Arial" w:hAnsi="Arial"/>
          <w:b/>
        </w:rPr>
        <w:t xml:space="preserve">Lucy  </w:t>
      </w:r>
      <w:r>
        <w:rPr>
          <w:rFonts w:ascii="Arial" w:hAnsi="Arial"/>
          <w:color w:val="5D7284"/>
        </w:rPr>
        <w:t>41:45</w:t>
      </w:r>
    </w:p>
    <w:p w14:paraId="327C4183" w14:textId="77777777" w:rsidR="009663B4" w:rsidRDefault="007F724F">
      <w:pPr>
        <w:spacing w:after="0"/>
      </w:pPr>
      <w:r>
        <w:rPr>
          <w:rFonts w:ascii="Arial" w:hAnsi="Arial"/>
        </w:rPr>
        <w:t xml:space="preserve">the complete opposite. What came out of her mouth was verbal </w:t>
      </w:r>
      <w:proofErr w:type="spellStart"/>
      <w:r>
        <w:rPr>
          <w:rFonts w:ascii="Arial" w:hAnsi="Arial"/>
        </w:rPr>
        <w:t>diarrhoea,and</w:t>
      </w:r>
      <w:proofErr w:type="spellEnd"/>
      <w:r>
        <w:rPr>
          <w:rFonts w:ascii="Arial" w:hAnsi="Arial"/>
        </w:rPr>
        <w:t xml:space="preserve">  she just couldn't stop.</w:t>
      </w:r>
    </w:p>
    <w:p w14:paraId="63EA0F83" w14:textId="77777777" w:rsidR="009663B4" w:rsidRDefault="009663B4">
      <w:pPr>
        <w:spacing w:after="0"/>
      </w:pPr>
    </w:p>
    <w:p w14:paraId="2561F506" w14:textId="77777777" w:rsidR="009663B4" w:rsidRDefault="007F724F">
      <w:pPr>
        <w:spacing w:after="0"/>
      </w:pPr>
      <w:r>
        <w:rPr>
          <w:rFonts w:ascii="Arial" w:hAnsi="Arial"/>
          <w:b/>
        </w:rPr>
        <w:t xml:space="preserve">Lydia Wilkins  </w:t>
      </w:r>
      <w:r>
        <w:rPr>
          <w:rFonts w:ascii="Arial" w:hAnsi="Arial"/>
          <w:color w:val="5D7284"/>
        </w:rPr>
        <w:t>41:51</w:t>
      </w:r>
    </w:p>
    <w:p w14:paraId="3A01B841" w14:textId="77777777" w:rsidR="009663B4" w:rsidRDefault="007F724F">
      <w:pPr>
        <w:spacing w:after="0"/>
      </w:pPr>
      <w:r>
        <w:rPr>
          <w:rFonts w:ascii="Arial" w:hAnsi="Arial"/>
        </w:rPr>
        <w:t xml:space="preserve">Yeah, I don't really have anything to add to that, to be honest, </w:t>
      </w:r>
      <w:r>
        <w:rPr>
          <w:rFonts w:ascii="Arial" w:hAnsi="Arial"/>
        </w:rPr>
        <w:t>you've put it more eloquently than I could ever do.</w:t>
      </w:r>
    </w:p>
    <w:p w14:paraId="6F065D9E" w14:textId="77777777" w:rsidR="009663B4" w:rsidRDefault="009663B4">
      <w:pPr>
        <w:spacing w:after="0"/>
      </w:pPr>
    </w:p>
    <w:p w14:paraId="62426597" w14:textId="77777777" w:rsidR="009663B4" w:rsidRDefault="007F724F">
      <w:pPr>
        <w:spacing w:after="0"/>
      </w:pPr>
      <w:r>
        <w:rPr>
          <w:rFonts w:ascii="Arial" w:hAnsi="Arial"/>
          <w:b/>
        </w:rPr>
        <w:t xml:space="preserve">Alice  </w:t>
      </w:r>
      <w:r>
        <w:rPr>
          <w:rFonts w:ascii="Arial" w:hAnsi="Arial"/>
          <w:color w:val="5D7284"/>
        </w:rPr>
        <w:t>41:58</w:t>
      </w:r>
    </w:p>
    <w:p w14:paraId="284040FA" w14:textId="77777777" w:rsidR="009663B4" w:rsidRDefault="007F724F">
      <w:pPr>
        <w:spacing w:after="0"/>
      </w:pPr>
      <w:proofErr w:type="gramStart"/>
      <w:r>
        <w:rPr>
          <w:rFonts w:ascii="Arial" w:hAnsi="Arial"/>
        </w:rPr>
        <w:t>Oh</w:t>
      </w:r>
      <w:proofErr w:type="gramEnd"/>
      <w:r>
        <w:rPr>
          <w:rFonts w:ascii="Arial" w:hAnsi="Arial"/>
        </w:rPr>
        <w:t xml:space="preserve"> thank you eloquence Not a word that's usually used about me. It's usually loud and swearing.</w:t>
      </w:r>
    </w:p>
    <w:p w14:paraId="4409789C" w14:textId="77777777" w:rsidR="009663B4" w:rsidRDefault="009663B4">
      <w:pPr>
        <w:spacing w:after="0"/>
      </w:pPr>
    </w:p>
    <w:p w14:paraId="3A64BE95" w14:textId="77777777" w:rsidR="009663B4" w:rsidRDefault="007F724F">
      <w:pPr>
        <w:spacing w:after="0"/>
      </w:pPr>
      <w:r>
        <w:rPr>
          <w:rFonts w:ascii="Arial" w:hAnsi="Arial"/>
          <w:b/>
        </w:rPr>
        <w:t xml:space="preserve">Lucy  </w:t>
      </w:r>
      <w:r>
        <w:rPr>
          <w:rFonts w:ascii="Arial" w:hAnsi="Arial"/>
          <w:color w:val="5D7284"/>
        </w:rPr>
        <w:t>42:07</w:t>
      </w:r>
    </w:p>
    <w:p w14:paraId="45F01FAA" w14:textId="77777777" w:rsidR="009663B4" w:rsidRDefault="007F724F">
      <w:pPr>
        <w:spacing w:after="0"/>
      </w:pPr>
      <w:r>
        <w:rPr>
          <w:rFonts w:ascii="Arial" w:hAnsi="Arial"/>
        </w:rPr>
        <w:t xml:space="preserve">Lydia, and this has been this series of podcasts this week, I have been focusing </w:t>
      </w:r>
      <w:r>
        <w:rPr>
          <w:rFonts w:ascii="Arial" w:hAnsi="Arial"/>
        </w:rPr>
        <w:t xml:space="preserve">on autism awareness because it's thought of as Autism  Awareness Week, obviously. Now you did you write something? Or am I right in  saying I knew you were </w:t>
      </w:r>
      <w:proofErr w:type="spellStart"/>
      <w:r>
        <w:rPr>
          <w:rFonts w:ascii="Arial" w:hAnsi="Arial"/>
        </w:rPr>
        <w:t>gonna</w:t>
      </w:r>
      <w:proofErr w:type="spellEnd"/>
      <w:r>
        <w:rPr>
          <w:rFonts w:ascii="Arial" w:hAnsi="Arial"/>
        </w:rPr>
        <w:t xml:space="preserve"> laugh at this.</w:t>
      </w:r>
    </w:p>
    <w:p w14:paraId="27FB85D1" w14:textId="77777777" w:rsidR="009663B4" w:rsidRDefault="009663B4">
      <w:pPr>
        <w:spacing w:after="0"/>
      </w:pPr>
    </w:p>
    <w:p w14:paraId="77495A38" w14:textId="77777777" w:rsidR="009663B4" w:rsidRDefault="007F724F">
      <w:pPr>
        <w:spacing w:after="0"/>
      </w:pPr>
      <w:r>
        <w:rPr>
          <w:rFonts w:ascii="Arial" w:hAnsi="Arial"/>
          <w:b/>
        </w:rPr>
        <w:t xml:space="preserve">Lydia Wilkins  </w:t>
      </w:r>
      <w:r>
        <w:rPr>
          <w:rFonts w:ascii="Arial" w:hAnsi="Arial"/>
          <w:color w:val="5D7284"/>
        </w:rPr>
        <w:t>42:28</w:t>
      </w:r>
    </w:p>
    <w:p w14:paraId="5417187E" w14:textId="77777777" w:rsidR="009663B4" w:rsidRDefault="007F724F">
      <w:pPr>
        <w:spacing w:after="0"/>
      </w:pPr>
      <w:r>
        <w:rPr>
          <w:rFonts w:ascii="Arial" w:hAnsi="Arial"/>
        </w:rPr>
        <w:t>It's I know exactly what you're going to ask me about. It</w:t>
      </w:r>
      <w:r>
        <w:rPr>
          <w:rFonts w:ascii="Arial" w:hAnsi="Arial"/>
        </w:rPr>
        <w:t>'s a laughing because this was a few years ago, but people are still contacting me about this one flipping. What as I said, area, this is probably going to follow me to my grave This is because I still I had a I even had the photographer contact me about t</w:t>
      </w:r>
      <w:r>
        <w:rPr>
          <w:rFonts w:ascii="Arial" w:hAnsi="Arial"/>
        </w:rPr>
        <w:t>his piece I think it was that  one. And she ended up photographing me proper So a few years ago, I wrote a piece in connection with Autism Awareness Week, slash Autism Awareness Month, to essentially say, I'm not a problem you need to be aware of its you j</w:t>
      </w:r>
      <w:r>
        <w:rPr>
          <w:rFonts w:ascii="Arial" w:hAnsi="Arial"/>
        </w:rPr>
        <w:t>ust kind of need to work on your acceptance of me and all that is me and or there are  people who are like me across the spectrum, because it The thing is, when it comes to awareness, it's there are some very, there are some sometimes there are motives tha</w:t>
      </w:r>
      <w:r>
        <w:rPr>
          <w:rFonts w:ascii="Arial" w:hAnsi="Arial"/>
        </w:rPr>
        <w:t xml:space="preserve">t do not sit particularly well with me when it comes to awareness. </w:t>
      </w:r>
      <w:proofErr w:type="gramStart"/>
      <w:r>
        <w:rPr>
          <w:rFonts w:ascii="Arial" w:hAnsi="Arial"/>
        </w:rPr>
        <w:t>So</w:t>
      </w:r>
      <w:proofErr w:type="gramEnd"/>
      <w:r>
        <w:rPr>
          <w:rFonts w:ascii="Arial" w:hAnsi="Arial"/>
        </w:rPr>
        <w:t xml:space="preserve"> the thing about awareness is, I'm </w:t>
      </w:r>
      <w:proofErr w:type="spellStart"/>
      <w:r>
        <w:rPr>
          <w:rFonts w:ascii="Arial" w:hAnsi="Arial"/>
        </w:rPr>
        <w:t>I'm</w:t>
      </w:r>
      <w:proofErr w:type="spellEnd"/>
      <w:r>
        <w:rPr>
          <w:rFonts w:ascii="Arial" w:hAnsi="Arial"/>
        </w:rPr>
        <w:t xml:space="preserve"> not a problem that you should be aware of, why is it that ASD is a problem to you? And it </w:t>
      </w:r>
      <w:proofErr w:type="gramStart"/>
      <w:r>
        <w:rPr>
          <w:rFonts w:ascii="Arial" w:hAnsi="Arial"/>
        </w:rPr>
        <w:t>sort</w:t>
      </w:r>
      <w:proofErr w:type="gramEnd"/>
      <w:r>
        <w:rPr>
          <w:rFonts w:ascii="Arial" w:hAnsi="Arial"/>
        </w:rPr>
        <w:t xml:space="preserve"> of plays into that? I've often seen this sort of thin</w:t>
      </w:r>
      <w:r>
        <w:rPr>
          <w:rFonts w:ascii="Arial" w:hAnsi="Arial"/>
        </w:rPr>
        <w:t xml:space="preserve">g playing to kind of anti </w:t>
      </w:r>
      <w:proofErr w:type="spellStart"/>
      <w:r>
        <w:rPr>
          <w:rFonts w:ascii="Arial" w:hAnsi="Arial"/>
        </w:rPr>
        <w:t>vaxxer</w:t>
      </w:r>
      <w:proofErr w:type="spellEnd"/>
      <w:r>
        <w:rPr>
          <w:rFonts w:ascii="Arial" w:hAnsi="Arial"/>
        </w:rPr>
        <w:t xml:space="preserve"> conspiracy, sort of that whole sort of mindset really, about, oh, why don't you want to cure yourself because you're so tragic. And no, in short, I wouldn't want to do that. And there </w:t>
      </w:r>
      <w:proofErr w:type="spellStart"/>
      <w:r>
        <w:rPr>
          <w:rFonts w:ascii="Arial" w:hAnsi="Arial"/>
        </w:rPr>
        <w:t>there</w:t>
      </w:r>
      <w:proofErr w:type="spellEnd"/>
      <w:r>
        <w:rPr>
          <w:rFonts w:ascii="Arial" w:hAnsi="Arial"/>
        </w:rPr>
        <w:t xml:space="preserve"> are people online who peddle, the</w:t>
      </w:r>
      <w:r>
        <w:rPr>
          <w:rFonts w:ascii="Arial" w:hAnsi="Arial"/>
        </w:rPr>
        <w:t xml:space="preserve">y call them cures but it's </w:t>
      </w:r>
      <w:proofErr w:type="spellStart"/>
      <w:r>
        <w:rPr>
          <w:rFonts w:ascii="Arial" w:hAnsi="Arial"/>
        </w:rPr>
        <w:t>it's</w:t>
      </w:r>
      <w:proofErr w:type="spellEnd"/>
      <w:r>
        <w:rPr>
          <w:rFonts w:ascii="Arial" w:hAnsi="Arial"/>
        </w:rPr>
        <w:t xml:space="preserve"> called MMS. I forget what it stands for, but it's basically bleach. Oh, Jesus, and the way that it's consumed is over. And this is by there was a piece in The Guardian that detailed this so it's not like I'm making this up. </w:t>
      </w:r>
      <w:r>
        <w:rPr>
          <w:rFonts w:ascii="Arial" w:hAnsi="Arial"/>
        </w:rPr>
        <w:t xml:space="preserve">It was saying how effectively when it's consumed, it breaks up your stomach lining. </w:t>
      </w:r>
      <w:proofErr w:type="gramStart"/>
      <w:r>
        <w:rPr>
          <w:rFonts w:ascii="Arial" w:hAnsi="Arial"/>
        </w:rPr>
        <w:t>So</w:t>
      </w:r>
      <w:proofErr w:type="gramEnd"/>
      <w:r>
        <w:rPr>
          <w:rFonts w:ascii="Arial" w:hAnsi="Arial"/>
        </w:rPr>
        <w:t xml:space="preserve"> the stomach lining eventually has to go out somewhere. And the way that that was sort of advertised to the people buying it was that was the autism leaving the child's b</w:t>
      </w:r>
      <w:r>
        <w:rPr>
          <w:rFonts w:ascii="Arial" w:hAnsi="Arial"/>
        </w:rPr>
        <w:t xml:space="preserve">ody. The thing about this awareness, it often plays into that sort of thing. And that's </w:t>
      </w:r>
      <w:proofErr w:type="gramStart"/>
      <w:r>
        <w:rPr>
          <w:rFonts w:ascii="Arial" w:hAnsi="Arial"/>
        </w:rPr>
        <w:t>actually quite</w:t>
      </w:r>
      <w:proofErr w:type="gramEnd"/>
      <w:r>
        <w:rPr>
          <w:rFonts w:ascii="Arial" w:hAnsi="Arial"/>
        </w:rPr>
        <w:t xml:space="preserve"> dangerous to actually have be losing your stomach lining One that sort of thing is dangerous. Well, in terms of anti </w:t>
      </w:r>
      <w:proofErr w:type="spellStart"/>
      <w:r>
        <w:rPr>
          <w:rFonts w:ascii="Arial" w:hAnsi="Arial"/>
        </w:rPr>
        <w:t>vaxxers</w:t>
      </w:r>
      <w:proofErr w:type="spellEnd"/>
      <w:r>
        <w:rPr>
          <w:rFonts w:ascii="Arial" w:hAnsi="Arial"/>
        </w:rPr>
        <w:t xml:space="preserve">, it's, it's just I had this </w:t>
      </w:r>
      <w:r>
        <w:rPr>
          <w:rFonts w:ascii="Arial" w:hAnsi="Arial"/>
        </w:rPr>
        <w:t xml:space="preserve">going way off  on a tangent, but I'll say this very slowly, I had a relative who is an ardent anti </w:t>
      </w:r>
      <w:proofErr w:type="spellStart"/>
      <w:r>
        <w:rPr>
          <w:rFonts w:ascii="Arial" w:hAnsi="Arial"/>
        </w:rPr>
        <w:t>vaxxer</w:t>
      </w:r>
      <w:proofErr w:type="spellEnd"/>
      <w:r>
        <w:rPr>
          <w:rFonts w:ascii="Arial" w:hAnsi="Arial"/>
        </w:rPr>
        <w:t xml:space="preserve">. And when they found out about my diagnosis, it was very much. I remember one </w:t>
      </w:r>
      <w:proofErr w:type="gramStart"/>
      <w:r>
        <w:rPr>
          <w:rFonts w:ascii="Arial" w:hAnsi="Arial"/>
        </w:rPr>
        <w:t>particular tirade</w:t>
      </w:r>
      <w:proofErr w:type="gramEnd"/>
      <w:r>
        <w:rPr>
          <w:rFonts w:ascii="Arial" w:hAnsi="Arial"/>
        </w:rPr>
        <w:t xml:space="preserve"> where they were saying how you were really different a</w:t>
      </w:r>
      <w:r>
        <w:rPr>
          <w:rFonts w:ascii="Arial" w:hAnsi="Arial"/>
        </w:rPr>
        <w:t>fter your MMR vaccine, and we're basically saying that I was sort of showing my Autistic Self, like your work, like what goes something like, become autistic, for some reason? That's not true. Because you, you always are autistic. If you are, you don't jus</w:t>
      </w:r>
      <w:r>
        <w:rPr>
          <w:rFonts w:ascii="Arial" w:hAnsi="Arial"/>
        </w:rPr>
        <w:t>t become it.</w:t>
      </w:r>
    </w:p>
    <w:p w14:paraId="1513873F" w14:textId="77777777" w:rsidR="009663B4" w:rsidRDefault="009663B4">
      <w:pPr>
        <w:spacing w:after="0"/>
      </w:pPr>
    </w:p>
    <w:p w14:paraId="29383DD3" w14:textId="77777777" w:rsidR="009663B4" w:rsidRDefault="007F724F">
      <w:pPr>
        <w:spacing w:after="0"/>
      </w:pPr>
      <w:r>
        <w:rPr>
          <w:rFonts w:ascii="Arial" w:hAnsi="Arial"/>
          <w:b/>
        </w:rPr>
        <w:t xml:space="preserve">Alice  </w:t>
      </w:r>
      <w:r>
        <w:rPr>
          <w:rFonts w:ascii="Arial" w:hAnsi="Arial"/>
          <w:color w:val="5D7284"/>
        </w:rPr>
        <w:t>45:47</w:t>
      </w:r>
    </w:p>
    <w:p w14:paraId="6DA89B7F" w14:textId="77777777" w:rsidR="009663B4" w:rsidRDefault="007F724F">
      <w:pPr>
        <w:spacing w:after="0"/>
      </w:pPr>
      <w:r>
        <w:rPr>
          <w:rFonts w:ascii="Arial" w:hAnsi="Arial"/>
        </w:rPr>
        <w:t xml:space="preserve">I have, I have real problems with anti </w:t>
      </w:r>
      <w:proofErr w:type="spellStart"/>
      <w:r>
        <w:rPr>
          <w:rFonts w:ascii="Arial" w:hAnsi="Arial"/>
        </w:rPr>
        <w:t>vaxxers</w:t>
      </w:r>
      <w:proofErr w:type="spellEnd"/>
      <w:r>
        <w:rPr>
          <w:rFonts w:ascii="Arial" w:hAnsi="Arial"/>
        </w:rPr>
        <w:t>, this potentially going to talk about with another a guest, but it's, especially I mean, so the COVID vac  is different from any vaccine we've ever had before that sort of delivery m</w:t>
      </w:r>
      <w:r>
        <w:rPr>
          <w:rFonts w:ascii="Arial" w:hAnsi="Arial"/>
        </w:rPr>
        <w:t xml:space="preserve">ethod, but </w:t>
      </w:r>
      <w:proofErr w:type="gramStart"/>
      <w:r>
        <w:rPr>
          <w:rFonts w:ascii="Arial" w:hAnsi="Arial"/>
        </w:rPr>
        <w:t>old fashioned</w:t>
      </w:r>
      <w:proofErr w:type="gramEnd"/>
      <w:r>
        <w:rPr>
          <w:rFonts w:ascii="Arial" w:hAnsi="Arial"/>
        </w:rPr>
        <w:t xml:space="preserve"> vaccines basically gave you a dead version of the virus. </w:t>
      </w:r>
      <w:proofErr w:type="gramStart"/>
      <w:r>
        <w:rPr>
          <w:rFonts w:ascii="Arial" w:hAnsi="Arial"/>
        </w:rPr>
        <w:t>So</w:t>
      </w:r>
      <w:proofErr w:type="gramEnd"/>
      <w:r>
        <w:rPr>
          <w:rFonts w:ascii="Arial" w:hAnsi="Arial"/>
        </w:rPr>
        <w:t xml:space="preserve"> what these anti </w:t>
      </w:r>
      <w:proofErr w:type="spellStart"/>
      <w:r>
        <w:rPr>
          <w:rFonts w:ascii="Arial" w:hAnsi="Arial"/>
        </w:rPr>
        <w:t>vaxxers</w:t>
      </w:r>
      <w:proofErr w:type="spellEnd"/>
      <w:r>
        <w:rPr>
          <w:rFonts w:ascii="Arial" w:hAnsi="Arial"/>
        </w:rPr>
        <w:t xml:space="preserve"> are saying is that previously, anybody who had measles mumps or rubella, then would also be autistic. That's, that's what they're saying. Sorry, th</w:t>
      </w:r>
      <w:r>
        <w:rPr>
          <w:rFonts w:ascii="Arial" w:hAnsi="Arial"/>
        </w:rPr>
        <w:t>at's what that means. It's just nonsense.</w:t>
      </w:r>
    </w:p>
    <w:p w14:paraId="78623ACA" w14:textId="77777777" w:rsidR="009663B4" w:rsidRDefault="009663B4">
      <w:pPr>
        <w:spacing w:after="0"/>
      </w:pPr>
    </w:p>
    <w:p w14:paraId="6B7647B3" w14:textId="77777777" w:rsidR="009663B4" w:rsidRDefault="007F724F">
      <w:pPr>
        <w:spacing w:after="0"/>
      </w:pPr>
      <w:r>
        <w:rPr>
          <w:rFonts w:ascii="Arial" w:hAnsi="Arial"/>
          <w:b/>
        </w:rPr>
        <w:t xml:space="preserve">Lydia Wilkins  </w:t>
      </w:r>
      <w:r>
        <w:rPr>
          <w:rFonts w:ascii="Arial" w:hAnsi="Arial"/>
          <w:color w:val="5D7284"/>
        </w:rPr>
        <w:t>46:26</w:t>
      </w:r>
    </w:p>
    <w:p w14:paraId="33A982A8" w14:textId="77777777" w:rsidR="009663B4" w:rsidRDefault="007F724F">
      <w:pPr>
        <w:spacing w:after="0"/>
      </w:pPr>
      <w:r>
        <w:rPr>
          <w:rFonts w:ascii="Arial" w:hAnsi="Arial"/>
        </w:rPr>
        <w:t xml:space="preserve">I'm sorry. I shouldn't have laughed at that. But it's, it's so ridiculous, right? It's just, I even had the </w:t>
      </w:r>
      <w:proofErr w:type="spellStart"/>
      <w:r>
        <w:rPr>
          <w:rFonts w:ascii="Arial" w:hAnsi="Arial"/>
        </w:rPr>
        <w:t>the</w:t>
      </w:r>
      <w:proofErr w:type="spellEnd"/>
      <w:r>
        <w:rPr>
          <w:rFonts w:ascii="Arial" w:hAnsi="Arial"/>
        </w:rPr>
        <w:t xml:space="preserve"> sort of rhetoric it's just frankly, </w:t>
      </w:r>
      <w:proofErr w:type="gramStart"/>
      <w:r>
        <w:rPr>
          <w:rFonts w:ascii="Arial" w:hAnsi="Arial"/>
        </w:rPr>
        <w:t>really stupid</w:t>
      </w:r>
      <w:proofErr w:type="gramEnd"/>
      <w:r>
        <w:rPr>
          <w:rFonts w:ascii="Arial" w:hAnsi="Arial"/>
        </w:rPr>
        <w:t>. I had to the DWP asked me for</w:t>
      </w:r>
      <w:r>
        <w:rPr>
          <w:rFonts w:ascii="Arial" w:hAnsi="Arial"/>
        </w:rPr>
        <w:t xml:space="preserve"> a sick note for a work capability assessment connected to Universal Credit. But this is </w:t>
      </w:r>
      <w:proofErr w:type="gramStart"/>
      <w:r>
        <w:rPr>
          <w:rFonts w:ascii="Arial" w:hAnsi="Arial"/>
        </w:rPr>
        <w:t>despite the fact that</w:t>
      </w:r>
      <w:proofErr w:type="gramEnd"/>
      <w:r>
        <w:rPr>
          <w:rFonts w:ascii="Arial" w:hAnsi="Arial"/>
        </w:rPr>
        <w:t xml:space="preserve"> they know I'm on the spectrum. It was on my application. And it has been in virtually every communication since and we're in a separate tribunal.</w:t>
      </w:r>
      <w:r>
        <w:rPr>
          <w:rFonts w:ascii="Arial" w:hAnsi="Arial"/>
        </w:rPr>
        <w:t xml:space="preserve"> unrelated. </w:t>
      </w:r>
      <w:proofErr w:type="gramStart"/>
      <w:r>
        <w:rPr>
          <w:rFonts w:ascii="Arial" w:hAnsi="Arial"/>
        </w:rPr>
        <w:t>So</w:t>
      </w:r>
      <w:proofErr w:type="gramEnd"/>
      <w:r>
        <w:rPr>
          <w:rFonts w:ascii="Arial" w:hAnsi="Arial"/>
        </w:rPr>
        <w:t xml:space="preserve"> my advisor said, to write back saying Autism is not a sickness, it is not an illness. It is a neurological condition that is lifelong, and is considered a disability, </w:t>
      </w:r>
      <w:r>
        <w:rPr>
          <w:rFonts w:ascii="Arial" w:hAnsi="Arial"/>
        </w:rPr>
        <w:lastRenderedPageBreak/>
        <w:t>rather than just, it's just, yeah, it's that sort of rhetoric around but w</w:t>
      </w:r>
      <w:r>
        <w:rPr>
          <w:rFonts w:ascii="Arial" w:hAnsi="Arial"/>
        </w:rPr>
        <w:t>hat is ASD? Well, it makes no sense to me, it's just the relative went on this whole thing about how they would cure me. And it's that I don't know how to describe this without it coming across. really sort of stupidly pathetic, almost, I have an issue wit</w:t>
      </w:r>
      <w:r>
        <w:rPr>
          <w:rFonts w:ascii="Arial" w:hAnsi="Arial"/>
        </w:rPr>
        <w:t xml:space="preserve">h </w:t>
      </w:r>
      <w:proofErr w:type="spellStart"/>
      <w:r>
        <w:rPr>
          <w:rFonts w:ascii="Arial" w:hAnsi="Arial"/>
        </w:rPr>
        <w:t>icontact</w:t>
      </w:r>
      <w:proofErr w:type="spellEnd"/>
      <w:r>
        <w:rPr>
          <w:rFonts w:ascii="Arial" w:hAnsi="Arial"/>
        </w:rPr>
        <w:t xml:space="preserve">. I'm not particularly good at it. Um, I can't really hold it for long periods of time. </w:t>
      </w:r>
      <w:proofErr w:type="gramStart"/>
      <w:r>
        <w:rPr>
          <w:rFonts w:ascii="Arial" w:hAnsi="Arial"/>
        </w:rPr>
        <w:t>So</w:t>
      </w:r>
      <w:proofErr w:type="gramEnd"/>
      <w:r>
        <w:rPr>
          <w:rFonts w:ascii="Arial" w:hAnsi="Arial"/>
        </w:rPr>
        <w:t xml:space="preserve"> I sort of have I have tactics in place. </w:t>
      </w:r>
      <w:proofErr w:type="gramStart"/>
      <w:r>
        <w:rPr>
          <w:rFonts w:ascii="Arial" w:hAnsi="Arial"/>
        </w:rPr>
        <w:t>So</w:t>
      </w:r>
      <w:proofErr w:type="gramEnd"/>
      <w:r>
        <w:rPr>
          <w:rFonts w:ascii="Arial" w:hAnsi="Arial"/>
        </w:rPr>
        <w:t xml:space="preserve"> for example, rather than looking in your eye, I would look between your eyebrows, for example. Yeah, you wouldn'</w:t>
      </w:r>
      <w:r>
        <w:rPr>
          <w:rFonts w:ascii="Arial" w:hAnsi="Arial"/>
        </w:rPr>
        <w:t xml:space="preserve">t know that I wasn't making eye contact with you. Because it's, yeah. And they used to do the same, were, if I was, if I was avoiding eye contact with them, </w:t>
      </w:r>
      <w:proofErr w:type="gramStart"/>
      <w:r>
        <w:rPr>
          <w:rFonts w:ascii="Arial" w:hAnsi="Arial"/>
        </w:rPr>
        <w:t>they would  they would</w:t>
      </w:r>
      <w:proofErr w:type="gramEnd"/>
      <w:r>
        <w:rPr>
          <w:rFonts w:ascii="Arial" w:hAnsi="Arial"/>
        </w:rPr>
        <w:t xml:space="preserve"> make sure that you would look them in the eye and like, widen their eyes so </w:t>
      </w:r>
      <w:r>
        <w:rPr>
          <w:rFonts w:ascii="Arial" w:hAnsi="Arial"/>
        </w:rPr>
        <w:t>that they can make sure and to deliberately force it, as if to say, you know, you can</w:t>
      </w:r>
    </w:p>
    <w:p w14:paraId="09063EC7" w14:textId="77777777" w:rsidR="009663B4" w:rsidRDefault="009663B4">
      <w:pPr>
        <w:spacing w:after="0"/>
      </w:pPr>
    </w:p>
    <w:p w14:paraId="4FA3004E" w14:textId="77777777" w:rsidR="009663B4" w:rsidRDefault="007F724F">
      <w:pPr>
        <w:spacing w:after="0"/>
      </w:pPr>
      <w:r>
        <w:rPr>
          <w:rFonts w:ascii="Arial" w:hAnsi="Arial"/>
          <w:b/>
        </w:rPr>
        <w:t xml:space="preserve">Alice  </w:t>
      </w:r>
      <w:r>
        <w:rPr>
          <w:rFonts w:ascii="Arial" w:hAnsi="Arial"/>
          <w:color w:val="5D7284"/>
        </w:rPr>
        <w:t>48:14</w:t>
      </w:r>
    </w:p>
    <w:p w14:paraId="3B4F8A07" w14:textId="77777777" w:rsidR="009663B4" w:rsidRDefault="007F724F">
      <w:pPr>
        <w:spacing w:after="0"/>
      </w:pPr>
      <w:r>
        <w:rPr>
          <w:rFonts w:ascii="Arial" w:hAnsi="Arial"/>
        </w:rPr>
        <w:t xml:space="preserve">Look at me Yeah, it's the same sort of, like, people look back on the way the Victorians used to strap up </w:t>
      </w:r>
      <w:proofErr w:type="gramStart"/>
      <w:r>
        <w:rPr>
          <w:rFonts w:ascii="Arial" w:hAnsi="Arial"/>
        </w:rPr>
        <w:t>kids</w:t>
      </w:r>
      <w:proofErr w:type="gramEnd"/>
      <w:r>
        <w:rPr>
          <w:rFonts w:ascii="Arial" w:hAnsi="Arial"/>
        </w:rPr>
        <w:t xml:space="preserve"> arms, if they were left handed, and </w:t>
      </w:r>
      <w:r>
        <w:rPr>
          <w:rFonts w:ascii="Arial" w:hAnsi="Arial"/>
        </w:rPr>
        <w:t>forced them to use their right hand. And it's like, that's not you're not curing a person of an ailment, you're forcing them to behave differently to how they are naturally, and how their body has been built, for them to behave. You're not actually changin</w:t>
      </w:r>
      <w:r>
        <w:rPr>
          <w:rFonts w:ascii="Arial" w:hAnsi="Arial"/>
        </w:rPr>
        <w:t xml:space="preserve">g and taking away those </w:t>
      </w:r>
      <w:proofErr w:type="spellStart"/>
      <w:r>
        <w:rPr>
          <w:rFonts w:ascii="Arial" w:hAnsi="Arial"/>
        </w:rPr>
        <w:t>behaviours</w:t>
      </w:r>
      <w:proofErr w:type="spellEnd"/>
      <w:r>
        <w:rPr>
          <w:rFonts w:ascii="Arial" w:hAnsi="Arial"/>
        </w:rPr>
        <w:t xml:space="preserve">, you're just teaching people, other ways of behaving, because you think their </w:t>
      </w:r>
      <w:proofErr w:type="spellStart"/>
      <w:r>
        <w:rPr>
          <w:rFonts w:ascii="Arial" w:hAnsi="Arial"/>
        </w:rPr>
        <w:t>behaviours</w:t>
      </w:r>
      <w:proofErr w:type="spellEnd"/>
      <w:r>
        <w:rPr>
          <w:rFonts w:ascii="Arial" w:hAnsi="Arial"/>
        </w:rPr>
        <w:t xml:space="preserve"> are wrong.</w:t>
      </w:r>
    </w:p>
    <w:p w14:paraId="756EF246" w14:textId="77777777" w:rsidR="009663B4" w:rsidRDefault="009663B4">
      <w:pPr>
        <w:spacing w:after="0"/>
      </w:pPr>
    </w:p>
    <w:p w14:paraId="3C516F6D" w14:textId="77777777" w:rsidR="009663B4" w:rsidRDefault="007F724F">
      <w:pPr>
        <w:spacing w:after="0"/>
      </w:pPr>
      <w:r>
        <w:rPr>
          <w:rFonts w:ascii="Arial" w:hAnsi="Arial"/>
          <w:b/>
        </w:rPr>
        <w:t xml:space="preserve">Lydia Wilkins  </w:t>
      </w:r>
      <w:r>
        <w:rPr>
          <w:rFonts w:ascii="Arial" w:hAnsi="Arial"/>
          <w:color w:val="5D7284"/>
        </w:rPr>
        <w:t>48:53</w:t>
      </w:r>
    </w:p>
    <w:p w14:paraId="1B2C7627" w14:textId="77777777" w:rsidR="009663B4" w:rsidRDefault="007F724F">
      <w:pPr>
        <w:spacing w:after="0"/>
      </w:pPr>
      <w:r>
        <w:rPr>
          <w:rFonts w:ascii="Arial" w:hAnsi="Arial"/>
        </w:rPr>
        <w:t xml:space="preserve">This is an unrelated subject, possibly controversial. </w:t>
      </w:r>
      <w:proofErr w:type="gramStart"/>
      <w:r>
        <w:rPr>
          <w:rFonts w:ascii="Arial" w:hAnsi="Arial"/>
        </w:rPr>
        <w:t>This is why</w:t>
      </w:r>
      <w:proofErr w:type="gramEnd"/>
      <w:r>
        <w:rPr>
          <w:rFonts w:ascii="Arial" w:hAnsi="Arial"/>
        </w:rPr>
        <w:t xml:space="preserve"> I am a critic of ABA therapy. Bec</w:t>
      </w:r>
      <w:r>
        <w:rPr>
          <w:rFonts w:ascii="Arial" w:hAnsi="Arial"/>
        </w:rPr>
        <w:t xml:space="preserve">ause that is essentially the premise. My understanding is, I've never experienced it, but there are lots of people that I know, or have read </w:t>
      </w:r>
      <w:proofErr w:type="gramStart"/>
      <w:r>
        <w:rPr>
          <w:rFonts w:ascii="Arial" w:hAnsi="Arial"/>
        </w:rPr>
        <w:t>And</w:t>
      </w:r>
      <w:proofErr w:type="gramEnd"/>
      <w:r>
        <w:rPr>
          <w:rFonts w:ascii="Arial" w:hAnsi="Arial"/>
        </w:rPr>
        <w:t xml:space="preserve"> there was research that has shown that some people have developed PTSD as a result.</w:t>
      </w:r>
    </w:p>
    <w:p w14:paraId="13BD6992" w14:textId="77777777" w:rsidR="009663B4" w:rsidRDefault="009663B4">
      <w:pPr>
        <w:spacing w:after="0"/>
      </w:pPr>
    </w:p>
    <w:p w14:paraId="6487D0BE" w14:textId="77777777" w:rsidR="009663B4" w:rsidRDefault="007F724F">
      <w:pPr>
        <w:spacing w:after="0"/>
      </w:pPr>
      <w:r>
        <w:rPr>
          <w:rFonts w:ascii="Arial" w:hAnsi="Arial"/>
          <w:b/>
        </w:rPr>
        <w:t xml:space="preserve">Alice  </w:t>
      </w:r>
      <w:r>
        <w:rPr>
          <w:rFonts w:ascii="Arial" w:hAnsi="Arial"/>
          <w:color w:val="5D7284"/>
        </w:rPr>
        <w:t>49:15</w:t>
      </w:r>
    </w:p>
    <w:p w14:paraId="495FE689" w14:textId="77777777" w:rsidR="009663B4" w:rsidRDefault="007F724F">
      <w:pPr>
        <w:spacing w:after="0"/>
      </w:pPr>
      <w:r>
        <w:rPr>
          <w:rFonts w:ascii="Arial" w:hAnsi="Arial"/>
        </w:rPr>
        <w:t xml:space="preserve">Yeah, we had </w:t>
      </w:r>
      <w:r>
        <w:rPr>
          <w:rFonts w:ascii="Arial" w:hAnsi="Arial"/>
        </w:rPr>
        <w:t>a previous guest on autistic science person on Twitter, and they were really, I'd never heard of that treatment, quote, unquote, treatment. Uh, but it sounds horrific.</w:t>
      </w:r>
    </w:p>
    <w:p w14:paraId="7F1BE39E" w14:textId="77777777" w:rsidR="009663B4" w:rsidRDefault="009663B4">
      <w:pPr>
        <w:spacing w:after="0"/>
      </w:pPr>
    </w:p>
    <w:p w14:paraId="6BF81A09" w14:textId="77777777" w:rsidR="009663B4" w:rsidRDefault="007F724F">
      <w:pPr>
        <w:spacing w:after="0"/>
      </w:pPr>
      <w:r>
        <w:rPr>
          <w:rFonts w:ascii="Arial" w:hAnsi="Arial"/>
          <w:b/>
        </w:rPr>
        <w:t xml:space="preserve">Lydia Wilkins  </w:t>
      </w:r>
      <w:r>
        <w:rPr>
          <w:rFonts w:ascii="Arial" w:hAnsi="Arial"/>
          <w:color w:val="5D7284"/>
        </w:rPr>
        <w:t>49:29</w:t>
      </w:r>
    </w:p>
    <w:p w14:paraId="280BAC01" w14:textId="77777777" w:rsidR="009663B4" w:rsidRDefault="007F724F">
      <w:pPr>
        <w:spacing w:after="0"/>
      </w:pPr>
      <w:r>
        <w:rPr>
          <w:rFonts w:ascii="Arial" w:hAnsi="Arial"/>
        </w:rPr>
        <w:t>In some circumstances, it can be beneficial if it's how to put thi</w:t>
      </w:r>
      <w:r>
        <w:rPr>
          <w:rFonts w:ascii="Arial" w:hAnsi="Arial"/>
        </w:rPr>
        <w:t xml:space="preserve">s if it's done by somebody who was properly medically qualified with consent, </w:t>
      </w:r>
      <w:proofErr w:type="spellStart"/>
      <w:r>
        <w:rPr>
          <w:rFonts w:ascii="Arial" w:hAnsi="Arial"/>
        </w:rPr>
        <w:t>ie</w:t>
      </w:r>
      <w:proofErr w:type="spellEnd"/>
      <w:r>
        <w:rPr>
          <w:rFonts w:ascii="Arial" w:hAnsi="Arial"/>
        </w:rPr>
        <w:t>, if your parent with an autistic child for example, that that seems to me okay, because they're medically qualified, but I don't I really don't have time for people who go, Oh</w:t>
      </w:r>
      <w:r>
        <w:rPr>
          <w:rFonts w:ascii="Arial" w:hAnsi="Arial"/>
        </w:rPr>
        <w:t xml:space="preserve">, yeah, we're just </w:t>
      </w:r>
      <w:proofErr w:type="spellStart"/>
      <w:r>
        <w:rPr>
          <w:rFonts w:ascii="Arial" w:hAnsi="Arial"/>
        </w:rPr>
        <w:t>gonna</w:t>
      </w:r>
      <w:proofErr w:type="spellEnd"/>
      <w:r>
        <w:rPr>
          <w:rFonts w:ascii="Arial" w:hAnsi="Arial"/>
        </w:rPr>
        <w:t xml:space="preserve"> take you to the </w:t>
      </w:r>
      <w:proofErr w:type="spellStart"/>
      <w:r>
        <w:rPr>
          <w:rFonts w:ascii="Arial" w:hAnsi="Arial"/>
        </w:rPr>
        <w:t>centre</w:t>
      </w:r>
      <w:proofErr w:type="spellEnd"/>
      <w:r>
        <w:rPr>
          <w:rFonts w:ascii="Arial" w:hAnsi="Arial"/>
        </w:rPr>
        <w:t xml:space="preserve"> and they're </w:t>
      </w:r>
      <w:proofErr w:type="spellStart"/>
      <w:r>
        <w:rPr>
          <w:rFonts w:ascii="Arial" w:hAnsi="Arial"/>
        </w:rPr>
        <w:t>gonna</w:t>
      </w:r>
      <w:proofErr w:type="spellEnd"/>
      <w:r>
        <w:rPr>
          <w:rFonts w:ascii="Arial" w:hAnsi="Arial"/>
        </w:rPr>
        <w:t xml:space="preserve"> give you like these shock treatment things which there has been a lot of those sort of </w:t>
      </w:r>
      <w:proofErr w:type="spellStart"/>
      <w:r>
        <w:rPr>
          <w:rFonts w:ascii="Arial" w:hAnsi="Arial"/>
        </w:rPr>
        <w:t>rumours</w:t>
      </w:r>
      <w:proofErr w:type="spellEnd"/>
      <w:r>
        <w:rPr>
          <w:rFonts w:ascii="Arial" w:hAnsi="Arial"/>
        </w:rPr>
        <w:t xml:space="preserve"> going around and over there was a expose  by a paper in the States about how there was a </w:t>
      </w:r>
      <w:proofErr w:type="spellStart"/>
      <w:r>
        <w:rPr>
          <w:rFonts w:ascii="Arial" w:hAnsi="Arial"/>
        </w:rPr>
        <w:t>centre</w:t>
      </w:r>
      <w:proofErr w:type="spellEnd"/>
      <w:r>
        <w:rPr>
          <w:rFonts w:ascii="Arial" w:hAnsi="Arial"/>
        </w:rPr>
        <w:t xml:space="preserve"> there and that sort of thing. The concept of ABA therapy is more nuanced than right and wrong, I think there are people who practice it in the quite extreme sort of not </w:t>
      </w:r>
      <w:proofErr w:type="gramStart"/>
      <w:r>
        <w:rPr>
          <w:rFonts w:ascii="Arial" w:hAnsi="Arial"/>
        </w:rPr>
        <w:t>really pleasant</w:t>
      </w:r>
      <w:proofErr w:type="gramEnd"/>
      <w:r>
        <w:rPr>
          <w:rFonts w:ascii="Arial" w:hAnsi="Arial"/>
        </w:rPr>
        <w:t xml:space="preserve"> fashion, as we've seen, but there are cases where in the UK is sometim</w:t>
      </w:r>
      <w:r>
        <w:rPr>
          <w:rFonts w:ascii="Arial" w:hAnsi="Arial"/>
        </w:rPr>
        <w:t>es done right, it's because it's on the NHS, for example, my understanding is, in some circumstances, it's also not just for ASD. But the thing is, I dislike when there are Facebook pages, for example, with a guy all the truth about the ABA, and then the t</w:t>
      </w:r>
      <w:r>
        <w:rPr>
          <w:rFonts w:ascii="Arial" w:hAnsi="Arial"/>
        </w:rPr>
        <w:t xml:space="preserve">ruth about the MMR vaccine sort of thing, that there is no scientific basis, often in these Facebook pages. And it's very often, like conspiracy driven and all sorts of about, are we all we don't view the ASD as being a person. </w:t>
      </w:r>
      <w:proofErr w:type="gramStart"/>
      <w:r>
        <w:rPr>
          <w:rFonts w:ascii="Arial" w:hAnsi="Arial"/>
        </w:rPr>
        <w:t>So</w:t>
      </w:r>
      <w:proofErr w:type="gramEnd"/>
      <w:r>
        <w:rPr>
          <w:rFonts w:ascii="Arial" w:hAnsi="Arial"/>
        </w:rPr>
        <w:t xml:space="preserve"> we're just going to build</w:t>
      </w:r>
      <w:r>
        <w:rPr>
          <w:rFonts w:ascii="Arial" w:hAnsi="Arial"/>
        </w:rPr>
        <w:t xml:space="preserve"> it up into a person of its own right. And yeah, that's </w:t>
      </w:r>
      <w:proofErr w:type="gramStart"/>
      <w:r>
        <w:rPr>
          <w:rFonts w:ascii="Arial" w:hAnsi="Arial"/>
        </w:rPr>
        <w:t>really cool</w:t>
      </w:r>
      <w:proofErr w:type="gramEnd"/>
      <w:r>
        <w:rPr>
          <w:rFonts w:ascii="Arial" w:hAnsi="Arial"/>
        </w:rPr>
        <w:t xml:space="preserve">. You're getting your job back. Why? Why is it seen people have sometimes contacted me and said, like, thank you for saying this, or thank </w:t>
      </w:r>
      <w:r>
        <w:rPr>
          <w:rFonts w:ascii="Arial" w:hAnsi="Arial"/>
        </w:rPr>
        <w:lastRenderedPageBreak/>
        <w:t xml:space="preserve">you for being </w:t>
      </w:r>
      <w:proofErr w:type="gramStart"/>
      <w:r>
        <w:rPr>
          <w:rFonts w:ascii="Arial" w:hAnsi="Arial"/>
        </w:rPr>
        <w:t>really quite</w:t>
      </w:r>
      <w:proofErr w:type="gramEnd"/>
      <w:r>
        <w:rPr>
          <w:rFonts w:ascii="Arial" w:hAnsi="Arial"/>
        </w:rPr>
        <w:t xml:space="preserve"> radical. Why is it prac</w:t>
      </w:r>
      <w:r>
        <w:rPr>
          <w:rFonts w:ascii="Arial" w:hAnsi="Arial"/>
        </w:rPr>
        <w:t xml:space="preserve">tical to say, except the autism as it were? And sort of, I didn't, this doesn't have a term, it's after I was diagnosed, I remember sitting down and just sort of thinking, Okay, I know I have these </w:t>
      </w:r>
      <w:proofErr w:type="gramStart"/>
      <w:r>
        <w:rPr>
          <w:rFonts w:ascii="Arial" w:hAnsi="Arial"/>
        </w:rPr>
        <w:t>particular challenges</w:t>
      </w:r>
      <w:proofErr w:type="gramEnd"/>
      <w:r>
        <w:rPr>
          <w:rFonts w:ascii="Arial" w:hAnsi="Arial"/>
        </w:rPr>
        <w:t>. But what about if you sort of chang</w:t>
      </w:r>
      <w:r>
        <w:rPr>
          <w:rFonts w:ascii="Arial" w:hAnsi="Arial"/>
        </w:rPr>
        <w:t xml:space="preserve">e your own perception of them? </w:t>
      </w:r>
      <w:proofErr w:type="gramStart"/>
      <w:r>
        <w:rPr>
          <w:rFonts w:ascii="Arial" w:hAnsi="Arial"/>
        </w:rPr>
        <w:t>So</w:t>
      </w:r>
      <w:proofErr w:type="gramEnd"/>
      <w:r>
        <w:rPr>
          <w:rFonts w:ascii="Arial" w:hAnsi="Arial"/>
        </w:rPr>
        <w:t xml:space="preserve"> I have special interests, I can't necessarily see social expectations in some circumstances. I remember just sort of thinking, Okay, if you can't see the social expectation, wouldn't that  be </w:t>
      </w:r>
      <w:proofErr w:type="gramStart"/>
      <w:r>
        <w:rPr>
          <w:rFonts w:ascii="Arial" w:hAnsi="Arial"/>
        </w:rPr>
        <w:t>really useful</w:t>
      </w:r>
      <w:proofErr w:type="gramEnd"/>
      <w:r>
        <w:rPr>
          <w:rFonts w:ascii="Arial" w:hAnsi="Arial"/>
        </w:rPr>
        <w:t xml:space="preserve"> as a journalist,</w:t>
      </w:r>
      <w:r>
        <w:rPr>
          <w:rFonts w:ascii="Arial" w:hAnsi="Arial"/>
        </w:rPr>
        <w:t xml:space="preserve"> when it comes to interviews, for example. It's really interesting to me how people go I </w:t>
      </w:r>
      <w:proofErr w:type="spellStart"/>
      <w:proofErr w:type="gramStart"/>
      <w:r>
        <w:rPr>
          <w:rFonts w:ascii="Arial" w:hAnsi="Arial"/>
        </w:rPr>
        <w:t>cant</w:t>
      </w:r>
      <w:proofErr w:type="spellEnd"/>
      <w:proofErr w:type="gramEnd"/>
      <w:r>
        <w:rPr>
          <w:rFonts w:ascii="Arial" w:hAnsi="Arial"/>
        </w:rPr>
        <w:t xml:space="preserve">  interview that famous person because they're famous, and they'll never talk to me, there a  person as well. Why wouldn't they talk to you, you just </w:t>
      </w:r>
      <w:proofErr w:type="gramStart"/>
      <w:r>
        <w:rPr>
          <w:rFonts w:ascii="Arial" w:hAnsi="Arial"/>
        </w:rPr>
        <w:t>have to</w:t>
      </w:r>
      <w:proofErr w:type="gramEnd"/>
      <w:r>
        <w:rPr>
          <w:rFonts w:ascii="Arial" w:hAnsi="Arial"/>
        </w:rPr>
        <w:t xml:space="preserve"> sort </w:t>
      </w:r>
      <w:r>
        <w:rPr>
          <w:rFonts w:ascii="Arial" w:hAnsi="Arial"/>
        </w:rPr>
        <w:t xml:space="preserve">of work. But you </w:t>
      </w:r>
      <w:proofErr w:type="gramStart"/>
      <w:r>
        <w:rPr>
          <w:rFonts w:ascii="Arial" w:hAnsi="Arial"/>
        </w:rPr>
        <w:t>have to</w:t>
      </w:r>
      <w:proofErr w:type="gramEnd"/>
      <w:r>
        <w:rPr>
          <w:rFonts w:ascii="Arial" w:hAnsi="Arial"/>
        </w:rPr>
        <w:t xml:space="preserve"> time it right. </w:t>
      </w:r>
      <w:proofErr w:type="gramStart"/>
      <w:r>
        <w:rPr>
          <w:rFonts w:ascii="Arial" w:hAnsi="Arial"/>
        </w:rPr>
        <w:t>So</w:t>
      </w:r>
      <w:proofErr w:type="gramEnd"/>
      <w:r>
        <w:rPr>
          <w:rFonts w:ascii="Arial" w:hAnsi="Arial"/>
        </w:rPr>
        <w:t xml:space="preserve"> it fits in with their schedule and everything, because you won't be friends particularly. You. It's a transaction so to speak, but they will talk to you. What is stopping you, you could go out and talk to anyone w</w:t>
      </w:r>
      <w:r>
        <w:rPr>
          <w:rFonts w:ascii="Arial" w:hAnsi="Arial"/>
        </w:rPr>
        <w:t xml:space="preserve">ho's like </w:t>
      </w:r>
      <w:proofErr w:type="gramStart"/>
      <w:r>
        <w:rPr>
          <w:rFonts w:ascii="Arial" w:hAnsi="Arial"/>
        </w:rPr>
        <w:t>really high</w:t>
      </w:r>
      <w:proofErr w:type="gramEnd"/>
      <w:r>
        <w:rPr>
          <w:rFonts w:ascii="Arial" w:hAnsi="Arial"/>
        </w:rPr>
        <w:t xml:space="preserve"> ranking, it doesn't matter. And people something said, that's really that's radical. Why is that just that line of thinking was </w:t>
      </w:r>
      <w:proofErr w:type="gramStart"/>
      <w:r>
        <w:rPr>
          <w:rFonts w:ascii="Arial" w:hAnsi="Arial"/>
        </w:rPr>
        <w:t>really helpful</w:t>
      </w:r>
      <w:proofErr w:type="gramEnd"/>
      <w:r>
        <w:rPr>
          <w:rFonts w:ascii="Arial" w:hAnsi="Arial"/>
        </w:rPr>
        <w:t xml:space="preserve">. </w:t>
      </w:r>
      <w:proofErr w:type="gramStart"/>
      <w:r>
        <w:rPr>
          <w:rFonts w:ascii="Arial" w:hAnsi="Arial"/>
        </w:rPr>
        <w:t>So</w:t>
      </w:r>
      <w:proofErr w:type="gramEnd"/>
      <w:r>
        <w:rPr>
          <w:rFonts w:ascii="Arial" w:hAnsi="Arial"/>
        </w:rPr>
        <w:t xml:space="preserve"> when it comes to special interest, for example, I have been able to kind of focus for a</w:t>
      </w:r>
      <w:r>
        <w:rPr>
          <w:rFonts w:ascii="Arial" w:hAnsi="Arial"/>
        </w:rPr>
        <w:t xml:space="preserve"> long period of time on projects. </w:t>
      </w:r>
      <w:proofErr w:type="gramStart"/>
      <w:r>
        <w:rPr>
          <w:rFonts w:ascii="Arial" w:hAnsi="Arial"/>
        </w:rPr>
        <w:t>So</w:t>
      </w:r>
      <w:proofErr w:type="gramEnd"/>
      <w:r>
        <w:rPr>
          <w:rFonts w:ascii="Arial" w:hAnsi="Arial"/>
        </w:rPr>
        <w:t xml:space="preserve"> I was able to trace my great grandmother's Kindertransport friend.</w:t>
      </w:r>
    </w:p>
    <w:p w14:paraId="62D26905" w14:textId="77777777" w:rsidR="009663B4" w:rsidRDefault="009663B4">
      <w:pPr>
        <w:spacing w:after="0"/>
      </w:pPr>
    </w:p>
    <w:p w14:paraId="3D13C9AC" w14:textId="77777777" w:rsidR="009663B4" w:rsidRDefault="007F724F">
      <w:pPr>
        <w:spacing w:after="0"/>
      </w:pPr>
      <w:r>
        <w:rPr>
          <w:rFonts w:ascii="Arial" w:hAnsi="Arial"/>
          <w:b/>
        </w:rPr>
        <w:t xml:space="preserve">Lucy  </w:t>
      </w:r>
      <w:r>
        <w:rPr>
          <w:rFonts w:ascii="Arial" w:hAnsi="Arial"/>
          <w:color w:val="5D7284"/>
        </w:rPr>
        <w:t>52:57</w:t>
      </w:r>
    </w:p>
    <w:p w14:paraId="3B2C91B1" w14:textId="77777777" w:rsidR="009663B4" w:rsidRDefault="007F724F">
      <w:pPr>
        <w:spacing w:after="0"/>
      </w:pPr>
      <w:r>
        <w:rPr>
          <w:rFonts w:ascii="Arial" w:hAnsi="Arial"/>
        </w:rPr>
        <w:t>Wow,</w:t>
      </w:r>
    </w:p>
    <w:p w14:paraId="37DE14B5" w14:textId="77777777" w:rsidR="009663B4" w:rsidRDefault="009663B4">
      <w:pPr>
        <w:spacing w:after="0"/>
      </w:pPr>
    </w:p>
    <w:p w14:paraId="5DCD42B0" w14:textId="77777777" w:rsidR="009663B4" w:rsidRDefault="007F724F">
      <w:pPr>
        <w:spacing w:after="0"/>
      </w:pPr>
      <w:r>
        <w:rPr>
          <w:rFonts w:ascii="Arial" w:hAnsi="Arial"/>
          <w:b/>
        </w:rPr>
        <w:t xml:space="preserve">Lydia Wilkins  </w:t>
      </w:r>
      <w:r>
        <w:rPr>
          <w:rFonts w:ascii="Arial" w:hAnsi="Arial"/>
          <w:color w:val="5D7284"/>
        </w:rPr>
        <w:t>52:58</w:t>
      </w:r>
    </w:p>
    <w:p w14:paraId="26843919" w14:textId="77777777" w:rsidR="009663B4" w:rsidRDefault="007F724F">
      <w:pPr>
        <w:spacing w:after="0"/>
      </w:pPr>
      <w:r>
        <w:rPr>
          <w:rFonts w:ascii="Arial" w:hAnsi="Arial"/>
        </w:rPr>
        <w:t>I was, I was a teenager at the time, but that it doesn't, why is that's not a hindrance. That's an answer. Why i</w:t>
      </w:r>
      <w:r>
        <w:rPr>
          <w:rFonts w:ascii="Arial" w:hAnsi="Arial"/>
        </w:rPr>
        <w:t xml:space="preserve">s it so rather than just sort of say, ah, autism scary thing? Why can't you just sort of sit down and say, Okay, so we have these challenges. I want to do such and such a thing in life. This is how it's an asset, this is how I will use it. And </w:t>
      </w:r>
      <w:proofErr w:type="gramStart"/>
      <w:r>
        <w:rPr>
          <w:rFonts w:ascii="Arial" w:hAnsi="Arial"/>
        </w:rPr>
        <w:t>so</w:t>
      </w:r>
      <w:proofErr w:type="gramEnd"/>
      <w:r>
        <w:rPr>
          <w:rFonts w:ascii="Arial" w:hAnsi="Arial"/>
        </w:rPr>
        <w:t xml:space="preserve"> acknowled</w:t>
      </w:r>
      <w:r>
        <w:rPr>
          <w:rFonts w:ascii="Arial" w:hAnsi="Arial"/>
        </w:rPr>
        <w:t xml:space="preserve">ging to yourself that there are good days and bad days, not downs are quite horrible to experience, frankly, can I share something related to how the book came about? Yeah, but it is linked, I promise. </w:t>
      </w:r>
      <w:proofErr w:type="gramStart"/>
      <w:r>
        <w:rPr>
          <w:rFonts w:ascii="Arial" w:hAnsi="Arial"/>
        </w:rPr>
        <w:t>So</w:t>
      </w:r>
      <w:proofErr w:type="gramEnd"/>
      <w:r>
        <w:rPr>
          <w:rFonts w:ascii="Arial" w:hAnsi="Arial"/>
        </w:rPr>
        <w:t xml:space="preserve"> when I was saying earlier that I was bullied at sch</w:t>
      </w:r>
      <w:r>
        <w:rPr>
          <w:rFonts w:ascii="Arial" w:hAnsi="Arial"/>
        </w:rPr>
        <w:t>ool. And the thing is, so it's really striking to me how people immediately see my label, and there's always like it, it's just a snap second, and the attitude immediately changes, even when on the phone to Universal Credit. As soon as I said, I was autist</w:t>
      </w:r>
      <w:r>
        <w:rPr>
          <w:rFonts w:ascii="Arial" w:hAnsi="Arial"/>
        </w:rPr>
        <w:t xml:space="preserve">ic, they started shouting down the phone because they thought I was stupid, effectively, by not being funny, I can fully comprehend what you're saying, I just might need a bit of help sometimes. What the thing is, so I was in secondary school. And the way </w:t>
      </w:r>
      <w:r>
        <w:rPr>
          <w:rFonts w:ascii="Arial" w:hAnsi="Arial"/>
        </w:rPr>
        <w:t xml:space="preserve">that my ASD manifested itself would often end in kind of like  cookery disaster. And there was one </w:t>
      </w:r>
      <w:proofErr w:type="gramStart"/>
      <w:r>
        <w:rPr>
          <w:rFonts w:ascii="Arial" w:hAnsi="Arial"/>
        </w:rPr>
        <w:t>particular incident</w:t>
      </w:r>
      <w:proofErr w:type="gramEnd"/>
      <w:r>
        <w:rPr>
          <w:rFonts w:ascii="Arial" w:hAnsi="Arial"/>
        </w:rPr>
        <w:t xml:space="preserve"> that happened. I'm not going to go into it, but I remember, there were students who stood around and they were like, You're such a </w:t>
      </w:r>
      <w:proofErr w:type="spellStart"/>
      <w:r>
        <w:rPr>
          <w:rFonts w:ascii="Arial" w:hAnsi="Arial"/>
        </w:rPr>
        <w:t>flid</w:t>
      </w:r>
      <w:proofErr w:type="spellEnd"/>
      <w:r>
        <w:rPr>
          <w:rFonts w:ascii="Arial" w:hAnsi="Arial"/>
        </w:rPr>
        <w:t xml:space="preserve">. </w:t>
      </w:r>
      <w:r>
        <w:rPr>
          <w:rFonts w:ascii="Arial" w:hAnsi="Arial"/>
        </w:rPr>
        <w:t xml:space="preserve">They were saying and they quite they kept using that quite horrible derogatory term. So that's the term for a </w:t>
      </w:r>
      <w:proofErr w:type="spellStart"/>
      <w:r>
        <w:rPr>
          <w:rFonts w:ascii="Arial" w:hAnsi="Arial"/>
        </w:rPr>
        <w:t>thalidamider</w:t>
      </w:r>
      <w:proofErr w:type="spellEnd"/>
      <w:r>
        <w:rPr>
          <w:rFonts w:ascii="Arial" w:hAnsi="Arial"/>
        </w:rPr>
        <w:t xml:space="preserve">. Right. </w:t>
      </w:r>
      <w:proofErr w:type="gramStart"/>
      <w:r>
        <w:rPr>
          <w:rFonts w:ascii="Arial" w:hAnsi="Arial"/>
        </w:rPr>
        <w:t>So</w:t>
      </w:r>
      <w:proofErr w:type="gramEnd"/>
      <w:r>
        <w:rPr>
          <w:rFonts w:ascii="Arial" w:hAnsi="Arial"/>
        </w:rPr>
        <w:t xml:space="preserve"> when all these years later, I graduated, but at the time, I was working with Harold Evans, the editor of The Sunday Times </w:t>
      </w:r>
      <w:r>
        <w:rPr>
          <w:rFonts w:ascii="Arial" w:hAnsi="Arial"/>
        </w:rPr>
        <w:t xml:space="preserve"> He was the person he put in motion, the Sunday Times his campaign for compensating the survivors. And they still, the survivors are still using that money and using that sort of leverage, if you like, and still campaigning for justice after all this time,</w:t>
      </w:r>
      <w:r>
        <w:rPr>
          <w:rFonts w:ascii="Arial" w:hAnsi="Arial"/>
        </w:rPr>
        <w:t xml:space="preserve"> I was lucky enough to go and interview him because I, we'd had this misunderstanding when I was training. And I was sort of like, well, who is Harry Evans? Like? Who is this person? I've never heard of him. I went, I googled. And I watched him. There's a </w:t>
      </w:r>
      <w:r>
        <w:rPr>
          <w:rFonts w:ascii="Arial" w:hAnsi="Arial"/>
        </w:rPr>
        <w:t>documentary on Netflix called a deck. It's called attacking the devil Harold Evans on the last Nazi war crime. The director, this Jackie Morris is one of my contacts. And she, she's amazing. She's a friend of mine. When I got to meet Harry, he was my mento</w:t>
      </w:r>
      <w:r>
        <w:rPr>
          <w:rFonts w:ascii="Arial" w:hAnsi="Arial"/>
        </w:rPr>
        <w:t xml:space="preserve">  to the day he died. Last June, he I went to I worked with, and I've met nearly everyone involved in that documentary, in October of 2019. It was either </w:t>
      </w:r>
      <w:r>
        <w:rPr>
          <w:rFonts w:ascii="Arial" w:hAnsi="Arial"/>
        </w:rPr>
        <w:lastRenderedPageBreak/>
        <w:t>October or November, I forget why he phoned me. And we had this conversation. And there was a differen</w:t>
      </w:r>
      <w:r>
        <w:rPr>
          <w:rFonts w:ascii="Arial" w:hAnsi="Arial"/>
        </w:rPr>
        <w:t xml:space="preserve">t book on the table at the time. And it was really quite surreal, because this was around midnight  </w:t>
      </w:r>
      <w:proofErr w:type="gramStart"/>
      <w:r>
        <w:rPr>
          <w:rFonts w:ascii="Arial" w:hAnsi="Arial"/>
        </w:rPr>
        <w:t>And</w:t>
      </w:r>
      <w:proofErr w:type="gramEnd"/>
      <w:r>
        <w:rPr>
          <w:rFonts w:ascii="Arial" w:hAnsi="Arial"/>
        </w:rPr>
        <w:t xml:space="preserve"> he phoned  and he goes, if you ever sign a contract for this book, send it to me, so I can vet it for you. Which was really surreal, because he </w:t>
      </w:r>
      <w:proofErr w:type="gramStart"/>
      <w:r>
        <w:rPr>
          <w:rFonts w:ascii="Arial" w:hAnsi="Arial"/>
        </w:rPr>
        <w:t>use</w:t>
      </w:r>
      <w:proofErr w:type="gramEnd"/>
      <w:r>
        <w:rPr>
          <w:rFonts w:ascii="Arial" w:hAnsi="Arial"/>
        </w:rPr>
        <w:t xml:space="preserve"> to a</w:t>
      </w:r>
      <w:r>
        <w:rPr>
          <w:rFonts w:ascii="Arial" w:hAnsi="Arial"/>
        </w:rPr>
        <w:t xml:space="preserve">fter he was the editor of The Sunday Times he went off and was the editor of Penguin Random House, I think, wow. And he had, he had to, and this was </w:t>
      </w:r>
      <w:proofErr w:type="gramStart"/>
      <w:r>
        <w:rPr>
          <w:rFonts w:ascii="Arial" w:hAnsi="Arial"/>
        </w:rPr>
        <w:t>really surreal</w:t>
      </w:r>
      <w:proofErr w:type="gramEnd"/>
      <w:r>
        <w:rPr>
          <w:rFonts w:ascii="Arial" w:hAnsi="Arial"/>
        </w:rPr>
        <w:t>, because in his biography, he talks about, he was the editor for dreams of my father by Bara</w:t>
      </w:r>
      <w:r>
        <w:rPr>
          <w:rFonts w:ascii="Arial" w:hAnsi="Arial"/>
        </w:rPr>
        <w:t xml:space="preserve">ck Obama of all people. </w:t>
      </w:r>
      <w:proofErr w:type="gramStart"/>
      <w:r>
        <w:rPr>
          <w:rFonts w:ascii="Arial" w:hAnsi="Arial"/>
        </w:rPr>
        <w:t>So</w:t>
      </w:r>
      <w:proofErr w:type="gramEnd"/>
      <w:r>
        <w:rPr>
          <w:rFonts w:ascii="Arial" w:hAnsi="Arial"/>
        </w:rPr>
        <w:t xml:space="preserve"> if he hadn't have  said that, and if all that sort of thing about the cookery and  me being Autistic  </w:t>
      </w:r>
      <w:proofErr w:type="spellStart"/>
      <w:r>
        <w:rPr>
          <w:rFonts w:ascii="Arial" w:hAnsi="Arial"/>
        </w:rPr>
        <w:t>hadnt</w:t>
      </w:r>
      <w:proofErr w:type="spellEnd"/>
      <w:r>
        <w:rPr>
          <w:rFonts w:ascii="Arial" w:hAnsi="Arial"/>
        </w:rPr>
        <w:t xml:space="preserve"> happened  I don't think I would have signed this book at all. Yeah. And they were people who, from who were with me at se</w:t>
      </w:r>
      <w:r>
        <w:rPr>
          <w:rFonts w:ascii="Arial" w:hAnsi="Arial"/>
        </w:rPr>
        <w:t xml:space="preserve">condary school, at the same time, who I've been in contact recently. And it's </w:t>
      </w:r>
      <w:proofErr w:type="gramStart"/>
      <w:r>
        <w:rPr>
          <w:rFonts w:ascii="Arial" w:hAnsi="Arial"/>
        </w:rPr>
        <w:t>really interesting</w:t>
      </w:r>
      <w:proofErr w:type="gramEnd"/>
      <w:r>
        <w:rPr>
          <w:rFonts w:ascii="Arial" w:hAnsi="Arial"/>
        </w:rPr>
        <w:t xml:space="preserve"> to me how at the time, they were sort of, like, Oh, you're so stupid, and all that sort of thing. And they were for many years after. And now they're like </w:t>
      </w:r>
      <w:proofErr w:type="spellStart"/>
      <w:r>
        <w:rPr>
          <w:rFonts w:ascii="Arial" w:hAnsi="Arial"/>
        </w:rPr>
        <w:t>youv</w:t>
      </w:r>
      <w:r>
        <w:rPr>
          <w:rFonts w:ascii="Arial" w:hAnsi="Arial"/>
        </w:rPr>
        <w:t>e</w:t>
      </w:r>
      <w:proofErr w:type="spellEnd"/>
      <w:r>
        <w:rPr>
          <w:rFonts w:ascii="Arial" w:hAnsi="Arial"/>
        </w:rPr>
        <w:t xml:space="preserve"> done all  this stuff. And you're such a great journalist and all that sort of thing. I'm just bye No, not interested. It's like, it's just, it's just </w:t>
      </w:r>
      <w:proofErr w:type="gramStart"/>
      <w:r>
        <w:rPr>
          <w:rFonts w:ascii="Arial" w:hAnsi="Arial"/>
        </w:rPr>
        <w:t>really interesting</w:t>
      </w:r>
      <w:proofErr w:type="gramEnd"/>
      <w:r>
        <w:rPr>
          <w:rFonts w:ascii="Arial" w:hAnsi="Arial"/>
        </w:rPr>
        <w:t xml:space="preserve"> to me. </w:t>
      </w:r>
      <w:proofErr w:type="gramStart"/>
      <w:r>
        <w:rPr>
          <w:rFonts w:ascii="Arial" w:hAnsi="Arial"/>
        </w:rPr>
        <w:t>So</w:t>
      </w:r>
      <w:proofErr w:type="gramEnd"/>
      <w:r>
        <w:rPr>
          <w:rFonts w:ascii="Arial" w:hAnsi="Arial"/>
        </w:rPr>
        <w:t xml:space="preserve"> this is why in the book, there was a dedication to Harry </w:t>
      </w:r>
      <w:proofErr w:type="spellStart"/>
      <w:r>
        <w:rPr>
          <w:rFonts w:ascii="Arial" w:hAnsi="Arial"/>
        </w:rPr>
        <w:t>Harry</w:t>
      </w:r>
      <w:proofErr w:type="spellEnd"/>
      <w:r>
        <w:rPr>
          <w:rFonts w:ascii="Arial" w:hAnsi="Arial"/>
        </w:rPr>
        <w:t xml:space="preserve"> was one of t</w:t>
      </w:r>
      <w:r>
        <w:rPr>
          <w:rFonts w:ascii="Arial" w:hAnsi="Arial"/>
        </w:rPr>
        <w:t xml:space="preserve">he most kindest souls I've ever met. And I was, it's, I still miss him, frankly. But if he hadn't if he hadn't said that I'm trying not to cry If he hadn't said </w:t>
      </w:r>
      <w:proofErr w:type="gramStart"/>
      <w:r>
        <w:rPr>
          <w:rFonts w:ascii="Arial" w:hAnsi="Arial"/>
        </w:rPr>
        <w:t>that,</w:t>
      </w:r>
      <w:proofErr w:type="gramEnd"/>
      <w:r>
        <w:rPr>
          <w:rFonts w:ascii="Arial" w:hAnsi="Arial"/>
        </w:rPr>
        <w:t xml:space="preserve"> this book would have never have happened. And it's, I hope that in if it's good enough, a</w:t>
      </w:r>
      <w:r>
        <w:rPr>
          <w:rFonts w:ascii="Arial" w:hAnsi="Arial"/>
        </w:rPr>
        <w:t xml:space="preserve">nd people seem to like it, um, people contacted me and asked me when it's going to be released, I still don't know I've not written I've not even written it yet. So, yes, people have said to me, that they've tweeted me going, it's on my Christmas list for </w:t>
      </w:r>
      <w:r>
        <w:rPr>
          <w:rFonts w:ascii="Arial" w:hAnsi="Arial"/>
        </w:rPr>
        <w:t>whenever it's released. I just hope in the long run, it goes to it goes a little way to sort of correcting this sort of weird idea that people should be caring for us all our lives, and that we can't be independent and all that sort of thing. That won't be</w:t>
      </w:r>
      <w:r>
        <w:rPr>
          <w:rFonts w:ascii="Arial" w:hAnsi="Arial"/>
        </w:rPr>
        <w:t xml:space="preserve"> any sort of, if you Google or autistic friendly cookbooks, you come up with this thing about us this </w:t>
      </w:r>
      <w:proofErr w:type="gramStart"/>
      <w:r>
        <w:rPr>
          <w:rFonts w:ascii="Arial" w:hAnsi="Arial"/>
        </w:rPr>
        <w:t>particular special</w:t>
      </w:r>
      <w:proofErr w:type="gramEnd"/>
      <w:r>
        <w:rPr>
          <w:rFonts w:ascii="Arial" w:hAnsi="Arial"/>
        </w:rPr>
        <w:t xml:space="preserve"> diet  to kill the autism out of your child.</w:t>
      </w:r>
    </w:p>
    <w:p w14:paraId="398F41C9" w14:textId="77777777" w:rsidR="009663B4" w:rsidRDefault="009663B4">
      <w:pPr>
        <w:spacing w:after="0"/>
      </w:pPr>
    </w:p>
    <w:p w14:paraId="47DB7D5B" w14:textId="77777777" w:rsidR="009663B4" w:rsidRDefault="007F724F">
      <w:pPr>
        <w:spacing w:after="0"/>
      </w:pPr>
      <w:r>
        <w:rPr>
          <w:rFonts w:ascii="Arial" w:hAnsi="Arial"/>
          <w:b/>
        </w:rPr>
        <w:t xml:space="preserve">Alice  </w:t>
      </w:r>
      <w:r>
        <w:rPr>
          <w:rFonts w:ascii="Arial" w:hAnsi="Arial"/>
          <w:color w:val="5D7284"/>
        </w:rPr>
        <w:t>58:42</w:t>
      </w:r>
    </w:p>
    <w:p w14:paraId="4A64F4E2" w14:textId="77777777" w:rsidR="009663B4" w:rsidRDefault="007F724F">
      <w:pPr>
        <w:spacing w:after="0"/>
      </w:pPr>
      <w:r>
        <w:rPr>
          <w:rFonts w:ascii="Arial" w:hAnsi="Arial"/>
        </w:rPr>
        <w:t xml:space="preserve">I think it's </w:t>
      </w:r>
      <w:proofErr w:type="gramStart"/>
      <w:r>
        <w:rPr>
          <w:rFonts w:ascii="Arial" w:hAnsi="Arial"/>
        </w:rPr>
        <w:t>really interesting</w:t>
      </w:r>
      <w:proofErr w:type="gramEnd"/>
      <w:r>
        <w:rPr>
          <w:rFonts w:ascii="Arial" w:hAnsi="Arial"/>
        </w:rPr>
        <w:t xml:space="preserve"> what you just said about Harry Evans , and wh</w:t>
      </w:r>
      <w:r>
        <w:rPr>
          <w:rFonts w:ascii="Arial" w:hAnsi="Arial"/>
        </w:rPr>
        <w:t xml:space="preserve">at you said at the beginning of, you know, you're </w:t>
      </w:r>
      <w:proofErr w:type="spellStart"/>
      <w:r>
        <w:rPr>
          <w:rFonts w:ascii="Arial" w:hAnsi="Arial"/>
        </w:rPr>
        <w:t>gonna</w:t>
      </w:r>
      <w:proofErr w:type="spellEnd"/>
      <w:r>
        <w:rPr>
          <w:rFonts w:ascii="Arial" w:hAnsi="Arial"/>
        </w:rPr>
        <w:t xml:space="preserve"> put this dedication in to Harry in your book, and you're also putting a dedication into the DWP. And I think that really acknowledgments in the acknowledgement. I think those two things that kind of e</w:t>
      </w:r>
      <w:r>
        <w:rPr>
          <w:rFonts w:ascii="Arial" w:hAnsi="Arial"/>
        </w:rPr>
        <w:t>ncapsulates the entire message here is, you know, and what you're sort of saying about the difference between acceptance and awareness. You know, the DWP, were saying, Well, you've got your mum to care for you that somebody who is, you know, doesn't have a</w:t>
      </w:r>
      <w:r>
        <w:rPr>
          <w:rFonts w:ascii="Arial" w:hAnsi="Arial"/>
        </w:rPr>
        <w:t>utism and is able to make decisions for you and look after you. And then on the flip side, you've got Harry Evans saying, if you get a contract for this, let me vet it for you, which is him going. I know you might need a little bit of extra support with th</w:t>
      </w:r>
      <w:r>
        <w:rPr>
          <w:rFonts w:ascii="Arial" w:hAnsi="Arial"/>
        </w:rPr>
        <w:t xml:space="preserve">is huge thing that you've accomplished. I'm going to support you, but I'm not doing it for you. All I'm doing </w:t>
      </w:r>
      <w:proofErr w:type="gramStart"/>
      <w:r>
        <w:rPr>
          <w:rFonts w:ascii="Arial" w:hAnsi="Arial"/>
        </w:rPr>
        <w:t>is</w:t>
      </w:r>
      <w:proofErr w:type="gramEnd"/>
      <w:r>
        <w:rPr>
          <w:rFonts w:ascii="Arial" w:hAnsi="Arial"/>
        </w:rPr>
        <w:t xml:space="preserve"> so you know, just standing beside you and giving you my experience and insight and it's that they're two very different things. And, you know, </w:t>
      </w:r>
      <w:r>
        <w:rPr>
          <w:rFonts w:ascii="Arial" w:hAnsi="Arial"/>
        </w:rPr>
        <w:t>it is it's kind of about the framing of the framing of the provision of support and the provision of service and a need, you know, if you can, you can consider a person's needs as being, that means that they're vulnerable, and they can't care for themselve</w:t>
      </w:r>
      <w:r>
        <w:rPr>
          <w:rFonts w:ascii="Arial" w:hAnsi="Arial"/>
        </w:rPr>
        <w:t>s, and they need someone to look after them. Or it can be, you can consider it as a person who, because of the situation, they require a little extra support.</w:t>
      </w:r>
    </w:p>
    <w:p w14:paraId="1E13605D" w14:textId="77777777" w:rsidR="009663B4" w:rsidRDefault="009663B4">
      <w:pPr>
        <w:spacing w:after="0"/>
      </w:pPr>
    </w:p>
    <w:p w14:paraId="68649697" w14:textId="77777777" w:rsidR="009663B4" w:rsidRDefault="007F724F">
      <w:pPr>
        <w:spacing w:after="0"/>
      </w:pPr>
      <w:r>
        <w:rPr>
          <w:rFonts w:ascii="Arial" w:hAnsi="Arial"/>
          <w:b/>
        </w:rPr>
        <w:t xml:space="preserve">Lydia Wilkins  </w:t>
      </w:r>
      <w:r>
        <w:rPr>
          <w:rFonts w:ascii="Arial" w:hAnsi="Arial"/>
          <w:color w:val="5D7284"/>
        </w:rPr>
        <w:t>1:00:32</w:t>
      </w:r>
    </w:p>
    <w:p w14:paraId="75F211A5" w14:textId="77777777" w:rsidR="009663B4" w:rsidRDefault="007F724F">
      <w:pPr>
        <w:spacing w:after="0"/>
      </w:pPr>
      <w:r>
        <w:rPr>
          <w:rFonts w:ascii="Arial" w:hAnsi="Arial"/>
        </w:rPr>
        <w:t xml:space="preserve">Exactly, it's </w:t>
      </w:r>
      <w:proofErr w:type="gramStart"/>
      <w:r>
        <w:rPr>
          <w:rFonts w:ascii="Arial" w:hAnsi="Arial"/>
        </w:rPr>
        <w:t>either the</w:t>
      </w:r>
      <w:proofErr w:type="gramEnd"/>
      <w:r>
        <w:rPr>
          <w:rFonts w:ascii="Arial" w:hAnsi="Arial"/>
        </w:rPr>
        <w:t xml:space="preserve"> thing is, it's, to me, it's sort about a matter </w:t>
      </w:r>
      <w:r>
        <w:rPr>
          <w:rFonts w:ascii="Arial" w:hAnsi="Arial"/>
        </w:rPr>
        <w:t xml:space="preserve">of perception, I'm not saying in the sense that you can overcome, I'm saying that in the sense of how you kind of view yourself. So too, I </w:t>
      </w:r>
      <w:r>
        <w:rPr>
          <w:rFonts w:ascii="Arial" w:hAnsi="Arial"/>
        </w:rPr>
        <w:lastRenderedPageBreak/>
        <w:t xml:space="preserve">sometimes think that he </w:t>
      </w:r>
      <w:proofErr w:type="gramStart"/>
      <w:r>
        <w:rPr>
          <w:rFonts w:ascii="Arial" w:hAnsi="Arial"/>
        </w:rPr>
        <w:t>sort</w:t>
      </w:r>
      <w:proofErr w:type="gramEnd"/>
      <w:r>
        <w:rPr>
          <w:rFonts w:ascii="Arial" w:hAnsi="Arial"/>
        </w:rPr>
        <w:t xml:space="preserve"> of always Harry sort of viewed me as the journalist, he didn't view me as the autistic, </w:t>
      </w:r>
      <w:r>
        <w:rPr>
          <w:rFonts w:ascii="Arial" w:hAnsi="Arial"/>
        </w:rPr>
        <w:t>which some people do.</w:t>
      </w:r>
    </w:p>
    <w:p w14:paraId="629BCB45" w14:textId="77777777" w:rsidR="009663B4" w:rsidRDefault="009663B4">
      <w:pPr>
        <w:spacing w:after="0"/>
      </w:pPr>
    </w:p>
    <w:p w14:paraId="0DD1F84D" w14:textId="77777777" w:rsidR="009663B4" w:rsidRDefault="007F724F">
      <w:pPr>
        <w:spacing w:after="0"/>
      </w:pPr>
      <w:r>
        <w:rPr>
          <w:rFonts w:ascii="Arial" w:hAnsi="Arial"/>
          <w:b/>
        </w:rPr>
        <w:t xml:space="preserve">Lucy  </w:t>
      </w:r>
      <w:r>
        <w:rPr>
          <w:rFonts w:ascii="Arial" w:hAnsi="Arial"/>
          <w:color w:val="5D7284"/>
        </w:rPr>
        <w:t>1:00:58</w:t>
      </w:r>
    </w:p>
    <w:p w14:paraId="4B2F5A78" w14:textId="77777777" w:rsidR="009663B4" w:rsidRDefault="007F724F">
      <w:pPr>
        <w:spacing w:after="0"/>
      </w:pPr>
      <w:r>
        <w:rPr>
          <w:rFonts w:ascii="Arial" w:hAnsi="Arial"/>
        </w:rPr>
        <w:t xml:space="preserve">I think, I think that the </w:t>
      </w:r>
      <w:proofErr w:type="spellStart"/>
      <w:r>
        <w:rPr>
          <w:rFonts w:ascii="Arial" w:hAnsi="Arial"/>
        </w:rPr>
        <w:t>the</w:t>
      </w:r>
      <w:proofErr w:type="spellEnd"/>
      <w:r>
        <w:rPr>
          <w:rFonts w:ascii="Arial" w:hAnsi="Arial"/>
        </w:rPr>
        <w:t xml:space="preserve"> takeaway from this conversation is the fact that, well, for me, it just hammered home really, that, you know, when you find that group of people who support you, and, and understand champio</w:t>
      </w:r>
      <w:r>
        <w:rPr>
          <w:rFonts w:ascii="Arial" w:hAnsi="Arial"/>
        </w:rPr>
        <w:t xml:space="preserve">n, you know, don't ask him to like help in any other sort of way, but they're there on the sidelines going, you can do this luce you can, you know, or you could do this, you know, you </w:t>
      </w:r>
      <w:proofErr w:type="spellStart"/>
      <w:r>
        <w:rPr>
          <w:rFonts w:ascii="Arial" w:hAnsi="Arial"/>
        </w:rPr>
        <w:t>you</w:t>
      </w:r>
      <w:proofErr w:type="spellEnd"/>
      <w:r>
        <w:rPr>
          <w:rFonts w:ascii="Arial" w:hAnsi="Arial"/>
        </w:rPr>
        <w:t xml:space="preserve"> are capable. And </w:t>
      </w:r>
      <w:proofErr w:type="gramStart"/>
      <w:r>
        <w:rPr>
          <w:rFonts w:ascii="Arial" w:hAnsi="Arial"/>
        </w:rPr>
        <w:t>so</w:t>
      </w:r>
      <w:proofErr w:type="gramEnd"/>
      <w:r>
        <w:rPr>
          <w:rFonts w:ascii="Arial" w:hAnsi="Arial"/>
        </w:rPr>
        <w:t xml:space="preserve"> having somebody see past all of the, the, the la</w:t>
      </w:r>
      <w:r>
        <w:rPr>
          <w:rFonts w:ascii="Arial" w:hAnsi="Arial"/>
        </w:rPr>
        <w:t>bel, if you like they're not seeing the autistic thing, they're just or the blindness or the wheelchair, they're seeing the person, it is so refreshing, because it's almost like a weight  off, because you think, Oh, that's a battle, I don't have to fight f</w:t>
      </w:r>
      <w:r>
        <w:rPr>
          <w:rFonts w:ascii="Arial" w:hAnsi="Arial"/>
        </w:rPr>
        <w:t>or this particular episode of what I'm doing or whatever. And it's just you just hold on to those people around you, you know, I always say I've not got a whole heap of friends. But I've got a small tight knit group of people that I know, if I'm struggling</w:t>
      </w:r>
      <w:r>
        <w:rPr>
          <w:rFonts w:ascii="Arial" w:hAnsi="Arial"/>
        </w:rPr>
        <w:t xml:space="preserve"> with </w:t>
      </w:r>
      <w:proofErr w:type="gramStart"/>
      <w:r>
        <w:rPr>
          <w:rFonts w:ascii="Arial" w:hAnsi="Arial"/>
        </w:rPr>
        <w:t>anything</w:t>
      </w:r>
      <w:proofErr w:type="gramEnd"/>
      <w:r>
        <w:rPr>
          <w:rFonts w:ascii="Arial" w:hAnsi="Arial"/>
        </w:rPr>
        <w:t xml:space="preserve"> I pick up the phone, and they're there. Alice has become one of those people in that tight knit group of people that I </w:t>
      </w:r>
      <w:proofErr w:type="spellStart"/>
      <w:r>
        <w:rPr>
          <w:rFonts w:ascii="Arial" w:hAnsi="Arial"/>
        </w:rPr>
        <w:t>winge</w:t>
      </w:r>
      <w:proofErr w:type="spellEnd"/>
      <w:r>
        <w:rPr>
          <w:rFonts w:ascii="Arial" w:hAnsi="Arial"/>
        </w:rPr>
        <w:t xml:space="preserve"> at and cry at, and</w:t>
      </w:r>
    </w:p>
    <w:p w14:paraId="72AE85C8" w14:textId="77777777" w:rsidR="009663B4" w:rsidRDefault="009663B4">
      <w:pPr>
        <w:spacing w:after="0"/>
      </w:pPr>
    </w:p>
    <w:p w14:paraId="2C4F41D8" w14:textId="77777777" w:rsidR="009663B4" w:rsidRDefault="007F724F">
      <w:pPr>
        <w:spacing w:after="0"/>
      </w:pPr>
      <w:r>
        <w:rPr>
          <w:rFonts w:ascii="Arial" w:hAnsi="Arial"/>
          <w:b/>
        </w:rPr>
        <w:t xml:space="preserve">Alice  </w:t>
      </w:r>
      <w:r>
        <w:rPr>
          <w:rFonts w:ascii="Arial" w:hAnsi="Arial"/>
          <w:color w:val="5D7284"/>
        </w:rPr>
        <w:t>1:02:10</w:t>
      </w:r>
    </w:p>
    <w:p w14:paraId="779DBC6E" w14:textId="77777777" w:rsidR="009663B4" w:rsidRDefault="007F724F">
      <w:pPr>
        <w:spacing w:after="0"/>
      </w:pPr>
      <w:r>
        <w:rPr>
          <w:rFonts w:ascii="Arial" w:hAnsi="Arial"/>
        </w:rPr>
        <w:t>I'm so lucky.</w:t>
      </w:r>
    </w:p>
    <w:p w14:paraId="7952B44E" w14:textId="77777777" w:rsidR="009663B4" w:rsidRDefault="009663B4">
      <w:pPr>
        <w:spacing w:after="0"/>
      </w:pPr>
    </w:p>
    <w:p w14:paraId="74DC0759" w14:textId="77777777" w:rsidR="009663B4" w:rsidRDefault="007F724F">
      <w:pPr>
        <w:spacing w:after="0"/>
      </w:pPr>
      <w:r>
        <w:rPr>
          <w:rFonts w:ascii="Arial" w:hAnsi="Arial"/>
          <w:b/>
        </w:rPr>
        <w:t xml:space="preserve">Lucy  </w:t>
      </w:r>
      <w:r>
        <w:rPr>
          <w:rFonts w:ascii="Arial" w:hAnsi="Arial"/>
          <w:color w:val="5D7284"/>
        </w:rPr>
        <w:t>1:02:13</w:t>
      </w:r>
    </w:p>
    <w:p w14:paraId="3812DAA4" w14:textId="77777777" w:rsidR="009663B4" w:rsidRDefault="007F724F">
      <w:pPr>
        <w:spacing w:after="0"/>
      </w:pPr>
      <w:r>
        <w:rPr>
          <w:rFonts w:ascii="Arial" w:hAnsi="Arial"/>
        </w:rPr>
        <w:t xml:space="preserve">But it's true, isn't it? It's like, you know, to </w:t>
      </w:r>
      <w:r>
        <w:rPr>
          <w:rFonts w:ascii="Arial" w:hAnsi="Arial"/>
        </w:rPr>
        <w:t>help me find the new tribe, I think that people that go, I've got Yeah,</w:t>
      </w:r>
    </w:p>
    <w:p w14:paraId="465AA26A" w14:textId="77777777" w:rsidR="009663B4" w:rsidRDefault="009663B4">
      <w:pPr>
        <w:spacing w:after="0"/>
      </w:pPr>
    </w:p>
    <w:p w14:paraId="1E15985F" w14:textId="77777777" w:rsidR="009663B4" w:rsidRDefault="007F724F">
      <w:pPr>
        <w:spacing w:after="0"/>
      </w:pPr>
      <w:r>
        <w:rPr>
          <w:rFonts w:ascii="Arial" w:hAnsi="Arial"/>
          <w:b/>
        </w:rPr>
        <w:t xml:space="preserve">Alice  </w:t>
      </w:r>
      <w:r>
        <w:rPr>
          <w:rFonts w:ascii="Arial" w:hAnsi="Arial"/>
          <w:color w:val="5D7284"/>
        </w:rPr>
        <w:t>1:02:21</w:t>
      </w:r>
    </w:p>
    <w:p w14:paraId="3D834283" w14:textId="77777777" w:rsidR="009663B4" w:rsidRDefault="007F724F">
      <w:pPr>
        <w:spacing w:after="0"/>
      </w:pPr>
      <w:r>
        <w:rPr>
          <w:rFonts w:ascii="Arial" w:hAnsi="Arial"/>
        </w:rPr>
        <w:t>that was what we sort of wanted to achieve with this Autism Awareness series is going. We're not here trying to say all, you know, poor autistic people, they've got all</w:t>
      </w:r>
      <w:r>
        <w:rPr>
          <w:rFonts w:ascii="Arial" w:hAnsi="Arial"/>
        </w:rPr>
        <w:t xml:space="preserve"> these problems. What we want to do is, open people's eyes to the various experiences and difficulties and challenges and support needs and abilities and successes of people on the autistic spectrum. And make people aware of their own perceptions and their</w:t>
      </w:r>
      <w:r>
        <w:rPr>
          <w:rFonts w:ascii="Arial" w:hAnsi="Arial"/>
        </w:rPr>
        <w:t xml:space="preserve"> own expectations. </w:t>
      </w:r>
      <w:proofErr w:type="gramStart"/>
      <w:r>
        <w:rPr>
          <w:rFonts w:ascii="Arial" w:hAnsi="Arial"/>
        </w:rPr>
        <w:t>So</w:t>
      </w:r>
      <w:proofErr w:type="gramEnd"/>
      <w:r>
        <w:rPr>
          <w:rFonts w:ascii="Arial" w:hAnsi="Arial"/>
        </w:rPr>
        <w:t xml:space="preserve"> they can be more aware of what they can do to be supportive and welcoming, rather than expecting the person with autism, to have to do that educating and do that teaching, and be the one who always has to say, I need you to do this.</w:t>
      </w:r>
    </w:p>
    <w:p w14:paraId="6F9B78CC" w14:textId="77777777" w:rsidR="009663B4" w:rsidRDefault="009663B4">
      <w:pPr>
        <w:spacing w:after="0"/>
      </w:pPr>
    </w:p>
    <w:p w14:paraId="3A7628D0" w14:textId="77777777" w:rsidR="009663B4" w:rsidRDefault="007F724F">
      <w:pPr>
        <w:spacing w:after="0"/>
      </w:pPr>
      <w:r>
        <w:rPr>
          <w:rFonts w:ascii="Arial" w:hAnsi="Arial"/>
          <w:b/>
        </w:rPr>
        <w:t xml:space="preserve">Lydia Wilkins  </w:t>
      </w:r>
      <w:r>
        <w:rPr>
          <w:rFonts w:ascii="Arial" w:hAnsi="Arial"/>
          <w:color w:val="5D7284"/>
        </w:rPr>
        <w:t>1:03:19</w:t>
      </w:r>
    </w:p>
    <w:p w14:paraId="62089365" w14:textId="77777777" w:rsidR="009663B4" w:rsidRDefault="007F724F">
      <w:pPr>
        <w:spacing w:after="0"/>
      </w:pPr>
      <w:r>
        <w:rPr>
          <w:rFonts w:ascii="Arial" w:hAnsi="Arial"/>
        </w:rPr>
        <w:t xml:space="preserve">It's I was talking </w:t>
      </w:r>
      <w:proofErr w:type="gramStart"/>
      <w:r>
        <w:rPr>
          <w:rFonts w:ascii="Arial" w:hAnsi="Arial"/>
        </w:rPr>
        <w:t>to,</w:t>
      </w:r>
      <w:proofErr w:type="gramEnd"/>
      <w:r>
        <w:rPr>
          <w:rFonts w:ascii="Arial" w:hAnsi="Arial"/>
        </w:rPr>
        <w:t xml:space="preserve"> I'm working with a lady who owns a brand and we're trying to design a bag with each other. I was talking to her on Instagram last night, and she was weeks, sort of exchanging these sorts of experiences have tau</w:t>
      </w:r>
      <w:r>
        <w:rPr>
          <w:rFonts w:ascii="Arial" w:hAnsi="Arial"/>
        </w:rPr>
        <w:t xml:space="preserve">ght you both. And I remember saying this is about maybe 10 11 Last night, I'm not </w:t>
      </w:r>
      <w:proofErr w:type="gramStart"/>
      <w:r>
        <w:rPr>
          <w:rFonts w:ascii="Arial" w:hAnsi="Arial"/>
        </w:rPr>
        <w:t>really sure</w:t>
      </w:r>
      <w:proofErr w:type="gramEnd"/>
      <w:r>
        <w:rPr>
          <w:rFonts w:ascii="Arial" w:hAnsi="Arial"/>
        </w:rPr>
        <w:t xml:space="preserve"> it was late. But it says to me kind of it's an expectation that sort of privileged in that respect. Not everyone can be their own self advocate. And you can't, th</w:t>
      </w:r>
      <w:r>
        <w:rPr>
          <w:rFonts w:ascii="Arial" w:hAnsi="Arial"/>
        </w:rPr>
        <w:t xml:space="preserve">ere are financial barriers, there are people who put barriers in your way, </w:t>
      </w:r>
      <w:proofErr w:type="spellStart"/>
      <w:proofErr w:type="gramStart"/>
      <w:r>
        <w:rPr>
          <w:rFonts w:ascii="Arial" w:hAnsi="Arial"/>
        </w:rPr>
        <w:t>ie</w:t>
      </w:r>
      <w:proofErr w:type="spellEnd"/>
      <w:proofErr w:type="gramEnd"/>
      <w:r>
        <w:rPr>
          <w:rFonts w:ascii="Arial" w:hAnsi="Arial"/>
        </w:rPr>
        <w:t xml:space="preserve"> when you're told by your doctor, you can't be autistic, because you're female or because you're not good at </w:t>
      </w:r>
      <w:proofErr w:type="spellStart"/>
      <w:r>
        <w:rPr>
          <w:rFonts w:ascii="Arial" w:hAnsi="Arial"/>
        </w:rPr>
        <w:t>maths</w:t>
      </w:r>
      <w:proofErr w:type="spellEnd"/>
      <w:r>
        <w:rPr>
          <w:rFonts w:ascii="Arial" w:hAnsi="Arial"/>
        </w:rPr>
        <w:t xml:space="preserve">, every autistic person is good at </w:t>
      </w:r>
      <w:proofErr w:type="spellStart"/>
      <w:r>
        <w:rPr>
          <w:rFonts w:ascii="Arial" w:hAnsi="Arial"/>
        </w:rPr>
        <w:t>maths</w:t>
      </w:r>
      <w:proofErr w:type="spellEnd"/>
      <w:r>
        <w:rPr>
          <w:rFonts w:ascii="Arial" w:hAnsi="Arial"/>
        </w:rPr>
        <w:t xml:space="preserve">. </w:t>
      </w:r>
      <w:proofErr w:type="gramStart"/>
      <w:r>
        <w:rPr>
          <w:rFonts w:ascii="Arial" w:hAnsi="Arial"/>
        </w:rPr>
        <w:t>So</w:t>
      </w:r>
      <w:proofErr w:type="gramEnd"/>
      <w:r>
        <w:rPr>
          <w:rFonts w:ascii="Arial" w:hAnsi="Arial"/>
        </w:rPr>
        <w:t xml:space="preserve"> you obviously can't </w:t>
      </w:r>
      <w:r>
        <w:rPr>
          <w:rFonts w:ascii="Arial" w:hAnsi="Arial"/>
        </w:rPr>
        <w:t xml:space="preserve">be like that sort of thing. It's quite a, it's a privilege to be able to, frankly, keep on going and then basically to </w:t>
      </w:r>
      <w:proofErr w:type="spellStart"/>
      <w:r>
        <w:rPr>
          <w:rFonts w:ascii="Arial" w:hAnsi="Arial"/>
        </w:rPr>
        <w:t>self advocate</w:t>
      </w:r>
      <w:proofErr w:type="spellEnd"/>
      <w:r>
        <w:rPr>
          <w:rFonts w:ascii="Arial" w:hAnsi="Arial"/>
        </w:rPr>
        <w:t xml:space="preserve"> for yourself. But we have this idea that that's needed. That is </w:t>
      </w:r>
      <w:r>
        <w:rPr>
          <w:rFonts w:ascii="Arial" w:hAnsi="Arial"/>
        </w:rPr>
        <w:lastRenderedPageBreak/>
        <w:t>the expectation almost always that you should be able to sp</w:t>
      </w:r>
      <w:r>
        <w:rPr>
          <w:rFonts w:ascii="Arial" w:hAnsi="Arial"/>
        </w:rPr>
        <w:t>eak up for yourself and but document this and document that and cover your back.</w:t>
      </w:r>
    </w:p>
    <w:p w14:paraId="7E0B6FBE" w14:textId="77777777" w:rsidR="009663B4" w:rsidRDefault="009663B4">
      <w:pPr>
        <w:spacing w:after="0"/>
      </w:pPr>
    </w:p>
    <w:p w14:paraId="17CAB500" w14:textId="77777777" w:rsidR="009663B4" w:rsidRDefault="007F724F">
      <w:pPr>
        <w:spacing w:after="0"/>
      </w:pPr>
      <w:r>
        <w:rPr>
          <w:rFonts w:ascii="Arial" w:hAnsi="Arial"/>
          <w:b/>
        </w:rPr>
        <w:t xml:space="preserve">Alice  </w:t>
      </w:r>
      <w:r>
        <w:rPr>
          <w:rFonts w:ascii="Arial" w:hAnsi="Arial"/>
          <w:color w:val="5D7284"/>
        </w:rPr>
        <w:t>1:04:33</w:t>
      </w:r>
    </w:p>
    <w:p w14:paraId="568E86E8" w14:textId="77777777" w:rsidR="009663B4" w:rsidRDefault="007F724F">
      <w:pPr>
        <w:spacing w:after="0"/>
      </w:pPr>
      <w:r>
        <w:rPr>
          <w:rFonts w:ascii="Arial" w:hAnsi="Arial"/>
        </w:rPr>
        <w:t>The onus should be on other people, it should be on the people who don't have the additional support needs. If you don't have the extra baggage and the extra s</w:t>
      </w:r>
      <w:r>
        <w:rPr>
          <w:rFonts w:ascii="Arial" w:hAnsi="Arial"/>
        </w:rPr>
        <w:t>tuff to carry around already. Then you've got more space in your head and more time on your hands than the disabled person or the chronically ill person or whatever. Because we do have extra shit to shovel and so don't make us spend even more time having t</w:t>
      </w:r>
      <w:r>
        <w:rPr>
          <w:rFonts w:ascii="Arial" w:hAnsi="Arial"/>
        </w:rPr>
        <w:t>o teach you When you've got all this fucking spare time on your hands, Lydia, it's been really cool having you on. I've really enjoyed the day.</w:t>
      </w:r>
    </w:p>
    <w:p w14:paraId="34DA5E2E" w14:textId="77777777" w:rsidR="009663B4" w:rsidRDefault="009663B4">
      <w:pPr>
        <w:spacing w:after="0"/>
      </w:pPr>
    </w:p>
    <w:p w14:paraId="385BD3C4" w14:textId="77777777" w:rsidR="009663B4" w:rsidRDefault="007F724F">
      <w:pPr>
        <w:spacing w:after="0"/>
      </w:pPr>
      <w:r>
        <w:rPr>
          <w:rFonts w:ascii="Arial" w:hAnsi="Arial"/>
          <w:b/>
        </w:rPr>
        <w:t xml:space="preserve">Lydia Wilkins  </w:t>
      </w:r>
      <w:r>
        <w:rPr>
          <w:rFonts w:ascii="Arial" w:hAnsi="Arial"/>
          <w:color w:val="5D7284"/>
        </w:rPr>
        <w:t>1:05:09</w:t>
      </w:r>
    </w:p>
    <w:p w14:paraId="35D7E3DD" w14:textId="77777777" w:rsidR="009663B4" w:rsidRDefault="007F724F">
      <w:pPr>
        <w:spacing w:after="0"/>
      </w:pPr>
      <w:r>
        <w:rPr>
          <w:rFonts w:ascii="Arial" w:hAnsi="Arial"/>
        </w:rPr>
        <w:t xml:space="preserve">And thank you for having me. </w:t>
      </w:r>
      <w:proofErr w:type="gramStart"/>
      <w:r>
        <w:rPr>
          <w:rFonts w:ascii="Arial" w:hAnsi="Arial"/>
        </w:rPr>
        <w:t>So</w:t>
      </w:r>
      <w:proofErr w:type="gramEnd"/>
      <w:r>
        <w:rPr>
          <w:rFonts w:ascii="Arial" w:hAnsi="Arial"/>
        </w:rPr>
        <w:t xml:space="preserve"> I am on </w:t>
      </w:r>
      <w:proofErr w:type="spellStart"/>
      <w:r>
        <w:rPr>
          <w:rFonts w:ascii="Arial" w:hAnsi="Arial"/>
        </w:rPr>
        <w:t>Patreon</w:t>
      </w:r>
      <w:proofErr w:type="spellEnd"/>
      <w:r>
        <w:rPr>
          <w:rFonts w:ascii="Arial" w:hAnsi="Arial"/>
        </w:rPr>
        <w:t xml:space="preserve">. I have a </w:t>
      </w:r>
      <w:proofErr w:type="gramStart"/>
      <w:r>
        <w:rPr>
          <w:rFonts w:ascii="Arial" w:hAnsi="Arial"/>
        </w:rPr>
        <w:t>blog,</w:t>
      </w:r>
      <w:proofErr w:type="gramEnd"/>
      <w:r>
        <w:rPr>
          <w:rFonts w:ascii="Arial" w:hAnsi="Arial"/>
        </w:rPr>
        <w:t xml:space="preserve"> I have a once a week new</w:t>
      </w:r>
      <w:r>
        <w:rPr>
          <w:rFonts w:ascii="Arial" w:hAnsi="Arial"/>
        </w:rPr>
        <w:t xml:space="preserve">sletter with a premium option available for disabled freelancers. I am, I regularly write for newspapers and magazines as a journalist. I </w:t>
      </w:r>
      <w:proofErr w:type="spellStart"/>
      <w:r>
        <w:rPr>
          <w:rFonts w:ascii="Arial" w:hAnsi="Arial"/>
        </w:rPr>
        <w:t>realised</w:t>
      </w:r>
      <w:proofErr w:type="spellEnd"/>
      <w:r>
        <w:rPr>
          <w:rFonts w:ascii="Arial" w:hAnsi="Arial"/>
        </w:rPr>
        <w:t xml:space="preserve"> as I'm saying this, this sounds </w:t>
      </w:r>
      <w:proofErr w:type="gramStart"/>
      <w:r>
        <w:rPr>
          <w:rFonts w:ascii="Arial" w:hAnsi="Arial"/>
        </w:rPr>
        <w:t>really bratty</w:t>
      </w:r>
      <w:proofErr w:type="gramEnd"/>
      <w:r>
        <w:rPr>
          <w:rFonts w:ascii="Arial" w:hAnsi="Arial"/>
        </w:rPr>
        <w:t xml:space="preserve"> and really obnoxious now. It's I'm working on launching another</w:t>
      </w:r>
      <w:r>
        <w:rPr>
          <w:rFonts w:ascii="Arial" w:hAnsi="Arial"/>
        </w:rPr>
        <w:t xml:space="preserve"> newsletter with another journalist I know called Eloise Barry, this is going to be called the disability collective. And by the time this goes out, it should be launched. And we're going to be putting things into it as well. So premium options, mentoring </w:t>
      </w:r>
      <w:r>
        <w:rPr>
          <w:rFonts w:ascii="Arial" w:hAnsi="Arial"/>
        </w:rPr>
        <w:t xml:space="preserve">and that sort of thing. I'm making a handbag with an autism friendly brand. And I'm writing a book. I think I've already said that, but Okay, yeah, I'll take that. That's it. That's eight options </w:t>
      </w:r>
      <w:proofErr w:type="spellStart"/>
      <w:r>
        <w:rPr>
          <w:rFonts w:ascii="Arial" w:hAnsi="Arial"/>
        </w:rPr>
        <w:t>i</w:t>
      </w:r>
      <w:proofErr w:type="spellEnd"/>
      <w:r>
        <w:rPr>
          <w:rFonts w:ascii="Arial" w:hAnsi="Arial"/>
        </w:rPr>
        <w:t xml:space="preserve"> </w:t>
      </w:r>
      <w:proofErr w:type="gramStart"/>
      <w:r>
        <w:rPr>
          <w:rFonts w:ascii="Arial" w:hAnsi="Arial"/>
        </w:rPr>
        <w:t>think</w:t>
      </w:r>
      <w:proofErr w:type="gramEnd"/>
    </w:p>
    <w:p w14:paraId="364D7113" w14:textId="77777777" w:rsidR="009663B4" w:rsidRDefault="009663B4">
      <w:pPr>
        <w:spacing w:after="0"/>
      </w:pPr>
    </w:p>
    <w:p w14:paraId="53F7ACEF" w14:textId="77777777" w:rsidR="009663B4" w:rsidRDefault="007F724F">
      <w:pPr>
        <w:spacing w:after="0"/>
      </w:pPr>
      <w:r>
        <w:rPr>
          <w:rFonts w:ascii="Arial" w:hAnsi="Arial"/>
          <w:b/>
        </w:rPr>
        <w:t xml:space="preserve">Alice  </w:t>
      </w:r>
      <w:r>
        <w:rPr>
          <w:rFonts w:ascii="Arial" w:hAnsi="Arial"/>
          <w:color w:val="5D7284"/>
        </w:rPr>
        <w:t>1:06:01</w:t>
      </w:r>
    </w:p>
    <w:p w14:paraId="5FB22E28" w14:textId="77777777" w:rsidR="009663B4" w:rsidRDefault="007F724F">
      <w:pPr>
        <w:spacing w:after="0"/>
      </w:pPr>
      <w:proofErr w:type="gramStart"/>
      <w:r>
        <w:rPr>
          <w:rFonts w:ascii="Arial" w:hAnsi="Arial"/>
        </w:rPr>
        <w:t>so</w:t>
      </w:r>
      <w:proofErr w:type="gramEnd"/>
      <w:r>
        <w:rPr>
          <w:rFonts w:ascii="Arial" w:hAnsi="Arial"/>
        </w:rPr>
        <w:t xml:space="preserve"> you are at </w:t>
      </w:r>
      <w:proofErr w:type="spellStart"/>
      <w:r>
        <w:rPr>
          <w:rFonts w:ascii="Arial" w:hAnsi="Arial"/>
        </w:rPr>
        <w:t>journaux</w:t>
      </w:r>
      <w:proofErr w:type="spellEnd"/>
      <w:r>
        <w:rPr>
          <w:rFonts w:ascii="Arial" w:hAnsi="Arial"/>
        </w:rPr>
        <w:t xml:space="preserve"> underscore, L</w:t>
      </w:r>
      <w:r>
        <w:rPr>
          <w:rFonts w:ascii="Arial" w:hAnsi="Arial"/>
        </w:rPr>
        <w:t>ydia.</w:t>
      </w:r>
    </w:p>
    <w:p w14:paraId="51A18C7F" w14:textId="77777777" w:rsidR="009663B4" w:rsidRDefault="009663B4">
      <w:pPr>
        <w:spacing w:after="0"/>
      </w:pPr>
    </w:p>
    <w:p w14:paraId="3D97C76B" w14:textId="77777777" w:rsidR="009663B4" w:rsidRDefault="007F724F">
      <w:pPr>
        <w:spacing w:after="0"/>
      </w:pPr>
      <w:r>
        <w:rPr>
          <w:rFonts w:ascii="Arial" w:hAnsi="Arial"/>
          <w:b/>
        </w:rPr>
        <w:t xml:space="preserve">Lydia Wilkins  </w:t>
      </w:r>
      <w:r>
        <w:rPr>
          <w:rFonts w:ascii="Arial" w:hAnsi="Arial"/>
          <w:color w:val="5D7284"/>
        </w:rPr>
        <w:t>1:06:04</w:t>
      </w:r>
    </w:p>
    <w:p w14:paraId="02CA2133" w14:textId="77777777" w:rsidR="009663B4" w:rsidRDefault="007F724F">
      <w:pPr>
        <w:spacing w:after="0"/>
      </w:pPr>
      <w:r>
        <w:rPr>
          <w:rFonts w:ascii="Arial" w:hAnsi="Arial"/>
        </w:rPr>
        <w:t>That's me everywhere.</w:t>
      </w:r>
    </w:p>
    <w:p w14:paraId="1F686664" w14:textId="77777777" w:rsidR="009663B4" w:rsidRDefault="009663B4">
      <w:pPr>
        <w:spacing w:after="0"/>
      </w:pPr>
    </w:p>
    <w:p w14:paraId="032CBB0A" w14:textId="77777777" w:rsidR="009663B4" w:rsidRDefault="007F724F">
      <w:pPr>
        <w:spacing w:after="0"/>
      </w:pPr>
      <w:r>
        <w:rPr>
          <w:rFonts w:ascii="Arial" w:hAnsi="Arial"/>
          <w:b/>
        </w:rPr>
        <w:t xml:space="preserve">Alice  </w:t>
      </w:r>
      <w:r>
        <w:rPr>
          <w:rFonts w:ascii="Arial" w:hAnsi="Arial"/>
          <w:color w:val="5D7284"/>
        </w:rPr>
        <w:t>1:06:07</w:t>
      </w:r>
    </w:p>
    <w:p w14:paraId="6610154B" w14:textId="77777777" w:rsidR="009663B4" w:rsidRDefault="007F724F">
      <w:pPr>
        <w:spacing w:after="0"/>
      </w:pPr>
      <w:r>
        <w:rPr>
          <w:rFonts w:ascii="Arial" w:hAnsi="Arial"/>
        </w:rPr>
        <w:t>Everywhere. Brilliant.</w:t>
      </w:r>
    </w:p>
    <w:p w14:paraId="120DD3F7" w14:textId="77777777" w:rsidR="009663B4" w:rsidRDefault="009663B4">
      <w:pPr>
        <w:spacing w:after="0"/>
      </w:pPr>
    </w:p>
    <w:p w14:paraId="37895C8F" w14:textId="77777777" w:rsidR="009663B4" w:rsidRDefault="007F724F">
      <w:pPr>
        <w:spacing w:after="0"/>
      </w:pPr>
      <w:r>
        <w:rPr>
          <w:rFonts w:ascii="Arial" w:hAnsi="Arial"/>
          <w:b/>
        </w:rPr>
        <w:t xml:space="preserve">Lucy  </w:t>
      </w:r>
      <w:r>
        <w:rPr>
          <w:rFonts w:ascii="Arial" w:hAnsi="Arial"/>
          <w:color w:val="5D7284"/>
        </w:rPr>
        <w:t>1:06:10</w:t>
      </w:r>
    </w:p>
    <w:p w14:paraId="2BB0ABC6" w14:textId="77777777" w:rsidR="009663B4" w:rsidRDefault="007F724F">
      <w:pPr>
        <w:spacing w:after="0"/>
      </w:pPr>
      <w:r>
        <w:rPr>
          <w:rFonts w:ascii="Arial" w:hAnsi="Arial"/>
        </w:rPr>
        <w:t>Thank you so much for your time today, Lydia.</w:t>
      </w:r>
    </w:p>
    <w:p w14:paraId="33BA8BE5" w14:textId="77777777" w:rsidR="009663B4" w:rsidRDefault="009663B4">
      <w:pPr>
        <w:spacing w:after="0"/>
      </w:pPr>
    </w:p>
    <w:p w14:paraId="1695962D" w14:textId="77777777" w:rsidR="009663B4" w:rsidRDefault="007F724F">
      <w:pPr>
        <w:spacing w:after="0"/>
      </w:pPr>
      <w:r>
        <w:rPr>
          <w:rFonts w:ascii="Arial" w:hAnsi="Arial"/>
          <w:b/>
        </w:rPr>
        <w:t xml:space="preserve">Lydia Wilkins  </w:t>
      </w:r>
      <w:r>
        <w:rPr>
          <w:rFonts w:ascii="Arial" w:hAnsi="Arial"/>
          <w:color w:val="5D7284"/>
        </w:rPr>
        <w:t>1:06:12</w:t>
      </w:r>
    </w:p>
    <w:p w14:paraId="03AF08DA" w14:textId="77777777" w:rsidR="009663B4" w:rsidRDefault="007F724F">
      <w:pPr>
        <w:spacing w:after="0"/>
      </w:pPr>
      <w:r>
        <w:rPr>
          <w:rFonts w:ascii="Arial" w:hAnsi="Arial"/>
        </w:rPr>
        <w:t>Thank you for having me.</w:t>
      </w:r>
    </w:p>
    <w:p w14:paraId="6CF35820" w14:textId="77777777" w:rsidR="009663B4" w:rsidRDefault="009663B4">
      <w:pPr>
        <w:spacing w:after="0"/>
      </w:pPr>
    </w:p>
    <w:p w14:paraId="4E88C806" w14:textId="77777777" w:rsidR="009663B4" w:rsidRDefault="007F724F">
      <w:pPr>
        <w:spacing w:after="0"/>
      </w:pPr>
      <w:r>
        <w:rPr>
          <w:rFonts w:ascii="Arial" w:hAnsi="Arial"/>
          <w:b/>
        </w:rPr>
        <w:t xml:space="preserve">Alice  </w:t>
      </w:r>
      <w:r>
        <w:rPr>
          <w:rFonts w:ascii="Arial" w:hAnsi="Arial"/>
          <w:color w:val="5D7284"/>
        </w:rPr>
        <w:t>1:06:14</w:t>
      </w:r>
    </w:p>
    <w:p w14:paraId="706E6684" w14:textId="77777777" w:rsidR="009663B4" w:rsidRDefault="007F724F">
      <w:pPr>
        <w:spacing w:after="0"/>
      </w:pPr>
      <w:r>
        <w:rPr>
          <w:rFonts w:ascii="Arial" w:hAnsi="Arial"/>
        </w:rPr>
        <w:t xml:space="preserve">Thank you, everybody, for </w:t>
      </w:r>
      <w:r>
        <w:rPr>
          <w:rFonts w:ascii="Arial" w:hAnsi="Arial"/>
        </w:rPr>
        <w:t xml:space="preserve">listening. It's been </w:t>
      </w:r>
      <w:proofErr w:type="gramStart"/>
      <w:r>
        <w:rPr>
          <w:rFonts w:ascii="Arial" w:hAnsi="Arial"/>
        </w:rPr>
        <w:t>a really interesting</w:t>
      </w:r>
      <w:proofErr w:type="gramEnd"/>
      <w:r>
        <w:rPr>
          <w:rFonts w:ascii="Arial" w:hAnsi="Arial"/>
        </w:rPr>
        <w:t xml:space="preserve"> episode. And I think I'm really pleased with what we've done this week. And you know, all the work we've put into it.</w:t>
      </w:r>
    </w:p>
    <w:p w14:paraId="565FDC13" w14:textId="77777777" w:rsidR="009663B4" w:rsidRDefault="009663B4">
      <w:pPr>
        <w:spacing w:after="0"/>
      </w:pPr>
    </w:p>
    <w:p w14:paraId="368AA423" w14:textId="77777777" w:rsidR="009663B4" w:rsidRDefault="007F724F">
      <w:pPr>
        <w:spacing w:after="0"/>
      </w:pPr>
      <w:r>
        <w:rPr>
          <w:rFonts w:ascii="Arial" w:hAnsi="Arial"/>
          <w:b/>
        </w:rPr>
        <w:t xml:space="preserve">Lucy  </w:t>
      </w:r>
      <w:r>
        <w:rPr>
          <w:rFonts w:ascii="Arial" w:hAnsi="Arial"/>
          <w:color w:val="5D7284"/>
        </w:rPr>
        <w:t>1:06:23</w:t>
      </w:r>
    </w:p>
    <w:p w14:paraId="7FC7A761" w14:textId="77777777" w:rsidR="009663B4" w:rsidRDefault="007F724F">
      <w:pPr>
        <w:spacing w:after="0"/>
      </w:pPr>
      <w:r>
        <w:rPr>
          <w:rFonts w:ascii="Arial" w:hAnsi="Arial"/>
        </w:rPr>
        <w:t>We hope you've learned a lot because I certainly have. We'll see you next time.</w:t>
      </w:r>
    </w:p>
    <w:p w14:paraId="296D3E2F" w14:textId="77777777" w:rsidR="009663B4" w:rsidRDefault="009663B4">
      <w:pPr>
        <w:spacing w:after="0"/>
      </w:pPr>
    </w:p>
    <w:p w14:paraId="5EF753FC" w14:textId="77777777" w:rsidR="009663B4" w:rsidRDefault="007F724F">
      <w:pPr>
        <w:spacing w:after="0"/>
      </w:pPr>
      <w:r>
        <w:rPr>
          <w:rFonts w:ascii="Arial" w:hAnsi="Arial"/>
          <w:b/>
        </w:rPr>
        <w:t xml:space="preserve">Alice  </w:t>
      </w:r>
      <w:r>
        <w:rPr>
          <w:rFonts w:ascii="Arial" w:hAnsi="Arial"/>
          <w:color w:val="5D7284"/>
        </w:rPr>
        <w:t>1:06:29</w:t>
      </w:r>
    </w:p>
    <w:p w14:paraId="515DCC41" w14:textId="77777777" w:rsidR="009663B4" w:rsidRDefault="007F724F">
      <w:pPr>
        <w:spacing w:after="0"/>
      </w:pPr>
      <w:r>
        <w:rPr>
          <w:rFonts w:ascii="Arial" w:hAnsi="Arial"/>
        </w:rPr>
        <w:lastRenderedPageBreak/>
        <w:t xml:space="preserve">Thanks for listening to the lABLEd podcast. If you like the show, please rate review and subscribe. You can follow us on social media at lABLEd podcast. Go to </w:t>
      </w:r>
      <w:proofErr w:type="gramStart"/>
      <w:r>
        <w:rPr>
          <w:rFonts w:ascii="Arial" w:hAnsi="Arial"/>
        </w:rPr>
        <w:t>our</w:t>
      </w:r>
      <w:proofErr w:type="gramEnd"/>
    </w:p>
    <w:p w14:paraId="1671AE0F" w14:textId="77777777" w:rsidR="009663B4" w:rsidRDefault="009663B4">
      <w:pPr>
        <w:spacing w:after="0"/>
      </w:pPr>
    </w:p>
    <w:p w14:paraId="222F4420" w14:textId="77777777" w:rsidR="009663B4" w:rsidRDefault="007F724F">
      <w:pPr>
        <w:spacing w:after="0"/>
      </w:pPr>
      <w:r>
        <w:rPr>
          <w:rFonts w:ascii="Arial" w:hAnsi="Arial"/>
          <w:b/>
        </w:rPr>
        <w:t xml:space="preserve">Lucy  </w:t>
      </w:r>
      <w:r>
        <w:rPr>
          <w:rFonts w:ascii="Arial" w:hAnsi="Arial"/>
          <w:color w:val="5D7284"/>
        </w:rPr>
        <w:t>1:06:41</w:t>
      </w:r>
    </w:p>
    <w:p w14:paraId="0A554ED4" w14:textId="77777777" w:rsidR="009663B4" w:rsidRDefault="007F724F">
      <w:pPr>
        <w:spacing w:after="0"/>
      </w:pPr>
      <w:r>
        <w:rPr>
          <w:rFonts w:ascii="Arial" w:hAnsi="Arial"/>
        </w:rPr>
        <w:t xml:space="preserve">editor Adam Hall. Our music composer Maisy </w:t>
      </w:r>
      <w:proofErr w:type="spellStart"/>
      <w:r>
        <w:rPr>
          <w:rFonts w:ascii="Arial" w:hAnsi="Arial"/>
        </w:rPr>
        <w:t>Crunden</w:t>
      </w:r>
      <w:proofErr w:type="spellEnd"/>
      <w:r>
        <w:rPr>
          <w:rFonts w:ascii="Arial" w:hAnsi="Arial"/>
        </w:rPr>
        <w:t xml:space="preserve"> and our  gra</w:t>
      </w:r>
      <w:r>
        <w:rPr>
          <w:rFonts w:ascii="Arial" w:hAnsi="Arial"/>
        </w:rPr>
        <w:t>phic designer Sarah Colley So we'll see you next time.</w:t>
      </w:r>
    </w:p>
    <w:sectPr w:rsidR="009663B4" w:rsidSect="001216B9">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3C0F74" w14:textId="77777777" w:rsidR="00ED3244" w:rsidRDefault="00ED3244">
      <w:pPr>
        <w:spacing w:after="0" w:line="240" w:lineRule="auto"/>
      </w:pPr>
      <w:r>
        <w:separator/>
      </w:r>
    </w:p>
  </w:endnote>
  <w:endnote w:type="continuationSeparator" w:id="0">
    <w:p w14:paraId="315A522A"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72650680"/>
      <w:docPartObj>
        <w:docPartGallery w:val="Page Numbers (Bottom of Page)"/>
        <w:docPartUnique/>
      </w:docPartObj>
    </w:sdtPr>
    <w:sdtEndPr>
      <w:rPr>
        <w:rStyle w:val="PageNumber"/>
      </w:rPr>
    </w:sdtEndPr>
    <w:sdtContent>
      <w:p w14:paraId="606C5C23"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38179B55"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CAEE5F0"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21DB0017"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699F48AC"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C21741"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BDCE45" w14:textId="77777777" w:rsidR="00ED3244" w:rsidRDefault="00ED3244">
      <w:pPr>
        <w:spacing w:after="0" w:line="240" w:lineRule="auto"/>
      </w:pPr>
      <w:r>
        <w:separator/>
      </w:r>
    </w:p>
  </w:footnote>
  <w:footnote w:type="continuationSeparator" w:id="0">
    <w:p w14:paraId="347D7622"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A1AA29"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5842BD"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88D945"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7F724F"/>
    <w:rsid w:val="00930F33"/>
    <w:rsid w:val="009663B4"/>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C7886BD"/>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8927</Words>
  <Characters>50890</Characters>
  <Application>Microsoft Office Word</Application>
  <DocSecurity>0</DocSecurity>
  <Lines>424</Lines>
  <Paragraphs>119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59698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Lucy Wood</cp:lastModifiedBy>
  <cp:revision>2</cp:revision>
  <dcterms:created xsi:type="dcterms:W3CDTF">2021-03-18T08:57:00Z</dcterms:created>
  <dcterms:modified xsi:type="dcterms:W3CDTF">2021-03-18T08:57:00Z</dcterms:modified>
  <cp:category/>
</cp:coreProperties>
</file>