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D64F9E" w14:textId="77777777" w:rsidR="00930F33" w:rsidRDefault="00930F33">
      <w:pPr>
        <w:spacing w:after="0"/>
        <w:rPr>
          <w:lang w:eastAsia="zh-CN"/>
        </w:rPr>
      </w:pPr>
    </w:p>
    <w:p w14:paraId="41AB64F0" w14:textId="70158520" w:rsidR="00C0551D" w:rsidRDefault="00C0551D" w:rsidP="00C0551D">
      <w:pPr>
        <w:jc w:val="center"/>
        <w:rPr>
          <w:rFonts w:ascii="Arial" w:hAnsi="Arial"/>
          <w:sz w:val="48"/>
        </w:rPr>
      </w:pPr>
      <w:r>
        <w:rPr>
          <w:rFonts w:ascii="Arial" w:hAnsi="Arial"/>
          <w:noProof/>
          <w:sz w:val="48"/>
        </w:rPr>
        <w:drawing>
          <wp:inline distT="0" distB="0" distL="0" distR="0" wp14:anchorId="04A10DD8" wp14:editId="16378D35">
            <wp:extent cx="1554480" cy="1554480"/>
            <wp:effectExtent l="0" t="0" r="7620" b="762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1554480" cy="1554480"/>
                    </a:xfrm>
                    <a:prstGeom prst="rect">
                      <a:avLst/>
                    </a:prstGeom>
                  </pic:spPr>
                </pic:pic>
              </a:graphicData>
            </a:graphic>
          </wp:inline>
        </w:drawing>
      </w:r>
    </w:p>
    <w:p w14:paraId="29B92868" w14:textId="5F6BB27E" w:rsidR="00C765C9" w:rsidRPr="00C0551D" w:rsidRDefault="00C0551D" w:rsidP="00C0551D">
      <w:pPr>
        <w:jc w:val="center"/>
        <w:rPr>
          <w:b/>
          <w:bCs/>
        </w:rPr>
      </w:pPr>
      <w:r w:rsidRPr="00C0551D">
        <w:rPr>
          <w:rFonts w:ascii="Arial" w:hAnsi="Arial"/>
          <w:b/>
          <w:bCs/>
          <w:sz w:val="48"/>
        </w:rPr>
        <w:t xml:space="preserve">lABLEd Podcast:  World Autism Awareness Week Episode </w:t>
      </w:r>
      <w:r w:rsidRPr="00C0551D">
        <w:rPr>
          <w:rFonts w:ascii="Arial" w:hAnsi="Arial"/>
          <w:b/>
          <w:bCs/>
          <w:sz w:val="48"/>
        </w:rPr>
        <w:t>2 Ira Kramer</w:t>
      </w:r>
    </w:p>
    <w:p w14:paraId="0B2E773A" w14:textId="77777777" w:rsidR="00C765C9" w:rsidRDefault="00C765C9">
      <w:pPr>
        <w:spacing w:after="0"/>
      </w:pPr>
    </w:p>
    <w:p w14:paraId="10A0A41F" w14:textId="77777777" w:rsidR="00C765C9" w:rsidRDefault="00C0551D">
      <w:pPr>
        <w:spacing w:after="0"/>
      </w:pPr>
      <w:r>
        <w:rPr>
          <w:rFonts w:ascii="Arial" w:hAnsi="Arial"/>
          <w:b/>
        </w:rPr>
        <w:t xml:space="preserve">Lucy  </w:t>
      </w:r>
      <w:r>
        <w:rPr>
          <w:rFonts w:ascii="Arial" w:hAnsi="Arial"/>
          <w:color w:val="5D7284"/>
        </w:rPr>
        <w:t>00:00</w:t>
      </w:r>
    </w:p>
    <w:p w14:paraId="7DC4E7A4" w14:textId="77777777" w:rsidR="00C765C9" w:rsidRDefault="00C0551D">
      <w:pPr>
        <w:spacing w:after="0"/>
      </w:pPr>
      <w:r>
        <w:rPr>
          <w:rFonts w:ascii="Arial" w:hAnsi="Arial"/>
        </w:rPr>
        <w:t xml:space="preserve">Welcome to the lABLEd podcast, a show about disability illness and difference. I Lucy </w:t>
      </w:r>
    </w:p>
    <w:p w14:paraId="05F76921" w14:textId="77777777" w:rsidR="00C765C9" w:rsidRDefault="00C765C9">
      <w:pPr>
        <w:spacing w:after="0"/>
      </w:pPr>
    </w:p>
    <w:p w14:paraId="7F88D5D9" w14:textId="77777777" w:rsidR="00C765C9" w:rsidRDefault="00C0551D">
      <w:pPr>
        <w:spacing w:after="0"/>
      </w:pPr>
      <w:r>
        <w:rPr>
          <w:rFonts w:ascii="Arial" w:hAnsi="Arial"/>
          <w:b/>
        </w:rPr>
        <w:t xml:space="preserve">Alice  </w:t>
      </w:r>
      <w:r>
        <w:rPr>
          <w:rFonts w:ascii="Arial" w:hAnsi="Arial"/>
          <w:color w:val="5D7284"/>
        </w:rPr>
        <w:t>00:07</w:t>
      </w:r>
    </w:p>
    <w:p w14:paraId="3F80F53F" w14:textId="77777777" w:rsidR="00C765C9" w:rsidRDefault="00C0551D">
      <w:pPr>
        <w:spacing w:after="0"/>
      </w:pPr>
      <w:r>
        <w:rPr>
          <w:rFonts w:ascii="Arial" w:hAnsi="Arial"/>
        </w:rPr>
        <w:t>and</w:t>
      </w:r>
      <w:r>
        <w:rPr>
          <w:rFonts w:ascii="Arial" w:hAnsi="Arial"/>
        </w:rPr>
        <w:t xml:space="preserve"> I'm Alice... [Dog barks] and that's </w:t>
      </w:r>
      <w:proofErr w:type="gramStart"/>
      <w:r>
        <w:rPr>
          <w:rFonts w:ascii="Arial" w:hAnsi="Arial"/>
        </w:rPr>
        <w:t>Lola</w:t>
      </w:r>
      <w:proofErr w:type="gramEnd"/>
    </w:p>
    <w:p w14:paraId="514D3ED6" w14:textId="77777777" w:rsidR="00C765C9" w:rsidRDefault="00C765C9">
      <w:pPr>
        <w:spacing w:after="0"/>
      </w:pPr>
    </w:p>
    <w:p w14:paraId="1B70867D" w14:textId="77777777" w:rsidR="00C765C9" w:rsidRDefault="00C0551D">
      <w:pPr>
        <w:spacing w:after="0"/>
      </w:pPr>
      <w:r>
        <w:rPr>
          <w:rFonts w:ascii="Arial" w:hAnsi="Arial"/>
          <w:b/>
        </w:rPr>
        <w:t xml:space="preserve">Theme </w:t>
      </w:r>
      <w:r>
        <w:rPr>
          <w:rFonts w:ascii="Arial" w:hAnsi="Arial"/>
          <w:b/>
        </w:rPr>
        <w:t xml:space="preserve">Tune  </w:t>
      </w:r>
      <w:r>
        <w:rPr>
          <w:rFonts w:ascii="Arial" w:hAnsi="Arial"/>
          <w:color w:val="5D7284"/>
        </w:rPr>
        <w:t>00:11</w:t>
      </w:r>
    </w:p>
    <w:p w14:paraId="46E42EB8" w14:textId="77777777" w:rsidR="00C765C9" w:rsidRDefault="00C765C9">
      <w:pPr>
        <w:spacing w:after="0"/>
      </w:pPr>
    </w:p>
    <w:p w14:paraId="3AE1235C" w14:textId="77777777" w:rsidR="00C765C9" w:rsidRDefault="00C765C9">
      <w:pPr>
        <w:spacing w:after="0"/>
      </w:pPr>
    </w:p>
    <w:p w14:paraId="6A164414" w14:textId="77777777" w:rsidR="00C765C9" w:rsidRDefault="00C0551D">
      <w:pPr>
        <w:spacing w:after="0"/>
      </w:pPr>
      <w:r>
        <w:rPr>
          <w:rFonts w:ascii="Arial" w:hAnsi="Arial"/>
          <w:b/>
        </w:rPr>
        <w:t xml:space="preserve">Disclaimer  </w:t>
      </w:r>
      <w:r>
        <w:rPr>
          <w:rFonts w:ascii="Arial" w:hAnsi="Arial"/>
          <w:color w:val="5D7284"/>
        </w:rPr>
        <w:t>00:36</w:t>
      </w:r>
    </w:p>
    <w:p w14:paraId="733EB44A" w14:textId="77777777" w:rsidR="00C765C9" w:rsidRDefault="00C0551D">
      <w:pPr>
        <w:spacing w:after="0"/>
      </w:pPr>
      <w:r>
        <w:rPr>
          <w:rFonts w:ascii="Arial" w:hAnsi="Arial"/>
        </w:rPr>
        <w:t xml:space="preserve">Hi guys, don't forget </w:t>
      </w:r>
      <w:proofErr w:type="gramStart"/>
      <w:r>
        <w:rPr>
          <w:rFonts w:ascii="Arial" w:hAnsi="Arial"/>
        </w:rPr>
        <w:t>In</w:t>
      </w:r>
      <w:proofErr w:type="gramEnd"/>
      <w:r>
        <w:rPr>
          <w:rFonts w:ascii="Arial" w:hAnsi="Arial"/>
        </w:rPr>
        <w:t xml:space="preserve"> this episode, I might swear, Lucy might cry, and you can check out details of the trigger warnings on our website. </w:t>
      </w:r>
    </w:p>
    <w:p w14:paraId="479772D8" w14:textId="77777777" w:rsidR="00C765C9" w:rsidRDefault="00C765C9">
      <w:pPr>
        <w:spacing w:after="0"/>
      </w:pPr>
    </w:p>
    <w:p w14:paraId="181D9AF8" w14:textId="77777777" w:rsidR="00C765C9" w:rsidRDefault="00C0551D">
      <w:pPr>
        <w:spacing w:after="0"/>
      </w:pPr>
      <w:r>
        <w:rPr>
          <w:rFonts w:ascii="Arial" w:hAnsi="Arial"/>
          <w:b/>
        </w:rPr>
        <w:t xml:space="preserve">Alice  </w:t>
      </w:r>
      <w:r>
        <w:rPr>
          <w:rFonts w:ascii="Arial" w:hAnsi="Arial"/>
          <w:color w:val="5D7284"/>
        </w:rPr>
        <w:t>00:45</w:t>
      </w:r>
    </w:p>
    <w:p w14:paraId="42CECF0C" w14:textId="085015ED" w:rsidR="00C765C9" w:rsidRDefault="00C0551D">
      <w:pPr>
        <w:spacing w:after="0"/>
      </w:pPr>
      <w:r>
        <w:rPr>
          <w:rFonts w:ascii="Arial" w:hAnsi="Arial"/>
        </w:rPr>
        <w:t>Hi, everyone. Welcome back to another episode of the lABLEd podcast. This is another part of our spec</w:t>
      </w:r>
      <w:r>
        <w:rPr>
          <w:rFonts w:ascii="Arial" w:hAnsi="Arial"/>
        </w:rPr>
        <w:t>ial Autism Awareness Week series that me and Lucy have been working towards for a while, which I think despite some technical difficulties is going…</w:t>
      </w:r>
    </w:p>
    <w:p w14:paraId="12E9C69F" w14:textId="77777777" w:rsidR="00C765C9" w:rsidRDefault="00C765C9">
      <w:pPr>
        <w:spacing w:after="0"/>
      </w:pPr>
    </w:p>
    <w:p w14:paraId="2D756B46" w14:textId="77777777" w:rsidR="00C765C9" w:rsidRDefault="00C0551D">
      <w:pPr>
        <w:spacing w:after="0"/>
      </w:pPr>
      <w:r>
        <w:rPr>
          <w:rFonts w:ascii="Arial" w:hAnsi="Arial"/>
          <w:b/>
        </w:rPr>
        <w:t xml:space="preserve">Lucy  </w:t>
      </w:r>
      <w:r>
        <w:rPr>
          <w:rFonts w:ascii="Arial" w:hAnsi="Arial"/>
          <w:color w:val="5D7284"/>
        </w:rPr>
        <w:t>01:03</w:t>
      </w:r>
    </w:p>
    <w:p w14:paraId="0CA12809" w14:textId="4625E9DA" w:rsidR="00C765C9" w:rsidRDefault="00C0551D">
      <w:pPr>
        <w:spacing w:after="0"/>
      </w:pPr>
      <w:r>
        <w:rPr>
          <w:rFonts w:ascii="Arial" w:hAnsi="Arial"/>
        </w:rPr>
        <w:t>so far not too bad,</w:t>
      </w:r>
      <w:r>
        <w:rPr>
          <w:rFonts w:ascii="Arial" w:hAnsi="Arial"/>
        </w:rPr>
        <w:t xml:space="preserve"> a bit </w:t>
      </w:r>
      <w:r>
        <w:rPr>
          <w:rFonts w:ascii="Arial" w:hAnsi="Arial"/>
        </w:rPr>
        <w:t>taxing for a Saturday afternoon, but there we go. We’re</w:t>
      </w:r>
      <w:r>
        <w:rPr>
          <w:rFonts w:ascii="Arial" w:hAnsi="Arial"/>
        </w:rPr>
        <w:t>, al</w:t>
      </w:r>
      <w:r>
        <w:rPr>
          <w:rFonts w:ascii="Arial" w:hAnsi="Arial"/>
        </w:rPr>
        <w:t>right now ever</w:t>
      </w:r>
      <w:r>
        <w:rPr>
          <w:rFonts w:ascii="Arial" w:hAnsi="Arial"/>
        </w:rPr>
        <w:t>ybody's been fine. Yeah.</w:t>
      </w:r>
    </w:p>
    <w:p w14:paraId="1D899F50" w14:textId="77777777" w:rsidR="00C765C9" w:rsidRDefault="00C765C9">
      <w:pPr>
        <w:spacing w:after="0"/>
      </w:pPr>
    </w:p>
    <w:p w14:paraId="43B182D3" w14:textId="77777777" w:rsidR="00C765C9" w:rsidRDefault="00C0551D">
      <w:pPr>
        <w:spacing w:after="0"/>
      </w:pPr>
      <w:r>
        <w:rPr>
          <w:rFonts w:ascii="Arial" w:hAnsi="Arial"/>
          <w:b/>
        </w:rPr>
        <w:t xml:space="preserve">Alice  </w:t>
      </w:r>
      <w:r>
        <w:rPr>
          <w:rFonts w:ascii="Arial" w:hAnsi="Arial"/>
          <w:color w:val="5D7284"/>
        </w:rPr>
        <w:t>01:11</w:t>
      </w:r>
    </w:p>
    <w:p w14:paraId="0BF4AC6D" w14:textId="7D462499" w:rsidR="00C765C9" w:rsidRDefault="00C0551D">
      <w:pPr>
        <w:spacing w:after="0"/>
      </w:pPr>
      <w:r>
        <w:rPr>
          <w:rFonts w:ascii="Arial" w:hAnsi="Arial"/>
        </w:rPr>
        <w:t xml:space="preserve">I </w:t>
      </w:r>
      <w:r>
        <w:rPr>
          <w:rFonts w:ascii="Arial" w:hAnsi="Arial"/>
        </w:rPr>
        <w:t>Do you think you think perhaps I should have waited until we were a little bit more settled? And on our feet before I decided to tackle a five-day</w:t>
      </w:r>
      <w:r>
        <w:rPr>
          <w:rFonts w:ascii="Arial" w:hAnsi="Arial"/>
        </w:rPr>
        <w:t xml:space="preserve"> long project? Yes. But it's, it's fine.  So,</w:t>
      </w:r>
      <w:r>
        <w:rPr>
          <w:rFonts w:ascii="Arial" w:hAnsi="Arial"/>
        </w:rPr>
        <w:t xml:space="preserve"> we've got a guest who is s</w:t>
      </w:r>
      <w:r>
        <w:rPr>
          <w:rFonts w:ascii="Arial" w:hAnsi="Arial"/>
        </w:rPr>
        <w:t>omebody that I met and have been following on Twitter for a while. And IRA who is here to talk to us about their experience of autism. So,</w:t>
      </w:r>
      <w:r>
        <w:rPr>
          <w:rFonts w:ascii="Arial" w:hAnsi="Arial"/>
        </w:rPr>
        <w:t xml:space="preserve"> I wrote, do you want to just tell us a little bit about yourself?</w:t>
      </w:r>
    </w:p>
    <w:p w14:paraId="448787EC" w14:textId="77777777" w:rsidR="00C765C9" w:rsidRDefault="00C765C9">
      <w:pPr>
        <w:spacing w:after="0"/>
      </w:pPr>
    </w:p>
    <w:p w14:paraId="1E7636AA" w14:textId="77777777" w:rsidR="00C765C9" w:rsidRDefault="00C0551D">
      <w:pPr>
        <w:spacing w:after="0"/>
      </w:pPr>
      <w:r>
        <w:rPr>
          <w:rFonts w:ascii="Arial" w:hAnsi="Arial"/>
          <w:b/>
        </w:rPr>
        <w:lastRenderedPageBreak/>
        <w:t xml:space="preserve">Ira  </w:t>
      </w:r>
      <w:r>
        <w:rPr>
          <w:rFonts w:ascii="Arial" w:hAnsi="Arial"/>
          <w:color w:val="5D7284"/>
        </w:rPr>
        <w:t>01:47</w:t>
      </w:r>
    </w:p>
    <w:p w14:paraId="381BC7A3" w14:textId="77777777" w:rsidR="00C765C9" w:rsidRDefault="00C0551D">
      <w:pPr>
        <w:spacing w:after="0"/>
      </w:pPr>
      <w:r>
        <w:rPr>
          <w:rFonts w:ascii="Arial" w:hAnsi="Arial"/>
        </w:rPr>
        <w:t xml:space="preserve"> Sure. </w:t>
      </w:r>
      <w:proofErr w:type="gramStart"/>
      <w:r>
        <w:rPr>
          <w:rFonts w:ascii="Arial" w:hAnsi="Arial"/>
        </w:rPr>
        <w:t>So</w:t>
      </w:r>
      <w:proofErr w:type="gramEnd"/>
      <w:r>
        <w:rPr>
          <w:rFonts w:ascii="Arial" w:hAnsi="Arial"/>
        </w:rPr>
        <w:t xml:space="preserve"> I am a late diagnosed autistic</w:t>
      </w:r>
      <w:r>
        <w:rPr>
          <w:rFonts w:ascii="Arial" w:hAnsi="Arial"/>
        </w:rPr>
        <w:t xml:space="preserve"> person, I found out I was autistic in my second or third year of graduate school. And </w:t>
      </w:r>
      <w:proofErr w:type="gramStart"/>
      <w:r>
        <w:rPr>
          <w:rFonts w:ascii="Arial" w:hAnsi="Arial"/>
        </w:rPr>
        <w:t>so</w:t>
      </w:r>
      <w:proofErr w:type="gramEnd"/>
      <w:r>
        <w:rPr>
          <w:rFonts w:ascii="Arial" w:hAnsi="Arial"/>
        </w:rPr>
        <w:t xml:space="preserve"> I found I kind of stumbled upon it in a weird way. </w:t>
      </w:r>
      <w:proofErr w:type="gramStart"/>
      <w:r>
        <w:rPr>
          <w:rFonts w:ascii="Arial" w:hAnsi="Arial"/>
        </w:rPr>
        <w:t>So</w:t>
      </w:r>
      <w:proofErr w:type="gramEnd"/>
      <w:r>
        <w:rPr>
          <w:rFonts w:ascii="Arial" w:hAnsi="Arial"/>
        </w:rPr>
        <w:t xml:space="preserve"> on Twitter, I'm autistic science person, and I started writing about it because I like I just kind of needed to </w:t>
      </w:r>
      <w:r>
        <w:rPr>
          <w:rFonts w:ascii="Arial" w:hAnsi="Arial"/>
        </w:rPr>
        <w:t xml:space="preserve">write about it to process it. And then I </w:t>
      </w:r>
      <w:proofErr w:type="spellStart"/>
      <w:r>
        <w:rPr>
          <w:rFonts w:ascii="Arial" w:hAnsi="Arial"/>
        </w:rPr>
        <w:t>realised</w:t>
      </w:r>
      <w:proofErr w:type="spellEnd"/>
      <w:r>
        <w:rPr>
          <w:rFonts w:ascii="Arial" w:hAnsi="Arial"/>
        </w:rPr>
        <w:t xml:space="preserve"> this would be useful to, you know, people who maybe don't know they're autistic, or who are also going through, you know, figuring out whether they are or not, or just anyone who stumbles upon it and goes, </w:t>
      </w:r>
      <w:r>
        <w:rPr>
          <w:rFonts w:ascii="Arial" w:hAnsi="Arial"/>
        </w:rPr>
        <w:t xml:space="preserve">Oh, I really related to that, you know, I had a few comments on my blog post saying, I really relate to that I'm, you know, I don't know if I'm autistic. But this is </w:t>
      </w:r>
      <w:proofErr w:type="gramStart"/>
      <w:r>
        <w:rPr>
          <w:rFonts w:ascii="Arial" w:hAnsi="Arial"/>
        </w:rPr>
        <w:t>really interesting</w:t>
      </w:r>
      <w:proofErr w:type="gramEnd"/>
      <w:r>
        <w:rPr>
          <w:rFonts w:ascii="Arial" w:hAnsi="Arial"/>
        </w:rPr>
        <w:t xml:space="preserve">. And they might </w:t>
      </w:r>
      <w:proofErr w:type="gramStart"/>
      <w:r>
        <w:rPr>
          <w:rFonts w:ascii="Arial" w:hAnsi="Arial"/>
        </w:rPr>
        <w:t>look into</w:t>
      </w:r>
      <w:proofErr w:type="gramEnd"/>
      <w:r>
        <w:rPr>
          <w:rFonts w:ascii="Arial" w:hAnsi="Arial"/>
        </w:rPr>
        <w:t xml:space="preserve"> it further. </w:t>
      </w:r>
      <w:proofErr w:type="gramStart"/>
      <w:r>
        <w:rPr>
          <w:rFonts w:ascii="Arial" w:hAnsi="Arial"/>
        </w:rPr>
        <w:t>So</w:t>
      </w:r>
      <w:proofErr w:type="gramEnd"/>
      <w:r>
        <w:rPr>
          <w:rFonts w:ascii="Arial" w:hAnsi="Arial"/>
        </w:rPr>
        <w:t xml:space="preserve"> I kind of just by happenstance</w:t>
      </w:r>
      <w:r>
        <w:rPr>
          <w:rFonts w:ascii="Arial" w:hAnsi="Arial"/>
        </w:rPr>
        <w:t xml:space="preserve"> decided to make a blog and started writing about processing all of that stuff.</w:t>
      </w:r>
    </w:p>
    <w:p w14:paraId="1CC694AE" w14:textId="77777777" w:rsidR="00C765C9" w:rsidRDefault="00C765C9">
      <w:pPr>
        <w:spacing w:after="0"/>
      </w:pPr>
    </w:p>
    <w:p w14:paraId="0942903C" w14:textId="77777777" w:rsidR="00C765C9" w:rsidRDefault="00C0551D">
      <w:pPr>
        <w:spacing w:after="0"/>
      </w:pPr>
      <w:r>
        <w:rPr>
          <w:rFonts w:ascii="Arial" w:hAnsi="Arial"/>
          <w:b/>
        </w:rPr>
        <w:t xml:space="preserve">Alice  </w:t>
      </w:r>
      <w:r>
        <w:rPr>
          <w:rFonts w:ascii="Arial" w:hAnsi="Arial"/>
          <w:color w:val="5D7284"/>
        </w:rPr>
        <w:t>02:47</w:t>
      </w:r>
    </w:p>
    <w:p w14:paraId="59A40A0A" w14:textId="77777777" w:rsidR="00C765C9" w:rsidRDefault="00C0551D">
      <w:pPr>
        <w:spacing w:after="0"/>
      </w:pPr>
      <w:r>
        <w:rPr>
          <w:rFonts w:ascii="Arial" w:hAnsi="Arial"/>
        </w:rPr>
        <w:t>We're not the first guests that we've had on who sort of said they kind of stumbled upon their diagnosis as an adult. I think it's, it's partly because people are</w:t>
      </w:r>
      <w:r>
        <w:rPr>
          <w:rFonts w:ascii="Arial" w:hAnsi="Arial"/>
        </w:rPr>
        <w:t xml:space="preserve"> becoming more aware of autism. But yeah, we've had somebody on previously, he was doing a job as a support worker for disabled students at university did a session about learning about autism. And I think within 18 months had an Asperger's diagnosis, beca</w:t>
      </w:r>
      <w:r>
        <w:rPr>
          <w:rFonts w:ascii="Arial" w:hAnsi="Arial"/>
        </w:rPr>
        <w:t xml:space="preserve">use she </w:t>
      </w:r>
      <w:proofErr w:type="gramStart"/>
      <w:r>
        <w:rPr>
          <w:rFonts w:ascii="Arial" w:hAnsi="Arial"/>
        </w:rPr>
        <w:t>sort</w:t>
      </w:r>
      <w:proofErr w:type="gramEnd"/>
      <w:r>
        <w:rPr>
          <w:rFonts w:ascii="Arial" w:hAnsi="Arial"/>
        </w:rPr>
        <w:t xml:space="preserve"> of said, Hold on a minute, this is this is me.</w:t>
      </w:r>
    </w:p>
    <w:p w14:paraId="0521FCF9" w14:textId="77777777" w:rsidR="00C765C9" w:rsidRDefault="00C765C9">
      <w:pPr>
        <w:spacing w:after="0"/>
      </w:pPr>
    </w:p>
    <w:p w14:paraId="03F2A00C" w14:textId="77777777" w:rsidR="00C765C9" w:rsidRDefault="00C0551D">
      <w:pPr>
        <w:spacing w:after="0"/>
      </w:pPr>
      <w:r>
        <w:rPr>
          <w:rFonts w:ascii="Arial" w:hAnsi="Arial"/>
          <w:b/>
        </w:rPr>
        <w:t xml:space="preserve">Ira  </w:t>
      </w:r>
      <w:r>
        <w:rPr>
          <w:rFonts w:ascii="Arial" w:hAnsi="Arial"/>
          <w:color w:val="5D7284"/>
        </w:rPr>
        <w:t>03:19</w:t>
      </w:r>
    </w:p>
    <w:p w14:paraId="0DF299B2" w14:textId="77777777" w:rsidR="00C765C9" w:rsidRDefault="00C0551D">
      <w:pPr>
        <w:spacing w:after="0"/>
      </w:pPr>
      <w:r>
        <w:rPr>
          <w:rFonts w:ascii="Arial" w:hAnsi="Arial"/>
        </w:rPr>
        <w:t>Yeah. For me, it was kind of I just like researching things. I literally, on a YouTube video that was like, you know, something about Asperger's. And they, you know, it was a person wh</w:t>
      </w:r>
      <w:r>
        <w:rPr>
          <w:rFonts w:ascii="Arial" w:hAnsi="Arial"/>
        </w:rPr>
        <w:t xml:space="preserve">o talked about the questions, they would ask someone, and they kind of went through it. And by the third question, I was like, but that doesn't make sense. How does this </w:t>
      </w:r>
      <w:proofErr w:type="spellStart"/>
      <w:r>
        <w:rPr>
          <w:rFonts w:ascii="Arial" w:hAnsi="Arial"/>
        </w:rPr>
        <w:t>work?Like</w:t>
      </w:r>
      <w:proofErr w:type="spellEnd"/>
      <w:r>
        <w:rPr>
          <w:rFonts w:ascii="Arial" w:hAnsi="Arial"/>
        </w:rPr>
        <w:t xml:space="preserve"> why? my response was like the answer, like, just what would happen if you're</w:t>
      </w:r>
      <w:r>
        <w:rPr>
          <w:rFonts w:ascii="Arial" w:hAnsi="Arial"/>
        </w:rPr>
        <w:t xml:space="preserve"> autistic? This was the answer you'd give it. I'd be like, why is that not the correct answer?</w:t>
      </w:r>
    </w:p>
    <w:p w14:paraId="2EFEF105" w14:textId="77777777" w:rsidR="00C765C9" w:rsidRDefault="00C765C9">
      <w:pPr>
        <w:spacing w:after="0"/>
      </w:pPr>
    </w:p>
    <w:p w14:paraId="05711EDE" w14:textId="77777777" w:rsidR="00C765C9" w:rsidRDefault="00C0551D">
      <w:pPr>
        <w:spacing w:after="0"/>
      </w:pPr>
      <w:r>
        <w:rPr>
          <w:rFonts w:ascii="Arial" w:hAnsi="Arial"/>
          <w:b/>
        </w:rPr>
        <w:t xml:space="preserve">Alice Evans &amp; Lucy Wood  </w:t>
      </w:r>
      <w:r>
        <w:rPr>
          <w:rFonts w:ascii="Arial" w:hAnsi="Arial"/>
          <w:color w:val="5D7284"/>
        </w:rPr>
        <w:t>03:50</w:t>
      </w:r>
    </w:p>
    <w:p w14:paraId="5FB9DA27" w14:textId="77777777" w:rsidR="00C765C9" w:rsidRDefault="00C0551D">
      <w:pPr>
        <w:spacing w:after="0"/>
      </w:pPr>
      <w:r>
        <w:rPr>
          <w:rFonts w:ascii="Arial" w:hAnsi="Arial"/>
        </w:rPr>
        <w:t xml:space="preserve"> Laughs</w:t>
      </w:r>
    </w:p>
    <w:p w14:paraId="77F2EA26" w14:textId="77777777" w:rsidR="00C765C9" w:rsidRDefault="00C765C9">
      <w:pPr>
        <w:spacing w:after="0"/>
      </w:pPr>
    </w:p>
    <w:p w14:paraId="3D0DA7CB" w14:textId="77777777" w:rsidR="00C765C9" w:rsidRDefault="00C0551D">
      <w:pPr>
        <w:spacing w:after="0"/>
      </w:pPr>
      <w:r>
        <w:rPr>
          <w:rFonts w:ascii="Arial" w:hAnsi="Arial"/>
          <w:b/>
        </w:rPr>
        <w:t xml:space="preserve">Ira  </w:t>
      </w:r>
      <w:r>
        <w:rPr>
          <w:rFonts w:ascii="Arial" w:hAnsi="Arial"/>
          <w:color w:val="5D7284"/>
        </w:rPr>
        <w:t>03:53</w:t>
      </w:r>
    </w:p>
    <w:p w14:paraId="4FEAF77A" w14:textId="77777777" w:rsidR="00C765C9" w:rsidRDefault="00C0551D">
      <w:pPr>
        <w:spacing w:after="0"/>
      </w:pPr>
      <w:r>
        <w:rPr>
          <w:rFonts w:ascii="Arial" w:hAnsi="Arial"/>
        </w:rPr>
        <w:t>Yeah, so that's what started the whole thing.</w:t>
      </w:r>
    </w:p>
    <w:p w14:paraId="0424F045" w14:textId="77777777" w:rsidR="00C765C9" w:rsidRDefault="00C765C9">
      <w:pPr>
        <w:spacing w:after="0"/>
      </w:pPr>
    </w:p>
    <w:p w14:paraId="18223E97" w14:textId="77777777" w:rsidR="00C765C9" w:rsidRDefault="00C0551D">
      <w:pPr>
        <w:spacing w:after="0"/>
      </w:pPr>
      <w:r>
        <w:rPr>
          <w:rFonts w:ascii="Arial" w:hAnsi="Arial"/>
          <w:b/>
        </w:rPr>
        <w:t xml:space="preserve">Lucy  </w:t>
      </w:r>
      <w:r>
        <w:rPr>
          <w:rFonts w:ascii="Arial" w:hAnsi="Arial"/>
          <w:color w:val="5D7284"/>
        </w:rPr>
        <w:t>03:58</w:t>
      </w:r>
    </w:p>
    <w:p w14:paraId="74C7F12E" w14:textId="77777777" w:rsidR="00C765C9" w:rsidRDefault="00C0551D">
      <w:pPr>
        <w:spacing w:after="0"/>
      </w:pPr>
      <w:r>
        <w:rPr>
          <w:rFonts w:ascii="Arial" w:hAnsi="Arial"/>
        </w:rPr>
        <w:t xml:space="preserve">Ira </w:t>
      </w:r>
      <w:proofErr w:type="gramStart"/>
      <w:r>
        <w:rPr>
          <w:rFonts w:ascii="Arial" w:hAnsi="Arial"/>
        </w:rPr>
        <w:t>were</w:t>
      </w:r>
      <w:proofErr w:type="gramEnd"/>
      <w:r>
        <w:rPr>
          <w:rFonts w:ascii="Arial" w:hAnsi="Arial"/>
        </w:rPr>
        <w:t xml:space="preserve"> you were saying earlier about how you </w:t>
      </w:r>
      <w:r>
        <w:rPr>
          <w:rFonts w:ascii="Arial" w:hAnsi="Arial"/>
        </w:rPr>
        <w:t xml:space="preserve">set up your blog to sort of help come to terms with it.  I </w:t>
      </w:r>
      <w:proofErr w:type="spellStart"/>
      <w:r>
        <w:rPr>
          <w:rFonts w:ascii="Arial" w:hAnsi="Arial"/>
        </w:rPr>
        <w:t>Aactually</w:t>
      </w:r>
      <w:proofErr w:type="spellEnd"/>
      <w:r>
        <w:rPr>
          <w:rFonts w:ascii="Arial" w:hAnsi="Arial"/>
        </w:rPr>
        <w:t xml:space="preserve"> did, I wouldn't say that I use my blog to come to terms of what disability but what I did was I blogged about my life as a wheelchair user, and suddenly discovered everybody was either so</w:t>
      </w:r>
      <w:r>
        <w:rPr>
          <w:rFonts w:ascii="Arial" w:hAnsi="Arial"/>
        </w:rPr>
        <w:t xml:space="preserve">rt of go, Oh, I understand a bit more now and things like that. I was I wouldn't necessarily I did. I </w:t>
      </w:r>
      <w:proofErr w:type="spellStart"/>
      <w:r>
        <w:rPr>
          <w:rFonts w:ascii="Arial" w:hAnsi="Arial"/>
        </w:rPr>
        <w:t>didn</w:t>
      </w:r>
      <w:proofErr w:type="spellEnd"/>
      <w:r>
        <w:rPr>
          <w:rFonts w:ascii="Arial" w:hAnsi="Arial"/>
        </w:rPr>
        <w:t xml:space="preserve"> it to  come to terms with anything, but I did. Definitely. It was kind of an education process. How </w:t>
      </w:r>
      <w:proofErr w:type="spellStart"/>
      <w:r>
        <w:rPr>
          <w:rFonts w:ascii="Arial" w:hAnsi="Arial"/>
        </w:rPr>
        <w:t>How</w:t>
      </w:r>
      <w:proofErr w:type="spellEnd"/>
      <w:r>
        <w:rPr>
          <w:rFonts w:ascii="Arial" w:hAnsi="Arial"/>
        </w:rPr>
        <w:t xml:space="preserve"> has blogging about autism you know, being aut</w:t>
      </w:r>
      <w:r>
        <w:rPr>
          <w:rFonts w:ascii="Arial" w:hAnsi="Arial"/>
        </w:rPr>
        <w:t xml:space="preserve">istic helped </w:t>
      </w:r>
      <w:proofErr w:type="spellStart"/>
      <w:r>
        <w:rPr>
          <w:rFonts w:ascii="Arial" w:hAnsi="Arial"/>
        </w:rPr>
        <w:t>helped</w:t>
      </w:r>
      <w:proofErr w:type="spellEnd"/>
      <w:r>
        <w:rPr>
          <w:rFonts w:ascii="Arial" w:hAnsi="Arial"/>
        </w:rPr>
        <w:t xml:space="preserve"> you? Is it kind of like, getting it all out on the page makes you feel very </w:t>
      </w:r>
      <w:proofErr w:type="gramStart"/>
      <w:r>
        <w:rPr>
          <w:rFonts w:ascii="Arial" w:hAnsi="Arial"/>
        </w:rPr>
        <w:t>therapeutic.</w:t>
      </w:r>
      <w:proofErr w:type="gramEnd"/>
    </w:p>
    <w:p w14:paraId="357C791B" w14:textId="77777777" w:rsidR="00C765C9" w:rsidRDefault="00C765C9">
      <w:pPr>
        <w:spacing w:after="0"/>
      </w:pPr>
    </w:p>
    <w:p w14:paraId="033EE358" w14:textId="77777777" w:rsidR="00C765C9" w:rsidRDefault="00C0551D">
      <w:pPr>
        <w:spacing w:after="0"/>
      </w:pPr>
      <w:r>
        <w:rPr>
          <w:rFonts w:ascii="Arial" w:hAnsi="Arial"/>
          <w:b/>
        </w:rPr>
        <w:t xml:space="preserve">Ira  </w:t>
      </w:r>
      <w:r>
        <w:rPr>
          <w:rFonts w:ascii="Arial" w:hAnsi="Arial"/>
          <w:color w:val="5D7284"/>
        </w:rPr>
        <w:t>04:48</w:t>
      </w:r>
    </w:p>
    <w:p w14:paraId="1EA454FA" w14:textId="77777777" w:rsidR="00C765C9" w:rsidRDefault="00C0551D">
      <w:pPr>
        <w:spacing w:after="0"/>
      </w:pPr>
      <w:r>
        <w:rPr>
          <w:rFonts w:ascii="Arial" w:hAnsi="Arial"/>
        </w:rPr>
        <w:t xml:space="preserve">Yeah. </w:t>
      </w:r>
      <w:proofErr w:type="gramStart"/>
      <w:r>
        <w:rPr>
          <w:rFonts w:ascii="Arial" w:hAnsi="Arial"/>
        </w:rPr>
        <w:t>So</w:t>
      </w:r>
      <w:proofErr w:type="gramEnd"/>
      <w:r>
        <w:rPr>
          <w:rFonts w:ascii="Arial" w:hAnsi="Arial"/>
        </w:rPr>
        <w:t xml:space="preserve"> it started out. I mean, I was writing, I didn't really start the blog. Like I was writing a lot before I started it. And not l</w:t>
      </w:r>
      <w:r>
        <w:rPr>
          <w:rFonts w:ascii="Arial" w:hAnsi="Arial"/>
        </w:rPr>
        <w:t xml:space="preserve">ike I didn't put everything on the blog, or any Anything but like, especially when I </w:t>
      </w:r>
      <w:r>
        <w:rPr>
          <w:rFonts w:ascii="Arial" w:hAnsi="Arial"/>
        </w:rPr>
        <w:lastRenderedPageBreak/>
        <w:t>found out about masking and autistic masking, and when I kind of that's when I was like, Oh, no one knows about this, and I don't really, you know, I was like learning abo</w:t>
      </w:r>
      <w:r>
        <w:rPr>
          <w:rFonts w:ascii="Arial" w:hAnsi="Arial"/>
        </w:rPr>
        <w:t xml:space="preserve">ut it myself. And like that I've, I literally learned to do that growing up as like, this is what I need to be for others. And I just kind of intuitively knew that because of the way people treated me when I wasn't. You know, I was like, Oh, well, this is </w:t>
      </w:r>
      <w:r>
        <w:rPr>
          <w:rFonts w:ascii="Arial" w:hAnsi="Arial"/>
        </w:rPr>
        <w:t>how I get people to listen to me, or this is how I get people to not pay attention to me, right? Like, I want it to be like the invisible person because I'd rather have that than negative attention.</w:t>
      </w:r>
    </w:p>
    <w:p w14:paraId="215CC288" w14:textId="77777777" w:rsidR="00C765C9" w:rsidRDefault="00C765C9">
      <w:pPr>
        <w:spacing w:after="0"/>
      </w:pPr>
    </w:p>
    <w:p w14:paraId="7E9F9F5D" w14:textId="77777777" w:rsidR="00C765C9" w:rsidRDefault="00C0551D">
      <w:pPr>
        <w:spacing w:after="0"/>
      </w:pPr>
      <w:r>
        <w:rPr>
          <w:rFonts w:ascii="Arial" w:hAnsi="Arial"/>
          <w:b/>
        </w:rPr>
        <w:t xml:space="preserve">Lucy  </w:t>
      </w:r>
      <w:r>
        <w:rPr>
          <w:rFonts w:ascii="Arial" w:hAnsi="Arial"/>
          <w:color w:val="5D7284"/>
        </w:rPr>
        <w:t>05:39</w:t>
      </w:r>
    </w:p>
    <w:p w14:paraId="4CB1A952" w14:textId="77777777" w:rsidR="00C765C9" w:rsidRDefault="00C0551D">
      <w:pPr>
        <w:spacing w:after="0"/>
      </w:pPr>
      <w:r>
        <w:rPr>
          <w:rFonts w:ascii="Arial" w:hAnsi="Arial"/>
        </w:rPr>
        <w:t xml:space="preserve">Yeah. </w:t>
      </w:r>
    </w:p>
    <w:p w14:paraId="56B9966A" w14:textId="77777777" w:rsidR="00C765C9" w:rsidRDefault="00C765C9">
      <w:pPr>
        <w:spacing w:after="0"/>
      </w:pPr>
    </w:p>
    <w:p w14:paraId="28CC425E" w14:textId="77777777" w:rsidR="00C765C9" w:rsidRDefault="00C0551D">
      <w:pPr>
        <w:spacing w:after="0"/>
      </w:pPr>
      <w:r>
        <w:rPr>
          <w:rFonts w:ascii="Arial" w:hAnsi="Arial"/>
          <w:b/>
        </w:rPr>
        <w:t xml:space="preserve">Ira  </w:t>
      </w:r>
      <w:r>
        <w:rPr>
          <w:rFonts w:ascii="Arial" w:hAnsi="Arial"/>
          <w:color w:val="5D7284"/>
        </w:rPr>
        <w:t>05:39</w:t>
      </w:r>
    </w:p>
    <w:p w14:paraId="3F1ACC2B" w14:textId="77777777" w:rsidR="00C765C9" w:rsidRDefault="00C0551D">
      <w:pPr>
        <w:spacing w:after="0"/>
      </w:pPr>
      <w:r>
        <w:rPr>
          <w:rFonts w:ascii="Arial" w:hAnsi="Arial"/>
        </w:rPr>
        <w:t xml:space="preserve">And </w:t>
      </w:r>
      <w:proofErr w:type="gramStart"/>
      <w:r>
        <w:rPr>
          <w:rFonts w:ascii="Arial" w:hAnsi="Arial"/>
        </w:rPr>
        <w:t>so</w:t>
      </w:r>
      <w:proofErr w:type="gramEnd"/>
      <w:r>
        <w:rPr>
          <w:rFonts w:ascii="Arial" w:hAnsi="Arial"/>
        </w:rPr>
        <w:t xml:space="preserve"> it was, that was l</w:t>
      </w:r>
      <w:r>
        <w:rPr>
          <w:rFonts w:ascii="Arial" w:hAnsi="Arial"/>
        </w:rPr>
        <w:t xml:space="preserve">ike my strategy. But I didn't </w:t>
      </w:r>
      <w:proofErr w:type="spellStart"/>
      <w:r>
        <w:rPr>
          <w:rFonts w:ascii="Arial" w:hAnsi="Arial"/>
        </w:rPr>
        <w:t>realise</w:t>
      </w:r>
      <w:proofErr w:type="spellEnd"/>
      <w:r>
        <w:rPr>
          <w:rFonts w:ascii="Arial" w:hAnsi="Arial"/>
        </w:rPr>
        <w:t xml:space="preserve"> anything about like, masking or that. Like, for example, like even growing up, people would say, oh, what's your opinion? And I was like, I thought you had to like </w:t>
      </w:r>
      <w:proofErr w:type="spellStart"/>
      <w:proofErr w:type="gramStart"/>
      <w:r>
        <w:rPr>
          <w:rFonts w:ascii="Arial" w:hAnsi="Arial"/>
        </w:rPr>
        <w:t>analyse</w:t>
      </w:r>
      <w:proofErr w:type="spellEnd"/>
      <w:proofErr w:type="gramEnd"/>
      <w:r>
        <w:rPr>
          <w:rFonts w:ascii="Arial" w:hAnsi="Arial"/>
        </w:rPr>
        <w:t xml:space="preserve"> and like, give facts. And I didn't even know t</w:t>
      </w:r>
      <w:r>
        <w:rPr>
          <w:rFonts w:ascii="Arial" w:hAnsi="Arial"/>
        </w:rPr>
        <w:t>hat you could have an opinion. And that would be like enough. Because to argue my way to a point and I couldn't just have like my own version of something. Like that's so weird. My brain was it was like, oh, okay, so you're asking me for information? We're</w:t>
      </w:r>
      <w:r>
        <w:rPr>
          <w:rFonts w:ascii="Arial" w:hAnsi="Arial"/>
        </w:rPr>
        <w:t xml:space="preserve"> getting that and they're like, no, like</w:t>
      </w:r>
    </w:p>
    <w:p w14:paraId="0217540F" w14:textId="77777777" w:rsidR="00C765C9" w:rsidRDefault="00C765C9">
      <w:pPr>
        <w:spacing w:after="0"/>
      </w:pPr>
    </w:p>
    <w:p w14:paraId="54006D09" w14:textId="77777777" w:rsidR="00C765C9" w:rsidRDefault="00C0551D">
      <w:pPr>
        <w:spacing w:after="0"/>
      </w:pPr>
      <w:r>
        <w:rPr>
          <w:rFonts w:ascii="Arial" w:hAnsi="Arial"/>
          <w:b/>
        </w:rPr>
        <w:t xml:space="preserve">Alice  </w:t>
      </w:r>
      <w:r>
        <w:rPr>
          <w:rFonts w:ascii="Arial" w:hAnsi="Arial"/>
          <w:color w:val="5D7284"/>
        </w:rPr>
        <w:t>06:20</w:t>
      </w:r>
    </w:p>
    <w:p w14:paraId="2F63C4D8" w14:textId="77777777" w:rsidR="00C765C9" w:rsidRDefault="00C0551D">
      <w:pPr>
        <w:spacing w:after="0"/>
      </w:pPr>
      <w:r>
        <w:rPr>
          <w:rFonts w:ascii="Arial" w:hAnsi="Arial"/>
        </w:rPr>
        <w:t>Where's Lucy and I work entirely on our own and ignore facts altogether and your people come and go, No, that's good.</w:t>
      </w:r>
    </w:p>
    <w:p w14:paraId="21836365" w14:textId="77777777" w:rsidR="00C765C9" w:rsidRDefault="00C765C9">
      <w:pPr>
        <w:spacing w:after="0"/>
      </w:pPr>
    </w:p>
    <w:p w14:paraId="4888D3C3" w14:textId="77777777" w:rsidR="00C765C9" w:rsidRDefault="00C0551D">
      <w:pPr>
        <w:spacing w:after="0"/>
      </w:pPr>
      <w:r>
        <w:rPr>
          <w:rFonts w:ascii="Arial" w:hAnsi="Arial"/>
          <w:b/>
        </w:rPr>
        <w:t xml:space="preserve">Lucy  </w:t>
      </w:r>
      <w:r>
        <w:rPr>
          <w:rFonts w:ascii="Arial" w:hAnsi="Arial"/>
          <w:color w:val="5D7284"/>
        </w:rPr>
        <w:t>06:30</w:t>
      </w:r>
    </w:p>
    <w:p w14:paraId="4430B0EA" w14:textId="77777777" w:rsidR="00C765C9" w:rsidRDefault="00C0551D">
      <w:pPr>
        <w:spacing w:after="0"/>
      </w:pPr>
      <w:proofErr w:type="spellStart"/>
      <w:r>
        <w:rPr>
          <w:rFonts w:ascii="Arial" w:hAnsi="Arial"/>
        </w:rPr>
        <w:t>its</w:t>
      </w:r>
      <w:proofErr w:type="spellEnd"/>
      <w:r>
        <w:rPr>
          <w:rFonts w:ascii="Arial" w:hAnsi="Arial"/>
        </w:rPr>
        <w:t xml:space="preserve"> a bit I believe in you can sing really isn't like, and somebody ha</w:t>
      </w:r>
      <w:r>
        <w:rPr>
          <w:rFonts w:ascii="Arial" w:hAnsi="Arial"/>
        </w:rPr>
        <w:t>s because it really shows you can't Yeah. Yeah, I mean, I know for me, when I'm, when I'm particularly wound up or angry about something, I write it down on the blog. Sometimes you don't even have to post it. But getting down and writing it down. Because n</w:t>
      </w:r>
      <w:r>
        <w:rPr>
          <w:rFonts w:ascii="Arial" w:hAnsi="Arial"/>
        </w:rPr>
        <w:t xml:space="preserve">obody can interrupt me when I'm what is a blog post is it's like Yeah, you're choosing to read it. If you don't know what I've written. You just, like switch it off and forget about it. But it was it is very therapeutic for me, really. </w:t>
      </w:r>
      <w:proofErr w:type="gramStart"/>
      <w:r>
        <w:rPr>
          <w:rFonts w:ascii="Arial" w:hAnsi="Arial"/>
        </w:rPr>
        <w:t>So</w:t>
      </w:r>
      <w:proofErr w:type="gramEnd"/>
      <w:r>
        <w:rPr>
          <w:rFonts w:ascii="Arial" w:hAnsi="Arial"/>
        </w:rPr>
        <w:t xml:space="preserve"> I write about stu</w:t>
      </w:r>
      <w:r>
        <w:rPr>
          <w:rFonts w:ascii="Arial" w:hAnsi="Arial"/>
        </w:rPr>
        <w:t xml:space="preserve">ff. Sometimes I don't even I'll perhaps sit on it a </w:t>
      </w:r>
      <w:proofErr w:type="gramStart"/>
      <w:r>
        <w:rPr>
          <w:rFonts w:ascii="Arial" w:hAnsi="Arial"/>
        </w:rPr>
        <w:t>day, if</w:t>
      </w:r>
      <w:proofErr w:type="gramEnd"/>
      <w:r>
        <w:rPr>
          <w:rFonts w:ascii="Arial" w:hAnsi="Arial"/>
        </w:rPr>
        <w:t xml:space="preserve"> it's something slightly controversial. Before I hit post, sometimes I don't even do that. But it is </w:t>
      </w:r>
      <w:proofErr w:type="gramStart"/>
      <w:r>
        <w:rPr>
          <w:rFonts w:ascii="Arial" w:hAnsi="Arial"/>
        </w:rPr>
        <w:t>very helpful</w:t>
      </w:r>
      <w:proofErr w:type="gramEnd"/>
      <w:r>
        <w:rPr>
          <w:rFonts w:ascii="Arial" w:hAnsi="Arial"/>
        </w:rPr>
        <w:t>. Do you find writing things Sort of good for you in general?</w:t>
      </w:r>
    </w:p>
    <w:p w14:paraId="1AFFC904" w14:textId="77777777" w:rsidR="00C765C9" w:rsidRDefault="00C765C9">
      <w:pPr>
        <w:spacing w:after="0"/>
      </w:pPr>
    </w:p>
    <w:p w14:paraId="61CF6748" w14:textId="77777777" w:rsidR="00C765C9" w:rsidRDefault="00C0551D">
      <w:pPr>
        <w:spacing w:after="0"/>
      </w:pPr>
      <w:r>
        <w:rPr>
          <w:rFonts w:ascii="Arial" w:hAnsi="Arial"/>
          <w:b/>
        </w:rPr>
        <w:t xml:space="preserve">Ira  </w:t>
      </w:r>
      <w:r>
        <w:rPr>
          <w:rFonts w:ascii="Arial" w:hAnsi="Arial"/>
          <w:color w:val="5D7284"/>
        </w:rPr>
        <w:t>07:25</w:t>
      </w:r>
    </w:p>
    <w:p w14:paraId="6CBA2446" w14:textId="77777777" w:rsidR="00C765C9" w:rsidRDefault="00C0551D">
      <w:pPr>
        <w:spacing w:after="0"/>
      </w:pPr>
      <w:r>
        <w:rPr>
          <w:rFonts w:ascii="Arial" w:hAnsi="Arial"/>
        </w:rPr>
        <w:t>Oh, for su</w:t>
      </w:r>
      <w:r>
        <w:rPr>
          <w:rFonts w:ascii="Arial" w:hAnsi="Arial"/>
        </w:rPr>
        <w:t xml:space="preserve">re. I always like wrote even like, in especially growing up, like, as a teenager I would write you know, like the angsty poetry stuff. I did a lot of that. And honestly, it was like, doing that and playing music kind of like that me through. </w:t>
      </w:r>
    </w:p>
    <w:p w14:paraId="3C0E7995" w14:textId="77777777" w:rsidR="00C765C9" w:rsidRDefault="00C765C9">
      <w:pPr>
        <w:spacing w:after="0"/>
      </w:pPr>
    </w:p>
    <w:p w14:paraId="125B0F31" w14:textId="77777777" w:rsidR="00C765C9" w:rsidRDefault="00C0551D">
      <w:pPr>
        <w:spacing w:after="0"/>
      </w:pPr>
      <w:r>
        <w:rPr>
          <w:rFonts w:ascii="Arial" w:hAnsi="Arial"/>
          <w:b/>
        </w:rPr>
        <w:t xml:space="preserve">Lucy  </w:t>
      </w:r>
      <w:r>
        <w:rPr>
          <w:rFonts w:ascii="Arial" w:hAnsi="Arial"/>
          <w:color w:val="5D7284"/>
        </w:rPr>
        <w:t>07:39</w:t>
      </w:r>
    </w:p>
    <w:p w14:paraId="4A6277E8" w14:textId="77777777" w:rsidR="00C765C9" w:rsidRDefault="00C0551D">
      <w:pPr>
        <w:spacing w:after="0"/>
      </w:pPr>
      <w:r>
        <w:rPr>
          <w:rFonts w:ascii="Arial" w:hAnsi="Arial"/>
        </w:rPr>
        <w:t xml:space="preserve">Yeah, </w:t>
      </w:r>
    </w:p>
    <w:p w14:paraId="3E9EE675" w14:textId="77777777" w:rsidR="00C765C9" w:rsidRDefault="00C765C9">
      <w:pPr>
        <w:spacing w:after="0"/>
      </w:pPr>
    </w:p>
    <w:p w14:paraId="70FBF4E9" w14:textId="77777777" w:rsidR="00C765C9" w:rsidRDefault="00C0551D">
      <w:pPr>
        <w:spacing w:after="0"/>
      </w:pPr>
      <w:r>
        <w:rPr>
          <w:rFonts w:ascii="Arial" w:hAnsi="Arial"/>
          <w:b/>
        </w:rPr>
        <w:t xml:space="preserve">Ira  </w:t>
      </w:r>
      <w:r>
        <w:rPr>
          <w:rFonts w:ascii="Arial" w:hAnsi="Arial"/>
          <w:color w:val="5D7284"/>
        </w:rPr>
        <w:t>07:40</w:t>
      </w:r>
    </w:p>
    <w:p w14:paraId="0CEF89C1" w14:textId="77777777" w:rsidR="00C765C9" w:rsidRDefault="00C0551D">
      <w:pPr>
        <w:spacing w:after="0"/>
      </w:pPr>
      <w:r>
        <w:rPr>
          <w:rFonts w:ascii="Arial" w:hAnsi="Arial"/>
        </w:rPr>
        <w:t xml:space="preserve">being a teenager, like, through like, Junior High in high school with like, you know, being autistic and all that. But yeah, can't </w:t>
      </w:r>
      <w:proofErr w:type="gramStart"/>
      <w:r>
        <w:rPr>
          <w:rFonts w:ascii="Arial" w:hAnsi="Arial"/>
        </w:rPr>
        <w:t>actually answer</w:t>
      </w:r>
      <w:proofErr w:type="gramEnd"/>
      <w:r>
        <w:rPr>
          <w:rFonts w:ascii="Arial" w:hAnsi="Arial"/>
        </w:rPr>
        <w:t xml:space="preserve"> the original question. For me, so blogging initially was like me processing my diagnosis, </w:t>
      </w:r>
      <w:r>
        <w:rPr>
          <w:rFonts w:ascii="Arial" w:hAnsi="Arial"/>
        </w:rPr>
        <w:t xml:space="preserve">like not even diagnosis, but finding out I was autistic in the first place. And </w:t>
      </w:r>
      <w:r>
        <w:rPr>
          <w:rFonts w:ascii="Arial" w:hAnsi="Arial"/>
        </w:rPr>
        <w:lastRenderedPageBreak/>
        <w:t xml:space="preserve">then like, eventually, I was like, Oh, this seems to be also helpful to people understand us, and there were people commenting and like sharing that stuff. And </w:t>
      </w:r>
      <w:proofErr w:type="gramStart"/>
      <w:r>
        <w:rPr>
          <w:rFonts w:ascii="Arial" w:hAnsi="Arial"/>
        </w:rPr>
        <w:t>so</w:t>
      </w:r>
      <w:proofErr w:type="gramEnd"/>
      <w:r>
        <w:rPr>
          <w:rFonts w:ascii="Arial" w:hAnsi="Arial"/>
        </w:rPr>
        <w:t xml:space="preserve"> then it start</w:t>
      </w:r>
      <w:r>
        <w:rPr>
          <w:rFonts w:ascii="Arial" w:hAnsi="Arial"/>
        </w:rPr>
        <w:t xml:space="preserve">ed to be like, here are things neurotypical people can do to like, help autistic people. And then I started getting into like, social media more and then found there are a lot of parents who, like, started asking me questions and stuff. And </w:t>
      </w:r>
      <w:proofErr w:type="gramStart"/>
      <w:r>
        <w:rPr>
          <w:rFonts w:ascii="Arial" w:hAnsi="Arial"/>
        </w:rPr>
        <w:t>so</w:t>
      </w:r>
      <w:proofErr w:type="gramEnd"/>
      <w:r>
        <w:rPr>
          <w:rFonts w:ascii="Arial" w:hAnsi="Arial"/>
        </w:rPr>
        <w:t xml:space="preserve"> I write some</w:t>
      </w:r>
      <w:r>
        <w:rPr>
          <w:rFonts w:ascii="Arial" w:hAnsi="Arial"/>
        </w:rPr>
        <w:t xml:space="preserve"> things that are more pointed towards parents, but it's always like help, like, there are plenty of autistic adults who comment and they're like, this would be really helpful for literally any autistic person, but like, it's just framed as like parent and </w:t>
      </w:r>
      <w:r>
        <w:rPr>
          <w:rFonts w:ascii="Arial" w:hAnsi="Arial"/>
        </w:rPr>
        <w:t xml:space="preserve">child. So that like parents, yeah, to the resource. But </w:t>
      </w:r>
      <w:proofErr w:type="gramStart"/>
      <w:r>
        <w:rPr>
          <w:rFonts w:ascii="Arial" w:hAnsi="Arial"/>
        </w:rPr>
        <w:t>so</w:t>
      </w:r>
      <w:proofErr w:type="gramEnd"/>
      <w:r>
        <w:rPr>
          <w:rFonts w:ascii="Arial" w:hAnsi="Arial"/>
        </w:rPr>
        <w:t xml:space="preserve"> I have kind of like a mix of those things that like, this is how like neurotypical people interpret autistic adults and what it's like to be an autistic adult. And then like, my own, like processin</w:t>
      </w:r>
      <w:r>
        <w:rPr>
          <w:rFonts w:ascii="Arial" w:hAnsi="Arial"/>
        </w:rPr>
        <w:t xml:space="preserve">g of autistic masking and burnout, and like, identity formation, right? Like, you </w:t>
      </w:r>
      <w:proofErr w:type="gramStart"/>
      <w:r>
        <w:rPr>
          <w:rFonts w:ascii="Arial" w:hAnsi="Arial"/>
        </w:rPr>
        <w:t>have to</w:t>
      </w:r>
      <w:proofErr w:type="gramEnd"/>
      <w:r>
        <w:rPr>
          <w:rFonts w:ascii="Arial" w:hAnsi="Arial"/>
        </w:rPr>
        <w:t xml:space="preserve"> reform your identity. When you find out you're autistic. Because you it's like, your life, like plays backwards over several months, and you </w:t>
      </w:r>
      <w:proofErr w:type="spellStart"/>
      <w:r>
        <w:rPr>
          <w:rFonts w:ascii="Arial" w:hAnsi="Arial"/>
        </w:rPr>
        <w:t>realise</w:t>
      </w:r>
      <w:proofErr w:type="spellEnd"/>
      <w:r>
        <w:rPr>
          <w:rFonts w:ascii="Arial" w:hAnsi="Arial"/>
        </w:rPr>
        <w:t xml:space="preserve"> like, Oh, no, tha</w:t>
      </w:r>
      <w:r>
        <w:rPr>
          <w:rFonts w:ascii="Arial" w:hAnsi="Arial"/>
        </w:rPr>
        <w:t xml:space="preserve">t's what happened. Like, this is what happened in that interaction. And </w:t>
      </w:r>
      <w:proofErr w:type="gramStart"/>
      <w:r>
        <w:rPr>
          <w:rFonts w:ascii="Arial" w:hAnsi="Arial"/>
        </w:rPr>
        <w:t>this is why</w:t>
      </w:r>
      <w:proofErr w:type="gramEnd"/>
      <w:r>
        <w:rPr>
          <w:rFonts w:ascii="Arial" w:hAnsi="Arial"/>
        </w:rPr>
        <w:t xml:space="preserve"> they responded that way. Or </w:t>
      </w:r>
      <w:proofErr w:type="gramStart"/>
      <w:r>
        <w:rPr>
          <w:rFonts w:ascii="Arial" w:hAnsi="Arial"/>
        </w:rPr>
        <w:t>this is why</w:t>
      </w:r>
      <w:proofErr w:type="gramEnd"/>
      <w:r>
        <w:rPr>
          <w:rFonts w:ascii="Arial" w:hAnsi="Arial"/>
        </w:rPr>
        <w:t xml:space="preserve"> I thought I had to like, be a human or whatever, pretend. And when I went out or something, </w:t>
      </w:r>
      <w:proofErr w:type="gramStart"/>
      <w:r>
        <w:rPr>
          <w:rFonts w:ascii="Arial" w:hAnsi="Arial"/>
        </w:rPr>
        <w:t>this is why</w:t>
      </w:r>
      <w:proofErr w:type="gramEnd"/>
      <w:r>
        <w:rPr>
          <w:rFonts w:ascii="Arial" w:hAnsi="Arial"/>
        </w:rPr>
        <w:t xml:space="preserve"> he like he just start learni</w:t>
      </w:r>
      <w:r>
        <w:rPr>
          <w:rFonts w:ascii="Arial" w:hAnsi="Arial"/>
        </w:rPr>
        <w:t xml:space="preserve">ng so many things. Like for example, I didn't know that like, I have hyperacusis, which is </w:t>
      </w:r>
      <w:proofErr w:type="gramStart"/>
      <w:r>
        <w:rPr>
          <w:rFonts w:ascii="Arial" w:hAnsi="Arial"/>
        </w:rPr>
        <w:t>very likely</w:t>
      </w:r>
      <w:proofErr w:type="gramEnd"/>
      <w:r>
        <w:rPr>
          <w:rFonts w:ascii="Arial" w:hAnsi="Arial"/>
        </w:rPr>
        <w:t xml:space="preserve"> associated to being autistic, like genetically, even though it's not really well researched. But that's like the </w:t>
      </w:r>
      <w:proofErr w:type="spellStart"/>
      <w:r>
        <w:rPr>
          <w:rFonts w:ascii="Arial" w:hAnsi="Arial"/>
        </w:rPr>
        <w:t>the</w:t>
      </w:r>
      <w:proofErr w:type="spellEnd"/>
      <w:r>
        <w:rPr>
          <w:rFonts w:ascii="Arial" w:hAnsi="Arial"/>
        </w:rPr>
        <w:t xml:space="preserve"> most recent theory or whatever. And </w:t>
      </w:r>
      <w:r>
        <w:rPr>
          <w:rFonts w:ascii="Arial" w:hAnsi="Arial"/>
        </w:rPr>
        <w:t xml:space="preserve">I thought that everyone had pain with loud noises and that we're all pretending also, to like </w:t>
      </w:r>
      <w:proofErr w:type="gramStart"/>
      <w:r>
        <w:rPr>
          <w:rFonts w:ascii="Arial" w:hAnsi="Arial"/>
        </w:rPr>
        <w:t>pretend</w:t>
      </w:r>
      <w:proofErr w:type="gramEnd"/>
      <w:r>
        <w:rPr>
          <w:rFonts w:ascii="Arial" w:hAnsi="Arial"/>
        </w:rPr>
        <w:t xml:space="preserve"> not to like look somewhere if I heard a sound because no one else heard it. </w:t>
      </w:r>
    </w:p>
    <w:p w14:paraId="5C84755F" w14:textId="77777777" w:rsidR="00C765C9" w:rsidRDefault="00C765C9">
      <w:pPr>
        <w:spacing w:after="0"/>
      </w:pPr>
    </w:p>
    <w:p w14:paraId="6097A98F" w14:textId="77777777" w:rsidR="00C765C9" w:rsidRDefault="00C0551D">
      <w:pPr>
        <w:spacing w:after="0"/>
      </w:pPr>
      <w:r>
        <w:rPr>
          <w:rFonts w:ascii="Arial" w:hAnsi="Arial"/>
          <w:b/>
        </w:rPr>
        <w:t xml:space="preserve">Alice  </w:t>
      </w:r>
      <w:r>
        <w:rPr>
          <w:rFonts w:ascii="Arial" w:hAnsi="Arial"/>
          <w:color w:val="5D7284"/>
        </w:rPr>
        <w:t>08:47</w:t>
      </w:r>
    </w:p>
    <w:p w14:paraId="3550A9F1" w14:textId="77777777" w:rsidR="00C765C9" w:rsidRDefault="00C0551D">
      <w:pPr>
        <w:spacing w:after="0"/>
      </w:pPr>
      <w:r>
        <w:rPr>
          <w:rFonts w:ascii="Arial" w:hAnsi="Arial"/>
        </w:rPr>
        <w:t>Hmm.</w:t>
      </w:r>
    </w:p>
    <w:p w14:paraId="729457F7" w14:textId="77777777" w:rsidR="00C765C9" w:rsidRDefault="00C765C9">
      <w:pPr>
        <w:spacing w:after="0"/>
      </w:pPr>
    </w:p>
    <w:p w14:paraId="3FFFA1A1" w14:textId="77777777" w:rsidR="00C765C9" w:rsidRDefault="00C0551D">
      <w:pPr>
        <w:spacing w:after="0"/>
      </w:pPr>
      <w:r>
        <w:rPr>
          <w:rFonts w:ascii="Arial" w:hAnsi="Arial"/>
          <w:b/>
        </w:rPr>
        <w:t xml:space="preserve">Ira  </w:t>
      </w:r>
      <w:r>
        <w:rPr>
          <w:rFonts w:ascii="Arial" w:hAnsi="Arial"/>
          <w:color w:val="5D7284"/>
        </w:rPr>
        <w:t>09:39</w:t>
      </w:r>
    </w:p>
    <w:p w14:paraId="4CE883EA" w14:textId="77777777" w:rsidR="00C765C9" w:rsidRDefault="00C0551D">
      <w:pPr>
        <w:spacing w:after="0"/>
      </w:pPr>
      <w:r>
        <w:rPr>
          <w:rFonts w:ascii="Arial" w:hAnsi="Arial"/>
        </w:rPr>
        <w:t xml:space="preserve"> And then if there was like a bus passing by, I had to like </w:t>
      </w:r>
      <w:proofErr w:type="gramStart"/>
      <w:r>
        <w:rPr>
          <w:rFonts w:ascii="Arial" w:hAnsi="Arial"/>
        </w:rPr>
        <w:t>pretend</w:t>
      </w:r>
      <w:proofErr w:type="gramEnd"/>
      <w:r>
        <w:rPr>
          <w:rFonts w:ascii="Arial" w:hAnsi="Arial"/>
        </w:rPr>
        <w:t xml:space="preserve"> not to flinch because I'll like, like, blink Or, like, close my eyes. And I thought everyone did that. Because we're always taught that our brains work the same way. So that's one of my go</w:t>
      </w:r>
      <w:r>
        <w:rPr>
          <w:rFonts w:ascii="Arial" w:hAnsi="Arial"/>
        </w:rPr>
        <w:t xml:space="preserve">als is to be like, people's brains don't work the same way, and we don't talk about it. And that's why this happens. And that's why like, we </w:t>
      </w:r>
      <w:proofErr w:type="gramStart"/>
      <w:r>
        <w:rPr>
          <w:rFonts w:ascii="Arial" w:hAnsi="Arial"/>
        </w:rPr>
        <w:t>have to</w:t>
      </w:r>
      <w:proofErr w:type="gramEnd"/>
      <w:r>
        <w:rPr>
          <w:rFonts w:ascii="Arial" w:hAnsi="Arial"/>
        </w:rPr>
        <w:t xml:space="preserve"> pretend to not be in pain physically. And it's reinforced. Because when you tell someone like, Oh, I don't </w:t>
      </w:r>
      <w:r>
        <w:rPr>
          <w:rFonts w:ascii="Arial" w:hAnsi="Arial"/>
        </w:rPr>
        <w:t>like the sound, they just think you're that you don't like it. But like, I didn't have the words to really hurt my ears physically. Like, it feels like a knife stabbing my eardrum. Like, I couldn't say that because I was just like, everyone, this happens t</w:t>
      </w:r>
      <w:r>
        <w:rPr>
          <w:rFonts w:ascii="Arial" w:hAnsi="Arial"/>
        </w:rPr>
        <w:t>o everyone. Right? Like,</w:t>
      </w:r>
    </w:p>
    <w:p w14:paraId="0F198D77" w14:textId="77777777" w:rsidR="00C765C9" w:rsidRDefault="00C765C9">
      <w:pPr>
        <w:spacing w:after="0"/>
      </w:pPr>
    </w:p>
    <w:p w14:paraId="6254BF75" w14:textId="77777777" w:rsidR="00C765C9" w:rsidRDefault="00C0551D">
      <w:pPr>
        <w:spacing w:after="0"/>
      </w:pPr>
      <w:r>
        <w:rPr>
          <w:rFonts w:ascii="Arial" w:hAnsi="Arial"/>
          <w:b/>
        </w:rPr>
        <w:t xml:space="preserve">Alice  </w:t>
      </w:r>
      <w:r>
        <w:rPr>
          <w:rFonts w:ascii="Arial" w:hAnsi="Arial"/>
          <w:color w:val="5D7284"/>
        </w:rPr>
        <w:t>10:42</w:t>
      </w:r>
    </w:p>
    <w:p w14:paraId="6841D24E" w14:textId="77777777" w:rsidR="00C765C9" w:rsidRDefault="00C0551D">
      <w:pPr>
        <w:spacing w:after="0"/>
      </w:pPr>
      <w:r>
        <w:rPr>
          <w:rFonts w:ascii="Arial" w:hAnsi="Arial"/>
        </w:rPr>
        <w:t xml:space="preserve">I think it's there's a lot of overlap with people sort of experience with mental health there as well is that, particularly if you have a trauma or something that happens to you as a child, you just grow up. And that </w:t>
      </w:r>
      <w:r>
        <w:rPr>
          <w:rFonts w:ascii="Arial" w:hAnsi="Arial"/>
        </w:rPr>
        <w:t xml:space="preserve">is, it's not until somebody points out to you that that's not how everybody else functions, or that's not how everybody else copes. That's an, you know, not necessarily a healthy </w:t>
      </w:r>
      <w:proofErr w:type="spellStart"/>
      <w:r>
        <w:rPr>
          <w:rFonts w:ascii="Arial" w:hAnsi="Arial"/>
        </w:rPr>
        <w:t>behaviour</w:t>
      </w:r>
      <w:proofErr w:type="spellEnd"/>
      <w:r>
        <w:rPr>
          <w:rFonts w:ascii="Arial" w:hAnsi="Arial"/>
        </w:rPr>
        <w:t xml:space="preserve"> that you kind of go, Wait, not everybody cries himself to sleep at </w:t>
      </w:r>
      <w:r>
        <w:rPr>
          <w:rFonts w:ascii="Arial" w:hAnsi="Arial"/>
        </w:rPr>
        <w:t xml:space="preserve">night, or something like that, you know, whatever it is. So I think you know, what you're doing with your blog and stuff like that is even if it is just encouraging people to ask those questions and not </w:t>
      </w:r>
      <w:proofErr w:type="spellStart"/>
      <w:r>
        <w:rPr>
          <w:rFonts w:ascii="Arial" w:hAnsi="Arial"/>
        </w:rPr>
        <w:t>not</w:t>
      </w:r>
      <w:proofErr w:type="spellEnd"/>
      <w:r>
        <w:rPr>
          <w:rFonts w:ascii="Arial" w:hAnsi="Arial"/>
        </w:rPr>
        <w:t xml:space="preserve"> give people those weird looks and go, What do you</w:t>
      </w:r>
      <w:r>
        <w:rPr>
          <w:rFonts w:ascii="Arial" w:hAnsi="Arial"/>
        </w:rPr>
        <w:t xml:space="preserve"> mean, it hurts your ears, but actually sort of stop and say, Okay, well tell me about that and be open to the difference of experience, regardless of whether that experience is caused by neurodiversity, or mental health, or disability </w:t>
      </w:r>
    </w:p>
    <w:p w14:paraId="402DDC44" w14:textId="77777777" w:rsidR="00C765C9" w:rsidRDefault="00C765C9">
      <w:pPr>
        <w:spacing w:after="0"/>
      </w:pPr>
    </w:p>
    <w:p w14:paraId="3A68060E" w14:textId="77777777" w:rsidR="00C765C9" w:rsidRDefault="00C0551D">
      <w:pPr>
        <w:spacing w:after="0"/>
      </w:pPr>
      <w:r>
        <w:rPr>
          <w:rFonts w:ascii="Arial" w:hAnsi="Arial"/>
          <w:b/>
        </w:rPr>
        <w:lastRenderedPageBreak/>
        <w:t xml:space="preserve">Lucy  </w:t>
      </w:r>
      <w:r>
        <w:rPr>
          <w:rFonts w:ascii="Arial" w:hAnsi="Arial"/>
          <w:color w:val="5D7284"/>
        </w:rPr>
        <w:t>11:36</w:t>
      </w:r>
    </w:p>
    <w:p w14:paraId="43BD0966" w14:textId="77777777" w:rsidR="00C765C9" w:rsidRDefault="00C0551D">
      <w:pPr>
        <w:spacing w:after="0"/>
      </w:pPr>
      <w:r>
        <w:rPr>
          <w:rFonts w:ascii="Arial" w:hAnsi="Arial"/>
        </w:rPr>
        <w:t xml:space="preserve">Can I </w:t>
      </w:r>
      <w:r>
        <w:rPr>
          <w:rFonts w:ascii="Arial" w:hAnsi="Arial"/>
        </w:rPr>
        <w:t xml:space="preserve">just say, as well that I have cerebral palsy? I'm saying that for I was benefit, because I've rewired No, but yeah, so I've got cerebral palsy. </w:t>
      </w:r>
      <w:proofErr w:type="gramStart"/>
      <w:r>
        <w:rPr>
          <w:rFonts w:ascii="Arial" w:hAnsi="Arial"/>
        </w:rPr>
        <w:t>So</w:t>
      </w:r>
      <w:proofErr w:type="gramEnd"/>
      <w:r>
        <w:rPr>
          <w:rFonts w:ascii="Arial" w:hAnsi="Arial"/>
        </w:rPr>
        <w:t xml:space="preserve"> a side effect of the cerebral palsy is startle reflex. </w:t>
      </w:r>
      <w:proofErr w:type="gramStart"/>
      <w:r>
        <w:rPr>
          <w:rFonts w:ascii="Arial" w:hAnsi="Arial"/>
        </w:rPr>
        <w:t>So</w:t>
      </w:r>
      <w:proofErr w:type="gramEnd"/>
      <w:r>
        <w:rPr>
          <w:rFonts w:ascii="Arial" w:hAnsi="Arial"/>
        </w:rPr>
        <w:t xml:space="preserve"> I will jump any loud noise. If we were to sit quiet</w:t>
      </w:r>
      <w:r>
        <w:rPr>
          <w:rFonts w:ascii="Arial" w:hAnsi="Arial"/>
        </w:rPr>
        <w:t xml:space="preserve"> for five minutes now and then somebody go all right, loose, I'd probably jump out of my skin. When we log on to </w:t>
      </w:r>
      <w:proofErr w:type="spellStart"/>
      <w:r>
        <w:rPr>
          <w:rFonts w:ascii="Arial" w:hAnsi="Arial"/>
        </w:rPr>
        <w:t>squadcast</w:t>
      </w:r>
      <w:proofErr w:type="spellEnd"/>
      <w:r>
        <w:rPr>
          <w:rFonts w:ascii="Arial" w:hAnsi="Arial"/>
        </w:rPr>
        <w:t>, which is a podcast recording, you might have heard that noise that it plays to let you know that you're in the recording room. Every</w:t>
      </w:r>
      <w:r>
        <w:rPr>
          <w:rFonts w:ascii="Arial" w:hAnsi="Arial"/>
        </w:rPr>
        <w:t xml:space="preserve"> time that goes off, it makes me jump out of my skin. And for years, I thought that was just me. And then I met somebody else cerebral palsy who I'd work with, and she went No, no. So that's a disabled person. That's the </w:t>
      </w:r>
      <w:proofErr w:type="spellStart"/>
      <w:r>
        <w:rPr>
          <w:rFonts w:ascii="Arial" w:hAnsi="Arial"/>
        </w:rPr>
        <w:t>Cerebal</w:t>
      </w:r>
      <w:proofErr w:type="spellEnd"/>
      <w:r>
        <w:rPr>
          <w:rFonts w:ascii="Arial" w:hAnsi="Arial"/>
        </w:rPr>
        <w:t xml:space="preserve"> Palsy . I you know, when I </w:t>
      </w:r>
      <w:r>
        <w:rPr>
          <w:rFonts w:ascii="Arial" w:hAnsi="Arial"/>
        </w:rPr>
        <w:t xml:space="preserve">when you meet somebody </w:t>
      </w:r>
      <w:proofErr w:type="gramStart"/>
      <w:r>
        <w:rPr>
          <w:rFonts w:ascii="Arial" w:hAnsi="Arial"/>
        </w:rPr>
        <w:t>that actually, now</w:t>
      </w:r>
      <w:proofErr w:type="gramEnd"/>
      <w:r>
        <w:rPr>
          <w:rFonts w:ascii="Arial" w:hAnsi="Arial"/>
        </w:rPr>
        <w:t xml:space="preserve"> I have to think okay, that is just me being weird. And you know what I mean to you that it's not just your brain being an idiot making you look foolish,</w:t>
      </w:r>
    </w:p>
    <w:p w14:paraId="461E5E61" w14:textId="77777777" w:rsidR="00C765C9" w:rsidRDefault="00C765C9">
      <w:pPr>
        <w:spacing w:after="0"/>
      </w:pPr>
    </w:p>
    <w:p w14:paraId="16177E4A" w14:textId="77777777" w:rsidR="00C765C9" w:rsidRDefault="00C0551D">
      <w:pPr>
        <w:spacing w:after="0"/>
      </w:pPr>
      <w:r>
        <w:rPr>
          <w:rFonts w:ascii="Arial" w:hAnsi="Arial"/>
          <w:b/>
        </w:rPr>
        <w:t xml:space="preserve">Ira  </w:t>
      </w:r>
      <w:r>
        <w:rPr>
          <w:rFonts w:ascii="Arial" w:hAnsi="Arial"/>
          <w:color w:val="5D7284"/>
        </w:rPr>
        <w:t>12:46</w:t>
      </w:r>
    </w:p>
    <w:p w14:paraId="1E54A890" w14:textId="77777777" w:rsidR="00C765C9" w:rsidRDefault="00C0551D">
      <w:pPr>
        <w:spacing w:after="0"/>
      </w:pPr>
      <w:r>
        <w:rPr>
          <w:rFonts w:ascii="Arial" w:hAnsi="Arial"/>
        </w:rPr>
        <w:t>nearly every time I post about hyperacusis? Becau</w:t>
      </w:r>
      <w:r>
        <w:rPr>
          <w:rFonts w:ascii="Arial" w:hAnsi="Arial"/>
        </w:rPr>
        <w:t xml:space="preserve">se that's what the term is right? pain with loud sounds nearly every time I post that on Twitter, I'll get a reply going. Thank you for letting me know what that is. I was trying to I </w:t>
      </w:r>
      <w:proofErr w:type="gramStart"/>
      <w:r>
        <w:rPr>
          <w:rFonts w:ascii="Arial" w:hAnsi="Arial"/>
        </w:rPr>
        <w:t>have,</w:t>
      </w:r>
      <w:proofErr w:type="gramEnd"/>
      <w:r>
        <w:rPr>
          <w:rFonts w:ascii="Arial" w:hAnsi="Arial"/>
        </w:rPr>
        <w:t xml:space="preserve"> I don't know what it is. And, you know, it's from it's not even. I</w:t>
      </w:r>
      <w:r>
        <w:rPr>
          <w:rFonts w:ascii="Arial" w:hAnsi="Arial"/>
        </w:rPr>
        <w:t>t's not all autistic people, obviously, like, people with hearing loss can have hyperacusis people with ADHD will post and say, Oh, I have that too. I'm not autistic. But I have that too. And like, you know, people have sensory processing disorder, all the</w:t>
      </w:r>
      <w:r>
        <w:rPr>
          <w:rFonts w:ascii="Arial" w:hAnsi="Arial"/>
        </w:rPr>
        <w:t xml:space="preserve">se other all these other people have who have disabilities? Well, we'll be like, I've never heard of </w:t>
      </w:r>
      <w:proofErr w:type="gramStart"/>
      <w:r>
        <w:rPr>
          <w:rFonts w:ascii="Arial" w:hAnsi="Arial"/>
        </w:rPr>
        <w:t>this, because</w:t>
      </w:r>
      <w:proofErr w:type="gramEnd"/>
      <w:r>
        <w:rPr>
          <w:rFonts w:ascii="Arial" w:hAnsi="Arial"/>
        </w:rPr>
        <w:t xml:space="preserve"> no one talks about it. And it's just, it's, I'm sure they appreciate that. But I feel like I should every week just say this </w:t>
      </w:r>
      <w:proofErr w:type="gramStart"/>
      <w:r>
        <w:rPr>
          <w:rFonts w:ascii="Arial" w:hAnsi="Arial"/>
        </w:rPr>
        <w:t>is</w:t>
      </w:r>
      <w:proofErr w:type="gramEnd"/>
    </w:p>
    <w:p w14:paraId="30D36153" w14:textId="77777777" w:rsidR="00C765C9" w:rsidRDefault="00C765C9">
      <w:pPr>
        <w:spacing w:after="0"/>
      </w:pPr>
    </w:p>
    <w:p w14:paraId="38496BCB" w14:textId="77777777" w:rsidR="00C765C9" w:rsidRDefault="00C0551D">
      <w:pPr>
        <w:spacing w:after="0"/>
      </w:pPr>
      <w:r>
        <w:rPr>
          <w:rFonts w:ascii="Arial" w:hAnsi="Arial"/>
          <w:b/>
        </w:rPr>
        <w:t xml:space="preserve">Alice  </w:t>
      </w:r>
      <w:r>
        <w:rPr>
          <w:rFonts w:ascii="Arial" w:hAnsi="Arial"/>
          <w:color w:val="5D7284"/>
        </w:rPr>
        <w:t>13:35</w:t>
      </w:r>
    </w:p>
    <w:p w14:paraId="73B91EE3" w14:textId="77777777" w:rsidR="00C765C9" w:rsidRDefault="00C0551D">
      <w:pPr>
        <w:spacing w:after="0"/>
      </w:pPr>
      <w:r>
        <w:rPr>
          <w:rFonts w:ascii="Arial" w:hAnsi="Arial"/>
        </w:rPr>
        <w:t xml:space="preserve">a public service announcement. Tell your </w:t>
      </w:r>
      <w:proofErr w:type="gramStart"/>
      <w:r>
        <w:rPr>
          <w:rFonts w:ascii="Arial" w:hAnsi="Arial"/>
        </w:rPr>
        <w:t>friends</w:t>
      </w:r>
      <w:proofErr w:type="gramEnd"/>
    </w:p>
    <w:p w14:paraId="1FE2E9FF" w14:textId="77777777" w:rsidR="00C765C9" w:rsidRDefault="00C765C9">
      <w:pPr>
        <w:spacing w:after="0"/>
      </w:pPr>
    </w:p>
    <w:p w14:paraId="5F37951B" w14:textId="77777777" w:rsidR="00C765C9" w:rsidRDefault="00C0551D">
      <w:pPr>
        <w:spacing w:after="0"/>
      </w:pPr>
      <w:r>
        <w:rPr>
          <w:rFonts w:ascii="Arial" w:hAnsi="Arial"/>
          <w:b/>
        </w:rPr>
        <w:t xml:space="preserve">Lucy  </w:t>
      </w:r>
      <w:r>
        <w:rPr>
          <w:rFonts w:ascii="Arial" w:hAnsi="Arial"/>
          <w:color w:val="5D7284"/>
        </w:rPr>
        <w:t>13:38</w:t>
      </w:r>
    </w:p>
    <w:p w14:paraId="726012DC" w14:textId="77777777" w:rsidR="00C765C9" w:rsidRDefault="00C0551D">
      <w:pPr>
        <w:spacing w:after="0"/>
      </w:pPr>
      <w:r>
        <w:rPr>
          <w:rFonts w:ascii="Arial" w:hAnsi="Arial"/>
        </w:rPr>
        <w:t xml:space="preserve">do you also as well sort of get a bit like too noisy? Just like okay, just </w:t>
      </w:r>
      <w:proofErr w:type="spellStart"/>
      <w:r>
        <w:rPr>
          <w:rFonts w:ascii="Arial" w:hAnsi="Arial"/>
        </w:rPr>
        <w:t>just</w:t>
      </w:r>
      <w:proofErr w:type="spellEnd"/>
      <w:r>
        <w:rPr>
          <w:rFonts w:ascii="Arial" w:hAnsi="Arial"/>
        </w:rPr>
        <w:t xml:space="preserve"> everybody be quiet? That's because I get that. Yeah,</w:t>
      </w:r>
    </w:p>
    <w:p w14:paraId="6AC06AE5" w14:textId="77777777" w:rsidR="00C765C9" w:rsidRDefault="00C765C9">
      <w:pPr>
        <w:spacing w:after="0"/>
      </w:pPr>
    </w:p>
    <w:p w14:paraId="72D1BF76" w14:textId="77777777" w:rsidR="00C765C9" w:rsidRDefault="00C0551D">
      <w:pPr>
        <w:spacing w:after="0"/>
      </w:pPr>
      <w:r>
        <w:rPr>
          <w:rFonts w:ascii="Arial" w:hAnsi="Arial"/>
          <w:b/>
        </w:rPr>
        <w:t xml:space="preserve">Ira  </w:t>
      </w:r>
      <w:r>
        <w:rPr>
          <w:rFonts w:ascii="Arial" w:hAnsi="Arial"/>
          <w:color w:val="5D7284"/>
        </w:rPr>
        <w:t>13:47</w:t>
      </w:r>
    </w:p>
    <w:p w14:paraId="73AAFDC3" w14:textId="77777777" w:rsidR="00C765C9" w:rsidRDefault="00C0551D">
      <w:pPr>
        <w:spacing w:after="0"/>
      </w:pPr>
      <w:r>
        <w:rPr>
          <w:rFonts w:ascii="Arial" w:hAnsi="Arial"/>
        </w:rPr>
        <w:t xml:space="preserve">I mean, I wear ear protection, since so I had </w:t>
      </w:r>
      <w:r>
        <w:rPr>
          <w:rFonts w:ascii="Arial" w:hAnsi="Arial"/>
        </w:rPr>
        <w:t xml:space="preserve">huge anxiety with sounds and like going out to like, if I go out and what, even out of the house like growing up, like because I never knew if I was </w:t>
      </w:r>
      <w:proofErr w:type="spellStart"/>
      <w:r>
        <w:rPr>
          <w:rFonts w:ascii="Arial" w:hAnsi="Arial"/>
        </w:rPr>
        <w:t>gonna</w:t>
      </w:r>
      <w:proofErr w:type="spellEnd"/>
      <w:r>
        <w:rPr>
          <w:rFonts w:ascii="Arial" w:hAnsi="Arial"/>
        </w:rPr>
        <w:t xml:space="preserve"> </w:t>
      </w:r>
      <w:proofErr w:type="gramStart"/>
      <w:r>
        <w:rPr>
          <w:rFonts w:ascii="Arial" w:hAnsi="Arial"/>
        </w:rPr>
        <w:t>have to</w:t>
      </w:r>
      <w:proofErr w:type="gramEnd"/>
      <w:r>
        <w:rPr>
          <w:rFonts w:ascii="Arial" w:hAnsi="Arial"/>
        </w:rPr>
        <w:t xml:space="preserve"> be in pain, like I never knew if..., Like I didn't know the environment. And so like, I just </w:t>
      </w:r>
      <w:r>
        <w:rPr>
          <w:rFonts w:ascii="Arial" w:hAnsi="Arial"/>
        </w:rPr>
        <w:t xml:space="preserve">went in being like, I don't like I had this fear of being in pain and since </w:t>
      </w:r>
      <w:proofErr w:type="spellStart"/>
      <w:r>
        <w:rPr>
          <w:rFonts w:ascii="Arial" w:hAnsi="Arial"/>
        </w:rPr>
        <w:t>since</w:t>
      </w:r>
      <w:proofErr w:type="spellEnd"/>
      <w:r>
        <w:rPr>
          <w:rFonts w:ascii="Arial" w:hAnsi="Arial"/>
        </w:rPr>
        <w:t xml:space="preserve"> like accommodating that and wearing ear protection and just having it like not even necessarily always wearing </w:t>
      </w:r>
      <w:proofErr w:type="gramStart"/>
      <w:r>
        <w:rPr>
          <w:rFonts w:ascii="Arial" w:hAnsi="Arial"/>
        </w:rPr>
        <w:t>it, but</w:t>
      </w:r>
      <w:proofErr w:type="gramEnd"/>
      <w:r>
        <w:rPr>
          <w:rFonts w:ascii="Arial" w:hAnsi="Arial"/>
        </w:rPr>
        <w:t xml:space="preserve"> having it when I go out so that I know if something if </w:t>
      </w:r>
      <w:r>
        <w:rPr>
          <w:rFonts w:ascii="Arial" w:hAnsi="Arial"/>
        </w:rPr>
        <w:t>there's a loud sound I have I can put my headphones on I have my emergency earplugs in my pocket. That's been huge for me, like, probably the biggest thing since finding out I was autistic was like dealing with my hyperacusis and accommodating myself and l</w:t>
      </w:r>
      <w:r>
        <w:rPr>
          <w:rFonts w:ascii="Arial" w:hAnsi="Arial"/>
        </w:rPr>
        <w:t>ike my anxiety has gone significantly down. Like just because of that because I was constantly concerned like every day that I'd have to run into a loud noise.</w:t>
      </w:r>
    </w:p>
    <w:p w14:paraId="01D61143" w14:textId="77777777" w:rsidR="00C765C9" w:rsidRDefault="00C765C9">
      <w:pPr>
        <w:spacing w:after="0"/>
      </w:pPr>
    </w:p>
    <w:p w14:paraId="0C60EEB7" w14:textId="77777777" w:rsidR="00C765C9" w:rsidRDefault="00C0551D">
      <w:pPr>
        <w:spacing w:after="0"/>
      </w:pPr>
      <w:r>
        <w:rPr>
          <w:rFonts w:ascii="Arial" w:hAnsi="Arial"/>
          <w:b/>
        </w:rPr>
        <w:t xml:space="preserve">Alice  </w:t>
      </w:r>
      <w:r>
        <w:rPr>
          <w:rFonts w:ascii="Arial" w:hAnsi="Arial"/>
          <w:color w:val="5D7284"/>
        </w:rPr>
        <w:t>14:47</w:t>
      </w:r>
    </w:p>
    <w:p w14:paraId="7DB29EDF" w14:textId="77777777" w:rsidR="00C765C9" w:rsidRDefault="00C0551D">
      <w:pPr>
        <w:spacing w:after="0"/>
      </w:pPr>
      <w:r>
        <w:rPr>
          <w:rFonts w:ascii="Arial" w:hAnsi="Arial"/>
        </w:rPr>
        <w:t xml:space="preserve">Yeah, and I think that that's one of the things </w:t>
      </w:r>
      <w:proofErr w:type="gramStart"/>
      <w:r>
        <w:rPr>
          <w:rFonts w:ascii="Arial" w:hAnsi="Arial"/>
        </w:rPr>
        <w:t>definitely in</w:t>
      </w:r>
      <w:proofErr w:type="gramEnd"/>
      <w:r>
        <w:rPr>
          <w:rFonts w:ascii="Arial" w:hAnsi="Arial"/>
        </w:rPr>
        <w:t xml:space="preserve"> my experience of dis</w:t>
      </w:r>
      <w:r>
        <w:rPr>
          <w:rFonts w:ascii="Arial" w:hAnsi="Arial"/>
        </w:rPr>
        <w:t xml:space="preserve">ability is that understanding your own anxiety and taking like positive, proactive steps to kind Protect yourself that </w:t>
      </w:r>
      <w:r>
        <w:rPr>
          <w:rFonts w:ascii="Arial" w:hAnsi="Arial"/>
        </w:rPr>
        <w:lastRenderedPageBreak/>
        <w:t xml:space="preserve">can that is can really fundamentally help with your, you know, anxiety. For me, it was about for a </w:t>
      </w:r>
      <w:proofErr w:type="gramStart"/>
      <w:r>
        <w:rPr>
          <w:rFonts w:ascii="Arial" w:hAnsi="Arial"/>
        </w:rPr>
        <w:t>really long</w:t>
      </w:r>
      <w:proofErr w:type="gramEnd"/>
      <w:r>
        <w:rPr>
          <w:rFonts w:ascii="Arial" w:hAnsi="Arial"/>
        </w:rPr>
        <w:t xml:space="preserve"> time not accepting that be</w:t>
      </w:r>
      <w:r>
        <w:rPr>
          <w:rFonts w:ascii="Arial" w:hAnsi="Arial"/>
        </w:rPr>
        <w:t xml:space="preserve">cause I'm blind, I need a mobility aid because I have got some sight. And for years, I just risked it. And I look back and I think I could, I am amazed, I didn't end up in a </w:t>
      </w:r>
      <w:proofErr w:type="gramStart"/>
      <w:r>
        <w:rPr>
          <w:rFonts w:ascii="Arial" w:hAnsi="Arial"/>
        </w:rPr>
        <w:t>really terrible</w:t>
      </w:r>
      <w:proofErr w:type="gramEnd"/>
      <w:r>
        <w:rPr>
          <w:rFonts w:ascii="Arial" w:hAnsi="Arial"/>
        </w:rPr>
        <w:t xml:space="preserve"> accident. And </w:t>
      </w:r>
      <w:proofErr w:type="gramStart"/>
      <w:r>
        <w:rPr>
          <w:rFonts w:ascii="Arial" w:hAnsi="Arial"/>
        </w:rPr>
        <w:t>so</w:t>
      </w:r>
      <w:proofErr w:type="gramEnd"/>
      <w:r>
        <w:rPr>
          <w:rFonts w:ascii="Arial" w:hAnsi="Arial"/>
        </w:rPr>
        <w:t xml:space="preserve"> getting to that point where I went, I need to hav</w:t>
      </w:r>
      <w:r>
        <w:rPr>
          <w:rFonts w:ascii="Arial" w:hAnsi="Arial"/>
        </w:rPr>
        <w:t xml:space="preserve">e some kind of assistance or support for getting out at about independently. As soon as I started doing that, I suddenly just felt so much more ease going out. </w:t>
      </w:r>
      <w:proofErr w:type="gramStart"/>
      <w:r>
        <w:rPr>
          <w:rFonts w:ascii="Arial" w:hAnsi="Arial"/>
        </w:rPr>
        <w:t>So</w:t>
      </w:r>
      <w:proofErr w:type="gramEnd"/>
      <w:r>
        <w:rPr>
          <w:rFonts w:ascii="Arial" w:hAnsi="Arial"/>
        </w:rPr>
        <w:t xml:space="preserve"> it's, it's that the fear of going out was a lot more crippling to me than actually my disabil</w:t>
      </w:r>
      <w:r>
        <w:rPr>
          <w:rFonts w:ascii="Arial" w:hAnsi="Arial"/>
        </w:rPr>
        <w:t>ity was,</w:t>
      </w:r>
    </w:p>
    <w:p w14:paraId="4885D148" w14:textId="77777777" w:rsidR="00C765C9" w:rsidRDefault="00C765C9">
      <w:pPr>
        <w:spacing w:after="0"/>
      </w:pPr>
    </w:p>
    <w:p w14:paraId="50BA80A9" w14:textId="77777777" w:rsidR="00C765C9" w:rsidRDefault="00C0551D">
      <w:pPr>
        <w:spacing w:after="0"/>
      </w:pPr>
      <w:r>
        <w:rPr>
          <w:rFonts w:ascii="Arial" w:hAnsi="Arial"/>
          <w:b/>
        </w:rPr>
        <w:t xml:space="preserve">Lucy  </w:t>
      </w:r>
      <w:r>
        <w:rPr>
          <w:rFonts w:ascii="Arial" w:hAnsi="Arial"/>
          <w:color w:val="5D7284"/>
        </w:rPr>
        <w:t>15:49</w:t>
      </w:r>
    </w:p>
    <w:p w14:paraId="1DE6B481" w14:textId="77777777" w:rsidR="00C765C9" w:rsidRDefault="00C0551D">
      <w:pPr>
        <w:spacing w:after="0"/>
      </w:pPr>
      <w:r>
        <w:rPr>
          <w:rFonts w:ascii="Arial" w:hAnsi="Arial"/>
        </w:rPr>
        <w:t xml:space="preserve">I think, as well that, my, my disability I get kind of... Until recently, I think. I think it's been in the lockdown and not having to go out as much that I've </w:t>
      </w:r>
      <w:proofErr w:type="spellStart"/>
      <w:r>
        <w:rPr>
          <w:rFonts w:ascii="Arial" w:hAnsi="Arial"/>
        </w:rPr>
        <w:t>realised</w:t>
      </w:r>
      <w:proofErr w:type="spellEnd"/>
      <w:r>
        <w:rPr>
          <w:rFonts w:ascii="Arial" w:hAnsi="Arial"/>
        </w:rPr>
        <w:t xml:space="preserve"> that sometimes when I go out independently, which isn't very ofte</w:t>
      </w:r>
      <w:r>
        <w:rPr>
          <w:rFonts w:ascii="Arial" w:hAnsi="Arial"/>
        </w:rPr>
        <w:t xml:space="preserve">n because I always need some sort of help. </w:t>
      </w:r>
      <w:proofErr w:type="gramStart"/>
      <w:r>
        <w:rPr>
          <w:rFonts w:ascii="Arial" w:hAnsi="Arial"/>
        </w:rPr>
        <w:t>So</w:t>
      </w:r>
      <w:proofErr w:type="gramEnd"/>
      <w:r>
        <w:rPr>
          <w:rFonts w:ascii="Arial" w:hAnsi="Arial"/>
        </w:rPr>
        <w:t xml:space="preserve"> I've 99.9% of the time, I've always got somebody with me, but if somebody says, oh, I'll go into the shopping I'll meet you in the cafe , like, in the cafe or something, and I'm on my own. I'm constantly thinki</w:t>
      </w:r>
      <w:r>
        <w:rPr>
          <w:rFonts w:ascii="Arial" w:hAnsi="Arial"/>
        </w:rPr>
        <w:t xml:space="preserve">ng about, what if you know what, if I drop something, what if I can't make myself stop? It's like, those silly little scenarios in your head will play out. And </w:t>
      </w:r>
      <w:proofErr w:type="gramStart"/>
      <w:r>
        <w:rPr>
          <w:rFonts w:ascii="Arial" w:hAnsi="Arial"/>
        </w:rPr>
        <w:t>so</w:t>
      </w:r>
      <w:proofErr w:type="gramEnd"/>
      <w:r>
        <w:rPr>
          <w:rFonts w:ascii="Arial" w:hAnsi="Arial"/>
        </w:rPr>
        <w:t xml:space="preserve"> I have to kind of like, think about that, wherever I'm going to sit, who am I? How am I going</w:t>
      </w:r>
      <w:r>
        <w:rPr>
          <w:rFonts w:ascii="Arial" w:hAnsi="Arial"/>
        </w:rPr>
        <w:t xml:space="preserve"> to do? And once I've done that, once I sort of had word with myself it's kind of my brain calms down. It's almost like, I need to think it all through before. Do you know what I mean? before I actually do anything, it's quite the brain is a </w:t>
      </w:r>
      <w:proofErr w:type="gramStart"/>
      <w:r>
        <w:rPr>
          <w:rFonts w:ascii="Arial" w:hAnsi="Arial"/>
        </w:rPr>
        <w:t>weird little t</w:t>
      </w:r>
      <w:r>
        <w:rPr>
          <w:rFonts w:ascii="Arial" w:hAnsi="Arial"/>
        </w:rPr>
        <w:t>hings</w:t>
      </w:r>
      <w:proofErr w:type="gramEnd"/>
      <w:r>
        <w:rPr>
          <w:rFonts w:ascii="Arial" w:hAnsi="Arial"/>
        </w:rPr>
        <w:t xml:space="preserve"> in it Really?</w:t>
      </w:r>
    </w:p>
    <w:p w14:paraId="36A77BED" w14:textId="77777777" w:rsidR="00C765C9" w:rsidRDefault="00C765C9">
      <w:pPr>
        <w:spacing w:after="0"/>
      </w:pPr>
    </w:p>
    <w:p w14:paraId="5249FC60" w14:textId="77777777" w:rsidR="00C765C9" w:rsidRDefault="00C0551D">
      <w:pPr>
        <w:spacing w:after="0"/>
      </w:pPr>
      <w:r>
        <w:rPr>
          <w:rFonts w:ascii="Arial" w:hAnsi="Arial"/>
          <w:b/>
        </w:rPr>
        <w:t xml:space="preserve">Ira  </w:t>
      </w:r>
      <w:r>
        <w:rPr>
          <w:rFonts w:ascii="Arial" w:hAnsi="Arial"/>
          <w:color w:val="5D7284"/>
        </w:rPr>
        <w:t>16:50</w:t>
      </w:r>
    </w:p>
    <w:p w14:paraId="7B63E170" w14:textId="77777777" w:rsidR="00C765C9" w:rsidRDefault="00C0551D">
      <w:pPr>
        <w:spacing w:after="0"/>
      </w:pPr>
      <w:r>
        <w:rPr>
          <w:rFonts w:ascii="Arial" w:hAnsi="Arial"/>
        </w:rPr>
        <w:t xml:space="preserve">Yeah. And going back to, you know, noticing that you have anxiety or these problems like that's the other thing is a lot of autistic people have alexithymia, which means we have trouble like </w:t>
      </w:r>
      <w:proofErr w:type="spellStart"/>
      <w:r>
        <w:rPr>
          <w:rFonts w:ascii="Arial" w:hAnsi="Arial"/>
        </w:rPr>
        <w:t>recognising</w:t>
      </w:r>
      <w:proofErr w:type="spellEnd"/>
      <w:r>
        <w:rPr>
          <w:rFonts w:ascii="Arial" w:hAnsi="Arial"/>
        </w:rPr>
        <w:t xml:space="preserve"> and </w:t>
      </w:r>
      <w:r>
        <w:rPr>
          <w:rFonts w:ascii="Arial" w:hAnsi="Arial"/>
        </w:rPr>
        <w:t xml:space="preserve">labelling emotions, especially, like if someone asked me how I was feeling I would be like, I don't know. Like, I literally didn't know how I was feeling. I have to I checked my poll sometimes. Because if I'm like, I feel off, but I don't know what, like, </w:t>
      </w:r>
      <w:r>
        <w:rPr>
          <w:rFonts w:ascii="Arial" w:hAnsi="Arial"/>
        </w:rPr>
        <w:t xml:space="preserve">I don't know what the feeling is. </w:t>
      </w:r>
      <w:proofErr w:type="gramStart"/>
      <w:r>
        <w:rPr>
          <w:rFonts w:ascii="Arial" w:hAnsi="Arial"/>
        </w:rPr>
        <w:t>So</w:t>
      </w:r>
      <w:proofErr w:type="gramEnd"/>
      <w:r>
        <w:rPr>
          <w:rFonts w:ascii="Arial" w:hAnsi="Arial"/>
        </w:rPr>
        <w:t xml:space="preserve"> like, I'll check my pulse. Or I'll like, see if I had like stomach pain, like maybe I haven't eaten. Like I have a checklist that I go through to determine it. Because once I do the thing that makes me feel better, I'll</w:t>
      </w:r>
      <w:r>
        <w:rPr>
          <w:rFonts w:ascii="Arial" w:hAnsi="Arial"/>
        </w:rPr>
        <w:t xml:space="preserve"> go, Oh, I feel a lot better. A lot of times, I'm like too warm or something. And I don't </w:t>
      </w:r>
      <w:proofErr w:type="spellStart"/>
      <w:r>
        <w:rPr>
          <w:rFonts w:ascii="Arial" w:hAnsi="Arial"/>
        </w:rPr>
        <w:t>realise</w:t>
      </w:r>
      <w:proofErr w:type="spellEnd"/>
      <w:r>
        <w:rPr>
          <w:rFonts w:ascii="Arial" w:hAnsi="Arial"/>
        </w:rPr>
        <w:t xml:space="preserve"> it for half an hour. And I'm like, I'm really annoyed right now what's going on? I'll take my jacket off. And it takes a half an hour for me to </w:t>
      </w:r>
      <w:proofErr w:type="spellStart"/>
      <w:r>
        <w:rPr>
          <w:rFonts w:ascii="Arial" w:hAnsi="Arial"/>
        </w:rPr>
        <w:t>recognise</w:t>
      </w:r>
      <w:proofErr w:type="spellEnd"/>
      <w:r>
        <w:rPr>
          <w:rFonts w:ascii="Arial" w:hAnsi="Arial"/>
        </w:rPr>
        <w:t xml:space="preserve"> </w:t>
      </w:r>
      <w:proofErr w:type="spellStart"/>
      <w:r>
        <w:rPr>
          <w:rFonts w:ascii="Arial" w:hAnsi="Arial"/>
        </w:rPr>
        <w:t>this</w:t>
      </w:r>
      <w:r>
        <w:rPr>
          <w:rFonts w:ascii="Arial" w:hAnsi="Arial"/>
        </w:rPr>
        <w:t>.I'll</w:t>
      </w:r>
      <w:proofErr w:type="spellEnd"/>
      <w:r>
        <w:rPr>
          <w:rFonts w:ascii="Arial" w:hAnsi="Arial"/>
        </w:rPr>
        <w:t xml:space="preserve"> take my jacket, I'm </w:t>
      </w:r>
      <w:proofErr w:type="spellStart"/>
      <w:r>
        <w:rPr>
          <w:rFonts w:ascii="Arial" w:hAnsi="Arial"/>
        </w:rPr>
        <w:t>gonna</w:t>
      </w:r>
      <w:proofErr w:type="spellEnd"/>
      <w:r>
        <w:rPr>
          <w:rFonts w:ascii="Arial" w:hAnsi="Arial"/>
        </w:rPr>
        <w:t xml:space="preserve"> go Oh, I feel a lot better. It's just Yeah, like my body </w:t>
      </w:r>
      <w:proofErr w:type="spellStart"/>
      <w:r>
        <w:rPr>
          <w:rFonts w:ascii="Arial" w:hAnsi="Arial"/>
        </w:rPr>
        <w:t>recognise</w:t>
      </w:r>
      <w:proofErr w:type="spellEnd"/>
      <w:r>
        <w:rPr>
          <w:rFonts w:ascii="Arial" w:hAnsi="Arial"/>
        </w:rPr>
        <w:t xml:space="preserve"> that signal?</w:t>
      </w:r>
    </w:p>
    <w:p w14:paraId="41CC7B7A" w14:textId="77777777" w:rsidR="00C765C9" w:rsidRDefault="00C765C9">
      <w:pPr>
        <w:spacing w:after="0"/>
      </w:pPr>
    </w:p>
    <w:p w14:paraId="5CA9BF7A" w14:textId="77777777" w:rsidR="00C765C9" w:rsidRDefault="00C0551D">
      <w:pPr>
        <w:spacing w:after="0"/>
      </w:pPr>
      <w:r>
        <w:rPr>
          <w:rFonts w:ascii="Arial" w:hAnsi="Arial"/>
          <w:b/>
        </w:rPr>
        <w:t xml:space="preserve">Alice  </w:t>
      </w:r>
      <w:r>
        <w:rPr>
          <w:rFonts w:ascii="Arial" w:hAnsi="Arial"/>
          <w:color w:val="5D7284"/>
        </w:rPr>
        <w:t>17:51</w:t>
      </w:r>
    </w:p>
    <w:p w14:paraId="77238216" w14:textId="77777777" w:rsidR="00C765C9" w:rsidRDefault="00C0551D">
      <w:pPr>
        <w:spacing w:after="0"/>
      </w:pPr>
      <w:r>
        <w:rPr>
          <w:rFonts w:ascii="Arial" w:hAnsi="Arial"/>
        </w:rPr>
        <w:t xml:space="preserve">Yeah, it's </w:t>
      </w:r>
      <w:proofErr w:type="gramStart"/>
      <w:r>
        <w:rPr>
          <w:rFonts w:ascii="Arial" w:hAnsi="Arial"/>
        </w:rPr>
        <w:t>really interesting</w:t>
      </w:r>
      <w:proofErr w:type="gramEnd"/>
      <w:r>
        <w:rPr>
          <w:rFonts w:ascii="Arial" w:hAnsi="Arial"/>
        </w:rPr>
        <w:t>. Because when you guys are looking back, like blogs and writing, I was thinking I wish I'd done that</w:t>
      </w:r>
      <w:r>
        <w:rPr>
          <w:rFonts w:ascii="Arial" w:hAnsi="Arial"/>
        </w:rPr>
        <w:t xml:space="preserve"> sounds like it would have been much cheaper than the hundreds and hundreds of pounds that I've spent on therapy over the years, people who have been </w:t>
      </w:r>
      <w:proofErr w:type="gramStart"/>
      <w:r>
        <w:rPr>
          <w:rFonts w:ascii="Arial" w:hAnsi="Arial"/>
        </w:rPr>
        <w:t>paid</w:t>
      </w:r>
      <w:proofErr w:type="gramEnd"/>
    </w:p>
    <w:p w14:paraId="28426CDF" w14:textId="77777777" w:rsidR="00C765C9" w:rsidRDefault="00C765C9">
      <w:pPr>
        <w:spacing w:after="0"/>
      </w:pPr>
    </w:p>
    <w:p w14:paraId="175769A0" w14:textId="77777777" w:rsidR="00C765C9" w:rsidRDefault="00C0551D">
      <w:pPr>
        <w:spacing w:after="0"/>
      </w:pPr>
      <w:r>
        <w:rPr>
          <w:rFonts w:ascii="Arial" w:hAnsi="Arial"/>
          <w:b/>
        </w:rPr>
        <w:t xml:space="preserve">Lucy  </w:t>
      </w:r>
      <w:r>
        <w:rPr>
          <w:rFonts w:ascii="Arial" w:hAnsi="Arial"/>
          <w:color w:val="5D7284"/>
        </w:rPr>
        <w:t>18:06</w:t>
      </w:r>
    </w:p>
    <w:p w14:paraId="0F7BE4F6" w14:textId="77777777" w:rsidR="00C765C9" w:rsidRDefault="00C0551D">
      <w:pPr>
        <w:spacing w:after="0"/>
      </w:pPr>
      <w:proofErr w:type="spellStart"/>
      <w:r>
        <w:rPr>
          <w:rFonts w:ascii="Arial" w:hAnsi="Arial"/>
        </w:rPr>
        <w:t>Thats</w:t>
      </w:r>
      <w:proofErr w:type="spellEnd"/>
      <w:r>
        <w:rPr>
          <w:rFonts w:ascii="Arial" w:hAnsi="Arial"/>
        </w:rPr>
        <w:t xml:space="preserve"> the way I look at it, to be honest, you know, to me, it just calms my brain down. </w:t>
      </w:r>
      <w:r>
        <w:rPr>
          <w:rFonts w:ascii="Arial" w:hAnsi="Arial"/>
        </w:rPr>
        <w:t>And then when I do post anything, and I get a response, it goes, Oh, yeah, I get that. It's kind of like, Okay, all right. I'm not I'm not odd.</w:t>
      </w:r>
    </w:p>
    <w:p w14:paraId="1F0B6FEF" w14:textId="77777777" w:rsidR="00C765C9" w:rsidRDefault="00C765C9">
      <w:pPr>
        <w:spacing w:after="0"/>
      </w:pPr>
    </w:p>
    <w:p w14:paraId="14D1F101" w14:textId="77777777" w:rsidR="00C765C9" w:rsidRDefault="00C0551D">
      <w:pPr>
        <w:spacing w:after="0"/>
      </w:pPr>
      <w:r>
        <w:rPr>
          <w:rFonts w:ascii="Arial" w:hAnsi="Arial"/>
          <w:b/>
        </w:rPr>
        <w:t xml:space="preserve">Alice  </w:t>
      </w:r>
      <w:r>
        <w:rPr>
          <w:rFonts w:ascii="Arial" w:hAnsi="Arial"/>
          <w:color w:val="5D7284"/>
        </w:rPr>
        <w:t>18:20</w:t>
      </w:r>
    </w:p>
    <w:p w14:paraId="55176A49" w14:textId="77777777" w:rsidR="00C765C9" w:rsidRDefault="00C0551D">
      <w:pPr>
        <w:spacing w:after="0"/>
      </w:pPr>
      <w:r>
        <w:rPr>
          <w:rFonts w:ascii="Arial" w:hAnsi="Arial"/>
        </w:rPr>
        <w:lastRenderedPageBreak/>
        <w:t>Yeah, one of the things that I had to do a lot of work in, in therapy over the years is learning a</w:t>
      </w:r>
      <w:r>
        <w:rPr>
          <w:rFonts w:ascii="Arial" w:hAnsi="Arial"/>
        </w:rPr>
        <w:t xml:space="preserve">bout kind of naming emotions. And </w:t>
      </w:r>
      <w:proofErr w:type="gramStart"/>
      <w:r>
        <w:rPr>
          <w:rFonts w:ascii="Arial" w:hAnsi="Arial"/>
        </w:rPr>
        <w:t>so</w:t>
      </w:r>
      <w:proofErr w:type="gramEnd"/>
      <w:r>
        <w:rPr>
          <w:rFonts w:ascii="Arial" w:hAnsi="Arial"/>
        </w:rPr>
        <w:t xml:space="preserve"> </w:t>
      </w:r>
      <w:proofErr w:type="spellStart"/>
      <w:r>
        <w:rPr>
          <w:rFonts w:ascii="Arial" w:hAnsi="Arial"/>
        </w:rPr>
        <w:t>so</w:t>
      </w:r>
      <w:proofErr w:type="spellEnd"/>
      <w:r>
        <w:rPr>
          <w:rFonts w:ascii="Arial" w:hAnsi="Arial"/>
        </w:rPr>
        <w:t xml:space="preserve"> and I know how difficult that can be to be able to sort of go, Okay, well, I'm, you know, why am I feeling really anxious, I'm feeling really anxious, because I know, I've got to go to the pharmacy to pick up my pres</w:t>
      </w:r>
      <w:r>
        <w:rPr>
          <w:rFonts w:ascii="Arial" w:hAnsi="Arial"/>
        </w:rPr>
        <w:t xml:space="preserve">cription. But that means going outside, and I haven't got a mobility aid or whatever it is I </w:t>
      </w:r>
      <w:proofErr w:type="gramStart"/>
      <w:r>
        <w:rPr>
          <w:rFonts w:ascii="Arial" w:hAnsi="Arial"/>
        </w:rPr>
        <w:t>need, and</w:t>
      </w:r>
      <w:proofErr w:type="gramEnd"/>
      <w:r>
        <w:rPr>
          <w:rFonts w:ascii="Arial" w:hAnsi="Arial"/>
        </w:rPr>
        <w:t xml:space="preserve"> being able to kind of unpick that it's taken me a lot of work, but that's the idea for me that you may also experience that in sort of physical stimulus.</w:t>
      </w:r>
      <w:r>
        <w:rPr>
          <w:rFonts w:ascii="Arial" w:hAnsi="Arial"/>
        </w:rPr>
        <w:t xml:space="preserve"> I mean, I can, I can see why that would get </w:t>
      </w:r>
      <w:proofErr w:type="gramStart"/>
      <w:r>
        <w:rPr>
          <w:rFonts w:ascii="Arial" w:hAnsi="Arial"/>
        </w:rPr>
        <w:t>really overwhelming</w:t>
      </w:r>
      <w:proofErr w:type="gramEnd"/>
      <w:r>
        <w:rPr>
          <w:rFonts w:ascii="Arial" w:hAnsi="Arial"/>
        </w:rPr>
        <w:t>. And it is quite an alien concept for somebody who doesn't have that issue. to, you know, it's a little bit like when you've got a small baby and you kind of go or they they're crying or they</w:t>
      </w:r>
      <w:r>
        <w:rPr>
          <w:rFonts w:ascii="Arial" w:hAnsi="Arial"/>
        </w:rPr>
        <w:t xml:space="preserve"> try too hard, or they want to </w:t>
      </w:r>
      <w:proofErr w:type="gramStart"/>
      <w:r>
        <w:rPr>
          <w:rFonts w:ascii="Arial" w:hAnsi="Arial"/>
        </w:rPr>
        <w:t>feed</w:t>
      </w:r>
      <w:proofErr w:type="gramEnd"/>
      <w:r>
        <w:rPr>
          <w:rFonts w:ascii="Arial" w:hAnsi="Arial"/>
        </w:rPr>
        <w:t xml:space="preserve"> or they need the nappy changing and they just grumpy. But to have to almost do that guesswork for yourself. I can imagine as well, that's probably quite sort of emotionally fatiguing.</w:t>
      </w:r>
    </w:p>
    <w:p w14:paraId="7E5551D3" w14:textId="77777777" w:rsidR="00C765C9" w:rsidRDefault="00C765C9">
      <w:pPr>
        <w:spacing w:after="0"/>
      </w:pPr>
    </w:p>
    <w:p w14:paraId="2A310DA8" w14:textId="77777777" w:rsidR="00C765C9" w:rsidRDefault="00C0551D">
      <w:pPr>
        <w:spacing w:after="0"/>
      </w:pPr>
      <w:r>
        <w:rPr>
          <w:rFonts w:ascii="Arial" w:hAnsi="Arial"/>
          <w:b/>
        </w:rPr>
        <w:t xml:space="preserve">Ira  </w:t>
      </w:r>
      <w:r>
        <w:rPr>
          <w:rFonts w:ascii="Arial" w:hAnsi="Arial"/>
          <w:color w:val="5D7284"/>
        </w:rPr>
        <w:t>19:32</w:t>
      </w:r>
    </w:p>
    <w:p w14:paraId="36E59F34" w14:textId="77777777" w:rsidR="00C765C9" w:rsidRDefault="00C0551D">
      <w:pPr>
        <w:spacing w:after="0"/>
      </w:pPr>
      <w:r>
        <w:rPr>
          <w:rFonts w:ascii="Arial" w:hAnsi="Arial"/>
        </w:rPr>
        <w:t xml:space="preserve">It's a lot of cognitive </w:t>
      </w:r>
      <w:r>
        <w:rPr>
          <w:rFonts w:ascii="Arial" w:hAnsi="Arial"/>
        </w:rPr>
        <w:t xml:space="preserve">resources, and you </w:t>
      </w:r>
      <w:proofErr w:type="gramStart"/>
      <w:r>
        <w:rPr>
          <w:rFonts w:ascii="Arial" w:hAnsi="Arial"/>
        </w:rPr>
        <w:t>have to</w:t>
      </w:r>
      <w:proofErr w:type="gramEnd"/>
      <w:r>
        <w:rPr>
          <w:rFonts w:ascii="Arial" w:hAnsi="Arial"/>
        </w:rPr>
        <w:t xml:space="preserve"> remember to do it. It's also that's also the issue, right? Because there's some people who have executive functioning issues and they're autistic. And so like, a lot of times like I can forget to eat if I'm working until my stoma</w:t>
      </w:r>
      <w:r>
        <w:rPr>
          <w:rFonts w:ascii="Arial" w:hAnsi="Arial"/>
        </w:rPr>
        <w:t xml:space="preserve">ch </w:t>
      </w:r>
      <w:proofErr w:type="gramStart"/>
      <w:r>
        <w:rPr>
          <w:rFonts w:ascii="Arial" w:hAnsi="Arial"/>
        </w:rPr>
        <w:t>actually hurts</w:t>
      </w:r>
      <w:proofErr w:type="gramEnd"/>
      <w:r>
        <w:rPr>
          <w:rFonts w:ascii="Arial" w:hAnsi="Arial"/>
        </w:rPr>
        <w:t>, like physically hurts and is growling at me. And I'll be like, Oh, I guess and so I have to it's just like more things to kind of do every day, more mental notes, Although it's and it's similar to what you said Lucy about, you know, maki</w:t>
      </w:r>
      <w:r>
        <w:rPr>
          <w:rFonts w:ascii="Arial" w:hAnsi="Arial"/>
        </w:rPr>
        <w:t xml:space="preserve">ng sure you look at everything and you know where you're going and how to </w:t>
      </w:r>
      <w:proofErr w:type="spellStart"/>
      <w:r>
        <w:rPr>
          <w:rFonts w:ascii="Arial" w:hAnsi="Arial"/>
        </w:rPr>
        <w:t>manoeuvre</w:t>
      </w:r>
      <w:proofErr w:type="spellEnd"/>
      <w:r>
        <w:rPr>
          <w:rFonts w:ascii="Arial" w:hAnsi="Arial"/>
        </w:rPr>
        <w:t xml:space="preserve"> a space before, it's the same kind of thing where it's like, I have to do this to cut like, know what I'm feeling and to, like, make everything okay, basically,</w:t>
      </w:r>
    </w:p>
    <w:p w14:paraId="22195812" w14:textId="77777777" w:rsidR="00C765C9" w:rsidRDefault="00C765C9">
      <w:pPr>
        <w:spacing w:after="0"/>
      </w:pPr>
    </w:p>
    <w:p w14:paraId="41547DA3" w14:textId="77777777" w:rsidR="00C765C9" w:rsidRDefault="00C0551D">
      <w:pPr>
        <w:spacing w:after="0"/>
      </w:pPr>
      <w:r>
        <w:rPr>
          <w:rFonts w:ascii="Arial" w:hAnsi="Arial"/>
          <w:b/>
        </w:rPr>
        <w:t xml:space="preserve">Lucy  </w:t>
      </w:r>
      <w:r>
        <w:rPr>
          <w:rFonts w:ascii="Arial" w:hAnsi="Arial"/>
          <w:color w:val="5D7284"/>
        </w:rPr>
        <w:t>20:1</w:t>
      </w:r>
      <w:r>
        <w:rPr>
          <w:rFonts w:ascii="Arial" w:hAnsi="Arial"/>
          <w:color w:val="5D7284"/>
        </w:rPr>
        <w:t>8</w:t>
      </w:r>
    </w:p>
    <w:p w14:paraId="61649A8C" w14:textId="77777777" w:rsidR="00C765C9" w:rsidRDefault="00C0551D">
      <w:pPr>
        <w:spacing w:after="0"/>
      </w:pPr>
      <w:r>
        <w:rPr>
          <w:rFonts w:ascii="Arial" w:hAnsi="Arial"/>
        </w:rPr>
        <w:t>what is I mean, you said earlier about your diagnosis while you're in grad school that right?</w:t>
      </w:r>
    </w:p>
    <w:p w14:paraId="6B89DFDF" w14:textId="77777777" w:rsidR="00C765C9" w:rsidRDefault="00C765C9">
      <w:pPr>
        <w:spacing w:after="0"/>
      </w:pPr>
    </w:p>
    <w:p w14:paraId="235E673F" w14:textId="77777777" w:rsidR="00C765C9" w:rsidRDefault="00C0551D">
      <w:pPr>
        <w:spacing w:after="0"/>
      </w:pPr>
      <w:r>
        <w:rPr>
          <w:rFonts w:ascii="Arial" w:hAnsi="Arial"/>
          <w:b/>
        </w:rPr>
        <w:t xml:space="preserve">Ira  </w:t>
      </w:r>
      <w:r>
        <w:rPr>
          <w:rFonts w:ascii="Arial" w:hAnsi="Arial"/>
          <w:color w:val="5D7284"/>
        </w:rPr>
        <w:t>20:24</w:t>
      </w:r>
    </w:p>
    <w:p w14:paraId="77ABB1D4" w14:textId="77777777" w:rsidR="00C765C9" w:rsidRDefault="00C0551D">
      <w:pPr>
        <w:spacing w:after="0"/>
      </w:pPr>
      <w:proofErr w:type="gramStart"/>
      <w:r>
        <w:rPr>
          <w:rFonts w:ascii="Arial" w:hAnsi="Arial"/>
        </w:rPr>
        <w:t>So</w:t>
      </w:r>
      <w:proofErr w:type="gramEnd"/>
      <w:r>
        <w:rPr>
          <w:rFonts w:ascii="Arial" w:hAnsi="Arial"/>
        </w:rPr>
        <w:t xml:space="preserve"> I found out I was autistic during grad school, it took me six months to find someone who worked with adult autistic woman because at the time I w</w:t>
      </w:r>
      <w:r>
        <w:rPr>
          <w:rFonts w:ascii="Arial" w:hAnsi="Arial"/>
        </w:rPr>
        <w:t xml:space="preserve">asn't on binary. But even if I was out of </w:t>
      </w:r>
      <w:proofErr w:type="spellStart"/>
      <w:proofErr w:type="gramStart"/>
      <w:r>
        <w:rPr>
          <w:rFonts w:ascii="Arial" w:hAnsi="Arial"/>
        </w:rPr>
        <w:t>non binary</w:t>
      </w:r>
      <w:proofErr w:type="spellEnd"/>
      <w:proofErr w:type="gramEnd"/>
      <w:r>
        <w:rPr>
          <w:rFonts w:ascii="Arial" w:hAnsi="Arial"/>
        </w:rPr>
        <w:t xml:space="preserve">, honestly, I still would have probably looked for someone who worked with adult autistic women, just because like, there's not, there's not someone who's </w:t>
      </w:r>
      <w:proofErr w:type="spellStart"/>
      <w:r>
        <w:rPr>
          <w:rFonts w:ascii="Arial" w:hAnsi="Arial"/>
        </w:rPr>
        <w:t>gonna</w:t>
      </w:r>
      <w:proofErr w:type="spellEnd"/>
      <w:r>
        <w:rPr>
          <w:rFonts w:ascii="Arial" w:hAnsi="Arial"/>
        </w:rPr>
        <w:t xml:space="preserve"> list like, adult autistic non binary. On Yo</w:t>
      </w:r>
      <w:r>
        <w:rPr>
          <w:rFonts w:ascii="Arial" w:hAnsi="Arial"/>
        </w:rPr>
        <w:t xml:space="preserve">u know, diagnostic radar, they got they have white men, they got white women. </w:t>
      </w:r>
    </w:p>
    <w:p w14:paraId="10D1F8F8" w14:textId="77777777" w:rsidR="00C765C9" w:rsidRDefault="00C765C9">
      <w:pPr>
        <w:spacing w:after="0"/>
      </w:pPr>
    </w:p>
    <w:p w14:paraId="62490BBF" w14:textId="77777777" w:rsidR="00C765C9" w:rsidRDefault="00C0551D">
      <w:pPr>
        <w:spacing w:after="0"/>
      </w:pPr>
      <w:r>
        <w:rPr>
          <w:rFonts w:ascii="Arial" w:hAnsi="Arial"/>
          <w:b/>
        </w:rPr>
        <w:t xml:space="preserve">Alice  </w:t>
      </w:r>
      <w:r>
        <w:rPr>
          <w:rFonts w:ascii="Arial" w:hAnsi="Arial"/>
          <w:color w:val="5D7284"/>
        </w:rPr>
        <w:t>20:54</w:t>
      </w:r>
    </w:p>
    <w:p w14:paraId="27548D6F" w14:textId="77777777" w:rsidR="00C765C9" w:rsidRDefault="00C0551D">
      <w:pPr>
        <w:spacing w:after="0"/>
      </w:pPr>
      <w:r>
        <w:rPr>
          <w:rFonts w:ascii="Arial" w:hAnsi="Arial"/>
        </w:rPr>
        <w:t>Yes.</w:t>
      </w:r>
    </w:p>
    <w:p w14:paraId="71C29624" w14:textId="77777777" w:rsidR="00C765C9" w:rsidRDefault="00C765C9">
      <w:pPr>
        <w:spacing w:after="0"/>
      </w:pPr>
    </w:p>
    <w:p w14:paraId="5106D378" w14:textId="77777777" w:rsidR="00C765C9" w:rsidRDefault="00C0551D">
      <w:pPr>
        <w:spacing w:after="0"/>
      </w:pPr>
      <w:r>
        <w:rPr>
          <w:rFonts w:ascii="Arial" w:hAnsi="Arial"/>
          <w:b/>
        </w:rPr>
        <w:t xml:space="preserve">Ira  </w:t>
      </w:r>
      <w:r>
        <w:rPr>
          <w:rFonts w:ascii="Arial" w:hAnsi="Arial"/>
          <w:color w:val="5D7284"/>
        </w:rPr>
        <w:t>20:56</w:t>
      </w:r>
    </w:p>
    <w:p w14:paraId="0DEB8E1F" w14:textId="77777777" w:rsidR="00C765C9" w:rsidRDefault="00C0551D">
      <w:pPr>
        <w:spacing w:after="0"/>
      </w:pPr>
      <w:r>
        <w:rPr>
          <w:rFonts w:ascii="Arial" w:hAnsi="Arial"/>
        </w:rPr>
        <w:t>That's about it. Yeah,</w:t>
      </w:r>
    </w:p>
    <w:p w14:paraId="20B7E17A" w14:textId="77777777" w:rsidR="00C765C9" w:rsidRDefault="00C765C9">
      <w:pPr>
        <w:spacing w:after="0"/>
      </w:pPr>
    </w:p>
    <w:p w14:paraId="4951D139" w14:textId="77777777" w:rsidR="00C765C9" w:rsidRDefault="00C0551D">
      <w:pPr>
        <w:spacing w:after="0"/>
      </w:pPr>
      <w:r>
        <w:rPr>
          <w:rFonts w:ascii="Arial" w:hAnsi="Arial"/>
          <w:b/>
        </w:rPr>
        <w:t xml:space="preserve">Alice  </w:t>
      </w:r>
      <w:r>
        <w:rPr>
          <w:rFonts w:ascii="Arial" w:hAnsi="Arial"/>
          <w:color w:val="5D7284"/>
        </w:rPr>
        <w:t>20:58</w:t>
      </w:r>
    </w:p>
    <w:p w14:paraId="62D4519F" w14:textId="77777777" w:rsidR="00C765C9" w:rsidRDefault="00C0551D">
      <w:pPr>
        <w:spacing w:after="0"/>
      </w:pPr>
      <w:r>
        <w:rPr>
          <w:rFonts w:ascii="Arial" w:hAnsi="Arial"/>
        </w:rPr>
        <w:t xml:space="preserve">people have a lot of trouble with those crossover identities, don't they? You don't fit in this one box? How </w:t>
      </w:r>
      <w:r>
        <w:rPr>
          <w:rFonts w:ascii="Arial" w:hAnsi="Arial"/>
        </w:rPr>
        <w:t>am I supposed to treat you?</w:t>
      </w:r>
    </w:p>
    <w:p w14:paraId="064C1968" w14:textId="77777777" w:rsidR="00C765C9" w:rsidRDefault="00C765C9">
      <w:pPr>
        <w:spacing w:after="0"/>
      </w:pPr>
    </w:p>
    <w:p w14:paraId="307759B0" w14:textId="77777777" w:rsidR="00C765C9" w:rsidRDefault="00C0551D">
      <w:pPr>
        <w:spacing w:after="0"/>
      </w:pPr>
      <w:r>
        <w:rPr>
          <w:rFonts w:ascii="Arial" w:hAnsi="Arial"/>
          <w:b/>
        </w:rPr>
        <w:t xml:space="preserve">Lucy  </w:t>
      </w:r>
      <w:r>
        <w:rPr>
          <w:rFonts w:ascii="Arial" w:hAnsi="Arial"/>
          <w:color w:val="5D7284"/>
        </w:rPr>
        <w:t>21:05</w:t>
      </w:r>
    </w:p>
    <w:p w14:paraId="6DB88389" w14:textId="77777777" w:rsidR="00C765C9" w:rsidRDefault="00C0551D">
      <w:pPr>
        <w:spacing w:after="0"/>
      </w:pPr>
      <w:r>
        <w:rPr>
          <w:rFonts w:ascii="Arial" w:hAnsi="Arial"/>
        </w:rPr>
        <w:lastRenderedPageBreak/>
        <w:t xml:space="preserve">The thing I wanted to ask over </w:t>
      </w:r>
      <w:proofErr w:type="gramStart"/>
      <w:r>
        <w:rPr>
          <w:rFonts w:ascii="Arial" w:hAnsi="Arial"/>
        </w:rPr>
        <w:t>was?</w:t>
      </w:r>
      <w:proofErr w:type="gramEnd"/>
      <w:r>
        <w:rPr>
          <w:rFonts w:ascii="Arial" w:hAnsi="Arial"/>
        </w:rPr>
        <w:t xml:space="preserve"> How... was </w:t>
      </w:r>
      <w:proofErr w:type="gramStart"/>
      <w:r>
        <w:rPr>
          <w:rFonts w:ascii="Arial" w:hAnsi="Arial"/>
        </w:rPr>
        <w:t>it</w:t>
      </w:r>
      <w:proofErr w:type="gramEnd"/>
      <w:r>
        <w:rPr>
          <w:rFonts w:ascii="Arial" w:hAnsi="Arial"/>
        </w:rPr>
        <w:t xml:space="preserve"> cos we speak to a lot of people don't </w:t>
      </w:r>
      <w:proofErr w:type="spellStart"/>
      <w:r>
        <w:rPr>
          <w:rFonts w:ascii="Arial" w:hAnsi="Arial"/>
        </w:rPr>
        <w:t>realise</w:t>
      </w:r>
      <w:proofErr w:type="spellEnd"/>
      <w:r>
        <w:rPr>
          <w:rFonts w:ascii="Arial" w:hAnsi="Arial"/>
        </w:rPr>
        <w:t xml:space="preserve"> about how, you know that diagnosis later in life, it was kind of a bit more a bit like a flicking a light </w:t>
      </w:r>
      <w:r>
        <w:rPr>
          <w:rFonts w:ascii="Arial" w:hAnsi="Arial"/>
        </w:rPr>
        <w:t>switch? And it was like, Oh, I really need to kind of feeling Did you feel the same thing?</w:t>
      </w:r>
    </w:p>
    <w:p w14:paraId="5A9B0D5D" w14:textId="77777777" w:rsidR="00C765C9" w:rsidRDefault="00C765C9">
      <w:pPr>
        <w:spacing w:after="0"/>
      </w:pPr>
    </w:p>
    <w:p w14:paraId="095C8686" w14:textId="77777777" w:rsidR="00C765C9" w:rsidRDefault="00C0551D">
      <w:pPr>
        <w:spacing w:after="0"/>
      </w:pPr>
      <w:r>
        <w:rPr>
          <w:rFonts w:ascii="Arial" w:hAnsi="Arial"/>
          <w:b/>
        </w:rPr>
        <w:t xml:space="preserve">Alice  </w:t>
      </w:r>
      <w:r>
        <w:rPr>
          <w:rFonts w:ascii="Arial" w:hAnsi="Arial"/>
          <w:color w:val="5D7284"/>
        </w:rPr>
        <w:t>21:22</w:t>
      </w:r>
    </w:p>
    <w:p w14:paraId="3DA17F13" w14:textId="77777777" w:rsidR="00C765C9" w:rsidRDefault="00C0551D">
      <w:pPr>
        <w:spacing w:after="0"/>
      </w:pPr>
      <w:r>
        <w:rPr>
          <w:rFonts w:ascii="Arial" w:hAnsi="Arial"/>
        </w:rPr>
        <w:t xml:space="preserve">It's not like me and Lucy have experienced because we both have known, you know, since as long as we can remember, we now have sort of comprehended to </w:t>
      </w:r>
      <w:r>
        <w:rPr>
          <w:rFonts w:ascii="Arial" w:hAnsi="Arial"/>
        </w:rPr>
        <w:t xml:space="preserve">the </w:t>
      </w:r>
      <w:proofErr w:type="gramStart"/>
      <w:r>
        <w:rPr>
          <w:rFonts w:ascii="Arial" w:hAnsi="Arial"/>
        </w:rPr>
        <w:t>age appropriate</w:t>
      </w:r>
      <w:proofErr w:type="gramEnd"/>
      <w:r>
        <w:rPr>
          <w:rFonts w:ascii="Arial" w:hAnsi="Arial"/>
        </w:rPr>
        <w:t xml:space="preserve"> abilities that we had a disability. </w:t>
      </w:r>
      <w:proofErr w:type="gramStart"/>
      <w:r>
        <w:rPr>
          <w:rFonts w:ascii="Arial" w:hAnsi="Arial"/>
        </w:rPr>
        <w:t>So</w:t>
      </w:r>
      <w:proofErr w:type="gramEnd"/>
      <w:r>
        <w:rPr>
          <w:rFonts w:ascii="Arial" w:hAnsi="Arial"/>
        </w:rPr>
        <w:t xml:space="preserve"> to have that unexpected diagnose, or, you know, unexpected diagnosis, you know, welcome diagnosis. I can. Yeah, I can see.</w:t>
      </w:r>
    </w:p>
    <w:p w14:paraId="7794BECF" w14:textId="77777777" w:rsidR="00C765C9" w:rsidRDefault="00C765C9">
      <w:pPr>
        <w:spacing w:after="0"/>
      </w:pPr>
    </w:p>
    <w:p w14:paraId="20691345" w14:textId="77777777" w:rsidR="00C765C9" w:rsidRDefault="00C0551D">
      <w:pPr>
        <w:spacing w:after="0"/>
      </w:pPr>
      <w:r>
        <w:rPr>
          <w:rFonts w:ascii="Arial" w:hAnsi="Arial"/>
          <w:b/>
        </w:rPr>
        <w:t xml:space="preserve">Lucy  </w:t>
      </w:r>
      <w:r>
        <w:rPr>
          <w:rFonts w:ascii="Arial" w:hAnsi="Arial"/>
          <w:color w:val="5D7284"/>
        </w:rPr>
        <w:t>21:44</w:t>
      </w:r>
    </w:p>
    <w:p w14:paraId="7A151282" w14:textId="77777777" w:rsidR="00C765C9" w:rsidRDefault="00C0551D">
      <w:pPr>
        <w:spacing w:after="0"/>
      </w:pPr>
      <w:r>
        <w:rPr>
          <w:rFonts w:ascii="Arial" w:hAnsi="Arial"/>
        </w:rPr>
        <w:t>Yeah, I mean, was it a welcomed diagnosis? Or, or did you spe</w:t>
      </w:r>
      <w:r>
        <w:rPr>
          <w:rFonts w:ascii="Arial" w:hAnsi="Arial"/>
        </w:rPr>
        <w:t xml:space="preserve">nd a lot of time? Yeah, it was, </w:t>
      </w:r>
    </w:p>
    <w:p w14:paraId="1573FA44" w14:textId="77777777" w:rsidR="00C765C9" w:rsidRDefault="00C765C9">
      <w:pPr>
        <w:spacing w:after="0"/>
      </w:pPr>
    </w:p>
    <w:p w14:paraId="1D54D20E" w14:textId="77777777" w:rsidR="00C765C9" w:rsidRDefault="00C0551D">
      <w:pPr>
        <w:spacing w:after="0"/>
      </w:pPr>
      <w:r>
        <w:rPr>
          <w:rFonts w:ascii="Arial" w:hAnsi="Arial"/>
          <w:b/>
        </w:rPr>
        <w:t xml:space="preserve">Ira  </w:t>
      </w:r>
      <w:r>
        <w:rPr>
          <w:rFonts w:ascii="Arial" w:hAnsi="Arial"/>
          <w:color w:val="5D7284"/>
        </w:rPr>
        <w:t>21:49</w:t>
      </w:r>
    </w:p>
    <w:p w14:paraId="5A0B2446" w14:textId="77777777" w:rsidR="00C765C9" w:rsidRDefault="00C0551D">
      <w:pPr>
        <w:spacing w:after="0"/>
      </w:pPr>
      <w:r>
        <w:rPr>
          <w:rFonts w:ascii="Arial" w:hAnsi="Arial"/>
        </w:rPr>
        <w:t xml:space="preserve">I </w:t>
      </w:r>
      <w:proofErr w:type="spellStart"/>
      <w:r>
        <w:rPr>
          <w:rFonts w:ascii="Arial" w:hAnsi="Arial"/>
        </w:rPr>
        <w:t>mean,at</w:t>
      </w:r>
      <w:proofErr w:type="spellEnd"/>
      <w:r>
        <w:rPr>
          <w:rFonts w:ascii="Arial" w:hAnsi="Arial"/>
        </w:rPr>
        <w:t xml:space="preserve"> the time, I didn't know what it was. But like, for me, I kind of Hope I focused on it for like, until I got like, an official diagnosis, because I just didn't know, I didn't really know anything about </w:t>
      </w:r>
      <w:r>
        <w:rPr>
          <w:rFonts w:ascii="Arial" w:hAnsi="Arial"/>
        </w:rPr>
        <w:t xml:space="preserve">like the disability community at the time, too. </w:t>
      </w:r>
      <w:proofErr w:type="gramStart"/>
      <w:r>
        <w:rPr>
          <w:rFonts w:ascii="Arial" w:hAnsi="Arial"/>
        </w:rPr>
        <w:t>So</w:t>
      </w:r>
      <w:proofErr w:type="gramEnd"/>
      <w:r>
        <w:rPr>
          <w:rFonts w:ascii="Arial" w:hAnsi="Arial"/>
        </w:rPr>
        <w:t xml:space="preserve"> when I found out or like, I found, I really like the book of nerdy, shy and socially inappropriate by Cynthia Kim, that really confirmed for me, because it was like more about her processing. I think she w</w:t>
      </w:r>
      <w:r>
        <w:rPr>
          <w:rFonts w:ascii="Arial" w:hAnsi="Arial"/>
        </w:rPr>
        <w:t xml:space="preserve">as late diagnosed to I'm </w:t>
      </w:r>
      <w:proofErr w:type="gramStart"/>
      <w:r>
        <w:rPr>
          <w:rFonts w:ascii="Arial" w:hAnsi="Arial"/>
        </w:rPr>
        <w:t>not,</w:t>
      </w:r>
      <w:proofErr w:type="gramEnd"/>
      <w:r>
        <w:rPr>
          <w:rFonts w:ascii="Arial" w:hAnsi="Arial"/>
        </w:rPr>
        <w:t xml:space="preserve"> I think it was like her processing her late diagnosis and about her life. And I could just read it. And I was like, Yes. Like this, even though the whole time I was like, Oh, I don't have an official diagnosis. And it was also</w:t>
      </w:r>
      <w:r>
        <w:rPr>
          <w:rFonts w:ascii="Arial" w:hAnsi="Arial"/>
        </w:rPr>
        <w:t xml:space="preserve"> tough because I was taking classes at the time. And because I didn't have an official diagnosis, I couldn't get accommodations. I had to </w:t>
      </w:r>
      <w:proofErr w:type="gramStart"/>
      <w:r>
        <w:rPr>
          <w:rFonts w:ascii="Arial" w:hAnsi="Arial"/>
        </w:rPr>
        <w:t>I</w:t>
      </w:r>
      <w:proofErr w:type="gramEnd"/>
      <w:r>
        <w:rPr>
          <w:rFonts w:ascii="Arial" w:hAnsi="Arial"/>
        </w:rPr>
        <w:t xml:space="preserve"> explained to a professor once that not knowing the format of an exam that we were having, we had, we had an oral exa</w:t>
      </w:r>
      <w:r>
        <w:rPr>
          <w:rFonts w:ascii="Arial" w:hAnsi="Arial"/>
        </w:rPr>
        <w:t xml:space="preserve">m, and she wouldn't tell us the format of I said, Oh, this is really anxiety inducing for me. And she didn't understand what I was trying to say. And she was just like, you did fine on the midterm written exam. </w:t>
      </w:r>
      <w:proofErr w:type="gramStart"/>
      <w:r>
        <w:rPr>
          <w:rFonts w:ascii="Arial" w:hAnsi="Arial"/>
        </w:rPr>
        <w:t>So</w:t>
      </w:r>
      <w:proofErr w:type="gramEnd"/>
      <w:r>
        <w:rPr>
          <w:rFonts w:ascii="Arial" w:hAnsi="Arial"/>
        </w:rPr>
        <w:t xml:space="preserve"> you'll do fine. And I had a panic attack s</w:t>
      </w:r>
      <w:r>
        <w:rPr>
          <w:rFonts w:ascii="Arial" w:hAnsi="Arial"/>
        </w:rPr>
        <w:t>lash shutdown. I honestly don't, I think I might have, it might have been both during the exam, and she felt terrible, but like, I couldn't explain, like, if I had said the word autism, it wouldn't have made a difference. You know what I mean? Like, becaus</w:t>
      </w:r>
      <w:r>
        <w:rPr>
          <w:rFonts w:ascii="Arial" w:hAnsi="Arial"/>
        </w:rPr>
        <w:t>e people don't know what it means.</w:t>
      </w:r>
    </w:p>
    <w:p w14:paraId="787B6C51" w14:textId="77777777" w:rsidR="00C765C9" w:rsidRDefault="00C765C9">
      <w:pPr>
        <w:spacing w:after="0"/>
      </w:pPr>
    </w:p>
    <w:p w14:paraId="31F745EE" w14:textId="77777777" w:rsidR="00C765C9" w:rsidRDefault="00C0551D">
      <w:pPr>
        <w:spacing w:after="0"/>
      </w:pPr>
      <w:r>
        <w:rPr>
          <w:rFonts w:ascii="Arial" w:hAnsi="Arial"/>
          <w:b/>
        </w:rPr>
        <w:t xml:space="preserve">Alice  </w:t>
      </w:r>
      <w:r>
        <w:rPr>
          <w:rFonts w:ascii="Arial" w:hAnsi="Arial"/>
          <w:color w:val="5D7284"/>
        </w:rPr>
        <w:t>23:24</w:t>
      </w:r>
    </w:p>
    <w:p w14:paraId="76428184" w14:textId="77777777" w:rsidR="00C765C9" w:rsidRDefault="00C0551D">
      <w:pPr>
        <w:spacing w:after="0"/>
      </w:pPr>
      <w:r>
        <w:rPr>
          <w:rFonts w:ascii="Arial" w:hAnsi="Arial"/>
        </w:rPr>
        <w:t xml:space="preserve">Yeah, </w:t>
      </w:r>
    </w:p>
    <w:p w14:paraId="706F9EC9" w14:textId="77777777" w:rsidR="00C765C9" w:rsidRDefault="00C765C9">
      <w:pPr>
        <w:spacing w:after="0"/>
      </w:pPr>
    </w:p>
    <w:p w14:paraId="052B6C59" w14:textId="77777777" w:rsidR="00C765C9" w:rsidRDefault="00C0551D">
      <w:pPr>
        <w:spacing w:after="0"/>
      </w:pPr>
      <w:r>
        <w:rPr>
          <w:rFonts w:ascii="Arial" w:hAnsi="Arial"/>
          <w:b/>
        </w:rPr>
        <w:t xml:space="preserve">Ira  </w:t>
      </w:r>
      <w:r>
        <w:rPr>
          <w:rFonts w:ascii="Arial" w:hAnsi="Arial"/>
          <w:color w:val="5D7284"/>
        </w:rPr>
        <w:t>23:25</w:t>
      </w:r>
    </w:p>
    <w:p w14:paraId="6DE85863" w14:textId="77777777" w:rsidR="00C765C9" w:rsidRDefault="00C0551D">
      <w:pPr>
        <w:spacing w:after="0"/>
      </w:pPr>
      <w:r>
        <w:rPr>
          <w:rFonts w:ascii="Arial" w:hAnsi="Arial"/>
        </w:rPr>
        <w:t xml:space="preserve">that </w:t>
      </w:r>
      <w:proofErr w:type="spellStart"/>
      <w:r>
        <w:rPr>
          <w:rFonts w:ascii="Arial" w:hAnsi="Arial"/>
        </w:rPr>
        <w:t>waswhy</w:t>
      </w:r>
      <w:proofErr w:type="spellEnd"/>
      <w:r>
        <w:rPr>
          <w:rFonts w:ascii="Arial" w:hAnsi="Arial"/>
        </w:rPr>
        <w:t xml:space="preserve"> I really started writing about it, and like putting it out, because I was like, if I tell people this, they're just </w:t>
      </w:r>
      <w:proofErr w:type="spellStart"/>
      <w:r>
        <w:rPr>
          <w:rFonts w:ascii="Arial" w:hAnsi="Arial"/>
        </w:rPr>
        <w:t>gonna</w:t>
      </w:r>
      <w:proofErr w:type="spellEnd"/>
      <w:r>
        <w:rPr>
          <w:rFonts w:ascii="Arial" w:hAnsi="Arial"/>
        </w:rPr>
        <w:t xml:space="preserve"> go, Oh, well, you're so smart, like, I would </w:t>
      </w:r>
      <w:r>
        <w:rPr>
          <w:rFonts w:ascii="Arial" w:hAnsi="Arial"/>
        </w:rPr>
        <w:t xml:space="preserve">never have known or I've heard your, your, you must be </w:t>
      </w:r>
      <w:proofErr w:type="gramStart"/>
      <w:r>
        <w:rPr>
          <w:rFonts w:ascii="Arial" w:hAnsi="Arial"/>
        </w:rPr>
        <w:t>really high</w:t>
      </w:r>
      <w:proofErr w:type="gramEnd"/>
      <w:r>
        <w:rPr>
          <w:rFonts w:ascii="Arial" w:hAnsi="Arial"/>
        </w:rPr>
        <w:t xml:space="preserve"> functioning, you know. And if you've seen me in </w:t>
      </w:r>
      <w:proofErr w:type="gramStart"/>
      <w:r>
        <w:rPr>
          <w:rFonts w:ascii="Arial" w:hAnsi="Arial"/>
        </w:rPr>
        <w:t>a very specific</w:t>
      </w:r>
      <w:proofErr w:type="gramEnd"/>
      <w:r>
        <w:rPr>
          <w:rFonts w:ascii="Arial" w:hAnsi="Arial"/>
        </w:rPr>
        <w:t xml:space="preserve"> environment, and not, like in any other context, and you've only like, if I have a meltdown, or shut down, I'm just </w:t>
      </w:r>
      <w:proofErr w:type="spellStart"/>
      <w:r>
        <w:rPr>
          <w:rFonts w:ascii="Arial" w:hAnsi="Arial"/>
        </w:rPr>
        <w:t>gonna</w:t>
      </w:r>
      <w:proofErr w:type="spellEnd"/>
      <w:r>
        <w:rPr>
          <w:rFonts w:ascii="Arial" w:hAnsi="Arial"/>
        </w:rPr>
        <w:t xml:space="preserve"> go </w:t>
      </w:r>
      <w:r>
        <w:rPr>
          <w:rFonts w:ascii="Arial" w:hAnsi="Arial"/>
        </w:rPr>
        <w:t xml:space="preserve">to the bathroom, like, I'm not </w:t>
      </w:r>
      <w:proofErr w:type="spellStart"/>
      <w:r>
        <w:rPr>
          <w:rFonts w:ascii="Arial" w:hAnsi="Arial"/>
        </w:rPr>
        <w:t>gonna</w:t>
      </w:r>
      <w:proofErr w:type="spellEnd"/>
      <w:r>
        <w:rPr>
          <w:rFonts w:ascii="Arial" w:hAnsi="Arial"/>
        </w:rPr>
        <w:t xml:space="preserve"> go hang out next to you, you know. </w:t>
      </w:r>
      <w:proofErr w:type="gramStart"/>
      <w:r>
        <w:rPr>
          <w:rFonts w:ascii="Arial" w:hAnsi="Arial"/>
        </w:rPr>
        <w:t>So</w:t>
      </w:r>
      <w:proofErr w:type="gramEnd"/>
      <w:r>
        <w:rPr>
          <w:rFonts w:ascii="Arial" w:hAnsi="Arial"/>
        </w:rPr>
        <w:t xml:space="preserve"> it's hard to get people to understand that. And </w:t>
      </w:r>
      <w:proofErr w:type="gramStart"/>
      <w:r>
        <w:rPr>
          <w:rFonts w:ascii="Arial" w:hAnsi="Arial"/>
        </w:rPr>
        <w:t>so</w:t>
      </w:r>
      <w:proofErr w:type="gramEnd"/>
      <w:r>
        <w:rPr>
          <w:rFonts w:ascii="Arial" w:hAnsi="Arial"/>
        </w:rPr>
        <w:t xml:space="preserve"> I didn't really disclose until very late with my advisor when I was already comfortable with her. And she, it she already, she eve</w:t>
      </w:r>
      <w:r>
        <w:rPr>
          <w:rFonts w:ascii="Arial" w:hAnsi="Arial"/>
        </w:rPr>
        <w:t>n knew before me about, like, my auditory sensitivity stuff.</w:t>
      </w:r>
    </w:p>
    <w:p w14:paraId="0593C7CD" w14:textId="77777777" w:rsidR="00C765C9" w:rsidRDefault="00C765C9">
      <w:pPr>
        <w:spacing w:after="0"/>
      </w:pPr>
    </w:p>
    <w:p w14:paraId="1164C470" w14:textId="77777777" w:rsidR="00C765C9" w:rsidRDefault="00C0551D">
      <w:pPr>
        <w:spacing w:after="0"/>
      </w:pPr>
      <w:r>
        <w:rPr>
          <w:rFonts w:ascii="Arial" w:hAnsi="Arial"/>
          <w:b/>
        </w:rPr>
        <w:t xml:space="preserve">Lucy  </w:t>
      </w:r>
      <w:r>
        <w:rPr>
          <w:rFonts w:ascii="Arial" w:hAnsi="Arial"/>
          <w:color w:val="5D7284"/>
        </w:rPr>
        <w:t>24:14</w:t>
      </w:r>
    </w:p>
    <w:p w14:paraId="61D0C2AB" w14:textId="77777777" w:rsidR="00C765C9" w:rsidRDefault="00C0551D">
      <w:pPr>
        <w:spacing w:after="0"/>
      </w:pPr>
      <w:r>
        <w:rPr>
          <w:rFonts w:ascii="Arial" w:hAnsi="Arial"/>
        </w:rPr>
        <w:lastRenderedPageBreak/>
        <w:t>Yeah,</w:t>
      </w:r>
    </w:p>
    <w:p w14:paraId="20C90CFD" w14:textId="77777777" w:rsidR="00C765C9" w:rsidRDefault="00C765C9">
      <w:pPr>
        <w:spacing w:after="0"/>
      </w:pPr>
    </w:p>
    <w:p w14:paraId="5C040AD8" w14:textId="77777777" w:rsidR="00C765C9" w:rsidRDefault="00C0551D">
      <w:pPr>
        <w:spacing w:after="0"/>
      </w:pPr>
      <w:r>
        <w:rPr>
          <w:rFonts w:ascii="Arial" w:hAnsi="Arial"/>
          <w:b/>
        </w:rPr>
        <w:t xml:space="preserve">Ira  </w:t>
      </w:r>
      <w:r>
        <w:rPr>
          <w:rFonts w:ascii="Arial" w:hAnsi="Arial"/>
          <w:color w:val="5D7284"/>
        </w:rPr>
        <w:t>24:14</w:t>
      </w:r>
    </w:p>
    <w:p w14:paraId="2220DE82" w14:textId="77777777" w:rsidR="00C765C9" w:rsidRDefault="00C0551D">
      <w:pPr>
        <w:spacing w:after="0"/>
      </w:pPr>
      <w:r>
        <w:rPr>
          <w:rFonts w:ascii="Arial" w:hAnsi="Arial"/>
        </w:rPr>
        <w:t xml:space="preserve">she was like, I see, you know, like, she </w:t>
      </w:r>
      <w:proofErr w:type="spellStart"/>
      <w:r>
        <w:rPr>
          <w:rFonts w:ascii="Arial" w:hAnsi="Arial"/>
        </w:rPr>
        <w:t>she</w:t>
      </w:r>
      <w:proofErr w:type="spellEnd"/>
      <w:r>
        <w:rPr>
          <w:rFonts w:ascii="Arial" w:hAnsi="Arial"/>
        </w:rPr>
        <w:t xml:space="preserve"> knew I had </w:t>
      </w:r>
      <w:proofErr w:type="gramStart"/>
      <w:r>
        <w:rPr>
          <w:rFonts w:ascii="Arial" w:hAnsi="Arial"/>
        </w:rPr>
        <w:t>really good</w:t>
      </w:r>
      <w:proofErr w:type="gramEnd"/>
      <w:r>
        <w:rPr>
          <w:rFonts w:ascii="Arial" w:hAnsi="Arial"/>
        </w:rPr>
        <w:t xml:space="preserve"> hearing. And she would even ask, if like she was doing something loud, like, do you mind if I do</w:t>
      </w:r>
      <w:r>
        <w:rPr>
          <w:rFonts w:ascii="Arial" w:hAnsi="Arial"/>
        </w:rPr>
        <w:t xml:space="preserve"> this right now? Like, she would ask me that ahead of time. </w:t>
      </w:r>
      <w:proofErr w:type="gramStart"/>
      <w:r>
        <w:rPr>
          <w:rFonts w:ascii="Arial" w:hAnsi="Arial"/>
        </w:rPr>
        <w:t>So</w:t>
      </w:r>
      <w:proofErr w:type="gramEnd"/>
      <w:r>
        <w:rPr>
          <w:rFonts w:ascii="Arial" w:hAnsi="Arial"/>
        </w:rPr>
        <w:t xml:space="preserve"> I was very lucky in the sense that, like, she understood that without me having to kind of say, Oh, well, I'm autistic. And this is what this means. You know, it was just, it was more supportiv</w:t>
      </w:r>
      <w:r>
        <w:rPr>
          <w:rFonts w:ascii="Arial" w:hAnsi="Arial"/>
        </w:rPr>
        <w:t>e than a lot of graduate students.</w:t>
      </w:r>
    </w:p>
    <w:p w14:paraId="6204D321" w14:textId="77777777" w:rsidR="00C765C9" w:rsidRDefault="00C765C9">
      <w:pPr>
        <w:spacing w:after="0"/>
      </w:pPr>
    </w:p>
    <w:p w14:paraId="6E2471C7" w14:textId="77777777" w:rsidR="00C765C9" w:rsidRDefault="00C0551D">
      <w:pPr>
        <w:spacing w:after="0"/>
      </w:pPr>
      <w:r>
        <w:rPr>
          <w:rFonts w:ascii="Arial" w:hAnsi="Arial"/>
          <w:b/>
        </w:rPr>
        <w:t xml:space="preserve">Alice  </w:t>
      </w:r>
      <w:r>
        <w:rPr>
          <w:rFonts w:ascii="Arial" w:hAnsi="Arial"/>
          <w:color w:val="5D7284"/>
        </w:rPr>
        <w:t>24:42</w:t>
      </w:r>
    </w:p>
    <w:p w14:paraId="072DC280" w14:textId="77777777" w:rsidR="00C765C9" w:rsidRDefault="00C0551D">
      <w:pPr>
        <w:spacing w:after="0"/>
      </w:pPr>
      <w:r>
        <w:rPr>
          <w:rFonts w:ascii="Arial" w:hAnsi="Arial"/>
        </w:rPr>
        <w:t xml:space="preserve">I was just </w:t>
      </w:r>
      <w:proofErr w:type="spellStart"/>
      <w:r>
        <w:rPr>
          <w:rFonts w:ascii="Arial" w:hAnsi="Arial"/>
        </w:rPr>
        <w:t>gonna</w:t>
      </w:r>
      <w:proofErr w:type="spellEnd"/>
      <w:r>
        <w:rPr>
          <w:rFonts w:ascii="Arial" w:hAnsi="Arial"/>
        </w:rPr>
        <w:t xml:space="preserve"> say that. I mean, it sounds, you know, again, we've talked to a couple of people on both mine and Lucy's own experiences of academics in higher education. It's not always the most supportive</w:t>
      </w:r>
      <w:r>
        <w:rPr>
          <w:rFonts w:ascii="Arial" w:hAnsi="Arial"/>
        </w:rPr>
        <w:t xml:space="preserve"> place for disabled people. </w:t>
      </w:r>
      <w:proofErr w:type="gramStart"/>
      <w:r>
        <w:rPr>
          <w:rFonts w:ascii="Arial" w:hAnsi="Arial"/>
        </w:rPr>
        <w:t>So</w:t>
      </w:r>
      <w:proofErr w:type="gramEnd"/>
      <w:r>
        <w:rPr>
          <w:rFonts w:ascii="Arial" w:hAnsi="Arial"/>
        </w:rPr>
        <w:t xml:space="preserve"> it's really nice to hear a story of somebody who had a good experience. </w:t>
      </w:r>
    </w:p>
    <w:p w14:paraId="018B6EDD" w14:textId="77777777" w:rsidR="00C765C9" w:rsidRDefault="00C765C9">
      <w:pPr>
        <w:spacing w:after="0"/>
      </w:pPr>
    </w:p>
    <w:p w14:paraId="5D28B6E7" w14:textId="77777777" w:rsidR="00C765C9" w:rsidRDefault="00C0551D">
      <w:pPr>
        <w:spacing w:after="0"/>
      </w:pPr>
      <w:r>
        <w:rPr>
          <w:rFonts w:ascii="Arial" w:hAnsi="Arial"/>
          <w:b/>
        </w:rPr>
        <w:t xml:space="preserve">Ira  </w:t>
      </w:r>
      <w:r>
        <w:rPr>
          <w:rFonts w:ascii="Arial" w:hAnsi="Arial"/>
          <w:color w:val="5D7284"/>
        </w:rPr>
        <w:t>25:00</w:t>
      </w:r>
    </w:p>
    <w:p w14:paraId="7DFD929C" w14:textId="77777777" w:rsidR="00C765C9" w:rsidRDefault="00C0551D">
      <w:pPr>
        <w:spacing w:after="0"/>
      </w:pPr>
      <w:r>
        <w:rPr>
          <w:rFonts w:ascii="Arial" w:hAnsi="Arial"/>
        </w:rPr>
        <w:t xml:space="preserve"> I've been </w:t>
      </w:r>
      <w:proofErr w:type="gramStart"/>
      <w:r>
        <w:rPr>
          <w:rFonts w:ascii="Arial" w:hAnsi="Arial"/>
        </w:rPr>
        <w:t>very lucky</w:t>
      </w:r>
      <w:proofErr w:type="gramEnd"/>
      <w:r>
        <w:rPr>
          <w:rFonts w:ascii="Arial" w:hAnsi="Arial"/>
        </w:rPr>
        <w:t xml:space="preserve">. And even for example, like presentations and stuff, I was I once asked her, like, Can I just like </w:t>
      </w:r>
      <w:proofErr w:type="gramStart"/>
      <w:r>
        <w:rPr>
          <w:rFonts w:ascii="Arial" w:hAnsi="Arial"/>
        </w:rPr>
        <w:t>write</w:t>
      </w:r>
      <w:proofErr w:type="gramEnd"/>
      <w:r>
        <w:rPr>
          <w:rFonts w:ascii="Arial" w:hAnsi="Arial"/>
        </w:rPr>
        <w:t xml:space="preserve"> all of my wha</w:t>
      </w:r>
      <w:r>
        <w:rPr>
          <w:rFonts w:ascii="Arial" w:hAnsi="Arial"/>
        </w:rPr>
        <w:t xml:space="preserve">t I'm going to say? Like into my notes? Like I said, Okay, like, </w:t>
      </w:r>
      <w:proofErr w:type="spellStart"/>
      <w:r>
        <w:rPr>
          <w:rFonts w:ascii="Arial" w:hAnsi="Arial"/>
        </w:rPr>
        <w:t>Ididn't</w:t>
      </w:r>
      <w:proofErr w:type="spellEnd"/>
      <w:r>
        <w:rPr>
          <w:rFonts w:ascii="Arial" w:hAnsi="Arial"/>
        </w:rPr>
        <w:t xml:space="preserve"> think that was okay. And she was like, yeah, that's fine. I was like, Oh, thank God. Like, I don't know what I would do without having some sort of script or more </w:t>
      </w:r>
      <w:proofErr w:type="spellStart"/>
      <w:r>
        <w:rPr>
          <w:rFonts w:ascii="Arial" w:hAnsi="Arial"/>
        </w:rPr>
        <w:t>more</w:t>
      </w:r>
      <w:proofErr w:type="spellEnd"/>
      <w:r>
        <w:rPr>
          <w:rFonts w:ascii="Arial" w:hAnsi="Arial"/>
        </w:rPr>
        <w:t xml:space="preserve"> structured kind</w:t>
      </w:r>
      <w:r>
        <w:rPr>
          <w:rFonts w:ascii="Arial" w:hAnsi="Arial"/>
        </w:rPr>
        <w:t xml:space="preserve"> of like presentation if I'm doing something.</w:t>
      </w:r>
    </w:p>
    <w:p w14:paraId="03EE560C" w14:textId="77777777" w:rsidR="00C765C9" w:rsidRDefault="00C765C9">
      <w:pPr>
        <w:spacing w:after="0"/>
      </w:pPr>
    </w:p>
    <w:p w14:paraId="6967C912" w14:textId="77777777" w:rsidR="00C765C9" w:rsidRDefault="00C0551D">
      <w:pPr>
        <w:spacing w:after="0"/>
      </w:pPr>
      <w:r>
        <w:rPr>
          <w:rFonts w:ascii="Arial" w:hAnsi="Arial"/>
          <w:b/>
        </w:rPr>
        <w:t xml:space="preserve">Alice  </w:t>
      </w:r>
      <w:r>
        <w:rPr>
          <w:rFonts w:ascii="Arial" w:hAnsi="Arial"/>
          <w:color w:val="5D7284"/>
        </w:rPr>
        <w:t>25:27</w:t>
      </w:r>
    </w:p>
    <w:p w14:paraId="4D99B904" w14:textId="77777777" w:rsidR="00C765C9" w:rsidRDefault="00C0551D">
      <w:pPr>
        <w:spacing w:after="0"/>
      </w:pPr>
      <w:r>
        <w:rPr>
          <w:rFonts w:ascii="Arial" w:hAnsi="Arial"/>
        </w:rPr>
        <w:t xml:space="preserve">Yeah, that's </w:t>
      </w:r>
      <w:proofErr w:type="gramStart"/>
      <w:r>
        <w:rPr>
          <w:rFonts w:ascii="Arial" w:hAnsi="Arial"/>
        </w:rPr>
        <w:t>really interesting</w:t>
      </w:r>
      <w:proofErr w:type="gramEnd"/>
      <w:r>
        <w:rPr>
          <w:rFonts w:ascii="Arial" w:hAnsi="Arial"/>
        </w:rPr>
        <w:t xml:space="preserve">. Do you think you know that your </w:t>
      </w:r>
      <w:proofErr w:type="spellStart"/>
      <w:r>
        <w:rPr>
          <w:rFonts w:ascii="Arial" w:hAnsi="Arial"/>
        </w:rPr>
        <w:t>your</w:t>
      </w:r>
      <w:proofErr w:type="spellEnd"/>
      <w:r>
        <w:rPr>
          <w:rFonts w:ascii="Arial" w:hAnsi="Arial"/>
        </w:rPr>
        <w:t xml:space="preserve"> diagnosis helped to kind of get you through getting through the your grad degree, do you think you'd have your degree </w:t>
      </w:r>
      <w:proofErr w:type="gramStart"/>
      <w:r>
        <w:rPr>
          <w:rFonts w:ascii="Arial" w:hAnsi="Arial"/>
        </w:rPr>
        <w:t>now,</w:t>
      </w:r>
      <w:proofErr w:type="gramEnd"/>
    </w:p>
    <w:p w14:paraId="1D5BA380" w14:textId="77777777" w:rsidR="00C765C9" w:rsidRDefault="00C765C9">
      <w:pPr>
        <w:spacing w:after="0"/>
      </w:pPr>
    </w:p>
    <w:p w14:paraId="5F9C1F31" w14:textId="77777777" w:rsidR="00C765C9" w:rsidRDefault="00C0551D">
      <w:pPr>
        <w:spacing w:after="0"/>
      </w:pPr>
      <w:r>
        <w:rPr>
          <w:rFonts w:ascii="Arial" w:hAnsi="Arial"/>
          <w:b/>
        </w:rPr>
        <w:t xml:space="preserve">Ira  </w:t>
      </w:r>
      <w:r>
        <w:rPr>
          <w:rFonts w:ascii="Arial" w:hAnsi="Arial"/>
          <w:color w:val="5D7284"/>
        </w:rPr>
        <w:t>25:43</w:t>
      </w:r>
    </w:p>
    <w:p w14:paraId="036595C3" w14:textId="77777777" w:rsidR="00C765C9" w:rsidRDefault="00C0551D">
      <w:pPr>
        <w:spacing w:after="0"/>
      </w:pPr>
      <w:r>
        <w:rPr>
          <w:rFonts w:ascii="Arial" w:hAnsi="Arial"/>
        </w:rPr>
        <w:t>I have not gotten if I had not figured out what I was autistic. By the time I did, I would have burnt myself out even more, I was considering going to a therapist for anxiety about in my second year of grad school, because I was so stressed out,</w:t>
      </w:r>
      <w:r>
        <w:rPr>
          <w:rFonts w:ascii="Arial" w:hAnsi="Arial"/>
        </w:rPr>
        <w:t xml:space="preserve"> I was overworking myself, like not even like in a productive efficient way. And just a way of like, I'm a grad student. </w:t>
      </w:r>
      <w:proofErr w:type="gramStart"/>
      <w:r>
        <w:rPr>
          <w:rFonts w:ascii="Arial" w:hAnsi="Arial"/>
        </w:rPr>
        <w:t>So</w:t>
      </w:r>
      <w:proofErr w:type="gramEnd"/>
      <w:r>
        <w:rPr>
          <w:rFonts w:ascii="Arial" w:hAnsi="Arial"/>
        </w:rPr>
        <w:t xml:space="preserve"> I must do all these things no matter what. And like, I was, like, always tired, because I also have a sleep disorder that was diagno</w:t>
      </w:r>
      <w:r>
        <w:rPr>
          <w:rFonts w:ascii="Arial" w:hAnsi="Arial"/>
        </w:rPr>
        <w:t xml:space="preserve">sed around the same time, I found that I was autistic, like, a few months after that. </w:t>
      </w:r>
      <w:proofErr w:type="gramStart"/>
      <w:r>
        <w:rPr>
          <w:rFonts w:ascii="Arial" w:hAnsi="Arial"/>
        </w:rPr>
        <w:t>So</w:t>
      </w:r>
      <w:proofErr w:type="gramEnd"/>
      <w:r>
        <w:rPr>
          <w:rFonts w:ascii="Arial" w:hAnsi="Arial"/>
        </w:rPr>
        <w:t xml:space="preserve"> it was just a mess. And I'm so if I hadn't gotten that I honestly think I either would have, I didn't go to the therapist, because I was too anxious to go to a therapi</w:t>
      </w:r>
      <w:r>
        <w:rPr>
          <w:rFonts w:ascii="Arial" w:hAnsi="Arial"/>
        </w:rPr>
        <w:t xml:space="preserve">st, and I am so happy that I didn't quit because I would have diagnosed with </w:t>
      </w:r>
      <w:proofErr w:type="spellStart"/>
      <w:r>
        <w:rPr>
          <w:rFonts w:ascii="Arial" w:hAnsi="Arial"/>
        </w:rPr>
        <w:t>generalised</w:t>
      </w:r>
      <w:proofErr w:type="spellEnd"/>
      <w:r>
        <w:rPr>
          <w:rFonts w:ascii="Arial" w:hAnsi="Arial"/>
        </w:rPr>
        <w:t xml:space="preserve"> anxiety, I would have not known anything else. And I would have just </w:t>
      </w:r>
      <w:proofErr w:type="gramStart"/>
      <w:r>
        <w:rPr>
          <w:rFonts w:ascii="Arial" w:hAnsi="Arial"/>
        </w:rPr>
        <w:t>continued on</w:t>
      </w:r>
      <w:proofErr w:type="gramEnd"/>
      <w:r>
        <w:rPr>
          <w:rFonts w:ascii="Arial" w:hAnsi="Arial"/>
        </w:rPr>
        <w:t xml:space="preserve"> burning myself out. </w:t>
      </w:r>
    </w:p>
    <w:p w14:paraId="6B2F1016" w14:textId="77777777" w:rsidR="00C765C9" w:rsidRDefault="00C765C9">
      <w:pPr>
        <w:spacing w:after="0"/>
      </w:pPr>
    </w:p>
    <w:p w14:paraId="07890951" w14:textId="77777777" w:rsidR="00C765C9" w:rsidRDefault="00C0551D">
      <w:pPr>
        <w:spacing w:after="0"/>
      </w:pPr>
      <w:r>
        <w:rPr>
          <w:rFonts w:ascii="Arial" w:hAnsi="Arial"/>
          <w:b/>
        </w:rPr>
        <w:t xml:space="preserve">Alice  </w:t>
      </w:r>
      <w:r>
        <w:rPr>
          <w:rFonts w:ascii="Arial" w:hAnsi="Arial"/>
          <w:color w:val="5D7284"/>
        </w:rPr>
        <w:t>26:38</w:t>
      </w:r>
    </w:p>
    <w:p w14:paraId="2F371C81" w14:textId="77777777" w:rsidR="00C765C9" w:rsidRDefault="00C0551D">
      <w:pPr>
        <w:spacing w:after="0"/>
      </w:pPr>
      <w:r>
        <w:rPr>
          <w:rFonts w:ascii="Arial" w:hAnsi="Arial"/>
        </w:rPr>
        <w:t>Yeah. Yeah. Because I suppose if the anxiety would</w:t>
      </w:r>
      <w:r>
        <w:rPr>
          <w:rFonts w:ascii="Arial" w:hAnsi="Arial"/>
        </w:rPr>
        <w:t xml:space="preserve">n't have addressed them, the masking and stuff would it </w:t>
      </w:r>
      <w:proofErr w:type="spellStart"/>
      <w:r>
        <w:rPr>
          <w:rFonts w:ascii="Arial" w:hAnsi="Arial"/>
        </w:rPr>
        <w:t>it</w:t>
      </w:r>
      <w:proofErr w:type="spellEnd"/>
      <w:r>
        <w:rPr>
          <w:rFonts w:ascii="Arial" w:hAnsi="Arial"/>
        </w:rPr>
        <w:t xml:space="preserve"> would have </w:t>
      </w:r>
      <w:proofErr w:type="gramStart"/>
      <w:r>
        <w:rPr>
          <w:rFonts w:ascii="Arial" w:hAnsi="Arial"/>
        </w:rPr>
        <w:t>just</w:t>
      </w:r>
      <w:proofErr w:type="gramEnd"/>
    </w:p>
    <w:p w14:paraId="704D3D8D" w14:textId="77777777" w:rsidR="00C765C9" w:rsidRDefault="00C765C9">
      <w:pPr>
        <w:spacing w:after="0"/>
      </w:pPr>
    </w:p>
    <w:p w14:paraId="5E3F4F5E" w14:textId="77777777" w:rsidR="00C765C9" w:rsidRDefault="00C0551D">
      <w:pPr>
        <w:spacing w:after="0"/>
      </w:pPr>
      <w:r>
        <w:rPr>
          <w:rFonts w:ascii="Arial" w:hAnsi="Arial"/>
          <w:b/>
        </w:rPr>
        <w:t xml:space="preserve">Ira  </w:t>
      </w:r>
      <w:r>
        <w:rPr>
          <w:rFonts w:ascii="Arial" w:hAnsi="Arial"/>
          <w:color w:val="5D7284"/>
        </w:rPr>
        <w:t>26:46</w:t>
      </w:r>
    </w:p>
    <w:p w14:paraId="3DD4C0CF" w14:textId="77777777" w:rsidR="00C765C9" w:rsidRDefault="00C0551D">
      <w:pPr>
        <w:spacing w:after="0"/>
      </w:pPr>
      <w:proofErr w:type="gramStart"/>
      <w:r>
        <w:rPr>
          <w:rFonts w:ascii="Arial" w:hAnsi="Arial"/>
        </w:rPr>
        <w:lastRenderedPageBreak/>
        <w:t>Right..</w:t>
      </w:r>
      <w:proofErr w:type="gramEnd"/>
      <w:r>
        <w:rPr>
          <w:rFonts w:ascii="Arial" w:hAnsi="Arial"/>
        </w:rPr>
        <w:t xml:space="preserve"> like if I say, also, even for some people, cognitive </w:t>
      </w:r>
      <w:proofErr w:type="spellStart"/>
      <w:r>
        <w:rPr>
          <w:rFonts w:ascii="Arial" w:hAnsi="Arial"/>
        </w:rPr>
        <w:t>behavioural</w:t>
      </w:r>
      <w:proofErr w:type="spellEnd"/>
      <w:r>
        <w:rPr>
          <w:rFonts w:ascii="Arial" w:hAnsi="Arial"/>
        </w:rPr>
        <w:t xml:space="preserve"> therapy has been helpful, but like, a lot of times, they don't take our sensory sensitivities in</w:t>
      </w:r>
      <w:r>
        <w:rPr>
          <w:rFonts w:ascii="Arial" w:hAnsi="Arial"/>
        </w:rPr>
        <w:t xml:space="preserve">to account. </w:t>
      </w:r>
      <w:proofErr w:type="gramStart"/>
      <w:r>
        <w:rPr>
          <w:rFonts w:ascii="Arial" w:hAnsi="Arial"/>
        </w:rPr>
        <w:t>So</w:t>
      </w:r>
      <w:proofErr w:type="gramEnd"/>
      <w:r>
        <w:rPr>
          <w:rFonts w:ascii="Arial" w:hAnsi="Arial"/>
        </w:rPr>
        <w:t xml:space="preserve"> they just say, Oh, we should talk to people more, or you should go out more and expose yourself to like new environments or something to get used to it. And it's like, my brain does not do that.</w:t>
      </w:r>
    </w:p>
    <w:p w14:paraId="25F5A21D" w14:textId="77777777" w:rsidR="00C765C9" w:rsidRDefault="00C765C9">
      <w:pPr>
        <w:spacing w:after="0"/>
      </w:pPr>
    </w:p>
    <w:p w14:paraId="5B58EF00" w14:textId="77777777" w:rsidR="00C765C9" w:rsidRDefault="00C0551D">
      <w:pPr>
        <w:spacing w:after="0"/>
      </w:pPr>
      <w:r>
        <w:rPr>
          <w:rFonts w:ascii="Arial" w:hAnsi="Arial"/>
          <w:b/>
        </w:rPr>
        <w:t xml:space="preserve">Alice  </w:t>
      </w:r>
      <w:r>
        <w:rPr>
          <w:rFonts w:ascii="Arial" w:hAnsi="Arial"/>
          <w:color w:val="5D7284"/>
        </w:rPr>
        <w:t>27:08</w:t>
      </w:r>
    </w:p>
    <w:p w14:paraId="7DD5C33D" w14:textId="77777777" w:rsidR="00C765C9" w:rsidRDefault="00C0551D">
      <w:pPr>
        <w:spacing w:after="0"/>
      </w:pPr>
      <w:r>
        <w:rPr>
          <w:rFonts w:ascii="Arial" w:hAnsi="Arial"/>
        </w:rPr>
        <w:t>Not a fan of CBT personally it's</w:t>
      </w:r>
      <w:r>
        <w:rPr>
          <w:rFonts w:ascii="Arial" w:hAnsi="Arial"/>
        </w:rPr>
        <w:t xml:space="preserve"> just it's too broad strokes. And as you say, it's about </w:t>
      </w:r>
      <w:proofErr w:type="spellStart"/>
      <w:r>
        <w:rPr>
          <w:rFonts w:ascii="Arial" w:hAnsi="Arial"/>
        </w:rPr>
        <w:t>behaviours</w:t>
      </w:r>
      <w:proofErr w:type="spellEnd"/>
      <w:r>
        <w:rPr>
          <w:rFonts w:ascii="Arial" w:hAnsi="Arial"/>
        </w:rPr>
        <w:t xml:space="preserve">. It's not about No, no, not a fan </w:t>
      </w:r>
      <w:proofErr w:type="gramStart"/>
      <w:r>
        <w:rPr>
          <w:rFonts w:ascii="Arial" w:hAnsi="Arial"/>
        </w:rPr>
        <w:t>personally</w:t>
      </w:r>
      <w:proofErr w:type="gramEnd"/>
    </w:p>
    <w:p w14:paraId="0CAFFF1D" w14:textId="77777777" w:rsidR="00C765C9" w:rsidRDefault="00C765C9">
      <w:pPr>
        <w:spacing w:after="0"/>
      </w:pPr>
    </w:p>
    <w:p w14:paraId="56DAAA11" w14:textId="77777777" w:rsidR="00C765C9" w:rsidRDefault="00C0551D">
      <w:pPr>
        <w:spacing w:after="0"/>
      </w:pPr>
      <w:r>
        <w:rPr>
          <w:rFonts w:ascii="Arial" w:hAnsi="Arial"/>
          <w:b/>
        </w:rPr>
        <w:t xml:space="preserve">Ira  </w:t>
      </w:r>
      <w:r>
        <w:rPr>
          <w:rFonts w:ascii="Arial" w:hAnsi="Arial"/>
          <w:color w:val="5D7284"/>
        </w:rPr>
        <w:t>27:20</w:t>
      </w:r>
    </w:p>
    <w:p w14:paraId="1DBB204D" w14:textId="77777777" w:rsidR="00C765C9" w:rsidRDefault="00C0551D">
      <w:pPr>
        <w:spacing w:after="0"/>
      </w:pPr>
      <w:r>
        <w:rPr>
          <w:rFonts w:ascii="Arial" w:hAnsi="Arial"/>
        </w:rPr>
        <w:t xml:space="preserve">CBT has been helpful for some people for like, phobias, and like </w:t>
      </w:r>
      <w:proofErr w:type="gramStart"/>
      <w:r>
        <w:rPr>
          <w:rFonts w:ascii="Arial" w:hAnsi="Arial"/>
        </w:rPr>
        <w:t>very specific</w:t>
      </w:r>
      <w:proofErr w:type="gramEnd"/>
      <w:r>
        <w:rPr>
          <w:rFonts w:ascii="Arial" w:hAnsi="Arial"/>
        </w:rPr>
        <w:t xml:space="preserve"> anxieties that are that are like, you know, more lik</w:t>
      </w:r>
      <w:r>
        <w:rPr>
          <w:rFonts w:ascii="Arial" w:hAnsi="Arial"/>
        </w:rPr>
        <w:t>e irrational. But I think I wrote something about, you know, autistic anxiety recently. And it was about the fact that like, we can't, we don't, we can't predict what neurotypical people are going to do, when we are acting around them, like without masking</w:t>
      </w:r>
      <w:r>
        <w:rPr>
          <w:rFonts w:ascii="Arial" w:hAnsi="Arial"/>
        </w:rPr>
        <w:t xml:space="preserve">, like, also like how they're going to interpret our tone of voice, like how they're going to expect us to act or like what they're going to expect us to say. And if we don't say it the right way, like how they're so </w:t>
      </w:r>
      <w:proofErr w:type="spellStart"/>
      <w:r>
        <w:rPr>
          <w:rFonts w:ascii="Arial" w:hAnsi="Arial"/>
        </w:rPr>
        <w:t>so</w:t>
      </w:r>
      <w:proofErr w:type="spellEnd"/>
      <w:r>
        <w:rPr>
          <w:rFonts w:ascii="Arial" w:hAnsi="Arial"/>
        </w:rPr>
        <w:t xml:space="preserve"> the issue for me is like I have anxi</w:t>
      </w:r>
      <w:r>
        <w:rPr>
          <w:rFonts w:ascii="Arial" w:hAnsi="Arial"/>
        </w:rPr>
        <w:t>ety because neurotypical people are unpredictable around my body language and my tone of voice, it's not that I'm anxious about what they'll think of me, it's I don't know, I won't be able to assess a situation like in the moment, like, I won't even know w</w:t>
      </w:r>
      <w:r>
        <w:rPr>
          <w:rFonts w:ascii="Arial" w:hAnsi="Arial"/>
        </w:rPr>
        <w:t xml:space="preserve">hat's going on. And then I'll, I'll </w:t>
      </w:r>
      <w:proofErr w:type="spellStart"/>
      <w:r>
        <w:rPr>
          <w:rFonts w:ascii="Arial" w:hAnsi="Arial"/>
        </w:rPr>
        <w:t>analyse</w:t>
      </w:r>
      <w:proofErr w:type="spellEnd"/>
      <w:r>
        <w:rPr>
          <w:rFonts w:ascii="Arial" w:hAnsi="Arial"/>
        </w:rPr>
        <w:t xml:space="preserve"> it like two hours later and go, Oh, that's what was happening. And I didn't </w:t>
      </w:r>
      <w:proofErr w:type="spellStart"/>
      <w:r>
        <w:rPr>
          <w:rFonts w:ascii="Arial" w:hAnsi="Arial"/>
        </w:rPr>
        <w:t>realise</w:t>
      </w:r>
      <w:proofErr w:type="spellEnd"/>
      <w:r>
        <w:rPr>
          <w:rFonts w:ascii="Arial" w:hAnsi="Arial"/>
        </w:rPr>
        <w:t xml:space="preserve"> it, or I didn't </w:t>
      </w:r>
      <w:proofErr w:type="spellStart"/>
      <w:r>
        <w:rPr>
          <w:rFonts w:ascii="Arial" w:hAnsi="Arial"/>
        </w:rPr>
        <w:t>realise</w:t>
      </w:r>
      <w:proofErr w:type="spellEnd"/>
      <w:r>
        <w:rPr>
          <w:rFonts w:ascii="Arial" w:hAnsi="Arial"/>
        </w:rPr>
        <w:t xml:space="preserve"> like this person was like, trying to make eye contact with me the whole time. And that's why I was stres</w:t>
      </w:r>
      <w:r>
        <w:rPr>
          <w:rFonts w:ascii="Arial" w:hAnsi="Arial"/>
        </w:rPr>
        <w:t>sed out,</w:t>
      </w:r>
    </w:p>
    <w:p w14:paraId="2ED2E072" w14:textId="77777777" w:rsidR="00C765C9" w:rsidRDefault="00C765C9">
      <w:pPr>
        <w:spacing w:after="0"/>
      </w:pPr>
    </w:p>
    <w:p w14:paraId="6AF95146" w14:textId="77777777" w:rsidR="00C765C9" w:rsidRDefault="00C0551D">
      <w:pPr>
        <w:spacing w:after="0"/>
      </w:pPr>
      <w:r>
        <w:rPr>
          <w:rFonts w:ascii="Arial" w:hAnsi="Arial"/>
          <w:b/>
        </w:rPr>
        <w:t xml:space="preserve">Alice  </w:t>
      </w:r>
      <w:r>
        <w:rPr>
          <w:rFonts w:ascii="Arial" w:hAnsi="Arial"/>
          <w:color w:val="5D7284"/>
        </w:rPr>
        <w:t>28:30</w:t>
      </w:r>
    </w:p>
    <w:p w14:paraId="79AFDECA" w14:textId="77777777" w:rsidR="00C765C9" w:rsidRDefault="00C0551D">
      <w:pPr>
        <w:spacing w:after="0"/>
      </w:pPr>
      <w:r>
        <w:rPr>
          <w:rFonts w:ascii="Arial" w:hAnsi="Arial"/>
        </w:rPr>
        <w:t xml:space="preserve">it's one of the things that really kind of gets </w:t>
      </w:r>
      <w:proofErr w:type="spellStart"/>
      <w:r>
        <w:rPr>
          <w:rFonts w:ascii="Arial" w:hAnsi="Arial"/>
        </w:rPr>
        <w:t>gets</w:t>
      </w:r>
      <w:proofErr w:type="spellEnd"/>
      <w:r>
        <w:rPr>
          <w:rFonts w:ascii="Arial" w:hAnsi="Arial"/>
        </w:rPr>
        <w:t xml:space="preserve"> to me is this, the way that people don't, aren't </w:t>
      </w:r>
      <w:proofErr w:type="gramStart"/>
      <w:r>
        <w:rPr>
          <w:rFonts w:ascii="Arial" w:hAnsi="Arial"/>
        </w:rPr>
        <w:t>very good</w:t>
      </w:r>
      <w:proofErr w:type="gramEnd"/>
      <w:r>
        <w:rPr>
          <w:rFonts w:ascii="Arial" w:hAnsi="Arial"/>
        </w:rPr>
        <w:t xml:space="preserve"> at </w:t>
      </w:r>
      <w:proofErr w:type="spellStart"/>
      <w:r>
        <w:rPr>
          <w:rFonts w:ascii="Arial" w:hAnsi="Arial"/>
        </w:rPr>
        <w:t>recognising</w:t>
      </w:r>
      <w:proofErr w:type="spellEnd"/>
      <w:r>
        <w:rPr>
          <w:rFonts w:ascii="Arial" w:hAnsi="Arial"/>
        </w:rPr>
        <w:t xml:space="preserve"> the disability that you can't see, you know, the, the hidden disability, because understanding the huge th</w:t>
      </w:r>
      <w:r>
        <w:rPr>
          <w:rFonts w:ascii="Arial" w:hAnsi="Arial"/>
        </w:rPr>
        <w:t xml:space="preserve">at just because somebody on the outside can't see, it doesn't mean that a person experiencing it living it doesn't have a huge, you know, it does impact them in a huge way. Because you know what you were saying about the unpredictability of </w:t>
      </w:r>
      <w:proofErr w:type="spellStart"/>
      <w:r>
        <w:rPr>
          <w:rFonts w:ascii="Arial" w:hAnsi="Arial"/>
        </w:rPr>
        <w:t>of</w:t>
      </w:r>
      <w:proofErr w:type="spellEnd"/>
      <w:r>
        <w:rPr>
          <w:rFonts w:ascii="Arial" w:hAnsi="Arial"/>
        </w:rPr>
        <w:t xml:space="preserve"> people. For </w:t>
      </w:r>
      <w:r>
        <w:rPr>
          <w:rFonts w:ascii="Arial" w:hAnsi="Arial"/>
        </w:rPr>
        <w:t>me, it's that unpredictability of an environment, if even if I'm somewhere familiar, if I don't have something to guide me, you know, at my sister's dog or whatever, then I have absolutely no idea if somebody just I've literally, you know, bought down stre</w:t>
      </w:r>
      <w:r>
        <w:rPr>
          <w:rFonts w:ascii="Arial" w:hAnsi="Arial"/>
        </w:rPr>
        <w:t xml:space="preserve">ets where people have just decided to lift up paving stones and so I've suddenly dropped and it's only you know, two inches, but you suddenly dropped two inches unexpectedly. And that is enough to make you go that was terrifying. I </w:t>
      </w:r>
      <w:proofErr w:type="gramStart"/>
      <w:r>
        <w:rPr>
          <w:rFonts w:ascii="Arial" w:hAnsi="Arial"/>
        </w:rPr>
        <w:t>really</w:t>
      </w:r>
      <w:proofErr w:type="gramEnd"/>
      <w:r>
        <w:rPr>
          <w:rFonts w:ascii="Arial" w:hAnsi="Arial"/>
        </w:rPr>
        <w:t xml:space="preserve"> I'm shaken I'm sc</w:t>
      </w:r>
      <w:r>
        <w:rPr>
          <w:rFonts w:ascii="Arial" w:hAnsi="Arial"/>
        </w:rPr>
        <w:t>ared I want to go home I don't ever want to walk down the street again. I don't ever want to walk down any street I want to stay at home forever. And you know is that unpredicted not being able to predict for me, you know, sitting here I feel like the envi</w:t>
      </w:r>
      <w:r>
        <w:rPr>
          <w:rFonts w:ascii="Arial" w:hAnsi="Arial"/>
        </w:rPr>
        <w:t xml:space="preserve">ronment is slightly more predictable perhaps the people because you know I am as far as my understanding </w:t>
      </w:r>
      <w:proofErr w:type="gramStart"/>
      <w:r>
        <w:rPr>
          <w:rFonts w:ascii="Arial" w:hAnsi="Arial"/>
        </w:rPr>
        <w:t>goes</w:t>
      </w:r>
      <w:proofErr w:type="gramEnd"/>
      <w:r>
        <w:rPr>
          <w:rFonts w:ascii="Arial" w:hAnsi="Arial"/>
        </w:rPr>
        <w:t xml:space="preserve"> I am neurotypical and I even, you know, on a daily basis go Oh, I didn't expect that say that.  </w:t>
      </w:r>
      <w:proofErr w:type="gramStart"/>
      <w:r>
        <w:rPr>
          <w:rFonts w:ascii="Arial" w:hAnsi="Arial"/>
        </w:rPr>
        <w:t>So</w:t>
      </w:r>
      <w:proofErr w:type="gramEnd"/>
      <w:r>
        <w:rPr>
          <w:rFonts w:ascii="Arial" w:hAnsi="Arial"/>
        </w:rPr>
        <w:t xml:space="preserve"> for you be sharing that, that is, you know, ten</w:t>
      </w:r>
      <w:r>
        <w:rPr>
          <w:rFonts w:ascii="Arial" w:hAnsi="Arial"/>
        </w:rPr>
        <w:t>fold.</w:t>
      </w:r>
    </w:p>
    <w:p w14:paraId="6B02EF08" w14:textId="77777777" w:rsidR="00C765C9" w:rsidRDefault="00C765C9">
      <w:pPr>
        <w:spacing w:after="0"/>
      </w:pPr>
    </w:p>
    <w:p w14:paraId="6A98E54A" w14:textId="77777777" w:rsidR="00C765C9" w:rsidRDefault="00C0551D">
      <w:pPr>
        <w:spacing w:after="0"/>
      </w:pPr>
      <w:r>
        <w:rPr>
          <w:rFonts w:ascii="Arial" w:hAnsi="Arial"/>
          <w:b/>
        </w:rPr>
        <w:t xml:space="preserve">Lucy  </w:t>
      </w:r>
      <w:r>
        <w:rPr>
          <w:rFonts w:ascii="Arial" w:hAnsi="Arial"/>
          <w:color w:val="5D7284"/>
        </w:rPr>
        <w:t>30:07</w:t>
      </w:r>
    </w:p>
    <w:p w14:paraId="06A12A91" w14:textId="77777777" w:rsidR="00C765C9" w:rsidRDefault="00C0551D">
      <w:pPr>
        <w:spacing w:after="0"/>
      </w:pPr>
      <w:r>
        <w:rPr>
          <w:rFonts w:ascii="Arial" w:hAnsi="Arial"/>
        </w:rPr>
        <w:t xml:space="preserve">Yeah. And I think as well as somebody who has got a very clear and visual representation </w:t>
      </w:r>
      <w:proofErr w:type="gramStart"/>
      <w:r>
        <w:rPr>
          <w:rFonts w:ascii="Arial" w:hAnsi="Arial"/>
        </w:rPr>
        <w:t>of</w:t>
      </w:r>
      <w:proofErr w:type="gramEnd"/>
      <w:r>
        <w:rPr>
          <w:rFonts w:ascii="Arial" w:hAnsi="Arial"/>
        </w:rPr>
        <w:t xml:space="preserve"> I am disabled because I am in a wheelchair. I think what a lot of people don't seem to grasp as well, from, from my perspective, is that just bec</w:t>
      </w:r>
      <w:r>
        <w:rPr>
          <w:rFonts w:ascii="Arial" w:hAnsi="Arial"/>
        </w:rPr>
        <w:t xml:space="preserve">ause I am in a wheelchair, and my legs don't work, that is not the </w:t>
      </w:r>
      <w:r>
        <w:rPr>
          <w:rFonts w:ascii="Arial" w:hAnsi="Arial"/>
        </w:rPr>
        <w:lastRenderedPageBreak/>
        <w:t xml:space="preserve">only extent of my disability. Do you know what I mean? </w:t>
      </w:r>
      <w:proofErr w:type="gramStart"/>
      <w:r>
        <w:rPr>
          <w:rFonts w:ascii="Arial" w:hAnsi="Arial"/>
        </w:rPr>
        <w:t>So</w:t>
      </w:r>
      <w:proofErr w:type="gramEnd"/>
      <w:r>
        <w:rPr>
          <w:rFonts w:ascii="Arial" w:hAnsi="Arial"/>
        </w:rPr>
        <w:t xml:space="preserve"> the problem isn't my legs, my legs don't work as a byproduct because my brain is wired. You know, the wirings not quite functional </w:t>
      </w:r>
      <w:r>
        <w:rPr>
          <w:rFonts w:ascii="Arial" w:hAnsi="Arial"/>
        </w:rPr>
        <w:t xml:space="preserve">firing on all cylinders. And </w:t>
      </w:r>
      <w:proofErr w:type="gramStart"/>
      <w:r>
        <w:rPr>
          <w:rFonts w:ascii="Arial" w:hAnsi="Arial"/>
        </w:rPr>
        <w:t>so</w:t>
      </w:r>
      <w:proofErr w:type="gramEnd"/>
      <w:r>
        <w:rPr>
          <w:rFonts w:ascii="Arial" w:hAnsi="Arial"/>
        </w:rPr>
        <w:t xml:space="preserve"> people look, look at me and go, Oh, well, her legs don't work. But there is a lot of things that my brain struggles to comprehend and deal with. </w:t>
      </w:r>
      <w:proofErr w:type="gramStart"/>
      <w:r>
        <w:rPr>
          <w:rFonts w:ascii="Arial" w:hAnsi="Arial"/>
        </w:rPr>
        <w:t>So</w:t>
      </w:r>
      <w:proofErr w:type="gramEnd"/>
      <w:r>
        <w:rPr>
          <w:rFonts w:ascii="Arial" w:hAnsi="Arial"/>
        </w:rPr>
        <w:t xml:space="preserve"> like numbers can't do numbers. Logic. Sometimes my memory is a bit foggy thi</w:t>
      </w:r>
      <w:r>
        <w:rPr>
          <w:rFonts w:ascii="Arial" w:hAnsi="Arial"/>
        </w:rPr>
        <w:t xml:space="preserve">s week, in particular, the </w:t>
      </w:r>
      <w:proofErr w:type="gramStart"/>
      <w:r>
        <w:rPr>
          <w:rFonts w:ascii="Arial" w:hAnsi="Arial"/>
        </w:rPr>
        <w:t>amount</w:t>
      </w:r>
      <w:proofErr w:type="gramEnd"/>
      <w:r>
        <w:rPr>
          <w:rFonts w:ascii="Arial" w:hAnsi="Arial"/>
        </w:rPr>
        <w:t xml:space="preserve"> of meetings me and Alice have had  where I've gone Sorry, what </w:t>
      </w:r>
      <w:proofErr w:type="spellStart"/>
      <w:r>
        <w:rPr>
          <w:rFonts w:ascii="Arial" w:hAnsi="Arial"/>
        </w:rPr>
        <w:t>what</w:t>
      </w:r>
      <w:proofErr w:type="spellEnd"/>
      <w:r>
        <w:rPr>
          <w:rFonts w:ascii="Arial" w:hAnsi="Arial"/>
        </w:rPr>
        <w:t xml:space="preserve"> are we doing this week? Because I've got completely brain fog. But yeah, so people look amazing. Well, her, just her legs don't work. </w:t>
      </w:r>
      <w:proofErr w:type="gramStart"/>
      <w:r>
        <w:rPr>
          <w:rFonts w:ascii="Arial" w:hAnsi="Arial"/>
        </w:rPr>
        <w:t>And actually, the</w:t>
      </w:r>
      <w:proofErr w:type="gramEnd"/>
      <w:r>
        <w:rPr>
          <w:rFonts w:ascii="Arial" w:hAnsi="Arial"/>
        </w:rPr>
        <w:t xml:space="preserve"> </w:t>
      </w:r>
      <w:proofErr w:type="spellStart"/>
      <w:r>
        <w:rPr>
          <w:rFonts w:ascii="Arial" w:hAnsi="Arial"/>
        </w:rPr>
        <w:t>th</w:t>
      </w:r>
      <w:r>
        <w:rPr>
          <w:rFonts w:ascii="Arial" w:hAnsi="Arial"/>
        </w:rPr>
        <w:t>e</w:t>
      </w:r>
      <w:proofErr w:type="spellEnd"/>
      <w:r>
        <w:rPr>
          <w:rFonts w:ascii="Arial" w:hAnsi="Arial"/>
        </w:rPr>
        <w:t xml:space="preserve"> true extent of my disability is not just my legs at work, because it is it is all in my brain where it's not quite right. You know what I mean?</w:t>
      </w:r>
    </w:p>
    <w:p w14:paraId="6FEAB89E" w14:textId="77777777" w:rsidR="00C765C9" w:rsidRDefault="00C765C9">
      <w:pPr>
        <w:spacing w:after="0"/>
      </w:pPr>
    </w:p>
    <w:p w14:paraId="1AB96B3B" w14:textId="77777777" w:rsidR="00C765C9" w:rsidRDefault="00C0551D">
      <w:pPr>
        <w:spacing w:after="0"/>
      </w:pPr>
      <w:r>
        <w:rPr>
          <w:rFonts w:ascii="Arial" w:hAnsi="Arial"/>
          <w:b/>
        </w:rPr>
        <w:t xml:space="preserve">Ira  </w:t>
      </w:r>
      <w:r>
        <w:rPr>
          <w:rFonts w:ascii="Arial" w:hAnsi="Arial"/>
          <w:color w:val="5D7284"/>
        </w:rPr>
        <w:t>31:33</w:t>
      </w:r>
    </w:p>
    <w:p w14:paraId="56536437" w14:textId="77777777" w:rsidR="00C765C9" w:rsidRDefault="00C0551D">
      <w:pPr>
        <w:spacing w:after="0"/>
      </w:pPr>
      <w:r>
        <w:rPr>
          <w:rFonts w:ascii="Arial" w:hAnsi="Arial"/>
        </w:rPr>
        <w:t xml:space="preserve"> Absolutely, people, people don't seem to understand that you can have like more than one disabili</w:t>
      </w:r>
      <w:r>
        <w:rPr>
          <w:rFonts w:ascii="Arial" w:hAnsi="Arial"/>
        </w:rPr>
        <w:t>ty. And I wanted to talk about the hit like invisible disabilities, because it's weird to me that people think they can see autism. Like I can see when someone's autistic because that's what people that's what we get right. When you say we're autistic, it'</w:t>
      </w:r>
      <w:r>
        <w:rPr>
          <w:rFonts w:ascii="Arial" w:hAnsi="Arial"/>
        </w:rPr>
        <w:t xml:space="preserve">s like you don't look autistic. It's like, you're not rocking back and </w:t>
      </w:r>
      <w:proofErr w:type="gramStart"/>
      <w:r>
        <w:rPr>
          <w:rFonts w:ascii="Arial" w:hAnsi="Arial"/>
        </w:rPr>
        <w:t>forth</w:t>
      </w:r>
      <w:proofErr w:type="gramEnd"/>
    </w:p>
    <w:p w14:paraId="58386B25" w14:textId="77777777" w:rsidR="00C765C9" w:rsidRDefault="00C765C9">
      <w:pPr>
        <w:spacing w:after="0"/>
      </w:pPr>
    </w:p>
    <w:p w14:paraId="07734A21" w14:textId="77777777" w:rsidR="00C765C9" w:rsidRDefault="00C0551D">
      <w:pPr>
        <w:spacing w:after="0"/>
      </w:pPr>
      <w:r>
        <w:rPr>
          <w:rFonts w:ascii="Arial" w:hAnsi="Arial"/>
          <w:b/>
        </w:rPr>
        <w:t xml:space="preserve">Alice  </w:t>
      </w:r>
      <w:r>
        <w:rPr>
          <w:rFonts w:ascii="Arial" w:hAnsi="Arial"/>
          <w:color w:val="5D7284"/>
        </w:rPr>
        <w:t>31:57</w:t>
      </w:r>
    </w:p>
    <w:p w14:paraId="6CEF85BD" w14:textId="77777777" w:rsidR="00C765C9" w:rsidRDefault="00C0551D">
      <w:pPr>
        <w:spacing w:after="0"/>
      </w:pPr>
      <w:r>
        <w:rPr>
          <w:rFonts w:ascii="Arial" w:hAnsi="Arial"/>
        </w:rPr>
        <w:t xml:space="preserve">in a corner and holding your ears. That's </w:t>
      </w:r>
      <w:proofErr w:type="spellStart"/>
      <w:r>
        <w:rPr>
          <w:rFonts w:ascii="Arial" w:hAnsi="Arial"/>
        </w:rPr>
        <w:t>that's</w:t>
      </w:r>
      <w:proofErr w:type="spellEnd"/>
      <w:r>
        <w:rPr>
          <w:rFonts w:ascii="Arial" w:hAnsi="Arial"/>
        </w:rPr>
        <w:t xml:space="preserve"> what they mean. Or your head being it's like, Yes, I am not a child. not currently a child. I might hit my head, you know, when I have a meltdown in a bathroom, but no one sees but sure. Like, I don't look a</w:t>
      </w:r>
      <w:r>
        <w:rPr>
          <w:rFonts w:ascii="Arial" w:hAnsi="Arial"/>
        </w:rPr>
        <w:t xml:space="preserve">utistic to you. Sure, um  Yeah  </w:t>
      </w:r>
    </w:p>
    <w:p w14:paraId="3BEA94E1" w14:textId="77777777" w:rsidR="00C765C9" w:rsidRDefault="00C765C9">
      <w:pPr>
        <w:spacing w:after="0"/>
      </w:pPr>
    </w:p>
    <w:p w14:paraId="315E40E6" w14:textId="77777777" w:rsidR="00C765C9" w:rsidRDefault="00C0551D">
      <w:pPr>
        <w:spacing w:after="0"/>
      </w:pPr>
      <w:r>
        <w:rPr>
          <w:rFonts w:ascii="Arial" w:hAnsi="Arial"/>
          <w:b/>
        </w:rPr>
        <w:t xml:space="preserve">Ira  </w:t>
      </w:r>
      <w:r>
        <w:rPr>
          <w:rFonts w:ascii="Arial" w:hAnsi="Arial"/>
          <w:color w:val="5D7284"/>
        </w:rPr>
        <w:t>32:18</w:t>
      </w:r>
    </w:p>
    <w:p w14:paraId="07EC8423" w14:textId="77777777" w:rsidR="00C765C9" w:rsidRDefault="00C0551D">
      <w:pPr>
        <w:spacing w:after="0"/>
      </w:pPr>
      <w:proofErr w:type="gramStart"/>
      <w:r>
        <w:rPr>
          <w:rFonts w:ascii="Arial" w:hAnsi="Arial"/>
        </w:rPr>
        <w:t>there's</w:t>
      </w:r>
      <w:proofErr w:type="gramEnd"/>
      <w:r>
        <w:rPr>
          <w:rFonts w:ascii="Arial" w:hAnsi="Arial"/>
        </w:rPr>
        <w:t xml:space="preserve"> other things. Yeah, like, I have a physical disability. I have pain in my foot when I walk. And so like, I have a limited number of steps during the day. And I can injure it like, at any moment, basicall</w:t>
      </w:r>
      <w:r>
        <w:rPr>
          <w:rFonts w:ascii="Arial" w:hAnsi="Arial"/>
        </w:rPr>
        <w:t xml:space="preserve">y, if I don't walk correctly, and people see me and go, Oh, you look like you're walking </w:t>
      </w:r>
      <w:proofErr w:type="gramStart"/>
      <w:r>
        <w:rPr>
          <w:rFonts w:ascii="Arial" w:hAnsi="Arial"/>
        </w:rPr>
        <w:t>just fine</w:t>
      </w:r>
      <w:proofErr w:type="gramEnd"/>
      <w:r>
        <w:rPr>
          <w:rFonts w:ascii="Arial" w:hAnsi="Arial"/>
        </w:rPr>
        <w:t xml:space="preserve">. Why are you carrying crutches with you? Yeah, like, </w:t>
      </w:r>
      <w:proofErr w:type="spellStart"/>
      <w:r>
        <w:rPr>
          <w:rFonts w:ascii="Arial" w:hAnsi="Arial"/>
        </w:rPr>
        <w:t>cuz</w:t>
      </w:r>
      <w:proofErr w:type="spellEnd"/>
      <w:r>
        <w:rPr>
          <w:rFonts w:ascii="Arial" w:hAnsi="Arial"/>
        </w:rPr>
        <w:t xml:space="preserve"> I might need them or like, why are you carrying a bag of shoes around? Because I might need them, yo</w:t>
      </w:r>
      <w:r>
        <w:rPr>
          <w:rFonts w:ascii="Arial" w:hAnsi="Arial"/>
        </w:rPr>
        <w:t>u know, and it's like, if so, but that's physical. And like, people don't think that physical disabilities can be invisible, either. But like pain and fatigue, don't have a look. And when you're used to, it's like, your face isn't going to look like you're</w:t>
      </w:r>
      <w:r>
        <w:rPr>
          <w:rFonts w:ascii="Arial" w:hAnsi="Arial"/>
        </w:rPr>
        <w:t xml:space="preserve"> in pain constantly. 24 seven, like, that's not how chronic pain works. I mean, I I've said before on the show of how I cannot leave the house with my guide dog without somebody saying, asking me if I'm training her because I'm in my 30s. And I can be with</w:t>
      </w:r>
      <w:r>
        <w:rPr>
          <w:rFonts w:ascii="Arial" w:hAnsi="Arial"/>
        </w:rPr>
        <w:t xml:space="preserve"> people and I can look around. And so </w:t>
      </w:r>
      <w:proofErr w:type="gramStart"/>
      <w:r>
        <w:rPr>
          <w:rFonts w:ascii="Arial" w:hAnsi="Arial"/>
        </w:rPr>
        <w:t>I could I couldn't</w:t>
      </w:r>
      <w:proofErr w:type="gramEnd"/>
      <w:r>
        <w:rPr>
          <w:rFonts w:ascii="Arial" w:hAnsi="Arial"/>
        </w:rPr>
        <w:t xml:space="preserve"> possibly be blind. You know, I can remember having a conversation in a supermarket. And a lady asked me if I could read like asking me to read something for her. She was an elderly lady. And I went, </w:t>
      </w:r>
      <w:r>
        <w:rPr>
          <w:rFonts w:ascii="Arial" w:hAnsi="Arial"/>
        </w:rPr>
        <w:t xml:space="preserve">I'm sorry, I can't see that. She went what with your young eyes? And I was like, I mean, I can ask. But I don't think that's </w:t>
      </w:r>
      <w:proofErr w:type="spellStart"/>
      <w:r>
        <w:rPr>
          <w:rFonts w:ascii="Arial" w:hAnsi="Arial"/>
        </w:rPr>
        <w:t>gonna</w:t>
      </w:r>
      <w:proofErr w:type="spellEnd"/>
      <w:r>
        <w:rPr>
          <w:rFonts w:ascii="Arial" w:hAnsi="Arial"/>
        </w:rPr>
        <w:t xml:space="preserve"> help either of us. And it was just those people also, I think have that expectation of, well, if </w:t>
      </w:r>
      <w:proofErr w:type="spellStart"/>
      <w:r>
        <w:rPr>
          <w:rFonts w:ascii="Arial" w:hAnsi="Arial"/>
        </w:rPr>
        <w:t>if</w:t>
      </w:r>
      <w:proofErr w:type="spellEnd"/>
      <w:r>
        <w:rPr>
          <w:rFonts w:ascii="Arial" w:hAnsi="Arial"/>
        </w:rPr>
        <w:t xml:space="preserve"> you've got you know, if I</w:t>
      </w:r>
      <w:r>
        <w:rPr>
          <w:rFonts w:ascii="Arial" w:hAnsi="Arial"/>
        </w:rPr>
        <w:t xml:space="preserve"> say to people, I'm blind people go, Okay, I understand that. That means she can't see. There's no room for movement, as Lucy was saying with, you know, it's his, it's just her legs and can't be any anything else. And any people have that same, you know, p</w:t>
      </w:r>
      <w:r>
        <w:rPr>
          <w:rFonts w:ascii="Arial" w:hAnsi="Arial"/>
        </w:rPr>
        <w:t>eople have an idea of what autism looks like. And I think a big issue I do. I work in health and social care. And I work with a lot of people who live in residential care, and young people who have got severe autism. But for a lot of those people, autism i</w:t>
      </w:r>
      <w:r>
        <w:rPr>
          <w:rFonts w:ascii="Arial" w:hAnsi="Arial"/>
        </w:rPr>
        <w:t xml:space="preserve">s not their only diagnosis. And </w:t>
      </w:r>
      <w:proofErr w:type="gramStart"/>
      <w:r>
        <w:rPr>
          <w:rFonts w:ascii="Arial" w:hAnsi="Arial"/>
        </w:rPr>
        <w:t>so</w:t>
      </w:r>
      <w:proofErr w:type="gramEnd"/>
      <w:r>
        <w:rPr>
          <w:rFonts w:ascii="Arial" w:hAnsi="Arial"/>
        </w:rPr>
        <w:t xml:space="preserve"> the </w:t>
      </w:r>
      <w:proofErr w:type="spellStart"/>
      <w:r>
        <w:rPr>
          <w:rFonts w:ascii="Arial" w:hAnsi="Arial"/>
        </w:rPr>
        <w:t>the</w:t>
      </w:r>
      <w:proofErr w:type="spellEnd"/>
      <w:r>
        <w:rPr>
          <w:rFonts w:ascii="Arial" w:hAnsi="Arial"/>
        </w:rPr>
        <w:t xml:space="preserve"> presentation of people that you see with very severe autism usually means they've also got other cognitive impairments or any difficulties, </w:t>
      </w:r>
      <w:r>
        <w:rPr>
          <w:rFonts w:ascii="Arial" w:hAnsi="Arial"/>
        </w:rPr>
        <w:lastRenderedPageBreak/>
        <w:t>physical impairments, whatever it is, and people go over that. That's wha</w:t>
      </w:r>
      <w:r>
        <w:rPr>
          <w:rFonts w:ascii="Arial" w:hAnsi="Arial"/>
        </w:rPr>
        <w:t xml:space="preserve">t an autistic person looks like. That's what an autistic person does. </w:t>
      </w:r>
      <w:proofErr w:type="gramStart"/>
      <w:r>
        <w:rPr>
          <w:rFonts w:ascii="Arial" w:hAnsi="Arial"/>
        </w:rPr>
        <w:t>Whereas actually, what</w:t>
      </w:r>
      <w:proofErr w:type="gramEnd"/>
      <w:r>
        <w:rPr>
          <w:rFonts w:ascii="Arial" w:hAnsi="Arial"/>
        </w:rPr>
        <w:t xml:space="preserve"> an autistic person does is very person specific. Is that very varied because it is a spectrum. And as you say, is, of course hugely impacted by any other personal </w:t>
      </w:r>
      <w:r>
        <w:rPr>
          <w:rFonts w:ascii="Arial" w:hAnsi="Arial"/>
        </w:rPr>
        <w:t xml:space="preserve">needs and just kind of quirks or personality. Yeah, I just want to clarify </w:t>
      </w:r>
      <w:proofErr w:type="gramStart"/>
      <w:r>
        <w:rPr>
          <w:rFonts w:ascii="Arial" w:hAnsi="Arial"/>
        </w:rPr>
        <w:t>real</w:t>
      </w:r>
      <w:proofErr w:type="gramEnd"/>
      <w:r>
        <w:rPr>
          <w:rFonts w:ascii="Arial" w:hAnsi="Arial"/>
        </w:rPr>
        <w:t xml:space="preserve"> quick on the term like 'severe autism', like, functioning labels generally aren't helpful like, and that you mentioned, why is because there's the people who are told that they</w:t>
      </w:r>
      <w:r>
        <w:rPr>
          <w:rFonts w:ascii="Arial" w:hAnsi="Arial"/>
        </w:rPr>
        <w:t xml:space="preserve"> have severe autism are just autistic and have other disabilities. Yeah, including, you know, like autistic and intellectual disability or autistic and have seizures or dyspraxia, or motor speech impairments, or like any other kind of combination of things</w:t>
      </w:r>
      <w:r>
        <w:rPr>
          <w:rFonts w:ascii="Arial" w:hAnsi="Arial"/>
        </w:rPr>
        <w:t xml:space="preserve">. And so like, when people think of autism, they think of autism and intellectual disability and seizures. Like, that's, that's not </w:t>
      </w:r>
      <w:proofErr w:type="spellStart"/>
      <w:r>
        <w:rPr>
          <w:rFonts w:ascii="Arial" w:hAnsi="Arial"/>
        </w:rPr>
        <w:t>not</w:t>
      </w:r>
      <w:proofErr w:type="spellEnd"/>
      <w:r>
        <w:rPr>
          <w:rFonts w:ascii="Arial" w:hAnsi="Arial"/>
        </w:rPr>
        <w:t xml:space="preserve"> what autism is, though. Like, it's, it's separate from those things. And like, we can also give agency and autonomy to p</w:t>
      </w:r>
      <w:r>
        <w:rPr>
          <w:rFonts w:ascii="Arial" w:hAnsi="Arial"/>
        </w:rPr>
        <w:t xml:space="preserve">eople who are autistic and have other </w:t>
      </w:r>
      <w:proofErr w:type="spellStart"/>
      <w:r>
        <w:rPr>
          <w:rFonts w:ascii="Arial" w:hAnsi="Arial"/>
        </w:rPr>
        <w:t>co occurring</w:t>
      </w:r>
      <w:proofErr w:type="spellEnd"/>
      <w:r>
        <w:rPr>
          <w:rFonts w:ascii="Arial" w:hAnsi="Arial"/>
        </w:rPr>
        <w:t xml:space="preserve"> disabilities, and who needs support. And like, they're not mutually exclusive. </w:t>
      </w:r>
      <w:proofErr w:type="spellStart"/>
      <w:r>
        <w:rPr>
          <w:rFonts w:ascii="Arial" w:hAnsi="Arial"/>
        </w:rPr>
        <w:t>Lke</w:t>
      </w:r>
      <w:proofErr w:type="spellEnd"/>
      <w:r>
        <w:rPr>
          <w:rFonts w:ascii="Arial" w:hAnsi="Arial"/>
        </w:rPr>
        <w:t xml:space="preserve">, I it's not, I need support, and that like, you know, other people with disabilities can't do anything like that's not at </w:t>
      </w:r>
      <w:r>
        <w:rPr>
          <w:rFonts w:ascii="Arial" w:hAnsi="Arial"/>
        </w:rPr>
        <w:t>the scale of autism.</w:t>
      </w:r>
    </w:p>
    <w:p w14:paraId="1795D842" w14:textId="77777777" w:rsidR="00C765C9" w:rsidRDefault="00C765C9">
      <w:pPr>
        <w:spacing w:after="0"/>
      </w:pPr>
    </w:p>
    <w:p w14:paraId="6A960F86" w14:textId="77777777" w:rsidR="00C765C9" w:rsidRDefault="00C0551D">
      <w:pPr>
        <w:spacing w:after="0"/>
      </w:pPr>
      <w:r>
        <w:rPr>
          <w:rFonts w:ascii="Arial" w:hAnsi="Arial"/>
          <w:b/>
        </w:rPr>
        <w:t xml:space="preserve">Alice  </w:t>
      </w:r>
      <w:r>
        <w:rPr>
          <w:rFonts w:ascii="Arial" w:hAnsi="Arial"/>
          <w:color w:val="5D7284"/>
        </w:rPr>
        <w:t>36:17</w:t>
      </w:r>
    </w:p>
    <w:p w14:paraId="19DE86B0" w14:textId="77777777" w:rsidR="00C765C9" w:rsidRDefault="00C0551D">
      <w:pPr>
        <w:spacing w:after="0"/>
      </w:pPr>
      <w:r>
        <w:rPr>
          <w:rFonts w:ascii="Arial" w:hAnsi="Arial"/>
        </w:rPr>
        <w:t xml:space="preserve">Well, that's, I mean, that's sort of what my job in social care is, is about advocating and ensuring that people's voices are heard in, you know, decisions about treatment, and care and stuff like that. And I am </w:t>
      </w:r>
      <w:proofErr w:type="gramStart"/>
      <w:r>
        <w:rPr>
          <w:rFonts w:ascii="Arial" w:hAnsi="Arial"/>
        </w:rPr>
        <w:t>definitel</w:t>
      </w:r>
      <w:r>
        <w:rPr>
          <w:rFonts w:ascii="Arial" w:hAnsi="Arial"/>
        </w:rPr>
        <w:t>y aware</w:t>
      </w:r>
      <w:proofErr w:type="gramEnd"/>
      <w:r>
        <w:rPr>
          <w:rFonts w:ascii="Arial" w:hAnsi="Arial"/>
        </w:rPr>
        <w:t xml:space="preserve"> that because of the professional work, and I have a tendency to use those more kind of medicalized languages, and, you know, I fall into the trap that I was just kind of complaining about, I know that I have the tendency to do that. So, you know, I</w:t>
      </w:r>
      <w:r>
        <w:rPr>
          <w:rFonts w:ascii="Arial" w:hAnsi="Arial"/>
        </w:rPr>
        <w:t xml:space="preserve"> appreciate you kind of pointing out because it is something that's, that is one thing that we try really hard to do on this show is sort of say to people, just because this is what your experience, even if you're talking about your experience of disabilit</w:t>
      </w:r>
      <w:r>
        <w:rPr>
          <w:rFonts w:ascii="Arial" w:hAnsi="Arial"/>
        </w:rPr>
        <w:t>y, or whatever it is, it is always more complex, and it is always related to a specific person and all of the things that combine to make them who they are.</w:t>
      </w:r>
    </w:p>
    <w:p w14:paraId="08E1BCD9" w14:textId="77777777" w:rsidR="00C765C9" w:rsidRDefault="00C765C9">
      <w:pPr>
        <w:spacing w:after="0"/>
      </w:pPr>
    </w:p>
    <w:p w14:paraId="57167911" w14:textId="77777777" w:rsidR="00C765C9" w:rsidRDefault="00C0551D">
      <w:pPr>
        <w:spacing w:after="0"/>
      </w:pPr>
      <w:r>
        <w:rPr>
          <w:rFonts w:ascii="Arial" w:hAnsi="Arial"/>
          <w:b/>
        </w:rPr>
        <w:t xml:space="preserve">Lucy  </w:t>
      </w:r>
      <w:r>
        <w:rPr>
          <w:rFonts w:ascii="Arial" w:hAnsi="Arial"/>
          <w:color w:val="5D7284"/>
        </w:rPr>
        <w:t>37:15</w:t>
      </w:r>
    </w:p>
    <w:p w14:paraId="142F6FC6" w14:textId="77777777" w:rsidR="00C765C9" w:rsidRDefault="00C0551D">
      <w:pPr>
        <w:spacing w:after="0"/>
      </w:pPr>
      <w:r>
        <w:rPr>
          <w:rFonts w:ascii="Arial" w:hAnsi="Arial"/>
        </w:rPr>
        <w:t xml:space="preserve">I think that goes across the board in in every sort of disability, whether </w:t>
      </w:r>
      <w:r>
        <w:rPr>
          <w:rFonts w:ascii="Arial" w:hAnsi="Arial"/>
        </w:rPr>
        <w:t xml:space="preserve">you're blind, you know, use a wheelchair, </w:t>
      </w:r>
      <w:proofErr w:type="gramStart"/>
      <w:r>
        <w:rPr>
          <w:rFonts w:ascii="Arial" w:hAnsi="Arial"/>
        </w:rPr>
        <w:t>it's</w:t>
      </w:r>
      <w:proofErr w:type="gramEnd"/>
      <w:r>
        <w:rPr>
          <w:rFonts w:ascii="Arial" w:hAnsi="Arial"/>
        </w:rPr>
        <w:t xml:space="preserve"> cerebral, palsy, autistic, whatever it is, that every disability is a huge beast. And there's no like, I think we have the media to thank for Oh, this is what a person who has cerebral palsy looks like, Oh, th</w:t>
      </w:r>
      <w:r>
        <w:rPr>
          <w:rFonts w:ascii="Arial" w:hAnsi="Arial"/>
        </w:rPr>
        <w:t>is is what person who is blind looks like, Oh, this is a what a person who is autistic looks like that's what I think. Because they become so embedded in people's brains that they go Oh, yeah. I know, it looks like or I know exactly what... know, what</w:t>
      </w:r>
      <w:proofErr w:type="gramStart"/>
      <w:r>
        <w:rPr>
          <w:rFonts w:ascii="Arial" w:hAnsi="Arial"/>
        </w:rPr>
        <w:t>, act</w:t>
      </w:r>
      <w:r>
        <w:rPr>
          <w:rFonts w:ascii="Arial" w:hAnsi="Arial"/>
        </w:rPr>
        <w:t>ually, I</w:t>
      </w:r>
      <w:proofErr w:type="gramEnd"/>
      <w:r>
        <w:rPr>
          <w:rFonts w:ascii="Arial" w:hAnsi="Arial"/>
        </w:rPr>
        <w:t xml:space="preserve"> have grown up around people with countless disabilities, that you go, Well, actually, yeah, I've got cerebral palsy. My friend has also got cerebral palsy. And it doesn't affect his legs, it affects his arm, he could still play darts, one handed a</w:t>
      </w:r>
      <w:r>
        <w:rPr>
          <w:rFonts w:ascii="Arial" w:hAnsi="Arial"/>
        </w:rPr>
        <w:t xml:space="preserve">nd stuff. </w:t>
      </w:r>
      <w:proofErr w:type="gramStart"/>
      <w:r>
        <w:rPr>
          <w:rFonts w:ascii="Arial" w:hAnsi="Arial"/>
        </w:rPr>
        <w:t>So</w:t>
      </w:r>
      <w:proofErr w:type="gramEnd"/>
      <w:r>
        <w:rPr>
          <w:rFonts w:ascii="Arial" w:hAnsi="Arial"/>
        </w:rPr>
        <w:t xml:space="preserve"> you wouldn't necessarily look at him and go, Oh, he's got cerebral palsy. But he </w:t>
      </w:r>
      <w:proofErr w:type="gramStart"/>
      <w:r>
        <w:rPr>
          <w:rFonts w:ascii="Arial" w:hAnsi="Arial"/>
        </w:rPr>
        <w:t>has, because</w:t>
      </w:r>
      <w:proofErr w:type="gramEnd"/>
      <w:r>
        <w:rPr>
          <w:rFonts w:ascii="Arial" w:hAnsi="Arial"/>
        </w:rPr>
        <w:t xml:space="preserve"> I know that because he's told me. So. Yeah, I think that that, that whole representation thing. And it was what I was saying, in an episode earlier t</w:t>
      </w:r>
      <w:r>
        <w:rPr>
          <w:rFonts w:ascii="Arial" w:hAnsi="Arial"/>
        </w:rPr>
        <w:t xml:space="preserve">his week to do with the Autism Awareness Week. You know, for me, I am a media student graduate. </w:t>
      </w:r>
      <w:proofErr w:type="gramStart"/>
      <w:r>
        <w:rPr>
          <w:rFonts w:ascii="Arial" w:hAnsi="Arial"/>
        </w:rPr>
        <w:t>So</w:t>
      </w:r>
      <w:proofErr w:type="gramEnd"/>
      <w:r>
        <w:rPr>
          <w:rFonts w:ascii="Arial" w:hAnsi="Arial"/>
        </w:rPr>
        <w:t xml:space="preserve"> I am quite passionate about representation in the media and  things are actually when I look at how the media treats people with disabilities, I just feel ve</w:t>
      </w:r>
      <w:r>
        <w:rPr>
          <w:rFonts w:ascii="Arial" w:hAnsi="Arial"/>
        </w:rPr>
        <w:t>ry disappointed and very sad. Because it's like, you've just let me down there really, you know, media  time and time, again, has a fantastic opportunity to show what it's really like, and they just choose the stereotypical label of, okay, we want somebody</w:t>
      </w:r>
      <w:r>
        <w:rPr>
          <w:rFonts w:ascii="Arial" w:hAnsi="Arial"/>
        </w:rPr>
        <w:t xml:space="preserve"> who's autistic or go with this character with these traits, because that's what everybody can identify as, and it's quite sad for me really,</w:t>
      </w:r>
    </w:p>
    <w:p w14:paraId="7ADFB64C" w14:textId="77777777" w:rsidR="00C765C9" w:rsidRDefault="00C765C9">
      <w:pPr>
        <w:spacing w:after="0"/>
      </w:pPr>
    </w:p>
    <w:p w14:paraId="73618ABA" w14:textId="77777777" w:rsidR="00C765C9" w:rsidRDefault="00C0551D">
      <w:pPr>
        <w:spacing w:after="0"/>
      </w:pPr>
      <w:r>
        <w:rPr>
          <w:rFonts w:ascii="Arial" w:hAnsi="Arial"/>
          <w:b/>
        </w:rPr>
        <w:t xml:space="preserve">Alice  </w:t>
      </w:r>
      <w:r>
        <w:rPr>
          <w:rFonts w:ascii="Arial" w:hAnsi="Arial"/>
          <w:color w:val="5D7284"/>
        </w:rPr>
        <w:t>39:15</w:t>
      </w:r>
    </w:p>
    <w:p w14:paraId="0013EB00" w14:textId="77777777" w:rsidR="00C765C9" w:rsidRDefault="00C0551D">
      <w:pPr>
        <w:spacing w:after="0"/>
      </w:pPr>
      <w:r>
        <w:rPr>
          <w:rFonts w:ascii="Arial" w:hAnsi="Arial"/>
        </w:rPr>
        <w:t>I think that's the case across the board with any kind of minority diversity, though. There is an un</w:t>
      </w:r>
      <w:r>
        <w:rPr>
          <w:rFonts w:ascii="Arial" w:hAnsi="Arial"/>
        </w:rPr>
        <w:t xml:space="preserve">less you're a white man, preferably a straight white man, then you </w:t>
      </w:r>
      <w:proofErr w:type="spellStart"/>
      <w:r>
        <w:rPr>
          <w:rFonts w:ascii="Arial" w:hAnsi="Arial"/>
        </w:rPr>
        <w:t>you</w:t>
      </w:r>
      <w:proofErr w:type="spellEnd"/>
      <w:r>
        <w:rPr>
          <w:rFonts w:ascii="Arial" w:hAnsi="Arial"/>
        </w:rPr>
        <w:t xml:space="preserve"> don't get to have those complexities I mean, I'm sure you know, being </w:t>
      </w:r>
      <w:proofErr w:type="gramStart"/>
      <w:r>
        <w:rPr>
          <w:rFonts w:ascii="Arial" w:hAnsi="Arial"/>
        </w:rPr>
        <w:t>non binary</w:t>
      </w:r>
      <w:proofErr w:type="gramEnd"/>
      <w:r>
        <w:rPr>
          <w:rFonts w:ascii="Arial" w:hAnsi="Arial"/>
        </w:rPr>
        <w:t>, that you have had people asking you, Ira, if, if you think that there's been you know, there is a conne</w:t>
      </w:r>
      <w:r>
        <w:rPr>
          <w:rFonts w:ascii="Arial" w:hAnsi="Arial"/>
        </w:rPr>
        <w:t>ction between your gender identity and your autism. And, you know, I can't imagine that that would be the sort of, it's almost laughable to say that, I mean, of course, your autism impacts on your processing of your personal feelings and emotions, but if y</w:t>
      </w:r>
      <w:r>
        <w:rPr>
          <w:rFonts w:ascii="Arial" w:hAnsi="Arial"/>
        </w:rPr>
        <w:t>ou were born into a body that is, you know, your gender is different from that, that you were initially identified with that. That's not related to your processing at all.</w:t>
      </w:r>
    </w:p>
    <w:p w14:paraId="172B01FF" w14:textId="77777777" w:rsidR="00C765C9" w:rsidRDefault="00C765C9">
      <w:pPr>
        <w:spacing w:after="0"/>
      </w:pPr>
    </w:p>
    <w:p w14:paraId="67F84071" w14:textId="77777777" w:rsidR="00C765C9" w:rsidRDefault="00C0551D">
      <w:pPr>
        <w:spacing w:after="0"/>
      </w:pPr>
      <w:r>
        <w:rPr>
          <w:rFonts w:ascii="Arial" w:hAnsi="Arial"/>
          <w:b/>
        </w:rPr>
        <w:t xml:space="preserve">Ira  </w:t>
      </w:r>
      <w:r>
        <w:rPr>
          <w:rFonts w:ascii="Arial" w:hAnsi="Arial"/>
          <w:color w:val="5D7284"/>
        </w:rPr>
        <w:t>40:11</w:t>
      </w:r>
    </w:p>
    <w:p w14:paraId="39CD2E60" w14:textId="77777777" w:rsidR="00C765C9" w:rsidRDefault="00C0551D">
      <w:pPr>
        <w:spacing w:after="0"/>
      </w:pPr>
      <w:r>
        <w:rPr>
          <w:rFonts w:ascii="Arial" w:hAnsi="Arial"/>
        </w:rPr>
        <w:t>Yeah, I mean, I think there's different experiences with gender and bein</w:t>
      </w:r>
      <w:r>
        <w:rPr>
          <w:rFonts w:ascii="Arial" w:hAnsi="Arial"/>
        </w:rPr>
        <w:t>g autistic, obviously. But um, yeah, for me, it was very, there were like separate processes to kind of think about. Like, it's like, once I kind of understood being autistic, it's like, my brain had to guess that stuff. Before I could even think about gen</w:t>
      </w:r>
      <w:r>
        <w:rPr>
          <w:rFonts w:ascii="Arial" w:hAnsi="Arial"/>
        </w:rPr>
        <w:t xml:space="preserve">der. And then </w:t>
      </w:r>
      <w:proofErr w:type="spellStart"/>
      <w:r>
        <w:rPr>
          <w:rFonts w:ascii="Arial" w:hAnsi="Arial"/>
        </w:rPr>
        <w:t>realise</w:t>
      </w:r>
      <w:proofErr w:type="spellEnd"/>
      <w:r>
        <w:rPr>
          <w:rFonts w:ascii="Arial" w:hAnsi="Arial"/>
        </w:rPr>
        <w:t>, like, Oh, yeah, I've always been like this. And there was just never a word for it. And like, because I was autistic, I didn't. I'm not sure if it's that I didn't notice other people or that I didn't care. I think it was a little bit</w:t>
      </w:r>
      <w:r>
        <w:rPr>
          <w:rFonts w:ascii="Arial" w:hAnsi="Arial"/>
        </w:rPr>
        <w:t xml:space="preserve"> of both. I just don't care what people thought. When I like, wore, like, you know, quote, </w:t>
      </w:r>
      <w:proofErr w:type="gramStart"/>
      <w:r>
        <w:rPr>
          <w:rFonts w:ascii="Arial" w:hAnsi="Arial"/>
        </w:rPr>
        <w:t>boys</w:t>
      </w:r>
      <w:proofErr w:type="gramEnd"/>
      <w:r>
        <w:rPr>
          <w:rFonts w:ascii="Arial" w:hAnsi="Arial"/>
        </w:rPr>
        <w:t xml:space="preserve"> clothes or whatever. </w:t>
      </w:r>
      <w:proofErr w:type="gramStart"/>
      <w:r>
        <w:rPr>
          <w:rFonts w:ascii="Arial" w:hAnsi="Arial"/>
        </w:rPr>
        <w:t>And also</w:t>
      </w:r>
      <w:proofErr w:type="gramEnd"/>
      <w:r>
        <w:rPr>
          <w:rFonts w:ascii="Arial" w:hAnsi="Arial"/>
        </w:rPr>
        <w:t xml:space="preserve">, like, I grew up with two brothers. And </w:t>
      </w:r>
      <w:proofErr w:type="gramStart"/>
      <w:r>
        <w:rPr>
          <w:rFonts w:ascii="Arial" w:hAnsi="Arial"/>
        </w:rPr>
        <w:t>so</w:t>
      </w:r>
      <w:proofErr w:type="gramEnd"/>
      <w:r>
        <w:rPr>
          <w:rFonts w:ascii="Arial" w:hAnsi="Arial"/>
        </w:rPr>
        <w:t xml:space="preserve"> it was like, why can't I do that?</w:t>
      </w:r>
    </w:p>
    <w:p w14:paraId="0F78DBCA" w14:textId="77777777" w:rsidR="00C765C9" w:rsidRDefault="00C765C9">
      <w:pPr>
        <w:spacing w:after="0"/>
      </w:pPr>
    </w:p>
    <w:p w14:paraId="2A948FBA" w14:textId="77777777" w:rsidR="00C765C9" w:rsidRDefault="00C0551D">
      <w:pPr>
        <w:spacing w:after="0"/>
      </w:pPr>
      <w:r>
        <w:rPr>
          <w:rFonts w:ascii="Arial" w:hAnsi="Arial"/>
          <w:b/>
        </w:rPr>
        <w:t xml:space="preserve">Alice  </w:t>
      </w:r>
      <w:r>
        <w:rPr>
          <w:rFonts w:ascii="Arial" w:hAnsi="Arial"/>
          <w:color w:val="5D7284"/>
        </w:rPr>
        <w:t>41:03</w:t>
      </w:r>
    </w:p>
    <w:p w14:paraId="205AA704" w14:textId="77777777" w:rsidR="00C765C9" w:rsidRDefault="00C0551D">
      <w:pPr>
        <w:spacing w:after="0"/>
      </w:pPr>
      <w:r>
        <w:rPr>
          <w:rFonts w:ascii="Arial" w:hAnsi="Arial"/>
        </w:rPr>
        <w:t>Yeah.</w:t>
      </w:r>
    </w:p>
    <w:p w14:paraId="50C61321" w14:textId="77777777" w:rsidR="00C765C9" w:rsidRDefault="00C765C9">
      <w:pPr>
        <w:spacing w:after="0"/>
      </w:pPr>
    </w:p>
    <w:p w14:paraId="59D8A830" w14:textId="77777777" w:rsidR="00C765C9" w:rsidRDefault="00C0551D">
      <w:pPr>
        <w:spacing w:after="0"/>
      </w:pPr>
      <w:r>
        <w:rPr>
          <w:rFonts w:ascii="Arial" w:hAnsi="Arial"/>
          <w:b/>
        </w:rPr>
        <w:t xml:space="preserve">Ira  </w:t>
      </w:r>
      <w:r>
        <w:rPr>
          <w:rFonts w:ascii="Arial" w:hAnsi="Arial"/>
          <w:color w:val="5D7284"/>
        </w:rPr>
        <w:t>41:05</w:t>
      </w:r>
    </w:p>
    <w:p w14:paraId="67B9130D" w14:textId="77777777" w:rsidR="00C765C9" w:rsidRDefault="00C0551D">
      <w:pPr>
        <w:spacing w:after="0"/>
      </w:pPr>
      <w:proofErr w:type="gramStart"/>
      <w:r>
        <w:rPr>
          <w:rFonts w:ascii="Arial" w:hAnsi="Arial"/>
        </w:rPr>
        <w:t>So</w:t>
      </w:r>
      <w:proofErr w:type="gramEnd"/>
      <w:r>
        <w:rPr>
          <w:rFonts w:ascii="Arial" w:hAnsi="Arial"/>
        </w:rPr>
        <w:t xml:space="preserve"> like, to me, and i</w:t>
      </w:r>
      <w:r>
        <w:rPr>
          <w:rFonts w:ascii="Arial" w:hAnsi="Arial"/>
        </w:rPr>
        <w:t>t's also the fact that honestly, in our society, like, like, people assigned female at birth are given more leeway in how they can dress. And you know, like, it's easy. It was easier for me to quote, be a tomboy growing up I was, I was assigned male at bir</w:t>
      </w:r>
      <w:r>
        <w:rPr>
          <w:rFonts w:ascii="Arial" w:hAnsi="Arial"/>
        </w:rPr>
        <w:t xml:space="preserve">th, and like, people, they wanted to wear dress or something. And </w:t>
      </w:r>
      <w:proofErr w:type="gramStart"/>
      <w:r>
        <w:rPr>
          <w:rFonts w:ascii="Arial" w:hAnsi="Arial"/>
        </w:rPr>
        <w:t>so</w:t>
      </w:r>
      <w:proofErr w:type="gramEnd"/>
      <w:r>
        <w:rPr>
          <w:rFonts w:ascii="Arial" w:hAnsi="Arial"/>
        </w:rPr>
        <w:t xml:space="preserve"> I definitely think that was part of it. But yeah, I mean, people have different experiences of being autistic and gender. For me, I think it was that like, I just didn't. For me being aut</w:t>
      </w:r>
      <w:r>
        <w:rPr>
          <w:rFonts w:ascii="Arial" w:hAnsi="Arial"/>
        </w:rPr>
        <w:t xml:space="preserve">istic. It was like, I already had so much societal stuff to deal with that. That was like the last straw for me, like gender was like, I'm like, I'm not wearing a dress. Like that's too much. I already </w:t>
      </w:r>
      <w:proofErr w:type="gramStart"/>
      <w:r>
        <w:rPr>
          <w:rFonts w:ascii="Arial" w:hAnsi="Arial"/>
        </w:rPr>
        <w:t>have to</w:t>
      </w:r>
      <w:proofErr w:type="gramEnd"/>
      <w:r>
        <w:rPr>
          <w:rFonts w:ascii="Arial" w:hAnsi="Arial"/>
        </w:rPr>
        <w:t xml:space="preserve"> pretend to be a human being when I go outside.</w:t>
      </w:r>
      <w:r>
        <w:rPr>
          <w:rFonts w:ascii="Arial" w:hAnsi="Arial"/>
        </w:rPr>
        <w:t xml:space="preserve"> I'm not going to like </w:t>
      </w:r>
      <w:proofErr w:type="gramStart"/>
      <w:r>
        <w:rPr>
          <w:rFonts w:ascii="Arial" w:hAnsi="Arial"/>
        </w:rPr>
        <w:t>pretend</w:t>
      </w:r>
      <w:proofErr w:type="gramEnd"/>
      <w:r>
        <w:rPr>
          <w:rFonts w:ascii="Arial" w:hAnsi="Arial"/>
        </w:rPr>
        <w:t xml:space="preserve"> to be this, that I'm this thing that I'm not even if I didn't have a label at the time. Oh, and I wanted to go back to what you were talking about. Yeah. Because I had an because </w:t>
      </w:r>
      <w:proofErr w:type="gramStart"/>
      <w:r>
        <w:rPr>
          <w:rFonts w:ascii="Arial" w:hAnsi="Arial"/>
        </w:rPr>
        <w:t>it</w:t>
      </w:r>
      <w:proofErr w:type="gramEnd"/>
      <w:r>
        <w:rPr>
          <w:rFonts w:ascii="Arial" w:hAnsi="Arial"/>
        </w:rPr>
        <w:t xml:space="preserve"> I agree that it makes like, there's like on</w:t>
      </w:r>
      <w:r>
        <w:rPr>
          <w:rFonts w:ascii="Arial" w:hAnsi="Arial"/>
        </w:rPr>
        <w:t xml:space="preserve">e type of enough autistic person that people think of a lot of times, I went, I had a surgery at a hospital that I actually got accommodations, and I told them, I was autistic. And they were </w:t>
      </w:r>
      <w:proofErr w:type="gramStart"/>
      <w:r>
        <w:rPr>
          <w:rFonts w:ascii="Arial" w:hAnsi="Arial"/>
        </w:rPr>
        <w:t>very nice</w:t>
      </w:r>
      <w:proofErr w:type="gramEnd"/>
      <w:r>
        <w:rPr>
          <w:rFonts w:ascii="Arial" w:hAnsi="Arial"/>
        </w:rPr>
        <w:t xml:space="preserve"> and very supportive. But they didn't understand that I </w:t>
      </w:r>
      <w:r>
        <w:rPr>
          <w:rFonts w:ascii="Arial" w:hAnsi="Arial"/>
        </w:rPr>
        <w:t xml:space="preserve">was a different autistic person. </w:t>
      </w:r>
      <w:proofErr w:type="gramStart"/>
      <w:r>
        <w:rPr>
          <w:rFonts w:ascii="Arial" w:hAnsi="Arial"/>
        </w:rPr>
        <w:t>So</w:t>
      </w:r>
      <w:proofErr w:type="gramEnd"/>
      <w:r>
        <w:rPr>
          <w:rFonts w:ascii="Arial" w:hAnsi="Arial"/>
        </w:rPr>
        <w:t xml:space="preserve"> when I was in the hospital, they actually, they were going to turn the fluorescent lights off in the room because they're like, Oh, well, you know, most, they were like, Oh, yeah, I heard that. You know, autistic people </w:t>
      </w:r>
      <w:r>
        <w:rPr>
          <w:rFonts w:ascii="Arial" w:hAnsi="Arial"/>
        </w:rPr>
        <w:t>don't like that or something. And I was like</w:t>
      </w:r>
      <w:proofErr w:type="gramStart"/>
      <w:r>
        <w:rPr>
          <w:rFonts w:ascii="Arial" w:hAnsi="Arial"/>
        </w:rPr>
        <w:t>, actually, I</w:t>
      </w:r>
      <w:proofErr w:type="gramEnd"/>
      <w:r>
        <w:rPr>
          <w:rFonts w:ascii="Arial" w:hAnsi="Arial"/>
        </w:rPr>
        <w:t xml:space="preserve"> have a sleep disorder. </w:t>
      </w:r>
      <w:proofErr w:type="gramStart"/>
      <w:r>
        <w:rPr>
          <w:rFonts w:ascii="Arial" w:hAnsi="Arial"/>
        </w:rPr>
        <w:t>So</w:t>
      </w:r>
      <w:proofErr w:type="gramEnd"/>
      <w:r>
        <w:rPr>
          <w:rFonts w:ascii="Arial" w:hAnsi="Arial"/>
        </w:rPr>
        <w:t xml:space="preserve"> I really appreciate it. Like, turned one panel, the lights off and then left the room. It's just like, I'm a different person. Like, we're not all the same, we have differe</w:t>
      </w:r>
      <w:r>
        <w:rPr>
          <w:rFonts w:ascii="Arial" w:hAnsi="Arial"/>
        </w:rPr>
        <w:t xml:space="preserve">nt needs. Like not everyone's sensitive to sound like I am everyone's sensitive to light. And some people are like the opposite. And they need like, you know, appropriately softer </w:t>
      </w:r>
      <w:r>
        <w:rPr>
          <w:rFonts w:ascii="Arial" w:hAnsi="Arial"/>
        </w:rPr>
        <w:lastRenderedPageBreak/>
        <w:t xml:space="preserve">feedback where they need to listen to loud music to like </w:t>
      </w:r>
      <w:proofErr w:type="gramStart"/>
      <w:r>
        <w:rPr>
          <w:rFonts w:ascii="Arial" w:hAnsi="Arial"/>
        </w:rPr>
        <w:t>drown</w:t>
      </w:r>
      <w:proofErr w:type="gramEnd"/>
      <w:r>
        <w:rPr>
          <w:rFonts w:ascii="Arial" w:hAnsi="Arial"/>
        </w:rPr>
        <w:t xml:space="preserve"> out other sou</w:t>
      </w:r>
      <w:r>
        <w:rPr>
          <w:rFonts w:ascii="Arial" w:hAnsi="Arial"/>
        </w:rPr>
        <w:t xml:space="preserve">nds or something like it's not. </w:t>
      </w:r>
      <w:proofErr w:type="gramStart"/>
      <w:r>
        <w:rPr>
          <w:rFonts w:ascii="Arial" w:hAnsi="Arial"/>
        </w:rPr>
        <w:t>So</w:t>
      </w:r>
      <w:proofErr w:type="gramEnd"/>
      <w:r>
        <w:rPr>
          <w:rFonts w:ascii="Arial" w:hAnsi="Arial"/>
        </w:rPr>
        <w:t xml:space="preserve"> like there is like very much one type of autistic person that is in media and people will face I've said this before either</w:t>
      </w:r>
    </w:p>
    <w:p w14:paraId="421CBCDA" w14:textId="77777777" w:rsidR="00C765C9" w:rsidRDefault="00C765C9">
      <w:pPr>
        <w:spacing w:after="0"/>
      </w:pPr>
    </w:p>
    <w:p w14:paraId="6385DCF2" w14:textId="77777777" w:rsidR="00C765C9" w:rsidRDefault="00C0551D">
      <w:pPr>
        <w:spacing w:after="0"/>
      </w:pPr>
      <w:r>
        <w:rPr>
          <w:rFonts w:ascii="Arial" w:hAnsi="Arial"/>
          <w:b/>
        </w:rPr>
        <w:t xml:space="preserve">Lucy  </w:t>
      </w:r>
      <w:r>
        <w:rPr>
          <w:rFonts w:ascii="Arial" w:hAnsi="Arial"/>
          <w:color w:val="5D7284"/>
        </w:rPr>
        <w:t>43:15</w:t>
      </w:r>
    </w:p>
    <w:p w14:paraId="217A2361" w14:textId="77777777" w:rsidR="00C765C9" w:rsidRDefault="00C0551D">
      <w:pPr>
        <w:spacing w:after="0"/>
      </w:pPr>
      <w:r>
        <w:rPr>
          <w:rFonts w:ascii="Arial" w:hAnsi="Arial"/>
        </w:rPr>
        <w:t xml:space="preserve">I've said this many </w:t>
      </w:r>
      <w:proofErr w:type="spellStart"/>
      <w:r>
        <w:rPr>
          <w:rFonts w:ascii="Arial" w:hAnsi="Arial"/>
        </w:rPr>
        <w:t>thimes</w:t>
      </w:r>
      <w:proofErr w:type="spellEnd"/>
      <w:r>
        <w:rPr>
          <w:rFonts w:ascii="Arial" w:hAnsi="Arial"/>
        </w:rPr>
        <w:t xml:space="preserve"> before, Ira, many people because I am. I'm not the kind o</w:t>
      </w:r>
      <w:r>
        <w:rPr>
          <w:rFonts w:ascii="Arial" w:hAnsi="Arial"/>
        </w:rPr>
        <w:t xml:space="preserve">f disabled person that wants pity from other people. Like I'm not I don't I don't want you to pit I don't want to feel sorry for me, because I don't feel sorry for me. But </w:t>
      </w:r>
      <w:proofErr w:type="gramStart"/>
      <w:r>
        <w:rPr>
          <w:rFonts w:ascii="Arial" w:hAnsi="Arial"/>
        </w:rPr>
        <w:t>so</w:t>
      </w:r>
      <w:proofErr w:type="gramEnd"/>
      <w:r>
        <w:rPr>
          <w:rFonts w:ascii="Arial" w:hAnsi="Arial"/>
        </w:rPr>
        <w:t xml:space="preserve"> because I don't want people to feel sorry for me, they automatically want to talk</w:t>
      </w:r>
      <w:r>
        <w:rPr>
          <w:rFonts w:ascii="Arial" w:hAnsi="Arial"/>
        </w:rPr>
        <w:t xml:space="preserve"> to me about the Paralympics that I've mentoring. I don't do that either. To sell a pizza for my dinner. I'm not like, no way I'm getting tomorrow to go down and like swim. So, you know, people, they automatically assume that if you don't want pity them, w</w:t>
      </w:r>
      <w:r>
        <w:rPr>
          <w:rFonts w:ascii="Arial" w:hAnsi="Arial"/>
        </w:rPr>
        <w:t>e must be inspirational Paralympians. Yeah, it is some, it's amazing, really.</w:t>
      </w:r>
    </w:p>
    <w:p w14:paraId="65AC168E" w14:textId="77777777" w:rsidR="00C765C9" w:rsidRDefault="00C765C9">
      <w:pPr>
        <w:spacing w:after="0"/>
      </w:pPr>
    </w:p>
    <w:p w14:paraId="15EA2905" w14:textId="77777777" w:rsidR="00C765C9" w:rsidRDefault="00C0551D">
      <w:pPr>
        <w:spacing w:after="0"/>
      </w:pPr>
      <w:r>
        <w:rPr>
          <w:rFonts w:ascii="Arial" w:hAnsi="Arial"/>
          <w:b/>
        </w:rPr>
        <w:t xml:space="preserve">Alice  </w:t>
      </w:r>
      <w:r>
        <w:rPr>
          <w:rFonts w:ascii="Arial" w:hAnsi="Arial"/>
          <w:color w:val="5D7284"/>
        </w:rPr>
        <w:t>44:02</w:t>
      </w:r>
    </w:p>
    <w:p w14:paraId="533459B7" w14:textId="77777777" w:rsidR="00C765C9" w:rsidRDefault="00C0551D">
      <w:pPr>
        <w:spacing w:after="0"/>
      </w:pPr>
      <w:r>
        <w:rPr>
          <w:rFonts w:ascii="Arial" w:hAnsi="Arial"/>
        </w:rPr>
        <w:t>But it's that kind of that one or the other, isn't it that you see, you either see in you know, on TV, it's the incredibly high functioning person with autism who c</w:t>
      </w:r>
      <w:r>
        <w:rPr>
          <w:rFonts w:ascii="Arial" w:hAnsi="Arial"/>
        </w:rPr>
        <w:t xml:space="preserve">an't handle any kind of social interaction. And he's also, you know, like Mensa level genius, or it's the complete other side of it, and it's somebody who, you know, is has difficulty, you know, managing their own </w:t>
      </w:r>
      <w:proofErr w:type="spellStart"/>
      <w:r>
        <w:rPr>
          <w:rFonts w:ascii="Arial" w:hAnsi="Arial"/>
        </w:rPr>
        <w:t>behaviours</w:t>
      </w:r>
      <w:proofErr w:type="spellEnd"/>
      <w:r>
        <w:rPr>
          <w:rFonts w:ascii="Arial" w:hAnsi="Arial"/>
        </w:rPr>
        <w:t xml:space="preserve"> and gets in appropriately close</w:t>
      </w:r>
      <w:r>
        <w:rPr>
          <w:rFonts w:ascii="Arial" w:hAnsi="Arial"/>
        </w:rPr>
        <w:t xml:space="preserve">. And, and I think that this, this is, this is part of the reason why I wanted to do a week about autism is because I have a couple of friends who have had those got those diagnoses </w:t>
      </w:r>
      <w:proofErr w:type="gramStart"/>
      <w:r>
        <w:rPr>
          <w:rFonts w:ascii="Arial" w:hAnsi="Arial"/>
        </w:rPr>
        <w:t>similar to</w:t>
      </w:r>
      <w:proofErr w:type="gramEnd"/>
      <w:r>
        <w:rPr>
          <w:rFonts w:ascii="Arial" w:hAnsi="Arial"/>
        </w:rPr>
        <w:t xml:space="preserve"> a bit later in life. And there has been an element of, of cours</w:t>
      </w:r>
      <w:r>
        <w:rPr>
          <w:rFonts w:ascii="Arial" w:hAnsi="Arial"/>
        </w:rPr>
        <w:t xml:space="preserve">e, that, you know, </w:t>
      </w:r>
      <w:proofErr w:type="gramStart"/>
      <w:r>
        <w:rPr>
          <w:rFonts w:ascii="Arial" w:hAnsi="Arial"/>
        </w:rPr>
        <w:t>actually that</w:t>
      </w:r>
      <w:proofErr w:type="gramEnd"/>
      <w:r>
        <w:rPr>
          <w:rFonts w:ascii="Arial" w:hAnsi="Arial"/>
        </w:rPr>
        <w:t xml:space="preserve"> fits, I can appreciate that now, but I think it's also quite dangerous to do that. Because I then, you know, I don't want to put the expectations that I've got on the experiences that I've got with people with autism, or ev</w:t>
      </w:r>
      <w:r>
        <w:rPr>
          <w:rFonts w:ascii="Arial" w:hAnsi="Arial"/>
        </w:rPr>
        <w:t xml:space="preserve">en the experience that I have </w:t>
      </w:r>
      <w:proofErr w:type="spellStart"/>
      <w:r>
        <w:rPr>
          <w:rFonts w:ascii="Arial" w:hAnsi="Arial"/>
        </w:rPr>
        <w:t>have</w:t>
      </w:r>
      <w:proofErr w:type="spellEnd"/>
      <w:r>
        <w:rPr>
          <w:rFonts w:ascii="Arial" w:hAnsi="Arial"/>
        </w:rPr>
        <w:t xml:space="preserve"> one friend who has got autism, over the experience that I have with another friend who's got autism, because they're entirely different. And you wouldn't, you wouldn't do that with any, you know, neurotypical person, you </w:t>
      </w:r>
      <w:r>
        <w:rPr>
          <w:rFonts w:ascii="Arial" w:hAnsi="Arial"/>
        </w:rPr>
        <w:t xml:space="preserve">wouldn't say, Oh, well, because Ben's a man, he's going to be </w:t>
      </w:r>
      <w:proofErr w:type="gramStart"/>
      <w:r>
        <w:rPr>
          <w:rFonts w:ascii="Arial" w:hAnsi="Arial"/>
        </w:rPr>
        <w:t>exactly the same</w:t>
      </w:r>
      <w:proofErr w:type="gramEnd"/>
      <w:r>
        <w:rPr>
          <w:rFonts w:ascii="Arial" w:hAnsi="Arial"/>
        </w:rPr>
        <w:t xml:space="preserve"> as James. It's, it's not. It's not that, straightforward. And, you know, I think that that was, as I say, one of the reasons why I wanted to sort of do this week was to kind of </w:t>
      </w:r>
      <w:r>
        <w:rPr>
          <w:rFonts w:ascii="Arial" w:hAnsi="Arial"/>
        </w:rPr>
        <w:t xml:space="preserve">go was to show the variety of experiences of </w:t>
      </w:r>
      <w:proofErr w:type="spellStart"/>
      <w:r>
        <w:rPr>
          <w:rFonts w:ascii="Arial" w:hAnsi="Arial"/>
        </w:rPr>
        <w:t>of</w:t>
      </w:r>
      <w:proofErr w:type="spellEnd"/>
      <w:r>
        <w:rPr>
          <w:rFonts w:ascii="Arial" w:hAnsi="Arial"/>
        </w:rPr>
        <w:t xml:space="preserve"> autism, and how that, I mean, it's the thing we say, we've said about all sorts of disabilities, we say time and time again, is just to ask what a person's needs are, you know, because everybody's needs a dif</w:t>
      </w:r>
      <w:r>
        <w:rPr>
          <w:rFonts w:ascii="Arial" w:hAnsi="Arial"/>
        </w:rPr>
        <w:t>ferent</w:t>
      </w:r>
    </w:p>
    <w:p w14:paraId="1A62A477" w14:textId="77777777" w:rsidR="00C765C9" w:rsidRDefault="00C765C9">
      <w:pPr>
        <w:spacing w:after="0"/>
      </w:pPr>
    </w:p>
    <w:p w14:paraId="554C1AAF" w14:textId="77777777" w:rsidR="00C765C9" w:rsidRDefault="00C0551D">
      <w:pPr>
        <w:spacing w:after="0"/>
      </w:pPr>
      <w:r>
        <w:rPr>
          <w:rFonts w:ascii="Arial" w:hAnsi="Arial"/>
          <w:b/>
        </w:rPr>
        <w:t xml:space="preserve">Ira  </w:t>
      </w:r>
      <w:r>
        <w:rPr>
          <w:rFonts w:ascii="Arial" w:hAnsi="Arial"/>
          <w:color w:val="5D7284"/>
        </w:rPr>
        <w:t>46:00</w:t>
      </w:r>
    </w:p>
    <w:p w14:paraId="63A880EA" w14:textId="77777777" w:rsidR="00C765C9" w:rsidRDefault="00C0551D">
      <w:pPr>
        <w:spacing w:after="0"/>
      </w:pPr>
      <w:r>
        <w:rPr>
          <w:rFonts w:ascii="Arial" w:hAnsi="Arial"/>
        </w:rPr>
        <w:t>number, the number of questions about how do we how do I deal with this autistic person or something? And then it's like, all these autistic people giving advice. They're like, Well, have you asked,</w:t>
      </w:r>
    </w:p>
    <w:p w14:paraId="52668CF0" w14:textId="77777777" w:rsidR="00C765C9" w:rsidRDefault="00C765C9">
      <w:pPr>
        <w:spacing w:after="0"/>
      </w:pPr>
    </w:p>
    <w:p w14:paraId="4339BDA9" w14:textId="77777777" w:rsidR="00C765C9" w:rsidRDefault="00C0551D">
      <w:pPr>
        <w:spacing w:after="0"/>
      </w:pPr>
      <w:r>
        <w:rPr>
          <w:rFonts w:ascii="Arial" w:hAnsi="Arial"/>
          <w:b/>
        </w:rPr>
        <w:t xml:space="preserve">Lucy  </w:t>
      </w:r>
      <w:r>
        <w:rPr>
          <w:rFonts w:ascii="Arial" w:hAnsi="Arial"/>
          <w:color w:val="5D7284"/>
        </w:rPr>
        <w:t>46:11</w:t>
      </w:r>
    </w:p>
    <w:p w14:paraId="192DDA82" w14:textId="77777777" w:rsidR="00C765C9" w:rsidRDefault="00C0551D">
      <w:pPr>
        <w:spacing w:after="0"/>
      </w:pPr>
      <w:r>
        <w:rPr>
          <w:rFonts w:ascii="Arial" w:hAnsi="Arial"/>
        </w:rPr>
        <w:t>yes. Yeah.</w:t>
      </w:r>
    </w:p>
    <w:p w14:paraId="0F24661A" w14:textId="77777777" w:rsidR="00C765C9" w:rsidRDefault="00C765C9">
      <w:pPr>
        <w:spacing w:after="0"/>
      </w:pPr>
    </w:p>
    <w:p w14:paraId="026DA1C1" w14:textId="77777777" w:rsidR="00C765C9" w:rsidRDefault="00C0551D">
      <w:pPr>
        <w:spacing w:after="0"/>
      </w:pPr>
      <w:r>
        <w:rPr>
          <w:rFonts w:ascii="Arial" w:hAnsi="Arial"/>
          <w:b/>
        </w:rPr>
        <w:t xml:space="preserve">Ira  </w:t>
      </w:r>
      <w:r>
        <w:rPr>
          <w:rFonts w:ascii="Arial" w:hAnsi="Arial"/>
          <w:color w:val="5D7284"/>
        </w:rPr>
        <w:t>46:13</w:t>
      </w:r>
    </w:p>
    <w:p w14:paraId="42E32654" w14:textId="77777777" w:rsidR="00C765C9" w:rsidRDefault="00C0551D">
      <w:pPr>
        <w:spacing w:after="0"/>
      </w:pPr>
      <w:r>
        <w:rPr>
          <w:rFonts w:ascii="Arial" w:hAnsi="Arial"/>
        </w:rPr>
        <w:t xml:space="preserve">Like have that. </w:t>
      </w:r>
      <w:proofErr w:type="gramStart"/>
      <w:r>
        <w:rPr>
          <w:rFonts w:ascii="Arial" w:hAnsi="Arial"/>
        </w:rPr>
        <w:t>And also</w:t>
      </w:r>
      <w:proofErr w:type="gramEnd"/>
      <w:r>
        <w:rPr>
          <w:rFonts w:ascii="Arial" w:hAnsi="Arial"/>
        </w:rPr>
        <w:t>, they'll be like, Oh, well, you know, they, they don't, they can't speak and it's like, Okay, well, can they point like, can they hold your hand and like, drag you to like what they need because like, there's communication wi</w:t>
      </w:r>
      <w:r>
        <w:rPr>
          <w:rFonts w:ascii="Arial" w:hAnsi="Arial"/>
        </w:rPr>
        <w:t xml:space="preserve">thout speaking, we do it all the time. And neurotypical people </w:t>
      </w:r>
      <w:r>
        <w:rPr>
          <w:rFonts w:ascii="Arial" w:hAnsi="Arial"/>
        </w:rPr>
        <w:lastRenderedPageBreak/>
        <w:t xml:space="preserve">love talking about how Oh, there's, there's, there's nonverbal communication, right? But then </w:t>
      </w:r>
      <w:proofErr w:type="gramStart"/>
      <w:r>
        <w:rPr>
          <w:rFonts w:ascii="Arial" w:hAnsi="Arial"/>
        </w:rPr>
        <w:t>like, if</w:t>
      </w:r>
      <w:proofErr w:type="gramEnd"/>
      <w:r>
        <w:rPr>
          <w:rFonts w:ascii="Arial" w:hAnsi="Arial"/>
        </w:rPr>
        <w:t xml:space="preserve"> an autistic person doesn't speak, it's like, what do we do? </w:t>
      </w:r>
    </w:p>
    <w:p w14:paraId="1F424DB8" w14:textId="77777777" w:rsidR="00C765C9" w:rsidRDefault="00C765C9">
      <w:pPr>
        <w:spacing w:after="0"/>
      </w:pPr>
    </w:p>
    <w:p w14:paraId="4DAC5739" w14:textId="77777777" w:rsidR="00C765C9" w:rsidRDefault="00C0551D">
      <w:pPr>
        <w:spacing w:after="0"/>
      </w:pPr>
      <w:r>
        <w:rPr>
          <w:rFonts w:ascii="Arial" w:hAnsi="Arial"/>
          <w:b/>
        </w:rPr>
        <w:t xml:space="preserve">Lucy  </w:t>
      </w:r>
      <w:r>
        <w:rPr>
          <w:rFonts w:ascii="Arial" w:hAnsi="Arial"/>
          <w:color w:val="5D7284"/>
        </w:rPr>
        <w:t>46:37</w:t>
      </w:r>
    </w:p>
    <w:p w14:paraId="679AF534" w14:textId="77777777" w:rsidR="00C765C9" w:rsidRDefault="00C0551D">
      <w:pPr>
        <w:spacing w:after="0"/>
      </w:pPr>
      <w:r>
        <w:rPr>
          <w:rFonts w:ascii="Arial" w:hAnsi="Arial"/>
        </w:rPr>
        <w:t>Oh my god how ar</w:t>
      </w:r>
      <w:r>
        <w:rPr>
          <w:rFonts w:ascii="Arial" w:hAnsi="Arial"/>
        </w:rPr>
        <w:t xml:space="preserve">e we </w:t>
      </w:r>
      <w:proofErr w:type="spellStart"/>
      <w:r>
        <w:rPr>
          <w:rFonts w:ascii="Arial" w:hAnsi="Arial"/>
        </w:rPr>
        <w:t>gonna</w:t>
      </w:r>
      <w:proofErr w:type="spellEnd"/>
      <w:r>
        <w:rPr>
          <w:rFonts w:ascii="Arial" w:hAnsi="Arial"/>
        </w:rPr>
        <w:t xml:space="preserve"> speak? Yeah, it's like kind of panic, panic, panic,</w:t>
      </w:r>
    </w:p>
    <w:p w14:paraId="3EBDC161" w14:textId="77777777" w:rsidR="00C765C9" w:rsidRDefault="00C765C9">
      <w:pPr>
        <w:spacing w:after="0"/>
      </w:pPr>
    </w:p>
    <w:p w14:paraId="10B078E3" w14:textId="77777777" w:rsidR="00C765C9" w:rsidRDefault="00C0551D">
      <w:pPr>
        <w:spacing w:after="0"/>
      </w:pPr>
      <w:r>
        <w:rPr>
          <w:rFonts w:ascii="Arial" w:hAnsi="Arial"/>
          <w:b/>
        </w:rPr>
        <w:t xml:space="preserve">Alice  </w:t>
      </w:r>
      <w:r>
        <w:rPr>
          <w:rFonts w:ascii="Arial" w:hAnsi="Arial"/>
          <w:color w:val="5D7284"/>
        </w:rPr>
        <w:t>46:41</w:t>
      </w:r>
    </w:p>
    <w:p w14:paraId="5D1A5D5A" w14:textId="77777777" w:rsidR="00C765C9" w:rsidRDefault="00C0551D">
      <w:pPr>
        <w:spacing w:after="0"/>
      </w:pPr>
      <w:r>
        <w:rPr>
          <w:rFonts w:ascii="Arial" w:hAnsi="Arial"/>
        </w:rPr>
        <w:t>the power of just getting to know somebody and spending some time with somebody that's, you know, for even for neurotypical people, like, I mean, slightly sort of different experi</w:t>
      </w:r>
      <w:r>
        <w:rPr>
          <w:rFonts w:ascii="Arial" w:hAnsi="Arial"/>
        </w:rPr>
        <w:t xml:space="preserve">ence for me, because my visual impairment, my understanding, is I don't understand body language or process it in the same way, I just don't see it. </w:t>
      </w:r>
      <w:proofErr w:type="gramStart"/>
      <w:r>
        <w:rPr>
          <w:rFonts w:ascii="Arial" w:hAnsi="Arial"/>
        </w:rPr>
        <w:t>So</w:t>
      </w:r>
      <w:proofErr w:type="gramEnd"/>
      <w:r>
        <w:rPr>
          <w:rFonts w:ascii="Arial" w:hAnsi="Arial"/>
        </w:rPr>
        <w:t xml:space="preserve"> there is an element of, you know, for, for me, definitely getting to know a person means I'm much more a</w:t>
      </w:r>
      <w:r>
        <w:rPr>
          <w:rFonts w:ascii="Arial" w:hAnsi="Arial"/>
        </w:rPr>
        <w:t>ble to read their nonverbal communication, because yes, I know them better. And but then that isn't that is the same with everybody. If you spend some time getting to know someone, before, before saying, Oh, well, they are How can I possibly understand the</w:t>
      </w:r>
      <w:r>
        <w:rPr>
          <w:rFonts w:ascii="Arial" w:hAnsi="Arial"/>
        </w:rPr>
        <w:t>m? If they can't say,</w:t>
      </w:r>
    </w:p>
    <w:p w14:paraId="577C2B12" w14:textId="77777777" w:rsidR="00C765C9" w:rsidRDefault="00C765C9">
      <w:pPr>
        <w:spacing w:after="0"/>
      </w:pPr>
    </w:p>
    <w:p w14:paraId="518D4886" w14:textId="77777777" w:rsidR="00C765C9" w:rsidRDefault="00C0551D">
      <w:pPr>
        <w:spacing w:after="0"/>
      </w:pPr>
      <w:r>
        <w:rPr>
          <w:rFonts w:ascii="Arial" w:hAnsi="Arial"/>
          <w:b/>
        </w:rPr>
        <w:t xml:space="preserve">Lucy  </w:t>
      </w:r>
      <w:r>
        <w:rPr>
          <w:rFonts w:ascii="Arial" w:hAnsi="Arial"/>
          <w:color w:val="5D7284"/>
        </w:rPr>
        <w:t>47:29</w:t>
      </w:r>
    </w:p>
    <w:p w14:paraId="3424279A" w14:textId="77777777" w:rsidR="00C765C9" w:rsidRDefault="00C0551D">
      <w:pPr>
        <w:spacing w:after="0"/>
      </w:pPr>
      <w:r>
        <w:rPr>
          <w:rFonts w:ascii="Arial" w:hAnsi="Arial"/>
        </w:rPr>
        <w:t xml:space="preserve">it's the classic is the classic thing of just, you know, the people assuming that we are stupid, and so I get a lot of does she take sugar? Or? Or how </w:t>
      </w:r>
      <w:proofErr w:type="spellStart"/>
      <w:r>
        <w:rPr>
          <w:rFonts w:ascii="Arial" w:hAnsi="Arial"/>
        </w:rPr>
        <w:t>oldics</w:t>
      </w:r>
      <w:proofErr w:type="spellEnd"/>
      <w:r>
        <w:rPr>
          <w:rFonts w:ascii="Arial" w:hAnsi="Arial"/>
        </w:rPr>
        <w:t xml:space="preserve"> she? talking about me? To the person I'm with? And my friends w</w:t>
      </w:r>
      <w:r>
        <w:rPr>
          <w:rFonts w:ascii="Arial" w:hAnsi="Arial"/>
        </w:rPr>
        <w:t xml:space="preserve">ill go Ask, ask yourself as she can, she can tell you at length, probably. You know exactly how much you say. And it's he just thinks he's up if you took a little bit of time, just to get to know me and sort of even not </w:t>
      </w:r>
      <w:proofErr w:type="spellStart"/>
      <w:r>
        <w:rPr>
          <w:rFonts w:ascii="Arial" w:hAnsi="Arial"/>
        </w:rPr>
        <w:t>not</w:t>
      </w:r>
      <w:proofErr w:type="spellEnd"/>
      <w:r>
        <w:rPr>
          <w:rFonts w:ascii="Arial" w:hAnsi="Arial"/>
        </w:rPr>
        <w:t xml:space="preserve"> even like knowing about all abou</w:t>
      </w:r>
      <w:r>
        <w:rPr>
          <w:rFonts w:ascii="Arial" w:hAnsi="Arial"/>
        </w:rPr>
        <w:t xml:space="preserve">t me just having a general just being a basic human being having a </w:t>
      </w:r>
      <w:proofErr w:type="spellStart"/>
      <w:r>
        <w:rPr>
          <w:rFonts w:ascii="Arial" w:hAnsi="Arial"/>
        </w:rPr>
        <w:t>generalised</w:t>
      </w:r>
      <w:proofErr w:type="spellEnd"/>
      <w:r>
        <w:rPr>
          <w:rFonts w:ascii="Arial" w:hAnsi="Arial"/>
        </w:rPr>
        <w:t xml:space="preserve"> chat about stuff, rather than sort of standing in a corner going on. We're going to call accounts. I can't speak to them, just in case. I say something wrong. And because, you k</w:t>
      </w:r>
      <w:r>
        <w:rPr>
          <w:rFonts w:ascii="Arial" w:hAnsi="Arial"/>
        </w:rPr>
        <w:t xml:space="preserve">now, I can guarantee I've heard it all. You know what I mean? Nothing. I don't get easily offended. </w:t>
      </w:r>
      <w:proofErr w:type="gramStart"/>
      <w:r>
        <w:rPr>
          <w:rFonts w:ascii="Arial" w:hAnsi="Arial"/>
        </w:rPr>
        <w:t>So</w:t>
      </w:r>
      <w:proofErr w:type="gramEnd"/>
      <w:r>
        <w:rPr>
          <w:rFonts w:ascii="Arial" w:hAnsi="Arial"/>
        </w:rPr>
        <w:t xml:space="preserve"> I do think there was get, like I said, just getting to know civilians, and being brave enough to say, Hello, is you know if you could do that, it's the f</w:t>
      </w:r>
      <w:r>
        <w:rPr>
          <w:rFonts w:ascii="Arial" w:hAnsi="Arial"/>
        </w:rPr>
        <w:t xml:space="preserve">irst of many steps you know what I mean? It's </w:t>
      </w:r>
      <w:proofErr w:type="spellStart"/>
      <w:r>
        <w:rPr>
          <w:rFonts w:ascii="Arial" w:hAnsi="Arial"/>
        </w:rPr>
        <w:t>it's</w:t>
      </w:r>
      <w:proofErr w:type="spellEnd"/>
      <w:r>
        <w:rPr>
          <w:rFonts w:ascii="Arial" w:hAnsi="Arial"/>
        </w:rPr>
        <w:t xml:space="preserve"> </w:t>
      </w:r>
      <w:proofErr w:type="gramStart"/>
      <w:r>
        <w:rPr>
          <w:rFonts w:ascii="Arial" w:hAnsi="Arial"/>
        </w:rPr>
        <w:t>quite</w:t>
      </w:r>
      <w:proofErr w:type="gramEnd"/>
      <w:r>
        <w:rPr>
          <w:rFonts w:ascii="Arial" w:hAnsi="Arial"/>
        </w:rPr>
        <w:t>, it's quite funny. Really watching, watching people come along, my, my sister brought home a friend for after school for like dinner. We had dinner at our house. And he had never met me before. He kn</w:t>
      </w:r>
      <w:r>
        <w:rPr>
          <w:rFonts w:ascii="Arial" w:hAnsi="Arial"/>
        </w:rPr>
        <w:t xml:space="preserve">ew of me because my sister said, Oh, my sister has got cerebral palsy. She's in a wheelchair. And I came downstairs in the lift. And he was stood with his back against the patio door and his eyes </w:t>
      </w:r>
      <w:proofErr w:type="spellStart"/>
      <w:r>
        <w:rPr>
          <w:rFonts w:ascii="Arial" w:hAnsi="Arial"/>
        </w:rPr>
        <w:t>widedened</w:t>
      </w:r>
      <w:proofErr w:type="spellEnd"/>
      <w:r>
        <w:rPr>
          <w:rFonts w:ascii="Arial" w:hAnsi="Arial"/>
        </w:rPr>
        <w:t xml:space="preserve"> . And he wouldn't say a word. And I was like, </w:t>
      </w:r>
      <w:proofErr w:type="gramStart"/>
      <w:r>
        <w:rPr>
          <w:rFonts w:ascii="Arial" w:hAnsi="Arial"/>
        </w:rPr>
        <w:t>You</w:t>
      </w:r>
      <w:proofErr w:type="gramEnd"/>
      <w:r>
        <w:rPr>
          <w:rFonts w:ascii="Arial" w:hAnsi="Arial"/>
        </w:rPr>
        <w:t xml:space="preserve"> </w:t>
      </w:r>
      <w:r>
        <w:rPr>
          <w:rFonts w:ascii="Arial" w:hAnsi="Arial"/>
        </w:rPr>
        <w:t>are mad. He's like, huh, yeah, yeah, yeah. And, but he looked petrified for the whole dinner just sort of looking at me, like, Oh, my God, what do I What do I do? How do I how do I act? And I was just like, fine. Everything's fine.</w:t>
      </w:r>
    </w:p>
    <w:p w14:paraId="6A102080" w14:textId="77777777" w:rsidR="00C765C9" w:rsidRDefault="00C765C9">
      <w:pPr>
        <w:spacing w:after="0"/>
      </w:pPr>
    </w:p>
    <w:p w14:paraId="07BBBB60" w14:textId="77777777" w:rsidR="00C765C9" w:rsidRDefault="00C0551D">
      <w:pPr>
        <w:spacing w:after="0"/>
      </w:pPr>
      <w:r>
        <w:rPr>
          <w:rFonts w:ascii="Arial" w:hAnsi="Arial"/>
          <w:b/>
        </w:rPr>
        <w:t xml:space="preserve">Alice  </w:t>
      </w:r>
      <w:r>
        <w:rPr>
          <w:rFonts w:ascii="Arial" w:hAnsi="Arial"/>
          <w:color w:val="5D7284"/>
        </w:rPr>
        <w:t>49:31</w:t>
      </w:r>
    </w:p>
    <w:p w14:paraId="4810026E" w14:textId="77777777" w:rsidR="00C765C9" w:rsidRDefault="00C0551D">
      <w:pPr>
        <w:spacing w:after="0"/>
      </w:pPr>
      <w:r>
        <w:rPr>
          <w:rFonts w:ascii="Arial" w:hAnsi="Arial"/>
        </w:rPr>
        <w:t>Have you f</w:t>
      </w:r>
      <w:r>
        <w:rPr>
          <w:rFonts w:ascii="Arial" w:hAnsi="Arial"/>
        </w:rPr>
        <w:t xml:space="preserve">ound since getting a later diagnosis that you've had </w:t>
      </w:r>
      <w:proofErr w:type="gramStart"/>
      <w:r>
        <w:rPr>
          <w:rFonts w:ascii="Arial" w:hAnsi="Arial"/>
        </w:rPr>
        <w:t>those kind of experiences</w:t>
      </w:r>
      <w:proofErr w:type="gramEnd"/>
      <w:r>
        <w:rPr>
          <w:rFonts w:ascii="Arial" w:hAnsi="Arial"/>
        </w:rPr>
        <w:t xml:space="preserve"> that people you knew previously or, you know, that people have </w:t>
      </w:r>
      <w:proofErr w:type="spellStart"/>
      <w:r>
        <w:rPr>
          <w:rFonts w:ascii="Arial" w:hAnsi="Arial"/>
        </w:rPr>
        <w:t>have</w:t>
      </w:r>
      <w:proofErr w:type="spellEnd"/>
      <w:r>
        <w:rPr>
          <w:rFonts w:ascii="Arial" w:hAnsi="Arial"/>
        </w:rPr>
        <w:t xml:space="preserve"> behaved differently now that you're kind of able to say this is my diagnosis?</w:t>
      </w:r>
    </w:p>
    <w:p w14:paraId="293A046A" w14:textId="77777777" w:rsidR="00C765C9" w:rsidRDefault="00C765C9">
      <w:pPr>
        <w:spacing w:after="0"/>
      </w:pPr>
    </w:p>
    <w:p w14:paraId="31C810CE" w14:textId="77777777" w:rsidR="00C765C9" w:rsidRDefault="00C0551D">
      <w:pPr>
        <w:spacing w:after="0"/>
      </w:pPr>
      <w:r>
        <w:rPr>
          <w:rFonts w:ascii="Arial" w:hAnsi="Arial"/>
          <w:b/>
        </w:rPr>
        <w:t xml:space="preserve">Ira  </w:t>
      </w:r>
      <w:r>
        <w:rPr>
          <w:rFonts w:ascii="Arial" w:hAnsi="Arial"/>
          <w:color w:val="5D7284"/>
        </w:rPr>
        <w:t>49:47</w:t>
      </w:r>
    </w:p>
    <w:p w14:paraId="63396E73" w14:textId="77777777" w:rsidR="00C765C9" w:rsidRDefault="00C0551D">
      <w:pPr>
        <w:spacing w:after="0"/>
      </w:pPr>
      <w:r>
        <w:rPr>
          <w:rFonts w:ascii="Arial" w:hAnsi="Arial"/>
        </w:rPr>
        <w:t>I mean, honestly, I</w:t>
      </w:r>
      <w:r>
        <w:rPr>
          <w:rFonts w:ascii="Arial" w:hAnsi="Arial"/>
        </w:rPr>
        <w:t xml:space="preserve"> </w:t>
      </w:r>
      <w:proofErr w:type="spellStart"/>
      <w:r>
        <w:rPr>
          <w:rFonts w:ascii="Arial" w:hAnsi="Arial"/>
        </w:rPr>
        <w:t>I</w:t>
      </w:r>
      <w:proofErr w:type="spellEnd"/>
      <w:r>
        <w:rPr>
          <w:rFonts w:ascii="Arial" w:hAnsi="Arial"/>
        </w:rPr>
        <w:t xml:space="preserve"> haven't disclosed to a lot of people in my life, like, aside from like being online and like talking about it on social media and stuff. I mean, people probably know but like, it's not something I just go out and talk about. </w:t>
      </w:r>
      <w:proofErr w:type="gramStart"/>
      <w:r>
        <w:rPr>
          <w:rFonts w:ascii="Arial" w:hAnsi="Arial"/>
        </w:rPr>
        <w:t>So</w:t>
      </w:r>
      <w:proofErr w:type="gramEnd"/>
      <w:r>
        <w:rPr>
          <w:rFonts w:ascii="Arial" w:hAnsi="Arial"/>
        </w:rPr>
        <w:t xml:space="preserve"> unless it comes up, like </w:t>
      </w:r>
      <w:r>
        <w:rPr>
          <w:rFonts w:ascii="Arial" w:hAnsi="Arial"/>
        </w:rPr>
        <w:t xml:space="preserve">I said, like my advisor is like really supportive. </w:t>
      </w:r>
      <w:r>
        <w:rPr>
          <w:rFonts w:ascii="Arial" w:hAnsi="Arial"/>
        </w:rPr>
        <w:lastRenderedPageBreak/>
        <w:t xml:space="preserve">And </w:t>
      </w:r>
      <w:proofErr w:type="gramStart"/>
      <w:r>
        <w:rPr>
          <w:rFonts w:ascii="Arial" w:hAnsi="Arial"/>
        </w:rPr>
        <w:t>so</w:t>
      </w:r>
      <w:proofErr w:type="gramEnd"/>
      <w:r>
        <w:rPr>
          <w:rFonts w:ascii="Arial" w:hAnsi="Arial"/>
        </w:rPr>
        <w:t xml:space="preserve"> I did tell her about it, but like, it didn't really change what she was doing, because she was already really supportive of me. </w:t>
      </w:r>
      <w:proofErr w:type="gramStart"/>
      <w:r>
        <w:rPr>
          <w:rFonts w:ascii="Arial" w:hAnsi="Arial"/>
        </w:rPr>
        <w:t>So</w:t>
      </w:r>
      <w:proofErr w:type="gramEnd"/>
      <w:r>
        <w:rPr>
          <w:rFonts w:ascii="Arial" w:hAnsi="Arial"/>
        </w:rPr>
        <w:t xml:space="preserve"> like, that, that's the only the people I disclose to or people who </w:t>
      </w:r>
      <w:r>
        <w:rPr>
          <w:rFonts w:ascii="Arial" w:hAnsi="Arial"/>
        </w:rPr>
        <w:t xml:space="preserve">generally already kind of understand me. Because I know that if I tell someone who doesn't understand me, they might use stereotypes of autism to either like, think I can't do my job or my work or something. Or, like, even get even more upset or something </w:t>
      </w:r>
      <w:r>
        <w:rPr>
          <w:rFonts w:ascii="Arial" w:hAnsi="Arial"/>
        </w:rPr>
        <w:t xml:space="preserve">by </w:t>
      </w:r>
      <w:proofErr w:type="spellStart"/>
      <w:r>
        <w:rPr>
          <w:rFonts w:ascii="Arial" w:hAnsi="Arial"/>
        </w:rPr>
        <w:t>by</w:t>
      </w:r>
      <w:proofErr w:type="spellEnd"/>
      <w:r>
        <w:rPr>
          <w:rFonts w:ascii="Arial" w:hAnsi="Arial"/>
        </w:rPr>
        <w:t xml:space="preserve"> how I, how I where I look, and like how I talk. Yeah, like, use it against me, you know, and I haven't had any most many negative experiences, because I don't disclose to a lot of people. But also, when I </w:t>
      </w:r>
      <w:proofErr w:type="gramStart"/>
      <w:r>
        <w:rPr>
          <w:rFonts w:ascii="Arial" w:hAnsi="Arial"/>
        </w:rPr>
        <w:t>do</w:t>
      </w:r>
      <w:proofErr w:type="gramEnd"/>
      <w:r>
        <w:rPr>
          <w:rFonts w:ascii="Arial" w:hAnsi="Arial"/>
        </w:rPr>
        <w:t xml:space="preserve"> I still get into like your very high funct</w:t>
      </w:r>
      <w:r>
        <w:rPr>
          <w:rFonts w:ascii="Arial" w:hAnsi="Arial"/>
        </w:rPr>
        <w:t xml:space="preserve">ioning kind of thing. </w:t>
      </w:r>
      <w:proofErr w:type="gramStart"/>
      <w:r>
        <w:rPr>
          <w:rFonts w:ascii="Arial" w:hAnsi="Arial"/>
        </w:rPr>
        <w:t>So</w:t>
      </w:r>
      <w:proofErr w:type="gramEnd"/>
      <w:r>
        <w:rPr>
          <w:rFonts w:ascii="Arial" w:hAnsi="Arial"/>
        </w:rPr>
        <w:t xml:space="preserve"> it's almost like, I'm not going to take that into account more than it is like, undermining me are competent. Because they're like, Oh, well, you talk and you're expressive, and you do X, Y, and Z. </w:t>
      </w:r>
      <w:proofErr w:type="gramStart"/>
      <w:r>
        <w:rPr>
          <w:rFonts w:ascii="Arial" w:hAnsi="Arial"/>
        </w:rPr>
        <w:t>So</w:t>
      </w:r>
      <w:proofErr w:type="gramEnd"/>
      <w:r>
        <w:rPr>
          <w:rFonts w:ascii="Arial" w:hAnsi="Arial"/>
        </w:rPr>
        <w:t xml:space="preserve"> you don't seem really artistic</w:t>
      </w:r>
      <w:r>
        <w:rPr>
          <w:rFonts w:ascii="Arial" w:hAnsi="Arial"/>
        </w:rPr>
        <w:t xml:space="preserve"> quote unquote. So that's why I generally don't disclose to a lot of people, although I did. I did get into a, an argument. When Autism is brought up. I will Yeah, talk about it. </w:t>
      </w:r>
      <w:proofErr w:type="gramStart"/>
      <w:r>
        <w:rPr>
          <w:rFonts w:ascii="Arial" w:hAnsi="Arial"/>
        </w:rPr>
        <w:t>So</w:t>
      </w:r>
      <w:proofErr w:type="gramEnd"/>
      <w:r>
        <w:rPr>
          <w:rFonts w:ascii="Arial" w:hAnsi="Arial"/>
        </w:rPr>
        <w:t xml:space="preserve"> there is someone who is talking about how Autism is a quote, boys disorder</w:t>
      </w:r>
      <w:r>
        <w:rPr>
          <w:rFonts w:ascii="Arial" w:hAnsi="Arial"/>
        </w:rPr>
        <w:t xml:space="preserve">. And there's a lot of people who like talking about autism who work with autistic people. And if they work with autistic people who have high support needs, they think, like they kind of get the assumption that...the only kind of </w:t>
      </w:r>
      <w:proofErr w:type="gramStart"/>
      <w:r>
        <w:rPr>
          <w:rFonts w:ascii="Arial" w:hAnsi="Arial"/>
        </w:rPr>
        <w:t>thing</w:t>
      </w:r>
      <w:proofErr w:type="gramEnd"/>
      <w:r>
        <w:rPr>
          <w:rFonts w:ascii="Arial" w:hAnsi="Arial"/>
        </w:rPr>
        <w:t xml:space="preserve"> </w:t>
      </w:r>
    </w:p>
    <w:p w14:paraId="2D4F13C9" w14:textId="77777777" w:rsidR="00C765C9" w:rsidRDefault="00C765C9">
      <w:pPr>
        <w:spacing w:after="0"/>
      </w:pPr>
    </w:p>
    <w:p w14:paraId="4DB6CFF9" w14:textId="77777777" w:rsidR="00C765C9" w:rsidRDefault="00C0551D">
      <w:pPr>
        <w:spacing w:after="0"/>
      </w:pPr>
      <w:r>
        <w:rPr>
          <w:rFonts w:ascii="Arial" w:hAnsi="Arial"/>
          <w:b/>
        </w:rPr>
        <w:t xml:space="preserve">Lucy  </w:t>
      </w:r>
      <w:r>
        <w:rPr>
          <w:rFonts w:ascii="Arial" w:hAnsi="Arial"/>
          <w:color w:val="5D7284"/>
        </w:rPr>
        <w:t>51:48</w:t>
      </w:r>
    </w:p>
    <w:p w14:paraId="79556802" w14:textId="77777777" w:rsidR="00C765C9" w:rsidRDefault="00C0551D">
      <w:pPr>
        <w:spacing w:after="0"/>
      </w:pPr>
      <w:r>
        <w:rPr>
          <w:rFonts w:ascii="Arial" w:hAnsi="Arial"/>
        </w:rPr>
        <w:t xml:space="preserve">they </w:t>
      </w:r>
      <w:r>
        <w:rPr>
          <w:rFonts w:ascii="Arial" w:hAnsi="Arial"/>
        </w:rPr>
        <w:t xml:space="preserve">know it </w:t>
      </w:r>
      <w:proofErr w:type="gramStart"/>
      <w:r>
        <w:rPr>
          <w:rFonts w:ascii="Arial" w:hAnsi="Arial"/>
        </w:rPr>
        <w:t>all</w:t>
      </w:r>
      <w:proofErr w:type="gramEnd"/>
    </w:p>
    <w:p w14:paraId="5C840BC9" w14:textId="77777777" w:rsidR="00C765C9" w:rsidRDefault="00C765C9">
      <w:pPr>
        <w:spacing w:after="0"/>
      </w:pPr>
    </w:p>
    <w:p w14:paraId="50C50FFC" w14:textId="77777777" w:rsidR="00C765C9" w:rsidRDefault="00C0551D">
      <w:pPr>
        <w:spacing w:after="0"/>
      </w:pPr>
      <w:r>
        <w:rPr>
          <w:rFonts w:ascii="Arial" w:hAnsi="Arial"/>
          <w:b/>
        </w:rPr>
        <w:t xml:space="preserve">Ira  </w:t>
      </w:r>
      <w:r>
        <w:rPr>
          <w:rFonts w:ascii="Arial" w:hAnsi="Arial"/>
          <w:color w:val="5D7284"/>
        </w:rPr>
        <w:t>51:49</w:t>
      </w:r>
    </w:p>
    <w:p w14:paraId="33031AF4" w14:textId="77777777" w:rsidR="00C765C9" w:rsidRDefault="00C0551D">
      <w:pPr>
        <w:spacing w:after="0"/>
      </w:pPr>
      <w:r>
        <w:rPr>
          <w:rFonts w:ascii="Arial" w:hAnsi="Arial"/>
        </w:rPr>
        <w:t xml:space="preserve">right. </w:t>
      </w:r>
      <w:proofErr w:type="gramStart"/>
      <w:r>
        <w:rPr>
          <w:rFonts w:ascii="Arial" w:hAnsi="Arial"/>
        </w:rPr>
        <w:t>So</w:t>
      </w:r>
      <w:proofErr w:type="gramEnd"/>
      <w:r>
        <w:rPr>
          <w:rFonts w:ascii="Arial" w:hAnsi="Arial"/>
        </w:rPr>
        <w:t xml:space="preserve"> I may have gone on like a 10 minute rant about differences between like girls and boys, and the fact that like women are like, not diagnosed because of the diagnostic criteria, and functioning labels. And so, um, yeah, I h</w:t>
      </w:r>
      <w:r>
        <w:rPr>
          <w:rFonts w:ascii="Arial" w:hAnsi="Arial"/>
        </w:rPr>
        <w:t xml:space="preserve">aven't had any super terrible experiences. But again, I still got the like, Oh, well, you're </w:t>
      </w:r>
      <w:proofErr w:type="gramStart"/>
      <w:r>
        <w:rPr>
          <w:rFonts w:ascii="Arial" w:hAnsi="Arial"/>
        </w:rPr>
        <w:t>really high</w:t>
      </w:r>
      <w:proofErr w:type="gramEnd"/>
      <w:r>
        <w:rPr>
          <w:rFonts w:ascii="Arial" w:hAnsi="Arial"/>
        </w:rPr>
        <w:t xml:space="preserve"> functioning, so you don't count kind of response. And that's that cued my </w:t>
      </w:r>
      <w:proofErr w:type="gramStart"/>
      <w:r>
        <w:rPr>
          <w:rFonts w:ascii="Arial" w:hAnsi="Arial"/>
        </w:rPr>
        <w:t>10 minute</w:t>
      </w:r>
      <w:proofErr w:type="gramEnd"/>
      <w:r>
        <w:rPr>
          <w:rFonts w:ascii="Arial" w:hAnsi="Arial"/>
        </w:rPr>
        <w:t xml:space="preserve"> rant to that person.</w:t>
      </w:r>
    </w:p>
    <w:p w14:paraId="192DC568" w14:textId="77777777" w:rsidR="00C765C9" w:rsidRDefault="00C765C9">
      <w:pPr>
        <w:spacing w:after="0"/>
      </w:pPr>
    </w:p>
    <w:p w14:paraId="0BFAD431" w14:textId="77777777" w:rsidR="00C765C9" w:rsidRDefault="00C0551D">
      <w:pPr>
        <w:spacing w:after="0"/>
      </w:pPr>
      <w:r>
        <w:rPr>
          <w:rFonts w:ascii="Arial" w:hAnsi="Arial"/>
          <w:b/>
        </w:rPr>
        <w:t xml:space="preserve">Alice  </w:t>
      </w:r>
      <w:r>
        <w:rPr>
          <w:rFonts w:ascii="Arial" w:hAnsi="Arial"/>
          <w:color w:val="5D7284"/>
        </w:rPr>
        <w:t>52:20</w:t>
      </w:r>
    </w:p>
    <w:p w14:paraId="30AB1220" w14:textId="77777777" w:rsidR="00C765C9" w:rsidRDefault="00C0551D">
      <w:pPr>
        <w:spacing w:after="0"/>
      </w:pPr>
      <w:r>
        <w:rPr>
          <w:rFonts w:ascii="Arial" w:hAnsi="Arial"/>
        </w:rPr>
        <w:t xml:space="preserve">Do you think your choice not to disclose means that you're masking more? Or do </w:t>
      </w:r>
    </w:p>
    <w:p w14:paraId="2DE3238D" w14:textId="77777777" w:rsidR="00C765C9" w:rsidRDefault="00C765C9">
      <w:pPr>
        <w:spacing w:after="0"/>
      </w:pPr>
    </w:p>
    <w:p w14:paraId="7DD7AE76" w14:textId="77777777" w:rsidR="00C765C9" w:rsidRDefault="00C0551D">
      <w:pPr>
        <w:spacing w:after="0"/>
      </w:pPr>
      <w:r>
        <w:rPr>
          <w:rFonts w:ascii="Arial" w:hAnsi="Arial"/>
          <w:b/>
        </w:rPr>
        <w:t xml:space="preserve">Ira  </w:t>
      </w:r>
      <w:r>
        <w:rPr>
          <w:rFonts w:ascii="Arial" w:hAnsi="Arial"/>
          <w:color w:val="5D7284"/>
        </w:rPr>
        <w:t>52:28</w:t>
      </w:r>
    </w:p>
    <w:p w14:paraId="564CE7B1" w14:textId="77777777" w:rsidR="00C765C9" w:rsidRDefault="00C0551D">
      <w:pPr>
        <w:spacing w:after="0"/>
      </w:pPr>
      <w:r>
        <w:rPr>
          <w:rFonts w:ascii="Arial" w:hAnsi="Arial"/>
        </w:rPr>
        <w:t xml:space="preserve">Yeah, </w:t>
      </w:r>
    </w:p>
    <w:p w14:paraId="5F6150D5" w14:textId="77777777" w:rsidR="00C765C9" w:rsidRDefault="00C765C9">
      <w:pPr>
        <w:spacing w:after="0"/>
      </w:pPr>
    </w:p>
    <w:p w14:paraId="3366EBEC" w14:textId="77777777" w:rsidR="00C765C9" w:rsidRDefault="00C0551D">
      <w:pPr>
        <w:spacing w:after="0"/>
      </w:pPr>
      <w:r>
        <w:rPr>
          <w:rFonts w:ascii="Arial" w:hAnsi="Arial"/>
          <w:b/>
        </w:rPr>
        <w:t xml:space="preserve">Alice  </w:t>
      </w:r>
      <w:r>
        <w:rPr>
          <w:rFonts w:ascii="Arial" w:hAnsi="Arial"/>
          <w:color w:val="5D7284"/>
        </w:rPr>
        <w:t>52:28</w:t>
      </w:r>
    </w:p>
    <w:p w14:paraId="0E758FD5" w14:textId="77777777" w:rsidR="00C765C9" w:rsidRDefault="00C0551D">
      <w:pPr>
        <w:spacing w:after="0"/>
      </w:pPr>
      <w:r>
        <w:rPr>
          <w:rFonts w:ascii="Arial" w:hAnsi="Arial"/>
        </w:rPr>
        <w:t>yeah?</w:t>
      </w:r>
    </w:p>
    <w:p w14:paraId="4F1BA2B7" w14:textId="77777777" w:rsidR="00C765C9" w:rsidRDefault="00C765C9">
      <w:pPr>
        <w:spacing w:after="0"/>
      </w:pPr>
    </w:p>
    <w:p w14:paraId="723E1321" w14:textId="77777777" w:rsidR="00C765C9" w:rsidRDefault="00C0551D">
      <w:pPr>
        <w:spacing w:after="0"/>
      </w:pPr>
      <w:r>
        <w:rPr>
          <w:rFonts w:ascii="Arial" w:hAnsi="Arial"/>
          <w:b/>
        </w:rPr>
        <w:t xml:space="preserve">Ira  </w:t>
      </w:r>
      <w:r>
        <w:rPr>
          <w:rFonts w:ascii="Arial" w:hAnsi="Arial"/>
          <w:color w:val="5D7284"/>
        </w:rPr>
        <w:t>52:30</w:t>
      </w:r>
    </w:p>
    <w:p w14:paraId="5270D239" w14:textId="77777777" w:rsidR="00C765C9" w:rsidRDefault="00C0551D">
      <w:pPr>
        <w:spacing w:after="0"/>
      </w:pPr>
      <w:r>
        <w:rPr>
          <w:rFonts w:ascii="Arial" w:hAnsi="Arial"/>
        </w:rPr>
        <w:t xml:space="preserve">I would say yes. But also, even if I did disclose, I would probably feel like I shouldn't ask even more, because I don't want them to, like make assumptions based on me being autistic, which is kind of frustrating. I don't know, I haven't, I haven't had a </w:t>
      </w:r>
      <w:r>
        <w:rPr>
          <w:rFonts w:ascii="Arial" w:hAnsi="Arial"/>
        </w:rPr>
        <w:t>lot of opportunities, because I wasn't officially diagnosed when I had classes. And so that was, I really would have liked to disclose when I had that class. And I said, you know, this is anxiety inducing, I would have liked to have been able to explain it</w:t>
      </w:r>
      <w:r>
        <w:rPr>
          <w:rFonts w:ascii="Arial" w:hAnsi="Arial"/>
        </w:rPr>
        <w:t xml:space="preserve">. And I didn't feel like the right to because I didn't have an official diagnosis. Yeah. And I </w:t>
      </w:r>
      <w:proofErr w:type="spellStart"/>
      <w:r>
        <w:rPr>
          <w:rFonts w:ascii="Arial" w:hAnsi="Arial"/>
        </w:rPr>
        <w:t>realised</w:t>
      </w:r>
      <w:proofErr w:type="spellEnd"/>
      <w:r>
        <w:rPr>
          <w:rFonts w:ascii="Arial" w:hAnsi="Arial"/>
        </w:rPr>
        <w:t xml:space="preserve"> now that like, that's totally </w:t>
      </w:r>
      <w:proofErr w:type="spellStart"/>
      <w:r>
        <w:rPr>
          <w:rFonts w:ascii="Arial" w:hAnsi="Arial"/>
        </w:rPr>
        <w:t>bullcrap</w:t>
      </w:r>
      <w:proofErr w:type="spellEnd"/>
      <w:r>
        <w:rPr>
          <w:rFonts w:ascii="Arial" w:hAnsi="Arial"/>
        </w:rPr>
        <w:t xml:space="preserve">. And you should be able to say, these are my needs, if you have them. </w:t>
      </w:r>
      <w:proofErr w:type="gramStart"/>
      <w:r>
        <w:rPr>
          <w:rFonts w:ascii="Arial" w:hAnsi="Arial"/>
        </w:rPr>
        <w:t>And also</w:t>
      </w:r>
      <w:proofErr w:type="gramEnd"/>
      <w:r>
        <w:rPr>
          <w:rFonts w:ascii="Arial" w:hAnsi="Arial"/>
        </w:rPr>
        <w:t>, I wanted to bring this up earlier</w:t>
      </w:r>
      <w:r>
        <w:rPr>
          <w:rFonts w:ascii="Arial" w:hAnsi="Arial"/>
        </w:rPr>
        <w:t xml:space="preserve">, when we talked about you were talking about how you would </w:t>
      </w:r>
      <w:r>
        <w:rPr>
          <w:rFonts w:ascii="Arial" w:hAnsi="Arial"/>
        </w:rPr>
        <w:lastRenderedPageBreak/>
        <w:t>never come out, Alice was talking about how you would never compare, like a man to another man and be like, oh, they're the same person. with autism, like with being autistic, like we do this to p</w:t>
      </w:r>
      <w:r>
        <w:rPr>
          <w:rFonts w:ascii="Arial" w:hAnsi="Arial"/>
        </w:rPr>
        <w:t xml:space="preserve">eople of </w:t>
      </w:r>
      <w:proofErr w:type="spellStart"/>
      <w:r>
        <w:rPr>
          <w:rFonts w:ascii="Arial" w:hAnsi="Arial"/>
        </w:rPr>
        <w:t>colour</w:t>
      </w:r>
      <w:proofErr w:type="spellEnd"/>
      <w:r>
        <w:rPr>
          <w:rFonts w:ascii="Arial" w:hAnsi="Arial"/>
        </w:rPr>
        <w:t xml:space="preserve">, all the time. Autism is white as hell. The </w:t>
      </w:r>
      <w:proofErr w:type="spellStart"/>
      <w:r>
        <w:rPr>
          <w:rFonts w:ascii="Arial" w:hAnsi="Arial"/>
        </w:rPr>
        <w:t>Whiteist</w:t>
      </w:r>
      <w:proofErr w:type="spellEnd"/>
      <w:r>
        <w:rPr>
          <w:rFonts w:ascii="Arial" w:hAnsi="Arial"/>
        </w:rPr>
        <w:t xml:space="preserve">  like everyone on TV is white. </w:t>
      </w:r>
    </w:p>
    <w:p w14:paraId="4D3DAAA6" w14:textId="77777777" w:rsidR="00C765C9" w:rsidRDefault="00C765C9">
      <w:pPr>
        <w:spacing w:after="0"/>
      </w:pPr>
    </w:p>
    <w:p w14:paraId="51C88941" w14:textId="77777777" w:rsidR="00C765C9" w:rsidRDefault="00C0551D">
      <w:pPr>
        <w:spacing w:after="0"/>
      </w:pPr>
      <w:r>
        <w:rPr>
          <w:rFonts w:ascii="Arial" w:hAnsi="Arial"/>
          <w:b/>
        </w:rPr>
        <w:t xml:space="preserve">Lucy  </w:t>
      </w:r>
      <w:r>
        <w:rPr>
          <w:rFonts w:ascii="Arial" w:hAnsi="Arial"/>
          <w:color w:val="5D7284"/>
        </w:rPr>
        <w:t>53:38</w:t>
      </w:r>
    </w:p>
    <w:p w14:paraId="1546727C" w14:textId="77777777" w:rsidR="00C765C9" w:rsidRDefault="00C0551D">
      <w:pPr>
        <w:spacing w:after="0"/>
      </w:pPr>
      <w:r>
        <w:rPr>
          <w:rFonts w:ascii="Arial" w:hAnsi="Arial"/>
        </w:rPr>
        <w:t xml:space="preserve">Yeah, </w:t>
      </w:r>
    </w:p>
    <w:p w14:paraId="4AA2B9CA" w14:textId="77777777" w:rsidR="00C765C9" w:rsidRDefault="00C765C9">
      <w:pPr>
        <w:spacing w:after="0"/>
      </w:pPr>
    </w:p>
    <w:p w14:paraId="5FBE63CE" w14:textId="77777777" w:rsidR="00C765C9" w:rsidRDefault="00C0551D">
      <w:pPr>
        <w:spacing w:after="0"/>
      </w:pPr>
      <w:r>
        <w:rPr>
          <w:rFonts w:ascii="Arial" w:hAnsi="Arial"/>
          <w:b/>
        </w:rPr>
        <w:t xml:space="preserve">Ira  </w:t>
      </w:r>
      <w:r>
        <w:rPr>
          <w:rFonts w:ascii="Arial" w:hAnsi="Arial"/>
          <w:color w:val="5D7284"/>
        </w:rPr>
        <w:t>53:39</w:t>
      </w:r>
    </w:p>
    <w:p w14:paraId="2607C57B" w14:textId="77777777" w:rsidR="00C765C9" w:rsidRDefault="00C0551D">
      <w:pPr>
        <w:spacing w:after="0"/>
      </w:pPr>
      <w:r>
        <w:rPr>
          <w:rFonts w:ascii="Arial" w:hAnsi="Arial"/>
        </w:rPr>
        <w:t>most researchers who research autism are white, most of the autistic people who get boosted are white. Like in terms of lik</w:t>
      </w:r>
      <w:r>
        <w:rPr>
          <w:rFonts w:ascii="Arial" w:hAnsi="Arial"/>
        </w:rPr>
        <w:t xml:space="preserve">e voices. And </w:t>
      </w:r>
      <w:proofErr w:type="gramStart"/>
      <w:r>
        <w:rPr>
          <w:rFonts w:ascii="Arial" w:hAnsi="Arial"/>
        </w:rPr>
        <w:t>so</w:t>
      </w:r>
      <w:proofErr w:type="gramEnd"/>
      <w:r>
        <w:rPr>
          <w:rFonts w:ascii="Arial" w:hAnsi="Arial"/>
        </w:rPr>
        <w:t xml:space="preserve"> it's really important to like, acknowledge that and the fact that like cultural differences and stuff play a huge role and like, diagnostic criteria, and even like, someone will just be like, Oh, well, you can't be autistic, because that's</w:t>
      </w:r>
      <w:r>
        <w:rPr>
          <w:rFonts w:ascii="Arial" w:hAnsi="Arial"/>
        </w:rPr>
        <w:t xml:space="preserve"> like a white person. You know, good question. And that's a huge problem.</w:t>
      </w:r>
    </w:p>
    <w:p w14:paraId="132FCBE4" w14:textId="77777777" w:rsidR="00C765C9" w:rsidRDefault="00C765C9">
      <w:pPr>
        <w:spacing w:after="0"/>
      </w:pPr>
    </w:p>
    <w:p w14:paraId="2BAD92E4" w14:textId="77777777" w:rsidR="00C765C9" w:rsidRDefault="00C0551D">
      <w:pPr>
        <w:spacing w:after="0"/>
      </w:pPr>
      <w:r>
        <w:rPr>
          <w:rFonts w:ascii="Arial" w:hAnsi="Arial"/>
          <w:b/>
        </w:rPr>
        <w:t xml:space="preserve">Lucy  </w:t>
      </w:r>
      <w:r>
        <w:rPr>
          <w:rFonts w:ascii="Arial" w:hAnsi="Arial"/>
          <w:color w:val="5D7284"/>
        </w:rPr>
        <w:t>54:05</w:t>
      </w:r>
    </w:p>
    <w:p w14:paraId="3CE8FCFC" w14:textId="77777777" w:rsidR="00C765C9" w:rsidRDefault="00C0551D">
      <w:pPr>
        <w:spacing w:after="0"/>
      </w:pPr>
      <w:r>
        <w:rPr>
          <w:rFonts w:ascii="Arial" w:hAnsi="Arial"/>
        </w:rPr>
        <w:t>I think as well, it's very important to say at this point where we've just brought up, you know, the issue of race and disability in general, I've seen in recent months,</w:t>
      </w:r>
      <w:r>
        <w:rPr>
          <w:rFonts w:ascii="Arial" w:hAnsi="Arial"/>
        </w:rPr>
        <w:t xml:space="preserve"> since the whole Black Lives Matter movement is really </w:t>
      </w:r>
      <w:proofErr w:type="gramStart"/>
      <w:r>
        <w:rPr>
          <w:rFonts w:ascii="Arial" w:hAnsi="Arial"/>
        </w:rPr>
        <w:t>start</w:t>
      </w:r>
      <w:proofErr w:type="gramEnd"/>
      <w:r>
        <w:rPr>
          <w:rFonts w:ascii="Arial" w:hAnsi="Arial"/>
        </w:rPr>
        <w:t xml:space="preserve"> to gain some traction. There have been instances where some disabled people have said, Well, you know, it's almost like, well, I've got enough to deal with, you know, you know, I'm disabled and a</w:t>
      </w:r>
      <w:r>
        <w:rPr>
          <w:rFonts w:ascii="Arial" w:hAnsi="Arial"/>
        </w:rPr>
        <w:t>ll this kind of thing. And, and</w:t>
      </w:r>
      <w:proofErr w:type="gramStart"/>
      <w:r>
        <w:rPr>
          <w:rFonts w:ascii="Arial" w:hAnsi="Arial"/>
        </w:rPr>
        <w:t>, actually, I</w:t>
      </w:r>
      <w:proofErr w:type="gramEnd"/>
      <w:r>
        <w:rPr>
          <w:rFonts w:ascii="Arial" w:hAnsi="Arial"/>
        </w:rPr>
        <w:t xml:space="preserve"> think it needs to be </w:t>
      </w:r>
      <w:proofErr w:type="spellStart"/>
      <w:r>
        <w:rPr>
          <w:rFonts w:ascii="Arial" w:hAnsi="Arial"/>
        </w:rPr>
        <w:t>recognised</w:t>
      </w:r>
      <w:proofErr w:type="spellEnd"/>
      <w:r>
        <w:rPr>
          <w:rFonts w:ascii="Arial" w:hAnsi="Arial"/>
        </w:rPr>
        <w:t xml:space="preserve"> that a lot of the disability movement, particularly in America has been boosted really by people of </w:t>
      </w:r>
      <w:proofErr w:type="spellStart"/>
      <w:r>
        <w:rPr>
          <w:rFonts w:ascii="Arial" w:hAnsi="Arial"/>
        </w:rPr>
        <w:t>colour</w:t>
      </w:r>
      <w:proofErr w:type="spellEnd"/>
      <w:r>
        <w:rPr>
          <w:rFonts w:ascii="Arial" w:hAnsi="Arial"/>
        </w:rPr>
        <w:t xml:space="preserve">. If you look back in the history of </w:t>
      </w:r>
      <w:proofErr w:type="spellStart"/>
      <w:r>
        <w:rPr>
          <w:rFonts w:ascii="Arial" w:hAnsi="Arial"/>
        </w:rPr>
        <w:t>of</w:t>
      </w:r>
      <w:proofErr w:type="spellEnd"/>
      <w:r>
        <w:rPr>
          <w:rFonts w:ascii="Arial" w:hAnsi="Arial"/>
        </w:rPr>
        <w:t xml:space="preserve"> disability, things, haven't you </w:t>
      </w:r>
      <w:proofErr w:type="gramStart"/>
      <w:r>
        <w:rPr>
          <w:rFonts w:ascii="Arial" w:hAnsi="Arial"/>
        </w:rPr>
        <w:t>k</w:t>
      </w:r>
      <w:r>
        <w:rPr>
          <w:rFonts w:ascii="Arial" w:hAnsi="Arial"/>
        </w:rPr>
        <w:t>now</w:t>
      </w:r>
      <w:proofErr w:type="gramEnd"/>
      <w:r>
        <w:rPr>
          <w:rFonts w:ascii="Arial" w:hAnsi="Arial"/>
        </w:rPr>
        <w:t xml:space="preserve">, it's almost like that solidarity between the two, sort of minority groups were like, Yeah, no, okay. We understand that we Help, let me help them how can we boost your, your profile and get your message across has been really helped by people of </w:t>
      </w:r>
      <w:proofErr w:type="spellStart"/>
      <w:r>
        <w:rPr>
          <w:rFonts w:ascii="Arial" w:hAnsi="Arial"/>
        </w:rPr>
        <w:t>colou</w:t>
      </w:r>
      <w:r>
        <w:rPr>
          <w:rFonts w:ascii="Arial" w:hAnsi="Arial"/>
        </w:rPr>
        <w:t>r</w:t>
      </w:r>
      <w:proofErr w:type="spellEnd"/>
      <w:r>
        <w:rPr>
          <w:rFonts w:ascii="Arial" w:hAnsi="Arial"/>
        </w:rPr>
        <w:t>.</w:t>
      </w:r>
    </w:p>
    <w:p w14:paraId="513E2650" w14:textId="77777777" w:rsidR="00C765C9" w:rsidRDefault="00C765C9">
      <w:pPr>
        <w:spacing w:after="0"/>
      </w:pPr>
    </w:p>
    <w:p w14:paraId="5850B1F0" w14:textId="77777777" w:rsidR="00C765C9" w:rsidRDefault="00C0551D">
      <w:pPr>
        <w:spacing w:after="0"/>
      </w:pPr>
      <w:r>
        <w:rPr>
          <w:rFonts w:ascii="Arial" w:hAnsi="Arial"/>
          <w:b/>
        </w:rPr>
        <w:t xml:space="preserve">Ira  </w:t>
      </w:r>
      <w:r>
        <w:rPr>
          <w:rFonts w:ascii="Arial" w:hAnsi="Arial"/>
          <w:color w:val="5D7284"/>
        </w:rPr>
        <w:t>55:08</w:t>
      </w:r>
    </w:p>
    <w:p w14:paraId="2AC72D17" w14:textId="77777777" w:rsidR="00C765C9" w:rsidRDefault="00C0551D">
      <w:pPr>
        <w:spacing w:after="0"/>
      </w:pPr>
      <w:r>
        <w:rPr>
          <w:rFonts w:ascii="Arial" w:hAnsi="Arial"/>
        </w:rPr>
        <w:t>Absolutely</w:t>
      </w:r>
    </w:p>
    <w:p w14:paraId="36198A39" w14:textId="77777777" w:rsidR="00C765C9" w:rsidRDefault="00C765C9">
      <w:pPr>
        <w:spacing w:after="0"/>
      </w:pPr>
    </w:p>
    <w:p w14:paraId="0CD86F66" w14:textId="77777777" w:rsidR="00C765C9" w:rsidRDefault="00C0551D">
      <w:pPr>
        <w:spacing w:after="0"/>
      </w:pPr>
      <w:r>
        <w:rPr>
          <w:rFonts w:ascii="Arial" w:hAnsi="Arial"/>
          <w:b/>
        </w:rPr>
        <w:t xml:space="preserve">Alice  </w:t>
      </w:r>
      <w:r>
        <w:rPr>
          <w:rFonts w:ascii="Arial" w:hAnsi="Arial"/>
          <w:color w:val="5D7284"/>
        </w:rPr>
        <w:t>55:08</w:t>
      </w:r>
    </w:p>
    <w:p w14:paraId="6636427E" w14:textId="77777777" w:rsidR="00C765C9" w:rsidRDefault="00C0551D">
      <w:pPr>
        <w:spacing w:after="0"/>
      </w:pPr>
      <w:r>
        <w:rPr>
          <w:rFonts w:ascii="Arial" w:hAnsi="Arial"/>
        </w:rPr>
        <w:t xml:space="preserve"> well, and the Black Lives Matter movement, you know, it's particularly pertinent to race in this episode, because actually, there are lots of, you know, autistic people of </w:t>
      </w:r>
      <w:proofErr w:type="spellStart"/>
      <w:r>
        <w:rPr>
          <w:rFonts w:ascii="Arial" w:hAnsi="Arial"/>
        </w:rPr>
        <w:t>colour</w:t>
      </w:r>
      <w:proofErr w:type="spellEnd"/>
      <w:r>
        <w:rPr>
          <w:rFonts w:ascii="Arial" w:hAnsi="Arial"/>
        </w:rPr>
        <w:t xml:space="preserve"> in America who experienced a great d</w:t>
      </w:r>
      <w:r>
        <w:rPr>
          <w:rFonts w:ascii="Arial" w:hAnsi="Arial"/>
        </w:rPr>
        <w:t>eal of police brutality, because of their autism, they have difficulties with kind of managing the arrest process and the incarceration process and, and people who were just because of their autism, it means that they present and behave differently in cert</w:t>
      </w:r>
      <w:r>
        <w:rPr>
          <w:rFonts w:ascii="Arial" w:hAnsi="Arial"/>
        </w:rPr>
        <w:t xml:space="preserve">ain social situations that people are getting, you know, the police called on them simply because they are an autistic person, they're a person of </w:t>
      </w:r>
      <w:proofErr w:type="spellStart"/>
      <w:r>
        <w:rPr>
          <w:rFonts w:ascii="Arial" w:hAnsi="Arial"/>
        </w:rPr>
        <w:t>colour</w:t>
      </w:r>
      <w:proofErr w:type="spellEnd"/>
      <w:r>
        <w:rPr>
          <w:rFonts w:ascii="Arial" w:hAnsi="Arial"/>
        </w:rPr>
        <w:t xml:space="preserve"> behaving in a socially unacceptable way.</w:t>
      </w:r>
    </w:p>
    <w:p w14:paraId="4AA1BC95" w14:textId="77777777" w:rsidR="00C765C9" w:rsidRDefault="00C765C9">
      <w:pPr>
        <w:spacing w:after="0"/>
      </w:pPr>
    </w:p>
    <w:p w14:paraId="39CC6DAE" w14:textId="77777777" w:rsidR="00C765C9" w:rsidRDefault="00C0551D">
      <w:pPr>
        <w:spacing w:after="0"/>
      </w:pPr>
      <w:r>
        <w:rPr>
          <w:rFonts w:ascii="Arial" w:hAnsi="Arial"/>
          <w:b/>
        </w:rPr>
        <w:t xml:space="preserve">Ira  </w:t>
      </w:r>
      <w:r>
        <w:rPr>
          <w:rFonts w:ascii="Arial" w:hAnsi="Arial"/>
          <w:color w:val="5D7284"/>
        </w:rPr>
        <w:t>55:53</w:t>
      </w:r>
    </w:p>
    <w:p w14:paraId="729885F9" w14:textId="77777777" w:rsidR="00C765C9" w:rsidRDefault="00C0551D">
      <w:pPr>
        <w:spacing w:after="0"/>
      </w:pPr>
      <w:r>
        <w:rPr>
          <w:rFonts w:ascii="Arial" w:hAnsi="Arial"/>
        </w:rPr>
        <w:t xml:space="preserve">Yeah. And it's important to </w:t>
      </w:r>
      <w:r>
        <w:rPr>
          <w:rFonts w:ascii="Arial" w:hAnsi="Arial"/>
        </w:rPr>
        <w:t xml:space="preserve">acknowledge that their autistic people of </w:t>
      </w:r>
      <w:proofErr w:type="spellStart"/>
      <w:r>
        <w:rPr>
          <w:rFonts w:ascii="Arial" w:hAnsi="Arial"/>
        </w:rPr>
        <w:t>colour</w:t>
      </w:r>
      <w:proofErr w:type="spellEnd"/>
      <w:r>
        <w:rPr>
          <w:rFonts w:ascii="Arial" w:hAnsi="Arial"/>
        </w:rPr>
        <w:t xml:space="preserve"> can't, can't put down their mask, like, like, it's like dangerous for them to do that. At any point, like when you're out in public, and they don't have that option, and that makes their mental health probab</w:t>
      </w:r>
      <w:r>
        <w:rPr>
          <w:rFonts w:ascii="Arial" w:hAnsi="Arial"/>
        </w:rPr>
        <w:t xml:space="preserve">ly significantly worse, and like compound's everything about being autistic in this world. </w:t>
      </w:r>
      <w:proofErr w:type="gramStart"/>
      <w:r>
        <w:rPr>
          <w:rFonts w:ascii="Arial" w:hAnsi="Arial"/>
        </w:rPr>
        <w:t>So</w:t>
      </w:r>
      <w:proofErr w:type="gramEnd"/>
      <w:r>
        <w:rPr>
          <w:rFonts w:ascii="Arial" w:hAnsi="Arial"/>
        </w:rPr>
        <w:t xml:space="preserve"> it's important to acknowledge that, like, they can't, like even though we're talking about, like masking and mental health and how it's important </w:t>
      </w:r>
      <w:r>
        <w:rPr>
          <w:rFonts w:ascii="Arial" w:hAnsi="Arial"/>
        </w:rPr>
        <w:lastRenderedPageBreak/>
        <w:t>to like, find yo</w:t>
      </w:r>
      <w:r>
        <w:rPr>
          <w:rFonts w:ascii="Arial" w:hAnsi="Arial"/>
        </w:rPr>
        <w:t>ur identity and like, you know, reduce your mask and whatever, like, people literally can't do that. Yeah,</w:t>
      </w:r>
    </w:p>
    <w:p w14:paraId="60589286" w14:textId="77777777" w:rsidR="00C765C9" w:rsidRDefault="00C765C9">
      <w:pPr>
        <w:spacing w:after="0"/>
      </w:pPr>
    </w:p>
    <w:p w14:paraId="40F9FC44" w14:textId="77777777" w:rsidR="00C765C9" w:rsidRDefault="00C0551D">
      <w:pPr>
        <w:spacing w:after="0"/>
      </w:pPr>
      <w:r>
        <w:rPr>
          <w:rFonts w:ascii="Arial" w:hAnsi="Arial"/>
          <w:b/>
        </w:rPr>
        <w:t xml:space="preserve">Alice  </w:t>
      </w:r>
      <w:r>
        <w:rPr>
          <w:rFonts w:ascii="Arial" w:hAnsi="Arial"/>
          <w:color w:val="5D7284"/>
        </w:rPr>
        <w:t>56:33</w:t>
      </w:r>
    </w:p>
    <w:p w14:paraId="514F9185" w14:textId="77777777" w:rsidR="00C765C9" w:rsidRDefault="00C0551D">
      <w:pPr>
        <w:spacing w:after="0"/>
      </w:pPr>
      <w:r>
        <w:rPr>
          <w:rFonts w:ascii="Arial" w:hAnsi="Arial"/>
        </w:rPr>
        <w:t xml:space="preserve">Yeah, it's, I mean, it's, it's ridiculous, because on the one hand, you know, masking is, for lots of autistic people is, it's a pain, </w:t>
      </w:r>
      <w:r>
        <w:rPr>
          <w:rFonts w:ascii="Arial" w:hAnsi="Arial"/>
        </w:rPr>
        <w:t xml:space="preserve">it's something that they </w:t>
      </w:r>
      <w:proofErr w:type="gramStart"/>
      <w:r>
        <w:rPr>
          <w:rFonts w:ascii="Arial" w:hAnsi="Arial"/>
        </w:rPr>
        <w:t>have to</w:t>
      </w:r>
      <w:proofErr w:type="gramEnd"/>
      <w:r>
        <w:rPr>
          <w:rFonts w:ascii="Arial" w:hAnsi="Arial"/>
        </w:rPr>
        <w:t xml:space="preserve"> do to feel as though they, they sort of fit in and they're not, you know, don't experience prejudice and things like that. </w:t>
      </w:r>
      <w:proofErr w:type="gramStart"/>
      <w:r>
        <w:rPr>
          <w:rFonts w:ascii="Arial" w:hAnsi="Arial"/>
        </w:rPr>
        <w:t>But actually, it's</w:t>
      </w:r>
      <w:proofErr w:type="gramEnd"/>
      <w:r>
        <w:rPr>
          <w:rFonts w:ascii="Arial" w:hAnsi="Arial"/>
        </w:rPr>
        <w:t xml:space="preserve"> almost having this conversation you can normally sort of, well, it's a luxury som</w:t>
      </w:r>
      <w:r>
        <w:rPr>
          <w:rFonts w:ascii="Arial" w:hAnsi="Arial"/>
        </w:rPr>
        <w:t xml:space="preserve">e people don't have is that you know, to be able to go, I'm not going to mask, I'm not going to hide this element of myself. Because Yeah, if I don't, I'm going to get shot by police, it's an issue in this country, it's not an issue to the same level that </w:t>
      </w:r>
      <w:r>
        <w:rPr>
          <w:rFonts w:ascii="Arial" w:hAnsi="Arial"/>
        </w:rPr>
        <w:t>is in America, because gun violence is not to be prevalent in the same way that it is for you guys. But it's, you know, it's something that I really want to talk about, and that that intersection between disability and ethnicity, I also think is, it's some</w:t>
      </w:r>
      <w:r>
        <w:rPr>
          <w:rFonts w:ascii="Arial" w:hAnsi="Arial"/>
        </w:rPr>
        <w:t xml:space="preserve">thing that's really, it's not addressed in across a lot of different kinds of disability, disability is a white middle class problem. </w:t>
      </w:r>
      <w:proofErr w:type="gramStart"/>
      <w:r>
        <w:rPr>
          <w:rFonts w:ascii="Arial" w:hAnsi="Arial"/>
        </w:rPr>
        <w:t>And actually, it's</w:t>
      </w:r>
      <w:proofErr w:type="gramEnd"/>
      <w:r>
        <w:rPr>
          <w:rFonts w:ascii="Arial" w:hAnsi="Arial"/>
        </w:rPr>
        <w:t xml:space="preserve"> not, because at any age from any class and background, can become disabled, can be born, you know, give</w:t>
      </w:r>
      <w:r>
        <w:rPr>
          <w:rFonts w:ascii="Arial" w:hAnsi="Arial"/>
        </w:rPr>
        <w:t xml:space="preserve"> birth to somebody with a disability,</w:t>
      </w:r>
    </w:p>
    <w:p w14:paraId="748E8CD4" w14:textId="77777777" w:rsidR="00C765C9" w:rsidRDefault="00C765C9">
      <w:pPr>
        <w:spacing w:after="0"/>
      </w:pPr>
    </w:p>
    <w:p w14:paraId="1BBDA857" w14:textId="77777777" w:rsidR="00C765C9" w:rsidRDefault="00C0551D">
      <w:pPr>
        <w:spacing w:after="0"/>
      </w:pPr>
      <w:r>
        <w:rPr>
          <w:rFonts w:ascii="Arial" w:hAnsi="Arial"/>
          <w:b/>
        </w:rPr>
        <w:t xml:space="preserve">Lucy  </w:t>
      </w:r>
      <w:r>
        <w:rPr>
          <w:rFonts w:ascii="Arial" w:hAnsi="Arial"/>
          <w:color w:val="5D7284"/>
        </w:rPr>
        <w:t>57:50</w:t>
      </w:r>
    </w:p>
    <w:p w14:paraId="55EFC6E1" w14:textId="77777777" w:rsidR="00C765C9" w:rsidRDefault="00C0551D">
      <w:pPr>
        <w:spacing w:after="0"/>
      </w:pPr>
      <w:r>
        <w:rPr>
          <w:rFonts w:ascii="Arial" w:hAnsi="Arial"/>
        </w:rPr>
        <w:t xml:space="preserve">that's usually my line, </w:t>
      </w:r>
      <w:proofErr w:type="gramStart"/>
      <w:r>
        <w:rPr>
          <w:rFonts w:ascii="Arial" w:hAnsi="Arial"/>
        </w:rPr>
        <w:t>Alice</w:t>
      </w:r>
      <w:proofErr w:type="gramEnd"/>
    </w:p>
    <w:p w14:paraId="6AAD8532" w14:textId="77777777" w:rsidR="00C765C9" w:rsidRDefault="00C765C9">
      <w:pPr>
        <w:spacing w:after="0"/>
      </w:pPr>
    </w:p>
    <w:p w14:paraId="1DDBB8BE" w14:textId="77777777" w:rsidR="00C765C9" w:rsidRDefault="00C0551D">
      <w:pPr>
        <w:spacing w:after="0"/>
      </w:pPr>
      <w:r>
        <w:rPr>
          <w:rFonts w:ascii="Arial" w:hAnsi="Arial"/>
          <w:b/>
        </w:rPr>
        <w:t xml:space="preserve">Alice  </w:t>
      </w:r>
      <w:r>
        <w:rPr>
          <w:rFonts w:ascii="Arial" w:hAnsi="Arial"/>
          <w:color w:val="5D7284"/>
        </w:rPr>
        <w:t>57:56</w:t>
      </w:r>
    </w:p>
    <w:p w14:paraId="114B01E1" w14:textId="77777777" w:rsidR="00C765C9" w:rsidRDefault="00C0551D">
      <w:pPr>
        <w:spacing w:after="0"/>
      </w:pPr>
      <w:r>
        <w:rPr>
          <w:rFonts w:ascii="Arial" w:hAnsi="Arial"/>
        </w:rPr>
        <w:t xml:space="preserve"> Sorry, </w:t>
      </w:r>
      <w:proofErr w:type="gramStart"/>
      <w:r>
        <w:rPr>
          <w:rFonts w:ascii="Arial" w:hAnsi="Arial"/>
        </w:rPr>
        <w:t>Luce</w:t>
      </w:r>
      <w:proofErr w:type="gramEnd"/>
    </w:p>
    <w:p w14:paraId="0593D8B4" w14:textId="77777777" w:rsidR="00C765C9" w:rsidRDefault="00C765C9">
      <w:pPr>
        <w:spacing w:after="0"/>
      </w:pPr>
    </w:p>
    <w:p w14:paraId="13ED1B34" w14:textId="77777777" w:rsidR="00C765C9" w:rsidRDefault="00C0551D">
      <w:pPr>
        <w:spacing w:after="0"/>
      </w:pPr>
      <w:r>
        <w:rPr>
          <w:rFonts w:ascii="Arial" w:hAnsi="Arial"/>
          <w:color w:val="5D7284"/>
        </w:rPr>
        <w:t>57:58</w:t>
      </w:r>
    </w:p>
    <w:p w14:paraId="0A395B02" w14:textId="77777777" w:rsidR="00C765C9" w:rsidRDefault="00C0551D">
      <w:pPr>
        <w:spacing w:after="0"/>
      </w:pPr>
      <w:r>
        <w:rPr>
          <w:rFonts w:ascii="Arial" w:hAnsi="Arial"/>
        </w:rPr>
        <w:t xml:space="preserve">I'd also highly recommend following a </w:t>
      </w:r>
      <w:proofErr w:type="spellStart"/>
      <w:r>
        <w:rPr>
          <w:rFonts w:ascii="Arial" w:hAnsi="Arial"/>
        </w:rPr>
        <w:t>Amarmi</w:t>
      </w:r>
      <w:proofErr w:type="spellEnd"/>
      <w:r>
        <w:rPr>
          <w:rFonts w:ascii="Arial" w:hAnsi="Arial"/>
        </w:rPr>
        <w:t xml:space="preserve"> </w:t>
      </w:r>
      <w:proofErr w:type="spellStart"/>
      <w:r>
        <w:rPr>
          <w:rFonts w:ascii="Arial" w:hAnsi="Arial"/>
        </w:rPr>
        <w:t>barbarin</w:t>
      </w:r>
      <w:proofErr w:type="spellEnd"/>
      <w:r>
        <w:rPr>
          <w:rFonts w:ascii="Arial" w:hAnsi="Arial"/>
        </w:rPr>
        <w:t xml:space="preserve"> on </w:t>
      </w:r>
      <w:proofErr w:type="gramStart"/>
      <w:r>
        <w:rPr>
          <w:rFonts w:ascii="Arial" w:hAnsi="Arial"/>
        </w:rPr>
        <w:t>Twitter</w:t>
      </w:r>
      <w:proofErr w:type="gramEnd"/>
      <w:r>
        <w:rPr>
          <w:rFonts w:ascii="Arial" w:hAnsi="Arial"/>
        </w:rPr>
        <w:t xml:space="preserve"> </w:t>
      </w:r>
    </w:p>
    <w:p w14:paraId="55650948" w14:textId="77777777" w:rsidR="00C765C9" w:rsidRDefault="00C765C9">
      <w:pPr>
        <w:spacing w:after="0"/>
      </w:pPr>
    </w:p>
    <w:p w14:paraId="2021F9C8" w14:textId="77777777" w:rsidR="00C765C9" w:rsidRDefault="00C0551D">
      <w:pPr>
        <w:spacing w:after="0"/>
      </w:pPr>
      <w:r>
        <w:rPr>
          <w:rFonts w:ascii="Arial" w:hAnsi="Arial"/>
          <w:b/>
        </w:rPr>
        <w:t xml:space="preserve">Lucy  </w:t>
      </w:r>
      <w:r>
        <w:rPr>
          <w:rFonts w:ascii="Arial" w:hAnsi="Arial"/>
          <w:color w:val="5D7284"/>
        </w:rPr>
        <w:t>58:03</w:t>
      </w:r>
    </w:p>
    <w:p w14:paraId="52783357" w14:textId="77777777" w:rsidR="00C765C9" w:rsidRDefault="00C0551D">
      <w:pPr>
        <w:spacing w:after="0"/>
      </w:pPr>
      <w:r>
        <w:rPr>
          <w:rFonts w:ascii="Arial" w:hAnsi="Arial"/>
        </w:rPr>
        <w:t xml:space="preserve"> Yeah, She's brilliant</w:t>
      </w:r>
    </w:p>
    <w:p w14:paraId="68566798" w14:textId="77777777" w:rsidR="00C765C9" w:rsidRDefault="00C765C9">
      <w:pPr>
        <w:spacing w:after="0"/>
      </w:pPr>
    </w:p>
    <w:p w14:paraId="55D12E00" w14:textId="77777777" w:rsidR="00C765C9" w:rsidRDefault="00C0551D">
      <w:pPr>
        <w:spacing w:after="0"/>
      </w:pPr>
      <w:r>
        <w:rPr>
          <w:rFonts w:ascii="Arial" w:hAnsi="Arial"/>
          <w:b/>
        </w:rPr>
        <w:t xml:space="preserve">Ira  </w:t>
      </w:r>
      <w:r>
        <w:rPr>
          <w:rFonts w:ascii="Arial" w:hAnsi="Arial"/>
          <w:color w:val="5D7284"/>
        </w:rPr>
        <w:t>58:05</w:t>
      </w:r>
    </w:p>
    <w:p w14:paraId="54DE9289" w14:textId="77777777" w:rsidR="00C765C9" w:rsidRDefault="00C0551D">
      <w:pPr>
        <w:spacing w:after="0"/>
      </w:pPr>
      <w:r>
        <w:rPr>
          <w:rFonts w:ascii="Arial" w:hAnsi="Arial"/>
        </w:rPr>
        <w:t>she's amazing. And he talks</w:t>
      </w:r>
      <w:r>
        <w:rPr>
          <w:rFonts w:ascii="Arial" w:hAnsi="Arial"/>
        </w:rPr>
        <w:t xml:space="preserve"> about the intersectionality of being black and having a disability and being disabled. And I've just learned a lot from like, following her and like, a lot of disabled people of </w:t>
      </w:r>
      <w:proofErr w:type="spellStart"/>
      <w:r>
        <w:rPr>
          <w:rFonts w:ascii="Arial" w:hAnsi="Arial"/>
        </w:rPr>
        <w:t>colour</w:t>
      </w:r>
      <w:proofErr w:type="spellEnd"/>
      <w:r>
        <w:rPr>
          <w:rFonts w:ascii="Arial" w:hAnsi="Arial"/>
        </w:rPr>
        <w:t xml:space="preserve"> and experiences.</w:t>
      </w:r>
    </w:p>
    <w:p w14:paraId="79A8781E" w14:textId="77777777" w:rsidR="00C765C9" w:rsidRDefault="00C765C9">
      <w:pPr>
        <w:spacing w:after="0"/>
      </w:pPr>
    </w:p>
    <w:p w14:paraId="4F151BBF" w14:textId="77777777" w:rsidR="00C765C9" w:rsidRDefault="00C0551D">
      <w:pPr>
        <w:spacing w:after="0"/>
      </w:pPr>
      <w:r>
        <w:rPr>
          <w:rFonts w:ascii="Arial" w:hAnsi="Arial"/>
          <w:b/>
        </w:rPr>
        <w:t xml:space="preserve">Alice  </w:t>
      </w:r>
      <w:r>
        <w:rPr>
          <w:rFonts w:ascii="Arial" w:hAnsi="Arial"/>
          <w:color w:val="5D7284"/>
        </w:rPr>
        <w:t>58:22</w:t>
      </w:r>
    </w:p>
    <w:p w14:paraId="77D64A2C" w14:textId="77777777" w:rsidR="00C765C9" w:rsidRDefault="00C0551D">
      <w:pPr>
        <w:spacing w:after="0"/>
      </w:pPr>
      <w:r>
        <w:rPr>
          <w:rFonts w:ascii="Arial" w:hAnsi="Arial"/>
        </w:rPr>
        <w:t>I think that's ultimately the that's ki</w:t>
      </w:r>
      <w:r>
        <w:rPr>
          <w:rFonts w:ascii="Arial" w:hAnsi="Arial"/>
        </w:rPr>
        <w:t xml:space="preserve">nd of what we're trying to achieve with this show is, you know, lots of people do live in their own bubble. And it's </w:t>
      </w:r>
      <w:proofErr w:type="spellStart"/>
      <w:r>
        <w:rPr>
          <w:rFonts w:ascii="Arial" w:hAnsi="Arial"/>
        </w:rPr>
        <w:t>it's</w:t>
      </w:r>
      <w:proofErr w:type="spellEnd"/>
      <w:r>
        <w:rPr>
          <w:rFonts w:ascii="Arial" w:hAnsi="Arial"/>
        </w:rPr>
        <w:t xml:space="preserve"> hard to comprehend and understand other people's experiences. </w:t>
      </w:r>
      <w:proofErr w:type="gramStart"/>
      <w:r>
        <w:rPr>
          <w:rFonts w:ascii="Arial" w:hAnsi="Arial"/>
        </w:rPr>
        <w:t>So</w:t>
      </w:r>
      <w:proofErr w:type="gramEnd"/>
      <w:r>
        <w:rPr>
          <w:rFonts w:ascii="Arial" w:hAnsi="Arial"/>
        </w:rPr>
        <w:t xml:space="preserve"> following people on Twitter who talk about it, and listening to shows</w:t>
      </w:r>
      <w:r>
        <w:rPr>
          <w:rFonts w:ascii="Arial" w:hAnsi="Arial"/>
        </w:rPr>
        <w:t xml:space="preserve"> like ours, where people come on and talk about their experience, you know, plug, plug, plug is, is going to make you understand and perhaps think differently, then, you know, just kind of ignoring it carrying on in your lives or just sticking with what ma</w:t>
      </w:r>
      <w:r>
        <w:rPr>
          <w:rFonts w:ascii="Arial" w:hAnsi="Arial"/>
        </w:rPr>
        <w:t>instream media is telling you.</w:t>
      </w:r>
    </w:p>
    <w:p w14:paraId="72E86760" w14:textId="77777777" w:rsidR="00C765C9" w:rsidRDefault="00C765C9">
      <w:pPr>
        <w:spacing w:after="0"/>
      </w:pPr>
    </w:p>
    <w:p w14:paraId="58D2D592" w14:textId="77777777" w:rsidR="00C765C9" w:rsidRDefault="00C0551D">
      <w:pPr>
        <w:spacing w:after="0"/>
      </w:pPr>
      <w:r>
        <w:rPr>
          <w:rFonts w:ascii="Arial" w:hAnsi="Arial"/>
          <w:b/>
        </w:rPr>
        <w:t xml:space="preserve">Ira  </w:t>
      </w:r>
      <w:r>
        <w:rPr>
          <w:rFonts w:ascii="Arial" w:hAnsi="Arial"/>
          <w:color w:val="5D7284"/>
        </w:rPr>
        <w:t>59:02</w:t>
      </w:r>
    </w:p>
    <w:p w14:paraId="2B581A15" w14:textId="77777777" w:rsidR="00C765C9" w:rsidRDefault="00C0551D">
      <w:pPr>
        <w:spacing w:after="0"/>
      </w:pPr>
      <w:r>
        <w:rPr>
          <w:rFonts w:ascii="Arial" w:hAnsi="Arial"/>
        </w:rPr>
        <w:lastRenderedPageBreak/>
        <w:t xml:space="preserve">Yeah, easy to ignore, because our feeds like social media is not meant for you to see different viewpoints, right. </w:t>
      </w:r>
      <w:proofErr w:type="gramStart"/>
      <w:r>
        <w:rPr>
          <w:rFonts w:ascii="Arial" w:hAnsi="Arial"/>
        </w:rPr>
        <w:t>So</w:t>
      </w:r>
      <w:proofErr w:type="gramEnd"/>
      <w:r>
        <w:rPr>
          <w:rFonts w:ascii="Arial" w:hAnsi="Arial"/>
        </w:rPr>
        <w:t xml:space="preserve"> it's easy to be like, like when I first I think when I first looked at social media on Twitter </w:t>
      </w:r>
      <w:r>
        <w:rPr>
          <w:rFonts w:ascii="Arial" w:hAnsi="Arial"/>
        </w:rPr>
        <w:t>and stuff I was finding mostly like autistic like white women to follow. And I didn't like reach like the wider disability community on Twitter for a while until like I started seeing more posts about it and so it's really easy to ignore it which is why it</w:t>
      </w:r>
      <w:r>
        <w:rPr>
          <w:rFonts w:ascii="Arial" w:hAnsi="Arial"/>
        </w:rPr>
        <w:t xml:space="preserve">'s important to like actually </w:t>
      </w:r>
      <w:proofErr w:type="gramStart"/>
      <w:r>
        <w:rPr>
          <w:rFonts w:ascii="Arial" w:hAnsi="Arial"/>
        </w:rPr>
        <w:t>seek</w:t>
      </w:r>
      <w:proofErr w:type="gramEnd"/>
      <w:r>
        <w:rPr>
          <w:rFonts w:ascii="Arial" w:hAnsi="Arial"/>
        </w:rPr>
        <w:t xml:space="preserve"> out voices like </w:t>
      </w:r>
      <w:proofErr w:type="spellStart"/>
      <w:r>
        <w:rPr>
          <w:rFonts w:ascii="Arial" w:hAnsi="Arial"/>
        </w:rPr>
        <w:t>like</w:t>
      </w:r>
      <w:proofErr w:type="spellEnd"/>
      <w:r>
        <w:rPr>
          <w:rFonts w:ascii="Arial" w:hAnsi="Arial"/>
        </w:rPr>
        <w:t xml:space="preserve"> are not in like your demographic of people basically </w:t>
      </w:r>
    </w:p>
    <w:p w14:paraId="6DED5B83" w14:textId="77777777" w:rsidR="00C765C9" w:rsidRDefault="00C765C9">
      <w:pPr>
        <w:spacing w:after="0"/>
      </w:pPr>
    </w:p>
    <w:p w14:paraId="45DCA028" w14:textId="77777777" w:rsidR="00C765C9" w:rsidRDefault="00C0551D">
      <w:pPr>
        <w:spacing w:after="0"/>
      </w:pPr>
      <w:r>
        <w:rPr>
          <w:rFonts w:ascii="Arial" w:hAnsi="Arial"/>
          <w:b/>
        </w:rPr>
        <w:t xml:space="preserve">Lucy  </w:t>
      </w:r>
      <w:r>
        <w:rPr>
          <w:rFonts w:ascii="Arial" w:hAnsi="Arial"/>
          <w:color w:val="5D7284"/>
        </w:rPr>
        <w:t>59:39</w:t>
      </w:r>
    </w:p>
    <w:p w14:paraId="3BF90A34" w14:textId="77777777" w:rsidR="00C765C9" w:rsidRDefault="00C0551D">
      <w:pPr>
        <w:spacing w:after="0"/>
      </w:pPr>
      <w:proofErr w:type="spellStart"/>
      <w:r>
        <w:rPr>
          <w:rFonts w:ascii="Arial" w:hAnsi="Arial"/>
        </w:rPr>
        <w:t>Its</w:t>
      </w:r>
      <w:proofErr w:type="spellEnd"/>
      <w:r>
        <w:rPr>
          <w:rFonts w:ascii="Arial" w:hAnsi="Arial"/>
        </w:rPr>
        <w:t xml:space="preserve"> getting out of your comfort zone, isn't it really and thinking okay, I don't know what about this but let's </w:t>
      </w:r>
      <w:proofErr w:type="spellStart"/>
      <w:r>
        <w:rPr>
          <w:rFonts w:ascii="Arial" w:hAnsi="Arial"/>
        </w:rPr>
        <w:t>let's</w:t>
      </w:r>
      <w:proofErr w:type="spellEnd"/>
      <w:r>
        <w:rPr>
          <w:rFonts w:ascii="Arial" w:hAnsi="Arial"/>
        </w:rPr>
        <w:t xml:space="preserve"> try and see if </w:t>
      </w:r>
      <w:r>
        <w:rPr>
          <w:rFonts w:ascii="Arial" w:hAnsi="Arial"/>
        </w:rPr>
        <w:t xml:space="preserve">I can follow somebody who can show me </w:t>
      </w:r>
      <w:proofErr w:type="gramStart"/>
      <w:r>
        <w:rPr>
          <w:rFonts w:ascii="Arial" w:hAnsi="Arial"/>
        </w:rPr>
        <w:t>really not</w:t>
      </w:r>
      <w:proofErr w:type="gramEnd"/>
      <w:r>
        <w:rPr>
          <w:rFonts w:ascii="Arial" w:hAnsi="Arial"/>
        </w:rPr>
        <w:t xml:space="preserve"> necessarily educate but you know, it's making that leap isn't it from going yeah, all my mates are in a you know, in a wheelchair. Let's like all their posts and stuff and then then going I would like to hea</w:t>
      </w:r>
      <w:r>
        <w:rPr>
          <w:rFonts w:ascii="Arial" w:hAnsi="Arial"/>
        </w:rPr>
        <w:t xml:space="preserve">r it's really disrupting the algorithm, isn't it really and making a conscious decision to do that as well, I think it's </w:t>
      </w:r>
      <w:proofErr w:type="gramStart"/>
      <w:r>
        <w:rPr>
          <w:rFonts w:ascii="Arial" w:hAnsi="Arial"/>
        </w:rPr>
        <w:t>very important</w:t>
      </w:r>
      <w:proofErr w:type="gramEnd"/>
      <w:r>
        <w:rPr>
          <w:rFonts w:ascii="Arial" w:hAnsi="Arial"/>
        </w:rPr>
        <w:t>.</w:t>
      </w:r>
    </w:p>
    <w:p w14:paraId="5C094767" w14:textId="77777777" w:rsidR="00C765C9" w:rsidRDefault="00C765C9">
      <w:pPr>
        <w:spacing w:after="0"/>
      </w:pPr>
    </w:p>
    <w:p w14:paraId="6B052470" w14:textId="77777777" w:rsidR="00C765C9" w:rsidRDefault="00C0551D">
      <w:pPr>
        <w:spacing w:after="0"/>
      </w:pPr>
      <w:r>
        <w:rPr>
          <w:rFonts w:ascii="Arial" w:hAnsi="Arial"/>
          <w:b/>
        </w:rPr>
        <w:t xml:space="preserve">Alice  </w:t>
      </w:r>
      <w:r>
        <w:rPr>
          <w:rFonts w:ascii="Arial" w:hAnsi="Arial"/>
          <w:color w:val="5D7284"/>
        </w:rPr>
        <w:t>1:00:12</w:t>
      </w:r>
    </w:p>
    <w:p w14:paraId="3F53DDB7" w14:textId="77777777" w:rsidR="00C765C9" w:rsidRDefault="00C0551D">
      <w:pPr>
        <w:spacing w:after="0"/>
      </w:pPr>
      <w:r>
        <w:rPr>
          <w:rFonts w:ascii="Arial" w:hAnsi="Arial"/>
        </w:rPr>
        <w:t xml:space="preserve">I think you also need to have a level of empathy and humanity, that there are certain people in the </w:t>
      </w:r>
      <w:r>
        <w:rPr>
          <w:rFonts w:ascii="Arial" w:hAnsi="Arial"/>
        </w:rPr>
        <w:t xml:space="preserve">world who just simply don't have that. And I'm not alluding to, you know, people with neurodiversity, because people with neuro diversity do, of course, feel, you know, and </w:t>
      </w:r>
      <w:proofErr w:type="spellStart"/>
      <w:r>
        <w:rPr>
          <w:rFonts w:ascii="Arial" w:hAnsi="Arial"/>
        </w:rPr>
        <w:t>and</w:t>
      </w:r>
      <w:proofErr w:type="spellEnd"/>
      <w:r>
        <w:rPr>
          <w:rFonts w:ascii="Arial" w:hAnsi="Arial"/>
        </w:rPr>
        <w:t xml:space="preserve"> understand that other people feel I'm talking more about people who don't under</w:t>
      </w:r>
      <w:r>
        <w:rPr>
          <w:rFonts w:ascii="Arial" w:hAnsi="Arial"/>
        </w:rPr>
        <w:t xml:space="preserve">stand that people exist or have rights or, but let's not go down. </w:t>
      </w:r>
      <w:proofErr w:type="gramStart"/>
      <w:r>
        <w:rPr>
          <w:rFonts w:ascii="Arial" w:hAnsi="Arial"/>
        </w:rPr>
        <w:t>So</w:t>
      </w:r>
      <w:proofErr w:type="gramEnd"/>
      <w:r>
        <w:rPr>
          <w:rFonts w:ascii="Arial" w:hAnsi="Arial"/>
        </w:rPr>
        <w:t xml:space="preserve"> as we said, sort of the top Ira, we have been giving sort of people who come on the opportunity this week, if there's a particular topic or anything that they really kind of want to drive</w:t>
      </w:r>
      <w:r>
        <w:rPr>
          <w:rFonts w:ascii="Arial" w:hAnsi="Arial"/>
        </w:rPr>
        <w:t xml:space="preserve"> home. And I know, we've touched on a lot of things already, in this recording. </w:t>
      </w:r>
      <w:proofErr w:type="gramStart"/>
      <w:r>
        <w:rPr>
          <w:rFonts w:ascii="Arial" w:hAnsi="Arial"/>
        </w:rPr>
        <w:t>So</w:t>
      </w:r>
      <w:proofErr w:type="gramEnd"/>
      <w:r>
        <w:rPr>
          <w:rFonts w:ascii="Arial" w:hAnsi="Arial"/>
        </w:rPr>
        <w:t xml:space="preserve"> we may might have covered it, but was there anything, you know, if you could really champion something, if you could give a message to people to be like, you know, if you wa</w:t>
      </w:r>
      <w:r>
        <w:rPr>
          <w:rFonts w:ascii="Arial" w:hAnsi="Arial"/>
        </w:rPr>
        <w:t>lk away from this, knowing any one thing, what would it be,</w:t>
      </w:r>
    </w:p>
    <w:p w14:paraId="0F6D873B" w14:textId="77777777" w:rsidR="00C765C9" w:rsidRDefault="00C765C9">
      <w:pPr>
        <w:spacing w:after="0"/>
      </w:pPr>
    </w:p>
    <w:p w14:paraId="77E99C6D" w14:textId="77777777" w:rsidR="00C765C9" w:rsidRDefault="00C0551D">
      <w:pPr>
        <w:spacing w:after="0"/>
      </w:pPr>
      <w:r>
        <w:rPr>
          <w:rFonts w:ascii="Arial" w:hAnsi="Arial"/>
          <w:b/>
        </w:rPr>
        <w:t xml:space="preserve">Ira  </w:t>
      </w:r>
      <w:r>
        <w:rPr>
          <w:rFonts w:ascii="Arial" w:hAnsi="Arial"/>
          <w:color w:val="5D7284"/>
        </w:rPr>
        <w:t>1:01:21</w:t>
      </w:r>
    </w:p>
    <w:p w14:paraId="5822F210" w14:textId="77777777" w:rsidR="00C765C9" w:rsidRDefault="00C0551D">
      <w:pPr>
        <w:spacing w:after="0"/>
      </w:pPr>
      <w:r>
        <w:rPr>
          <w:rFonts w:ascii="Arial" w:hAnsi="Arial"/>
        </w:rPr>
        <w:t xml:space="preserve">I </w:t>
      </w:r>
      <w:proofErr w:type="gramStart"/>
      <w:r>
        <w:rPr>
          <w:rFonts w:ascii="Arial" w:hAnsi="Arial"/>
        </w:rPr>
        <w:t>actually did</w:t>
      </w:r>
      <w:proofErr w:type="gramEnd"/>
      <w:r>
        <w:rPr>
          <w:rFonts w:ascii="Arial" w:hAnsi="Arial"/>
        </w:rPr>
        <w:t xml:space="preserve"> want to talk about how there's this push now to create a diagnostic assessment for autism for specifically like females, like the female autism phenotype. And I wanted</w:t>
      </w:r>
      <w:r>
        <w:rPr>
          <w:rFonts w:ascii="Arial" w:hAnsi="Arial"/>
        </w:rPr>
        <w:t xml:space="preserve"> to mention that like, it basically, the, like, even the research is currently happening when we know that there's autistic people who fit outside of the boxes of white cis man and white cis woman, like, they're just kind of adding more boxes instead of </w:t>
      </w:r>
      <w:proofErr w:type="spellStart"/>
      <w:r>
        <w:rPr>
          <w:rFonts w:ascii="Arial" w:hAnsi="Arial"/>
        </w:rPr>
        <w:t>re</w:t>
      </w:r>
      <w:r>
        <w:rPr>
          <w:rFonts w:ascii="Arial" w:hAnsi="Arial"/>
        </w:rPr>
        <w:t>alising</w:t>
      </w:r>
      <w:proofErr w:type="spellEnd"/>
      <w:r>
        <w:rPr>
          <w:rFonts w:ascii="Arial" w:hAnsi="Arial"/>
        </w:rPr>
        <w:t xml:space="preserve"> that the boxes are the problem in the first place. And by gendering, like, they're creating this idea of autism as Oh, this is women's autism. And this is autism. And it's not that they're two different types of autism is that we have different soc</w:t>
      </w:r>
      <w:r>
        <w:rPr>
          <w:rFonts w:ascii="Arial" w:hAnsi="Arial"/>
        </w:rPr>
        <w:t xml:space="preserve">ial pressures like, like people who grew up and are raised as girls have different social pressures and people who are raised as boys. And it also just negates all of like the trans and </w:t>
      </w:r>
      <w:proofErr w:type="spellStart"/>
      <w:proofErr w:type="gramStart"/>
      <w:r>
        <w:rPr>
          <w:rFonts w:ascii="Arial" w:hAnsi="Arial"/>
        </w:rPr>
        <w:t>non binary</w:t>
      </w:r>
      <w:proofErr w:type="spellEnd"/>
      <w:proofErr w:type="gramEnd"/>
      <w:r>
        <w:rPr>
          <w:rFonts w:ascii="Arial" w:hAnsi="Arial"/>
        </w:rPr>
        <w:t xml:space="preserve"> people as well as like people of </w:t>
      </w:r>
      <w:proofErr w:type="spellStart"/>
      <w:r>
        <w:rPr>
          <w:rFonts w:ascii="Arial" w:hAnsi="Arial"/>
        </w:rPr>
        <w:t>colour</w:t>
      </w:r>
      <w:proofErr w:type="spellEnd"/>
      <w:r>
        <w:rPr>
          <w:rFonts w:ascii="Arial" w:hAnsi="Arial"/>
        </w:rPr>
        <w:t xml:space="preserve"> because the researc</w:t>
      </w:r>
      <w:r>
        <w:rPr>
          <w:rFonts w:ascii="Arial" w:hAnsi="Arial"/>
        </w:rPr>
        <w:t xml:space="preserve">h is still based on white women. And </w:t>
      </w:r>
      <w:proofErr w:type="gramStart"/>
      <w:r>
        <w:rPr>
          <w:rFonts w:ascii="Arial" w:hAnsi="Arial"/>
        </w:rPr>
        <w:t>so</w:t>
      </w:r>
      <w:proofErr w:type="gramEnd"/>
      <w:r>
        <w:rPr>
          <w:rFonts w:ascii="Arial" w:hAnsi="Arial"/>
        </w:rPr>
        <w:t xml:space="preserve"> it's just important to acknowledge that like, not everyone has resources for an official diagnosis, not everyone can get a referral, because of the way diagnostic systems have been set up, and the way research is set</w:t>
      </w:r>
      <w:r>
        <w:rPr>
          <w:rFonts w:ascii="Arial" w:hAnsi="Arial"/>
        </w:rPr>
        <w:t xml:space="preserve"> up. And the fact that it's just based on this one assessment that they use for research is based on autistic cis white boys who are getting </w:t>
      </w:r>
      <w:proofErr w:type="gramStart"/>
      <w:r>
        <w:rPr>
          <w:rFonts w:ascii="Arial" w:hAnsi="Arial"/>
        </w:rPr>
        <w:t>all of</w:t>
      </w:r>
      <w:proofErr w:type="gramEnd"/>
      <w:r>
        <w:rPr>
          <w:rFonts w:ascii="Arial" w:hAnsi="Arial"/>
        </w:rPr>
        <w:t xml:space="preserve"> the autistic cis white boys, they're getting some of them that quote unquote, looks severe or don't mask. </w:t>
      </w:r>
      <w:proofErr w:type="gramStart"/>
      <w:r>
        <w:rPr>
          <w:rFonts w:ascii="Arial" w:hAnsi="Arial"/>
        </w:rPr>
        <w:t>So</w:t>
      </w:r>
      <w:proofErr w:type="gramEnd"/>
      <w:r>
        <w:rPr>
          <w:rFonts w:ascii="Arial" w:hAnsi="Arial"/>
        </w:rPr>
        <w:t xml:space="preserve"> it's important to acknowledge that like </w:t>
      </w:r>
      <w:proofErr w:type="spellStart"/>
      <w:r>
        <w:rPr>
          <w:rFonts w:ascii="Arial" w:hAnsi="Arial"/>
        </w:rPr>
        <w:t>self diagnosis</w:t>
      </w:r>
      <w:proofErr w:type="spellEnd"/>
      <w:r>
        <w:rPr>
          <w:rFonts w:ascii="Arial" w:hAnsi="Arial"/>
        </w:rPr>
        <w:t xml:space="preserve"> is valid. If you're listening to this, and you're an autistic person, you're like, I don't know what to do. And you had run in with a doctor who didn't refer you like, you're probably autistic. Like, </w:t>
      </w:r>
      <w:r>
        <w:rPr>
          <w:rFonts w:ascii="Arial" w:hAnsi="Arial"/>
        </w:rPr>
        <w:t xml:space="preserve">if you've done research for six months, and read a </w:t>
      </w:r>
      <w:r>
        <w:rPr>
          <w:rFonts w:ascii="Arial" w:hAnsi="Arial"/>
        </w:rPr>
        <w:lastRenderedPageBreak/>
        <w:t xml:space="preserve">bunch of books from autistic people and relate to it, you're probably autistic. It's just kind of how it works. </w:t>
      </w:r>
      <w:proofErr w:type="gramStart"/>
      <w:r>
        <w:rPr>
          <w:rFonts w:ascii="Arial" w:hAnsi="Arial"/>
        </w:rPr>
        <w:t>So</w:t>
      </w:r>
      <w:proofErr w:type="gramEnd"/>
      <w:r>
        <w:rPr>
          <w:rFonts w:ascii="Arial" w:hAnsi="Arial"/>
        </w:rPr>
        <w:t xml:space="preserve"> I just wanted to acknowledge that. And...</w:t>
      </w:r>
    </w:p>
    <w:p w14:paraId="4FAD4261" w14:textId="77777777" w:rsidR="00C765C9" w:rsidRDefault="00C765C9">
      <w:pPr>
        <w:spacing w:after="0"/>
      </w:pPr>
    </w:p>
    <w:p w14:paraId="44D852AA" w14:textId="77777777" w:rsidR="00C765C9" w:rsidRDefault="00C0551D">
      <w:pPr>
        <w:spacing w:after="0"/>
      </w:pPr>
      <w:r>
        <w:rPr>
          <w:rFonts w:ascii="Arial" w:hAnsi="Arial"/>
          <w:b/>
        </w:rPr>
        <w:t xml:space="preserve">Alice  </w:t>
      </w:r>
      <w:r>
        <w:rPr>
          <w:rFonts w:ascii="Arial" w:hAnsi="Arial"/>
          <w:color w:val="5D7284"/>
        </w:rPr>
        <w:t>1:03:32</w:t>
      </w:r>
    </w:p>
    <w:p w14:paraId="39E80BEA" w14:textId="77777777" w:rsidR="00C765C9" w:rsidRDefault="00C0551D">
      <w:pPr>
        <w:spacing w:after="0"/>
      </w:pPr>
      <w:r>
        <w:rPr>
          <w:rFonts w:ascii="Arial" w:hAnsi="Arial"/>
        </w:rPr>
        <w:t>No, I think it's a really import</w:t>
      </w:r>
      <w:r>
        <w:rPr>
          <w:rFonts w:ascii="Arial" w:hAnsi="Arial"/>
        </w:rPr>
        <w:t xml:space="preserve">ant point to make, because especially, you know, the idea of barriers to diagnosis, because barriers, the diagnosis ultimately leads to barriers to support people, if it's so difficult to get any kind of support. I mean, you know, in this country, we have </w:t>
      </w:r>
      <w:r>
        <w:rPr>
          <w:rFonts w:ascii="Arial" w:hAnsi="Arial"/>
        </w:rPr>
        <w:t>social services in the NHS. But even then, if you don't have a formal diagnosis, you're not going to get support from any free services, which means you're turning around relying on your own financial, you know, backing, and if you've already got a disabil</w:t>
      </w:r>
      <w:r>
        <w:rPr>
          <w:rFonts w:ascii="Arial" w:hAnsi="Arial"/>
        </w:rPr>
        <w:t xml:space="preserve">ity or difficulty, that means maybe you find it hard to hold down a job, then it's, you know, it's just </w:t>
      </w:r>
      <w:proofErr w:type="spellStart"/>
      <w:r>
        <w:rPr>
          <w:rFonts w:ascii="Arial" w:hAnsi="Arial"/>
        </w:rPr>
        <w:t>gonna</w:t>
      </w:r>
      <w:proofErr w:type="spellEnd"/>
      <w:r>
        <w:rPr>
          <w:rFonts w:ascii="Arial" w:hAnsi="Arial"/>
        </w:rPr>
        <w:t xml:space="preserve"> perpetuate and you're going to end up with even more problems. And so then instead of being, you know, a person of </w:t>
      </w:r>
      <w:proofErr w:type="spellStart"/>
      <w:r>
        <w:rPr>
          <w:rFonts w:ascii="Arial" w:hAnsi="Arial"/>
        </w:rPr>
        <w:t>colour</w:t>
      </w:r>
      <w:proofErr w:type="spellEnd"/>
      <w:r>
        <w:rPr>
          <w:rFonts w:ascii="Arial" w:hAnsi="Arial"/>
        </w:rPr>
        <w:t xml:space="preserve"> with a neurodiversity, y</w:t>
      </w:r>
      <w:r>
        <w:rPr>
          <w:rFonts w:ascii="Arial" w:hAnsi="Arial"/>
        </w:rPr>
        <w:t xml:space="preserve">ou end up being a person of </w:t>
      </w:r>
      <w:proofErr w:type="spellStart"/>
      <w:r>
        <w:rPr>
          <w:rFonts w:ascii="Arial" w:hAnsi="Arial"/>
        </w:rPr>
        <w:t>colour</w:t>
      </w:r>
      <w:proofErr w:type="spellEnd"/>
      <w:r>
        <w:rPr>
          <w:rFonts w:ascii="Arial" w:hAnsi="Arial"/>
        </w:rPr>
        <w:t xml:space="preserve">, who is on welfare benefits, who </w:t>
      </w:r>
      <w:proofErr w:type="gramStart"/>
      <w:r>
        <w:rPr>
          <w:rFonts w:ascii="Arial" w:hAnsi="Arial"/>
        </w:rPr>
        <w:t>has to</w:t>
      </w:r>
      <w:proofErr w:type="gramEnd"/>
      <w:r>
        <w:rPr>
          <w:rFonts w:ascii="Arial" w:hAnsi="Arial"/>
        </w:rPr>
        <w:t xml:space="preserve"> live on the street or whatever it is, because the </w:t>
      </w:r>
      <w:proofErr w:type="spellStart"/>
      <w:r>
        <w:rPr>
          <w:rFonts w:ascii="Arial" w:hAnsi="Arial"/>
        </w:rPr>
        <w:t>the</w:t>
      </w:r>
      <w:proofErr w:type="spellEnd"/>
      <w:r>
        <w:rPr>
          <w:rFonts w:ascii="Arial" w:hAnsi="Arial"/>
        </w:rPr>
        <w:t xml:space="preserve"> failure of the system to </w:t>
      </w:r>
      <w:proofErr w:type="spellStart"/>
      <w:r>
        <w:rPr>
          <w:rFonts w:ascii="Arial" w:hAnsi="Arial"/>
        </w:rPr>
        <w:t>recognise</w:t>
      </w:r>
      <w:proofErr w:type="spellEnd"/>
      <w:r>
        <w:rPr>
          <w:rFonts w:ascii="Arial" w:hAnsi="Arial"/>
        </w:rPr>
        <w:t xml:space="preserve"> your it's, it's that multiple, sort of elements of identity, isn't it? It's just </w:t>
      </w:r>
      <w:proofErr w:type="spellStart"/>
      <w:r>
        <w:rPr>
          <w:rFonts w:ascii="Arial" w:hAnsi="Arial"/>
        </w:rPr>
        <w:t>just</w:t>
      </w:r>
      <w:proofErr w:type="spellEnd"/>
      <w:r>
        <w:rPr>
          <w:rFonts w:ascii="Arial" w:hAnsi="Arial"/>
        </w:rPr>
        <w:t xml:space="preserve"> the fu</w:t>
      </w:r>
      <w:r>
        <w:rPr>
          <w:rFonts w:ascii="Arial" w:hAnsi="Arial"/>
        </w:rPr>
        <w:t xml:space="preserve">ndamental failure of the system. And, and it's really hard because I understand that there do need to be guidelines in place within these kind of systems for people to be able to accurately kind of diagnose and signposting you know, you do meet a </w:t>
      </w:r>
      <w:proofErr w:type="gramStart"/>
      <w:r>
        <w:rPr>
          <w:rFonts w:ascii="Arial" w:hAnsi="Arial"/>
        </w:rPr>
        <w:t>particula</w:t>
      </w:r>
      <w:r>
        <w:rPr>
          <w:rFonts w:ascii="Arial" w:hAnsi="Arial"/>
        </w:rPr>
        <w:t>rly</w:t>
      </w:r>
      <w:proofErr w:type="gramEnd"/>
      <w:r>
        <w:rPr>
          <w:rFonts w:ascii="Arial" w:hAnsi="Arial"/>
        </w:rPr>
        <w:t xml:space="preserve"> lots of chronically ill people we talked to, we have a historian who comes on regularly, who's got chronic illness. And she found it </w:t>
      </w:r>
      <w:proofErr w:type="gramStart"/>
      <w:r>
        <w:rPr>
          <w:rFonts w:ascii="Arial" w:hAnsi="Arial"/>
        </w:rPr>
        <w:t>really hard</w:t>
      </w:r>
      <w:proofErr w:type="gramEnd"/>
      <w:r>
        <w:rPr>
          <w:rFonts w:ascii="Arial" w:hAnsi="Arial"/>
        </w:rPr>
        <w:t xml:space="preserve"> to get the appropriate diagnosis and diagnosed with different things before she eventually got diagnosed wi</w:t>
      </w:r>
      <w:r>
        <w:rPr>
          <w:rFonts w:ascii="Arial" w:hAnsi="Arial"/>
        </w:rPr>
        <w:t xml:space="preserve">th eds. And that, you know, those having those diagnostic </w:t>
      </w:r>
      <w:proofErr w:type="spellStart"/>
      <w:r>
        <w:rPr>
          <w:rFonts w:ascii="Arial" w:hAnsi="Arial"/>
        </w:rPr>
        <w:t>criterias</w:t>
      </w:r>
      <w:proofErr w:type="spellEnd"/>
      <w:r>
        <w:rPr>
          <w:rFonts w:ascii="Arial" w:hAnsi="Arial"/>
        </w:rPr>
        <w:t xml:space="preserve">. I do from a medical perspective and a professional </w:t>
      </w:r>
      <w:proofErr w:type="gramStart"/>
      <w:r>
        <w:rPr>
          <w:rFonts w:ascii="Arial" w:hAnsi="Arial"/>
        </w:rPr>
        <w:t>perspective,</w:t>
      </w:r>
      <w:proofErr w:type="gramEnd"/>
      <w:r>
        <w:rPr>
          <w:rFonts w:ascii="Arial" w:hAnsi="Arial"/>
        </w:rPr>
        <w:t xml:space="preserve"> I do absolutely understand why they're there. But they're not. They're not doing their job. They're making things worse, th</w:t>
      </w:r>
      <w:r>
        <w:rPr>
          <w:rFonts w:ascii="Arial" w:hAnsi="Arial"/>
        </w:rPr>
        <w:t>ey're making things harder for the people who were already, you know, in a vulnerable situation, because if they weren't in a vulnerable situation, they wouldn't be going, can I get some help with this.</w:t>
      </w:r>
    </w:p>
    <w:p w14:paraId="161DE6C7" w14:textId="77777777" w:rsidR="00C765C9" w:rsidRDefault="00C765C9">
      <w:pPr>
        <w:spacing w:after="0"/>
      </w:pPr>
    </w:p>
    <w:p w14:paraId="142B20CF" w14:textId="77777777" w:rsidR="00C765C9" w:rsidRDefault="00C0551D">
      <w:pPr>
        <w:spacing w:after="0"/>
      </w:pPr>
      <w:r>
        <w:rPr>
          <w:rFonts w:ascii="Arial" w:hAnsi="Arial"/>
          <w:b/>
        </w:rPr>
        <w:t xml:space="preserve">Ira  </w:t>
      </w:r>
      <w:r>
        <w:rPr>
          <w:rFonts w:ascii="Arial" w:hAnsi="Arial"/>
          <w:color w:val="5D7284"/>
        </w:rPr>
        <w:t>1:05:43</w:t>
      </w:r>
    </w:p>
    <w:p w14:paraId="559667BC" w14:textId="77777777" w:rsidR="00C765C9" w:rsidRDefault="00C0551D">
      <w:pPr>
        <w:spacing w:after="0"/>
      </w:pPr>
      <w:r>
        <w:rPr>
          <w:rFonts w:ascii="Arial" w:hAnsi="Arial"/>
        </w:rPr>
        <w:t xml:space="preserve">And in the US, insurance often doesn't </w:t>
      </w:r>
      <w:r>
        <w:rPr>
          <w:rFonts w:ascii="Arial" w:hAnsi="Arial"/>
        </w:rPr>
        <w:t>cover an autism assessment for anyone, depending on the state, for anyone over 18 or 21 years old. Because they assume that if you're autistic, you will get diagnosed as a child. So yeah, so it's like, I mean, there are people who have paid $3,000 to get a</w:t>
      </w:r>
      <w:r>
        <w:rPr>
          <w:rFonts w:ascii="Arial" w:hAnsi="Arial"/>
        </w:rPr>
        <w:t xml:space="preserve">n official diagnosis of </w:t>
      </w:r>
      <w:proofErr w:type="spellStart"/>
      <w:r>
        <w:rPr>
          <w:rFonts w:ascii="Arial" w:hAnsi="Arial"/>
        </w:rPr>
        <w:t>autismas</w:t>
      </w:r>
      <w:proofErr w:type="spellEnd"/>
      <w:r>
        <w:rPr>
          <w:rFonts w:ascii="Arial" w:hAnsi="Arial"/>
        </w:rPr>
        <w:t xml:space="preserve"> an adult. Like within just because insurance doesn't cover it.</w:t>
      </w:r>
    </w:p>
    <w:p w14:paraId="06167C87" w14:textId="77777777" w:rsidR="00C765C9" w:rsidRDefault="00C765C9">
      <w:pPr>
        <w:spacing w:after="0"/>
      </w:pPr>
    </w:p>
    <w:p w14:paraId="27B409BB" w14:textId="77777777" w:rsidR="00C765C9" w:rsidRDefault="00C0551D">
      <w:pPr>
        <w:spacing w:after="0"/>
      </w:pPr>
      <w:r>
        <w:rPr>
          <w:rFonts w:ascii="Arial" w:hAnsi="Arial"/>
          <w:b/>
        </w:rPr>
        <w:t xml:space="preserve">Alice  </w:t>
      </w:r>
      <w:r>
        <w:rPr>
          <w:rFonts w:ascii="Arial" w:hAnsi="Arial"/>
          <w:color w:val="5D7284"/>
        </w:rPr>
        <w:t>1:06:13</w:t>
      </w:r>
    </w:p>
    <w:p w14:paraId="40E617BC" w14:textId="77777777" w:rsidR="00C765C9" w:rsidRDefault="00C0551D">
      <w:pPr>
        <w:spacing w:after="0"/>
      </w:pPr>
      <w:r>
        <w:rPr>
          <w:rFonts w:ascii="Arial" w:hAnsi="Arial"/>
        </w:rPr>
        <w:t xml:space="preserve"> Yeah. </w:t>
      </w:r>
    </w:p>
    <w:p w14:paraId="5629681A" w14:textId="77777777" w:rsidR="00C765C9" w:rsidRDefault="00C765C9">
      <w:pPr>
        <w:spacing w:after="0"/>
      </w:pPr>
    </w:p>
    <w:p w14:paraId="0D8BA15D" w14:textId="77777777" w:rsidR="00C765C9" w:rsidRDefault="00C0551D">
      <w:pPr>
        <w:spacing w:after="0"/>
      </w:pPr>
      <w:r>
        <w:rPr>
          <w:rFonts w:ascii="Arial" w:hAnsi="Arial"/>
          <w:b/>
        </w:rPr>
        <w:t xml:space="preserve">Lucy  </w:t>
      </w:r>
      <w:r>
        <w:rPr>
          <w:rFonts w:ascii="Arial" w:hAnsi="Arial"/>
          <w:color w:val="5D7284"/>
        </w:rPr>
        <w:t>1:06:14</w:t>
      </w:r>
    </w:p>
    <w:p w14:paraId="40BA2030" w14:textId="77777777" w:rsidR="00C765C9" w:rsidRDefault="00C0551D">
      <w:pPr>
        <w:spacing w:after="0"/>
      </w:pPr>
      <w:r>
        <w:rPr>
          <w:rFonts w:ascii="Arial" w:hAnsi="Arial"/>
        </w:rPr>
        <w:t>Wow.</w:t>
      </w:r>
    </w:p>
    <w:p w14:paraId="3F719C24" w14:textId="77777777" w:rsidR="00C765C9" w:rsidRDefault="00C765C9">
      <w:pPr>
        <w:spacing w:after="0"/>
      </w:pPr>
    </w:p>
    <w:p w14:paraId="047FEE98" w14:textId="77777777" w:rsidR="00C765C9" w:rsidRDefault="00C0551D">
      <w:pPr>
        <w:spacing w:after="0"/>
      </w:pPr>
      <w:r>
        <w:rPr>
          <w:rFonts w:ascii="Arial" w:hAnsi="Arial"/>
          <w:b/>
        </w:rPr>
        <w:t xml:space="preserve">Alice  </w:t>
      </w:r>
      <w:r>
        <w:rPr>
          <w:rFonts w:ascii="Arial" w:hAnsi="Arial"/>
          <w:color w:val="5D7284"/>
        </w:rPr>
        <w:t>1:06:15</w:t>
      </w:r>
    </w:p>
    <w:p w14:paraId="3AF0E4B5" w14:textId="77777777" w:rsidR="00C765C9" w:rsidRDefault="00C0551D">
      <w:pPr>
        <w:spacing w:after="0"/>
      </w:pPr>
      <w:r>
        <w:rPr>
          <w:rFonts w:ascii="Arial" w:hAnsi="Arial"/>
        </w:rPr>
        <w:t xml:space="preserve"> I mean, I've been working with somebody who, upon turning 18 was just some, some summarily dumped o</w:t>
      </w:r>
      <w:r>
        <w:rPr>
          <w:rFonts w:ascii="Arial" w:hAnsi="Arial"/>
        </w:rPr>
        <w:t>ut of Child Services. And he also had mental health issues alongside his autism and adult services. We're like, well, we can't support you, you've got autism, we don't have the specialist therapies to be able to support somebody with autism, who's also exp</w:t>
      </w:r>
      <w:r>
        <w:rPr>
          <w:rFonts w:ascii="Arial" w:hAnsi="Arial"/>
        </w:rPr>
        <w:t xml:space="preserve">erienced trauma. </w:t>
      </w:r>
      <w:proofErr w:type="gramStart"/>
      <w:r>
        <w:rPr>
          <w:rFonts w:ascii="Arial" w:hAnsi="Arial"/>
        </w:rPr>
        <w:t>So</w:t>
      </w:r>
      <w:proofErr w:type="gramEnd"/>
      <w:r>
        <w:rPr>
          <w:rFonts w:ascii="Arial" w:hAnsi="Arial"/>
        </w:rPr>
        <w:t xml:space="preserve"> he's going well, I'm too old for Child Services, you offer this service within Child Services, you don't offer it to </w:t>
      </w:r>
      <w:r>
        <w:rPr>
          <w:rFonts w:ascii="Arial" w:hAnsi="Arial"/>
        </w:rPr>
        <w:lastRenderedPageBreak/>
        <w:t>adults. I mean, most people spend more of their time as an adult than they do as a child, you'd expect the services the</w:t>
      </w:r>
      <w:r>
        <w:rPr>
          <w:rFonts w:ascii="Arial" w:hAnsi="Arial"/>
        </w:rPr>
        <w:t>re to be more sort of thorough than they are,</w:t>
      </w:r>
    </w:p>
    <w:p w14:paraId="4682C307" w14:textId="77777777" w:rsidR="00C765C9" w:rsidRDefault="00C765C9">
      <w:pPr>
        <w:spacing w:after="0"/>
      </w:pPr>
    </w:p>
    <w:p w14:paraId="2180C421" w14:textId="77777777" w:rsidR="00C765C9" w:rsidRDefault="00C0551D">
      <w:pPr>
        <w:spacing w:after="0"/>
      </w:pPr>
      <w:r>
        <w:rPr>
          <w:rFonts w:ascii="Arial" w:hAnsi="Arial"/>
          <w:b/>
        </w:rPr>
        <w:t xml:space="preserve">Lucy  </w:t>
      </w:r>
      <w:r>
        <w:rPr>
          <w:rFonts w:ascii="Arial" w:hAnsi="Arial"/>
          <w:color w:val="5D7284"/>
        </w:rPr>
        <w:t>1:07:03</w:t>
      </w:r>
    </w:p>
    <w:p w14:paraId="63F0DEA2" w14:textId="77777777" w:rsidR="00C765C9" w:rsidRDefault="00C0551D">
      <w:pPr>
        <w:spacing w:after="0"/>
      </w:pPr>
      <w:r>
        <w:rPr>
          <w:rFonts w:ascii="Arial" w:hAnsi="Arial"/>
        </w:rPr>
        <w:t xml:space="preserve">in my experience, because cerebral palsy right </w:t>
      </w:r>
      <w:proofErr w:type="gramStart"/>
      <w:r>
        <w:rPr>
          <w:rFonts w:ascii="Arial" w:hAnsi="Arial"/>
        </w:rPr>
        <w:t>from the get go</w:t>
      </w:r>
      <w:proofErr w:type="gramEnd"/>
      <w:r>
        <w:rPr>
          <w:rFonts w:ascii="Arial" w:hAnsi="Arial"/>
        </w:rPr>
        <w:t>. It just didn't, didn't arrive, and I'm going to sit with you for the rest of your life.</w:t>
      </w:r>
    </w:p>
    <w:p w14:paraId="2A99D2FB" w14:textId="77777777" w:rsidR="00C765C9" w:rsidRDefault="00C765C9">
      <w:pPr>
        <w:spacing w:after="0"/>
      </w:pPr>
    </w:p>
    <w:p w14:paraId="6A3FB0C3" w14:textId="77777777" w:rsidR="00C765C9" w:rsidRDefault="00C0551D">
      <w:pPr>
        <w:spacing w:after="0"/>
      </w:pPr>
      <w:r>
        <w:rPr>
          <w:rFonts w:ascii="Arial" w:hAnsi="Arial"/>
          <w:b/>
        </w:rPr>
        <w:t xml:space="preserve">Alice  </w:t>
      </w:r>
      <w:r>
        <w:rPr>
          <w:rFonts w:ascii="Arial" w:hAnsi="Arial"/>
          <w:color w:val="5D7284"/>
        </w:rPr>
        <w:t>1:07:17</w:t>
      </w:r>
    </w:p>
    <w:p w14:paraId="286D10EB" w14:textId="77777777" w:rsidR="00C765C9" w:rsidRDefault="00C0551D">
      <w:pPr>
        <w:spacing w:after="0"/>
      </w:pPr>
      <w:r>
        <w:rPr>
          <w:rFonts w:ascii="Arial" w:hAnsi="Arial"/>
        </w:rPr>
        <w:t>You didn't know if you coul</w:t>
      </w:r>
      <w:r>
        <w:rPr>
          <w:rFonts w:ascii="Arial" w:hAnsi="Arial"/>
        </w:rPr>
        <w:t>dn't walk for the first 12 years of your life, you're just going around.</w:t>
      </w:r>
    </w:p>
    <w:p w14:paraId="7B2EC64F" w14:textId="77777777" w:rsidR="00C765C9" w:rsidRDefault="00C765C9">
      <w:pPr>
        <w:spacing w:after="0"/>
      </w:pPr>
    </w:p>
    <w:p w14:paraId="4C7AB4B7" w14:textId="77777777" w:rsidR="00C765C9" w:rsidRDefault="00C0551D">
      <w:pPr>
        <w:spacing w:after="0"/>
      </w:pPr>
      <w:r>
        <w:rPr>
          <w:rFonts w:ascii="Arial" w:hAnsi="Arial"/>
          <w:b/>
        </w:rPr>
        <w:t xml:space="preserve">Lucy  </w:t>
      </w:r>
      <w:r>
        <w:rPr>
          <w:rFonts w:ascii="Arial" w:hAnsi="Arial"/>
          <w:color w:val="5D7284"/>
        </w:rPr>
        <w:t>1:07:24</w:t>
      </w:r>
    </w:p>
    <w:p w14:paraId="1A73BF9A" w14:textId="77777777" w:rsidR="00C765C9" w:rsidRDefault="00C0551D">
      <w:pPr>
        <w:spacing w:after="0"/>
      </w:pPr>
      <w:r>
        <w:rPr>
          <w:rFonts w:ascii="Arial" w:hAnsi="Arial"/>
        </w:rPr>
        <w:t>Yeah, so I happen I child with cerebral palsy. And then when I got to the age of 18, I left school and everything, all together, everything stopped overnight, let someb</w:t>
      </w:r>
      <w:r>
        <w:rPr>
          <w:rFonts w:ascii="Arial" w:hAnsi="Arial"/>
        </w:rPr>
        <w:t xml:space="preserve">ody flicked a switch, click their fingers and everything. </w:t>
      </w:r>
      <w:proofErr w:type="gramStart"/>
      <w:r>
        <w:rPr>
          <w:rFonts w:ascii="Arial" w:hAnsi="Arial"/>
        </w:rPr>
        <w:t>So</w:t>
      </w:r>
      <w:proofErr w:type="gramEnd"/>
      <w:r>
        <w:rPr>
          <w:rFonts w:ascii="Arial" w:hAnsi="Arial"/>
        </w:rPr>
        <w:t xml:space="preserve"> like, I had to fight for support when I was at university, you know, and it's just, it's when you're 18, and you're just about to set out on your life, and everything you're up until that point, </w:t>
      </w:r>
      <w:r>
        <w:rPr>
          <w:rFonts w:ascii="Arial" w:hAnsi="Arial"/>
        </w:rPr>
        <w:t xml:space="preserve">everything's going swimmingly, and then all of a sudden, they go, and you're </w:t>
      </w:r>
      <w:proofErr w:type="spellStart"/>
      <w:r>
        <w:rPr>
          <w:rFonts w:ascii="Arial" w:hAnsi="Arial"/>
        </w:rPr>
        <w:t>gonna</w:t>
      </w:r>
      <w:proofErr w:type="spellEnd"/>
      <w:r>
        <w:rPr>
          <w:rFonts w:ascii="Arial" w:hAnsi="Arial"/>
        </w:rPr>
        <w:t xml:space="preserve"> leave school now and that pull the plug. And if you're not careful, if you </w:t>
      </w:r>
      <w:proofErr w:type="spellStart"/>
      <w:r>
        <w:rPr>
          <w:rFonts w:ascii="Arial" w:hAnsi="Arial"/>
        </w:rPr>
        <w:t>you</w:t>
      </w:r>
      <w:proofErr w:type="spellEnd"/>
      <w:r>
        <w:rPr>
          <w:rFonts w:ascii="Arial" w:hAnsi="Arial"/>
        </w:rPr>
        <w:t xml:space="preserve"> know, I'm </w:t>
      </w:r>
      <w:proofErr w:type="gramStart"/>
      <w:r>
        <w:rPr>
          <w:rFonts w:ascii="Arial" w:hAnsi="Arial"/>
        </w:rPr>
        <w:t>very lucky</w:t>
      </w:r>
      <w:proofErr w:type="gramEnd"/>
      <w:r>
        <w:rPr>
          <w:rFonts w:ascii="Arial" w:hAnsi="Arial"/>
        </w:rPr>
        <w:t>, I've got family and friends around me that are very supportive, and I wi</w:t>
      </w:r>
      <w:r>
        <w:rPr>
          <w:rFonts w:ascii="Arial" w:hAnsi="Arial"/>
        </w:rPr>
        <w:t xml:space="preserve">ll always fight my corner. But there are people that I know, who haven't got that, that family and </w:t>
      </w:r>
      <w:proofErr w:type="gramStart"/>
      <w:r>
        <w:rPr>
          <w:rFonts w:ascii="Arial" w:hAnsi="Arial"/>
        </w:rPr>
        <w:t>friends</w:t>
      </w:r>
      <w:proofErr w:type="gramEnd"/>
      <w:r>
        <w:rPr>
          <w:rFonts w:ascii="Arial" w:hAnsi="Arial"/>
        </w:rPr>
        <w:t xml:space="preserve"> network, who again, you freefall really until somebody goes, Okay, we've got Yeah, and sometimes they don't get </w:t>
      </w:r>
      <w:proofErr w:type="spellStart"/>
      <w:r>
        <w:rPr>
          <w:rFonts w:ascii="Arial" w:hAnsi="Arial"/>
        </w:rPr>
        <w:t>get</w:t>
      </w:r>
      <w:proofErr w:type="spellEnd"/>
      <w:r>
        <w:rPr>
          <w:rFonts w:ascii="Arial" w:hAnsi="Arial"/>
        </w:rPr>
        <w:t xml:space="preserve"> </w:t>
      </w:r>
      <w:proofErr w:type="spellStart"/>
      <w:r>
        <w:rPr>
          <w:rFonts w:ascii="Arial" w:hAnsi="Arial"/>
        </w:rPr>
        <w:t>ya</w:t>
      </w:r>
      <w:proofErr w:type="spellEnd"/>
      <w:r>
        <w:rPr>
          <w:rFonts w:ascii="Arial" w:hAnsi="Arial"/>
        </w:rPr>
        <w:t xml:space="preserve"> they don't </w:t>
      </w:r>
      <w:proofErr w:type="spellStart"/>
      <w:r>
        <w:rPr>
          <w:rFonts w:ascii="Arial" w:hAnsi="Arial"/>
        </w:rPr>
        <w:t>catch,there's</w:t>
      </w:r>
      <w:proofErr w:type="spellEnd"/>
      <w:r>
        <w:rPr>
          <w:rFonts w:ascii="Arial" w:hAnsi="Arial"/>
        </w:rPr>
        <w:t xml:space="preserve"> nobod</w:t>
      </w:r>
      <w:r>
        <w:rPr>
          <w:rFonts w:ascii="Arial" w:hAnsi="Arial"/>
        </w:rPr>
        <w:t xml:space="preserve">y there to catch you </w:t>
      </w:r>
    </w:p>
    <w:p w14:paraId="658A38BB" w14:textId="77777777" w:rsidR="00C765C9" w:rsidRDefault="00C765C9">
      <w:pPr>
        <w:spacing w:after="0"/>
      </w:pPr>
    </w:p>
    <w:p w14:paraId="02AF4A36" w14:textId="77777777" w:rsidR="00C765C9" w:rsidRDefault="00C0551D">
      <w:pPr>
        <w:spacing w:after="0"/>
      </w:pPr>
      <w:r>
        <w:rPr>
          <w:rFonts w:ascii="Arial" w:hAnsi="Arial"/>
          <w:b/>
        </w:rPr>
        <w:t xml:space="preserve">Alice  </w:t>
      </w:r>
      <w:r>
        <w:rPr>
          <w:rFonts w:ascii="Arial" w:hAnsi="Arial"/>
          <w:color w:val="5D7284"/>
        </w:rPr>
        <w:t>1:08:24</w:t>
      </w:r>
    </w:p>
    <w:p w14:paraId="19BE98CA" w14:textId="77777777" w:rsidR="00C765C9" w:rsidRDefault="00C0551D">
      <w:pPr>
        <w:spacing w:after="0"/>
      </w:pPr>
      <w:r>
        <w:rPr>
          <w:rFonts w:ascii="Arial" w:hAnsi="Arial"/>
        </w:rPr>
        <w:t xml:space="preserve">see my experience, because my condition is degenerative, you know, I didn't need anywhere near as much support when I was 10 - 15, as I did, by the time I was 20, and 25. But in terms of sight loss support, it is </w:t>
      </w:r>
      <w:r>
        <w:rPr>
          <w:rFonts w:ascii="Arial" w:hAnsi="Arial"/>
        </w:rPr>
        <w:t>that kind of the expectation that you will be completely you're completely blind in childhood, or you're fine until you're 65. And, you know, 50 years gap in there of just the assumption that all the people that within those 50 years, your site will be sta</w:t>
      </w:r>
      <w:r>
        <w:rPr>
          <w:rFonts w:ascii="Arial" w:hAnsi="Arial"/>
        </w:rPr>
        <w:t>ble, you won't have any needs everything.</w:t>
      </w:r>
    </w:p>
    <w:p w14:paraId="3FF84671" w14:textId="77777777" w:rsidR="00C765C9" w:rsidRDefault="00C765C9">
      <w:pPr>
        <w:spacing w:after="0"/>
      </w:pPr>
    </w:p>
    <w:p w14:paraId="32B32B5A" w14:textId="77777777" w:rsidR="00C765C9" w:rsidRDefault="00C0551D">
      <w:pPr>
        <w:spacing w:after="0"/>
      </w:pPr>
      <w:r>
        <w:rPr>
          <w:rFonts w:ascii="Arial" w:hAnsi="Arial"/>
          <w:b/>
        </w:rPr>
        <w:t xml:space="preserve">Lucy  </w:t>
      </w:r>
      <w:r>
        <w:rPr>
          <w:rFonts w:ascii="Arial" w:hAnsi="Arial"/>
          <w:color w:val="5D7284"/>
        </w:rPr>
        <w:t>1:09:02</w:t>
      </w:r>
    </w:p>
    <w:p w14:paraId="1E92EE6B" w14:textId="77777777" w:rsidR="00C765C9" w:rsidRDefault="00C0551D">
      <w:pPr>
        <w:spacing w:after="0"/>
      </w:pPr>
      <w:r>
        <w:rPr>
          <w:rFonts w:ascii="Arial" w:hAnsi="Arial"/>
        </w:rPr>
        <w:t xml:space="preserve">I think from my perspective, it's going back to that thing of, you know, everybody's looking at me in a wheelchair and thinking, it's just your legs don't work, but not really been any research into </w:t>
      </w:r>
      <w:r>
        <w:rPr>
          <w:rFonts w:ascii="Arial" w:hAnsi="Arial"/>
        </w:rPr>
        <w:t xml:space="preserve">cerebral palsy as an adult, really, to be honest. There's lots of as, as a kid, there's lots of information to go off, but as an adult, it's a bit patchy and you kind of </w:t>
      </w:r>
      <w:proofErr w:type="gramStart"/>
      <w:r>
        <w:rPr>
          <w:rFonts w:ascii="Arial" w:hAnsi="Arial"/>
        </w:rPr>
        <w:t>have to</w:t>
      </w:r>
      <w:proofErr w:type="gramEnd"/>
      <w:r>
        <w:rPr>
          <w:rFonts w:ascii="Arial" w:hAnsi="Arial"/>
        </w:rPr>
        <w:t xml:space="preserve"> there's a lot of finding your own way. I mean, I know that I'm in a hell of a </w:t>
      </w:r>
      <w:r>
        <w:rPr>
          <w:rFonts w:ascii="Arial" w:hAnsi="Arial"/>
        </w:rPr>
        <w:t xml:space="preserve">lot more pain than I was when I was 15. But that's probably just ageing. I don't have to worry like you have to take you do have to think is it just a is it just general ageing, </w:t>
      </w:r>
    </w:p>
    <w:p w14:paraId="05D146BB" w14:textId="77777777" w:rsidR="00C765C9" w:rsidRDefault="00C765C9">
      <w:pPr>
        <w:spacing w:after="0"/>
      </w:pPr>
    </w:p>
    <w:p w14:paraId="48932ED4" w14:textId="77777777" w:rsidR="00C765C9" w:rsidRDefault="00C0551D">
      <w:pPr>
        <w:spacing w:after="0"/>
      </w:pPr>
      <w:r>
        <w:rPr>
          <w:rFonts w:ascii="Arial" w:hAnsi="Arial"/>
          <w:b/>
        </w:rPr>
        <w:t xml:space="preserve">Alice  </w:t>
      </w:r>
      <w:r>
        <w:rPr>
          <w:rFonts w:ascii="Arial" w:hAnsi="Arial"/>
          <w:color w:val="5D7284"/>
        </w:rPr>
        <w:t>1:09:42</w:t>
      </w:r>
    </w:p>
    <w:p w14:paraId="51784C03" w14:textId="77777777" w:rsidR="00C765C9" w:rsidRDefault="00C0551D">
      <w:pPr>
        <w:spacing w:after="0"/>
      </w:pPr>
      <w:r>
        <w:rPr>
          <w:rFonts w:ascii="Arial" w:hAnsi="Arial"/>
        </w:rPr>
        <w:t>but without that research, you know, and the support from the</w:t>
      </w:r>
      <w:r>
        <w:rPr>
          <w:rFonts w:ascii="Arial" w:hAnsi="Arial"/>
        </w:rPr>
        <w:t xml:space="preserve"> system it you'll never know. It might just be your experience of ageing or it might be your cerebral palsy but because you're just looking at you and nobody else's sat down and looked at 150,000 other people with cerebral palsy and gone, oh, this is inter</w:t>
      </w:r>
      <w:r>
        <w:rPr>
          <w:rFonts w:ascii="Arial" w:hAnsi="Arial"/>
        </w:rPr>
        <w:t xml:space="preserve">esting, </w:t>
      </w:r>
      <w:proofErr w:type="gramStart"/>
      <w:r>
        <w:rPr>
          <w:rFonts w:ascii="Arial" w:hAnsi="Arial"/>
        </w:rPr>
        <w:t>this correlates</w:t>
      </w:r>
      <w:proofErr w:type="gramEnd"/>
      <w:r>
        <w:rPr>
          <w:rFonts w:ascii="Arial" w:hAnsi="Arial"/>
        </w:rPr>
        <w:t xml:space="preserve">, </w:t>
      </w:r>
    </w:p>
    <w:p w14:paraId="0F08F67F" w14:textId="77777777" w:rsidR="00C765C9" w:rsidRDefault="00C765C9">
      <w:pPr>
        <w:spacing w:after="0"/>
      </w:pPr>
    </w:p>
    <w:p w14:paraId="65E50CB9" w14:textId="77777777" w:rsidR="00C765C9" w:rsidRDefault="00C0551D">
      <w:pPr>
        <w:spacing w:after="0"/>
      </w:pPr>
      <w:r>
        <w:rPr>
          <w:rFonts w:ascii="Arial" w:hAnsi="Arial"/>
          <w:b/>
        </w:rPr>
        <w:lastRenderedPageBreak/>
        <w:t xml:space="preserve">Lucy  </w:t>
      </w:r>
      <w:r>
        <w:rPr>
          <w:rFonts w:ascii="Arial" w:hAnsi="Arial"/>
          <w:color w:val="5D7284"/>
        </w:rPr>
        <w:t>1:10:06</w:t>
      </w:r>
    </w:p>
    <w:p w14:paraId="1F2603F4" w14:textId="77777777" w:rsidR="00C765C9" w:rsidRDefault="00C0551D">
      <w:pPr>
        <w:spacing w:after="0"/>
      </w:pPr>
      <w:r>
        <w:rPr>
          <w:rFonts w:ascii="Arial" w:hAnsi="Arial"/>
        </w:rPr>
        <w:t xml:space="preserve">there's a lot of work really needs to be done across the board, you know, really to </w:t>
      </w:r>
      <w:proofErr w:type="gramStart"/>
      <w:r>
        <w:rPr>
          <w:rFonts w:ascii="Arial" w:hAnsi="Arial"/>
        </w:rPr>
        <w:t>be</w:t>
      </w:r>
      <w:proofErr w:type="gramEnd"/>
    </w:p>
    <w:p w14:paraId="10726CF4" w14:textId="77777777" w:rsidR="00C765C9" w:rsidRDefault="00C765C9">
      <w:pPr>
        <w:spacing w:after="0"/>
      </w:pPr>
    </w:p>
    <w:p w14:paraId="10CA80CB" w14:textId="77777777" w:rsidR="00C765C9" w:rsidRDefault="00C0551D">
      <w:pPr>
        <w:spacing w:after="0"/>
      </w:pPr>
      <w:r>
        <w:rPr>
          <w:rFonts w:ascii="Arial" w:hAnsi="Arial"/>
          <w:b/>
        </w:rPr>
        <w:t xml:space="preserve">Alice  </w:t>
      </w:r>
      <w:r>
        <w:rPr>
          <w:rFonts w:ascii="Arial" w:hAnsi="Arial"/>
          <w:color w:val="5D7284"/>
        </w:rPr>
        <w:t>1:10:12</w:t>
      </w:r>
    </w:p>
    <w:p w14:paraId="43BBAF68" w14:textId="77777777" w:rsidR="00C765C9" w:rsidRDefault="00C0551D">
      <w:pPr>
        <w:spacing w:after="0"/>
      </w:pPr>
      <w:r>
        <w:rPr>
          <w:rFonts w:ascii="Arial" w:hAnsi="Arial"/>
        </w:rPr>
        <w:t>something that I noticed when you were talking about the sort of social media and blogging that you are, as I th</w:t>
      </w:r>
      <w:r>
        <w:rPr>
          <w:rFonts w:ascii="Arial" w:hAnsi="Arial"/>
        </w:rPr>
        <w:t>ink you mentioned that a lot of a lot of the people out there asking questions are parents. And I think that's because there is a drive amongst the kind of the diagnostic system to diagnose people early, which is, you know, great, get in there and get in t</w:t>
      </w:r>
      <w:r>
        <w:rPr>
          <w:rFonts w:ascii="Arial" w:hAnsi="Arial"/>
        </w:rPr>
        <w:t xml:space="preserve">he support in there as early as possible. But that does mean that anybody who begins to, you know, get to that age where they're able to go, I need to mask I need to manage my social </w:t>
      </w:r>
      <w:proofErr w:type="spellStart"/>
      <w:r>
        <w:rPr>
          <w:rFonts w:ascii="Arial" w:hAnsi="Arial"/>
        </w:rPr>
        <w:t>behaviours</w:t>
      </w:r>
      <w:proofErr w:type="spellEnd"/>
      <w:r>
        <w:rPr>
          <w:rFonts w:ascii="Arial" w:hAnsi="Arial"/>
        </w:rPr>
        <w:t>, so that I fit in there suddenly not getting diagnosed. And so</w:t>
      </w:r>
      <w:r>
        <w:rPr>
          <w:rFonts w:ascii="Arial" w:hAnsi="Arial"/>
        </w:rPr>
        <w:t xml:space="preserve"> those people are then waiting until they're in their 20s and 30s. And, you know, 40s, and so on before they're going, Oh, and you the impact that that will have been having on that person's life is that's the immeasurable bit,</w:t>
      </w:r>
    </w:p>
    <w:p w14:paraId="12450373" w14:textId="77777777" w:rsidR="00C765C9" w:rsidRDefault="00C765C9">
      <w:pPr>
        <w:spacing w:after="0"/>
      </w:pPr>
    </w:p>
    <w:p w14:paraId="7CA1FE02" w14:textId="77777777" w:rsidR="00C765C9" w:rsidRDefault="00C0551D">
      <w:pPr>
        <w:spacing w:after="0"/>
      </w:pPr>
      <w:r>
        <w:rPr>
          <w:rFonts w:ascii="Arial" w:hAnsi="Arial"/>
          <w:b/>
        </w:rPr>
        <w:t xml:space="preserve">Ira  </w:t>
      </w:r>
      <w:r>
        <w:rPr>
          <w:rFonts w:ascii="Arial" w:hAnsi="Arial"/>
          <w:color w:val="5D7284"/>
        </w:rPr>
        <w:t>1:11:12</w:t>
      </w:r>
    </w:p>
    <w:p w14:paraId="6D9A8B82" w14:textId="77777777" w:rsidR="00C765C9" w:rsidRDefault="00C0551D">
      <w:pPr>
        <w:spacing w:after="0"/>
      </w:pPr>
      <w:r>
        <w:rPr>
          <w:rFonts w:ascii="Arial" w:hAnsi="Arial"/>
        </w:rPr>
        <w:t>yeah, and I wa</w:t>
      </w:r>
      <w:r>
        <w:rPr>
          <w:rFonts w:ascii="Arial" w:hAnsi="Arial"/>
        </w:rPr>
        <w:t xml:space="preserve">nted to go back to what you were talking about with mental health services, I actually helped moderate Facebook group for autistic girls, for like parents of autistic girls and included like, you know, autistic, trans </w:t>
      </w:r>
      <w:proofErr w:type="gramStart"/>
      <w:r>
        <w:rPr>
          <w:rFonts w:ascii="Arial" w:hAnsi="Arial"/>
        </w:rPr>
        <w:t>non binary</w:t>
      </w:r>
      <w:proofErr w:type="gramEnd"/>
      <w:r>
        <w:rPr>
          <w:rFonts w:ascii="Arial" w:hAnsi="Arial"/>
        </w:rPr>
        <w:t xml:space="preserve"> kids. But basically, even i</w:t>
      </w:r>
      <w:r>
        <w:rPr>
          <w:rFonts w:ascii="Arial" w:hAnsi="Arial"/>
        </w:rPr>
        <w:t>f they had a diagnosis, and this was a UK group, even with cams, they would say, Oh, well, your child's autistic and they, so we can't treat them even though they have severe mental health problems and depression and anxiety, because that's an autism thing</w:t>
      </w:r>
      <w:r>
        <w:rPr>
          <w:rFonts w:ascii="Arial" w:hAnsi="Arial"/>
        </w:rPr>
        <w:t>.</w:t>
      </w:r>
    </w:p>
    <w:p w14:paraId="5CE6F2EF" w14:textId="77777777" w:rsidR="00C765C9" w:rsidRDefault="00C765C9">
      <w:pPr>
        <w:spacing w:after="0"/>
      </w:pPr>
    </w:p>
    <w:p w14:paraId="2302ACA4" w14:textId="77777777" w:rsidR="00C765C9" w:rsidRDefault="00C0551D">
      <w:pPr>
        <w:spacing w:after="0"/>
      </w:pPr>
      <w:r>
        <w:rPr>
          <w:rFonts w:ascii="Arial" w:hAnsi="Arial"/>
          <w:b/>
        </w:rPr>
        <w:t xml:space="preserve">Lucy  </w:t>
      </w:r>
      <w:r>
        <w:rPr>
          <w:rFonts w:ascii="Arial" w:hAnsi="Arial"/>
          <w:color w:val="5D7284"/>
        </w:rPr>
        <w:t>1:11:47</w:t>
      </w:r>
    </w:p>
    <w:p w14:paraId="38A5E60C" w14:textId="77777777" w:rsidR="00C765C9" w:rsidRDefault="00C0551D">
      <w:pPr>
        <w:spacing w:after="0"/>
      </w:pPr>
      <w:r>
        <w:rPr>
          <w:rFonts w:ascii="Arial" w:hAnsi="Arial"/>
        </w:rPr>
        <w:t>That makes no sense to me at all.</w:t>
      </w:r>
    </w:p>
    <w:p w14:paraId="4F77255D" w14:textId="77777777" w:rsidR="00C765C9" w:rsidRDefault="00C765C9">
      <w:pPr>
        <w:spacing w:after="0"/>
      </w:pPr>
    </w:p>
    <w:p w14:paraId="28E133CF" w14:textId="77777777" w:rsidR="00C765C9" w:rsidRDefault="00C0551D">
      <w:pPr>
        <w:spacing w:after="0"/>
      </w:pPr>
      <w:r>
        <w:rPr>
          <w:rFonts w:ascii="Arial" w:hAnsi="Arial"/>
          <w:b/>
        </w:rPr>
        <w:t xml:space="preserve">Ira  </w:t>
      </w:r>
      <w:r>
        <w:rPr>
          <w:rFonts w:ascii="Arial" w:hAnsi="Arial"/>
          <w:color w:val="5D7284"/>
        </w:rPr>
        <w:t>1:11:49</w:t>
      </w:r>
    </w:p>
    <w:p w14:paraId="628D4990" w14:textId="77777777" w:rsidR="00C765C9" w:rsidRDefault="00C0551D">
      <w:pPr>
        <w:spacing w:after="0"/>
      </w:pPr>
      <w:r>
        <w:rPr>
          <w:rFonts w:ascii="Arial" w:hAnsi="Arial"/>
        </w:rPr>
        <w:t xml:space="preserve">Yeah, so with a diagnosis, there are these autistic girls that go in there. And they have severe mental problems. They </w:t>
      </w:r>
      <w:proofErr w:type="spellStart"/>
      <w:r>
        <w:rPr>
          <w:rFonts w:ascii="Arial" w:hAnsi="Arial"/>
        </w:rPr>
        <w:t>they</w:t>
      </w:r>
      <w:proofErr w:type="spellEnd"/>
      <w:r>
        <w:rPr>
          <w:rFonts w:ascii="Arial" w:hAnsi="Arial"/>
        </w:rPr>
        <w:t xml:space="preserve"> are, they call, you know, people say school refusal, but what that </w:t>
      </w:r>
      <w:r>
        <w:rPr>
          <w:rFonts w:ascii="Arial" w:hAnsi="Arial"/>
        </w:rPr>
        <w:t xml:space="preserve">really means is, they're in a mental health crisis, and they cannot go to school, the school is not accommodating them. Or they're masking and they're not getting sensory supports or transition supports or anything. And </w:t>
      </w:r>
      <w:proofErr w:type="gramStart"/>
      <w:r>
        <w:rPr>
          <w:rFonts w:ascii="Arial" w:hAnsi="Arial"/>
        </w:rPr>
        <w:t>so</w:t>
      </w:r>
      <w:proofErr w:type="gramEnd"/>
      <w:r>
        <w:rPr>
          <w:rFonts w:ascii="Arial" w:hAnsi="Arial"/>
        </w:rPr>
        <w:t xml:space="preserve"> it's just like an absolute nightm</w:t>
      </w:r>
      <w:r>
        <w:rPr>
          <w:rFonts w:ascii="Arial" w:hAnsi="Arial"/>
        </w:rPr>
        <w:t>are. And I don't understand like, like being autistic doesn't make you not have mental health problems.</w:t>
      </w:r>
    </w:p>
    <w:p w14:paraId="614C1072" w14:textId="77777777" w:rsidR="00C765C9" w:rsidRDefault="00C765C9">
      <w:pPr>
        <w:spacing w:after="0"/>
      </w:pPr>
    </w:p>
    <w:p w14:paraId="3E1FDE46" w14:textId="77777777" w:rsidR="00C765C9" w:rsidRDefault="00C0551D">
      <w:pPr>
        <w:spacing w:after="0"/>
      </w:pPr>
      <w:r>
        <w:rPr>
          <w:rFonts w:ascii="Arial" w:hAnsi="Arial"/>
          <w:b/>
        </w:rPr>
        <w:t xml:space="preserve">Alice  </w:t>
      </w:r>
      <w:r>
        <w:rPr>
          <w:rFonts w:ascii="Arial" w:hAnsi="Arial"/>
          <w:color w:val="5D7284"/>
        </w:rPr>
        <w:t>1:12:22</w:t>
      </w:r>
    </w:p>
    <w:p w14:paraId="679EFCBE" w14:textId="77777777" w:rsidR="00C765C9" w:rsidRDefault="00C0551D">
      <w:pPr>
        <w:spacing w:after="0"/>
      </w:pPr>
      <w:r>
        <w:rPr>
          <w:rFonts w:ascii="Arial" w:hAnsi="Arial"/>
        </w:rPr>
        <w:t xml:space="preserve">You wouldn't say to Lucy, if she rocked up in the hospital in a wheelchair with a broken arm, you wouldn't go We can't treat you </w:t>
      </w:r>
      <w:r>
        <w:rPr>
          <w:rFonts w:ascii="Arial" w:hAnsi="Arial"/>
        </w:rPr>
        <w:t xml:space="preserve">because you </w:t>
      </w:r>
      <w:proofErr w:type="spellStart"/>
      <w:r>
        <w:rPr>
          <w:rFonts w:ascii="Arial" w:hAnsi="Arial"/>
        </w:rPr>
        <w:t>you</w:t>
      </w:r>
      <w:proofErr w:type="spellEnd"/>
      <w:r>
        <w:rPr>
          <w:rFonts w:ascii="Arial" w:hAnsi="Arial"/>
        </w:rPr>
        <w:t xml:space="preserve"> can't walk with your broken arm.</w:t>
      </w:r>
    </w:p>
    <w:p w14:paraId="5952F2A4" w14:textId="77777777" w:rsidR="00C765C9" w:rsidRDefault="00C765C9">
      <w:pPr>
        <w:spacing w:after="0"/>
      </w:pPr>
    </w:p>
    <w:p w14:paraId="5E3373D0" w14:textId="77777777" w:rsidR="00C765C9" w:rsidRDefault="00C0551D">
      <w:pPr>
        <w:spacing w:after="0"/>
      </w:pPr>
      <w:r>
        <w:rPr>
          <w:rFonts w:ascii="Arial" w:hAnsi="Arial"/>
          <w:b/>
        </w:rPr>
        <w:t xml:space="preserve">Lucy  </w:t>
      </w:r>
      <w:r>
        <w:rPr>
          <w:rFonts w:ascii="Arial" w:hAnsi="Arial"/>
          <w:color w:val="5D7284"/>
        </w:rPr>
        <w:t>1:12:32</w:t>
      </w:r>
    </w:p>
    <w:p w14:paraId="76EEE487" w14:textId="77777777" w:rsidR="00C765C9" w:rsidRDefault="00C0551D">
      <w:pPr>
        <w:spacing w:after="0"/>
      </w:pPr>
      <w:r>
        <w:rPr>
          <w:rFonts w:ascii="Arial" w:hAnsi="Arial"/>
        </w:rPr>
        <w:t xml:space="preserve">They'd probably do a lot of head scratching and go How do we how do we deal with this woman? But yeah, they wouldn't just turn around and go, we're not going to treat you because your legs </w:t>
      </w:r>
      <w:r>
        <w:rPr>
          <w:rFonts w:ascii="Arial" w:hAnsi="Arial"/>
        </w:rPr>
        <w:t>are wonky.</w:t>
      </w:r>
    </w:p>
    <w:p w14:paraId="45C1F372" w14:textId="77777777" w:rsidR="00C765C9" w:rsidRDefault="00C765C9">
      <w:pPr>
        <w:spacing w:after="0"/>
      </w:pPr>
    </w:p>
    <w:p w14:paraId="3CA5458A" w14:textId="77777777" w:rsidR="00C765C9" w:rsidRDefault="00C0551D">
      <w:pPr>
        <w:spacing w:after="0"/>
      </w:pPr>
      <w:r>
        <w:rPr>
          <w:rFonts w:ascii="Arial" w:hAnsi="Arial"/>
          <w:b/>
        </w:rPr>
        <w:t xml:space="preserve">Ira  </w:t>
      </w:r>
      <w:r>
        <w:rPr>
          <w:rFonts w:ascii="Arial" w:hAnsi="Arial"/>
          <w:color w:val="5D7284"/>
        </w:rPr>
        <w:t>1:12:43</w:t>
      </w:r>
    </w:p>
    <w:p w14:paraId="2B6992E7" w14:textId="77777777" w:rsidR="00C765C9" w:rsidRDefault="00C0551D">
      <w:pPr>
        <w:spacing w:after="0"/>
      </w:pPr>
      <w:r>
        <w:rPr>
          <w:rFonts w:ascii="Arial" w:hAnsi="Arial"/>
        </w:rPr>
        <w:t xml:space="preserve">Just the one other thing I wanted to mention. Also, is that, especially in the US, if you get </w:t>
      </w:r>
      <w:proofErr w:type="spellStart"/>
      <w:proofErr w:type="gramStart"/>
      <w:r>
        <w:rPr>
          <w:rFonts w:ascii="Arial" w:hAnsi="Arial"/>
        </w:rPr>
        <w:t>a</w:t>
      </w:r>
      <w:proofErr w:type="spellEnd"/>
      <w:proofErr w:type="gramEnd"/>
      <w:r>
        <w:rPr>
          <w:rFonts w:ascii="Arial" w:hAnsi="Arial"/>
        </w:rPr>
        <w:t xml:space="preserve"> early diagnosis for your kid, a lot of people push ABA therapy, which is based on gay conversion therapy.</w:t>
      </w:r>
    </w:p>
    <w:p w14:paraId="0C35849C" w14:textId="77777777" w:rsidR="00C765C9" w:rsidRDefault="00C765C9">
      <w:pPr>
        <w:spacing w:after="0"/>
      </w:pPr>
    </w:p>
    <w:p w14:paraId="7C2CFC3B" w14:textId="77777777" w:rsidR="00C765C9" w:rsidRDefault="00C0551D">
      <w:pPr>
        <w:spacing w:after="0"/>
      </w:pPr>
      <w:r>
        <w:rPr>
          <w:rFonts w:ascii="Arial" w:hAnsi="Arial"/>
          <w:b/>
        </w:rPr>
        <w:t xml:space="preserve">Alice  </w:t>
      </w:r>
      <w:r>
        <w:rPr>
          <w:rFonts w:ascii="Arial" w:hAnsi="Arial"/>
          <w:color w:val="5D7284"/>
        </w:rPr>
        <w:t>1:13:02</w:t>
      </w:r>
    </w:p>
    <w:p w14:paraId="64D5600A" w14:textId="77777777" w:rsidR="00C765C9" w:rsidRDefault="00C0551D">
      <w:pPr>
        <w:spacing w:after="0"/>
      </w:pPr>
      <w:r>
        <w:rPr>
          <w:rFonts w:ascii="Arial" w:hAnsi="Arial"/>
        </w:rPr>
        <w:t>This is not s</w:t>
      </w:r>
      <w:r>
        <w:rPr>
          <w:rFonts w:ascii="Arial" w:hAnsi="Arial"/>
        </w:rPr>
        <w:t>omething I have heard of.</w:t>
      </w:r>
    </w:p>
    <w:p w14:paraId="68D23C2B" w14:textId="77777777" w:rsidR="00C765C9" w:rsidRDefault="00C765C9">
      <w:pPr>
        <w:spacing w:after="0"/>
      </w:pPr>
    </w:p>
    <w:p w14:paraId="645B23F9" w14:textId="77777777" w:rsidR="00C765C9" w:rsidRDefault="00C0551D">
      <w:pPr>
        <w:spacing w:after="0"/>
      </w:pPr>
      <w:r>
        <w:rPr>
          <w:rFonts w:ascii="Arial" w:hAnsi="Arial"/>
          <w:b/>
        </w:rPr>
        <w:t xml:space="preserve">Ira  </w:t>
      </w:r>
      <w:r>
        <w:rPr>
          <w:rFonts w:ascii="Arial" w:hAnsi="Arial"/>
          <w:color w:val="5D7284"/>
        </w:rPr>
        <w:t>1:13:04</w:t>
      </w:r>
    </w:p>
    <w:p w14:paraId="177FE5F2" w14:textId="77777777" w:rsidR="00C765C9" w:rsidRDefault="00C0551D">
      <w:pPr>
        <w:spacing w:after="0"/>
      </w:pPr>
      <w:r>
        <w:rPr>
          <w:rFonts w:ascii="Arial" w:hAnsi="Arial"/>
        </w:rPr>
        <w:t xml:space="preserve">Yeah. Okay, so I wanted to mention it. </w:t>
      </w:r>
      <w:proofErr w:type="gramStart"/>
      <w:r>
        <w:rPr>
          <w:rFonts w:ascii="Arial" w:hAnsi="Arial"/>
        </w:rPr>
        <w:t>So</w:t>
      </w:r>
      <w:proofErr w:type="gramEnd"/>
      <w:r>
        <w:rPr>
          <w:rFonts w:ascii="Arial" w:hAnsi="Arial"/>
        </w:rPr>
        <w:t xml:space="preserve"> it was helped created by Igor </w:t>
      </w:r>
      <w:proofErr w:type="spellStart"/>
      <w:r>
        <w:rPr>
          <w:rFonts w:ascii="Arial" w:hAnsi="Arial"/>
        </w:rPr>
        <w:t>lithos</w:t>
      </w:r>
      <w:proofErr w:type="spellEnd"/>
      <w:r>
        <w:rPr>
          <w:rFonts w:ascii="Arial" w:hAnsi="Arial"/>
        </w:rPr>
        <w:t>, who helped with the feminine boy project, and he essentially torturing children, I'm sorry, I probably should have put a trigger warning</w:t>
      </w:r>
      <w:r>
        <w:rPr>
          <w:rFonts w:ascii="Arial" w:hAnsi="Arial"/>
        </w:rPr>
        <w:t xml:space="preserve"> on</w:t>
      </w:r>
    </w:p>
    <w:p w14:paraId="20A52A44" w14:textId="77777777" w:rsidR="00C765C9" w:rsidRDefault="00C765C9">
      <w:pPr>
        <w:spacing w:after="0"/>
      </w:pPr>
    </w:p>
    <w:p w14:paraId="7B5332C3" w14:textId="77777777" w:rsidR="00C765C9" w:rsidRDefault="00C0551D">
      <w:pPr>
        <w:spacing w:after="0"/>
      </w:pPr>
      <w:r>
        <w:rPr>
          <w:rFonts w:ascii="Arial" w:hAnsi="Arial"/>
          <w:b/>
        </w:rPr>
        <w:t xml:space="preserve">Lucy  </w:t>
      </w:r>
      <w:r>
        <w:rPr>
          <w:rFonts w:ascii="Arial" w:hAnsi="Arial"/>
          <w:color w:val="5D7284"/>
        </w:rPr>
        <w:t>1:13:16</w:t>
      </w:r>
    </w:p>
    <w:p w14:paraId="41CF6EA8" w14:textId="77777777" w:rsidR="00C765C9" w:rsidRDefault="00C0551D">
      <w:pPr>
        <w:spacing w:after="0"/>
      </w:pPr>
      <w:r>
        <w:rPr>
          <w:rFonts w:ascii="Arial" w:hAnsi="Arial"/>
        </w:rPr>
        <w:t xml:space="preserve">Don't worry we'll put a trigger warning on </w:t>
      </w:r>
      <w:proofErr w:type="gramStart"/>
      <w:r>
        <w:rPr>
          <w:rFonts w:ascii="Arial" w:hAnsi="Arial"/>
        </w:rPr>
        <w:t>this</w:t>
      </w:r>
      <w:proofErr w:type="gramEnd"/>
      <w:r>
        <w:rPr>
          <w:rFonts w:ascii="Arial" w:hAnsi="Arial"/>
        </w:rPr>
        <w:t xml:space="preserve"> </w:t>
      </w:r>
    </w:p>
    <w:p w14:paraId="4DD4FAC6" w14:textId="77777777" w:rsidR="00C765C9" w:rsidRDefault="00C765C9">
      <w:pPr>
        <w:spacing w:after="0"/>
      </w:pPr>
    </w:p>
    <w:p w14:paraId="7EA54C4D" w14:textId="77777777" w:rsidR="00C765C9" w:rsidRDefault="00C0551D">
      <w:pPr>
        <w:spacing w:after="0"/>
      </w:pPr>
      <w:r>
        <w:rPr>
          <w:rFonts w:ascii="Arial" w:hAnsi="Arial"/>
          <w:b/>
        </w:rPr>
        <w:t xml:space="preserve">Alice  </w:t>
      </w:r>
      <w:r>
        <w:rPr>
          <w:rFonts w:ascii="Arial" w:hAnsi="Arial"/>
          <w:color w:val="5D7284"/>
        </w:rPr>
        <w:t>1:13:18</w:t>
      </w:r>
    </w:p>
    <w:p w14:paraId="266D2607" w14:textId="77777777" w:rsidR="00C765C9" w:rsidRDefault="00C0551D">
      <w:pPr>
        <w:spacing w:after="0"/>
      </w:pPr>
      <w:r>
        <w:rPr>
          <w:rFonts w:ascii="Arial" w:hAnsi="Arial"/>
        </w:rPr>
        <w:t xml:space="preserve">we'll stick one at the beginning. Don't </w:t>
      </w:r>
      <w:proofErr w:type="gramStart"/>
      <w:r>
        <w:rPr>
          <w:rFonts w:ascii="Arial" w:hAnsi="Arial"/>
        </w:rPr>
        <w:t>worry</w:t>
      </w:r>
      <w:proofErr w:type="gramEnd"/>
      <w:r>
        <w:rPr>
          <w:rFonts w:ascii="Arial" w:hAnsi="Arial"/>
        </w:rPr>
        <w:t xml:space="preserve"> </w:t>
      </w:r>
    </w:p>
    <w:p w14:paraId="44589E5A" w14:textId="77777777" w:rsidR="00C765C9" w:rsidRDefault="00C765C9">
      <w:pPr>
        <w:spacing w:after="0"/>
      </w:pPr>
    </w:p>
    <w:p w14:paraId="16BFCB4C" w14:textId="77777777" w:rsidR="00C765C9" w:rsidRDefault="00C0551D">
      <w:pPr>
        <w:spacing w:after="0"/>
      </w:pPr>
      <w:r>
        <w:rPr>
          <w:rFonts w:ascii="Arial" w:hAnsi="Arial"/>
          <w:b/>
        </w:rPr>
        <w:t xml:space="preserve">Ira  </w:t>
      </w:r>
      <w:r>
        <w:rPr>
          <w:rFonts w:ascii="Arial" w:hAnsi="Arial"/>
          <w:color w:val="5D7284"/>
        </w:rPr>
        <w:t>1:13:21</w:t>
      </w:r>
    </w:p>
    <w:p w14:paraId="56E6EBF7" w14:textId="77777777" w:rsidR="00C765C9" w:rsidRDefault="00C0551D">
      <w:pPr>
        <w:spacing w:after="0"/>
      </w:pPr>
      <w:proofErr w:type="gramStart"/>
      <w:r>
        <w:rPr>
          <w:rFonts w:ascii="Arial" w:hAnsi="Arial"/>
        </w:rPr>
        <w:t>So</w:t>
      </w:r>
      <w:proofErr w:type="gramEnd"/>
      <w:r>
        <w:rPr>
          <w:rFonts w:ascii="Arial" w:hAnsi="Arial"/>
        </w:rPr>
        <w:t xml:space="preserve"> </w:t>
      </w:r>
      <w:proofErr w:type="spellStart"/>
      <w:r>
        <w:rPr>
          <w:rFonts w:ascii="Arial" w:hAnsi="Arial"/>
        </w:rPr>
        <w:t>so</w:t>
      </w:r>
      <w:proofErr w:type="spellEnd"/>
      <w:r>
        <w:rPr>
          <w:rFonts w:ascii="Arial" w:hAnsi="Arial"/>
        </w:rPr>
        <w:t xml:space="preserve"> he basically tortured children into making them quote, less feminine, and also helped create this therapy</w:t>
      </w:r>
      <w:r>
        <w:rPr>
          <w:rFonts w:ascii="Arial" w:hAnsi="Arial"/>
        </w:rPr>
        <w:t xml:space="preserve"> that is not really a therapy, it's just literally making kids mask, take away their toys, and allow them toys when they do things like make eye contact and like comply to commands from a stranger. </w:t>
      </w:r>
    </w:p>
    <w:p w14:paraId="73F735E6" w14:textId="77777777" w:rsidR="00C765C9" w:rsidRDefault="00C765C9">
      <w:pPr>
        <w:spacing w:after="0"/>
      </w:pPr>
    </w:p>
    <w:p w14:paraId="6DDBAA38" w14:textId="77777777" w:rsidR="00C765C9" w:rsidRDefault="00C0551D">
      <w:pPr>
        <w:spacing w:after="0"/>
      </w:pPr>
      <w:r>
        <w:rPr>
          <w:rFonts w:ascii="Arial" w:hAnsi="Arial"/>
          <w:b/>
        </w:rPr>
        <w:t xml:space="preserve">Alice  </w:t>
      </w:r>
      <w:r>
        <w:rPr>
          <w:rFonts w:ascii="Arial" w:hAnsi="Arial"/>
          <w:color w:val="5D7284"/>
        </w:rPr>
        <w:t>1:13:45</w:t>
      </w:r>
    </w:p>
    <w:p w14:paraId="1F1E1551" w14:textId="77777777" w:rsidR="00C765C9" w:rsidRDefault="00C0551D">
      <w:pPr>
        <w:spacing w:after="0"/>
      </w:pPr>
      <w:r>
        <w:rPr>
          <w:rFonts w:ascii="Arial" w:hAnsi="Arial"/>
        </w:rPr>
        <w:t xml:space="preserve">Oh </w:t>
      </w:r>
      <w:proofErr w:type="gramStart"/>
      <w:r>
        <w:rPr>
          <w:rFonts w:ascii="Arial" w:hAnsi="Arial"/>
        </w:rPr>
        <w:t>god</w:t>
      </w:r>
      <w:proofErr w:type="gramEnd"/>
    </w:p>
    <w:p w14:paraId="60247859" w14:textId="77777777" w:rsidR="00C765C9" w:rsidRDefault="00C765C9">
      <w:pPr>
        <w:spacing w:after="0"/>
      </w:pPr>
    </w:p>
    <w:p w14:paraId="7229E9D0" w14:textId="77777777" w:rsidR="00C765C9" w:rsidRDefault="00C0551D">
      <w:pPr>
        <w:spacing w:after="0"/>
      </w:pPr>
      <w:r>
        <w:rPr>
          <w:rFonts w:ascii="Arial" w:hAnsi="Arial"/>
          <w:b/>
        </w:rPr>
        <w:t xml:space="preserve">Ira  </w:t>
      </w:r>
      <w:r>
        <w:rPr>
          <w:rFonts w:ascii="Arial" w:hAnsi="Arial"/>
          <w:color w:val="5D7284"/>
        </w:rPr>
        <w:t>1:13:47</w:t>
      </w:r>
    </w:p>
    <w:p w14:paraId="4CFBB797" w14:textId="77777777" w:rsidR="00C765C9" w:rsidRDefault="00C0551D">
      <w:pPr>
        <w:spacing w:after="0"/>
      </w:pPr>
      <w:r>
        <w:rPr>
          <w:rFonts w:ascii="Arial" w:hAnsi="Arial"/>
        </w:rPr>
        <w:t xml:space="preserve"> But they </w:t>
      </w:r>
      <w:proofErr w:type="spellStart"/>
      <w:r>
        <w:rPr>
          <w:rFonts w:ascii="Arial" w:hAnsi="Arial"/>
        </w:rPr>
        <w:t>they</w:t>
      </w:r>
      <w:proofErr w:type="spellEnd"/>
      <w:r>
        <w:rPr>
          <w:rFonts w:ascii="Arial" w:hAnsi="Arial"/>
        </w:rPr>
        <w:t xml:space="preserve"> marke</w:t>
      </w:r>
      <w:r>
        <w:rPr>
          <w:rFonts w:ascii="Arial" w:hAnsi="Arial"/>
        </w:rPr>
        <w:t xml:space="preserve">ted as, like this therapy that will help your autistic kid like parents don't know about this, right? It's fun, and we'd </w:t>
      </w:r>
      <w:proofErr w:type="gramStart"/>
      <w:r>
        <w:rPr>
          <w:rFonts w:ascii="Arial" w:hAnsi="Arial"/>
        </w:rPr>
        <w:t>play</w:t>
      </w:r>
      <w:proofErr w:type="gramEnd"/>
      <w:r>
        <w:rPr>
          <w:rFonts w:ascii="Arial" w:hAnsi="Arial"/>
        </w:rPr>
        <w:t xml:space="preserve"> and we do activities. And they do this thing called pairing and that's what the pairing part is. </w:t>
      </w:r>
      <w:proofErr w:type="gramStart"/>
      <w:r>
        <w:rPr>
          <w:rFonts w:ascii="Arial" w:hAnsi="Arial"/>
        </w:rPr>
        <w:t>So</w:t>
      </w:r>
      <w:proofErr w:type="gramEnd"/>
      <w:r>
        <w:rPr>
          <w:rFonts w:ascii="Arial" w:hAnsi="Arial"/>
        </w:rPr>
        <w:t xml:space="preserve"> they'll have fun with the kid.</w:t>
      </w:r>
      <w:r>
        <w:rPr>
          <w:rFonts w:ascii="Arial" w:hAnsi="Arial"/>
        </w:rPr>
        <w:t xml:space="preserve"> And then after that, they'll use the, their favourite games to like </w:t>
      </w:r>
      <w:proofErr w:type="gramStart"/>
      <w:r>
        <w:rPr>
          <w:rFonts w:ascii="Arial" w:hAnsi="Arial"/>
        </w:rPr>
        <w:t>reinforce</w:t>
      </w:r>
      <w:proofErr w:type="gramEnd"/>
      <w:r>
        <w:rPr>
          <w:rFonts w:ascii="Arial" w:hAnsi="Arial"/>
        </w:rPr>
        <w:t xml:space="preserve">, like eye contact, or like sitting still or doing, you know, very simple tasks that maybe the child's done over and over again for an entire day. So yeah, it's really </w:t>
      </w:r>
      <w:proofErr w:type="gramStart"/>
      <w:r>
        <w:rPr>
          <w:rFonts w:ascii="Arial" w:hAnsi="Arial"/>
        </w:rPr>
        <w:t>bad</w:t>
      </w:r>
      <w:proofErr w:type="gramEnd"/>
    </w:p>
    <w:p w14:paraId="6FBEEC67" w14:textId="77777777" w:rsidR="00C765C9" w:rsidRDefault="00C765C9">
      <w:pPr>
        <w:spacing w:after="0"/>
      </w:pPr>
    </w:p>
    <w:p w14:paraId="0A800F60" w14:textId="77777777" w:rsidR="00C765C9" w:rsidRDefault="00C0551D">
      <w:pPr>
        <w:spacing w:after="0"/>
      </w:pPr>
      <w:r>
        <w:rPr>
          <w:rFonts w:ascii="Arial" w:hAnsi="Arial"/>
          <w:b/>
        </w:rPr>
        <w:t xml:space="preserve">Lucy </w:t>
      </w:r>
      <w:r>
        <w:rPr>
          <w:rFonts w:ascii="Arial" w:hAnsi="Arial"/>
          <w:b/>
        </w:rPr>
        <w:t xml:space="preserve"> </w:t>
      </w:r>
      <w:r>
        <w:rPr>
          <w:rFonts w:ascii="Arial" w:hAnsi="Arial"/>
          <w:color w:val="5D7284"/>
        </w:rPr>
        <w:t>1:14:22</w:t>
      </w:r>
    </w:p>
    <w:p w14:paraId="6DDA9556" w14:textId="77777777" w:rsidR="00C765C9" w:rsidRDefault="00C0551D">
      <w:pPr>
        <w:spacing w:after="0"/>
      </w:pPr>
      <w:r>
        <w:rPr>
          <w:rFonts w:ascii="Arial" w:hAnsi="Arial"/>
        </w:rPr>
        <w:t xml:space="preserve">in simple terms that's like sticking a very itchy to jumper on and saying, don't scratch isn't really to be </w:t>
      </w:r>
      <w:proofErr w:type="spellStart"/>
      <w:r>
        <w:rPr>
          <w:rFonts w:ascii="Arial" w:hAnsi="Arial"/>
        </w:rPr>
        <w:t>fair.I</w:t>
      </w:r>
      <w:proofErr w:type="spellEnd"/>
      <w:r>
        <w:rPr>
          <w:rFonts w:ascii="Arial" w:hAnsi="Arial"/>
        </w:rPr>
        <w:t xml:space="preserve"> mean,</w:t>
      </w:r>
    </w:p>
    <w:p w14:paraId="759FFEAC" w14:textId="77777777" w:rsidR="00C765C9" w:rsidRDefault="00C765C9">
      <w:pPr>
        <w:spacing w:after="0"/>
      </w:pPr>
    </w:p>
    <w:p w14:paraId="15FA0532" w14:textId="77777777" w:rsidR="00C765C9" w:rsidRDefault="00C0551D">
      <w:pPr>
        <w:spacing w:after="0"/>
      </w:pPr>
      <w:r>
        <w:rPr>
          <w:rFonts w:ascii="Arial" w:hAnsi="Arial"/>
          <w:b/>
        </w:rPr>
        <w:t xml:space="preserve">Ira  </w:t>
      </w:r>
      <w:r>
        <w:rPr>
          <w:rFonts w:ascii="Arial" w:hAnsi="Arial"/>
          <w:color w:val="5D7284"/>
        </w:rPr>
        <w:t>1:14:34</w:t>
      </w:r>
    </w:p>
    <w:p w14:paraId="33A61A9E" w14:textId="77777777" w:rsidR="00C765C9" w:rsidRDefault="00C0551D">
      <w:pPr>
        <w:spacing w:after="0"/>
      </w:pPr>
      <w:r>
        <w:rPr>
          <w:rFonts w:ascii="Arial" w:hAnsi="Arial"/>
        </w:rPr>
        <w:t xml:space="preserve"> </w:t>
      </w:r>
      <w:proofErr w:type="spellStart"/>
      <w:r>
        <w:rPr>
          <w:rFonts w:ascii="Arial" w:hAnsi="Arial"/>
        </w:rPr>
        <w:t>exactly.They</w:t>
      </w:r>
      <w:proofErr w:type="spellEnd"/>
      <w:r>
        <w:rPr>
          <w:rFonts w:ascii="Arial" w:hAnsi="Arial"/>
        </w:rPr>
        <w:t xml:space="preserve"> don't take into account sensory sensitivities at all, and they just ask the child to suppress their pain, like I did </w:t>
      </w:r>
      <w:proofErr w:type="gramStart"/>
      <w:r>
        <w:rPr>
          <w:rFonts w:ascii="Arial" w:hAnsi="Arial"/>
        </w:rPr>
        <w:t>growing</w:t>
      </w:r>
      <w:proofErr w:type="gramEnd"/>
      <w:r>
        <w:rPr>
          <w:rFonts w:ascii="Arial" w:hAnsi="Arial"/>
        </w:rPr>
        <w:t xml:space="preserve"> up when I was autistic. And I did that to </w:t>
      </w:r>
      <w:proofErr w:type="spellStart"/>
      <w:r>
        <w:rPr>
          <w:rFonts w:ascii="Arial" w:hAnsi="Arial"/>
        </w:rPr>
        <w:t>myself,because</w:t>
      </w:r>
      <w:proofErr w:type="spellEnd"/>
      <w:r>
        <w:rPr>
          <w:rFonts w:ascii="Arial" w:hAnsi="Arial"/>
        </w:rPr>
        <w:t xml:space="preserve"> I thought everyone did that. </w:t>
      </w:r>
    </w:p>
    <w:p w14:paraId="0657F5DF" w14:textId="77777777" w:rsidR="00C765C9" w:rsidRDefault="00C765C9">
      <w:pPr>
        <w:spacing w:after="0"/>
      </w:pPr>
    </w:p>
    <w:p w14:paraId="778010A6" w14:textId="77777777" w:rsidR="00C765C9" w:rsidRDefault="00C0551D">
      <w:pPr>
        <w:spacing w:after="0"/>
      </w:pPr>
      <w:r>
        <w:rPr>
          <w:rFonts w:ascii="Arial" w:hAnsi="Arial"/>
          <w:b/>
        </w:rPr>
        <w:t xml:space="preserve">Alice  </w:t>
      </w:r>
      <w:r>
        <w:rPr>
          <w:rFonts w:ascii="Arial" w:hAnsi="Arial"/>
          <w:color w:val="5D7284"/>
        </w:rPr>
        <w:t>1:14:47</w:t>
      </w:r>
    </w:p>
    <w:p w14:paraId="070BA9B1" w14:textId="77777777" w:rsidR="00C765C9" w:rsidRDefault="00C0551D">
      <w:pPr>
        <w:spacing w:after="0"/>
      </w:pPr>
      <w:r>
        <w:rPr>
          <w:rFonts w:ascii="Arial" w:hAnsi="Arial"/>
        </w:rPr>
        <w:t>It's like sayi</w:t>
      </w:r>
      <w:r>
        <w:rPr>
          <w:rFonts w:ascii="Arial" w:hAnsi="Arial"/>
        </w:rPr>
        <w:t xml:space="preserve">ng, Here, Alice, you can have this piece of cake if you can read this newspaper, and this time, but I physically can't read the newspaper but </w:t>
      </w:r>
      <w:proofErr w:type="spellStart"/>
      <w:r>
        <w:rPr>
          <w:rFonts w:ascii="Arial" w:hAnsi="Arial"/>
        </w:rPr>
        <w:t>i</w:t>
      </w:r>
      <w:proofErr w:type="spellEnd"/>
      <w:r>
        <w:rPr>
          <w:rFonts w:ascii="Arial" w:hAnsi="Arial"/>
        </w:rPr>
        <w:t xml:space="preserve"> really want the </w:t>
      </w:r>
      <w:proofErr w:type="gramStart"/>
      <w:r>
        <w:rPr>
          <w:rFonts w:ascii="Arial" w:hAnsi="Arial"/>
        </w:rPr>
        <w:t>cake..</w:t>
      </w:r>
      <w:proofErr w:type="gramEnd"/>
      <w:r>
        <w:rPr>
          <w:rFonts w:ascii="Arial" w:hAnsi="Arial"/>
        </w:rPr>
        <w:t xml:space="preserve"> it's just absolutely...I think one of the things that really that I can never get my head</w:t>
      </w:r>
      <w:r>
        <w:rPr>
          <w:rFonts w:ascii="Arial" w:hAnsi="Arial"/>
        </w:rPr>
        <w:t xml:space="preserve"> around is the way people cannot grasp </w:t>
      </w:r>
      <w:r>
        <w:rPr>
          <w:rFonts w:ascii="Arial" w:hAnsi="Arial"/>
        </w:rPr>
        <w:lastRenderedPageBreak/>
        <w:t xml:space="preserve">cognitive and cognitive difference and </w:t>
      </w:r>
      <w:proofErr w:type="spellStart"/>
      <w:r>
        <w:rPr>
          <w:rFonts w:ascii="Arial" w:hAnsi="Arial"/>
        </w:rPr>
        <w:t>and</w:t>
      </w:r>
      <w:proofErr w:type="spellEnd"/>
      <w:r>
        <w:rPr>
          <w:rFonts w:ascii="Arial" w:hAnsi="Arial"/>
        </w:rPr>
        <w:t xml:space="preserve"> mental impairments and illnesses are just the same as a physical or sensory impairment and you can just that I'm... My mind is blown right now.</w:t>
      </w:r>
    </w:p>
    <w:p w14:paraId="6579A8AA" w14:textId="77777777" w:rsidR="00C765C9" w:rsidRDefault="00C765C9">
      <w:pPr>
        <w:spacing w:after="0"/>
      </w:pPr>
    </w:p>
    <w:p w14:paraId="074878E6" w14:textId="77777777" w:rsidR="00C765C9" w:rsidRDefault="00C0551D">
      <w:pPr>
        <w:spacing w:after="0"/>
      </w:pPr>
      <w:r>
        <w:rPr>
          <w:rFonts w:ascii="Arial" w:hAnsi="Arial"/>
          <w:b/>
        </w:rPr>
        <w:t xml:space="preserve">Ira  </w:t>
      </w:r>
      <w:r>
        <w:rPr>
          <w:rFonts w:ascii="Arial" w:hAnsi="Arial"/>
          <w:color w:val="5D7284"/>
        </w:rPr>
        <w:t>1:15:29</w:t>
      </w:r>
    </w:p>
    <w:p w14:paraId="0252BBB1" w14:textId="77777777" w:rsidR="00C765C9" w:rsidRDefault="00C0551D">
      <w:pPr>
        <w:spacing w:after="0"/>
      </w:pPr>
      <w:r>
        <w:rPr>
          <w:rFonts w:ascii="Arial" w:hAnsi="Arial"/>
        </w:rPr>
        <w:t>I just want to m</w:t>
      </w:r>
      <w:r>
        <w:rPr>
          <w:rFonts w:ascii="Arial" w:hAnsi="Arial"/>
        </w:rPr>
        <w:t xml:space="preserve">ention they've also done this with kids with cerebral palsy to like force them to use their weak side to try to like develop skills when it causes them pain so like this is done with many disabilities and it's okay for any of disabled. </w:t>
      </w:r>
    </w:p>
    <w:p w14:paraId="3AF72841" w14:textId="77777777" w:rsidR="00C765C9" w:rsidRDefault="00C765C9">
      <w:pPr>
        <w:spacing w:after="0"/>
      </w:pPr>
    </w:p>
    <w:p w14:paraId="36D00CE0" w14:textId="77777777" w:rsidR="00C765C9" w:rsidRDefault="00C0551D">
      <w:pPr>
        <w:spacing w:after="0"/>
      </w:pPr>
      <w:r>
        <w:rPr>
          <w:rFonts w:ascii="Arial" w:hAnsi="Arial"/>
          <w:b/>
        </w:rPr>
        <w:t xml:space="preserve">Alice  </w:t>
      </w:r>
      <w:r>
        <w:rPr>
          <w:rFonts w:ascii="Arial" w:hAnsi="Arial"/>
          <w:color w:val="5D7284"/>
        </w:rPr>
        <w:t>1:15:45</w:t>
      </w:r>
    </w:p>
    <w:p w14:paraId="668AADE3" w14:textId="77777777" w:rsidR="00C765C9" w:rsidRDefault="00C0551D">
      <w:pPr>
        <w:spacing w:after="0"/>
      </w:pPr>
      <w:r>
        <w:rPr>
          <w:rFonts w:ascii="Arial" w:hAnsi="Arial"/>
        </w:rPr>
        <w:t>You</w:t>
      </w:r>
      <w:r>
        <w:rPr>
          <w:rFonts w:ascii="Arial" w:hAnsi="Arial"/>
        </w:rPr>
        <w:t xml:space="preserve"> see it with physiotherapy quite a lot isn't there that kind of forcing you to use the thing that hurts and then you're, you're considered weak You're the one who's punished because you </w:t>
      </w:r>
      <w:proofErr w:type="gramStart"/>
      <w:r>
        <w:rPr>
          <w:rFonts w:ascii="Arial" w:hAnsi="Arial"/>
        </w:rPr>
        <w:t>go</w:t>
      </w:r>
      <w:proofErr w:type="gramEnd"/>
      <w:r>
        <w:rPr>
          <w:rFonts w:ascii="Arial" w:hAnsi="Arial"/>
        </w:rPr>
        <w:t xml:space="preserve"> I can't do that</w:t>
      </w:r>
    </w:p>
    <w:p w14:paraId="713DC65D" w14:textId="77777777" w:rsidR="00C765C9" w:rsidRDefault="00C765C9">
      <w:pPr>
        <w:spacing w:after="0"/>
      </w:pPr>
    </w:p>
    <w:p w14:paraId="69EFC303" w14:textId="77777777" w:rsidR="00C765C9" w:rsidRDefault="00C0551D">
      <w:pPr>
        <w:spacing w:after="0"/>
      </w:pPr>
      <w:r>
        <w:rPr>
          <w:rFonts w:ascii="Arial" w:hAnsi="Arial"/>
          <w:b/>
        </w:rPr>
        <w:t xml:space="preserve">Lucy  </w:t>
      </w:r>
      <w:r>
        <w:rPr>
          <w:rFonts w:ascii="Arial" w:hAnsi="Arial"/>
          <w:color w:val="5D7284"/>
        </w:rPr>
        <w:t>1:15:56</w:t>
      </w:r>
    </w:p>
    <w:p w14:paraId="2E193337" w14:textId="77777777" w:rsidR="00C765C9" w:rsidRDefault="00C0551D">
      <w:pPr>
        <w:spacing w:after="0"/>
      </w:pPr>
      <w:r>
        <w:rPr>
          <w:rFonts w:ascii="Arial" w:hAnsi="Arial"/>
        </w:rPr>
        <w:t>it. I would just like to point out i</w:t>
      </w:r>
      <w:r>
        <w:rPr>
          <w:rFonts w:ascii="Arial" w:hAnsi="Arial"/>
        </w:rPr>
        <w:t>f my physiotherapist is listening, we're not talking about you. I mean, back in the think, like the First World War was down, you know, all responsibility most of the responsibility for the first world war was down to some Kaiser that was a cousin of Queen</w:t>
      </w:r>
      <w:r>
        <w:rPr>
          <w:rFonts w:ascii="Arial" w:hAnsi="Arial"/>
        </w:rPr>
        <w:t xml:space="preserve"> Victoria's or something I don't know exactly where to get the historian and onto like one he had a weak arm down one side and the royal family were just so disgusted about this weak arm situation they were given an electric shocks and tying metal </w:t>
      </w:r>
      <w:proofErr w:type="spellStart"/>
      <w:r>
        <w:rPr>
          <w:rFonts w:ascii="Arial" w:hAnsi="Arial"/>
        </w:rPr>
        <w:t>metal</w:t>
      </w:r>
      <w:proofErr w:type="spellEnd"/>
      <w:r>
        <w:rPr>
          <w:rFonts w:ascii="Arial" w:hAnsi="Arial"/>
        </w:rPr>
        <w:t xml:space="preserve"> ca</w:t>
      </w:r>
      <w:r>
        <w:rPr>
          <w:rFonts w:ascii="Arial" w:hAnsi="Arial"/>
        </w:rPr>
        <w:t xml:space="preserve">ges to his head to make him stand up straight and stuff. And </w:t>
      </w:r>
      <w:proofErr w:type="gramStart"/>
      <w:r>
        <w:rPr>
          <w:rFonts w:ascii="Arial" w:hAnsi="Arial"/>
        </w:rPr>
        <w:t>so</w:t>
      </w:r>
      <w:proofErr w:type="gramEnd"/>
      <w:r>
        <w:rPr>
          <w:rFonts w:ascii="Arial" w:hAnsi="Arial"/>
        </w:rPr>
        <w:t xml:space="preserve"> it's the same sort of thing when</w:t>
      </w:r>
    </w:p>
    <w:p w14:paraId="17CE98C1" w14:textId="77777777" w:rsidR="00C765C9" w:rsidRDefault="00C765C9">
      <w:pPr>
        <w:spacing w:after="0"/>
      </w:pPr>
    </w:p>
    <w:p w14:paraId="6BC6DA6F" w14:textId="77777777" w:rsidR="00C765C9" w:rsidRDefault="00C0551D">
      <w:pPr>
        <w:spacing w:after="0"/>
      </w:pPr>
      <w:r>
        <w:rPr>
          <w:rFonts w:ascii="Arial" w:hAnsi="Arial"/>
          <w:b/>
        </w:rPr>
        <w:t xml:space="preserve">Alice  </w:t>
      </w:r>
      <w:r>
        <w:rPr>
          <w:rFonts w:ascii="Arial" w:hAnsi="Arial"/>
          <w:color w:val="5D7284"/>
        </w:rPr>
        <w:t>1:16:42</w:t>
      </w:r>
    </w:p>
    <w:p w14:paraId="46B6C89D" w14:textId="77777777" w:rsidR="00C765C9" w:rsidRDefault="00C0551D">
      <w:pPr>
        <w:spacing w:after="0"/>
      </w:pPr>
      <w:r>
        <w:rPr>
          <w:rFonts w:ascii="Arial" w:hAnsi="Arial"/>
        </w:rPr>
        <w:t>you consider what you know what the Royals are expected to do. Just you get us the other arm to wave.</w:t>
      </w:r>
    </w:p>
    <w:p w14:paraId="6D3B0546" w14:textId="77777777" w:rsidR="00C765C9" w:rsidRDefault="00C765C9">
      <w:pPr>
        <w:spacing w:after="0"/>
      </w:pPr>
    </w:p>
    <w:p w14:paraId="0C465142" w14:textId="77777777" w:rsidR="00C765C9" w:rsidRDefault="00C0551D">
      <w:pPr>
        <w:spacing w:after="0"/>
      </w:pPr>
      <w:r>
        <w:rPr>
          <w:rFonts w:ascii="Arial" w:hAnsi="Arial"/>
          <w:b/>
        </w:rPr>
        <w:t xml:space="preserve">Lucy  </w:t>
      </w:r>
      <w:r>
        <w:rPr>
          <w:rFonts w:ascii="Arial" w:hAnsi="Arial"/>
          <w:color w:val="5D7284"/>
        </w:rPr>
        <w:t>1:16:51</w:t>
      </w:r>
    </w:p>
    <w:p w14:paraId="00A80A27" w14:textId="77777777" w:rsidR="00C765C9" w:rsidRDefault="00C0551D">
      <w:pPr>
        <w:spacing w:after="0"/>
      </w:pPr>
      <w:r>
        <w:rPr>
          <w:rFonts w:ascii="Arial" w:hAnsi="Arial"/>
        </w:rPr>
        <w:t>Like when they took pictur</w:t>
      </w:r>
      <w:r>
        <w:rPr>
          <w:rFonts w:ascii="Arial" w:hAnsi="Arial"/>
        </w:rPr>
        <w:t xml:space="preserve">es of in there without hiding his arm, so like he was stood next to a rocking horse with his </w:t>
      </w:r>
      <w:proofErr w:type="spellStart"/>
      <w:r>
        <w:rPr>
          <w:rFonts w:ascii="Arial" w:hAnsi="Arial"/>
        </w:rPr>
        <w:t>his</w:t>
      </w:r>
      <w:proofErr w:type="spellEnd"/>
      <w:r>
        <w:rPr>
          <w:rFonts w:ascii="Arial" w:hAnsi="Arial"/>
        </w:rPr>
        <w:t xml:space="preserve"> arm hidden and stuff, and it's, you can kind of go well, I can kind of see why he had a bit of He had issues because you're constantly giving him electric shoc</w:t>
      </w:r>
      <w:r>
        <w:rPr>
          <w:rFonts w:ascii="Arial" w:hAnsi="Arial"/>
        </w:rPr>
        <w:t xml:space="preserve">ks in his weak arm and that kind of thing. </w:t>
      </w:r>
    </w:p>
    <w:p w14:paraId="499A1DFC" w14:textId="77777777" w:rsidR="00C765C9" w:rsidRDefault="00C765C9">
      <w:pPr>
        <w:spacing w:after="0"/>
      </w:pPr>
    </w:p>
    <w:p w14:paraId="387D1FA5" w14:textId="77777777" w:rsidR="00C765C9" w:rsidRDefault="00C0551D">
      <w:pPr>
        <w:spacing w:after="0"/>
      </w:pPr>
      <w:r>
        <w:rPr>
          <w:rFonts w:ascii="Arial" w:hAnsi="Arial"/>
          <w:b/>
        </w:rPr>
        <w:t xml:space="preserve">Alice  </w:t>
      </w:r>
      <w:r>
        <w:rPr>
          <w:rFonts w:ascii="Arial" w:hAnsi="Arial"/>
          <w:color w:val="5D7284"/>
        </w:rPr>
        <w:t>1:17:09</w:t>
      </w:r>
    </w:p>
    <w:p w14:paraId="3333CCBE" w14:textId="77777777" w:rsidR="00C765C9" w:rsidRDefault="00C0551D">
      <w:pPr>
        <w:spacing w:after="0"/>
      </w:pPr>
      <w:r>
        <w:rPr>
          <w:rFonts w:ascii="Arial" w:hAnsi="Arial"/>
        </w:rPr>
        <w:t>It's, it's, it's ridiculous that, you know that that was the 1900s. And that's how they were treating people. And yet, we are still using the same kind of barbaric, so called treatment for it.</w:t>
      </w:r>
    </w:p>
    <w:p w14:paraId="654259A8" w14:textId="77777777" w:rsidR="00C765C9" w:rsidRDefault="00C765C9">
      <w:pPr>
        <w:spacing w:after="0"/>
      </w:pPr>
    </w:p>
    <w:p w14:paraId="3D766A8F" w14:textId="77777777" w:rsidR="00C765C9" w:rsidRDefault="00C0551D">
      <w:pPr>
        <w:spacing w:after="0"/>
      </w:pPr>
      <w:r>
        <w:rPr>
          <w:rFonts w:ascii="Arial" w:hAnsi="Arial"/>
          <w:b/>
        </w:rPr>
        <w:t xml:space="preserve">Ira  </w:t>
      </w:r>
      <w:r>
        <w:rPr>
          <w:rFonts w:ascii="Arial" w:hAnsi="Arial"/>
          <w:color w:val="5D7284"/>
        </w:rPr>
        <w:t>1:17:26</w:t>
      </w:r>
    </w:p>
    <w:p w14:paraId="02E2B257" w14:textId="77777777" w:rsidR="00C765C9" w:rsidRDefault="00C0551D">
      <w:pPr>
        <w:spacing w:after="0"/>
      </w:pPr>
      <w:r>
        <w:rPr>
          <w:rFonts w:ascii="Arial" w:hAnsi="Arial"/>
        </w:rPr>
        <w:t xml:space="preserve">I wanted to mention about electric shocks. And again, this, I'm </w:t>
      </w:r>
      <w:proofErr w:type="spellStart"/>
      <w:r>
        <w:rPr>
          <w:rFonts w:ascii="Arial" w:hAnsi="Arial"/>
        </w:rPr>
        <w:t>gonna</w:t>
      </w:r>
      <w:proofErr w:type="spellEnd"/>
      <w:r>
        <w:rPr>
          <w:rFonts w:ascii="Arial" w:hAnsi="Arial"/>
        </w:rPr>
        <w:t xml:space="preserve"> say trigger warning recording about this, because I want to mention the Judge Rotenberg </w:t>
      </w:r>
      <w:proofErr w:type="spellStart"/>
      <w:r>
        <w:rPr>
          <w:rFonts w:ascii="Arial" w:hAnsi="Arial"/>
        </w:rPr>
        <w:t>centre</w:t>
      </w:r>
      <w:proofErr w:type="spellEnd"/>
      <w:r>
        <w:rPr>
          <w:rFonts w:ascii="Arial" w:hAnsi="Arial"/>
        </w:rPr>
        <w:t xml:space="preserve">. And this </w:t>
      </w:r>
      <w:proofErr w:type="spellStart"/>
      <w:r>
        <w:rPr>
          <w:rFonts w:ascii="Arial" w:hAnsi="Arial"/>
        </w:rPr>
        <w:t>centre</w:t>
      </w:r>
      <w:proofErr w:type="spellEnd"/>
      <w:r>
        <w:rPr>
          <w:rFonts w:ascii="Arial" w:hAnsi="Arial"/>
        </w:rPr>
        <w:t xml:space="preserve"> has been in </w:t>
      </w:r>
      <w:proofErr w:type="spellStart"/>
      <w:r>
        <w:rPr>
          <w:rFonts w:ascii="Arial" w:hAnsi="Arial"/>
        </w:rPr>
        <w:t>it's</w:t>
      </w:r>
      <w:proofErr w:type="spellEnd"/>
      <w:r>
        <w:rPr>
          <w:rFonts w:ascii="Arial" w:hAnsi="Arial"/>
        </w:rPr>
        <w:t xml:space="preserve"> I'm not sure if they've stopped doing it. Bu</w:t>
      </w:r>
      <w:r>
        <w:rPr>
          <w:rFonts w:ascii="Arial" w:hAnsi="Arial"/>
        </w:rPr>
        <w:t xml:space="preserve">t the FDA just this last year has banned an electric shock device that they used. And they had backpacks on sick adults and children as well as, as well as like people with intellectual disability in their </w:t>
      </w:r>
      <w:proofErr w:type="spellStart"/>
      <w:r>
        <w:rPr>
          <w:rFonts w:ascii="Arial" w:hAnsi="Arial"/>
        </w:rPr>
        <w:t>centre</w:t>
      </w:r>
      <w:proofErr w:type="spellEnd"/>
      <w:r>
        <w:rPr>
          <w:rFonts w:ascii="Arial" w:hAnsi="Arial"/>
        </w:rPr>
        <w:t xml:space="preserve">. And the ABA board never spoke out against </w:t>
      </w:r>
      <w:r>
        <w:rPr>
          <w:rFonts w:ascii="Arial" w:hAnsi="Arial"/>
        </w:rPr>
        <w:t xml:space="preserve">this practice. And it was created by Eva. </w:t>
      </w:r>
      <w:proofErr w:type="spellStart"/>
      <w:r>
        <w:rPr>
          <w:rFonts w:ascii="Arial" w:hAnsi="Arial"/>
        </w:rPr>
        <w:t>Lavass</w:t>
      </w:r>
      <w:proofErr w:type="spellEnd"/>
      <w:r>
        <w:rPr>
          <w:rFonts w:ascii="Arial" w:hAnsi="Arial"/>
        </w:rPr>
        <w:t xml:space="preserve"> who made these backpacks. And that's why it was grandfathered into the FDA so that it was already approved as a design. And that's the only reason they </w:t>
      </w:r>
      <w:proofErr w:type="gramStart"/>
      <w:r>
        <w:rPr>
          <w:rFonts w:ascii="Arial" w:hAnsi="Arial"/>
        </w:rPr>
        <w:t>were allowed to</w:t>
      </w:r>
      <w:proofErr w:type="gramEnd"/>
      <w:r>
        <w:rPr>
          <w:rFonts w:ascii="Arial" w:hAnsi="Arial"/>
        </w:rPr>
        <w:t xml:space="preserve"> use </w:t>
      </w:r>
      <w:r>
        <w:rPr>
          <w:rFonts w:ascii="Arial" w:hAnsi="Arial"/>
        </w:rPr>
        <w:lastRenderedPageBreak/>
        <w:t xml:space="preserve">it. And it took so many disability </w:t>
      </w:r>
      <w:r>
        <w:rPr>
          <w:rFonts w:ascii="Arial" w:hAnsi="Arial"/>
        </w:rPr>
        <w:t xml:space="preserve">activists and people working behind the scenes to get this band. And </w:t>
      </w:r>
      <w:proofErr w:type="gramStart"/>
      <w:r>
        <w:rPr>
          <w:rFonts w:ascii="Arial" w:hAnsi="Arial"/>
        </w:rPr>
        <w:t>they</w:t>
      </w:r>
      <w:proofErr w:type="gramEnd"/>
      <w:r>
        <w:rPr>
          <w:rFonts w:ascii="Arial" w:hAnsi="Arial"/>
        </w:rPr>
        <w:t xml:space="preserve"> just I think they just stopped had to stop using it like last summer or something.</w:t>
      </w:r>
    </w:p>
    <w:p w14:paraId="4DE06488" w14:textId="77777777" w:rsidR="00C765C9" w:rsidRDefault="00C765C9">
      <w:pPr>
        <w:spacing w:after="0"/>
      </w:pPr>
    </w:p>
    <w:p w14:paraId="347DA6B4" w14:textId="77777777" w:rsidR="00C765C9" w:rsidRDefault="00C0551D">
      <w:pPr>
        <w:spacing w:after="0"/>
      </w:pPr>
      <w:r>
        <w:rPr>
          <w:rFonts w:ascii="Arial" w:hAnsi="Arial"/>
          <w:b/>
        </w:rPr>
        <w:t xml:space="preserve">Lucy  </w:t>
      </w:r>
      <w:r>
        <w:rPr>
          <w:rFonts w:ascii="Arial" w:hAnsi="Arial"/>
          <w:color w:val="5D7284"/>
        </w:rPr>
        <w:t>1:18:38</w:t>
      </w:r>
    </w:p>
    <w:p w14:paraId="53710415" w14:textId="77777777" w:rsidR="00C765C9" w:rsidRDefault="00C0551D">
      <w:pPr>
        <w:spacing w:after="0"/>
      </w:pPr>
      <w:r>
        <w:rPr>
          <w:rFonts w:ascii="Arial" w:hAnsi="Arial"/>
        </w:rPr>
        <w:t>Oh my god,</w:t>
      </w:r>
    </w:p>
    <w:p w14:paraId="31B6786A" w14:textId="77777777" w:rsidR="00C765C9" w:rsidRDefault="00C765C9">
      <w:pPr>
        <w:spacing w:after="0"/>
      </w:pPr>
    </w:p>
    <w:p w14:paraId="40364BBB" w14:textId="77777777" w:rsidR="00C765C9" w:rsidRDefault="00C0551D">
      <w:pPr>
        <w:spacing w:after="0"/>
      </w:pPr>
      <w:r>
        <w:rPr>
          <w:rFonts w:ascii="Arial" w:hAnsi="Arial"/>
          <w:b/>
        </w:rPr>
        <w:t xml:space="preserve">Ira  </w:t>
      </w:r>
      <w:r>
        <w:rPr>
          <w:rFonts w:ascii="Arial" w:hAnsi="Arial"/>
          <w:color w:val="5D7284"/>
        </w:rPr>
        <w:t>1:18:39</w:t>
      </w:r>
    </w:p>
    <w:p w14:paraId="7E041ADF" w14:textId="77777777" w:rsidR="00C765C9" w:rsidRDefault="00C0551D">
      <w:pPr>
        <w:spacing w:after="0"/>
      </w:pPr>
      <w:r>
        <w:rPr>
          <w:rFonts w:ascii="Arial" w:hAnsi="Arial"/>
        </w:rPr>
        <w:t>I'm so No, No, it's um...</w:t>
      </w:r>
    </w:p>
    <w:p w14:paraId="7E87EA53" w14:textId="77777777" w:rsidR="00C765C9" w:rsidRDefault="00C765C9">
      <w:pPr>
        <w:spacing w:after="0"/>
      </w:pPr>
    </w:p>
    <w:p w14:paraId="3F35622C" w14:textId="77777777" w:rsidR="00C765C9" w:rsidRDefault="00C0551D">
      <w:pPr>
        <w:spacing w:after="0"/>
      </w:pPr>
      <w:r>
        <w:rPr>
          <w:rFonts w:ascii="Arial" w:hAnsi="Arial"/>
          <w:b/>
        </w:rPr>
        <w:t xml:space="preserve">Alice  </w:t>
      </w:r>
      <w:r>
        <w:rPr>
          <w:rFonts w:ascii="Arial" w:hAnsi="Arial"/>
          <w:color w:val="5D7284"/>
        </w:rPr>
        <w:t>1:18:46</w:t>
      </w:r>
    </w:p>
    <w:p w14:paraId="7E03FABC" w14:textId="77777777" w:rsidR="00C765C9" w:rsidRDefault="00C0551D">
      <w:pPr>
        <w:spacing w:after="0"/>
      </w:pPr>
      <w:r>
        <w:rPr>
          <w:rFonts w:ascii="Arial" w:hAnsi="Arial"/>
        </w:rPr>
        <w:t xml:space="preserve">It's </w:t>
      </w:r>
      <w:r>
        <w:rPr>
          <w:rFonts w:ascii="Arial" w:hAnsi="Arial"/>
        </w:rPr>
        <w:t xml:space="preserve">important, as I think to talk about these things and raise these things as issues because, you know, you hear about things like that. And you think, Well, you know, nobody will have been doing anything like that since the </w:t>
      </w:r>
      <w:proofErr w:type="spellStart"/>
      <w:r>
        <w:rPr>
          <w:rFonts w:ascii="Arial" w:hAnsi="Arial"/>
        </w:rPr>
        <w:t>mid 60s</w:t>
      </w:r>
      <w:proofErr w:type="spellEnd"/>
      <w:r>
        <w:rPr>
          <w:rFonts w:ascii="Arial" w:hAnsi="Arial"/>
        </w:rPr>
        <w:t>. It's 2021</w:t>
      </w:r>
    </w:p>
    <w:p w14:paraId="79B70CCF" w14:textId="77777777" w:rsidR="00C765C9" w:rsidRDefault="00C765C9">
      <w:pPr>
        <w:spacing w:after="0"/>
      </w:pPr>
    </w:p>
    <w:p w14:paraId="7E734D9E" w14:textId="77777777" w:rsidR="00C765C9" w:rsidRDefault="00C0551D">
      <w:pPr>
        <w:spacing w:after="0"/>
      </w:pPr>
      <w:r>
        <w:rPr>
          <w:rFonts w:ascii="Arial" w:hAnsi="Arial"/>
          <w:b/>
        </w:rPr>
        <w:t xml:space="preserve">Ira  </w:t>
      </w:r>
      <w:r>
        <w:rPr>
          <w:rFonts w:ascii="Arial" w:hAnsi="Arial"/>
          <w:color w:val="5D7284"/>
        </w:rPr>
        <w:t>1:19:06</w:t>
      </w:r>
    </w:p>
    <w:p w14:paraId="2875A04F" w14:textId="77777777" w:rsidR="00C765C9" w:rsidRDefault="00C0551D">
      <w:pPr>
        <w:spacing w:after="0"/>
      </w:pPr>
      <w:proofErr w:type="spellStart"/>
      <w:r>
        <w:rPr>
          <w:rFonts w:ascii="Arial" w:hAnsi="Arial"/>
        </w:rPr>
        <w:t>h</w:t>
      </w:r>
      <w:r>
        <w:rPr>
          <w:rFonts w:ascii="Arial" w:hAnsi="Arial"/>
        </w:rPr>
        <w:t>umanised</w:t>
      </w:r>
      <w:proofErr w:type="spellEnd"/>
      <w:r>
        <w:rPr>
          <w:rFonts w:ascii="Arial" w:hAnsi="Arial"/>
        </w:rPr>
        <w:t xml:space="preserve"> autistic people are in it, especially in the US, I guess. I don't know, it was in the US.</w:t>
      </w:r>
    </w:p>
    <w:p w14:paraId="4393BE8E" w14:textId="77777777" w:rsidR="00C765C9" w:rsidRDefault="00C765C9">
      <w:pPr>
        <w:spacing w:after="0"/>
      </w:pPr>
    </w:p>
    <w:p w14:paraId="16022ED9" w14:textId="77777777" w:rsidR="00C765C9" w:rsidRDefault="00C0551D">
      <w:pPr>
        <w:spacing w:after="0"/>
      </w:pPr>
      <w:r>
        <w:rPr>
          <w:rFonts w:ascii="Arial" w:hAnsi="Arial"/>
          <w:b/>
        </w:rPr>
        <w:t xml:space="preserve">Alice  </w:t>
      </w:r>
      <w:r>
        <w:rPr>
          <w:rFonts w:ascii="Arial" w:hAnsi="Arial"/>
          <w:color w:val="5D7284"/>
        </w:rPr>
        <w:t>1:19:13</w:t>
      </w:r>
    </w:p>
    <w:p w14:paraId="6CCBE577" w14:textId="77777777" w:rsidR="00C765C9" w:rsidRDefault="00C0551D">
      <w:pPr>
        <w:spacing w:after="0"/>
      </w:pPr>
      <w:r>
        <w:rPr>
          <w:rFonts w:ascii="Arial" w:hAnsi="Arial"/>
        </w:rPr>
        <w:t xml:space="preserve">I can remember when I was a </w:t>
      </w:r>
      <w:proofErr w:type="gramStart"/>
      <w:r>
        <w:rPr>
          <w:rFonts w:ascii="Arial" w:hAnsi="Arial"/>
        </w:rPr>
        <w:t>teenager</w:t>
      </w:r>
      <w:proofErr w:type="gramEnd"/>
      <w:r>
        <w:rPr>
          <w:rFonts w:ascii="Arial" w:hAnsi="Arial"/>
        </w:rPr>
        <w:t xml:space="preserve"> and we had a pet dog who used to bark whenever anybody walked past the end of the driveway. And I rememb</w:t>
      </w:r>
      <w:r>
        <w:rPr>
          <w:rFonts w:ascii="Arial" w:hAnsi="Arial"/>
        </w:rPr>
        <w:t xml:space="preserve">er going on the internet to being to be like, what can I do because people walk past, </w:t>
      </w:r>
      <w:proofErr w:type="gramStart"/>
      <w:r>
        <w:rPr>
          <w:rFonts w:ascii="Arial" w:hAnsi="Arial"/>
        </w:rPr>
        <w:t>You</w:t>
      </w:r>
      <w:proofErr w:type="gramEnd"/>
      <w:r>
        <w:rPr>
          <w:rFonts w:ascii="Arial" w:hAnsi="Arial"/>
        </w:rPr>
        <w:t xml:space="preserve"> know, we lived on a busy street people walking past four o'clock in the morning and he was just barking like and you'd have to get up and calm him down. You'd have to</w:t>
      </w:r>
      <w:r>
        <w:rPr>
          <w:rFonts w:ascii="Arial" w:hAnsi="Arial"/>
        </w:rPr>
        <w:t xml:space="preserve"> show him the front door show him there was nobody there. And I can remember reading that, you know, you can get </w:t>
      </w:r>
      <w:proofErr w:type="gramStart"/>
      <w:r>
        <w:rPr>
          <w:rFonts w:ascii="Arial" w:hAnsi="Arial"/>
        </w:rPr>
        <w:t>shock</w:t>
      </w:r>
      <w:proofErr w:type="gramEnd"/>
      <w:r>
        <w:rPr>
          <w:rFonts w:ascii="Arial" w:hAnsi="Arial"/>
        </w:rPr>
        <w:t xml:space="preserve"> collars and you can even you can get </w:t>
      </w:r>
      <w:proofErr w:type="spellStart"/>
      <w:r>
        <w:rPr>
          <w:rFonts w:ascii="Arial" w:hAnsi="Arial"/>
        </w:rPr>
        <w:t>get</w:t>
      </w:r>
      <w:proofErr w:type="spellEnd"/>
      <w:r>
        <w:rPr>
          <w:rFonts w:ascii="Arial" w:hAnsi="Arial"/>
        </w:rPr>
        <w:t xml:space="preserve"> these dog collars that spray an unpleasant smell up your dog's nose. It's basically when they ba</w:t>
      </w:r>
      <w:r>
        <w:rPr>
          <w:rFonts w:ascii="Arial" w:hAnsi="Arial"/>
        </w:rPr>
        <w:t xml:space="preserve">rk and I was like, that's all for all the dogs doing is barking and you want me to spray a bad smell up their nose? </w:t>
      </w:r>
      <w:proofErr w:type="spellStart"/>
      <w:r>
        <w:rPr>
          <w:rFonts w:ascii="Arial" w:hAnsi="Arial"/>
        </w:rPr>
        <w:t>Nevermind</w:t>
      </w:r>
      <w:proofErr w:type="spellEnd"/>
      <w:r>
        <w:rPr>
          <w:rFonts w:ascii="Arial" w:hAnsi="Arial"/>
        </w:rPr>
        <w:t xml:space="preserve">, an electric collar, </w:t>
      </w:r>
      <w:proofErr w:type="spellStart"/>
      <w:r>
        <w:rPr>
          <w:rFonts w:ascii="Arial" w:hAnsi="Arial"/>
        </w:rPr>
        <w:t>nevermind</w:t>
      </w:r>
      <w:proofErr w:type="spellEnd"/>
      <w:r>
        <w:rPr>
          <w:rFonts w:ascii="Arial" w:hAnsi="Arial"/>
        </w:rPr>
        <w:t xml:space="preserve"> an electric collar on a human being, it's </w:t>
      </w:r>
      <w:proofErr w:type="gramStart"/>
      <w:r>
        <w:rPr>
          <w:rFonts w:ascii="Arial" w:hAnsi="Arial"/>
        </w:rPr>
        <w:t>just</w:t>
      </w:r>
      <w:proofErr w:type="gramEnd"/>
      <w:r>
        <w:rPr>
          <w:rFonts w:ascii="Arial" w:hAnsi="Arial"/>
        </w:rPr>
        <w:t xml:space="preserve"> </w:t>
      </w:r>
    </w:p>
    <w:p w14:paraId="652EEDA1" w14:textId="77777777" w:rsidR="00C765C9" w:rsidRDefault="00C765C9">
      <w:pPr>
        <w:spacing w:after="0"/>
      </w:pPr>
    </w:p>
    <w:p w14:paraId="545F2CCD" w14:textId="77777777" w:rsidR="00C765C9" w:rsidRDefault="00C0551D">
      <w:pPr>
        <w:spacing w:after="0"/>
      </w:pPr>
      <w:r>
        <w:rPr>
          <w:rFonts w:ascii="Arial" w:hAnsi="Arial"/>
          <w:b/>
        </w:rPr>
        <w:t xml:space="preserve">Lucy  </w:t>
      </w:r>
      <w:r>
        <w:rPr>
          <w:rFonts w:ascii="Arial" w:hAnsi="Arial"/>
          <w:color w:val="5D7284"/>
        </w:rPr>
        <w:t>1:20:17</w:t>
      </w:r>
    </w:p>
    <w:p w14:paraId="6246A337" w14:textId="77777777" w:rsidR="00C765C9" w:rsidRDefault="00C0551D">
      <w:pPr>
        <w:spacing w:after="0"/>
      </w:pPr>
      <w:r>
        <w:rPr>
          <w:rFonts w:ascii="Arial" w:hAnsi="Arial"/>
        </w:rPr>
        <w:t>Horrific</w:t>
      </w:r>
    </w:p>
    <w:p w14:paraId="4AF060A7" w14:textId="77777777" w:rsidR="00C765C9" w:rsidRDefault="00C765C9">
      <w:pPr>
        <w:spacing w:after="0"/>
      </w:pPr>
    </w:p>
    <w:p w14:paraId="02B8C12F" w14:textId="77777777" w:rsidR="00C765C9" w:rsidRDefault="00C0551D">
      <w:pPr>
        <w:spacing w:after="0"/>
      </w:pPr>
      <w:r>
        <w:rPr>
          <w:rFonts w:ascii="Arial" w:hAnsi="Arial"/>
          <w:b/>
        </w:rPr>
        <w:t xml:space="preserve">Alice  </w:t>
      </w:r>
      <w:r>
        <w:rPr>
          <w:rFonts w:ascii="Arial" w:hAnsi="Arial"/>
          <w:color w:val="5D7284"/>
        </w:rPr>
        <w:t>1:20:20</w:t>
      </w:r>
    </w:p>
    <w:p w14:paraId="04D7EBBD" w14:textId="77777777" w:rsidR="00C765C9" w:rsidRDefault="00C0551D">
      <w:pPr>
        <w:spacing w:after="0"/>
      </w:pPr>
      <w:r>
        <w:rPr>
          <w:rFonts w:ascii="Arial" w:hAnsi="Arial"/>
        </w:rPr>
        <w:t>Have we sli</w:t>
      </w:r>
      <w:r>
        <w:rPr>
          <w:rFonts w:ascii="Arial" w:hAnsi="Arial"/>
        </w:rPr>
        <w:t xml:space="preserve">pped into </w:t>
      </w:r>
      <w:proofErr w:type="gramStart"/>
      <w:r>
        <w:rPr>
          <w:rFonts w:ascii="Arial" w:hAnsi="Arial"/>
        </w:rPr>
        <w:t>some kind of alternative</w:t>
      </w:r>
      <w:proofErr w:type="gramEnd"/>
      <w:r>
        <w:rPr>
          <w:rFonts w:ascii="Arial" w:hAnsi="Arial"/>
        </w:rPr>
        <w:t xml:space="preserve"> universe where the Nazis won? Is that happened and I just didn't know. Because I can't. I cannot comprehend how we could live in a </w:t>
      </w:r>
      <w:proofErr w:type="gramStart"/>
      <w:r>
        <w:rPr>
          <w:rFonts w:ascii="Arial" w:hAnsi="Arial"/>
        </w:rPr>
        <w:t>so called</w:t>
      </w:r>
      <w:proofErr w:type="gramEnd"/>
      <w:r>
        <w:rPr>
          <w:rFonts w:ascii="Arial" w:hAnsi="Arial"/>
        </w:rPr>
        <w:t xml:space="preserve"> democracy, you know? And Oh, Jesus fucking Christ.</w:t>
      </w:r>
    </w:p>
    <w:p w14:paraId="6A7B65F6" w14:textId="77777777" w:rsidR="00C765C9" w:rsidRDefault="00C765C9">
      <w:pPr>
        <w:spacing w:after="0"/>
      </w:pPr>
    </w:p>
    <w:p w14:paraId="1B0376F6" w14:textId="77777777" w:rsidR="00C765C9" w:rsidRDefault="00C0551D">
      <w:pPr>
        <w:spacing w:after="0"/>
      </w:pPr>
      <w:r>
        <w:rPr>
          <w:rFonts w:ascii="Arial" w:hAnsi="Arial"/>
          <w:b/>
        </w:rPr>
        <w:t xml:space="preserve">Ira  </w:t>
      </w:r>
      <w:r>
        <w:rPr>
          <w:rFonts w:ascii="Arial" w:hAnsi="Arial"/>
          <w:color w:val="5D7284"/>
        </w:rPr>
        <w:t>1:20:42</w:t>
      </w:r>
    </w:p>
    <w:p w14:paraId="6EF7756F" w14:textId="77777777" w:rsidR="00C765C9" w:rsidRDefault="00C0551D">
      <w:pPr>
        <w:spacing w:after="0"/>
      </w:pPr>
      <w:r>
        <w:rPr>
          <w:rFonts w:ascii="Arial" w:hAnsi="Arial"/>
        </w:rPr>
        <w:t xml:space="preserve">I also, I just </w:t>
      </w:r>
      <w:r>
        <w:rPr>
          <w:rFonts w:ascii="Arial" w:hAnsi="Arial"/>
        </w:rPr>
        <w:t xml:space="preserve">want to if anyone is interested in learning more about ABA after this podcast and how abusive it is, and </w:t>
      </w:r>
      <w:proofErr w:type="spellStart"/>
      <w:r>
        <w:rPr>
          <w:rFonts w:ascii="Arial" w:hAnsi="Arial"/>
        </w:rPr>
        <w:t>traumatising</w:t>
      </w:r>
      <w:proofErr w:type="spellEnd"/>
      <w:r>
        <w:rPr>
          <w:rFonts w:ascii="Arial" w:hAnsi="Arial"/>
        </w:rPr>
        <w:t xml:space="preserve"> it is, feel free to check out the neuro clastic website. And if you just type in ABA, in the search bar, you will find many articles about</w:t>
      </w:r>
      <w:r>
        <w:rPr>
          <w:rFonts w:ascii="Arial" w:hAnsi="Arial"/>
        </w:rPr>
        <w:t xml:space="preserve"> people's experiences and why </w:t>
      </w:r>
      <w:proofErr w:type="spellStart"/>
      <w:r>
        <w:rPr>
          <w:rFonts w:ascii="Arial" w:hAnsi="Arial"/>
        </w:rPr>
        <w:t>it'snot</w:t>
      </w:r>
      <w:proofErr w:type="spellEnd"/>
      <w:r>
        <w:rPr>
          <w:rFonts w:ascii="Arial" w:hAnsi="Arial"/>
        </w:rPr>
        <w:t xml:space="preserve"> good. </w:t>
      </w:r>
    </w:p>
    <w:p w14:paraId="26611AC3" w14:textId="77777777" w:rsidR="00C765C9" w:rsidRDefault="00C765C9">
      <w:pPr>
        <w:spacing w:after="0"/>
      </w:pPr>
    </w:p>
    <w:p w14:paraId="764C72FE" w14:textId="77777777" w:rsidR="00C765C9" w:rsidRDefault="00C0551D">
      <w:pPr>
        <w:spacing w:after="0"/>
      </w:pPr>
      <w:r>
        <w:rPr>
          <w:rFonts w:ascii="Arial" w:hAnsi="Arial"/>
          <w:b/>
        </w:rPr>
        <w:t xml:space="preserve">Alice  </w:t>
      </w:r>
      <w:r>
        <w:rPr>
          <w:rFonts w:ascii="Arial" w:hAnsi="Arial"/>
          <w:color w:val="5D7284"/>
        </w:rPr>
        <w:t>1:21:02</w:t>
      </w:r>
    </w:p>
    <w:p w14:paraId="6DE47767" w14:textId="77777777" w:rsidR="00C765C9" w:rsidRDefault="00C0551D">
      <w:pPr>
        <w:spacing w:after="0"/>
      </w:pPr>
      <w:r>
        <w:rPr>
          <w:rFonts w:ascii="Arial" w:hAnsi="Arial"/>
        </w:rPr>
        <w:t xml:space="preserve">And we will put </w:t>
      </w:r>
      <w:proofErr w:type="gramStart"/>
      <w:r>
        <w:rPr>
          <w:rFonts w:ascii="Arial" w:hAnsi="Arial"/>
        </w:rPr>
        <w:t>all of</w:t>
      </w:r>
      <w:proofErr w:type="gramEnd"/>
      <w:r>
        <w:rPr>
          <w:rFonts w:ascii="Arial" w:hAnsi="Arial"/>
        </w:rPr>
        <w:t xml:space="preserve"> our sources on our website guys,</w:t>
      </w:r>
    </w:p>
    <w:p w14:paraId="70C59171" w14:textId="77777777" w:rsidR="00C765C9" w:rsidRDefault="00C765C9">
      <w:pPr>
        <w:spacing w:after="0"/>
      </w:pPr>
    </w:p>
    <w:p w14:paraId="666992F6" w14:textId="77777777" w:rsidR="00C765C9" w:rsidRDefault="00C0551D">
      <w:pPr>
        <w:spacing w:after="0"/>
      </w:pPr>
      <w:r>
        <w:rPr>
          <w:rFonts w:ascii="Arial" w:hAnsi="Arial"/>
          <w:b/>
        </w:rPr>
        <w:lastRenderedPageBreak/>
        <w:t xml:space="preserve">Ira  </w:t>
      </w:r>
      <w:r>
        <w:rPr>
          <w:rFonts w:ascii="Arial" w:hAnsi="Arial"/>
          <w:color w:val="5D7284"/>
        </w:rPr>
        <w:t>1:21:06</w:t>
      </w:r>
    </w:p>
    <w:p w14:paraId="7B37CB65" w14:textId="77777777" w:rsidR="00C765C9" w:rsidRDefault="00C0551D">
      <w:pPr>
        <w:spacing w:after="0"/>
      </w:pPr>
      <w:r>
        <w:rPr>
          <w:rFonts w:ascii="Arial" w:hAnsi="Arial"/>
        </w:rPr>
        <w:t>And therapists will tell you that there's good ABA now and it has changed. And it may look okay, but the investments are usin</w:t>
      </w:r>
      <w:r>
        <w:rPr>
          <w:rFonts w:ascii="Arial" w:hAnsi="Arial"/>
        </w:rPr>
        <w:t>g is still like forcing an autistic person to mask like even if it looks like they're enjoying their, you know, sticker they got or whatever, you know, it's like just because that autistic person looks happy doesn't mean what is going on is okay.</w:t>
      </w:r>
    </w:p>
    <w:p w14:paraId="2682CE57" w14:textId="77777777" w:rsidR="00C765C9" w:rsidRDefault="00C765C9">
      <w:pPr>
        <w:spacing w:after="0"/>
      </w:pPr>
    </w:p>
    <w:p w14:paraId="0332A1C5" w14:textId="77777777" w:rsidR="00C765C9" w:rsidRDefault="00C0551D">
      <w:pPr>
        <w:spacing w:after="0"/>
      </w:pPr>
      <w:r>
        <w:rPr>
          <w:rFonts w:ascii="Arial" w:hAnsi="Arial"/>
          <w:b/>
        </w:rPr>
        <w:t xml:space="preserve">Alice  </w:t>
      </w:r>
      <w:r>
        <w:rPr>
          <w:rFonts w:ascii="Arial" w:hAnsi="Arial"/>
          <w:color w:val="5D7284"/>
        </w:rPr>
        <w:t>1</w:t>
      </w:r>
      <w:r>
        <w:rPr>
          <w:rFonts w:ascii="Arial" w:hAnsi="Arial"/>
          <w:color w:val="5D7284"/>
        </w:rPr>
        <w:t>:21:07</w:t>
      </w:r>
    </w:p>
    <w:p w14:paraId="4874C4F4" w14:textId="77777777" w:rsidR="00C765C9" w:rsidRDefault="00C0551D">
      <w:pPr>
        <w:spacing w:after="0"/>
      </w:pPr>
      <w:r>
        <w:rPr>
          <w:rFonts w:ascii="Arial" w:hAnsi="Arial"/>
        </w:rPr>
        <w:t xml:space="preserve">You don't need to be treated if you have autism. Autism is not an infection that's going to kill you. Autism is a different way of </w:t>
      </w:r>
      <w:proofErr w:type="gramStart"/>
      <w:r>
        <w:rPr>
          <w:rFonts w:ascii="Arial" w:hAnsi="Arial"/>
        </w:rPr>
        <w:t>thinking</w:t>
      </w:r>
      <w:proofErr w:type="gramEnd"/>
      <w:r>
        <w:rPr>
          <w:rFonts w:ascii="Arial" w:hAnsi="Arial"/>
        </w:rPr>
        <w:t xml:space="preserve"> </w:t>
      </w:r>
    </w:p>
    <w:p w14:paraId="42B49BEF" w14:textId="77777777" w:rsidR="00C765C9" w:rsidRDefault="00C765C9">
      <w:pPr>
        <w:spacing w:after="0"/>
      </w:pPr>
    </w:p>
    <w:p w14:paraId="25CF01C2" w14:textId="77777777" w:rsidR="00C765C9" w:rsidRDefault="00C0551D">
      <w:pPr>
        <w:spacing w:after="0"/>
      </w:pPr>
      <w:r>
        <w:rPr>
          <w:rFonts w:ascii="Arial" w:hAnsi="Arial"/>
          <w:b/>
        </w:rPr>
        <w:t xml:space="preserve">Lucy  </w:t>
      </w:r>
      <w:r>
        <w:rPr>
          <w:rFonts w:ascii="Arial" w:hAnsi="Arial"/>
          <w:color w:val="5D7284"/>
        </w:rPr>
        <w:t>1:21:29</w:t>
      </w:r>
    </w:p>
    <w:p w14:paraId="11833277" w14:textId="77777777" w:rsidR="00C765C9" w:rsidRDefault="00C0551D">
      <w:pPr>
        <w:spacing w:after="0"/>
      </w:pPr>
      <w:r>
        <w:rPr>
          <w:rFonts w:ascii="Arial" w:hAnsi="Arial"/>
        </w:rPr>
        <w:t xml:space="preserve">Alice, </w:t>
      </w:r>
      <w:proofErr w:type="gramStart"/>
      <w:r>
        <w:rPr>
          <w:rFonts w:ascii="Arial" w:hAnsi="Arial"/>
        </w:rPr>
        <w:t>You</w:t>
      </w:r>
      <w:proofErr w:type="gramEnd"/>
      <w:r>
        <w:rPr>
          <w:rFonts w:ascii="Arial" w:hAnsi="Arial"/>
        </w:rPr>
        <w:t xml:space="preserve"> don't need to be treated if you've got a disability. Full stop  like Do you know what I m</w:t>
      </w:r>
      <w:r>
        <w:rPr>
          <w:rFonts w:ascii="Arial" w:hAnsi="Arial"/>
        </w:rPr>
        <w:t xml:space="preserve">ean? Yeah, shouldn't be something that people are ashamed of. I mean...No I'm just... for once I'm lost for </w:t>
      </w:r>
      <w:proofErr w:type="gramStart"/>
      <w:r>
        <w:rPr>
          <w:rFonts w:ascii="Arial" w:hAnsi="Arial"/>
        </w:rPr>
        <w:t>words</w:t>
      </w:r>
      <w:proofErr w:type="gramEnd"/>
    </w:p>
    <w:p w14:paraId="7133C18A" w14:textId="77777777" w:rsidR="00C765C9" w:rsidRDefault="00C765C9">
      <w:pPr>
        <w:spacing w:after="0"/>
      </w:pPr>
    </w:p>
    <w:p w14:paraId="6994C1D1" w14:textId="77777777" w:rsidR="00C765C9" w:rsidRDefault="00C0551D">
      <w:pPr>
        <w:spacing w:after="0"/>
      </w:pPr>
      <w:r>
        <w:rPr>
          <w:rFonts w:ascii="Arial" w:hAnsi="Arial"/>
          <w:b/>
        </w:rPr>
        <w:t xml:space="preserve">Alice  </w:t>
      </w:r>
      <w:r>
        <w:rPr>
          <w:rFonts w:ascii="Arial" w:hAnsi="Arial"/>
          <w:color w:val="5D7284"/>
        </w:rPr>
        <w:t>1:21:54</w:t>
      </w:r>
    </w:p>
    <w:p w14:paraId="0ADC6458" w14:textId="77777777" w:rsidR="00C765C9" w:rsidRDefault="00C0551D">
      <w:pPr>
        <w:spacing w:after="0"/>
      </w:pPr>
      <w:r>
        <w:rPr>
          <w:rFonts w:ascii="Arial" w:hAnsi="Arial"/>
        </w:rPr>
        <w:t xml:space="preserve"> I know, it's like I've been I had my COVID vaccine. And I've been talking to people when they rob people on the internet. And</w:t>
      </w:r>
      <w:r>
        <w:rPr>
          <w:rFonts w:ascii="Arial" w:hAnsi="Arial"/>
        </w:rPr>
        <w:t xml:space="preserve"> I know, there was a, you know, there, there was a whole generation of people where parents were convinced that the Mumps Measles and Rubella jab gave their kids autism. And it's, it's just for me. I would almost say to these people who were like, well, I </w:t>
      </w:r>
      <w:r>
        <w:rPr>
          <w:rFonts w:ascii="Arial" w:hAnsi="Arial"/>
        </w:rPr>
        <w:t>don't want the COVID job, because we don't know the impact it's going to have on, you know, fertility and pregnancy and things like that. And you sort of want Why are you so worried about your child having autism? Like, just because your child's got autism</w:t>
      </w:r>
      <w:r>
        <w:rPr>
          <w:rFonts w:ascii="Arial" w:hAnsi="Arial"/>
        </w:rPr>
        <w:t>? Does that mean they can't live a fulfilled life?</w:t>
      </w:r>
    </w:p>
    <w:p w14:paraId="44022948" w14:textId="77777777" w:rsidR="00C765C9" w:rsidRDefault="00C765C9">
      <w:pPr>
        <w:spacing w:after="0"/>
      </w:pPr>
    </w:p>
    <w:p w14:paraId="21F69A88" w14:textId="77777777" w:rsidR="00C765C9" w:rsidRDefault="00C0551D">
      <w:pPr>
        <w:spacing w:after="0"/>
      </w:pPr>
      <w:r>
        <w:rPr>
          <w:rFonts w:ascii="Arial" w:hAnsi="Arial"/>
          <w:b/>
        </w:rPr>
        <w:t xml:space="preserve">Ira  </w:t>
      </w:r>
      <w:r>
        <w:rPr>
          <w:rFonts w:ascii="Arial" w:hAnsi="Arial"/>
          <w:color w:val="5D7284"/>
        </w:rPr>
        <w:t>1:22:40</w:t>
      </w:r>
    </w:p>
    <w:p w14:paraId="0C93120D" w14:textId="77777777" w:rsidR="00C765C9" w:rsidRDefault="00C0551D">
      <w:pPr>
        <w:spacing w:after="0"/>
      </w:pPr>
      <w:r>
        <w:rPr>
          <w:rFonts w:ascii="Arial" w:hAnsi="Arial"/>
        </w:rPr>
        <w:t>People just don't understand what it is. Honestly, like, they don't. They don't know autistic people, right? They see the people  in media, that actor like neurotypical actors playing autisti</w:t>
      </w:r>
      <w:r>
        <w:rPr>
          <w:rFonts w:ascii="Arial" w:hAnsi="Arial"/>
        </w:rPr>
        <w:t xml:space="preserve">c people, and that's what they base things </w:t>
      </w:r>
      <w:proofErr w:type="gramStart"/>
      <w:r>
        <w:rPr>
          <w:rFonts w:ascii="Arial" w:hAnsi="Arial"/>
        </w:rPr>
        <w:t>off of</w:t>
      </w:r>
      <w:proofErr w:type="gramEnd"/>
      <w:r>
        <w:rPr>
          <w:rFonts w:ascii="Arial" w:hAnsi="Arial"/>
        </w:rPr>
        <w:t>.</w:t>
      </w:r>
    </w:p>
    <w:p w14:paraId="01282A82" w14:textId="77777777" w:rsidR="00C765C9" w:rsidRDefault="00C765C9">
      <w:pPr>
        <w:spacing w:after="0"/>
      </w:pPr>
    </w:p>
    <w:p w14:paraId="7CF37006" w14:textId="77777777" w:rsidR="00C765C9" w:rsidRDefault="00C0551D">
      <w:pPr>
        <w:spacing w:after="0"/>
      </w:pPr>
      <w:r>
        <w:rPr>
          <w:rFonts w:ascii="Arial" w:hAnsi="Arial"/>
          <w:b/>
        </w:rPr>
        <w:t xml:space="preserve">Alice  </w:t>
      </w:r>
      <w:r>
        <w:rPr>
          <w:rFonts w:ascii="Arial" w:hAnsi="Arial"/>
          <w:color w:val="5D7284"/>
        </w:rPr>
        <w:t>1:22:53</w:t>
      </w:r>
    </w:p>
    <w:p w14:paraId="221D9C3B" w14:textId="77777777" w:rsidR="00C765C9" w:rsidRDefault="00C0551D">
      <w:pPr>
        <w:spacing w:after="0"/>
      </w:pPr>
      <w:r>
        <w:rPr>
          <w:rFonts w:ascii="Arial" w:hAnsi="Arial"/>
        </w:rPr>
        <w:t xml:space="preserve">They probably do know autistic people. There are probably, </w:t>
      </w:r>
    </w:p>
    <w:p w14:paraId="64FF40CC" w14:textId="77777777" w:rsidR="00C765C9" w:rsidRDefault="00C765C9">
      <w:pPr>
        <w:spacing w:after="0"/>
      </w:pPr>
    </w:p>
    <w:p w14:paraId="2F65C93F" w14:textId="77777777" w:rsidR="00C765C9" w:rsidRDefault="00C0551D">
      <w:pPr>
        <w:spacing w:after="0"/>
      </w:pPr>
      <w:r>
        <w:rPr>
          <w:rFonts w:ascii="Arial" w:hAnsi="Arial"/>
          <w:b/>
        </w:rPr>
        <w:t xml:space="preserve">Ira  </w:t>
      </w:r>
      <w:r>
        <w:rPr>
          <w:rFonts w:ascii="Arial" w:hAnsi="Arial"/>
          <w:color w:val="5D7284"/>
        </w:rPr>
        <w:t>1:22:57</w:t>
      </w:r>
    </w:p>
    <w:p w14:paraId="6EE64861" w14:textId="77777777" w:rsidR="00C765C9" w:rsidRDefault="00C0551D">
      <w:pPr>
        <w:spacing w:after="0"/>
      </w:pPr>
      <w:r>
        <w:rPr>
          <w:rFonts w:ascii="Arial" w:hAnsi="Arial"/>
        </w:rPr>
        <w:t>Sure, yes, absolutely.</w:t>
      </w:r>
    </w:p>
    <w:p w14:paraId="1373B0EB" w14:textId="77777777" w:rsidR="00C765C9" w:rsidRDefault="00C765C9">
      <w:pPr>
        <w:spacing w:after="0"/>
      </w:pPr>
    </w:p>
    <w:p w14:paraId="5856EEA0" w14:textId="77777777" w:rsidR="00C765C9" w:rsidRDefault="00C0551D">
      <w:pPr>
        <w:spacing w:after="0"/>
      </w:pPr>
      <w:r>
        <w:rPr>
          <w:rFonts w:ascii="Arial" w:hAnsi="Arial"/>
          <w:b/>
        </w:rPr>
        <w:t xml:space="preserve">Lucy  </w:t>
      </w:r>
      <w:r>
        <w:rPr>
          <w:rFonts w:ascii="Arial" w:hAnsi="Arial"/>
          <w:color w:val="5D7284"/>
        </w:rPr>
        <w:t>1:22:58</w:t>
      </w:r>
    </w:p>
    <w:p w14:paraId="1A0D665D" w14:textId="77777777" w:rsidR="00C765C9" w:rsidRDefault="00C0551D">
      <w:pPr>
        <w:spacing w:after="0"/>
      </w:pPr>
      <w:r>
        <w:rPr>
          <w:rFonts w:ascii="Arial" w:hAnsi="Arial"/>
        </w:rPr>
        <w:t xml:space="preserve">We don't know that there </w:t>
      </w:r>
      <w:proofErr w:type="gramStart"/>
      <w:r>
        <w:rPr>
          <w:rFonts w:ascii="Arial" w:hAnsi="Arial"/>
        </w:rPr>
        <w:t>are</w:t>
      </w:r>
      <w:proofErr w:type="gramEnd"/>
      <w:r>
        <w:rPr>
          <w:rFonts w:ascii="Arial" w:hAnsi="Arial"/>
        </w:rPr>
        <w:t xml:space="preserve"> autistic. They </w:t>
      </w:r>
      <w:proofErr w:type="spellStart"/>
      <w:r>
        <w:rPr>
          <w:rFonts w:ascii="Arial" w:hAnsi="Arial"/>
        </w:rPr>
        <w:t>They</w:t>
      </w:r>
      <w:proofErr w:type="spellEnd"/>
      <w:r>
        <w:rPr>
          <w:rFonts w:ascii="Arial" w:hAnsi="Arial"/>
        </w:rPr>
        <w:t xml:space="preserve"> didn't know they know somebody who is autistic, but they do. Yeah, </w:t>
      </w:r>
    </w:p>
    <w:p w14:paraId="0F1CC964" w14:textId="77777777" w:rsidR="00C765C9" w:rsidRDefault="00C765C9">
      <w:pPr>
        <w:spacing w:after="0"/>
      </w:pPr>
    </w:p>
    <w:p w14:paraId="5E66BF5E" w14:textId="77777777" w:rsidR="00C765C9" w:rsidRDefault="00C0551D">
      <w:pPr>
        <w:spacing w:after="0"/>
      </w:pPr>
      <w:r>
        <w:rPr>
          <w:rFonts w:ascii="Arial" w:hAnsi="Arial"/>
          <w:b/>
        </w:rPr>
        <w:t xml:space="preserve">Alice  </w:t>
      </w:r>
      <w:r>
        <w:rPr>
          <w:rFonts w:ascii="Arial" w:hAnsi="Arial"/>
          <w:color w:val="5D7284"/>
        </w:rPr>
        <w:t>1:23:05</w:t>
      </w:r>
    </w:p>
    <w:p w14:paraId="26C86246" w14:textId="77777777" w:rsidR="00C765C9" w:rsidRDefault="00C0551D">
      <w:pPr>
        <w:spacing w:after="0"/>
      </w:pPr>
      <w:r>
        <w:rPr>
          <w:rFonts w:ascii="Arial" w:hAnsi="Arial"/>
        </w:rPr>
        <w:t xml:space="preserve">yeah, </w:t>
      </w:r>
    </w:p>
    <w:p w14:paraId="706EEB32" w14:textId="77777777" w:rsidR="00C765C9" w:rsidRDefault="00C765C9">
      <w:pPr>
        <w:spacing w:after="0"/>
      </w:pPr>
    </w:p>
    <w:p w14:paraId="6A41E036" w14:textId="77777777" w:rsidR="00C765C9" w:rsidRDefault="00C0551D">
      <w:pPr>
        <w:spacing w:after="0"/>
      </w:pPr>
      <w:r>
        <w:rPr>
          <w:rFonts w:ascii="Arial" w:hAnsi="Arial"/>
          <w:b/>
        </w:rPr>
        <w:t xml:space="preserve">Ira  </w:t>
      </w:r>
      <w:r>
        <w:rPr>
          <w:rFonts w:ascii="Arial" w:hAnsi="Arial"/>
          <w:color w:val="5D7284"/>
        </w:rPr>
        <w:t>1:23:06</w:t>
      </w:r>
    </w:p>
    <w:p w14:paraId="7C436BFA" w14:textId="77777777" w:rsidR="00C765C9" w:rsidRDefault="00C0551D">
      <w:pPr>
        <w:spacing w:after="0"/>
      </w:pPr>
      <w:r>
        <w:rPr>
          <w:rFonts w:ascii="Arial" w:hAnsi="Arial"/>
        </w:rPr>
        <w:lastRenderedPageBreak/>
        <w:t xml:space="preserve">exactly.  Ira,  this has been a </w:t>
      </w:r>
      <w:proofErr w:type="gramStart"/>
      <w:r>
        <w:rPr>
          <w:rFonts w:ascii="Arial" w:hAnsi="Arial"/>
        </w:rPr>
        <w:t>really fascinating</w:t>
      </w:r>
      <w:proofErr w:type="gramEnd"/>
      <w:r>
        <w:rPr>
          <w:rFonts w:ascii="Arial" w:hAnsi="Arial"/>
        </w:rPr>
        <w:t xml:space="preserve"> chat. And is there any where Can everybody find you</w:t>
      </w:r>
      <w:r>
        <w:rPr>
          <w:rFonts w:ascii="Arial" w:hAnsi="Arial"/>
        </w:rPr>
        <w:t xml:space="preserve"> online? You know, to follow you. Oh, sure. My blog is autisticscienceperson.com  And you can follow me on Twitter, @autsciperson just if you type in autistic science, they'll come up. And I'm also autistic science person on Facebook.</w:t>
      </w:r>
    </w:p>
    <w:p w14:paraId="41925965" w14:textId="77777777" w:rsidR="00C765C9" w:rsidRDefault="00C765C9">
      <w:pPr>
        <w:spacing w:after="0"/>
      </w:pPr>
    </w:p>
    <w:p w14:paraId="267C5009" w14:textId="77777777" w:rsidR="00C765C9" w:rsidRDefault="00C0551D">
      <w:pPr>
        <w:spacing w:after="0"/>
      </w:pPr>
      <w:r>
        <w:rPr>
          <w:rFonts w:ascii="Arial" w:hAnsi="Arial"/>
          <w:b/>
        </w:rPr>
        <w:t xml:space="preserve">Lucy  </w:t>
      </w:r>
      <w:r>
        <w:rPr>
          <w:rFonts w:ascii="Arial" w:hAnsi="Arial"/>
          <w:color w:val="5D7284"/>
        </w:rPr>
        <w:t>1:23:33</w:t>
      </w:r>
    </w:p>
    <w:p w14:paraId="0A1722AB" w14:textId="77777777" w:rsidR="00C765C9" w:rsidRDefault="00C0551D">
      <w:pPr>
        <w:spacing w:after="0"/>
      </w:pPr>
      <w:r>
        <w:rPr>
          <w:rFonts w:ascii="Arial" w:hAnsi="Arial"/>
        </w:rPr>
        <w:t xml:space="preserve">Thank </w:t>
      </w:r>
      <w:r>
        <w:rPr>
          <w:rFonts w:ascii="Arial" w:hAnsi="Arial"/>
        </w:rPr>
        <w:t xml:space="preserve">you so much for your time Ira I's been really, </w:t>
      </w:r>
      <w:proofErr w:type="gramStart"/>
      <w:r>
        <w:rPr>
          <w:rFonts w:ascii="Arial" w:hAnsi="Arial"/>
        </w:rPr>
        <w:t>really interesting</w:t>
      </w:r>
      <w:proofErr w:type="gramEnd"/>
      <w:r>
        <w:rPr>
          <w:rFonts w:ascii="Arial" w:hAnsi="Arial"/>
        </w:rPr>
        <w:t xml:space="preserve"> and eye opening to talk to you. </w:t>
      </w:r>
      <w:proofErr w:type="gramStart"/>
      <w:r>
        <w:rPr>
          <w:rFonts w:ascii="Arial" w:hAnsi="Arial"/>
        </w:rPr>
        <w:t>So</w:t>
      </w:r>
      <w:proofErr w:type="gramEnd"/>
      <w:r>
        <w:rPr>
          <w:rFonts w:ascii="Arial" w:hAnsi="Arial"/>
        </w:rPr>
        <w:t xml:space="preserve"> thank you so much.</w:t>
      </w:r>
    </w:p>
    <w:p w14:paraId="3499B2D8" w14:textId="77777777" w:rsidR="00C765C9" w:rsidRDefault="00C765C9">
      <w:pPr>
        <w:spacing w:after="0"/>
      </w:pPr>
    </w:p>
    <w:p w14:paraId="076ECF34" w14:textId="77777777" w:rsidR="00C765C9" w:rsidRDefault="00C0551D">
      <w:pPr>
        <w:spacing w:after="0"/>
      </w:pPr>
      <w:r>
        <w:rPr>
          <w:rFonts w:ascii="Arial" w:hAnsi="Arial"/>
          <w:b/>
        </w:rPr>
        <w:t xml:space="preserve">Ira  </w:t>
      </w:r>
      <w:r>
        <w:rPr>
          <w:rFonts w:ascii="Arial" w:hAnsi="Arial"/>
          <w:color w:val="5D7284"/>
        </w:rPr>
        <w:t>1:23:42</w:t>
      </w:r>
    </w:p>
    <w:p w14:paraId="410FC359" w14:textId="77777777" w:rsidR="00C765C9" w:rsidRDefault="00C0551D">
      <w:pPr>
        <w:spacing w:after="0"/>
      </w:pPr>
      <w:r>
        <w:rPr>
          <w:rFonts w:ascii="Arial" w:hAnsi="Arial"/>
        </w:rPr>
        <w:t>Thank you for having me on and having your Saturday evening talking about sad things.</w:t>
      </w:r>
    </w:p>
    <w:p w14:paraId="14C615C9" w14:textId="77777777" w:rsidR="00C765C9" w:rsidRDefault="00C765C9">
      <w:pPr>
        <w:spacing w:after="0"/>
      </w:pPr>
    </w:p>
    <w:p w14:paraId="0E3E7B71" w14:textId="77777777" w:rsidR="00C765C9" w:rsidRDefault="00C0551D">
      <w:pPr>
        <w:spacing w:after="0"/>
      </w:pPr>
      <w:r>
        <w:rPr>
          <w:rFonts w:ascii="Arial" w:hAnsi="Arial"/>
          <w:b/>
        </w:rPr>
        <w:t xml:space="preserve">Lucy  </w:t>
      </w:r>
      <w:r>
        <w:rPr>
          <w:rFonts w:ascii="Arial" w:hAnsi="Arial"/>
          <w:color w:val="5D7284"/>
        </w:rPr>
        <w:t>1:23:49</w:t>
      </w:r>
    </w:p>
    <w:p w14:paraId="0E12531A" w14:textId="77777777" w:rsidR="00C765C9" w:rsidRDefault="00C0551D">
      <w:pPr>
        <w:spacing w:after="0"/>
      </w:pPr>
      <w:r>
        <w:rPr>
          <w:rFonts w:ascii="Arial" w:hAnsi="Arial"/>
        </w:rPr>
        <w:t xml:space="preserve">I'm </w:t>
      </w:r>
      <w:proofErr w:type="spellStart"/>
      <w:r>
        <w:rPr>
          <w:rFonts w:ascii="Arial" w:hAnsi="Arial"/>
        </w:rPr>
        <w:t>gonna</w:t>
      </w:r>
      <w:proofErr w:type="spellEnd"/>
      <w:r>
        <w:rPr>
          <w:rFonts w:ascii="Arial" w:hAnsi="Arial"/>
        </w:rPr>
        <w:t xml:space="preserve"> go eat </w:t>
      </w:r>
      <w:r>
        <w:rPr>
          <w:rFonts w:ascii="Arial" w:hAnsi="Arial"/>
        </w:rPr>
        <w:t>some chocolate now. It's fine.</w:t>
      </w:r>
    </w:p>
    <w:p w14:paraId="700AD6FF" w14:textId="77777777" w:rsidR="00C765C9" w:rsidRDefault="00C765C9">
      <w:pPr>
        <w:spacing w:after="0"/>
      </w:pPr>
    </w:p>
    <w:p w14:paraId="6AE6EA92" w14:textId="77777777" w:rsidR="00C765C9" w:rsidRDefault="00C0551D">
      <w:pPr>
        <w:spacing w:after="0"/>
      </w:pPr>
      <w:r>
        <w:rPr>
          <w:rFonts w:ascii="Arial" w:hAnsi="Arial"/>
          <w:b/>
        </w:rPr>
        <w:t xml:space="preserve">Alice  </w:t>
      </w:r>
      <w:r>
        <w:rPr>
          <w:rFonts w:ascii="Arial" w:hAnsi="Arial"/>
          <w:color w:val="5D7284"/>
        </w:rPr>
        <w:t>1:23:52</w:t>
      </w:r>
    </w:p>
    <w:p w14:paraId="37C1DFA5" w14:textId="77777777" w:rsidR="00C765C9" w:rsidRDefault="00C0551D">
      <w:pPr>
        <w:spacing w:after="0"/>
      </w:pPr>
      <w:r>
        <w:rPr>
          <w:rFonts w:ascii="Arial" w:hAnsi="Arial"/>
        </w:rPr>
        <w:t xml:space="preserve">Well, I've </w:t>
      </w:r>
      <w:proofErr w:type="spellStart"/>
      <w:r>
        <w:rPr>
          <w:rFonts w:ascii="Arial" w:hAnsi="Arial"/>
        </w:rPr>
        <w:t>I've</w:t>
      </w:r>
      <w:proofErr w:type="spellEnd"/>
      <w:r>
        <w:rPr>
          <w:rFonts w:ascii="Arial" w:hAnsi="Arial"/>
        </w:rPr>
        <w:t xml:space="preserve"> got leftovers pizza for tea. And there's gin. </w:t>
      </w:r>
      <w:proofErr w:type="gramStart"/>
      <w:r>
        <w:rPr>
          <w:rFonts w:ascii="Arial" w:hAnsi="Arial"/>
        </w:rPr>
        <w:t>So</w:t>
      </w:r>
      <w:proofErr w:type="gramEnd"/>
      <w:r>
        <w:rPr>
          <w:rFonts w:ascii="Arial" w:hAnsi="Arial"/>
        </w:rPr>
        <w:t xml:space="preserve"> I'll be fine. </w:t>
      </w:r>
    </w:p>
    <w:p w14:paraId="23AD997B" w14:textId="77777777" w:rsidR="00C765C9" w:rsidRDefault="00C765C9">
      <w:pPr>
        <w:spacing w:after="0"/>
      </w:pPr>
    </w:p>
    <w:p w14:paraId="55E5C3AC" w14:textId="77777777" w:rsidR="00C765C9" w:rsidRDefault="00C0551D">
      <w:pPr>
        <w:spacing w:after="0"/>
      </w:pPr>
      <w:r>
        <w:rPr>
          <w:rFonts w:ascii="Arial" w:hAnsi="Arial"/>
          <w:b/>
        </w:rPr>
        <w:t xml:space="preserve">Lucy  </w:t>
      </w:r>
      <w:r>
        <w:rPr>
          <w:rFonts w:ascii="Arial" w:hAnsi="Arial"/>
          <w:color w:val="5D7284"/>
        </w:rPr>
        <w:t>1:23:58</w:t>
      </w:r>
    </w:p>
    <w:p w14:paraId="6A907BF7" w14:textId="77777777" w:rsidR="00C765C9" w:rsidRDefault="00C0551D">
      <w:pPr>
        <w:spacing w:after="0"/>
      </w:pPr>
      <w:r>
        <w:rPr>
          <w:rFonts w:ascii="Arial" w:hAnsi="Arial"/>
        </w:rPr>
        <w:t>I'm Myself, gin now, while think about it. So</w:t>
      </w:r>
    </w:p>
    <w:p w14:paraId="43F0B4CE" w14:textId="77777777" w:rsidR="00C765C9" w:rsidRDefault="00C765C9">
      <w:pPr>
        <w:spacing w:after="0"/>
      </w:pPr>
    </w:p>
    <w:p w14:paraId="04552944" w14:textId="77777777" w:rsidR="00C765C9" w:rsidRDefault="00C0551D">
      <w:pPr>
        <w:spacing w:after="0"/>
      </w:pPr>
      <w:r>
        <w:rPr>
          <w:rFonts w:ascii="Arial" w:hAnsi="Arial"/>
          <w:b/>
        </w:rPr>
        <w:t xml:space="preserve">Alice  </w:t>
      </w:r>
      <w:r>
        <w:rPr>
          <w:rFonts w:ascii="Arial" w:hAnsi="Arial"/>
          <w:color w:val="5D7284"/>
        </w:rPr>
        <w:t>1:24:01</w:t>
      </w:r>
    </w:p>
    <w:p w14:paraId="521CD4CB" w14:textId="77777777" w:rsidR="00C765C9" w:rsidRDefault="00C0551D">
      <w:pPr>
        <w:spacing w:after="0"/>
      </w:pPr>
      <w:r>
        <w:rPr>
          <w:rFonts w:ascii="Arial" w:hAnsi="Arial"/>
        </w:rPr>
        <w:t xml:space="preserve">Probably still  a bit early for you  Have one </w:t>
      </w:r>
      <w:proofErr w:type="gramStart"/>
      <w:r>
        <w:rPr>
          <w:rFonts w:ascii="Arial" w:hAnsi="Arial"/>
        </w:rPr>
        <w:t>later,</w:t>
      </w:r>
      <w:r>
        <w:rPr>
          <w:rFonts w:ascii="Arial" w:hAnsi="Arial"/>
        </w:rPr>
        <w:t xml:space="preserve"> and</w:t>
      </w:r>
      <w:proofErr w:type="gramEnd"/>
      <w:r>
        <w:rPr>
          <w:rFonts w:ascii="Arial" w:hAnsi="Arial"/>
        </w:rPr>
        <w:t xml:space="preserve"> think of us!  Thank you very much, Ira.</w:t>
      </w:r>
    </w:p>
    <w:p w14:paraId="371C4757" w14:textId="77777777" w:rsidR="00C765C9" w:rsidRDefault="00C765C9">
      <w:pPr>
        <w:spacing w:after="0"/>
      </w:pPr>
    </w:p>
    <w:p w14:paraId="52E9950B" w14:textId="77777777" w:rsidR="00C765C9" w:rsidRDefault="00C0551D">
      <w:pPr>
        <w:spacing w:after="0"/>
      </w:pPr>
      <w:r>
        <w:rPr>
          <w:rFonts w:ascii="Arial" w:hAnsi="Arial"/>
          <w:b/>
        </w:rPr>
        <w:t xml:space="preserve">Lucy  </w:t>
      </w:r>
      <w:r>
        <w:rPr>
          <w:rFonts w:ascii="Arial" w:hAnsi="Arial"/>
          <w:color w:val="5D7284"/>
        </w:rPr>
        <w:t>1:24:10</w:t>
      </w:r>
    </w:p>
    <w:p w14:paraId="6607A8ED" w14:textId="77777777" w:rsidR="00C765C9" w:rsidRDefault="00C0551D">
      <w:pPr>
        <w:spacing w:after="0"/>
      </w:pPr>
      <w:r>
        <w:rPr>
          <w:rFonts w:ascii="Arial" w:hAnsi="Arial"/>
        </w:rPr>
        <w:t>Thank you.</w:t>
      </w:r>
    </w:p>
    <w:p w14:paraId="4EE87572" w14:textId="77777777" w:rsidR="00C765C9" w:rsidRDefault="00C765C9">
      <w:pPr>
        <w:spacing w:after="0"/>
      </w:pPr>
    </w:p>
    <w:p w14:paraId="46EE7F17" w14:textId="77777777" w:rsidR="00C765C9" w:rsidRDefault="00C0551D">
      <w:pPr>
        <w:spacing w:after="0"/>
      </w:pPr>
      <w:r>
        <w:rPr>
          <w:rFonts w:ascii="Arial" w:hAnsi="Arial"/>
          <w:b/>
        </w:rPr>
        <w:t xml:space="preserve">Alice  </w:t>
      </w:r>
      <w:r>
        <w:rPr>
          <w:rFonts w:ascii="Arial" w:hAnsi="Arial"/>
          <w:color w:val="5D7284"/>
        </w:rPr>
        <w:t>1:24:11</w:t>
      </w:r>
    </w:p>
    <w:p w14:paraId="468E65AE" w14:textId="77777777" w:rsidR="00C765C9" w:rsidRDefault="00C0551D">
      <w:pPr>
        <w:spacing w:after="0"/>
      </w:pPr>
      <w:r>
        <w:rPr>
          <w:rFonts w:ascii="Arial" w:hAnsi="Arial"/>
        </w:rPr>
        <w:t>Thanks for listening to the lABLEd podcast. If you like the show, please rate review and subscribe. You can follow us on social media at lABLEd podcast.</w:t>
      </w:r>
    </w:p>
    <w:p w14:paraId="5FDF9342" w14:textId="77777777" w:rsidR="00C765C9" w:rsidRDefault="00C765C9">
      <w:pPr>
        <w:spacing w:after="0"/>
      </w:pPr>
    </w:p>
    <w:p w14:paraId="1F213D05" w14:textId="77777777" w:rsidR="00C765C9" w:rsidRDefault="00C0551D">
      <w:pPr>
        <w:spacing w:after="0"/>
      </w:pPr>
      <w:r>
        <w:rPr>
          <w:rFonts w:ascii="Arial" w:hAnsi="Arial"/>
          <w:b/>
        </w:rPr>
        <w:t xml:space="preserve">Lucy  </w:t>
      </w:r>
      <w:r>
        <w:rPr>
          <w:rFonts w:ascii="Arial" w:hAnsi="Arial"/>
          <w:color w:val="5D7284"/>
        </w:rPr>
        <w:t>1:24:21</w:t>
      </w:r>
    </w:p>
    <w:p w14:paraId="592EADD3" w14:textId="77777777" w:rsidR="00C765C9" w:rsidRDefault="00C0551D">
      <w:pPr>
        <w:spacing w:after="0"/>
      </w:pPr>
      <w:r>
        <w:rPr>
          <w:rFonts w:ascii="Arial" w:hAnsi="Arial"/>
        </w:rPr>
        <w:t>O</w:t>
      </w:r>
      <w:r>
        <w:rPr>
          <w:rFonts w:ascii="Arial" w:hAnsi="Arial"/>
        </w:rPr>
        <w:t xml:space="preserve">ur thanks go to our editor Adam Hull , our music composer, Masie </w:t>
      </w:r>
      <w:proofErr w:type="spellStart"/>
      <w:r>
        <w:rPr>
          <w:rFonts w:ascii="Arial" w:hAnsi="Arial"/>
        </w:rPr>
        <w:t>Crunden</w:t>
      </w:r>
      <w:proofErr w:type="spellEnd"/>
      <w:r>
        <w:rPr>
          <w:rFonts w:ascii="Arial" w:hAnsi="Arial"/>
        </w:rPr>
        <w:t xml:space="preserve">  and our Graphic Designer Sarah Colley </w:t>
      </w:r>
    </w:p>
    <w:p w14:paraId="6ECF5CA7" w14:textId="77777777" w:rsidR="00C765C9" w:rsidRDefault="00C765C9">
      <w:pPr>
        <w:spacing w:after="0"/>
      </w:pPr>
    </w:p>
    <w:p w14:paraId="24226D2E" w14:textId="77777777" w:rsidR="00C765C9" w:rsidRDefault="00C0551D">
      <w:pPr>
        <w:spacing w:after="0"/>
      </w:pPr>
      <w:r>
        <w:rPr>
          <w:rFonts w:ascii="Arial" w:hAnsi="Arial"/>
          <w:b/>
        </w:rPr>
        <w:t xml:space="preserve">Alice Evans &amp; Lucy Wood  </w:t>
      </w:r>
      <w:r>
        <w:rPr>
          <w:rFonts w:ascii="Arial" w:hAnsi="Arial"/>
          <w:color w:val="5D7284"/>
        </w:rPr>
        <w:t>1:24:30</w:t>
      </w:r>
    </w:p>
    <w:p w14:paraId="57C33096" w14:textId="77777777" w:rsidR="00C765C9" w:rsidRDefault="00C0551D">
      <w:pPr>
        <w:spacing w:after="0"/>
      </w:pPr>
      <w:r>
        <w:rPr>
          <w:rFonts w:ascii="Arial" w:hAnsi="Arial"/>
        </w:rPr>
        <w:t xml:space="preserve"> we'll see you next time.</w:t>
      </w:r>
    </w:p>
    <w:sectPr w:rsidR="00C765C9"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E41115" w14:textId="77777777" w:rsidR="00ED3244" w:rsidRDefault="00ED3244">
      <w:pPr>
        <w:spacing w:after="0" w:line="240" w:lineRule="auto"/>
      </w:pPr>
      <w:r>
        <w:separator/>
      </w:r>
    </w:p>
  </w:endnote>
  <w:endnote w:type="continuationSeparator" w:id="0">
    <w:p w14:paraId="3F447654"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2650680"/>
      <w:docPartObj>
        <w:docPartGallery w:val="Page Numbers (Bottom of Page)"/>
        <w:docPartUnique/>
      </w:docPartObj>
    </w:sdtPr>
    <w:sdtEndPr>
      <w:rPr>
        <w:rStyle w:val="PageNumber"/>
      </w:rPr>
    </w:sdtEndPr>
    <w:sdtContent>
      <w:p w14:paraId="1A3A75F3"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4FCBB275"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8A21C6"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A782B3"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524DD34F"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9588A3"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2BD124" w14:textId="77777777" w:rsidR="00ED3244" w:rsidRDefault="00ED3244">
      <w:pPr>
        <w:spacing w:after="0" w:line="240" w:lineRule="auto"/>
      </w:pPr>
      <w:r>
        <w:separator/>
      </w:r>
    </w:p>
  </w:footnote>
  <w:footnote w:type="continuationSeparator" w:id="0">
    <w:p w14:paraId="3B982FFE"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83576"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14DAB2"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48C1B8"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0551D"/>
    <w:rsid w:val="00C24502"/>
    <w:rsid w:val="00C765C9"/>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DBE751B"/>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27</Pages>
  <Words>11696</Words>
  <Characters>66673</Characters>
  <Application>Microsoft Office Word</Application>
  <DocSecurity>0</DocSecurity>
  <Lines>555</Lines>
  <Paragraphs>156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78213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2021-03-09T15:09:00Z</dcterms:created>
  <dcterms:modified xsi:type="dcterms:W3CDTF">2021-03-09T15:09:00Z</dcterms:modified>
  <cp:category/>
</cp:coreProperties>
</file>