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9CE0D" w14:textId="574F8296" w:rsidR="00930F33" w:rsidRDefault="00AA1171" w:rsidP="008E16D6">
      <w:pPr>
        <w:spacing w:after="0"/>
        <w:jc w:val="center"/>
        <w:rPr>
          <w:lang w:eastAsia="zh-CN"/>
        </w:rPr>
      </w:pPr>
      <w:r>
        <w:rPr>
          <w:noProof/>
          <w:lang w:eastAsia="zh-CN"/>
        </w:rPr>
        <w:drawing>
          <wp:inline distT="0" distB="0" distL="0" distR="0" wp14:anchorId="20519F7E" wp14:editId="5968021D">
            <wp:extent cx="2082800" cy="208280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2082800" cy="2082800"/>
                    </a:xfrm>
                    <a:prstGeom prst="rect">
                      <a:avLst/>
                    </a:prstGeom>
                  </pic:spPr>
                </pic:pic>
              </a:graphicData>
            </a:graphic>
          </wp:inline>
        </w:drawing>
      </w:r>
    </w:p>
    <w:p w14:paraId="5012984C" w14:textId="63349E41" w:rsidR="00FB6230" w:rsidRPr="008E16D6" w:rsidRDefault="00C8764B" w:rsidP="008E16D6">
      <w:pPr>
        <w:jc w:val="center"/>
        <w:rPr>
          <w:b/>
          <w:bCs/>
        </w:rPr>
      </w:pPr>
      <w:r w:rsidRPr="008E16D6">
        <w:rPr>
          <w:rFonts w:ascii="Arial" w:hAnsi="Arial"/>
          <w:b/>
          <w:bCs/>
          <w:sz w:val="48"/>
        </w:rPr>
        <w:t xml:space="preserve">lABLEd </w:t>
      </w:r>
      <w:r w:rsidR="008E16D6" w:rsidRPr="008E16D6">
        <w:rPr>
          <w:rFonts w:ascii="Arial" w:hAnsi="Arial"/>
          <w:b/>
          <w:bCs/>
          <w:sz w:val="48"/>
        </w:rPr>
        <w:t xml:space="preserve">Podcast </w:t>
      </w:r>
      <w:r w:rsidRPr="008E16D6">
        <w:rPr>
          <w:rFonts w:ascii="Arial" w:hAnsi="Arial"/>
          <w:b/>
          <w:bCs/>
          <w:sz w:val="48"/>
        </w:rPr>
        <w:t>Ep</w:t>
      </w:r>
      <w:r w:rsidR="008E16D6" w:rsidRPr="008E16D6">
        <w:rPr>
          <w:rFonts w:ascii="Arial" w:hAnsi="Arial"/>
          <w:b/>
          <w:bCs/>
          <w:sz w:val="48"/>
        </w:rPr>
        <w:t>isode 9: Jack &amp; Tom from Challenging Podcast</w:t>
      </w:r>
    </w:p>
    <w:p w14:paraId="7874D2E3" w14:textId="77777777" w:rsidR="00FB6230" w:rsidRDefault="00FB6230">
      <w:pPr>
        <w:spacing w:after="0"/>
      </w:pPr>
    </w:p>
    <w:p w14:paraId="34CB3CAF" w14:textId="77777777" w:rsidR="00FB6230" w:rsidRDefault="00C8764B">
      <w:pPr>
        <w:spacing w:after="0"/>
      </w:pPr>
      <w:proofErr w:type="gramStart"/>
      <w:r>
        <w:rPr>
          <w:rFonts w:ascii="Arial" w:hAnsi="Arial"/>
          <w:b/>
        </w:rPr>
        <w:t xml:space="preserve">Lucy  </w:t>
      </w:r>
      <w:r>
        <w:rPr>
          <w:rFonts w:ascii="Arial" w:hAnsi="Arial"/>
          <w:color w:val="5D7284"/>
        </w:rPr>
        <w:t>00:00</w:t>
      </w:r>
      <w:proofErr w:type="gramEnd"/>
    </w:p>
    <w:p w14:paraId="73E3E6E7" w14:textId="2A80F148" w:rsidR="00FB6230" w:rsidRDefault="00C8764B">
      <w:pPr>
        <w:spacing w:after="0"/>
      </w:pPr>
      <w:r>
        <w:rPr>
          <w:rFonts w:ascii="Arial" w:hAnsi="Arial"/>
        </w:rPr>
        <w:t xml:space="preserve">Welcome to the lABLEd </w:t>
      </w:r>
      <w:r w:rsidR="008E16D6">
        <w:rPr>
          <w:rFonts w:ascii="Arial" w:hAnsi="Arial"/>
        </w:rPr>
        <w:t>P</w:t>
      </w:r>
      <w:r>
        <w:rPr>
          <w:rFonts w:ascii="Arial" w:hAnsi="Arial"/>
        </w:rPr>
        <w:t xml:space="preserve">odcast, a show about disability illness and difference.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Lucy.</w:t>
      </w:r>
    </w:p>
    <w:p w14:paraId="091E2A40" w14:textId="77777777" w:rsidR="00FB6230" w:rsidRDefault="00FB6230">
      <w:pPr>
        <w:spacing w:after="0"/>
      </w:pPr>
    </w:p>
    <w:p w14:paraId="65479651" w14:textId="77777777" w:rsidR="00FB6230" w:rsidRDefault="00C8764B">
      <w:pPr>
        <w:spacing w:after="0"/>
      </w:pPr>
      <w:proofErr w:type="gramStart"/>
      <w:r>
        <w:rPr>
          <w:rFonts w:ascii="Arial" w:hAnsi="Arial"/>
          <w:b/>
        </w:rPr>
        <w:t xml:space="preserve">Alice  </w:t>
      </w:r>
      <w:r>
        <w:rPr>
          <w:rFonts w:ascii="Arial" w:hAnsi="Arial"/>
          <w:color w:val="5D7284"/>
        </w:rPr>
        <w:t>00:04</w:t>
      </w:r>
      <w:proofErr w:type="gramEnd"/>
    </w:p>
    <w:p w14:paraId="065E7CB1" w14:textId="182460F7" w:rsidR="00FB6230" w:rsidRDefault="00C8764B">
      <w:pPr>
        <w:spacing w:after="0"/>
      </w:pPr>
      <w:r>
        <w:rPr>
          <w:rFonts w:ascii="Arial" w:hAnsi="Arial"/>
        </w:rPr>
        <w:t xml:space="preserve">And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Alice... (Dog Barks)</w:t>
      </w:r>
      <w:r w:rsidR="008E16D6">
        <w:rPr>
          <w:rFonts w:ascii="Arial" w:hAnsi="Arial"/>
        </w:rPr>
        <w:t xml:space="preserve">, </w:t>
      </w:r>
      <w:r>
        <w:rPr>
          <w:rFonts w:ascii="Arial" w:hAnsi="Arial"/>
        </w:rPr>
        <w:t>And that</w:t>
      </w:r>
      <w:r w:rsidR="008E16D6">
        <w:rPr>
          <w:rFonts w:ascii="Arial" w:hAnsi="Arial"/>
        </w:rPr>
        <w:t>’</w:t>
      </w:r>
      <w:r>
        <w:rPr>
          <w:rFonts w:ascii="Arial" w:hAnsi="Arial"/>
        </w:rPr>
        <w:t>s Lola.</w:t>
      </w:r>
    </w:p>
    <w:p w14:paraId="71E24EEA" w14:textId="77777777" w:rsidR="00FB6230" w:rsidRDefault="00FB6230">
      <w:pPr>
        <w:spacing w:after="0"/>
      </w:pPr>
    </w:p>
    <w:p w14:paraId="11FA6531" w14:textId="77777777" w:rsidR="00FB6230" w:rsidRDefault="00C8764B">
      <w:pPr>
        <w:spacing w:after="0"/>
      </w:pPr>
      <w:r>
        <w:rPr>
          <w:rFonts w:ascii="Arial" w:hAnsi="Arial"/>
          <w:b/>
        </w:rPr>
        <w:t xml:space="preserve">Theme </w:t>
      </w:r>
      <w:proofErr w:type="gramStart"/>
      <w:r>
        <w:rPr>
          <w:rFonts w:ascii="Arial" w:hAnsi="Arial"/>
          <w:b/>
        </w:rPr>
        <w:t xml:space="preserve">Tune  </w:t>
      </w:r>
      <w:r>
        <w:rPr>
          <w:rFonts w:ascii="Arial" w:hAnsi="Arial"/>
          <w:color w:val="5D7284"/>
        </w:rPr>
        <w:t>00:08</w:t>
      </w:r>
      <w:proofErr w:type="gramEnd"/>
    </w:p>
    <w:p w14:paraId="4E08B7C8" w14:textId="238584C4" w:rsidR="00FB6230" w:rsidRDefault="00C8764B">
      <w:pPr>
        <w:spacing w:after="0"/>
      </w:pPr>
      <w:r>
        <w:rPr>
          <w:rFonts w:ascii="Arial" w:hAnsi="Arial"/>
        </w:rPr>
        <w:t>though I might not fit in socially, there</w:t>
      </w:r>
      <w:r w:rsidR="008E16D6">
        <w:rPr>
          <w:rFonts w:ascii="Arial" w:hAnsi="Arial"/>
        </w:rPr>
        <w:t>’</w:t>
      </w:r>
      <w:r>
        <w:rPr>
          <w:rFonts w:ascii="Arial" w:hAnsi="Arial"/>
        </w:rPr>
        <w:t>s so much more than what you see</w:t>
      </w:r>
      <w:r w:rsidR="008E16D6">
        <w:rPr>
          <w:rFonts w:ascii="Arial" w:hAnsi="Arial"/>
        </w:rPr>
        <w:t>;</w:t>
      </w:r>
      <w:r>
        <w:rPr>
          <w:rFonts w:ascii="Arial" w:hAnsi="Arial"/>
        </w:rPr>
        <w:t xml:space="preserve"> we all live our lives</w:t>
      </w:r>
      <w:r w:rsidR="008E16D6">
        <w:rPr>
          <w:rFonts w:ascii="Arial" w:hAnsi="Arial"/>
        </w:rPr>
        <w:t>;</w:t>
      </w:r>
      <w:r>
        <w:rPr>
          <w:rFonts w:ascii="Arial" w:hAnsi="Arial"/>
        </w:rPr>
        <w:t xml:space="preserve"> </w:t>
      </w:r>
      <w:r w:rsidR="008E16D6">
        <w:rPr>
          <w:rFonts w:ascii="Arial" w:hAnsi="Arial"/>
        </w:rPr>
        <w:t>differently</w:t>
      </w:r>
      <w:r>
        <w:rPr>
          <w:rFonts w:ascii="Arial" w:hAnsi="Arial"/>
        </w:rPr>
        <w:t xml:space="preserve">, kaleidoscope identity, </w:t>
      </w:r>
      <w:proofErr w:type="gramStart"/>
      <w:r>
        <w:rPr>
          <w:rFonts w:ascii="Arial" w:hAnsi="Arial"/>
        </w:rPr>
        <w:t>cause</w:t>
      </w:r>
      <w:proofErr w:type="gramEnd"/>
      <w:r>
        <w:rPr>
          <w:rFonts w:ascii="Arial" w:hAnsi="Arial"/>
        </w:rPr>
        <w:t xml:space="preserve"> this is who I meant to be, I</w:t>
      </w:r>
      <w:r w:rsidR="008E16D6">
        <w:rPr>
          <w:rFonts w:ascii="Arial" w:hAnsi="Arial"/>
        </w:rPr>
        <w:t>’</w:t>
      </w:r>
      <w:r>
        <w:rPr>
          <w:rFonts w:ascii="Arial" w:hAnsi="Arial"/>
        </w:rPr>
        <w:t>m just labelled me, I</w:t>
      </w:r>
      <w:r w:rsidR="008E16D6">
        <w:rPr>
          <w:rFonts w:ascii="Arial" w:hAnsi="Arial"/>
        </w:rPr>
        <w:t>’</w:t>
      </w:r>
      <w:r>
        <w:rPr>
          <w:rFonts w:ascii="Arial" w:hAnsi="Arial"/>
        </w:rPr>
        <w:t>m just labelled me, I</w:t>
      </w:r>
      <w:r w:rsidR="008E16D6">
        <w:rPr>
          <w:rFonts w:ascii="Arial" w:hAnsi="Arial"/>
        </w:rPr>
        <w:t>’</w:t>
      </w:r>
      <w:r>
        <w:rPr>
          <w:rFonts w:ascii="Arial" w:hAnsi="Arial"/>
        </w:rPr>
        <w:t xml:space="preserve">m just labelled me. </w:t>
      </w:r>
    </w:p>
    <w:p w14:paraId="3F7F493A" w14:textId="77777777" w:rsidR="00FB6230" w:rsidRDefault="00FB6230">
      <w:pPr>
        <w:spacing w:after="0"/>
      </w:pPr>
    </w:p>
    <w:p w14:paraId="1128FA2F" w14:textId="77777777" w:rsidR="00FB6230" w:rsidRDefault="00C8764B">
      <w:pPr>
        <w:spacing w:after="0"/>
      </w:pPr>
      <w:proofErr w:type="gramStart"/>
      <w:r>
        <w:rPr>
          <w:rFonts w:ascii="Arial" w:hAnsi="Arial"/>
          <w:b/>
        </w:rPr>
        <w:t xml:space="preserve">Alice  </w:t>
      </w:r>
      <w:r>
        <w:rPr>
          <w:rFonts w:ascii="Arial" w:hAnsi="Arial"/>
          <w:color w:val="5D7284"/>
        </w:rPr>
        <w:t>00:36</w:t>
      </w:r>
      <w:proofErr w:type="gramEnd"/>
    </w:p>
    <w:p w14:paraId="6C1294D2" w14:textId="3BF44BDE" w:rsidR="00FB6230" w:rsidRDefault="00C8764B">
      <w:pPr>
        <w:spacing w:after="0"/>
      </w:pPr>
      <w:r>
        <w:rPr>
          <w:rFonts w:ascii="Arial" w:hAnsi="Arial"/>
        </w:rPr>
        <w:t xml:space="preserve">Hi guys,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forget</w:t>
      </w:r>
      <w:r w:rsidR="008E16D6">
        <w:rPr>
          <w:rFonts w:ascii="Arial" w:hAnsi="Arial"/>
        </w:rPr>
        <w:t>.</w:t>
      </w:r>
      <w:r>
        <w:rPr>
          <w:rFonts w:ascii="Arial" w:hAnsi="Arial"/>
        </w:rPr>
        <w:t xml:space="preserve"> In this episode, I might swear</w:t>
      </w:r>
      <w:r w:rsidR="008E16D6">
        <w:rPr>
          <w:rFonts w:ascii="Arial" w:hAnsi="Arial"/>
        </w:rPr>
        <w:t>,</w:t>
      </w:r>
      <w:r>
        <w:rPr>
          <w:rFonts w:ascii="Arial" w:hAnsi="Arial"/>
        </w:rPr>
        <w:t xml:space="preserve"> Lucy, you might cry</w:t>
      </w:r>
      <w:r w:rsidR="008E16D6">
        <w:rPr>
          <w:rFonts w:ascii="Arial" w:hAnsi="Arial"/>
        </w:rPr>
        <w:t>,</w:t>
      </w:r>
      <w:r>
        <w:rPr>
          <w:rFonts w:ascii="Arial" w:hAnsi="Arial"/>
        </w:rPr>
        <w:t xml:space="preserve"> and you can check out details of the trigger warnings on our website.</w:t>
      </w:r>
    </w:p>
    <w:p w14:paraId="1FE41B86" w14:textId="77777777" w:rsidR="00FB6230" w:rsidRDefault="00FB6230">
      <w:pPr>
        <w:spacing w:after="0"/>
      </w:pPr>
    </w:p>
    <w:p w14:paraId="0D00B86D" w14:textId="77777777" w:rsidR="00FB6230" w:rsidRDefault="00C8764B">
      <w:pPr>
        <w:spacing w:after="0"/>
      </w:pPr>
      <w:proofErr w:type="gramStart"/>
      <w:r>
        <w:rPr>
          <w:rFonts w:ascii="Arial" w:hAnsi="Arial"/>
          <w:b/>
        </w:rPr>
        <w:t xml:space="preserve">Lucy  </w:t>
      </w:r>
      <w:r>
        <w:rPr>
          <w:rFonts w:ascii="Arial" w:hAnsi="Arial"/>
          <w:color w:val="5D7284"/>
        </w:rPr>
        <w:t>00:44</w:t>
      </w:r>
      <w:proofErr w:type="gramEnd"/>
    </w:p>
    <w:p w14:paraId="6FAFF1C8" w14:textId="27F733C3" w:rsidR="00FB6230" w:rsidRDefault="00C8764B">
      <w:pPr>
        <w:spacing w:after="0"/>
      </w:pPr>
      <w:r>
        <w:rPr>
          <w:rFonts w:ascii="Arial" w:hAnsi="Arial"/>
        </w:rPr>
        <w:t xml:space="preserve">Hi guys, and welcome to a </w:t>
      </w:r>
      <w:proofErr w:type="gramStart"/>
      <w:r>
        <w:rPr>
          <w:rFonts w:ascii="Arial" w:hAnsi="Arial"/>
        </w:rPr>
        <w:t>brand new</w:t>
      </w:r>
      <w:proofErr w:type="gramEnd"/>
      <w:r>
        <w:rPr>
          <w:rFonts w:ascii="Arial" w:hAnsi="Arial"/>
        </w:rPr>
        <w:t xml:space="preserve"> episode of the lABLEd </w:t>
      </w:r>
      <w:r w:rsidR="008E16D6">
        <w:rPr>
          <w:rFonts w:ascii="Arial" w:hAnsi="Arial"/>
        </w:rPr>
        <w:t>P</w:t>
      </w:r>
      <w:r>
        <w:rPr>
          <w:rFonts w:ascii="Arial" w:hAnsi="Arial"/>
        </w:rPr>
        <w:t>odcast</w:t>
      </w:r>
      <w:r w:rsidR="008E16D6">
        <w:rPr>
          <w:rFonts w:ascii="Arial" w:hAnsi="Arial"/>
        </w:rPr>
        <w:t>. T</w:t>
      </w:r>
      <w:r>
        <w:rPr>
          <w:rFonts w:ascii="Arial" w:hAnsi="Arial"/>
        </w:rPr>
        <w:t xml:space="preserve">oday is a very special episode for me, Alice, because we are joined by some other </w:t>
      </w:r>
      <w:proofErr w:type="gramStart"/>
      <w:r>
        <w:rPr>
          <w:rFonts w:ascii="Arial" w:hAnsi="Arial"/>
        </w:rPr>
        <w:t>podcasters</w:t>
      </w:r>
      <w:proofErr w:type="gramEnd"/>
      <w:r>
        <w:rPr>
          <w:rFonts w:ascii="Arial" w:hAnsi="Arial"/>
        </w:rPr>
        <w:t xml:space="preserve"> they</w:t>
      </w:r>
      <w:r w:rsidR="008E16D6">
        <w:rPr>
          <w:rFonts w:ascii="Arial" w:hAnsi="Arial"/>
        </w:rPr>
        <w:t>’</w:t>
      </w:r>
      <w:r>
        <w:rPr>
          <w:rFonts w:ascii="Arial" w:hAnsi="Arial"/>
        </w:rPr>
        <w:t>ve heard about how well we</w:t>
      </w:r>
      <w:r w:rsidR="008E16D6">
        <w:rPr>
          <w:rFonts w:ascii="Arial" w:hAnsi="Arial"/>
        </w:rPr>
        <w:t>’</w:t>
      </w:r>
      <w:r>
        <w:rPr>
          <w:rFonts w:ascii="Arial" w:hAnsi="Arial"/>
        </w:rPr>
        <w:t>re doing</w:t>
      </w:r>
      <w:r w:rsidR="008E16D6">
        <w:rPr>
          <w:rFonts w:ascii="Arial" w:hAnsi="Arial"/>
        </w:rPr>
        <w:t>,</w:t>
      </w:r>
      <w:r>
        <w:rPr>
          <w:rFonts w:ascii="Arial" w:hAnsi="Arial"/>
        </w:rPr>
        <w:t xml:space="preserve"> and I think they want to.... </w:t>
      </w:r>
    </w:p>
    <w:p w14:paraId="4BDB6ABC" w14:textId="77777777" w:rsidR="00FB6230" w:rsidRDefault="00FB6230">
      <w:pPr>
        <w:spacing w:after="0"/>
      </w:pPr>
    </w:p>
    <w:p w14:paraId="3B9A897C" w14:textId="77777777" w:rsidR="00FB6230" w:rsidRDefault="00C8764B">
      <w:pPr>
        <w:spacing w:after="0"/>
      </w:pPr>
      <w:proofErr w:type="gramStart"/>
      <w:r>
        <w:rPr>
          <w:rFonts w:ascii="Arial" w:hAnsi="Arial"/>
          <w:b/>
        </w:rPr>
        <w:t xml:space="preserve">Jack  </w:t>
      </w:r>
      <w:r>
        <w:rPr>
          <w:rFonts w:ascii="Arial" w:hAnsi="Arial"/>
          <w:color w:val="5D7284"/>
        </w:rPr>
        <w:t>01:04</w:t>
      </w:r>
      <w:proofErr w:type="gramEnd"/>
    </w:p>
    <w:p w14:paraId="3299360F" w14:textId="77777777" w:rsidR="00FB6230" w:rsidRDefault="00C8764B">
      <w:pPr>
        <w:spacing w:after="0"/>
      </w:pPr>
      <w:r>
        <w:rPr>
          <w:rFonts w:ascii="Arial" w:hAnsi="Arial"/>
        </w:rPr>
        <w:t>know the competition!</w:t>
      </w:r>
    </w:p>
    <w:p w14:paraId="3ABBB963" w14:textId="77777777" w:rsidR="00FB6230" w:rsidRDefault="00FB6230">
      <w:pPr>
        <w:spacing w:after="0"/>
      </w:pPr>
    </w:p>
    <w:p w14:paraId="4EC3DFEF" w14:textId="77777777" w:rsidR="00FB6230" w:rsidRDefault="00C8764B">
      <w:pPr>
        <w:spacing w:after="0"/>
      </w:pPr>
      <w:proofErr w:type="gramStart"/>
      <w:r>
        <w:rPr>
          <w:rFonts w:ascii="Arial" w:hAnsi="Arial"/>
          <w:b/>
        </w:rPr>
        <w:t xml:space="preserve">Alice  </w:t>
      </w:r>
      <w:r>
        <w:rPr>
          <w:rFonts w:ascii="Arial" w:hAnsi="Arial"/>
          <w:color w:val="5D7284"/>
        </w:rPr>
        <w:t>01:07</w:t>
      </w:r>
      <w:proofErr w:type="gramEnd"/>
    </w:p>
    <w:p w14:paraId="4B72ACEA" w14:textId="2169171F" w:rsidR="00FB6230" w:rsidRDefault="00C8764B">
      <w:pPr>
        <w:spacing w:after="0"/>
      </w:pPr>
      <w:r>
        <w:rPr>
          <w:rFonts w:ascii="Arial" w:hAnsi="Arial"/>
        </w:rPr>
        <w:t>never mind the fact that the boys have had hugely famous people on</w:t>
      </w:r>
      <w:r w:rsidR="008E16D6">
        <w:rPr>
          <w:rFonts w:ascii="Arial" w:hAnsi="Arial"/>
        </w:rPr>
        <w:t>,</w:t>
      </w:r>
      <w:r>
        <w:rPr>
          <w:rFonts w:ascii="Arial" w:hAnsi="Arial"/>
        </w:rPr>
        <w:t xml:space="preserve"> and we have just </w:t>
      </w:r>
      <w:proofErr w:type="spellStart"/>
      <w:r>
        <w:rPr>
          <w:rFonts w:ascii="Arial" w:hAnsi="Arial"/>
        </w:rPr>
        <w:t>just</w:t>
      </w:r>
      <w:proofErr w:type="spellEnd"/>
      <w:r>
        <w:rPr>
          <w:rFonts w:ascii="Arial" w:hAnsi="Arial"/>
        </w:rPr>
        <w:t xml:space="preserve"> like </w:t>
      </w:r>
      <w:r w:rsidR="008E16D6">
        <w:rPr>
          <w:rFonts w:ascii="Arial" w:hAnsi="Arial"/>
        </w:rPr>
        <w:t>‘</w:t>
      </w:r>
      <w:r>
        <w:rPr>
          <w:rFonts w:ascii="Arial" w:hAnsi="Arial"/>
        </w:rPr>
        <w:t xml:space="preserve">Oh yeah, I asked </w:t>
      </w:r>
      <w:proofErr w:type="gramStart"/>
      <w:r>
        <w:rPr>
          <w:rFonts w:ascii="Arial" w:hAnsi="Arial"/>
        </w:rPr>
        <w:t>my  mate</w:t>
      </w:r>
      <w:proofErr w:type="gramEnd"/>
      <w:r>
        <w:rPr>
          <w:rFonts w:ascii="Arial" w:hAnsi="Arial"/>
        </w:rPr>
        <w:t xml:space="preserve"> from around the corner to come on and talk to us</w:t>
      </w:r>
      <w:r w:rsidR="008E16D6">
        <w:rPr>
          <w:rFonts w:ascii="Arial" w:hAnsi="Arial"/>
        </w:rPr>
        <w:t>.’</w:t>
      </w:r>
    </w:p>
    <w:p w14:paraId="096065BA" w14:textId="77777777" w:rsidR="00FB6230" w:rsidRDefault="00FB6230">
      <w:pPr>
        <w:spacing w:after="0"/>
      </w:pPr>
    </w:p>
    <w:p w14:paraId="522B4671" w14:textId="77777777" w:rsidR="00FB6230" w:rsidRDefault="00C8764B">
      <w:pPr>
        <w:spacing w:after="0"/>
      </w:pPr>
      <w:proofErr w:type="gramStart"/>
      <w:r>
        <w:rPr>
          <w:rFonts w:ascii="Arial" w:hAnsi="Arial"/>
          <w:b/>
        </w:rPr>
        <w:lastRenderedPageBreak/>
        <w:t xml:space="preserve">Lucy  </w:t>
      </w:r>
      <w:r>
        <w:rPr>
          <w:rFonts w:ascii="Arial" w:hAnsi="Arial"/>
          <w:color w:val="5D7284"/>
        </w:rPr>
        <w:t>01:13</w:t>
      </w:r>
      <w:proofErr w:type="gramEnd"/>
    </w:p>
    <w:p w14:paraId="613A4DE4" w14:textId="57A8B755" w:rsidR="00FB6230" w:rsidRDefault="00C8764B">
      <w:pPr>
        <w:spacing w:after="0"/>
      </w:pPr>
      <w:r>
        <w:rPr>
          <w:rFonts w:ascii="Arial" w:hAnsi="Arial"/>
        </w:rPr>
        <w:t>Alright</w:t>
      </w:r>
      <w:r w:rsidR="008E16D6">
        <w:rPr>
          <w:rFonts w:ascii="Arial" w:hAnsi="Arial"/>
        </w:rPr>
        <w:t>,</w:t>
      </w:r>
      <w:r>
        <w:rPr>
          <w:rFonts w:ascii="Arial" w:hAnsi="Arial"/>
        </w:rPr>
        <w:t xml:space="preserve"> Alice! </w:t>
      </w:r>
    </w:p>
    <w:p w14:paraId="14CB12CD" w14:textId="77777777" w:rsidR="00FB6230" w:rsidRDefault="00FB6230">
      <w:pPr>
        <w:spacing w:after="0"/>
      </w:pPr>
    </w:p>
    <w:p w14:paraId="4D9CF653" w14:textId="77777777" w:rsidR="00FB6230" w:rsidRDefault="00C8764B">
      <w:pPr>
        <w:spacing w:after="0"/>
      </w:pPr>
      <w:proofErr w:type="gramStart"/>
      <w:r>
        <w:rPr>
          <w:rFonts w:ascii="Arial" w:hAnsi="Arial"/>
          <w:b/>
        </w:rPr>
        <w:t xml:space="preserve">Alice  </w:t>
      </w:r>
      <w:r>
        <w:rPr>
          <w:rFonts w:ascii="Arial" w:hAnsi="Arial"/>
          <w:color w:val="5D7284"/>
        </w:rPr>
        <w:t>01:14</w:t>
      </w:r>
      <w:proofErr w:type="gramEnd"/>
    </w:p>
    <w:p w14:paraId="19A29C4E" w14:textId="77777777" w:rsidR="00FB6230" w:rsidRDefault="00C8764B">
      <w:pPr>
        <w:spacing w:after="0"/>
      </w:pPr>
      <w:r>
        <w:rPr>
          <w:rFonts w:ascii="Arial" w:hAnsi="Arial"/>
        </w:rPr>
        <w:t>come and talk.</w:t>
      </w:r>
    </w:p>
    <w:p w14:paraId="0E532120" w14:textId="77777777" w:rsidR="00FB6230" w:rsidRDefault="00FB6230">
      <w:pPr>
        <w:spacing w:after="0"/>
      </w:pPr>
    </w:p>
    <w:p w14:paraId="262A725D" w14:textId="77777777" w:rsidR="00FB6230" w:rsidRDefault="00C8764B">
      <w:pPr>
        <w:spacing w:after="0"/>
      </w:pPr>
      <w:proofErr w:type="gramStart"/>
      <w:r>
        <w:rPr>
          <w:rFonts w:ascii="Arial" w:hAnsi="Arial"/>
          <w:b/>
        </w:rPr>
        <w:t xml:space="preserve">Jack  </w:t>
      </w:r>
      <w:r>
        <w:rPr>
          <w:rFonts w:ascii="Arial" w:hAnsi="Arial"/>
          <w:color w:val="5D7284"/>
        </w:rPr>
        <w:t>01:19</w:t>
      </w:r>
      <w:proofErr w:type="gramEnd"/>
    </w:p>
    <w:p w14:paraId="457213EE" w14:textId="7E8E251F" w:rsidR="00FB6230" w:rsidRDefault="00C8764B">
      <w:pPr>
        <w:spacing w:after="0"/>
      </w:pPr>
      <w:r>
        <w:rPr>
          <w:rFonts w:ascii="Arial" w:hAnsi="Arial"/>
        </w:rPr>
        <w:t>We have had some famous people on</w:t>
      </w:r>
      <w:r w:rsidR="008E16D6">
        <w:rPr>
          <w:rFonts w:ascii="Arial" w:hAnsi="Arial"/>
        </w:rPr>
        <w:t>,</w:t>
      </w:r>
      <w:r>
        <w:rPr>
          <w:rFonts w:ascii="Arial" w:hAnsi="Arial"/>
        </w:rPr>
        <w:t xml:space="preserve"> but the person </w:t>
      </w:r>
      <w:proofErr w:type="gramStart"/>
      <w:r w:rsidR="008E16D6">
        <w:rPr>
          <w:rFonts w:ascii="Arial" w:hAnsi="Arial"/>
        </w:rPr>
        <w:t>who’s</w:t>
      </w:r>
      <w:r>
        <w:rPr>
          <w:rFonts w:ascii="Arial" w:hAnsi="Arial"/>
        </w:rPr>
        <w:t xml:space="preserve">  got</w:t>
      </w:r>
      <w:proofErr w:type="gramEnd"/>
      <w:r>
        <w:rPr>
          <w:rFonts w:ascii="Arial" w:hAnsi="Arial"/>
        </w:rPr>
        <w:t xml:space="preserve"> the most listeners is Tom</w:t>
      </w:r>
      <w:r w:rsidR="008E16D6">
        <w:rPr>
          <w:rFonts w:ascii="Arial" w:hAnsi="Arial"/>
        </w:rPr>
        <w:t>’</w:t>
      </w:r>
      <w:r>
        <w:rPr>
          <w:rFonts w:ascii="Arial" w:hAnsi="Arial"/>
        </w:rPr>
        <w:t>s Mum</w:t>
      </w:r>
    </w:p>
    <w:p w14:paraId="44736980" w14:textId="77777777" w:rsidR="00FB6230" w:rsidRDefault="00FB6230">
      <w:pPr>
        <w:spacing w:after="0"/>
      </w:pPr>
    </w:p>
    <w:p w14:paraId="1AA33DC0" w14:textId="77777777" w:rsidR="00FB6230" w:rsidRDefault="00C8764B">
      <w:pPr>
        <w:spacing w:after="0"/>
      </w:pPr>
      <w:proofErr w:type="gramStart"/>
      <w:r>
        <w:rPr>
          <w:rFonts w:ascii="Arial" w:hAnsi="Arial"/>
          <w:b/>
        </w:rPr>
        <w:t xml:space="preserve">Tom  </w:t>
      </w:r>
      <w:r>
        <w:rPr>
          <w:rFonts w:ascii="Arial" w:hAnsi="Arial"/>
          <w:color w:val="5D7284"/>
        </w:rPr>
        <w:t>01:25</w:t>
      </w:r>
      <w:proofErr w:type="gramEnd"/>
    </w:p>
    <w:p w14:paraId="0384B7F5" w14:textId="7FDF7936" w:rsidR="00FB6230" w:rsidRDefault="00C8764B">
      <w:pPr>
        <w:spacing w:after="0"/>
      </w:pP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true.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true.</w:t>
      </w:r>
    </w:p>
    <w:p w14:paraId="1591F73E" w14:textId="77777777" w:rsidR="00FB6230" w:rsidRDefault="00FB6230">
      <w:pPr>
        <w:spacing w:after="0"/>
      </w:pPr>
    </w:p>
    <w:p w14:paraId="1BC6B2B5" w14:textId="77777777" w:rsidR="00FB6230" w:rsidRDefault="00C8764B">
      <w:pPr>
        <w:spacing w:after="0"/>
      </w:pPr>
      <w:proofErr w:type="gramStart"/>
      <w:r>
        <w:rPr>
          <w:rFonts w:ascii="Arial" w:hAnsi="Arial"/>
          <w:b/>
        </w:rPr>
        <w:t xml:space="preserve">Lucy  </w:t>
      </w:r>
      <w:r>
        <w:rPr>
          <w:rFonts w:ascii="Arial" w:hAnsi="Arial"/>
          <w:color w:val="5D7284"/>
        </w:rPr>
        <w:t>01:26</w:t>
      </w:r>
      <w:proofErr w:type="gramEnd"/>
    </w:p>
    <w:p w14:paraId="30C29189" w14:textId="77777777" w:rsidR="00FB6230" w:rsidRDefault="00C8764B">
      <w:pPr>
        <w:spacing w:after="0"/>
      </w:pPr>
      <w:r>
        <w:rPr>
          <w:rFonts w:ascii="Arial" w:hAnsi="Arial"/>
        </w:rPr>
        <w:t>is she available for hire? (all laugh) Tom, do you want to introduce yourself, please?</w:t>
      </w:r>
    </w:p>
    <w:p w14:paraId="33560F0F" w14:textId="77777777" w:rsidR="00FB6230" w:rsidRDefault="00FB6230">
      <w:pPr>
        <w:spacing w:after="0"/>
      </w:pPr>
    </w:p>
    <w:p w14:paraId="078C8792" w14:textId="77777777" w:rsidR="00FB6230" w:rsidRDefault="00C8764B">
      <w:pPr>
        <w:spacing w:after="0"/>
      </w:pPr>
      <w:proofErr w:type="gramStart"/>
      <w:r>
        <w:rPr>
          <w:rFonts w:ascii="Arial" w:hAnsi="Arial"/>
          <w:b/>
        </w:rPr>
        <w:t xml:space="preserve">Jack  </w:t>
      </w:r>
      <w:r>
        <w:rPr>
          <w:rFonts w:ascii="Arial" w:hAnsi="Arial"/>
          <w:color w:val="5D7284"/>
        </w:rPr>
        <w:t>01:33</w:t>
      </w:r>
      <w:proofErr w:type="gramEnd"/>
    </w:p>
    <w:p w14:paraId="3539ACB4" w14:textId="5011C8C1" w:rsidR="00FB6230" w:rsidRDefault="00C8764B">
      <w:pPr>
        <w:spacing w:after="0"/>
      </w:pPr>
      <w:r>
        <w:rPr>
          <w:rFonts w:ascii="Arial" w:hAnsi="Arial"/>
        </w:rPr>
        <w:t xml:space="preserve">Ah, </w:t>
      </w:r>
      <w:proofErr w:type="gramStart"/>
      <w:r>
        <w:rPr>
          <w:rFonts w:ascii="Arial" w:hAnsi="Arial"/>
        </w:rPr>
        <w:t>I</w:t>
      </w:r>
      <w:r w:rsidR="008E16D6">
        <w:rPr>
          <w:rFonts w:ascii="Arial" w:hAnsi="Arial"/>
        </w:rPr>
        <w:t>’</w:t>
      </w:r>
      <w:r>
        <w:rPr>
          <w:rFonts w:ascii="Arial" w:hAnsi="Arial"/>
        </w:rPr>
        <w:t>d</w:t>
      </w:r>
      <w:proofErr w:type="gramEnd"/>
      <w:r>
        <w:rPr>
          <w:rFonts w:ascii="Arial" w:hAnsi="Arial"/>
        </w:rPr>
        <w:t xml:space="preserve"> love to</w:t>
      </w:r>
      <w:r w:rsidR="008E16D6">
        <w:rPr>
          <w:rFonts w:ascii="Arial" w:hAnsi="Arial"/>
        </w:rPr>
        <w:t>. Y</w:t>
      </w:r>
      <w:r>
        <w:rPr>
          <w:rFonts w:ascii="Arial" w:hAnsi="Arial"/>
        </w:rPr>
        <w:t xml:space="preserve">eah, the </w:t>
      </w:r>
      <w:r w:rsidR="008E16D6">
        <w:rPr>
          <w:rFonts w:ascii="Arial" w:hAnsi="Arial"/>
        </w:rPr>
        <w:t>P</w:t>
      </w:r>
      <w:r>
        <w:rPr>
          <w:rFonts w:ascii="Arial" w:hAnsi="Arial"/>
        </w:rPr>
        <w:t xml:space="preserve">odcast got changing </w:t>
      </w:r>
      <w:proofErr w:type="spellStart"/>
      <w:r>
        <w:rPr>
          <w:rFonts w:ascii="Arial" w:hAnsi="Arial"/>
        </w:rPr>
        <w:t>behaviours</w:t>
      </w:r>
      <w:proofErr w:type="spellEnd"/>
      <w:r w:rsidR="008E16D6">
        <w:rPr>
          <w:rFonts w:ascii="Arial" w:hAnsi="Arial"/>
        </w:rPr>
        <w:t>,</w:t>
      </w:r>
      <w:r>
        <w:rPr>
          <w:rFonts w:ascii="Arial" w:hAnsi="Arial"/>
        </w:rPr>
        <w:t xml:space="preserve">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old but very infrequent</w:t>
      </w:r>
      <w:r w:rsidR="008E16D6">
        <w:rPr>
          <w:rFonts w:ascii="Arial" w:hAnsi="Arial"/>
        </w:rPr>
        <w:t>—</w:t>
      </w:r>
      <w:r>
        <w:rPr>
          <w:rFonts w:ascii="Arial" w:hAnsi="Arial"/>
        </w:rPr>
        <w:t xml:space="preserve">I myself. </w:t>
      </w:r>
      <w:proofErr w:type="gramStart"/>
      <w:r>
        <w:rPr>
          <w:rFonts w:ascii="Arial" w:hAnsi="Arial"/>
        </w:rPr>
        <w:t>So</w:t>
      </w:r>
      <w:proofErr w:type="gramEnd"/>
      <w:r>
        <w:rPr>
          <w:rFonts w:ascii="Arial" w:hAnsi="Arial"/>
        </w:rPr>
        <w:t xml:space="preserve"> I</w:t>
      </w:r>
      <w:r w:rsidR="008E16D6">
        <w:rPr>
          <w:rFonts w:ascii="Arial" w:hAnsi="Arial"/>
        </w:rPr>
        <w:t>’</w:t>
      </w:r>
      <w:r>
        <w:rPr>
          <w:rFonts w:ascii="Arial" w:hAnsi="Arial"/>
        </w:rPr>
        <w:t>ve worked with people with learning disabilities and autism as well as physical disabilities for I think more than pretty much half my life which is an awful thought, that I</w:t>
      </w:r>
      <w:r w:rsidR="008E16D6">
        <w:rPr>
          <w:rFonts w:ascii="Arial" w:hAnsi="Arial"/>
        </w:rPr>
        <w:t>’</w:t>
      </w:r>
      <w:r>
        <w:rPr>
          <w:rFonts w:ascii="Arial" w:hAnsi="Arial"/>
        </w:rPr>
        <w:t>m at th</w:t>
      </w:r>
      <w:r w:rsidR="008E16D6">
        <w:rPr>
          <w:rFonts w:ascii="Arial" w:hAnsi="Arial"/>
        </w:rPr>
        <w:t>a</w:t>
      </w:r>
      <w:r>
        <w:rPr>
          <w:rFonts w:ascii="Arial" w:hAnsi="Arial"/>
        </w:rPr>
        <w:t xml:space="preserve">t point where you can be you can have been working and away for half a day. If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 grim moment.</w:t>
      </w:r>
    </w:p>
    <w:p w14:paraId="00A345DE" w14:textId="77777777" w:rsidR="00FB6230" w:rsidRDefault="00FB6230">
      <w:pPr>
        <w:spacing w:after="0"/>
      </w:pPr>
    </w:p>
    <w:p w14:paraId="12BC0C46" w14:textId="77777777" w:rsidR="00FB6230" w:rsidRDefault="00C8764B">
      <w:pPr>
        <w:spacing w:after="0"/>
      </w:pPr>
      <w:proofErr w:type="gramStart"/>
      <w:r>
        <w:rPr>
          <w:rFonts w:ascii="Arial" w:hAnsi="Arial"/>
          <w:b/>
        </w:rPr>
        <w:t xml:space="preserve">Alice  </w:t>
      </w:r>
      <w:r>
        <w:rPr>
          <w:rFonts w:ascii="Arial" w:hAnsi="Arial"/>
          <w:color w:val="5D7284"/>
        </w:rPr>
        <w:t>02:07</w:t>
      </w:r>
      <w:proofErr w:type="gramEnd"/>
    </w:p>
    <w:p w14:paraId="532F9CDE" w14:textId="77777777" w:rsidR="00FB6230" w:rsidRDefault="00C8764B">
      <w:pPr>
        <w:spacing w:after="0"/>
      </w:pPr>
      <w:r>
        <w:rPr>
          <w:rFonts w:ascii="Arial" w:hAnsi="Arial"/>
        </w:rPr>
        <w:t xml:space="preserve">Oh please! </w:t>
      </w:r>
    </w:p>
    <w:p w14:paraId="64A1C1E8" w14:textId="77777777" w:rsidR="00FB6230" w:rsidRDefault="00FB6230">
      <w:pPr>
        <w:spacing w:after="0"/>
      </w:pPr>
    </w:p>
    <w:p w14:paraId="2C98CDEE" w14:textId="77777777" w:rsidR="00FB6230" w:rsidRDefault="00C8764B">
      <w:pPr>
        <w:spacing w:after="0"/>
      </w:pPr>
      <w:proofErr w:type="gramStart"/>
      <w:r>
        <w:rPr>
          <w:rFonts w:ascii="Arial" w:hAnsi="Arial"/>
          <w:b/>
        </w:rPr>
        <w:t xml:space="preserve">Lucy  </w:t>
      </w:r>
      <w:r>
        <w:rPr>
          <w:rFonts w:ascii="Arial" w:hAnsi="Arial"/>
          <w:color w:val="5D7284"/>
        </w:rPr>
        <w:t>02:10</w:t>
      </w:r>
      <w:proofErr w:type="gramEnd"/>
    </w:p>
    <w:p w14:paraId="7D20E578" w14:textId="65DE31AB" w:rsidR="00FB6230" w:rsidRDefault="00C8764B">
      <w:pPr>
        <w:spacing w:after="0"/>
      </w:pPr>
      <w:r>
        <w:rPr>
          <w:rFonts w:ascii="Arial" w:hAnsi="Arial"/>
        </w:rPr>
        <w:t>Are we witnessing the birth of a mid</w:t>
      </w:r>
      <w:r w:rsidR="008E16D6">
        <w:rPr>
          <w:rFonts w:ascii="Arial" w:hAnsi="Arial"/>
        </w:rPr>
        <w:t>-</w:t>
      </w:r>
      <w:r>
        <w:rPr>
          <w:rFonts w:ascii="Arial" w:hAnsi="Arial"/>
        </w:rPr>
        <w:t>life crisis?</w:t>
      </w:r>
    </w:p>
    <w:p w14:paraId="72102DC4" w14:textId="77777777" w:rsidR="00FB6230" w:rsidRDefault="00FB6230">
      <w:pPr>
        <w:spacing w:after="0"/>
      </w:pPr>
    </w:p>
    <w:p w14:paraId="71B8BE19" w14:textId="77777777" w:rsidR="00FB6230" w:rsidRDefault="00C8764B">
      <w:pPr>
        <w:spacing w:after="0"/>
      </w:pPr>
      <w:proofErr w:type="gramStart"/>
      <w:r>
        <w:rPr>
          <w:rFonts w:ascii="Arial" w:hAnsi="Arial"/>
          <w:b/>
        </w:rPr>
        <w:t xml:space="preserve">Jack  </w:t>
      </w:r>
      <w:r>
        <w:rPr>
          <w:rFonts w:ascii="Arial" w:hAnsi="Arial"/>
          <w:color w:val="5D7284"/>
        </w:rPr>
        <w:t>02:13</w:t>
      </w:r>
      <w:proofErr w:type="gramEnd"/>
    </w:p>
    <w:p w14:paraId="5761B5B3" w14:textId="6FDF2A51" w:rsidR="00FB6230" w:rsidRDefault="00C8764B">
      <w:pPr>
        <w:spacing w:after="0"/>
      </w:pPr>
      <w:proofErr w:type="gramStart"/>
      <w:r>
        <w:rPr>
          <w:rFonts w:ascii="Arial" w:hAnsi="Arial"/>
        </w:rPr>
        <w:t>I</w:t>
      </w:r>
      <w:r w:rsidR="008E16D6">
        <w:rPr>
          <w:rFonts w:ascii="Arial" w:hAnsi="Arial"/>
        </w:rPr>
        <w:t>’</w:t>
      </w:r>
      <w:r>
        <w:rPr>
          <w:rFonts w:ascii="Arial" w:hAnsi="Arial"/>
        </w:rPr>
        <w:t>ve</w:t>
      </w:r>
      <w:proofErr w:type="gramEnd"/>
      <w:r>
        <w:rPr>
          <w:rFonts w:ascii="Arial" w:hAnsi="Arial"/>
        </w:rPr>
        <w:t xml:space="preserve"> not even had half a life! </w:t>
      </w:r>
      <w:proofErr w:type="gramStart"/>
      <w:r>
        <w:rPr>
          <w:rFonts w:ascii="Arial" w:hAnsi="Arial"/>
        </w:rPr>
        <w:t>And also</w:t>
      </w:r>
      <w:proofErr w:type="gramEnd"/>
      <w:r>
        <w:rPr>
          <w:rFonts w:ascii="Arial" w:hAnsi="Arial"/>
        </w:rPr>
        <w:t xml:space="preserve">, yeah, I have dyspraxia and dystonia as well. </w:t>
      </w:r>
      <w:proofErr w:type="gramStart"/>
      <w:r>
        <w:rPr>
          <w:rFonts w:ascii="Arial" w:hAnsi="Arial"/>
        </w:rPr>
        <w:t>So</w:t>
      </w:r>
      <w:proofErr w:type="gramEnd"/>
      <w:r>
        <w:rPr>
          <w:rFonts w:ascii="Arial" w:hAnsi="Arial"/>
        </w:rPr>
        <w:t xml:space="preserve"> I have some of my own lived experience as well as working with disabled people. </w:t>
      </w:r>
      <w:proofErr w:type="gramStart"/>
      <w:r>
        <w:rPr>
          <w:rFonts w:ascii="Arial" w:hAnsi="Arial"/>
        </w:rPr>
        <w:t>So</w:t>
      </w:r>
      <w:proofErr w:type="gramEnd"/>
      <w:r>
        <w:rPr>
          <w:rFonts w:ascii="Arial" w:hAnsi="Arial"/>
        </w:rPr>
        <w:t xml:space="preserve"> get it from all angles.</w:t>
      </w:r>
    </w:p>
    <w:p w14:paraId="5A846E2A" w14:textId="77777777" w:rsidR="00FB6230" w:rsidRDefault="00FB6230">
      <w:pPr>
        <w:spacing w:after="0"/>
      </w:pPr>
    </w:p>
    <w:p w14:paraId="25832ECE" w14:textId="77777777" w:rsidR="00FB6230" w:rsidRDefault="00C8764B">
      <w:pPr>
        <w:spacing w:after="0"/>
      </w:pPr>
      <w:proofErr w:type="gramStart"/>
      <w:r>
        <w:rPr>
          <w:rFonts w:ascii="Arial" w:hAnsi="Arial"/>
          <w:b/>
        </w:rPr>
        <w:t xml:space="preserve">Tom  </w:t>
      </w:r>
      <w:r>
        <w:rPr>
          <w:rFonts w:ascii="Arial" w:hAnsi="Arial"/>
          <w:color w:val="5D7284"/>
        </w:rPr>
        <w:t>02:31</w:t>
      </w:r>
      <w:proofErr w:type="gramEnd"/>
    </w:p>
    <w:p w14:paraId="34A75DBE" w14:textId="0C5D9954" w:rsidR="00FB6230" w:rsidRDefault="00C8764B">
      <w:pPr>
        <w:spacing w:after="0"/>
      </w:pPr>
      <w:r>
        <w:rPr>
          <w:rFonts w:ascii="Arial" w:hAnsi="Arial"/>
        </w:rPr>
        <w:t xml:space="preserve">Yeah,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Tom. I also have worked not for nearly </w:t>
      </w:r>
      <w:proofErr w:type="gramStart"/>
      <w:r>
        <w:rPr>
          <w:rFonts w:ascii="Arial" w:hAnsi="Arial"/>
        </w:rPr>
        <w:t>as long as</w:t>
      </w:r>
      <w:proofErr w:type="gramEnd"/>
      <w:r>
        <w:rPr>
          <w:rFonts w:ascii="Arial" w:hAnsi="Arial"/>
        </w:rPr>
        <w:t xml:space="preserve"> jack. But since I was 16, volunteering slash, then working for the same place that jack now works.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how we met. And I also have family experience of autism. And sort of Yeah, just we started this </w:t>
      </w:r>
      <w:r w:rsidR="008E16D6">
        <w:rPr>
          <w:rFonts w:ascii="Arial" w:hAnsi="Arial"/>
        </w:rPr>
        <w:t>P</w:t>
      </w:r>
      <w:r>
        <w:rPr>
          <w:rFonts w:ascii="Arial" w:hAnsi="Arial"/>
        </w:rPr>
        <w:t>odcast like jack said three years ago, and just infrequently chat about anything in everything disability</w:t>
      </w:r>
      <w:r w:rsidR="008E16D6">
        <w:rPr>
          <w:rFonts w:ascii="Arial" w:hAnsi="Arial"/>
        </w:rPr>
        <w:t>-</w:t>
      </w:r>
      <w:r>
        <w:rPr>
          <w:rFonts w:ascii="Arial" w:hAnsi="Arial"/>
        </w:rPr>
        <w:t xml:space="preserve">related really, like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not a topic we wouldn</w:t>
      </w:r>
      <w:r w:rsidR="008E16D6">
        <w:rPr>
          <w:rFonts w:ascii="Arial" w:hAnsi="Arial"/>
        </w:rPr>
        <w:t>’</w:t>
      </w:r>
      <w:r>
        <w:rPr>
          <w:rFonts w:ascii="Arial" w:hAnsi="Arial"/>
        </w:rPr>
        <w:t>t, wouldn</w:t>
      </w:r>
      <w:r w:rsidR="008E16D6">
        <w:rPr>
          <w:rFonts w:ascii="Arial" w:hAnsi="Arial"/>
        </w:rPr>
        <w:t>’</w:t>
      </w:r>
      <w:r>
        <w:rPr>
          <w:rFonts w:ascii="Arial" w:hAnsi="Arial"/>
        </w:rPr>
        <w:t xml:space="preserve">t try.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kind of how I</w:t>
      </w:r>
      <w:r w:rsidR="008E16D6">
        <w:rPr>
          <w:rFonts w:ascii="Arial" w:hAnsi="Arial"/>
        </w:rPr>
        <w:t>’</w:t>
      </w:r>
      <w:r>
        <w:rPr>
          <w:rFonts w:ascii="Arial" w:hAnsi="Arial"/>
        </w:rPr>
        <w:t>d sell us!</w:t>
      </w:r>
    </w:p>
    <w:p w14:paraId="13C411C0" w14:textId="77777777" w:rsidR="00FB6230" w:rsidRDefault="00FB6230">
      <w:pPr>
        <w:spacing w:after="0"/>
      </w:pPr>
    </w:p>
    <w:p w14:paraId="63E9B06A" w14:textId="77777777" w:rsidR="00FB6230" w:rsidRDefault="00C8764B">
      <w:pPr>
        <w:spacing w:after="0"/>
      </w:pPr>
      <w:proofErr w:type="gramStart"/>
      <w:r>
        <w:rPr>
          <w:rFonts w:ascii="Arial" w:hAnsi="Arial"/>
          <w:b/>
        </w:rPr>
        <w:t xml:space="preserve">Jack  </w:t>
      </w:r>
      <w:r>
        <w:rPr>
          <w:rFonts w:ascii="Arial" w:hAnsi="Arial"/>
          <w:color w:val="5D7284"/>
        </w:rPr>
        <w:t>03:09</w:t>
      </w:r>
      <w:proofErr w:type="gramEnd"/>
    </w:p>
    <w:p w14:paraId="1721BF28" w14:textId="7DCFEBA7" w:rsidR="00FB6230" w:rsidRDefault="00C8764B">
      <w:pPr>
        <w:spacing w:after="0"/>
      </w:pPr>
      <w:proofErr w:type="gramStart"/>
      <w:r>
        <w:rPr>
          <w:rFonts w:ascii="Arial" w:hAnsi="Arial"/>
        </w:rPr>
        <w:t>we</w:t>
      </w:r>
      <w:r w:rsidR="008E16D6">
        <w:rPr>
          <w:rFonts w:ascii="Arial" w:hAnsi="Arial"/>
        </w:rPr>
        <w:t>’</w:t>
      </w:r>
      <w:r>
        <w:rPr>
          <w:rFonts w:ascii="Arial" w:hAnsi="Arial"/>
        </w:rPr>
        <w:t>ll</w:t>
      </w:r>
      <w:proofErr w:type="gramEnd"/>
      <w:r>
        <w:rPr>
          <w:rFonts w:ascii="Arial" w:hAnsi="Arial"/>
        </w:rPr>
        <w:t xml:space="preserve"> talk about any old shit... that</w:t>
      </w:r>
      <w:r w:rsidR="008E16D6">
        <w:rPr>
          <w:rFonts w:ascii="Arial" w:hAnsi="Arial"/>
        </w:rPr>
        <w:t>’s</w:t>
      </w:r>
      <w:r>
        <w:rPr>
          <w:rFonts w:ascii="Arial" w:hAnsi="Arial"/>
        </w:rPr>
        <w:t>.</w:t>
      </w:r>
    </w:p>
    <w:p w14:paraId="04AF238C" w14:textId="77777777" w:rsidR="00FB6230" w:rsidRDefault="00FB6230">
      <w:pPr>
        <w:spacing w:after="0"/>
      </w:pPr>
    </w:p>
    <w:p w14:paraId="4DF3664F" w14:textId="77777777" w:rsidR="00FB6230" w:rsidRDefault="00C8764B">
      <w:pPr>
        <w:spacing w:after="0"/>
      </w:pPr>
      <w:proofErr w:type="gramStart"/>
      <w:r>
        <w:rPr>
          <w:rFonts w:ascii="Arial" w:hAnsi="Arial"/>
          <w:b/>
        </w:rPr>
        <w:t xml:space="preserve">Lucy  </w:t>
      </w:r>
      <w:r>
        <w:rPr>
          <w:rFonts w:ascii="Arial" w:hAnsi="Arial"/>
          <w:color w:val="5D7284"/>
        </w:rPr>
        <w:t>03:13</w:t>
      </w:r>
      <w:proofErr w:type="gramEnd"/>
    </w:p>
    <w:p w14:paraId="0DA8C43C" w14:textId="2C905217" w:rsidR="00FB6230" w:rsidRDefault="00C8764B">
      <w:pPr>
        <w:spacing w:after="0"/>
      </w:pPr>
      <w:r>
        <w:rPr>
          <w:rFonts w:ascii="Arial" w:hAnsi="Arial"/>
        </w:rPr>
        <w:t>pretty much</w:t>
      </w:r>
      <w:r w:rsidR="008E16D6">
        <w:rPr>
          <w:rFonts w:ascii="Arial" w:hAnsi="Arial"/>
        </w:rPr>
        <w:t>,</w:t>
      </w:r>
      <w:r>
        <w:rPr>
          <w:rFonts w:ascii="Arial" w:hAnsi="Arial"/>
        </w:rPr>
        <w:t xml:space="preserve"> I think that</w:t>
      </w:r>
      <w:r w:rsidR="008E16D6">
        <w:rPr>
          <w:rFonts w:ascii="Arial" w:hAnsi="Arial"/>
        </w:rPr>
        <w:t>’</w:t>
      </w:r>
      <w:r>
        <w:rPr>
          <w:rFonts w:ascii="Arial" w:hAnsi="Arial"/>
        </w:rPr>
        <w:t xml:space="preserve">s the kind of </w:t>
      </w:r>
      <w:proofErr w:type="gramStart"/>
      <w:r>
        <w:rPr>
          <w:rFonts w:ascii="Arial" w:hAnsi="Arial"/>
        </w:rPr>
        <w:t>thing</w:t>
      </w:r>
      <w:proofErr w:type="gramEnd"/>
      <w:r>
        <w:rPr>
          <w:rFonts w:ascii="Arial" w:hAnsi="Arial"/>
        </w:rPr>
        <w:t xml:space="preserve"> like, we go through anything you want to talk about. Um, if they say yes, then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fine. If they say no,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not right. </w:t>
      </w:r>
      <w:proofErr w:type="gramStart"/>
      <w:r>
        <w:rPr>
          <w:rFonts w:ascii="Arial" w:hAnsi="Arial"/>
        </w:rPr>
        <w:t>Let</w:t>
      </w:r>
      <w:r w:rsidR="008E16D6">
        <w:rPr>
          <w:rFonts w:ascii="Arial" w:hAnsi="Arial"/>
        </w:rPr>
        <w:t>’</w:t>
      </w:r>
      <w:r>
        <w:rPr>
          <w:rFonts w:ascii="Arial" w:hAnsi="Arial"/>
        </w:rPr>
        <w:t>s</w:t>
      </w:r>
      <w:proofErr w:type="gramEnd"/>
      <w:r>
        <w:rPr>
          <w:rFonts w:ascii="Arial" w:hAnsi="Arial"/>
        </w:rPr>
        <w:t xml:space="preserve"> go for it. Just see where this takes us. </w:t>
      </w:r>
    </w:p>
    <w:p w14:paraId="1E7CFBFA" w14:textId="77777777" w:rsidR="00FB6230" w:rsidRDefault="00FB6230">
      <w:pPr>
        <w:spacing w:after="0"/>
      </w:pPr>
    </w:p>
    <w:p w14:paraId="3BDB78EB" w14:textId="77777777" w:rsidR="00FB6230" w:rsidRDefault="00C8764B">
      <w:pPr>
        <w:spacing w:after="0"/>
      </w:pPr>
      <w:proofErr w:type="gramStart"/>
      <w:r>
        <w:rPr>
          <w:rFonts w:ascii="Arial" w:hAnsi="Arial"/>
          <w:b/>
        </w:rPr>
        <w:t xml:space="preserve">Alice  </w:t>
      </w:r>
      <w:r>
        <w:rPr>
          <w:rFonts w:ascii="Arial" w:hAnsi="Arial"/>
          <w:color w:val="5D7284"/>
        </w:rPr>
        <w:t>03:24</w:t>
      </w:r>
      <w:proofErr w:type="gramEnd"/>
    </w:p>
    <w:p w14:paraId="6DBA93B4" w14:textId="2AF90181" w:rsidR="00FB6230" w:rsidRDefault="00C8764B">
      <w:pPr>
        <w:spacing w:after="0"/>
      </w:pPr>
      <w:r>
        <w:rPr>
          <w:rFonts w:ascii="Arial" w:hAnsi="Arial"/>
        </w:rPr>
        <w:t>My mom has a phrase that always makes me a little bit uncomfortable, but it</w:t>
      </w:r>
      <w:r w:rsidR="008E16D6">
        <w:rPr>
          <w:rFonts w:ascii="Arial" w:hAnsi="Arial"/>
        </w:rPr>
        <w:t>’</w:t>
      </w:r>
      <w:r>
        <w:rPr>
          <w:rFonts w:ascii="Arial" w:hAnsi="Arial"/>
        </w:rPr>
        <w:t xml:space="preserve">s suck it and </w:t>
      </w:r>
      <w:proofErr w:type="gramStart"/>
      <w:r>
        <w:rPr>
          <w:rFonts w:ascii="Arial" w:hAnsi="Arial"/>
        </w:rPr>
        <w:t>see</w:t>
      </w:r>
      <w:proofErr w:type="gramEnd"/>
    </w:p>
    <w:p w14:paraId="29C15368" w14:textId="77777777" w:rsidR="00FB6230" w:rsidRDefault="00FB6230">
      <w:pPr>
        <w:spacing w:after="0"/>
      </w:pPr>
    </w:p>
    <w:p w14:paraId="78A98FB9" w14:textId="77777777" w:rsidR="00FB6230" w:rsidRDefault="00C8764B">
      <w:pPr>
        <w:spacing w:after="0"/>
      </w:pPr>
      <w:proofErr w:type="gramStart"/>
      <w:r>
        <w:rPr>
          <w:rFonts w:ascii="Arial" w:hAnsi="Arial"/>
          <w:b/>
        </w:rPr>
        <w:t xml:space="preserve">Lucy  </w:t>
      </w:r>
      <w:r>
        <w:rPr>
          <w:rFonts w:ascii="Arial" w:hAnsi="Arial"/>
          <w:color w:val="5D7284"/>
        </w:rPr>
        <w:t>03:31</w:t>
      </w:r>
      <w:proofErr w:type="gramEnd"/>
    </w:p>
    <w:p w14:paraId="1BFBAF56" w14:textId="37AA0FE7" w:rsidR="00FB6230" w:rsidRDefault="00C8764B">
      <w:pPr>
        <w:spacing w:after="0"/>
      </w:pPr>
      <w:r>
        <w:rPr>
          <w:rFonts w:ascii="Arial" w:hAnsi="Arial"/>
        </w:rPr>
        <w:t>yeah</w:t>
      </w:r>
      <w:r w:rsidR="008E16D6">
        <w:rPr>
          <w:rFonts w:ascii="Arial" w:hAnsi="Arial"/>
        </w:rPr>
        <w:t>,</w:t>
      </w:r>
      <w:r>
        <w:rPr>
          <w:rFonts w:ascii="Arial" w:hAnsi="Arial"/>
        </w:rPr>
        <w:t xml:space="preserve"> my Mum uses that one as well. that does make me feel a bit </w:t>
      </w:r>
      <w:proofErr w:type="gramStart"/>
      <w:r>
        <w:rPr>
          <w:rFonts w:ascii="Arial" w:hAnsi="Arial"/>
        </w:rPr>
        <w:t>Ur</w:t>
      </w:r>
      <w:proofErr w:type="gramEnd"/>
    </w:p>
    <w:p w14:paraId="218224ED" w14:textId="77777777" w:rsidR="00FB6230" w:rsidRDefault="00FB6230">
      <w:pPr>
        <w:spacing w:after="0"/>
      </w:pPr>
    </w:p>
    <w:p w14:paraId="18CF51CC" w14:textId="77777777" w:rsidR="00FB6230" w:rsidRDefault="00C8764B">
      <w:pPr>
        <w:spacing w:after="0"/>
      </w:pPr>
      <w:proofErr w:type="gramStart"/>
      <w:r>
        <w:rPr>
          <w:rFonts w:ascii="Arial" w:hAnsi="Arial"/>
          <w:b/>
        </w:rPr>
        <w:t xml:space="preserve">Alice  </w:t>
      </w:r>
      <w:r>
        <w:rPr>
          <w:rFonts w:ascii="Arial" w:hAnsi="Arial"/>
          <w:color w:val="5D7284"/>
        </w:rPr>
        <w:t>03:35</w:t>
      </w:r>
      <w:proofErr w:type="gramEnd"/>
    </w:p>
    <w:p w14:paraId="6481AD57" w14:textId="76F62550" w:rsidR="00FB6230" w:rsidRDefault="00C8764B">
      <w:pPr>
        <w:spacing w:after="0"/>
      </w:pPr>
      <w:r>
        <w:rPr>
          <w:rFonts w:ascii="Arial" w:hAnsi="Arial"/>
        </w:rPr>
        <w:t xml:space="preserve">Yeah,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not something you want your </w:t>
      </w:r>
      <w:r w:rsidR="008E16D6">
        <w:rPr>
          <w:rFonts w:ascii="Arial" w:hAnsi="Arial"/>
        </w:rPr>
        <w:t>M</w:t>
      </w:r>
      <w:r>
        <w:rPr>
          <w:rFonts w:ascii="Arial" w:hAnsi="Arial"/>
        </w:rPr>
        <w:t>um to say.</w:t>
      </w:r>
    </w:p>
    <w:p w14:paraId="5DE3BF37" w14:textId="77777777" w:rsidR="00FB6230" w:rsidRDefault="00FB6230">
      <w:pPr>
        <w:spacing w:after="0"/>
      </w:pPr>
    </w:p>
    <w:p w14:paraId="052B8E4E" w14:textId="77777777" w:rsidR="00FB6230" w:rsidRDefault="00C8764B">
      <w:pPr>
        <w:spacing w:after="0"/>
      </w:pPr>
      <w:proofErr w:type="gramStart"/>
      <w:r>
        <w:rPr>
          <w:rFonts w:ascii="Arial" w:hAnsi="Arial"/>
          <w:b/>
        </w:rPr>
        <w:t xml:space="preserve">Lucy  </w:t>
      </w:r>
      <w:r>
        <w:rPr>
          <w:rFonts w:ascii="Arial" w:hAnsi="Arial"/>
          <w:color w:val="5D7284"/>
        </w:rPr>
        <w:t>03:37</w:t>
      </w:r>
      <w:proofErr w:type="gramEnd"/>
    </w:p>
    <w:p w14:paraId="72FEFA55" w14:textId="77777777" w:rsidR="00FB6230" w:rsidRDefault="00C8764B">
      <w:pPr>
        <w:spacing w:after="0"/>
      </w:pPr>
      <w:r>
        <w:rPr>
          <w:rFonts w:ascii="Arial" w:hAnsi="Arial"/>
        </w:rPr>
        <w:t xml:space="preserve">No, not really. </w:t>
      </w:r>
      <w:proofErr w:type="gramStart"/>
      <w:r>
        <w:rPr>
          <w:rFonts w:ascii="Arial" w:hAnsi="Arial"/>
        </w:rPr>
        <w:t>so</w:t>
      </w:r>
      <w:proofErr w:type="gramEnd"/>
      <w:r>
        <w:rPr>
          <w:rFonts w:ascii="Arial" w:hAnsi="Arial"/>
        </w:rPr>
        <w:t xml:space="preserve"> Jack, Tom...</w:t>
      </w:r>
    </w:p>
    <w:p w14:paraId="3AD69154" w14:textId="77777777" w:rsidR="00FB6230" w:rsidRDefault="00FB6230">
      <w:pPr>
        <w:spacing w:after="0"/>
      </w:pPr>
    </w:p>
    <w:p w14:paraId="5492267F" w14:textId="77777777" w:rsidR="00FB6230" w:rsidRDefault="00C8764B">
      <w:pPr>
        <w:spacing w:after="0"/>
      </w:pPr>
      <w:proofErr w:type="gramStart"/>
      <w:r>
        <w:rPr>
          <w:rFonts w:ascii="Arial" w:hAnsi="Arial"/>
          <w:b/>
        </w:rPr>
        <w:t xml:space="preserve">Alice  </w:t>
      </w:r>
      <w:r>
        <w:rPr>
          <w:rFonts w:ascii="Arial" w:hAnsi="Arial"/>
          <w:color w:val="5D7284"/>
        </w:rPr>
        <w:t>03:44</w:t>
      </w:r>
      <w:proofErr w:type="gramEnd"/>
    </w:p>
    <w:p w14:paraId="05DBADF5" w14:textId="77777777" w:rsidR="00FB6230" w:rsidRDefault="00C8764B">
      <w:pPr>
        <w:spacing w:after="0"/>
      </w:pPr>
      <w:r>
        <w:rPr>
          <w:rFonts w:ascii="Arial" w:hAnsi="Arial"/>
        </w:rPr>
        <w:t>More about where our minds go than anywhere else but</w:t>
      </w:r>
    </w:p>
    <w:p w14:paraId="57AD3EFC" w14:textId="77777777" w:rsidR="00FB6230" w:rsidRDefault="00FB6230">
      <w:pPr>
        <w:spacing w:after="0"/>
      </w:pPr>
    </w:p>
    <w:p w14:paraId="2C561F1E" w14:textId="77777777" w:rsidR="00FB6230" w:rsidRDefault="00C8764B">
      <w:pPr>
        <w:spacing w:after="0"/>
      </w:pPr>
      <w:proofErr w:type="gramStart"/>
      <w:r>
        <w:rPr>
          <w:rFonts w:ascii="Arial" w:hAnsi="Arial"/>
          <w:b/>
        </w:rPr>
        <w:t xml:space="preserve">Lucy  </w:t>
      </w:r>
      <w:r>
        <w:rPr>
          <w:rFonts w:ascii="Arial" w:hAnsi="Arial"/>
          <w:color w:val="5D7284"/>
        </w:rPr>
        <w:t>03:48</w:t>
      </w:r>
      <w:proofErr w:type="gramEnd"/>
    </w:p>
    <w:p w14:paraId="7EF48601" w14:textId="5B0BCE7A" w:rsidR="00FB6230" w:rsidRDefault="00C8764B">
      <w:pPr>
        <w:spacing w:after="0"/>
      </w:pPr>
      <w:proofErr w:type="gramStart"/>
      <w:r>
        <w:rPr>
          <w:rFonts w:ascii="Arial" w:hAnsi="Arial"/>
        </w:rPr>
        <w:t>well</w:t>
      </w:r>
      <w:proofErr w:type="gramEnd"/>
      <w:r>
        <w:rPr>
          <w:rFonts w:ascii="Arial" w:hAnsi="Arial"/>
        </w:rPr>
        <w:t xml:space="preserve"> yours, Jack, Tom, what made you go? Oh, </w:t>
      </w:r>
      <w:proofErr w:type="gramStart"/>
      <w:r>
        <w:rPr>
          <w:rFonts w:ascii="Arial" w:hAnsi="Arial"/>
        </w:rPr>
        <w:t>let</w:t>
      </w:r>
      <w:r w:rsidR="008E16D6">
        <w:rPr>
          <w:rFonts w:ascii="Arial" w:hAnsi="Arial"/>
        </w:rPr>
        <w:t>’</w:t>
      </w:r>
      <w:r>
        <w:rPr>
          <w:rFonts w:ascii="Arial" w:hAnsi="Arial"/>
        </w:rPr>
        <w:t>s</w:t>
      </w:r>
      <w:proofErr w:type="gramEnd"/>
      <w:r>
        <w:rPr>
          <w:rFonts w:ascii="Arial" w:hAnsi="Arial"/>
        </w:rPr>
        <w:t xml:space="preserve"> you know, we</w:t>
      </w:r>
      <w:r w:rsidR="008E16D6">
        <w:rPr>
          <w:rFonts w:ascii="Arial" w:hAnsi="Arial"/>
        </w:rPr>
        <w:t>’</w:t>
      </w:r>
      <w:r>
        <w:rPr>
          <w:rFonts w:ascii="Arial" w:hAnsi="Arial"/>
        </w:rPr>
        <w:t xml:space="preserve">re friends. Now </w:t>
      </w:r>
      <w:proofErr w:type="gramStart"/>
      <w:r>
        <w:rPr>
          <w:rFonts w:ascii="Arial" w:hAnsi="Arial"/>
        </w:rPr>
        <w:t>let</w:t>
      </w:r>
      <w:r w:rsidR="008E16D6">
        <w:rPr>
          <w:rFonts w:ascii="Arial" w:hAnsi="Arial"/>
        </w:rPr>
        <w:t>’</w:t>
      </w:r>
      <w:r>
        <w:rPr>
          <w:rFonts w:ascii="Arial" w:hAnsi="Arial"/>
        </w:rPr>
        <w:t>s</w:t>
      </w:r>
      <w:proofErr w:type="gramEnd"/>
      <w:r>
        <w:rPr>
          <w:rFonts w:ascii="Arial" w:hAnsi="Arial"/>
        </w:rPr>
        <w:t xml:space="preserve"> start a podcast because the way me Alice said, oh, we</w:t>
      </w:r>
      <w:r w:rsidR="008E16D6">
        <w:rPr>
          <w:rFonts w:ascii="Arial" w:hAnsi="Arial"/>
        </w:rPr>
        <w:t>’</w:t>
      </w:r>
      <w:r>
        <w:rPr>
          <w:rFonts w:ascii="Arial" w:hAnsi="Arial"/>
        </w:rPr>
        <w:t xml:space="preserve">re friends. Now </w:t>
      </w:r>
      <w:proofErr w:type="spellStart"/>
      <w:r>
        <w:rPr>
          <w:rFonts w:ascii="Arial" w:hAnsi="Arial"/>
        </w:rPr>
        <w:t>lets</w:t>
      </w:r>
      <w:proofErr w:type="spellEnd"/>
      <w:r>
        <w:rPr>
          <w:rFonts w:ascii="Arial" w:hAnsi="Arial"/>
        </w:rPr>
        <w:t xml:space="preserve"> start a podcast well it was like do </w:t>
      </w:r>
      <w:proofErr w:type="gramStart"/>
      <w:r>
        <w:rPr>
          <w:rFonts w:ascii="Arial" w:hAnsi="Arial"/>
        </w:rPr>
        <w:t>you  want</w:t>
      </w:r>
      <w:proofErr w:type="gramEnd"/>
      <w:r>
        <w:rPr>
          <w:rFonts w:ascii="Arial" w:hAnsi="Arial"/>
        </w:rPr>
        <w:t xml:space="preserve"> to start a podcast. Yeah. Do you want to start a </w:t>
      </w:r>
      <w:proofErr w:type="gramStart"/>
      <w:r>
        <w:rPr>
          <w:rFonts w:ascii="Arial" w:hAnsi="Arial"/>
        </w:rPr>
        <w:t>podcast ?</w:t>
      </w:r>
      <w:proofErr w:type="gramEnd"/>
      <w:r>
        <w:rPr>
          <w:rFonts w:ascii="Arial" w:hAnsi="Arial"/>
        </w:rPr>
        <w:t xml:space="preserve"> Yeah, </w:t>
      </w:r>
      <w:proofErr w:type="gramStart"/>
      <w:r>
        <w:rPr>
          <w:rFonts w:ascii="Arial" w:hAnsi="Arial"/>
        </w:rPr>
        <w:t>let</w:t>
      </w:r>
      <w:r w:rsidR="008E16D6">
        <w:rPr>
          <w:rFonts w:ascii="Arial" w:hAnsi="Arial"/>
        </w:rPr>
        <w:t>’</w:t>
      </w:r>
      <w:r>
        <w:rPr>
          <w:rFonts w:ascii="Arial" w:hAnsi="Arial"/>
        </w:rPr>
        <w:t>s</w:t>
      </w:r>
      <w:proofErr w:type="gramEnd"/>
      <w:r>
        <w:rPr>
          <w:rFonts w:ascii="Arial" w:hAnsi="Arial"/>
        </w:rPr>
        <w:t xml:space="preserve"> see if we could be friends. And then </w:t>
      </w:r>
      <w:proofErr w:type="gramStart"/>
      <w:r>
        <w:rPr>
          <w:rFonts w:ascii="Arial" w:hAnsi="Arial"/>
        </w:rPr>
        <w:t>we</w:t>
      </w:r>
      <w:r w:rsidR="008E16D6">
        <w:rPr>
          <w:rFonts w:ascii="Arial" w:hAnsi="Arial"/>
        </w:rPr>
        <w:t>’</w:t>
      </w:r>
      <w:r>
        <w:rPr>
          <w:rFonts w:ascii="Arial" w:hAnsi="Arial"/>
        </w:rPr>
        <w:t>ll</w:t>
      </w:r>
      <w:proofErr w:type="gramEnd"/>
      <w:r>
        <w:rPr>
          <w:rFonts w:ascii="Arial" w:hAnsi="Arial"/>
        </w:rPr>
        <w:t xml:space="preserve"> make a podcast if it works. </w:t>
      </w:r>
      <w:proofErr w:type="gramStart"/>
      <w:r>
        <w:rPr>
          <w:rFonts w:ascii="Arial" w:hAnsi="Arial"/>
        </w:rPr>
        <w:t>So</w:t>
      </w:r>
      <w:proofErr w:type="gramEnd"/>
      <w:r>
        <w:rPr>
          <w:rFonts w:ascii="Arial" w:hAnsi="Arial"/>
        </w:rPr>
        <w:t xml:space="preserve"> you guys became friends first? What made you go oh, </w:t>
      </w:r>
      <w:proofErr w:type="gramStart"/>
      <w:r>
        <w:rPr>
          <w:rFonts w:ascii="Arial" w:hAnsi="Arial"/>
        </w:rPr>
        <w:t>let</w:t>
      </w:r>
      <w:r w:rsidR="008E16D6">
        <w:rPr>
          <w:rFonts w:ascii="Arial" w:hAnsi="Arial"/>
        </w:rPr>
        <w:t>’</w:t>
      </w:r>
      <w:r>
        <w:rPr>
          <w:rFonts w:ascii="Arial" w:hAnsi="Arial"/>
        </w:rPr>
        <w:t>s</w:t>
      </w:r>
      <w:proofErr w:type="gramEnd"/>
      <w:r>
        <w:rPr>
          <w:rFonts w:ascii="Arial" w:hAnsi="Arial"/>
        </w:rPr>
        <w:t xml:space="preserve"> just make a podcast about this.</w:t>
      </w:r>
    </w:p>
    <w:p w14:paraId="05C5D8D7" w14:textId="77777777" w:rsidR="00FB6230" w:rsidRDefault="00FB6230">
      <w:pPr>
        <w:spacing w:after="0"/>
      </w:pPr>
    </w:p>
    <w:p w14:paraId="121C68FB" w14:textId="77777777" w:rsidR="00FB6230" w:rsidRDefault="00C8764B">
      <w:pPr>
        <w:spacing w:after="0"/>
      </w:pPr>
      <w:proofErr w:type="gramStart"/>
      <w:r>
        <w:rPr>
          <w:rFonts w:ascii="Arial" w:hAnsi="Arial"/>
          <w:b/>
        </w:rPr>
        <w:t xml:space="preserve">Jack  </w:t>
      </w:r>
      <w:r>
        <w:rPr>
          <w:rFonts w:ascii="Arial" w:hAnsi="Arial"/>
          <w:color w:val="5D7284"/>
        </w:rPr>
        <w:t>04:16</w:t>
      </w:r>
      <w:proofErr w:type="gramEnd"/>
    </w:p>
    <w:p w14:paraId="66F4137D" w14:textId="14224A9F" w:rsidR="00FB6230" w:rsidRDefault="00C8764B">
      <w:pPr>
        <w:spacing w:after="0"/>
      </w:pPr>
      <w:r>
        <w:rPr>
          <w:rFonts w:ascii="Arial" w:hAnsi="Arial"/>
        </w:rPr>
        <w:t xml:space="preserve">Well, there used to be a third. </w:t>
      </w:r>
      <w:proofErr w:type="gramStart"/>
      <w:r>
        <w:rPr>
          <w:rFonts w:ascii="Arial" w:hAnsi="Arial"/>
        </w:rPr>
        <w:t>He</w:t>
      </w:r>
      <w:r w:rsidR="008E16D6">
        <w:rPr>
          <w:rFonts w:ascii="Arial" w:hAnsi="Arial"/>
        </w:rPr>
        <w:t>’</w:t>
      </w:r>
      <w:r>
        <w:rPr>
          <w:rFonts w:ascii="Arial" w:hAnsi="Arial"/>
        </w:rPr>
        <w:t>s</w:t>
      </w:r>
      <w:proofErr w:type="gramEnd"/>
      <w:r>
        <w:rPr>
          <w:rFonts w:ascii="Arial" w:hAnsi="Arial"/>
        </w:rPr>
        <w:t xml:space="preserve"> alive. I made it sound like he </w:t>
      </w:r>
      <w:proofErr w:type="gramStart"/>
      <w:r>
        <w:rPr>
          <w:rFonts w:ascii="Arial" w:hAnsi="Arial"/>
        </w:rPr>
        <w:t>was  dead</w:t>
      </w:r>
      <w:proofErr w:type="gramEnd"/>
      <w:r>
        <w:rPr>
          <w:rFonts w:ascii="Arial" w:hAnsi="Arial"/>
        </w:rPr>
        <w:t xml:space="preserve">  </w:t>
      </w:r>
      <w:proofErr w:type="spellStart"/>
      <w:r>
        <w:rPr>
          <w:rFonts w:ascii="Arial" w:hAnsi="Arial"/>
        </w:rPr>
        <w:t>hes</w:t>
      </w:r>
      <w:proofErr w:type="spellEnd"/>
      <w:r>
        <w:rPr>
          <w:rFonts w:ascii="Arial" w:hAnsi="Arial"/>
        </w:rPr>
        <w:t xml:space="preserve"> alive rarely seen I hit very hairy now. That</w:t>
      </w:r>
      <w:r w:rsidR="008E16D6">
        <w:rPr>
          <w:rFonts w:ascii="Arial" w:hAnsi="Arial"/>
        </w:rPr>
        <w:t>’</w:t>
      </w:r>
      <w:r>
        <w:rPr>
          <w:rFonts w:ascii="Arial" w:hAnsi="Arial"/>
        </w:rPr>
        <w:t>s it</w:t>
      </w:r>
      <w:r w:rsidR="008E16D6">
        <w:rPr>
          <w:rFonts w:ascii="Arial" w:hAnsi="Arial"/>
        </w:rPr>
        <w:t>’</w:t>
      </w:r>
      <w:r>
        <w:rPr>
          <w:rFonts w:ascii="Arial" w:hAnsi="Arial"/>
        </w:rPr>
        <w:t xml:space="preserve">s kind of like someone could disappear on </w:t>
      </w:r>
      <w:proofErr w:type="spellStart"/>
      <w:proofErr w:type="gramStart"/>
      <w:r>
        <w:rPr>
          <w:rFonts w:ascii="Arial" w:hAnsi="Arial"/>
        </w:rPr>
        <w:t>a</w:t>
      </w:r>
      <w:proofErr w:type="spellEnd"/>
      <w:proofErr w:type="gramEnd"/>
      <w:r>
        <w:rPr>
          <w:rFonts w:ascii="Arial" w:hAnsi="Arial"/>
        </w:rPr>
        <w:t xml:space="preserve"> island for a long time. And the next time you see them, like Tom Hanks in Castaway. I see him is every time I see him. He</w:t>
      </w:r>
      <w:r w:rsidR="008E16D6">
        <w:rPr>
          <w:rFonts w:ascii="Arial" w:hAnsi="Arial"/>
        </w:rPr>
        <w:t>’</w:t>
      </w:r>
      <w:r>
        <w:rPr>
          <w:rFonts w:ascii="Arial" w:hAnsi="Arial"/>
        </w:rPr>
        <w:t xml:space="preserve">s got to a new level of hairiness and basically it was him and Tom that actually started it and </w:t>
      </w:r>
      <w:proofErr w:type="gramStart"/>
      <w:r>
        <w:rPr>
          <w:rFonts w:ascii="Arial" w:hAnsi="Arial"/>
        </w:rPr>
        <w:t>basically</w:t>
      </w:r>
      <w:proofErr w:type="gramEnd"/>
      <w:r>
        <w:rPr>
          <w:rFonts w:ascii="Arial" w:hAnsi="Arial"/>
        </w:rPr>
        <w:t xml:space="preserve"> I had some equipment. But I get this. You made </w:t>
      </w:r>
      <w:proofErr w:type="gramStart"/>
      <w:r>
        <w:rPr>
          <w:rFonts w:ascii="Arial" w:hAnsi="Arial"/>
        </w:rPr>
        <w:t>the you</w:t>
      </w:r>
      <w:proofErr w:type="gramEnd"/>
      <w:r>
        <w:rPr>
          <w:rFonts w:ascii="Arial" w:hAnsi="Arial"/>
        </w:rPr>
        <w:t xml:space="preserve"> made a mistake that we said that we</w:t>
      </w:r>
      <w:r w:rsidR="008E16D6">
        <w:rPr>
          <w:rFonts w:ascii="Arial" w:hAnsi="Arial"/>
        </w:rPr>
        <w:t>’</w:t>
      </w:r>
      <w:r>
        <w:rPr>
          <w:rFonts w:ascii="Arial" w:hAnsi="Arial"/>
        </w:rPr>
        <w:t>re friends jack just has the mic.</w:t>
      </w:r>
    </w:p>
    <w:p w14:paraId="3C9C85FE" w14:textId="77777777" w:rsidR="00FB6230" w:rsidRDefault="00FB6230">
      <w:pPr>
        <w:spacing w:after="0"/>
      </w:pPr>
    </w:p>
    <w:p w14:paraId="5BCD241C" w14:textId="77777777" w:rsidR="00FB6230" w:rsidRDefault="00C8764B">
      <w:pPr>
        <w:spacing w:after="0"/>
      </w:pPr>
      <w:proofErr w:type="gramStart"/>
      <w:r>
        <w:rPr>
          <w:rFonts w:ascii="Arial" w:hAnsi="Arial"/>
          <w:b/>
        </w:rPr>
        <w:t xml:space="preserve">Lucy  </w:t>
      </w:r>
      <w:r>
        <w:rPr>
          <w:rFonts w:ascii="Arial" w:hAnsi="Arial"/>
          <w:color w:val="5D7284"/>
        </w:rPr>
        <w:t>04:58</w:t>
      </w:r>
      <w:proofErr w:type="gramEnd"/>
    </w:p>
    <w:p w14:paraId="67EF20E8" w14:textId="77777777" w:rsidR="00FB6230" w:rsidRDefault="00C8764B">
      <w:pPr>
        <w:spacing w:after="0"/>
      </w:pPr>
      <w:r>
        <w:rPr>
          <w:rFonts w:ascii="Arial" w:hAnsi="Arial"/>
        </w:rPr>
        <w:t xml:space="preserve">do you </w:t>
      </w:r>
      <w:proofErr w:type="gramStart"/>
      <w:r>
        <w:rPr>
          <w:rFonts w:ascii="Arial" w:hAnsi="Arial"/>
        </w:rPr>
        <w:t>actually secretly</w:t>
      </w:r>
      <w:proofErr w:type="gramEnd"/>
      <w:r>
        <w:rPr>
          <w:rFonts w:ascii="Arial" w:hAnsi="Arial"/>
        </w:rPr>
        <w:t xml:space="preserve"> hate one another?</w:t>
      </w:r>
    </w:p>
    <w:p w14:paraId="5BCE6335" w14:textId="77777777" w:rsidR="00FB6230" w:rsidRDefault="00FB6230">
      <w:pPr>
        <w:spacing w:after="0"/>
      </w:pPr>
    </w:p>
    <w:p w14:paraId="17C0DCEC" w14:textId="77777777" w:rsidR="00FB6230" w:rsidRDefault="00C8764B">
      <w:pPr>
        <w:spacing w:after="0"/>
      </w:pPr>
      <w:proofErr w:type="gramStart"/>
      <w:r>
        <w:rPr>
          <w:rFonts w:ascii="Arial" w:hAnsi="Arial"/>
          <w:b/>
        </w:rPr>
        <w:t xml:space="preserve">Jack  </w:t>
      </w:r>
      <w:r>
        <w:rPr>
          <w:rFonts w:ascii="Arial" w:hAnsi="Arial"/>
          <w:color w:val="5D7284"/>
        </w:rPr>
        <w:t>05:04</w:t>
      </w:r>
      <w:proofErr w:type="gramEnd"/>
    </w:p>
    <w:p w14:paraId="5CE7F617" w14:textId="6883CA0E" w:rsidR="00FB6230" w:rsidRDefault="00C8764B">
      <w:pPr>
        <w:spacing w:after="0"/>
      </w:pP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not a secret but yes No, I think we did it almost like, like you were saying where it was sort of like, we just wanted to chat about things. And we kind of I know, you guys will know as like a disability podcast, like there is a lot going on all the time.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not really getting mainstream coverage, or even getting the discussions that any of these areas warrant and we</w:t>
      </w:r>
      <w:r w:rsidR="008E16D6">
        <w:rPr>
          <w:rFonts w:ascii="Arial" w:hAnsi="Arial"/>
        </w:rPr>
        <w:t>’</w:t>
      </w:r>
      <w:r>
        <w:rPr>
          <w:rFonts w:ascii="Arial" w:hAnsi="Arial"/>
        </w:rPr>
        <w:t xml:space="preserve">ve not touched. I mean, even in three years of interesting </w:t>
      </w:r>
      <w:r w:rsidR="008E16D6">
        <w:rPr>
          <w:rFonts w:ascii="Arial" w:hAnsi="Arial"/>
        </w:rPr>
        <w:t>P</w:t>
      </w:r>
      <w:r>
        <w:rPr>
          <w:rFonts w:ascii="Arial" w:hAnsi="Arial"/>
        </w:rPr>
        <w:t xml:space="preserve">odcast, and we barely touched on a 10th of them. Like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so many things you can talk about. </w:t>
      </w:r>
      <w:proofErr w:type="gramStart"/>
      <w:r>
        <w:rPr>
          <w:rFonts w:ascii="Arial" w:hAnsi="Arial"/>
        </w:rPr>
        <w:t>So</w:t>
      </w:r>
      <w:proofErr w:type="gramEnd"/>
      <w:r>
        <w:rPr>
          <w:rFonts w:ascii="Arial" w:hAnsi="Arial"/>
        </w:rPr>
        <w:t xml:space="preserve"> we kind of just tried it basically, me and Adam, and then jack, sort of I guess, I mean, as I remember that you are interested in </w:t>
      </w:r>
      <w:r w:rsidR="008E16D6">
        <w:rPr>
          <w:rFonts w:ascii="Arial" w:hAnsi="Arial"/>
        </w:rPr>
        <w:t>P</w:t>
      </w:r>
      <w:r>
        <w:rPr>
          <w:rFonts w:ascii="Arial" w:hAnsi="Arial"/>
        </w:rPr>
        <w:t xml:space="preserve">odcast anyway, and worked with us anyway. </w:t>
      </w:r>
      <w:proofErr w:type="gramStart"/>
      <w:r>
        <w:rPr>
          <w:rFonts w:ascii="Arial" w:hAnsi="Arial"/>
        </w:rPr>
        <w:t>So</w:t>
      </w:r>
      <w:proofErr w:type="gramEnd"/>
      <w:r>
        <w:rPr>
          <w:rFonts w:ascii="Arial" w:hAnsi="Arial"/>
        </w:rPr>
        <w:t xml:space="preserve"> it was like, Yeah, get involved. And initially, I think you </w:t>
      </w:r>
      <w:proofErr w:type="gramStart"/>
      <w:r>
        <w:rPr>
          <w:rFonts w:ascii="Arial" w:hAnsi="Arial"/>
        </w:rPr>
        <w:t>weren</w:t>
      </w:r>
      <w:r w:rsidR="008E16D6">
        <w:rPr>
          <w:rFonts w:ascii="Arial" w:hAnsi="Arial"/>
        </w:rPr>
        <w:t>’</w:t>
      </w:r>
      <w:r>
        <w:rPr>
          <w:rFonts w:ascii="Arial" w:hAnsi="Arial"/>
        </w:rPr>
        <w:t>t</w:t>
      </w:r>
      <w:proofErr w:type="gramEnd"/>
      <w:r>
        <w:rPr>
          <w:rFonts w:ascii="Arial" w:hAnsi="Arial"/>
        </w:rPr>
        <w:t xml:space="preserve"> even going to, you weren</w:t>
      </w:r>
      <w:r w:rsidR="008E16D6">
        <w:rPr>
          <w:rFonts w:ascii="Arial" w:hAnsi="Arial"/>
        </w:rPr>
        <w:t>’</w:t>
      </w:r>
      <w:r>
        <w:rPr>
          <w:rFonts w:ascii="Arial" w:hAnsi="Arial"/>
        </w:rPr>
        <w:t>t necessarily going to talk in the first episode, you were like, I</w:t>
      </w:r>
      <w:r w:rsidR="008E16D6">
        <w:rPr>
          <w:rFonts w:ascii="Arial" w:hAnsi="Arial"/>
        </w:rPr>
        <w:t>’</w:t>
      </w:r>
      <w:r>
        <w:rPr>
          <w:rFonts w:ascii="Arial" w:hAnsi="Arial"/>
        </w:rPr>
        <w:t xml:space="preserve">ll do the sound stuff. But then once you heard the great </w:t>
      </w:r>
      <w:proofErr w:type="gramStart"/>
      <w:r>
        <w:rPr>
          <w:rFonts w:ascii="Arial" w:hAnsi="Arial"/>
        </w:rPr>
        <w:t xml:space="preserve">discussion,  </w:t>
      </w:r>
      <w:r>
        <w:rPr>
          <w:rFonts w:ascii="Arial" w:hAnsi="Arial"/>
        </w:rPr>
        <w:lastRenderedPageBreak/>
        <w:t>And</w:t>
      </w:r>
      <w:proofErr w:type="gramEnd"/>
      <w:r>
        <w:rPr>
          <w:rFonts w:ascii="Arial" w:hAnsi="Arial"/>
        </w:rPr>
        <w:t xml:space="preserve"> I think it</w:t>
      </w:r>
      <w:r w:rsidR="008E16D6">
        <w:rPr>
          <w:rFonts w:ascii="Arial" w:hAnsi="Arial"/>
        </w:rPr>
        <w:t>’</w:t>
      </w:r>
      <w:r>
        <w:rPr>
          <w:rFonts w:ascii="Arial" w:hAnsi="Arial"/>
        </w:rPr>
        <w:t>s just developed from there really, like the first few episodes, we have a very different to what we now do, but they</w:t>
      </w:r>
      <w:r w:rsidR="008E16D6">
        <w:rPr>
          <w:rFonts w:ascii="Arial" w:hAnsi="Arial"/>
        </w:rPr>
        <w:t>’</w:t>
      </w:r>
      <w:r>
        <w:rPr>
          <w:rFonts w:ascii="Arial" w:hAnsi="Arial"/>
        </w:rPr>
        <w:t xml:space="preserve">re kind of crux of the whole thing. And the reason we set it up, I guess is that this is something that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very passionate about, and something that doesn</w:t>
      </w:r>
      <w:r w:rsidR="008E16D6">
        <w:rPr>
          <w:rFonts w:ascii="Arial" w:hAnsi="Arial"/>
        </w:rPr>
        <w:t>’</w:t>
      </w:r>
      <w:r>
        <w:rPr>
          <w:rFonts w:ascii="Arial" w:hAnsi="Arial"/>
        </w:rPr>
        <w:t xml:space="preserve">t get the coverage that it deserves. And kind of it should get more so we just </w:t>
      </w:r>
      <w:proofErr w:type="gramStart"/>
      <w:r>
        <w:rPr>
          <w:rFonts w:ascii="Arial" w:hAnsi="Arial"/>
        </w:rPr>
        <w:t>can</w:t>
      </w:r>
      <w:r w:rsidR="008E16D6">
        <w:rPr>
          <w:rFonts w:ascii="Arial" w:hAnsi="Arial"/>
        </w:rPr>
        <w:t>’</w:t>
      </w:r>
      <w:r>
        <w:rPr>
          <w:rFonts w:ascii="Arial" w:hAnsi="Arial"/>
        </w:rPr>
        <w:t>t</w:t>
      </w:r>
      <w:proofErr w:type="gramEnd"/>
      <w:r>
        <w:rPr>
          <w:rFonts w:ascii="Arial" w:hAnsi="Arial"/>
        </w:rPr>
        <w:t xml:space="preserve">, I guess just decided to have a go at it and stuck with it. Really? Alright. Because Well,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basically you and Adam, were talking and you were drinking, and you</w:t>
      </w:r>
      <w:r w:rsidR="008E16D6">
        <w:rPr>
          <w:rFonts w:ascii="Arial" w:hAnsi="Arial"/>
        </w:rPr>
        <w:t>’</w:t>
      </w:r>
      <w:r>
        <w:rPr>
          <w:rFonts w:ascii="Arial" w:hAnsi="Arial"/>
        </w:rPr>
        <w:t xml:space="preserve">re basically everyone has moments </w:t>
      </w:r>
      <w:proofErr w:type="spellStart"/>
      <w:r>
        <w:rPr>
          <w:rFonts w:ascii="Arial" w:hAnsi="Arial"/>
        </w:rPr>
        <w:t>where</w:t>
      </w:r>
      <w:proofErr w:type="spellEnd"/>
      <w:r>
        <w:rPr>
          <w:rFonts w:ascii="Arial" w:hAnsi="Arial"/>
        </w:rPr>
        <w:t xml:space="preserve"> like, this is so good, we should record. record it. And then the first episode is one of the worst audio experiences. I think, you know, you get those microphones that that like a like a pencil.</w:t>
      </w:r>
    </w:p>
    <w:p w14:paraId="49D8BE93" w14:textId="77777777" w:rsidR="00FB6230" w:rsidRDefault="00FB6230">
      <w:pPr>
        <w:spacing w:after="0"/>
      </w:pPr>
    </w:p>
    <w:p w14:paraId="1B13EEA9" w14:textId="77777777" w:rsidR="00FB6230" w:rsidRDefault="00C8764B">
      <w:pPr>
        <w:spacing w:after="0"/>
      </w:pPr>
      <w:proofErr w:type="gramStart"/>
      <w:r>
        <w:rPr>
          <w:rFonts w:ascii="Arial" w:hAnsi="Arial"/>
          <w:b/>
        </w:rPr>
        <w:t xml:space="preserve">Alice  </w:t>
      </w:r>
      <w:r>
        <w:rPr>
          <w:rFonts w:ascii="Arial" w:hAnsi="Arial"/>
          <w:color w:val="5D7284"/>
        </w:rPr>
        <w:t>06:44</w:t>
      </w:r>
      <w:proofErr w:type="gramEnd"/>
    </w:p>
    <w:p w14:paraId="66B79A64" w14:textId="77777777" w:rsidR="00FB6230" w:rsidRDefault="00C8764B">
      <w:pPr>
        <w:spacing w:after="0"/>
      </w:pPr>
      <w:r>
        <w:rPr>
          <w:rFonts w:ascii="Arial" w:hAnsi="Arial"/>
        </w:rPr>
        <w:t>Yeah,</w:t>
      </w:r>
    </w:p>
    <w:p w14:paraId="2CAAD5BB" w14:textId="77777777" w:rsidR="00FB6230" w:rsidRDefault="00FB6230">
      <w:pPr>
        <w:spacing w:after="0"/>
      </w:pPr>
    </w:p>
    <w:p w14:paraId="30D633E3" w14:textId="77777777" w:rsidR="00FB6230" w:rsidRDefault="00C8764B">
      <w:pPr>
        <w:spacing w:after="0"/>
      </w:pPr>
      <w:proofErr w:type="gramStart"/>
      <w:r>
        <w:rPr>
          <w:rFonts w:ascii="Arial" w:hAnsi="Arial"/>
          <w:b/>
        </w:rPr>
        <w:t xml:space="preserve">Lucy  </w:t>
      </w:r>
      <w:r>
        <w:rPr>
          <w:rFonts w:ascii="Arial" w:hAnsi="Arial"/>
          <w:color w:val="5D7284"/>
        </w:rPr>
        <w:t>06:44</w:t>
      </w:r>
      <w:proofErr w:type="gramEnd"/>
    </w:p>
    <w:p w14:paraId="249153D9" w14:textId="77777777" w:rsidR="00FB6230" w:rsidRDefault="00C8764B">
      <w:pPr>
        <w:spacing w:after="0"/>
      </w:pPr>
      <w:r>
        <w:rPr>
          <w:rFonts w:ascii="Arial" w:hAnsi="Arial"/>
        </w:rPr>
        <w:t>yeah,</w:t>
      </w:r>
    </w:p>
    <w:p w14:paraId="764A7123" w14:textId="77777777" w:rsidR="00FB6230" w:rsidRDefault="00FB6230">
      <w:pPr>
        <w:spacing w:after="0"/>
      </w:pPr>
    </w:p>
    <w:p w14:paraId="20E34C98" w14:textId="77777777" w:rsidR="00FB6230" w:rsidRDefault="00C8764B">
      <w:pPr>
        <w:spacing w:after="0"/>
      </w:pPr>
      <w:proofErr w:type="gramStart"/>
      <w:r>
        <w:rPr>
          <w:rFonts w:ascii="Arial" w:hAnsi="Arial"/>
          <w:b/>
        </w:rPr>
        <w:t xml:space="preserve">Jack  </w:t>
      </w:r>
      <w:r>
        <w:rPr>
          <w:rFonts w:ascii="Arial" w:hAnsi="Arial"/>
          <w:color w:val="5D7284"/>
        </w:rPr>
        <w:t>06:45</w:t>
      </w:r>
      <w:proofErr w:type="gramEnd"/>
    </w:p>
    <w:p w14:paraId="4AFE26E1" w14:textId="5EEEEA50" w:rsidR="00FB6230" w:rsidRDefault="00C8764B">
      <w:pPr>
        <w:spacing w:after="0"/>
      </w:pP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like, I think he recorded on one of those kinds of things, right?</w:t>
      </w:r>
    </w:p>
    <w:p w14:paraId="13266068" w14:textId="77777777" w:rsidR="00FB6230" w:rsidRDefault="00FB6230">
      <w:pPr>
        <w:spacing w:after="0"/>
      </w:pPr>
    </w:p>
    <w:p w14:paraId="424D2104" w14:textId="77777777" w:rsidR="00FB6230" w:rsidRDefault="00C8764B">
      <w:pPr>
        <w:spacing w:after="0"/>
      </w:pPr>
      <w:proofErr w:type="gramStart"/>
      <w:r>
        <w:rPr>
          <w:rFonts w:ascii="Arial" w:hAnsi="Arial"/>
          <w:b/>
        </w:rPr>
        <w:t xml:space="preserve">Lucy  </w:t>
      </w:r>
      <w:r>
        <w:rPr>
          <w:rFonts w:ascii="Arial" w:hAnsi="Arial"/>
          <w:color w:val="5D7284"/>
        </w:rPr>
        <w:t>06:48</w:t>
      </w:r>
      <w:proofErr w:type="gramEnd"/>
    </w:p>
    <w:p w14:paraId="23F868E0" w14:textId="77777777" w:rsidR="00FB6230" w:rsidRDefault="00C8764B">
      <w:pPr>
        <w:spacing w:after="0"/>
      </w:pPr>
      <w:r>
        <w:rPr>
          <w:rFonts w:ascii="Arial" w:hAnsi="Arial"/>
        </w:rPr>
        <w:t>Like your UN or something.</w:t>
      </w:r>
    </w:p>
    <w:p w14:paraId="0BDC2BBA" w14:textId="77777777" w:rsidR="00FB6230" w:rsidRDefault="00FB6230">
      <w:pPr>
        <w:spacing w:after="0"/>
      </w:pPr>
    </w:p>
    <w:p w14:paraId="18862396" w14:textId="77777777" w:rsidR="00FB6230" w:rsidRDefault="00C8764B">
      <w:pPr>
        <w:spacing w:after="0"/>
      </w:pPr>
      <w:proofErr w:type="gramStart"/>
      <w:r>
        <w:rPr>
          <w:rFonts w:ascii="Arial" w:hAnsi="Arial"/>
          <w:b/>
        </w:rPr>
        <w:t xml:space="preserve">Jack  </w:t>
      </w:r>
      <w:r>
        <w:rPr>
          <w:rFonts w:ascii="Arial" w:hAnsi="Arial"/>
          <w:color w:val="5D7284"/>
        </w:rPr>
        <w:t>06:51</w:t>
      </w:r>
      <w:proofErr w:type="gramEnd"/>
    </w:p>
    <w:p w14:paraId="6D1000FD" w14:textId="387D7E9B" w:rsidR="00FB6230" w:rsidRDefault="00C8764B">
      <w:pPr>
        <w:spacing w:after="0"/>
      </w:pPr>
      <w:r>
        <w:rPr>
          <w:rFonts w:ascii="Arial" w:hAnsi="Arial"/>
        </w:rPr>
        <w:t xml:space="preserve">Exactly. To begin with, it was it was </w:t>
      </w:r>
      <w:proofErr w:type="gramStart"/>
      <w:r>
        <w:rPr>
          <w:rFonts w:ascii="Arial" w:hAnsi="Arial"/>
        </w:rPr>
        <w:t>really just</w:t>
      </w:r>
      <w:proofErr w:type="gramEnd"/>
      <w:r>
        <w:rPr>
          <w:rFonts w:ascii="Arial" w:hAnsi="Arial"/>
        </w:rPr>
        <w:t xml:space="preserve"> mainly focused on learning disability, but as it kind of went on, and actually, it was really kind of focused on working with disabled people to begin with, and we</w:t>
      </w:r>
      <w:r w:rsidR="008E16D6">
        <w:rPr>
          <w:rFonts w:ascii="Arial" w:hAnsi="Arial"/>
        </w:rPr>
        <w:t>’</w:t>
      </w:r>
      <w:r>
        <w:rPr>
          <w:rFonts w:ascii="Arial" w:hAnsi="Arial"/>
        </w:rPr>
        <w:t>re talking about the structures, and we did like a whole episode about like, various, how various professionals come in, and it was kind of very kind of focused on that. But as it kind of just went on, it just kind of evolved, because, you know, trying to just keep such a niche area within disability isn</w:t>
      </w:r>
      <w:r w:rsidR="008E16D6">
        <w:rPr>
          <w:rFonts w:ascii="Arial" w:hAnsi="Arial"/>
        </w:rPr>
        <w:t>’</w:t>
      </w:r>
      <w:r>
        <w:rPr>
          <w:rFonts w:ascii="Arial" w:hAnsi="Arial"/>
        </w:rPr>
        <w:t>t quite work, like in a way like because there</w:t>
      </w:r>
      <w:r w:rsidR="008E16D6">
        <w:rPr>
          <w:rFonts w:ascii="Arial" w:hAnsi="Arial"/>
        </w:rPr>
        <w:t>’</w:t>
      </w:r>
      <w:r>
        <w:rPr>
          <w:rFonts w:ascii="Arial" w:hAnsi="Arial"/>
        </w:rPr>
        <w:t>s, it</w:t>
      </w:r>
      <w:r w:rsidR="008E16D6">
        <w:rPr>
          <w:rFonts w:ascii="Arial" w:hAnsi="Arial"/>
        </w:rPr>
        <w:t>’</w:t>
      </w:r>
      <w:r>
        <w:rPr>
          <w:rFonts w:ascii="Arial" w:hAnsi="Arial"/>
        </w:rPr>
        <w:t xml:space="preserve">s such a vast field to kind of </w:t>
      </w:r>
      <w:proofErr w:type="spellStart"/>
      <w:r>
        <w:rPr>
          <w:rFonts w:ascii="Arial" w:hAnsi="Arial"/>
        </w:rPr>
        <w:t>wecused</w:t>
      </w:r>
      <w:proofErr w:type="spellEnd"/>
      <w:r>
        <w:rPr>
          <w:rFonts w:ascii="Arial" w:hAnsi="Arial"/>
        </w:rPr>
        <w:t xml:space="preserve"> to... that was an old catchphrase </w:t>
      </w:r>
      <w:r w:rsidR="008E16D6">
        <w:rPr>
          <w:rFonts w:ascii="Arial" w:hAnsi="Arial"/>
        </w:rPr>
        <w:t>‘</w:t>
      </w:r>
      <w:r>
        <w:rPr>
          <w:rFonts w:ascii="Arial" w:hAnsi="Arial"/>
        </w:rPr>
        <w:t>THE FIELD!</w:t>
      </w:r>
      <w:r w:rsidR="008E16D6">
        <w:rPr>
          <w:rFonts w:ascii="Arial" w:hAnsi="Arial"/>
        </w:rPr>
        <w:t>’</w:t>
      </w:r>
      <w:r>
        <w:rPr>
          <w:rFonts w:ascii="Arial" w:hAnsi="Arial"/>
        </w:rPr>
        <w:t xml:space="preserve"> to kind of cover like it, we just found that trying to kind of keep it into this one little  box of like working with learning disabled people, people and autistic people, it didn</w:t>
      </w:r>
      <w:r w:rsidR="008E16D6">
        <w:rPr>
          <w:rFonts w:ascii="Arial" w:hAnsi="Arial"/>
        </w:rPr>
        <w:t>’</w:t>
      </w:r>
      <w:r>
        <w:rPr>
          <w:rFonts w:ascii="Arial" w:hAnsi="Arial"/>
        </w:rPr>
        <w:t>t quite work and it</w:t>
      </w:r>
      <w:r w:rsidR="008E16D6">
        <w:rPr>
          <w:rFonts w:ascii="Arial" w:hAnsi="Arial"/>
        </w:rPr>
        <w:t>’</w:t>
      </w:r>
      <w:r>
        <w:rPr>
          <w:rFonts w:ascii="Arial" w:hAnsi="Arial"/>
        </w:rPr>
        <w:t xml:space="preserve">s just expanded and, you know, started to try and be as </w:t>
      </w:r>
      <w:proofErr w:type="spellStart"/>
      <w:r>
        <w:rPr>
          <w:rFonts w:ascii="Arial" w:hAnsi="Arial"/>
        </w:rPr>
        <w:t>all encompassing</w:t>
      </w:r>
      <w:proofErr w:type="spellEnd"/>
      <w:r>
        <w:rPr>
          <w:rFonts w:ascii="Arial" w:hAnsi="Arial"/>
        </w:rPr>
        <w:t xml:space="preserve"> as we can, which can be very challenging, like in any kind of disability activism, because there are so many different views and wants needs and things that have gone on. </w:t>
      </w:r>
      <w:proofErr w:type="gramStart"/>
      <w:r>
        <w:rPr>
          <w:rFonts w:ascii="Arial" w:hAnsi="Arial"/>
        </w:rPr>
        <w:t>So</w:t>
      </w:r>
      <w:proofErr w:type="gramEnd"/>
      <w:r>
        <w:rPr>
          <w:rFonts w:ascii="Arial" w:hAnsi="Arial"/>
        </w:rPr>
        <w:t xml:space="preserve"> it</w:t>
      </w:r>
      <w:r w:rsidR="008E16D6">
        <w:rPr>
          <w:rFonts w:ascii="Arial" w:hAnsi="Arial"/>
        </w:rPr>
        <w:t>’</w:t>
      </w:r>
      <w:r>
        <w:rPr>
          <w:rFonts w:ascii="Arial" w:hAnsi="Arial"/>
        </w:rPr>
        <w:t>s really quite challenging to kind of stick to one area without naturally expanding</w:t>
      </w:r>
    </w:p>
    <w:p w14:paraId="1A02DF66" w14:textId="77777777" w:rsidR="00FB6230" w:rsidRDefault="00FB6230">
      <w:pPr>
        <w:spacing w:after="0"/>
      </w:pPr>
    </w:p>
    <w:p w14:paraId="7B411EB3" w14:textId="77777777" w:rsidR="00FB6230" w:rsidRDefault="00C8764B">
      <w:pPr>
        <w:spacing w:after="0"/>
      </w:pPr>
      <w:proofErr w:type="gramStart"/>
      <w:r>
        <w:rPr>
          <w:rFonts w:ascii="Arial" w:hAnsi="Arial"/>
          <w:b/>
        </w:rPr>
        <w:t xml:space="preserve">Alice  </w:t>
      </w:r>
      <w:r>
        <w:rPr>
          <w:rFonts w:ascii="Arial" w:hAnsi="Arial"/>
          <w:color w:val="5D7284"/>
        </w:rPr>
        <w:t>08:12</w:t>
      </w:r>
      <w:proofErr w:type="gramEnd"/>
    </w:p>
    <w:p w14:paraId="0C43A048" w14:textId="31ABD75D" w:rsidR="00FB6230" w:rsidRDefault="00C8764B">
      <w:pPr>
        <w:spacing w:after="0"/>
      </w:pPr>
      <w:r>
        <w:rPr>
          <w:rFonts w:ascii="Arial" w:hAnsi="Arial"/>
        </w:rPr>
        <w:t xml:space="preserve">I think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really hard as well as somebody who does work in like the social care profession that so many, so few people have... especially if it</w:t>
      </w:r>
      <w:r w:rsidR="008E16D6">
        <w:rPr>
          <w:rFonts w:ascii="Arial" w:hAnsi="Arial"/>
        </w:rPr>
        <w:t>’</w:t>
      </w:r>
      <w:r>
        <w:rPr>
          <w:rFonts w:ascii="Arial" w:hAnsi="Arial"/>
        </w:rPr>
        <w:t>s a person who is at the level where there</w:t>
      </w:r>
      <w:r w:rsidR="008E16D6">
        <w:rPr>
          <w:rFonts w:ascii="Arial" w:hAnsi="Arial"/>
        </w:rPr>
        <w:t>’</w:t>
      </w:r>
      <w:r>
        <w:rPr>
          <w:rFonts w:ascii="Arial" w:hAnsi="Arial"/>
        </w:rPr>
        <w:t>s kind of regular professional interventions, that they there</w:t>
      </w:r>
      <w:r w:rsidR="008E16D6">
        <w:rPr>
          <w:rFonts w:ascii="Arial" w:hAnsi="Arial"/>
        </w:rPr>
        <w:t>’</w:t>
      </w:r>
      <w:r>
        <w:rPr>
          <w:rFonts w:ascii="Arial" w:hAnsi="Arial"/>
        </w:rPr>
        <w:t xml:space="preserve">s so few people who actually only have one issue to contend with. So, you when you know it kind of ripples out because you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just have the LD professionals involved. You also have physio professionals involved and then you have professionals regarding, you know, safeguarding, and you have professionals regarding legal rights. And then, you know, it just is, as you say, ever expanding because, I guess a person</w:t>
      </w:r>
      <w:r w:rsidR="008E16D6">
        <w:rPr>
          <w:rFonts w:ascii="Arial" w:hAnsi="Arial"/>
        </w:rPr>
        <w:t>’</w:t>
      </w:r>
      <w:r>
        <w:rPr>
          <w:rFonts w:ascii="Arial" w:hAnsi="Arial"/>
        </w:rPr>
        <w:t xml:space="preserve">s a person with a disability, even if they only </w:t>
      </w:r>
      <w:r>
        <w:rPr>
          <w:rFonts w:ascii="Arial" w:hAnsi="Arial"/>
        </w:rPr>
        <w:lastRenderedPageBreak/>
        <w:t>have one disability, or condition. You know, it crosses across their whole experience of life and everything that they touch.</w:t>
      </w:r>
    </w:p>
    <w:p w14:paraId="1968A953" w14:textId="77777777" w:rsidR="00FB6230" w:rsidRDefault="00FB6230">
      <w:pPr>
        <w:spacing w:after="0"/>
      </w:pPr>
    </w:p>
    <w:p w14:paraId="5F348D59" w14:textId="77777777" w:rsidR="00FB6230" w:rsidRDefault="00C8764B">
      <w:pPr>
        <w:spacing w:after="0"/>
      </w:pPr>
      <w:proofErr w:type="gramStart"/>
      <w:r>
        <w:rPr>
          <w:rFonts w:ascii="Arial" w:hAnsi="Arial"/>
          <w:b/>
        </w:rPr>
        <w:t xml:space="preserve">Lucy  </w:t>
      </w:r>
      <w:r>
        <w:rPr>
          <w:rFonts w:ascii="Arial" w:hAnsi="Arial"/>
          <w:color w:val="5D7284"/>
        </w:rPr>
        <w:t>09:15</w:t>
      </w:r>
      <w:proofErr w:type="gramEnd"/>
    </w:p>
    <w:p w14:paraId="7E1F7202" w14:textId="0AC86495" w:rsidR="00FB6230" w:rsidRDefault="00C8764B">
      <w:pPr>
        <w:spacing w:after="0"/>
      </w:pPr>
      <w:r>
        <w:rPr>
          <w:rFonts w:ascii="Arial" w:hAnsi="Arial"/>
        </w:rPr>
        <w:t xml:space="preserve">And </w:t>
      </w:r>
      <w:proofErr w:type="gramStart"/>
      <w:r>
        <w:rPr>
          <w:rFonts w:ascii="Arial" w:hAnsi="Arial"/>
        </w:rPr>
        <w:t>also</w:t>
      </w:r>
      <w:proofErr w:type="gramEnd"/>
      <w:r>
        <w:rPr>
          <w:rFonts w:ascii="Arial" w:hAnsi="Arial"/>
        </w:rPr>
        <w:t xml:space="preserve"> as well, the fact, </w:t>
      </w:r>
      <w:proofErr w:type="spellStart"/>
      <w:r>
        <w:rPr>
          <w:rFonts w:ascii="Arial" w:hAnsi="Arial"/>
        </w:rPr>
        <w:t>i</w:t>
      </w:r>
      <w:proofErr w:type="spellEnd"/>
      <w:r>
        <w:rPr>
          <w:rFonts w:ascii="Arial" w:hAnsi="Arial"/>
        </w:rPr>
        <w:t xml:space="preserve"> mean, we</w:t>
      </w:r>
      <w:r w:rsidR="008E16D6">
        <w:rPr>
          <w:rFonts w:ascii="Arial" w:hAnsi="Arial"/>
        </w:rPr>
        <w:t>’</w:t>
      </w:r>
      <w:r>
        <w:rPr>
          <w:rFonts w:ascii="Arial" w:hAnsi="Arial"/>
        </w:rPr>
        <w:t xml:space="preserve">ve had people on our </w:t>
      </w:r>
      <w:r w:rsidR="008E16D6">
        <w:rPr>
          <w:rFonts w:ascii="Arial" w:hAnsi="Arial"/>
        </w:rPr>
        <w:t>P</w:t>
      </w:r>
      <w:r>
        <w:rPr>
          <w:rFonts w:ascii="Arial" w:hAnsi="Arial"/>
        </w:rPr>
        <w:t>odcast before, so I</w:t>
      </w:r>
      <w:r w:rsidR="008E16D6">
        <w:rPr>
          <w:rFonts w:ascii="Arial" w:hAnsi="Arial"/>
        </w:rPr>
        <w:t>’</w:t>
      </w:r>
      <w:r>
        <w:rPr>
          <w:rFonts w:ascii="Arial" w:hAnsi="Arial"/>
        </w:rPr>
        <w:t>ve got cerebral palsy, and then we</w:t>
      </w:r>
      <w:r w:rsidR="008E16D6">
        <w:rPr>
          <w:rFonts w:ascii="Arial" w:hAnsi="Arial"/>
        </w:rPr>
        <w:t>’</w:t>
      </w:r>
      <w:r>
        <w:rPr>
          <w:rFonts w:ascii="Arial" w:hAnsi="Arial"/>
        </w:rPr>
        <w:t>ve had other people with cerebral palsy who</w:t>
      </w:r>
      <w:r w:rsidR="008E16D6">
        <w:rPr>
          <w:rFonts w:ascii="Arial" w:hAnsi="Arial"/>
        </w:rPr>
        <w:t>’</w:t>
      </w:r>
      <w:r>
        <w:rPr>
          <w:rFonts w:ascii="Arial" w:hAnsi="Arial"/>
        </w:rPr>
        <w:t xml:space="preserve">s experiencing cerebral palsy is absolutely, completely different to mine. And so therefore, you think, Well, </w:t>
      </w:r>
      <w:proofErr w:type="gramStart"/>
      <w:r>
        <w:rPr>
          <w:rFonts w:ascii="Arial" w:hAnsi="Arial"/>
        </w:rPr>
        <w:t>we</w:t>
      </w:r>
      <w:r w:rsidR="008E16D6">
        <w:rPr>
          <w:rFonts w:ascii="Arial" w:hAnsi="Arial"/>
        </w:rPr>
        <w:t>’</w:t>
      </w:r>
      <w:r>
        <w:rPr>
          <w:rFonts w:ascii="Arial" w:hAnsi="Arial"/>
        </w:rPr>
        <w:t>ve</w:t>
      </w:r>
      <w:proofErr w:type="gramEnd"/>
      <w:r>
        <w:rPr>
          <w:rFonts w:ascii="Arial" w:hAnsi="Arial"/>
        </w:rPr>
        <w:t xml:space="preserve"> already done cerebral palsy well you haven</w:t>
      </w:r>
      <w:r w:rsidR="008E16D6">
        <w:rPr>
          <w:rFonts w:ascii="Arial" w:hAnsi="Arial"/>
        </w:rPr>
        <w:t>’</w:t>
      </w:r>
      <w:r>
        <w:rPr>
          <w:rFonts w:ascii="Arial" w:hAnsi="Arial"/>
        </w:rPr>
        <w:t xml:space="preserve">t really. </w:t>
      </w:r>
      <w:proofErr w:type="gramStart"/>
      <w:r>
        <w:rPr>
          <w:rFonts w:ascii="Arial" w:hAnsi="Arial"/>
        </w:rPr>
        <w:t>You</w:t>
      </w:r>
      <w:r w:rsidR="008E16D6">
        <w:rPr>
          <w:rFonts w:ascii="Arial" w:hAnsi="Arial"/>
        </w:rPr>
        <w:t>’</w:t>
      </w:r>
      <w:r>
        <w:rPr>
          <w:rFonts w:ascii="Arial" w:hAnsi="Arial"/>
        </w:rPr>
        <w:t>ve</w:t>
      </w:r>
      <w:proofErr w:type="gramEnd"/>
      <w:r>
        <w:rPr>
          <w:rFonts w:ascii="Arial" w:hAnsi="Arial"/>
        </w:rPr>
        <w:t xml:space="preserve"> had one experience of which is great for content for </w:t>
      </w:r>
      <w:r w:rsidR="008E16D6">
        <w:rPr>
          <w:rFonts w:ascii="Arial" w:hAnsi="Arial"/>
        </w:rPr>
        <w:t>P</w:t>
      </w:r>
      <w:r>
        <w:rPr>
          <w:rFonts w:ascii="Arial" w:hAnsi="Arial"/>
        </w:rPr>
        <w:t xml:space="preserve">odcast, but it is a bit of a minefield as to... to go. Okay, so which area are we going to focus on here? </w:t>
      </w:r>
      <w:proofErr w:type="gramStart"/>
      <w:r>
        <w:rPr>
          <w:rFonts w:ascii="Arial" w:hAnsi="Arial"/>
        </w:rPr>
        <w:t>So</w:t>
      </w:r>
      <w:proofErr w:type="gramEnd"/>
      <w:r>
        <w:rPr>
          <w:rFonts w:ascii="Arial" w:hAnsi="Arial"/>
        </w:rPr>
        <w:t xml:space="preserve"> when we are looking for guests, we always say, is there any one specific topic you want to talk about? Because otherwise, we could be here for like a week doing one episode.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just like... </w:t>
      </w:r>
    </w:p>
    <w:p w14:paraId="1765BF66" w14:textId="77777777" w:rsidR="00FB6230" w:rsidRDefault="00FB6230">
      <w:pPr>
        <w:spacing w:after="0"/>
      </w:pPr>
    </w:p>
    <w:p w14:paraId="356C6B85" w14:textId="77777777" w:rsidR="00FB6230" w:rsidRDefault="00C8764B">
      <w:pPr>
        <w:spacing w:after="0"/>
      </w:pPr>
      <w:proofErr w:type="gramStart"/>
      <w:r>
        <w:rPr>
          <w:rFonts w:ascii="Arial" w:hAnsi="Arial"/>
          <w:b/>
        </w:rPr>
        <w:t xml:space="preserve">Alice  </w:t>
      </w:r>
      <w:r>
        <w:rPr>
          <w:rFonts w:ascii="Arial" w:hAnsi="Arial"/>
          <w:color w:val="5D7284"/>
        </w:rPr>
        <w:t>09:56</w:t>
      </w:r>
      <w:proofErr w:type="gramEnd"/>
    </w:p>
    <w:p w14:paraId="1B65A163" w14:textId="619DCAC4" w:rsidR="00FB6230" w:rsidRDefault="00C8764B">
      <w:pPr>
        <w:spacing w:after="0"/>
      </w:pPr>
      <w:r>
        <w:rPr>
          <w:rFonts w:ascii="Arial" w:hAnsi="Arial"/>
        </w:rPr>
        <w:t>we</w:t>
      </w:r>
      <w:r w:rsidR="008E16D6">
        <w:rPr>
          <w:rFonts w:ascii="Arial" w:hAnsi="Arial"/>
        </w:rPr>
        <w:t>’</w:t>
      </w:r>
      <w:r>
        <w:rPr>
          <w:rFonts w:ascii="Arial" w:hAnsi="Arial"/>
        </w:rPr>
        <w:t xml:space="preserve">ve just finished recording </w:t>
      </w:r>
      <w:proofErr w:type="gramStart"/>
      <w:r>
        <w:rPr>
          <w:rFonts w:ascii="Arial" w:hAnsi="Arial"/>
        </w:rPr>
        <w:t>a</w:t>
      </w:r>
      <w:proofErr w:type="gramEnd"/>
      <w:r>
        <w:rPr>
          <w:rFonts w:ascii="Arial" w:hAnsi="Arial"/>
        </w:rPr>
        <w:t xml:space="preserve"> autism awareness series. </w:t>
      </w:r>
      <w:proofErr w:type="gramStart"/>
      <w:r>
        <w:rPr>
          <w:rFonts w:ascii="Arial" w:hAnsi="Arial"/>
        </w:rPr>
        <w:t>So</w:t>
      </w:r>
      <w:proofErr w:type="gramEnd"/>
      <w:r>
        <w:rPr>
          <w:rFonts w:ascii="Arial" w:hAnsi="Arial"/>
        </w:rPr>
        <w:t xml:space="preserve"> we</w:t>
      </w:r>
      <w:r w:rsidR="008E16D6">
        <w:rPr>
          <w:rFonts w:ascii="Arial" w:hAnsi="Arial"/>
        </w:rPr>
        <w:t>’</w:t>
      </w:r>
      <w:r>
        <w:rPr>
          <w:rFonts w:ascii="Arial" w:hAnsi="Arial"/>
        </w:rPr>
        <w:t xml:space="preserve">ve got five episodes looking at autism. And I sort of started off projecting, like, when I proposed it thinking, Okay, </w:t>
      </w:r>
      <w:proofErr w:type="gramStart"/>
      <w:r>
        <w:rPr>
          <w:rFonts w:ascii="Arial" w:hAnsi="Arial"/>
        </w:rPr>
        <w:t>we</w:t>
      </w:r>
      <w:r w:rsidR="008E16D6">
        <w:rPr>
          <w:rFonts w:ascii="Arial" w:hAnsi="Arial"/>
        </w:rPr>
        <w:t>’</w:t>
      </w:r>
      <w:r>
        <w:rPr>
          <w:rFonts w:ascii="Arial" w:hAnsi="Arial"/>
        </w:rPr>
        <w:t>ll</w:t>
      </w:r>
      <w:proofErr w:type="gramEnd"/>
      <w:r>
        <w:rPr>
          <w:rFonts w:ascii="Arial" w:hAnsi="Arial"/>
        </w:rPr>
        <w:t xml:space="preserve"> have an episode on </w:t>
      </w:r>
      <w:proofErr w:type="spellStart"/>
      <w:r>
        <w:rPr>
          <w:rFonts w:ascii="Arial" w:hAnsi="Arial"/>
        </w:rPr>
        <w:t>on</w:t>
      </w:r>
      <w:proofErr w:type="spellEnd"/>
      <w:r>
        <w:rPr>
          <w:rFonts w:ascii="Arial" w:hAnsi="Arial"/>
        </w:rPr>
        <w:t xml:space="preserve"> a specific topic related to autism. But just because we were talking to people with autism, and obviously they all have, you know, different experiences, there</w:t>
      </w:r>
      <w:r w:rsidR="008E16D6">
        <w:rPr>
          <w:rFonts w:ascii="Arial" w:hAnsi="Arial"/>
        </w:rPr>
        <w:t>’</w:t>
      </w:r>
      <w:r>
        <w:rPr>
          <w:rFonts w:ascii="Arial" w:hAnsi="Arial"/>
        </w:rPr>
        <w:t xml:space="preserve">s so much overlap, and there was so much just talking and extending into other things that it really has not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w:t>
      </w:r>
      <w:proofErr w:type="spellStart"/>
      <w:r>
        <w:rPr>
          <w:rFonts w:ascii="Arial" w:hAnsi="Arial"/>
        </w:rPr>
        <w:t>it</w:t>
      </w:r>
      <w:r w:rsidR="008E16D6">
        <w:rPr>
          <w:rFonts w:ascii="Arial" w:hAnsi="Arial"/>
        </w:rPr>
        <w:t>’</w:t>
      </w:r>
      <w:r>
        <w:rPr>
          <w:rFonts w:ascii="Arial" w:hAnsi="Arial"/>
        </w:rPr>
        <w:t>s</w:t>
      </w:r>
      <w:proofErr w:type="spellEnd"/>
      <w:r>
        <w:rPr>
          <w:rFonts w:ascii="Arial" w:hAnsi="Arial"/>
        </w:rPr>
        <w:t xml:space="preserve"> not going to be a series of this is an episode about autism and gender. This is an episode about autism and representation. It</w:t>
      </w:r>
      <w:r w:rsidR="008E16D6">
        <w:rPr>
          <w:rFonts w:ascii="Arial" w:hAnsi="Arial"/>
        </w:rPr>
        <w:t>’</w:t>
      </w:r>
      <w:r>
        <w:rPr>
          <w:rFonts w:ascii="Arial" w:hAnsi="Arial"/>
        </w:rPr>
        <w:t xml:space="preserve">s very </w:t>
      </w:r>
      <w:proofErr w:type="gramStart"/>
      <w:r>
        <w:rPr>
          <w:rFonts w:ascii="Arial" w:hAnsi="Arial"/>
        </w:rPr>
        <w:t>much</w:t>
      </w:r>
      <w:proofErr w:type="gramEnd"/>
    </w:p>
    <w:p w14:paraId="24ED252A" w14:textId="77777777" w:rsidR="00FB6230" w:rsidRDefault="00FB6230">
      <w:pPr>
        <w:spacing w:after="0"/>
      </w:pPr>
    </w:p>
    <w:p w14:paraId="38B779B3" w14:textId="77777777" w:rsidR="00FB6230" w:rsidRDefault="00C8764B">
      <w:pPr>
        <w:spacing w:after="0"/>
      </w:pPr>
      <w:proofErr w:type="gramStart"/>
      <w:r>
        <w:rPr>
          <w:rFonts w:ascii="Arial" w:hAnsi="Arial"/>
          <w:b/>
        </w:rPr>
        <w:t xml:space="preserve">Lucy  </w:t>
      </w:r>
      <w:r>
        <w:rPr>
          <w:rFonts w:ascii="Arial" w:hAnsi="Arial"/>
          <w:color w:val="5D7284"/>
        </w:rPr>
        <w:t>10:41</w:t>
      </w:r>
      <w:proofErr w:type="gramEnd"/>
    </w:p>
    <w:p w14:paraId="71C49FC4" w14:textId="77777777" w:rsidR="00FB6230" w:rsidRDefault="00C8764B">
      <w:pPr>
        <w:spacing w:after="0"/>
      </w:pPr>
      <w:r>
        <w:rPr>
          <w:rFonts w:ascii="Arial" w:hAnsi="Arial"/>
        </w:rPr>
        <w:t>more like these episodes about autism. Yeah,</w:t>
      </w:r>
    </w:p>
    <w:p w14:paraId="1F3216F2" w14:textId="77777777" w:rsidR="00FB6230" w:rsidRDefault="00FB6230">
      <w:pPr>
        <w:spacing w:after="0"/>
      </w:pPr>
    </w:p>
    <w:p w14:paraId="5FA6F563" w14:textId="77777777" w:rsidR="00FB6230" w:rsidRDefault="00C8764B">
      <w:pPr>
        <w:spacing w:after="0"/>
      </w:pPr>
      <w:proofErr w:type="gramStart"/>
      <w:r>
        <w:rPr>
          <w:rFonts w:ascii="Arial" w:hAnsi="Arial"/>
          <w:b/>
        </w:rPr>
        <w:t xml:space="preserve">Alice  </w:t>
      </w:r>
      <w:r>
        <w:rPr>
          <w:rFonts w:ascii="Arial" w:hAnsi="Arial"/>
          <w:color w:val="5D7284"/>
        </w:rPr>
        <w:t>10:43</w:t>
      </w:r>
      <w:proofErr w:type="gramEnd"/>
    </w:p>
    <w:p w14:paraId="2320CF01" w14:textId="77777777" w:rsidR="00FB6230" w:rsidRDefault="00C8764B">
      <w:pPr>
        <w:spacing w:after="0"/>
      </w:pPr>
      <w:r>
        <w:rPr>
          <w:rFonts w:ascii="Arial" w:hAnsi="Arial"/>
        </w:rPr>
        <w:t>it really is.</w:t>
      </w:r>
    </w:p>
    <w:p w14:paraId="3CB20C64" w14:textId="77777777" w:rsidR="00FB6230" w:rsidRDefault="00FB6230">
      <w:pPr>
        <w:spacing w:after="0"/>
      </w:pPr>
    </w:p>
    <w:p w14:paraId="1592268E" w14:textId="77777777" w:rsidR="00FB6230" w:rsidRDefault="00C8764B">
      <w:pPr>
        <w:spacing w:after="0"/>
      </w:pPr>
      <w:proofErr w:type="gramStart"/>
      <w:r>
        <w:rPr>
          <w:rFonts w:ascii="Arial" w:hAnsi="Arial"/>
          <w:b/>
        </w:rPr>
        <w:t xml:space="preserve">Jack  </w:t>
      </w:r>
      <w:r>
        <w:rPr>
          <w:rFonts w:ascii="Arial" w:hAnsi="Arial"/>
          <w:color w:val="5D7284"/>
        </w:rPr>
        <w:t>10:44</w:t>
      </w:r>
      <w:proofErr w:type="gramEnd"/>
    </w:p>
    <w:p w14:paraId="22DDE157" w14:textId="1B22B38C" w:rsidR="00FB6230" w:rsidRDefault="00C8764B">
      <w:pPr>
        <w:spacing w:after="0"/>
      </w:pPr>
      <w:proofErr w:type="gramStart"/>
      <w:r>
        <w:rPr>
          <w:rFonts w:ascii="Arial" w:hAnsi="Arial"/>
        </w:rPr>
        <w:t>So</w:t>
      </w:r>
      <w:proofErr w:type="gramEnd"/>
      <w:r>
        <w:rPr>
          <w:rFonts w:ascii="Arial" w:hAnsi="Arial"/>
        </w:rPr>
        <w:t xml:space="preserve"> it</w:t>
      </w:r>
      <w:r w:rsidR="008E16D6">
        <w:rPr>
          <w:rFonts w:ascii="Arial" w:hAnsi="Arial"/>
        </w:rPr>
        <w:t>’</w:t>
      </w:r>
      <w:r>
        <w:rPr>
          <w:rFonts w:ascii="Arial" w:hAnsi="Arial"/>
        </w:rPr>
        <w:t>s something we</w:t>
      </w:r>
      <w:r w:rsidR="008E16D6">
        <w:rPr>
          <w:rFonts w:ascii="Arial" w:hAnsi="Arial"/>
        </w:rPr>
        <w:t>’</w:t>
      </w:r>
      <w:r>
        <w:rPr>
          <w:rFonts w:ascii="Arial" w:hAnsi="Arial"/>
        </w:rPr>
        <w:t>ve always kind of thought it</w:t>
      </w:r>
      <w:r w:rsidR="008E16D6">
        <w:rPr>
          <w:rFonts w:ascii="Arial" w:hAnsi="Arial"/>
        </w:rPr>
        <w:t>’</w:t>
      </w:r>
      <w:r>
        <w:rPr>
          <w:rFonts w:ascii="Arial" w:hAnsi="Arial"/>
        </w:rPr>
        <w:t>s our there</w:t>
      </w:r>
      <w:r w:rsidR="008E16D6">
        <w:rPr>
          <w:rFonts w:ascii="Arial" w:hAnsi="Arial"/>
        </w:rPr>
        <w:t>’</w:t>
      </w:r>
      <w:r>
        <w:rPr>
          <w:rFonts w:ascii="Arial" w:hAnsi="Arial"/>
        </w:rPr>
        <w:t>s the kind of attitude we</w:t>
      </w:r>
      <w:r w:rsidR="008E16D6">
        <w:rPr>
          <w:rFonts w:ascii="Arial" w:hAnsi="Arial"/>
        </w:rPr>
        <w:t>’</w:t>
      </w:r>
      <w:r>
        <w:rPr>
          <w:rFonts w:ascii="Arial" w:hAnsi="Arial"/>
        </w:rPr>
        <w:t>ve always had towards it. If there</w:t>
      </w:r>
      <w:r w:rsidR="008E16D6">
        <w:rPr>
          <w:rFonts w:ascii="Arial" w:hAnsi="Arial"/>
        </w:rPr>
        <w:t>’</w:t>
      </w:r>
      <w:r>
        <w:rPr>
          <w:rFonts w:ascii="Arial" w:hAnsi="Arial"/>
        </w:rPr>
        <w:t>s no topic that</w:t>
      </w:r>
      <w:r w:rsidR="008E16D6">
        <w:rPr>
          <w:rFonts w:ascii="Arial" w:hAnsi="Arial"/>
        </w:rPr>
        <w:t>’</w:t>
      </w:r>
      <w:r>
        <w:rPr>
          <w:rFonts w:ascii="Arial" w:hAnsi="Arial"/>
        </w:rPr>
        <w:t>s too niche, like, we</w:t>
      </w:r>
      <w:r w:rsidR="008E16D6">
        <w:rPr>
          <w:rFonts w:ascii="Arial" w:hAnsi="Arial"/>
        </w:rPr>
        <w:t>’</w:t>
      </w:r>
      <w:r>
        <w:rPr>
          <w:rFonts w:ascii="Arial" w:hAnsi="Arial"/>
        </w:rPr>
        <w:t>d have to be talk to do an episode talk to some of disability, just that you</w:t>
      </w:r>
      <w:r w:rsidR="008E16D6">
        <w:rPr>
          <w:rFonts w:ascii="Arial" w:hAnsi="Arial"/>
        </w:rPr>
        <w:t>’</w:t>
      </w:r>
      <w:r>
        <w:rPr>
          <w:rFonts w:ascii="Arial" w:hAnsi="Arial"/>
        </w:rPr>
        <w:t>re giving their experience of, I don</w:t>
      </w:r>
      <w:r w:rsidR="008E16D6">
        <w:rPr>
          <w:rFonts w:ascii="Arial" w:hAnsi="Arial"/>
        </w:rPr>
        <w:t>’</w:t>
      </w:r>
      <w:r>
        <w:rPr>
          <w:rFonts w:ascii="Arial" w:hAnsi="Arial"/>
        </w:rPr>
        <w:t xml:space="preserve">t know, fridges like anything </w:t>
      </w:r>
      <w:proofErr w:type="gramStart"/>
      <w:r>
        <w:rPr>
          <w:rFonts w:ascii="Arial" w:hAnsi="Arial"/>
        </w:rPr>
        <w:t>like ,</w:t>
      </w:r>
      <w:proofErr w:type="gramEnd"/>
      <w:r>
        <w:rPr>
          <w:rFonts w:ascii="Arial" w:hAnsi="Arial"/>
        </w:rPr>
        <w:t xml:space="preserve"> just because hearing about those experiences and hoping other people listening does sometimes happen with our </w:t>
      </w:r>
      <w:r w:rsidR="008E16D6">
        <w:rPr>
          <w:rFonts w:ascii="Arial" w:hAnsi="Arial"/>
        </w:rPr>
        <w:t>P</w:t>
      </w:r>
      <w:r>
        <w:rPr>
          <w:rFonts w:ascii="Arial" w:hAnsi="Arial"/>
        </w:rPr>
        <w:t xml:space="preserve">odcast. You know, it just kind of opens your eyes to maybe things you </w:t>
      </w:r>
      <w:proofErr w:type="gramStart"/>
      <w:r>
        <w:rPr>
          <w:rFonts w:ascii="Arial" w:hAnsi="Arial"/>
        </w:rPr>
        <w:t>hadn</w:t>
      </w:r>
      <w:r w:rsidR="008E16D6">
        <w:rPr>
          <w:rFonts w:ascii="Arial" w:hAnsi="Arial"/>
        </w:rPr>
        <w:t>’</w:t>
      </w:r>
      <w:r>
        <w:rPr>
          <w:rFonts w:ascii="Arial" w:hAnsi="Arial"/>
        </w:rPr>
        <w:t>t</w:t>
      </w:r>
      <w:proofErr w:type="gramEnd"/>
      <w:r>
        <w:rPr>
          <w:rFonts w:ascii="Arial" w:hAnsi="Arial"/>
        </w:rPr>
        <w:t xml:space="preserve"> considered before. Like, one example is like it. </w:t>
      </w:r>
      <w:proofErr w:type="gramStart"/>
      <w:r>
        <w:rPr>
          <w:rFonts w:ascii="Arial" w:hAnsi="Arial"/>
        </w:rPr>
        <w:t>I</w:t>
      </w:r>
      <w:r w:rsidR="008E16D6">
        <w:rPr>
          <w:rFonts w:ascii="Arial" w:hAnsi="Arial"/>
        </w:rPr>
        <w:t>’</w:t>
      </w:r>
      <w:r>
        <w:rPr>
          <w:rFonts w:ascii="Arial" w:hAnsi="Arial"/>
        </w:rPr>
        <w:t>ve</w:t>
      </w:r>
      <w:proofErr w:type="gramEnd"/>
      <w:r>
        <w:rPr>
          <w:rFonts w:ascii="Arial" w:hAnsi="Arial"/>
        </w:rPr>
        <w:t xml:space="preserve"> learned so much from doing this </w:t>
      </w:r>
      <w:r w:rsidR="008E16D6">
        <w:rPr>
          <w:rFonts w:ascii="Arial" w:hAnsi="Arial"/>
        </w:rPr>
        <w:t>P</w:t>
      </w:r>
      <w:r>
        <w:rPr>
          <w:rFonts w:ascii="Arial" w:hAnsi="Arial"/>
        </w:rPr>
        <w:t>odcast, you know, that</w:t>
      </w:r>
      <w:r w:rsidR="008E16D6">
        <w:rPr>
          <w:rFonts w:ascii="Arial" w:hAnsi="Arial"/>
        </w:rPr>
        <w:t>’</w:t>
      </w:r>
      <w:r>
        <w:rPr>
          <w:rFonts w:ascii="Arial" w:hAnsi="Arial"/>
        </w:rPr>
        <w:t xml:space="preserve">s really what, why we do it.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why I</w:t>
      </w:r>
      <w:r w:rsidR="008E16D6">
        <w:rPr>
          <w:rFonts w:ascii="Arial" w:hAnsi="Arial"/>
        </w:rPr>
        <w:t>’</w:t>
      </w:r>
      <w:r>
        <w:rPr>
          <w:rFonts w:ascii="Arial" w:hAnsi="Arial"/>
        </w:rPr>
        <w:t>ve started to begin with it was like, you know, we</w:t>
      </w:r>
      <w:r w:rsidR="008E16D6">
        <w:rPr>
          <w:rFonts w:ascii="Arial" w:hAnsi="Arial"/>
        </w:rPr>
        <w:t>’</w:t>
      </w:r>
      <w:r>
        <w:rPr>
          <w:rFonts w:ascii="Arial" w:hAnsi="Arial"/>
        </w:rPr>
        <w:t>re obviously we</w:t>
      </w:r>
      <w:r w:rsidR="008E16D6">
        <w:rPr>
          <w:rFonts w:ascii="Arial" w:hAnsi="Arial"/>
        </w:rPr>
        <w:t>’</w:t>
      </w:r>
      <w:r>
        <w:rPr>
          <w:rFonts w:ascii="Arial" w:hAnsi="Arial"/>
        </w:rPr>
        <w:t xml:space="preserve">re, you know, keen to raise awareness and things like that. But there was an element because there is a bit of a novelty when you first start a podcast or being like, </w:t>
      </w:r>
      <w:proofErr w:type="spellStart"/>
      <w:r>
        <w:rPr>
          <w:rFonts w:ascii="Arial" w:hAnsi="Arial"/>
        </w:rPr>
        <w:t>haha</w:t>
      </w:r>
      <w:proofErr w:type="spellEnd"/>
      <w:r>
        <w:rPr>
          <w:rFonts w:ascii="Arial" w:hAnsi="Arial"/>
        </w:rPr>
        <w:t xml:space="preserv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doing a podcast!</w:t>
      </w:r>
    </w:p>
    <w:p w14:paraId="351A9295" w14:textId="77777777" w:rsidR="00FB6230" w:rsidRDefault="00FB6230">
      <w:pPr>
        <w:spacing w:after="0"/>
      </w:pPr>
    </w:p>
    <w:p w14:paraId="57763F03" w14:textId="77777777" w:rsidR="00FB6230" w:rsidRDefault="00C8764B">
      <w:pPr>
        <w:spacing w:after="0"/>
      </w:pPr>
      <w:proofErr w:type="gramStart"/>
      <w:r>
        <w:rPr>
          <w:rFonts w:ascii="Arial" w:hAnsi="Arial"/>
          <w:b/>
        </w:rPr>
        <w:t xml:space="preserve">Alice  </w:t>
      </w:r>
      <w:r>
        <w:rPr>
          <w:rFonts w:ascii="Arial" w:hAnsi="Arial"/>
          <w:color w:val="5D7284"/>
        </w:rPr>
        <w:t>11:49</w:t>
      </w:r>
      <w:proofErr w:type="gramEnd"/>
    </w:p>
    <w:p w14:paraId="6E5C2A9B" w14:textId="2F9FC2E0" w:rsidR="00FB6230" w:rsidRDefault="00C8764B">
      <w:pPr>
        <w:spacing w:after="0"/>
      </w:pPr>
      <w:r>
        <w:rPr>
          <w:rFonts w:ascii="Arial" w:hAnsi="Arial"/>
        </w:rPr>
        <w:t>I think we</w:t>
      </w:r>
      <w:r w:rsidR="008E16D6">
        <w:rPr>
          <w:rFonts w:ascii="Arial" w:hAnsi="Arial"/>
        </w:rPr>
        <w:t>’re</w:t>
      </w:r>
      <w:r>
        <w:rPr>
          <w:rFonts w:ascii="Arial" w:hAnsi="Arial"/>
        </w:rPr>
        <w:t xml:space="preserve"> still there, aren</w:t>
      </w:r>
      <w:r w:rsidR="008E16D6">
        <w:rPr>
          <w:rFonts w:ascii="Arial" w:hAnsi="Arial"/>
        </w:rPr>
        <w:t>’</w:t>
      </w:r>
      <w:r>
        <w:rPr>
          <w:rFonts w:ascii="Arial" w:hAnsi="Arial"/>
        </w:rPr>
        <w:t xml:space="preserve">t </w:t>
      </w:r>
      <w:proofErr w:type="gramStart"/>
      <w:r>
        <w:rPr>
          <w:rFonts w:ascii="Arial" w:hAnsi="Arial"/>
        </w:rPr>
        <w:t>we Luce</w:t>
      </w:r>
      <w:proofErr w:type="gramEnd"/>
    </w:p>
    <w:p w14:paraId="60DB7850" w14:textId="77777777" w:rsidR="00FB6230" w:rsidRDefault="00FB6230">
      <w:pPr>
        <w:spacing w:after="0"/>
      </w:pPr>
    </w:p>
    <w:p w14:paraId="5EA38694" w14:textId="77777777" w:rsidR="00FB6230" w:rsidRDefault="00C8764B">
      <w:pPr>
        <w:spacing w:after="0"/>
      </w:pPr>
      <w:proofErr w:type="gramStart"/>
      <w:r>
        <w:rPr>
          <w:rFonts w:ascii="Arial" w:hAnsi="Arial"/>
          <w:b/>
        </w:rPr>
        <w:t xml:space="preserve">Lucy  </w:t>
      </w:r>
      <w:r>
        <w:rPr>
          <w:rFonts w:ascii="Arial" w:hAnsi="Arial"/>
          <w:color w:val="5D7284"/>
        </w:rPr>
        <w:t>11:52</w:t>
      </w:r>
      <w:proofErr w:type="gramEnd"/>
    </w:p>
    <w:p w14:paraId="426EBCB9" w14:textId="2DD79A36" w:rsidR="00FB6230" w:rsidRDefault="00C8764B">
      <w:pPr>
        <w:spacing w:after="0"/>
      </w:pP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still in that honeymoon period. WE</w:t>
      </w:r>
      <w:r w:rsidR="008E16D6">
        <w:rPr>
          <w:rFonts w:ascii="Arial" w:hAnsi="Arial"/>
        </w:rPr>
        <w:t>’</w:t>
      </w:r>
      <w:r>
        <w:rPr>
          <w:rFonts w:ascii="Arial" w:hAnsi="Arial"/>
        </w:rPr>
        <w:t>VE GOT A PODCAST! DO YOU KNOW WE HAVE A PODCAST!</w:t>
      </w:r>
    </w:p>
    <w:p w14:paraId="2D4AE0B2" w14:textId="77777777" w:rsidR="00FB6230" w:rsidRDefault="00FB6230">
      <w:pPr>
        <w:spacing w:after="0"/>
      </w:pPr>
    </w:p>
    <w:p w14:paraId="2C9ADE30" w14:textId="77777777" w:rsidR="00FB6230" w:rsidRDefault="00C8764B">
      <w:pPr>
        <w:spacing w:after="0"/>
      </w:pPr>
      <w:proofErr w:type="gramStart"/>
      <w:r>
        <w:rPr>
          <w:rFonts w:ascii="Arial" w:hAnsi="Arial"/>
          <w:b/>
        </w:rPr>
        <w:lastRenderedPageBreak/>
        <w:t xml:space="preserve">Alice  </w:t>
      </w:r>
      <w:r>
        <w:rPr>
          <w:rFonts w:ascii="Arial" w:hAnsi="Arial"/>
          <w:color w:val="5D7284"/>
        </w:rPr>
        <w:t>11:56</w:t>
      </w:r>
      <w:proofErr w:type="gramEnd"/>
    </w:p>
    <w:p w14:paraId="4C4AA2E4" w14:textId="1C60495D" w:rsidR="00FB6230" w:rsidRDefault="00C8764B">
      <w:pPr>
        <w:spacing w:after="0"/>
      </w:pPr>
      <w:r>
        <w:rPr>
          <w:rFonts w:ascii="Arial" w:hAnsi="Arial"/>
        </w:rPr>
        <w:t>starting to go. God this is hard work, isn</w:t>
      </w:r>
      <w:r w:rsidR="008E16D6">
        <w:rPr>
          <w:rFonts w:ascii="Arial" w:hAnsi="Arial"/>
        </w:rPr>
        <w:t>’</w:t>
      </w:r>
      <w:r>
        <w:rPr>
          <w:rFonts w:ascii="Arial" w:hAnsi="Arial"/>
        </w:rPr>
        <w:t xml:space="preserve">t it? </w:t>
      </w:r>
      <w:proofErr w:type="gramStart"/>
      <w:r>
        <w:rPr>
          <w:rFonts w:ascii="Arial" w:hAnsi="Arial"/>
        </w:rPr>
        <w:t>the  shine</w:t>
      </w:r>
      <w:proofErr w:type="gramEnd"/>
      <w:r>
        <w:rPr>
          <w:rFonts w:ascii="Arial" w:hAnsi="Arial"/>
        </w:rPr>
        <w:t xml:space="preserve"> is slowly wearing off.</w:t>
      </w:r>
    </w:p>
    <w:p w14:paraId="6657DB4B" w14:textId="77777777" w:rsidR="00FB6230" w:rsidRDefault="00FB6230">
      <w:pPr>
        <w:spacing w:after="0"/>
      </w:pPr>
    </w:p>
    <w:p w14:paraId="5384BD9D" w14:textId="77777777" w:rsidR="00FB6230" w:rsidRDefault="00C8764B">
      <w:pPr>
        <w:spacing w:after="0"/>
      </w:pPr>
      <w:proofErr w:type="gramStart"/>
      <w:r>
        <w:rPr>
          <w:rFonts w:ascii="Arial" w:hAnsi="Arial"/>
          <w:b/>
        </w:rPr>
        <w:t xml:space="preserve">Jack  </w:t>
      </w:r>
      <w:r>
        <w:rPr>
          <w:rFonts w:ascii="Arial" w:hAnsi="Arial"/>
          <w:color w:val="5D7284"/>
        </w:rPr>
        <w:t>12:02</w:t>
      </w:r>
      <w:proofErr w:type="gramEnd"/>
    </w:p>
    <w:p w14:paraId="266B030F" w14:textId="3CE47EF8" w:rsidR="00FB6230" w:rsidRDefault="00C8764B">
      <w:pPr>
        <w:spacing w:after="0"/>
      </w:pPr>
      <w:r>
        <w:rPr>
          <w:rFonts w:ascii="Arial" w:hAnsi="Arial"/>
        </w:rPr>
        <w:t xml:space="preserve">But then as it goes on, the reason we were like really like doing this,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speaking for us both here, Tom?</w:t>
      </w:r>
    </w:p>
    <w:p w14:paraId="726113D0" w14:textId="77777777" w:rsidR="00FB6230" w:rsidRDefault="00FB6230">
      <w:pPr>
        <w:spacing w:after="0"/>
      </w:pPr>
    </w:p>
    <w:p w14:paraId="114209B4" w14:textId="77777777" w:rsidR="00FB6230" w:rsidRDefault="00C8764B">
      <w:pPr>
        <w:spacing w:after="0"/>
      </w:pPr>
      <w:proofErr w:type="gramStart"/>
      <w:r>
        <w:rPr>
          <w:rFonts w:ascii="Arial" w:hAnsi="Arial"/>
          <w:b/>
        </w:rPr>
        <w:t xml:space="preserve">Tom  </w:t>
      </w:r>
      <w:r>
        <w:rPr>
          <w:rFonts w:ascii="Arial" w:hAnsi="Arial"/>
          <w:color w:val="5D7284"/>
        </w:rPr>
        <w:t>12:09</w:t>
      </w:r>
      <w:proofErr w:type="gramEnd"/>
    </w:p>
    <w:p w14:paraId="2D7AEAAD" w14:textId="6A1294D0" w:rsidR="00FB6230" w:rsidRDefault="00C8764B">
      <w:pPr>
        <w:spacing w:after="0"/>
      </w:pPr>
      <w:r>
        <w:rPr>
          <w:rFonts w:ascii="Arial" w:hAnsi="Arial"/>
        </w:rPr>
        <w:t xml:space="preserve">Yeah.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ok with it!</w:t>
      </w:r>
    </w:p>
    <w:p w14:paraId="5F89AFBC" w14:textId="77777777" w:rsidR="00FB6230" w:rsidRDefault="00FB6230">
      <w:pPr>
        <w:spacing w:after="0"/>
      </w:pPr>
    </w:p>
    <w:p w14:paraId="4027A4AD" w14:textId="77777777" w:rsidR="00FB6230" w:rsidRDefault="00C8764B">
      <w:pPr>
        <w:spacing w:after="0"/>
      </w:pPr>
      <w:proofErr w:type="gramStart"/>
      <w:r>
        <w:rPr>
          <w:rFonts w:ascii="Arial" w:hAnsi="Arial"/>
          <w:b/>
        </w:rPr>
        <w:t xml:space="preserve">Jack  </w:t>
      </w:r>
      <w:r>
        <w:rPr>
          <w:rFonts w:ascii="Arial" w:hAnsi="Arial"/>
          <w:color w:val="5D7284"/>
        </w:rPr>
        <w:t>12:09</w:t>
      </w:r>
      <w:proofErr w:type="gramEnd"/>
    </w:p>
    <w:p w14:paraId="4BE55178" w14:textId="64AB748D" w:rsidR="00FB6230" w:rsidRDefault="00C8764B">
      <w:pPr>
        <w:spacing w:after="0"/>
      </w:pPr>
      <w:r>
        <w:rPr>
          <w:rFonts w:ascii="Arial" w:hAnsi="Arial"/>
        </w:rPr>
        <w:t xml:space="preserve">I imagine </w:t>
      </w:r>
      <w:proofErr w:type="spellStart"/>
      <w:r>
        <w:rPr>
          <w:rFonts w:ascii="Arial" w:hAnsi="Arial"/>
        </w:rPr>
        <w:t>its</w:t>
      </w:r>
      <w:proofErr w:type="spellEnd"/>
      <w:r>
        <w:rPr>
          <w:rFonts w:ascii="Arial" w:hAnsi="Arial"/>
        </w:rPr>
        <w:t xml:space="preserve"> the same </w:t>
      </w:r>
      <w:proofErr w:type="gramStart"/>
      <w:r>
        <w:rPr>
          <w:rFonts w:ascii="Arial" w:hAnsi="Arial"/>
        </w:rPr>
        <w:t>is actually was</w:t>
      </w:r>
      <w:proofErr w:type="gramEnd"/>
      <w:r>
        <w:rPr>
          <w:rFonts w:ascii="Arial" w:hAnsi="Arial"/>
        </w:rPr>
        <w:t xml:space="preserve"> just learning, like, from what people were talking, like, basically, it was an excuse for us to learn. And I remember one thing that, you know, we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a chance for us to challenge our own kind of ableism. And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some things where, which seems so obvious.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like, I can</w:t>
      </w:r>
      <w:r w:rsidR="008E16D6">
        <w:rPr>
          <w:rFonts w:ascii="Arial" w:hAnsi="Arial"/>
        </w:rPr>
        <w:t>’</w:t>
      </w:r>
      <w:r>
        <w:rPr>
          <w:rFonts w:ascii="Arial" w:hAnsi="Arial"/>
        </w:rPr>
        <w:t>t believe I hadn</w:t>
      </w:r>
      <w:r w:rsidR="008E16D6">
        <w:rPr>
          <w:rFonts w:ascii="Arial" w:hAnsi="Arial"/>
        </w:rPr>
        <w:t>’</w:t>
      </w:r>
      <w:r>
        <w:rPr>
          <w:rFonts w:ascii="Arial" w:hAnsi="Arial"/>
        </w:rPr>
        <w:t xml:space="preserve">t even considered that as being an issue. </w:t>
      </w:r>
      <w:proofErr w:type="gramStart"/>
      <w:r>
        <w:rPr>
          <w:rFonts w:ascii="Arial" w:hAnsi="Arial"/>
        </w:rPr>
        <w:t>So</w:t>
      </w:r>
      <w:proofErr w:type="gramEnd"/>
      <w:r>
        <w:rPr>
          <w:rFonts w:ascii="Arial" w:hAnsi="Arial"/>
        </w:rPr>
        <w:t xml:space="preserve"> we had a guy called Gavin </w:t>
      </w:r>
      <w:proofErr w:type="spellStart"/>
      <w:r>
        <w:rPr>
          <w:rFonts w:ascii="Arial" w:hAnsi="Arial"/>
        </w:rPr>
        <w:t>Neate</w:t>
      </w:r>
      <w:proofErr w:type="spellEnd"/>
      <w:r>
        <w:rPr>
          <w:rFonts w:ascii="Arial" w:hAnsi="Arial"/>
        </w:rPr>
        <w:t xml:space="preserve"> on one time, and he is big, and like tech and stuff, and he</w:t>
      </w:r>
      <w:r w:rsidR="008E16D6">
        <w:rPr>
          <w:rFonts w:ascii="Arial" w:hAnsi="Arial"/>
        </w:rPr>
        <w:t>’</w:t>
      </w:r>
      <w:r>
        <w:rPr>
          <w:rFonts w:ascii="Arial" w:hAnsi="Arial"/>
        </w:rPr>
        <w:t xml:space="preserve">s made the world a lot more accessible. And he was just talking about how, you know, wheelchair users may find things like the pressing the traffic button, on the, on the lights, the button to do the road crossing, that as they can be positioned in, like </w:t>
      </w:r>
      <w:proofErr w:type="gramStart"/>
      <w:r>
        <w:rPr>
          <w:rFonts w:ascii="Arial" w:hAnsi="Arial"/>
        </w:rPr>
        <w:t>really awkward</w:t>
      </w:r>
      <w:proofErr w:type="gramEnd"/>
      <w:r>
        <w:rPr>
          <w:rFonts w:ascii="Arial" w:hAnsi="Arial"/>
        </w:rPr>
        <w:t xml:space="preserve"> and different, difficult places. Like that seems so obvious, but something I never had even like,</w:t>
      </w:r>
    </w:p>
    <w:p w14:paraId="37735384" w14:textId="77777777" w:rsidR="00FB6230" w:rsidRDefault="00FB6230">
      <w:pPr>
        <w:spacing w:after="0"/>
      </w:pPr>
    </w:p>
    <w:p w14:paraId="5E57D082" w14:textId="77777777" w:rsidR="00FB6230" w:rsidRDefault="00C8764B">
      <w:pPr>
        <w:spacing w:after="0"/>
      </w:pPr>
      <w:proofErr w:type="gramStart"/>
      <w:r>
        <w:rPr>
          <w:rFonts w:ascii="Arial" w:hAnsi="Arial"/>
          <w:b/>
        </w:rPr>
        <w:t xml:space="preserve">Lucy  </w:t>
      </w:r>
      <w:r>
        <w:rPr>
          <w:rFonts w:ascii="Arial" w:hAnsi="Arial"/>
          <w:color w:val="5D7284"/>
        </w:rPr>
        <w:t>13:02</w:t>
      </w:r>
      <w:proofErr w:type="gramEnd"/>
    </w:p>
    <w:p w14:paraId="69E6F818" w14:textId="5E11FD6B" w:rsidR="00FB6230" w:rsidRDefault="00C8764B">
      <w:pPr>
        <w:spacing w:after="0"/>
      </w:pPr>
      <w:r>
        <w:rPr>
          <w:rFonts w:ascii="Arial" w:hAnsi="Arial"/>
        </w:rPr>
        <w:t>Jack, can I can I just interrupt you here with quite a funny story that I think you</w:t>
      </w:r>
      <w:r w:rsidR="008E16D6">
        <w:rPr>
          <w:rFonts w:ascii="Arial" w:hAnsi="Arial"/>
        </w:rPr>
        <w:t>’</w:t>
      </w:r>
      <w:r>
        <w:rPr>
          <w:rFonts w:ascii="Arial" w:hAnsi="Arial"/>
        </w:rPr>
        <w:t xml:space="preserve">ll find quite entertaining? so </w:t>
      </w:r>
      <w:proofErr w:type="gramStart"/>
      <w:r>
        <w:rPr>
          <w:rFonts w:ascii="Arial" w:hAnsi="Arial"/>
        </w:rPr>
        <w:t>um  when</w:t>
      </w:r>
      <w:proofErr w:type="gramEnd"/>
      <w:r>
        <w:rPr>
          <w:rFonts w:ascii="Arial" w:hAnsi="Arial"/>
        </w:rPr>
        <w:t xml:space="preserve"> I was at sixth form  at school, when I was in school, we went, I went from doing GCSEs, and everything like that to more independent living style of learning, which drove me up the wall because I was like,, why am I not? Why am I not doing more exams? Because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a nerd. But one day, they said, </w:t>
      </w:r>
      <w:proofErr w:type="gramStart"/>
      <w:r>
        <w:rPr>
          <w:rFonts w:ascii="Arial" w:hAnsi="Arial"/>
        </w:rPr>
        <w:t>All</w:t>
      </w:r>
      <w:proofErr w:type="gramEnd"/>
      <w:r>
        <w:rPr>
          <w:rFonts w:ascii="Arial" w:hAnsi="Arial"/>
        </w:rPr>
        <w:t xml:space="preserve"> going out into town today, and I was like </w:t>
      </w:r>
      <w:r w:rsidR="008E16D6">
        <w:rPr>
          <w:rFonts w:ascii="Arial" w:hAnsi="Arial"/>
        </w:rPr>
        <w:t>‘</w:t>
      </w:r>
      <w:r>
        <w:rPr>
          <w:rFonts w:ascii="Arial" w:hAnsi="Arial"/>
        </w:rPr>
        <w:t xml:space="preserve">Oh where are we going - the pub. </w:t>
      </w:r>
      <w:proofErr w:type="gramStart"/>
      <w:r>
        <w:rPr>
          <w:rFonts w:ascii="Arial" w:hAnsi="Arial"/>
        </w:rPr>
        <w:t>No</w:t>
      </w:r>
      <w:proofErr w:type="gramEnd"/>
      <w:r>
        <w:rPr>
          <w:rFonts w:ascii="Arial" w:hAnsi="Arial"/>
        </w:rPr>
        <w:t xml:space="preserve"> you</w:t>
      </w:r>
      <w:r w:rsidR="008E16D6">
        <w:rPr>
          <w:rFonts w:ascii="Arial" w:hAnsi="Arial"/>
        </w:rPr>
        <w:t>’</w:t>
      </w:r>
      <w:r>
        <w:rPr>
          <w:rFonts w:ascii="Arial" w:hAnsi="Arial"/>
        </w:rPr>
        <w:t xml:space="preserve">re going to use the pedestrian crossing button, so that we can take photographs, and then this will be evidence that you can cross the road.  yeah </w:t>
      </w:r>
      <w:proofErr w:type="gramStart"/>
      <w:r>
        <w:rPr>
          <w:rFonts w:ascii="Arial" w:hAnsi="Arial"/>
        </w:rPr>
        <w:t>so</w:t>
      </w:r>
      <w:proofErr w:type="gramEnd"/>
      <w:r>
        <w:rPr>
          <w:rFonts w:ascii="Arial" w:hAnsi="Arial"/>
        </w:rPr>
        <w:t xml:space="preserve"> I have got a certificate in how to cross the road!  I know how to do that.</w:t>
      </w:r>
    </w:p>
    <w:p w14:paraId="5CC8ADFF" w14:textId="77777777" w:rsidR="00FB6230" w:rsidRDefault="00FB6230">
      <w:pPr>
        <w:spacing w:after="0"/>
      </w:pPr>
    </w:p>
    <w:p w14:paraId="19C80474" w14:textId="77777777" w:rsidR="00FB6230" w:rsidRDefault="00C8764B">
      <w:pPr>
        <w:spacing w:after="0"/>
      </w:pPr>
      <w:proofErr w:type="gramStart"/>
      <w:r>
        <w:rPr>
          <w:rFonts w:ascii="Arial" w:hAnsi="Arial"/>
          <w:b/>
        </w:rPr>
        <w:t xml:space="preserve">Alice  </w:t>
      </w:r>
      <w:r>
        <w:rPr>
          <w:rFonts w:ascii="Arial" w:hAnsi="Arial"/>
          <w:color w:val="5D7284"/>
        </w:rPr>
        <w:t>13:50</w:t>
      </w:r>
      <w:proofErr w:type="gramEnd"/>
    </w:p>
    <w:p w14:paraId="295F9070" w14:textId="77777777" w:rsidR="00FB6230" w:rsidRDefault="00C8764B">
      <w:pPr>
        <w:spacing w:after="0"/>
      </w:pPr>
      <w:r>
        <w:rPr>
          <w:rFonts w:ascii="Arial" w:hAnsi="Arial"/>
        </w:rPr>
        <w:t>Fucking Hell! Wow,</w:t>
      </w:r>
    </w:p>
    <w:p w14:paraId="5234D84D" w14:textId="77777777" w:rsidR="00FB6230" w:rsidRDefault="00FB6230">
      <w:pPr>
        <w:spacing w:after="0"/>
      </w:pPr>
    </w:p>
    <w:p w14:paraId="505AE3FA" w14:textId="77777777" w:rsidR="00FB6230" w:rsidRDefault="00C8764B">
      <w:pPr>
        <w:spacing w:after="0"/>
      </w:pPr>
      <w:proofErr w:type="gramStart"/>
      <w:r>
        <w:rPr>
          <w:rFonts w:ascii="Arial" w:hAnsi="Arial"/>
          <w:b/>
        </w:rPr>
        <w:t xml:space="preserve">Jack  </w:t>
      </w:r>
      <w:r>
        <w:rPr>
          <w:rFonts w:ascii="Arial" w:hAnsi="Arial"/>
          <w:color w:val="5D7284"/>
        </w:rPr>
        <w:t>13:56</w:t>
      </w:r>
      <w:proofErr w:type="gramEnd"/>
    </w:p>
    <w:p w14:paraId="49E8DE23" w14:textId="1B97DF92" w:rsidR="00FB6230" w:rsidRDefault="00C8764B">
      <w:pPr>
        <w:spacing w:after="0"/>
      </w:pPr>
      <w:r>
        <w:rPr>
          <w:rFonts w:ascii="Arial" w:hAnsi="Arial"/>
        </w:rPr>
        <w:t xml:space="preserve">there was a time as well. So obviously, underneath you know, the buttons,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the spinning thing. Yeah. I guarantee you.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still people today that believe that</w:t>
      </w:r>
      <w:r w:rsidR="008E16D6">
        <w:rPr>
          <w:rFonts w:ascii="Arial" w:hAnsi="Arial"/>
        </w:rPr>
        <w:t>’</w:t>
      </w:r>
      <w:r>
        <w:rPr>
          <w:rFonts w:ascii="Arial" w:hAnsi="Arial"/>
        </w:rPr>
        <w:t xml:space="preserve">s there for you to spin to make the lights change. We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actually know what that thing is used ...... And they think Yeah, they</w:t>
      </w:r>
      <w:r w:rsidR="008E16D6">
        <w:rPr>
          <w:rFonts w:ascii="Arial" w:hAnsi="Arial"/>
        </w:rPr>
        <w:t>’</w:t>
      </w:r>
      <w:r>
        <w:rPr>
          <w:rFonts w:ascii="Arial" w:hAnsi="Arial"/>
        </w:rPr>
        <w:t xml:space="preserve">ve just installed a light </w:t>
      </w:r>
      <w:proofErr w:type="spellStart"/>
      <w:proofErr w:type="gramStart"/>
      <w:r>
        <w:rPr>
          <w:rFonts w:ascii="Arial" w:hAnsi="Arial"/>
        </w:rPr>
        <w:t>quickner</w:t>
      </w:r>
      <w:proofErr w:type="spellEnd"/>
      <w:proofErr w:type="gramEnd"/>
    </w:p>
    <w:p w14:paraId="059EC946" w14:textId="77777777" w:rsidR="00FB6230" w:rsidRDefault="00FB6230">
      <w:pPr>
        <w:spacing w:after="0"/>
      </w:pPr>
    </w:p>
    <w:p w14:paraId="379C2CC4" w14:textId="77777777" w:rsidR="00FB6230" w:rsidRDefault="00C8764B">
      <w:pPr>
        <w:spacing w:after="0"/>
      </w:pPr>
      <w:proofErr w:type="gramStart"/>
      <w:r>
        <w:rPr>
          <w:rFonts w:ascii="Arial" w:hAnsi="Arial"/>
          <w:b/>
        </w:rPr>
        <w:t xml:space="preserve">Alice  </w:t>
      </w:r>
      <w:r>
        <w:rPr>
          <w:rFonts w:ascii="Arial" w:hAnsi="Arial"/>
          <w:color w:val="5D7284"/>
        </w:rPr>
        <w:t>14:25</w:t>
      </w:r>
      <w:proofErr w:type="gramEnd"/>
    </w:p>
    <w:p w14:paraId="7D6E26BA" w14:textId="30D1E319" w:rsidR="00FB6230" w:rsidRDefault="00C8764B">
      <w:pPr>
        <w:spacing w:after="0"/>
      </w:pPr>
      <w:proofErr w:type="gramStart"/>
      <w:r>
        <w:rPr>
          <w:rFonts w:ascii="Arial" w:hAnsi="Arial"/>
        </w:rPr>
        <w:t>I</w:t>
      </w:r>
      <w:r w:rsidR="008E16D6">
        <w:rPr>
          <w:rFonts w:ascii="Arial" w:hAnsi="Arial"/>
        </w:rPr>
        <w:t>’</w:t>
      </w:r>
      <w:r>
        <w:rPr>
          <w:rFonts w:ascii="Arial" w:hAnsi="Arial"/>
        </w:rPr>
        <w:t>ve</w:t>
      </w:r>
      <w:proofErr w:type="gramEnd"/>
      <w:r>
        <w:rPr>
          <w:rFonts w:ascii="Arial" w:hAnsi="Arial"/>
        </w:rPr>
        <w:t xml:space="preserve"> heard that idea before because I do use those. I always whenever I touch them. I always think I dread to think how gay This is. Yeah but and I</w:t>
      </w:r>
      <w:r w:rsidR="008E16D6">
        <w:rPr>
          <w:rFonts w:ascii="Arial" w:hAnsi="Arial"/>
        </w:rPr>
        <w:t>’</w:t>
      </w:r>
      <w:r>
        <w:rPr>
          <w:rFonts w:ascii="Arial" w:hAnsi="Arial"/>
        </w:rPr>
        <w:t xml:space="preserve">ve heard that but the fact that I just love the idea this </w:t>
      </w:r>
      <w:r>
        <w:rPr>
          <w:rFonts w:ascii="Arial" w:hAnsi="Arial"/>
        </w:rPr>
        <w:lastRenderedPageBreak/>
        <w:t xml:space="preserve">there are people out there who thought yeah, the </w:t>
      </w:r>
      <w:proofErr w:type="spellStart"/>
      <w:r>
        <w:rPr>
          <w:rFonts w:ascii="Arial" w:hAnsi="Arial"/>
        </w:rPr>
        <w:t>the</w:t>
      </w:r>
      <w:proofErr w:type="spellEnd"/>
      <w:r>
        <w:rPr>
          <w:rFonts w:ascii="Arial" w:hAnsi="Arial"/>
        </w:rPr>
        <w:t xml:space="preserve"> transport like Department for </w:t>
      </w:r>
      <w:proofErr w:type="spellStart"/>
      <w:proofErr w:type="gramStart"/>
      <w:r>
        <w:rPr>
          <w:rFonts w:ascii="Arial" w:hAnsi="Arial"/>
        </w:rPr>
        <w:t>Transort</w:t>
      </w:r>
      <w:proofErr w:type="spellEnd"/>
      <w:r>
        <w:rPr>
          <w:rFonts w:ascii="Arial" w:hAnsi="Arial"/>
        </w:rPr>
        <w:t xml:space="preserve">  thought</w:t>
      </w:r>
      <w:proofErr w:type="gramEnd"/>
      <w:r>
        <w:rPr>
          <w:rFonts w:ascii="Arial" w:hAnsi="Arial"/>
        </w:rPr>
        <w:t xml:space="preserve"> you know what the UK needs an ability for drunk pedestrians to change the lights faster.</w:t>
      </w:r>
    </w:p>
    <w:p w14:paraId="05D0B160" w14:textId="77777777" w:rsidR="00FB6230" w:rsidRDefault="00FB6230">
      <w:pPr>
        <w:spacing w:after="0"/>
      </w:pPr>
    </w:p>
    <w:p w14:paraId="32315078" w14:textId="77777777" w:rsidR="00FB6230" w:rsidRDefault="00C8764B">
      <w:pPr>
        <w:spacing w:after="0"/>
      </w:pPr>
      <w:proofErr w:type="gramStart"/>
      <w:r>
        <w:rPr>
          <w:rFonts w:ascii="Arial" w:hAnsi="Arial"/>
          <w:b/>
        </w:rPr>
        <w:t xml:space="preserve">Jack  </w:t>
      </w:r>
      <w:r>
        <w:rPr>
          <w:rFonts w:ascii="Arial" w:hAnsi="Arial"/>
          <w:color w:val="5D7284"/>
        </w:rPr>
        <w:t>14:57</w:t>
      </w:r>
      <w:proofErr w:type="gramEnd"/>
    </w:p>
    <w:p w14:paraId="28E8E5F6" w14:textId="0A8EC06A" w:rsidR="00FB6230" w:rsidRDefault="00C8764B">
      <w:pPr>
        <w:spacing w:after="0"/>
      </w:pPr>
      <w:r>
        <w:rPr>
          <w:rFonts w:ascii="Arial" w:hAnsi="Arial"/>
        </w:rPr>
        <w:t xml:space="preserve">because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working on like the cogs and clockwork.</w:t>
      </w:r>
    </w:p>
    <w:p w14:paraId="09CAC418" w14:textId="77777777" w:rsidR="00FB6230" w:rsidRDefault="00FB6230">
      <w:pPr>
        <w:spacing w:after="0"/>
      </w:pPr>
    </w:p>
    <w:p w14:paraId="42D18943" w14:textId="77777777" w:rsidR="00FB6230" w:rsidRDefault="00C8764B">
      <w:pPr>
        <w:spacing w:after="0"/>
      </w:pPr>
      <w:proofErr w:type="gramStart"/>
      <w:r>
        <w:rPr>
          <w:rFonts w:ascii="Arial" w:hAnsi="Arial"/>
          <w:b/>
        </w:rPr>
        <w:t xml:space="preserve">Lucy  </w:t>
      </w:r>
      <w:r>
        <w:rPr>
          <w:rFonts w:ascii="Arial" w:hAnsi="Arial"/>
          <w:color w:val="5D7284"/>
        </w:rPr>
        <w:t>15:01</w:t>
      </w:r>
      <w:proofErr w:type="gramEnd"/>
    </w:p>
    <w:p w14:paraId="7B8BA02F" w14:textId="77777777" w:rsidR="00FB6230" w:rsidRDefault="00C8764B">
      <w:pPr>
        <w:spacing w:after="0"/>
      </w:pPr>
      <w:r>
        <w:rPr>
          <w:rFonts w:ascii="Arial" w:hAnsi="Arial"/>
        </w:rPr>
        <w:t>A little mouse inside!</w:t>
      </w:r>
    </w:p>
    <w:p w14:paraId="368D2AE7" w14:textId="77777777" w:rsidR="00FB6230" w:rsidRDefault="00FB6230">
      <w:pPr>
        <w:spacing w:after="0"/>
      </w:pPr>
    </w:p>
    <w:p w14:paraId="60B3B542" w14:textId="77777777" w:rsidR="00FB6230" w:rsidRDefault="00C8764B">
      <w:pPr>
        <w:spacing w:after="0"/>
      </w:pPr>
      <w:proofErr w:type="gramStart"/>
      <w:r>
        <w:rPr>
          <w:rFonts w:ascii="Arial" w:hAnsi="Arial"/>
          <w:b/>
        </w:rPr>
        <w:t xml:space="preserve">Alice  </w:t>
      </w:r>
      <w:r>
        <w:rPr>
          <w:rFonts w:ascii="Arial" w:hAnsi="Arial"/>
          <w:color w:val="5D7284"/>
        </w:rPr>
        <w:t>15:11</w:t>
      </w:r>
      <w:proofErr w:type="gramEnd"/>
    </w:p>
    <w:p w14:paraId="693DA0E8" w14:textId="7A043ACF" w:rsidR="00FB6230" w:rsidRDefault="00C8764B">
      <w:pPr>
        <w:spacing w:after="0"/>
      </w:pPr>
      <w:r>
        <w:rPr>
          <w:rFonts w:ascii="Arial" w:hAnsi="Arial"/>
        </w:rPr>
        <w:t xml:space="preserve">I think as disabled people, though, people with you know, physical and sensory disabilities, we </w:t>
      </w:r>
      <w:proofErr w:type="gramStart"/>
      <w:r>
        <w:rPr>
          <w:rFonts w:ascii="Arial" w:hAnsi="Arial"/>
        </w:rPr>
        <w:t>definitely still</w:t>
      </w:r>
      <w:proofErr w:type="gramEnd"/>
      <w:r>
        <w:rPr>
          <w:rFonts w:ascii="Arial" w:hAnsi="Arial"/>
        </w:rPr>
        <w:t xml:space="preserve"> have those. Oh, shit, I never thought of it like that moments. Because there is an element of you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think outside of your bubble. I mean, I do it with </w:t>
      </w:r>
      <w:proofErr w:type="spellStart"/>
      <w:r>
        <w:rPr>
          <w:rFonts w:ascii="Arial" w:hAnsi="Arial"/>
        </w:rPr>
        <w:t>non disability</w:t>
      </w:r>
      <w:proofErr w:type="spellEnd"/>
      <w:r>
        <w:rPr>
          <w:rFonts w:ascii="Arial" w:hAnsi="Arial"/>
        </w:rPr>
        <w:t xml:space="preserve"> related things with my husband all the time, I will say something, and </w:t>
      </w:r>
      <w:proofErr w:type="gramStart"/>
      <w:r>
        <w:rPr>
          <w:rFonts w:ascii="Arial" w:hAnsi="Arial"/>
        </w:rPr>
        <w:t>he</w:t>
      </w:r>
      <w:r w:rsidR="008E16D6">
        <w:rPr>
          <w:rFonts w:ascii="Arial" w:hAnsi="Arial"/>
        </w:rPr>
        <w:t>’</w:t>
      </w:r>
      <w:r>
        <w:rPr>
          <w:rFonts w:ascii="Arial" w:hAnsi="Arial"/>
        </w:rPr>
        <w:t>ll</w:t>
      </w:r>
      <w:proofErr w:type="gramEnd"/>
      <w:r>
        <w:rPr>
          <w:rFonts w:ascii="Arial" w:hAnsi="Arial"/>
        </w:rPr>
        <w:t xml:space="preserve"> just look at me like, no, it</w:t>
      </w:r>
      <w:r w:rsidR="008E16D6">
        <w:rPr>
          <w:rFonts w:ascii="Arial" w:hAnsi="Arial"/>
        </w:rPr>
        <w:t>’</w:t>
      </w:r>
      <w:r>
        <w:rPr>
          <w:rFonts w:ascii="Arial" w:hAnsi="Arial"/>
        </w:rPr>
        <w:t xml:space="preserve">s, you know, I was </w:t>
      </w:r>
      <w:proofErr w:type="spellStart"/>
      <w:r>
        <w:rPr>
          <w:rFonts w:ascii="Arial" w:hAnsi="Arial"/>
        </w:rPr>
        <w:t>gonna</w:t>
      </w:r>
      <w:proofErr w:type="spellEnd"/>
      <w:r>
        <w:rPr>
          <w:rFonts w:ascii="Arial" w:hAnsi="Arial"/>
        </w:rPr>
        <w:t xml:space="preserve"> do this. And I, and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probably just because he</w:t>
      </w:r>
      <w:r w:rsidR="008E16D6">
        <w:rPr>
          <w:rFonts w:ascii="Arial" w:hAnsi="Arial"/>
        </w:rPr>
        <w:t>’</w:t>
      </w:r>
      <w:r>
        <w:rPr>
          <w:rFonts w:ascii="Arial" w:hAnsi="Arial"/>
        </w:rPr>
        <w:t xml:space="preserve">s incredibly logical and practical. And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just all over the place.</w:t>
      </w:r>
    </w:p>
    <w:p w14:paraId="7C52CEC0" w14:textId="77777777" w:rsidR="00FB6230" w:rsidRDefault="00FB6230">
      <w:pPr>
        <w:spacing w:after="0"/>
      </w:pPr>
    </w:p>
    <w:p w14:paraId="0FD2A03A" w14:textId="77777777" w:rsidR="00FB6230" w:rsidRDefault="00C8764B">
      <w:pPr>
        <w:spacing w:after="0"/>
      </w:pPr>
      <w:proofErr w:type="gramStart"/>
      <w:r>
        <w:rPr>
          <w:rFonts w:ascii="Arial" w:hAnsi="Arial"/>
          <w:b/>
        </w:rPr>
        <w:t xml:space="preserve">Lucy  </w:t>
      </w:r>
      <w:r>
        <w:rPr>
          <w:rFonts w:ascii="Arial" w:hAnsi="Arial"/>
          <w:color w:val="5D7284"/>
        </w:rPr>
        <w:t>15:46</w:t>
      </w:r>
      <w:proofErr w:type="gramEnd"/>
    </w:p>
    <w:p w14:paraId="1E5989F1" w14:textId="35579807" w:rsidR="00FB6230" w:rsidRDefault="00C8764B">
      <w:pPr>
        <w:spacing w:after="0"/>
      </w:pPr>
      <w:r>
        <w:rPr>
          <w:rFonts w:ascii="Arial" w:hAnsi="Arial"/>
        </w:rPr>
        <w:t>I just say stupid things all the time. And that</w:t>
      </w:r>
      <w:r w:rsidR="008E16D6">
        <w:rPr>
          <w:rFonts w:ascii="Arial" w:hAnsi="Arial"/>
        </w:rPr>
        <w:t>’</w:t>
      </w:r>
      <w:r>
        <w:rPr>
          <w:rFonts w:ascii="Arial" w:hAnsi="Arial"/>
        </w:rPr>
        <w:t xml:space="preserve">s got nothing to do with my Cerebral Palsy, I am just an </w:t>
      </w:r>
      <w:proofErr w:type="gramStart"/>
      <w:r>
        <w:rPr>
          <w:rFonts w:ascii="Arial" w:hAnsi="Arial"/>
        </w:rPr>
        <w:t>idiot..</w:t>
      </w:r>
      <w:proofErr w:type="gramEnd"/>
      <w:r>
        <w:rPr>
          <w:rFonts w:ascii="Arial" w:hAnsi="Arial"/>
        </w:rPr>
        <w:t xml:space="preserve"> basically</w:t>
      </w:r>
    </w:p>
    <w:p w14:paraId="6C0DB738" w14:textId="77777777" w:rsidR="00FB6230" w:rsidRDefault="00FB6230">
      <w:pPr>
        <w:spacing w:after="0"/>
      </w:pPr>
    </w:p>
    <w:p w14:paraId="653AC2EC" w14:textId="77777777" w:rsidR="00FB6230" w:rsidRDefault="00C8764B">
      <w:pPr>
        <w:spacing w:after="0"/>
      </w:pPr>
      <w:proofErr w:type="gramStart"/>
      <w:r>
        <w:rPr>
          <w:rFonts w:ascii="Arial" w:hAnsi="Arial"/>
          <w:b/>
        </w:rPr>
        <w:t xml:space="preserve">Alice  </w:t>
      </w:r>
      <w:r>
        <w:rPr>
          <w:rFonts w:ascii="Arial" w:hAnsi="Arial"/>
          <w:color w:val="5D7284"/>
        </w:rPr>
        <w:t>15:53</w:t>
      </w:r>
      <w:proofErr w:type="gramEnd"/>
    </w:p>
    <w:p w14:paraId="1A54C103" w14:textId="05209B88" w:rsidR="00FB6230" w:rsidRDefault="00C8764B">
      <w:pPr>
        <w:spacing w:after="0"/>
      </w:pPr>
      <w:r>
        <w:rPr>
          <w:rFonts w:ascii="Arial" w:hAnsi="Arial"/>
        </w:rPr>
        <w:t xml:space="preserve">but I do think, yeah, and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one of the things that we want to sort of challenge in our show is that everybody, like, I think there</w:t>
      </w:r>
      <w:r w:rsidR="008E16D6">
        <w:rPr>
          <w:rFonts w:ascii="Arial" w:hAnsi="Arial"/>
        </w:rPr>
        <w:t>’</w:t>
      </w:r>
      <w:r>
        <w:rPr>
          <w:rFonts w:ascii="Arial" w:hAnsi="Arial"/>
        </w:rPr>
        <w:t>s a lot of worry amongst straight white people that they</w:t>
      </w:r>
      <w:r w:rsidR="008E16D6">
        <w:rPr>
          <w:rFonts w:ascii="Arial" w:hAnsi="Arial"/>
        </w:rPr>
        <w:t>’</w:t>
      </w:r>
      <w:r>
        <w:rPr>
          <w:rFonts w:ascii="Arial" w:hAnsi="Arial"/>
        </w:rPr>
        <w:t>re going to say something wrong, and they</w:t>
      </w:r>
      <w:r w:rsidR="008E16D6">
        <w:rPr>
          <w:rFonts w:ascii="Arial" w:hAnsi="Arial"/>
        </w:rPr>
        <w:t>’</w:t>
      </w:r>
      <w:r>
        <w:rPr>
          <w:rFonts w:ascii="Arial" w:hAnsi="Arial"/>
        </w:rPr>
        <w:t xml:space="preserve">ve got to be really careful. </w:t>
      </w:r>
      <w:proofErr w:type="gramStart"/>
      <w:r>
        <w:rPr>
          <w:rFonts w:ascii="Arial" w:hAnsi="Arial"/>
        </w:rPr>
        <w:t>But actually, don</w:t>
      </w:r>
      <w:r w:rsidR="008E16D6">
        <w:rPr>
          <w:rFonts w:ascii="Arial" w:hAnsi="Arial"/>
        </w:rPr>
        <w:t>’</w:t>
      </w:r>
      <w:r>
        <w:rPr>
          <w:rFonts w:ascii="Arial" w:hAnsi="Arial"/>
        </w:rPr>
        <w:t>t</w:t>
      </w:r>
      <w:proofErr w:type="gramEnd"/>
      <w:r>
        <w:rPr>
          <w:rFonts w:ascii="Arial" w:hAnsi="Arial"/>
        </w:rPr>
        <w:t xml:space="preserve"> be afraid to take part in the conversation, because you</w:t>
      </w:r>
      <w:r w:rsidR="008E16D6">
        <w:rPr>
          <w:rFonts w:ascii="Arial" w:hAnsi="Arial"/>
        </w:rPr>
        <w:t>’</w:t>
      </w:r>
      <w:r>
        <w:rPr>
          <w:rFonts w:ascii="Arial" w:hAnsi="Arial"/>
        </w:rPr>
        <w:t>re worried about putting your foot in it, because we do it ourselves.</w:t>
      </w:r>
    </w:p>
    <w:p w14:paraId="407D4B6F" w14:textId="77777777" w:rsidR="00FB6230" w:rsidRDefault="00FB6230">
      <w:pPr>
        <w:spacing w:after="0"/>
      </w:pPr>
    </w:p>
    <w:p w14:paraId="21C3B5C5" w14:textId="77777777" w:rsidR="00FB6230" w:rsidRDefault="00C8764B">
      <w:pPr>
        <w:spacing w:after="0"/>
      </w:pPr>
      <w:proofErr w:type="gramStart"/>
      <w:r>
        <w:rPr>
          <w:rFonts w:ascii="Arial" w:hAnsi="Arial"/>
          <w:b/>
        </w:rPr>
        <w:t xml:space="preserve">Lucy  </w:t>
      </w:r>
      <w:r>
        <w:rPr>
          <w:rFonts w:ascii="Arial" w:hAnsi="Arial"/>
          <w:color w:val="5D7284"/>
        </w:rPr>
        <w:t>16:21</w:t>
      </w:r>
      <w:proofErr w:type="gramEnd"/>
    </w:p>
    <w:p w14:paraId="6C21153D" w14:textId="2A33162D" w:rsidR="00FB6230" w:rsidRDefault="00C8764B">
      <w:pPr>
        <w:spacing w:after="0"/>
      </w:pPr>
      <w:r>
        <w:rPr>
          <w:rFonts w:ascii="Arial" w:hAnsi="Arial"/>
        </w:rPr>
        <w:t xml:space="preserve">Yes. </w:t>
      </w:r>
      <w:proofErr w:type="gramStart"/>
      <w:r>
        <w:rPr>
          <w:rFonts w:ascii="Arial" w:hAnsi="Arial"/>
        </w:rPr>
        <w:t>And also</w:t>
      </w:r>
      <w:proofErr w:type="gramEnd"/>
      <w:r>
        <w:rPr>
          <w:rFonts w:ascii="Arial" w:hAnsi="Arial"/>
        </w:rPr>
        <w:t>, don</w:t>
      </w:r>
      <w:r w:rsidR="008E16D6">
        <w:rPr>
          <w:rFonts w:ascii="Arial" w:hAnsi="Arial"/>
        </w:rPr>
        <w:t>’</w:t>
      </w:r>
      <w:r>
        <w:rPr>
          <w:rFonts w:ascii="Arial" w:hAnsi="Arial"/>
        </w:rPr>
        <w:t>t be frightened to the fact that you</w:t>
      </w:r>
      <w:r w:rsidR="008E16D6">
        <w:rPr>
          <w:rFonts w:ascii="Arial" w:hAnsi="Arial"/>
        </w:rPr>
        <w:t>’</w:t>
      </w:r>
      <w:r>
        <w:rPr>
          <w:rFonts w:ascii="Arial" w:hAnsi="Arial"/>
        </w:rPr>
        <w:t>re going to upset us because if you get too close to the knuckle, I</w:t>
      </w:r>
      <w:r w:rsidR="008E16D6">
        <w:rPr>
          <w:rFonts w:ascii="Arial" w:hAnsi="Arial"/>
        </w:rPr>
        <w:t>’</w:t>
      </w:r>
      <w:r>
        <w:rPr>
          <w:rFonts w:ascii="Arial" w:hAnsi="Arial"/>
        </w:rPr>
        <w:t>ll tell you about it, and you won</w:t>
      </w:r>
      <w:r w:rsidR="008E16D6">
        <w:rPr>
          <w:rFonts w:ascii="Arial" w:hAnsi="Arial"/>
        </w:rPr>
        <w:t>’</w:t>
      </w:r>
      <w:r>
        <w:rPr>
          <w:rFonts w:ascii="Arial" w:hAnsi="Arial"/>
        </w:rPr>
        <w:t>t do it again.</w:t>
      </w:r>
    </w:p>
    <w:p w14:paraId="4C38BAB9" w14:textId="77777777" w:rsidR="00FB6230" w:rsidRDefault="00FB6230">
      <w:pPr>
        <w:spacing w:after="0"/>
      </w:pPr>
    </w:p>
    <w:p w14:paraId="376024E6" w14:textId="77777777" w:rsidR="00FB6230" w:rsidRDefault="00C8764B">
      <w:pPr>
        <w:spacing w:after="0"/>
      </w:pPr>
      <w:proofErr w:type="gramStart"/>
      <w:r>
        <w:rPr>
          <w:rFonts w:ascii="Arial" w:hAnsi="Arial"/>
          <w:b/>
        </w:rPr>
        <w:t xml:space="preserve">Jack  </w:t>
      </w:r>
      <w:r>
        <w:rPr>
          <w:rFonts w:ascii="Arial" w:hAnsi="Arial"/>
          <w:color w:val="5D7284"/>
        </w:rPr>
        <w:t>16:34</w:t>
      </w:r>
      <w:proofErr w:type="gramEnd"/>
    </w:p>
    <w:p w14:paraId="7E744F49" w14:textId="468C126B" w:rsidR="00FB6230" w:rsidRDefault="00C8764B">
      <w:pPr>
        <w:spacing w:after="0"/>
      </w:pPr>
      <w:proofErr w:type="gramStart"/>
      <w:r>
        <w:rPr>
          <w:rFonts w:ascii="Arial" w:hAnsi="Arial"/>
        </w:rPr>
        <w:t>It</w:t>
      </w:r>
      <w:r w:rsidR="008E16D6">
        <w:rPr>
          <w:rFonts w:ascii="Arial" w:hAnsi="Arial"/>
        </w:rPr>
        <w:t>’</w:t>
      </w:r>
      <w:r>
        <w:rPr>
          <w:rFonts w:ascii="Arial" w:hAnsi="Arial"/>
        </w:rPr>
        <w:t>s</w:t>
      </w:r>
      <w:proofErr w:type="gramEnd"/>
      <w:r>
        <w:rPr>
          <w:rFonts w:ascii="Arial" w:hAnsi="Arial"/>
        </w:rPr>
        <w:t>, you know, having one awkward experience to learn from is, you know, the value there is like, there</w:t>
      </w:r>
      <w:r w:rsidR="008E16D6">
        <w:rPr>
          <w:rFonts w:ascii="Arial" w:hAnsi="Arial"/>
        </w:rPr>
        <w:t>’</w:t>
      </w:r>
      <w:r>
        <w:rPr>
          <w:rFonts w:ascii="Arial" w:hAnsi="Arial"/>
        </w:rPr>
        <w:t xml:space="preserve">s no one </w:t>
      </w:r>
      <w:proofErr w:type="spellStart"/>
      <w:r>
        <w:rPr>
          <w:rFonts w:ascii="Arial" w:hAnsi="Arial"/>
        </w:rPr>
        <w:t>one</w:t>
      </w:r>
      <w:proofErr w:type="spellEnd"/>
      <w:r>
        <w:rPr>
          <w:rFonts w:ascii="Arial" w:hAnsi="Arial"/>
        </w:rPr>
        <w:t xml:space="preserve"> experience that be so awkward, where you feel like you</w:t>
      </w:r>
      <w:r w:rsidR="008E16D6">
        <w:rPr>
          <w:rFonts w:ascii="Arial" w:hAnsi="Arial"/>
        </w:rPr>
        <w:t>’</w:t>
      </w:r>
      <w:r>
        <w:rPr>
          <w:rFonts w:ascii="Arial" w:hAnsi="Arial"/>
        </w:rPr>
        <w:t>ve put your foot in, it isn</w:t>
      </w:r>
      <w:r w:rsidR="008E16D6">
        <w:rPr>
          <w:rFonts w:ascii="Arial" w:hAnsi="Arial"/>
        </w:rPr>
        <w:t>’</w:t>
      </w:r>
      <w:r>
        <w:rPr>
          <w:rFonts w:ascii="Arial" w:hAnsi="Arial"/>
        </w:rPr>
        <w:t>t going to be the learning that you would get from having that conversation with someone.</w:t>
      </w:r>
    </w:p>
    <w:p w14:paraId="4F12AB84" w14:textId="77777777" w:rsidR="00FB6230" w:rsidRDefault="00FB6230">
      <w:pPr>
        <w:spacing w:after="0"/>
      </w:pPr>
    </w:p>
    <w:p w14:paraId="1A4AB482" w14:textId="77777777" w:rsidR="00FB6230" w:rsidRDefault="00C8764B">
      <w:pPr>
        <w:spacing w:after="0"/>
      </w:pPr>
      <w:proofErr w:type="gramStart"/>
      <w:r>
        <w:rPr>
          <w:rFonts w:ascii="Arial" w:hAnsi="Arial"/>
          <w:b/>
        </w:rPr>
        <w:t xml:space="preserve">Lucy  </w:t>
      </w:r>
      <w:r>
        <w:rPr>
          <w:rFonts w:ascii="Arial" w:hAnsi="Arial"/>
          <w:color w:val="5D7284"/>
        </w:rPr>
        <w:t>16:53</w:t>
      </w:r>
      <w:proofErr w:type="gramEnd"/>
    </w:p>
    <w:p w14:paraId="3EFB92A1" w14:textId="50DF9B01" w:rsidR="00FB6230" w:rsidRDefault="00C8764B">
      <w:pPr>
        <w:spacing w:after="0"/>
      </w:pPr>
      <w:r>
        <w:rPr>
          <w:rFonts w:ascii="Arial" w:hAnsi="Arial"/>
        </w:rPr>
        <w:t xml:space="preserve">When I used to work with young people, and I, and </w:t>
      </w:r>
      <w:proofErr w:type="gramStart"/>
      <w:r>
        <w:rPr>
          <w:rFonts w:ascii="Arial" w:hAnsi="Arial"/>
        </w:rPr>
        <w:t>they</w:t>
      </w:r>
      <w:r w:rsidR="008E16D6">
        <w:rPr>
          <w:rFonts w:ascii="Arial" w:hAnsi="Arial"/>
        </w:rPr>
        <w:t>’</w:t>
      </w:r>
      <w:r>
        <w:rPr>
          <w:rFonts w:ascii="Arial" w:hAnsi="Arial"/>
        </w:rPr>
        <w:t>d</w:t>
      </w:r>
      <w:proofErr w:type="gramEnd"/>
      <w:r>
        <w:rPr>
          <w:rFonts w:ascii="Arial" w:hAnsi="Arial"/>
        </w:rPr>
        <w:t xml:space="preserve"> always look at me, like I was an alien with four heads. And, you know, six noses. I always used to say, like, if you want to ask me a question about why I am in this wheelchair, then do it. And don</w:t>
      </w:r>
      <w:r w:rsidR="008E16D6">
        <w:rPr>
          <w:rFonts w:ascii="Arial" w:hAnsi="Arial"/>
        </w:rPr>
        <w:t>’</w:t>
      </w:r>
      <w:r>
        <w:rPr>
          <w:rFonts w:ascii="Arial" w:hAnsi="Arial"/>
        </w:rPr>
        <w:t>t be afraid if it comes out sounding like you</w:t>
      </w:r>
      <w:r w:rsidR="008E16D6">
        <w:rPr>
          <w:rFonts w:ascii="Arial" w:hAnsi="Arial"/>
        </w:rPr>
        <w:t>’</w:t>
      </w:r>
      <w:r>
        <w:rPr>
          <w:rFonts w:ascii="Arial" w:hAnsi="Arial"/>
        </w:rPr>
        <w:t xml:space="preserve">re a bit stupid, because I have heard every stupid question in the book, and then some </w:t>
      </w:r>
      <w:proofErr w:type="gramStart"/>
      <w:r>
        <w:rPr>
          <w:rFonts w:ascii="Arial" w:hAnsi="Arial"/>
        </w:rPr>
        <w:t>And</w:t>
      </w:r>
      <w:proofErr w:type="gramEnd"/>
      <w:r>
        <w:rPr>
          <w:rFonts w:ascii="Arial" w:hAnsi="Arial"/>
        </w:rPr>
        <w:t xml:space="preserve"> that kind of helped a little bit. I think, you know, there was young people always used to go, can I catch what </w:t>
      </w:r>
      <w:proofErr w:type="gramStart"/>
      <w:r>
        <w:rPr>
          <w:rFonts w:ascii="Arial" w:hAnsi="Arial"/>
        </w:rPr>
        <w:t>you</w:t>
      </w:r>
      <w:r w:rsidR="008E16D6">
        <w:rPr>
          <w:rFonts w:ascii="Arial" w:hAnsi="Arial"/>
        </w:rPr>
        <w:t>’</w:t>
      </w:r>
      <w:r>
        <w:rPr>
          <w:rFonts w:ascii="Arial" w:hAnsi="Arial"/>
        </w:rPr>
        <w:t>ve</w:t>
      </w:r>
      <w:proofErr w:type="gramEnd"/>
      <w:r>
        <w:rPr>
          <w:rFonts w:ascii="Arial" w:hAnsi="Arial"/>
        </w:rPr>
        <w:t xml:space="preserve"> got? And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like, No. Because if you could, I</w:t>
      </w:r>
      <w:r w:rsidR="008E16D6">
        <w:rPr>
          <w:rFonts w:ascii="Arial" w:hAnsi="Arial"/>
        </w:rPr>
        <w:t>’</w:t>
      </w:r>
      <w:r>
        <w:rPr>
          <w:rFonts w:ascii="Arial" w:hAnsi="Arial"/>
        </w:rPr>
        <w:t xml:space="preserve">d probably be like, ET when he has to go in that hazmat house, </w:t>
      </w:r>
      <w:r>
        <w:rPr>
          <w:rFonts w:ascii="Arial" w:hAnsi="Arial"/>
        </w:rPr>
        <w:lastRenderedPageBreak/>
        <w:t xml:space="preserve">you know, like, nobody </w:t>
      </w:r>
      <w:proofErr w:type="gramStart"/>
      <w:r>
        <w:rPr>
          <w:rFonts w:ascii="Arial" w:hAnsi="Arial"/>
        </w:rPr>
        <w:t>touch</w:t>
      </w:r>
      <w:proofErr w:type="gramEnd"/>
      <w:r>
        <w:rPr>
          <w:rFonts w:ascii="Arial" w:hAnsi="Arial"/>
        </w:rPr>
        <w:t xml:space="preserve"> her. But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I mean, if you</w:t>
      </w:r>
      <w:r w:rsidR="008E16D6">
        <w:rPr>
          <w:rFonts w:ascii="Arial" w:hAnsi="Arial"/>
        </w:rPr>
        <w:t>’</w:t>
      </w:r>
      <w:r>
        <w:rPr>
          <w:rFonts w:ascii="Arial" w:hAnsi="Arial"/>
        </w:rPr>
        <w:t xml:space="preserve">ve never come into contact with a disabled person, before you are going to have, you know, you are going to have the odd silly question. </w:t>
      </w:r>
    </w:p>
    <w:p w14:paraId="5434F531" w14:textId="77777777" w:rsidR="00FB6230" w:rsidRDefault="00FB6230">
      <w:pPr>
        <w:spacing w:after="0"/>
      </w:pPr>
    </w:p>
    <w:p w14:paraId="0EAF3651" w14:textId="77777777" w:rsidR="00FB6230" w:rsidRDefault="00C8764B">
      <w:pPr>
        <w:spacing w:after="0"/>
      </w:pPr>
      <w:proofErr w:type="gramStart"/>
      <w:r>
        <w:rPr>
          <w:rFonts w:ascii="Arial" w:hAnsi="Arial"/>
          <w:b/>
        </w:rPr>
        <w:t xml:space="preserve">Alice  </w:t>
      </w:r>
      <w:r>
        <w:rPr>
          <w:rFonts w:ascii="Arial" w:hAnsi="Arial"/>
          <w:color w:val="5D7284"/>
        </w:rPr>
        <w:t>17:47</w:t>
      </w:r>
      <w:proofErr w:type="gramEnd"/>
    </w:p>
    <w:p w14:paraId="72C368E9" w14:textId="77777777" w:rsidR="00FB6230" w:rsidRDefault="00C8764B">
      <w:pPr>
        <w:spacing w:after="0"/>
      </w:pPr>
      <w:r>
        <w:rPr>
          <w:rFonts w:ascii="Arial" w:hAnsi="Arial"/>
        </w:rPr>
        <w:t xml:space="preserve">I do think that there is a difference between a </w:t>
      </w:r>
      <w:proofErr w:type="gramStart"/>
      <w:r>
        <w:rPr>
          <w:rFonts w:ascii="Arial" w:hAnsi="Arial"/>
        </w:rPr>
        <w:t>kids</w:t>
      </w:r>
      <w:proofErr w:type="gramEnd"/>
      <w:r>
        <w:rPr>
          <w:rFonts w:ascii="Arial" w:hAnsi="Arial"/>
        </w:rPr>
        <w:t xml:space="preserve"> asking a stupid question and adults not necessarily thinking things through logically like,</w:t>
      </w:r>
    </w:p>
    <w:p w14:paraId="4D9CA848" w14:textId="77777777" w:rsidR="00FB6230" w:rsidRDefault="00FB6230">
      <w:pPr>
        <w:spacing w:after="0"/>
      </w:pPr>
    </w:p>
    <w:p w14:paraId="0DF0B2E4" w14:textId="77777777" w:rsidR="00FB6230" w:rsidRDefault="00C8764B">
      <w:pPr>
        <w:spacing w:after="0"/>
      </w:pPr>
      <w:proofErr w:type="gramStart"/>
      <w:r>
        <w:rPr>
          <w:rFonts w:ascii="Arial" w:hAnsi="Arial"/>
          <w:b/>
        </w:rPr>
        <w:t xml:space="preserve">Lucy  </w:t>
      </w:r>
      <w:r>
        <w:rPr>
          <w:rFonts w:ascii="Arial" w:hAnsi="Arial"/>
          <w:color w:val="5D7284"/>
        </w:rPr>
        <w:t>17:56</w:t>
      </w:r>
      <w:proofErr w:type="gramEnd"/>
    </w:p>
    <w:p w14:paraId="660B9B69" w14:textId="77777777" w:rsidR="00FB6230" w:rsidRDefault="00C8764B">
      <w:pPr>
        <w:spacing w:after="0"/>
      </w:pPr>
      <w:r>
        <w:rPr>
          <w:rFonts w:ascii="Arial" w:hAnsi="Arial"/>
        </w:rPr>
        <w:t>Yeah,</w:t>
      </w:r>
    </w:p>
    <w:p w14:paraId="6655E907" w14:textId="77777777" w:rsidR="00FB6230" w:rsidRDefault="00FB6230">
      <w:pPr>
        <w:spacing w:after="0"/>
      </w:pPr>
    </w:p>
    <w:p w14:paraId="08D9A23D" w14:textId="77777777" w:rsidR="00FB6230" w:rsidRDefault="00C8764B">
      <w:pPr>
        <w:spacing w:after="0"/>
      </w:pPr>
      <w:proofErr w:type="gramStart"/>
      <w:r>
        <w:rPr>
          <w:rFonts w:ascii="Arial" w:hAnsi="Arial"/>
          <w:b/>
        </w:rPr>
        <w:t xml:space="preserve">Alice  </w:t>
      </w:r>
      <w:r>
        <w:rPr>
          <w:rFonts w:ascii="Arial" w:hAnsi="Arial"/>
          <w:color w:val="5D7284"/>
        </w:rPr>
        <w:t>17:56</w:t>
      </w:r>
      <w:proofErr w:type="gramEnd"/>
    </w:p>
    <w:p w14:paraId="2031B8D5" w14:textId="419FA7FF" w:rsidR="00FB6230" w:rsidRDefault="00C8764B">
      <w:pPr>
        <w:spacing w:after="0"/>
      </w:pPr>
      <w:r>
        <w:rPr>
          <w:rFonts w:ascii="Arial" w:hAnsi="Arial"/>
        </w:rPr>
        <w:t xml:space="preserve">I </w:t>
      </w:r>
      <w:proofErr w:type="gramStart"/>
      <w:r>
        <w:rPr>
          <w:rFonts w:ascii="Arial" w:hAnsi="Arial"/>
        </w:rPr>
        <w:t>definitely get</w:t>
      </w:r>
      <w:proofErr w:type="gramEnd"/>
      <w:r>
        <w:rPr>
          <w:rFonts w:ascii="Arial" w:hAnsi="Arial"/>
        </w:rPr>
        <w:t xml:space="preserve"> a lot of questions about, like, Well, how do you manage picking up your dog</w:t>
      </w:r>
      <w:r w:rsidR="008E16D6">
        <w:rPr>
          <w:rFonts w:ascii="Arial" w:hAnsi="Arial"/>
        </w:rPr>
        <w:t>’</w:t>
      </w:r>
      <w:r>
        <w:rPr>
          <w:rFonts w:ascii="Arial" w:hAnsi="Arial"/>
        </w:rPr>
        <w:t xml:space="preserve">s poo? And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like, Well, if I can</w:t>
      </w:r>
      <w:r w:rsidR="008E16D6">
        <w:rPr>
          <w:rFonts w:ascii="Arial" w:hAnsi="Arial"/>
        </w:rPr>
        <w:t>’</w:t>
      </w:r>
      <w:r>
        <w:rPr>
          <w:rFonts w:ascii="Arial" w:hAnsi="Arial"/>
        </w:rPr>
        <w:t>t see it, I</w:t>
      </w:r>
      <w:r w:rsidR="008E16D6">
        <w:rPr>
          <w:rFonts w:ascii="Arial" w:hAnsi="Arial"/>
        </w:rPr>
        <w:t>’</w:t>
      </w:r>
      <w:r>
        <w:rPr>
          <w:rFonts w:ascii="Arial" w:hAnsi="Arial"/>
        </w:rPr>
        <w:t xml:space="preserve">ve got a nose that works. And the number of times </w:t>
      </w:r>
      <w:proofErr w:type="gramStart"/>
      <w:r>
        <w:rPr>
          <w:rFonts w:ascii="Arial" w:hAnsi="Arial"/>
        </w:rPr>
        <w:t>I</w:t>
      </w:r>
      <w:r w:rsidR="008E16D6">
        <w:rPr>
          <w:rFonts w:ascii="Arial" w:hAnsi="Arial"/>
        </w:rPr>
        <w:t>’</w:t>
      </w:r>
      <w:r>
        <w:rPr>
          <w:rFonts w:ascii="Arial" w:hAnsi="Arial"/>
        </w:rPr>
        <w:t>ve</w:t>
      </w:r>
      <w:proofErr w:type="gramEnd"/>
      <w:r>
        <w:rPr>
          <w:rFonts w:ascii="Arial" w:hAnsi="Arial"/>
        </w:rPr>
        <w:t xml:space="preserve"> had to have that conversation with people where they</w:t>
      </w:r>
      <w:r w:rsidR="008E16D6">
        <w:rPr>
          <w:rFonts w:ascii="Arial" w:hAnsi="Arial"/>
        </w:rPr>
        <w:t>’</w:t>
      </w:r>
      <w:r>
        <w:rPr>
          <w:rFonts w:ascii="Arial" w:hAnsi="Arial"/>
        </w:rPr>
        <w:t xml:space="preserve">ve kind of gone. Oh, yeah.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like, just </w:t>
      </w:r>
      <w:proofErr w:type="spellStart"/>
      <w:r>
        <w:rPr>
          <w:rFonts w:ascii="Arial" w:hAnsi="Arial"/>
        </w:rPr>
        <w:t>just</w:t>
      </w:r>
      <w:proofErr w:type="spellEnd"/>
      <w:r>
        <w:rPr>
          <w:rFonts w:ascii="Arial" w:hAnsi="Arial"/>
        </w:rPr>
        <w:t xml:space="preserve"> use a little bit of brain power. before asking your question. Is there a blatantly obvious answer to what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about to ask you so that I don</w:t>
      </w:r>
      <w:r w:rsidR="008E16D6">
        <w:rPr>
          <w:rFonts w:ascii="Arial" w:hAnsi="Arial"/>
        </w:rPr>
        <w:t>’</w:t>
      </w:r>
      <w:r>
        <w:rPr>
          <w:rFonts w:ascii="Arial" w:hAnsi="Arial"/>
        </w:rPr>
        <w:t>t have to bother this nice lady while she</w:t>
      </w:r>
      <w:r w:rsidR="008E16D6">
        <w:rPr>
          <w:rFonts w:ascii="Arial" w:hAnsi="Arial"/>
        </w:rPr>
        <w:t>’</w:t>
      </w:r>
      <w:r>
        <w:rPr>
          <w:rFonts w:ascii="Arial" w:hAnsi="Arial"/>
        </w:rPr>
        <w:t>s going about her day?</w:t>
      </w:r>
    </w:p>
    <w:p w14:paraId="2E8C7F79" w14:textId="77777777" w:rsidR="00FB6230" w:rsidRDefault="00FB6230">
      <w:pPr>
        <w:spacing w:after="0"/>
      </w:pPr>
    </w:p>
    <w:p w14:paraId="5F03125B" w14:textId="77777777" w:rsidR="00FB6230" w:rsidRDefault="00C8764B">
      <w:pPr>
        <w:spacing w:after="0"/>
      </w:pPr>
      <w:proofErr w:type="gramStart"/>
      <w:r>
        <w:rPr>
          <w:rFonts w:ascii="Arial" w:hAnsi="Arial"/>
          <w:b/>
        </w:rPr>
        <w:t xml:space="preserve">Lucy  </w:t>
      </w:r>
      <w:r>
        <w:rPr>
          <w:rFonts w:ascii="Arial" w:hAnsi="Arial"/>
          <w:color w:val="5D7284"/>
        </w:rPr>
        <w:t>18:29</w:t>
      </w:r>
      <w:proofErr w:type="gramEnd"/>
    </w:p>
    <w:p w14:paraId="13E41F41" w14:textId="6F9CB51D" w:rsidR="00FB6230" w:rsidRDefault="00C8764B">
      <w:pPr>
        <w:spacing w:after="0"/>
      </w:pPr>
      <w:r>
        <w:rPr>
          <w:rFonts w:ascii="Arial" w:hAnsi="Arial"/>
        </w:rPr>
        <w:t>It</w:t>
      </w:r>
      <w:r w:rsidR="008E16D6">
        <w:rPr>
          <w:rFonts w:ascii="Arial" w:hAnsi="Arial"/>
        </w:rPr>
        <w:t>’</w:t>
      </w:r>
      <w:r>
        <w:rPr>
          <w:rFonts w:ascii="Arial" w:hAnsi="Arial"/>
        </w:rPr>
        <w:t>s like when people are surprised by what I</w:t>
      </w:r>
      <w:r w:rsidR="008E16D6">
        <w:rPr>
          <w:rFonts w:ascii="Arial" w:hAnsi="Arial"/>
        </w:rPr>
        <w:t>’</w:t>
      </w:r>
      <w:r>
        <w:rPr>
          <w:rFonts w:ascii="Arial" w:hAnsi="Arial"/>
        </w:rPr>
        <w:t xml:space="preserve">ve managed to achieve, so the other day, I had to ring... a part of a part is broken off piece of my equipment that I use at home, and I </w:t>
      </w:r>
      <w:proofErr w:type="gramStart"/>
      <w:r>
        <w:rPr>
          <w:rFonts w:ascii="Arial" w:hAnsi="Arial"/>
        </w:rPr>
        <w:t>rung ,</w:t>
      </w:r>
      <w:proofErr w:type="gramEnd"/>
      <w:r>
        <w:rPr>
          <w:rFonts w:ascii="Arial" w:hAnsi="Arial"/>
        </w:rPr>
        <w:t xml:space="preserve"> the service to come and like, give me Get me a new one. And they </w:t>
      </w:r>
      <w:proofErr w:type="gramStart"/>
      <w:r>
        <w:rPr>
          <w:rFonts w:ascii="Arial" w:hAnsi="Arial"/>
        </w:rPr>
        <w:t>rung  me</w:t>
      </w:r>
      <w:proofErr w:type="gramEnd"/>
      <w:r>
        <w:rPr>
          <w:rFonts w:ascii="Arial" w:hAnsi="Arial"/>
        </w:rPr>
        <w:t xml:space="preserve"> back and they were like, are you </w:t>
      </w:r>
      <w:proofErr w:type="spellStart"/>
      <w:r>
        <w:rPr>
          <w:rFonts w:ascii="Arial" w:hAnsi="Arial"/>
        </w:rPr>
        <w:t>gonna</w:t>
      </w:r>
      <w:proofErr w:type="spellEnd"/>
      <w:r>
        <w:rPr>
          <w:rFonts w:ascii="Arial" w:hAnsi="Arial"/>
        </w:rPr>
        <w:t xml:space="preserve"> be in tomorrow? Wednesday, and I said, Yeah, he goes, You </w:t>
      </w:r>
      <w:proofErr w:type="gramStart"/>
      <w:r>
        <w:rPr>
          <w:rFonts w:ascii="Arial" w:hAnsi="Arial"/>
        </w:rPr>
        <w:t>sure</w:t>
      </w:r>
      <w:proofErr w:type="gramEnd"/>
      <w:r>
        <w:rPr>
          <w:rFonts w:ascii="Arial" w:hAnsi="Arial"/>
        </w:rPr>
        <w:t xml:space="preserve"> aren</w:t>
      </w:r>
      <w:r w:rsidR="008E16D6">
        <w:rPr>
          <w:rFonts w:ascii="Arial" w:hAnsi="Arial"/>
        </w:rPr>
        <w:t>’</w:t>
      </w:r>
      <w:r>
        <w:rPr>
          <w:rFonts w:ascii="Arial" w:hAnsi="Arial"/>
        </w:rPr>
        <w:t xml:space="preserve">t you? Yeah. And I was like, Yeah, he goes, No, </w:t>
      </w:r>
      <w:proofErr w:type="gramStart"/>
      <w:r>
        <w:rPr>
          <w:rFonts w:ascii="Arial" w:hAnsi="Arial"/>
        </w:rPr>
        <w:t>you</w:t>
      </w:r>
      <w:proofErr w:type="gramEnd"/>
      <w:r>
        <w:rPr>
          <w:rFonts w:ascii="Arial" w:hAnsi="Arial"/>
        </w:rPr>
        <w:t xml:space="preserve"> you</w:t>
      </w:r>
      <w:r w:rsidR="008E16D6">
        <w:rPr>
          <w:rFonts w:ascii="Arial" w:hAnsi="Arial"/>
        </w:rPr>
        <w:t>’</w:t>
      </w:r>
      <w:r>
        <w:rPr>
          <w:rFonts w:ascii="Arial" w:hAnsi="Arial"/>
        </w:rPr>
        <w:t xml:space="preserve">re sure. I knew. I was like, yeah, </w:t>
      </w:r>
      <w:proofErr w:type="spellStart"/>
      <w:r>
        <w:rPr>
          <w:rFonts w:ascii="Arial" w:hAnsi="Arial"/>
        </w:rPr>
        <w:t>cuz</w:t>
      </w:r>
      <w:proofErr w:type="spellEnd"/>
      <w:r>
        <w:rPr>
          <w:rFonts w:ascii="Arial" w:hAnsi="Arial"/>
        </w:rPr>
        <w:t xml:space="preserv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hate what A is a pandemic on. </w:t>
      </w:r>
      <w:proofErr w:type="gramStart"/>
      <w:r>
        <w:rPr>
          <w:rFonts w:ascii="Arial" w:hAnsi="Arial"/>
        </w:rPr>
        <w:t>And  B</w:t>
      </w:r>
      <w:proofErr w:type="gramEnd"/>
      <w:r>
        <w:rPr>
          <w:rFonts w:ascii="Arial" w:hAnsi="Arial"/>
        </w:rPr>
        <w:t xml:space="preserve"> </w:t>
      </w:r>
      <w:proofErr w:type="spellStart"/>
      <w:r>
        <w:rPr>
          <w:rFonts w:ascii="Arial" w:hAnsi="Arial"/>
        </w:rPr>
        <w:t>Im</w:t>
      </w:r>
      <w:proofErr w:type="spellEnd"/>
      <w:r>
        <w:rPr>
          <w:rFonts w:ascii="Arial" w:hAnsi="Arial"/>
        </w:rPr>
        <w:t xml:space="preserve"> at  work. I work from home. He was like oh you </w:t>
      </w:r>
      <w:proofErr w:type="gramStart"/>
      <w:r>
        <w:rPr>
          <w:rFonts w:ascii="Arial" w:hAnsi="Arial"/>
        </w:rPr>
        <w:t>work ,</w:t>
      </w:r>
      <w:proofErr w:type="gramEnd"/>
      <w:r>
        <w:rPr>
          <w:rFonts w:ascii="Arial" w:hAnsi="Arial"/>
        </w:rPr>
        <w:t xml:space="preserve"> I am like, yeah, it</w:t>
      </w:r>
      <w:r w:rsidR="008E16D6">
        <w:rPr>
          <w:rFonts w:ascii="Arial" w:hAnsi="Arial"/>
        </w:rPr>
        <w:t>’</w:t>
      </w:r>
      <w:r>
        <w:rPr>
          <w:rFonts w:ascii="Arial" w:hAnsi="Arial"/>
        </w:rPr>
        <w:t xml:space="preserve">s like, and that was even like, that was on the phone. That was like, he </w:t>
      </w:r>
      <w:proofErr w:type="gramStart"/>
      <w:r>
        <w:rPr>
          <w:rFonts w:ascii="Arial" w:hAnsi="Arial"/>
        </w:rPr>
        <w:t>couldn</w:t>
      </w:r>
      <w:r w:rsidR="008E16D6">
        <w:rPr>
          <w:rFonts w:ascii="Arial" w:hAnsi="Arial"/>
        </w:rPr>
        <w:t>’</w:t>
      </w:r>
      <w:r>
        <w:rPr>
          <w:rFonts w:ascii="Arial" w:hAnsi="Arial"/>
        </w:rPr>
        <w:t>t</w:t>
      </w:r>
      <w:proofErr w:type="gramEnd"/>
      <w:r>
        <w:rPr>
          <w:rFonts w:ascii="Arial" w:hAnsi="Arial"/>
        </w:rPr>
        <w:t xml:space="preserve"> see me couldn</w:t>
      </w:r>
      <w:r w:rsidR="008E16D6">
        <w:rPr>
          <w:rFonts w:ascii="Arial" w:hAnsi="Arial"/>
        </w:rPr>
        <w:t>’</w:t>
      </w:r>
      <w:r>
        <w:rPr>
          <w:rFonts w:ascii="Arial" w:hAnsi="Arial"/>
        </w:rPr>
        <w:t>t make any judgement. But he just automatically went, Oh, you work? This is a Oh, I didn</w:t>
      </w:r>
      <w:r w:rsidR="008E16D6">
        <w:rPr>
          <w:rFonts w:ascii="Arial" w:hAnsi="Arial"/>
        </w:rPr>
        <w:t>’</w:t>
      </w:r>
      <w:r>
        <w:rPr>
          <w:rFonts w:ascii="Arial" w:hAnsi="Arial"/>
        </w:rPr>
        <w:t>t think you</w:t>
      </w:r>
      <w:r w:rsidR="008E16D6">
        <w:rPr>
          <w:rFonts w:ascii="Arial" w:hAnsi="Arial"/>
        </w:rPr>
        <w:t>’</w:t>
      </w:r>
      <w:r>
        <w:rPr>
          <w:rFonts w:ascii="Arial" w:hAnsi="Arial"/>
        </w:rPr>
        <w:t xml:space="preserve">d you do anything you wait for </w:t>
      </w:r>
      <w:proofErr w:type="gramStart"/>
      <w:r>
        <w:rPr>
          <w:rFonts w:ascii="Arial" w:hAnsi="Arial"/>
        </w:rPr>
        <w:t>us  all</w:t>
      </w:r>
      <w:proofErr w:type="gramEnd"/>
      <w:r>
        <w:rPr>
          <w:rFonts w:ascii="Arial" w:hAnsi="Arial"/>
        </w:rPr>
        <w:t xml:space="preserve"> day? And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like, No, you come early in the morning, that that, that those kinds of assumptions always irritate me a little bit. Because you think, you know, I can do stuff. I just </w:t>
      </w:r>
      <w:proofErr w:type="gramStart"/>
      <w:r>
        <w:rPr>
          <w:rFonts w:ascii="Arial" w:hAnsi="Arial"/>
        </w:rPr>
        <w:t>can</w:t>
      </w:r>
      <w:r w:rsidR="008E16D6">
        <w:rPr>
          <w:rFonts w:ascii="Arial" w:hAnsi="Arial"/>
        </w:rPr>
        <w:t>’</w:t>
      </w:r>
      <w:r>
        <w:rPr>
          <w:rFonts w:ascii="Arial" w:hAnsi="Arial"/>
        </w:rPr>
        <w:t>t</w:t>
      </w:r>
      <w:proofErr w:type="gramEnd"/>
      <w:r>
        <w:rPr>
          <w:rFonts w:ascii="Arial" w:hAnsi="Arial"/>
        </w:rPr>
        <w:t xml:space="preserve"> walk.</w:t>
      </w:r>
    </w:p>
    <w:p w14:paraId="318FAD32" w14:textId="77777777" w:rsidR="00FB6230" w:rsidRDefault="00FB6230">
      <w:pPr>
        <w:spacing w:after="0"/>
      </w:pPr>
    </w:p>
    <w:p w14:paraId="6FF433EC" w14:textId="77777777" w:rsidR="00FB6230" w:rsidRDefault="00C8764B">
      <w:pPr>
        <w:spacing w:after="0"/>
      </w:pPr>
      <w:proofErr w:type="gramStart"/>
      <w:r>
        <w:rPr>
          <w:rFonts w:ascii="Arial" w:hAnsi="Arial"/>
          <w:b/>
        </w:rPr>
        <w:t xml:space="preserve">Jack  </w:t>
      </w:r>
      <w:r>
        <w:rPr>
          <w:rFonts w:ascii="Arial" w:hAnsi="Arial"/>
          <w:color w:val="5D7284"/>
        </w:rPr>
        <w:t>19:33</w:t>
      </w:r>
      <w:proofErr w:type="gramEnd"/>
    </w:p>
    <w:p w14:paraId="0678DFFF" w14:textId="61AD8C5F" w:rsidR="00FB6230" w:rsidRDefault="00C8764B">
      <w:pPr>
        <w:spacing w:after="0"/>
      </w:pPr>
      <w:r>
        <w:rPr>
          <w:rFonts w:ascii="Arial" w:hAnsi="Arial"/>
        </w:rPr>
        <w:t xml:space="preserve">Yeah,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interesting. You know, we found in the </w:t>
      </w:r>
      <w:r w:rsidR="008E16D6">
        <w:rPr>
          <w:rFonts w:ascii="Arial" w:hAnsi="Arial"/>
        </w:rPr>
        <w:t>P</w:t>
      </w:r>
      <w:r>
        <w:rPr>
          <w:rFonts w:ascii="Arial" w:hAnsi="Arial"/>
        </w:rPr>
        <w:t xml:space="preserve">odcast like, even though </w:t>
      </w:r>
      <w:proofErr w:type="gramStart"/>
      <w:r>
        <w:rPr>
          <w:rFonts w:ascii="Arial" w:hAnsi="Arial"/>
        </w:rPr>
        <w:t>we</w:t>
      </w:r>
      <w:r w:rsidR="008E16D6">
        <w:rPr>
          <w:rFonts w:ascii="Arial" w:hAnsi="Arial"/>
        </w:rPr>
        <w:t>’</w:t>
      </w:r>
      <w:r>
        <w:rPr>
          <w:rFonts w:ascii="Arial" w:hAnsi="Arial"/>
        </w:rPr>
        <w:t>ve</w:t>
      </w:r>
      <w:proofErr w:type="gramEnd"/>
      <w:r>
        <w:rPr>
          <w:rFonts w:ascii="Arial" w:hAnsi="Arial"/>
        </w:rPr>
        <w:t xml:space="preserve"> tried to cover such a wide range of different kinds of topics and things. Often, there are some things we seem to say in every single podcast episode. And one of them is, you know, kind of </w:t>
      </w:r>
      <w:proofErr w:type="gramStart"/>
      <w:r>
        <w:rPr>
          <w:rFonts w:ascii="Arial" w:hAnsi="Arial"/>
        </w:rPr>
        <w:t>referring back</w:t>
      </w:r>
      <w:proofErr w:type="gramEnd"/>
      <w:r>
        <w:rPr>
          <w:rFonts w:ascii="Arial" w:hAnsi="Arial"/>
        </w:rPr>
        <w:t xml:space="preserve"> to.... </w:t>
      </w:r>
      <w:proofErr w:type="spellStart"/>
      <w:r>
        <w:rPr>
          <w:rFonts w:ascii="Arial" w:hAnsi="Arial"/>
        </w:rPr>
        <w:t>i</w:t>
      </w:r>
      <w:proofErr w:type="spellEnd"/>
      <w:r>
        <w:rPr>
          <w:rFonts w:ascii="Arial" w:hAnsi="Arial"/>
        </w:rPr>
        <w:t xml:space="preserve"> can</w:t>
      </w:r>
      <w:r w:rsidR="008E16D6">
        <w:rPr>
          <w:rFonts w:ascii="Arial" w:hAnsi="Arial"/>
        </w:rPr>
        <w:t>’</w:t>
      </w:r>
      <w:r>
        <w:rPr>
          <w:rFonts w:ascii="Arial" w:hAnsi="Arial"/>
        </w:rPr>
        <w:t>t remember</w:t>
      </w:r>
      <w:proofErr w:type="gramStart"/>
      <w:r>
        <w:rPr>
          <w:rFonts w:ascii="Arial" w:hAnsi="Arial"/>
        </w:rPr>
        <w:t>.....</w:t>
      </w:r>
      <w:proofErr w:type="gramEnd"/>
      <w:r>
        <w:rPr>
          <w:rFonts w:ascii="Arial" w:hAnsi="Arial"/>
        </w:rPr>
        <w:t xml:space="preserve"> someone said, you know, a lot of people feel Like they have no kind of interactions with disabled people at all. And that</w:t>
      </w:r>
      <w:r w:rsidR="008E16D6">
        <w:rPr>
          <w:rFonts w:ascii="Arial" w:hAnsi="Arial"/>
        </w:rPr>
        <w:t>’</w:t>
      </w:r>
      <w:r>
        <w:rPr>
          <w:rFonts w:ascii="Arial" w:hAnsi="Arial"/>
        </w:rPr>
        <w:t>s something we always come around to is like, when, we this is, like when we</w:t>
      </w:r>
      <w:r w:rsidR="008E16D6">
        <w:rPr>
          <w:rFonts w:ascii="Arial" w:hAnsi="Arial"/>
        </w:rPr>
        <w:t>’</w:t>
      </w:r>
      <w:r>
        <w:rPr>
          <w:rFonts w:ascii="Arial" w:hAnsi="Arial"/>
        </w:rPr>
        <w:t>ve been focusing on like education and stuff is, you know, not having that kind of inclusion you have, like, at a school for, for example, when you</w:t>
      </w:r>
      <w:r w:rsidR="008E16D6">
        <w:rPr>
          <w:rFonts w:ascii="Arial" w:hAnsi="Arial"/>
        </w:rPr>
        <w:t>’</w:t>
      </w:r>
      <w:r>
        <w:rPr>
          <w:rFonts w:ascii="Arial" w:hAnsi="Arial"/>
        </w:rPr>
        <w:t>re younger, and you can learn these things, and then you don</w:t>
      </w:r>
      <w:r w:rsidR="008E16D6">
        <w:rPr>
          <w:rFonts w:ascii="Arial" w:hAnsi="Arial"/>
        </w:rPr>
        <w:t>’</w:t>
      </w:r>
      <w:r>
        <w:rPr>
          <w:rFonts w:ascii="Arial" w:hAnsi="Arial"/>
        </w:rPr>
        <w:t xml:space="preserve">t ask these, you know, potentially slightly insensitive questions, which, you know, you people will ask, not </w:t>
      </w:r>
      <w:proofErr w:type="spellStart"/>
      <w:r>
        <w:rPr>
          <w:rFonts w:ascii="Arial" w:hAnsi="Arial"/>
        </w:rPr>
        <w:t>realising</w:t>
      </w:r>
      <w:proofErr w:type="spellEnd"/>
      <w:r>
        <w:rPr>
          <w:rFonts w:ascii="Arial" w:hAnsi="Arial"/>
        </w:rPr>
        <w:t>, you know, it</w:t>
      </w:r>
      <w:r w:rsidR="008E16D6">
        <w:rPr>
          <w:rFonts w:ascii="Arial" w:hAnsi="Arial"/>
        </w:rPr>
        <w:t>’</w:t>
      </w:r>
      <w:r>
        <w:rPr>
          <w:rFonts w:ascii="Arial" w:hAnsi="Arial"/>
        </w:rPr>
        <w:t>s in a kind of ableist  kind of frame of mind, because they</w:t>
      </w:r>
      <w:r w:rsidR="008E16D6">
        <w:rPr>
          <w:rFonts w:ascii="Arial" w:hAnsi="Arial"/>
        </w:rPr>
        <w:t>’</w:t>
      </w:r>
      <w:r>
        <w:rPr>
          <w:rFonts w:ascii="Arial" w:hAnsi="Arial"/>
        </w:rPr>
        <w:t xml:space="preserve">re just like, not thinking about it, right? Yes. face to face. Oh, this, this question popped into my head, rather than think about it myself,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just </w:t>
      </w:r>
      <w:proofErr w:type="spellStart"/>
      <w:r>
        <w:rPr>
          <w:rFonts w:ascii="Arial" w:hAnsi="Arial"/>
        </w:rPr>
        <w:t>gonna</w:t>
      </w:r>
      <w:proofErr w:type="spellEnd"/>
      <w:r>
        <w:rPr>
          <w:rFonts w:ascii="Arial" w:hAnsi="Arial"/>
        </w:rPr>
        <w:t>. And that</w:t>
      </w:r>
      <w:r w:rsidR="008E16D6">
        <w:rPr>
          <w:rFonts w:ascii="Arial" w:hAnsi="Arial"/>
        </w:rPr>
        <w:t>’</w:t>
      </w:r>
      <w:r>
        <w:rPr>
          <w:rFonts w:ascii="Arial" w:hAnsi="Arial"/>
        </w:rPr>
        <w:t>s kind of something we</w:t>
      </w:r>
      <w:r w:rsidR="008E16D6">
        <w:rPr>
          <w:rFonts w:ascii="Arial" w:hAnsi="Arial"/>
        </w:rPr>
        <w:t>’</w:t>
      </w:r>
      <w:r>
        <w:rPr>
          <w:rFonts w:ascii="Arial" w:hAnsi="Arial"/>
        </w:rPr>
        <w:t xml:space="preserve">ve kind of aimed to do with the </w:t>
      </w:r>
      <w:r w:rsidR="008E16D6">
        <w:rPr>
          <w:rFonts w:ascii="Arial" w:hAnsi="Arial"/>
        </w:rPr>
        <w:t>P</w:t>
      </w:r>
      <w:r>
        <w:rPr>
          <w:rFonts w:ascii="Arial" w:hAnsi="Arial"/>
        </w:rPr>
        <w:t xml:space="preserve">odcast. And Imagine, you know, the same with your </w:t>
      </w:r>
      <w:r w:rsidR="008E16D6">
        <w:rPr>
          <w:rFonts w:ascii="Arial" w:hAnsi="Arial"/>
        </w:rPr>
        <w:t>P</w:t>
      </w:r>
      <w:r>
        <w:rPr>
          <w:rFonts w:ascii="Arial" w:hAnsi="Arial"/>
        </w:rPr>
        <w:t xml:space="preserve">odcast is that people will listen to it, and they will, you know, maybe, hopefully learn from, you know, what was being talked about, and pass that on to other people and like, hopefully use some of the stuff they potentially learn in our </w:t>
      </w:r>
      <w:r w:rsidR="008E16D6">
        <w:rPr>
          <w:rFonts w:ascii="Arial" w:hAnsi="Arial"/>
        </w:rPr>
        <w:t>P</w:t>
      </w:r>
      <w:r>
        <w:rPr>
          <w:rFonts w:ascii="Arial" w:hAnsi="Arial"/>
        </w:rPr>
        <w:t>odcast, as they</w:t>
      </w:r>
      <w:r w:rsidR="008E16D6">
        <w:rPr>
          <w:rFonts w:ascii="Arial" w:hAnsi="Arial"/>
        </w:rPr>
        <w:t>’</w:t>
      </w:r>
      <w:r>
        <w:rPr>
          <w:rFonts w:ascii="Arial" w:hAnsi="Arial"/>
        </w:rPr>
        <w:t xml:space="preserve">re kind of going </w:t>
      </w:r>
      <w:r>
        <w:rPr>
          <w:rFonts w:ascii="Arial" w:hAnsi="Arial"/>
        </w:rPr>
        <w:lastRenderedPageBreak/>
        <w:t>about on their daily business, I</w:t>
      </w:r>
      <w:r w:rsidR="008E16D6">
        <w:rPr>
          <w:rFonts w:ascii="Arial" w:hAnsi="Arial"/>
        </w:rPr>
        <w:t>’</w:t>
      </w:r>
      <w:r>
        <w:rPr>
          <w:rFonts w:ascii="Arial" w:hAnsi="Arial"/>
        </w:rPr>
        <w:t xml:space="preserve">m saying a lot more time is not </w:t>
      </w:r>
      <w:proofErr w:type="spellStart"/>
      <w:r>
        <w:rPr>
          <w:rFonts w:ascii="Arial" w:hAnsi="Arial"/>
        </w:rPr>
        <w:t>gonna</w:t>
      </w:r>
      <w:proofErr w:type="spellEnd"/>
      <w:r>
        <w:rPr>
          <w:rFonts w:ascii="Arial" w:hAnsi="Arial"/>
        </w:rPr>
        <w:t xml:space="preserve"> say the most mind blowing eh influences </w:t>
      </w:r>
    </w:p>
    <w:p w14:paraId="6635E578" w14:textId="77777777" w:rsidR="00FB6230" w:rsidRDefault="00FB6230">
      <w:pPr>
        <w:spacing w:after="0"/>
      </w:pPr>
    </w:p>
    <w:p w14:paraId="3CB11066" w14:textId="77777777" w:rsidR="00FB6230" w:rsidRDefault="00C8764B">
      <w:pPr>
        <w:spacing w:after="0"/>
      </w:pPr>
      <w:proofErr w:type="gramStart"/>
      <w:r>
        <w:rPr>
          <w:rFonts w:ascii="Arial" w:hAnsi="Arial"/>
          <w:b/>
        </w:rPr>
        <w:t xml:space="preserve">Lucy  </w:t>
      </w:r>
      <w:r>
        <w:rPr>
          <w:rFonts w:ascii="Arial" w:hAnsi="Arial"/>
          <w:color w:val="5D7284"/>
        </w:rPr>
        <w:t>21:20</w:t>
      </w:r>
      <w:proofErr w:type="gramEnd"/>
    </w:p>
    <w:p w14:paraId="6FCEF0CB" w14:textId="77777777" w:rsidR="00FB6230" w:rsidRDefault="00C8764B">
      <w:pPr>
        <w:spacing w:after="0"/>
      </w:pPr>
      <w:r>
        <w:rPr>
          <w:rFonts w:ascii="Arial" w:hAnsi="Arial"/>
        </w:rPr>
        <w:t>Yeah,</w:t>
      </w:r>
    </w:p>
    <w:p w14:paraId="70F8907B" w14:textId="77777777" w:rsidR="00FB6230" w:rsidRDefault="00FB6230">
      <w:pPr>
        <w:spacing w:after="0"/>
      </w:pPr>
    </w:p>
    <w:p w14:paraId="0ACBBEE4" w14:textId="77777777" w:rsidR="00FB6230" w:rsidRDefault="00C8764B">
      <w:pPr>
        <w:spacing w:after="0"/>
      </w:pPr>
      <w:proofErr w:type="gramStart"/>
      <w:r>
        <w:rPr>
          <w:rFonts w:ascii="Arial" w:hAnsi="Arial"/>
          <w:b/>
        </w:rPr>
        <w:t xml:space="preserve">Jack  </w:t>
      </w:r>
      <w:r>
        <w:rPr>
          <w:rFonts w:ascii="Arial" w:hAnsi="Arial"/>
          <w:color w:val="5D7284"/>
        </w:rPr>
        <w:t>21:21</w:t>
      </w:r>
      <w:proofErr w:type="gramEnd"/>
    </w:p>
    <w:p w14:paraId="4566DC36" w14:textId="3CE471F0" w:rsidR="00FB6230" w:rsidRDefault="00C8764B">
      <w:pPr>
        <w:spacing w:after="0"/>
      </w:pPr>
      <w:r>
        <w:rPr>
          <w:rFonts w:ascii="Arial" w:hAnsi="Arial"/>
        </w:rPr>
        <w:t xml:space="preserve">I would </w:t>
      </w:r>
      <w:proofErr w:type="gramStart"/>
      <w:r>
        <w:rPr>
          <w:rFonts w:ascii="Arial" w:hAnsi="Arial"/>
        </w:rPr>
        <w:t>say as well,</w:t>
      </w:r>
      <w:proofErr w:type="gramEnd"/>
      <w:r>
        <w:rPr>
          <w:rFonts w:ascii="Arial" w:hAnsi="Arial"/>
        </w:rPr>
        <w:t xml:space="preserve"> that part of like, being a good ally, and like the </w:t>
      </w:r>
      <w:r w:rsidR="008E16D6">
        <w:rPr>
          <w:rFonts w:ascii="Arial" w:hAnsi="Arial"/>
        </w:rPr>
        <w:t>P</w:t>
      </w:r>
      <w:r>
        <w:rPr>
          <w:rFonts w:ascii="Arial" w:hAnsi="Arial"/>
        </w:rPr>
        <w:t>odcast, for us, at least, and again, I feel weird saying that we</w:t>
      </w:r>
      <w:r w:rsidR="008E16D6">
        <w:rPr>
          <w:rFonts w:ascii="Arial" w:hAnsi="Arial"/>
        </w:rPr>
        <w:t>’</w:t>
      </w:r>
      <w:r>
        <w:rPr>
          <w:rFonts w:ascii="Arial" w:hAnsi="Arial"/>
        </w:rPr>
        <w:t>re good allies, because we don</w:t>
      </w:r>
      <w:r w:rsidR="008E16D6">
        <w:rPr>
          <w:rFonts w:ascii="Arial" w:hAnsi="Arial"/>
        </w:rPr>
        <w:t>’</w:t>
      </w:r>
      <w:r>
        <w:rPr>
          <w:rFonts w:ascii="Arial" w:hAnsi="Arial"/>
        </w:rPr>
        <w:t xml:space="preserve">t know that we just assume we just put our voice out there. Um, I think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it</w:t>
      </w:r>
      <w:r w:rsidR="008E16D6">
        <w:rPr>
          <w:rFonts w:ascii="Arial" w:hAnsi="Arial"/>
        </w:rPr>
        <w:t>’</w:t>
      </w:r>
      <w:r>
        <w:rPr>
          <w:rFonts w:ascii="Arial" w:hAnsi="Arial"/>
        </w:rPr>
        <w:t xml:space="preserve">s sort of the, there are moments I can think of in our </w:t>
      </w:r>
      <w:r w:rsidR="008E16D6">
        <w:rPr>
          <w:rFonts w:ascii="Arial" w:hAnsi="Arial"/>
        </w:rPr>
        <w:t>P</w:t>
      </w:r>
      <w:r>
        <w:rPr>
          <w:rFonts w:ascii="Arial" w:hAnsi="Arial"/>
        </w:rPr>
        <w:t>odcast, where I</w:t>
      </w:r>
      <w:r w:rsidR="008E16D6">
        <w:rPr>
          <w:rFonts w:ascii="Arial" w:hAnsi="Arial"/>
        </w:rPr>
        <w:t>’</w:t>
      </w:r>
      <w:r>
        <w:rPr>
          <w:rFonts w:ascii="Arial" w:hAnsi="Arial"/>
        </w:rPr>
        <w:t>ve like, feel like we</w:t>
      </w:r>
      <w:r w:rsidR="008E16D6">
        <w:rPr>
          <w:rFonts w:ascii="Arial" w:hAnsi="Arial"/>
        </w:rPr>
        <w:t>’</w:t>
      </w:r>
      <w:r>
        <w:rPr>
          <w:rFonts w:ascii="Arial" w:hAnsi="Arial"/>
        </w:rPr>
        <w:t xml:space="preserve">ve got it spot on. And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always like, I think being able to </w:t>
      </w:r>
      <w:proofErr w:type="spellStart"/>
      <w:r>
        <w:rPr>
          <w:rFonts w:ascii="Arial" w:hAnsi="Arial"/>
        </w:rPr>
        <w:t>recognise</w:t>
      </w:r>
      <w:proofErr w:type="spellEnd"/>
      <w:r>
        <w:rPr>
          <w:rFonts w:ascii="Arial" w:hAnsi="Arial"/>
        </w:rPr>
        <w:t xml:space="preserve"> that and trying to like, build from there is something that I think we don</w:t>
      </w:r>
      <w:r w:rsidR="008E16D6">
        <w:rPr>
          <w:rFonts w:ascii="Arial" w:hAnsi="Arial"/>
        </w:rPr>
        <w:t>’</w:t>
      </w:r>
      <w:r>
        <w:rPr>
          <w:rFonts w:ascii="Arial" w:hAnsi="Arial"/>
        </w:rPr>
        <w:t xml:space="preserve">t necessarily explicitly talk about, but I think we both have in mind. </w:t>
      </w:r>
      <w:proofErr w:type="gramStart"/>
      <w:r>
        <w:rPr>
          <w:rFonts w:ascii="Arial" w:hAnsi="Arial"/>
        </w:rPr>
        <w:t>So</w:t>
      </w:r>
      <w:proofErr w:type="gramEnd"/>
      <w:r>
        <w:rPr>
          <w:rFonts w:ascii="Arial" w:hAnsi="Arial"/>
        </w:rPr>
        <w:t xml:space="preserve"> like, the, my life my choice one, which is like a local </w:t>
      </w:r>
      <w:proofErr w:type="spellStart"/>
      <w:r>
        <w:rPr>
          <w:rFonts w:ascii="Arial" w:hAnsi="Arial"/>
        </w:rPr>
        <w:t>self advocacy</w:t>
      </w:r>
      <w:proofErr w:type="spellEnd"/>
      <w:r>
        <w:rPr>
          <w:rFonts w:ascii="Arial" w:hAnsi="Arial"/>
        </w:rPr>
        <w:t xml:space="preserve"> charity that we</w:t>
      </w:r>
      <w:r w:rsidR="008E16D6">
        <w:rPr>
          <w:rFonts w:ascii="Arial" w:hAnsi="Arial"/>
        </w:rPr>
        <w:t>’</w:t>
      </w:r>
      <w:r>
        <w:rPr>
          <w:rFonts w:ascii="Arial" w:hAnsi="Arial"/>
        </w:rPr>
        <w:t xml:space="preserve">ve both done work with, that when we had free members or trustees of the charity on with us, and it was just like, a really good fun chat for an hour and an hour and a half an hour, and sort of it flew by for us. We were friends with them anyway. But it was just chatting to friends. And I think when you look back at what </w:t>
      </w:r>
      <w:proofErr w:type="gramStart"/>
      <w:r>
        <w:rPr>
          <w:rFonts w:ascii="Arial" w:hAnsi="Arial"/>
        </w:rPr>
        <w:t>you</w:t>
      </w:r>
      <w:r w:rsidR="008E16D6">
        <w:rPr>
          <w:rFonts w:ascii="Arial" w:hAnsi="Arial"/>
        </w:rPr>
        <w:t>’</w:t>
      </w:r>
      <w:r>
        <w:rPr>
          <w:rFonts w:ascii="Arial" w:hAnsi="Arial"/>
        </w:rPr>
        <w:t>ve</w:t>
      </w:r>
      <w:proofErr w:type="gramEnd"/>
      <w:r>
        <w:rPr>
          <w:rFonts w:ascii="Arial" w:hAnsi="Arial"/>
        </w:rPr>
        <w:t xml:space="preserve"> actually put out, as a group, like the five of us put out a really good piece of kind of obvious, clear message that this is how it should be. And we just had a good laugh, we had a good chat. And we covered some important political topics. I think, like, as a podcast, like an ally podcast, I guess, if you want to call it that.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like, creating that space where we can also just talk as mates for people who don</w:t>
      </w:r>
      <w:r w:rsidR="008E16D6">
        <w:rPr>
          <w:rFonts w:ascii="Arial" w:hAnsi="Arial"/>
        </w:rPr>
        <w:t>’</w:t>
      </w:r>
      <w:r>
        <w:rPr>
          <w:rFonts w:ascii="Arial" w:hAnsi="Arial"/>
        </w:rPr>
        <w:t xml:space="preserve">t always get the chance to sort of have that experience put out there. Like the number of podcasts there </w:t>
      </w:r>
      <w:proofErr w:type="gramStart"/>
      <w:r>
        <w:rPr>
          <w:rFonts w:ascii="Arial" w:hAnsi="Arial"/>
        </w:rPr>
        <w:t>are</w:t>
      </w:r>
      <w:proofErr w:type="gramEnd"/>
      <w:r>
        <w:rPr>
          <w:rFonts w:ascii="Arial" w:hAnsi="Arial"/>
        </w:rPr>
        <w:t xml:space="preserve"> and I know me and jack, talk about this a lot. I mean, with two straight white males like, and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not the best Podcast. Pretty much most </w:t>
      </w:r>
      <w:r w:rsidR="008E16D6">
        <w:rPr>
          <w:rFonts w:ascii="Arial" w:hAnsi="Arial"/>
        </w:rPr>
        <w:t>P</w:t>
      </w:r>
      <w:r>
        <w:rPr>
          <w:rFonts w:ascii="Arial" w:hAnsi="Arial"/>
        </w:rPr>
        <w:t>odcast to do well, is to be three spirit white males. Yeah,</w:t>
      </w:r>
    </w:p>
    <w:p w14:paraId="161AE3FA" w14:textId="77777777" w:rsidR="00FB6230" w:rsidRDefault="00FB6230">
      <w:pPr>
        <w:spacing w:after="0"/>
      </w:pPr>
    </w:p>
    <w:p w14:paraId="20A8B7ED" w14:textId="77777777" w:rsidR="00FB6230" w:rsidRDefault="00C8764B">
      <w:pPr>
        <w:spacing w:after="0"/>
      </w:pPr>
      <w:proofErr w:type="gramStart"/>
      <w:r>
        <w:rPr>
          <w:rFonts w:ascii="Arial" w:hAnsi="Arial"/>
          <w:b/>
        </w:rPr>
        <w:t xml:space="preserve">Tom  </w:t>
      </w:r>
      <w:r>
        <w:rPr>
          <w:rFonts w:ascii="Arial" w:hAnsi="Arial"/>
          <w:color w:val="5D7284"/>
        </w:rPr>
        <w:t>23:05</w:t>
      </w:r>
      <w:proofErr w:type="gramEnd"/>
    </w:p>
    <w:p w14:paraId="03A4CB3B" w14:textId="35B91457" w:rsidR="00FB6230" w:rsidRDefault="00C8764B">
      <w:pPr>
        <w:spacing w:after="0"/>
      </w:pPr>
      <w:r>
        <w:rPr>
          <w:rFonts w:ascii="Arial" w:hAnsi="Arial"/>
        </w:rPr>
        <w:t xml:space="preserve">exactly. I guess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getting better in that sense. We were not the best representation in that sense. But we also have the potential in the guest we can get on to really put like, conversations out into the podcast space that is dominated by sort of straight white, able bodied to use that word group. </w:t>
      </w:r>
      <w:proofErr w:type="gramStart"/>
      <w:r>
        <w:rPr>
          <w:rFonts w:ascii="Arial" w:hAnsi="Arial"/>
        </w:rPr>
        <w:t>So</w:t>
      </w:r>
      <w:proofErr w:type="gramEnd"/>
      <w:r>
        <w:rPr>
          <w:rFonts w:ascii="Arial" w:hAnsi="Arial"/>
        </w:rPr>
        <w:t xml:space="preserve"> it</w:t>
      </w:r>
      <w:r w:rsidR="008E16D6">
        <w:rPr>
          <w:rFonts w:ascii="Arial" w:hAnsi="Arial"/>
        </w:rPr>
        <w:t>’</w:t>
      </w:r>
      <w:r>
        <w:rPr>
          <w:rFonts w:ascii="Arial" w:hAnsi="Arial"/>
        </w:rPr>
        <w:t>s, it</w:t>
      </w:r>
      <w:r w:rsidR="008E16D6">
        <w:rPr>
          <w:rFonts w:ascii="Arial" w:hAnsi="Arial"/>
        </w:rPr>
        <w:t>’</w:t>
      </w:r>
      <w:r>
        <w:rPr>
          <w:rFonts w:ascii="Arial" w:hAnsi="Arial"/>
        </w:rPr>
        <w:t>s good.</w:t>
      </w:r>
    </w:p>
    <w:p w14:paraId="64153886" w14:textId="77777777" w:rsidR="00FB6230" w:rsidRDefault="00FB6230">
      <w:pPr>
        <w:spacing w:after="0"/>
      </w:pPr>
    </w:p>
    <w:p w14:paraId="1D265F53" w14:textId="77777777" w:rsidR="00FB6230" w:rsidRDefault="00C8764B">
      <w:pPr>
        <w:spacing w:after="0"/>
      </w:pPr>
      <w:proofErr w:type="gramStart"/>
      <w:r>
        <w:rPr>
          <w:rFonts w:ascii="Arial" w:hAnsi="Arial"/>
          <w:b/>
        </w:rPr>
        <w:t xml:space="preserve">Alice  </w:t>
      </w:r>
      <w:r>
        <w:rPr>
          <w:rFonts w:ascii="Arial" w:hAnsi="Arial"/>
          <w:color w:val="5D7284"/>
        </w:rPr>
        <w:t>23:26</w:t>
      </w:r>
      <w:proofErr w:type="gramEnd"/>
    </w:p>
    <w:p w14:paraId="6423A32E" w14:textId="77777777" w:rsidR="00FB6230" w:rsidRDefault="00C8764B">
      <w:pPr>
        <w:spacing w:after="0"/>
      </w:pPr>
      <w:r>
        <w:rPr>
          <w:rFonts w:ascii="Arial" w:hAnsi="Arial"/>
        </w:rPr>
        <w:t xml:space="preserve">I know one thing I will say, Deborah Francis - White </w:t>
      </w:r>
      <w:proofErr w:type="gramStart"/>
      <w:r>
        <w:rPr>
          <w:rFonts w:ascii="Arial" w:hAnsi="Arial"/>
        </w:rPr>
        <w:t>off of</w:t>
      </w:r>
      <w:proofErr w:type="gramEnd"/>
      <w:r>
        <w:rPr>
          <w:rFonts w:ascii="Arial" w:hAnsi="Arial"/>
        </w:rPr>
        <w:t xml:space="preserve"> the guilty bonus podcast does, you know, for all of their problems with straight white men, some of my favourite husbands are straight white men. </w:t>
      </w:r>
      <w:proofErr w:type="gramStart"/>
      <w:r>
        <w:rPr>
          <w:rFonts w:ascii="Arial" w:hAnsi="Arial"/>
        </w:rPr>
        <w:t>So</w:t>
      </w:r>
      <w:proofErr w:type="gramEnd"/>
      <w:r>
        <w:rPr>
          <w:rFonts w:ascii="Arial" w:hAnsi="Arial"/>
        </w:rPr>
        <w:t xml:space="preserve"> you know </w:t>
      </w:r>
    </w:p>
    <w:p w14:paraId="4638061C" w14:textId="77777777" w:rsidR="00FB6230" w:rsidRDefault="00FB6230">
      <w:pPr>
        <w:spacing w:after="0"/>
      </w:pPr>
    </w:p>
    <w:p w14:paraId="6E4F3750" w14:textId="77777777" w:rsidR="00FB6230" w:rsidRDefault="00C8764B">
      <w:pPr>
        <w:spacing w:after="0"/>
      </w:pPr>
      <w:proofErr w:type="gramStart"/>
      <w:r>
        <w:rPr>
          <w:rFonts w:ascii="Arial" w:hAnsi="Arial"/>
          <w:b/>
        </w:rPr>
        <w:t xml:space="preserve">Jack  </w:t>
      </w:r>
      <w:r>
        <w:rPr>
          <w:rFonts w:ascii="Arial" w:hAnsi="Arial"/>
          <w:color w:val="5D7284"/>
        </w:rPr>
        <w:t>23:43</w:t>
      </w:r>
      <w:proofErr w:type="gramEnd"/>
    </w:p>
    <w:p w14:paraId="7009DB6A" w14:textId="3B2D5243" w:rsidR="00FB6230" w:rsidRDefault="00C8764B">
      <w:pPr>
        <w:spacing w:after="0"/>
      </w:pPr>
      <w:r>
        <w:rPr>
          <w:rFonts w:ascii="Arial" w:hAnsi="Arial"/>
        </w:rPr>
        <w:t xml:space="preserve">yeah.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not Yeah, I don</w:t>
      </w:r>
      <w:r w:rsidR="008E16D6">
        <w:rPr>
          <w:rFonts w:ascii="Arial" w:hAnsi="Arial"/>
        </w:rPr>
        <w:t>’</w:t>
      </w:r>
      <w:r>
        <w:rPr>
          <w:rFonts w:ascii="Arial" w:hAnsi="Arial"/>
        </w:rPr>
        <w:t>t think it</w:t>
      </w:r>
      <w:r w:rsidR="008E16D6">
        <w:rPr>
          <w:rFonts w:ascii="Arial" w:hAnsi="Arial"/>
        </w:rPr>
        <w:t>’</w:t>
      </w:r>
      <w:r>
        <w:rPr>
          <w:rFonts w:ascii="Arial" w:hAnsi="Arial"/>
        </w:rPr>
        <w:t xml:space="preserve">s an issue in itself. I guess just the podcast space is so dominated by not disabled people </w:t>
      </w:r>
      <w:proofErr w:type="gramStart"/>
      <w:r>
        <w:rPr>
          <w:rFonts w:ascii="Arial" w:hAnsi="Arial"/>
        </w:rPr>
        <w:t>that actually, the</w:t>
      </w:r>
      <w:proofErr w:type="gramEnd"/>
      <w:r>
        <w:rPr>
          <w:rFonts w:ascii="Arial" w:hAnsi="Arial"/>
        </w:rPr>
        <w:t xml:space="preserve"> few podcasts, we</w:t>
      </w:r>
      <w:r w:rsidR="008E16D6">
        <w:rPr>
          <w:rFonts w:ascii="Arial" w:hAnsi="Arial"/>
        </w:rPr>
        <w:t>’</w:t>
      </w:r>
      <w:r>
        <w:rPr>
          <w:rFonts w:ascii="Arial" w:hAnsi="Arial"/>
        </w:rPr>
        <w:t>ve had a fair few of guests where we</w:t>
      </w:r>
      <w:r w:rsidR="008E16D6">
        <w:rPr>
          <w:rFonts w:ascii="Arial" w:hAnsi="Arial"/>
        </w:rPr>
        <w:t>’</w:t>
      </w:r>
      <w:r>
        <w:rPr>
          <w:rFonts w:ascii="Arial" w:hAnsi="Arial"/>
        </w:rPr>
        <w:t>ve just put these conversations out into space that they aren</w:t>
      </w:r>
      <w:r w:rsidR="008E16D6">
        <w:rPr>
          <w:rFonts w:ascii="Arial" w:hAnsi="Arial"/>
        </w:rPr>
        <w:t>’</w:t>
      </w:r>
      <w:r>
        <w:rPr>
          <w:rFonts w:ascii="Arial" w:hAnsi="Arial"/>
        </w:rPr>
        <w:t xml:space="preserve">t always out to.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like one of the best things we can do our platform.</w:t>
      </w:r>
    </w:p>
    <w:p w14:paraId="45336C51" w14:textId="77777777" w:rsidR="00FB6230" w:rsidRDefault="00FB6230">
      <w:pPr>
        <w:spacing w:after="0"/>
      </w:pPr>
    </w:p>
    <w:p w14:paraId="60CF2E2C" w14:textId="77777777" w:rsidR="00FB6230" w:rsidRDefault="00C8764B">
      <w:pPr>
        <w:spacing w:after="0"/>
      </w:pPr>
      <w:proofErr w:type="gramStart"/>
      <w:r>
        <w:rPr>
          <w:rFonts w:ascii="Arial" w:hAnsi="Arial"/>
          <w:b/>
        </w:rPr>
        <w:t xml:space="preserve">Lucy  </w:t>
      </w:r>
      <w:r>
        <w:rPr>
          <w:rFonts w:ascii="Arial" w:hAnsi="Arial"/>
          <w:color w:val="5D7284"/>
        </w:rPr>
        <w:t>24:05</w:t>
      </w:r>
      <w:proofErr w:type="gramEnd"/>
    </w:p>
    <w:p w14:paraId="072B4A85" w14:textId="78B0DBBC" w:rsidR="00FB6230" w:rsidRDefault="00C8764B">
      <w:pPr>
        <w:spacing w:after="0"/>
      </w:pPr>
      <w:r>
        <w:rPr>
          <w:rFonts w:ascii="Arial" w:hAnsi="Arial"/>
        </w:rPr>
        <w:lastRenderedPageBreak/>
        <w:t xml:space="preserve">Yeah, absolutely. I also think as well. This is what I feel having done. The first. I mean,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not even 10 episodes in so I</w:t>
      </w:r>
      <w:r w:rsidR="008E16D6">
        <w:rPr>
          <w:rFonts w:ascii="Arial" w:hAnsi="Arial"/>
        </w:rPr>
        <w:t>’</w:t>
      </w:r>
      <w:r>
        <w:rPr>
          <w:rFonts w:ascii="Arial" w:hAnsi="Arial"/>
        </w:rPr>
        <w:t>m making it sound that we</w:t>
      </w:r>
      <w:r w:rsidR="008E16D6">
        <w:rPr>
          <w:rFonts w:ascii="Arial" w:hAnsi="Arial"/>
        </w:rPr>
        <w:t>’</w:t>
      </w:r>
      <w:r>
        <w:rPr>
          <w:rFonts w:ascii="Arial" w:hAnsi="Arial"/>
        </w:rPr>
        <w:t>ve been doing it five years, but</w:t>
      </w:r>
    </w:p>
    <w:p w14:paraId="22D67F73" w14:textId="77777777" w:rsidR="00FB6230" w:rsidRDefault="00FB6230">
      <w:pPr>
        <w:spacing w:after="0"/>
      </w:pPr>
    </w:p>
    <w:p w14:paraId="19E41BEC" w14:textId="77777777" w:rsidR="00FB6230" w:rsidRDefault="00C8764B">
      <w:pPr>
        <w:spacing w:after="0"/>
      </w:pPr>
      <w:proofErr w:type="gramStart"/>
      <w:r>
        <w:rPr>
          <w:rFonts w:ascii="Arial" w:hAnsi="Arial"/>
          <w:b/>
        </w:rPr>
        <w:t xml:space="preserve">Alice  </w:t>
      </w:r>
      <w:r>
        <w:rPr>
          <w:rFonts w:ascii="Arial" w:hAnsi="Arial"/>
          <w:color w:val="5D7284"/>
        </w:rPr>
        <w:t>24:17</w:t>
      </w:r>
      <w:proofErr w:type="gramEnd"/>
    </w:p>
    <w:p w14:paraId="5F0FE89A" w14:textId="4FFF859F" w:rsidR="00FB6230" w:rsidRDefault="00C8764B">
      <w:pPr>
        <w:spacing w:after="0"/>
      </w:pPr>
      <w:r>
        <w:rPr>
          <w:rFonts w:ascii="Arial" w:hAnsi="Arial"/>
        </w:rPr>
        <w:t>we</w:t>
      </w:r>
      <w:r w:rsidR="008E16D6">
        <w:rPr>
          <w:rFonts w:ascii="Arial" w:hAnsi="Arial"/>
        </w:rPr>
        <w:t>’</w:t>
      </w:r>
      <w:r>
        <w:rPr>
          <w:rFonts w:ascii="Arial" w:hAnsi="Arial"/>
        </w:rPr>
        <w:t xml:space="preserve">ve </w:t>
      </w:r>
      <w:proofErr w:type="gramStart"/>
      <w:r>
        <w:rPr>
          <w:rFonts w:ascii="Arial" w:hAnsi="Arial"/>
        </w:rPr>
        <w:t>recorded  a</w:t>
      </w:r>
      <w:proofErr w:type="gramEnd"/>
      <w:r>
        <w:rPr>
          <w:rFonts w:ascii="Arial" w:hAnsi="Arial"/>
        </w:rPr>
        <w:t xml:space="preserve"> lot. We just have released a lot.</w:t>
      </w:r>
    </w:p>
    <w:p w14:paraId="005B3ACF" w14:textId="77777777" w:rsidR="00FB6230" w:rsidRDefault="00FB6230">
      <w:pPr>
        <w:spacing w:after="0"/>
      </w:pPr>
    </w:p>
    <w:p w14:paraId="46EBC907" w14:textId="77777777" w:rsidR="00FB6230" w:rsidRDefault="00C8764B">
      <w:pPr>
        <w:spacing w:after="0"/>
      </w:pPr>
      <w:proofErr w:type="gramStart"/>
      <w:r>
        <w:rPr>
          <w:rFonts w:ascii="Arial" w:hAnsi="Arial"/>
          <w:b/>
        </w:rPr>
        <w:t xml:space="preserve">Tom  </w:t>
      </w:r>
      <w:r>
        <w:rPr>
          <w:rFonts w:ascii="Arial" w:hAnsi="Arial"/>
          <w:color w:val="5D7284"/>
        </w:rPr>
        <w:t>24:24</w:t>
      </w:r>
      <w:proofErr w:type="gramEnd"/>
    </w:p>
    <w:p w14:paraId="5E8BE35D" w14:textId="77777777" w:rsidR="00FB6230" w:rsidRDefault="00C8764B">
      <w:pPr>
        <w:spacing w:after="0"/>
      </w:pPr>
      <w:r>
        <w:rPr>
          <w:rFonts w:ascii="Arial" w:hAnsi="Arial"/>
        </w:rPr>
        <w:t>Honestly,</w:t>
      </w:r>
    </w:p>
    <w:p w14:paraId="379E5C80" w14:textId="77777777" w:rsidR="00FB6230" w:rsidRDefault="00FB6230">
      <w:pPr>
        <w:spacing w:after="0"/>
      </w:pPr>
    </w:p>
    <w:p w14:paraId="514F5BB0" w14:textId="77777777" w:rsidR="00FB6230" w:rsidRDefault="00C8764B">
      <w:pPr>
        <w:spacing w:after="0"/>
      </w:pPr>
      <w:proofErr w:type="gramStart"/>
      <w:r>
        <w:rPr>
          <w:rFonts w:ascii="Arial" w:hAnsi="Arial"/>
          <w:b/>
        </w:rPr>
        <w:t xml:space="preserve">Jack  </w:t>
      </w:r>
      <w:r>
        <w:rPr>
          <w:rFonts w:ascii="Arial" w:hAnsi="Arial"/>
          <w:color w:val="5D7284"/>
        </w:rPr>
        <w:t>24:26</w:t>
      </w:r>
      <w:proofErr w:type="gramEnd"/>
    </w:p>
    <w:p w14:paraId="6C7D49D3" w14:textId="1AA73817" w:rsidR="00FB6230" w:rsidRDefault="00C8764B">
      <w:pPr>
        <w:spacing w:after="0"/>
      </w:pP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about 30 episodes,</w:t>
      </w:r>
    </w:p>
    <w:p w14:paraId="1D860A28" w14:textId="77777777" w:rsidR="00FB6230" w:rsidRDefault="00FB6230">
      <w:pPr>
        <w:spacing w:after="0"/>
      </w:pPr>
    </w:p>
    <w:p w14:paraId="3A406697" w14:textId="77777777" w:rsidR="00FB6230" w:rsidRDefault="00C8764B">
      <w:pPr>
        <w:spacing w:after="0"/>
      </w:pPr>
      <w:proofErr w:type="gramStart"/>
      <w:r>
        <w:rPr>
          <w:rFonts w:ascii="Arial" w:hAnsi="Arial"/>
          <w:b/>
        </w:rPr>
        <w:t xml:space="preserve">Lucy  </w:t>
      </w:r>
      <w:r>
        <w:rPr>
          <w:rFonts w:ascii="Arial" w:hAnsi="Arial"/>
          <w:color w:val="5D7284"/>
        </w:rPr>
        <w:t>24:28</w:t>
      </w:r>
      <w:proofErr w:type="gramEnd"/>
    </w:p>
    <w:p w14:paraId="53AC8253" w14:textId="77777777" w:rsidR="00FB6230" w:rsidRDefault="00C8764B">
      <w:pPr>
        <w:spacing w:after="0"/>
      </w:pPr>
      <w:r>
        <w:rPr>
          <w:rFonts w:ascii="Arial" w:hAnsi="Arial"/>
        </w:rPr>
        <w:t xml:space="preserve">Blimey? Ok </w:t>
      </w:r>
    </w:p>
    <w:p w14:paraId="1C109155" w14:textId="77777777" w:rsidR="00FB6230" w:rsidRDefault="00FB6230">
      <w:pPr>
        <w:spacing w:after="0"/>
      </w:pPr>
    </w:p>
    <w:p w14:paraId="42A421ED" w14:textId="77777777" w:rsidR="00FB6230" w:rsidRDefault="00C8764B">
      <w:pPr>
        <w:spacing w:after="0"/>
      </w:pPr>
      <w:proofErr w:type="gramStart"/>
      <w:r>
        <w:rPr>
          <w:rFonts w:ascii="Arial" w:hAnsi="Arial"/>
          <w:b/>
        </w:rPr>
        <w:t xml:space="preserve">Alice  </w:t>
      </w:r>
      <w:r>
        <w:rPr>
          <w:rFonts w:ascii="Arial" w:hAnsi="Arial"/>
          <w:color w:val="5D7284"/>
        </w:rPr>
        <w:t>24:29</w:t>
      </w:r>
      <w:proofErr w:type="gramEnd"/>
    </w:p>
    <w:p w14:paraId="2DB655D8" w14:textId="3FCF3873" w:rsidR="00FB6230" w:rsidRDefault="00C8764B">
      <w:pPr>
        <w:spacing w:after="0"/>
      </w:pPr>
      <w:r>
        <w:rPr>
          <w:rFonts w:ascii="Arial" w:hAnsi="Arial"/>
        </w:rPr>
        <w:t xml:space="preserve">yeah, </w:t>
      </w:r>
      <w:proofErr w:type="spellStart"/>
      <w:proofErr w:type="gramStart"/>
      <w:r>
        <w:rPr>
          <w:rFonts w:ascii="Arial" w:hAnsi="Arial"/>
        </w:rPr>
        <w:t>no,reckon</w:t>
      </w:r>
      <w:proofErr w:type="spellEnd"/>
      <w:proofErr w:type="gramEnd"/>
      <w:r>
        <w:rPr>
          <w:rFonts w:ascii="Arial" w:hAnsi="Arial"/>
        </w:rPr>
        <w:t xml:space="preserve"> we</w:t>
      </w:r>
      <w:r w:rsidR="008E16D6">
        <w:rPr>
          <w:rFonts w:ascii="Arial" w:hAnsi="Arial"/>
        </w:rPr>
        <w:t>’</w:t>
      </w:r>
      <w:r>
        <w:rPr>
          <w:rFonts w:ascii="Arial" w:hAnsi="Arial"/>
        </w:rPr>
        <w:t>ve surpassed that in how many we</w:t>
      </w:r>
      <w:r w:rsidR="008E16D6">
        <w:rPr>
          <w:rFonts w:ascii="Arial" w:hAnsi="Arial"/>
        </w:rPr>
        <w:t>’</w:t>
      </w:r>
      <w:r>
        <w:rPr>
          <w:rFonts w:ascii="Arial" w:hAnsi="Arial"/>
        </w:rPr>
        <w:t>ve recorded</w:t>
      </w:r>
    </w:p>
    <w:p w14:paraId="470803A7" w14:textId="77777777" w:rsidR="00FB6230" w:rsidRDefault="00FB6230">
      <w:pPr>
        <w:spacing w:after="0"/>
      </w:pPr>
    </w:p>
    <w:p w14:paraId="198102C0" w14:textId="77777777" w:rsidR="00FB6230" w:rsidRDefault="00C8764B">
      <w:pPr>
        <w:spacing w:after="0"/>
      </w:pPr>
      <w:proofErr w:type="gramStart"/>
      <w:r>
        <w:rPr>
          <w:rFonts w:ascii="Arial" w:hAnsi="Arial"/>
          <w:b/>
        </w:rPr>
        <w:t xml:space="preserve">Lucy  </w:t>
      </w:r>
      <w:r>
        <w:rPr>
          <w:rFonts w:ascii="Arial" w:hAnsi="Arial"/>
          <w:color w:val="5D7284"/>
        </w:rPr>
        <w:t>24:36</w:t>
      </w:r>
      <w:proofErr w:type="gramEnd"/>
    </w:p>
    <w:p w14:paraId="05533481" w14:textId="47B1754C" w:rsidR="00FB6230" w:rsidRDefault="00C8764B">
      <w:pPr>
        <w:spacing w:after="0"/>
      </w:pPr>
      <w:r>
        <w:rPr>
          <w:rFonts w:ascii="Arial" w:hAnsi="Arial"/>
        </w:rPr>
        <w:t>don</w:t>
      </w:r>
      <w:r w:rsidR="008E16D6">
        <w:rPr>
          <w:rFonts w:ascii="Arial" w:hAnsi="Arial"/>
        </w:rPr>
        <w:t>’</w:t>
      </w:r>
      <w:r>
        <w:rPr>
          <w:rFonts w:ascii="Arial" w:hAnsi="Arial"/>
        </w:rPr>
        <w:t xml:space="preserve">t </w:t>
      </w:r>
      <w:proofErr w:type="gramStart"/>
      <w:r>
        <w:rPr>
          <w:rFonts w:ascii="Arial" w:hAnsi="Arial"/>
        </w:rPr>
        <w:t>mean  to</w:t>
      </w:r>
      <w:proofErr w:type="gramEnd"/>
      <w:r>
        <w:rPr>
          <w:rFonts w:ascii="Arial" w:hAnsi="Arial"/>
        </w:rPr>
        <w:t xml:space="preserve"> show you up or anything.</w:t>
      </w:r>
    </w:p>
    <w:p w14:paraId="6411E78B" w14:textId="77777777" w:rsidR="00FB6230" w:rsidRDefault="00FB6230">
      <w:pPr>
        <w:spacing w:after="0"/>
      </w:pPr>
    </w:p>
    <w:p w14:paraId="1DEC9F8E" w14:textId="77777777" w:rsidR="00FB6230" w:rsidRDefault="00C8764B">
      <w:pPr>
        <w:spacing w:after="0"/>
      </w:pPr>
      <w:proofErr w:type="gramStart"/>
      <w:r>
        <w:rPr>
          <w:rFonts w:ascii="Arial" w:hAnsi="Arial"/>
          <w:b/>
        </w:rPr>
        <w:t xml:space="preserve">Jack  </w:t>
      </w:r>
      <w:r>
        <w:rPr>
          <w:rFonts w:ascii="Arial" w:hAnsi="Arial"/>
          <w:color w:val="5D7284"/>
        </w:rPr>
        <w:t>24:39</w:t>
      </w:r>
      <w:proofErr w:type="gramEnd"/>
    </w:p>
    <w:p w14:paraId="19B1DF2F" w14:textId="77777777" w:rsidR="00FB6230" w:rsidRDefault="00C8764B">
      <w:pPr>
        <w:spacing w:after="0"/>
      </w:pPr>
      <w:r>
        <w:rPr>
          <w:rFonts w:ascii="Arial" w:hAnsi="Arial"/>
        </w:rPr>
        <w:t xml:space="preserve">Yes, you </w:t>
      </w:r>
      <w:proofErr w:type="gramStart"/>
      <w:r>
        <w:rPr>
          <w:rFonts w:ascii="Arial" w:hAnsi="Arial"/>
        </w:rPr>
        <w:t>are</w:t>
      </w:r>
      <w:proofErr w:type="gramEnd"/>
    </w:p>
    <w:p w14:paraId="57CBC452" w14:textId="77777777" w:rsidR="00FB6230" w:rsidRDefault="00FB6230">
      <w:pPr>
        <w:spacing w:after="0"/>
      </w:pPr>
    </w:p>
    <w:p w14:paraId="3F376B1C" w14:textId="77777777" w:rsidR="00FB6230" w:rsidRDefault="00C8764B">
      <w:pPr>
        <w:spacing w:after="0"/>
      </w:pPr>
      <w:proofErr w:type="gramStart"/>
      <w:r>
        <w:rPr>
          <w:rFonts w:ascii="Arial" w:hAnsi="Arial"/>
          <w:b/>
        </w:rPr>
        <w:t xml:space="preserve">Alice  </w:t>
      </w:r>
      <w:r>
        <w:rPr>
          <w:rFonts w:ascii="Arial" w:hAnsi="Arial"/>
          <w:color w:val="5D7284"/>
        </w:rPr>
        <w:t>24:40</w:t>
      </w:r>
      <w:proofErr w:type="gramEnd"/>
    </w:p>
    <w:p w14:paraId="4C14EB89" w14:textId="77777777" w:rsidR="00FB6230" w:rsidRDefault="00C8764B">
      <w:pPr>
        <w:spacing w:after="0"/>
      </w:pPr>
      <w:r>
        <w:rPr>
          <w:rFonts w:ascii="Arial" w:hAnsi="Arial"/>
        </w:rPr>
        <w:t>its quality not quantity...  you such a kisser?</w:t>
      </w:r>
    </w:p>
    <w:p w14:paraId="599CC2DB" w14:textId="77777777" w:rsidR="00FB6230" w:rsidRDefault="00FB6230">
      <w:pPr>
        <w:spacing w:after="0"/>
      </w:pPr>
    </w:p>
    <w:p w14:paraId="6DEC2E76" w14:textId="77777777" w:rsidR="00FB6230" w:rsidRDefault="00C8764B">
      <w:pPr>
        <w:spacing w:after="0"/>
      </w:pPr>
      <w:proofErr w:type="gramStart"/>
      <w:r>
        <w:rPr>
          <w:rFonts w:ascii="Arial" w:hAnsi="Arial"/>
          <w:b/>
        </w:rPr>
        <w:t xml:space="preserve">Lucy  </w:t>
      </w:r>
      <w:r>
        <w:rPr>
          <w:rFonts w:ascii="Arial" w:hAnsi="Arial"/>
          <w:color w:val="5D7284"/>
        </w:rPr>
        <w:t>24:51</w:t>
      </w:r>
      <w:proofErr w:type="gramEnd"/>
    </w:p>
    <w:p w14:paraId="18BF5C15" w14:textId="77777777" w:rsidR="00FB6230" w:rsidRDefault="00C8764B">
      <w:pPr>
        <w:spacing w:after="0"/>
      </w:pPr>
      <w:r>
        <w:rPr>
          <w:rFonts w:ascii="Arial" w:hAnsi="Arial"/>
        </w:rPr>
        <w:t xml:space="preserve">Probably </w:t>
      </w:r>
      <w:proofErr w:type="spellStart"/>
      <w:r>
        <w:rPr>
          <w:rFonts w:ascii="Arial" w:hAnsi="Arial"/>
        </w:rPr>
        <w:t>gonna</w:t>
      </w:r>
      <w:proofErr w:type="spellEnd"/>
      <w:r>
        <w:rPr>
          <w:rFonts w:ascii="Arial" w:hAnsi="Arial"/>
        </w:rPr>
        <w:t xml:space="preserve"> come off this and like slag us </w:t>
      </w:r>
      <w:proofErr w:type="gramStart"/>
      <w:r>
        <w:rPr>
          <w:rFonts w:ascii="Arial" w:hAnsi="Arial"/>
        </w:rPr>
        <w:t>off</w:t>
      </w:r>
      <w:proofErr w:type="gramEnd"/>
    </w:p>
    <w:p w14:paraId="003C44CF" w14:textId="77777777" w:rsidR="00FB6230" w:rsidRDefault="00FB6230">
      <w:pPr>
        <w:spacing w:after="0"/>
      </w:pPr>
    </w:p>
    <w:p w14:paraId="23286F00" w14:textId="77777777" w:rsidR="00FB6230" w:rsidRDefault="00C8764B">
      <w:pPr>
        <w:spacing w:after="0"/>
      </w:pPr>
      <w:proofErr w:type="gramStart"/>
      <w:r>
        <w:rPr>
          <w:rFonts w:ascii="Arial" w:hAnsi="Arial"/>
          <w:b/>
        </w:rPr>
        <w:t xml:space="preserve">Jack  </w:t>
      </w:r>
      <w:r>
        <w:rPr>
          <w:rFonts w:ascii="Arial" w:hAnsi="Arial"/>
          <w:color w:val="5D7284"/>
        </w:rPr>
        <w:t>24:55</w:t>
      </w:r>
      <w:proofErr w:type="gramEnd"/>
    </w:p>
    <w:p w14:paraId="61371683" w14:textId="77777777" w:rsidR="00FB6230" w:rsidRDefault="00C8764B">
      <w:pPr>
        <w:spacing w:after="0"/>
      </w:pPr>
      <w:r>
        <w:rPr>
          <w:rFonts w:ascii="Arial" w:hAnsi="Arial"/>
        </w:rPr>
        <w:t xml:space="preserve">this is </w:t>
      </w:r>
      <w:proofErr w:type="gramStart"/>
      <w:r>
        <w:rPr>
          <w:rFonts w:ascii="Arial" w:hAnsi="Arial"/>
        </w:rPr>
        <w:t>dogshit</w:t>
      </w:r>
      <w:proofErr w:type="gramEnd"/>
    </w:p>
    <w:p w14:paraId="19677AB5" w14:textId="77777777" w:rsidR="00FB6230" w:rsidRDefault="00FB6230">
      <w:pPr>
        <w:spacing w:after="0"/>
      </w:pPr>
    </w:p>
    <w:p w14:paraId="31DB206F" w14:textId="77777777" w:rsidR="00FB6230" w:rsidRDefault="00C8764B">
      <w:pPr>
        <w:spacing w:after="0"/>
      </w:pPr>
      <w:proofErr w:type="gramStart"/>
      <w:r>
        <w:rPr>
          <w:rFonts w:ascii="Arial" w:hAnsi="Arial"/>
          <w:b/>
        </w:rPr>
        <w:t xml:space="preserve">Lucy  </w:t>
      </w:r>
      <w:r>
        <w:rPr>
          <w:rFonts w:ascii="Arial" w:hAnsi="Arial"/>
          <w:color w:val="5D7284"/>
        </w:rPr>
        <w:t>25:00</w:t>
      </w:r>
      <w:proofErr w:type="gramEnd"/>
    </w:p>
    <w:p w14:paraId="3E782262" w14:textId="6A03A07B" w:rsidR="00FB6230" w:rsidRDefault="00C8764B">
      <w:pPr>
        <w:spacing w:after="0"/>
      </w:pPr>
      <w:r>
        <w:rPr>
          <w:rFonts w:ascii="Arial" w:hAnsi="Arial"/>
        </w:rPr>
        <w:t>Oh, yeah, what I do really like about being able to have a podcast and invite people on is, is to, to not, you know, we can show the other side of disability. So we</w:t>
      </w:r>
      <w:r w:rsidR="008E16D6">
        <w:rPr>
          <w:rFonts w:ascii="Arial" w:hAnsi="Arial"/>
        </w:rPr>
        <w:t>’</w:t>
      </w:r>
      <w:r>
        <w:rPr>
          <w:rFonts w:ascii="Arial" w:hAnsi="Arial"/>
        </w:rPr>
        <w:t>re not saying you</w:t>
      </w:r>
      <w:r w:rsidR="008E16D6">
        <w:rPr>
          <w:rFonts w:ascii="Arial" w:hAnsi="Arial"/>
        </w:rPr>
        <w:t>’</w:t>
      </w:r>
      <w:r>
        <w:rPr>
          <w:rFonts w:ascii="Arial" w:hAnsi="Arial"/>
        </w:rPr>
        <w:t xml:space="preserve">re an </w:t>
      </w:r>
      <w:proofErr w:type="gramStart"/>
      <w:r>
        <w:rPr>
          <w:rFonts w:ascii="Arial" w:hAnsi="Arial"/>
        </w:rPr>
        <w:t>inspiration ,</w:t>
      </w:r>
      <w:proofErr w:type="gramEnd"/>
      <w:r>
        <w:rPr>
          <w:rFonts w:ascii="Arial" w:hAnsi="Arial"/>
        </w:rPr>
        <w:t xml:space="preserve"> we don</w:t>
      </w:r>
      <w:r w:rsidR="008E16D6">
        <w:rPr>
          <w:rFonts w:ascii="Arial" w:hAnsi="Arial"/>
        </w:rPr>
        <w:t>’</w:t>
      </w:r>
      <w:r>
        <w:rPr>
          <w:rFonts w:ascii="Arial" w:hAnsi="Arial"/>
        </w:rPr>
        <w:t>t like to sit there and go, aren</w:t>
      </w:r>
      <w:r w:rsidR="008E16D6">
        <w:rPr>
          <w:rFonts w:ascii="Arial" w:hAnsi="Arial"/>
        </w:rPr>
        <w:t>’</w:t>
      </w:r>
      <w:r>
        <w:rPr>
          <w:rFonts w:ascii="Arial" w:hAnsi="Arial"/>
        </w:rPr>
        <w:t xml:space="preserve">t you? Brilliant? </w:t>
      </w:r>
      <w:proofErr w:type="gramStart"/>
      <w:r>
        <w:rPr>
          <w:rFonts w:ascii="Arial" w:hAnsi="Arial"/>
        </w:rPr>
        <w:t>You</w:t>
      </w:r>
      <w:r w:rsidR="008E16D6">
        <w:rPr>
          <w:rFonts w:ascii="Arial" w:hAnsi="Arial"/>
        </w:rPr>
        <w:t>’</w:t>
      </w:r>
      <w:r>
        <w:rPr>
          <w:rFonts w:ascii="Arial" w:hAnsi="Arial"/>
        </w:rPr>
        <w:t>re</w:t>
      </w:r>
      <w:proofErr w:type="gramEnd"/>
      <w:r>
        <w:rPr>
          <w:rFonts w:ascii="Arial" w:hAnsi="Arial"/>
        </w:rPr>
        <w:t xml:space="preserve"> an inspiration. And </w:t>
      </w:r>
      <w:proofErr w:type="gramStart"/>
      <w:r>
        <w:rPr>
          <w:rFonts w:ascii="Arial" w:hAnsi="Arial"/>
        </w:rPr>
        <w:t>you</w:t>
      </w:r>
      <w:r w:rsidR="008E16D6">
        <w:rPr>
          <w:rFonts w:ascii="Arial" w:hAnsi="Arial"/>
        </w:rPr>
        <w:t>’</w:t>
      </w:r>
      <w:r>
        <w:rPr>
          <w:rFonts w:ascii="Arial" w:hAnsi="Arial"/>
        </w:rPr>
        <w:t>re</w:t>
      </w:r>
      <w:proofErr w:type="gramEnd"/>
      <w:r>
        <w:rPr>
          <w:rFonts w:ascii="Arial" w:hAnsi="Arial"/>
        </w:rPr>
        <w:t xml:space="preserve"> a Paralympic athlete, and oh, my God, you know, just so inspiring. We just go, </w:t>
      </w:r>
      <w:proofErr w:type="gramStart"/>
      <w:r>
        <w:rPr>
          <w:rFonts w:ascii="Arial" w:hAnsi="Arial"/>
        </w:rPr>
        <w:t>you</w:t>
      </w:r>
      <w:r w:rsidR="008E16D6">
        <w:rPr>
          <w:rFonts w:ascii="Arial" w:hAnsi="Arial"/>
        </w:rPr>
        <w:t>’</w:t>
      </w:r>
      <w:r>
        <w:rPr>
          <w:rFonts w:ascii="Arial" w:hAnsi="Arial"/>
        </w:rPr>
        <w:t>re</w:t>
      </w:r>
      <w:proofErr w:type="gramEnd"/>
      <w:r>
        <w:rPr>
          <w:rFonts w:ascii="Arial" w:hAnsi="Arial"/>
        </w:rPr>
        <w:t xml:space="preserve"> disabled. And </w:t>
      </w:r>
      <w:proofErr w:type="gramStart"/>
      <w:r>
        <w:rPr>
          <w:rFonts w:ascii="Arial" w:hAnsi="Arial"/>
        </w:rPr>
        <w:t>you</w:t>
      </w:r>
      <w:r w:rsidR="008E16D6">
        <w:rPr>
          <w:rFonts w:ascii="Arial" w:hAnsi="Arial"/>
        </w:rPr>
        <w:t>’</w:t>
      </w:r>
      <w:r>
        <w:rPr>
          <w:rFonts w:ascii="Arial" w:hAnsi="Arial"/>
        </w:rPr>
        <w:t>re</w:t>
      </w:r>
      <w:proofErr w:type="gramEnd"/>
      <w:r>
        <w:rPr>
          <w:rFonts w:ascii="Arial" w:hAnsi="Arial"/>
        </w:rPr>
        <w:t xml:space="preserve"> still, you know, not still, but you</w:t>
      </w:r>
      <w:r w:rsidR="008E16D6">
        <w:rPr>
          <w:rFonts w:ascii="Arial" w:hAnsi="Arial"/>
        </w:rPr>
        <w:t>’</w:t>
      </w:r>
      <w:r>
        <w:rPr>
          <w:rFonts w:ascii="Arial" w:hAnsi="Arial"/>
        </w:rPr>
        <w:t xml:space="preserve">re disabled. And </w:t>
      </w:r>
      <w:proofErr w:type="gramStart"/>
      <w:r>
        <w:rPr>
          <w:rFonts w:ascii="Arial" w:hAnsi="Arial"/>
        </w:rPr>
        <w:t>you</w:t>
      </w:r>
      <w:r w:rsidR="008E16D6">
        <w:rPr>
          <w:rFonts w:ascii="Arial" w:hAnsi="Arial"/>
        </w:rPr>
        <w:t>’</w:t>
      </w:r>
      <w:r>
        <w:rPr>
          <w:rFonts w:ascii="Arial" w:hAnsi="Arial"/>
        </w:rPr>
        <w:t>re</w:t>
      </w:r>
      <w:proofErr w:type="gramEnd"/>
      <w:r>
        <w:rPr>
          <w:rFonts w:ascii="Arial" w:hAnsi="Arial"/>
        </w:rPr>
        <w:t xml:space="preserve"> also doing great thing, but you</w:t>
      </w:r>
      <w:r w:rsidR="008E16D6">
        <w:rPr>
          <w:rFonts w:ascii="Arial" w:hAnsi="Arial"/>
        </w:rPr>
        <w:t>’</w:t>
      </w:r>
      <w:r>
        <w:rPr>
          <w:rFonts w:ascii="Arial" w:hAnsi="Arial"/>
        </w:rPr>
        <w:t xml:space="preserve">re also a human being. </w:t>
      </w:r>
      <w:proofErr w:type="gramStart"/>
      <w:r>
        <w:rPr>
          <w:rFonts w:ascii="Arial" w:hAnsi="Arial"/>
        </w:rPr>
        <w:t>So</w:t>
      </w:r>
      <w:proofErr w:type="gramEnd"/>
      <w:r>
        <w:rPr>
          <w:rFonts w:ascii="Arial" w:hAnsi="Arial"/>
        </w:rPr>
        <w:t xml:space="preserve"> like,</w:t>
      </w:r>
    </w:p>
    <w:p w14:paraId="21CBDE33" w14:textId="77777777" w:rsidR="00FB6230" w:rsidRDefault="00FB6230">
      <w:pPr>
        <w:spacing w:after="0"/>
      </w:pPr>
    </w:p>
    <w:p w14:paraId="251800C7" w14:textId="77777777" w:rsidR="00FB6230" w:rsidRDefault="00C8764B">
      <w:pPr>
        <w:spacing w:after="0"/>
      </w:pPr>
      <w:proofErr w:type="gramStart"/>
      <w:r>
        <w:rPr>
          <w:rFonts w:ascii="Arial" w:hAnsi="Arial"/>
          <w:b/>
        </w:rPr>
        <w:t xml:space="preserve">Alice  </w:t>
      </w:r>
      <w:r>
        <w:rPr>
          <w:rFonts w:ascii="Arial" w:hAnsi="Arial"/>
          <w:color w:val="5D7284"/>
        </w:rPr>
        <w:t>25:35</w:t>
      </w:r>
      <w:proofErr w:type="gramEnd"/>
    </w:p>
    <w:p w14:paraId="24E29941" w14:textId="43F14EE5" w:rsidR="00FB6230" w:rsidRDefault="00C8764B">
      <w:pPr>
        <w:spacing w:after="0"/>
      </w:pP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a lot of like, it</w:t>
      </w:r>
      <w:r w:rsidR="008E16D6">
        <w:rPr>
          <w:rFonts w:ascii="Arial" w:hAnsi="Arial"/>
        </w:rPr>
        <w:t>’</w:t>
      </w:r>
      <w:r>
        <w:rPr>
          <w:rFonts w:ascii="Arial" w:hAnsi="Arial"/>
        </w:rPr>
        <w:t>s not even us saying anything to people, quite often what we</w:t>
      </w:r>
      <w:r w:rsidR="008E16D6">
        <w:rPr>
          <w:rFonts w:ascii="Arial" w:hAnsi="Arial"/>
        </w:rPr>
        <w:t>’</w:t>
      </w:r>
      <w:r>
        <w:rPr>
          <w:rFonts w:ascii="Arial" w:hAnsi="Arial"/>
        </w:rPr>
        <w:t>re doing is going to do the talking. I will try not to interrupt you too much.</w:t>
      </w:r>
    </w:p>
    <w:p w14:paraId="241E069E" w14:textId="77777777" w:rsidR="00FB6230" w:rsidRDefault="00FB6230">
      <w:pPr>
        <w:spacing w:after="0"/>
      </w:pPr>
    </w:p>
    <w:p w14:paraId="2EF09120" w14:textId="77777777" w:rsidR="00FB6230" w:rsidRDefault="00C8764B">
      <w:pPr>
        <w:spacing w:after="0"/>
      </w:pPr>
      <w:proofErr w:type="gramStart"/>
      <w:r>
        <w:rPr>
          <w:rFonts w:ascii="Arial" w:hAnsi="Arial"/>
          <w:b/>
        </w:rPr>
        <w:lastRenderedPageBreak/>
        <w:t xml:space="preserve">Jack  </w:t>
      </w:r>
      <w:r>
        <w:rPr>
          <w:rFonts w:ascii="Arial" w:hAnsi="Arial"/>
          <w:color w:val="5D7284"/>
        </w:rPr>
        <w:t>25:46</w:t>
      </w:r>
      <w:proofErr w:type="gramEnd"/>
    </w:p>
    <w:p w14:paraId="5DFC352A" w14:textId="2E2B8FBC" w:rsidR="00FB6230" w:rsidRDefault="00C8764B">
      <w:pPr>
        <w:spacing w:after="0"/>
      </w:pPr>
      <w:r>
        <w:rPr>
          <w:rFonts w:ascii="Arial" w:hAnsi="Arial"/>
        </w:rPr>
        <w:t>But the way we</w:t>
      </w:r>
      <w:r w:rsidR="008E16D6">
        <w:rPr>
          <w:rFonts w:ascii="Arial" w:hAnsi="Arial"/>
        </w:rPr>
        <w:t>’</w:t>
      </w:r>
      <w:r>
        <w:rPr>
          <w:rFonts w:ascii="Arial" w:hAnsi="Arial"/>
        </w:rPr>
        <w:t>ve always kind of phrased it is we just want to be like a megaphone, like,</w:t>
      </w:r>
    </w:p>
    <w:p w14:paraId="2F908378" w14:textId="77777777" w:rsidR="00FB6230" w:rsidRDefault="00FB6230">
      <w:pPr>
        <w:spacing w:after="0"/>
      </w:pPr>
    </w:p>
    <w:p w14:paraId="56106C0F" w14:textId="77777777" w:rsidR="00FB6230" w:rsidRDefault="00C8764B">
      <w:pPr>
        <w:spacing w:after="0"/>
      </w:pPr>
      <w:proofErr w:type="gramStart"/>
      <w:r>
        <w:rPr>
          <w:rFonts w:ascii="Arial" w:hAnsi="Arial"/>
          <w:b/>
        </w:rPr>
        <w:t xml:space="preserve">Tom  </w:t>
      </w:r>
      <w:r>
        <w:rPr>
          <w:rFonts w:ascii="Arial" w:hAnsi="Arial"/>
          <w:color w:val="5D7284"/>
        </w:rPr>
        <w:t>25:50</w:t>
      </w:r>
      <w:proofErr w:type="gramEnd"/>
    </w:p>
    <w:p w14:paraId="4F0E50A4" w14:textId="77777777" w:rsidR="00FB6230" w:rsidRDefault="00C8764B">
      <w:pPr>
        <w:spacing w:after="0"/>
      </w:pPr>
      <w:r>
        <w:rPr>
          <w:rFonts w:ascii="Arial" w:hAnsi="Arial"/>
        </w:rPr>
        <w:t>yeah.</w:t>
      </w:r>
    </w:p>
    <w:p w14:paraId="73389192" w14:textId="77777777" w:rsidR="00FB6230" w:rsidRDefault="00FB6230">
      <w:pPr>
        <w:spacing w:after="0"/>
      </w:pPr>
    </w:p>
    <w:p w14:paraId="5C3580C1" w14:textId="77777777" w:rsidR="00FB6230" w:rsidRDefault="00C8764B">
      <w:pPr>
        <w:spacing w:after="0"/>
      </w:pPr>
      <w:proofErr w:type="gramStart"/>
      <w:r>
        <w:rPr>
          <w:rFonts w:ascii="Arial" w:hAnsi="Arial"/>
          <w:b/>
        </w:rPr>
        <w:t xml:space="preserve">Jack  </w:t>
      </w:r>
      <w:r>
        <w:rPr>
          <w:rFonts w:ascii="Arial" w:hAnsi="Arial"/>
          <w:color w:val="5D7284"/>
        </w:rPr>
        <w:t>25:51</w:t>
      </w:r>
      <w:proofErr w:type="gramEnd"/>
    </w:p>
    <w:p w14:paraId="0B99498D" w14:textId="6C8A4F30" w:rsidR="00FB6230" w:rsidRDefault="00C8764B">
      <w:pPr>
        <w:spacing w:after="0"/>
      </w:pPr>
      <w:r>
        <w:rPr>
          <w:rFonts w:ascii="Arial" w:hAnsi="Arial"/>
        </w:rPr>
        <w:t xml:space="preserve">And just provide. I </w:t>
      </w:r>
      <w:proofErr w:type="gramStart"/>
      <w:r>
        <w:rPr>
          <w:rFonts w:ascii="Arial" w:hAnsi="Arial"/>
        </w:rPr>
        <w:t>wouldn</w:t>
      </w:r>
      <w:r w:rsidR="008E16D6">
        <w:rPr>
          <w:rFonts w:ascii="Arial" w:hAnsi="Arial"/>
        </w:rPr>
        <w:t>’</w:t>
      </w:r>
      <w:r>
        <w:rPr>
          <w:rFonts w:ascii="Arial" w:hAnsi="Arial"/>
        </w:rPr>
        <w:t>t</w:t>
      </w:r>
      <w:proofErr w:type="gramEnd"/>
      <w:r>
        <w:rPr>
          <w:rFonts w:ascii="Arial" w:hAnsi="Arial"/>
        </w:rPr>
        <w:t xml:space="preserve"> describe this as having a platform, even though we do but I think people often say that as like, you</w:t>
      </w:r>
      <w:r w:rsidR="008E16D6">
        <w:rPr>
          <w:rFonts w:ascii="Arial" w:hAnsi="Arial"/>
        </w:rPr>
        <w:t>’</w:t>
      </w:r>
      <w:r>
        <w:rPr>
          <w:rFonts w:ascii="Arial" w:hAnsi="Arial"/>
        </w:rPr>
        <w:t>ve got a platform, that means have loads of people around, whereas we have a platform, and we have a, we</w:t>
      </w:r>
      <w:r w:rsidR="008E16D6">
        <w:rPr>
          <w:rFonts w:ascii="Arial" w:hAnsi="Arial"/>
        </w:rPr>
        <w:t>’</w:t>
      </w:r>
      <w:r>
        <w:rPr>
          <w:rFonts w:ascii="Arial" w:hAnsi="Arial"/>
        </w:rPr>
        <w:t xml:space="preserve">ve got a thing. Help kind of do that. And then, you know, to then also kind of repeat the kinds of things that </w:t>
      </w:r>
      <w:proofErr w:type="gramStart"/>
      <w:r>
        <w:rPr>
          <w:rFonts w:ascii="Arial" w:hAnsi="Arial"/>
        </w:rPr>
        <w:t>we</w:t>
      </w:r>
      <w:r w:rsidR="008E16D6">
        <w:rPr>
          <w:rFonts w:ascii="Arial" w:hAnsi="Arial"/>
        </w:rPr>
        <w:t>’</w:t>
      </w:r>
      <w:r>
        <w:rPr>
          <w:rFonts w:ascii="Arial" w:hAnsi="Arial"/>
        </w:rPr>
        <w:t>ve</w:t>
      </w:r>
      <w:proofErr w:type="gramEnd"/>
      <w:r>
        <w:rPr>
          <w:rFonts w:ascii="Arial" w:hAnsi="Arial"/>
        </w:rPr>
        <w:t xml:space="preserve"> learned along the way, like, you know, like you can get like, Wi Fi signal repeaters like,</w:t>
      </w:r>
    </w:p>
    <w:p w14:paraId="12A76D1C" w14:textId="77777777" w:rsidR="00FB6230" w:rsidRDefault="00FB6230">
      <w:pPr>
        <w:spacing w:after="0"/>
      </w:pPr>
    </w:p>
    <w:p w14:paraId="3C117834" w14:textId="77777777" w:rsidR="00FB6230" w:rsidRDefault="00C8764B">
      <w:pPr>
        <w:spacing w:after="0"/>
      </w:pPr>
      <w:proofErr w:type="gramStart"/>
      <w:r>
        <w:rPr>
          <w:rFonts w:ascii="Arial" w:hAnsi="Arial"/>
          <w:b/>
        </w:rPr>
        <w:t xml:space="preserve">Alice  </w:t>
      </w:r>
      <w:r>
        <w:rPr>
          <w:rFonts w:ascii="Arial" w:hAnsi="Arial"/>
          <w:color w:val="5D7284"/>
        </w:rPr>
        <w:t>26:21</w:t>
      </w:r>
      <w:proofErr w:type="gramEnd"/>
    </w:p>
    <w:p w14:paraId="053D431A" w14:textId="77777777" w:rsidR="00FB6230" w:rsidRDefault="00C8764B">
      <w:pPr>
        <w:spacing w:after="0"/>
      </w:pPr>
      <w:r>
        <w:rPr>
          <w:rFonts w:ascii="Arial" w:hAnsi="Arial"/>
        </w:rPr>
        <w:t>yeah,</w:t>
      </w:r>
    </w:p>
    <w:p w14:paraId="1A43F89E" w14:textId="77777777" w:rsidR="00FB6230" w:rsidRDefault="00FB6230">
      <w:pPr>
        <w:spacing w:after="0"/>
      </w:pPr>
    </w:p>
    <w:p w14:paraId="3CA57368" w14:textId="77777777" w:rsidR="00FB6230" w:rsidRDefault="00C8764B">
      <w:pPr>
        <w:spacing w:after="0"/>
      </w:pPr>
      <w:proofErr w:type="gramStart"/>
      <w:r>
        <w:rPr>
          <w:rFonts w:ascii="Arial" w:hAnsi="Arial"/>
          <w:b/>
        </w:rPr>
        <w:t xml:space="preserve">Jack  </w:t>
      </w:r>
      <w:r>
        <w:rPr>
          <w:rFonts w:ascii="Arial" w:hAnsi="Arial"/>
          <w:color w:val="5D7284"/>
        </w:rPr>
        <w:t>26:22</w:t>
      </w:r>
      <w:proofErr w:type="gramEnd"/>
    </w:p>
    <w:p w14:paraId="3249247D" w14:textId="7F1E1548" w:rsidR="00FB6230" w:rsidRDefault="00C8764B">
      <w:pPr>
        <w:spacing w:after="0"/>
      </w:pP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just taking what we, you know, learn, and then we</w:t>
      </w:r>
      <w:r w:rsidR="008E16D6">
        <w:rPr>
          <w:rFonts w:ascii="Arial" w:hAnsi="Arial"/>
        </w:rPr>
        <w:t>’</w:t>
      </w:r>
      <w:r>
        <w:rPr>
          <w:rFonts w:ascii="Arial" w:hAnsi="Arial"/>
        </w:rPr>
        <w:t xml:space="preserve">re just doing that, not just in the </w:t>
      </w:r>
      <w:r w:rsidR="008E16D6">
        <w:rPr>
          <w:rFonts w:ascii="Arial" w:hAnsi="Arial"/>
        </w:rPr>
        <w:t>P</w:t>
      </w:r>
      <w:r>
        <w:rPr>
          <w:rFonts w:ascii="Arial" w:hAnsi="Arial"/>
        </w:rPr>
        <w:t xml:space="preserve">odcast, but everywhere. Like, I </w:t>
      </w:r>
      <w:proofErr w:type="gramStart"/>
      <w:r>
        <w:rPr>
          <w:rFonts w:ascii="Arial" w:hAnsi="Arial"/>
        </w:rPr>
        <w:t>wouldn</w:t>
      </w:r>
      <w:r w:rsidR="008E16D6">
        <w:rPr>
          <w:rFonts w:ascii="Arial" w:hAnsi="Arial"/>
        </w:rPr>
        <w:t>’</w:t>
      </w:r>
      <w:r>
        <w:rPr>
          <w:rFonts w:ascii="Arial" w:hAnsi="Arial"/>
        </w:rPr>
        <w:t>t</w:t>
      </w:r>
      <w:proofErr w:type="gramEnd"/>
      <w:r>
        <w:rPr>
          <w:rFonts w:ascii="Arial" w:hAnsi="Arial"/>
        </w:rPr>
        <w:t xml:space="preserve"> say we</w:t>
      </w:r>
      <w:r w:rsidR="008E16D6">
        <w:rPr>
          <w:rFonts w:ascii="Arial" w:hAnsi="Arial"/>
        </w:rPr>
        <w:t>’</w:t>
      </w:r>
      <w:r>
        <w:rPr>
          <w:rFonts w:ascii="Arial" w:hAnsi="Arial"/>
        </w:rPr>
        <w:t>re not, we</w:t>
      </w:r>
      <w:r w:rsidR="008E16D6">
        <w:rPr>
          <w:rFonts w:ascii="Arial" w:hAnsi="Arial"/>
        </w:rPr>
        <w:t>’</w:t>
      </w:r>
      <w:r>
        <w:rPr>
          <w:rFonts w:ascii="Arial" w:hAnsi="Arial"/>
        </w:rPr>
        <w:t xml:space="preserve">re not really Twitter active at all. But if it were to be, that is the kind of thing </w:t>
      </w:r>
      <w:proofErr w:type="spellStart"/>
      <w:proofErr w:type="gramStart"/>
      <w:r>
        <w:rPr>
          <w:rFonts w:ascii="Arial" w:hAnsi="Arial"/>
        </w:rPr>
        <w:t>we,d</w:t>
      </w:r>
      <w:proofErr w:type="spellEnd"/>
      <w:proofErr w:type="gramEnd"/>
      <w:r>
        <w:rPr>
          <w:rFonts w:ascii="Arial" w:hAnsi="Arial"/>
        </w:rPr>
        <w:t xml:space="preserve"> be doing...</w:t>
      </w:r>
    </w:p>
    <w:p w14:paraId="3B09A2BB" w14:textId="77777777" w:rsidR="00FB6230" w:rsidRDefault="00FB6230">
      <w:pPr>
        <w:spacing w:after="0"/>
      </w:pPr>
    </w:p>
    <w:p w14:paraId="7BB4B92B" w14:textId="77777777" w:rsidR="00FB6230" w:rsidRDefault="00C8764B">
      <w:pPr>
        <w:spacing w:after="0"/>
      </w:pPr>
      <w:proofErr w:type="gramStart"/>
      <w:r>
        <w:rPr>
          <w:rFonts w:ascii="Arial" w:hAnsi="Arial"/>
          <w:b/>
        </w:rPr>
        <w:t xml:space="preserve">Tom  </w:t>
      </w:r>
      <w:r>
        <w:rPr>
          <w:rFonts w:ascii="Arial" w:hAnsi="Arial"/>
          <w:color w:val="5D7284"/>
        </w:rPr>
        <w:t>26:38</w:t>
      </w:r>
      <w:proofErr w:type="gramEnd"/>
    </w:p>
    <w:p w14:paraId="5F30B3A2" w14:textId="2AD1AF0C" w:rsidR="00FB6230" w:rsidRDefault="00C8764B">
      <w:pPr>
        <w:spacing w:after="0"/>
      </w:pPr>
      <w:r>
        <w:rPr>
          <w:rFonts w:ascii="Arial" w:hAnsi="Arial"/>
        </w:rPr>
        <w:t xml:space="preserve">We do try and project. And, you know, there are people obviously, who know more about the number of topics </w:t>
      </w:r>
      <w:proofErr w:type="gramStart"/>
      <w:r>
        <w:rPr>
          <w:rFonts w:ascii="Arial" w:hAnsi="Arial"/>
        </w:rPr>
        <w:t>we</w:t>
      </w:r>
      <w:r w:rsidR="008E16D6">
        <w:rPr>
          <w:rFonts w:ascii="Arial" w:hAnsi="Arial"/>
        </w:rPr>
        <w:t>’</w:t>
      </w:r>
      <w:r>
        <w:rPr>
          <w:rFonts w:ascii="Arial" w:hAnsi="Arial"/>
        </w:rPr>
        <w:t>ve</w:t>
      </w:r>
      <w:proofErr w:type="gramEnd"/>
      <w:r>
        <w:rPr>
          <w:rFonts w:ascii="Arial" w:hAnsi="Arial"/>
        </w:rPr>
        <w:t xml:space="preserve"> covered, we can</w:t>
      </w:r>
      <w:r w:rsidR="008E16D6">
        <w:rPr>
          <w:rFonts w:ascii="Arial" w:hAnsi="Arial"/>
        </w:rPr>
        <w:t>’</w:t>
      </w:r>
      <w:r>
        <w:rPr>
          <w:rFonts w:ascii="Arial" w:hAnsi="Arial"/>
        </w:rPr>
        <w:t xml:space="preserve">t possibly know a lot about all of them. But I think there are also moments where we get to sort of reflect and discuss and bring these things together, which is kind of, I would say the bit as podcasters that we do, what we do, send me the listeners we get.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not just feeding off someone else</w:t>
      </w:r>
      <w:r w:rsidR="008E16D6">
        <w:rPr>
          <w:rFonts w:ascii="Arial" w:hAnsi="Arial"/>
        </w:rPr>
        <w:t>’</w:t>
      </w:r>
      <w:r>
        <w:rPr>
          <w:rFonts w:ascii="Arial" w:hAnsi="Arial"/>
        </w:rPr>
        <w:t xml:space="preserve">s guesswork. And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another opportunity again, with this ally stuff of like, making the connections that you know, people know about, but don</w:t>
      </w:r>
      <w:r w:rsidR="008E16D6">
        <w:rPr>
          <w:rFonts w:ascii="Arial" w:hAnsi="Arial"/>
        </w:rPr>
        <w:t>’</w:t>
      </w:r>
      <w:r>
        <w:rPr>
          <w:rFonts w:ascii="Arial" w:hAnsi="Arial"/>
        </w:rPr>
        <w:t xml:space="preserve">t necessarily say and reflecting on. And I guess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what me, I mean, the buzzword of like intersectionality, which is really big at the moment. But like making those links, the everyone</w:t>
      </w:r>
      <w:r w:rsidR="008E16D6">
        <w:rPr>
          <w:rFonts w:ascii="Arial" w:hAnsi="Arial"/>
        </w:rPr>
        <w:t>’</w:t>
      </w:r>
      <w:r>
        <w:rPr>
          <w:rFonts w:ascii="Arial" w:hAnsi="Arial"/>
        </w:rPr>
        <w:t xml:space="preserve">s experiences are different. And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really important in the disabled podcast scene as well. </w:t>
      </w:r>
      <w:proofErr w:type="gramStart"/>
      <w:r>
        <w:rPr>
          <w:rFonts w:ascii="Arial" w:hAnsi="Arial"/>
        </w:rPr>
        <w:t>So</w:t>
      </w:r>
      <w:proofErr w:type="gramEnd"/>
      <w:r>
        <w:rPr>
          <w:rFonts w:ascii="Arial" w:hAnsi="Arial"/>
        </w:rPr>
        <w:t xml:space="preserve"> like, I think that</w:t>
      </w:r>
      <w:r w:rsidR="008E16D6">
        <w:rPr>
          <w:rFonts w:ascii="Arial" w:hAnsi="Arial"/>
        </w:rPr>
        <w:t>’</w:t>
      </w:r>
      <w:r>
        <w:rPr>
          <w:rFonts w:ascii="Arial" w:hAnsi="Arial"/>
        </w:rPr>
        <w:t>s where you can also be a really good ally, because, you know, I</w:t>
      </w:r>
      <w:r w:rsidR="008E16D6">
        <w:rPr>
          <w:rFonts w:ascii="Arial" w:hAnsi="Arial"/>
        </w:rPr>
        <w:t>’</w:t>
      </w:r>
      <w:r>
        <w:rPr>
          <w:rFonts w:ascii="Arial" w:hAnsi="Arial"/>
        </w:rPr>
        <w:t>m not as Yeah, I</w:t>
      </w:r>
      <w:r w:rsidR="008E16D6">
        <w:rPr>
          <w:rFonts w:ascii="Arial" w:hAnsi="Arial"/>
        </w:rPr>
        <w:t>’</w:t>
      </w:r>
      <w:r>
        <w:rPr>
          <w:rFonts w:ascii="Arial" w:hAnsi="Arial"/>
        </w:rPr>
        <w:t xml:space="preserve">m not disabled myself, but I can still make the link from </w:t>
      </w:r>
      <w:r w:rsidR="008E16D6">
        <w:rPr>
          <w:rFonts w:ascii="Arial" w:hAnsi="Arial"/>
        </w:rPr>
        <w:t>P</w:t>
      </w:r>
      <w:r>
        <w:rPr>
          <w:rFonts w:ascii="Arial" w:hAnsi="Arial"/>
        </w:rPr>
        <w:t>odcast we</w:t>
      </w:r>
      <w:r w:rsidR="008E16D6">
        <w:rPr>
          <w:rFonts w:ascii="Arial" w:hAnsi="Arial"/>
        </w:rPr>
        <w:t>’</w:t>
      </w:r>
      <w:r>
        <w:rPr>
          <w:rFonts w:ascii="Arial" w:hAnsi="Arial"/>
        </w:rPr>
        <w:t>ve done about different people</w:t>
      </w:r>
      <w:r w:rsidR="008E16D6">
        <w:rPr>
          <w:rFonts w:ascii="Arial" w:hAnsi="Arial"/>
        </w:rPr>
        <w:t>’</w:t>
      </w:r>
      <w:r>
        <w:rPr>
          <w:rFonts w:ascii="Arial" w:hAnsi="Arial"/>
        </w:rPr>
        <w:t xml:space="preserve">s experiences that we set, but also, not just between different disabilities, but also between being a white disabled person and a black person or middle class as a will person and a working class. I was like, these links are still </w:t>
      </w:r>
      <w:proofErr w:type="gramStart"/>
      <w:r>
        <w:rPr>
          <w:rFonts w:ascii="Arial" w:hAnsi="Arial"/>
        </w:rPr>
        <w:t>really important</w:t>
      </w:r>
      <w:proofErr w:type="gramEnd"/>
      <w:r>
        <w:rPr>
          <w:rFonts w:ascii="Arial" w:hAnsi="Arial"/>
        </w:rPr>
        <w:t xml:space="preserve">. And I guess, again, just being a good ally. And being mindful of that and mindful of where you can draw stuff in to help, hopefully pursue more guests and more conversations. Like,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 useful skill.</w:t>
      </w:r>
    </w:p>
    <w:p w14:paraId="6A68485B" w14:textId="77777777" w:rsidR="00FB6230" w:rsidRDefault="00FB6230">
      <w:pPr>
        <w:spacing w:after="0"/>
      </w:pPr>
    </w:p>
    <w:p w14:paraId="3DACCA96" w14:textId="77777777" w:rsidR="00FB6230" w:rsidRDefault="00C8764B">
      <w:pPr>
        <w:spacing w:after="0"/>
      </w:pPr>
      <w:proofErr w:type="gramStart"/>
      <w:r>
        <w:rPr>
          <w:rFonts w:ascii="Arial" w:hAnsi="Arial"/>
          <w:b/>
        </w:rPr>
        <w:t xml:space="preserve">Jack  </w:t>
      </w:r>
      <w:r>
        <w:rPr>
          <w:rFonts w:ascii="Arial" w:hAnsi="Arial"/>
          <w:color w:val="5D7284"/>
        </w:rPr>
        <w:t>26:39</w:t>
      </w:r>
      <w:proofErr w:type="gramEnd"/>
    </w:p>
    <w:p w14:paraId="28E4BC2D" w14:textId="466C9E13" w:rsidR="00FB6230" w:rsidRDefault="00C8764B">
      <w:pPr>
        <w:spacing w:after="0"/>
      </w:pPr>
      <w:r>
        <w:rPr>
          <w:rFonts w:ascii="Arial" w:hAnsi="Arial"/>
        </w:rPr>
        <w:t xml:space="preserve">I guess as well, not to go against what jack said, </w:t>
      </w:r>
      <w:proofErr w:type="spellStart"/>
      <w:r>
        <w:rPr>
          <w:rFonts w:ascii="Arial" w:hAnsi="Arial"/>
        </w:rPr>
        <w:t>cuz</w:t>
      </w:r>
      <w:proofErr w:type="spellEnd"/>
      <w:r>
        <w:rPr>
          <w:rFonts w:ascii="Arial" w:hAnsi="Arial"/>
        </w:rPr>
        <w:t xml:space="preserve"> I think jack is completely right. You Bastard! What does that mean? Kind of? I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know, objectives as the right word sounds a bit wanky. I mean, of </w:t>
      </w:r>
      <w:proofErr w:type="spellStart"/>
      <w:r>
        <w:rPr>
          <w:rFonts w:ascii="Arial" w:hAnsi="Arial"/>
        </w:rPr>
        <w:t>jank</w:t>
      </w:r>
      <w:proofErr w:type="spellEnd"/>
      <w:r>
        <w:rPr>
          <w:rFonts w:ascii="Arial" w:hAnsi="Arial"/>
        </w:rPr>
        <w:t xml:space="preserve"> objectives was for people who </w:t>
      </w:r>
      <w:proofErr w:type="gramStart"/>
      <w:r>
        <w:rPr>
          <w:rFonts w:ascii="Arial" w:hAnsi="Arial"/>
        </w:rPr>
        <w:t>aren</w:t>
      </w:r>
      <w:r w:rsidR="008E16D6">
        <w:rPr>
          <w:rFonts w:ascii="Arial" w:hAnsi="Arial"/>
        </w:rPr>
        <w:t>’</w:t>
      </w:r>
      <w:r>
        <w:rPr>
          <w:rFonts w:ascii="Arial" w:hAnsi="Arial"/>
        </w:rPr>
        <w:t>t</w:t>
      </w:r>
      <w:proofErr w:type="gramEnd"/>
      <w:r>
        <w:rPr>
          <w:rFonts w:ascii="Arial" w:hAnsi="Arial"/>
        </w:rPr>
        <w:t xml:space="preserve"> involved in disability activism or disabled, like circles to listen to it,</w:t>
      </w:r>
    </w:p>
    <w:p w14:paraId="6A13E276" w14:textId="77777777" w:rsidR="00FB6230" w:rsidRDefault="00FB6230">
      <w:pPr>
        <w:spacing w:after="0"/>
      </w:pPr>
    </w:p>
    <w:p w14:paraId="17E3BA16" w14:textId="77777777" w:rsidR="00FB6230" w:rsidRDefault="00C8764B">
      <w:pPr>
        <w:spacing w:after="0"/>
      </w:pPr>
      <w:proofErr w:type="gramStart"/>
      <w:r>
        <w:rPr>
          <w:rFonts w:ascii="Arial" w:hAnsi="Arial"/>
          <w:b/>
        </w:rPr>
        <w:t xml:space="preserve">Alice  </w:t>
      </w:r>
      <w:r>
        <w:rPr>
          <w:rFonts w:ascii="Arial" w:hAnsi="Arial"/>
          <w:color w:val="5D7284"/>
        </w:rPr>
        <w:t>28:37</w:t>
      </w:r>
      <w:proofErr w:type="gramEnd"/>
    </w:p>
    <w:p w14:paraId="1666A314" w14:textId="77777777" w:rsidR="00FB6230" w:rsidRDefault="00C8764B">
      <w:pPr>
        <w:spacing w:after="0"/>
      </w:pPr>
      <w:r>
        <w:rPr>
          <w:rFonts w:ascii="Arial" w:hAnsi="Arial"/>
        </w:rPr>
        <w:lastRenderedPageBreak/>
        <w:t>yeah.</w:t>
      </w:r>
    </w:p>
    <w:p w14:paraId="7A8AFBDF" w14:textId="77777777" w:rsidR="00FB6230" w:rsidRDefault="00FB6230">
      <w:pPr>
        <w:spacing w:after="0"/>
      </w:pPr>
    </w:p>
    <w:p w14:paraId="40ED9066" w14:textId="77777777" w:rsidR="00FB6230" w:rsidRDefault="00C8764B">
      <w:pPr>
        <w:spacing w:after="0"/>
      </w:pPr>
      <w:proofErr w:type="gramStart"/>
      <w:r>
        <w:rPr>
          <w:rFonts w:ascii="Arial" w:hAnsi="Arial"/>
          <w:b/>
        </w:rPr>
        <w:t xml:space="preserve">Jack  </w:t>
      </w:r>
      <w:r>
        <w:rPr>
          <w:rFonts w:ascii="Arial" w:hAnsi="Arial"/>
          <w:color w:val="5D7284"/>
        </w:rPr>
        <w:t>28:37</w:t>
      </w:r>
      <w:proofErr w:type="gramEnd"/>
    </w:p>
    <w:p w14:paraId="74C97297" w14:textId="77777777" w:rsidR="00FB6230" w:rsidRDefault="00C8764B">
      <w:pPr>
        <w:spacing w:after="0"/>
      </w:pPr>
      <w:r>
        <w:rPr>
          <w:rFonts w:ascii="Arial" w:hAnsi="Arial"/>
        </w:rPr>
        <w:t>But</w:t>
      </w:r>
    </w:p>
    <w:p w14:paraId="6F3E0D61" w14:textId="77777777" w:rsidR="00FB6230" w:rsidRDefault="00FB6230">
      <w:pPr>
        <w:spacing w:after="0"/>
      </w:pPr>
    </w:p>
    <w:p w14:paraId="3A942C43" w14:textId="77777777" w:rsidR="00FB6230" w:rsidRDefault="00C8764B">
      <w:pPr>
        <w:spacing w:after="0"/>
      </w:pPr>
      <w:proofErr w:type="gramStart"/>
      <w:r>
        <w:rPr>
          <w:rFonts w:ascii="Arial" w:hAnsi="Arial"/>
          <w:b/>
        </w:rPr>
        <w:t xml:space="preserve">Lucy  </w:t>
      </w:r>
      <w:r>
        <w:rPr>
          <w:rFonts w:ascii="Arial" w:hAnsi="Arial"/>
          <w:color w:val="5D7284"/>
        </w:rPr>
        <w:t>28:38</w:t>
      </w:r>
      <w:proofErr w:type="gramEnd"/>
    </w:p>
    <w:p w14:paraId="6172E114" w14:textId="77777777" w:rsidR="00FB6230" w:rsidRDefault="00C8764B">
      <w:pPr>
        <w:spacing w:after="0"/>
      </w:pPr>
      <w:r>
        <w:rPr>
          <w:rFonts w:ascii="Arial" w:hAnsi="Arial"/>
        </w:rPr>
        <w:t>yeah,</w:t>
      </w:r>
    </w:p>
    <w:p w14:paraId="0F3194D6" w14:textId="77777777" w:rsidR="00FB6230" w:rsidRDefault="00FB6230">
      <w:pPr>
        <w:spacing w:after="0"/>
      </w:pPr>
    </w:p>
    <w:p w14:paraId="7C277DAD" w14:textId="77777777" w:rsidR="00FB6230" w:rsidRDefault="00C8764B">
      <w:pPr>
        <w:spacing w:after="0"/>
      </w:pPr>
      <w:proofErr w:type="gramStart"/>
      <w:r>
        <w:rPr>
          <w:rFonts w:ascii="Arial" w:hAnsi="Arial"/>
          <w:b/>
        </w:rPr>
        <w:t xml:space="preserve">Jack  </w:t>
      </w:r>
      <w:r>
        <w:rPr>
          <w:rFonts w:ascii="Arial" w:hAnsi="Arial"/>
          <w:color w:val="5D7284"/>
        </w:rPr>
        <w:t>28:38</w:t>
      </w:r>
      <w:proofErr w:type="gramEnd"/>
    </w:p>
    <w:p w14:paraId="120D4EEF" w14:textId="197B8FBA" w:rsidR="00FB6230" w:rsidRDefault="00C8764B">
      <w:pPr>
        <w:spacing w:after="0"/>
      </w:pPr>
      <w:r>
        <w:rPr>
          <w:rFonts w:ascii="Arial" w:hAnsi="Arial"/>
        </w:rPr>
        <w:t xml:space="preserve">and I guess the goal of any kind of disability based activism, </w:t>
      </w:r>
      <w:r w:rsidR="008E16D6">
        <w:rPr>
          <w:rFonts w:ascii="Arial" w:hAnsi="Arial"/>
        </w:rPr>
        <w:t>P</w:t>
      </w:r>
      <w:r>
        <w:rPr>
          <w:rFonts w:ascii="Arial" w:hAnsi="Arial"/>
        </w:rPr>
        <w:t>odcast, anything, that</w:t>
      </w:r>
      <w:r w:rsidR="008E16D6">
        <w:rPr>
          <w:rFonts w:ascii="Arial" w:hAnsi="Arial"/>
        </w:rPr>
        <w:t>’</w:t>
      </w:r>
      <w:r>
        <w:rPr>
          <w:rFonts w:ascii="Arial" w:hAnsi="Arial"/>
        </w:rPr>
        <w:t xml:space="preserve">s what everyone is kind of aiming for, for it to become a bit more mainstream, and to be issues that are talked about, alongside like, the thing </w:t>
      </w:r>
      <w:proofErr w:type="gramStart"/>
      <w:r>
        <w:rPr>
          <w:rFonts w:ascii="Arial" w:hAnsi="Arial"/>
        </w:rPr>
        <w:t>Tom  was</w:t>
      </w:r>
      <w:proofErr w:type="gramEnd"/>
      <w:r>
        <w:rPr>
          <w:rFonts w:ascii="Arial" w:hAnsi="Arial"/>
        </w:rPr>
        <w:t xml:space="preserve"> saying in terms of intersectionality like, you know, when there</w:t>
      </w:r>
      <w:r w:rsidR="008E16D6">
        <w:rPr>
          <w:rFonts w:ascii="Arial" w:hAnsi="Arial"/>
        </w:rPr>
        <w:t>’</w:t>
      </w:r>
      <w:r>
        <w:rPr>
          <w:rFonts w:ascii="Arial" w:hAnsi="Arial"/>
        </w:rPr>
        <w:t xml:space="preserve">s so much to say content, oh. But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so many things that cover like, race, LGBTQ, you know, but in terms of disability, like if you</w:t>
      </w:r>
      <w:r w:rsidR="008E16D6">
        <w:rPr>
          <w:rFonts w:ascii="Arial" w:hAnsi="Arial"/>
        </w:rPr>
        <w:t>’</w:t>
      </w:r>
      <w:r>
        <w:rPr>
          <w:rFonts w:ascii="Arial" w:hAnsi="Arial"/>
        </w:rPr>
        <w:t xml:space="preserve">re thinking, like mainstream podcasts, I mean, there are so many podcasts out there. What constitutes as mainstream anymore?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probably more podcasts than human beings.</w:t>
      </w:r>
    </w:p>
    <w:p w14:paraId="2399EEAF" w14:textId="77777777" w:rsidR="00FB6230" w:rsidRDefault="00FB6230">
      <w:pPr>
        <w:spacing w:after="0"/>
      </w:pPr>
    </w:p>
    <w:p w14:paraId="63666A77" w14:textId="77777777" w:rsidR="00FB6230" w:rsidRDefault="00C8764B">
      <w:pPr>
        <w:spacing w:after="0"/>
      </w:pPr>
      <w:proofErr w:type="gramStart"/>
      <w:r>
        <w:rPr>
          <w:rFonts w:ascii="Arial" w:hAnsi="Arial"/>
          <w:b/>
        </w:rPr>
        <w:t xml:space="preserve">Alice  </w:t>
      </w:r>
      <w:r>
        <w:rPr>
          <w:rFonts w:ascii="Arial" w:hAnsi="Arial"/>
          <w:color w:val="5D7284"/>
        </w:rPr>
        <w:t>29:32</w:t>
      </w:r>
      <w:proofErr w:type="gramEnd"/>
    </w:p>
    <w:p w14:paraId="6B0F4E97" w14:textId="5EB31F66" w:rsidR="00FB6230" w:rsidRDefault="00C8764B">
      <w:pPr>
        <w:spacing w:after="0"/>
      </w:pPr>
      <w:r>
        <w:rPr>
          <w:rFonts w:ascii="Arial" w:hAnsi="Arial"/>
        </w:rPr>
        <w:t xml:space="preserve">I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know about that. There is a fairly serious overpopulation problem in the </w:t>
      </w:r>
      <w:proofErr w:type="gramStart"/>
      <w:r>
        <w:rPr>
          <w:rFonts w:ascii="Arial" w:hAnsi="Arial"/>
        </w:rPr>
        <w:t>world</w:t>
      </w:r>
      <w:proofErr w:type="gramEnd"/>
    </w:p>
    <w:p w14:paraId="4546DE42" w14:textId="77777777" w:rsidR="00FB6230" w:rsidRDefault="00FB6230">
      <w:pPr>
        <w:spacing w:after="0"/>
      </w:pPr>
    </w:p>
    <w:p w14:paraId="4AC956ED" w14:textId="77777777" w:rsidR="00FB6230" w:rsidRDefault="00C8764B">
      <w:pPr>
        <w:spacing w:after="0"/>
      </w:pPr>
      <w:proofErr w:type="gramStart"/>
      <w:r>
        <w:rPr>
          <w:rFonts w:ascii="Arial" w:hAnsi="Arial"/>
          <w:b/>
        </w:rPr>
        <w:t xml:space="preserve">Lucy  </w:t>
      </w:r>
      <w:r>
        <w:rPr>
          <w:rFonts w:ascii="Arial" w:hAnsi="Arial"/>
          <w:color w:val="5D7284"/>
        </w:rPr>
        <w:t>29:37</w:t>
      </w:r>
      <w:proofErr w:type="gramEnd"/>
    </w:p>
    <w:p w14:paraId="2918B0D8" w14:textId="77777777" w:rsidR="00FB6230" w:rsidRDefault="00C8764B">
      <w:pPr>
        <w:spacing w:after="0"/>
      </w:pPr>
      <w:r>
        <w:rPr>
          <w:rFonts w:ascii="Arial" w:hAnsi="Arial"/>
        </w:rPr>
        <w:t xml:space="preserve"> Everybody says, like, you know, what, are they all got a podcast? They look at me like yeah, and </w:t>
      </w:r>
      <w:proofErr w:type="gramStart"/>
      <w:r>
        <w:rPr>
          <w:rFonts w:ascii="Arial" w:hAnsi="Arial"/>
        </w:rPr>
        <w:t>so  has</w:t>
      </w:r>
      <w:proofErr w:type="gramEnd"/>
      <w:r>
        <w:rPr>
          <w:rFonts w:ascii="Arial" w:hAnsi="Arial"/>
        </w:rPr>
        <w:t xml:space="preserve"> everybody else.</w:t>
      </w:r>
    </w:p>
    <w:p w14:paraId="334513C7" w14:textId="77777777" w:rsidR="00FB6230" w:rsidRDefault="00FB6230">
      <w:pPr>
        <w:spacing w:after="0"/>
      </w:pPr>
    </w:p>
    <w:p w14:paraId="7C1493CE" w14:textId="77777777" w:rsidR="00FB6230" w:rsidRDefault="00C8764B">
      <w:pPr>
        <w:spacing w:after="0"/>
      </w:pPr>
      <w:proofErr w:type="gramStart"/>
      <w:r>
        <w:rPr>
          <w:rFonts w:ascii="Arial" w:hAnsi="Arial"/>
          <w:b/>
        </w:rPr>
        <w:t xml:space="preserve">Alice  </w:t>
      </w:r>
      <w:r>
        <w:rPr>
          <w:rFonts w:ascii="Arial" w:hAnsi="Arial"/>
          <w:color w:val="5D7284"/>
        </w:rPr>
        <w:t>29:44</w:t>
      </w:r>
      <w:proofErr w:type="gramEnd"/>
    </w:p>
    <w:p w14:paraId="3C772FDC" w14:textId="158498F7" w:rsidR="00FB6230" w:rsidRDefault="00C8764B">
      <w:pPr>
        <w:spacing w:after="0"/>
      </w:pPr>
      <w:r>
        <w:rPr>
          <w:rFonts w:ascii="Arial" w:hAnsi="Arial"/>
        </w:rPr>
        <w:t xml:space="preserve">Yeah. If you were born after 1984 you </w:t>
      </w:r>
      <w:proofErr w:type="gramStart"/>
      <w:r>
        <w:rPr>
          <w:rFonts w:ascii="Arial" w:hAnsi="Arial"/>
        </w:rPr>
        <w:t>have to</w:t>
      </w:r>
      <w:proofErr w:type="gramEnd"/>
      <w:r>
        <w:rPr>
          <w:rFonts w:ascii="Arial" w:hAnsi="Arial"/>
        </w:rPr>
        <w:t xml:space="preserve"> have a podcast.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like having a GCSE. You </w:t>
      </w:r>
      <w:proofErr w:type="gramStart"/>
      <w:r>
        <w:rPr>
          <w:rFonts w:ascii="Arial" w:hAnsi="Arial"/>
        </w:rPr>
        <w:t>can</w:t>
      </w:r>
      <w:r w:rsidR="008E16D6">
        <w:rPr>
          <w:rFonts w:ascii="Arial" w:hAnsi="Arial"/>
        </w:rPr>
        <w:t>’</w:t>
      </w:r>
      <w:r>
        <w:rPr>
          <w:rFonts w:ascii="Arial" w:hAnsi="Arial"/>
        </w:rPr>
        <w:t>t</w:t>
      </w:r>
      <w:proofErr w:type="gramEnd"/>
      <w:r>
        <w:rPr>
          <w:rFonts w:ascii="Arial" w:hAnsi="Arial"/>
        </w:rPr>
        <w:t xml:space="preserve"> get a regular job.</w:t>
      </w:r>
    </w:p>
    <w:p w14:paraId="4373E5A9" w14:textId="77777777" w:rsidR="00FB6230" w:rsidRDefault="00FB6230">
      <w:pPr>
        <w:spacing w:after="0"/>
      </w:pPr>
    </w:p>
    <w:p w14:paraId="503E5CF6" w14:textId="77777777" w:rsidR="00FB6230" w:rsidRDefault="00C8764B">
      <w:pPr>
        <w:spacing w:after="0"/>
      </w:pPr>
      <w:proofErr w:type="gramStart"/>
      <w:r>
        <w:rPr>
          <w:rFonts w:ascii="Arial" w:hAnsi="Arial"/>
          <w:b/>
        </w:rPr>
        <w:t xml:space="preserve">Lucy  </w:t>
      </w:r>
      <w:r>
        <w:rPr>
          <w:rFonts w:ascii="Arial" w:hAnsi="Arial"/>
          <w:color w:val="5D7284"/>
        </w:rPr>
        <w:t>29:55</w:t>
      </w:r>
      <w:proofErr w:type="gramEnd"/>
    </w:p>
    <w:p w14:paraId="038117AC" w14:textId="6E813A7F" w:rsidR="00FB6230" w:rsidRDefault="00C8764B">
      <w:pPr>
        <w:spacing w:after="0"/>
      </w:pPr>
      <w:r>
        <w:rPr>
          <w:rFonts w:ascii="Arial" w:hAnsi="Arial"/>
        </w:rPr>
        <w:t xml:space="preserve">I wanted to </w:t>
      </w:r>
      <w:proofErr w:type="gramStart"/>
      <w:r>
        <w:rPr>
          <w:rFonts w:ascii="Arial" w:hAnsi="Arial"/>
        </w:rPr>
        <w:t>ask,</w:t>
      </w:r>
      <w:proofErr w:type="gramEnd"/>
      <w:r>
        <w:rPr>
          <w:rFonts w:ascii="Arial" w:hAnsi="Arial"/>
        </w:rPr>
        <w:t xml:space="preserve"> how do you find it to get guests on? Like, you know, to come and talk to you because we</w:t>
      </w:r>
      <w:r w:rsidR="008E16D6">
        <w:rPr>
          <w:rFonts w:ascii="Arial" w:hAnsi="Arial"/>
        </w:rPr>
        <w:t>’</w:t>
      </w:r>
      <w:r>
        <w:rPr>
          <w:rFonts w:ascii="Arial" w:hAnsi="Arial"/>
        </w:rPr>
        <w:t>ve, you know, it</w:t>
      </w:r>
      <w:r w:rsidR="008E16D6">
        <w:rPr>
          <w:rFonts w:ascii="Arial" w:hAnsi="Arial"/>
        </w:rPr>
        <w:t>’</w:t>
      </w:r>
      <w:r>
        <w:rPr>
          <w:rFonts w:ascii="Arial" w:hAnsi="Arial"/>
        </w:rPr>
        <w:t>s been it</w:t>
      </w:r>
      <w:r w:rsidR="008E16D6">
        <w:rPr>
          <w:rFonts w:ascii="Arial" w:hAnsi="Arial"/>
        </w:rPr>
        <w:t>’</w:t>
      </w:r>
      <w:r>
        <w:rPr>
          <w:rFonts w:ascii="Arial" w:hAnsi="Arial"/>
        </w:rPr>
        <w:t>s been I don</w:t>
      </w:r>
      <w:r w:rsidR="008E16D6">
        <w:rPr>
          <w:rFonts w:ascii="Arial" w:hAnsi="Arial"/>
        </w:rPr>
        <w:t>’</w:t>
      </w:r>
      <w:r>
        <w:rPr>
          <w:rFonts w:ascii="Arial" w:hAnsi="Arial"/>
        </w:rPr>
        <w:t xml:space="preserve">t want to brag or anything,  when we set the </w:t>
      </w:r>
      <w:r w:rsidR="008E16D6">
        <w:rPr>
          <w:rFonts w:ascii="Arial" w:hAnsi="Arial"/>
        </w:rPr>
        <w:t>P</w:t>
      </w:r>
      <w:r>
        <w:rPr>
          <w:rFonts w:ascii="Arial" w:hAnsi="Arial"/>
        </w:rPr>
        <w:t>odcast up, we were a bit like, Oh, it</w:t>
      </w:r>
      <w:r w:rsidR="008E16D6">
        <w:rPr>
          <w:rFonts w:ascii="Arial" w:hAnsi="Arial"/>
        </w:rPr>
        <w:t>’</w:t>
      </w:r>
      <w:r>
        <w:rPr>
          <w:rFonts w:ascii="Arial" w:hAnsi="Arial"/>
        </w:rPr>
        <w:t xml:space="preserve">s </w:t>
      </w:r>
      <w:proofErr w:type="spellStart"/>
      <w:r>
        <w:rPr>
          <w:rFonts w:ascii="Arial" w:hAnsi="Arial"/>
        </w:rPr>
        <w:t>gonna</w:t>
      </w:r>
      <w:proofErr w:type="spellEnd"/>
      <w:r>
        <w:rPr>
          <w:rFonts w:ascii="Arial" w:hAnsi="Arial"/>
        </w:rPr>
        <w:t xml:space="preserve"> be really difficult to find people who want to </w:t>
      </w:r>
      <w:proofErr w:type="spellStart"/>
      <w:r>
        <w:rPr>
          <w:rFonts w:ascii="Arial" w:hAnsi="Arial"/>
        </w:rPr>
        <w:t>to</w:t>
      </w:r>
      <w:proofErr w:type="spellEnd"/>
      <w:r>
        <w:rPr>
          <w:rFonts w:ascii="Arial" w:hAnsi="Arial"/>
        </w:rPr>
        <w:t xml:space="preserve"> help I was envisaging having to talk to my disabled friends for at least a year before we got going with anybody outside of that sort of group of people that I knew. So how easy Do you two find it as podcasters to get guests on? And have you ever come across anybody where </w:t>
      </w:r>
      <w:proofErr w:type="gramStart"/>
      <w:r>
        <w:rPr>
          <w:rFonts w:ascii="Arial" w:hAnsi="Arial"/>
        </w:rPr>
        <w:t>you</w:t>
      </w:r>
      <w:r w:rsidR="008E16D6">
        <w:rPr>
          <w:rFonts w:ascii="Arial" w:hAnsi="Arial"/>
        </w:rPr>
        <w:t>’</w:t>
      </w:r>
      <w:r>
        <w:rPr>
          <w:rFonts w:ascii="Arial" w:hAnsi="Arial"/>
        </w:rPr>
        <w:t>ve</w:t>
      </w:r>
      <w:proofErr w:type="gramEnd"/>
      <w:r>
        <w:rPr>
          <w:rFonts w:ascii="Arial" w:hAnsi="Arial"/>
        </w:rPr>
        <w:t xml:space="preserve"> gone? Yeah, thanks. But no thanks, kind of thing </w:t>
      </w:r>
    </w:p>
    <w:p w14:paraId="0A75CDD8" w14:textId="77777777" w:rsidR="00FB6230" w:rsidRDefault="00FB6230">
      <w:pPr>
        <w:spacing w:after="0"/>
      </w:pPr>
    </w:p>
    <w:p w14:paraId="64669F53" w14:textId="77777777" w:rsidR="00FB6230" w:rsidRDefault="00C8764B">
      <w:pPr>
        <w:spacing w:after="0"/>
      </w:pPr>
      <w:proofErr w:type="gramStart"/>
      <w:r>
        <w:rPr>
          <w:rFonts w:ascii="Arial" w:hAnsi="Arial"/>
          <w:b/>
        </w:rPr>
        <w:t xml:space="preserve">Alice  </w:t>
      </w:r>
      <w:r>
        <w:rPr>
          <w:rFonts w:ascii="Arial" w:hAnsi="Arial"/>
          <w:color w:val="5D7284"/>
        </w:rPr>
        <w:t>30:39</w:t>
      </w:r>
      <w:proofErr w:type="gramEnd"/>
    </w:p>
    <w:p w14:paraId="4FFB1469" w14:textId="77777777" w:rsidR="00FB6230" w:rsidRDefault="00C8764B">
      <w:pPr>
        <w:spacing w:after="0"/>
      </w:pPr>
      <w:r>
        <w:rPr>
          <w:rFonts w:ascii="Arial" w:hAnsi="Arial"/>
        </w:rPr>
        <w:t xml:space="preserve"> this is a big opportunity to name drop as </w:t>
      </w:r>
      <w:proofErr w:type="gramStart"/>
      <w:r>
        <w:rPr>
          <w:rFonts w:ascii="Arial" w:hAnsi="Arial"/>
        </w:rPr>
        <w:t>well</w:t>
      </w:r>
      <w:proofErr w:type="gramEnd"/>
    </w:p>
    <w:p w14:paraId="6E4AD124" w14:textId="77777777" w:rsidR="00FB6230" w:rsidRDefault="00FB6230">
      <w:pPr>
        <w:spacing w:after="0"/>
      </w:pPr>
    </w:p>
    <w:p w14:paraId="4746397B" w14:textId="77777777" w:rsidR="00FB6230" w:rsidRDefault="00C8764B">
      <w:pPr>
        <w:spacing w:after="0"/>
      </w:pPr>
      <w:proofErr w:type="gramStart"/>
      <w:r>
        <w:rPr>
          <w:rFonts w:ascii="Arial" w:hAnsi="Arial"/>
          <w:b/>
        </w:rPr>
        <w:t xml:space="preserve">Jack  </w:t>
      </w:r>
      <w:r>
        <w:rPr>
          <w:rFonts w:ascii="Arial" w:hAnsi="Arial"/>
          <w:color w:val="5D7284"/>
        </w:rPr>
        <w:t>30:43</w:t>
      </w:r>
      <w:proofErr w:type="gramEnd"/>
    </w:p>
    <w:p w14:paraId="6C17F0A2" w14:textId="0ACBCD8D" w:rsidR="00FB6230" w:rsidRDefault="00C8764B">
      <w:pPr>
        <w:spacing w:after="0"/>
      </w:pPr>
      <w:proofErr w:type="gramStart"/>
      <w:r>
        <w:rPr>
          <w:rFonts w:ascii="Arial" w:hAnsi="Arial"/>
        </w:rPr>
        <w:t>Well</w:t>
      </w:r>
      <w:proofErr w:type="gramEnd"/>
      <w:r>
        <w:rPr>
          <w:rFonts w:ascii="Arial" w:hAnsi="Arial"/>
        </w:rPr>
        <w:t xml:space="preserve"> this is the thing. </w:t>
      </w:r>
      <w:proofErr w:type="gramStart"/>
      <w:r>
        <w:rPr>
          <w:rFonts w:ascii="Arial" w:hAnsi="Arial"/>
        </w:rPr>
        <w:t>So</w:t>
      </w:r>
      <w:proofErr w:type="gramEnd"/>
      <w:r>
        <w:rPr>
          <w:rFonts w:ascii="Arial" w:hAnsi="Arial"/>
        </w:rPr>
        <w:t xml:space="preserve"> I</w:t>
      </w:r>
      <w:r w:rsidR="008E16D6">
        <w:rPr>
          <w:rFonts w:ascii="Arial" w:hAnsi="Arial"/>
        </w:rPr>
        <w:t>’</w:t>
      </w:r>
      <w:r>
        <w:rPr>
          <w:rFonts w:ascii="Arial" w:hAnsi="Arial"/>
        </w:rPr>
        <w:t>ve got given some great advice, once by a guy I try to think of his name is Simone Singh, he wrote a book called, I gave him a little plug here, just because I</w:t>
      </w:r>
      <w:r w:rsidR="008E16D6">
        <w:rPr>
          <w:rFonts w:ascii="Arial" w:hAnsi="Arial"/>
        </w:rPr>
        <w:t>’</w:t>
      </w:r>
      <w:r>
        <w:rPr>
          <w:rFonts w:ascii="Arial" w:hAnsi="Arial"/>
        </w:rPr>
        <w:t xml:space="preserve">m always really grateful for this advice. He gave me called born to be bad. And basically, he just interviewed a bunch of </w:t>
      </w:r>
      <w:r>
        <w:rPr>
          <w:rFonts w:ascii="Arial" w:hAnsi="Arial"/>
        </w:rPr>
        <w:lastRenderedPageBreak/>
        <w:t xml:space="preserve">actors who played villains in 80s action films, and then made a book out of it. And I met him a podcast festival. And he was just saying, like, if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something that someone wants to talk about, they</w:t>
      </w:r>
      <w:r w:rsidR="008E16D6">
        <w:rPr>
          <w:rFonts w:ascii="Arial" w:hAnsi="Arial"/>
        </w:rPr>
        <w:t>’</w:t>
      </w:r>
      <w:r>
        <w:rPr>
          <w:rFonts w:ascii="Arial" w:hAnsi="Arial"/>
        </w:rPr>
        <w:t xml:space="preserve">ll probably do it. And that like just,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what kind of kind of urged us starting to go on to ask maybe some people we never thought we</w:t>
      </w:r>
      <w:r w:rsidR="008E16D6">
        <w:rPr>
          <w:rFonts w:ascii="Arial" w:hAnsi="Arial"/>
        </w:rPr>
        <w:t>’</w:t>
      </w:r>
      <w:r>
        <w:rPr>
          <w:rFonts w:ascii="Arial" w:hAnsi="Arial"/>
        </w:rPr>
        <w:t xml:space="preserve">d be able to talk to. And the first person we got as a result of that advice was RJ Mitte who was in Breaking Bad. Like, who would have I </w:t>
      </w:r>
      <w:proofErr w:type="gramStart"/>
      <w:r>
        <w:rPr>
          <w:rFonts w:ascii="Arial" w:hAnsi="Arial"/>
        </w:rPr>
        <w:t>wouldn</w:t>
      </w:r>
      <w:r w:rsidR="008E16D6">
        <w:rPr>
          <w:rFonts w:ascii="Arial" w:hAnsi="Arial"/>
        </w:rPr>
        <w:t>’</w:t>
      </w:r>
      <w:r>
        <w:rPr>
          <w:rFonts w:ascii="Arial" w:hAnsi="Arial"/>
        </w:rPr>
        <w:t>t</w:t>
      </w:r>
      <w:proofErr w:type="gramEnd"/>
      <w:r>
        <w:rPr>
          <w:rFonts w:ascii="Arial" w:hAnsi="Arial"/>
        </w:rPr>
        <w:t xml:space="preserve"> have even thought of even trying to ask him before that.</w:t>
      </w:r>
    </w:p>
    <w:p w14:paraId="6D776598" w14:textId="77777777" w:rsidR="00FB6230" w:rsidRDefault="00FB6230">
      <w:pPr>
        <w:spacing w:after="0"/>
      </w:pPr>
    </w:p>
    <w:p w14:paraId="1881640B" w14:textId="77777777" w:rsidR="00FB6230" w:rsidRDefault="00C8764B">
      <w:pPr>
        <w:spacing w:after="0"/>
      </w:pPr>
      <w:proofErr w:type="gramStart"/>
      <w:r>
        <w:rPr>
          <w:rFonts w:ascii="Arial" w:hAnsi="Arial"/>
          <w:b/>
        </w:rPr>
        <w:t xml:space="preserve">Alice  </w:t>
      </w:r>
      <w:r>
        <w:rPr>
          <w:rFonts w:ascii="Arial" w:hAnsi="Arial"/>
          <w:color w:val="5D7284"/>
        </w:rPr>
        <w:t>31:39</w:t>
      </w:r>
      <w:proofErr w:type="gramEnd"/>
    </w:p>
    <w:p w14:paraId="36E7BC29" w14:textId="63973AF2" w:rsidR="00FB6230" w:rsidRDefault="00C8764B">
      <w:pPr>
        <w:spacing w:after="0"/>
      </w:pPr>
      <w:r>
        <w:rPr>
          <w:rFonts w:ascii="Arial" w:hAnsi="Arial"/>
        </w:rPr>
        <w:t xml:space="preserve">No, we made a joke. When </w:t>
      </w:r>
      <w:proofErr w:type="spellStart"/>
      <w:r>
        <w:rPr>
          <w:rFonts w:ascii="Arial" w:hAnsi="Arial"/>
        </w:rPr>
        <w:t>cuz</w:t>
      </w:r>
      <w:proofErr w:type="spellEnd"/>
      <w:r>
        <w:rPr>
          <w:rFonts w:ascii="Arial" w:hAnsi="Arial"/>
        </w:rPr>
        <w:t xml:space="preserv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quite late to the party with Breaking Bad. </w:t>
      </w:r>
      <w:proofErr w:type="gramStart"/>
      <w:r>
        <w:rPr>
          <w:rFonts w:ascii="Arial" w:hAnsi="Arial"/>
        </w:rPr>
        <w:t>We</w:t>
      </w:r>
      <w:r w:rsidR="008E16D6">
        <w:rPr>
          <w:rFonts w:ascii="Arial" w:hAnsi="Arial"/>
        </w:rPr>
        <w:t>’</w:t>
      </w:r>
      <w:r>
        <w:rPr>
          <w:rFonts w:ascii="Arial" w:hAnsi="Arial"/>
        </w:rPr>
        <w:t>d</w:t>
      </w:r>
      <w:proofErr w:type="gramEnd"/>
      <w:r>
        <w:rPr>
          <w:rFonts w:ascii="Arial" w:hAnsi="Arial"/>
        </w:rPr>
        <w:t xml:space="preserve"> already I think, started the pod. And I messaged Lucien was like, come on cerebral palsy, people know each other, you must you literally, the only way that I kind of envisaged us being able to have somebody like that on the show. But the idea...</w:t>
      </w:r>
    </w:p>
    <w:p w14:paraId="732A3347" w14:textId="77777777" w:rsidR="00FB6230" w:rsidRDefault="00FB6230">
      <w:pPr>
        <w:spacing w:after="0"/>
      </w:pPr>
    </w:p>
    <w:p w14:paraId="34FE2873" w14:textId="77777777" w:rsidR="00FB6230" w:rsidRDefault="00C8764B">
      <w:pPr>
        <w:spacing w:after="0"/>
      </w:pPr>
      <w:proofErr w:type="gramStart"/>
      <w:r>
        <w:rPr>
          <w:rFonts w:ascii="Arial" w:hAnsi="Arial"/>
          <w:b/>
        </w:rPr>
        <w:t xml:space="preserve">Lucy  </w:t>
      </w:r>
      <w:r>
        <w:rPr>
          <w:rFonts w:ascii="Arial" w:hAnsi="Arial"/>
          <w:color w:val="5D7284"/>
        </w:rPr>
        <w:t>32:02</w:t>
      </w:r>
      <w:proofErr w:type="gramEnd"/>
    </w:p>
    <w:p w14:paraId="15628EC9" w14:textId="6966F106" w:rsidR="00FB6230" w:rsidRDefault="00C8764B">
      <w:pPr>
        <w:spacing w:after="0"/>
      </w:pPr>
      <w:r>
        <w:rPr>
          <w:rFonts w:ascii="Arial" w:hAnsi="Arial"/>
        </w:rPr>
        <w:t>I was like, clarify, this is about 11 o</w:t>
      </w:r>
      <w:r w:rsidR="008E16D6">
        <w:rPr>
          <w:rFonts w:ascii="Arial" w:hAnsi="Arial"/>
        </w:rPr>
        <w:t>’</w:t>
      </w:r>
      <w:r>
        <w:rPr>
          <w:rFonts w:ascii="Arial" w:hAnsi="Arial"/>
        </w:rPr>
        <w:t xml:space="preserve">clock at night. Let me get hold of RJ Mitte.  </w:t>
      </w:r>
      <w:proofErr w:type="spellStart"/>
      <w:r>
        <w:rPr>
          <w:rFonts w:ascii="Arial" w:hAnsi="Arial"/>
        </w:rPr>
        <w:t>i</w:t>
      </w:r>
      <w:proofErr w:type="spellEnd"/>
      <w:r>
        <w:rPr>
          <w:rFonts w:ascii="Arial" w:hAnsi="Arial"/>
        </w:rPr>
        <w:t xml:space="preserve"> </w:t>
      </w:r>
      <w:proofErr w:type="spellStart"/>
      <w:r>
        <w:rPr>
          <w:rFonts w:ascii="Arial" w:hAnsi="Arial"/>
        </w:rPr>
        <w:t>waa</w:t>
      </w:r>
      <w:proofErr w:type="spellEnd"/>
      <w:r>
        <w:rPr>
          <w:rFonts w:ascii="Arial" w:hAnsi="Arial"/>
        </w:rPr>
        <w:t xml:space="preserve"> like what?!</w:t>
      </w:r>
    </w:p>
    <w:p w14:paraId="010C61AE" w14:textId="77777777" w:rsidR="00FB6230" w:rsidRDefault="00FB6230">
      <w:pPr>
        <w:spacing w:after="0"/>
      </w:pPr>
    </w:p>
    <w:p w14:paraId="530C0D94" w14:textId="77777777" w:rsidR="00FB6230" w:rsidRDefault="00C8764B">
      <w:pPr>
        <w:spacing w:after="0"/>
      </w:pPr>
      <w:proofErr w:type="gramStart"/>
      <w:r>
        <w:rPr>
          <w:rFonts w:ascii="Arial" w:hAnsi="Arial"/>
          <w:b/>
        </w:rPr>
        <w:t xml:space="preserve">Tom  </w:t>
      </w:r>
      <w:r>
        <w:rPr>
          <w:rFonts w:ascii="Arial" w:hAnsi="Arial"/>
          <w:color w:val="5D7284"/>
        </w:rPr>
        <w:t>32:12</w:t>
      </w:r>
      <w:proofErr w:type="gramEnd"/>
    </w:p>
    <w:p w14:paraId="1071B78B" w14:textId="61691586" w:rsidR="00FB6230" w:rsidRDefault="00C8764B">
      <w:pPr>
        <w:spacing w:after="0"/>
      </w:pPr>
      <w:r>
        <w:rPr>
          <w:rFonts w:ascii="Arial" w:hAnsi="Arial"/>
        </w:rPr>
        <w:t xml:space="preserve">I think as well, like. So first,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going to preface this with jack gets all the guests pretty much.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all on him. 99% of them. I think the other thing is that we, through our work outside of the </w:t>
      </w:r>
      <w:r w:rsidR="008E16D6">
        <w:rPr>
          <w:rFonts w:ascii="Arial" w:hAnsi="Arial"/>
        </w:rPr>
        <w:t>P</w:t>
      </w:r>
      <w:r>
        <w:rPr>
          <w:rFonts w:ascii="Arial" w:hAnsi="Arial"/>
        </w:rPr>
        <w:t xml:space="preserve">odcast, and sort of just things </w:t>
      </w:r>
      <w:proofErr w:type="gramStart"/>
      <w:r>
        <w:rPr>
          <w:rFonts w:ascii="Arial" w:hAnsi="Arial"/>
        </w:rPr>
        <w:t>we</w:t>
      </w:r>
      <w:r w:rsidR="008E16D6">
        <w:rPr>
          <w:rFonts w:ascii="Arial" w:hAnsi="Arial"/>
        </w:rPr>
        <w:t>’</w:t>
      </w:r>
      <w:r>
        <w:rPr>
          <w:rFonts w:ascii="Arial" w:hAnsi="Arial"/>
        </w:rPr>
        <w:t>ve</w:t>
      </w:r>
      <w:proofErr w:type="gramEnd"/>
      <w:r>
        <w:rPr>
          <w:rFonts w:ascii="Arial" w:hAnsi="Arial"/>
        </w:rPr>
        <w:t xml:space="preserve"> done in the past, and then the </w:t>
      </w:r>
      <w:r w:rsidR="008E16D6">
        <w:rPr>
          <w:rFonts w:ascii="Arial" w:hAnsi="Arial"/>
        </w:rPr>
        <w:t>P</w:t>
      </w:r>
      <w:r>
        <w:rPr>
          <w:rFonts w:ascii="Arial" w:hAnsi="Arial"/>
        </w:rPr>
        <w:t>odcast itself, like we</w:t>
      </w:r>
      <w:r w:rsidR="008E16D6">
        <w:rPr>
          <w:rFonts w:ascii="Arial" w:hAnsi="Arial"/>
        </w:rPr>
        <w:t>’</w:t>
      </w:r>
      <w:r>
        <w:rPr>
          <w:rFonts w:ascii="Arial" w:hAnsi="Arial"/>
        </w:rPr>
        <w:t>re in a niche of the disability community, like the learning disability community of specifically, that is just so welcoming, so engaging, so interested in what we</w:t>
      </w:r>
      <w:r w:rsidR="008E16D6">
        <w:rPr>
          <w:rFonts w:ascii="Arial" w:hAnsi="Arial"/>
        </w:rPr>
        <w:t>’</w:t>
      </w:r>
      <w:r>
        <w:rPr>
          <w:rFonts w:ascii="Arial" w:hAnsi="Arial"/>
        </w:rPr>
        <w:t xml:space="preserve">re putting out in a really productive, and, you know, constructive criticism, things like that. And like, we put a lot of people who follow us on twitter who followed us from the start, who are sort of academics, disabled people, all sorts of different people from all sorts of walks of life, who are really involved in the scene, and they want nothing more than us to just do well. And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like, I think jack would be sort of, we</w:t>
      </w:r>
      <w:r w:rsidR="008E16D6">
        <w:rPr>
          <w:rFonts w:ascii="Arial" w:hAnsi="Arial"/>
        </w:rPr>
        <w:t>’</w:t>
      </w:r>
      <w:r>
        <w:rPr>
          <w:rFonts w:ascii="Arial" w:hAnsi="Arial"/>
        </w:rPr>
        <w:t>d be wrong not to acknowledge that and how we</w:t>
      </w:r>
      <w:r w:rsidR="008E16D6">
        <w:rPr>
          <w:rFonts w:ascii="Arial" w:hAnsi="Arial"/>
        </w:rPr>
        <w:t>’</w:t>
      </w:r>
      <w:r>
        <w:rPr>
          <w:rFonts w:ascii="Arial" w:hAnsi="Arial"/>
        </w:rPr>
        <w:t>ve kind of got the get we</w:t>
      </w:r>
      <w:r w:rsidR="008E16D6">
        <w:rPr>
          <w:rFonts w:ascii="Arial" w:hAnsi="Arial"/>
        </w:rPr>
        <w:t>’</w:t>
      </w:r>
      <w:r>
        <w:rPr>
          <w:rFonts w:ascii="Arial" w:hAnsi="Arial"/>
        </w:rPr>
        <w:t xml:space="preserve">ve got because the start of the guests, I know jack laughs about my mom being like one of our top listeners but like things like that were like my mom came on. And then academics, we know, follow us came on. And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like, the sort of two types of guests I guess, where you</w:t>
      </w:r>
      <w:r w:rsidR="008E16D6">
        <w:rPr>
          <w:rFonts w:ascii="Arial" w:hAnsi="Arial"/>
        </w:rPr>
        <w:t>’</w:t>
      </w:r>
      <w:r>
        <w:rPr>
          <w:rFonts w:ascii="Arial" w:hAnsi="Arial"/>
        </w:rPr>
        <w:t>ve got the big names like RJ Mitte and Sally Phillips, who come on, and they</w:t>
      </w:r>
      <w:r w:rsidR="008E16D6">
        <w:rPr>
          <w:rFonts w:ascii="Arial" w:hAnsi="Arial"/>
        </w:rPr>
        <w:t>’</w:t>
      </w:r>
      <w:r>
        <w:rPr>
          <w:rFonts w:ascii="Arial" w:hAnsi="Arial"/>
        </w:rPr>
        <w:t>re amazing. And then you</w:t>
      </w:r>
      <w:r w:rsidR="008E16D6">
        <w:rPr>
          <w:rFonts w:ascii="Arial" w:hAnsi="Arial"/>
        </w:rPr>
        <w:t>’</w:t>
      </w:r>
      <w:r>
        <w:rPr>
          <w:rFonts w:ascii="Arial" w:hAnsi="Arial"/>
        </w:rPr>
        <w:t>ve also got people who aren</w:t>
      </w:r>
      <w:r w:rsidR="008E16D6">
        <w:rPr>
          <w:rFonts w:ascii="Arial" w:hAnsi="Arial"/>
        </w:rPr>
        <w:t>’</w:t>
      </w:r>
      <w:r>
        <w:rPr>
          <w:rFonts w:ascii="Arial" w:hAnsi="Arial"/>
        </w:rPr>
        <w:t xml:space="preserve">t necessarily household </w:t>
      </w:r>
      <w:proofErr w:type="gramStart"/>
      <w:r>
        <w:rPr>
          <w:rFonts w:ascii="Arial" w:hAnsi="Arial"/>
        </w:rPr>
        <w:t>names, but</w:t>
      </w:r>
      <w:proofErr w:type="gramEnd"/>
      <w:r>
        <w:rPr>
          <w:rFonts w:ascii="Arial" w:hAnsi="Arial"/>
        </w:rPr>
        <w:t xml:space="preserve"> come on and give you really interesting in depth conversations that we had Chris Hatton on over the lockdown. And that was all about the statistics around learning disability and COVID. And it was like one of the most like mind blowing hours of podcasts we</w:t>
      </w:r>
      <w:r w:rsidR="008E16D6">
        <w:rPr>
          <w:rFonts w:ascii="Arial" w:hAnsi="Arial"/>
        </w:rPr>
        <w:t>’</w:t>
      </w:r>
      <w:r>
        <w:rPr>
          <w:rFonts w:ascii="Arial" w:hAnsi="Arial"/>
        </w:rPr>
        <w:t xml:space="preserve">ve done and not slamming Chris </w:t>
      </w:r>
      <w:proofErr w:type="gramStart"/>
      <w:r>
        <w:rPr>
          <w:rFonts w:ascii="Arial" w:hAnsi="Arial"/>
        </w:rPr>
        <w:t>Hatton  because</w:t>
      </w:r>
      <w:proofErr w:type="gramEnd"/>
      <w:r>
        <w:rPr>
          <w:rFonts w:ascii="Arial" w:hAnsi="Arial"/>
        </w:rPr>
        <w:t xml:space="preserve"> and I</w:t>
      </w:r>
      <w:r w:rsidR="008E16D6">
        <w:rPr>
          <w:rFonts w:ascii="Arial" w:hAnsi="Arial"/>
        </w:rPr>
        <w:t>’</w:t>
      </w:r>
      <w:r>
        <w:rPr>
          <w:rFonts w:ascii="Arial" w:hAnsi="Arial"/>
        </w:rPr>
        <w:t>m sure he wouldn</w:t>
      </w:r>
      <w:r w:rsidR="008E16D6">
        <w:rPr>
          <w:rFonts w:ascii="Arial" w:hAnsi="Arial"/>
        </w:rPr>
        <w:t>’</w:t>
      </w:r>
      <w:r>
        <w:rPr>
          <w:rFonts w:ascii="Arial" w:hAnsi="Arial"/>
        </w:rPr>
        <w:t>t mind if I said he</w:t>
      </w:r>
      <w:r w:rsidR="008E16D6">
        <w:rPr>
          <w:rFonts w:ascii="Arial" w:hAnsi="Arial"/>
        </w:rPr>
        <w:t>’</w:t>
      </w:r>
      <w:r>
        <w:rPr>
          <w:rFonts w:ascii="Arial" w:hAnsi="Arial"/>
        </w:rPr>
        <w:t xml:space="preserve">s not like a household name. But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really important. As well as that we have got </w:t>
      </w:r>
      <w:proofErr w:type="gramStart"/>
      <w:r>
        <w:rPr>
          <w:rFonts w:ascii="Arial" w:hAnsi="Arial"/>
        </w:rPr>
        <w:t>very lucky</w:t>
      </w:r>
      <w:proofErr w:type="gramEnd"/>
      <w:r>
        <w:rPr>
          <w:rFonts w:ascii="Arial" w:hAnsi="Arial"/>
        </w:rPr>
        <w:t xml:space="preserve"> that we</w:t>
      </w:r>
      <w:r w:rsidR="008E16D6">
        <w:rPr>
          <w:rFonts w:ascii="Arial" w:hAnsi="Arial"/>
        </w:rPr>
        <w:t>’</w:t>
      </w:r>
      <w:r>
        <w:rPr>
          <w:rFonts w:ascii="Arial" w:hAnsi="Arial"/>
        </w:rPr>
        <w:t xml:space="preserve">re in with a specific crowd. Like, we say this a lot. the disabled community is quite fractured, like the learning </w:t>
      </w:r>
      <w:proofErr w:type="spellStart"/>
      <w:r>
        <w:rPr>
          <w:rFonts w:ascii="Arial" w:hAnsi="Arial"/>
        </w:rPr>
        <w:t>disabiled</w:t>
      </w:r>
      <w:proofErr w:type="spellEnd"/>
      <w:r>
        <w:rPr>
          <w:rFonts w:ascii="Arial" w:hAnsi="Arial"/>
        </w:rPr>
        <w:t xml:space="preserve"> community as well like that.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a lot of fighting and a lot of groups that want different things and people that attach themselves to charities that other people wouldn</w:t>
      </w:r>
      <w:r w:rsidR="008E16D6">
        <w:rPr>
          <w:rFonts w:ascii="Arial" w:hAnsi="Arial"/>
        </w:rPr>
        <w:t>’</w:t>
      </w:r>
      <w:r>
        <w:rPr>
          <w:rFonts w:ascii="Arial" w:hAnsi="Arial"/>
        </w:rPr>
        <w:t>t even begin to attach results to and things like that, and we</w:t>
      </w:r>
      <w:r w:rsidR="008E16D6">
        <w:rPr>
          <w:rFonts w:ascii="Arial" w:hAnsi="Arial"/>
        </w:rPr>
        <w:t>’</w:t>
      </w:r>
      <w:r>
        <w:rPr>
          <w:rFonts w:ascii="Arial" w:hAnsi="Arial"/>
        </w:rPr>
        <w:t>re in I think jack would agree with him, we</w:t>
      </w:r>
      <w:r w:rsidR="008E16D6">
        <w:rPr>
          <w:rFonts w:ascii="Arial" w:hAnsi="Arial"/>
        </w:rPr>
        <w:t>’</w:t>
      </w:r>
      <w:r>
        <w:rPr>
          <w:rFonts w:ascii="Arial" w:hAnsi="Arial"/>
        </w:rPr>
        <w:t>d like a specific group, but they</w:t>
      </w:r>
      <w:r w:rsidR="008E16D6">
        <w:rPr>
          <w:rFonts w:ascii="Arial" w:hAnsi="Arial"/>
        </w:rPr>
        <w:t>’</w:t>
      </w:r>
      <w:r>
        <w:rPr>
          <w:rFonts w:ascii="Arial" w:hAnsi="Arial"/>
        </w:rPr>
        <w:t>re very, very supportive and very, they their politics are the same as ours. And essentially, they</w:t>
      </w:r>
      <w:r w:rsidR="008E16D6">
        <w:rPr>
          <w:rFonts w:ascii="Arial" w:hAnsi="Arial"/>
        </w:rPr>
        <w:t>’</w:t>
      </w:r>
      <w:r>
        <w:rPr>
          <w:rFonts w:ascii="Arial" w:hAnsi="Arial"/>
        </w:rPr>
        <w:t xml:space="preserve">ve just pushed this </w:t>
      </w:r>
      <w:r w:rsidR="008E16D6">
        <w:rPr>
          <w:rFonts w:ascii="Arial" w:hAnsi="Arial"/>
        </w:rPr>
        <w:t>P</w:t>
      </w:r>
      <w:r>
        <w:rPr>
          <w:rFonts w:ascii="Arial" w:hAnsi="Arial"/>
        </w:rPr>
        <w:t xml:space="preserve">odcast further than we personally could as two I think, by just being supportive and </w:t>
      </w:r>
      <w:proofErr w:type="spellStart"/>
      <w:r>
        <w:rPr>
          <w:rFonts w:ascii="Arial" w:hAnsi="Arial"/>
        </w:rPr>
        <w:t>and</w:t>
      </w:r>
      <w:proofErr w:type="spellEnd"/>
      <w:r>
        <w:rPr>
          <w:rFonts w:ascii="Arial" w:hAnsi="Arial"/>
        </w:rPr>
        <w:t xml:space="preserve"> that snowball effect so I think we, if any of them are listening now and they</w:t>
      </w:r>
      <w:r w:rsidR="008E16D6">
        <w:rPr>
          <w:rFonts w:ascii="Arial" w:hAnsi="Arial"/>
        </w:rPr>
        <w:t>’</w:t>
      </w:r>
      <w:r>
        <w:rPr>
          <w:rFonts w:ascii="Arial" w:hAnsi="Arial"/>
        </w:rPr>
        <w:t>ll know who they are like we kind of have  the reference limb like one of the reasons we</w:t>
      </w:r>
      <w:r w:rsidR="008E16D6">
        <w:rPr>
          <w:rFonts w:ascii="Arial" w:hAnsi="Arial"/>
        </w:rPr>
        <w:t>’</w:t>
      </w:r>
      <w:r>
        <w:rPr>
          <w:rFonts w:ascii="Arial" w:hAnsi="Arial"/>
        </w:rPr>
        <w:t>ve had so many great guests because we</w:t>
      </w:r>
      <w:r w:rsidR="008E16D6">
        <w:rPr>
          <w:rFonts w:ascii="Arial" w:hAnsi="Arial"/>
        </w:rPr>
        <w:t>’</w:t>
      </w:r>
      <w:r>
        <w:rPr>
          <w:rFonts w:ascii="Arial" w:hAnsi="Arial"/>
        </w:rPr>
        <w:t>re just very lucky that we</w:t>
      </w:r>
      <w:r w:rsidR="008E16D6">
        <w:rPr>
          <w:rFonts w:ascii="Arial" w:hAnsi="Arial"/>
        </w:rPr>
        <w:t>’</w:t>
      </w:r>
      <w:r>
        <w:rPr>
          <w:rFonts w:ascii="Arial" w:hAnsi="Arial"/>
        </w:rPr>
        <w:t xml:space="preserve">ve had that support and I think </w:t>
      </w:r>
      <w:r>
        <w:rPr>
          <w:rFonts w:ascii="Arial" w:hAnsi="Arial"/>
        </w:rPr>
        <w:lastRenderedPageBreak/>
        <w:t>you guys will know like the wider Disabled community as well as such as what group of people who really want to help and if you if they know that you</w:t>
      </w:r>
      <w:r w:rsidR="008E16D6">
        <w:rPr>
          <w:rFonts w:ascii="Arial" w:hAnsi="Arial"/>
        </w:rPr>
        <w:t>’</w:t>
      </w:r>
      <w:r>
        <w:rPr>
          <w:rFonts w:ascii="Arial" w:hAnsi="Arial"/>
        </w:rPr>
        <w:t>re doing it for the right reasons, which I think jack made relatively clear in the first few episodes that we weren</w:t>
      </w:r>
      <w:r w:rsidR="008E16D6">
        <w:rPr>
          <w:rFonts w:ascii="Arial" w:hAnsi="Arial"/>
        </w:rPr>
        <w:t>’</w:t>
      </w:r>
      <w:r>
        <w:rPr>
          <w:rFonts w:ascii="Arial" w:hAnsi="Arial"/>
        </w:rPr>
        <w:t>t exactly we don</w:t>
      </w:r>
      <w:r w:rsidR="008E16D6">
        <w:rPr>
          <w:rFonts w:ascii="Arial" w:hAnsi="Arial"/>
        </w:rPr>
        <w:t>’</w:t>
      </w:r>
      <w:r>
        <w:rPr>
          <w:rFonts w:ascii="Arial" w:hAnsi="Arial"/>
        </w:rPr>
        <w:t xml:space="preserve">t have like massive advertisements every 20 seconds in the </w:t>
      </w:r>
      <w:r w:rsidR="008E16D6">
        <w:rPr>
          <w:rFonts w:ascii="Arial" w:hAnsi="Arial"/>
        </w:rPr>
        <w:t>P</w:t>
      </w:r>
      <w:r>
        <w:rPr>
          <w:rFonts w:ascii="Arial" w:hAnsi="Arial"/>
        </w:rPr>
        <w:t>odcast we</w:t>
      </w:r>
      <w:r w:rsidR="008E16D6">
        <w:rPr>
          <w:rFonts w:ascii="Arial" w:hAnsi="Arial"/>
        </w:rPr>
        <w:t>’</w:t>
      </w:r>
      <w:r>
        <w:rPr>
          <w:rFonts w:ascii="Arial" w:hAnsi="Arial"/>
        </w:rPr>
        <w:t xml:space="preserve">re not raking in money from or anything like that. We just, Yeah, we do Basically, money making what jack does I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ever get it. I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ever get it.</w:t>
      </w:r>
    </w:p>
    <w:p w14:paraId="759B0717" w14:textId="77777777" w:rsidR="00FB6230" w:rsidRDefault="00FB6230">
      <w:pPr>
        <w:spacing w:after="0"/>
      </w:pPr>
    </w:p>
    <w:p w14:paraId="576BF504" w14:textId="77777777" w:rsidR="00FB6230" w:rsidRDefault="00C8764B">
      <w:pPr>
        <w:spacing w:after="0"/>
      </w:pPr>
      <w:proofErr w:type="gramStart"/>
      <w:r>
        <w:rPr>
          <w:rFonts w:ascii="Arial" w:hAnsi="Arial"/>
          <w:b/>
        </w:rPr>
        <w:t xml:space="preserve">Jack  </w:t>
      </w:r>
      <w:r>
        <w:rPr>
          <w:rFonts w:ascii="Arial" w:hAnsi="Arial"/>
          <w:color w:val="5D7284"/>
        </w:rPr>
        <w:t>34:58</w:t>
      </w:r>
      <w:proofErr w:type="gramEnd"/>
    </w:p>
    <w:p w14:paraId="63A37770" w14:textId="77777777" w:rsidR="00FB6230" w:rsidRDefault="00C8764B">
      <w:pPr>
        <w:spacing w:after="0"/>
      </w:pPr>
      <w:r>
        <w:rPr>
          <w:rFonts w:ascii="Arial" w:hAnsi="Arial"/>
        </w:rPr>
        <w:t>we lose money Sound Cloud!</w:t>
      </w:r>
    </w:p>
    <w:p w14:paraId="1129ED7D" w14:textId="77777777" w:rsidR="00FB6230" w:rsidRDefault="00FB6230">
      <w:pPr>
        <w:spacing w:after="0"/>
      </w:pPr>
    </w:p>
    <w:p w14:paraId="10889A2C" w14:textId="77777777" w:rsidR="00FB6230" w:rsidRDefault="00C8764B">
      <w:pPr>
        <w:spacing w:after="0"/>
      </w:pPr>
      <w:proofErr w:type="gramStart"/>
      <w:r>
        <w:rPr>
          <w:rFonts w:ascii="Arial" w:hAnsi="Arial"/>
          <w:b/>
        </w:rPr>
        <w:t xml:space="preserve">Tom  </w:t>
      </w:r>
      <w:r>
        <w:rPr>
          <w:rFonts w:ascii="Arial" w:hAnsi="Arial"/>
          <w:color w:val="5D7284"/>
        </w:rPr>
        <w:t>35:07</w:t>
      </w:r>
      <w:proofErr w:type="gramEnd"/>
    </w:p>
    <w:p w14:paraId="638F4194" w14:textId="77777777" w:rsidR="00FB6230" w:rsidRDefault="00C8764B">
      <w:pPr>
        <w:spacing w:after="0"/>
      </w:pPr>
      <w:r>
        <w:rPr>
          <w:rFonts w:ascii="Arial" w:hAnsi="Arial"/>
        </w:rPr>
        <w:t xml:space="preserve">How much is it seven pounds or </w:t>
      </w:r>
      <w:proofErr w:type="gramStart"/>
      <w:r>
        <w:rPr>
          <w:rFonts w:ascii="Arial" w:hAnsi="Arial"/>
        </w:rPr>
        <w:t>something</w:t>
      </w:r>
      <w:proofErr w:type="gramEnd"/>
    </w:p>
    <w:p w14:paraId="09D3C26E" w14:textId="77777777" w:rsidR="00FB6230" w:rsidRDefault="00FB6230">
      <w:pPr>
        <w:spacing w:after="0"/>
      </w:pPr>
    </w:p>
    <w:p w14:paraId="1BD6AC83" w14:textId="77777777" w:rsidR="00FB6230" w:rsidRDefault="00C8764B">
      <w:pPr>
        <w:spacing w:after="0"/>
      </w:pPr>
      <w:proofErr w:type="gramStart"/>
      <w:r>
        <w:rPr>
          <w:rFonts w:ascii="Arial" w:hAnsi="Arial"/>
          <w:b/>
        </w:rPr>
        <w:t xml:space="preserve">Jack  </w:t>
      </w:r>
      <w:r>
        <w:rPr>
          <w:rFonts w:ascii="Arial" w:hAnsi="Arial"/>
          <w:color w:val="5D7284"/>
        </w:rPr>
        <w:t>35:09</w:t>
      </w:r>
      <w:proofErr w:type="gramEnd"/>
    </w:p>
    <w:p w14:paraId="15A4DA0F" w14:textId="3405EAA2" w:rsidR="00FB6230" w:rsidRDefault="00C8764B">
      <w:pPr>
        <w:spacing w:after="0"/>
      </w:pPr>
      <w:r>
        <w:rPr>
          <w:rFonts w:ascii="Arial" w:hAnsi="Arial"/>
        </w:rPr>
        <w:t xml:space="preserve">seven pounds a month? I probably owe you a lot of money now that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come out. I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know how much this Squadcast thing is? </w:t>
      </w:r>
    </w:p>
    <w:p w14:paraId="704E3B53" w14:textId="77777777" w:rsidR="00FB6230" w:rsidRDefault="00FB6230">
      <w:pPr>
        <w:spacing w:after="0"/>
      </w:pPr>
    </w:p>
    <w:p w14:paraId="0446E31B" w14:textId="77777777" w:rsidR="00FB6230" w:rsidRDefault="00C8764B">
      <w:pPr>
        <w:spacing w:after="0"/>
      </w:pPr>
      <w:proofErr w:type="gramStart"/>
      <w:r>
        <w:rPr>
          <w:rFonts w:ascii="Arial" w:hAnsi="Arial"/>
          <w:b/>
        </w:rPr>
        <w:t xml:space="preserve">Alice  </w:t>
      </w:r>
      <w:r>
        <w:rPr>
          <w:rFonts w:ascii="Arial" w:hAnsi="Arial"/>
          <w:color w:val="5D7284"/>
        </w:rPr>
        <w:t>35:16</w:t>
      </w:r>
      <w:proofErr w:type="gramEnd"/>
    </w:p>
    <w:p w14:paraId="2E833157" w14:textId="4515C5A1" w:rsidR="00FB6230" w:rsidRDefault="00C8764B">
      <w:pPr>
        <w:spacing w:after="0"/>
      </w:pPr>
      <w:r>
        <w:rPr>
          <w:rFonts w:ascii="Arial" w:hAnsi="Arial"/>
        </w:rPr>
        <w:t xml:space="preserve">I was just </w:t>
      </w:r>
      <w:proofErr w:type="spellStart"/>
      <w:r>
        <w:rPr>
          <w:rFonts w:ascii="Arial" w:hAnsi="Arial"/>
        </w:rPr>
        <w:t>gonna</w:t>
      </w:r>
      <w:proofErr w:type="spellEnd"/>
      <w:r>
        <w:rPr>
          <w:rFonts w:ascii="Arial" w:hAnsi="Arial"/>
        </w:rPr>
        <w:t xml:space="preserve"> say that its </w:t>
      </w:r>
      <w:proofErr w:type="gramStart"/>
      <w:r>
        <w:rPr>
          <w:rFonts w:ascii="Arial" w:hAnsi="Arial"/>
        </w:rPr>
        <w:t>clearly ,</w:t>
      </w:r>
      <w:proofErr w:type="gramEnd"/>
      <w:r>
        <w:rPr>
          <w:rFonts w:ascii="Arial" w:hAnsi="Arial"/>
        </w:rPr>
        <w:t xml:space="preserve"> fucking £7 a month </w:t>
      </w:r>
      <w:proofErr w:type="spellStart"/>
      <w:r>
        <w:rPr>
          <w:rFonts w:ascii="Arial" w:hAnsi="Arial"/>
        </w:rPr>
        <w:t>i</w:t>
      </w:r>
      <w:proofErr w:type="spellEnd"/>
      <w:r>
        <w:rPr>
          <w:rFonts w:ascii="Arial" w:hAnsi="Arial"/>
        </w:rPr>
        <w:t xml:space="preserve"> spend that  on coffee </w:t>
      </w:r>
      <w:proofErr w:type="spellStart"/>
      <w:r>
        <w:rPr>
          <w:rFonts w:ascii="Arial" w:hAnsi="Arial"/>
        </w:rPr>
        <w:t>i</w:t>
      </w:r>
      <w:proofErr w:type="spellEnd"/>
      <w:r>
        <w:rPr>
          <w:rFonts w:ascii="Arial" w:hAnsi="Arial"/>
        </w:rPr>
        <w:t xml:space="preserve"> don</w:t>
      </w:r>
      <w:r w:rsidR="008E16D6">
        <w:rPr>
          <w:rFonts w:ascii="Arial" w:hAnsi="Arial"/>
        </w:rPr>
        <w:t>’</w:t>
      </w:r>
      <w:r>
        <w:rPr>
          <w:rFonts w:ascii="Arial" w:hAnsi="Arial"/>
        </w:rPr>
        <w:t>t finish</w:t>
      </w:r>
    </w:p>
    <w:p w14:paraId="7A08A8B9" w14:textId="77777777" w:rsidR="00FB6230" w:rsidRDefault="00FB6230">
      <w:pPr>
        <w:spacing w:after="0"/>
      </w:pPr>
    </w:p>
    <w:p w14:paraId="393DC468" w14:textId="77777777" w:rsidR="00FB6230" w:rsidRDefault="00C8764B">
      <w:pPr>
        <w:spacing w:after="0"/>
      </w:pPr>
      <w:proofErr w:type="gramStart"/>
      <w:r>
        <w:rPr>
          <w:rFonts w:ascii="Arial" w:hAnsi="Arial"/>
          <w:b/>
        </w:rPr>
        <w:t xml:space="preserve">Jack  </w:t>
      </w:r>
      <w:r>
        <w:rPr>
          <w:rFonts w:ascii="Arial" w:hAnsi="Arial"/>
          <w:color w:val="5D7284"/>
        </w:rPr>
        <w:t>35:26</w:t>
      </w:r>
      <w:proofErr w:type="gramEnd"/>
    </w:p>
    <w:p w14:paraId="11A4A5B9" w14:textId="386BF89D" w:rsidR="00FB6230" w:rsidRDefault="00C8764B">
      <w:pPr>
        <w:spacing w:after="0"/>
      </w:pPr>
      <w:r>
        <w:rPr>
          <w:rFonts w:ascii="Arial" w:hAnsi="Arial"/>
        </w:rPr>
        <w:t xml:space="preserve">I think yeah,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something for guests where the </w:t>
      </w:r>
      <w:proofErr w:type="spellStart"/>
      <w:r>
        <w:rPr>
          <w:rFonts w:ascii="Arial" w:hAnsi="Arial"/>
        </w:rPr>
        <w:t>the</w:t>
      </w:r>
      <w:proofErr w:type="spellEnd"/>
      <w:r>
        <w:rPr>
          <w:rFonts w:ascii="Arial" w:hAnsi="Arial"/>
        </w:rPr>
        <w:t xml:space="preserve"> underlying like the </w:t>
      </w:r>
      <w:proofErr w:type="spellStart"/>
      <w:r>
        <w:rPr>
          <w:rFonts w:ascii="Arial" w:hAnsi="Arial"/>
        </w:rPr>
        <w:t>the</w:t>
      </w:r>
      <w:proofErr w:type="spellEnd"/>
      <w:r>
        <w:rPr>
          <w:rFonts w:ascii="Arial" w:hAnsi="Arial"/>
        </w:rPr>
        <w:t xml:space="preserve"> people that come on that aren</w:t>
      </w:r>
      <w:r w:rsidR="008E16D6">
        <w:rPr>
          <w:rFonts w:ascii="Arial" w:hAnsi="Arial"/>
        </w:rPr>
        <w:t>’</w:t>
      </w:r>
      <w:r>
        <w:rPr>
          <w:rFonts w:ascii="Arial" w:hAnsi="Arial"/>
        </w:rPr>
        <w:t xml:space="preserve">t necessarily household names but give us really great stuff. Like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important to us as the </w:t>
      </w:r>
      <w:proofErr w:type="spellStart"/>
      <w:r>
        <w:rPr>
          <w:rFonts w:ascii="Arial" w:hAnsi="Arial"/>
        </w:rPr>
        <w:t>the</w:t>
      </w:r>
      <w:proofErr w:type="spellEnd"/>
      <w:r>
        <w:rPr>
          <w:rFonts w:ascii="Arial" w:hAnsi="Arial"/>
        </w:rPr>
        <w:t xml:space="preserve"> chasing those like Sally Phillips and </w:t>
      </w:r>
      <w:proofErr w:type="spellStart"/>
      <w:r>
        <w:rPr>
          <w:rFonts w:ascii="Arial" w:hAnsi="Arial"/>
        </w:rPr>
        <w:t>Tanni</w:t>
      </w:r>
      <w:proofErr w:type="spellEnd"/>
      <w:r>
        <w:rPr>
          <w:rFonts w:ascii="Arial" w:hAnsi="Arial"/>
        </w:rPr>
        <w:t xml:space="preserve"> grey Thompson and people that like make your friends go what you have them, like as two different types of guests, I think both are really important to us.</w:t>
      </w:r>
    </w:p>
    <w:p w14:paraId="747658CF" w14:textId="77777777" w:rsidR="00FB6230" w:rsidRDefault="00FB6230">
      <w:pPr>
        <w:spacing w:after="0"/>
      </w:pPr>
    </w:p>
    <w:p w14:paraId="7B39FCA6" w14:textId="77777777" w:rsidR="00FB6230" w:rsidRDefault="00C8764B">
      <w:pPr>
        <w:spacing w:after="0"/>
      </w:pPr>
      <w:proofErr w:type="gramStart"/>
      <w:r>
        <w:rPr>
          <w:rFonts w:ascii="Arial" w:hAnsi="Arial"/>
          <w:b/>
        </w:rPr>
        <w:t xml:space="preserve">Lucy  </w:t>
      </w:r>
      <w:r>
        <w:rPr>
          <w:rFonts w:ascii="Arial" w:hAnsi="Arial"/>
          <w:color w:val="5D7284"/>
        </w:rPr>
        <w:t>35:49</w:t>
      </w:r>
      <w:proofErr w:type="gramEnd"/>
    </w:p>
    <w:p w14:paraId="7A9E6B74" w14:textId="690CF4D6" w:rsidR="00FB6230" w:rsidRDefault="00C8764B">
      <w:pPr>
        <w:spacing w:after="0"/>
      </w:pPr>
      <w:r>
        <w:rPr>
          <w:rFonts w:ascii="Arial" w:hAnsi="Arial"/>
        </w:rPr>
        <w:t>I think it</w:t>
      </w:r>
      <w:r w:rsidR="008E16D6">
        <w:rPr>
          <w:rFonts w:ascii="Arial" w:hAnsi="Arial"/>
        </w:rPr>
        <w:t>’</w:t>
      </w:r>
      <w:r>
        <w:rPr>
          <w:rFonts w:ascii="Arial" w:hAnsi="Arial"/>
        </w:rPr>
        <w:t xml:space="preserve">s </w:t>
      </w:r>
      <w:proofErr w:type="gramStart"/>
      <w:r>
        <w:rPr>
          <w:rFonts w:ascii="Arial" w:hAnsi="Arial"/>
        </w:rPr>
        <w:t>very,</w:t>
      </w:r>
      <w:proofErr w:type="gramEnd"/>
      <w:r>
        <w:rPr>
          <w:rFonts w:ascii="Arial" w:hAnsi="Arial"/>
        </w:rPr>
        <w:t xml:space="preserve"> you have to be very careful to find the right balance. </w:t>
      </w:r>
      <w:proofErr w:type="gramStart"/>
      <w:r>
        <w:rPr>
          <w:rFonts w:ascii="Arial" w:hAnsi="Arial"/>
        </w:rPr>
        <w:t>So</w:t>
      </w:r>
      <w:proofErr w:type="gramEnd"/>
      <w:r>
        <w:rPr>
          <w:rFonts w:ascii="Arial" w:hAnsi="Arial"/>
        </w:rPr>
        <w:t xml:space="preserve"> I think the aim that me and Alice announced we continue it earlier, but I think this is the kind of thing you got to call off got a whole bunch of stuff </w:t>
      </w:r>
      <w:proofErr w:type="spellStart"/>
      <w:r>
        <w:rPr>
          <w:rFonts w:ascii="Arial" w:hAnsi="Arial"/>
        </w:rPr>
        <w:t>i</w:t>
      </w:r>
      <w:proofErr w:type="spellEnd"/>
      <w:r>
        <w:rPr>
          <w:rFonts w:ascii="Arial" w:hAnsi="Arial"/>
        </w:rPr>
        <w:t xml:space="preserve"> really </w:t>
      </w:r>
      <w:proofErr w:type="spellStart"/>
      <w:r>
        <w:rPr>
          <w:rFonts w:ascii="Arial" w:hAnsi="Arial"/>
        </w:rPr>
        <w:t>didnt</w:t>
      </w:r>
      <w:proofErr w:type="spellEnd"/>
      <w:r>
        <w:rPr>
          <w:rFonts w:ascii="Arial" w:hAnsi="Arial"/>
        </w:rPr>
        <w:t xml:space="preserve"> agree with</w:t>
      </w:r>
    </w:p>
    <w:p w14:paraId="2A8D4AC9" w14:textId="77777777" w:rsidR="00FB6230" w:rsidRDefault="00FB6230">
      <w:pPr>
        <w:spacing w:after="0"/>
      </w:pPr>
    </w:p>
    <w:p w14:paraId="097ACE6D" w14:textId="77777777" w:rsidR="00FB6230" w:rsidRDefault="00C8764B">
      <w:pPr>
        <w:spacing w:after="0"/>
      </w:pPr>
      <w:proofErr w:type="gramStart"/>
      <w:r>
        <w:rPr>
          <w:rFonts w:ascii="Arial" w:hAnsi="Arial"/>
          <w:b/>
        </w:rPr>
        <w:t xml:space="preserve">Alice  </w:t>
      </w:r>
      <w:r>
        <w:rPr>
          <w:rFonts w:ascii="Arial" w:hAnsi="Arial"/>
          <w:color w:val="5D7284"/>
        </w:rPr>
        <w:t>36:08</w:t>
      </w:r>
      <w:proofErr w:type="gramEnd"/>
    </w:p>
    <w:p w14:paraId="474DD110" w14:textId="77777777" w:rsidR="00FB6230" w:rsidRDefault="00C8764B">
      <w:pPr>
        <w:spacing w:after="0"/>
      </w:pPr>
      <w:r>
        <w:rPr>
          <w:rFonts w:ascii="Arial" w:hAnsi="Arial"/>
        </w:rPr>
        <w:t xml:space="preserve">I </w:t>
      </w:r>
      <w:proofErr w:type="spellStart"/>
      <w:proofErr w:type="gramStart"/>
      <w:r>
        <w:rPr>
          <w:rFonts w:ascii="Arial" w:hAnsi="Arial"/>
        </w:rPr>
        <w:t>woundnt</w:t>
      </w:r>
      <w:proofErr w:type="spellEnd"/>
      <w:r>
        <w:rPr>
          <w:rFonts w:ascii="Arial" w:hAnsi="Arial"/>
        </w:rPr>
        <w:t xml:space="preserve">  wait</w:t>
      </w:r>
      <w:proofErr w:type="gramEnd"/>
      <w:r>
        <w:rPr>
          <w:rFonts w:ascii="Arial" w:hAnsi="Arial"/>
        </w:rPr>
        <w:t xml:space="preserve"> until after the recording.</w:t>
      </w:r>
    </w:p>
    <w:p w14:paraId="0F5A25C3" w14:textId="77777777" w:rsidR="00FB6230" w:rsidRDefault="00FB6230">
      <w:pPr>
        <w:spacing w:after="0"/>
      </w:pPr>
    </w:p>
    <w:p w14:paraId="1067603E" w14:textId="77777777" w:rsidR="00FB6230" w:rsidRDefault="00C8764B">
      <w:pPr>
        <w:spacing w:after="0"/>
      </w:pPr>
      <w:proofErr w:type="gramStart"/>
      <w:r>
        <w:rPr>
          <w:rFonts w:ascii="Arial" w:hAnsi="Arial"/>
          <w:b/>
        </w:rPr>
        <w:t xml:space="preserve">Lucy  </w:t>
      </w:r>
      <w:r>
        <w:rPr>
          <w:rFonts w:ascii="Arial" w:hAnsi="Arial"/>
          <w:color w:val="5D7284"/>
        </w:rPr>
        <w:t>36:16</w:t>
      </w:r>
      <w:proofErr w:type="gramEnd"/>
    </w:p>
    <w:p w14:paraId="68E3D90D" w14:textId="14A5E7E4" w:rsidR="00FB6230" w:rsidRDefault="00C8764B">
      <w:pPr>
        <w:spacing w:after="0"/>
      </w:pPr>
      <w:r>
        <w:rPr>
          <w:rFonts w:ascii="Arial" w:hAnsi="Arial"/>
        </w:rPr>
        <w:t xml:space="preserve">kind of feel we want to get it, you know, maybe get the odd, well known person on. And then. </w:t>
      </w:r>
      <w:proofErr w:type="gramStart"/>
      <w:r>
        <w:rPr>
          <w:rFonts w:ascii="Arial" w:hAnsi="Arial"/>
        </w:rPr>
        <w:t>So</w:t>
      </w:r>
      <w:proofErr w:type="gramEnd"/>
      <w:r>
        <w:rPr>
          <w:rFonts w:ascii="Arial" w:hAnsi="Arial"/>
        </w:rPr>
        <w:t xml:space="preserve"> like 5% of the time get a </w:t>
      </w:r>
      <w:proofErr w:type="spellStart"/>
      <w:r>
        <w:rPr>
          <w:rFonts w:ascii="Arial" w:hAnsi="Arial"/>
        </w:rPr>
        <w:t>well known</w:t>
      </w:r>
      <w:proofErr w:type="spellEnd"/>
      <w:r>
        <w:rPr>
          <w:rFonts w:ascii="Arial" w:hAnsi="Arial"/>
        </w:rPr>
        <w:t xml:space="preserve"> person. And then the rest of the time, just get </w:t>
      </w:r>
      <w:proofErr w:type="gramStart"/>
      <w:r>
        <w:rPr>
          <w:rFonts w:ascii="Arial" w:hAnsi="Arial"/>
        </w:rPr>
        <w:t>your,  because</w:t>
      </w:r>
      <w:proofErr w:type="gramEnd"/>
      <w:r>
        <w:rPr>
          <w:rFonts w:ascii="Arial" w:hAnsi="Arial"/>
        </w:rPr>
        <w:t xml:space="preserve"> I think they</w:t>
      </w:r>
      <w:r w:rsidR="008E16D6">
        <w:rPr>
          <w:rFonts w:ascii="Arial" w:hAnsi="Arial"/>
        </w:rPr>
        <w:t>’</w:t>
      </w:r>
      <w:r>
        <w:rPr>
          <w:rFonts w:ascii="Arial" w:hAnsi="Arial"/>
        </w:rPr>
        <w:t>re the best kind of stories. ordinary people</w:t>
      </w:r>
      <w:r w:rsidR="008E16D6">
        <w:rPr>
          <w:rFonts w:ascii="Arial" w:hAnsi="Arial"/>
        </w:rPr>
        <w:t>’</w:t>
      </w:r>
      <w:r>
        <w:rPr>
          <w:rFonts w:ascii="Arial" w:hAnsi="Arial"/>
        </w:rPr>
        <w:t xml:space="preserve">s stories are the best kinds of </w:t>
      </w:r>
      <w:proofErr w:type="gramStart"/>
      <w:r>
        <w:rPr>
          <w:rFonts w:ascii="Arial" w:hAnsi="Arial"/>
        </w:rPr>
        <w:t>stories</w:t>
      </w:r>
      <w:proofErr w:type="gramEnd"/>
    </w:p>
    <w:p w14:paraId="080AC036" w14:textId="77777777" w:rsidR="00FB6230" w:rsidRDefault="00FB6230">
      <w:pPr>
        <w:spacing w:after="0"/>
      </w:pPr>
    </w:p>
    <w:p w14:paraId="1F7C8E18" w14:textId="77777777" w:rsidR="00FB6230" w:rsidRDefault="00C8764B">
      <w:pPr>
        <w:spacing w:after="0"/>
      </w:pPr>
      <w:proofErr w:type="gramStart"/>
      <w:r>
        <w:rPr>
          <w:rFonts w:ascii="Arial" w:hAnsi="Arial"/>
          <w:b/>
        </w:rPr>
        <w:t xml:space="preserve">Jack  </w:t>
      </w:r>
      <w:r>
        <w:rPr>
          <w:rFonts w:ascii="Arial" w:hAnsi="Arial"/>
          <w:color w:val="5D7284"/>
        </w:rPr>
        <w:t>36:38</w:t>
      </w:r>
      <w:proofErr w:type="gramEnd"/>
    </w:p>
    <w:p w14:paraId="0863E439" w14:textId="77777777" w:rsidR="00FB6230" w:rsidRDefault="00C8764B">
      <w:pPr>
        <w:spacing w:after="0"/>
      </w:pPr>
      <w:r>
        <w:rPr>
          <w:rFonts w:ascii="Arial" w:hAnsi="Arial"/>
        </w:rPr>
        <w:t>oh yeah sure,</w:t>
      </w:r>
    </w:p>
    <w:p w14:paraId="7B370657" w14:textId="77777777" w:rsidR="00FB6230" w:rsidRDefault="00FB6230">
      <w:pPr>
        <w:spacing w:after="0"/>
      </w:pPr>
    </w:p>
    <w:p w14:paraId="08FB3B2F" w14:textId="77777777" w:rsidR="00FB6230" w:rsidRDefault="00C8764B">
      <w:pPr>
        <w:spacing w:after="0"/>
      </w:pPr>
      <w:proofErr w:type="gramStart"/>
      <w:r>
        <w:rPr>
          <w:rFonts w:ascii="Arial" w:hAnsi="Arial"/>
          <w:b/>
        </w:rPr>
        <w:t xml:space="preserve">Lucy  </w:t>
      </w:r>
      <w:r>
        <w:rPr>
          <w:rFonts w:ascii="Arial" w:hAnsi="Arial"/>
          <w:color w:val="5D7284"/>
        </w:rPr>
        <w:t>36:38</w:t>
      </w:r>
      <w:proofErr w:type="gramEnd"/>
    </w:p>
    <w:p w14:paraId="291A2C0E" w14:textId="15032C44" w:rsidR="00FB6230" w:rsidRDefault="00C8764B">
      <w:pPr>
        <w:spacing w:after="0"/>
      </w:pPr>
      <w:r>
        <w:rPr>
          <w:rFonts w:ascii="Arial" w:hAnsi="Arial"/>
        </w:rPr>
        <w:t xml:space="preserve">um, but I also think that having people who are well known gets your </w:t>
      </w:r>
      <w:r w:rsidR="008E16D6">
        <w:rPr>
          <w:rFonts w:ascii="Arial" w:hAnsi="Arial"/>
        </w:rPr>
        <w:t>P</w:t>
      </w:r>
      <w:r>
        <w:rPr>
          <w:rFonts w:ascii="Arial" w:hAnsi="Arial"/>
        </w:rPr>
        <w:t>odcast out to more people to listen ....</w:t>
      </w:r>
    </w:p>
    <w:p w14:paraId="6C18CE7B" w14:textId="77777777" w:rsidR="00FB6230" w:rsidRDefault="00FB6230">
      <w:pPr>
        <w:spacing w:after="0"/>
      </w:pPr>
    </w:p>
    <w:p w14:paraId="0EB623C5" w14:textId="77777777" w:rsidR="00FB6230" w:rsidRDefault="00C8764B">
      <w:pPr>
        <w:spacing w:after="0"/>
      </w:pPr>
      <w:proofErr w:type="gramStart"/>
      <w:r>
        <w:rPr>
          <w:rFonts w:ascii="Arial" w:hAnsi="Arial"/>
          <w:b/>
        </w:rPr>
        <w:t xml:space="preserve">Jack  </w:t>
      </w:r>
      <w:r>
        <w:rPr>
          <w:rFonts w:ascii="Arial" w:hAnsi="Arial"/>
          <w:color w:val="5D7284"/>
        </w:rPr>
        <w:t>36:48</w:t>
      </w:r>
      <w:proofErr w:type="gramEnd"/>
    </w:p>
    <w:p w14:paraId="7C87035F" w14:textId="54407EFD" w:rsidR="00FB6230" w:rsidRDefault="00C8764B">
      <w:pPr>
        <w:spacing w:after="0"/>
      </w:pPr>
      <w:r>
        <w:rPr>
          <w:rFonts w:ascii="Arial" w:hAnsi="Arial"/>
        </w:rPr>
        <w:t xml:space="preserve">Yeah, like I said, like, you know, one of our main kind of things was to, you know, for people who have never really taken any kind of interest in, you know, disability activism at all, to get them to listen is to have, you know, some guests that they may be a fan of. And then, like, one, I think, is one of the </w:t>
      </w:r>
      <w:proofErr w:type="gramStart"/>
      <w:r>
        <w:rPr>
          <w:rFonts w:ascii="Arial" w:hAnsi="Arial"/>
        </w:rPr>
        <w:t>most  like</w:t>
      </w:r>
      <w:proofErr w:type="gramEnd"/>
      <w:r>
        <w:rPr>
          <w:rFonts w:ascii="Arial" w:hAnsi="Arial"/>
        </w:rPr>
        <w:t>, it was one of our shortest interviews and one of the shortest episodes but we had a musician called  Frank Turner, yeah, who</w:t>
      </w:r>
      <w:r w:rsidR="008E16D6">
        <w:rPr>
          <w:rFonts w:ascii="Arial" w:hAnsi="Arial"/>
        </w:rPr>
        <w:t>’</w:t>
      </w:r>
      <w:r>
        <w:rPr>
          <w:rFonts w:ascii="Arial" w:hAnsi="Arial"/>
        </w:rPr>
        <w:t xml:space="preserve">s Yeah, huge following. What was happening is he </w:t>
      </w:r>
      <w:proofErr w:type="spellStart"/>
      <w:r>
        <w:rPr>
          <w:rFonts w:ascii="Arial" w:hAnsi="Arial"/>
        </w:rPr>
        <w:t>he</w:t>
      </w:r>
      <w:proofErr w:type="spellEnd"/>
      <w:r>
        <w:rPr>
          <w:rFonts w:ascii="Arial" w:hAnsi="Arial"/>
        </w:rPr>
        <w:t xml:space="preserve"> had started doing partner work with gig buddy, so he was trying to arrange it for </w:t>
      </w:r>
      <w:proofErr w:type="spellStart"/>
      <w:r>
        <w:rPr>
          <w:rFonts w:ascii="Arial" w:hAnsi="Arial"/>
        </w:rPr>
        <w:t>carers</w:t>
      </w:r>
      <w:proofErr w:type="spellEnd"/>
      <w:r>
        <w:rPr>
          <w:rFonts w:ascii="Arial" w:hAnsi="Arial"/>
        </w:rPr>
        <w:t xml:space="preserve">, and then several people to come in, enjoy his shows and make them more accessible and stuff. Well, I found was </w:t>
      </w:r>
      <w:proofErr w:type="gramStart"/>
      <w:r>
        <w:rPr>
          <w:rFonts w:ascii="Arial" w:hAnsi="Arial"/>
        </w:rPr>
        <w:t>really interesting</w:t>
      </w:r>
      <w:proofErr w:type="gramEnd"/>
      <w:r>
        <w:rPr>
          <w:rFonts w:ascii="Arial" w:hAnsi="Arial"/>
        </w:rPr>
        <w:t xml:space="preserve">, as we were talking to him, as he was like, learning about this kind of area. And it was, you know, and hopefully, that would have encouraged his band who,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sure he has loads of, like, big fans who would listen to anything he</w:t>
      </w:r>
      <w:r w:rsidR="008E16D6">
        <w:rPr>
          <w:rFonts w:ascii="Arial" w:hAnsi="Arial"/>
        </w:rPr>
        <w:t>’</w:t>
      </w:r>
      <w:r>
        <w:rPr>
          <w:rFonts w:ascii="Arial" w:hAnsi="Arial"/>
        </w:rPr>
        <w:t xml:space="preserve">s on. Listen to it, hear about him learning about this kind of this world, like, Well, that was unknown to him, like, you know, and then maybe </w:t>
      </w:r>
      <w:proofErr w:type="spellStart"/>
      <w:r>
        <w:rPr>
          <w:rFonts w:ascii="Arial" w:hAnsi="Arial"/>
        </w:rPr>
        <w:t>maybe</w:t>
      </w:r>
      <w:proofErr w:type="spellEnd"/>
      <w:r>
        <w:rPr>
          <w:rFonts w:ascii="Arial" w:hAnsi="Arial"/>
        </w:rPr>
        <w:t xml:space="preserve"> doing the same, and maybe, hopefully, that is by them looking into some of our other episodes, looking for other Disabled podcasts like this one. Something like that. So yeah,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a useful tool. And I, I think we get a good balance. And it is, like we said, like, actually, the biggest reactions we tend to get are from the, you know, lesser </w:t>
      </w:r>
      <w:proofErr w:type="gramStart"/>
      <w:r>
        <w:rPr>
          <w:rFonts w:ascii="Arial" w:hAnsi="Arial"/>
        </w:rPr>
        <w:t>known ,</w:t>
      </w:r>
      <w:proofErr w:type="gramEnd"/>
      <w:r>
        <w:rPr>
          <w:rFonts w:ascii="Arial" w:hAnsi="Arial"/>
        </w:rPr>
        <w:t xml:space="preserve"> I</w:t>
      </w:r>
      <w:r w:rsidR="008E16D6">
        <w:rPr>
          <w:rFonts w:ascii="Arial" w:hAnsi="Arial"/>
        </w:rPr>
        <w:t>’</w:t>
      </w:r>
      <w:r>
        <w:rPr>
          <w:rFonts w:ascii="Arial" w:hAnsi="Arial"/>
        </w:rPr>
        <w:t>m doing quotes, less guests that we have on because, you know, they</w:t>
      </w:r>
      <w:r w:rsidR="008E16D6">
        <w:rPr>
          <w:rFonts w:ascii="Arial" w:hAnsi="Arial"/>
        </w:rPr>
        <w:t>’</w:t>
      </w:r>
      <w:r>
        <w:rPr>
          <w:rFonts w:ascii="Arial" w:hAnsi="Arial"/>
        </w:rPr>
        <w:t>re, as you say, like, have maybe a more, perhaps relatable experience. I</w:t>
      </w:r>
      <w:r w:rsidR="008E16D6">
        <w:rPr>
          <w:rFonts w:ascii="Arial" w:hAnsi="Arial"/>
        </w:rPr>
        <w:t>’</w:t>
      </w:r>
      <w:r>
        <w:rPr>
          <w:rFonts w:ascii="Arial" w:hAnsi="Arial"/>
        </w:rPr>
        <w:t xml:space="preserve">m not quite </w:t>
      </w:r>
      <w:proofErr w:type="gramStart"/>
      <w:r>
        <w:rPr>
          <w:rFonts w:ascii="Arial" w:hAnsi="Arial"/>
        </w:rPr>
        <w:t>sure</w:t>
      </w:r>
      <w:proofErr w:type="gramEnd"/>
    </w:p>
    <w:p w14:paraId="6299464D" w14:textId="77777777" w:rsidR="00FB6230" w:rsidRDefault="00FB6230">
      <w:pPr>
        <w:spacing w:after="0"/>
      </w:pPr>
    </w:p>
    <w:p w14:paraId="2D2ADC4E" w14:textId="77777777" w:rsidR="00FB6230" w:rsidRDefault="00C8764B">
      <w:pPr>
        <w:spacing w:after="0"/>
      </w:pPr>
      <w:proofErr w:type="gramStart"/>
      <w:r>
        <w:rPr>
          <w:rFonts w:ascii="Arial" w:hAnsi="Arial"/>
          <w:b/>
        </w:rPr>
        <w:t xml:space="preserve">Alice  </w:t>
      </w:r>
      <w:r>
        <w:rPr>
          <w:rFonts w:ascii="Arial" w:hAnsi="Arial"/>
          <w:color w:val="5D7284"/>
        </w:rPr>
        <w:t>38:35</w:t>
      </w:r>
      <w:proofErr w:type="gramEnd"/>
    </w:p>
    <w:p w14:paraId="60525821" w14:textId="4DE50365" w:rsidR="00FB6230" w:rsidRDefault="00C8764B">
      <w:pPr>
        <w:spacing w:after="0"/>
      </w:pPr>
      <w:proofErr w:type="spellStart"/>
      <w:r>
        <w:rPr>
          <w:rFonts w:ascii="Arial" w:hAnsi="Arial"/>
        </w:rPr>
        <w:t>i</w:t>
      </w:r>
      <w:proofErr w:type="spellEnd"/>
      <w:r>
        <w:rPr>
          <w:rFonts w:ascii="Arial" w:hAnsi="Arial"/>
        </w:rPr>
        <w:t xml:space="preserve"> think you know, Tom</w:t>
      </w:r>
      <w:r w:rsidR="008E16D6">
        <w:rPr>
          <w:rFonts w:ascii="Arial" w:hAnsi="Arial"/>
        </w:rPr>
        <w:t>’</w:t>
      </w:r>
      <w:r>
        <w:rPr>
          <w:rFonts w:ascii="Arial" w:hAnsi="Arial"/>
        </w:rPr>
        <w:t>s family story in Tom</w:t>
      </w:r>
      <w:r w:rsidR="008E16D6">
        <w:rPr>
          <w:rFonts w:ascii="Arial" w:hAnsi="Arial"/>
        </w:rPr>
        <w:t>’</w:t>
      </w:r>
      <w:r>
        <w:rPr>
          <w:rFonts w:ascii="Arial" w:hAnsi="Arial"/>
        </w:rPr>
        <w:t>s mom</w:t>
      </w:r>
      <w:r w:rsidR="008E16D6">
        <w:rPr>
          <w:rFonts w:ascii="Arial" w:hAnsi="Arial"/>
        </w:rPr>
        <w:t>’</w:t>
      </w:r>
      <w:r>
        <w:rPr>
          <w:rFonts w:ascii="Arial" w:hAnsi="Arial"/>
        </w:rPr>
        <w:t xml:space="preserve">s story is a pretty sort of </w:t>
      </w:r>
      <w:proofErr w:type="gramStart"/>
      <w:r>
        <w:rPr>
          <w:rFonts w:ascii="Arial" w:hAnsi="Arial"/>
        </w:rPr>
        <w:t>eye opening</w:t>
      </w:r>
      <w:proofErr w:type="gramEnd"/>
      <w:r>
        <w:rPr>
          <w:rFonts w:ascii="Arial" w:hAnsi="Arial"/>
        </w:rPr>
        <w:t xml:space="preserve"> story. And so it is that kind of, I think, for a lot of people, just hearing those stories from ordinary people, kind of,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the not there by the grace of God, but you know, that it could just that happens to everybody element,</w:t>
      </w:r>
    </w:p>
    <w:p w14:paraId="520BC1E1" w14:textId="77777777" w:rsidR="00FB6230" w:rsidRDefault="00FB6230">
      <w:pPr>
        <w:spacing w:after="0"/>
      </w:pPr>
    </w:p>
    <w:p w14:paraId="2819B10D" w14:textId="77777777" w:rsidR="00FB6230" w:rsidRDefault="00C8764B">
      <w:pPr>
        <w:spacing w:after="0"/>
      </w:pPr>
      <w:proofErr w:type="gramStart"/>
      <w:r>
        <w:rPr>
          <w:rFonts w:ascii="Arial" w:hAnsi="Arial"/>
          <w:b/>
        </w:rPr>
        <w:t xml:space="preserve">Lucy  </w:t>
      </w:r>
      <w:r>
        <w:rPr>
          <w:rFonts w:ascii="Arial" w:hAnsi="Arial"/>
          <w:color w:val="5D7284"/>
        </w:rPr>
        <w:t>39:02</w:t>
      </w:r>
      <w:proofErr w:type="gramEnd"/>
    </w:p>
    <w:p w14:paraId="7CAA112B" w14:textId="147F03C8" w:rsidR="00FB6230" w:rsidRDefault="00C8764B">
      <w:pPr>
        <w:spacing w:after="0"/>
      </w:pPr>
      <w:r>
        <w:rPr>
          <w:rFonts w:ascii="Arial" w:hAnsi="Arial"/>
        </w:rPr>
        <w:t>that is a thing when you</w:t>
      </w:r>
      <w:r w:rsidR="008E16D6">
        <w:rPr>
          <w:rFonts w:ascii="Arial" w:hAnsi="Arial"/>
        </w:rPr>
        <w:t>’</w:t>
      </w:r>
      <w:r>
        <w:rPr>
          <w:rFonts w:ascii="Arial" w:hAnsi="Arial"/>
        </w:rPr>
        <w:t>re talking about disability, you know, at some stage in your life, you know, you are likely to become disabled or have additional needs, at some point in your life, whether it</w:t>
      </w:r>
      <w:r w:rsidR="008E16D6">
        <w:rPr>
          <w:rFonts w:ascii="Arial" w:hAnsi="Arial"/>
        </w:rPr>
        <w:t>’</w:t>
      </w:r>
      <w:r>
        <w:rPr>
          <w:rFonts w:ascii="Arial" w:hAnsi="Arial"/>
        </w:rPr>
        <w:t xml:space="preserve">s aging or whether you get, you know, run over by a </w:t>
      </w:r>
      <w:proofErr w:type="gramStart"/>
      <w:r>
        <w:rPr>
          <w:rFonts w:ascii="Arial" w:hAnsi="Arial"/>
        </w:rPr>
        <w:t>bus  or</w:t>
      </w:r>
      <w:proofErr w:type="gramEnd"/>
      <w:r>
        <w:rPr>
          <w:rFonts w:ascii="Arial" w:hAnsi="Arial"/>
        </w:rPr>
        <w:t xml:space="preserve"> something. You know, there is all that always that possibility of you could become a member of this club at any given moment. And that, that whenever I say that to anybody sounds like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a mafia boss.</w:t>
      </w:r>
    </w:p>
    <w:p w14:paraId="23618979" w14:textId="77777777" w:rsidR="00FB6230" w:rsidRDefault="00FB6230">
      <w:pPr>
        <w:spacing w:after="0"/>
      </w:pPr>
    </w:p>
    <w:p w14:paraId="6FE39B54" w14:textId="77777777" w:rsidR="00FB6230" w:rsidRDefault="00C8764B">
      <w:pPr>
        <w:spacing w:after="0"/>
      </w:pPr>
      <w:proofErr w:type="gramStart"/>
      <w:r>
        <w:rPr>
          <w:rFonts w:ascii="Arial" w:hAnsi="Arial"/>
          <w:b/>
        </w:rPr>
        <w:t xml:space="preserve">Tom  </w:t>
      </w:r>
      <w:r>
        <w:rPr>
          <w:rFonts w:ascii="Arial" w:hAnsi="Arial"/>
          <w:color w:val="5D7284"/>
        </w:rPr>
        <w:t>39:33</w:t>
      </w:r>
      <w:proofErr w:type="gramEnd"/>
    </w:p>
    <w:p w14:paraId="09CAE473" w14:textId="77777777" w:rsidR="00FB6230" w:rsidRDefault="00C8764B">
      <w:pPr>
        <w:spacing w:after="0"/>
      </w:pPr>
      <w:r>
        <w:rPr>
          <w:rFonts w:ascii="Arial" w:hAnsi="Arial"/>
        </w:rPr>
        <w:t>with a list...</w:t>
      </w:r>
    </w:p>
    <w:p w14:paraId="47AAB7DD" w14:textId="77777777" w:rsidR="00FB6230" w:rsidRDefault="00FB6230">
      <w:pPr>
        <w:spacing w:after="0"/>
      </w:pPr>
    </w:p>
    <w:p w14:paraId="7B5C79F0" w14:textId="77777777" w:rsidR="00FB6230" w:rsidRDefault="00C8764B">
      <w:pPr>
        <w:spacing w:after="0"/>
      </w:pPr>
      <w:proofErr w:type="gramStart"/>
      <w:r>
        <w:rPr>
          <w:rFonts w:ascii="Arial" w:hAnsi="Arial"/>
          <w:b/>
        </w:rPr>
        <w:t xml:space="preserve">Jack  </w:t>
      </w:r>
      <w:r>
        <w:rPr>
          <w:rFonts w:ascii="Arial" w:hAnsi="Arial"/>
          <w:color w:val="5D7284"/>
        </w:rPr>
        <w:t>39:37</w:t>
      </w:r>
      <w:proofErr w:type="gramEnd"/>
    </w:p>
    <w:p w14:paraId="25BEF888" w14:textId="77777777" w:rsidR="00FB6230" w:rsidRDefault="00C8764B">
      <w:pPr>
        <w:spacing w:after="0"/>
      </w:pPr>
      <w:r>
        <w:rPr>
          <w:rFonts w:ascii="Arial" w:hAnsi="Arial"/>
        </w:rPr>
        <w:t>What happened to you?</w:t>
      </w:r>
    </w:p>
    <w:p w14:paraId="2A513520" w14:textId="77777777" w:rsidR="00FB6230" w:rsidRDefault="00FB6230">
      <w:pPr>
        <w:spacing w:after="0"/>
      </w:pPr>
    </w:p>
    <w:p w14:paraId="086FDD8D" w14:textId="77777777" w:rsidR="00FB6230" w:rsidRDefault="00C8764B">
      <w:pPr>
        <w:spacing w:after="0"/>
      </w:pPr>
      <w:proofErr w:type="gramStart"/>
      <w:r>
        <w:rPr>
          <w:rFonts w:ascii="Arial" w:hAnsi="Arial"/>
          <w:b/>
        </w:rPr>
        <w:t xml:space="preserve">Lucy  </w:t>
      </w:r>
      <w:r>
        <w:rPr>
          <w:rFonts w:ascii="Arial" w:hAnsi="Arial"/>
          <w:color w:val="5D7284"/>
        </w:rPr>
        <w:t>39:39</w:t>
      </w:r>
      <w:proofErr w:type="gramEnd"/>
    </w:p>
    <w:p w14:paraId="4693244B" w14:textId="05863BBF" w:rsidR="00FB6230" w:rsidRDefault="00C8764B">
      <w:pPr>
        <w:spacing w:after="0"/>
      </w:pPr>
      <w:r>
        <w:rPr>
          <w:rFonts w:ascii="Arial" w:hAnsi="Arial"/>
        </w:rPr>
        <w:t xml:space="preserve">Yeah. I always say that if it can happen to the bloke who played Superman, it can happen to anybody. Do you know what I mean?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that kind of, I don</w:t>
      </w:r>
      <w:r w:rsidR="008E16D6">
        <w:rPr>
          <w:rFonts w:ascii="Arial" w:hAnsi="Arial"/>
        </w:rPr>
        <w:t>’</w:t>
      </w:r>
      <w:r>
        <w:rPr>
          <w:rFonts w:ascii="Arial" w:hAnsi="Arial"/>
        </w:rPr>
        <w:t>t know whether it</w:t>
      </w:r>
      <w:r w:rsidR="008E16D6">
        <w:rPr>
          <w:rFonts w:ascii="Arial" w:hAnsi="Arial"/>
        </w:rPr>
        <w:t>’</w:t>
      </w:r>
      <w:r>
        <w:rPr>
          <w:rFonts w:ascii="Arial" w:hAnsi="Arial"/>
        </w:rPr>
        <w:t xml:space="preserve">s like a morbid fascination with </w:t>
      </w:r>
      <w:proofErr w:type="spellStart"/>
      <w:r>
        <w:rPr>
          <w:rFonts w:ascii="Arial" w:hAnsi="Arial"/>
        </w:rPr>
        <w:t>oooh</w:t>
      </w:r>
      <w:proofErr w:type="spellEnd"/>
      <w:r>
        <w:rPr>
          <w:rFonts w:ascii="Arial" w:hAnsi="Arial"/>
        </w:rPr>
        <w:t xml:space="preserve"> like, I don</w:t>
      </w:r>
      <w:r w:rsidR="008E16D6">
        <w:rPr>
          <w:rFonts w:ascii="Arial" w:hAnsi="Arial"/>
        </w:rPr>
        <w:t>’</w:t>
      </w:r>
      <w:r>
        <w:rPr>
          <w:rFonts w:ascii="Arial" w:hAnsi="Arial"/>
        </w:rPr>
        <w:t xml:space="preserve">t know whether our </w:t>
      </w:r>
      <w:r w:rsidR="008E16D6">
        <w:rPr>
          <w:rFonts w:ascii="Arial" w:hAnsi="Arial"/>
        </w:rPr>
        <w:t>P</w:t>
      </w:r>
      <w:r>
        <w:rPr>
          <w:rFonts w:ascii="Arial" w:hAnsi="Arial"/>
        </w:rPr>
        <w:t xml:space="preserve">odcast is a bit like, Ooh, I wonder what </w:t>
      </w:r>
      <w:proofErr w:type="spellStart"/>
      <w:r>
        <w:rPr>
          <w:rFonts w:ascii="Arial" w:hAnsi="Arial"/>
        </w:rPr>
        <w:t>what</w:t>
      </w:r>
      <w:proofErr w:type="spellEnd"/>
      <w:r>
        <w:rPr>
          <w:rFonts w:ascii="Arial" w:hAnsi="Arial"/>
        </w:rPr>
        <w:t xml:space="preserve"> their story is. And whether it plays into that question of, or wonder what happened to them, or whether it is just like a valid interest in, I want to learn more about this.</w:t>
      </w:r>
    </w:p>
    <w:p w14:paraId="15E42252" w14:textId="77777777" w:rsidR="00FB6230" w:rsidRDefault="00FB6230">
      <w:pPr>
        <w:spacing w:after="0"/>
      </w:pPr>
    </w:p>
    <w:p w14:paraId="6C056BCB" w14:textId="77777777" w:rsidR="00FB6230" w:rsidRDefault="00C8764B">
      <w:pPr>
        <w:spacing w:after="0"/>
      </w:pPr>
      <w:proofErr w:type="gramStart"/>
      <w:r>
        <w:rPr>
          <w:rFonts w:ascii="Arial" w:hAnsi="Arial"/>
          <w:b/>
        </w:rPr>
        <w:lastRenderedPageBreak/>
        <w:t xml:space="preserve">Alice  </w:t>
      </w:r>
      <w:r>
        <w:rPr>
          <w:rFonts w:ascii="Arial" w:hAnsi="Arial"/>
          <w:color w:val="5D7284"/>
        </w:rPr>
        <w:t>40:13</w:t>
      </w:r>
      <w:proofErr w:type="gramEnd"/>
    </w:p>
    <w:p w14:paraId="270539F1" w14:textId="10A09476" w:rsidR="00FB6230" w:rsidRDefault="00C8764B">
      <w:pPr>
        <w:spacing w:after="0"/>
      </w:pPr>
      <w:r>
        <w:rPr>
          <w:rFonts w:ascii="Arial" w:hAnsi="Arial"/>
        </w:rPr>
        <w:t xml:space="preserve">I listen to a lot of true crime podcasts. And there is there are people within the true crime, sort of interest community who want to listen to true crime stories. </w:t>
      </w:r>
      <w:proofErr w:type="gramStart"/>
      <w:r>
        <w:rPr>
          <w:rFonts w:ascii="Arial" w:hAnsi="Arial"/>
        </w:rPr>
        <w:t>So</w:t>
      </w:r>
      <w:proofErr w:type="gramEnd"/>
      <w:r>
        <w:rPr>
          <w:rFonts w:ascii="Arial" w:hAnsi="Arial"/>
        </w:rPr>
        <w:t xml:space="preserve"> they can go, Oh, my God, that</w:t>
      </w:r>
      <w:r w:rsidR="008E16D6">
        <w:rPr>
          <w:rFonts w:ascii="Arial" w:hAnsi="Arial"/>
        </w:rPr>
        <w:t>’</w:t>
      </w:r>
      <w:r>
        <w:rPr>
          <w:rFonts w:ascii="Arial" w:hAnsi="Arial"/>
        </w:rPr>
        <w:t xml:space="preserve">s terrible. And like, oh, people awful, and that person must be insane. And there are people within the true crime community who feel like there is an element of unity, that that unifying, you know, crime can happen to anybody. And </w:t>
      </w:r>
      <w:proofErr w:type="gramStart"/>
      <w:r>
        <w:rPr>
          <w:rFonts w:ascii="Arial" w:hAnsi="Arial"/>
        </w:rPr>
        <w:t>so</w:t>
      </w:r>
      <w:proofErr w:type="gramEnd"/>
      <w:r>
        <w:rPr>
          <w:rFonts w:ascii="Arial" w:hAnsi="Arial"/>
        </w:rPr>
        <w:t xml:space="preserve"> understanding it and hearing those stories, is giving voice to victims and taking time to, you know, be aware of the risks of other, you know, that other people may face, but it</w:t>
      </w:r>
      <w:r w:rsidR="008E16D6">
        <w:rPr>
          <w:rFonts w:ascii="Arial" w:hAnsi="Arial"/>
        </w:rPr>
        <w:t>’</w:t>
      </w:r>
      <w:r>
        <w:rPr>
          <w:rFonts w:ascii="Arial" w:hAnsi="Arial"/>
        </w:rPr>
        <w:t>s, it kind of has to come from both ends, you</w:t>
      </w:r>
      <w:r w:rsidR="008E16D6">
        <w:rPr>
          <w:rFonts w:ascii="Arial" w:hAnsi="Arial"/>
        </w:rPr>
        <w:t>’</w:t>
      </w:r>
      <w:r>
        <w:rPr>
          <w:rFonts w:ascii="Arial" w:hAnsi="Arial"/>
        </w:rPr>
        <w:t>ve got to deliver it in the right way, and you</w:t>
      </w:r>
      <w:r w:rsidR="008E16D6">
        <w:rPr>
          <w:rFonts w:ascii="Arial" w:hAnsi="Arial"/>
        </w:rPr>
        <w:t>’</w:t>
      </w:r>
      <w:r>
        <w:rPr>
          <w:rFonts w:ascii="Arial" w:hAnsi="Arial"/>
        </w:rPr>
        <w:t>ve got to consume it in the right way.</w:t>
      </w:r>
    </w:p>
    <w:p w14:paraId="0E8C9B4F" w14:textId="77777777" w:rsidR="00FB6230" w:rsidRDefault="00FB6230">
      <w:pPr>
        <w:spacing w:after="0"/>
      </w:pPr>
    </w:p>
    <w:p w14:paraId="432EE77D" w14:textId="77777777" w:rsidR="00FB6230" w:rsidRDefault="00C8764B">
      <w:pPr>
        <w:spacing w:after="0"/>
      </w:pPr>
      <w:proofErr w:type="gramStart"/>
      <w:r>
        <w:rPr>
          <w:rFonts w:ascii="Arial" w:hAnsi="Arial"/>
          <w:b/>
        </w:rPr>
        <w:t xml:space="preserve">Jack  </w:t>
      </w:r>
      <w:r>
        <w:rPr>
          <w:rFonts w:ascii="Arial" w:hAnsi="Arial"/>
          <w:color w:val="5D7284"/>
        </w:rPr>
        <w:t>41:12</w:t>
      </w:r>
      <w:proofErr w:type="gramEnd"/>
    </w:p>
    <w:p w14:paraId="79736C51" w14:textId="54C6CA79" w:rsidR="00FB6230" w:rsidRDefault="00C8764B">
      <w:pPr>
        <w:spacing w:after="0"/>
      </w:pPr>
      <w:r>
        <w:rPr>
          <w:rFonts w:ascii="Arial" w:hAnsi="Arial"/>
        </w:rPr>
        <w:t>I guess, I guess that would be where we maybe differ as a podcast in a way just because we do tend to stick to say, like autism or learning difficulties where it</w:t>
      </w:r>
      <w:r w:rsidR="008E16D6">
        <w:rPr>
          <w:rFonts w:ascii="Arial" w:hAnsi="Arial"/>
        </w:rPr>
        <w:t>’</w:t>
      </w:r>
      <w:r>
        <w:rPr>
          <w:rFonts w:ascii="Arial" w:hAnsi="Arial"/>
        </w:rPr>
        <w:t>s less of a like, we don</w:t>
      </w:r>
      <w:r w:rsidR="008E16D6">
        <w:rPr>
          <w:rFonts w:ascii="Arial" w:hAnsi="Arial"/>
        </w:rPr>
        <w:t>’</w:t>
      </w:r>
      <w:r>
        <w:rPr>
          <w:rFonts w:ascii="Arial" w:hAnsi="Arial"/>
        </w:rPr>
        <w:t>t tend to have a kind of, there</w:t>
      </w:r>
      <w:r w:rsidR="008E16D6">
        <w:rPr>
          <w:rFonts w:ascii="Arial" w:hAnsi="Arial"/>
        </w:rPr>
        <w:t>’</w:t>
      </w:r>
      <w:r>
        <w:rPr>
          <w:rFonts w:ascii="Arial" w:hAnsi="Arial"/>
        </w:rPr>
        <w:t xml:space="preserve">s not, </w:t>
      </w:r>
      <w:proofErr w:type="gramStart"/>
      <w:r>
        <w:rPr>
          <w:rFonts w:ascii="Arial" w:hAnsi="Arial"/>
        </w:rPr>
        <w:t>it</w:t>
      </w:r>
      <w:r w:rsidR="008E16D6">
        <w:rPr>
          <w:rFonts w:ascii="Arial" w:hAnsi="Arial"/>
        </w:rPr>
        <w:t>’s</w:t>
      </w:r>
      <w:r>
        <w:rPr>
          <w:rFonts w:ascii="Arial" w:hAnsi="Arial"/>
        </w:rPr>
        <w:t>..</w:t>
      </w:r>
      <w:proofErr w:type="gramEnd"/>
    </w:p>
    <w:p w14:paraId="5C0F4B52" w14:textId="77777777" w:rsidR="00FB6230" w:rsidRDefault="00FB6230">
      <w:pPr>
        <w:spacing w:after="0"/>
      </w:pPr>
    </w:p>
    <w:p w14:paraId="51C97835" w14:textId="77777777" w:rsidR="00FB6230" w:rsidRDefault="00C8764B">
      <w:pPr>
        <w:spacing w:after="0"/>
      </w:pPr>
      <w:proofErr w:type="gramStart"/>
      <w:r>
        <w:rPr>
          <w:rFonts w:ascii="Arial" w:hAnsi="Arial"/>
          <w:b/>
        </w:rPr>
        <w:t xml:space="preserve">Lucy  </w:t>
      </w:r>
      <w:r>
        <w:rPr>
          <w:rFonts w:ascii="Arial" w:hAnsi="Arial"/>
          <w:color w:val="5D7284"/>
        </w:rPr>
        <w:t>41:26</w:t>
      </w:r>
      <w:proofErr w:type="gramEnd"/>
    </w:p>
    <w:p w14:paraId="391566EA" w14:textId="17E52CC9" w:rsidR="00FB6230" w:rsidRDefault="00C8764B">
      <w:pPr>
        <w:spacing w:after="0"/>
      </w:pPr>
      <w:proofErr w:type="spellStart"/>
      <w:r>
        <w:rPr>
          <w:rFonts w:ascii="Arial" w:hAnsi="Arial"/>
        </w:rPr>
        <w:t>its</w:t>
      </w:r>
      <w:proofErr w:type="spellEnd"/>
      <w:r>
        <w:rPr>
          <w:rFonts w:ascii="Arial" w:hAnsi="Arial"/>
        </w:rPr>
        <w:t xml:space="preserve"> not a kind of </w:t>
      </w:r>
      <w:proofErr w:type="spellStart"/>
      <w:r>
        <w:rPr>
          <w:rFonts w:ascii="Arial" w:hAnsi="Arial"/>
        </w:rPr>
        <w:t>ooo</w:t>
      </w:r>
      <w:proofErr w:type="spellEnd"/>
      <w:r>
        <w:rPr>
          <w:rFonts w:ascii="Arial" w:hAnsi="Arial"/>
        </w:rPr>
        <w:t xml:space="preserve"> what happened to </w:t>
      </w:r>
      <w:proofErr w:type="gramStart"/>
      <w:r>
        <w:rPr>
          <w:rFonts w:ascii="Arial" w:hAnsi="Arial"/>
        </w:rPr>
        <w:t>you</w:t>
      </w:r>
      <w:proofErr w:type="gramEnd"/>
      <w:r>
        <w:rPr>
          <w:rFonts w:ascii="Arial" w:hAnsi="Arial"/>
        </w:rPr>
        <w:t xml:space="preserve"> kind of thing. </w:t>
      </w:r>
      <w:proofErr w:type="gramStart"/>
      <w:r>
        <w:rPr>
          <w:rFonts w:ascii="Arial" w:hAnsi="Arial"/>
        </w:rPr>
        <w:t>It</w:t>
      </w:r>
      <w:r w:rsidR="008E16D6">
        <w:rPr>
          <w:rFonts w:ascii="Arial" w:hAnsi="Arial"/>
        </w:rPr>
        <w:t>’</w:t>
      </w:r>
      <w:r>
        <w:rPr>
          <w:rFonts w:ascii="Arial" w:hAnsi="Arial"/>
        </w:rPr>
        <w:t>s</w:t>
      </w:r>
      <w:proofErr w:type="gramEnd"/>
      <w:r>
        <w:rPr>
          <w:rFonts w:ascii="Arial" w:hAnsi="Arial"/>
        </w:rPr>
        <w:t>,</w:t>
      </w:r>
    </w:p>
    <w:p w14:paraId="0519FACD" w14:textId="77777777" w:rsidR="00FB6230" w:rsidRDefault="00FB6230">
      <w:pPr>
        <w:spacing w:after="0"/>
      </w:pPr>
    </w:p>
    <w:p w14:paraId="50B72B24" w14:textId="77777777" w:rsidR="00FB6230" w:rsidRDefault="00C8764B">
      <w:pPr>
        <w:spacing w:after="0"/>
      </w:pPr>
      <w:proofErr w:type="gramStart"/>
      <w:r>
        <w:rPr>
          <w:rFonts w:ascii="Arial" w:hAnsi="Arial"/>
          <w:b/>
        </w:rPr>
        <w:t xml:space="preserve">Jack  </w:t>
      </w:r>
      <w:r>
        <w:rPr>
          <w:rFonts w:ascii="Arial" w:hAnsi="Arial"/>
          <w:color w:val="5D7284"/>
        </w:rPr>
        <w:t>41:30</w:t>
      </w:r>
      <w:proofErr w:type="gramEnd"/>
    </w:p>
    <w:p w14:paraId="1DFEE56A" w14:textId="0F811646" w:rsidR="00FB6230" w:rsidRDefault="00C8764B">
      <w:pPr>
        <w:spacing w:after="0"/>
      </w:pPr>
      <w:r>
        <w:rPr>
          <w:rFonts w:ascii="Arial" w:hAnsi="Arial"/>
        </w:rPr>
        <w:t xml:space="preserve">yeah,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not necessarily a case of this will happen to you when you reach a certain age. </w:t>
      </w:r>
      <w:proofErr w:type="gramStart"/>
      <w:r>
        <w:rPr>
          <w:rFonts w:ascii="Arial" w:hAnsi="Arial"/>
        </w:rPr>
        <w:t>So</w:t>
      </w:r>
      <w:proofErr w:type="gramEnd"/>
      <w:r>
        <w:rPr>
          <w:rFonts w:ascii="Arial" w:hAnsi="Arial"/>
        </w:rPr>
        <w:t xml:space="preserve"> you need to take notes of this. I think maybe for me, and jack, at least,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been a bit of a. I mean,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developed so much since he started, but it</w:t>
      </w:r>
      <w:r w:rsidR="008E16D6">
        <w:rPr>
          <w:rFonts w:ascii="Arial" w:hAnsi="Arial"/>
        </w:rPr>
        <w:t>’</w:t>
      </w:r>
      <w:r>
        <w:rPr>
          <w:rFonts w:ascii="Arial" w:hAnsi="Arial"/>
        </w:rPr>
        <w:t xml:space="preserve">s kind of just been this like there is, there is this group in society that no one is talking about. But terrible things are happening to all the time. And </w:t>
      </w:r>
      <w:proofErr w:type="gramStart"/>
      <w:r>
        <w:rPr>
          <w:rFonts w:ascii="Arial" w:hAnsi="Arial"/>
        </w:rPr>
        <w:t>it</w:t>
      </w:r>
      <w:proofErr w:type="gramEnd"/>
      <w:r>
        <w:rPr>
          <w:rFonts w:ascii="Arial" w:hAnsi="Arial"/>
        </w:rPr>
        <w:t xml:space="preserve"> kind of you it feels like you</w:t>
      </w:r>
      <w:r w:rsidR="008E16D6">
        <w:rPr>
          <w:rFonts w:ascii="Arial" w:hAnsi="Arial"/>
        </w:rPr>
        <w:t>’</w:t>
      </w:r>
      <w:r>
        <w:rPr>
          <w:rFonts w:ascii="Arial" w:hAnsi="Arial"/>
        </w:rPr>
        <w:t>re sort of banging on a door, it</w:t>
      </w:r>
      <w:r w:rsidR="008E16D6">
        <w:rPr>
          <w:rFonts w:ascii="Arial" w:hAnsi="Arial"/>
        </w:rPr>
        <w:t>’</w:t>
      </w:r>
      <w:r>
        <w:rPr>
          <w:rFonts w:ascii="Arial" w:hAnsi="Arial"/>
        </w:rPr>
        <w:t xml:space="preserve">s never going to open. And then and then you put the </w:t>
      </w:r>
      <w:r w:rsidR="008E16D6">
        <w:rPr>
          <w:rFonts w:ascii="Arial" w:hAnsi="Arial"/>
        </w:rPr>
        <w:t>P</w:t>
      </w:r>
      <w:r>
        <w:rPr>
          <w:rFonts w:ascii="Arial" w:hAnsi="Arial"/>
        </w:rPr>
        <w:t xml:space="preserve">odcast out and people on Twitter start to chat to you and then from that same community, and suddenly, </w:t>
      </w:r>
      <w:proofErr w:type="gramStart"/>
      <w:r>
        <w:rPr>
          <w:rFonts w:ascii="Arial" w:hAnsi="Arial"/>
        </w:rPr>
        <w:t>you</w:t>
      </w:r>
      <w:r w:rsidR="008E16D6">
        <w:rPr>
          <w:rFonts w:ascii="Arial" w:hAnsi="Arial"/>
        </w:rPr>
        <w:t>’</w:t>
      </w:r>
      <w:r>
        <w:rPr>
          <w:rFonts w:ascii="Arial" w:hAnsi="Arial"/>
        </w:rPr>
        <w:t>re</w:t>
      </w:r>
      <w:proofErr w:type="gramEnd"/>
      <w:r>
        <w:rPr>
          <w:rFonts w:ascii="Arial" w:hAnsi="Arial"/>
        </w:rPr>
        <w:t xml:space="preserve"> hearing people</w:t>
      </w:r>
      <w:r w:rsidR="008E16D6">
        <w:rPr>
          <w:rFonts w:ascii="Arial" w:hAnsi="Arial"/>
        </w:rPr>
        <w:t>’</w:t>
      </w:r>
      <w:r>
        <w:rPr>
          <w:rFonts w:ascii="Arial" w:hAnsi="Arial"/>
        </w:rPr>
        <w:t>s stories, I think that that</w:t>
      </w:r>
      <w:r w:rsidR="008E16D6">
        <w:rPr>
          <w:rFonts w:ascii="Arial" w:hAnsi="Arial"/>
        </w:rPr>
        <w:t>’</w:t>
      </w:r>
      <w:r>
        <w:rPr>
          <w:rFonts w:ascii="Arial" w:hAnsi="Arial"/>
        </w:rPr>
        <w:t>s like, I guess that</w:t>
      </w:r>
      <w:r w:rsidR="008E16D6">
        <w:rPr>
          <w:rFonts w:ascii="Arial" w:hAnsi="Arial"/>
        </w:rPr>
        <w:t>’</w:t>
      </w:r>
      <w:r>
        <w:rPr>
          <w:rFonts w:ascii="Arial" w:hAnsi="Arial"/>
        </w:rPr>
        <w:t>s where the maybe it differs, because we don</w:t>
      </w:r>
      <w:r w:rsidR="008E16D6">
        <w:rPr>
          <w:rFonts w:ascii="Arial" w:hAnsi="Arial"/>
        </w:rPr>
        <w:t>’</w:t>
      </w:r>
      <w:r>
        <w:rPr>
          <w:rFonts w:ascii="Arial" w:hAnsi="Arial"/>
        </w:rPr>
        <w:t>t tend to go down the like physical disability route very often. So there</w:t>
      </w:r>
      <w:r w:rsidR="008E16D6">
        <w:rPr>
          <w:rFonts w:ascii="Arial" w:hAnsi="Arial"/>
        </w:rPr>
        <w:t>’</w:t>
      </w:r>
      <w:r>
        <w:rPr>
          <w:rFonts w:ascii="Arial" w:hAnsi="Arial"/>
        </w:rPr>
        <w:t>s less of a kind of, we</w:t>
      </w:r>
      <w:r w:rsidR="008E16D6">
        <w:rPr>
          <w:rFonts w:ascii="Arial" w:hAnsi="Arial"/>
        </w:rPr>
        <w:t>’</w:t>
      </w:r>
      <w:r>
        <w:rPr>
          <w:rFonts w:ascii="Arial" w:hAnsi="Arial"/>
        </w:rPr>
        <w:t>re not necessarily trying to convince the public that, you know, this could happen to you, we</w:t>
      </w:r>
      <w:r w:rsidR="008E16D6">
        <w:rPr>
          <w:rFonts w:ascii="Arial" w:hAnsi="Arial"/>
        </w:rPr>
        <w:t>’</w:t>
      </w:r>
      <w:r>
        <w:rPr>
          <w:rFonts w:ascii="Arial" w:hAnsi="Arial"/>
        </w:rPr>
        <w:t xml:space="preserve">re just kind of being like, This </w:t>
      </w:r>
      <w:proofErr w:type="gramStart"/>
      <w:r>
        <w:rPr>
          <w:rFonts w:ascii="Arial" w:hAnsi="Arial"/>
        </w:rPr>
        <w:t>Is  basically</w:t>
      </w:r>
      <w:proofErr w:type="gramEnd"/>
      <w:r>
        <w:rPr>
          <w:rFonts w:ascii="Arial" w:hAnsi="Arial"/>
        </w:rPr>
        <w:t xml:space="preserve">, I mean, we talked about human rights a lot. And in not even, not in a sense of like, we get out and we go like, I mean, human rights </w:t>
      </w:r>
      <w:proofErr w:type="gramStart"/>
      <w:r>
        <w:rPr>
          <w:rFonts w:ascii="Arial" w:hAnsi="Arial"/>
        </w:rPr>
        <w:t>is</w:t>
      </w:r>
      <w:proofErr w:type="gramEnd"/>
      <w:r>
        <w:rPr>
          <w:rFonts w:ascii="Arial" w:hAnsi="Arial"/>
        </w:rPr>
        <w:t xml:space="preserve"> a very difficult area in a lot of ways but like, just as human rights. </w:t>
      </w:r>
      <w:r w:rsidR="008E16D6">
        <w:rPr>
          <w:rFonts w:ascii="Arial" w:hAnsi="Arial"/>
        </w:rPr>
        <w:t>it’</w:t>
      </w:r>
      <w:r>
        <w:rPr>
          <w:rFonts w:ascii="Arial" w:hAnsi="Arial"/>
        </w:rPr>
        <w:t>s the human humaneness of people</w:t>
      </w:r>
      <w:r w:rsidR="008E16D6">
        <w:rPr>
          <w:rFonts w:ascii="Arial" w:hAnsi="Arial"/>
        </w:rPr>
        <w:t>’</w:t>
      </w:r>
      <w:r>
        <w:rPr>
          <w:rFonts w:ascii="Arial" w:hAnsi="Arial"/>
        </w:rPr>
        <w:t>s lives and what</w:t>
      </w:r>
      <w:r w:rsidR="008E16D6">
        <w:rPr>
          <w:rFonts w:ascii="Arial" w:hAnsi="Arial"/>
        </w:rPr>
        <w:t>’</w:t>
      </w:r>
      <w:r>
        <w:rPr>
          <w:rFonts w:ascii="Arial" w:hAnsi="Arial"/>
        </w:rPr>
        <w:t xml:space="preserve">s </w:t>
      </w:r>
      <w:proofErr w:type="gramStart"/>
      <w:r>
        <w:rPr>
          <w:rFonts w:ascii="Arial" w:hAnsi="Arial"/>
        </w:rPr>
        <w:t>happening</w:t>
      </w:r>
      <w:proofErr w:type="gramEnd"/>
      <w:r>
        <w:rPr>
          <w:rFonts w:ascii="Arial" w:hAnsi="Arial"/>
        </w:rPr>
        <w:t xml:space="preserve"> and I think for these, why we started it, and then once you started, kind of, it</w:t>
      </w:r>
      <w:r w:rsidR="008E16D6">
        <w:rPr>
          <w:rFonts w:ascii="Arial" w:hAnsi="Arial"/>
        </w:rPr>
        <w:t>’</w:t>
      </w:r>
      <w:r>
        <w:rPr>
          <w:rFonts w:ascii="Arial" w:hAnsi="Arial"/>
        </w:rPr>
        <w:t xml:space="preserve">s difficult not to come back to every episode is just this. Can you even </w:t>
      </w:r>
      <w:proofErr w:type="gramStart"/>
      <w:r>
        <w:rPr>
          <w:rFonts w:ascii="Arial" w:hAnsi="Arial"/>
        </w:rPr>
        <w:t>believe</w:t>
      </w:r>
      <w:proofErr w:type="gramEnd"/>
      <w:r>
        <w:rPr>
          <w:rFonts w:ascii="Arial" w:hAnsi="Arial"/>
        </w:rPr>
        <w:t xml:space="preserve"> and I guess it</w:t>
      </w:r>
      <w:r w:rsidR="008E16D6">
        <w:rPr>
          <w:rFonts w:ascii="Arial" w:hAnsi="Arial"/>
        </w:rPr>
        <w:t>’</w:t>
      </w:r>
      <w:r>
        <w:rPr>
          <w:rFonts w:ascii="Arial" w:hAnsi="Arial"/>
        </w:rPr>
        <w:t>s similar in a way to true crime of like, this is happening, like you need to know, but it</w:t>
      </w:r>
      <w:r w:rsidR="008E16D6">
        <w:rPr>
          <w:rFonts w:ascii="Arial" w:hAnsi="Arial"/>
        </w:rPr>
        <w:t>’</w:t>
      </w:r>
      <w:r>
        <w:rPr>
          <w:rFonts w:ascii="Arial" w:hAnsi="Arial"/>
        </w:rPr>
        <w:t xml:space="preserve">s more like, look at this, look at the look at the structures that are in place that are making, just being a human who happens to have learning difficulties, really difficult. And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like, where our podcasts maybe,</w:t>
      </w:r>
    </w:p>
    <w:p w14:paraId="56B3C51C" w14:textId="77777777" w:rsidR="00FB6230" w:rsidRDefault="00FB6230">
      <w:pPr>
        <w:spacing w:after="0"/>
      </w:pPr>
    </w:p>
    <w:p w14:paraId="499DA674" w14:textId="77777777" w:rsidR="00FB6230" w:rsidRDefault="00C8764B">
      <w:pPr>
        <w:spacing w:after="0"/>
      </w:pPr>
      <w:proofErr w:type="gramStart"/>
      <w:r>
        <w:rPr>
          <w:rFonts w:ascii="Arial" w:hAnsi="Arial"/>
          <w:b/>
        </w:rPr>
        <w:t xml:space="preserve">Alice  </w:t>
      </w:r>
      <w:r>
        <w:rPr>
          <w:rFonts w:ascii="Arial" w:hAnsi="Arial"/>
          <w:color w:val="5D7284"/>
        </w:rPr>
        <w:t>43:06</w:t>
      </w:r>
      <w:proofErr w:type="gramEnd"/>
    </w:p>
    <w:p w14:paraId="40077D78" w14:textId="77777777" w:rsidR="00FB6230" w:rsidRDefault="00C8764B">
      <w:pPr>
        <w:spacing w:after="0"/>
      </w:pPr>
      <w:r>
        <w:rPr>
          <w:rFonts w:ascii="Arial" w:hAnsi="Arial"/>
        </w:rPr>
        <w:t xml:space="preserve">I think would I think the </w:t>
      </w:r>
      <w:proofErr w:type="spellStart"/>
      <w:r>
        <w:rPr>
          <w:rFonts w:ascii="Arial" w:hAnsi="Arial"/>
        </w:rPr>
        <w:t>the</w:t>
      </w:r>
      <w:proofErr w:type="spellEnd"/>
      <w:r>
        <w:rPr>
          <w:rFonts w:ascii="Arial" w:hAnsi="Arial"/>
        </w:rPr>
        <w:t xml:space="preserve"> overlap with true crime is still there. Because, you know, you look at, for example, very topically </w:t>
      </w:r>
      <w:proofErr w:type="gramStart"/>
      <w:r>
        <w:rPr>
          <w:rFonts w:ascii="Arial" w:hAnsi="Arial"/>
        </w:rPr>
        <w:t>at the moment</w:t>
      </w:r>
      <w:proofErr w:type="gramEnd"/>
      <w:r>
        <w:rPr>
          <w:rFonts w:ascii="Arial" w:hAnsi="Arial"/>
        </w:rPr>
        <w:t xml:space="preserve">, Sara </w:t>
      </w:r>
      <w:proofErr w:type="spellStart"/>
      <w:r>
        <w:rPr>
          <w:rFonts w:ascii="Arial" w:hAnsi="Arial"/>
        </w:rPr>
        <w:t>Everhard</w:t>
      </w:r>
      <w:proofErr w:type="spellEnd"/>
      <w:r>
        <w:rPr>
          <w:rFonts w:ascii="Arial" w:hAnsi="Arial"/>
        </w:rPr>
        <w:t xml:space="preserve"> story.</w:t>
      </w:r>
    </w:p>
    <w:p w14:paraId="7A652973" w14:textId="77777777" w:rsidR="00FB6230" w:rsidRDefault="00FB6230">
      <w:pPr>
        <w:spacing w:after="0"/>
      </w:pPr>
    </w:p>
    <w:p w14:paraId="15F41E36" w14:textId="77777777" w:rsidR="00FB6230" w:rsidRDefault="00C8764B">
      <w:pPr>
        <w:spacing w:after="0"/>
      </w:pPr>
      <w:proofErr w:type="gramStart"/>
      <w:r>
        <w:rPr>
          <w:rFonts w:ascii="Arial" w:hAnsi="Arial"/>
          <w:b/>
        </w:rPr>
        <w:t xml:space="preserve">Lucy  </w:t>
      </w:r>
      <w:r>
        <w:rPr>
          <w:rFonts w:ascii="Arial" w:hAnsi="Arial"/>
          <w:color w:val="5D7284"/>
        </w:rPr>
        <w:t>43:19</w:t>
      </w:r>
      <w:proofErr w:type="gramEnd"/>
    </w:p>
    <w:p w14:paraId="5137B3CA" w14:textId="77777777" w:rsidR="00FB6230" w:rsidRDefault="00C8764B">
      <w:pPr>
        <w:spacing w:after="0"/>
      </w:pPr>
      <w:r>
        <w:rPr>
          <w:rFonts w:ascii="Arial" w:hAnsi="Arial"/>
        </w:rPr>
        <w:t>I knew that I say that,</w:t>
      </w:r>
    </w:p>
    <w:p w14:paraId="60F932BC" w14:textId="77777777" w:rsidR="00FB6230" w:rsidRDefault="00FB6230">
      <w:pPr>
        <w:spacing w:after="0"/>
      </w:pPr>
    </w:p>
    <w:p w14:paraId="531C34C8" w14:textId="77777777" w:rsidR="00FB6230" w:rsidRDefault="00C8764B">
      <w:pPr>
        <w:spacing w:after="0"/>
      </w:pPr>
      <w:proofErr w:type="gramStart"/>
      <w:r>
        <w:rPr>
          <w:rFonts w:ascii="Arial" w:hAnsi="Arial"/>
          <w:b/>
        </w:rPr>
        <w:lastRenderedPageBreak/>
        <w:t xml:space="preserve">Alice  </w:t>
      </w:r>
      <w:r>
        <w:rPr>
          <w:rFonts w:ascii="Arial" w:hAnsi="Arial"/>
          <w:color w:val="5D7284"/>
        </w:rPr>
        <w:t>43:21</w:t>
      </w:r>
      <w:proofErr w:type="gramEnd"/>
    </w:p>
    <w:p w14:paraId="7C21B85D" w14:textId="777AE94C" w:rsidR="00FB6230" w:rsidRDefault="00C8764B">
      <w:pPr>
        <w:spacing w:after="0"/>
      </w:pPr>
      <w:proofErr w:type="spellStart"/>
      <w:r>
        <w:rPr>
          <w:rFonts w:ascii="Arial" w:hAnsi="Arial"/>
        </w:rPr>
        <w:t>Its</w:t>
      </w:r>
      <w:proofErr w:type="spellEnd"/>
      <w:r>
        <w:rPr>
          <w:rFonts w:ascii="Arial" w:hAnsi="Arial"/>
        </w:rPr>
        <w:t xml:space="preserve"> you know, that has caused a lot of people, a lot of women to start speaking out about their fears of just walking out alone. And it is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 that</w:t>
      </w:r>
      <w:r w:rsidR="008E16D6">
        <w:rPr>
          <w:rFonts w:ascii="Arial" w:hAnsi="Arial"/>
        </w:rPr>
        <w:t>’</w:t>
      </w:r>
      <w:r>
        <w:rPr>
          <w:rFonts w:ascii="Arial" w:hAnsi="Arial"/>
        </w:rPr>
        <w:t xml:space="preserve">s a social thing. This is a sort of socially sort of structured, cultured, led thing that a lot of people a lot of men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w:t>
      </w:r>
      <w:proofErr w:type="spellStart"/>
      <w:r>
        <w:rPr>
          <w:rFonts w:ascii="Arial" w:hAnsi="Arial"/>
        </w:rPr>
        <w:t>realise</w:t>
      </w:r>
      <w:proofErr w:type="spellEnd"/>
      <w:r>
        <w:rPr>
          <w:rFonts w:ascii="Arial" w:hAnsi="Arial"/>
        </w:rPr>
        <w:t xml:space="preserve"> is something that genuinely worries a lot of women and genuinely A lot of you know, won</w:t>
      </w:r>
      <w:r w:rsidR="008E16D6">
        <w:rPr>
          <w:rFonts w:ascii="Arial" w:hAnsi="Arial"/>
        </w:rPr>
        <w:t>’</w:t>
      </w:r>
      <w:r>
        <w:rPr>
          <w:rFonts w:ascii="Arial" w:hAnsi="Arial"/>
        </w:rPr>
        <w:t>t walk out the house on their own won</w:t>
      </w:r>
      <w:r w:rsidR="008E16D6">
        <w:rPr>
          <w:rFonts w:ascii="Arial" w:hAnsi="Arial"/>
        </w:rPr>
        <w:t>’</w:t>
      </w:r>
      <w:r>
        <w:rPr>
          <w:rFonts w:ascii="Arial" w:hAnsi="Arial"/>
        </w:rPr>
        <w:t>t go for a run, even at half past five after work because they</w:t>
      </w:r>
      <w:r w:rsidR="008E16D6">
        <w:rPr>
          <w:rFonts w:ascii="Arial" w:hAnsi="Arial"/>
        </w:rPr>
        <w:t>’</w:t>
      </w:r>
      <w:r>
        <w:rPr>
          <w:rFonts w:ascii="Arial" w:hAnsi="Arial"/>
        </w:rPr>
        <w:t xml:space="preserve">re worried about their safety. And that is kind of institutional in, in the same sense of that you see what </w:t>
      </w:r>
      <w:proofErr w:type="spellStart"/>
      <w:r>
        <w:rPr>
          <w:rFonts w:ascii="Arial" w:hAnsi="Arial"/>
        </w:rPr>
        <w:t>im</w:t>
      </w:r>
      <w:proofErr w:type="spellEnd"/>
      <w:r>
        <w:rPr>
          <w:rFonts w:ascii="Arial" w:hAnsi="Arial"/>
        </w:rPr>
        <w:t xml:space="preserve"> trying to get at?</w:t>
      </w:r>
    </w:p>
    <w:p w14:paraId="34AAD494" w14:textId="77777777" w:rsidR="00FB6230" w:rsidRDefault="00FB6230">
      <w:pPr>
        <w:spacing w:after="0"/>
      </w:pPr>
    </w:p>
    <w:p w14:paraId="18A9F0EF" w14:textId="77777777" w:rsidR="00FB6230" w:rsidRDefault="00C8764B">
      <w:pPr>
        <w:spacing w:after="0"/>
      </w:pPr>
      <w:proofErr w:type="gramStart"/>
      <w:r>
        <w:rPr>
          <w:rFonts w:ascii="Arial" w:hAnsi="Arial"/>
          <w:b/>
        </w:rPr>
        <w:t xml:space="preserve">Jack  </w:t>
      </w:r>
      <w:r>
        <w:rPr>
          <w:rFonts w:ascii="Arial" w:hAnsi="Arial"/>
          <w:color w:val="5D7284"/>
        </w:rPr>
        <w:t>44:09</w:t>
      </w:r>
      <w:proofErr w:type="gramEnd"/>
    </w:p>
    <w:p w14:paraId="4A8CB905" w14:textId="45BC1E51" w:rsidR="00FB6230" w:rsidRDefault="00C8764B">
      <w:pPr>
        <w:spacing w:after="0"/>
      </w:pPr>
      <w:r>
        <w:rPr>
          <w:rFonts w:ascii="Arial" w:hAnsi="Arial"/>
        </w:rPr>
        <w:t xml:space="preserve">Yeah, yeah, no, 100% I think, again, that comes out I saw something </w:t>
      </w:r>
      <w:proofErr w:type="gramStart"/>
      <w:r>
        <w:rPr>
          <w:rFonts w:ascii="Arial" w:hAnsi="Arial"/>
        </w:rPr>
        <w:t>really good</w:t>
      </w:r>
      <w:proofErr w:type="gramEnd"/>
      <w:r>
        <w:rPr>
          <w:rFonts w:ascii="Arial" w:hAnsi="Arial"/>
        </w:rPr>
        <w:t xml:space="preserve">. This comes back to that intersectionality thing was earlier where Jack </w:t>
      </w:r>
      <w:proofErr w:type="gramStart"/>
      <w:r>
        <w:rPr>
          <w:rFonts w:ascii="Arial" w:hAnsi="Arial"/>
        </w:rPr>
        <w:t xml:space="preserve">your  </w:t>
      </w:r>
      <w:proofErr w:type="spellStart"/>
      <w:r>
        <w:rPr>
          <w:rFonts w:ascii="Arial" w:hAnsi="Arial"/>
        </w:rPr>
        <w:t>gonna</w:t>
      </w:r>
      <w:proofErr w:type="spellEnd"/>
      <w:proofErr w:type="gramEnd"/>
      <w:r>
        <w:rPr>
          <w:rFonts w:ascii="Arial" w:hAnsi="Arial"/>
        </w:rPr>
        <w:t xml:space="preserve"> have to remind me of their name  the travel blogger that we had on the </w:t>
      </w:r>
      <w:r w:rsidR="008E16D6">
        <w:rPr>
          <w:rFonts w:ascii="Arial" w:hAnsi="Arial"/>
        </w:rPr>
        <w:t>P</w:t>
      </w:r>
      <w:r>
        <w:rPr>
          <w:rFonts w:ascii="Arial" w:hAnsi="Arial"/>
        </w:rPr>
        <w:t xml:space="preserve">odcast, is it </w:t>
      </w:r>
      <w:proofErr w:type="spellStart"/>
      <w:r>
        <w:rPr>
          <w:rFonts w:ascii="Arial" w:hAnsi="Arial"/>
        </w:rPr>
        <w:t>carolann</w:t>
      </w:r>
      <w:proofErr w:type="spellEnd"/>
      <w:r>
        <w:rPr>
          <w:rFonts w:ascii="Arial" w:hAnsi="Arial"/>
        </w:rPr>
        <w:t xml:space="preserve"> lightly or if I</w:t>
      </w:r>
    </w:p>
    <w:p w14:paraId="13A2D780" w14:textId="77777777" w:rsidR="00FB6230" w:rsidRDefault="00FB6230">
      <w:pPr>
        <w:spacing w:after="0"/>
      </w:pPr>
    </w:p>
    <w:p w14:paraId="69320571" w14:textId="77777777" w:rsidR="00FB6230" w:rsidRDefault="00C8764B">
      <w:pPr>
        <w:spacing w:after="0"/>
      </w:pPr>
      <w:proofErr w:type="gramStart"/>
      <w:r>
        <w:rPr>
          <w:rFonts w:ascii="Arial" w:hAnsi="Arial"/>
          <w:b/>
        </w:rPr>
        <w:t xml:space="preserve">Alice  </w:t>
      </w:r>
      <w:r>
        <w:rPr>
          <w:rFonts w:ascii="Arial" w:hAnsi="Arial"/>
          <w:color w:val="5D7284"/>
        </w:rPr>
        <w:t>44:26</w:t>
      </w:r>
      <w:proofErr w:type="gramEnd"/>
    </w:p>
    <w:p w14:paraId="3F07A5E1" w14:textId="77777777" w:rsidR="00FB6230" w:rsidRDefault="00C8764B">
      <w:pPr>
        <w:spacing w:after="0"/>
      </w:pPr>
      <w:r>
        <w:rPr>
          <w:rFonts w:ascii="Arial" w:hAnsi="Arial"/>
        </w:rPr>
        <w:t>Carrie Ann?</w:t>
      </w:r>
    </w:p>
    <w:p w14:paraId="23737CCF" w14:textId="77777777" w:rsidR="00FB6230" w:rsidRDefault="00FB6230">
      <w:pPr>
        <w:spacing w:after="0"/>
      </w:pPr>
    </w:p>
    <w:p w14:paraId="2087E366" w14:textId="77777777" w:rsidR="00FB6230" w:rsidRDefault="00C8764B">
      <w:pPr>
        <w:spacing w:after="0"/>
      </w:pPr>
      <w:proofErr w:type="gramStart"/>
      <w:r>
        <w:rPr>
          <w:rFonts w:ascii="Arial" w:hAnsi="Arial"/>
          <w:b/>
        </w:rPr>
        <w:t xml:space="preserve">Lucy  </w:t>
      </w:r>
      <w:r>
        <w:rPr>
          <w:rFonts w:ascii="Arial" w:hAnsi="Arial"/>
          <w:color w:val="5D7284"/>
        </w:rPr>
        <w:t>44:30</w:t>
      </w:r>
      <w:proofErr w:type="gramEnd"/>
    </w:p>
    <w:p w14:paraId="182B7D80" w14:textId="77777777" w:rsidR="00FB6230" w:rsidRDefault="00C8764B">
      <w:pPr>
        <w:spacing w:after="0"/>
      </w:pPr>
      <w:r>
        <w:rPr>
          <w:rFonts w:ascii="Arial" w:hAnsi="Arial"/>
        </w:rPr>
        <w:t xml:space="preserve">Carrie Ann is my </w:t>
      </w:r>
      <w:proofErr w:type="gramStart"/>
      <w:r>
        <w:rPr>
          <w:rFonts w:ascii="Arial" w:hAnsi="Arial"/>
        </w:rPr>
        <w:t>boss</w:t>
      </w:r>
      <w:proofErr w:type="gramEnd"/>
      <w:r>
        <w:rPr>
          <w:rFonts w:ascii="Arial" w:hAnsi="Arial"/>
        </w:rPr>
        <w:t xml:space="preserve"> </w:t>
      </w:r>
    </w:p>
    <w:p w14:paraId="577A48E0" w14:textId="77777777" w:rsidR="00FB6230" w:rsidRDefault="00FB6230">
      <w:pPr>
        <w:spacing w:after="0"/>
      </w:pPr>
    </w:p>
    <w:p w14:paraId="094AAE1E" w14:textId="77777777" w:rsidR="00FB6230" w:rsidRDefault="00C8764B">
      <w:pPr>
        <w:spacing w:after="0"/>
      </w:pPr>
      <w:proofErr w:type="gramStart"/>
      <w:r>
        <w:rPr>
          <w:rFonts w:ascii="Arial" w:hAnsi="Arial"/>
          <w:b/>
        </w:rPr>
        <w:t xml:space="preserve">Tom  </w:t>
      </w:r>
      <w:r>
        <w:rPr>
          <w:rFonts w:ascii="Arial" w:hAnsi="Arial"/>
          <w:color w:val="5D7284"/>
        </w:rPr>
        <w:t>44:33</w:t>
      </w:r>
      <w:proofErr w:type="gramEnd"/>
    </w:p>
    <w:p w14:paraId="1106683A" w14:textId="7687C200" w:rsidR="00FB6230" w:rsidRDefault="00C8764B">
      <w:pPr>
        <w:spacing w:after="0"/>
      </w:pPr>
      <w:r>
        <w:rPr>
          <w:rFonts w:ascii="Arial" w:hAnsi="Arial"/>
        </w:rPr>
        <w:t>Well, that</w:t>
      </w:r>
      <w:r w:rsidR="008E16D6">
        <w:rPr>
          <w:rFonts w:ascii="Arial" w:hAnsi="Arial"/>
        </w:rPr>
        <w:t>’</w:t>
      </w:r>
      <w:r>
        <w:rPr>
          <w:rFonts w:ascii="Arial" w:hAnsi="Arial"/>
        </w:rPr>
        <w:t xml:space="preserve">s a tweet that she put out yesterday evening about the story in saying that she was being goaded by like a drunk on a train and then once he like, went to do something with her wheelchair, and she was like, Oh, can you not and </w:t>
      </w:r>
      <w:proofErr w:type="gramStart"/>
      <w:r>
        <w:rPr>
          <w:rFonts w:ascii="Arial" w:hAnsi="Arial"/>
        </w:rPr>
        <w:t>he  completely</w:t>
      </w:r>
      <w:proofErr w:type="gramEnd"/>
      <w:r>
        <w:rPr>
          <w:rFonts w:ascii="Arial" w:hAnsi="Arial"/>
        </w:rPr>
        <w:t xml:space="preserve"> changed his tone.</w:t>
      </w:r>
    </w:p>
    <w:p w14:paraId="3DD93CCE" w14:textId="77777777" w:rsidR="00FB6230" w:rsidRDefault="00FB6230">
      <w:pPr>
        <w:spacing w:after="0"/>
      </w:pPr>
    </w:p>
    <w:p w14:paraId="51FE8C77" w14:textId="77777777" w:rsidR="00FB6230" w:rsidRDefault="00C8764B">
      <w:pPr>
        <w:spacing w:after="0"/>
      </w:pPr>
      <w:proofErr w:type="gramStart"/>
      <w:r>
        <w:rPr>
          <w:rFonts w:ascii="Arial" w:hAnsi="Arial"/>
          <w:b/>
        </w:rPr>
        <w:t xml:space="preserve">Lucy  </w:t>
      </w:r>
      <w:r>
        <w:rPr>
          <w:rFonts w:ascii="Arial" w:hAnsi="Arial"/>
          <w:color w:val="5D7284"/>
        </w:rPr>
        <w:t>44:51</w:t>
      </w:r>
      <w:proofErr w:type="gramEnd"/>
    </w:p>
    <w:p w14:paraId="2D5FA512" w14:textId="77777777" w:rsidR="00FB6230" w:rsidRDefault="00C8764B">
      <w:pPr>
        <w:spacing w:after="0"/>
      </w:pPr>
      <w:r>
        <w:rPr>
          <w:rFonts w:ascii="Arial" w:hAnsi="Arial"/>
        </w:rPr>
        <w:t>He sat in her wheelchair and she said, Yeah, she</w:t>
      </w:r>
    </w:p>
    <w:p w14:paraId="494C7656" w14:textId="77777777" w:rsidR="00FB6230" w:rsidRDefault="00FB6230">
      <w:pPr>
        <w:spacing w:after="0"/>
      </w:pPr>
    </w:p>
    <w:p w14:paraId="15649012" w14:textId="77777777" w:rsidR="00FB6230" w:rsidRDefault="00C8764B">
      <w:pPr>
        <w:spacing w:after="0"/>
      </w:pPr>
      <w:proofErr w:type="gramStart"/>
      <w:r>
        <w:rPr>
          <w:rFonts w:ascii="Arial" w:hAnsi="Arial"/>
          <w:b/>
        </w:rPr>
        <w:t xml:space="preserve">Alice  </w:t>
      </w:r>
      <w:r>
        <w:rPr>
          <w:rFonts w:ascii="Arial" w:hAnsi="Arial"/>
          <w:color w:val="5D7284"/>
        </w:rPr>
        <w:t>44:54</w:t>
      </w:r>
      <w:proofErr w:type="gramEnd"/>
    </w:p>
    <w:p w14:paraId="4DF7B950" w14:textId="77777777" w:rsidR="00FB6230" w:rsidRDefault="00C8764B">
      <w:pPr>
        <w:spacing w:after="0"/>
      </w:pPr>
      <w:r>
        <w:rPr>
          <w:rFonts w:ascii="Arial" w:hAnsi="Arial"/>
        </w:rPr>
        <w:t xml:space="preserve">she told us a story on the show. </w:t>
      </w:r>
      <w:proofErr w:type="spellStart"/>
      <w:r>
        <w:rPr>
          <w:rFonts w:ascii="Arial" w:hAnsi="Arial"/>
        </w:rPr>
        <w:t>didnt</w:t>
      </w:r>
      <w:proofErr w:type="spellEnd"/>
      <w:r>
        <w:rPr>
          <w:rFonts w:ascii="Arial" w:hAnsi="Arial"/>
        </w:rPr>
        <w:t xml:space="preserve"> she </w:t>
      </w:r>
    </w:p>
    <w:p w14:paraId="338D0370" w14:textId="77777777" w:rsidR="00FB6230" w:rsidRDefault="00FB6230">
      <w:pPr>
        <w:spacing w:after="0"/>
      </w:pPr>
    </w:p>
    <w:p w14:paraId="43C99D34" w14:textId="77777777" w:rsidR="00FB6230" w:rsidRDefault="00C8764B">
      <w:pPr>
        <w:spacing w:after="0"/>
      </w:pPr>
      <w:proofErr w:type="gramStart"/>
      <w:r>
        <w:rPr>
          <w:rFonts w:ascii="Arial" w:hAnsi="Arial"/>
          <w:b/>
        </w:rPr>
        <w:t xml:space="preserve">Lucy  </w:t>
      </w:r>
      <w:r>
        <w:rPr>
          <w:rFonts w:ascii="Arial" w:hAnsi="Arial"/>
          <w:color w:val="5D7284"/>
        </w:rPr>
        <w:t>44:57</w:t>
      </w:r>
      <w:proofErr w:type="gramEnd"/>
    </w:p>
    <w:p w14:paraId="28A0B29A" w14:textId="0D6BA84A" w:rsidR="00FB6230" w:rsidRDefault="00C8764B">
      <w:pPr>
        <w:spacing w:after="0"/>
      </w:pPr>
      <w:r>
        <w:rPr>
          <w:rFonts w:ascii="Arial" w:hAnsi="Arial"/>
        </w:rPr>
        <w:t xml:space="preserve">I think, </w:t>
      </w:r>
      <w:proofErr w:type="spellStart"/>
      <w:r>
        <w:rPr>
          <w:rFonts w:ascii="Arial" w:hAnsi="Arial"/>
        </w:rPr>
        <w:t>i</w:t>
      </w:r>
      <w:proofErr w:type="spellEnd"/>
      <w:r>
        <w:rPr>
          <w:rFonts w:ascii="Arial" w:hAnsi="Arial"/>
        </w:rPr>
        <w:t xml:space="preserve"> </w:t>
      </w:r>
      <w:r w:rsidR="008E16D6">
        <w:rPr>
          <w:rFonts w:ascii="Arial" w:hAnsi="Arial"/>
        </w:rPr>
        <w:t>can’</w:t>
      </w:r>
      <w:r>
        <w:rPr>
          <w:rFonts w:ascii="Arial" w:hAnsi="Arial"/>
        </w:rPr>
        <w:t>t remember of I</w:t>
      </w:r>
      <w:r w:rsidR="008E16D6">
        <w:rPr>
          <w:rFonts w:ascii="Arial" w:hAnsi="Arial"/>
        </w:rPr>
        <w:t>’</w:t>
      </w:r>
      <w:r>
        <w:rPr>
          <w:rFonts w:ascii="Arial" w:hAnsi="Arial"/>
        </w:rPr>
        <w:t>ve slept since then Sorry, Carrie Ann If you</w:t>
      </w:r>
      <w:r w:rsidR="008E16D6">
        <w:rPr>
          <w:rFonts w:ascii="Arial" w:hAnsi="Arial"/>
        </w:rPr>
        <w:t>’</w:t>
      </w:r>
      <w:r>
        <w:rPr>
          <w:rFonts w:ascii="Arial" w:hAnsi="Arial"/>
        </w:rPr>
        <w:t xml:space="preserve">re </w:t>
      </w:r>
      <w:proofErr w:type="gramStart"/>
      <w:r>
        <w:rPr>
          <w:rFonts w:ascii="Arial" w:hAnsi="Arial"/>
        </w:rPr>
        <w:t>listening</w:t>
      </w:r>
      <w:proofErr w:type="gramEnd"/>
    </w:p>
    <w:p w14:paraId="37F08833" w14:textId="77777777" w:rsidR="00FB6230" w:rsidRDefault="00FB6230">
      <w:pPr>
        <w:spacing w:after="0"/>
      </w:pPr>
    </w:p>
    <w:p w14:paraId="21A5E698" w14:textId="77777777" w:rsidR="00FB6230" w:rsidRDefault="00C8764B">
      <w:pPr>
        <w:spacing w:after="0"/>
      </w:pPr>
      <w:proofErr w:type="gramStart"/>
      <w:r>
        <w:rPr>
          <w:rFonts w:ascii="Arial" w:hAnsi="Arial"/>
          <w:b/>
        </w:rPr>
        <w:t xml:space="preserve">Jack  </w:t>
      </w:r>
      <w:r>
        <w:rPr>
          <w:rFonts w:ascii="Arial" w:hAnsi="Arial"/>
          <w:color w:val="5D7284"/>
        </w:rPr>
        <w:t>45:02</w:t>
      </w:r>
      <w:proofErr w:type="gramEnd"/>
    </w:p>
    <w:p w14:paraId="748C156E" w14:textId="77777777" w:rsidR="00FB6230" w:rsidRDefault="00C8764B">
      <w:pPr>
        <w:spacing w:after="0"/>
      </w:pPr>
      <w:r>
        <w:rPr>
          <w:rFonts w:ascii="Arial" w:hAnsi="Arial"/>
        </w:rPr>
        <w:t>could be worse. You get forgotten a name.</w:t>
      </w:r>
    </w:p>
    <w:p w14:paraId="3D1F105A" w14:textId="77777777" w:rsidR="00FB6230" w:rsidRDefault="00FB6230">
      <w:pPr>
        <w:spacing w:after="0"/>
      </w:pPr>
    </w:p>
    <w:p w14:paraId="6BC31C0B" w14:textId="77777777" w:rsidR="00FB6230" w:rsidRDefault="00C8764B">
      <w:pPr>
        <w:spacing w:after="0"/>
      </w:pPr>
      <w:proofErr w:type="gramStart"/>
      <w:r>
        <w:rPr>
          <w:rFonts w:ascii="Arial" w:hAnsi="Arial"/>
          <w:b/>
        </w:rPr>
        <w:t xml:space="preserve">Tom  </w:t>
      </w:r>
      <w:r>
        <w:rPr>
          <w:rFonts w:ascii="Arial" w:hAnsi="Arial"/>
          <w:color w:val="5D7284"/>
        </w:rPr>
        <w:t>45:07</w:t>
      </w:r>
      <w:proofErr w:type="gramEnd"/>
    </w:p>
    <w:p w14:paraId="3717B98C" w14:textId="77777777" w:rsidR="00FB6230" w:rsidRDefault="00C8764B">
      <w:pPr>
        <w:spacing w:after="0"/>
      </w:pPr>
      <w:r>
        <w:rPr>
          <w:rFonts w:ascii="Arial" w:hAnsi="Arial"/>
        </w:rPr>
        <w:t>Sorry Carol, Carol and Carrie, I think,</w:t>
      </w:r>
    </w:p>
    <w:p w14:paraId="24360AE6" w14:textId="77777777" w:rsidR="00FB6230" w:rsidRDefault="00FB6230">
      <w:pPr>
        <w:spacing w:after="0"/>
      </w:pPr>
    </w:p>
    <w:p w14:paraId="484CE7A1" w14:textId="77777777" w:rsidR="00FB6230" w:rsidRDefault="00C8764B">
      <w:pPr>
        <w:spacing w:after="0"/>
      </w:pPr>
      <w:proofErr w:type="gramStart"/>
      <w:r>
        <w:rPr>
          <w:rFonts w:ascii="Arial" w:hAnsi="Arial"/>
          <w:b/>
        </w:rPr>
        <w:t xml:space="preserve">Lucy  </w:t>
      </w:r>
      <w:r>
        <w:rPr>
          <w:rFonts w:ascii="Arial" w:hAnsi="Arial"/>
          <w:color w:val="5D7284"/>
        </w:rPr>
        <w:t>45:10</w:t>
      </w:r>
      <w:proofErr w:type="gramEnd"/>
    </w:p>
    <w:p w14:paraId="495EEFAB" w14:textId="277B9BD5" w:rsidR="00FB6230" w:rsidRDefault="00C8764B">
      <w:pPr>
        <w:spacing w:after="0"/>
      </w:pPr>
      <w:r>
        <w:rPr>
          <w:rFonts w:ascii="Arial" w:hAnsi="Arial"/>
        </w:rPr>
        <w:t xml:space="preserve">yeah, yeah, upset. But basically, the man in question sat in a wheelchair and she basically told him to get out because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mine. And his </w:t>
      </w:r>
      <w:proofErr w:type="spellStart"/>
      <w:r>
        <w:rPr>
          <w:rFonts w:ascii="Arial" w:hAnsi="Arial"/>
        </w:rPr>
        <w:t>demeanour</w:t>
      </w:r>
      <w:proofErr w:type="spellEnd"/>
      <w:r>
        <w:rPr>
          <w:rFonts w:ascii="Arial" w:hAnsi="Arial"/>
        </w:rPr>
        <w:t xml:space="preserve"> completely. Yeah, change, you know, so </w:t>
      </w:r>
      <w:proofErr w:type="spellStart"/>
      <w:r>
        <w:rPr>
          <w:rFonts w:ascii="Arial" w:hAnsi="Arial"/>
        </w:rPr>
        <w:t>So</w:t>
      </w:r>
      <w:proofErr w:type="spellEnd"/>
      <w:r>
        <w:rPr>
          <w:rFonts w:ascii="Arial" w:hAnsi="Arial"/>
        </w:rPr>
        <w:t xml:space="preserve">, you know,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sort of like to be a woman. But if you</w:t>
      </w:r>
      <w:r w:rsidR="008E16D6">
        <w:rPr>
          <w:rFonts w:ascii="Arial" w:hAnsi="Arial"/>
        </w:rPr>
        <w:t>’</w:t>
      </w:r>
      <w:r>
        <w:rPr>
          <w:rFonts w:ascii="Arial" w:hAnsi="Arial"/>
        </w:rPr>
        <w:t>re a woman in a wheelchair , just like, we</w:t>
      </w:r>
      <w:r w:rsidR="008E16D6">
        <w:rPr>
          <w:rFonts w:ascii="Arial" w:hAnsi="Arial"/>
        </w:rPr>
        <w:t>’</w:t>
      </w:r>
      <w:r>
        <w:rPr>
          <w:rFonts w:ascii="Arial" w:hAnsi="Arial"/>
        </w:rPr>
        <w:t>re completely off limits but the I mean, there have been times where I have felt, when I</w:t>
      </w:r>
      <w:r w:rsidR="008E16D6">
        <w:rPr>
          <w:rFonts w:ascii="Arial" w:hAnsi="Arial"/>
        </w:rPr>
        <w:t>’</w:t>
      </w:r>
      <w:r>
        <w:rPr>
          <w:rFonts w:ascii="Arial" w:hAnsi="Arial"/>
        </w:rPr>
        <w:t>m, when I</w:t>
      </w:r>
      <w:r w:rsidR="008E16D6">
        <w:rPr>
          <w:rFonts w:ascii="Arial" w:hAnsi="Arial"/>
        </w:rPr>
        <w:t>’</w:t>
      </w:r>
      <w:r>
        <w:rPr>
          <w:rFonts w:ascii="Arial" w:hAnsi="Arial"/>
        </w:rPr>
        <w:t xml:space="preserve">m on my own, if </w:t>
      </w:r>
      <w:r>
        <w:rPr>
          <w:rFonts w:ascii="Arial" w:hAnsi="Arial"/>
        </w:rPr>
        <w:lastRenderedPageBreak/>
        <w:t>somebody like if I</w:t>
      </w:r>
      <w:r w:rsidR="008E16D6">
        <w:rPr>
          <w:rFonts w:ascii="Arial" w:hAnsi="Arial"/>
        </w:rPr>
        <w:t>’</w:t>
      </w:r>
      <w:r>
        <w:rPr>
          <w:rFonts w:ascii="Arial" w:hAnsi="Arial"/>
        </w:rPr>
        <w:t>m if my if the person I</w:t>
      </w:r>
      <w:r w:rsidR="008E16D6">
        <w:rPr>
          <w:rFonts w:ascii="Arial" w:hAnsi="Arial"/>
        </w:rPr>
        <w:t>’</w:t>
      </w:r>
      <w:r>
        <w:rPr>
          <w:rFonts w:ascii="Arial" w:hAnsi="Arial"/>
        </w:rPr>
        <w:t>m with goes, Oh, I</w:t>
      </w:r>
      <w:r w:rsidR="008E16D6">
        <w:rPr>
          <w:rFonts w:ascii="Arial" w:hAnsi="Arial"/>
        </w:rPr>
        <w:t>’</w:t>
      </w:r>
      <w:r>
        <w:rPr>
          <w:rFonts w:ascii="Arial" w:hAnsi="Arial"/>
        </w:rPr>
        <w:t>ll just nip into that, that shop, I</w:t>
      </w:r>
      <w:r w:rsidR="008E16D6">
        <w:rPr>
          <w:rFonts w:ascii="Arial" w:hAnsi="Arial"/>
        </w:rPr>
        <w:t>’</w:t>
      </w:r>
      <w:r>
        <w:rPr>
          <w:rFonts w:ascii="Arial" w:hAnsi="Arial"/>
        </w:rPr>
        <w:t>ll leave you having a cup finish this  cup of coffee and I</w:t>
      </w:r>
      <w:r w:rsidR="008E16D6">
        <w:rPr>
          <w:rFonts w:ascii="Arial" w:hAnsi="Arial"/>
        </w:rPr>
        <w:t>’</w:t>
      </w:r>
      <w:r>
        <w:rPr>
          <w:rFonts w:ascii="Arial" w:hAnsi="Arial"/>
        </w:rPr>
        <w:t xml:space="preserve">m left on my own, I suddenly feel very, very vulnerable. Because I think if anything, like even to the point where if somebody touches my wheelchair and decides to like, you know, move me I feel very vulnerable, because I know I </w:t>
      </w:r>
      <w:proofErr w:type="gramStart"/>
      <w:r>
        <w:rPr>
          <w:rFonts w:ascii="Arial" w:hAnsi="Arial"/>
        </w:rPr>
        <w:t>can</w:t>
      </w:r>
      <w:r w:rsidR="008E16D6">
        <w:rPr>
          <w:rFonts w:ascii="Arial" w:hAnsi="Arial"/>
        </w:rPr>
        <w:t>’</w:t>
      </w:r>
      <w:r>
        <w:rPr>
          <w:rFonts w:ascii="Arial" w:hAnsi="Arial"/>
        </w:rPr>
        <w:t>t</w:t>
      </w:r>
      <w:proofErr w:type="gramEnd"/>
      <w:r>
        <w:rPr>
          <w:rFonts w:ascii="Arial" w:hAnsi="Arial"/>
        </w:rPr>
        <w:t xml:space="preserve"> fight them off.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that</w:t>
      </w:r>
      <w:r w:rsidR="008E16D6">
        <w:rPr>
          <w:rFonts w:ascii="Arial" w:hAnsi="Arial"/>
        </w:rPr>
        <w:t>’</w:t>
      </w:r>
      <w:r>
        <w:rPr>
          <w:rFonts w:ascii="Arial" w:hAnsi="Arial"/>
        </w:rPr>
        <w:t>s not even going down the sexual assault route. That</w:t>
      </w:r>
      <w:r w:rsidR="008E16D6">
        <w:rPr>
          <w:rFonts w:ascii="Arial" w:hAnsi="Arial"/>
        </w:rPr>
        <w:t>’</w:t>
      </w:r>
      <w:r>
        <w:rPr>
          <w:rFonts w:ascii="Arial" w:hAnsi="Arial"/>
        </w:rPr>
        <w:t xml:space="preserve">s just, like just sitting there minding my own business with a magazine kind of thing is frightening </w:t>
      </w:r>
      <w:proofErr w:type="gramStart"/>
      <w:r>
        <w:rPr>
          <w:rFonts w:ascii="Arial" w:hAnsi="Arial"/>
        </w:rPr>
        <w:t>really</w:t>
      </w:r>
      <w:proofErr w:type="gramEnd"/>
    </w:p>
    <w:p w14:paraId="5A1D4757" w14:textId="77777777" w:rsidR="00FB6230" w:rsidRDefault="00FB6230">
      <w:pPr>
        <w:spacing w:after="0"/>
      </w:pPr>
    </w:p>
    <w:p w14:paraId="3046B4BD" w14:textId="77777777" w:rsidR="00FB6230" w:rsidRDefault="00C8764B">
      <w:pPr>
        <w:spacing w:after="0"/>
      </w:pPr>
      <w:proofErr w:type="gramStart"/>
      <w:r>
        <w:rPr>
          <w:rFonts w:ascii="Arial" w:hAnsi="Arial"/>
          <w:b/>
        </w:rPr>
        <w:t xml:space="preserve">Alice  </w:t>
      </w:r>
      <w:r>
        <w:rPr>
          <w:rFonts w:ascii="Arial" w:hAnsi="Arial"/>
          <w:color w:val="5D7284"/>
        </w:rPr>
        <w:t>46:09</w:t>
      </w:r>
      <w:proofErr w:type="gramEnd"/>
    </w:p>
    <w:p w14:paraId="23909239" w14:textId="7C754B91" w:rsidR="00FB6230" w:rsidRDefault="00C8764B">
      <w:pPr>
        <w:spacing w:after="0"/>
      </w:pPr>
      <w:r>
        <w:rPr>
          <w:rFonts w:ascii="Arial" w:hAnsi="Arial"/>
        </w:rPr>
        <w:t xml:space="preserve">one of the scariest things that ever happened to me was sitting in like a food court thing in my local shopping </w:t>
      </w:r>
      <w:proofErr w:type="spellStart"/>
      <w:r>
        <w:rPr>
          <w:rFonts w:ascii="Arial" w:hAnsi="Arial"/>
        </w:rPr>
        <w:t>centre</w:t>
      </w:r>
      <w:proofErr w:type="spellEnd"/>
      <w:r>
        <w:rPr>
          <w:rFonts w:ascii="Arial" w:hAnsi="Arial"/>
        </w:rPr>
        <w:t xml:space="preserve">, with the dog and the dog like it was off harness, but tied to the table shadow harness, like, propped it on the chair next to me. </w:t>
      </w:r>
      <w:proofErr w:type="gramStart"/>
      <w:r>
        <w:rPr>
          <w:rFonts w:ascii="Arial" w:hAnsi="Arial"/>
        </w:rPr>
        <w:t>So</w:t>
      </w:r>
      <w:proofErr w:type="gramEnd"/>
      <w:r>
        <w:rPr>
          <w:rFonts w:ascii="Arial" w:hAnsi="Arial"/>
        </w:rPr>
        <w:t xml:space="preserve"> it was very clear everybody could see it. And it could see the dog. Yeah. And a bloke came up to </w:t>
      </w:r>
      <w:proofErr w:type="gramStart"/>
      <w:r>
        <w:rPr>
          <w:rFonts w:ascii="Arial" w:hAnsi="Arial"/>
        </w:rPr>
        <w:t>me, and</w:t>
      </w:r>
      <w:proofErr w:type="gramEnd"/>
      <w:r>
        <w:rPr>
          <w:rFonts w:ascii="Arial" w:hAnsi="Arial"/>
        </w:rPr>
        <w:t xml:space="preserve"> stood really close between me and her harness and started talking to me and asking me about the dog and asking me stuff like that. And it was only after he left that I </w:t>
      </w:r>
      <w:proofErr w:type="spellStart"/>
      <w:r>
        <w:rPr>
          <w:rFonts w:ascii="Arial" w:hAnsi="Arial"/>
        </w:rPr>
        <w:t>realised</w:t>
      </w:r>
      <w:proofErr w:type="spellEnd"/>
      <w:r>
        <w:rPr>
          <w:rFonts w:ascii="Arial" w:hAnsi="Arial"/>
        </w:rPr>
        <w:t xml:space="preserve"> that the contents of my gym bag were on the floor. And he basically been like rifling through my stuff, whilst talking to me, and using the fact that he could see that I was guide dog user and that, you know, my dog was not currently working as an opportunity to take advantage of me. Thankfully, I don</w:t>
      </w:r>
      <w:r w:rsidR="008E16D6">
        <w:rPr>
          <w:rFonts w:ascii="Arial" w:hAnsi="Arial"/>
        </w:rPr>
        <w:t>’</w:t>
      </w:r>
      <w:r>
        <w:rPr>
          <w:rFonts w:ascii="Arial" w:hAnsi="Arial"/>
        </w:rPr>
        <w:t xml:space="preserve">t put my purse with my sweat, gym clothes, but you </w:t>
      </w:r>
      <w:proofErr w:type="gramStart"/>
      <w:r>
        <w:rPr>
          <w:rFonts w:ascii="Arial" w:hAnsi="Arial"/>
        </w:rPr>
        <w:t>know  it</w:t>
      </w:r>
      <w:proofErr w:type="gramEnd"/>
      <w:r>
        <w:rPr>
          <w:rFonts w:ascii="Arial" w:hAnsi="Arial"/>
        </w:rPr>
        <w:t xml:space="preserve"> doesn</w:t>
      </w:r>
      <w:r w:rsidR="008E16D6">
        <w:rPr>
          <w:rFonts w:ascii="Arial" w:hAnsi="Arial"/>
        </w:rPr>
        <w:t>’</w:t>
      </w:r>
      <w:r>
        <w:rPr>
          <w:rFonts w:ascii="Arial" w:hAnsi="Arial"/>
        </w:rPr>
        <w:t>t change the fact that there are people who, who go, there is a disabled person there, I will take advantage of them.</w:t>
      </w:r>
    </w:p>
    <w:p w14:paraId="7C466D32" w14:textId="77777777" w:rsidR="00FB6230" w:rsidRDefault="00FB6230">
      <w:pPr>
        <w:spacing w:after="0"/>
      </w:pPr>
    </w:p>
    <w:p w14:paraId="34D804DC" w14:textId="77777777" w:rsidR="00FB6230" w:rsidRDefault="00C8764B">
      <w:pPr>
        <w:spacing w:after="0"/>
      </w:pPr>
      <w:proofErr w:type="gramStart"/>
      <w:r>
        <w:rPr>
          <w:rFonts w:ascii="Arial" w:hAnsi="Arial"/>
          <w:b/>
        </w:rPr>
        <w:t xml:space="preserve">Tom  </w:t>
      </w:r>
      <w:r>
        <w:rPr>
          <w:rFonts w:ascii="Arial" w:hAnsi="Arial"/>
          <w:color w:val="5D7284"/>
        </w:rPr>
        <w:t>46:53</w:t>
      </w:r>
      <w:proofErr w:type="gramEnd"/>
    </w:p>
    <w:p w14:paraId="5E3F42C3" w14:textId="2EF6E957" w:rsidR="00FB6230" w:rsidRDefault="00C8764B">
      <w:pPr>
        <w:spacing w:after="0"/>
      </w:pPr>
      <w:r>
        <w:rPr>
          <w:rFonts w:ascii="Arial" w:hAnsi="Arial"/>
        </w:rPr>
        <w:t xml:space="preserve">And I think in terms of like, what that means, I guess, again,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a very about to ...., if I guess in a way is like that. I think I can</w:t>
      </w:r>
      <w:r w:rsidR="008E16D6">
        <w:rPr>
          <w:rFonts w:ascii="Arial" w:hAnsi="Arial"/>
        </w:rPr>
        <w:t>’</w:t>
      </w:r>
      <w:r>
        <w:rPr>
          <w:rFonts w:ascii="Arial" w:hAnsi="Arial"/>
        </w:rPr>
        <w:t xml:space="preserve">t speak for jack but can speak for myself, and I imagine the same for jack, that as this </w:t>
      </w:r>
      <w:r w:rsidR="008E16D6">
        <w:rPr>
          <w:rFonts w:ascii="Arial" w:hAnsi="Arial"/>
        </w:rPr>
        <w:t>P</w:t>
      </w:r>
      <w:r>
        <w:rPr>
          <w:rFonts w:ascii="Arial" w:hAnsi="Arial"/>
        </w:rPr>
        <w:t xml:space="preserve">odcast has gone on </w:t>
      </w:r>
      <w:proofErr w:type="gramStart"/>
      <w:r>
        <w:rPr>
          <w:rFonts w:ascii="Arial" w:hAnsi="Arial"/>
        </w:rPr>
        <w:t>those sort of these big social moments</w:t>
      </w:r>
      <w:proofErr w:type="gramEnd"/>
      <w:r>
        <w:rPr>
          <w:rFonts w:ascii="Arial" w:hAnsi="Arial"/>
        </w:rPr>
        <w:t xml:space="preserve"> that are happening, these brilliant pushes for change be that BLM be that the current sort of movement around women and safe spaces, I think you make more links to that. These are, these are often coming out for a specific type of woman or specific type of person. And sometimes, and of course,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still very relevant. But I think there</w:t>
      </w:r>
      <w:r w:rsidR="008E16D6">
        <w:rPr>
          <w:rFonts w:ascii="Arial" w:hAnsi="Arial"/>
        </w:rPr>
        <w:t>’</w:t>
      </w:r>
      <w:r>
        <w:rPr>
          <w:rFonts w:ascii="Arial" w:hAnsi="Arial"/>
        </w:rPr>
        <w:t xml:space="preserve">s always that that tweet from Carrie </w:t>
      </w:r>
      <w:proofErr w:type="gramStart"/>
      <w:r>
        <w:rPr>
          <w:rFonts w:ascii="Arial" w:hAnsi="Arial"/>
        </w:rPr>
        <w:t>Ann  was</w:t>
      </w:r>
      <w:proofErr w:type="gramEnd"/>
      <w:r>
        <w:rPr>
          <w:rFonts w:ascii="Arial" w:hAnsi="Arial"/>
        </w:rPr>
        <w:t xml:space="preserve"> a prime example of like, that</w:t>
      </w:r>
      <w:r w:rsidR="008E16D6">
        <w:rPr>
          <w:rFonts w:ascii="Arial" w:hAnsi="Arial"/>
        </w:rPr>
        <w:t>’</w:t>
      </w:r>
      <w:r>
        <w:rPr>
          <w:rFonts w:ascii="Arial" w:hAnsi="Arial"/>
        </w:rPr>
        <w:t xml:space="preserve">s actually the first time in this whole discourse. In the last two days, </w:t>
      </w:r>
      <w:proofErr w:type="gramStart"/>
      <w:r>
        <w:rPr>
          <w:rFonts w:ascii="Arial" w:hAnsi="Arial"/>
        </w:rPr>
        <w:t>I</w:t>
      </w:r>
      <w:r w:rsidR="008E16D6">
        <w:rPr>
          <w:rFonts w:ascii="Arial" w:hAnsi="Arial"/>
        </w:rPr>
        <w:t>’</w:t>
      </w:r>
      <w:r>
        <w:rPr>
          <w:rFonts w:ascii="Arial" w:hAnsi="Arial"/>
        </w:rPr>
        <w:t>ve</w:t>
      </w:r>
      <w:proofErr w:type="gramEnd"/>
      <w:r>
        <w:rPr>
          <w:rFonts w:ascii="Arial" w:hAnsi="Arial"/>
        </w:rPr>
        <w:t xml:space="preserve"> seen someone make the link that is </w:t>
      </w:r>
      <w:proofErr w:type="spellStart"/>
      <w:r>
        <w:rPr>
          <w:rFonts w:ascii="Arial" w:hAnsi="Arial"/>
        </w:rPr>
        <w:t>is</w:t>
      </w:r>
      <w:proofErr w:type="spellEnd"/>
      <w:r>
        <w:rPr>
          <w:rFonts w:ascii="Arial" w:hAnsi="Arial"/>
        </w:rPr>
        <w:t xml:space="preserve"> different for her. And her experience was different to these experiences being put out there. But it</w:t>
      </w:r>
      <w:r w:rsidR="008E16D6">
        <w:rPr>
          <w:rFonts w:ascii="Arial" w:hAnsi="Arial"/>
        </w:rPr>
        <w:t>’</w:t>
      </w:r>
      <w:r>
        <w:rPr>
          <w:rFonts w:ascii="Arial" w:hAnsi="Arial"/>
        </w:rPr>
        <w:t xml:space="preserve">s as important as </w:t>
      </w:r>
      <w:proofErr w:type="spellStart"/>
      <w:r>
        <w:rPr>
          <w:rFonts w:ascii="Arial" w:hAnsi="Arial"/>
        </w:rPr>
        <w:t>as</w:t>
      </w:r>
      <w:proofErr w:type="spellEnd"/>
      <w:r>
        <w:rPr>
          <w:rFonts w:ascii="Arial" w:hAnsi="Arial"/>
        </w:rPr>
        <w:t xml:space="preserve"> tells us as much about how men are behaving and how men are making women </w:t>
      </w:r>
      <w:proofErr w:type="gramStart"/>
      <w:r>
        <w:rPr>
          <w:rFonts w:ascii="Arial" w:hAnsi="Arial"/>
        </w:rPr>
        <w:t>feel</w:t>
      </w:r>
      <w:proofErr w:type="gramEnd"/>
      <w:r>
        <w:rPr>
          <w:rFonts w:ascii="Arial" w:hAnsi="Arial"/>
        </w:rPr>
        <w:t xml:space="preserve"> </w:t>
      </w:r>
    </w:p>
    <w:p w14:paraId="3BF120AF" w14:textId="77777777" w:rsidR="00FB6230" w:rsidRDefault="00FB6230">
      <w:pPr>
        <w:spacing w:after="0"/>
      </w:pPr>
    </w:p>
    <w:p w14:paraId="2C7FBE5B" w14:textId="77777777" w:rsidR="00FB6230" w:rsidRDefault="00C8764B">
      <w:pPr>
        <w:spacing w:after="0"/>
      </w:pPr>
      <w:proofErr w:type="gramStart"/>
      <w:r>
        <w:rPr>
          <w:rFonts w:ascii="Arial" w:hAnsi="Arial"/>
          <w:b/>
        </w:rPr>
        <w:t xml:space="preserve">Lucy  </w:t>
      </w:r>
      <w:r>
        <w:rPr>
          <w:rFonts w:ascii="Arial" w:hAnsi="Arial"/>
          <w:color w:val="5D7284"/>
        </w:rPr>
        <w:t>48:06</w:t>
      </w:r>
      <w:proofErr w:type="gramEnd"/>
    </w:p>
    <w:p w14:paraId="3BB6684C" w14:textId="760B0AF6" w:rsidR="00FB6230" w:rsidRDefault="00C8764B">
      <w:pPr>
        <w:spacing w:after="0"/>
      </w:pPr>
      <w:r>
        <w:rPr>
          <w:rFonts w:ascii="Arial" w:hAnsi="Arial"/>
        </w:rPr>
        <w:t>It</w:t>
      </w:r>
      <w:r w:rsidR="008E16D6">
        <w:rPr>
          <w:rFonts w:ascii="Arial" w:hAnsi="Arial"/>
        </w:rPr>
        <w:t>’</w:t>
      </w:r>
      <w:r>
        <w:rPr>
          <w:rFonts w:ascii="Arial" w:hAnsi="Arial"/>
        </w:rPr>
        <w:t>s almost like isn</w:t>
      </w:r>
      <w:r w:rsidR="008E16D6">
        <w:rPr>
          <w:rFonts w:ascii="Arial" w:hAnsi="Arial"/>
        </w:rPr>
        <w:t>’</w:t>
      </w:r>
      <w:r>
        <w:rPr>
          <w:rFonts w:ascii="Arial" w:hAnsi="Arial"/>
        </w:rPr>
        <w:t xml:space="preserve">t it the way our </w:t>
      </w:r>
      <w:proofErr w:type="gramStart"/>
      <w:r>
        <w:rPr>
          <w:rFonts w:ascii="Arial" w:hAnsi="Arial"/>
        </w:rPr>
        <w:t>feel  about</w:t>
      </w:r>
      <w:proofErr w:type="gramEnd"/>
      <w:r>
        <w:rPr>
          <w:rFonts w:ascii="Arial" w:hAnsi="Arial"/>
        </w:rPr>
        <w:t xml:space="preserve"> it</w:t>
      </w:r>
      <w:r w:rsidR="008E16D6">
        <w:rPr>
          <w:rFonts w:ascii="Arial" w:hAnsi="Arial"/>
        </w:rPr>
        <w:t>’</w:t>
      </w:r>
      <w:r>
        <w:rPr>
          <w:rFonts w:ascii="Arial" w:hAnsi="Arial"/>
        </w:rPr>
        <w:t>s almost like, yeah, this happens to women, but it won</w:t>
      </w:r>
      <w:r w:rsidR="008E16D6">
        <w:rPr>
          <w:rFonts w:ascii="Arial" w:hAnsi="Arial"/>
        </w:rPr>
        <w:t>’</w:t>
      </w:r>
      <w:r>
        <w:rPr>
          <w:rFonts w:ascii="Arial" w:hAnsi="Arial"/>
        </w:rPr>
        <w:t>t happen to disabled women. Because why would anybody find you even attractive enough in the first place to even attempt to try and do something that kind of thing?</w:t>
      </w:r>
    </w:p>
    <w:p w14:paraId="5FCC1123" w14:textId="77777777" w:rsidR="00FB6230" w:rsidRDefault="00FB6230">
      <w:pPr>
        <w:spacing w:after="0"/>
      </w:pPr>
    </w:p>
    <w:p w14:paraId="32BA4A47" w14:textId="77777777" w:rsidR="00FB6230" w:rsidRDefault="00C8764B">
      <w:pPr>
        <w:spacing w:after="0"/>
      </w:pPr>
      <w:proofErr w:type="gramStart"/>
      <w:r>
        <w:rPr>
          <w:rFonts w:ascii="Arial" w:hAnsi="Arial"/>
          <w:b/>
        </w:rPr>
        <w:t xml:space="preserve">Alice  </w:t>
      </w:r>
      <w:r>
        <w:rPr>
          <w:rFonts w:ascii="Arial" w:hAnsi="Arial"/>
          <w:color w:val="5D7284"/>
        </w:rPr>
        <w:t>48:35</w:t>
      </w:r>
      <w:proofErr w:type="gramEnd"/>
    </w:p>
    <w:p w14:paraId="2FC0421D" w14:textId="77777777" w:rsidR="00FB6230" w:rsidRDefault="00C8764B">
      <w:pPr>
        <w:spacing w:after="0"/>
      </w:pPr>
      <w:r>
        <w:rPr>
          <w:rFonts w:ascii="Arial" w:hAnsi="Arial"/>
        </w:rPr>
        <w:t xml:space="preserve">I think perhaps that you have to be aware that when those kinds of things happen to </w:t>
      </w:r>
      <w:proofErr w:type="gramStart"/>
      <w:r>
        <w:rPr>
          <w:rFonts w:ascii="Arial" w:hAnsi="Arial"/>
        </w:rPr>
        <w:t>disabled</w:t>
      </w:r>
      <w:proofErr w:type="gramEnd"/>
      <w:r>
        <w:rPr>
          <w:rFonts w:ascii="Arial" w:hAnsi="Arial"/>
        </w:rPr>
        <w:t xml:space="preserve"> women it different from different the way that it happens to </w:t>
      </w:r>
      <w:proofErr w:type="spellStart"/>
      <w:r>
        <w:rPr>
          <w:rFonts w:ascii="Arial" w:hAnsi="Arial"/>
        </w:rPr>
        <w:t>non disabled</w:t>
      </w:r>
      <w:proofErr w:type="spellEnd"/>
      <w:r>
        <w:rPr>
          <w:rFonts w:ascii="Arial" w:hAnsi="Arial"/>
        </w:rPr>
        <w:t xml:space="preserve"> women?</w:t>
      </w:r>
    </w:p>
    <w:p w14:paraId="7DB50E79" w14:textId="77777777" w:rsidR="00FB6230" w:rsidRDefault="00FB6230">
      <w:pPr>
        <w:spacing w:after="0"/>
      </w:pPr>
    </w:p>
    <w:p w14:paraId="25F94426" w14:textId="77777777" w:rsidR="00FB6230" w:rsidRDefault="00C8764B">
      <w:pPr>
        <w:spacing w:after="0"/>
      </w:pPr>
      <w:proofErr w:type="gramStart"/>
      <w:r>
        <w:rPr>
          <w:rFonts w:ascii="Arial" w:hAnsi="Arial"/>
          <w:b/>
        </w:rPr>
        <w:t xml:space="preserve">Lucy  </w:t>
      </w:r>
      <w:r>
        <w:rPr>
          <w:rFonts w:ascii="Arial" w:hAnsi="Arial"/>
          <w:color w:val="5D7284"/>
        </w:rPr>
        <w:t>48:49</w:t>
      </w:r>
      <w:proofErr w:type="gramEnd"/>
    </w:p>
    <w:p w14:paraId="66B839F2" w14:textId="77777777" w:rsidR="00FB6230" w:rsidRDefault="00C8764B">
      <w:pPr>
        <w:spacing w:after="0"/>
      </w:pPr>
      <w:r>
        <w:rPr>
          <w:rFonts w:ascii="Arial" w:hAnsi="Arial"/>
        </w:rPr>
        <w:t>Yeah,</w:t>
      </w:r>
    </w:p>
    <w:p w14:paraId="4493F871" w14:textId="77777777" w:rsidR="00FB6230" w:rsidRDefault="00FB6230">
      <w:pPr>
        <w:spacing w:after="0"/>
      </w:pPr>
    </w:p>
    <w:p w14:paraId="7BAEE6BB" w14:textId="77777777" w:rsidR="00FB6230" w:rsidRDefault="00C8764B">
      <w:pPr>
        <w:spacing w:after="0"/>
      </w:pPr>
      <w:proofErr w:type="gramStart"/>
      <w:r>
        <w:rPr>
          <w:rFonts w:ascii="Arial" w:hAnsi="Arial"/>
          <w:b/>
        </w:rPr>
        <w:t xml:space="preserve">Alice  </w:t>
      </w:r>
      <w:r>
        <w:rPr>
          <w:rFonts w:ascii="Arial" w:hAnsi="Arial"/>
          <w:color w:val="5D7284"/>
        </w:rPr>
        <w:t>48:49</w:t>
      </w:r>
      <w:proofErr w:type="gramEnd"/>
    </w:p>
    <w:p w14:paraId="7FD69269" w14:textId="5B12C077" w:rsidR="00FB6230" w:rsidRDefault="00C8764B">
      <w:pPr>
        <w:spacing w:after="0"/>
      </w:pPr>
      <w:r>
        <w:rPr>
          <w:rFonts w:ascii="Arial" w:hAnsi="Arial"/>
        </w:rPr>
        <w:lastRenderedPageBreak/>
        <w:t>I think I mean, that</w:t>
      </w:r>
      <w:r w:rsidR="008E16D6">
        <w:rPr>
          <w:rFonts w:ascii="Arial" w:hAnsi="Arial"/>
        </w:rPr>
        <w:t>’</w:t>
      </w:r>
      <w:r>
        <w:rPr>
          <w:rFonts w:ascii="Arial" w:hAnsi="Arial"/>
        </w:rPr>
        <w:t xml:space="preserve">s part of the problem with you </w:t>
      </w:r>
      <w:proofErr w:type="gramStart"/>
      <w:r>
        <w:rPr>
          <w:rFonts w:ascii="Arial" w:hAnsi="Arial"/>
        </w:rPr>
        <w:t>know</w:t>
      </w:r>
      <w:proofErr w:type="gramEnd"/>
      <w:r>
        <w:rPr>
          <w:rFonts w:ascii="Arial" w:hAnsi="Arial"/>
        </w:rPr>
        <w:t>, all the press that is coming out around Sarah Everard is I have had yet I haven</w:t>
      </w:r>
      <w:r w:rsidR="008E16D6">
        <w:rPr>
          <w:rFonts w:ascii="Arial" w:hAnsi="Arial"/>
        </w:rPr>
        <w:t>’</w:t>
      </w:r>
      <w:r>
        <w:rPr>
          <w:rFonts w:ascii="Arial" w:hAnsi="Arial"/>
        </w:rPr>
        <w:t>t personally seen anybody but I</w:t>
      </w:r>
      <w:r w:rsidR="008E16D6">
        <w:rPr>
          <w:rFonts w:ascii="Arial" w:hAnsi="Arial"/>
        </w:rPr>
        <w:t>’</w:t>
      </w:r>
      <w:r>
        <w:rPr>
          <w:rFonts w:ascii="Arial" w:hAnsi="Arial"/>
        </w:rPr>
        <w:t>m waiting for somebody to make a very valid point that she</w:t>
      </w:r>
      <w:r w:rsidR="008E16D6">
        <w:rPr>
          <w:rFonts w:ascii="Arial" w:hAnsi="Arial"/>
        </w:rPr>
        <w:t>’</w:t>
      </w:r>
      <w:r>
        <w:rPr>
          <w:rFonts w:ascii="Arial" w:hAnsi="Arial"/>
        </w:rPr>
        <w:t xml:space="preserve">s a nice white lady. And has any bit of </w:t>
      </w:r>
      <w:proofErr w:type="spellStart"/>
      <w:proofErr w:type="gramStart"/>
      <w:r>
        <w:rPr>
          <w:rFonts w:ascii="Arial" w:hAnsi="Arial"/>
        </w:rPr>
        <w:t>were</w:t>
      </w:r>
      <w:proofErr w:type="spellEnd"/>
      <w:r>
        <w:rPr>
          <w:rFonts w:ascii="Arial" w:hAnsi="Arial"/>
        </w:rPr>
        <w:t xml:space="preserve"> is</w:t>
      </w:r>
      <w:proofErr w:type="gramEnd"/>
      <w:r>
        <w:rPr>
          <w:rFonts w:ascii="Arial" w:hAnsi="Arial"/>
        </w:rPr>
        <w:t xml:space="preserve"> the huge national press about the lady who you know, a person of </w:t>
      </w:r>
      <w:proofErr w:type="spellStart"/>
      <w:r>
        <w:rPr>
          <w:rFonts w:ascii="Arial" w:hAnsi="Arial"/>
        </w:rPr>
        <w:t>colour</w:t>
      </w:r>
      <w:proofErr w:type="spellEnd"/>
      <w:r>
        <w:rPr>
          <w:rFonts w:ascii="Arial" w:hAnsi="Arial"/>
        </w:rPr>
        <w:t xml:space="preserve"> who perhaps does sex work to feed a drug habit, whose disappearance and murder is just as shocking and just as you know, preventable. But that </w:t>
      </w:r>
      <w:proofErr w:type="gramStart"/>
      <w:r>
        <w:rPr>
          <w:rFonts w:ascii="Arial" w:hAnsi="Arial"/>
        </w:rPr>
        <w:t>doesn</w:t>
      </w:r>
      <w:r w:rsidR="008E16D6">
        <w:rPr>
          <w:rFonts w:ascii="Arial" w:hAnsi="Arial"/>
        </w:rPr>
        <w:t>’</w:t>
      </w:r>
      <w:r>
        <w:rPr>
          <w:rFonts w:ascii="Arial" w:hAnsi="Arial"/>
        </w:rPr>
        <w:t>t</w:t>
      </w:r>
      <w:proofErr w:type="gramEnd"/>
      <w:r>
        <w:rPr>
          <w:rFonts w:ascii="Arial" w:hAnsi="Arial"/>
        </w:rPr>
        <w:t xml:space="preserve"> make headlines.</w:t>
      </w:r>
    </w:p>
    <w:p w14:paraId="65BBB75C" w14:textId="77777777" w:rsidR="00FB6230" w:rsidRDefault="00FB6230">
      <w:pPr>
        <w:spacing w:after="0"/>
      </w:pPr>
    </w:p>
    <w:p w14:paraId="6D762FF1" w14:textId="77777777" w:rsidR="00FB6230" w:rsidRDefault="00C8764B">
      <w:pPr>
        <w:spacing w:after="0"/>
      </w:pPr>
      <w:proofErr w:type="gramStart"/>
      <w:r>
        <w:rPr>
          <w:rFonts w:ascii="Arial" w:hAnsi="Arial"/>
          <w:b/>
        </w:rPr>
        <w:t xml:space="preserve">Jack  </w:t>
      </w:r>
      <w:r>
        <w:rPr>
          <w:rFonts w:ascii="Arial" w:hAnsi="Arial"/>
          <w:color w:val="5D7284"/>
        </w:rPr>
        <w:t>49:32</w:t>
      </w:r>
      <w:proofErr w:type="gramEnd"/>
    </w:p>
    <w:p w14:paraId="6A1A237D" w14:textId="4A30A512" w:rsidR="00FB6230" w:rsidRDefault="00C8764B">
      <w:pPr>
        <w:spacing w:after="0"/>
      </w:pPr>
      <w:r>
        <w:rPr>
          <w:rFonts w:ascii="Arial" w:hAnsi="Arial"/>
        </w:rPr>
        <w:t xml:space="preserve">I think like yeah, for me and jack, I guess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like one of the areas of we aim to have our </w:t>
      </w:r>
      <w:r w:rsidR="008E16D6">
        <w:rPr>
          <w:rFonts w:ascii="Arial" w:hAnsi="Arial"/>
        </w:rPr>
        <w:t>P</w:t>
      </w:r>
      <w:r>
        <w:rPr>
          <w:rFonts w:ascii="Arial" w:hAnsi="Arial"/>
        </w:rPr>
        <w:t>odcast is like to be trying to not as we haven</w:t>
      </w:r>
      <w:r w:rsidR="008E16D6">
        <w:rPr>
          <w:rFonts w:ascii="Arial" w:hAnsi="Arial"/>
        </w:rPr>
        <w:t>’</w:t>
      </w:r>
      <w:r>
        <w:rPr>
          <w:rFonts w:ascii="Arial" w:hAnsi="Arial"/>
        </w:rPr>
        <w:t xml:space="preserve">t done an episode on </w:t>
      </w:r>
      <w:proofErr w:type="spellStart"/>
      <w:r>
        <w:rPr>
          <w:rFonts w:ascii="Arial" w:hAnsi="Arial"/>
        </w:rPr>
        <w:t>on</w:t>
      </w:r>
      <w:proofErr w:type="spellEnd"/>
      <w:r>
        <w:rPr>
          <w:rFonts w:ascii="Arial" w:hAnsi="Arial"/>
        </w:rPr>
        <w:t xml:space="preserve"> something like this. It</w:t>
      </w:r>
      <w:r w:rsidR="008E16D6">
        <w:rPr>
          <w:rFonts w:ascii="Arial" w:hAnsi="Arial"/>
        </w:rPr>
        <w:t>’</w:t>
      </w:r>
      <w:r>
        <w:rPr>
          <w:rFonts w:ascii="Arial" w:hAnsi="Arial"/>
        </w:rPr>
        <w:t>s not It</w:t>
      </w:r>
      <w:r w:rsidR="008E16D6">
        <w:rPr>
          <w:rFonts w:ascii="Arial" w:hAnsi="Arial"/>
        </w:rPr>
        <w:t>’</w:t>
      </w:r>
      <w:r>
        <w:rPr>
          <w:rFonts w:ascii="Arial" w:hAnsi="Arial"/>
        </w:rPr>
        <w:t>s not an error we</w:t>
      </w:r>
      <w:r w:rsidR="008E16D6">
        <w:rPr>
          <w:rFonts w:ascii="Arial" w:hAnsi="Arial"/>
        </w:rPr>
        <w:t>’</w:t>
      </w:r>
      <w:r>
        <w:rPr>
          <w:rFonts w:ascii="Arial" w:hAnsi="Arial"/>
        </w:rPr>
        <w:t>ve taken we</w:t>
      </w:r>
      <w:r w:rsidR="008E16D6">
        <w:rPr>
          <w:rFonts w:ascii="Arial" w:hAnsi="Arial"/>
        </w:rPr>
        <w:t>’</w:t>
      </w:r>
      <w:r>
        <w:rPr>
          <w:rFonts w:ascii="Arial" w:hAnsi="Arial"/>
        </w:rPr>
        <w:t xml:space="preserve">ve looked into as of yet, but like, just making these links of the </w:t>
      </w:r>
      <w:proofErr w:type="spellStart"/>
      <w:r>
        <w:rPr>
          <w:rFonts w:ascii="Arial" w:hAnsi="Arial"/>
        </w:rPr>
        <w:t>the</w:t>
      </w:r>
      <w:proofErr w:type="spellEnd"/>
      <w:r>
        <w:rPr>
          <w:rFonts w:ascii="Arial" w:hAnsi="Arial"/>
        </w:rPr>
        <w:t xml:space="preserve"> discourse is great, and it is needed, but there</w:t>
      </w:r>
      <w:r w:rsidR="008E16D6">
        <w:rPr>
          <w:rFonts w:ascii="Arial" w:hAnsi="Arial"/>
        </w:rPr>
        <w:t>’</w:t>
      </w:r>
      <w:r>
        <w:rPr>
          <w:rFonts w:ascii="Arial" w:hAnsi="Arial"/>
        </w:rPr>
        <w:t>s also areas where it does fall short as it would, because it</w:t>
      </w:r>
      <w:r w:rsidR="008E16D6">
        <w:rPr>
          <w:rFonts w:ascii="Arial" w:hAnsi="Arial"/>
        </w:rPr>
        <w:t>’</w:t>
      </w:r>
      <w:r>
        <w:rPr>
          <w:rFonts w:ascii="Arial" w:hAnsi="Arial"/>
        </w:rPr>
        <w:t>s a national campaign be that  whichever one it is, and I know that like, just attempting to bring in and you know, bring more voices is always going to be a good thing. And I guess that</w:t>
      </w:r>
      <w:r w:rsidR="008E16D6">
        <w:rPr>
          <w:rFonts w:ascii="Arial" w:hAnsi="Arial"/>
        </w:rPr>
        <w:t>’</w:t>
      </w:r>
      <w:r>
        <w:rPr>
          <w:rFonts w:ascii="Arial" w:hAnsi="Arial"/>
        </w:rPr>
        <w:t>s where like, we can take a backseat, but we can hopefully, maybe bring people on. I know, we</w:t>
      </w:r>
      <w:r w:rsidR="008E16D6">
        <w:rPr>
          <w:rFonts w:ascii="Arial" w:hAnsi="Arial"/>
        </w:rPr>
        <w:t>’</w:t>
      </w:r>
      <w:r>
        <w:rPr>
          <w:rFonts w:ascii="Arial" w:hAnsi="Arial"/>
        </w:rPr>
        <w:t>ve got other issues we</w:t>
      </w:r>
      <w:r w:rsidR="008E16D6">
        <w:rPr>
          <w:rFonts w:ascii="Arial" w:hAnsi="Arial"/>
        </w:rPr>
        <w:t>’</w:t>
      </w:r>
      <w:r>
        <w:rPr>
          <w:rFonts w:ascii="Arial" w:hAnsi="Arial"/>
        </w:rPr>
        <w:t>ve not again, I don</w:t>
      </w:r>
      <w:r w:rsidR="008E16D6">
        <w:rPr>
          <w:rFonts w:ascii="Arial" w:hAnsi="Arial"/>
        </w:rPr>
        <w:t>’</w:t>
      </w:r>
      <w:r>
        <w:rPr>
          <w:rFonts w:ascii="Arial" w:hAnsi="Arial"/>
        </w:rPr>
        <w:t>t want to make a statement about the current movements, because I don</w:t>
      </w:r>
      <w:r w:rsidR="008E16D6">
        <w:rPr>
          <w:rFonts w:ascii="Arial" w:hAnsi="Arial"/>
        </w:rPr>
        <w:t>’</w:t>
      </w:r>
      <w:r>
        <w:rPr>
          <w:rFonts w:ascii="Arial" w:hAnsi="Arial"/>
        </w:rPr>
        <w:t>t know, we</w:t>
      </w:r>
      <w:r w:rsidR="008E16D6">
        <w:rPr>
          <w:rFonts w:ascii="Arial" w:hAnsi="Arial"/>
        </w:rPr>
        <w:t>’</w:t>
      </w:r>
      <w:r>
        <w:rPr>
          <w:rFonts w:ascii="Arial" w:hAnsi="Arial"/>
        </w:rPr>
        <w:t>ve not done an episode on that, and I</w:t>
      </w:r>
      <w:r w:rsidR="008E16D6">
        <w:rPr>
          <w:rFonts w:ascii="Arial" w:hAnsi="Arial"/>
        </w:rPr>
        <w:t>’</w:t>
      </w:r>
      <w:r>
        <w:rPr>
          <w:rFonts w:ascii="Arial" w:hAnsi="Arial"/>
        </w:rPr>
        <w:t xml:space="preserve">m not </w:t>
      </w:r>
      <w:proofErr w:type="spellStart"/>
      <w:r>
        <w:rPr>
          <w:rFonts w:ascii="Arial" w:hAnsi="Arial"/>
        </w:rPr>
        <w:t>gonna</w:t>
      </w:r>
      <w:proofErr w:type="spellEnd"/>
      <w:r>
        <w:rPr>
          <w:rFonts w:ascii="Arial" w:hAnsi="Arial"/>
        </w:rPr>
        <w:t xml:space="preserve">, </w:t>
      </w:r>
      <w:proofErr w:type="gramStart"/>
      <w:r>
        <w:rPr>
          <w:rFonts w:ascii="Arial" w:hAnsi="Arial"/>
        </w:rPr>
        <w:t>yeah</w:t>
      </w:r>
      <w:proofErr w:type="gramEnd"/>
    </w:p>
    <w:p w14:paraId="07D064D4" w14:textId="77777777" w:rsidR="00FB6230" w:rsidRDefault="00FB6230">
      <w:pPr>
        <w:spacing w:after="0"/>
      </w:pPr>
    </w:p>
    <w:p w14:paraId="60B8DA80" w14:textId="77777777" w:rsidR="00FB6230" w:rsidRDefault="00C8764B">
      <w:pPr>
        <w:spacing w:after="0"/>
      </w:pPr>
      <w:proofErr w:type="gramStart"/>
      <w:r>
        <w:rPr>
          <w:rFonts w:ascii="Arial" w:hAnsi="Arial"/>
          <w:b/>
        </w:rPr>
        <w:t xml:space="preserve">Lucy  </w:t>
      </w:r>
      <w:r>
        <w:rPr>
          <w:rFonts w:ascii="Arial" w:hAnsi="Arial"/>
          <w:color w:val="5D7284"/>
        </w:rPr>
        <w:t>50:20</w:t>
      </w:r>
      <w:proofErr w:type="gramEnd"/>
    </w:p>
    <w:p w14:paraId="2EA35743" w14:textId="30D6E40A" w:rsidR="00FB6230" w:rsidRDefault="00C8764B">
      <w:pPr>
        <w:spacing w:after="0"/>
      </w:pPr>
      <w:r>
        <w:rPr>
          <w:rFonts w:ascii="Arial" w:hAnsi="Arial"/>
        </w:rPr>
        <w:t>I think I think as well, you know, have been a podcaster with a disability, it</w:t>
      </w:r>
      <w:r w:rsidR="008E16D6">
        <w:rPr>
          <w:rFonts w:ascii="Arial" w:hAnsi="Arial"/>
        </w:rPr>
        <w:t>’</w:t>
      </w:r>
      <w:r>
        <w:rPr>
          <w:rFonts w:ascii="Arial" w:hAnsi="Arial"/>
        </w:rPr>
        <w:t>s quite for me, it</w:t>
      </w:r>
      <w:r w:rsidR="008E16D6">
        <w:rPr>
          <w:rFonts w:ascii="Arial" w:hAnsi="Arial"/>
        </w:rPr>
        <w:t>’</w:t>
      </w:r>
      <w:r>
        <w:rPr>
          <w:rFonts w:ascii="Arial" w:hAnsi="Arial"/>
        </w:rPr>
        <w:t xml:space="preserve">s </w:t>
      </w:r>
      <w:proofErr w:type="gramStart"/>
      <w:r>
        <w:rPr>
          <w:rFonts w:ascii="Arial" w:hAnsi="Arial"/>
        </w:rPr>
        <w:t>quite</w:t>
      </w:r>
      <w:proofErr w:type="gramEnd"/>
      <w:r>
        <w:rPr>
          <w:rFonts w:ascii="Arial" w:hAnsi="Arial"/>
        </w:rPr>
        <w:t>, it</w:t>
      </w:r>
      <w:r w:rsidR="008E16D6">
        <w:rPr>
          <w:rFonts w:ascii="Arial" w:hAnsi="Arial"/>
        </w:rPr>
        <w:t>’</w:t>
      </w:r>
      <w:r>
        <w:rPr>
          <w:rFonts w:ascii="Arial" w:hAnsi="Arial"/>
        </w:rPr>
        <w:t>s quite an empowering thing. Because, you know, people in the mainstream people may not talk about issues that affect me or, you know, things that I am concerned about. So, if nobody</w:t>
      </w:r>
      <w:r w:rsidR="008E16D6">
        <w:rPr>
          <w:rFonts w:ascii="Arial" w:hAnsi="Arial"/>
        </w:rPr>
        <w:t>’</w:t>
      </w:r>
      <w:r>
        <w:rPr>
          <w:rFonts w:ascii="Arial" w:hAnsi="Arial"/>
        </w:rPr>
        <w:t>s making, if nobody</w:t>
      </w:r>
      <w:r w:rsidR="008E16D6">
        <w:rPr>
          <w:rFonts w:ascii="Arial" w:hAnsi="Arial"/>
        </w:rPr>
        <w:t>’</w:t>
      </w:r>
      <w:r>
        <w:rPr>
          <w:rFonts w:ascii="Arial" w:hAnsi="Arial"/>
        </w:rPr>
        <w:t xml:space="preserve">s </w:t>
      </w:r>
      <w:proofErr w:type="spellStart"/>
      <w:r>
        <w:rPr>
          <w:rFonts w:ascii="Arial" w:hAnsi="Arial"/>
        </w:rPr>
        <w:t>gonna</w:t>
      </w:r>
      <w:proofErr w:type="spellEnd"/>
      <w:r>
        <w:rPr>
          <w:rFonts w:ascii="Arial" w:hAnsi="Arial"/>
        </w:rPr>
        <w:t xml:space="preserve"> banging that drum, or give me money, and I will make some noise about it myself,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quite an empowering thing. I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know what your thoughts are Alice to go. Okay. </w:t>
      </w:r>
      <w:proofErr w:type="gramStart"/>
      <w:r>
        <w:rPr>
          <w:rFonts w:ascii="Arial" w:hAnsi="Arial"/>
        </w:rPr>
        <w:t>nobody</w:t>
      </w:r>
      <w:r w:rsidR="008E16D6">
        <w:rPr>
          <w:rFonts w:ascii="Arial" w:hAnsi="Arial"/>
        </w:rPr>
        <w:t>’</w:t>
      </w:r>
      <w:r>
        <w:rPr>
          <w:rFonts w:ascii="Arial" w:hAnsi="Arial"/>
        </w:rPr>
        <w:t>s</w:t>
      </w:r>
      <w:proofErr w:type="gramEnd"/>
      <w:r>
        <w:rPr>
          <w:rFonts w:ascii="Arial" w:hAnsi="Arial"/>
        </w:rPr>
        <w:t xml:space="preserve"> talking about this. have, you know, let me tell you about </w:t>
      </w:r>
      <w:proofErr w:type="spellStart"/>
      <w:proofErr w:type="gramStart"/>
      <w:r>
        <w:rPr>
          <w:rFonts w:ascii="Arial" w:hAnsi="Arial"/>
        </w:rPr>
        <w:t>xyz</w:t>
      </w:r>
      <w:proofErr w:type="spellEnd"/>
      <w:proofErr w:type="gramEnd"/>
    </w:p>
    <w:p w14:paraId="4B577B5B" w14:textId="77777777" w:rsidR="00FB6230" w:rsidRDefault="00FB6230">
      <w:pPr>
        <w:spacing w:after="0"/>
      </w:pPr>
    </w:p>
    <w:p w14:paraId="76243FFA" w14:textId="77777777" w:rsidR="00FB6230" w:rsidRDefault="00C8764B">
      <w:pPr>
        <w:spacing w:after="0"/>
      </w:pPr>
      <w:proofErr w:type="gramStart"/>
      <w:r>
        <w:rPr>
          <w:rFonts w:ascii="Arial" w:hAnsi="Arial"/>
          <w:b/>
        </w:rPr>
        <w:t xml:space="preserve">Alice  </w:t>
      </w:r>
      <w:r>
        <w:rPr>
          <w:rFonts w:ascii="Arial" w:hAnsi="Arial"/>
          <w:color w:val="5D7284"/>
        </w:rPr>
        <w:t>51:01</w:t>
      </w:r>
      <w:proofErr w:type="gramEnd"/>
    </w:p>
    <w:p w14:paraId="67B74591" w14:textId="04FBB35C" w:rsidR="00FB6230" w:rsidRDefault="00C8764B">
      <w:pPr>
        <w:spacing w:after="0"/>
      </w:pPr>
      <w:r>
        <w:rPr>
          <w:rFonts w:ascii="Arial" w:hAnsi="Arial"/>
        </w:rPr>
        <w:t>well I think I think one of the things that I always think when you I think about the people who are telling stories about disability, the people who were, you know, say raising, saying things in it that are putting it out in the mainstream, it</w:t>
      </w:r>
      <w:r w:rsidR="008E16D6">
        <w:rPr>
          <w:rFonts w:ascii="Arial" w:hAnsi="Arial"/>
        </w:rPr>
        <w:t>’</w:t>
      </w:r>
      <w:r>
        <w:rPr>
          <w:rFonts w:ascii="Arial" w:hAnsi="Arial"/>
        </w:rPr>
        <w:t>s stuff like, you know, radio four, and I don</w:t>
      </w:r>
      <w:r w:rsidR="008E16D6">
        <w:rPr>
          <w:rFonts w:ascii="Arial" w:hAnsi="Arial"/>
        </w:rPr>
        <w:t>’</w:t>
      </w:r>
      <w:r>
        <w:rPr>
          <w:rFonts w:ascii="Arial" w:hAnsi="Arial"/>
        </w:rPr>
        <w:t>t listen to radio four and then, you know, not there</w:t>
      </w:r>
      <w:r w:rsidR="008E16D6">
        <w:rPr>
          <w:rFonts w:ascii="Arial" w:hAnsi="Arial"/>
        </w:rPr>
        <w:t>’</w:t>
      </w:r>
      <w:r>
        <w:rPr>
          <w:rFonts w:ascii="Arial" w:hAnsi="Arial"/>
        </w:rPr>
        <w:t>s anything wrong with radio for my dad, big radio four fan , but my dad</w:t>
      </w:r>
      <w:r w:rsidR="008E16D6">
        <w:rPr>
          <w:rFonts w:ascii="Arial" w:hAnsi="Arial"/>
        </w:rPr>
        <w:t>’</w:t>
      </w:r>
      <w:r>
        <w:rPr>
          <w:rFonts w:ascii="Arial" w:hAnsi="Arial"/>
        </w:rPr>
        <w:t xml:space="preserve">s in his late 60s. And I was, you know, one of the things I wanted from our </w:t>
      </w:r>
      <w:r w:rsidR="008E16D6">
        <w:rPr>
          <w:rFonts w:ascii="Arial" w:hAnsi="Arial"/>
        </w:rPr>
        <w:t>P</w:t>
      </w:r>
      <w:r>
        <w:rPr>
          <w:rFonts w:ascii="Arial" w:hAnsi="Arial"/>
        </w:rPr>
        <w:t>odcast is that I want to hear my voice. And, you know, the experience of people my age, and the topics that mean things to me, not the topics that are important to the people who were at the top of the pile, looking at disabled and this sort of looking at disability and disabled people. And going well, this is what must be important to them.</w:t>
      </w:r>
    </w:p>
    <w:p w14:paraId="7CF4AD4E" w14:textId="77777777" w:rsidR="00FB6230" w:rsidRDefault="00FB6230">
      <w:pPr>
        <w:spacing w:after="0"/>
      </w:pPr>
    </w:p>
    <w:p w14:paraId="51A97D2D" w14:textId="77777777" w:rsidR="00FB6230" w:rsidRDefault="00C8764B">
      <w:pPr>
        <w:spacing w:after="0"/>
      </w:pPr>
      <w:proofErr w:type="gramStart"/>
      <w:r>
        <w:rPr>
          <w:rFonts w:ascii="Arial" w:hAnsi="Arial"/>
          <w:b/>
        </w:rPr>
        <w:t xml:space="preserve">Jack  </w:t>
      </w:r>
      <w:r>
        <w:rPr>
          <w:rFonts w:ascii="Arial" w:hAnsi="Arial"/>
          <w:color w:val="5D7284"/>
        </w:rPr>
        <w:t>52:01</w:t>
      </w:r>
      <w:proofErr w:type="gramEnd"/>
    </w:p>
    <w:p w14:paraId="6E33FA4A" w14:textId="0755F3B2" w:rsidR="00FB6230" w:rsidRDefault="00C8764B">
      <w:pPr>
        <w:spacing w:after="0"/>
      </w:pPr>
      <w:r>
        <w:rPr>
          <w:rFonts w:ascii="Arial" w:hAnsi="Arial"/>
        </w:rPr>
        <w:t>Yeah, and I think a powerful thing about like a podcast, like you saying, being empowering is, you know, that someone is plugging in their headphones, and they are intently listening to you Like you say, things are major for that could be just something that</w:t>
      </w:r>
      <w:r w:rsidR="008E16D6">
        <w:rPr>
          <w:rFonts w:ascii="Arial" w:hAnsi="Arial"/>
        </w:rPr>
        <w:t>’</w:t>
      </w:r>
      <w:r>
        <w:rPr>
          <w:rFonts w:ascii="Arial" w:hAnsi="Arial"/>
        </w:rPr>
        <w:t>s on in the background, that someone is intentionally taking the time to listen to, what your thoughts are and what your experiences are, as opposed to it just being a thing, or like, not, like you</w:t>
      </w:r>
      <w:r w:rsidR="008E16D6">
        <w:rPr>
          <w:rFonts w:ascii="Arial" w:hAnsi="Arial"/>
        </w:rPr>
        <w:t>’</w:t>
      </w:r>
      <w:r>
        <w:rPr>
          <w:rFonts w:ascii="Arial" w:hAnsi="Arial"/>
        </w:rPr>
        <w:t>re talking to someone, and they</w:t>
      </w:r>
      <w:r w:rsidR="008E16D6">
        <w:rPr>
          <w:rFonts w:ascii="Arial" w:hAnsi="Arial"/>
        </w:rPr>
        <w:t>’</w:t>
      </w:r>
      <w:r>
        <w:rPr>
          <w:rFonts w:ascii="Arial" w:hAnsi="Arial"/>
        </w:rPr>
        <w:t>re just nodding, going, Hmm, this is someone who</w:t>
      </w:r>
      <w:r w:rsidR="008E16D6">
        <w:rPr>
          <w:rFonts w:ascii="Arial" w:hAnsi="Arial"/>
        </w:rPr>
        <w:t>’</w:t>
      </w:r>
      <w:r>
        <w:rPr>
          <w:rFonts w:ascii="Arial" w:hAnsi="Arial"/>
        </w:rPr>
        <w:t xml:space="preserve">s actually actively taking time to listen and learn these things. And 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like, like you say that what makes podcasts in particular feel quite empowering. If </w:t>
      </w:r>
      <w:proofErr w:type="gramStart"/>
      <w:r>
        <w:rPr>
          <w:rFonts w:ascii="Arial" w:hAnsi="Arial"/>
        </w:rPr>
        <w:t>you</w:t>
      </w:r>
      <w:r w:rsidR="008E16D6">
        <w:rPr>
          <w:rFonts w:ascii="Arial" w:hAnsi="Arial"/>
        </w:rPr>
        <w:t>’</w:t>
      </w:r>
      <w:r>
        <w:rPr>
          <w:rFonts w:ascii="Arial" w:hAnsi="Arial"/>
        </w:rPr>
        <w:t>re</w:t>
      </w:r>
      <w:proofErr w:type="gramEnd"/>
      <w:r>
        <w:rPr>
          <w:rFonts w:ascii="Arial" w:hAnsi="Arial"/>
        </w:rPr>
        <w:t xml:space="preserve"> </w:t>
      </w:r>
      <w:r>
        <w:rPr>
          <w:rFonts w:ascii="Arial" w:hAnsi="Arial"/>
        </w:rPr>
        <w:lastRenderedPageBreak/>
        <w:t>doing a podcast that, you know, trying to tackle issues and like shine a spotlight on different aspects of life, whatever kind of topic it is you</w:t>
      </w:r>
      <w:r w:rsidR="008E16D6">
        <w:rPr>
          <w:rFonts w:ascii="Arial" w:hAnsi="Arial"/>
        </w:rPr>
        <w:t>’</w:t>
      </w:r>
      <w:r>
        <w:rPr>
          <w:rFonts w:ascii="Arial" w:hAnsi="Arial"/>
        </w:rPr>
        <w:t xml:space="preserve">re talking about.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a real powerful thing. And</w:t>
      </w:r>
      <w:proofErr w:type="gramStart"/>
      <w:r>
        <w:rPr>
          <w:rFonts w:ascii="Arial" w:hAnsi="Arial"/>
        </w:rPr>
        <w:t>, actually, I</w:t>
      </w:r>
      <w:proofErr w:type="gramEnd"/>
      <w:r>
        <w:rPr>
          <w:rFonts w:ascii="Arial" w:hAnsi="Arial"/>
        </w:rPr>
        <w:t xml:space="preserve"> guess they</w:t>
      </w:r>
      <w:r w:rsidR="008E16D6">
        <w:rPr>
          <w:rFonts w:ascii="Arial" w:hAnsi="Arial"/>
        </w:rPr>
        <w:t>’</w:t>
      </w:r>
      <w:r>
        <w:rPr>
          <w:rFonts w:ascii="Arial" w:hAnsi="Arial"/>
        </w:rPr>
        <w:t xml:space="preserve">re just the challenges is making that to bring it back to this third time, just talking about too much. You </w:t>
      </w:r>
      <w:proofErr w:type="gramStart"/>
      <w:r>
        <w:rPr>
          <w:rFonts w:ascii="Arial" w:hAnsi="Arial"/>
        </w:rPr>
        <w:t>know,</w:t>
      </w:r>
      <w:proofErr w:type="gramEnd"/>
      <w:r>
        <w:rPr>
          <w:rFonts w:ascii="Arial" w:hAnsi="Arial"/>
        </w:rPr>
        <w:t xml:space="preserve"> that you</w:t>
      </w:r>
      <w:r w:rsidR="008E16D6">
        <w:rPr>
          <w:rFonts w:ascii="Arial" w:hAnsi="Arial"/>
        </w:rPr>
        <w:t>’</w:t>
      </w:r>
      <w:r>
        <w:rPr>
          <w:rFonts w:ascii="Arial" w:hAnsi="Arial"/>
        </w:rPr>
        <w:t>re wanting it to kind of expand out of just the kind of disability community who, you know, may already have experienced and understand a lot of the things that we</w:t>
      </w:r>
      <w:r w:rsidR="008E16D6">
        <w:rPr>
          <w:rFonts w:ascii="Arial" w:hAnsi="Arial"/>
        </w:rPr>
        <w:t>’</w:t>
      </w:r>
      <w:r>
        <w:rPr>
          <w:rFonts w:ascii="Arial" w:hAnsi="Arial"/>
        </w:rPr>
        <w:t>re talking about, where there</w:t>
      </w:r>
      <w:r w:rsidR="008E16D6">
        <w:rPr>
          <w:rFonts w:ascii="Arial" w:hAnsi="Arial"/>
        </w:rPr>
        <w:t>’</w:t>
      </w:r>
      <w:r>
        <w:rPr>
          <w:rFonts w:ascii="Arial" w:hAnsi="Arial"/>
        </w:rPr>
        <w:t>s such a massive I mean, let</w:t>
      </w:r>
      <w:r w:rsidR="008E16D6">
        <w:rPr>
          <w:rFonts w:ascii="Arial" w:hAnsi="Arial"/>
        </w:rPr>
        <w:t>’</w:t>
      </w:r>
      <w:r>
        <w:rPr>
          <w:rFonts w:ascii="Arial" w:hAnsi="Arial"/>
        </w:rPr>
        <w:t>s say, you know, majority of people probably have no idea of some of the challenges and discrimination and just everyday ableism and stuff that goes on that no-one ever heard about</w:t>
      </w:r>
    </w:p>
    <w:p w14:paraId="5B15EC02" w14:textId="77777777" w:rsidR="00FB6230" w:rsidRDefault="00FB6230">
      <w:pPr>
        <w:spacing w:after="0"/>
      </w:pPr>
    </w:p>
    <w:p w14:paraId="730BDDC4" w14:textId="77777777" w:rsidR="00FB6230" w:rsidRDefault="00C8764B">
      <w:pPr>
        <w:spacing w:after="0"/>
      </w:pPr>
      <w:proofErr w:type="gramStart"/>
      <w:r>
        <w:rPr>
          <w:rFonts w:ascii="Arial" w:hAnsi="Arial"/>
          <w:b/>
        </w:rPr>
        <w:t xml:space="preserve">Lucy  </w:t>
      </w:r>
      <w:r>
        <w:rPr>
          <w:rFonts w:ascii="Arial" w:hAnsi="Arial"/>
          <w:color w:val="5D7284"/>
        </w:rPr>
        <w:t>53:44</w:t>
      </w:r>
      <w:proofErr w:type="gramEnd"/>
    </w:p>
    <w:p w14:paraId="2947AEA0" w14:textId="38B44D01" w:rsidR="00FB6230" w:rsidRDefault="00C8764B">
      <w:pPr>
        <w:spacing w:after="0"/>
      </w:pPr>
      <w:r>
        <w:rPr>
          <w:rFonts w:ascii="Arial" w:hAnsi="Arial"/>
        </w:rPr>
        <w:t xml:space="preserve">when I tell my </w:t>
      </w:r>
      <w:proofErr w:type="gramStart"/>
      <w:r>
        <w:rPr>
          <w:rFonts w:ascii="Arial" w:hAnsi="Arial"/>
        </w:rPr>
        <w:t>able bodied</w:t>
      </w:r>
      <w:proofErr w:type="gramEnd"/>
      <w:r>
        <w:rPr>
          <w:rFonts w:ascii="Arial" w:hAnsi="Arial"/>
        </w:rPr>
        <w:t xml:space="preserve"> friends about things that have happened to me before. </w:t>
      </w:r>
      <w:proofErr w:type="gramStart"/>
      <w:r>
        <w:rPr>
          <w:rFonts w:ascii="Arial" w:hAnsi="Arial"/>
        </w:rPr>
        <w:t>They</w:t>
      </w:r>
      <w:r w:rsidR="008E16D6">
        <w:rPr>
          <w:rFonts w:ascii="Arial" w:hAnsi="Arial"/>
        </w:rPr>
        <w:t>’</w:t>
      </w:r>
      <w:r>
        <w:rPr>
          <w:rFonts w:ascii="Arial" w:hAnsi="Arial"/>
        </w:rPr>
        <w:t>re</w:t>
      </w:r>
      <w:proofErr w:type="gramEnd"/>
      <w:r>
        <w:rPr>
          <w:rFonts w:ascii="Arial" w:hAnsi="Arial"/>
        </w:rPr>
        <w:t xml:space="preserve"> like, they</w:t>
      </w:r>
      <w:r w:rsidR="008E16D6">
        <w:rPr>
          <w:rFonts w:ascii="Arial" w:hAnsi="Arial"/>
        </w:rPr>
        <w:t>’</w:t>
      </w:r>
      <w:r>
        <w:rPr>
          <w:rFonts w:ascii="Arial" w:hAnsi="Arial"/>
        </w:rPr>
        <w:t>ll, go, I can</w:t>
      </w:r>
      <w:r w:rsidR="008E16D6">
        <w:rPr>
          <w:rFonts w:ascii="Arial" w:hAnsi="Arial"/>
        </w:rPr>
        <w:t>’</w:t>
      </w:r>
      <w:r>
        <w:rPr>
          <w:rFonts w:ascii="Arial" w:hAnsi="Arial"/>
        </w:rPr>
        <w:t xml:space="preserve">t believe that. And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like, why can</w:t>
      </w:r>
      <w:r w:rsidR="008E16D6">
        <w:rPr>
          <w:rFonts w:ascii="Arial" w:hAnsi="Arial"/>
        </w:rPr>
        <w:t>’</w:t>
      </w:r>
      <w:r>
        <w:rPr>
          <w:rFonts w:ascii="Arial" w:hAnsi="Arial"/>
        </w:rPr>
        <w:t>t you? Why can</w:t>
      </w:r>
      <w:r w:rsidR="008E16D6">
        <w:rPr>
          <w:rFonts w:ascii="Arial" w:hAnsi="Arial"/>
        </w:rPr>
        <w:t>’</w:t>
      </w:r>
      <w:r>
        <w:rPr>
          <w:rFonts w:ascii="Arial" w:hAnsi="Arial"/>
        </w:rPr>
        <w:t xml:space="preserve">t you believe it? </w:t>
      </w:r>
    </w:p>
    <w:p w14:paraId="3E0304DF" w14:textId="77777777" w:rsidR="00FB6230" w:rsidRDefault="00FB6230">
      <w:pPr>
        <w:spacing w:after="0"/>
      </w:pPr>
    </w:p>
    <w:p w14:paraId="14DEA333" w14:textId="77777777" w:rsidR="00FB6230" w:rsidRDefault="00C8764B">
      <w:pPr>
        <w:spacing w:after="0"/>
      </w:pPr>
      <w:proofErr w:type="gramStart"/>
      <w:r>
        <w:rPr>
          <w:rFonts w:ascii="Arial" w:hAnsi="Arial"/>
          <w:b/>
        </w:rPr>
        <w:t xml:space="preserve">Alice  </w:t>
      </w:r>
      <w:r>
        <w:rPr>
          <w:rFonts w:ascii="Arial" w:hAnsi="Arial"/>
          <w:color w:val="5D7284"/>
        </w:rPr>
        <w:t>53:55</w:t>
      </w:r>
      <w:proofErr w:type="gramEnd"/>
    </w:p>
    <w:p w14:paraId="3C279A3E" w14:textId="1227C9C2" w:rsidR="00FB6230" w:rsidRDefault="00C8764B">
      <w:pPr>
        <w:spacing w:after="0"/>
      </w:pPr>
      <w:r>
        <w:rPr>
          <w:rFonts w:ascii="Arial" w:hAnsi="Arial"/>
        </w:rPr>
        <w:t>well, I think there</w:t>
      </w:r>
      <w:r w:rsidR="008E16D6">
        <w:rPr>
          <w:rFonts w:ascii="Arial" w:hAnsi="Arial"/>
        </w:rPr>
        <w:t>’</w:t>
      </w:r>
      <w:r>
        <w:rPr>
          <w:rFonts w:ascii="Arial" w:hAnsi="Arial"/>
        </w:rPr>
        <w:t xml:space="preserve">s also a, </w:t>
      </w:r>
      <w:proofErr w:type="gramStart"/>
      <w:r>
        <w:rPr>
          <w:rFonts w:ascii="Arial" w:hAnsi="Arial"/>
        </w:rPr>
        <w:t>there</w:t>
      </w:r>
      <w:r w:rsidR="008E16D6">
        <w:rPr>
          <w:rFonts w:ascii="Arial" w:hAnsi="Arial"/>
        </w:rPr>
        <w:t>’</w:t>
      </w:r>
      <w:r>
        <w:rPr>
          <w:rFonts w:ascii="Arial" w:hAnsi="Arial"/>
        </w:rPr>
        <w:t>s</w:t>
      </w:r>
      <w:proofErr w:type="gramEnd"/>
      <w:r>
        <w:rPr>
          <w:rFonts w:ascii="Arial" w:hAnsi="Arial"/>
        </w:rPr>
        <w:t xml:space="preserve"> definitely like, looking at my parents, for example, you know, my parents experience of disability is me. And </w:t>
      </w:r>
      <w:proofErr w:type="gramStart"/>
      <w:r>
        <w:rPr>
          <w:rFonts w:ascii="Arial" w:hAnsi="Arial"/>
        </w:rPr>
        <w:t>so</w:t>
      </w:r>
      <w:proofErr w:type="gramEnd"/>
      <w:r>
        <w:rPr>
          <w:rFonts w:ascii="Arial" w:hAnsi="Arial"/>
        </w:rPr>
        <w:t xml:space="preserve"> you talk to them about, you know, even just talking to my mom, as long as getting to know Lucy about Lucy</w:t>
      </w:r>
      <w:r w:rsidR="008E16D6">
        <w:rPr>
          <w:rFonts w:ascii="Arial" w:hAnsi="Arial"/>
        </w:rPr>
        <w:t>’</w:t>
      </w:r>
      <w:r>
        <w:rPr>
          <w:rFonts w:ascii="Arial" w:hAnsi="Arial"/>
        </w:rPr>
        <w:t xml:space="preserve">s experiences as a wheelchair user.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just kind of, you know, it</w:t>
      </w:r>
      <w:r w:rsidR="008E16D6">
        <w:rPr>
          <w:rFonts w:ascii="Arial" w:hAnsi="Arial"/>
        </w:rPr>
        <w:t>’</w:t>
      </w:r>
      <w:r>
        <w:rPr>
          <w:rFonts w:ascii="Arial" w:hAnsi="Arial"/>
        </w:rPr>
        <w:t xml:space="preserve">s all new.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all something that she</w:t>
      </w:r>
      <w:r w:rsidR="008E16D6">
        <w:rPr>
          <w:rFonts w:ascii="Arial" w:hAnsi="Arial"/>
        </w:rPr>
        <w:t>’</w:t>
      </w:r>
      <w:r>
        <w:rPr>
          <w:rFonts w:ascii="Arial" w:hAnsi="Arial"/>
        </w:rPr>
        <w:t>d never come across before. You know, my mom</w:t>
      </w:r>
      <w:r w:rsidR="008E16D6">
        <w:rPr>
          <w:rFonts w:ascii="Arial" w:hAnsi="Arial"/>
        </w:rPr>
        <w:t>’</w:t>
      </w:r>
      <w:r>
        <w:rPr>
          <w:rFonts w:ascii="Arial" w:hAnsi="Arial"/>
        </w:rPr>
        <w:t xml:space="preserve">s an intelligent lady. </w:t>
      </w:r>
      <w:proofErr w:type="gramStart"/>
      <w:r>
        <w:rPr>
          <w:rFonts w:ascii="Arial" w:hAnsi="Arial"/>
        </w:rPr>
        <w:t>She</w:t>
      </w:r>
      <w:r w:rsidR="008E16D6">
        <w:rPr>
          <w:rFonts w:ascii="Arial" w:hAnsi="Arial"/>
        </w:rPr>
        <w:t>’</w:t>
      </w:r>
      <w:r>
        <w:rPr>
          <w:rFonts w:ascii="Arial" w:hAnsi="Arial"/>
        </w:rPr>
        <w:t>s</w:t>
      </w:r>
      <w:proofErr w:type="gramEnd"/>
      <w:r>
        <w:rPr>
          <w:rFonts w:ascii="Arial" w:hAnsi="Arial"/>
        </w:rPr>
        <w:t xml:space="preserve"> been out there.</w:t>
      </w:r>
    </w:p>
    <w:p w14:paraId="565517A3" w14:textId="77777777" w:rsidR="00FB6230" w:rsidRDefault="00FB6230">
      <w:pPr>
        <w:spacing w:after="0"/>
      </w:pPr>
    </w:p>
    <w:p w14:paraId="19789D43" w14:textId="77777777" w:rsidR="00FB6230" w:rsidRDefault="00C8764B">
      <w:pPr>
        <w:spacing w:after="0"/>
      </w:pPr>
      <w:proofErr w:type="gramStart"/>
      <w:r>
        <w:rPr>
          <w:rFonts w:ascii="Arial" w:hAnsi="Arial"/>
          <w:b/>
        </w:rPr>
        <w:t xml:space="preserve">Lucy  </w:t>
      </w:r>
      <w:r>
        <w:rPr>
          <w:rFonts w:ascii="Arial" w:hAnsi="Arial"/>
          <w:color w:val="5D7284"/>
        </w:rPr>
        <w:t>54:28</w:t>
      </w:r>
      <w:proofErr w:type="gramEnd"/>
    </w:p>
    <w:p w14:paraId="4335CD09" w14:textId="2D5B9073" w:rsidR="00FB6230" w:rsidRDefault="00C8764B">
      <w:pPr>
        <w:spacing w:after="0"/>
      </w:pP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like, it</w:t>
      </w:r>
      <w:r w:rsidR="008E16D6">
        <w:rPr>
          <w:rFonts w:ascii="Arial" w:hAnsi="Arial"/>
        </w:rPr>
        <w:t>’</w:t>
      </w:r>
      <w:r>
        <w:rPr>
          <w:rFonts w:ascii="Arial" w:hAnsi="Arial"/>
        </w:rPr>
        <w:t xml:space="preserve">s not with me. I had not really had any experience of anybody. None of my friends are visually impaired. And </w:t>
      </w:r>
      <w:proofErr w:type="gramStart"/>
      <w:r>
        <w:rPr>
          <w:rFonts w:ascii="Arial" w:hAnsi="Arial"/>
        </w:rPr>
        <w:t>so</w:t>
      </w:r>
      <w:proofErr w:type="gramEnd"/>
      <w:r>
        <w:rPr>
          <w:rFonts w:ascii="Arial" w:hAnsi="Arial"/>
        </w:rPr>
        <w:t xml:space="preserve"> when I met you Alice it was like, I</w:t>
      </w:r>
      <w:r w:rsidR="008E16D6">
        <w:rPr>
          <w:rFonts w:ascii="Arial" w:hAnsi="Arial"/>
        </w:rPr>
        <w:t>’</w:t>
      </w:r>
      <w:r>
        <w:rPr>
          <w:rFonts w:ascii="Arial" w:hAnsi="Arial"/>
        </w:rPr>
        <w:t xml:space="preserve">ve got all these other things to consider. So, like,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I</w:t>
      </w:r>
      <w:r w:rsidR="008E16D6">
        <w:rPr>
          <w:rFonts w:ascii="Arial" w:hAnsi="Arial"/>
        </w:rPr>
        <w:t>’</w:t>
      </w:r>
      <w:r>
        <w:rPr>
          <w:rFonts w:ascii="Arial" w:hAnsi="Arial"/>
        </w:rPr>
        <w:t>m, I I</w:t>
      </w:r>
      <w:r w:rsidR="008E16D6">
        <w:rPr>
          <w:rFonts w:ascii="Arial" w:hAnsi="Arial"/>
        </w:rPr>
        <w:t>’</w:t>
      </w:r>
      <w:r>
        <w:rPr>
          <w:rFonts w:ascii="Arial" w:hAnsi="Arial"/>
        </w:rPr>
        <w:t xml:space="preserve">m not scared about going is this all right, can you </w:t>
      </w:r>
      <w:proofErr w:type="spellStart"/>
      <w:r>
        <w:rPr>
          <w:rFonts w:ascii="Arial" w:hAnsi="Arial"/>
        </w:rPr>
        <w:t>you</w:t>
      </w:r>
      <w:proofErr w:type="spellEnd"/>
      <w:r>
        <w:rPr>
          <w:rFonts w:ascii="Arial" w:hAnsi="Arial"/>
        </w:rPr>
        <w:t xml:space="preserve"> know, are you able to see this? But um, I am </w:t>
      </w:r>
      <w:proofErr w:type="gramStart"/>
      <w:r>
        <w:rPr>
          <w:rFonts w:ascii="Arial" w:hAnsi="Arial"/>
        </w:rPr>
        <w:t>definitely learning</w:t>
      </w:r>
      <w:proofErr w:type="gramEnd"/>
      <w:r>
        <w:rPr>
          <w:rFonts w:ascii="Arial" w:hAnsi="Arial"/>
        </w:rPr>
        <w:t xml:space="preserve"> lots from Alice and I</w:t>
      </w:r>
      <w:r w:rsidR="008E16D6">
        <w:rPr>
          <w:rFonts w:ascii="Arial" w:hAnsi="Arial"/>
        </w:rPr>
        <w:t>’</w:t>
      </w:r>
      <w:r>
        <w:rPr>
          <w:rFonts w:ascii="Arial" w:hAnsi="Arial"/>
        </w:rPr>
        <w:t xml:space="preserve">m learning a lot just by doing this </w:t>
      </w:r>
      <w:r w:rsidR="008E16D6">
        <w:rPr>
          <w:rFonts w:ascii="Arial" w:hAnsi="Arial"/>
        </w:rPr>
        <w:t>P</w:t>
      </w:r>
      <w:r>
        <w:rPr>
          <w:rFonts w:ascii="Arial" w:hAnsi="Arial"/>
        </w:rPr>
        <w:t>odcast and letting other people go I</w:t>
      </w:r>
      <w:r w:rsidR="008E16D6">
        <w:rPr>
          <w:rFonts w:ascii="Arial" w:hAnsi="Arial"/>
        </w:rPr>
        <w:t>’</w:t>
      </w:r>
      <w:r>
        <w:rPr>
          <w:rFonts w:ascii="Arial" w:hAnsi="Arial"/>
        </w:rPr>
        <w:t>ll tell you what it</w:t>
      </w:r>
      <w:r w:rsidR="008E16D6">
        <w:rPr>
          <w:rFonts w:ascii="Arial" w:hAnsi="Arial"/>
        </w:rPr>
        <w:t>’</w:t>
      </w:r>
      <w:r>
        <w:rPr>
          <w:rFonts w:ascii="Arial" w:hAnsi="Arial"/>
        </w:rPr>
        <w:t>s like to be me and that I think I</w:t>
      </w:r>
      <w:r w:rsidR="008E16D6">
        <w:rPr>
          <w:rFonts w:ascii="Arial" w:hAnsi="Arial"/>
        </w:rPr>
        <w:t>’</w:t>
      </w:r>
      <w:r>
        <w:rPr>
          <w:rFonts w:ascii="Arial" w:hAnsi="Arial"/>
        </w:rPr>
        <w:t xml:space="preserve">m growing to be a better disabled person do you know what </w:t>
      </w:r>
      <w:proofErr w:type="spellStart"/>
      <w:r>
        <w:rPr>
          <w:rFonts w:ascii="Arial" w:hAnsi="Arial"/>
        </w:rPr>
        <w:t>i</w:t>
      </w:r>
      <w:proofErr w:type="spellEnd"/>
      <w:r>
        <w:rPr>
          <w:rFonts w:ascii="Arial" w:hAnsi="Arial"/>
        </w:rPr>
        <w:t xml:space="preserve"> mean, I don</w:t>
      </w:r>
      <w:r w:rsidR="008E16D6">
        <w:rPr>
          <w:rFonts w:ascii="Arial" w:hAnsi="Arial"/>
        </w:rPr>
        <w:t>’</w:t>
      </w:r>
      <w:r>
        <w:rPr>
          <w:rFonts w:ascii="Arial" w:hAnsi="Arial"/>
        </w:rPr>
        <w:t>t mean that as a cured kind of way. I mean that I am becoming a better ally. Now. So,</w:t>
      </w:r>
    </w:p>
    <w:p w14:paraId="0207A6DE" w14:textId="77777777" w:rsidR="00FB6230" w:rsidRDefault="00FB6230">
      <w:pPr>
        <w:spacing w:after="0"/>
      </w:pPr>
    </w:p>
    <w:p w14:paraId="7A9948E5" w14:textId="77777777" w:rsidR="00FB6230" w:rsidRDefault="00C8764B">
      <w:pPr>
        <w:spacing w:after="0"/>
      </w:pPr>
      <w:proofErr w:type="gramStart"/>
      <w:r>
        <w:rPr>
          <w:rFonts w:ascii="Arial" w:hAnsi="Arial"/>
          <w:b/>
        </w:rPr>
        <w:t xml:space="preserve">Alice  </w:t>
      </w:r>
      <w:r>
        <w:rPr>
          <w:rFonts w:ascii="Arial" w:hAnsi="Arial"/>
          <w:color w:val="5D7284"/>
        </w:rPr>
        <w:t>55:17</w:t>
      </w:r>
      <w:proofErr w:type="gramEnd"/>
    </w:p>
    <w:p w14:paraId="658E6683" w14:textId="77777777" w:rsidR="00FB6230" w:rsidRDefault="00C8764B">
      <w:pPr>
        <w:spacing w:after="0"/>
      </w:pPr>
      <w:r>
        <w:rPr>
          <w:rFonts w:ascii="Arial" w:hAnsi="Arial"/>
        </w:rPr>
        <w:t>absolutely,</w:t>
      </w:r>
    </w:p>
    <w:p w14:paraId="22FFA0F5" w14:textId="77777777" w:rsidR="00FB6230" w:rsidRDefault="00FB6230">
      <w:pPr>
        <w:spacing w:after="0"/>
      </w:pPr>
    </w:p>
    <w:p w14:paraId="43CEAA06" w14:textId="77777777" w:rsidR="00FB6230" w:rsidRDefault="00C8764B">
      <w:pPr>
        <w:spacing w:after="0"/>
      </w:pPr>
      <w:proofErr w:type="gramStart"/>
      <w:r>
        <w:rPr>
          <w:rFonts w:ascii="Arial" w:hAnsi="Arial"/>
          <w:b/>
        </w:rPr>
        <w:t xml:space="preserve">Jack  </w:t>
      </w:r>
      <w:r>
        <w:rPr>
          <w:rFonts w:ascii="Arial" w:hAnsi="Arial"/>
          <w:color w:val="5D7284"/>
        </w:rPr>
        <w:t>55:18</w:t>
      </w:r>
      <w:proofErr w:type="gramEnd"/>
    </w:p>
    <w:p w14:paraId="6A5D8BE8" w14:textId="464455C8" w:rsidR="00FB6230" w:rsidRDefault="00C8764B">
      <w:pPr>
        <w:spacing w:after="0"/>
      </w:pPr>
      <w:r>
        <w:rPr>
          <w:rFonts w:ascii="Arial" w:hAnsi="Arial"/>
        </w:rPr>
        <w:t xml:space="preserve">I </w:t>
      </w:r>
      <w:proofErr w:type="gramStart"/>
      <w:r>
        <w:rPr>
          <w:rFonts w:ascii="Arial" w:hAnsi="Arial"/>
        </w:rPr>
        <w:t>can</w:t>
      </w:r>
      <w:r w:rsidR="008E16D6">
        <w:rPr>
          <w:rFonts w:ascii="Arial" w:hAnsi="Arial"/>
        </w:rPr>
        <w:t>’</w:t>
      </w:r>
      <w:r>
        <w:rPr>
          <w:rFonts w:ascii="Arial" w:hAnsi="Arial"/>
        </w:rPr>
        <w:t>t</w:t>
      </w:r>
      <w:proofErr w:type="gramEnd"/>
      <w:r>
        <w:rPr>
          <w:rFonts w:ascii="Arial" w:hAnsi="Arial"/>
        </w:rPr>
        <w:t xml:space="preserve"> help but turn into podcaster mode. So I</w:t>
      </w:r>
      <w:r w:rsidR="008E16D6">
        <w:rPr>
          <w:rFonts w:ascii="Arial" w:hAnsi="Arial"/>
        </w:rPr>
        <w:t>’</w:t>
      </w:r>
      <w:r>
        <w:rPr>
          <w:rFonts w:ascii="Arial" w:hAnsi="Arial"/>
        </w:rPr>
        <w:t>m just wondering, something I</w:t>
      </w:r>
      <w:r w:rsidR="008E16D6">
        <w:rPr>
          <w:rFonts w:ascii="Arial" w:hAnsi="Arial"/>
        </w:rPr>
        <w:t>’</w:t>
      </w:r>
      <w:r>
        <w:rPr>
          <w:rFonts w:ascii="Arial" w:hAnsi="Arial"/>
        </w:rPr>
        <w:t xml:space="preserve">ve kind of seen a lot of coming up recently is kind of parents in kind of terms of allyship if </w:t>
      </w:r>
      <w:proofErr w:type="spellStart"/>
      <w:r>
        <w:rPr>
          <w:rFonts w:ascii="Arial" w:hAnsi="Arial"/>
        </w:rPr>
        <w:t>thats</w:t>
      </w:r>
      <w:proofErr w:type="spellEnd"/>
      <w:r>
        <w:rPr>
          <w:rFonts w:ascii="Arial" w:hAnsi="Arial"/>
        </w:rPr>
        <w:t xml:space="preserve"> the </w:t>
      </w:r>
      <w:proofErr w:type="gramStart"/>
      <w:r>
        <w:rPr>
          <w:rFonts w:ascii="Arial" w:hAnsi="Arial"/>
        </w:rPr>
        <w:t>word ?</w:t>
      </w:r>
      <w:proofErr w:type="gramEnd"/>
      <w:r>
        <w:rPr>
          <w:rFonts w:ascii="Arial" w:hAnsi="Arial"/>
        </w:rPr>
        <w:t>. And, you know, I</w:t>
      </w:r>
      <w:r w:rsidR="008E16D6">
        <w:rPr>
          <w:rFonts w:ascii="Arial" w:hAnsi="Arial"/>
        </w:rPr>
        <w:t>’</w:t>
      </w:r>
      <w:r>
        <w:rPr>
          <w:rFonts w:ascii="Arial" w:hAnsi="Arial"/>
        </w:rPr>
        <w:t xml:space="preserve">ve seen some people trying to kind of silence like </w:t>
      </w:r>
      <w:proofErr w:type="gramStart"/>
      <w:r>
        <w:rPr>
          <w:rFonts w:ascii="Arial" w:hAnsi="Arial"/>
        </w:rPr>
        <w:t>parents</w:t>
      </w:r>
      <w:proofErr w:type="gramEnd"/>
      <w:r>
        <w:rPr>
          <w:rFonts w:ascii="Arial" w:hAnsi="Arial"/>
        </w:rPr>
        <w:t xml:space="preserve"> voices within, you know, activism and things.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just wondering, you know, do you have what </w:t>
      </w:r>
      <w:proofErr w:type="spellStart"/>
      <w:r>
        <w:rPr>
          <w:rFonts w:ascii="Arial" w:hAnsi="Arial"/>
        </w:rPr>
        <w:t>what</w:t>
      </w:r>
      <w:proofErr w:type="spellEnd"/>
      <w:r>
        <w:rPr>
          <w:rFonts w:ascii="Arial" w:hAnsi="Arial"/>
        </w:rPr>
        <w:t xml:space="preserve"> are your kind of views there on? Like, how do you feel about your </w:t>
      </w:r>
      <w:proofErr w:type="gramStart"/>
      <w:r>
        <w:rPr>
          <w:rFonts w:ascii="Arial" w:hAnsi="Arial"/>
        </w:rPr>
        <w:t>parents</w:t>
      </w:r>
      <w:proofErr w:type="gramEnd"/>
      <w:r>
        <w:rPr>
          <w:rFonts w:ascii="Arial" w:hAnsi="Arial"/>
        </w:rPr>
        <w:t xml:space="preserve"> kind of saying, what they think in terms of like, disability rights, etc.</w:t>
      </w:r>
    </w:p>
    <w:p w14:paraId="21CD3A6B" w14:textId="77777777" w:rsidR="00FB6230" w:rsidRDefault="00FB6230">
      <w:pPr>
        <w:spacing w:after="0"/>
      </w:pPr>
    </w:p>
    <w:p w14:paraId="5946ED5E" w14:textId="77777777" w:rsidR="00FB6230" w:rsidRDefault="00C8764B">
      <w:pPr>
        <w:spacing w:after="0"/>
      </w:pPr>
      <w:proofErr w:type="gramStart"/>
      <w:r>
        <w:rPr>
          <w:rFonts w:ascii="Arial" w:hAnsi="Arial"/>
          <w:b/>
        </w:rPr>
        <w:t xml:space="preserve">Lucy  </w:t>
      </w:r>
      <w:r>
        <w:rPr>
          <w:rFonts w:ascii="Arial" w:hAnsi="Arial"/>
          <w:color w:val="5D7284"/>
        </w:rPr>
        <w:t>55:58</w:t>
      </w:r>
      <w:proofErr w:type="gramEnd"/>
    </w:p>
    <w:p w14:paraId="110D0877" w14:textId="60CBACEA" w:rsidR="00FB6230" w:rsidRDefault="00C8764B">
      <w:pPr>
        <w:spacing w:after="0"/>
      </w:pPr>
      <w:r>
        <w:rPr>
          <w:rFonts w:ascii="Arial" w:hAnsi="Arial"/>
        </w:rPr>
        <w:t>My mother, my mother will have no qualms about telling me what she thinks about anything. But she, she has always been incredibly supportive, and will fight my corner when I need it. Particularly, but as an adult, she</w:t>
      </w:r>
      <w:r w:rsidR="008E16D6">
        <w:rPr>
          <w:rFonts w:ascii="Arial" w:hAnsi="Arial"/>
        </w:rPr>
        <w:t>’</w:t>
      </w:r>
      <w:r>
        <w:rPr>
          <w:rFonts w:ascii="Arial" w:hAnsi="Arial"/>
        </w:rPr>
        <w:t xml:space="preserve">s kind of, like, </w:t>
      </w:r>
      <w:proofErr w:type="spellStart"/>
      <w:r>
        <w:rPr>
          <w:rFonts w:ascii="Arial" w:hAnsi="Arial"/>
        </w:rPr>
        <w:t>its</w:t>
      </w:r>
      <w:proofErr w:type="spellEnd"/>
      <w:r>
        <w:rPr>
          <w:rFonts w:ascii="Arial" w:hAnsi="Arial"/>
        </w:rPr>
        <w:t xml:space="preserve"> </w:t>
      </w:r>
      <w:proofErr w:type="gramStart"/>
      <w:r>
        <w:rPr>
          <w:rFonts w:ascii="Arial" w:hAnsi="Arial"/>
        </w:rPr>
        <w:t>up  to</w:t>
      </w:r>
      <w:proofErr w:type="gramEnd"/>
      <w:r>
        <w:rPr>
          <w:rFonts w:ascii="Arial" w:hAnsi="Arial"/>
        </w:rPr>
        <w:t xml:space="preserve"> you Luce, you know, what do you if you need some help, I</w:t>
      </w:r>
      <w:r w:rsidR="008E16D6">
        <w:rPr>
          <w:rFonts w:ascii="Arial" w:hAnsi="Arial"/>
        </w:rPr>
        <w:t>’</w:t>
      </w:r>
      <w:r>
        <w:rPr>
          <w:rFonts w:ascii="Arial" w:hAnsi="Arial"/>
        </w:rPr>
        <w:t>m here to help you, I</w:t>
      </w:r>
      <w:r w:rsidR="008E16D6">
        <w:rPr>
          <w:rFonts w:ascii="Arial" w:hAnsi="Arial"/>
        </w:rPr>
        <w:t>’</w:t>
      </w:r>
      <w:r>
        <w:rPr>
          <w:rFonts w:ascii="Arial" w:hAnsi="Arial"/>
        </w:rPr>
        <w:t xml:space="preserve">m here to support you. Obviously, when I was a child,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a bit different, because I wasn</w:t>
      </w:r>
      <w:r w:rsidR="008E16D6">
        <w:rPr>
          <w:rFonts w:ascii="Arial" w:hAnsi="Arial"/>
        </w:rPr>
        <w:t>’</w:t>
      </w:r>
      <w:r>
        <w:rPr>
          <w:rFonts w:ascii="Arial" w:hAnsi="Arial"/>
        </w:rPr>
        <w:t xml:space="preserve">t </w:t>
      </w:r>
      <w:r>
        <w:rPr>
          <w:rFonts w:ascii="Arial" w:hAnsi="Arial"/>
        </w:rPr>
        <w:lastRenderedPageBreak/>
        <w:t>able to, you know, I wasn</w:t>
      </w:r>
      <w:r w:rsidR="008E16D6">
        <w:rPr>
          <w:rFonts w:ascii="Arial" w:hAnsi="Arial"/>
        </w:rPr>
        <w:t>’</w:t>
      </w:r>
      <w:r>
        <w:rPr>
          <w:rFonts w:ascii="Arial" w:hAnsi="Arial"/>
        </w:rPr>
        <w:t>t able to understand really, what it</w:t>
      </w:r>
      <w:r w:rsidR="008E16D6">
        <w:rPr>
          <w:rFonts w:ascii="Arial" w:hAnsi="Arial"/>
        </w:rPr>
        <w:t>’</w:t>
      </w:r>
      <w:r>
        <w:rPr>
          <w:rFonts w:ascii="Arial" w:hAnsi="Arial"/>
        </w:rPr>
        <w:t xml:space="preserve">s like, um, I can relate this back to when I was at school. They used to have like a </w:t>
      </w:r>
      <w:proofErr w:type="spellStart"/>
      <w:r>
        <w:rPr>
          <w:rFonts w:ascii="Arial" w:hAnsi="Arial"/>
        </w:rPr>
        <w:t>paediatrician</w:t>
      </w:r>
      <w:proofErr w:type="spellEnd"/>
      <w:r>
        <w:rPr>
          <w:rFonts w:ascii="Arial" w:hAnsi="Arial"/>
        </w:rPr>
        <w:t xml:space="preserve"> come in every so often, like, once, once a year, just as like, see how it was growing and how I was sitting in a wheelchair, whether id got any pain or anything. And they will always pushing for me to have my tendons cut in the back of my legs, so my feet would be flat on the floor. And because they </w:t>
      </w:r>
      <w:proofErr w:type="spellStart"/>
      <w:r>
        <w:rPr>
          <w:rFonts w:ascii="Arial" w:hAnsi="Arial"/>
        </w:rPr>
        <w:t>they</w:t>
      </w:r>
      <w:proofErr w:type="spellEnd"/>
      <w:r>
        <w:rPr>
          <w:rFonts w:ascii="Arial" w:hAnsi="Arial"/>
        </w:rPr>
        <w:t xml:space="preserve"> swore blind, that it would make me walk better. And all this kind of thing. My Mum said, and she still tells me this to this day. </w:t>
      </w:r>
      <w:proofErr w:type="gramStart"/>
      <w:r>
        <w:rPr>
          <w:rFonts w:ascii="Arial" w:hAnsi="Arial"/>
        </w:rPr>
        <w:t>So</w:t>
      </w:r>
      <w:proofErr w:type="gramEnd"/>
      <w:r>
        <w:rPr>
          <w:rFonts w:ascii="Arial" w:hAnsi="Arial"/>
        </w:rPr>
        <w:t xml:space="preserve"> she said, Unless you can guarantee me 100% that Lucy</w:t>
      </w:r>
      <w:r w:rsidR="008E16D6">
        <w:rPr>
          <w:rFonts w:ascii="Arial" w:hAnsi="Arial"/>
        </w:rPr>
        <w:t>’</w:t>
      </w:r>
      <w:r>
        <w:rPr>
          <w:rFonts w:ascii="Arial" w:hAnsi="Arial"/>
        </w:rPr>
        <w:t>s life will be better because of this, then we</w:t>
      </w:r>
      <w:r w:rsidR="008E16D6">
        <w:rPr>
          <w:rFonts w:ascii="Arial" w:hAnsi="Arial"/>
        </w:rPr>
        <w:t>’</w:t>
      </w:r>
      <w:r>
        <w:rPr>
          <w:rFonts w:ascii="Arial" w:hAnsi="Arial"/>
        </w:rPr>
        <w:t xml:space="preserve">ll go for it. She said, </w:t>
      </w:r>
      <w:proofErr w:type="gramStart"/>
      <w:r>
        <w:rPr>
          <w:rFonts w:ascii="Arial" w:hAnsi="Arial"/>
        </w:rPr>
        <w:t>If</w:t>
      </w:r>
      <w:proofErr w:type="gramEnd"/>
      <w:r>
        <w:rPr>
          <w:rFonts w:ascii="Arial" w:hAnsi="Arial"/>
        </w:rPr>
        <w:t xml:space="preserve"> you can</w:t>
      </w:r>
      <w:r w:rsidR="008E16D6">
        <w:rPr>
          <w:rFonts w:ascii="Arial" w:hAnsi="Arial"/>
        </w:rPr>
        <w:t>’</w:t>
      </w:r>
      <w:r>
        <w:rPr>
          <w:rFonts w:ascii="Arial" w:hAnsi="Arial"/>
        </w:rPr>
        <w:t>t, if it</w:t>
      </w:r>
      <w:r w:rsidR="008E16D6">
        <w:rPr>
          <w:rFonts w:ascii="Arial" w:hAnsi="Arial"/>
        </w:rPr>
        <w:t>’</w:t>
      </w:r>
      <w:r>
        <w:rPr>
          <w:rFonts w:ascii="Arial" w:hAnsi="Arial"/>
        </w:rPr>
        <w:t>s anything less than 100% I am not making that decision for Lucy If Lucy wants this, she will make that decision when she</w:t>
      </w:r>
      <w:r w:rsidR="008E16D6">
        <w:rPr>
          <w:rFonts w:ascii="Arial" w:hAnsi="Arial"/>
        </w:rPr>
        <w:t>’</w:t>
      </w:r>
      <w:r>
        <w:rPr>
          <w:rFonts w:ascii="Arial" w:hAnsi="Arial"/>
        </w:rPr>
        <w:t>s old enough and able to, to take all that information on board and make her own mind. I am a wimp. So I don</w:t>
      </w:r>
      <w:r w:rsidR="008E16D6">
        <w:rPr>
          <w:rFonts w:ascii="Arial" w:hAnsi="Arial"/>
        </w:rPr>
        <w:t>’</w:t>
      </w:r>
      <w:r>
        <w:rPr>
          <w:rFonts w:ascii="Arial" w:hAnsi="Arial"/>
        </w:rPr>
        <w:t>t want I don</w:t>
      </w:r>
      <w:r w:rsidR="008E16D6">
        <w:rPr>
          <w:rFonts w:ascii="Arial" w:hAnsi="Arial"/>
        </w:rPr>
        <w:t>’</w:t>
      </w:r>
      <w:r>
        <w:rPr>
          <w:rFonts w:ascii="Arial" w:hAnsi="Arial"/>
        </w:rPr>
        <w:t xml:space="preserve">t want to be like my tendons cut </w:t>
      </w:r>
      <w:proofErr w:type="spellStart"/>
      <w:r>
        <w:rPr>
          <w:rFonts w:ascii="Arial" w:hAnsi="Arial"/>
        </w:rPr>
        <w:t>dont</w:t>
      </w:r>
      <w:proofErr w:type="spellEnd"/>
      <w:r>
        <w:rPr>
          <w:rFonts w:ascii="Arial" w:hAnsi="Arial"/>
        </w:rPr>
        <w:t xml:space="preserve"> want </w:t>
      </w:r>
      <w:proofErr w:type="gramStart"/>
      <w:r>
        <w:rPr>
          <w:rFonts w:ascii="Arial" w:hAnsi="Arial"/>
        </w:rPr>
        <w:t>wear  plaster</w:t>
      </w:r>
      <w:proofErr w:type="gramEnd"/>
      <w:r>
        <w:rPr>
          <w:rFonts w:ascii="Arial" w:hAnsi="Arial"/>
        </w:rPr>
        <w:t xml:space="preserve"> boots on my feet. I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want to be in hospital. Thank you very much. </w:t>
      </w:r>
      <w:proofErr w:type="gramStart"/>
      <w:r>
        <w:rPr>
          <w:rFonts w:ascii="Arial" w:hAnsi="Arial"/>
        </w:rPr>
        <w:t>So</w:t>
      </w:r>
      <w:proofErr w:type="gramEnd"/>
      <w:r>
        <w:rPr>
          <w:rFonts w:ascii="Arial" w:hAnsi="Arial"/>
        </w:rPr>
        <w:t xml:space="preserve"> I</w:t>
      </w:r>
      <w:r w:rsidR="008E16D6">
        <w:rPr>
          <w:rFonts w:ascii="Arial" w:hAnsi="Arial"/>
        </w:rPr>
        <w:t>’</w:t>
      </w:r>
      <w:r>
        <w:rPr>
          <w:rFonts w:ascii="Arial" w:hAnsi="Arial"/>
        </w:rPr>
        <w:t xml:space="preserve">m happy as I am.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happy. You know, I have the odd </w:t>
      </w:r>
      <w:proofErr w:type="gramStart"/>
      <w:r>
        <w:rPr>
          <w:rFonts w:ascii="Arial" w:hAnsi="Arial"/>
        </w:rPr>
        <w:t>a</w:t>
      </w:r>
      <w:proofErr w:type="gramEnd"/>
      <w:r>
        <w:rPr>
          <w:rFonts w:ascii="Arial" w:hAnsi="Arial"/>
        </w:rPr>
        <w:t xml:space="preserve"> ache and   pain is something that, you know, I</w:t>
      </w:r>
      <w:r w:rsidR="008E16D6">
        <w:rPr>
          <w:rFonts w:ascii="Arial" w:hAnsi="Arial"/>
        </w:rPr>
        <w:t>’</w:t>
      </w:r>
      <w:r>
        <w:rPr>
          <w:rFonts w:ascii="Arial" w:hAnsi="Arial"/>
        </w:rPr>
        <w:t>m happy to be in and, you know, my mom says you can</w:t>
      </w:r>
      <w:r w:rsidR="008E16D6">
        <w:rPr>
          <w:rFonts w:ascii="Arial" w:hAnsi="Arial"/>
        </w:rPr>
        <w:t>’</w:t>
      </w:r>
      <w:r>
        <w:rPr>
          <w:rFonts w:ascii="Arial" w:hAnsi="Arial"/>
        </w:rPr>
        <w:t xml:space="preserve">t make a silk purse.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lousy. Which I mean, </w:t>
      </w:r>
      <w:proofErr w:type="gramStart"/>
      <w:r>
        <w:rPr>
          <w:rFonts w:ascii="Arial" w:hAnsi="Arial"/>
        </w:rPr>
        <w:t>she</w:t>
      </w:r>
      <w:r w:rsidR="008E16D6">
        <w:rPr>
          <w:rFonts w:ascii="Arial" w:hAnsi="Arial"/>
        </w:rPr>
        <w:t>’</w:t>
      </w:r>
      <w:r>
        <w:rPr>
          <w:rFonts w:ascii="Arial" w:hAnsi="Arial"/>
        </w:rPr>
        <w:t>s</w:t>
      </w:r>
      <w:proofErr w:type="gramEnd"/>
      <w:r>
        <w:rPr>
          <w:rFonts w:ascii="Arial" w:hAnsi="Arial"/>
        </w:rPr>
        <w:t xml:space="preserve"> been in..... My mom and my parents have been incredibly supportive. </w:t>
      </w:r>
      <w:proofErr w:type="gramStart"/>
      <w:r>
        <w:rPr>
          <w:rFonts w:ascii="Arial" w:hAnsi="Arial"/>
        </w:rPr>
        <w:t>They</w:t>
      </w:r>
      <w:r w:rsidR="008E16D6">
        <w:rPr>
          <w:rFonts w:ascii="Arial" w:hAnsi="Arial"/>
        </w:rPr>
        <w:t>’</w:t>
      </w:r>
      <w:r>
        <w:rPr>
          <w:rFonts w:ascii="Arial" w:hAnsi="Arial"/>
        </w:rPr>
        <w:t>ve</w:t>
      </w:r>
      <w:proofErr w:type="gramEnd"/>
      <w:r>
        <w:rPr>
          <w:rFonts w:ascii="Arial" w:hAnsi="Arial"/>
        </w:rPr>
        <w:t xml:space="preserve"> always said, you know, it</w:t>
      </w:r>
      <w:r w:rsidR="008E16D6">
        <w:rPr>
          <w:rFonts w:ascii="Arial" w:hAnsi="Arial"/>
        </w:rPr>
        <w:t>’</w:t>
      </w:r>
      <w:r>
        <w:rPr>
          <w:rFonts w:ascii="Arial" w:hAnsi="Arial"/>
        </w:rPr>
        <w:t xml:space="preserve">s completely up to Lucy what she wants to do with any decisions about my care or anything that would affect me later on in my life. My Mum has left it until the point where Lucy makes the decision. </w:t>
      </w:r>
      <w:proofErr w:type="gramStart"/>
      <w:r>
        <w:rPr>
          <w:rFonts w:ascii="Arial" w:hAnsi="Arial"/>
        </w:rPr>
        <w:t>So</w:t>
      </w:r>
      <w:proofErr w:type="gramEnd"/>
      <w:r>
        <w:rPr>
          <w:rFonts w:ascii="Arial" w:hAnsi="Arial"/>
        </w:rPr>
        <w:t xml:space="preserve"> she</w:t>
      </w:r>
      <w:r w:rsidR="008E16D6">
        <w:rPr>
          <w:rFonts w:ascii="Arial" w:hAnsi="Arial"/>
        </w:rPr>
        <w:t>’</w:t>
      </w:r>
      <w:r>
        <w:rPr>
          <w:rFonts w:ascii="Arial" w:hAnsi="Arial"/>
        </w:rPr>
        <w:t>s never she</w:t>
      </w:r>
      <w:r w:rsidR="008E16D6">
        <w:rPr>
          <w:rFonts w:ascii="Arial" w:hAnsi="Arial"/>
        </w:rPr>
        <w:t>’</w:t>
      </w:r>
      <w:r>
        <w:rPr>
          <w:rFonts w:ascii="Arial" w:hAnsi="Arial"/>
        </w:rPr>
        <w:t xml:space="preserve">s never gone. Oh, this is my daughter. I know </w:t>
      </w:r>
      <w:proofErr w:type="gramStart"/>
      <w:r>
        <w:rPr>
          <w:rFonts w:ascii="Arial" w:hAnsi="Arial"/>
        </w:rPr>
        <w:t>what</w:t>
      </w:r>
      <w:r w:rsidR="008E16D6">
        <w:rPr>
          <w:rFonts w:ascii="Arial" w:hAnsi="Arial"/>
        </w:rPr>
        <w:t>’</w:t>
      </w:r>
      <w:r>
        <w:rPr>
          <w:rFonts w:ascii="Arial" w:hAnsi="Arial"/>
        </w:rPr>
        <w:t>s</w:t>
      </w:r>
      <w:proofErr w:type="gramEnd"/>
      <w:r>
        <w:rPr>
          <w:rFonts w:ascii="Arial" w:hAnsi="Arial"/>
        </w:rPr>
        <w:t xml:space="preserve"> best. I do know people that have had that experience. And </w:t>
      </w:r>
      <w:proofErr w:type="gramStart"/>
      <w:r>
        <w:rPr>
          <w:rFonts w:ascii="Arial" w:hAnsi="Arial"/>
        </w:rPr>
        <w:t>they</w:t>
      </w:r>
      <w:r w:rsidR="008E16D6">
        <w:rPr>
          <w:rFonts w:ascii="Arial" w:hAnsi="Arial"/>
        </w:rPr>
        <w:t>’</w:t>
      </w:r>
      <w:r>
        <w:rPr>
          <w:rFonts w:ascii="Arial" w:hAnsi="Arial"/>
        </w:rPr>
        <w:t>ve</w:t>
      </w:r>
      <w:proofErr w:type="gramEnd"/>
      <w:r>
        <w:rPr>
          <w:rFonts w:ascii="Arial" w:hAnsi="Arial"/>
        </w:rPr>
        <w:t xml:space="preserve"> been, you know, kind of.... They become known as a bit of a busybody and wrapping them in cotton wool, whereas my mom</w:t>
      </w:r>
      <w:r w:rsidR="008E16D6">
        <w:rPr>
          <w:rFonts w:ascii="Arial" w:hAnsi="Arial"/>
        </w:rPr>
        <w:t>’</w:t>
      </w:r>
      <w:r>
        <w:rPr>
          <w:rFonts w:ascii="Arial" w:hAnsi="Arial"/>
        </w:rPr>
        <w:t xml:space="preserve">s like, no, Lucy is our own person. </w:t>
      </w:r>
      <w:proofErr w:type="gramStart"/>
      <w:r>
        <w:rPr>
          <w:rFonts w:ascii="Arial" w:hAnsi="Arial"/>
        </w:rPr>
        <w:t>She</w:t>
      </w:r>
      <w:r w:rsidR="008E16D6">
        <w:rPr>
          <w:rFonts w:ascii="Arial" w:hAnsi="Arial"/>
        </w:rPr>
        <w:t>’</w:t>
      </w:r>
      <w:r>
        <w:rPr>
          <w:rFonts w:ascii="Arial" w:hAnsi="Arial"/>
        </w:rPr>
        <w:t>s</w:t>
      </w:r>
      <w:proofErr w:type="gramEnd"/>
      <w:r>
        <w:rPr>
          <w:rFonts w:ascii="Arial" w:hAnsi="Arial"/>
        </w:rPr>
        <w:t xml:space="preserve"> got to, you know, make these decisions herself, which I think is the right thing to do. I </w:t>
      </w:r>
      <w:proofErr w:type="gramStart"/>
      <w:r>
        <w:rPr>
          <w:rFonts w:ascii="Arial" w:hAnsi="Arial"/>
        </w:rPr>
        <w:t>think</w:t>
      </w:r>
      <w:proofErr w:type="gramEnd"/>
    </w:p>
    <w:p w14:paraId="3C0A847D" w14:textId="77777777" w:rsidR="00FB6230" w:rsidRDefault="00FB6230">
      <w:pPr>
        <w:spacing w:after="0"/>
      </w:pPr>
    </w:p>
    <w:p w14:paraId="7A897F48" w14:textId="77777777" w:rsidR="00FB6230" w:rsidRDefault="00C8764B">
      <w:pPr>
        <w:spacing w:after="0"/>
      </w:pPr>
      <w:proofErr w:type="gramStart"/>
      <w:r>
        <w:rPr>
          <w:rFonts w:ascii="Arial" w:hAnsi="Arial"/>
          <w:b/>
        </w:rPr>
        <w:t xml:space="preserve">Alice  </w:t>
      </w:r>
      <w:r>
        <w:rPr>
          <w:rFonts w:ascii="Arial" w:hAnsi="Arial"/>
          <w:color w:val="5D7284"/>
        </w:rPr>
        <w:t>58:46</w:t>
      </w:r>
      <w:proofErr w:type="gramEnd"/>
    </w:p>
    <w:p w14:paraId="07E4DF20" w14:textId="3BE3AC10" w:rsidR="00FB6230" w:rsidRDefault="00C8764B">
      <w:pPr>
        <w:spacing w:after="0"/>
      </w:pP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really interesting for me because my parents are no longer together. And I think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fairly certain neither of them listened to this. But on the off chance that they do, I am going to be a little bit careful of how I talk. But my </w:t>
      </w:r>
      <w:proofErr w:type="spellStart"/>
      <w:r>
        <w:rPr>
          <w:rFonts w:ascii="Arial" w:hAnsi="Arial"/>
        </w:rPr>
        <w:t>my</w:t>
      </w:r>
      <w:proofErr w:type="spellEnd"/>
      <w:r>
        <w:rPr>
          <w:rFonts w:ascii="Arial" w:hAnsi="Arial"/>
        </w:rPr>
        <w:t xml:space="preserve"> </w:t>
      </w:r>
      <w:r w:rsidR="008E16D6">
        <w:rPr>
          <w:rFonts w:ascii="Arial" w:hAnsi="Arial"/>
        </w:rPr>
        <w:t>M</w:t>
      </w:r>
      <w:r>
        <w:rPr>
          <w:rFonts w:ascii="Arial" w:hAnsi="Arial"/>
        </w:rPr>
        <w:t xml:space="preserve">um and I are incredibly </w:t>
      </w:r>
      <w:proofErr w:type="gramStart"/>
      <w:r>
        <w:rPr>
          <w:rFonts w:ascii="Arial" w:hAnsi="Arial"/>
        </w:rPr>
        <w:t>close</w:t>
      </w:r>
      <w:proofErr w:type="gramEnd"/>
      <w:r>
        <w:rPr>
          <w:rFonts w:ascii="Arial" w:hAnsi="Arial"/>
        </w:rPr>
        <w:t xml:space="preserve"> and my </w:t>
      </w:r>
      <w:r w:rsidR="008E16D6">
        <w:rPr>
          <w:rFonts w:ascii="Arial" w:hAnsi="Arial"/>
        </w:rPr>
        <w:t>M</w:t>
      </w:r>
      <w:r>
        <w:rPr>
          <w:rFonts w:ascii="Arial" w:hAnsi="Arial"/>
        </w:rPr>
        <w:t xml:space="preserve">um and I are very similar in a lot of ways. But my </w:t>
      </w:r>
      <w:r w:rsidR="008E16D6">
        <w:rPr>
          <w:rFonts w:ascii="Arial" w:hAnsi="Arial"/>
        </w:rPr>
        <w:t>M</w:t>
      </w:r>
      <w:r>
        <w:rPr>
          <w:rFonts w:ascii="Arial" w:hAnsi="Arial"/>
        </w:rPr>
        <w:t xml:space="preserve">um has the tendency to be my </w:t>
      </w:r>
      <w:r w:rsidR="008E16D6">
        <w:rPr>
          <w:rFonts w:ascii="Arial" w:hAnsi="Arial"/>
        </w:rPr>
        <w:t>M</w:t>
      </w:r>
      <w:r>
        <w:rPr>
          <w:rFonts w:ascii="Arial" w:hAnsi="Arial"/>
        </w:rPr>
        <w:t>um is the sort of person who goes oh, wow, at something that</w:t>
      </w:r>
      <w:r w:rsidR="008E16D6">
        <w:rPr>
          <w:rFonts w:ascii="Arial" w:hAnsi="Arial"/>
        </w:rPr>
        <w:t>’</w:t>
      </w:r>
      <w:r>
        <w:rPr>
          <w:rFonts w:ascii="Arial" w:hAnsi="Arial"/>
        </w:rPr>
        <w:t xml:space="preserve">s a bit inspiration </w:t>
      </w:r>
      <w:proofErr w:type="spellStart"/>
      <w:r>
        <w:rPr>
          <w:rFonts w:ascii="Arial" w:hAnsi="Arial"/>
        </w:rPr>
        <w:t>porny</w:t>
      </w:r>
      <w:proofErr w:type="spellEnd"/>
      <w:r>
        <w:rPr>
          <w:rFonts w:ascii="Arial" w:hAnsi="Arial"/>
        </w:rPr>
        <w:t xml:space="preserve"> My </w:t>
      </w:r>
      <w:r w:rsidR="008E16D6">
        <w:rPr>
          <w:rFonts w:ascii="Arial" w:hAnsi="Arial"/>
        </w:rPr>
        <w:t>M</w:t>
      </w:r>
      <w:r>
        <w:rPr>
          <w:rFonts w:ascii="Arial" w:hAnsi="Arial"/>
        </w:rPr>
        <w:t xml:space="preserve">um is the sort of person that you know when I told her about </w:t>
      </w:r>
      <w:proofErr w:type="gramStart"/>
      <w:r>
        <w:rPr>
          <w:rFonts w:ascii="Arial" w:hAnsi="Arial"/>
        </w:rPr>
        <w:t>Lucy</w:t>
      </w:r>
      <w:proofErr w:type="gramEnd"/>
      <w:r>
        <w:rPr>
          <w:rFonts w:ascii="Arial" w:hAnsi="Arial"/>
        </w:rPr>
        <w:t xml:space="preserve"> I was getting to know Lucy and I was getting to know Lucy, you know she </w:t>
      </w:r>
      <w:proofErr w:type="spellStart"/>
      <w:r>
        <w:rPr>
          <w:rFonts w:ascii="Arial" w:hAnsi="Arial"/>
        </w:rPr>
        <w:t>she</w:t>
      </w:r>
      <w:proofErr w:type="spellEnd"/>
      <w:r>
        <w:rPr>
          <w:rFonts w:ascii="Arial" w:hAnsi="Arial"/>
        </w:rPr>
        <w:t xml:space="preserve"> worked BBC for a while and she</w:t>
      </w:r>
      <w:r w:rsidR="008E16D6">
        <w:rPr>
          <w:rFonts w:ascii="Arial" w:hAnsi="Arial"/>
        </w:rPr>
        <w:t>’</w:t>
      </w:r>
      <w:r>
        <w:rPr>
          <w:rFonts w:ascii="Arial" w:hAnsi="Arial"/>
        </w:rPr>
        <w:t xml:space="preserve">s done hospital radio and stuff like that. And my </w:t>
      </w:r>
      <w:r w:rsidR="008E16D6">
        <w:rPr>
          <w:rFonts w:ascii="Arial" w:hAnsi="Arial"/>
        </w:rPr>
        <w:t>M</w:t>
      </w:r>
      <w:r>
        <w:rPr>
          <w:rFonts w:ascii="Arial" w:hAnsi="Arial"/>
        </w:rPr>
        <w:t xml:space="preserve">um went, </w:t>
      </w:r>
      <w:proofErr w:type="spellStart"/>
      <w:r>
        <w:rPr>
          <w:rFonts w:ascii="Arial" w:hAnsi="Arial"/>
        </w:rPr>
        <w:t>Ohhh</w:t>
      </w:r>
      <w:proofErr w:type="spellEnd"/>
      <w:r>
        <w:rPr>
          <w:rFonts w:ascii="Arial" w:hAnsi="Arial"/>
        </w:rPr>
        <w:t>... and I was like,</w:t>
      </w:r>
    </w:p>
    <w:p w14:paraId="72508CBD" w14:textId="77777777" w:rsidR="00FB6230" w:rsidRDefault="00FB6230">
      <w:pPr>
        <w:spacing w:after="0"/>
      </w:pPr>
    </w:p>
    <w:p w14:paraId="17341EC1" w14:textId="77777777" w:rsidR="00FB6230" w:rsidRDefault="00C8764B">
      <w:pPr>
        <w:spacing w:after="0"/>
      </w:pPr>
      <w:proofErr w:type="gramStart"/>
      <w:r>
        <w:rPr>
          <w:rFonts w:ascii="Arial" w:hAnsi="Arial"/>
          <w:b/>
        </w:rPr>
        <w:t xml:space="preserve">Lucy  </w:t>
      </w:r>
      <w:r>
        <w:rPr>
          <w:rFonts w:ascii="Arial" w:hAnsi="Arial"/>
          <w:color w:val="5D7284"/>
        </w:rPr>
        <w:t>59:46</w:t>
      </w:r>
      <w:proofErr w:type="gramEnd"/>
    </w:p>
    <w:p w14:paraId="458CA1C3" w14:textId="21116092" w:rsidR="00FB6230" w:rsidRDefault="00C8764B">
      <w:pPr>
        <w:spacing w:after="0"/>
      </w:pPr>
      <w:r>
        <w:rPr>
          <w:rFonts w:ascii="Arial" w:hAnsi="Arial"/>
        </w:rPr>
        <w:t xml:space="preserve">Can I just let you know that is the correct </w:t>
      </w:r>
      <w:proofErr w:type="gramStart"/>
      <w:r>
        <w:rPr>
          <w:rFonts w:ascii="Arial" w:hAnsi="Arial"/>
        </w:rPr>
        <w:t>response.</w:t>
      </w:r>
      <w:proofErr w:type="gramEnd"/>
      <w:r>
        <w:rPr>
          <w:rFonts w:ascii="Arial" w:hAnsi="Arial"/>
        </w:rPr>
        <w:t xml:space="preserve"> Yes, well, </w:t>
      </w:r>
      <w:proofErr w:type="gramStart"/>
      <w:r>
        <w:rPr>
          <w:rFonts w:ascii="Arial" w:hAnsi="Arial"/>
        </w:rPr>
        <w:t>I</w:t>
      </w:r>
      <w:r w:rsidR="008E16D6">
        <w:rPr>
          <w:rFonts w:ascii="Arial" w:hAnsi="Arial"/>
        </w:rPr>
        <w:t>’</w:t>
      </w:r>
      <w:r>
        <w:rPr>
          <w:rFonts w:ascii="Arial" w:hAnsi="Arial"/>
        </w:rPr>
        <w:t>ll</w:t>
      </w:r>
      <w:proofErr w:type="gramEnd"/>
      <w:r>
        <w:rPr>
          <w:rFonts w:ascii="Arial" w:hAnsi="Arial"/>
        </w:rPr>
        <w:t xml:space="preserve"> tell people for the BBC. I want Oh, well, I don</w:t>
      </w:r>
      <w:r w:rsidR="008E16D6">
        <w:rPr>
          <w:rFonts w:ascii="Arial" w:hAnsi="Arial"/>
        </w:rPr>
        <w:t>’</w:t>
      </w:r>
      <w:r>
        <w:rPr>
          <w:rFonts w:ascii="Arial" w:hAnsi="Arial"/>
        </w:rPr>
        <w:t xml:space="preserve">t want </w:t>
      </w:r>
      <w:proofErr w:type="gramStart"/>
      <w:r>
        <w:rPr>
          <w:rFonts w:ascii="Arial" w:hAnsi="Arial"/>
        </w:rPr>
        <w:t>ugh</w:t>
      </w:r>
      <w:proofErr w:type="gramEnd"/>
    </w:p>
    <w:p w14:paraId="3F2692E7" w14:textId="77777777" w:rsidR="00FB6230" w:rsidRDefault="00FB6230">
      <w:pPr>
        <w:spacing w:after="0"/>
      </w:pPr>
    </w:p>
    <w:p w14:paraId="45DE7252" w14:textId="77777777" w:rsidR="00FB6230" w:rsidRDefault="00C8764B">
      <w:pPr>
        <w:spacing w:after="0"/>
      </w:pPr>
      <w:proofErr w:type="gramStart"/>
      <w:r>
        <w:rPr>
          <w:rFonts w:ascii="Arial" w:hAnsi="Arial"/>
          <w:b/>
        </w:rPr>
        <w:t xml:space="preserve">Alice  </w:t>
      </w:r>
      <w:r>
        <w:rPr>
          <w:rFonts w:ascii="Arial" w:hAnsi="Arial"/>
          <w:color w:val="5D7284"/>
        </w:rPr>
        <w:t>59:53</w:t>
      </w:r>
      <w:proofErr w:type="gramEnd"/>
    </w:p>
    <w:p w14:paraId="01D49BCB" w14:textId="3F8F0EA7" w:rsidR="00FB6230" w:rsidRDefault="00C8764B">
      <w:pPr>
        <w:spacing w:after="0"/>
      </w:pPr>
      <w:r>
        <w:rPr>
          <w:rFonts w:ascii="Arial" w:hAnsi="Arial"/>
        </w:rPr>
        <w:t>My mother</w:t>
      </w:r>
      <w:r w:rsidR="008E16D6">
        <w:rPr>
          <w:rFonts w:ascii="Arial" w:hAnsi="Arial"/>
        </w:rPr>
        <w:t>’</w:t>
      </w:r>
      <w:r>
        <w:rPr>
          <w:rFonts w:ascii="Arial" w:hAnsi="Arial"/>
        </w:rPr>
        <w:t xml:space="preserve">s response was very much tied to the fact </w:t>
      </w:r>
      <w:proofErr w:type="gramStart"/>
      <w:r>
        <w:rPr>
          <w:rFonts w:ascii="Arial" w:hAnsi="Arial"/>
        </w:rPr>
        <w:t>But</w:t>
      </w:r>
      <w:proofErr w:type="gramEnd"/>
      <w:r>
        <w:rPr>
          <w:rFonts w:ascii="Arial" w:hAnsi="Arial"/>
        </w:rPr>
        <w:t xml:space="preserve"> you</w:t>
      </w:r>
      <w:r w:rsidR="008E16D6">
        <w:rPr>
          <w:rFonts w:ascii="Arial" w:hAnsi="Arial"/>
        </w:rPr>
        <w:t>’</w:t>
      </w:r>
      <w:r>
        <w:rPr>
          <w:rFonts w:ascii="Arial" w:hAnsi="Arial"/>
        </w:rPr>
        <w:t xml:space="preserve">re in a wheelchair and you work for the BBC. Not you work for the BBC. Like, I was more like she worked for the BBC, </w:t>
      </w:r>
      <w:proofErr w:type="gramStart"/>
      <w:r>
        <w:rPr>
          <w:rFonts w:ascii="Arial" w:hAnsi="Arial"/>
        </w:rPr>
        <w:t>she</w:t>
      </w:r>
      <w:r w:rsidR="008E16D6">
        <w:rPr>
          <w:rFonts w:ascii="Arial" w:hAnsi="Arial"/>
        </w:rPr>
        <w:t>’</w:t>
      </w:r>
      <w:r>
        <w:rPr>
          <w:rFonts w:ascii="Arial" w:hAnsi="Arial"/>
        </w:rPr>
        <w:t>s</w:t>
      </w:r>
      <w:proofErr w:type="gramEnd"/>
      <w:r>
        <w:rPr>
          <w:rFonts w:ascii="Arial" w:hAnsi="Arial"/>
        </w:rPr>
        <w:t xml:space="preserve"> actually bothering to speak to me. Whereas you know that, whereas my dad is a very, as you said, Luce </w:t>
      </w:r>
      <w:proofErr w:type="gramStart"/>
      <w:r>
        <w:rPr>
          <w:rFonts w:ascii="Arial" w:hAnsi="Arial"/>
        </w:rPr>
        <w:t>very kind</w:t>
      </w:r>
      <w:proofErr w:type="gramEnd"/>
      <w:r>
        <w:rPr>
          <w:rFonts w:ascii="Arial" w:hAnsi="Arial"/>
        </w:rPr>
        <w:t xml:space="preserve"> of, it</w:t>
      </w:r>
      <w:r w:rsidR="008E16D6">
        <w:rPr>
          <w:rFonts w:ascii="Arial" w:hAnsi="Arial"/>
        </w:rPr>
        <w:t>’</w:t>
      </w:r>
      <w:r>
        <w:rPr>
          <w:rFonts w:ascii="Arial" w:hAnsi="Arial"/>
        </w:rPr>
        <w:t xml:space="preserve">s me, I do, I do what I want.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my call.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my life. And he</w:t>
      </w:r>
      <w:r w:rsidR="008E16D6">
        <w:rPr>
          <w:rFonts w:ascii="Arial" w:hAnsi="Arial"/>
        </w:rPr>
        <w:t>’</w:t>
      </w:r>
      <w:r>
        <w:rPr>
          <w:rFonts w:ascii="Arial" w:hAnsi="Arial"/>
        </w:rPr>
        <w:t>s, you know, he</w:t>
      </w:r>
      <w:r w:rsidR="008E16D6">
        <w:rPr>
          <w:rFonts w:ascii="Arial" w:hAnsi="Arial"/>
        </w:rPr>
        <w:t>’</w:t>
      </w:r>
      <w:r>
        <w:rPr>
          <w:rFonts w:ascii="Arial" w:hAnsi="Arial"/>
        </w:rPr>
        <w:t>s more distant in about it, but in a very supportive way of going, you know, I don</w:t>
      </w:r>
      <w:r w:rsidR="008E16D6">
        <w:rPr>
          <w:rFonts w:ascii="Arial" w:hAnsi="Arial"/>
        </w:rPr>
        <w:t>’</w:t>
      </w:r>
      <w:r>
        <w:rPr>
          <w:rFonts w:ascii="Arial" w:hAnsi="Arial"/>
        </w:rPr>
        <w:t>t care as long that</w:t>
      </w:r>
      <w:r w:rsidR="008E16D6">
        <w:rPr>
          <w:rFonts w:ascii="Arial" w:hAnsi="Arial"/>
        </w:rPr>
        <w:t>’</w:t>
      </w:r>
      <w:r>
        <w:rPr>
          <w:rFonts w:ascii="Arial" w:hAnsi="Arial"/>
        </w:rPr>
        <w:t>s what you want to do if you</w:t>
      </w:r>
      <w:r w:rsidR="008E16D6">
        <w:rPr>
          <w:rFonts w:ascii="Arial" w:hAnsi="Arial"/>
        </w:rPr>
        <w:t>’</w:t>
      </w:r>
      <w:r>
        <w:rPr>
          <w:rFonts w:ascii="Arial" w:hAnsi="Arial"/>
        </w:rPr>
        <w:t xml:space="preserve">re </w:t>
      </w:r>
      <w:proofErr w:type="gramStart"/>
      <w:r>
        <w:rPr>
          <w:rFonts w:ascii="Arial" w:hAnsi="Arial"/>
        </w:rPr>
        <w:t>happy  And</w:t>
      </w:r>
      <w:proofErr w:type="gramEnd"/>
      <w:r>
        <w:rPr>
          <w:rFonts w:ascii="Arial" w:hAnsi="Arial"/>
        </w:rPr>
        <w:t xml:space="preserve"> I think part of that difference is because my mom, because my mom and I are so close, she</w:t>
      </w:r>
      <w:r w:rsidR="008E16D6">
        <w:rPr>
          <w:rFonts w:ascii="Arial" w:hAnsi="Arial"/>
        </w:rPr>
        <w:t>’</w:t>
      </w:r>
      <w:r>
        <w:rPr>
          <w:rFonts w:ascii="Arial" w:hAnsi="Arial"/>
        </w:rPr>
        <w:t>s the person that I</w:t>
      </w:r>
      <w:r w:rsidR="008E16D6">
        <w:rPr>
          <w:rFonts w:ascii="Arial" w:hAnsi="Arial"/>
        </w:rPr>
        <w:t>’</w:t>
      </w:r>
      <w:r>
        <w:rPr>
          <w:rFonts w:ascii="Arial" w:hAnsi="Arial"/>
        </w:rPr>
        <w:t>ve gone to, and I</w:t>
      </w:r>
      <w:r w:rsidR="008E16D6">
        <w:rPr>
          <w:rFonts w:ascii="Arial" w:hAnsi="Arial"/>
        </w:rPr>
        <w:t>’</w:t>
      </w:r>
      <w:r>
        <w:rPr>
          <w:rFonts w:ascii="Arial" w:hAnsi="Arial"/>
        </w:rPr>
        <w:t xml:space="preserve">ve got this is really hard. I </w:t>
      </w:r>
      <w:proofErr w:type="gramStart"/>
      <w:r>
        <w:rPr>
          <w:rFonts w:ascii="Arial" w:hAnsi="Arial"/>
        </w:rPr>
        <w:t>can</w:t>
      </w:r>
      <w:r w:rsidR="008E16D6">
        <w:rPr>
          <w:rFonts w:ascii="Arial" w:hAnsi="Arial"/>
        </w:rPr>
        <w:t>’</w:t>
      </w:r>
      <w:r>
        <w:rPr>
          <w:rFonts w:ascii="Arial" w:hAnsi="Arial"/>
        </w:rPr>
        <w:t>t</w:t>
      </w:r>
      <w:proofErr w:type="gramEnd"/>
      <w:r>
        <w:rPr>
          <w:rFonts w:ascii="Arial" w:hAnsi="Arial"/>
        </w:rPr>
        <w:t xml:space="preserve"> do this. This is you know, and </w:t>
      </w:r>
      <w:proofErr w:type="gramStart"/>
      <w:r>
        <w:rPr>
          <w:rFonts w:ascii="Arial" w:hAnsi="Arial"/>
        </w:rPr>
        <w:t>she</w:t>
      </w:r>
      <w:r w:rsidR="008E16D6">
        <w:rPr>
          <w:rFonts w:ascii="Arial" w:hAnsi="Arial"/>
        </w:rPr>
        <w:t>’</w:t>
      </w:r>
      <w:r>
        <w:rPr>
          <w:rFonts w:ascii="Arial" w:hAnsi="Arial"/>
        </w:rPr>
        <w:t>s</w:t>
      </w:r>
      <w:proofErr w:type="gramEnd"/>
      <w:r>
        <w:rPr>
          <w:rFonts w:ascii="Arial" w:hAnsi="Arial"/>
        </w:rPr>
        <w:t xml:space="preserve"> the person that I</w:t>
      </w:r>
      <w:r w:rsidR="008E16D6">
        <w:rPr>
          <w:rFonts w:ascii="Arial" w:hAnsi="Arial"/>
        </w:rPr>
        <w:t>’</w:t>
      </w:r>
      <w:r>
        <w:rPr>
          <w:rFonts w:ascii="Arial" w:hAnsi="Arial"/>
        </w:rPr>
        <w:t>ve shared my difficulties with, whereas my dad is the person who I haven</w:t>
      </w:r>
      <w:r w:rsidR="008E16D6">
        <w:rPr>
          <w:rFonts w:ascii="Arial" w:hAnsi="Arial"/>
        </w:rPr>
        <w:t>’</w:t>
      </w:r>
      <w:r>
        <w:rPr>
          <w:rFonts w:ascii="Arial" w:hAnsi="Arial"/>
        </w:rPr>
        <w:t>t seen as often and who, you know, he</w:t>
      </w:r>
      <w:r w:rsidR="008E16D6">
        <w:rPr>
          <w:rFonts w:ascii="Arial" w:hAnsi="Arial"/>
        </w:rPr>
        <w:t>’</w:t>
      </w:r>
      <w:r>
        <w:rPr>
          <w:rFonts w:ascii="Arial" w:hAnsi="Arial"/>
        </w:rPr>
        <w:t>s the one who gets the phone call that</w:t>
      </w:r>
      <w:r w:rsidR="008E16D6">
        <w:rPr>
          <w:rFonts w:ascii="Arial" w:hAnsi="Arial"/>
        </w:rPr>
        <w:t>’</w:t>
      </w:r>
      <w:r>
        <w:rPr>
          <w:rFonts w:ascii="Arial" w:hAnsi="Arial"/>
        </w:rPr>
        <w:t xml:space="preserve">s like, Oh, these are my GCSE </w:t>
      </w:r>
      <w:r>
        <w:rPr>
          <w:rFonts w:ascii="Arial" w:hAnsi="Arial"/>
        </w:rPr>
        <w:lastRenderedPageBreak/>
        <w:t xml:space="preserve">results.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that</w:t>
      </w:r>
      <w:r w:rsidR="008E16D6">
        <w:rPr>
          <w:rFonts w:ascii="Arial" w:hAnsi="Arial"/>
        </w:rPr>
        <w:t>’</w:t>
      </w:r>
      <w:r>
        <w:rPr>
          <w:rFonts w:ascii="Arial" w:hAnsi="Arial"/>
        </w:rPr>
        <w:t xml:space="preserve">s amazing. I </w:t>
      </w:r>
      <w:proofErr w:type="gramStart"/>
      <w:r>
        <w:rPr>
          <w:rFonts w:ascii="Arial" w:hAnsi="Arial"/>
        </w:rPr>
        <w:t>haven</w:t>
      </w:r>
      <w:r w:rsidR="008E16D6">
        <w:rPr>
          <w:rFonts w:ascii="Arial" w:hAnsi="Arial"/>
        </w:rPr>
        <w:t>’</w:t>
      </w:r>
      <w:r>
        <w:rPr>
          <w:rFonts w:ascii="Arial" w:hAnsi="Arial"/>
        </w:rPr>
        <w:t>t</w:t>
      </w:r>
      <w:proofErr w:type="gramEnd"/>
      <w:r>
        <w:rPr>
          <w:rFonts w:ascii="Arial" w:hAnsi="Arial"/>
        </w:rPr>
        <w:t xml:space="preserve"> seen you for six weeks, I know that you</w:t>
      </w:r>
      <w:r w:rsidR="008E16D6">
        <w:rPr>
          <w:rFonts w:ascii="Arial" w:hAnsi="Arial"/>
        </w:rPr>
        <w:t>’</w:t>
      </w:r>
      <w:r>
        <w:rPr>
          <w:rFonts w:ascii="Arial" w:hAnsi="Arial"/>
        </w:rPr>
        <w:t>ve been working really hard, and you can</w:t>
      </w:r>
      <w:r w:rsidR="008E16D6">
        <w:rPr>
          <w:rFonts w:ascii="Arial" w:hAnsi="Arial"/>
        </w:rPr>
        <w:t>’</w:t>
      </w:r>
      <w:r>
        <w:rPr>
          <w:rFonts w:ascii="Arial" w:hAnsi="Arial"/>
        </w:rPr>
        <w:t xml:space="preserve">t see well done.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awesome.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really proud of you. Whereas My mom is the one </w:t>
      </w:r>
      <w:proofErr w:type="gramStart"/>
      <w:r>
        <w:rPr>
          <w:rFonts w:ascii="Arial" w:hAnsi="Arial"/>
        </w:rPr>
        <w:t>who</w:t>
      </w:r>
      <w:r w:rsidR="008E16D6">
        <w:rPr>
          <w:rFonts w:ascii="Arial" w:hAnsi="Arial"/>
        </w:rPr>
        <w:t>’</w:t>
      </w:r>
      <w:r>
        <w:rPr>
          <w:rFonts w:ascii="Arial" w:hAnsi="Arial"/>
        </w:rPr>
        <w:t>s</w:t>
      </w:r>
      <w:proofErr w:type="gramEnd"/>
      <w:r>
        <w:rPr>
          <w:rFonts w:ascii="Arial" w:hAnsi="Arial"/>
        </w:rPr>
        <w:t xml:space="preserve"> sitting at the kitchen table with Me going, I can</w:t>
      </w:r>
      <w:r w:rsidR="008E16D6">
        <w:rPr>
          <w:rFonts w:ascii="Arial" w:hAnsi="Arial"/>
        </w:rPr>
        <w:t>’</w:t>
      </w:r>
      <w:r>
        <w:rPr>
          <w:rFonts w:ascii="Arial" w:hAnsi="Arial"/>
        </w:rPr>
        <w:t xml:space="preserve">t read this textbook. This is </w:t>
      </w:r>
      <w:proofErr w:type="gramStart"/>
      <w:r>
        <w:rPr>
          <w:rFonts w:ascii="Arial" w:hAnsi="Arial"/>
        </w:rPr>
        <w:t>really overwhelming</w:t>
      </w:r>
      <w:proofErr w:type="gramEnd"/>
      <w:r>
        <w:rPr>
          <w:rFonts w:ascii="Arial" w:hAnsi="Arial"/>
        </w:rPr>
        <w:t xml:space="preserve">. And yeah, so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it</w:t>
      </w:r>
      <w:r w:rsidR="008E16D6">
        <w:rPr>
          <w:rFonts w:ascii="Arial" w:hAnsi="Arial"/>
        </w:rPr>
        <w:t>’</w:t>
      </w:r>
      <w:r>
        <w:rPr>
          <w:rFonts w:ascii="Arial" w:hAnsi="Arial"/>
        </w:rPr>
        <w:t xml:space="preserve">s, but I have a I have a thing about people talking on behalf of people with disabilities. I technically what my job is, is advocacy is that being you know that the difference between instructed and </w:t>
      </w:r>
      <w:proofErr w:type="spellStart"/>
      <w:r>
        <w:rPr>
          <w:rFonts w:ascii="Arial" w:hAnsi="Arial"/>
        </w:rPr>
        <w:t>non instructed</w:t>
      </w:r>
      <w:proofErr w:type="spellEnd"/>
      <w:r>
        <w:rPr>
          <w:rFonts w:ascii="Arial" w:hAnsi="Arial"/>
        </w:rPr>
        <w:t xml:space="preserve"> is that if there is a person who </w:t>
      </w:r>
      <w:proofErr w:type="gramStart"/>
      <w:r>
        <w:rPr>
          <w:rFonts w:ascii="Arial" w:hAnsi="Arial"/>
        </w:rPr>
        <w:t>doesn</w:t>
      </w:r>
      <w:r w:rsidR="008E16D6">
        <w:rPr>
          <w:rFonts w:ascii="Arial" w:hAnsi="Arial"/>
        </w:rPr>
        <w:t>’</w:t>
      </w:r>
      <w:r>
        <w:rPr>
          <w:rFonts w:ascii="Arial" w:hAnsi="Arial"/>
        </w:rPr>
        <w:t>t</w:t>
      </w:r>
      <w:proofErr w:type="gramEnd"/>
      <w:r>
        <w:rPr>
          <w:rFonts w:ascii="Arial" w:hAnsi="Arial"/>
        </w:rPr>
        <w:t xml:space="preserve"> have the ability to be able to communicate and tell you what it is they want, that your role is to say, Well, this is what I think that person would want. And I think that there is,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I think a lot of parents find that very hard, because it</w:t>
      </w:r>
      <w:r w:rsidR="008E16D6">
        <w:rPr>
          <w:rFonts w:ascii="Arial" w:hAnsi="Arial"/>
        </w:rPr>
        <w:t>’</w:t>
      </w:r>
      <w:r>
        <w:rPr>
          <w:rFonts w:ascii="Arial" w:hAnsi="Arial"/>
        </w:rPr>
        <w:t xml:space="preserve">s much I think, much more difficult as a parent to be able to go well. What </w:t>
      </w:r>
      <w:proofErr w:type="gramStart"/>
      <w:r>
        <w:rPr>
          <w:rFonts w:ascii="Arial" w:hAnsi="Arial"/>
        </w:rPr>
        <w:t>actually would</w:t>
      </w:r>
      <w:proofErr w:type="gramEnd"/>
      <w:r>
        <w:rPr>
          <w:rFonts w:ascii="Arial" w:hAnsi="Arial"/>
        </w:rPr>
        <w:t xml:space="preserve"> my </w:t>
      </w:r>
      <w:proofErr w:type="spellStart"/>
      <w:r>
        <w:rPr>
          <w:rFonts w:ascii="Arial" w:hAnsi="Arial"/>
        </w:rPr>
        <w:t>my</w:t>
      </w:r>
      <w:proofErr w:type="spellEnd"/>
      <w:r>
        <w:rPr>
          <w:rFonts w:ascii="Arial" w:hAnsi="Arial"/>
        </w:rPr>
        <w:t xml:space="preserve"> child even if it</w:t>
      </w:r>
      <w:r w:rsidR="008E16D6">
        <w:rPr>
          <w:rFonts w:ascii="Arial" w:hAnsi="Arial"/>
        </w:rPr>
        <w:t>’</w:t>
      </w:r>
      <w:r>
        <w:rPr>
          <w:rFonts w:ascii="Arial" w:hAnsi="Arial"/>
        </w:rPr>
        <w:t>s a grown child, what would their choices be here and not be influenced by their own feelings and experiences about a situation?</w:t>
      </w:r>
    </w:p>
    <w:p w14:paraId="546972B7" w14:textId="77777777" w:rsidR="00FB6230" w:rsidRDefault="00FB6230">
      <w:pPr>
        <w:spacing w:after="0"/>
      </w:pPr>
    </w:p>
    <w:p w14:paraId="6C62CA9F" w14:textId="77777777" w:rsidR="00FB6230" w:rsidRDefault="00C8764B">
      <w:pPr>
        <w:spacing w:after="0"/>
      </w:pPr>
      <w:proofErr w:type="gramStart"/>
      <w:r>
        <w:rPr>
          <w:rFonts w:ascii="Arial" w:hAnsi="Arial"/>
          <w:b/>
        </w:rPr>
        <w:t xml:space="preserve">Jack  </w:t>
      </w:r>
      <w:r>
        <w:rPr>
          <w:rFonts w:ascii="Arial" w:hAnsi="Arial"/>
          <w:color w:val="5D7284"/>
        </w:rPr>
        <w:t>1:02:24</w:t>
      </w:r>
      <w:proofErr w:type="gramEnd"/>
    </w:p>
    <w:p w14:paraId="25041513" w14:textId="11B7B7D5" w:rsidR="00FB6230" w:rsidRDefault="00C8764B">
      <w:pPr>
        <w:spacing w:after="0"/>
      </w:pPr>
      <w:r>
        <w:rPr>
          <w:rFonts w:ascii="Arial" w:hAnsi="Arial"/>
        </w:rPr>
        <w:t xml:space="preserve">Yeah. Did you see </w:t>
      </w:r>
      <w:proofErr w:type="gramStart"/>
      <w:r>
        <w:rPr>
          <w:rFonts w:ascii="Arial" w:hAnsi="Arial"/>
        </w:rPr>
        <w:t>that</w:t>
      </w:r>
      <w:proofErr w:type="gramEnd"/>
      <w:r>
        <w:rPr>
          <w:rFonts w:ascii="Arial" w:hAnsi="Arial"/>
        </w:rPr>
        <w:t xml:space="preserve"> Tom? Did you see that? Were </w:t>
      </w:r>
      <w:proofErr w:type="spellStart"/>
      <w:proofErr w:type="gramStart"/>
      <w:r>
        <w:rPr>
          <w:rFonts w:ascii="Arial" w:hAnsi="Arial"/>
        </w:rPr>
        <w:t>the</w:t>
      </w:r>
      <w:proofErr w:type="spellEnd"/>
      <w:r>
        <w:rPr>
          <w:rFonts w:ascii="Arial" w:hAnsi="Arial"/>
        </w:rPr>
        <w:t xml:space="preserve">  were</w:t>
      </w:r>
      <w:proofErr w:type="gramEnd"/>
      <w:r>
        <w:rPr>
          <w:rFonts w:ascii="Arial" w:hAnsi="Arial"/>
        </w:rPr>
        <w:t xml:space="preserve"> being interviewed. I flipped it around a single question and we got a doubt deep delve into the lives of the hosts and their relationships with their parents hear more </w:t>
      </w:r>
      <w:proofErr w:type="gramStart"/>
      <w:r>
        <w:rPr>
          <w:rFonts w:ascii="Arial" w:hAnsi="Arial"/>
        </w:rPr>
        <w:t>of  this</w:t>
      </w:r>
      <w:proofErr w:type="gramEnd"/>
      <w:r>
        <w:rPr>
          <w:rFonts w:ascii="Arial" w:hAnsi="Arial"/>
        </w:rPr>
        <w:t xml:space="preserve"> exciting stuff and questioning on the challenging </w:t>
      </w:r>
      <w:proofErr w:type="spellStart"/>
      <w:r>
        <w:rPr>
          <w:rFonts w:ascii="Arial" w:hAnsi="Arial"/>
        </w:rPr>
        <w:t>behaviours</w:t>
      </w:r>
      <w:proofErr w:type="spellEnd"/>
      <w:r>
        <w:rPr>
          <w:rFonts w:ascii="Arial" w:hAnsi="Arial"/>
        </w:rPr>
        <w:t xml:space="preserve">, </w:t>
      </w:r>
      <w:r w:rsidR="008E16D6">
        <w:rPr>
          <w:rFonts w:ascii="Arial" w:hAnsi="Arial"/>
        </w:rPr>
        <w:t>P</w:t>
      </w:r>
      <w:r>
        <w:rPr>
          <w:rFonts w:ascii="Arial" w:hAnsi="Arial"/>
        </w:rPr>
        <w:t>odcast wherever you get your podcasts</w:t>
      </w:r>
    </w:p>
    <w:p w14:paraId="28A92F2E" w14:textId="77777777" w:rsidR="00FB6230" w:rsidRDefault="00FB6230">
      <w:pPr>
        <w:spacing w:after="0"/>
      </w:pPr>
    </w:p>
    <w:p w14:paraId="7D83B0CE" w14:textId="77777777" w:rsidR="00FB6230" w:rsidRDefault="00C8764B">
      <w:pPr>
        <w:spacing w:after="0"/>
      </w:pPr>
      <w:proofErr w:type="gramStart"/>
      <w:r>
        <w:rPr>
          <w:rFonts w:ascii="Arial" w:hAnsi="Arial"/>
          <w:b/>
        </w:rPr>
        <w:t xml:space="preserve">Lucy  </w:t>
      </w:r>
      <w:r>
        <w:rPr>
          <w:rFonts w:ascii="Arial" w:hAnsi="Arial"/>
          <w:color w:val="5D7284"/>
        </w:rPr>
        <w:t>1:02:54</w:t>
      </w:r>
      <w:proofErr w:type="gramEnd"/>
    </w:p>
    <w:p w14:paraId="4022B869" w14:textId="0E070830" w:rsidR="00FB6230" w:rsidRDefault="00C8764B">
      <w:pPr>
        <w:spacing w:after="0"/>
      </w:pPr>
      <w:r>
        <w:rPr>
          <w:rFonts w:ascii="Arial" w:hAnsi="Arial"/>
        </w:rPr>
        <w:t xml:space="preserve">We are </w:t>
      </w:r>
      <w:proofErr w:type="spellStart"/>
      <w:r>
        <w:rPr>
          <w:rFonts w:ascii="Arial" w:hAnsi="Arial"/>
        </w:rPr>
        <w:t>learningI</w:t>
      </w:r>
      <w:proofErr w:type="spellEnd"/>
      <w:r>
        <w:rPr>
          <w:rFonts w:ascii="Arial" w:hAnsi="Arial"/>
        </w:rPr>
        <w:t xml:space="preserve"> don</w:t>
      </w:r>
      <w:r w:rsidR="008E16D6">
        <w:rPr>
          <w:rFonts w:ascii="Arial" w:hAnsi="Arial"/>
        </w:rPr>
        <w:t>’</w:t>
      </w:r>
      <w:r>
        <w:rPr>
          <w:rFonts w:ascii="Arial" w:hAnsi="Arial"/>
        </w:rPr>
        <w:t xml:space="preserve">t think you ever stop </w:t>
      </w:r>
      <w:proofErr w:type="gramStart"/>
      <w:r>
        <w:rPr>
          <w:rFonts w:ascii="Arial" w:hAnsi="Arial"/>
        </w:rPr>
        <w:t>learning</w:t>
      </w:r>
      <w:proofErr w:type="gramEnd"/>
    </w:p>
    <w:p w14:paraId="0F096B70" w14:textId="77777777" w:rsidR="00FB6230" w:rsidRDefault="00FB6230">
      <w:pPr>
        <w:spacing w:after="0"/>
      </w:pPr>
    </w:p>
    <w:p w14:paraId="776B729D" w14:textId="77777777" w:rsidR="00FB6230" w:rsidRDefault="00C8764B">
      <w:pPr>
        <w:spacing w:after="0"/>
      </w:pPr>
      <w:proofErr w:type="gramStart"/>
      <w:r>
        <w:rPr>
          <w:rFonts w:ascii="Arial" w:hAnsi="Arial"/>
          <w:b/>
        </w:rPr>
        <w:t xml:space="preserve">Jack  </w:t>
      </w:r>
      <w:r>
        <w:rPr>
          <w:rFonts w:ascii="Arial" w:hAnsi="Arial"/>
          <w:color w:val="5D7284"/>
        </w:rPr>
        <w:t>1:02:58</w:t>
      </w:r>
      <w:proofErr w:type="gramEnd"/>
    </w:p>
    <w:p w14:paraId="7018E373" w14:textId="77777777" w:rsidR="00FB6230" w:rsidRDefault="00C8764B">
      <w:pPr>
        <w:spacing w:after="0"/>
      </w:pPr>
      <w:r>
        <w:rPr>
          <w:rFonts w:ascii="Arial" w:hAnsi="Arial"/>
        </w:rPr>
        <w:t>Oh No!</w:t>
      </w:r>
    </w:p>
    <w:p w14:paraId="05DA9AB5" w14:textId="77777777" w:rsidR="00FB6230" w:rsidRDefault="00FB6230">
      <w:pPr>
        <w:spacing w:after="0"/>
      </w:pPr>
    </w:p>
    <w:p w14:paraId="2E6DC2D5" w14:textId="77777777" w:rsidR="00FB6230" w:rsidRDefault="00C8764B">
      <w:pPr>
        <w:spacing w:after="0"/>
      </w:pPr>
      <w:proofErr w:type="gramStart"/>
      <w:r>
        <w:rPr>
          <w:rFonts w:ascii="Arial" w:hAnsi="Arial"/>
          <w:b/>
        </w:rPr>
        <w:t xml:space="preserve">Lucy  </w:t>
      </w:r>
      <w:r>
        <w:rPr>
          <w:rFonts w:ascii="Arial" w:hAnsi="Arial"/>
          <w:color w:val="5D7284"/>
        </w:rPr>
        <w:t>1:03:02</w:t>
      </w:r>
      <w:proofErr w:type="gramEnd"/>
    </w:p>
    <w:p w14:paraId="43D83E3E" w14:textId="77777777" w:rsidR="00FB6230" w:rsidRDefault="00C8764B">
      <w:pPr>
        <w:spacing w:after="0"/>
      </w:pPr>
      <w:r>
        <w:rPr>
          <w:rFonts w:ascii="Arial" w:hAnsi="Arial"/>
        </w:rPr>
        <w:t xml:space="preserve">things will crop up all the time you like I was not expecting this. I think when we started me and </w:t>
      </w:r>
      <w:proofErr w:type="gramStart"/>
      <w:r>
        <w:rPr>
          <w:rFonts w:ascii="Arial" w:hAnsi="Arial"/>
        </w:rPr>
        <w:t>Alice  did</w:t>
      </w:r>
      <w:proofErr w:type="gramEnd"/>
      <w:r>
        <w:rPr>
          <w:rFonts w:ascii="Arial" w:hAnsi="Arial"/>
        </w:rPr>
        <w:t xml:space="preserve"> not understand quite how much paperwork there would be there were quite a few meetings about</w:t>
      </w:r>
    </w:p>
    <w:p w14:paraId="59D8BAB2" w14:textId="77777777" w:rsidR="00FB6230" w:rsidRDefault="00FB6230">
      <w:pPr>
        <w:spacing w:after="0"/>
      </w:pPr>
    </w:p>
    <w:p w14:paraId="6A7F2743" w14:textId="77777777" w:rsidR="00FB6230" w:rsidRDefault="00C8764B">
      <w:pPr>
        <w:spacing w:after="0"/>
      </w:pPr>
      <w:proofErr w:type="gramStart"/>
      <w:r>
        <w:rPr>
          <w:rFonts w:ascii="Arial" w:hAnsi="Arial"/>
          <w:b/>
        </w:rPr>
        <w:t xml:space="preserve">Jack  </w:t>
      </w:r>
      <w:r>
        <w:rPr>
          <w:rFonts w:ascii="Arial" w:hAnsi="Arial"/>
          <w:color w:val="5D7284"/>
        </w:rPr>
        <w:t>1:03:17</w:t>
      </w:r>
      <w:proofErr w:type="gramEnd"/>
    </w:p>
    <w:p w14:paraId="2B12250F" w14:textId="30AEDB85" w:rsidR="00FB6230" w:rsidRDefault="00C8764B">
      <w:pPr>
        <w:spacing w:after="0"/>
      </w:pPr>
      <w:r>
        <w:rPr>
          <w:rFonts w:ascii="Arial" w:hAnsi="Arial"/>
        </w:rPr>
        <w:t>these things we haven</w:t>
      </w:r>
      <w:r w:rsidR="008E16D6">
        <w:rPr>
          <w:rFonts w:ascii="Arial" w:hAnsi="Arial"/>
        </w:rPr>
        <w:t>’</w:t>
      </w:r>
      <w:r>
        <w:rPr>
          <w:rFonts w:ascii="Arial" w:hAnsi="Arial"/>
        </w:rPr>
        <w:t>t ever done there anything we</w:t>
      </w:r>
      <w:r w:rsidR="008E16D6">
        <w:rPr>
          <w:rFonts w:ascii="Arial" w:hAnsi="Arial"/>
        </w:rPr>
        <w:t>’</w:t>
      </w:r>
      <w:r>
        <w:rPr>
          <w:rFonts w:ascii="Arial" w:hAnsi="Arial"/>
        </w:rPr>
        <w:t xml:space="preserve">ve ever done for the </w:t>
      </w:r>
      <w:r w:rsidR="008E16D6">
        <w:rPr>
          <w:rFonts w:ascii="Arial" w:hAnsi="Arial"/>
        </w:rPr>
        <w:t>P</w:t>
      </w:r>
      <w:r>
        <w:rPr>
          <w:rFonts w:ascii="Arial" w:hAnsi="Arial"/>
        </w:rPr>
        <w:t xml:space="preserve">odcast has been any effort it was we once went to London on the </w:t>
      </w:r>
      <w:proofErr w:type="gramStart"/>
      <w:r>
        <w:rPr>
          <w:rFonts w:ascii="Arial" w:hAnsi="Arial"/>
        </w:rPr>
        <w:t>train  Tom</w:t>
      </w:r>
      <w:proofErr w:type="gramEnd"/>
      <w:r>
        <w:rPr>
          <w:rFonts w:ascii="Arial" w:hAnsi="Arial"/>
        </w:rPr>
        <w:t xml:space="preserve"> went to London once, I</w:t>
      </w:r>
      <w:r w:rsidR="008E16D6">
        <w:rPr>
          <w:rFonts w:ascii="Arial" w:hAnsi="Arial"/>
        </w:rPr>
        <w:t>’</w:t>
      </w:r>
      <w:r>
        <w:rPr>
          <w:rFonts w:ascii="Arial" w:hAnsi="Arial"/>
        </w:rPr>
        <w:t>ve been London  three times on the train</w:t>
      </w:r>
    </w:p>
    <w:p w14:paraId="7224839E" w14:textId="77777777" w:rsidR="00FB6230" w:rsidRDefault="00FB6230">
      <w:pPr>
        <w:spacing w:after="0"/>
      </w:pPr>
    </w:p>
    <w:p w14:paraId="7DDA3610" w14:textId="77777777" w:rsidR="00FB6230" w:rsidRDefault="00C8764B">
      <w:pPr>
        <w:spacing w:after="0"/>
      </w:pPr>
      <w:proofErr w:type="gramStart"/>
      <w:r>
        <w:rPr>
          <w:rFonts w:ascii="Arial" w:hAnsi="Arial"/>
          <w:b/>
        </w:rPr>
        <w:t xml:space="preserve">Lucy  </w:t>
      </w:r>
      <w:r>
        <w:rPr>
          <w:rFonts w:ascii="Arial" w:hAnsi="Arial"/>
          <w:color w:val="5D7284"/>
        </w:rPr>
        <w:t>1:03:40</w:t>
      </w:r>
      <w:proofErr w:type="gramEnd"/>
    </w:p>
    <w:p w14:paraId="3758F2C8" w14:textId="77777777" w:rsidR="00FB6230" w:rsidRDefault="00C8764B">
      <w:pPr>
        <w:spacing w:after="0"/>
      </w:pPr>
      <w:r>
        <w:rPr>
          <w:rFonts w:ascii="Arial" w:hAnsi="Arial"/>
        </w:rPr>
        <w:t xml:space="preserve">Me and Alice have yet to meet one another because we are still in the lockdown. And people say How long have you know </w:t>
      </w:r>
      <w:proofErr w:type="gramStart"/>
      <w:r>
        <w:rPr>
          <w:rFonts w:ascii="Arial" w:hAnsi="Arial"/>
        </w:rPr>
        <w:t>Alice..?</w:t>
      </w:r>
      <w:proofErr w:type="gramEnd"/>
    </w:p>
    <w:p w14:paraId="6A66BCF1" w14:textId="77777777" w:rsidR="00FB6230" w:rsidRDefault="00FB6230">
      <w:pPr>
        <w:spacing w:after="0"/>
      </w:pPr>
    </w:p>
    <w:p w14:paraId="026B6509" w14:textId="77777777" w:rsidR="00FB6230" w:rsidRDefault="00C8764B">
      <w:pPr>
        <w:spacing w:after="0"/>
      </w:pPr>
      <w:proofErr w:type="gramStart"/>
      <w:r>
        <w:rPr>
          <w:rFonts w:ascii="Arial" w:hAnsi="Arial"/>
          <w:b/>
        </w:rPr>
        <w:t xml:space="preserve">Alice  </w:t>
      </w:r>
      <w:r>
        <w:rPr>
          <w:rFonts w:ascii="Arial" w:hAnsi="Arial"/>
          <w:color w:val="5D7284"/>
        </w:rPr>
        <w:t>1:03:49</w:t>
      </w:r>
      <w:proofErr w:type="gramEnd"/>
    </w:p>
    <w:p w14:paraId="6D0FCAEE" w14:textId="77777777" w:rsidR="00FB6230" w:rsidRDefault="00C8764B">
      <w:pPr>
        <w:spacing w:after="0"/>
      </w:pPr>
      <w:r>
        <w:rPr>
          <w:rFonts w:ascii="Arial" w:hAnsi="Arial"/>
        </w:rPr>
        <w:t>Not even a year yet</w:t>
      </w:r>
    </w:p>
    <w:p w14:paraId="11E9034D" w14:textId="77777777" w:rsidR="00FB6230" w:rsidRDefault="00FB6230">
      <w:pPr>
        <w:spacing w:after="0"/>
      </w:pPr>
    </w:p>
    <w:p w14:paraId="33306EAD" w14:textId="77777777" w:rsidR="00FB6230" w:rsidRDefault="00C8764B">
      <w:pPr>
        <w:spacing w:after="0"/>
      </w:pPr>
      <w:proofErr w:type="gramStart"/>
      <w:r>
        <w:rPr>
          <w:rFonts w:ascii="Arial" w:hAnsi="Arial"/>
          <w:b/>
        </w:rPr>
        <w:t xml:space="preserve">Jack  </w:t>
      </w:r>
      <w:r>
        <w:rPr>
          <w:rFonts w:ascii="Arial" w:hAnsi="Arial"/>
          <w:color w:val="5D7284"/>
        </w:rPr>
        <w:t>1:03:54</w:t>
      </w:r>
      <w:proofErr w:type="gramEnd"/>
    </w:p>
    <w:p w14:paraId="6412A42F" w14:textId="77777777" w:rsidR="00FB6230" w:rsidRDefault="00C8764B">
      <w:pPr>
        <w:spacing w:after="0"/>
      </w:pPr>
      <w:r>
        <w:rPr>
          <w:rFonts w:ascii="Arial" w:hAnsi="Arial"/>
        </w:rPr>
        <w:t xml:space="preserve">not sure what that first meeting is </w:t>
      </w:r>
      <w:proofErr w:type="spellStart"/>
      <w:r>
        <w:rPr>
          <w:rFonts w:ascii="Arial" w:hAnsi="Arial"/>
        </w:rPr>
        <w:t>gonna</w:t>
      </w:r>
      <w:proofErr w:type="spellEnd"/>
      <w:r>
        <w:rPr>
          <w:rFonts w:ascii="Arial" w:hAnsi="Arial"/>
        </w:rPr>
        <w:t xml:space="preserve"> be.</w:t>
      </w:r>
    </w:p>
    <w:p w14:paraId="3A3187E6" w14:textId="77777777" w:rsidR="00FB6230" w:rsidRDefault="00FB6230">
      <w:pPr>
        <w:spacing w:after="0"/>
      </w:pPr>
    </w:p>
    <w:p w14:paraId="193760D1" w14:textId="77777777" w:rsidR="00FB6230" w:rsidRDefault="00C8764B">
      <w:pPr>
        <w:spacing w:after="0"/>
      </w:pPr>
      <w:proofErr w:type="gramStart"/>
      <w:r>
        <w:rPr>
          <w:rFonts w:ascii="Arial" w:hAnsi="Arial"/>
          <w:b/>
        </w:rPr>
        <w:t xml:space="preserve">Lucy  </w:t>
      </w:r>
      <w:r>
        <w:rPr>
          <w:rFonts w:ascii="Arial" w:hAnsi="Arial"/>
          <w:color w:val="5D7284"/>
        </w:rPr>
        <w:t>1:03:57</w:t>
      </w:r>
      <w:proofErr w:type="gramEnd"/>
    </w:p>
    <w:p w14:paraId="7C89F8BB" w14:textId="77777777" w:rsidR="00FB6230" w:rsidRDefault="00C8764B">
      <w:pPr>
        <w:spacing w:after="0"/>
      </w:pPr>
      <w:r>
        <w:rPr>
          <w:rFonts w:ascii="Arial" w:hAnsi="Arial"/>
        </w:rPr>
        <w:lastRenderedPageBreak/>
        <w:t xml:space="preserve">Lots of gin I think! so much Gin I forget </w:t>
      </w:r>
      <w:proofErr w:type="spellStart"/>
      <w:r>
        <w:rPr>
          <w:rFonts w:ascii="Arial" w:hAnsi="Arial"/>
        </w:rPr>
        <w:t>i</w:t>
      </w:r>
      <w:proofErr w:type="spellEnd"/>
      <w:r>
        <w:rPr>
          <w:rFonts w:ascii="Arial" w:hAnsi="Arial"/>
        </w:rPr>
        <w:t xml:space="preserve"> </w:t>
      </w:r>
      <w:proofErr w:type="spellStart"/>
      <w:r>
        <w:rPr>
          <w:rFonts w:ascii="Arial" w:hAnsi="Arial"/>
        </w:rPr>
        <w:t>can t</w:t>
      </w:r>
      <w:proofErr w:type="spellEnd"/>
      <w:r>
        <w:rPr>
          <w:rFonts w:ascii="Arial" w:hAnsi="Arial"/>
        </w:rPr>
        <w:t xml:space="preserve"> walk!  Thank you so much for joining us.</w:t>
      </w:r>
    </w:p>
    <w:p w14:paraId="541810B9" w14:textId="77777777" w:rsidR="00FB6230" w:rsidRDefault="00FB6230">
      <w:pPr>
        <w:spacing w:after="0"/>
      </w:pPr>
    </w:p>
    <w:p w14:paraId="3A466D89" w14:textId="77777777" w:rsidR="00FB6230" w:rsidRDefault="00C8764B">
      <w:pPr>
        <w:spacing w:after="0"/>
      </w:pPr>
      <w:proofErr w:type="gramStart"/>
      <w:r>
        <w:rPr>
          <w:rFonts w:ascii="Arial" w:hAnsi="Arial"/>
          <w:b/>
        </w:rPr>
        <w:t xml:space="preserve">Jack  </w:t>
      </w:r>
      <w:r>
        <w:rPr>
          <w:rFonts w:ascii="Arial" w:hAnsi="Arial"/>
          <w:color w:val="5D7284"/>
        </w:rPr>
        <w:t>1:04:08</w:t>
      </w:r>
      <w:proofErr w:type="gramEnd"/>
    </w:p>
    <w:p w14:paraId="3AE502ED" w14:textId="77777777" w:rsidR="00FB6230" w:rsidRDefault="00C8764B">
      <w:pPr>
        <w:spacing w:after="0"/>
      </w:pPr>
      <w:r>
        <w:rPr>
          <w:rFonts w:ascii="Arial" w:hAnsi="Arial"/>
        </w:rPr>
        <w:t xml:space="preserve">Thanks for having us. Yeah, </w:t>
      </w:r>
      <w:proofErr w:type="gramStart"/>
      <w:r>
        <w:rPr>
          <w:rFonts w:ascii="Arial" w:hAnsi="Arial"/>
        </w:rPr>
        <w:t>pooping  our</w:t>
      </w:r>
      <w:proofErr w:type="gramEnd"/>
      <w:r>
        <w:rPr>
          <w:rFonts w:ascii="Arial" w:hAnsi="Arial"/>
        </w:rPr>
        <w:t xml:space="preserve"> guest cherry</w:t>
      </w:r>
    </w:p>
    <w:p w14:paraId="7EAE15FC" w14:textId="77777777" w:rsidR="00FB6230" w:rsidRDefault="00FB6230">
      <w:pPr>
        <w:spacing w:after="0"/>
      </w:pPr>
    </w:p>
    <w:p w14:paraId="778E6738" w14:textId="77777777" w:rsidR="00FB6230" w:rsidRDefault="00C8764B">
      <w:pPr>
        <w:spacing w:after="0"/>
      </w:pPr>
      <w:proofErr w:type="gramStart"/>
      <w:r>
        <w:rPr>
          <w:rFonts w:ascii="Arial" w:hAnsi="Arial"/>
          <w:b/>
        </w:rPr>
        <w:t xml:space="preserve">Lucy  </w:t>
      </w:r>
      <w:r>
        <w:rPr>
          <w:rFonts w:ascii="Arial" w:hAnsi="Arial"/>
          <w:color w:val="5D7284"/>
        </w:rPr>
        <w:t>1:04:15</w:t>
      </w:r>
      <w:proofErr w:type="gramEnd"/>
    </w:p>
    <w:p w14:paraId="2D1AC728" w14:textId="6A32FC18" w:rsidR="00FB6230" w:rsidRDefault="00C8764B">
      <w:pPr>
        <w:spacing w:after="0"/>
      </w:pPr>
      <w:proofErr w:type="gramStart"/>
      <w:r>
        <w:rPr>
          <w:rFonts w:ascii="Arial" w:hAnsi="Arial"/>
        </w:rPr>
        <w:t>I</w:t>
      </w:r>
      <w:r w:rsidR="008E16D6">
        <w:rPr>
          <w:rFonts w:ascii="Arial" w:hAnsi="Arial"/>
        </w:rPr>
        <w:t>’</w:t>
      </w:r>
      <w:r>
        <w:rPr>
          <w:rFonts w:ascii="Arial" w:hAnsi="Arial"/>
        </w:rPr>
        <w:t>d</w:t>
      </w:r>
      <w:proofErr w:type="gramEnd"/>
      <w:r>
        <w:rPr>
          <w:rFonts w:ascii="Arial" w:hAnsi="Arial"/>
        </w:rPr>
        <w:t xml:space="preserve"> like I say well what we</w:t>
      </w:r>
      <w:r w:rsidR="008E16D6">
        <w:rPr>
          <w:rFonts w:ascii="Arial" w:hAnsi="Arial"/>
        </w:rPr>
        <w:t>’</w:t>
      </w:r>
      <w:r>
        <w:rPr>
          <w:rFonts w:ascii="Arial" w:hAnsi="Arial"/>
        </w:rPr>
        <w:t>ll have to look at getting you back on to do some additional stuff. I</w:t>
      </w:r>
      <w:r w:rsidR="008E16D6">
        <w:rPr>
          <w:rFonts w:ascii="Arial" w:hAnsi="Arial"/>
        </w:rPr>
        <w:t>’</w:t>
      </w:r>
      <w:r>
        <w:rPr>
          <w:rFonts w:ascii="Arial" w:hAnsi="Arial"/>
        </w:rPr>
        <w:t xml:space="preserve">ve </w:t>
      </w:r>
      <w:proofErr w:type="gramStart"/>
      <w:r>
        <w:rPr>
          <w:rFonts w:ascii="Arial" w:hAnsi="Arial"/>
        </w:rPr>
        <w:t>got  several</w:t>
      </w:r>
      <w:proofErr w:type="gramEnd"/>
      <w:r>
        <w:rPr>
          <w:rFonts w:ascii="Arial" w:hAnsi="Arial"/>
        </w:rPr>
        <w:t xml:space="preserve">  questions  like how long do you record for and how much had you drunk</w:t>
      </w:r>
    </w:p>
    <w:p w14:paraId="77570E16" w14:textId="77777777" w:rsidR="00FB6230" w:rsidRDefault="00FB6230">
      <w:pPr>
        <w:spacing w:after="0"/>
      </w:pPr>
    </w:p>
    <w:p w14:paraId="61C469E9" w14:textId="77777777" w:rsidR="00FB6230" w:rsidRDefault="00C8764B">
      <w:pPr>
        <w:spacing w:after="0"/>
      </w:pPr>
      <w:proofErr w:type="gramStart"/>
      <w:r>
        <w:rPr>
          <w:rFonts w:ascii="Arial" w:hAnsi="Arial"/>
          <w:b/>
        </w:rPr>
        <w:t xml:space="preserve">Jack  </w:t>
      </w:r>
      <w:r>
        <w:rPr>
          <w:rFonts w:ascii="Arial" w:hAnsi="Arial"/>
          <w:color w:val="5D7284"/>
        </w:rPr>
        <w:t>1:04:31</w:t>
      </w:r>
      <w:proofErr w:type="gramEnd"/>
    </w:p>
    <w:p w14:paraId="471FFCAA" w14:textId="333CA61D" w:rsidR="00FB6230" w:rsidRDefault="00C8764B">
      <w:pPr>
        <w:spacing w:after="0"/>
      </w:pPr>
      <w:r>
        <w:rPr>
          <w:rFonts w:ascii="Arial" w:hAnsi="Arial"/>
        </w:rPr>
        <w:t xml:space="preserve">in the beginning we do like three up because it when we </w:t>
      </w:r>
      <w:proofErr w:type="gramStart"/>
      <w:r>
        <w:rPr>
          <w:rFonts w:ascii="Arial" w:hAnsi="Arial"/>
        </w:rPr>
        <w:t>didn</w:t>
      </w:r>
      <w:r w:rsidR="008E16D6">
        <w:rPr>
          <w:rFonts w:ascii="Arial" w:hAnsi="Arial"/>
        </w:rPr>
        <w:t>’</w:t>
      </w:r>
      <w:r>
        <w:rPr>
          <w:rFonts w:ascii="Arial" w:hAnsi="Arial"/>
        </w:rPr>
        <w:t>t</w:t>
      </w:r>
      <w:proofErr w:type="gramEnd"/>
      <w:r>
        <w:rPr>
          <w:rFonts w:ascii="Arial" w:hAnsi="Arial"/>
        </w:rPr>
        <w:t xml:space="preserve"> have guests and it was all like in house as it were we</w:t>
      </w:r>
      <w:r w:rsidR="008E16D6">
        <w:rPr>
          <w:rFonts w:ascii="Arial" w:hAnsi="Arial"/>
        </w:rPr>
        <w:t>’</w:t>
      </w:r>
      <w:r>
        <w:rPr>
          <w:rFonts w:ascii="Arial" w:hAnsi="Arial"/>
        </w:rPr>
        <w:t>d record live three in a row. And be drinking the entire time it seems weird to say it because we</w:t>
      </w:r>
      <w:r w:rsidR="008E16D6">
        <w:rPr>
          <w:rFonts w:ascii="Arial" w:hAnsi="Arial"/>
        </w:rPr>
        <w:t>’</w:t>
      </w:r>
      <w:r>
        <w:rPr>
          <w:rFonts w:ascii="Arial" w:hAnsi="Arial"/>
        </w:rPr>
        <w:t>ve only done them on zoom in the last leg and I</w:t>
      </w:r>
      <w:r w:rsidR="008E16D6">
        <w:rPr>
          <w:rFonts w:ascii="Arial" w:hAnsi="Arial"/>
        </w:rPr>
        <w:t>’</w:t>
      </w:r>
      <w:r>
        <w:rPr>
          <w:rFonts w:ascii="Arial" w:hAnsi="Arial"/>
        </w:rPr>
        <w:t xml:space="preserve">m sure you guys have all done it on </w:t>
      </w:r>
      <w:proofErr w:type="spellStart"/>
      <w:r>
        <w:rPr>
          <w:rFonts w:ascii="Arial" w:hAnsi="Arial"/>
        </w:rPr>
        <w:t>squadcast</w:t>
      </w:r>
      <w:proofErr w:type="spellEnd"/>
      <w:r>
        <w:rPr>
          <w:rFonts w:ascii="Arial" w:hAnsi="Arial"/>
        </w:rPr>
        <w:t xml:space="preserve"> like but we used to because we</w:t>
      </w:r>
      <w:r w:rsidR="008E16D6">
        <w:rPr>
          <w:rFonts w:ascii="Arial" w:hAnsi="Arial"/>
        </w:rPr>
        <w:t>’</w:t>
      </w:r>
      <w:r>
        <w:rPr>
          <w:rFonts w:ascii="Arial" w:hAnsi="Arial"/>
        </w:rPr>
        <w:t>re all from the same place like we used to meet up for a day like on a Saturday we</w:t>
      </w:r>
      <w:r w:rsidR="008E16D6">
        <w:rPr>
          <w:rFonts w:ascii="Arial" w:hAnsi="Arial"/>
        </w:rPr>
        <w:t>’</w:t>
      </w:r>
      <w:r>
        <w:rPr>
          <w:rFonts w:ascii="Arial" w:hAnsi="Arial"/>
        </w:rPr>
        <w:t xml:space="preserve">d go we go to Adams at 12 and then be there </w:t>
      </w:r>
      <w:proofErr w:type="spellStart"/>
      <w:r>
        <w:rPr>
          <w:rFonts w:ascii="Arial" w:hAnsi="Arial"/>
        </w:rPr>
        <w:t>til</w:t>
      </w:r>
      <w:proofErr w:type="spellEnd"/>
      <w:r>
        <w:rPr>
          <w:rFonts w:ascii="Arial" w:hAnsi="Arial"/>
        </w:rPr>
        <w:t xml:space="preserve"> 8  just recording and I</w:t>
      </w:r>
      <w:r w:rsidR="008E16D6">
        <w:rPr>
          <w:rFonts w:ascii="Arial" w:hAnsi="Arial"/>
        </w:rPr>
        <w:t>’</w:t>
      </w:r>
      <w:r>
        <w:rPr>
          <w:rFonts w:ascii="Arial" w:hAnsi="Arial"/>
        </w:rPr>
        <w:t xml:space="preserve">m drinking so by the end it would be a bit questionable really conversation  Yeah. So, but now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just an hour on zoom really with whoever fancies Yeah, different world.</w:t>
      </w:r>
    </w:p>
    <w:p w14:paraId="312CEA9D" w14:textId="77777777" w:rsidR="00FB6230" w:rsidRDefault="00FB6230">
      <w:pPr>
        <w:spacing w:after="0"/>
      </w:pPr>
    </w:p>
    <w:p w14:paraId="23314F3F" w14:textId="77777777" w:rsidR="00FB6230" w:rsidRDefault="00C8764B">
      <w:pPr>
        <w:spacing w:after="0"/>
      </w:pPr>
      <w:proofErr w:type="gramStart"/>
      <w:r>
        <w:rPr>
          <w:rFonts w:ascii="Arial" w:hAnsi="Arial"/>
          <w:b/>
        </w:rPr>
        <w:t xml:space="preserve">Alice  </w:t>
      </w:r>
      <w:r>
        <w:rPr>
          <w:rFonts w:ascii="Arial" w:hAnsi="Arial"/>
          <w:color w:val="5D7284"/>
        </w:rPr>
        <w:t>1:05:16</w:t>
      </w:r>
      <w:proofErr w:type="gramEnd"/>
    </w:p>
    <w:p w14:paraId="35B9DEEE" w14:textId="0A7361E5" w:rsidR="00FB6230" w:rsidRDefault="00C8764B">
      <w:pPr>
        <w:spacing w:after="0"/>
      </w:pPr>
      <w:r>
        <w:rPr>
          <w:rFonts w:ascii="Arial" w:hAnsi="Arial"/>
        </w:rPr>
        <w:t>I am. I did. Jamie McAllister</w:t>
      </w:r>
      <w:r w:rsidR="008E16D6">
        <w:rPr>
          <w:rFonts w:ascii="Arial" w:hAnsi="Arial"/>
        </w:rPr>
        <w:t>’</w:t>
      </w:r>
      <w:r>
        <w:rPr>
          <w:rFonts w:ascii="Arial" w:hAnsi="Arial"/>
        </w:rPr>
        <w:t xml:space="preserve">s </w:t>
      </w:r>
      <w:r w:rsidR="008E16D6">
        <w:rPr>
          <w:rFonts w:ascii="Arial" w:hAnsi="Arial"/>
        </w:rPr>
        <w:t>P</w:t>
      </w:r>
      <w:r>
        <w:rPr>
          <w:rFonts w:ascii="Arial" w:hAnsi="Arial"/>
        </w:rPr>
        <w:t xml:space="preserve">odcast only last week before. And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such a lightweight I had one gin after my dinner. I was drinking it whilst sort of we were recording. </w:t>
      </w:r>
      <w:proofErr w:type="gramStart"/>
      <w:r>
        <w:rPr>
          <w:rFonts w:ascii="Arial" w:hAnsi="Arial"/>
        </w:rPr>
        <w:t>So</w:t>
      </w:r>
      <w:proofErr w:type="gramEnd"/>
      <w:r>
        <w:rPr>
          <w:rFonts w:ascii="Arial" w:hAnsi="Arial"/>
        </w:rPr>
        <w:t xml:space="preserve"> I</w:t>
      </w:r>
      <w:r w:rsidR="008E16D6">
        <w:rPr>
          <w:rFonts w:ascii="Arial" w:hAnsi="Arial"/>
        </w:rPr>
        <w:t>’</w:t>
      </w:r>
      <w:r>
        <w:rPr>
          <w:rFonts w:ascii="Arial" w:hAnsi="Arial"/>
        </w:rPr>
        <w:t xml:space="preserve">m nursing it for two hours or something ridiculous. And I said, I said something on Twitter about how I was embarrassed myself. </w:t>
      </w:r>
      <w:proofErr w:type="gramStart"/>
      <w:r>
        <w:rPr>
          <w:rFonts w:ascii="Arial" w:hAnsi="Arial"/>
        </w:rPr>
        <w:t>So as to</w:t>
      </w:r>
      <w:proofErr w:type="gramEnd"/>
      <w:r>
        <w:rPr>
          <w:rFonts w:ascii="Arial" w:hAnsi="Arial"/>
        </w:rPr>
        <w:t xml:space="preserve"> such an extent that Jamie has sent me a message to be like, Oh, you</w:t>
      </w:r>
      <w:r w:rsidR="008E16D6">
        <w:rPr>
          <w:rFonts w:ascii="Arial" w:hAnsi="Arial"/>
        </w:rPr>
        <w:t>’</w:t>
      </w:r>
      <w:r>
        <w:rPr>
          <w:rFonts w:ascii="Arial" w:hAnsi="Arial"/>
        </w:rPr>
        <w:t xml:space="preserve">re right, hon. Like, you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need to be embarrassed.</w:t>
      </w:r>
    </w:p>
    <w:p w14:paraId="36AA2F65" w14:textId="77777777" w:rsidR="00FB6230" w:rsidRDefault="00FB6230">
      <w:pPr>
        <w:spacing w:after="0"/>
      </w:pPr>
    </w:p>
    <w:p w14:paraId="39E914DA" w14:textId="77777777" w:rsidR="00FB6230" w:rsidRDefault="00C8764B">
      <w:pPr>
        <w:spacing w:after="0"/>
      </w:pPr>
      <w:proofErr w:type="gramStart"/>
      <w:r>
        <w:rPr>
          <w:rFonts w:ascii="Arial" w:hAnsi="Arial"/>
          <w:b/>
        </w:rPr>
        <w:t xml:space="preserve">Lucy  </w:t>
      </w:r>
      <w:r>
        <w:rPr>
          <w:rFonts w:ascii="Arial" w:hAnsi="Arial"/>
          <w:color w:val="5D7284"/>
        </w:rPr>
        <w:t>1:05:48</w:t>
      </w:r>
      <w:proofErr w:type="gramEnd"/>
    </w:p>
    <w:p w14:paraId="3DD1BCE5" w14:textId="77777777" w:rsidR="00FB6230" w:rsidRDefault="00C8764B">
      <w:pPr>
        <w:spacing w:after="0"/>
      </w:pPr>
      <w:r>
        <w:rPr>
          <w:rFonts w:ascii="Arial" w:hAnsi="Arial"/>
        </w:rPr>
        <w:t xml:space="preserve">And </w:t>
      </w:r>
      <w:proofErr w:type="gramStart"/>
      <w:r>
        <w:rPr>
          <w:rFonts w:ascii="Arial" w:hAnsi="Arial"/>
        </w:rPr>
        <w:t>basically</w:t>
      </w:r>
      <w:proofErr w:type="gramEnd"/>
      <w:r>
        <w:rPr>
          <w:rFonts w:ascii="Arial" w:hAnsi="Arial"/>
        </w:rPr>
        <w:t xml:space="preserve"> Alice went off without me and embarrassed herself</w:t>
      </w:r>
    </w:p>
    <w:p w14:paraId="324884E5" w14:textId="77777777" w:rsidR="00FB6230" w:rsidRDefault="00FB6230">
      <w:pPr>
        <w:spacing w:after="0"/>
      </w:pPr>
    </w:p>
    <w:p w14:paraId="231F07A8" w14:textId="77777777" w:rsidR="00FB6230" w:rsidRDefault="00C8764B">
      <w:pPr>
        <w:spacing w:after="0"/>
      </w:pPr>
      <w:proofErr w:type="gramStart"/>
      <w:r>
        <w:rPr>
          <w:rFonts w:ascii="Arial" w:hAnsi="Arial"/>
          <w:b/>
        </w:rPr>
        <w:t xml:space="preserve">Alice  </w:t>
      </w:r>
      <w:r>
        <w:rPr>
          <w:rFonts w:ascii="Arial" w:hAnsi="Arial"/>
          <w:color w:val="5D7284"/>
        </w:rPr>
        <w:t>1:05:57</w:t>
      </w:r>
      <w:proofErr w:type="gramEnd"/>
    </w:p>
    <w:p w14:paraId="78756FED" w14:textId="37B2E3B5" w:rsidR="00FB6230" w:rsidRDefault="00C8764B">
      <w:pPr>
        <w:spacing w:after="0"/>
      </w:pPr>
      <w:r>
        <w:rPr>
          <w:rFonts w:ascii="Arial" w:hAnsi="Arial"/>
        </w:rPr>
        <w:t xml:space="preserve">Yeah, yeah. Because I was drinking and just what I do,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not used to being on my own anymore.</w:t>
      </w:r>
    </w:p>
    <w:p w14:paraId="4C53C445" w14:textId="77777777" w:rsidR="00FB6230" w:rsidRDefault="00FB6230">
      <w:pPr>
        <w:spacing w:after="0"/>
      </w:pPr>
    </w:p>
    <w:p w14:paraId="449D5791" w14:textId="77777777" w:rsidR="00FB6230" w:rsidRDefault="00C8764B">
      <w:pPr>
        <w:spacing w:after="0"/>
      </w:pPr>
      <w:proofErr w:type="gramStart"/>
      <w:r>
        <w:rPr>
          <w:rFonts w:ascii="Arial" w:hAnsi="Arial"/>
          <w:b/>
        </w:rPr>
        <w:t xml:space="preserve">Lucy  </w:t>
      </w:r>
      <w:r>
        <w:rPr>
          <w:rFonts w:ascii="Arial" w:hAnsi="Arial"/>
          <w:color w:val="5D7284"/>
        </w:rPr>
        <w:t>1:06:05</w:t>
      </w:r>
      <w:proofErr w:type="gramEnd"/>
    </w:p>
    <w:p w14:paraId="633540F9" w14:textId="123A026D" w:rsidR="00FB6230" w:rsidRDefault="00C8764B">
      <w:pPr>
        <w:spacing w:after="0"/>
      </w:pPr>
      <w:r>
        <w:rPr>
          <w:rFonts w:ascii="Arial" w:hAnsi="Arial"/>
        </w:rPr>
        <w:t>You make me sound really Mumsy and boring, doesn</w:t>
      </w:r>
      <w:r w:rsidR="008E16D6">
        <w:rPr>
          <w:rFonts w:ascii="Arial" w:hAnsi="Arial"/>
        </w:rPr>
        <w:t>’</w:t>
      </w:r>
      <w:r>
        <w:rPr>
          <w:rFonts w:ascii="Arial" w:hAnsi="Arial"/>
        </w:rPr>
        <w:t>t she really?</w:t>
      </w:r>
    </w:p>
    <w:p w14:paraId="0D0A6E7F" w14:textId="77777777" w:rsidR="00FB6230" w:rsidRDefault="00FB6230">
      <w:pPr>
        <w:spacing w:after="0"/>
      </w:pPr>
    </w:p>
    <w:p w14:paraId="643DB009" w14:textId="77777777" w:rsidR="00FB6230" w:rsidRDefault="00C8764B">
      <w:pPr>
        <w:spacing w:after="0"/>
      </w:pPr>
      <w:proofErr w:type="gramStart"/>
      <w:r>
        <w:rPr>
          <w:rFonts w:ascii="Arial" w:hAnsi="Arial"/>
          <w:b/>
        </w:rPr>
        <w:t xml:space="preserve">Alice  </w:t>
      </w:r>
      <w:r>
        <w:rPr>
          <w:rFonts w:ascii="Arial" w:hAnsi="Arial"/>
          <w:color w:val="5D7284"/>
        </w:rPr>
        <w:t>1:06:08</w:t>
      </w:r>
      <w:proofErr w:type="gramEnd"/>
    </w:p>
    <w:p w14:paraId="2D97486D" w14:textId="1956181B" w:rsidR="00FB6230" w:rsidRDefault="00C8764B">
      <w:pPr>
        <w:spacing w:after="0"/>
      </w:pPr>
      <w:r>
        <w:rPr>
          <w:rFonts w:ascii="Arial" w:hAnsi="Arial"/>
        </w:rPr>
        <w:t>No, it</w:t>
      </w:r>
      <w:r w:rsidR="008E16D6">
        <w:rPr>
          <w:rFonts w:ascii="Arial" w:hAnsi="Arial"/>
        </w:rPr>
        <w:t>’</w:t>
      </w:r>
      <w:r>
        <w:rPr>
          <w:rFonts w:ascii="Arial" w:hAnsi="Arial"/>
        </w:rPr>
        <w:t>s not that it</w:t>
      </w:r>
      <w:r w:rsidR="008E16D6">
        <w:rPr>
          <w:rFonts w:ascii="Arial" w:hAnsi="Arial"/>
        </w:rPr>
        <w:t>’</w:t>
      </w:r>
      <w:r>
        <w:rPr>
          <w:rFonts w:ascii="Arial" w:hAnsi="Arial"/>
        </w:rPr>
        <w:t>s just it</w:t>
      </w:r>
      <w:r w:rsidR="008E16D6">
        <w:rPr>
          <w:rFonts w:ascii="Arial" w:hAnsi="Arial"/>
        </w:rPr>
        <w:t>’</w:t>
      </w:r>
      <w:r>
        <w:rPr>
          <w:rFonts w:ascii="Arial" w:hAnsi="Arial"/>
        </w:rPr>
        <w:t xml:space="preserve">s I get loud and obnoxious, more loud and more obnoxious when </w:t>
      </w:r>
      <w:proofErr w:type="spellStart"/>
      <w:r>
        <w:rPr>
          <w:rFonts w:ascii="Arial" w:hAnsi="Arial"/>
        </w:rPr>
        <w:t>i</w:t>
      </w:r>
      <w:proofErr w:type="spellEnd"/>
      <w:r>
        <w:rPr>
          <w:rFonts w:ascii="Arial" w:hAnsi="Arial"/>
        </w:rPr>
        <w:t xml:space="preserve"> </w:t>
      </w:r>
      <w:proofErr w:type="gramStart"/>
      <w:r>
        <w:rPr>
          <w:rFonts w:ascii="Arial" w:hAnsi="Arial"/>
        </w:rPr>
        <w:t>drink</w:t>
      </w:r>
      <w:proofErr w:type="gramEnd"/>
    </w:p>
    <w:p w14:paraId="1FC23A71" w14:textId="77777777" w:rsidR="00FB6230" w:rsidRDefault="00FB6230">
      <w:pPr>
        <w:spacing w:after="0"/>
      </w:pPr>
    </w:p>
    <w:p w14:paraId="7948C768" w14:textId="77777777" w:rsidR="00FB6230" w:rsidRDefault="00C8764B">
      <w:pPr>
        <w:spacing w:after="0"/>
      </w:pPr>
      <w:proofErr w:type="gramStart"/>
      <w:r>
        <w:rPr>
          <w:rFonts w:ascii="Arial" w:hAnsi="Arial"/>
          <w:b/>
        </w:rPr>
        <w:t xml:space="preserve">Jack  </w:t>
      </w:r>
      <w:r>
        <w:rPr>
          <w:rFonts w:ascii="Arial" w:hAnsi="Arial"/>
          <w:color w:val="5D7284"/>
        </w:rPr>
        <w:t>1:06:15</w:t>
      </w:r>
      <w:proofErr w:type="gramEnd"/>
    </w:p>
    <w:p w14:paraId="7816D01F" w14:textId="4D69E88E" w:rsidR="00FB6230" w:rsidRDefault="00C8764B">
      <w:pPr>
        <w:spacing w:after="0"/>
      </w:pPr>
      <w:r>
        <w:rPr>
          <w:rFonts w:ascii="Arial" w:hAnsi="Arial"/>
        </w:rPr>
        <w:t>I mean, who doesn</w:t>
      </w:r>
      <w:r w:rsidR="008E16D6">
        <w:rPr>
          <w:rFonts w:ascii="Arial" w:hAnsi="Arial"/>
        </w:rPr>
        <w:t>’</w:t>
      </w:r>
      <w:r>
        <w:rPr>
          <w:rFonts w:ascii="Arial" w:hAnsi="Arial"/>
        </w:rPr>
        <w:t xml:space="preserve">t? </w:t>
      </w:r>
      <w:proofErr w:type="spellStart"/>
      <w:r>
        <w:rPr>
          <w:rFonts w:ascii="Arial" w:hAnsi="Arial"/>
        </w:rPr>
        <w:t>thats</w:t>
      </w:r>
      <w:proofErr w:type="spellEnd"/>
      <w:r>
        <w:rPr>
          <w:rFonts w:ascii="Arial" w:hAnsi="Arial"/>
        </w:rPr>
        <w:t xml:space="preserve"> its purpose? </w:t>
      </w:r>
      <w:proofErr w:type="spellStart"/>
      <w:r>
        <w:rPr>
          <w:rFonts w:ascii="Arial" w:hAnsi="Arial"/>
        </w:rPr>
        <w:t>thats</w:t>
      </w:r>
      <w:proofErr w:type="spellEnd"/>
      <w:r>
        <w:rPr>
          <w:rFonts w:ascii="Arial" w:hAnsi="Arial"/>
        </w:rPr>
        <w:t xml:space="preserve"> what </w:t>
      </w:r>
      <w:proofErr w:type="spellStart"/>
      <w:r>
        <w:rPr>
          <w:rFonts w:ascii="Arial" w:hAnsi="Arial"/>
        </w:rPr>
        <w:t>its</w:t>
      </w:r>
      <w:proofErr w:type="spellEnd"/>
      <w:r>
        <w:rPr>
          <w:rFonts w:ascii="Arial" w:hAnsi="Arial"/>
        </w:rPr>
        <w:t xml:space="preserve"> for This is an excuse know I can be a bit of a </w:t>
      </w:r>
      <w:proofErr w:type="spellStart"/>
      <w:proofErr w:type="gramStart"/>
      <w:r>
        <w:rPr>
          <w:rFonts w:ascii="Arial" w:hAnsi="Arial"/>
        </w:rPr>
        <w:t>bellend</w:t>
      </w:r>
      <w:proofErr w:type="spellEnd"/>
      <w:proofErr w:type="gramEnd"/>
    </w:p>
    <w:p w14:paraId="1E3B3278" w14:textId="77777777" w:rsidR="00FB6230" w:rsidRDefault="00FB6230">
      <w:pPr>
        <w:spacing w:after="0"/>
      </w:pPr>
    </w:p>
    <w:p w14:paraId="600BED26" w14:textId="77777777" w:rsidR="00FB6230" w:rsidRDefault="00C8764B">
      <w:pPr>
        <w:spacing w:after="0"/>
      </w:pPr>
      <w:proofErr w:type="gramStart"/>
      <w:r>
        <w:rPr>
          <w:rFonts w:ascii="Arial" w:hAnsi="Arial"/>
          <w:b/>
        </w:rPr>
        <w:t xml:space="preserve">Alice  </w:t>
      </w:r>
      <w:r>
        <w:rPr>
          <w:rFonts w:ascii="Arial" w:hAnsi="Arial"/>
          <w:color w:val="5D7284"/>
        </w:rPr>
        <w:t>1:06:22</w:t>
      </w:r>
      <w:proofErr w:type="gramEnd"/>
    </w:p>
    <w:p w14:paraId="4495B68D" w14:textId="19621A8E" w:rsidR="00FB6230" w:rsidRDefault="00C8764B">
      <w:pPr>
        <w:spacing w:after="0"/>
      </w:pPr>
      <w:r>
        <w:rPr>
          <w:rFonts w:ascii="Arial" w:hAnsi="Arial"/>
        </w:rPr>
        <w:t xml:space="preserve">I 1`have I have been grateful. Like within the first 10 minutes of the show. I was like, oh, jack. So finally,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not the most sweary person on the show.</w:t>
      </w:r>
    </w:p>
    <w:p w14:paraId="3E8920B4" w14:textId="77777777" w:rsidR="00FB6230" w:rsidRDefault="00FB6230">
      <w:pPr>
        <w:spacing w:after="0"/>
      </w:pPr>
    </w:p>
    <w:p w14:paraId="2DB87F4B" w14:textId="77777777" w:rsidR="00FB6230" w:rsidRDefault="00C8764B">
      <w:pPr>
        <w:spacing w:after="0"/>
      </w:pPr>
      <w:proofErr w:type="gramStart"/>
      <w:r>
        <w:rPr>
          <w:rFonts w:ascii="Arial" w:hAnsi="Arial"/>
          <w:b/>
        </w:rPr>
        <w:t xml:space="preserve">Jack  </w:t>
      </w:r>
      <w:r>
        <w:rPr>
          <w:rFonts w:ascii="Arial" w:hAnsi="Arial"/>
          <w:color w:val="5D7284"/>
        </w:rPr>
        <w:t>1:06:32</w:t>
      </w:r>
      <w:proofErr w:type="gramEnd"/>
    </w:p>
    <w:p w14:paraId="19F83B49" w14:textId="397CBDFB" w:rsidR="00FB6230" w:rsidRDefault="00C8764B">
      <w:pPr>
        <w:spacing w:after="0"/>
      </w:pPr>
      <w:r>
        <w:rPr>
          <w:rFonts w:ascii="Arial" w:hAnsi="Arial"/>
        </w:rPr>
        <w:t xml:space="preserve">I think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another thing that kind of works about our </w:t>
      </w:r>
      <w:r w:rsidR="008E16D6">
        <w:rPr>
          <w:rFonts w:ascii="Arial" w:hAnsi="Arial"/>
        </w:rPr>
        <w:t>P</w:t>
      </w:r>
      <w:r>
        <w:rPr>
          <w:rFonts w:ascii="Arial" w:hAnsi="Arial"/>
        </w:rPr>
        <w:t xml:space="preserve">odcast is Tom is great at doing the more political chat. And I just say things like </w:t>
      </w:r>
      <w:proofErr w:type="spellStart"/>
      <w:r>
        <w:rPr>
          <w:rFonts w:ascii="Arial" w:hAnsi="Arial"/>
        </w:rPr>
        <w:t>bumhole</w:t>
      </w:r>
      <w:proofErr w:type="spellEnd"/>
      <w:r>
        <w:rPr>
          <w:rFonts w:ascii="Arial" w:hAnsi="Arial"/>
        </w:rPr>
        <w:t xml:space="preserve"> ever know and </w:t>
      </w:r>
      <w:proofErr w:type="gramStart"/>
      <w:r>
        <w:rPr>
          <w:rFonts w:ascii="Arial" w:hAnsi="Arial"/>
        </w:rPr>
        <w:t>then</w:t>
      </w:r>
      <w:proofErr w:type="gramEnd"/>
      <w:r>
        <w:rPr>
          <w:rFonts w:ascii="Arial" w:hAnsi="Arial"/>
        </w:rPr>
        <w:t xml:space="preserve"> </w:t>
      </w:r>
    </w:p>
    <w:p w14:paraId="63072D98" w14:textId="77777777" w:rsidR="00FB6230" w:rsidRDefault="00FB6230">
      <w:pPr>
        <w:spacing w:after="0"/>
      </w:pPr>
    </w:p>
    <w:p w14:paraId="256D0466" w14:textId="77777777" w:rsidR="00FB6230" w:rsidRDefault="00C8764B">
      <w:pPr>
        <w:spacing w:after="0"/>
      </w:pPr>
      <w:proofErr w:type="gramStart"/>
      <w:r>
        <w:rPr>
          <w:rFonts w:ascii="Arial" w:hAnsi="Arial"/>
          <w:b/>
        </w:rPr>
        <w:t xml:space="preserve">Tom  </w:t>
      </w:r>
      <w:r>
        <w:rPr>
          <w:rFonts w:ascii="Arial" w:hAnsi="Arial"/>
          <w:color w:val="5D7284"/>
        </w:rPr>
        <w:t>1:06:44</w:t>
      </w:r>
      <w:proofErr w:type="gramEnd"/>
    </w:p>
    <w:p w14:paraId="624E9146" w14:textId="6EB243B7" w:rsidR="00FB6230" w:rsidRDefault="00C8764B">
      <w:pPr>
        <w:spacing w:after="0"/>
      </w:pPr>
      <w:r>
        <w:rPr>
          <w:rFonts w:ascii="Arial" w:hAnsi="Arial"/>
        </w:rPr>
        <w:t xml:space="preserve">I guess yeah. Some of the I think you undersell your politics, sometimes I just get away of it. Because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doing the degree. I can just I can just, I can just claim I know </w:t>
      </w: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talking about.</w:t>
      </w:r>
    </w:p>
    <w:p w14:paraId="7B280A8F" w14:textId="77777777" w:rsidR="00FB6230" w:rsidRDefault="00FB6230">
      <w:pPr>
        <w:spacing w:after="0"/>
      </w:pPr>
    </w:p>
    <w:p w14:paraId="4A2A11E0" w14:textId="77777777" w:rsidR="00FB6230" w:rsidRDefault="00C8764B">
      <w:pPr>
        <w:spacing w:after="0"/>
      </w:pPr>
      <w:proofErr w:type="gramStart"/>
      <w:r>
        <w:rPr>
          <w:rFonts w:ascii="Arial" w:hAnsi="Arial"/>
          <w:b/>
        </w:rPr>
        <w:t xml:space="preserve">Lucy  </w:t>
      </w:r>
      <w:r>
        <w:rPr>
          <w:rFonts w:ascii="Arial" w:hAnsi="Arial"/>
          <w:color w:val="5D7284"/>
        </w:rPr>
        <w:t>1:06:59</w:t>
      </w:r>
      <w:proofErr w:type="gramEnd"/>
    </w:p>
    <w:p w14:paraId="4AFC9704" w14:textId="4F05F652" w:rsidR="00FB6230" w:rsidRDefault="00C8764B">
      <w:pPr>
        <w:spacing w:after="0"/>
      </w:pPr>
      <w:r>
        <w:rPr>
          <w:rFonts w:ascii="Arial" w:hAnsi="Arial"/>
        </w:rPr>
        <w:t xml:space="preserve">No,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been so great to actually sit and talk to some other podcasters about Podcasting to be honest. Because a lot of the time like, are we did it,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doing this? Why are we so? Is this how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supposed to go?</w:t>
      </w:r>
    </w:p>
    <w:p w14:paraId="573A49B8" w14:textId="77777777" w:rsidR="00FB6230" w:rsidRDefault="00FB6230">
      <w:pPr>
        <w:spacing w:after="0"/>
      </w:pPr>
    </w:p>
    <w:p w14:paraId="722B0CCE" w14:textId="77777777" w:rsidR="00FB6230" w:rsidRDefault="00C8764B">
      <w:pPr>
        <w:spacing w:after="0"/>
      </w:pPr>
      <w:proofErr w:type="gramStart"/>
      <w:r>
        <w:rPr>
          <w:rFonts w:ascii="Arial" w:hAnsi="Arial"/>
          <w:b/>
        </w:rPr>
        <w:t xml:space="preserve">Jack  </w:t>
      </w:r>
      <w:r>
        <w:rPr>
          <w:rFonts w:ascii="Arial" w:hAnsi="Arial"/>
          <w:color w:val="5D7284"/>
        </w:rPr>
        <w:t>1:07:10</w:t>
      </w:r>
      <w:proofErr w:type="gramEnd"/>
    </w:p>
    <w:p w14:paraId="7897296D" w14:textId="4337EE95" w:rsidR="00FB6230" w:rsidRDefault="00C8764B">
      <w:pPr>
        <w:spacing w:after="0"/>
      </w:pP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not able to ask about that. </w:t>
      </w:r>
      <w:proofErr w:type="gramStart"/>
      <w:r>
        <w:rPr>
          <w:rFonts w:ascii="Arial" w:hAnsi="Arial"/>
        </w:rPr>
        <w:t>It</w:t>
      </w:r>
      <w:r w:rsidR="008E16D6">
        <w:rPr>
          <w:rFonts w:ascii="Arial" w:hAnsi="Arial"/>
        </w:rPr>
        <w:t>’</w:t>
      </w:r>
      <w:r>
        <w:rPr>
          <w:rFonts w:ascii="Arial" w:hAnsi="Arial"/>
        </w:rPr>
        <w:t>s</w:t>
      </w:r>
      <w:proofErr w:type="gramEnd"/>
    </w:p>
    <w:p w14:paraId="5A1D3EB2" w14:textId="77777777" w:rsidR="00FB6230" w:rsidRDefault="00FB6230">
      <w:pPr>
        <w:spacing w:after="0"/>
      </w:pPr>
    </w:p>
    <w:p w14:paraId="2EFB157F" w14:textId="77777777" w:rsidR="00FB6230" w:rsidRDefault="00C8764B">
      <w:pPr>
        <w:spacing w:after="0"/>
      </w:pPr>
      <w:proofErr w:type="gramStart"/>
      <w:r>
        <w:rPr>
          <w:rFonts w:ascii="Arial" w:hAnsi="Arial"/>
          <w:b/>
        </w:rPr>
        <w:t xml:space="preserve">Lucy  </w:t>
      </w:r>
      <w:r>
        <w:rPr>
          <w:rFonts w:ascii="Arial" w:hAnsi="Arial"/>
          <w:color w:val="5D7284"/>
        </w:rPr>
        <w:t>1:07:15</w:t>
      </w:r>
      <w:proofErr w:type="gramEnd"/>
    </w:p>
    <w:p w14:paraId="71747303" w14:textId="77777777" w:rsidR="00FB6230" w:rsidRDefault="00C8764B">
      <w:pPr>
        <w:spacing w:after="0"/>
      </w:pPr>
      <w:r>
        <w:rPr>
          <w:rFonts w:ascii="Arial" w:hAnsi="Arial"/>
        </w:rPr>
        <w:t xml:space="preserve">nice to have people that do it. Do </w:t>
      </w:r>
      <w:proofErr w:type="gramStart"/>
      <w:r>
        <w:rPr>
          <w:rFonts w:ascii="Arial" w:hAnsi="Arial"/>
        </w:rPr>
        <w:t>podcasting  as</w:t>
      </w:r>
      <w:proofErr w:type="gramEnd"/>
    </w:p>
    <w:p w14:paraId="1B6D3E0B" w14:textId="77777777" w:rsidR="00FB6230" w:rsidRDefault="00FB6230">
      <w:pPr>
        <w:spacing w:after="0"/>
      </w:pPr>
    </w:p>
    <w:p w14:paraId="48F1DA87" w14:textId="77777777" w:rsidR="00FB6230" w:rsidRDefault="00C8764B">
      <w:pPr>
        <w:spacing w:after="0"/>
      </w:pPr>
      <w:proofErr w:type="gramStart"/>
      <w:r>
        <w:rPr>
          <w:rFonts w:ascii="Arial" w:hAnsi="Arial"/>
          <w:b/>
        </w:rPr>
        <w:t xml:space="preserve">Alice  </w:t>
      </w:r>
      <w:r>
        <w:rPr>
          <w:rFonts w:ascii="Arial" w:hAnsi="Arial"/>
          <w:color w:val="5D7284"/>
        </w:rPr>
        <w:t>1:07:19</w:t>
      </w:r>
      <w:proofErr w:type="gramEnd"/>
    </w:p>
    <w:p w14:paraId="01593F2B" w14:textId="083066F3" w:rsidR="00FB6230" w:rsidRDefault="00C8764B">
      <w:pPr>
        <w:spacing w:after="0"/>
      </w:pPr>
      <w:r>
        <w:rPr>
          <w:rFonts w:ascii="Arial" w:hAnsi="Arial"/>
        </w:rPr>
        <w:t xml:space="preserve">I also go, we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know what we</w:t>
      </w:r>
      <w:r w:rsidR="008E16D6">
        <w:rPr>
          <w:rFonts w:ascii="Arial" w:hAnsi="Arial"/>
        </w:rPr>
        <w:t>’</w:t>
      </w:r>
      <w:r>
        <w:rPr>
          <w:rFonts w:ascii="Arial" w:hAnsi="Arial"/>
        </w:rPr>
        <w:t xml:space="preserve">re fucking doing. But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doing it anyway.</w:t>
      </w:r>
    </w:p>
    <w:p w14:paraId="57D90B18" w14:textId="77777777" w:rsidR="00FB6230" w:rsidRDefault="00FB6230">
      <w:pPr>
        <w:spacing w:after="0"/>
      </w:pPr>
    </w:p>
    <w:p w14:paraId="3C8B7395" w14:textId="77777777" w:rsidR="00FB6230" w:rsidRDefault="00C8764B">
      <w:pPr>
        <w:spacing w:after="0"/>
      </w:pPr>
      <w:proofErr w:type="gramStart"/>
      <w:r>
        <w:rPr>
          <w:rFonts w:ascii="Arial" w:hAnsi="Arial"/>
          <w:b/>
        </w:rPr>
        <w:t xml:space="preserve">Lucy  </w:t>
      </w:r>
      <w:r>
        <w:rPr>
          <w:rFonts w:ascii="Arial" w:hAnsi="Arial"/>
          <w:color w:val="5D7284"/>
        </w:rPr>
        <w:t>1:07:23</w:t>
      </w:r>
      <w:proofErr w:type="gramEnd"/>
    </w:p>
    <w:p w14:paraId="4CDDF498" w14:textId="37A8D64D" w:rsidR="00FB6230" w:rsidRDefault="00C8764B">
      <w:pPr>
        <w:spacing w:after="0"/>
      </w:pPr>
      <w:r>
        <w:rPr>
          <w:rFonts w:ascii="Arial" w:hAnsi="Arial"/>
        </w:rPr>
        <w:t xml:space="preserve">make us feel better. </w:t>
      </w:r>
      <w:proofErr w:type="gramStart"/>
      <w:r>
        <w:rPr>
          <w:rFonts w:ascii="Arial" w:hAnsi="Arial"/>
        </w:rPr>
        <w:t>So</w:t>
      </w:r>
      <w:proofErr w:type="gramEnd"/>
      <w:r>
        <w:rPr>
          <w:rFonts w:ascii="Arial" w:hAnsi="Arial"/>
        </w:rPr>
        <w:t xml:space="preserve"> thank you. </w:t>
      </w:r>
      <w:proofErr w:type="gramStart"/>
      <w:r>
        <w:rPr>
          <w:rFonts w:ascii="Arial" w:hAnsi="Arial"/>
        </w:rPr>
        <w:t>So,  Jack</w:t>
      </w:r>
      <w:proofErr w:type="gramEnd"/>
      <w:r>
        <w:rPr>
          <w:rFonts w:ascii="Arial" w:hAnsi="Arial"/>
        </w:rPr>
        <w:t xml:space="preserve">, Tom, can you tell us where we can find your </w:t>
      </w:r>
      <w:r w:rsidR="008E16D6">
        <w:rPr>
          <w:rFonts w:ascii="Arial" w:hAnsi="Arial"/>
        </w:rPr>
        <w:t>P</w:t>
      </w:r>
      <w:r>
        <w:rPr>
          <w:rFonts w:ascii="Arial" w:hAnsi="Arial"/>
        </w:rPr>
        <w:t>odcast for anybody who</w:t>
      </w:r>
      <w:r w:rsidR="008E16D6">
        <w:rPr>
          <w:rFonts w:ascii="Arial" w:hAnsi="Arial"/>
        </w:rPr>
        <w:t>’</w:t>
      </w:r>
      <w:r>
        <w:rPr>
          <w:rFonts w:ascii="Arial" w:hAnsi="Arial"/>
        </w:rPr>
        <w:t>s listening?</w:t>
      </w:r>
    </w:p>
    <w:p w14:paraId="79FD4069" w14:textId="77777777" w:rsidR="00FB6230" w:rsidRDefault="00FB6230">
      <w:pPr>
        <w:spacing w:after="0"/>
      </w:pPr>
    </w:p>
    <w:p w14:paraId="039CEA25" w14:textId="77777777" w:rsidR="00FB6230" w:rsidRDefault="00C8764B">
      <w:pPr>
        <w:spacing w:after="0"/>
      </w:pPr>
      <w:proofErr w:type="gramStart"/>
      <w:r>
        <w:rPr>
          <w:rFonts w:ascii="Arial" w:hAnsi="Arial"/>
          <w:b/>
        </w:rPr>
        <w:t xml:space="preserve">Jack  </w:t>
      </w:r>
      <w:r>
        <w:rPr>
          <w:rFonts w:ascii="Arial" w:hAnsi="Arial"/>
          <w:color w:val="5D7284"/>
        </w:rPr>
        <w:t>1:07:33</w:t>
      </w:r>
      <w:proofErr w:type="gramEnd"/>
    </w:p>
    <w:p w14:paraId="35CF336E" w14:textId="682C2021" w:rsidR="00FB6230" w:rsidRDefault="00C8764B">
      <w:pPr>
        <w:spacing w:after="0"/>
      </w:pPr>
      <w:r>
        <w:rPr>
          <w:rFonts w:ascii="Arial" w:hAnsi="Arial"/>
        </w:rPr>
        <w:t xml:space="preserve">Yeah,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at changing pod on Twitter. That</w:t>
      </w:r>
      <w:r w:rsidR="008E16D6">
        <w:rPr>
          <w:rFonts w:ascii="Arial" w:hAnsi="Arial"/>
        </w:rPr>
        <w:t>’</w:t>
      </w:r>
      <w:r>
        <w:rPr>
          <w:rFonts w:ascii="Arial" w:hAnsi="Arial"/>
        </w:rPr>
        <w:t xml:space="preserve">s pretty much doing social media we </w:t>
      </w:r>
      <w:proofErr w:type="gramStart"/>
      <w:r>
        <w:rPr>
          <w:rFonts w:ascii="Arial" w:hAnsi="Arial"/>
        </w:rPr>
        <w:t>use</w:t>
      </w:r>
      <w:proofErr w:type="gramEnd"/>
      <w:r>
        <w:rPr>
          <w:rFonts w:ascii="Arial" w:hAnsi="Arial"/>
        </w:rPr>
        <w:t xml:space="preserve"> and you can find us on any you know, podcast Emporium. </w:t>
      </w:r>
      <w:proofErr w:type="gramStart"/>
      <w:r>
        <w:rPr>
          <w:rFonts w:ascii="Arial" w:hAnsi="Arial"/>
        </w:rPr>
        <w:t>We</w:t>
      </w:r>
      <w:r w:rsidR="008E16D6">
        <w:rPr>
          <w:rFonts w:ascii="Arial" w:hAnsi="Arial"/>
        </w:rPr>
        <w:t>’</w:t>
      </w:r>
      <w:r>
        <w:rPr>
          <w:rFonts w:ascii="Arial" w:hAnsi="Arial"/>
        </w:rPr>
        <w:t>ll</w:t>
      </w:r>
      <w:proofErr w:type="gramEnd"/>
      <w:r>
        <w:rPr>
          <w:rFonts w:ascii="Arial" w:hAnsi="Arial"/>
        </w:rPr>
        <w:t xml:space="preserve"> probably be there. I imagine. I hope so. We </w:t>
      </w:r>
      <w:proofErr w:type="gramStart"/>
      <w:r>
        <w:rPr>
          <w:rFonts w:ascii="Arial" w:hAnsi="Arial"/>
        </w:rPr>
        <w:t>don</w:t>
      </w:r>
      <w:r w:rsidR="008E16D6">
        <w:rPr>
          <w:rFonts w:ascii="Arial" w:hAnsi="Arial"/>
        </w:rPr>
        <w:t>’</w:t>
      </w:r>
      <w:r>
        <w:rPr>
          <w:rFonts w:ascii="Arial" w:hAnsi="Arial"/>
        </w:rPr>
        <w:t>t</w:t>
      </w:r>
      <w:proofErr w:type="gramEnd"/>
      <w:r>
        <w:rPr>
          <w:rFonts w:ascii="Arial" w:hAnsi="Arial"/>
        </w:rPr>
        <w:t xml:space="preserve"> do episodes that often. </w:t>
      </w:r>
      <w:proofErr w:type="gramStart"/>
      <w:r>
        <w:rPr>
          <w:rFonts w:ascii="Arial" w:hAnsi="Arial"/>
        </w:rPr>
        <w:t>We</w:t>
      </w:r>
      <w:r w:rsidR="008E16D6">
        <w:rPr>
          <w:rFonts w:ascii="Arial" w:hAnsi="Arial"/>
        </w:rPr>
        <w:t>’</w:t>
      </w:r>
      <w:r>
        <w:rPr>
          <w:rFonts w:ascii="Arial" w:hAnsi="Arial"/>
        </w:rPr>
        <w:t>re</w:t>
      </w:r>
      <w:proofErr w:type="gramEnd"/>
      <w:r>
        <w:rPr>
          <w:rFonts w:ascii="Arial" w:hAnsi="Arial"/>
        </w:rPr>
        <w:t xml:space="preserve"> hoping to do them in like little groups of little runs. And </w:t>
      </w:r>
      <w:proofErr w:type="gramStart"/>
      <w:r>
        <w:rPr>
          <w:rFonts w:ascii="Arial" w:hAnsi="Arial"/>
        </w:rPr>
        <w:t>it</w:t>
      </w:r>
      <w:r w:rsidR="008E16D6">
        <w:rPr>
          <w:rFonts w:ascii="Arial" w:hAnsi="Arial"/>
        </w:rPr>
        <w:t>’</w:t>
      </w:r>
      <w:r>
        <w:rPr>
          <w:rFonts w:ascii="Arial" w:hAnsi="Arial"/>
        </w:rPr>
        <w:t>s</w:t>
      </w:r>
      <w:proofErr w:type="gramEnd"/>
      <w:r>
        <w:rPr>
          <w:rFonts w:ascii="Arial" w:hAnsi="Arial"/>
        </w:rPr>
        <w:t xml:space="preserve"> just basically whenever we have time to do it. Tom</w:t>
      </w:r>
      <w:r w:rsidR="008E16D6">
        <w:rPr>
          <w:rFonts w:ascii="Arial" w:hAnsi="Arial"/>
        </w:rPr>
        <w:t>’</w:t>
      </w:r>
      <w:r>
        <w:rPr>
          <w:rFonts w:ascii="Arial" w:hAnsi="Arial"/>
        </w:rPr>
        <w:t>s a busy boy doing all his homework. So yeah, not</w:t>
      </w:r>
    </w:p>
    <w:p w14:paraId="68F4E052" w14:textId="77777777" w:rsidR="00FB6230" w:rsidRDefault="00FB6230">
      <w:pPr>
        <w:spacing w:after="0"/>
      </w:pPr>
    </w:p>
    <w:p w14:paraId="154E9012" w14:textId="77777777" w:rsidR="00FB6230" w:rsidRDefault="00C8764B">
      <w:pPr>
        <w:spacing w:after="0"/>
      </w:pPr>
      <w:proofErr w:type="gramStart"/>
      <w:r>
        <w:rPr>
          <w:rFonts w:ascii="Arial" w:hAnsi="Arial"/>
          <w:b/>
        </w:rPr>
        <w:t xml:space="preserve">Tom  </w:t>
      </w:r>
      <w:r>
        <w:rPr>
          <w:rFonts w:ascii="Arial" w:hAnsi="Arial"/>
          <w:color w:val="5D7284"/>
        </w:rPr>
        <w:t>1:08:03</w:t>
      </w:r>
      <w:proofErr w:type="gramEnd"/>
    </w:p>
    <w:p w14:paraId="01F9B3B2" w14:textId="5D4C001F" w:rsidR="00FB6230" w:rsidRDefault="00C8764B">
      <w:pPr>
        <w:spacing w:after="0"/>
      </w:pPr>
      <w:proofErr w:type="gramStart"/>
      <w:r>
        <w:rPr>
          <w:rFonts w:ascii="Arial" w:hAnsi="Arial"/>
        </w:rPr>
        <w:t>I</w:t>
      </w:r>
      <w:r w:rsidR="008E16D6">
        <w:rPr>
          <w:rFonts w:ascii="Arial" w:hAnsi="Arial"/>
        </w:rPr>
        <w:t>’</w:t>
      </w:r>
      <w:r>
        <w:rPr>
          <w:rFonts w:ascii="Arial" w:hAnsi="Arial"/>
        </w:rPr>
        <w:t>m</w:t>
      </w:r>
      <w:proofErr w:type="gramEnd"/>
      <w:r>
        <w:rPr>
          <w:rFonts w:ascii="Arial" w:hAnsi="Arial"/>
        </w:rPr>
        <w:t xml:space="preserve"> sure we</w:t>
      </w:r>
      <w:r w:rsidR="008E16D6">
        <w:rPr>
          <w:rFonts w:ascii="Arial" w:hAnsi="Arial"/>
        </w:rPr>
        <w:t>’</w:t>
      </w:r>
      <w:r>
        <w:rPr>
          <w:rFonts w:ascii="Arial" w:hAnsi="Arial"/>
        </w:rPr>
        <w:t xml:space="preserve">ll have like a run at some point in the next six months or something. </w:t>
      </w:r>
      <w:proofErr w:type="gramStart"/>
      <w:r>
        <w:rPr>
          <w:rFonts w:ascii="Arial" w:hAnsi="Arial"/>
        </w:rPr>
        <w:t>So</w:t>
      </w:r>
      <w:proofErr w:type="gramEnd"/>
      <w:r>
        <w:rPr>
          <w:rFonts w:ascii="Arial" w:hAnsi="Arial"/>
        </w:rPr>
        <w:t xml:space="preserve"> we will be is the Twitter will come out from its hibernation and suddenly will start retweeting and liking things. And </w:t>
      </w:r>
      <w:proofErr w:type="gramStart"/>
      <w:r>
        <w:rPr>
          <w:rFonts w:ascii="Arial" w:hAnsi="Arial"/>
        </w:rPr>
        <w:t>you</w:t>
      </w:r>
      <w:r w:rsidR="008E16D6">
        <w:rPr>
          <w:rFonts w:ascii="Arial" w:hAnsi="Arial"/>
        </w:rPr>
        <w:t>’</w:t>
      </w:r>
      <w:r>
        <w:rPr>
          <w:rFonts w:ascii="Arial" w:hAnsi="Arial"/>
        </w:rPr>
        <w:t>ll</w:t>
      </w:r>
      <w:proofErr w:type="gramEnd"/>
      <w:r>
        <w:rPr>
          <w:rFonts w:ascii="Arial" w:hAnsi="Arial"/>
        </w:rPr>
        <w:t xml:space="preserve"> know it</w:t>
      </w:r>
      <w:r w:rsidR="008E16D6">
        <w:rPr>
          <w:rFonts w:ascii="Arial" w:hAnsi="Arial"/>
        </w:rPr>
        <w:t>’</w:t>
      </w:r>
      <w:r>
        <w:rPr>
          <w:rFonts w:ascii="Arial" w:hAnsi="Arial"/>
        </w:rPr>
        <w:t>s coming, having, that</w:t>
      </w:r>
      <w:r w:rsidR="008E16D6">
        <w:rPr>
          <w:rFonts w:ascii="Arial" w:hAnsi="Arial"/>
        </w:rPr>
        <w:t>’</w:t>
      </w:r>
      <w:r>
        <w:rPr>
          <w:rFonts w:ascii="Arial" w:hAnsi="Arial"/>
        </w:rPr>
        <w:t>s how we can.</w:t>
      </w:r>
    </w:p>
    <w:p w14:paraId="636F6D22" w14:textId="77777777" w:rsidR="00FB6230" w:rsidRDefault="00FB6230">
      <w:pPr>
        <w:spacing w:after="0"/>
      </w:pPr>
    </w:p>
    <w:p w14:paraId="44BA9768" w14:textId="77777777" w:rsidR="00FB6230" w:rsidRDefault="00C8764B">
      <w:pPr>
        <w:spacing w:after="0"/>
      </w:pPr>
      <w:proofErr w:type="gramStart"/>
      <w:r>
        <w:rPr>
          <w:rFonts w:ascii="Arial" w:hAnsi="Arial"/>
          <w:b/>
        </w:rPr>
        <w:t xml:space="preserve">Jack  </w:t>
      </w:r>
      <w:r>
        <w:rPr>
          <w:rFonts w:ascii="Arial" w:hAnsi="Arial"/>
          <w:color w:val="5D7284"/>
        </w:rPr>
        <w:t>1:08:17</w:t>
      </w:r>
      <w:proofErr w:type="gramEnd"/>
    </w:p>
    <w:p w14:paraId="454F4A65" w14:textId="78C22045" w:rsidR="00FB6230" w:rsidRDefault="00C8764B">
      <w:pPr>
        <w:spacing w:after="0"/>
      </w:pPr>
      <w:r>
        <w:rPr>
          <w:rFonts w:ascii="Arial" w:hAnsi="Arial"/>
        </w:rPr>
        <w:t xml:space="preserve">But </w:t>
      </w:r>
      <w:proofErr w:type="gramStart"/>
      <w:r>
        <w:rPr>
          <w:rFonts w:ascii="Arial" w:hAnsi="Arial"/>
        </w:rPr>
        <w:t>that</w:t>
      </w:r>
      <w:r w:rsidR="008E16D6">
        <w:rPr>
          <w:rFonts w:ascii="Arial" w:hAnsi="Arial"/>
        </w:rPr>
        <w:t>’</w:t>
      </w:r>
      <w:r>
        <w:rPr>
          <w:rFonts w:ascii="Arial" w:hAnsi="Arial"/>
        </w:rPr>
        <w:t>s</w:t>
      </w:r>
      <w:proofErr w:type="gramEnd"/>
      <w:r>
        <w:rPr>
          <w:rFonts w:ascii="Arial" w:hAnsi="Arial"/>
        </w:rPr>
        <w:t xml:space="preserve"> a good backlog of stuff you can listen to somewhere in the 30s. That</w:t>
      </w:r>
      <w:r w:rsidR="008E16D6">
        <w:rPr>
          <w:rFonts w:ascii="Arial" w:hAnsi="Arial"/>
        </w:rPr>
        <w:t>’</w:t>
      </w:r>
      <w:r>
        <w:rPr>
          <w:rFonts w:ascii="Arial" w:hAnsi="Arial"/>
        </w:rPr>
        <w:t xml:space="preserve">s you Jack </w:t>
      </w:r>
      <w:r w:rsidR="008E16D6">
        <w:rPr>
          <w:rFonts w:ascii="Arial" w:hAnsi="Arial"/>
        </w:rPr>
        <w:t>isn’</w:t>
      </w:r>
      <w:r>
        <w:rPr>
          <w:rFonts w:ascii="Arial" w:hAnsi="Arial"/>
        </w:rPr>
        <w:t xml:space="preserve">t it? </w:t>
      </w:r>
      <w:proofErr w:type="spellStart"/>
      <w:r>
        <w:rPr>
          <w:rFonts w:ascii="Arial" w:hAnsi="Arial"/>
        </w:rPr>
        <w:t>im</w:t>
      </w:r>
      <w:proofErr w:type="spellEnd"/>
      <w:r>
        <w:rPr>
          <w:rFonts w:ascii="Arial" w:hAnsi="Arial"/>
        </w:rPr>
        <w:t xml:space="preserve"> in my 20</w:t>
      </w:r>
      <w:proofErr w:type="gramStart"/>
      <w:r>
        <w:rPr>
          <w:rFonts w:ascii="Arial" w:hAnsi="Arial"/>
        </w:rPr>
        <w:t>s  just</w:t>
      </w:r>
      <w:proofErr w:type="gramEnd"/>
      <w:r>
        <w:rPr>
          <w:rFonts w:ascii="Arial" w:hAnsi="Arial"/>
        </w:rPr>
        <w:t>...</w:t>
      </w:r>
    </w:p>
    <w:p w14:paraId="0DE5E7D3" w14:textId="77777777" w:rsidR="00FB6230" w:rsidRDefault="00FB6230">
      <w:pPr>
        <w:spacing w:after="0"/>
      </w:pPr>
    </w:p>
    <w:p w14:paraId="47FB490B" w14:textId="77777777" w:rsidR="00FB6230" w:rsidRDefault="00C8764B">
      <w:pPr>
        <w:spacing w:after="0"/>
      </w:pPr>
      <w:proofErr w:type="gramStart"/>
      <w:r>
        <w:rPr>
          <w:rFonts w:ascii="Arial" w:hAnsi="Arial"/>
          <w:b/>
        </w:rPr>
        <w:t xml:space="preserve">Lucy  </w:t>
      </w:r>
      <w:r>
        <w:rPr>
          <w:rFonts w:ascii="Arial" w:hAnsi="Arial"/>
          <w:color w:val="5D7284"/>
        </w:rPr>
        <w:t>1:08:28</w:t>
      </w:r>
      <w:proofErr w:type="gramEnd"/>
    </w:p>
    <w:p w14:paraId="0E2DF81A" w14:textId="77777777" w:rsidR="00FB6230" w:rsidRDefault="00C8764B">
      <w:pPr>
        <w:spacing w:after="0"/>
      </w:pPr>
      <w:r>
        <w:rPr>
          <w:rFonts w:ascii="Arial" w:hAnsi="Arial"/>
        </w:rPr>
        <w:t>brilliant, guys. Well, thank you so much for your time this evening. Thanks so much for joining us.</w:t>
      </w:r>
    </w:p>
    <w:p w14:paraId="1493AD67" w14:textId="77777777" w:rsidR="00FB6230" w:rsidRDefault="00FB6230">
      <w:pPr>
        <w:spacing w:after="0"/>
      </w:pPr>
    </w:p>
    <w:p w14:paraId="0070057D" w14:textId="77777777" w:rsidR="00FB6230" w:rsidRDefault="00C8764B">
      <w:pPr>
        <w:spacing w:after="0"/>
      </w:pPr>
      <w:proofErr w:type="gramStart"/>
      <w:r>
        <w:rPr>
          <w:rFonts w:ascii="Arial" w:hAnsi="Arial"/>
          <w:b/>
        </w:rPr>
        <w:t xml:space="preserve">Tom  </w:t>
      </w:r>
      <w:r>
        <w:rPr>
          <w:rFonts w:ascii="Arial" w:hAnsi="Arial"/>
          <w:color w:val="5D7284"/>
        </w:rPr>
        <w:t>1:08:34</w:t>
      </w:r>
      <w:proofErr w:type="gramEnd"/>
    </w:p>
    <w:p w14:paraId="648F414F" w14:textId="77777777" w:rsidR="00FB6230" w:rsidRDefault="00C8764B">
      <w:pPr>
        <w:spacing w:after="0"/>
      </w:pPr>
      <w:r>
        <w:rPr>
          <w:rFonts w:ascii="Arial" w:hAnsi="Arial"/>
        </w:rPr>
        <w:t xml:space="preserve">Thanks. Thank </w:t>
      </w:r>
      <w:proofErr w:type="gramStart"/>
      <w:r>
        <w:rPr>
          <w:rFonts w:ascii="Arial" w:hAnsi="Arial"/>
        </w:rPr>
        <w:t>you guys</w:t>
      </w:r>
      <w:proofErr w:type="gramEnd"/>
      <w:r>
        <w:rPr>
          <w:rFonts w:ascii="Arial" w:hAnsi="Arial"/>
        </w:rPr>
        <w:t>. Cheers, guys. Thanks, guys.</w:t>
      </w:r>
    </w:p>
    <w:p w14:paraId="66C956AE" w14:textId="77777777" w:rsidR="00FB6230" w:rsidRDefault="00FB6230">
      <w:pPr>
        <w:spacing w:after="0"/>
      </w:pPr>
    </w:p>
    <w:p w14:paraId="550F347D" w14:textId="77777777" w:rsidR="00FB6230" w:rsidRDefault="00C8764B">
      <w:pPr>
        <w:spacing w:after="0"/>
      </w:pPr>
      <w:proofErr w:type="gramStart"/>
      <w:r>
        <w:rPr>
          <w:rFonts w:ascii="Arial" w:hAnsi="Arial"/>
          <w:b/>
        </w:rPr>
        <w:t xml:space="preserve">Alice  </w:t>
      </w:r>
      <w:r>
        <w:rPr>
          <w:rFonts w:ascii="Arial" w:hAnsi="Arial"/>
          <w:color w:val="5D7284"/>
        </w:rPr>
        <w:t>1:08:37</w:t>
      </w:r>
      <w:proofErr w:type="gramEnd"/>
    </w:p>
    <w:p w14:paraId="435D9319" w14:textId="7B2F6EB4" w:rsidR="00FB6230" w:rsidRDefault="00C8764B">
      <w:pPr>
        <w:spacing w:after="0"/>
      </w:pPr>
      <w:r>
        <w:rPr>
          <w:rFonts w:ascii="Arial" w:hAnsi="Arial"/>
        </w:rPr>
        <w:t xml:space="preserve">Bye. Thanks for listening to the lABLEd </w:t>
      </w:r>
      <w:r w:rsidR="008E16D6">
        <w:rPr>
          <w:rFonts w:ascii="Arial" w:hAnsi="Arial"/>
        </w:rPr>
        <w:t>P</w:t>
      </w:r>
      <w:r>
        <w:rPr>
          <w:rFonts w:ascii="Arial" w:hAnsi="Arial"/>
        </w:rPr>
        <w:t xml:space="preserve">odcast. If you like the show, please rate review and subscribe. You can follow us on social media at lABLEd </w:t>
      </w:r>
      <w:r w:rsidR="008E16D6">
        <w:rPr>
          <w:rFonts w:ascii="Arial" w:hAnsi="Arial"/>
        </w:rPr>
        <w:t>P</w:t>
      </w:r>
      <w:r>
        <w:rPr>
          <w:rFonts w:ascii="Arial" w:hAnsi="Arial"/>
        </w:rPr>
        <w:t>odcast.</w:t>
      </w:r>
    </w:p>
    <w:p w14:paraId="77E1114D" w14:textId="77777777" w:rsidR="00FB6230" w:rsidRDefault="00FB6230">
      <w:pPr>
        <w:spacing w:after="0"/>
      </w:pPr>
    </w:p>
    <w:p w14:paraId="1061B468" w14:textId="77777777" w:rsidR="00FB6230" w:rsidRDefault="00C8764B">
      <w:pPr>
        <w:spacing w:after="0"/>
      </w:pPr>
      <w:proofErr w:type="gramStart"/>
      <w:r>
        <w:rPr>
          <w:rFonts w:ascii="Arial" w:hAnsi="Arial"/>
          <w:b/>
        </w:rPr>
        <w:t xml:space="preserve">Lucy  </w:t>
      </w:r>
      <w:r>
        <w:rPr>
          <w:rFonts w:ascii="Arial" w:hAnsi="Arial"/>
          <w:color w:val="5D7284"/>
        </w:rPr>
        <w:t>1:08:51</w:t>
      </w:r>
      <w:proofErr w:type="gramEnd"/>
    </w:p>
    <w:p w14:paraId="0F52AFF5" w14:textId="77777777" w:rsidR="00FB6230" w:rsidRDefault="00C8764B">
      <w:pPr>
        <w:spacing w:after="0"/>
      </w:pPr>
      <w:r>
        <w:rPr>
          <w:rFonts w:ascii="Arial" w:hAnsi="Arial"/>
        </w:rPr>
        <w:t xml:space="preserve">Thanks, go to our editor Adam Hull. Our music composer Maisy </w:t>
      </w:r>
      <w:proofErr w:type="spellStart"/>
      <w:r>
        <w:rPr>
          <w:rFonts w:ascii="Arial" w:hAnsi="Arial"/>
        </w:rPr>
        <w:t>Crunden</w:t>
      </w:r>
      <w:proofErr w:type="spellEnd"/>
      <w:r>
        <w:rPr>
          <w:rFonts w:ascii="Arial" w:hAnsi="Arial"/>
        </w:rPr>
        <w:t xml:space="preserve"> and our Graphic designer Sarah Colley</w:t>
      </w:r>
    </w:p>
    <w:p w14:paraId="723509FD" w14:textId="77777777" w:rsidR="00FB6230" w:rsidRDefault="00FB6230">
      <w:pPr>
        <w:spacing w:after="0"/>
      </w:pPr>
    </w:p>
    <w:p w14:paraId="77CD33C1" w14:textId="77777777" w:rsidR="00FB6230" w:rsidRDefault="00C8764B">
      <w:pPr>
        <w:spacing w:after="0"/>
      </w:pPr>
      <w:r>
        <w:rPr>
          <w:rFonts w:ascii="Arial" w:hAnsi="Arial"/>
          <w:b/>
        </w:rPr>
        <w:t xml:space="preserve">Alice Evans &amp; Lucy </w:t>
      </w:r>
      <w:proofErr w:type="gramStart"/>
      <w:r>
        <w:rPr>
          <w:rFonts w:ascii="Arial" w:hAnsi="Arial"/>
          <w:b/>
        </w:rPr>
        <w:t xml:space="preserve">Wood  </w:t>
      </w:r>
      <w:r>
        <w:rPr>
          <w:rFonts w:ascii="Arial" w:hAnsi="Arial"/>
          <w:color w:val="5D7284"/>
        </w:rPr>
        <w:t>1:08:59</w:t>
      </w:r>
      <w:proofErr w:type="gramEnd"/>
    </w:p>
    <w:p w14:paraId="16477544" w14:textId="6B41E6EA" w:rsidR="00FB6230" w:rsidRDefault="00C8764B">
      <w:pPr>
        <w:spacing w:after="0"/>
      </w:pPr>
      <w:proofErr w:type="gramStart"/>
      <w:r>
        <w:rPr>
          <w:rFonts w:ascii="Arial" w:hAnsi="Arial"/>
        </w:rPr>
        <w:t>We</w:t>
      </w:r>
      <w:r w:rsidR="008E16D6">
        <w:rPr>
          <w:rFonts w:ascii="Arial" w:hAnsi="Arial"/>
        </w:rPr>
        <w:t>’</w:t>
      </w:r>
      <w:r>
        <w:rPr>
          <w:rFonts w:ascii="Arial" w:hAnsi="Arial"/>
        </w:rPr>
        <w:t>ll</w:t>
      </w:r>
      <w:proofErr w:type="gramEnd"/>
      <w:r>
        <w:rPr>
          <w:rFonts w:ascii="Arial" w:hAnsi="Arial"/>
        </w:rPr>
        <w:t xml:space="preserve"> see you next time.</w:t>
      </w:r>
    </w:p>
    <w:sectPr w:rsidR="00FB6230"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DC177" w14:textId="77777777" w:rsidR="00C8764B" w:rsidRDefault="00C8764B">
      <w:pPr>
        <w:spacing w:after="0" w:line="240" w:lineRule="auto"/>
      </w:pPr>
      <w:r>
        <w:separator/>
      </w:r>
    </w:p>
  </w:endnote>
  <w:endnote w:type="continuationSeparator" w:id="0">
    <w:p w14:paraId="09028974" w14:textId="77777777" w:rsidR="00C8764B" w:rsidRDefault="00C876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1D3FDE5C"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36422B4A"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8394BE"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0DB0B0CE"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4E7B8FCC"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2305F"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671D2" w14:textId="77777777" w:rsidR="00C8764B" w:rsidRDefault="00C8764B">
      <w:pPr>
        <w:spacing w:after="0" w:line="240" w:lineRule="auto"/>
      </w:pPr>
      <w:r>
        <w:separator/>
      </w:r>
    </w:p>
  </w:footnote>
  <w:footnote w:type="continuationSeparator" w:id="0">
    <w:p w14:paraId="24D708A9" w14:textId="77777777" w:rsidR="00C8764B" w:rsidRDefault="00C876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8106F"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25687"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56201"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GwsDQ0MjQ2NTIwtDRS0lEKTi0uzszPAykwqgUAR5M3QiwAAAA="/>
  </w:docVars>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8E16D6"/>
    <w:rsid w:val="00930F33"/>
    <w:rsid w:val="009C3AF0"/>
    <w:rsid w:val="00A12EE5"/>
    <w:rsid w:val="00AA1171"/>
    <w:rsid w:val="00AA1D8D"/>
    <w:rsid w:val="00B47730"/>
    <w:rsid w:val="00BA4C2B"/>
    <w:rsid w:val="00BD0140"/>
    <w:rsid w:val="00C24502"/>
    <w:rsid w:val="00C8764B"/>
    <w:rsid w:val="00CB0664"/>
    <w:rsid w:val="00CF2B64"/>
    <w:rsid w:val="00D57E81"/>
    <w:rsid w:val="00D60AFF"/>
    <w:rsid w:val="00ED3244"/>
    <w:rsid w:val="00FB623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DD6C67D"/>
  <w14:defaultImageDpi w14:val="33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9312</Words>
  <Characters>53081</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62269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2021-04-28T13:30:00Z</dcterms:created>
  <dcterms:modified xsi:type="dcterms:W3CDTF">2021-04-28T13:30:00Z</dcterms:modified>
  <cp:category/>
</cp:coreProperties>
</file>