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AECEA" w14:textId="2264BC26" w:rsidR="00930F33" w:rsidRDefault="00FB005E">
      <w:pPr>
        <w:spacing w:after="0"/>
        <w:rPr>
          <w:lang w:eastAsia="zh-CN"/>
        </w:rPr>
      </w:pPr>
      <w:r>
        <w:rPr>
          <w:rFonts w:ascii="Arial" w:hAnsi="Arial"/>
          <w:noProof/>
          <w:sz w:val="48"/>
        </w:rPr>
        <w:drawing>
          <wp:anchor distT="0" distB="0" distL="114300" distR="114300" simplePos="0" relativeHeight="251658240" behindDoc="0" locked="0" layoutInCell="1" allowOverlap="1" wp14:anchorId="144DA73A" wp14:editId="1FBEA237">
            <wp:simplePos x="0" y="0"/>
            <wp:positionH relativeFrom="column">
              <wp:posOffset>2590800</wp:posOffset>
            </wp:positionH>
            <wp:positionV relativeFrom="paragraph">
              <wp:posOffset>0</wp:posOffset>
            </wp:positionV>
            <wp:extent cx="1112520" cy="111252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112520" cy="1112520"/>
                    </a:xfrm>
                    <a:prstGeom prst="rect">
                      <a:avLst/>
                    </a:prstGeom>
                  </pic:spPr>
                </pic:pic>
              </a:graphicData>
            </a:graphic>
            <wp14:sizeRelH relativeFrom="margin">
              <wp14:pctWidth>0</wp14:pctWidth>
            </wp14:sizeRelH>
            <wp14:sizeRelV relativeFrom="margin">
              <wp14:pctHeight>0</wp14:pctHeight>
            </wp14:sizeRelV>
          </wp:anchor>
        </w:drawing>
      </w:r>
    </w:p>
    <w:p w14:paraId="7B0F2F83" w14:textId="416A3449" w:rsidR="00FB005E" w:rsidRDefault="00FB005E" w:rsidP="00FB005E">
      <w:pPr>
        <w:jc w:val="center"/>
        <w:rPr>
          <w:rFonts w:ascii="Arial" w:hAnsi="Arial"/>
          <w:sz w:val="48"/>
        </w:rPr>
      </w:pPr>
    </w:p>
    <w:p w14:paraId="61A1CF74" w14:textId="77777777" w:rsidR="00FB005E" w:rsidRDefault="00FB005E" w:rsidP="00FB005E">
      <w:pPr>
        <w:jc w:val="center"/>
        <w:rPr>
          <w:rFonts w:ascii="Arial" w:hAnsi="Arial"/>
          <w:sz w:val="48"/>
        </w:rPr>
      </w:pPr>
    </w:p>
    <w:p w14:paraId="2E78DA09" w14:textId="31E60D87" w:rsidR="00FB005E" w:rsidRPr="00FB005E" w:rsidRDefault="00FB005E" w:rsidP="00FB005E">
      <w:pPr>
        <w:jc w:val="center"/>
        <w:rPr>
          <w:rFonts w:ascii="Arial" w:hAnsi="Arial"/>
          <w:b/>
          <w:bCs/>
          <w:sz w:val="48"/>
        </w:rPr>
      </w:pPr>
      <w:r w:rsidRPr="00FB005E">
        <w:rPr>
          <w:rFonts w:ascii="Arial" w:hAnsi="Arial"/>
          <w:b/>
          <w:bCs/>
          <w:sz w:val="48"/>
        </w:rPr>
        <w:t>lABLEd Podcast Transcript</w:t>
      </w:r>
    </w:p>
    <w:p w14:paraId="16A74F17" w14:textId="77777777" w:rsidR="00FB005E" w:rsidRDefault="00FB005E" w:rsidP="00FB005E">
      <w:pPr>
        <w:jc w:val="center"/>
        <w:rPr>
          <w:rFonts w:ascii="Arial" w:hAnsi="Arial"/>
          <w:b/>
          <w:bCs/>
          <w:sz w:val="48"/>
        </w:rPr>
      </w:pPr>
      <w:r w:rsidRPr="00FB005E">
        <w:rPr>
          <w:rFonts w:ascii="Arial" w:hAnsi="Arial"/>
          <w:b/>
          <w:bCs/>
          <w:sz w:val="48"/>
        </w:rPr>
        <w:t xml:space="preserve">Episode 10:  </w:t>
      </w:r>
      <w:r w:rsidRPr="00FB005E">
        <w:rPr>
          <w:rFonts w:ascii="Arial" w:hAnsi="Arial"/>
          <w:b/>
          <w:bCs/>
          <w:sz w:val="48"/>
        </w:rPr>
        <w:t>Jasmine Leslie</w:t>
      </w:r>
      <w:r w:rsidRPr="00FB005E">
        <w:rPr>
          <w:rFonts w:ascii="Arial" w:hAnsi="Arial"/>
          <w:b/>
          <w:bCs/>
          <w:sz w:val="48"/>
        </w:rPr>
        <w:t xml:space="preserve">:  </w:t>
      </w:r>
    </w:p>
    <w:p w14:paraId="3BFFB622" w14:textId="6F61D14C" w:rsidR="00D7352B" w:rsidRPr="00FB005E" w:rsidRDefault="00FB005E" w:rsidP="00FB005E">
      <w:pPr>
        <w:jc w:val="center"/>
        <w:rPr>
          <w:b/>
          <w:bCs/>
        </w:rPr>
      </w:pPr>
      <w:r w:rsidRPr="00FB005E">
        <w:rPr>
          <w:rFonts w:ascii="Arial" w:hAnsi="Arial"/>
          <w:b/>
          <w:bCs/>
          <w:sz w:val="48"/>
        </w:rPr>
        <w:t xml:space="preserve">In Association with Versus Arthritis </w:t>
      </w:r>
    </w:p>
    <w:p w14:paraId="370705DB" w14:textId="77777777" w:rsidR="00D7352B" w:rsidRDefault="00D7352B">
      <w:pPr>
        <w:spacing w:after="0"/>
      </w:pPr>
    </w:p>
    <w:p w14:paraId="237860AD" w14:textId="77777777" w:rsidR="00D7352B" w:rsidRDefault="00C90105">
      <w:pPr>
        <w:spacing w:after="0"/>
      </w:pPr>
      <w:proofErr w:type="gramStart"/>
      <w:r>
        <w:rPr>
          <w:rFonts w:ascii="Arial" w:hAnsi="Arial"/>
          <w:b/>
        </w:rPr>
        <w:t xml:space="preserve">Lucy  </w:t>
      </w:r>
      <w:r>
        <w:rPr>
          <w:rFonts w:ascii="Arial" w:hAnsi="Arial"/>
          <w:color w:val="5D7284"/>
        </w:rPr>
        <w:t>00:00</w:t>
      </w:r>
      <w:proofErr w:type="gramEnd"/>
    </w:p>
    <w:p w14:paraId="5C219693" w14:textId="77777777" w:rsidR="00D7352B" w:rsidRDefault="00C90105">
      <w:pPr>
        <w:spacing w:after="0"/>
      </w:pPr>
      <w:r>
        <w:rPr>
          <w:rFonts w:ascii="Arial" w:hAnsi="Arial"/>
        </w:rPr>
        <w:t xml:space="preserve">Welcome to the lABLEd podcast, a show about disability illness and difference. </w:t>
      </w:r>
      <w:proofErr w:type="gramStart"/>
      <w:r>
        <w:rPr>
          <w:rFonts w:ascii="Arial" w:hAnsi="Arial"/>
        </w:rPr>
        <w:t>I'm</w:t>
      </w:r>
      <w:proofErr w:type="gramEnd"/>
      <w:r>
        <w:rPr>
          <w:rFonts w:ascii="Arial" w:hAnsi="Arial"/>
        </w:rPr>
        <w:t xml:space="preserve"> lazy.</w:t>
      </w:r>
    </w:p>
    <w:p w14:paraId="0F9A7B6B" w14:textId="77777777" w:rsidR="00D7352B" w:rsidRDefault="00D7352B">
      <w:pPr>
        <w:spacing w:after="0"/>
      </w:pPr>
    </w:p>
    <w:p w14:paraId="347D6E92" w14:textId="77777777" w:rsidR="00D7352B" w:rsidRDefault="00C90105">
      <w:pPr>
        <w:spacing w:after="0"/>
      </w:pPr>
      <w:proofErr w:type="gramStart"/>
      <w:r>
        <w:rPr>
          <w:rFonts w:ascii="Arial" w:hAnsi="Arial"/>
          <w:b/>
        </w:rPr>
        <w:t xml:space="preserve">Alice  </w:t>
      </w:r>
      <w:r>
        <w:rPr>
          <w:rFonts w:ascii="Arial" w:hAnsi="Arial"/>
          <w:color w:val="5D7284"/>
        </w:rPr>
        <w:t>00:07</w:t>
      </w:r>
      <w:proofErr w:type="gramEnd"/>
    </w:p>
    <w:p w14:paraId="4B07A171" w14:textId="77777777" w:rsidR="00D7352B" w:rsidRDefault="00C90105">
      <w:pPr>
        <w:spacing w:after="0"/>
      </w:pPr>
      <w:r>
        <w:rPr>
          <w:rFonts w:ascii="Arial" w:hAnsi="Arial"/>
        </w:rPr>
        <w:t xml:space="preserve">And </w:t>
      </w:r>
      <w:proofErr w:type="gramStart"/>
      <w:r>
        <w:rPr>
          <w:rFonts w:ascii="Arial" w:hAnsi="Arial"/>
        </w:rPr>
        <w:t>I'm</w:t>
      </w:r>
      <w:proofErr w:type="gramEnd"/>
      <w:r>
        <w:rPr>
          <w:rFonts w:ascii="Arial" w:hAnsi="Arial"/>
        </w:rPr>
        <w:t xml:space="preserve"> Alice. [Dog barks] And that's Lola.</w:t>
      </w:r>
    </w:p>
    <w:p w14:paraId="7EC9540C" w14:textId="77777777" w:rsidR="00D7352B" w:rsidRDefault="00D7352B">
      <w:pPr>
        <w:spacing w:after="0"/>
      </w:pPr>
    </w:p>
    <w:p w14:paraId="0CAA5510" w14:textId="77777777" w:rsidR="00D7352B" w:rsidRDefault="00C90105">
      <w:pPr>
        <w:spacing w:after="0"/>
      </w:pPr>
      <w:r>
        <w:rPr>
          <w:rFonts w:ascii="Arial" w:hAnsi="Arial"/>
          <w:b/>
        </w:rPr>
        <w:t xml:space="preserve">Theme </w:t>
      </w:r>
      <w:proofErr w:type="gramStart"/>
      <w:r>
        <w:rPr>
          <w:rFonts w:ascii="Arial" w:hAnsi="Arial"/>
          <w:b/>
        </w:rPr>
        <w:t xml:space="preserve">Tune  </w:t>
      </w:r>
      <w:r>
        <w:rPr>
          <w:rFonts w:ascii="Arial" w:hAnsi="Arial"/>
          <w:color w:val="5D7284"/>
        </w:rPr>
        <w:t>00:11</w:t>
      </w:r>
      <w:proofErr w:type="gramEnd"/>
    </w:p>
    <w:p w14:paraId="7D8DEE4C" w14:textId="77777777" w:rsidR="00D7352B" w:rsidRDefault="00C90105">
      <w:pPr>
        <w:spacing w:after="0"/>
      </w:pPr>
      <w:r>
        <w:rPr>
          <w:rFonts w:ascii="Arial" w:hAnsi="Arial"/>
        </w:rPr>
        <w:t xml:space="preserve">Though I might not fit in socially, </w:t>
      </w:r>
      <w:proofErr w:type="gramStart"/>
      <w:r>
        <w:rPr>
          <w:rFonts w:ascii="Arial" w:hAnsi="Arial"/>
        </w:rPr>
        <w:t>I'm</w:t>
      </w:r>
      <w:proofErr w:type="gramEnd"/>
      <w:r>
        <w:rPr>
          <w:rFonts w:ascii="Arial" w:hAnsi="Arial"/>
        </w:rPr>
        <w:t xml:space="preserve"> so much more than what you see. We all live our lives differently, </w:t>
      </w:r>
      <w:proofErr w:type="spellStart"/>
      <w:r>
        <w:rPr>
          <w:rFonts w:ascii="Arial" w:hAnsi="Arial"/>
        </w:rPr>
        <w:t>kalediscrope</w:t>
      </w:r>
      <w:proofErr w:type="spellEnd"/>
      <w:r>
        <w:rPr>
          <w:rFonts w:ascii="Arial" w:hAnsi="Arial"/>
        </w:rPr>
        <w:t xml:space="preserve"> </w:t>
      </w:r>
      <w:proofErr w:type="spellStart"/>
      <w:r>
        <w:rPr>
          <w:rFonts w:ascii="Arial" w:hAnsi="Arial"/>
        </w:rPr>
        <w:t>idenitity</w:t>
      </w:r>
      <w:proofErr w:type="spellEnd"/>
      <w:r>
        <w:rPr>
          <w:rFonts w:ascii="Arial" w:hAnsi="Arial"/>
        </w:rPr>
        <w:t xml:space="preserve">. And this is who </w:t>
      </w:r>
      <w:proofErr w:type="gramStart"/>
      <w:r>
        <w:rPr>
          <w:rFonts w:ascii="Arial" w:hAnsi="Arial"/>
        </w:rPr>
        <w:t>I'm</w:t>
      </w:r>
      <w:proofErr w:type="gramEnd"/>
      <w:r>
        <w:rPr>
          <w:rFonts w:ascii="Arial" w:hAnsi="Arial"/>
        </w:rPr>
        <w:t xml:space="preserve"> meant to be, I'm just labelled me.</w:t>
      </w:r>
    </w:p>
    <w:p w14:paraId="48FBCF3F" w14:textId="77777777" w:rsidR="00D7352B" w:rsidRDefault="00D7352B">
      <w:pPr>
        <w:spacing w:after="0"/>
      </w:pPr>
    </w:p>
    <w:p w14:paraId="7F4A849E" w14:textId="77777777" w:rsidR="00D7352B" w:rsidRDefault="00C90105">
      <w:pPr>
        <w:spacing w:after="0"/>
      </w:pPr>
      <w:proofErr w:type="gramStart"/>
      <w:r>
        <w:rPr>
          <w:rFonts w:ascii="Arial" w:hAnsi="Arial"/>
          <w:b/>
        </w:rPr>
        <w:t xml:space="preserve">Disclaimer  </w:t>
      </w:r>
      <w:r>
        <w:rPr>
          <w:rFonts w:ascii="Arial" w:hAnsi="Arial"/>
          <w:color w:val="5D7284"/>
        </w:rPr>
        <w:t>00:36</w:t>
      </w:r>
      <w:proofErr w:type="gramEnd"/>
    </w:p>
    <w:p w14:paraId="68CE8E58" w14:textId="77777777" w:rsidR="00D7352B" w:rsidRDefault="00C90105">
      <w:pPr>
        <w:spacing w:after="0"/>
      </w:pPr>
      <w:r>
        <w:rPr>
          <w:rFonts w:ascii="Arial" w:hAnsi="Arial"/>
        </w:rPr>
        <w:t xml:space="preserve">Hi guys, don't forget </w:t>
      </w:r>
      <w:proofErr w:type="gramStart"/>
      <w:r>
        <w:rPr>
          <w:rFonts w:ascii="Arial" w:hAnsi="Arial"/>
        </w:rPr>
        <w:t>In</w:t>
      </w:r>
      <w:proofErr w:type="gramEnd"/>
      <w:r>
        <w:rPr>
          <w:rFonts w:ascii="Arial" w:hAnsi="Arial"/>
        </w:rPr>
        <w:t xml:space="preserve"> this episode, I might swea</w:t>
      </w:r>
      <w:r>
        <w:rPr>
          <w:rFonts w:ascii="Arial" w:hAnsi="Arial"/>
        </w:rPr>
        <w:t xml:space="preserve">r Lucy might cry, and you can check out details of the trigger warnings on our website. </w:t>
      </w:r>
    </w:p>
    <w:p w14:paraId="5737A401" w14:textId="77777777" w:rsidR="00D7352B" w:rsidRDefault="00D7352B">
      <w:pPr>
        <w:spacing w:after="0"/>
      </w:pPr>
    </w:p>
    <w:p w14:paraId="0C9B92A2" w14:textId="77777777" w:rsidR="00D7352B" w:rsidRDefault="00C90105">
      <w:pPr>
        <w:spacing w:after="0"/>
      </w:pPr>
      <w:proofErr w:type="gramStart"/>
      <w:r>
        <w:rPr>
          <w:rFonts w:ascii="Arial" w:hAnsi="Arial"/>
          <w:b/>
        </w:rPr>
        <w:t xml:space="preserve">Alice  </w:t>
      </w:r>
      <w:r>
        <w:rPr>
          <w:rFonts w:ascii="Arial" w:hAnsi="Arial"/>
          <w:color w:val="5D7284"/>
        </w:rPr>
        <w:t>00:45</w:t>
      </w:r>
      <w:proofErr w:type="gramEnd"/>
    </w:p>
    <w:p w14:paraId="47550347" w14:textId="77777777" w:rsidR="00D7352B" w:rsidRDefault="00C90105">
      <w:pPr>
        <w:spacing w:after="0"/>
      </w:pPr>
      <w:r>
        <w:rPr>
          <w:rFonts w:ascii="Arial" w:hAnsi="Arial"/>
        </w:rPr>
        <w:t>Hi, everybody. Welcome to another episode of the lABLEd podcast with me and Lucy.  Luce, how have you been?</w:t>
      </w:r>
    </w:p>
    <w:p w14:paraId="236B9E00" w14:textId="77777777" w:rsidR="00D7352B" w:rsidRDefault="00D7352B">
      <w:pPr>
        <w:spacing w:after="0"/>
      </w:pPr>
    </w:p>
    <w:p w14:paraId="72992C5B" w14:textId="77777777" w:rsidR="00D7352B" w:rsidRDefault="00C90105">
      <w:pPr>
        <w:spacing w:after="0"/>
      </w:pPr>
      <w:proofErr w:type="gramStart"/>
      <w:r>
        <w:rPr>
          <w:rFonts w:ascii="Arial" w:hAnsi="Arial"/>
          <w:b/>
        </w:rPr>
        <w:t xml:space="preserve">Lucy  </w:t>
      </w:r>
      <w:r>
        <w:rPr>
          <w:rFonts w:ascii="Arial" w:hAnsi="Arial"/>
          <w:color w:val="5D7284"/>
        </w:rPr>
        <w:t>00:53</w:t>
      </w:r>
      <w:proofErr w:type="gramEnd"/>
    </w:p>
    <w:p w14:paraId="79478E66" w14:textId="77777777" w:rsidR="00D7352B" w:rsidRDefault="00C90105">
      <w:pPr>
        <w:spacing w:after="0"/>
      </w:pPr>
      <w:proofErr w:type="gramStart"/>
      <w:r>
        <w:rPr>
          <w:rFonts w:ascii="Arial" w:hAnsi="Arial"/>
        </w:rPr>
        <w:t>I'm</w:t>
      </w:r>
      <w:proofErr w:type="gramEnd"/>
      <w:r>
        <w:rPr>
          <w:rFonts w:ascii="Arial" w:hAnsi="Arial"/>
        </w:rPr>
        <w:t xml:space="preserve"> alright. Thanks, Alice. How </w:t>
      </w:r>
      <w:r>
        <w:rPr>
          <w:rFonts w:ascii="Arial" w:hAnsi="Arial"/>
        </w:rPr>
        <w:t xml:space="preserve">are you? </w:t>
      </w:r>
    </w:p>
    <w:p w14:paraId="492EDC42" w14:textId="77777777" w:rsidR="00D7352B" w:rsidRDefault="00D7352B">
      <w:pPr>
        <w:spacing w:after="0"/>
      </w:pPr>
    </w:p>
    <w:p w14:paraId="25C4BDE6" w14:textId="77777777" w:rsidR="00D7352B" w:rsidRDefault="00C90105">
      <w:pPr>
        <w:spacing w:after="0"/>
      </w:pPr>
      <w:proofErr w:type="gramStart"/>
      <w:r>
        <w:rPr>
          <w:rFonts w:ascii="Arial" w:hAnsi="Arial"/>
          <w:b/>
        </w:rPr>
        <w:t xml:space="preserve">Alice  </w:t>
      </w:r>
      <w:r>
        <w:rPr>
          <w:rFonts w:ascii="Arial" w:hAnsi="Arial"/>
          <w:color w:val="5D7284"/>
        </w:rPr>
        <w:t>00:56</w:t>
      </w:r>
      <w:proofErr w:type="gramEnd"/>
    </w:p>
    <w:p w14:paraId="07B5E5F1" w14:textId="77777777" w:rsidR="00D7352B" w:rsidRDefault="00C90105">
      <w:pPr>
        <w:spacing w:after="0"/>
      </w:pPr>
      <w:r>
        <w:rPr>
          <w:rFonts w:ascii="Arial" w:hAnsi="Arial"/>
        </w:rPr>
        <w:t xml:space="preserve">Yeah, </w:t>
      </w:r>
      <w:proofErr w:type="gramStart"/>
      <w:r>
        <w:rPr>
          <w:rFonts w:ascii="Arial" w:hAnsi="Arial"/>
        </w:rPr>
        <w:t>I'm</w:t>
      </w:r>
      <w:proofErr w:type="gramEnd"/>
      <w:r>
        <w:rPr>
          <w:rFonts w:ascii="Arial" w:hAnsi="Arial"/>
        </w:rPr>
        <w:t xml:space="preserve"> not so bad. </w:t>
      </w:r>
    </w:p>
    <w:p w14:paraId="684309AB" w14:textId="77777777" w:rsidR="00D7352B" w:rsidRDefault="00D7352B">
      <w:pPr>
        <w:spacing w:after="0"/>
      </w:pPr>
    </w:p>
    <w:p w14:paraId="6ED6CB05" w14:textId="77777777" w:rsidR="00D7352B" w:rsidRDefault="00C90105">
      <w:pPr>
        <w:spacing w:after="0"/>
      </w:pPr>
      <w:proofErr w:type="gramStart"/>
      <w:r>
        <w:rPr>
          <w:rFonts w:ascii="Arial" w:hAnsi="Arial"/>
          <w:b/>
        </w:rPr>
        <w:t xml:space="preserve">Lucy  </w:t>
      </w:r>
      <w:r>
        <w:rPr>
          <w:rFonts w:ascii="Arial" w:hAnsi="Arial"/>
          <w:color w:val="5D7284"/>
        </w:rPr>
        <w:t>00:58</w:t>
      </w:r>
      <w:proofErr w:type="gramEnd"/>
    </w:p>
    <w:p w14:paraId="41378038" w14:textId="77777777" w:rsidR="00D7352B" w:rsidRDefault="00C90105">
      <w:pPr>
        <w:spacing w:after="0"/>
      </w:pPr>
      <w:proofErr w:type="gramStart"/>
      <w:r>
        <w:rPr>
          <w:rFonts w:ascii="Arial" w:hAnsi="Arial"/>
        </w:rPr>
        <w:t>I'm</w:t>
      </w:r>
      <w:proofErr w:type="gramEnd"/>
      <w:r>
        <w:rPr>
          <w:rFonts w:ascii="Arial" w:hAnsi="Arial"/>
        </w:rPr>
        <w:t xml:space="preserve"> very glad to see you.</w:t>
      </w:r>
    </w:p>
    <w:p w14:paraId="093EB27F" w14:textId="77777777" w:rsidR="00D7352B" w:rsidRDefault="00D7352B">
      <w:pPr>
        <w:spacing w:after="0"/>
      </w:pPr>
    </w:p>
    <w:p w14:paraId="455276EC" w14:textId="77777777" w:rsidR="00D7352B" w:rsidRDefault="00C90105">
      <w:pPr>
        <w:spacing w:after="0"/>
      </w:pPr>
      <w:proofErr w:type="gramStart"/>
      <w:r>
        <w:rPr>
          <w:rFonts w:ascii="Arial" w:hAnsi="Arial"/>
          <w:b/>
        </w:rPr>
        <w:t xml:space="preserve">Alice  </w:t>
      </w:r>
      <w:r>
        <w:rPr>
          <w:rFonts w:ascii="Arial" w:hAnsi="Arial"/>
          <w:color w:val="5D7284"/>
        </w:rPr>
        <w:t>00:59</w:t>
      </w:r>
      <w:proofErr w:type="gramEnd"/>
    </w:p>
    <w:p w14:paraId="07A90BD6" w14:textId="77777777" w:rsidR="00D7352B" w:rsidRDefault="00C90105">
      <w:pPr>
        <w:spacing w:after="0"/>
      </w:pPr>
      <w:r>
        <w:rPr>
          <w:rFonts w:ascii="Arial" w:hAnsi="Arial"/>
        </w:rPr>
        <w:lastRenderedPageBreak/>
        <w:t>Yeah,</w:t>
      </w:r>
    </w:p>
    <w:p w14:paraId="7B37CAE2" w14:textId="77777777" w:rsidR="00D7352B" w:rsidRDefault="00D7352B">
      <w:pPr>
        <w:spacing w:after="0"/>
      </w:pPr>
    </w:p>
    <w:p w14:paraId="266F3E82" w14:textId="77777777" w:rsidR="00D7352B" w:rsidRDefault="00C90105">
      <w:pPr>
        <w:spacing w:after="0"/>
      </w:pPr>
      <w:proofErr w:type="gramStart"/>
      <w:r>
        <w:rPr>
          <w:rFonts w:ascii="Arial" w:hAnsi="Arial"/>
          <w:b/>
        </w:rPr>
        <w:t xml:space="preserve">Lucy  </w:t>
      </w:r>
      <w:r>
        <w:rPr>
          <w:rFonts w:ascii="Arial" w:hAnsi="Arial"/>
          <w:color w:val="5D7284"/>
        </w:rPr>
        <w:t>01:00</w:t>
      </w:r>
      <w:proofErr w:type="gramEnd"/>
    </w:p>
    <w:p w14:paraId="14BDC531" w14:textId="77777777" w:rsidR="00D7352B" w:rsidRDefault="00C90105">
      <w:pPr>
        <w:spacing w:after="0"/>
      </w:pPr>
      <w:proofErr w:type="spellStart"/>
      <w:r>
        <w:rPr>
          <w:rFonts w:ascii="Arial" w:hAnsi="Arial"/>
        </w:rPr>
        <w:t>'Cause</w:t>
      </w:r>
      <w:proofErr w:type="spellEnd"/>
      <w:r>
        <w:rPr>
          <w:rFonts w:ascii="Arial" w:hAnsi="Arial"/>
        </w:rPr>
        <w:t xml:space="preserve"> I've had a very stressful week. </w:t>
      </w:r>
    </w:p>
    <w:p w14:paraId="4F42929C" w14:textId="77777777" w:rsidR="00D7352B" w:rsidRDefault="00D7352B">
      <w:pPr>
        <w:spacing w:after="0"/>
      </w:pPr>
    </w:p>
    <w:p w14:paraId="47FF5226" w14:textId="77777777" w:rsidR="00D7352B" w:rsidRDefault="00C90105">
      <w:pPr>
        <w:spacing w:after="0"/>
      </w:pPr>
      <w:proofErr w:type="gramStart"/>
      <w:r>
        <w:rPr>
          <w:rFonts w:ascii="Arial" w:hAnsi="Arial"/>
          <w:b/>
        </w:rPr>
        <w:t xml:space="preserve">Alice  </w:t>
      </w:r>
      <w:r>
        <w:rPr>
          <w:rFonts w:ascii="Arial" w:hAnsi="Arial"/>
          <w:color w:val="5D7284"/>
        </w:rPr>
        <w:t>01:01</w:t>
      </w:r>
      <w:proofErr w:type="gramEnd"/>
    </w:p>
    <w:p w14:paraId="28FF4FBA" w14:textId="77777777" w:rsidR="00D7352B" w:rsidRDefault="00C90105">
      <w:pPr>
        <w:spacing w:after="0"/>
      </w:pPr>
      <w:r>
        <w:rPr>
          <w:rFonts w:ascii="Arial" w:hAnsi="Arial"/>
        </w:rPr>
        <w:t xml:space="preserve"> Oh bless you.</w:t>
      </w:r>
    </w:p>
    <w:p w14:paraId="65A256D4" w14:textId="77777777" w:rsidR="00D7352B" w:rsidRDefault="00D7352B">
      <w:pPr>
        <w:spacing w:after="0"/>
      </w:pPr>
    </w:p>
    <w:p w14:paraId="1FE9EF11" w14:textId="77777777" w:rsidR="00D7352B" w:rsidRDefault="00C90105">
      <w:pPr>
        <w:spacing w:after="0"/>
      </w:pPr>
      <w:proofErr w:type="gramStart"/>
      <w:r>
        <w:rPr>
          <w:rFonts w:ascii="Arial" w:hAnsi="Arial"/>
          <w:b/>
        </w:rPr>
        <w:t xml:space="preserve">Lucy  </w:t>
      </w:r>
      <w:r>
        <w:rPr>
          <w:rFonts w:ascii="Arial" w:hAnsi="Arial"/>
          <w:color w:val="5D7284"/>
        </w:rPr>
        <w:t>01:02</w:t>
      </w:r>
      <w:proofErr w:type="gramEnd"/>
    </w:p>
    <w:p w14:paraId="6C850FCD" w14:textId="77777777" w:rsidR="00D7352B" w:rsidRDefault="00C90105">
      <w:pPr>
        <w:spacing w:after="0"/>
      </w:pPr>
      <w:r>
        <w:rPr>
          <w:rFonts w:ascii="Arial" w:hAnsi="Arial"/>
        </w:rPr>
        <w:t xml:space="preserve">So </w:t>
      </w:r>
      <w:proofErr w:type="gramStart"/>
      <w:r>
        <w:rPr>
          <w:rFonts w:ascii="Arial" w:hAnsi="Arial"/>
        </w:rPr>
        <w:t>it's</w:t>
      </w:r>
      <w:proofErr w:type="gramEnd"/>
      <w:r>
        <w:rPr>
          <w:rFonts w:ascii="Arial" w:hAnsi="Arial"/>
        </w:rPr>
        <w:t xml:space="preserve"> sort of, we're getting there now though. </w:t>
      </w:r>
      <w:proofErr w:type="gramStart"/>
      <w:r>
        <w:rPr>
          <w:rFonts w:ascii="Arial" w:hAnsi="Arial"/>
        </w:rPr>
        <w:t>It's</w:t>
      </w:r>
      <w:proofErr w:type="gramEnd"/>
      <w:r>
        <w:rPr>
          <w:rFonts w:ascii="Arial" w:hAnsi="Arial"/>
        </w:rPr>
        <w:t xml:space="preserve"> fine. Normality, normality is slowly returning to life and I </w:t>
      </w:r>
      <w:proofErr w:type="gramStart"/>
      <w:r>
        <w:rPr>
          <w:rFonts w:ascii="Arial" w:hAnsi="Arial"/>
        </w:rPr>
        <w:t>don't</w:t>
      </w:r>
      <w:proofErr w:type="gramEnd"/>
      <w:r>
        <w:rPr>
          <w:rFonts w:ascii="Arial" w:hAnsi="Arial"/>
        </w:rPr>
        <w:t xml:space="preserve"> like it, if I'm honest.</w:t>
      </w:r>
    </w:p>
    <w:p w14:paraId="47BC2741" w14:textId="77777777" w:rsidR="00D7352B" w:rsidRDefault="00D7352B">
      <w:pPr>
        <w:spacing w:after="0"/>
      </w:pPr>
    </w:p>
    <w:p w14:paraId="183AC527" w14:textId="77777777" w:rsidR="00D7352B" w:rsidRDefault="00C90105">
      <w:pPr>
        <w:spacing w:after="0"/>
      </w:pPr>
      <w:proofErr w:type="gramStart"/>
      <w:r>
        <w:rPr>
          <w:rFonts w:ascii="Arial" w:hAnsi="Arial"/>
          <w:b/>
        </w:rPr>
        <w:t xml:space="preserve">Alice  </w:t>
      </w:r>
      <w:r>
        <w:rPr>
          <w:rFonts w:ascii="Arial" w:hAnsi="Arial"/>
          <w:color w:val="5D7284"/>
        </w:rPr>
        <w:t>01:11</w:t>
      </w:r>
      <w:proofErr w:type="gramEnd"/>
    </w:p>
    <w:p w14:paraId="21AA2929" w14:textId="77777777" w:rsidR="00D7352B" w:rsidRDefault="00C90105">
      <w:pPr>
        <w:spacing w:after="0"/>
      </w:pPr>
      <w:r>
        <w:rPr>
          <w:rFonts w:ascii="Arial" w:hAnsi="Arial"/>
        </w:rPr>
        <w:t>[laughs] You got used to being in your PJs all the time?</w:t>
      </w:r>
    </w:p>
    <w:p w14:paraId="17F9C205" w14:textId="77777777" w:rsidR="00D7352B" w:rsidRDefault="00D7352B">
      <w:pPr>
        <w:spacing w:after="0"/>
      </w:pPr>
    </w:p>
    <w:p w14:paraId="6394EF2A" w14:textId="77777777" w:rsidR="00D7352B" w:rsidRDefault="00C90105">
      <w:pPr>
        <w:spacing w:after="0"/>
      </w:pPr>
      <w:proofErr w:type="gramStart"/>
      <w:r>
        <w:rPr>
          <w:rFonts w:ascii="Arial" w:hAnsi="Arial"/>
          <w:b/>
        </w:rPr>
        <w:t xml:space="preserve">Lucy  </w:t>
      </w:r>
      <w:r>
        <w:rPr>
          <w:rFonts w:ascii="Arial" w:hAnsi="Arial"/>
          <w:color w:val="5D7284"/>
        </w:rPr>
        <w:t>01:13</w:t>
      </w:r>
      <w:proofErr w:type="gramEnd"/>
    </w:p>
    <w:p w14:paraId="63A804AF" w14:textId="77777777" w:rsidR="00D7352B" w:rsidRDefault="00C90105">
      <w:pPr>
        <w:spacing w:after="0"/>
      </w:pPr>
      <w:r>
        <w:rPr>
          <w:rFonts w:ascii="Arial" w:hAnsi="Arial"/>
        </w:rPr>
        <w:t xml:space="preserve">Yes. Thank you. </w:t>
      </w:r>
      <w:proofErr w:type="gramStart"/>
      <w:r>
        <w:rPr>
          <w:rFonts w:ascii="Arial" w:hAnsi="Arial"/>
        </w:rPr>
        <w:t>It's</w:t>
      </w:r>
      <w:proofErr w:type="gramEnd"/>
      <w:r>
        <w:rPr>
          <w:rFonts w:ascii="Arial" w:hAnsi="Arial"/>
        </w:rPr>
        <w:t xml:space="preserve"> not, I don't like it. But yeah, </w:t>
      </w:r>
      <w:proofErr w:type="gramStart"/>
      <w:r>
        <w:rPr>
          <w:rFonts w:ascii="Arial" w:hAnsi="Arial"/>
        </w:rPr>
        <w:t>I'm</w:t>
      </w:r>
      <w:proofErr w:type="gramEnd"/>
      <w:r>
        <w:rPr>
          <w:rFonts w:ascii="Arial" w:hAnsi="Arial"/>
        </w:rPr>
        <w:t xml:space="preserve"> alright. How </w:t>
      </w:r>
      <w:r>
        <w:rPr>
          <w:rFonts w:ascii="Arial" w:hAnsi="Arial"/>
        </w:rPr>
        <w:t>have you been, alright?</w:t>
      </w:r>
    </w:p>
    <w:p w14:paraId="3FC89307" w14:textId="77777777" w:rsidR="00D7352B" w:rsidRDefault="00D7352B">
      <w:pPr>
        <w:spacing w:after="0"/>
      </w:pPr>
    </w:p>
    <w:p w14:paraId="0CBD4B23" w14:textId="77777777" w:rsidR="00D7352B" w:rsidRDefault="00C90105">
      <w:pPr>
        <w:spacing w:after="0"/>
      </w:pPr>
      <w:proofErr w:type="gramStart"/>
      <w:r>
        <w:rPr>
          <w:rFonts w:ascii="Arial" w:hAnsi="Arial"/>
          <w:b/>
        </w:rPr>
        <w:t xml:space="preserve">Alice  </w:t>
      </w:r>
      <w:r>
        <w:rPr>
          <w:rFonts w:ascii="Arial" w:hAnsi="Arial"/>
          <w:color w:val="5D7284"/>
        </w:rPr>
        <w:t>01:22</w:t>
      </w:r>
      <w:proofErr w:type="gramEnd"/>
    </w:p>
    <w:p w14:paraId="54F83E27" w14:textId="77777777" w:rsidR="00D7352B" w:rsidRDefault="00C90105">
      <w:pPr>
        <w:spacing w:after="0"/>
      </w:pPr>
      <w:r>
        <w:rPr>
          <w:rFonts w:ascii="Arial" w:hAnsi="Arial"/>
        </w:rPr>
        <w:t xml:space="preserve">Yeah, </w:t>
      </w:r>
      <w:proofErr w:type="gramStart"/>
      <w:r>
        <w:rPr>
          <w:rFonts w:ascii="Arial" w:hAnsi="Arial"/>
        </w:rPr>
        <w:t>umm..</w:t>
      </w:r>
      <w:proofErr w:type="gramEnd"/>
    </w:p>
    <w:p w14:paraId="52754019" w14:textId="77777777" w:rsidR="00D7352B" w:rsidRDefault="00D7352B">
      <w:pPr>
        <w:spacing w:after="0"/>
      </w:pPr>
    </w:p>
    <w:p w14:paraId="7728E86E" w14:textId="77777777" w:rsidR="00D7352B" w:rsidRDefault="00C90105">
      <w:pPr>
        <w:spacing w:after="0"/>
      </w:pPr>
      <w:proofErr w:type="gramStart"/>
      <w:r>
        <w:rPr>
          <w:rFonts w:ascii="Arial" w:hAnsi="Arial"/>
          <w:b/>
        </w:rPr>
        <w:t xml:space="preserve">Lucy  </w:t>
      </w:r>
      <w:r>
        <w:rPr>
          <w:rFonts w:ascii="Arial" w:hAnsi="Arial"/>
          <w:color w:val="5D7284"/>
        </w:rPr>
        <w:t>01:24</w:t>
      </w:r>
      <w:proofErr w:type="gramEnd"/>
    </w:p>
    <w:p w14:paraId="7769ACA2" w14:textId="77777777" w:rsidR="00D7352B" w:rsidRDefault="00C90105">
      <w:pPr>
        <w:spacing w:after="0"/>
      </w:pPr>
      <w:proofErr w:type="gramStart"/>
      <w:r>
        <w:rPr>
          <w:rFonts w:ascii="Arial" w:hAnsi="Arial"/>
        </w:rPr>
        <w:t>We've</w:t>
      </w:r>
      <w:proofErr w:type="gramEnd"/>
      <w:r>
        <w:rPr>
          <w:rFonts w:ascii="Arial" w:hAnsi="Arial"/>
        </w:rPr>
        <w:t xml:space="preserve"> not done a podcast record for a long time, have we?</w:t>
      </w:r>
    </w:p>
    <w:p w14:paraId="2C10B99D" w14:textId="77777777" w:rsidR="00D7352B" w:rsidRDefault="00D7352B">
      <w:pPr>
        <w:spacing w:after="0"/>
      </w:pPr>
    </w:p>
    <w:p w14:paraId="18AD9221" w14:textId="77777777" w:rsidR="00D7352B" w:rsidRDefault="00C90105">
      <w:pPr>
        <w:spacing w:after="0"/>
      </w:pPr>
      <w:proofErr w:type="gramStart"/>
      <w:r>
        <w:rPr>
          <w:rFonts w:ascii="Arial" w:hAnsi="Arial"/>
          <w:b/>
        </w:rPr>
        <w:t xml:space="preserve">Alice  </w:t>
      </w:r>
      <w:r>
        <w:rPr>
          <w:rFonts w:ascii="Arial" w:hAnsi="Arial"/>
          <w:color w:val="5D7284"/>
        </w:rPr>
        <w:t>01:27</w:t>
      </w:r>
      <w:proofErr w:type="gramEnd"/>
    </w:p>
    <w:p w14:paraId="55CBCA83" w14:textId="77777777" w:rsidR="00D7352B" w:rsidRDefault="00C90105">
      <w:pPr>
        <w:spacing w:after="0"/>
      </w:pPr>
      <w:r>
        <w:rPr>
          <w:rFonts w:ascii="Arial" w:hAnsi="Arial"/>
        </w:rPr>
        <w:t xml:space="preserve">I just noticed that before we came on. We </w:t>
      </w:r>
      <w:proofErr w:type="gramStart"/>
      <w:r>
        <w:rPr>
          <w:rFonts w:ascii="Arial" w:hAnsi="Arial"/>
        </w:rPr>
        <w:t>haven't</w:t>
      </w:r>
      <w:proofErr w:type="gramEnd"/>
      <w:r>
        <w:rPr>
          <w:rFonts w:ascii="Arial" w:hAnsi="Arial"/>
        </w:rPr>
        <w:t xml:space="preserve"> recorded for nearly a month. I </w:t>
      </w:r>
      <w:proofErr w:type="gramStart"/>
      <w:r>
        <w:rPr>
          <w:rFonts w:ascii="Arial" w:hAnsi="Arial"/>
        </w:rPr>
        <w:t>can't</w:t>
      </w:r>
      <w:proofErr w:type="gramEnd"/>
      <w:r>
        <w:rPr>
          <w:rFonts w:ascii="Arial" w:hAnsi="Arial"/>
        </w:rPr>
        <w:t xml:space="preserve"> believe that.</w:t>
      </w:r>
    </w:p>
    <w:p w14:paraId="0624EB38" w14:textId="77777777" w:rsidR="00D7352B" w:rsidRDefault="00D7352B">
      <w:pPr>
        <w:spacing w:after="0"/>
      </w:pPr>
    </w:p>
    <w:p w14:paraId="51607ED6" w14:textId="77777777" w:rsidR="00D7352B" w:rsidRDefault="00C90105">
      <w:pPr>
        <w:spacing w:after="0"/>
      </w:pPr>
      <w:proofErr w:type="gramStart"/>
      <w:r>
        <w:rPr>
          <w:rFonts w:ascii="Arial" w:hAnsi="Arial"/>
          <w:b/>
        </w:rPr>
        <w:t xml:space="preserve">Lucy  </w:t>
      </w:r>
      <w:r>
        <w:rPr>
          <w:rFonts w:ascii="Arial" w:hAnsi="Arial"/>
          <w:color w:val="5D7284"/>
        </w:rPr>
        <w:t>01:32</w:t>
      </w:r>
      <w:proofErr w:type="gramEnd"/>
    </w:p>
    <w:p w14:paraId="7DEEBA1F" w14:textId="77777777" w:rsidR="00D7352B" w:rsidRDefault="00C90105">
      <w:pPr>
        <w:spacing w:after="0"/>
      </w:pPr>
      <w:proofErr w:type="gramStart"/>
      <w:r>
        <w:rPr>
          <w:rFonts w:ascii="Arial" w:hAnsi="Arial"/>
        </w:rPr>
        <w:t>We've</w:t>
      </w:r>
      <w:proofErr w:type="gramEnd"/>
      <w:r>
        <w:rPr>
          <w:rFonts w:ascii="Arial" w:hAnsi="Arial"/>
        </w:rPr>
        <w:t xml:space="preserve"> h</w:t>
      </w:r>
      <w:r>
        <w:rPr>
          <w:rFonts w:ascii="Arial" w:hAnsi="Arial"/>
        </w:rPr>
        <w:t xml:space="preserve">ad, we've had a little bit of time off. But now we're </w:t>
      </w:r>
      <w:proofErr w:type="gramStart"/>
      <w:r>
        <w:rPr>
          <w:rFonts w:ascii="Arial" w:hAnsi="Arial"/>
        </w:rPr>
        <w:t>back</w:t>
      </w:r>
      <w:proofErr w:type="gramEnd"/>
    </w:p>
    <w:p w14:paraId="4A67240F" w14:textId="77777777" w:rsidR="00D7352B" w:rsidRDefault="00D7352B">
      <w:pPr>
        <w:spacing w:after="0"/>
      </w:pPr>
    </w:p>
    <w:p w14:paraId="71DF2365" w14:textId="77777777" w:rsidR="00D7352B" w:rsidRDefault="00C90105">
      <w:pPr>
        <w:spacing w:after="0"/>
      </w:pPr>
      <w:proofErr w:type="gramStart"/>
      <w:r>
        <w:rPr>
          <w:rFonts w:ascii="Arial" w:hAnsi="Arial"/>
          <w:b/>
        </w:rPr>
        <w:t xml:space="preserve">Alice  </w:t>
      </w:r>
      <w:r>
        <w:rPr>
          <w:rFonts w:ascii="Arial" w:hAnsi="Arial"/>
          <w:color w:val="5D7284"/>
        </w:rPr>
        <w:t>01:35</w:t>
      </w:r>
      <w:proofErr w:type="gramEnd"/>
    </w:p>
    <w:p w14:paraId="185DD2A1" w14:textId="77777777" w:rsidR="00D7352B" w:rsidRDefault="00C90105">
      <w:pPr>
        <w:spacing w:after="0"/>
      </w:pPr>
      <w:r>
        <w:rPr>
          <w:rFonts w:ascii="Arial" w:hAnsi="Arial"/>
        </w:rPr>
        <w:t xml:space="preserve">We've still been constantly bothering each </w:t>
      </w:r>
      <w:proofErr w:type="gramStart"/>
      <w:r>
        <w:rPr>
          <w:rFonts w:ascii="Arial" w:hAnsi="Arial"/>
        </w:rPr>
        <w:t>other,  talking</w:t>
      </w:r>
      <w:proofErr w:type="gramEnd"/>
      <w:r>
        <w:rPr>
          <w:rFonts w:ascii="Arial" w:hAnsi="Arial"/>
        </w:rPr>
        <w:t xml:space="preserve"> to each other and bothering Adam. </w:t>
      </w:r>
      <w:proofErr w:type="gramStart"/>
      <w:r>
        <w:rPr>
          <w:rFonts w:ascii="Arial" w:hAnsi="Arial"/>
        </w:rPr>
        <w:t>But,</w:t>
      </w:r>
      <w:proofErr w:type="gramEnd"/>
      <w:r>
        <w:rPr>
          <w:rFonts w:ascii="Arial" w:hAnsi="Arial"/>
        </w:rPr>
        <w:t xml:space="preserve"> but haven't actually done any sensible recording. </w:t>
      </w:r>
    </w:p>
    <w:p w14:paraId="6266248E" w14:textId="77777777" w:rsidR="00D7352B" w:rsidRDefault="00D7352B">
      <w:pPr>
        <w:spacing w:after="0"/>
      </w:pPr>
    </w:p>
    <w:p w14:paraId="03955307" w14:textId="77777777" w:rsidR="00D7352B" w:rsidRDefault="00C90105">
      <w:pPr>
        <w:spacing w:after="0"/>
      </w:pPr>
      <w:proofErr w:type="gramStart"/>
      <w:r>
        <w:rPr>
          <w:rFonts w:ascii="Arial" w:hAnsi="Arial"/>
          <w:b/>
        </w:rPr>
        <w:t xml:space="preserve">Lucy  </w:t>
      </w:r>
      <w:r>
        <w:rPr>
          <w:rFonts w:ascii="Arial" w:hAnsi="Arial"/>
          <w:color w:val="5D7284"/>
        </w:rPr>
        <w:t>01:38</w:t>
      </w:r>
      <w:proofErr w:type="gramEnd"/>
    </w:p>
    <w:p w14:paraId="129ED530" w14:textId="77777777" w:rsidR="00D7352B" w:rsidRDefault="00C90105">
      <w:pPr>
        <w:spacing w:after="0"/>
      </w:pPr>
      <w:r>
        <w:rPr>
          <w:rFonts w:ascii="Arial" w:hAnsi="Arial"/>
        </w:rPr>
        <w:t>No.</w:t>
      </w:r>
    </w:p>
    <w:p w14:paraId="72655B44" w14:textId="77777777" w:rsidR="00D7352B" w:rsidRDefault="00D7352B">
      <w:pPr>
        <w:spacing w:after="0"/>
      </w:pPr>
    </w:p>
    <w:p w14:paraId="356B2ED3" w14:textId="77777777" w:rsidR="00D7352B" w:rsidRDefault="00C90105">
      <w:pPr>
        <w:spacing w:after="0"/>
      </w:pPr>
      <w:proofErr w:type="gramStart"/>
      <w:r>
        <w:rPr>
          <w:rFonts w:ascii="Arial" w:hAnsi="Arial"/>
          <w:b/>
        </w:rPr>
        <w:t xml:space="preserve">Alice  </w:t>
      </w:r>
      <w:r>
        <w:rPr>
          <w:rFonts w:ascii="Arial" w:hAnsi="Arial"/>
          <w:color w:val="5D7284"/>
        </w:rPr>
        <w:t>01:40</w:t>
      </w:r>
      <w:proofErr w:type="gramEnd"/>
    </w:p>
    <w:p w14:paraId="6BF01683" w14:textId="77777777" w:rsidR="00D7352B" w:rsidRDefault="00C90105">
      <w:pPr>
        <w:spacing w:after="0"/>
      </w:pPr>
      <w:r>
        <w:rPr>
          <w:rFonts w:ascii="Arial" w:hAnsi="Arial"/>
        </w:rPr>
        <w:t xml:space="preserve"> Bu</w:t>
      </w:r>
      <w:r>
        <w:rPr>
          <w:rFonts w:ascii="Arial" w:hAnsi="Arial"/>
        </w:rPr>
        <w:t>t</w:t>
      </w:r>
    </w:p>
    <w:p w14:paraId="749C92D4" w14:textId="77777777" w:rsidR="00D7352B" w:rsidRDefault="00D7352B">
      <w:pPr>
        <w:spacing w:after="0"/>
      </w:pPr>
    </w:p>
    <w:p w14:paraId="35B9B6F1" w14:textId="77777777" w:rsidR="00D7352B" w:rsidRDefault="00C90105">
      <w:pPr>
        <w:spacing w:after="0"/>
      </w:pPr>
      <w:proofErr w:type="gramStart"/>
      <w:r>
        <w:rPr>
          <w:rFonts w:ascii="Arial" w:hAnsi="Arial"/>
          <w:b/>
        </w:rPr>
        <w:t xml:space="preserve">Lucy  </w:t>
      </w:r>
      <w:r>
        <w:rPr>
          <w:rFonts w:ascii="Arial" w:hAnsi="Arial"/>
          <w:color w:val="5D7284"/>
        </w:rPr>
        <w:t>01:41</w:t>
      </w:r>
      <w:proofErr w:type="gramEnd"/>
    </w:p>
    <w:p w14:paraId="30AC12FE" w14:textId="77777777" w:rsidR="00D7352B" w:rsidRDefault="00C90105">
      <w:pPr>
        <w:spacing w:after="0"/>
      </w:pPr>
      <w:r>
        <w:rPr>
          <w:rFonts w:ascii="Arial" w:hAnsi="Arial"/>
        </w:rPr>
        <w:t xml:space="preserve">But </w:t>
      </w:r>
      <w:proofErr w:type="gramStart"/>
      <w:r>
        <w:rPr>
          <w:rFonts w:ascii="Arial" w:hAnsi="Arial"/>
        </w:rPr>
        <w:t>we're</w:t>
      </w:r>
      <w:proofErr w:type="gramEnd"/>
      <w:r>
        <w:rPr>
          <w:rFonts w:ascii="Arial" w:hAnsi="Arial"/>
        </w:rPr>
        <w:t xml:space="preserve"> back!</w:t>
      </w:r>
    </w:p>
    <w:p w14:paraId="54617323" w14:textId="77777777" w:rsidR="00D7352B" w:rsidRDefault="00D7352B">
      <w:pPr>
        <w:spacing w:after="0"/>
      </w:pPr>
    </w:p>
    <w:p w14:paraId="398AEFE4" w14:textId="77777777" w:rsidR="00D7352B" w:rsidRDefault="00C90105">
      <w:pPr>
        <w:spacing w:after="0"/>
      </w:pPr>
      <w:proofErr w:type="gramStart"/>
      <w:r>
        <w:rPr>
          <w:rFonts w:ascii="Arial" w:hAnsi="Arial"/>
          <w:b/>
        </w:rPr>
        <w:t xml:space="preserve">Alice  </w:t>
      </w:r>
      <w:r>
        <w:rPr>
          <w:rFonts w:ascii="Arial" w:hAnsi="Arial"/>
          <w:color w:val="5D7284"/>
        </w:rPr>
        <w:t>01:46</w:t>
      </w:r>
      <w:proofErr w:type="gramEnd"/>
    </w:p>
    <w:p w14:paraId="2221C011" w14:textId="77777777" w:rsidR="00D7352B" w:rsidRDefault="00C90105">
      <w:pPr>
        <w:spacing w:after="0"/>
      </w:pPr>
      <w:r>
        <w:rPr>
          <w:rFonts w:ascii="Arial" w:hAnsi="Arial"/>
        </w:rPr>
        <w:lastRenderedPageBreak/>
        <w:t xml:space="preserve">We are! We are back. </w:t>
      </w:r>
      <w:proofErr w:type="gramStart"/>
      <w:r>
        <w:rPr>
          <w:rFonts w:ascii="Arial" w:hAnsi="Arial"/>
        </w:rPr>
        <w:t>I'm</w:t>
      </w:r>
      <w:proofErr w:type="gramEnd"/>
      <w:r>
        <w:rPr>
          <w:rFonts w:ascii="Arial" w:hAnsi="Arial"/>
        </w:rPr>
        <w:t xml:space="preserve"> sure you guys are really pleased. [laughs] We are back today with jasmine Leslie, </w:t>
      </w:r>
      <w:proofErr w:type="gramStart"/>
      <w:r>
        <w:rPr>
          <w:rFonts w:ascii="Arial" w:hAnsi="Arial"/>
        </w:rPr>
        <w:t>who's</w:t>
      </w:r>
      <w:proofErr w:type="gramEnd"/>
      <w:r>
        <w:rPr>
          <w:rFonts w:ascii="Arial" w:hAnsi="Arial"/>
        </w:rPr>
        <w:t xml:space="preserve"> here to talk to us a little bit about her life with arthritis and the one of the campaigns that she's working on with the Versus Arthritis orga</w:t>
      </w:r>
      <w:r>
        <w:rPr>
          <w:rFonts w:ascii="Arial" w:hAnsi="Arial"/>
        </w:rPr>
        <w:t xml:space="preserve">nisation. So, Jasmine, do you want to introduce yourself and just tell us a little bit about you? </w:t>
      </w:r>
    </w:p>
    <w:p w14:paraId="03D21589" w14:textId="77777777" w:rsidR="00D7352B" w:rsidRDefault="00D7352B">
      <w:pPr>
        <w:spacing w:after="0"/>
      </w:pPr>
    </w:p>
    <w:p w14:paraId="2D90D594" w14:textId="77777777" w:rsidR="00D7352B" w:rsidRDefault="00C90105">
      <w:pPr>
        <w:spacing w:after="0"/>
      </w:pPr>
      <w:proofErr w:type="gramStart"/>
      <w:r>
        <w:rPr>
          <w:rFonts w:ascii="Arial" w:hAnsi="Arial"/>
          <w:b/>
        </w:rPr>
        <w:t xml:space="preserve">Jasmine  </w:t>
      </w:r>
      <w:r>
        <w:rPr>
          <w:rFonts w:ascii="Arial" w:hAnsi="Arial"/>
          <w:color w:val="5D7284"/>
        </w:rPr>
        <w:t>02:11</w:t>
      </w:r>
      <w:proofErr w:type="gramEnd"/>
    </w:p>
    <w:p w14:paraId="285E5A12" w14:textId="77777777" w:rsidR="00D7352B" w:rsidRDefault="00C90105">
      <w:pPr>
        <w:spacing w:after="0"/>
      </w:pPr>
      <w:r>
        <w:rPr>
          <w:rFonts w:ascii="Arial" w:hAnsi="Arial"/>
        </w:rPr>
        <w:t xml:space="preserve">Yeah, sure. Um. Hi, yeah, </w:t>
      </w:r>
      <w:proofErr w:type="gramStart"/>
      <w:r>
        <w:rPr>
          <w:rFonts w:ascii="Arial" w:hAnsi="Arial"/>
        </w:rPr>
        <w:t>I'm</w:t>
      </w:r>
      <w:proofErr w:type="gramEnd"/>
      <w:r>
        <w:rPr>
          <w:rFonts w:ascii="Arial" w:hAnsi="Arial"/>
        </w:rPr>
        <w:t xml:space="preserve"> Jasmine. </w:t>
      </w:r>
      <w:proofErr w:type="gramStart"/>
      <w:r>
        <w:rPr>
          <w:rFonts w:ascii="Arial" w:hAnsi="Arial"/>
        </w:rPr>
        <w:t>I'm</w:t>
      </w:r>
      <w:proofErr w:type="gramEnd"/>
      <w:r>
        <w:rPr>
          <w:rFonts w:ascii="Arial" w:hAnsi="Arial"/>
        </w:rPr>
        <w:t xml:space="preserve"> 17. And I was diagnosed with juvenile arthritis when I was seven. So </w:t>
      </w:r>
      <w:proofErr w:type="gramStart"/>
      <w:r>
        <w:rPr>
          <w:rFonts w:ascii="Arial" w:hAnsi="Arial"/>
        </w:rPr>
        <w:t>I've</w:t>
      </w:r>
      <w:proofErr w:type="gramEnd"/>
      <w:r>
        <w:rPr>
          <w:rFonts w:ascii="Arial" w:hAnsi="Arial"/>
        </w:rPr>
        <w:t xml:space="preserve"> had the condition for qu</w:t>
      </w:r>
      <w:r>
        <w:rPr>
          <w:rFonts w:ascii="Arial" w:hAnsi="Arial"/>
        </w:rPr>
        <w:t xml:space="preserve">ite a while now. So I know. </w:t>
      </w:r>
      <w:proofErr w:type="gramStart"/>
      <w:r>
        <w:rPr>
          <w:rFonts w:ascii="Arial" w:hAnsi="Arial"/>
        </w:rPr>
        <w:t>I've</w:t>
      </w:r>
      <w:proofErr w:type="gramEnd"/>
      <w:r>
        <w:rPr>
          <w:rFonts w:ascii="Arial" w:hAnsi="Arial"/>
        </w:rPr>
        <w:t xml:space="preserve"> gone through everything with it. </w:t>
      </w:r>
      <w:proofErr w:type="gramStart"/>
      <w:r>
        <w:rPr>
          <w:rFonts w:ascii="Arial" w:hAnsi="Arial"/>
        </w:rPr>
        <w:t>It's</w:t>
      </w:r>
      <w:proofErr w:type="gramEnd"/>
      <w:r>
        <w:rPr>
          <w:rFonts w:ascii="Arial" w:hAnsi="Arial"/>
        </w:rPr>
        <w:t xml:space="preserve"> a big part of me. Yeah. And </w:t>
      </w:r>
      <w:proofErr w:type="gramStart"/>
      <w:r>
        <w:rPr>
          <w:rFonts w:ascii="Arial" w:hAnsi="Arial"/>
        </w:rPr>
        <w:t>I'm</w:t>
      </w:r>
      <w:proofErr w:type="gramEnd"/>
      <w:r>
        <w:rPr>
          <w:rFonts w:ascii="Arial" w:hAnsi="Arial"/>
        </w:rPr>
        <w:t xml:space="preserve"> studying my A Levels at the moment. </w:t>
      </w:r>
      <w:proofErr w:type="gramStart"/>
      <w:r>
        <w:rPr>
          <w:rFonts w:ascii="Arial" w:hAnsi="Arial"/>
        </w:rPr>
        <w:t>I'm</w:t>
      </w:r>
      <w:proofErr w:type="gramEnd"/>
      <w:r>
        <w:rPr>
          <w:rFonts w:ascii="Arial" w:hAnsi="Arial"/>
        </w:rPr>
        <w:t xml:space="preserve"> doing </w:t>
      </w:r>
      <w:proofErr w:type="spellStart"/>
      <w:r>
        <w:rPr>
          <w:rFonts w:ascii="Arial" w:hAnsi="Arial"/>
        </w:rPr>
        <w:t>maths</w:t>
      </w:r>
      <w:proofErr w:type="spellEnd"/>
      <w:r>
        <w:rPr>
          <w:rFonts w:ascii="Arial" w:hAnsi="Arial"/>
        </w:rPr>
        <w:t xml:space="preserve">, physics and biology, which is quite stressful, actually. But yeah, </w:t>
      </w:r>
      <w:proofErr w:type="gramStart"/>
      <w:r>
        <w:rPr>
          <w:rFonts w:ascii="Arial" w:hAnsi="Arial"/>
        </w:rPr>
        <w:t>it's</w:t>
      </w:r>
      <w:proofErr w:type="gramEnd"/>
      <w:r>
        <w:rPr>
          <w:rFonts w:ascii="Arial" w:hAnsi="Arial"/>
        </w:rPr>
        <w:t xml:space="preserve"> all good. Really good.</w:t>
      </w:r>
    </w:p>
    <w:p w14:paraId="46B22D12" w14:textId="77777777" w:rsidR="00D7352B" w:rsidRDefault="00D7352B">
      <w:pPr>
        <w:spacing w:after="0"/>
      </w:pPr>
    </w:p>
    <w:p w14:paraId="3C77DEC9" w14:textId="77777777" w:rsidR="00D7352B" w:rsidRDefault="00C90105">
      <w:pPr>
        <w:spacing w:after="0"/>
      </w:pPr>
      <w:proofErr w:type="gramStart"/>
      <w:r>
        <w:rPr>
          <w:rFonts w:ascii="Arial" w:hAnsi="Arial"/>
          <w:b/>
        </w:rPr>
        <w:t>Alic</w:t>
      </w:r>
      <w:r>
        <w:rPr>
          <w:rFonts w:ascii="Arial" w:hAnsi="Arial"/>
          <w:b/>
        </w:rPr>
        <w:t xml:space="preserve">e  </w:t>
      </w:r>
      <w:r>
        <w:rPr>
          <w:rFonts w:ascii="Arial" w:hAnsi="Arial"/>
          <w:color w:val="5D7284"/>
        </w:rPr>
        <w:t>02:37</w:t>
      </w:r>
      <w:proofErr w:type="gramEnd"/>
    </w:p>
    <w:p w14:paraId="5DAA974A" w14:textId="77777777" w:rsidR="00D7352B" w:rsidRDefault="00C90105">
      <w:pPr>
        <w:spacing w:after="0"/>
      </w:pPr>
      <w:r>
        <w:rPr>
          <w:rFonts w:ascii="Arial" w:hAnsi="Arial"/>
        </w:rPr>
        <w:t xml:space="preserve">Yeah, that, I </w:t>
      </w:r>
      <w:proofErr w:type="gramStart"/>
      <w:r>
        <w:rPr>
          <w:rFonts w:ascii="Arial" w:hAnsi="Arial"/>
        </w:rPr>
        <w:t>can't</w:t>
      </w:r>
      <w:proofErr w:type="gramEnd"/>
      <w:r>
        <w:rPr>
          <w:rFonts w:ascii="Arial" w:hAnsi="Arial"/>
        </w:rPr>
        <w:t xml:space="preserve"> imagine now is - I, when I did my A Levels, what feels like a million </w:t>
      </w:r>
      <w:proofErr w:type="spellStart"/>
      <w:r>
        <w:rPr>
          <w:rFonts w:ascii="Arial" w:hAnsi="Arial"/>
        </w:rPr>
        <w:t>million</w:t>
      </w:r>
      <w:proofErr w:type="spellEnd"/>
      <w:r>
        <w:rPr>
          <w:rFonts w:ascii="Arial" w:hAnsi="Arial"/>
        </w:rPr>
        <w:t xml:space="preserve"> years ago, cause I'm so old, like, it was stressful enough, just that trying to, I imagine do that with COVID, and then also, you know, with a condit</w:t>
      </w:r>
      <w:r>
        <w:rPr>
          <w:rFonts w:ascii="Arial" w:hAnsi="Arial"/>
        </w:rPr>
        <w:t>ion like arthritis, it must be, must be just all the things at once.</w:t>
      </w:r>
    </w:p>
    <w:p w14:paraId="747ADCA7" w14:textId="77777777" w:rsidR="00D7352B" w:rsidRDefault="00D7352B">
      <w:pPr>
        <w:spacing w:after="0"/>
      </w:pPr>
    </w:p>
    <w:p w14:paraId="286FECA7" w14:textId="77777777" w:rsidR="00D7352B" w:rsidRDefault="00C90105">
      <w:pPr>
        <w:spacing w:after="0"/>
      </w:pPr>
      <w:proofErr w:type="gramStart"/>
      <w:r>
        <w:rPr>
          <w:rFonts w:ascii="Arial" w:hAnsi="Arial"/>
          <w:b/>
        </w:rPr>
        <w:t xml:space="preserve">Jasmine  </w:t>
      </w:r>
      <w:r>
        <w:rPr>
          <w:rFonts w:ascii="Arial" w:hAnsi="Arial"/>
          <w:color w:val="5D7284"/>
        </w:rPr>
        <w:t>03:01</w:t>
      </w:r>
      <w:proofErr w:type="gramEnd"/>
    </w:p>
    <w:p w14:paraId="68D6916A" w14:textId="77777777" w:rsidR="00D7352B" w:rsidRDefault="00C90105">
      <w:pPr>
        <w:spacing w:after="0"/>
      </w:pPr>
      <w:r>
        <w:rPr>
          <w:rFonts w:ascii="Arial" w:hAnsi="Arial"/>
        </w:rPr>
        <w:t xml:space="preserve">Yeah, it really is. With my GCSE's as well, I </w:t>
      </w:r>
      <w:proofErr w:type="gramStart"/>
      <w:r>
        <w:rPr>
          <w:rFonts w:ascii="Arial" w:hAnsi="Arial"/>
        </w:rPr>
        <w:t>actually did</w:t>
      </w:r>
      <w:proofErr w:type="gramEnd"/>
      <w:r>
        <w:rPr>
          <w:rFonts w:ascii="Arial" w:hAnsi="Arial"/>
        </w:rPr>
        <w:t xml:space="preserve"> the exams, which it was really stressful time for, for me, which made my arthritis completely flare during the t</w:t>
      </w:r>
      <w:r>
        <w:rPr>
          <w:rFonts w:ascii="Arial" w:hAnsi="Arial"/>
        </w:rPr>
        <w:t xml:space="preserve">ime, which just makes it a whole </w:t>
      </w:r>
      <w:proofErr w:type="spellStart"/>
      <w:r>
        <w:rPr>
          <w:rFonts w:ascii="Arial" w:hAnsi="Arial"/>
        </w:rPr>
        <w:t>nother</w:t>
      </w:r>
      <w:proofErr w:type="spellEnd"/>
      <w:r>
        <w:rPr>
          <w:rFonts w:ascii="Arial" w:hAnsi="Arial"/>
        </w:rPr>
        <w:t xml:space="preserve"> level of difficult than what it should already be. So then now with it being with COVID as well then, at least I've done it before with my </w:t>
      </w:r>
      <w:proofErr w:type="gramStart"/>
      <w:r>
        <w:rPr>
          <w:rFonts w:ascii="Arial" w:hAnsi="Arial"/>
        </w:rPr>
        <w:t>GCSEs</w:t>
      </w:r>
      <w:proofErr w:type="gramEnd"/>
      <w:r>
        <w:rPr>
          <w:rFonts w:ascii="Arial" w:hAnsi="Arial"/>
        </w:rPr>
        <w:t xml:space="preserve"> but it has it's a completely different situation again, trying to get u</w:t>
      </w:r>
      <w:r>
        <w:rPr>
          <w:rFonts w:ascii="Arial" w:hAnsi="Arial"/>
        </w:rPr>
        <w:t xml:space="preserve">sed to doing even more exams at the moment trying to get the teacher assessed grades and everything. It's just it's a stressful situation at the moment but it will be overseen </w:t>
      </w:r>
      <w:proofErr w:type="gramStart"/>
      <w:r>
        <w:rPr>
          <w:rFonts w:ascii="Arial" w:hAnsi="Arial"/>
        </w:rPr>
        <w:t>hopefully</w:t>
      </w:r>
      <w:proofErr w:type="gramEnd"/>
    </w:p>
    <w:p w14:paraId="0A958C0B" w14:textId="77777777" w:rsidR="00D7352B" w:rsidRDefault="00D7352B">
      <w:pPr>
        <w:spacing w:after="0"/>
      </w:pPr>
    </w:p>
    <w:p w14:paraId="262A3121" w14:textId="77777777" w:rsidR="00D7352B" w:rsidRDefault="00C90105">
      <w:pPr>
        <w:spacing w:after="0"/>
      </w:pPr>
      <w:proofErr w:type="gramStart"/>
      <w:r>
        <w:rPr>
          <w:rFonts w:ascii="Arial" w:hAnsi="Arial"/>
          <w:b/>
        </w:rPr>
        <w:t xml:space="preserve">Lucy  </w:t>
      </w:r>
      <w:r>
        <w:rPr>
          <w:rFonts w:ascii="Arial" w:hAnsi="Arial"/>
          <w:color w:val="5D7284"/>
        </w:rPr>
        <w:t>03:40</w:t>
      </w:r>
      <w:proofErr w:type="gramEnd"/>
    </w:p>
    <w:p w14:paraId="3BAB7C21" w14:textId="77777777" w:rsidR="00D7352B" w:rsidRDefault="00C90105">
      <w:pPr>
        <w:spacing w:after="0"/>
      </w:pPr>
      <w:r>
        <w:rPr>
          <w:rFonts w:ascii="Arial" w:hAnsi="Arial"/>
        </w:rPr>
        <w:t>So Jasmine, does umm, does things like stress and, what k</w:t>
      </w:r>
      <w:r>
        <w:rPr>
          <w:rFonts w:ascii="Arial" w:hAnsi="Arial"/>
        </w:rPr>
        <w:t>inds of things affect your arthritis and make it worse. What things is there anything really that eases your symptoms with the arthritis?</w:t>
      </w:r>
    </w:p>
    <w:p w14:paraId="3CC5E038" w14:textId="77777777" w:rsidR="00D7352B" w:rsidRDefault="00D7352B">
      <w:pPr>
        <w:spacing w:after="0"/>
      </w:pPr>
    </w:p>
    <w:p w14:paraId="0E37A335" w14:textId="77777777" w:rsidR="00D7352B" w:rsidRDefault="00C90105">
      <w:pPr>
        <w:spacing w:after="0"/>
      </w:pPr>
      <w:proofErr w:type="gramStart"/>
      <w:r>
        <w:rPr>
          <w:rFonts w:ascii="Arial" w:hAnsi="Arial"/>
          <w:b/>
        </w:rPr>
        <w:t xml:space="preserve">Jasmine  </w:t>
      </w:r>
      <w:r>
        <w:rPr>
          <w:rFonts w:ascii="Arial" w:hAnsi="Arial"/>
          <w:color w:val="5D7284"/>
        </w:rPr>
        <w:t>03:55</w:t>
      </w:r>
      <w:proofErr w:type="gramEnd"/>
    </w:p>
    <w:p w14:paraId="077CDA16" w14:textId="77777777" w:rsidR="00D7352B" w:rsidRDefault="00C90105">
      <w:pPr>
        <w:spacing w:after="0"/>
      </w:pPr>
      <w:r>
        <w:rPr>
          <w:rFonts w:ascii="Arial" w:hAnsi="Arial"/>
        </w:rPr>
        <w:t xml:space="preserve">Yes, so </w:t>
      </w:r>
      <w:proofErr w:type="gramStart"/>
      <w:r>
        <w:rPr>
          <w:rFonts w:ascii="Arial" w:hAnsi="Arial"/>
        </w:rPr>
        <w:t>I've</w:t>
      </w:r>
      <w:proofErr w:type="gramEnd"/>
      <w:r>
        <w:rPr>
          <w:rFonts w:ascii="Arial" w:hAnsi="Arial"/>
        </w:rPr>
        <w:t xml:space="preserve"> definitely found that stress has really impacted my arthritis whenever I'm in a </w:t>
      </w:r>
      <w:r>
        <w:rPr>
          <w:rFonts w:ascii="Arial" w:hAnsi="Arial"/>
        </w:rPr>
        <w:t xml:space="preserve">stressful situation like my exams or revision then my arthritis flares, which then obviously makes me more stressed because I'm having to go to hospital and missing school. And then </w:t>
      </w:r>
      <w:proofErr w:type="gramStart"/>
      <w:r>
        <w:rPr>
          <w:rFonts w:ascii="Arial" w:hAnsi="Arial"/>
        </w:rPr>
        <w:t>it's</w:t>
      </w:r>
      <w:proofErr w:type="gramEnd"/>
      <w:r>
        <w:rPr>
          <w:rFonts w:ascii="Arial" w:hAnsi="Arial"/>
        </w:rPr>
        <w:t xml:space="preserve"> just everything at once. And </w:t>
      </w:r>
      <w:proofErr w:type="gramStart"/>
      <w:r>
        <w:rPr>
          <w:rFonts w:ascii="Arial" w:hAnsi="Arial"/>
        </w:rPr>
        <w:t>it's</w:t>
      </w:r>
      <w:proofErr w:type="gramEnd"/>
      <w:r>
        <w:rPr>
          <w:rFonts w:ascii="Arial" w:hAnsi="Arial"/>
        </w:rPr>
        <w:t xml:space="preserve"> kind of a vicious cycle when it com</w:t>
      </w:r>
      <w:r>
        <w:rPr>
          <w:rFonts w:ascii="Arial" w:hAnsi="Arial"/>
        </w:rPr>
        <w:t xml:space="preserve">es to stress and my arthritis. Also things like the weather and like anything, exercise sometimes triggers it, sometimes helps it </w:t>
      </w:r>
      <w:proofErr w:type="gramStart"/>
      <w:r>
        <w:rPr>
          <w:rFonts w:ascii="Arial" w:hAnsi="Arial"/>
        </w:rPr>
        <w:t>it's</w:t>
      </w:r>
      <w:proofErr w:type="gramEnd"/>
      <w:r>
        <w:rPr>
          <w:rFonts w:ascii="Arial" w:hAnsi="Arial"/>
        </w:rPr>
        <w:t xml:space="preserve"> really that's the thing with arthritis that people don't seem to understand is that one minute, it's completely fine with</w:t>
      </w:r>
      <w:r>
        <w:rPr>
          <w:rFonts w:ascii="Arial" w:hAnsi="Arial"/>
        </w:rPr>
        <w:t xml:space="preserve"> something you're doing and then the next minute it flares and everything's really bad and it's so unpredictable. I think people don't realise that the condition fluctuates so much that like as it does one </w:t>
      </w:r>
      <w:proofErr w:type="spellStart"/>
      <w:r>
        <w:rPr>
          <w:rFonts w:ascii="Arial" w:hAnsi="Arial"/>
        </w:rPr>
        <w:t>one</w:t>
      </w:r>
      <w:proofErr w:type="spellEnd"/>
      <w:r>
        <w:rPr>
          <w:rFonts w:ascii="Arial" w:hAnsi="Arial"/>
        </w:rPr>
        <w:t xml:space="preserve"> </w:t>
      </w:r>
      <w:proofErr w:type="gramStart"/>
      <w:r>
        <w:rPr>
          <w:rFonts w:ascii="Arial" w:hAnsi="Arial"/>
        </w:rPr>
        <w:t>week</w:t>
      </w:r>
      <w:proofErr w:type="gramEnd"/>
      <w:r>
        <w:rPr>
          <w:rFonts w:ascii="Arial" w:hAnsi="Arial"/>
        </w:rPr>
        <w:t xml:space="preserve"> I can be completely fine. I do. I </w:t>
      </w:r>
      <w:proofErr w:type="gramStart"/>
      <w:r>
        <w:rPr>
          <w:rFonts w:ascii="Arial" w:hAnsi="Arial"/>
        </w:rPr>
        <w:t>actuall</w:t>
      </w:r>
      <w:r>
        <w:rPr>
          <w:rFonts w:ascii="Arial" w:hAnsi="Arial"/>
        </w:rPr>
        <w:t>y do</w:t>
      </w:r>
      <w:proofErr w:type="gramEnd"/>
      <w:r>
        <w:rPr>
          <w:rFonts w:ascii="Arial" w:hAnsi="Arial"/>
        </w:rPr>
        <w:t xml:space="preserve">, performing so I perform on stage, I do the school shows, performing in shows like Greece and Like Little Shop of Horrors and stuff, but then the week after it's really impacted my arthritis. And if people </w:t>
      </w:r>
      <w:proofErr w:type="gramStart"/>
      <w:r>
        <w:rPr>
          <w:rFonts w:ascii="Arial" w:hAnsi="Arial"/>
        </w:rPr>
        <w:t>don't</w:t>
      </w:r>
      <w:proofErr w:type="gramEnd"/>
      <w:r>
        <w:rPr>
          <w:rFonts w:ascii="Arial" w:hAnsi="Arial"/>
        </w:rPr>
        <w:t xml:space="preserve"> see that, because I've been performing </w:t>
      </w:r>
      <w:r>
        <w:rPr>
          <w:rFonts w:ascii="Arial" w:hAnsi="Arial"/>
        </w:rPr>
        <w:t xml:space="preserve">one week and dancing and singing and looking really happy, because that's what I want to do. Then the next week, </w:t>
      </w:r>
      <w:proofErr w:type="gramStart"/>
      <w:r>
        <w:rPr>
          <w:rFonts w:ascii="Arial" w:hAnsi="Arial"/>
        </w:rPr>
        <w:t>I'm</w:t>
      </w:r>
      <w:proofErr w:type="gramEnd"/>
      <w:r>
        <w:rPr>
          <w:rFonts w:ascii="Arial" w:hAnsi="Arial"/>
        </w:rPr>
        <w:t xml:space="preserve"> really, really struggling with it. Because </w:t>
      </w:r>
      <w:proofErr w:type="gramStart"/>
      <w:r>
        <w:rPr>
          <w:rFonts w:ascii="Arial" w:hAnsi="Arial"/>
        </w:rPr>
        <w:t>I've</w:t>
      </w:r>
      <w:proofErr w:type="gramEnd"/>
      <w:r>
        <w:rPr>
          <w:rFonts w:ascii="Arial" w:hAnsi="Arial"/>
        </w:rPr>
        <w:t xml:space="preserve"> gone through all of that, for my own enjoyment.</w:t>
      </w:r>
    </w:p>
    <w:p w14:paraId="5BC72973" w14:textId="77777777" w:rsidR="00D7352B" w:rsidRDefault="00D7352B">
      <w:pPr>
        <w:spacing w:after="0"/>
      </w:pPr>
    </w:p>
    <w:p w14:paraId="028E081C" w14:textId="77777777" w:rsidR="00D7352B" w:rsidRDefault="00C90105">
      <w:pPr>
        <w:spacing w:after="0"/>
      </w:pPr>
      <w:proofErr w:type="gramStart"/>
      <w:r>
        <w:rPr>
          <w:rFonts w:ascii="Arial" w:hAnsi="Arial"/>
          <w:b/>
        </w:rPr>
        <w:t xml:space="preserve">Lucy  </w:t>
      </w:r>
      <w:r>
        <w:rPr>
          <w:rFonts w:ascii="Arial" w:hAnsi="Arial"/>
          <w:color w:val="5D7284"/>
        </w:rPr>
        <w:t>05:25</w:t>
      </w:r>
      <w:proofErr w:type="gramEnd"/>
    </w:p>
    <w:p w14:paraId="1DD9B9CB" w14:textId="77777777" w:rsidR="00D7352B" w:rsidRDefault="00C90105">
      <w:pPr>
        <w:spacing w:after="0"/>
      </w:pPr>
      <w:r>
        <w:rPr>
          <w:rFonts w:ascii="Arial" w:hAnsi="Arial"/>
        </w:rPr>
        <w:lastRenderedPageBreak/>
        <w:t xml:space="preserve">It's kind of </w:t>
      </w:r>
      <w:proofErr w:type="gramStart"/>
      <w:r>
        <w:rPr>
          <w:rFonts w:ascii="Arial" w:hAnsi="Arial"/>
        </w:rPr>
        <w:t>it's</w:t>
      </w:r>
      <w:proofErr w:type="gramEnd"/>
      <w:r>
        <w:rPr>
          <w:rFonts w:ascii="Arial" w:hAnsi="Arial"/>
        </w:rPr>
        <w:t xml:space="preserve"> kind of like</w:t>
      </w:r>
      <w:r>
        <w:rPr>
          <w:rFonts w:ascii="Arial" w:hAnsi="Arial"/>
        </w:rPr>
        <w:t xml:space="preserve">, I suppose, do you know that you're going to sort of, you're going to pay for it almost? When, when </w:t>
      </w:r>
      <w:proofErr w:type="gramStart"/>
      <w:r>
        <w:rPr>
          <w:rFonts w:ascii="Arial" w:hAnsi="Arial"/>
        </w:rPr>
        <w:t>you're</w:t>
      </w:r>
      <w:proofErr w:type="gramEnd"/>
      <w:r>
        <w:rPr>
          <w:rFonts w:ascii="Arial" w:hAnsi="Arial"/>
        </w:rPr>
        <w:t xml:space="preserve"> on stage?</w:t>
      </w:r>
    </w:p>
    <w:p w14:paraId="44B96D40" w14:textId="77777777" w:rsidR="00D7352B" w:rsidRDefault="00D7352B">
      <w:pPr>
        <w:spacing w:after="0"/>
      </w:pPr>
    </w:p>
    <w:p w14:paraId="18A10C31" w14:textId="77777777" w:rsidR="00D7352B" w:rsidRDefault="00C90105">
      <w:pPr>
        <w:spacing w:after="0"/>
      </w:pPr>
      <w:proofErr w:type="gramStart"/>
      <w:r>
        <w:rPr>
          <w:rFonts w:ascii="Arial" w:hAnsi="Arial"/>
          <w:b/>
        </w:rPr>
        <w:t xml:space="preserve">Jasmine  </w:t>
      </w:r>
      <w:r>
        <w:rPr>
          <w:rFonts w:ascii="Arial" w:hAnsi="Arial"/>
          <w:color w:val="5D7284"/>
        </w:rPr>
        <w:t>05:33</w:t>
      </w:r>
      <w:proofErr w:type="gramEnd"/>
    </w:p>
    <w:p w14:paraId="755D6267" w14:textId="77777777" w:rsidR="00D7352B" w:rsidRDefault="00C90105">
      <w:pPr>
        <w:spacing w:after="0"/>
      </w:pPr>
      <w:r>
        <w:rPr>
          <w:rFonts w:ascii="Arial" w:hAnsi="Arial"/>
        </w:rPr>
        <w:t xml:space="preserve">Yeah </w:t>
      </w:r>
    </w:p>
    <w:p w14:paraId="1A9508E0" w14:textId="77777777" w:rsidR="00D7352B" w:rsidRDefault="00D7352B">
      <w:pPr>
        <w:spacing w:after="0"/>
      </w:pPr>
    </w:p>
    <w:p w14:paraId="62822BCD" w14:textId="77777777" w:rsidR="00D7352B" w:rsidRDefault="00C90105">
      <w:pPr>
        <w:spacing w:after="0"/>
      </w:pPr>
      <w:proofErr w:type="gramStart"/>
      <w:r>
        <w:rPr>
          <w:rFonts w:ascii="Arial" w:hAnsi="Arial"/>
          <w:b/>
        </w:rPr>
        <w:t xml:space="preserve">Lucy  </w:t>
      </w:r>
      <w:r>
        <w:rPr>
          <w:rFonts w:ascii="Arial" w:hAnsi="Arial"/>
          <w:color w:val="5D7284"/>
        </w:rPr>
        <w:t>05:34</w:t>
      </w:r>
      <w:proofErr w:type="gramEnd"/>
    </w:p>
    <w:p w14:paraId="36D73AAE" w14:textId="77777777" w:rsidR="00D7352B" w:rsidRDefault="00C90105">
      <w:pPr>
        <w:spacing w:after="0"/>
      </w:pPr>
      <w:r>
        <w:rPr>
          <w:rFonts w:ascii="Arial" w:hAnsi="Arial"/>
        </w:rPr>
        <w:t xml:space="preserve">Do you think I know, I'm going to pay for this next week, but I'm </w:t>
      </w:r>
      <w:proofErr w:type="spellStart"/>
      <w:r>
        <w:rPr>
          <w:rFonts w:ascii="Arial" w:hAnsi="Arial"/>
        </w:rPr>
        <w:t>gonna</w:t>
      </w:r>
      <w:proofErr w:type="spellEnd"/>
      <w:r>
        <w:rPr>
          <w:rFonts w:ascii="Arial" w:hAnsi="Arial"/>
        </w:rPr>
        <w:t xml:space="preserve"> do it </w:t>
      </w:r>
      <w:proofErr w:type="gramStart"/>
      <w:r>
        <w:rPr>
          <w:rFonts w:ascii="Arial" w:hAnsi="Arial"/>
        </w:rPr>
        <w:t>anyway.</w:t>
      </w:r>
      <w:proofErr w:type="gramEnd"/>
    </w:p>
    <w:p w14:paraId="79F2EB91" w14:textId="77777777" w:rsidR="00D7352B" w:rsidRDefault="00D7352B">
      <w:pPr>
        <w:spacing w:after="0"/>
      </w:pPr>
    </w:p>
    <w:p w14:paraId="77440904" w14:textId="77777777" w:rsidR="00D7352B" w:rsidRDefault="00C90105">
      <w:pPr>
        <w:spacing w:after="0"/>
      </w:pPr>
      <w:proofErr w:type="gramStart"/>
      <w:r>
        <w:rPr>
          <w:rFonts w:ascii="Arial" w:hAnsi="Arial"/>
          <w:b/>
        </w:rPr>
        <w:t xml:space="preserve">Jasmine  </w:t>
      </w:r>
      <w:r>
        <w:rPr>
          <w:rFonts w:ascii="Arial" w:hAnsi="Arial"/>
          <w:color w:val="5D7284"/>
        </w:rPr>
        <w:t>05:38</w:t>
      </w:r>
      <w:proofErr w:type="gramEnd"/>
    </w:p>
    <w:p w14:paraId="081ADBA9" w14:textId="77777777" w:rsidR="00D7352B" w:rsidRDefault="00C90105">
      <w:pPr>
        <w:spacing w:after="0"/>
      </w:pPr>
      <w:proofErr w:type="gramStart"/>
      <w:r>
        <w:rPr>
          <w:rFonts w:ascii="Arial" w:hAnsi="Arial"/>
        </w:rPr>
        <w:t>Definitely I</w:t>
      </w:r>
      <w:proofErr w:type="gramEnd"/>
      <w:r>
        <w:rPr>
          <w:rFonts w:ascii="Arial" w:hAnsi="Arial"/>
        </w:rPr>
        <w:t xml:space="preserve"> go into the week of like, performance, upping my pain medication and like, just to get through it, because I'm not </w:t>
      </w:r>
      <w:proofErr w:type="spellStart"/>
      <w:r>
        <w:rPr>
          <w:rFonts w:ascii="Arial" w:hAnsi="Arial"/>
        </w:rPr>
        <w:t>gonna</w:t>
      </w:r>
      <w:proofErr w:type="spellEnd"/>
      <w:r>
        <w:rPr>
          <w:rFonts w:ascii="Arial" w:hAnsi="Arial"/>
        </w:rPr>
        <w:t xml:space="preserve"> let it stop me from doing what I want to do, obviously, and I want to perform on stage, that's what I really enjoy doing. </w:t>
      </w:r>
      <w:r>
        <w:rPr>
          <w:rFonts w:ascii="Arial" w:hAnsi="Arial"/>
        </w:rPr>
        <w:t xml:space="preserve">So </w:t>
      </w:r>
      <w:proofErr w:type="gramStart"/>
      <w:r>
        <w:rPr>
          <w:rFonts w:ascii="Arial" w:hAnsi="Arial"/>
        </w:rPr>
        <w:t>I'm</w:t>
      </w:r>
      <w:proofErr w:type="gramEnd"/>
      <w:r>
        <w:rPr>
          <w:rFonts w:ascii="Arial" w:hAnsi="Arial"/>
        </w:rPr>
        <w:t xml:space="preserve"> not going to say that I can't do it just because I know that I'm going to suffer the next week. And then that's when people think that </w:t>
      </w:r>
      <w:proofErr w:type="gramStart"/>
      <w:r>
        <w:rPr>
          <w:rFonts w:ascii="Arial" w:hAnsi="Arial"/>
        </w:rPr>
        <w:t>you're</w:t>
      </w:r>
      <w:proofErr w:type="gramEnd"/>
      <w:r>
        <w:rPr>
          <w:rFonts w:ascii="Arial" w:hAnsi="Arial"/>
        </w:rPr>
        <w:t xml:space="preserve"> just faking it, you're just doing the things you want to do. And then acting like acting like </w:t>
      </w:r>
      <w:proofErr w:type="gramStart"/>
      <w:r>
        <w:rPr>
          <w:rFonts w:ascii="Arial" w:hAnsi="Arial"/>
        </w:rPr>
        <w:t>it's</w:t>
      </w:r>
      <w:proofErr w:type="gramEnd"/>
      <w:r>
        <w:rPr>
          <w:rFonts w:ascii="Arial" w:hAnsi="Arial"/>
        </w:rPr>
        <w:t xml:space="preserve"> really b</w:t>
      </w:r>
      <w:r>
        <w:rPr>
          <w:rFonts w:ascii="Arial" w:hAnsi="Arial"/>
        </w:rPr>
        <w:t xml:space="preserve">ad when the thing like the next week, like you're really suffering was with it. And </w:t>
      </w:r>
      <w:proofErr w:type="gramStart"/>
      <w:r>
        <w:rPr>
          <w:rFonts w:ascii="Arial" w:hAnsi="Arial"/>
        </w:rPr>
        <w:t>it's</w:t>
      </w:r>
      <w:proofErr w:type="gramEnd"/>
      <w:r>
        <w:rPr>
          <w:rFonts w:ascii="Arial" w:hAnsi="Arial"/>
        </w:rPr>
        <w:t>, it's not like that it's you do suffer from it.</w:t>
      </w:r>
    </w:p>
    <w:p w14:paraId="0969A9F4" w14:textId="77777777" w:rsidR="00D7352B" w:rsidRDefault="00D7352B">
      <w:pPr>
        <w:spacing w:after="0"/>
      </w:pPr>
    </w:p>
    <w:p w14:paraId="35A9BB06" w14:textId="77777777" w:rsidR="00D7352B" w:rsidRDefault="00C90105">
      <w:pPr>
        <w:spacing w:after="0"/>
      </w:pPr>
      <w:proofErr w:type="gramStart"/>
      <w:r>
        <w:rPr>
          <w:rFonts w:ascii="Arial" w:hAnsi="Arial"/>
          <w:b/>
        </w:rPr>
        <w:t xml:space="preserve">Lucy  </w:t>
      </w:r>
      <w:r>
        <w:rPr>
          <w:rFonts w:ascii="Arial" w:hAnsi="Arial"/>
          <w:color w:val="5D7284"/>
        </w:rPr>
        <w:t>06:18</w:t>
      </w:r>
      <w:proofErr w:type="gramEnd"/>
    </w:p>
    <w:p w14:paraId="4B78B6A9" w14:textId="77777777" w:rsidR="00D7352B" w:rsidRDefault="00C90105">
      <w:pPr>
        <w:spacing w:after="0"/>
      </w:pPr>
      <w:r>
        <w:rPr>
          <w:rFonts w:ascii="Arial" w:hAnsi="Arial"/>
        </w:rPr>
        <w:t>Yeah</w:t>
      </w:r>
    </w:p>
    <w:p w14:paraId="7104574B" w14:textId="77777777" w:rsidR="00D7352B" w:rsidRDefault="00D7352B">
      <w:pPr>
        <w:spacing w:after="0"/>
      </w:pPr>
    </w:p>
    <w:p w14:paraId="4E95D9A6" w14:textId="77777777" w:rsidR="00D7352B" w:rsidRDefault="00C90105">
      <w:pPr>
        <w:spacing w:after="0"/>
      </w:pPr>
      <w:proofErr w:type="gramStart"/>
      <w:r>
        <w:rPr>
          <w:rFonts w:ascii="Arial" w:hAnsi="Arial"/>
          <w:b/>
        </w:rPr>
        <w:t xml:space="preserve">Alice  </w:t>
      </w:r>
      <w:r>
        <w:rPr>
          <w:rFonts w:ascii="Arial" w:hAnsi="Arial"/>
          <w:color w:val="5D7284"/>
        </w:rPr>
        <w:t>06:18</w:t>
      </w:r>
      <w:proofErr w:type="gramEnd"/>
    </w:p>
    <w:p w14:paraId="65CB8374" w14:textId="77777777" w:rsidR="00D7352B" w:rsidRDefault="00C90105">
      <w:pPr>
        <w:spacing w:after="0"/>
      </w:pPr>
      <w:r>
        <w:rPr>
          <w:rFonts w:ascii="Arial" w:hAnsi="Arial"/>
        </w:rPr>
        <w:t xml:space="preserve">I think </w:t>
      </w:r>
      <w:proofErr w:type="gramStart"/>
      <w:r>
        <w:rPr>
          <w:rFonts w:ascii="Arial" w:hAnsi="Arial"/>
        </w:rPr>
        <w:t>it's</w:t>
      </w:r>
      <w:proofErr w:type="gramEnd"/>
      <w:r>
        <w:rPr>
          <w:rFonts w:ascii="Arial" w:hAnsi="Arial"/>
        </w:rPr>
        <w:t xml:space="preserve"> probably quite an alien concept. For a lot of people who </w:t>
      </w:r>
      <w:proofErr w:type="gramStart"/>
      <w:r>
        <w:rPr>
          <w:rFonts w:ascii="Arial" w:hAnsi="Arial"/>
        </w:rPr>
        <w:t>don't</w:t>
      </w:r>
      <w:proofErr w:type="gramEnd"/>
      <w:r>
        <w:rPr>
          <w:rFonts w:ascii="Arial" w:hAnsi="Arial"/>
        </w:rPr>
        <w:t xml:space="preserve"> have pain, </w:t>
      </w:r>
      <w:r>
        <w:rPr>
          <w:rFonts w:ascii="Arial" w:hAnsi="Arial"/>
        </w:rPr>
        <w:t xml:space="preserve">or those kinds of issues, my condition I get, I get migraines, and they're very much brought on by sort of stress and overwork. So I will work myself, you know, </w:t>
      </w:r>
      <w:proofErr w:type="gramStart"/>
      <w:r>
        <w:rPr>
          <w:rFonts w:ascii="Arial" w:hAnsi="Arial"/>
        </w:rPr>
        <w:t>I've</w:t>
      </w:r>
      <w:proofErr w:type="gramEnd"/>
      <w:r>
        <w:rPr>
          <w:rFonts w:ascii="Arial" w:hAnsi="Arial"/>
        </w:rPr>
        <w:t xml:space="preserve"> had a really rough few weeks with my day job, I've been working a lot of overtime. And </w:t>
      </w:r>
      <w:proofErr w:type="gramStart"/>
      <w:r>
        <w:rPr>
          <w:rFonts w:ascii="Arial" w:hAnsi="Arial"/>
        </w:rPr>
        <w:t>I'v</w:t>
      </w:r>
      <w:r>
        <w:rPr>
          <w:rFonts w:ascii="Arial" w:hAnsi="Arial"/>
        </w:rPr>
        <w:t>e</w:t>
      </w:r>
      <w:proofErr w:type="gramEnd"/>
      <w:r>
        <w:rPr>
          <w:rFonts w:ascii="Arial" w:hAnsi="Arial"/>
        </w:rPr>
        <w:t xml:space="preserve"> pushed through for about three weeks and then, err, got my period and it was just like my body went Nope, this is too much can't do any more of this. And I just had to sit on the sofa for a week because I just, you know, I </w:t>
      </w:r>
      <w:proofErr w:type="gramStart"/>
      <w:r>
        <w:rPr>
          <w:rFonts w:ascii="Arial" w:hAnsi="Arial"/>
        </w:rPr>
        <w:t>couldn't</w:t>
      </w:r>
      <w:proofErr w:type="gramEnd"/>
      <w:r>
        <w:rPr>
          <w:rFonts w:ascii="Arial" w:hAnsi="Arial"/>
        </w:rPr>
        <w:t xml:space="preserve"> focus my eyes. My brai</w:t>
      </w:r>
      <w:r>
        <w:rPr>
          <w:rFonts w:ascii="Arial" w:hAnsi="Arial"/>
        </w:rPr>
        <w:t xml:space="preserve">n fog was </w:t>
      </w:r>
      <w:proofErr w:type="gramStart"/>
      <w:r>
        <w:rPr>
          <w:rFonts w:ascii="Arial" w:hAnsi="Arial"/>
        </w:rPr>
        <w:t>really bad</w:t>
      </w:r>
      <w:proofErr w:type="gramEnd"/>
      <w:r>
        <w:rPr>
          <w:rFonts w:ascii="Arial" w:hAnsi="Arial"/>
        </w:rPr>
        <w:t xml:space="preserve">. And </w:t>
      </w:r>
      <w:proofErr w:type="gramStart"/>
      <w:r>
        <w:rPr>
          <w:rFonts w:ascii="Arial" w:hAnsi="Arial"/>
        </w:rPr>
        <w:t>it's</w:t>
      </w:r>
      <w:proofErr w:type="gramEnd"/>
      <w:r>
        <w:rPr>
          <w:rFonts w:ascii="Arial" w:hAnsi="Arial"/>
        </w:rPr>
        <w:t xml:space="preserve">, you know, I think, my husband's wonderful and very caring and understanding. But I </w:t>
      </w:r>
      <w:proofErr w:type="gramStart"/>
      <w:r>
        <w:rPr>
          <w:rFonts w:ascii="Arial" w:hAnsi="Arial"/>
        </w:rPr>
        <w:t>don't</w:t>
      </w:r>
      <w:proofErr w:type="gramEnd"/>
      <w:r>
        <w:rPr>
          <w:rFonts w:ascii="Arial" w:hAnsi="Arial"/>
        </w:rPr>
        <w:t xml:space="preserve"> think he really appreciates the difference between trying to focus on responding to work emails and things like that. And sitting on th</w:t>
      </w:r>
      <w:r>
        <w:rPr>
          <w:rFonts w:ascii="Arial" w:hAnsi="Arial"/>
        </w:rPr>
        <w:t xml:space="preserve">e sofa drinking to watching Midsomer Murders is </w:t>
      </w:r>
      <w:proofErr w:type="gramStart"/>
      <w:r>
        <w:rPr>
          <w:rFonts w:ascii="Arial" w:hAnsi="Arial"/>
        </w:rPr>
        <w:t>it's</w:t>
      </w:r>
      <w:proofErr w:type="gramEnd"/>
      <w:r>
        <w:rPr>
          <w:rFonts w:ascii="Arial" w:hAnsi="Arial"/>
        </w:rPr>
        <w:t xml:space="preserve"> not the same!</w:t>
      </w:r>
    </w:p>
    <w:p w14:paraId="4B7EE44A" w14:textId="77777777" w:rsidR="00D7352B" w:rsidRDefault="00D7352B">
      <w:pPr>
        <w:spacing w:after="0"/>
      </w:pPr>
    </w:p>
    <w:p w14:paraId="5E08BAFB" w14:textId="77777777" w:rsidR="00D7352B" w:rsidRDefault="00C90105">
      <w:pPr>
        <w:spacing w:after="0"/>
      </w:pPr>
      <w:proofErr w:type="gramStart"/>
      <w:r>
        <w:rPr>
          <w:rFonts w:ascii="Arial" w:hAnsi="Arial"/>
          <w:b/>
        </w:rPr>
        <w:t xml:space="preserve">Lucy  </w:t>
      </w:r>
      <w:r>
        <w:rPr>
          <w:rFonts w:ascii="Arial" w:hAnsi="Arial"/>
          <w:color w:val="5D7284"/>
        </w:rPr>
        <w:t>07:21</w:t>
      </w:r>
      <w:proofErr w:type="gramEnd"/>
    </w:p>
    <w:p w14:paraId="0FFA0FB2" w14:textId="77777777" w:rsidR="00D7352B" w:rsidRDefault="00C90105">
      <w:pPr>
        <w:spacing w:after="0"/>
      </w:pPr>
      <w:r>
        <w:rPr>
          <w:rFonts w:ascii="Arial" w:hAnsi="Arial"/>
        </w:rPr>
        <w:t xml:space="preserve">I mean, I </w:t>
      </w:r>
      <w:proofErr w:type="spellStart"/>
      <w:r>
        <w:rPr>
          <w:rFonts w:ascii="Arial" w:hAnsi="Arial"/>
        </w:rPr>
        <w:t>I</w:t>
      </w:r>
      <w:proofErr w:type="spellEnd"/>
      <w:r>
        <w:rPr>
          <w:rFonts w:ascii="Arial" w:hAnsi="Arial"/>
        </w:rPr>
        <w:t xml:space="preserve"> have cerebral palsy. So my I am I am, I </w:t>
      </w:r>
      <w:proofErr w:type="gramStart"/>
      <w:r>
        <w:rPr>
          <w:rFonts w:ascii="Arial" w:hAnsi="Arial"/>
        </w:rPr>
        <w:t>haven't</w:t>
      </w:r>
      <w:proofErr w:type="gramEnd"/>
      <w:r>
        <w:rPr>
          <w:rFonts w:ascii="Arial" w:hAnsi="Arial"/>
        </w:rPr>
        <w:t xml:space="preserve"> got arthritis, but I am in some sort of level of pain all the time never goes away. I wake up with it. I go to bed w</w:t>
      </w:r>
      <w:r>
        <w:rPr>
          <w:rFonts w:ascii="Arial" w:hAnsi="Arial"/>
        </w:rPr>
        <w:t xml:space="preserve">ith it. </w:t>
      </w:r>
      <w:proofErr w:type="gramStart"/>
      <w:r>
        <w:rPr>
          <w:rFonts w:ascii="Arial" w:hAnsi="Arial"/>
        </w:rPr>
        <w:t>It's</w:t>
      </w:r>
      <w:proofErr w:type="gramEnd"/>
      <w:r>
        <w:rPr>
          <w:rFonts w:ascii="Arial" w:hAnsi="Arial"/>
        </w:rPr>
        <w:t xml:space="preserve"> there all the time. And there have been times where </w:t>
      </w:r>
      <w:proofErr w:type="gramStart"/>
      <w:r>
        <w:rPr>
          <w:rFonts w:ascii="Arial" w:hAnsi="Arial"/>
        </w:rPr>
        <w:t>I've</w:t>
      </w:r>
      <w:proofErr w:type="gramEnd"/>
      <w:r>
        <w:rPr>
          <w:rFonts w:ascii="Arial" w:hAnsi="Arial"/>
        </w:rPr>
        <w:t xml:space="preserve"> said to Alice, we can't record but - we can't record a podcast, for instance, late on in the evening, because I am. </w:t>
      </w:r>
      <w:proofErr w:type="gramStart"/>
      <w:r>
        <w:rPr>
          <w:rFonts w:ascii="Arial" w:hAnsi="Arial"/>
        </w:rPr>
        <w:t>I've</w:t>
      </w:r>
      <w:proofErr w:type="gramEnd"/>
      <w:r>
        <w:rPr>
          <w:rFonts w:ascii="Arial" w:hAnsi="Arial"/>
        </w:rPr>
        <w:t xml:space="preserve"> been in my chair all day. And by six o'clock, my body's going No,</w:t>
      </w:r>
      <w:r>
        <w:rPr>
          <w:rFonts w:ascii="Arial" w:hAnsi="Arial"/>
        </w:rPr>
        <w:t xml:space="preserve"> no, no </w:t>
      </w:r>
      <w:proofErr w:type="gramStart"/>
      <w:r>
        <w:rPr>
          <w:rFonts w:ascii="Arial" w:hAnsi="Arial"/>
        </w:rPr>
        <w:t>more</w:t>
      </w:r>
      <w:proofErr w:type="gramEnd"/>
      <w:r>
        <w:rPr>
          <w:rFonts w:ascii="Arial" w:hAnsi="Arial"/>
        </w:rPr>
        <w:t xml:space="preserve"> thank you, like - </w:t>
      </w:r>
    </w:p>
    <w:p w14:paraId="0738D158" w14:textId="77777777" w:rsidR="00D7352B" w:rsidRDefault="00D7352B">
      <w:pPr>
        <w:spacing w:after="0"/>
      </w:pPr>
    </w:p>
    <w:p w14:paraId="29C3E0DB" w14:textId="77777777" w:rsidR="00D7352B" w:rsidRDefault="00C90105">
      <w:pPr>
        <w:spacing w:after="0"/>
      </w:pPr>
      <w:proofErr w:type="gramStart"/>
      <w:r>
        <w:rPr>
          <w:rFonts w:ascii="Arial" w:hAnsi="Arial"/>
          <w:b/>
        </w:rPr>
        <w:t xml:space="preserve">Jasmine  </w:t>
      </w:r>
      <w:r>
        <w:rPr>
          <w:rFonts w:ascii="Arial" w:hAnsi="Arial"/>
          <w:color w:val="5D7284"/>
        </w:rPr>
        <w:t>07:53</w:t>
      </w:r>
      <w:proofErr w:type="gramEnd"/>
    </w:p>
    <w:p w14:paraId="5A95FAC3" w14:textId="77777777" w:rsidR="00D7352B" w:rsidRDefault="00C90105">
      <w:pPr>
        <w:spacing w:after="0"/>
      </w:pPr>
      <w:proofErr w:type="gramStart"/>
      <w:r>
        <w:rPr>
          <w:rFonts w:ascii="Arial" w:hAnsi="Arial"/>
        </w:rPr>
        <w:t>Yeah</w:t>
      </w:r>
      <w:proofErr w:type="gramEnd"/>
      <w:r>
        <w:rPr>
          <w:rFonts w:ascii="Arial" w:hAnsi="Arial"/>
        </w:rPr>
        <w:t xml:space="preserve"> I completely understand that. Yeah,</w:t>
      </w:r>
    </w:p>
    <w:p w14:paraId="46C1F670" w14:textId="77777777" w:rsidR="00D7352B" w:rsidRDefault="00D7352B">
      <w:pPr>
        <w:spacing w:after="0"/>
      </w:pPr>
    </w:p>
    <w:p w14:paraId="1A17FA3C" w14:textId="77777777" w:rsidR="00D7352B" w:rsidRDefault="00C90105">
      <w:pPr>
        <w:spacing w:after="0"/>
      </w:pPr>
      <w:proofErr w:type="gramStart"/>
      <w:r>
        <w:rPr>
          <w:rFonts w:ascii="Arial" w:hAnsi="Arial"/>
          <w:b/>
        </w:rPr>
        <w:t xml:space="preserve">Lucy  </w:t>
      </w:r>
      <w:r>
        <w:rPr>
          <w:rFonts w:ascii="Arial" w:hAnsi="Arial"/>
          <w:color w:val="5D7284"/>
        </w:rPr>
        <w:t>07:54</w:t>
      </w:r>
      <w:proofErr w:type="gramEnd"/>
    </w:p>
    <w:p w14:paraId="24E79795" w14:textId="77777777" w:rsidR="00D7352B" w:rsidRDefault="00C90105">
      <w:pPr>
        <w:spacing w:after="0"/>
      </w:pPr>
      <w:proofErr w:type="gramStart"/>
      <w:r>
        <w:rPr>
          <w:rFonts w:ascii="Arial" w:hAnsi="Arial"/>
        </w:rPr>
        <w:lastRenderedPageBreak/>
        <w:t>It's</w:t>
      </w:r>
      <w:proofErr w:type="gramEnd"/>
      <w:r>
        <w:rPr>
          <w:rFonts w:ascii="Arial" w:hAnsi="Arial"/>
        </w:rPr>
        <w:t xml:space="preserve"> like no, no, no, we're not doing this. And there are times where I do things. And I think this is </w:t>
      </w:r>
      <w:proofErr w:type="gramStart"/>
      <w:r>
        <w:rPr>
          <w:rFonts w:ascii="Arial" w:hAnsi="Arial"/>
        </w:rPr>
        <w:t>I'm</w:t>
      </w:r>
      <w:proofErr w:type="gramEnd"/>
      <w:r>
        <w:rPr>
          <w:rFonts w:ascii="Arial" w:hAnsi="Arial"/>
        </w:rPr>
        <w:t xml:space="preserve"> </w:t>
      </w:r>
      <w:proofErr w:type="spellStart"/>
      <w:r>
        <w:rPr>
          <w:rFonts w:ascii="Arial" w:hAnsi="Arial"/>
        </w:rPr>
        <w:t>gonna</w:t>
      </w:r>
      <w:proofErr w:type="spellEnd"/>
      <w:r>
        <w:rPr>
          <w:rFonts w:ascii="Arial" w:hAnsi="Arial"/>
        </w:rPr>
        <w:t xml:space="preserve"> pay for this in the morning. But I am not</w:t>
      </w:r>
      <w:r>
        <w:rPr>
          <w:rFonts w:ascii="Arial" w:hAnsi="Arial"/>
        </w:rPr>
        <w:t xml:space="preserve"> going to sit at home all day, on my own, not seeing my friends not going to enjoy myself because, you know, </w:t>
      </w:r>
      <w:proofErr w:type="gramStart"/>
      <w:r>
        <w:rPr>
          <w:rFonts w:ascii="Arial" w:hAnsi="Arial"/>
        </w:rPr>
        <w:t>I'm</w:t>
      </w:r>
      <w:proofErr w:type="gramEnd"/>
      <w:r>
        <w:rPr>
          <w:rFonts w:ascii="Arial" w:hAnsi="Arial"/>
        </w:rPr>
        <w:t xml:space="preserve"> still relatively note the word relatively young. So, you know.</w:t>
      </w:r>
    </w:p>
    <w:p w14:paraId="63AEE30D" w14:textId="77777777" w:rsidR="00D7352B" w:rsidRDefault="00D7352B">
      <w:pPr>
        <w:spacing w:after="0"/>
      </w:pPr>
    </w:p>
    <w:p w14:paraId="47496534" w14:textId="77777777" w:rsidR="00D7352B" w:rsidRDefault="00C90105">
      <w:pPr>
        <w:spacing w:after="0"/>
      </w:pPr>
      <w:proofErr w:type="gramStart"/>
      <w:r>
        <w:rPr>
          <w:rFonts w:ascii="Arial" w:hAnsi="Arial"/>
          <w:b/>
        </w:rPr>
        <w:t xml:space="preserve">Jasmine  </w:t>
      </w:r>
      <w:r>
        <w:rPr>
          <w:rFonts w:ascii="Arial" w:hAnsi="Arial"/>
          <w:color w:val="5D7284"/>
        </w:rPr>
        <w:t>08:15</w:t>
      </w:r>
      <w:proofErr w:type="gramEnd"/>
    </w:p>
    <w:p w14:paraId="65BC62EA" w14:textId="77777777" w:rsidR="00D7352B" w:rsidRDefault="00C90105">
      <w:pPr>
        <w:spacing w:after="0"/>
      </w:pPr>
      <w:r>
        <w:rPr>
          <w:rFonts w:ascii="Arial" w:hAnsi="Arial"/>
        </w:rPr>
        <w:t>Exactly, yeah. I feel like going out with my friends and even go</w:t>
      </w:r>
      <w:r>
        <w:rPr>
          <w:rFonts w:ascii="Arial" w:hAnsi="Arial"/>
        </w:rPr>
        <w:t xml:space="preserve">ing to school, then it distracts me a little bit from I feel like if I just stayed in bed because </w:t>
      </w:r>
      <w:proofErr w:type="gramStart"/>
      <w:r>
        <w:rPr>
          <w:rFonts w:ascii="Arial" w:hAnsi="Arial"/>
        </w:rPr>
        <w:t>I'm</w:t>
      </w:r>
      <w:proofErr w:type="gramEnd"/>
      <w:r>
        <w:rPr>
          <w:rFonts w:ascii="Arial" w:hAnsi="Arial"/>
        </w:rPr>
        <w:t xml:space="preserve"> in pain every day, then it would just make me think about it more and it would make it worse. </w:t>
      </w:r>
    </w:p>
    <w:p w14:paraId="072BA1D9" w14:textId="77777777" w:rsidR="00D7352B" w:rsidRDefault="00D7352B">
      <w:pPr>
        <w:spacing w:after="0"/>
      </w:pPr>
    </w:p>
    <w:p w14:paraId="2FECB875" w14:textId="77777777" w:rsidR="00D7352B" w:rsidRDefault="00C90105">
      <w:pPr>
        <w:spacing w:after="0"/>
      </w:pPr>
      <w:proofErr w:type="gramStart"/>
      <w:r>
        <w:rPr>
          <w:rFonts w:ascii="Arial" w:hAnsi="Arial"/>
          <w:b/>
        </w:rPr>
        <w:t xml:space="preserve">Lucy  </w:t>
      </w:r>
      <w:r>
        <w:rPr>
          <w:rFonts w:ascii="Arial" w:hAnsi="Arial"/>
          <w:color w:val="5D7284"/>
        </w:rPr>
        <w:t>08:29</w:t>
      </w:r>
      <w:proofErr w:type="gramEnd"/>
    </w:p>
    <w:p w14:paraId="276D23F1" w14:textId="77777777" w:rsidR="00D7352B" w:rsidRDefault="00C90105">
      <w:pPr>
        <w:spacing w:after="0"/>
      </w:pPr>
      <w:r>
        <w:rPr>
          <w:rFonts w:ascii="Arial" w:hAnsi="Arial"/>
        </w:rPr>
        <w:t>Exactly. You need that distraction.</w:t>
      </w:r>
    </w:p>
    <w:p w14:paraId="21089A50" w14:textId="77777777" w:rsidR="00D7352B" w:rsidRDefault="00D7352B">
      <w:pPr>
        <w:spacing w:after="0"/>
      </w:pPr>
    </w:p>
    <w:p w14:paraId="6214A6A8" w14:textId="77777777" w:rsidR="00D7352B" w:rsidRDefault="00C90105">
      <w:pPr>
        <w:spacing w:after="0"/>
      </w:pPr>
      <w:proofErr w:type="gramStart"/>
      <w:r>
        <w:rPr>
          <w:rFonts w:ascii="Arial" w:hAnsi="Arial"/>
          <w:b/>
        </w:rPr>
        <w:t xml:space="preserve">Jasmine  </w:t>
      </w:r>
      <w:r>
        <w:rPr>
          <w:rFonts w:ascii="Arial" w:hAnsi="Arial"/>
          <w:color w:val="5D7284"/>
        </w:rPr>
        <w:t>08:31</w:t>
      </w:r>
      <w:proofErr w:type="gramEnd"/>
    </w:p>
    <w:p w14:paraId="4D4A72B1" w14:textId="77777777" w:rsidR="00D7352B" w:rsidRDefault="00C90105">
      <w:pPr>
        <w:spacing w:after="0"/>
      </w:pPr>
      <w:r>
        <w:rPr>
          <w:rFonts w:ascii="Arial" w:hAnsi="Arial"/>
        </w:rPr>
        <w:t xml:space="preserve">Obviously, sometimes. Yeah, sometimes you do need that break. But most of the time I prefer getting out of being out being distracted from </w:t>
      </w:r>
      <w:proofErr w:type="spellStart"/>
      <w:r>
        <w:rPr>
          <w:rFonts w:ascii="Arial" w:hAnsi="Arial"/>
        </w:rPr>
        <w:t>from</w:t>
      </w:r>
      <w:proofErr w:type="spellEnd"/>
      <w:r>
        <w:rPr>
          <w:rFonts w:ascii="Arial" w:hAnsi="Arial"/>
        </w:rPr>
        <w:t xml:space="preserve"> my pain, which I think is why lockdown was really difficult because it was just sat at home thinking about</w:t>
      </w:r>
      <w:r>
        <w:rPr>
          <w:rFonts w:ascii="Arial" w:hAnsi="Arial"/>
        </w:rPr>
        <w:t xml:space="preserve"> my pain </w:t>
      </w:r>
      <w:proofErr w:type="gramStart"/>
      <w:r>
        <w:rPr>
          <w:rFonts w:ascii="Arial" w:hAnsi="Arial"/>
        </w:rPr>
        <w:t>all the day</w:t>
      </w:r>
      <w:proofErr w:type="gramEnd"/>
      <w:r>
        <w:rPr>
          <w:rFonts w:ascii="Arial" w:hAnsi="Arial"/>
        </w:rPr>
        <w:t xml:space="preserve">. And </w:t>
      </w:r>
      <w:proofErr w:type="gramStart"/>
      <w:r>
        <w:rPr>
          <w:rFonts w:ascii="Arial" w:hAnsi="Arial"/>
        </w:rPr>
        <w:t>it's</w:t>
      </w:r>
      <w:proofErr w:type="gramEnd"/>
      <w:r>
        <w:rPr>
          <w:rFonts w:ascii="Arial" w:hAnsi="Arial"/>
        </w:rPr>
        <w:t xml:space="preserve"> It was awful. I </w:t>
      </w:r>
      <w:proofErr w:type="gramStart"/>
      <w:r>
        <w:rPr>
          <w:rFonts w:ascii="Arial" w:hAnsi="Arial"/>
        </w:rPr>
        <w:t>couldn't</w:t>
      </w:r>
      <w:proofErr w:type="gramEnd"/>
      <w:r>
        <w:rPr>
          <w:rFonts w:ascii="Arial" w:hAnsi="Arial"/>
        </w:rPr>
        <w:t xml:space="preserve"> find anything to distract myself from it.</w:t>
      </w:r>
    </w:p>
    <w:p w14:paraId="3C1ECD36" w14:textId="77777777" w:rsidR="00D7352B" w:rsidRDefault="00D7352B">
      <w:pPr>
        <w:spacing w:after="0"/>
      </w:pPr>
    </w:p>
    <w:p w14:paraId="04B37374" w14:textId="77777777" w:rsidR="00D7352B" w:rsidRDefault="00C90105">
      <w:pPr>
        <w:spacing w:after="0"/>
      </w:pPr>
      <w:proofErr w:type="gramStart"/>
      <w:r>
        <w:rPr>
          <w:rFonts w:ascii="Arial" w:hAnsi="Arial"/>
          <w:b/>
        </w:rPr>
        <w:t xml:space="preserve">Lucy  </w:t>
      </w:r>
      <w:r>
        <w:rPr>
          <w:rFonts w:ascii="Arial" w:hAnsi="Arial"/>
          <w:color w:val="5D7284"/>
        </w:rPr>
        <w:t>08:53</w:t>
      </w:r>
      <w:proofErr w:type="gramEnd"/>
    </w:p>
    <w:p w14:paraId="7360CCA7" w14:textId="77777777" w:rsidR="00D7352B" w:rsidRDefault="00C90105">
      <w:pPr>
        <w:spacing w:after="0"/>
      </w:pPr>
      <w:r>
        <w:rPr>
          <w:rFonts w:ascii="Arial" w:hAnsi="Arial"/>
        </w:rPr>
        <w:t>And I suppose the stress of the pandemic as well. I know I was my, my muscles were stiffer than usual. And I was just like, I call this the stres</w:t>
      </w:r>
      <w:r>
        <w:rPr>
          <w:rFonts w:ascii="Arial" w:hAnsi="Arial"/>
        </w:rPr>
        <w:t xml:space="preserve">s and the worry and not sleeping because </w:t>
      </w:r>
      <w:proofErr w:type="gramStart"/>
      <w:r>
        <w:rPr>
          <w:rFonts w:ascii="Arial" w:hAnsi="Arial"/>
        </w:rPr>
        <w:t>we're</w:t>
      </w:r>
      <w:proofErr w:type="gramEnd"/>
      <w:r>
        <w:rPr>
          <w:rFonts w:ascii="Arial" w:hAnsi="Arial"/>
        </w:rPr>
        <w:t xml:space="preserve"> in the middle of a pandemic. And if anybody breathed on me if there was a potential, I could end up in hospital. That was enough to make me go I go I can't </w:t>
      </w:r>
      <w:proofErr w:type="gramStart"/>
      <w:r>
        <w:rPr>
          <w:rFonts w:ascii="Arial" w:hAnsi="Arial"/>
        </w:rPr>
        <w:t>sleep,</w:t>
      </w:r>
      <w:proofErr w:type="gramEnd"/>
      <w:r>
        <w:rPr>
          <w:rFonts w:ascii="Arial" w:hAnsi="Arial"/>
        </w:rPr>
        <w:t xml:space="preserve"> you know.</w:t>
      </w:r>
    </w:p>
    <w:p w14:paraId="6398269D" w14:textId="77777777" w:rsidR="00D7352B" w:rsidRDefault="00D7352B">
      <w:pPr>
        <w:spacing w:after="0"/>
      </w:pPr>
    </w:p>
    <w:p w14:paraId="5F0E504A" w14:textId="77777777" w:rsidR="00D7352B" w:rsidRDefault="00C90105">
      <w:pPr>
        <w:spacing w:after="0"/>
      </w:pPr>
      <w:proofErr w:type="gramStart"/>
      <w:r>
        <w:rPr>
          <w:rFonts w:ascii="Arial" w:hAnsi="Arial"/>
          <w:b/>
        </w:rPr>
        <w:t xml:space="preserve">Jasmine  </w:t>
      </w:r>
      <w:r>
        <w:rPr>
          <w:rFonts w:ascii="Arial" w:hAnsi="Arial"/>
          <w:color w:val="5D7284"/>
        </w:rPr>
        <w:t>09:14</w:t>
      </w:r>
      <w:proofErr w:type="gramEnd"/>
    </w:p>
    <w:p w14:paraId="432B1F5E" w14:textId="77777777" w:rsidR="00D7352B" w:rsidRDefault="00C90105">
      <w:pPr>
        <w:spacing w:after="0"/>
      </w:pPr>
      <w:r>
        <w:rPr>
          <w:rFonts w:ascii="Arial" w:hAnsi="Arial"/>
        </w:rPr>
        <w:t xml:space="preserve">Yeah. And it was a </w:t>
      </w:r>
      <w:r>
        <w:rPr>
          <w:rFonts w:ascii="Arial" w:hAnsi="Arial"/>
        </w:rPr>
        <w:t>shock, the shock of the change of routine as well suddenly not going out and then coming home and it was such a change of routine that it really impacted the way that I felt and then going back to school again, was then another shock kind of going from sit</w:t>
      </w:r>
      <w:r>
        <w:rPr>
          <w:rFonts w:ascii="Arial" w:hAnsi="Arial"/>
        </w:rPr>
        <w:t xml:space="preserve">ting at home all day to then suddenly intense days - working out, </w:t>
      </w:r>
      <w:proofErr w:type="gramStart"/>
      <w:r>
        <w:rPr>
          <w:rFonts w:ascii="Arial" w:hAnsi="Arial"/>
        </w:rPr>
        <w:t>It</w:t>
      </w:r>
      <w:proofErr w:type="gramEnd"/>
      <w:r>
        <w:rPr>
          <w:rFonts w:ascii="Arial" w:hAnsi="Arial"/>
        </w:rPr>
        <w:t xml:space="preserve"> was it was really difficult that week. Yeah.</w:t>
      </w:r>
    </w:p>
    <w:p w14:paraId="685F35FC" w14:textId="77777777" w:rsidR="00D7352B" w:rsidRDefault="00D7352B">
      <w:pPr>
        <w:spacing w:after="0"/>
      </w:pPr>
    </w:p>
    <w:p w14:paraId="27A6E069" w14:textId="77777777" w:rsidR="00D7352B" w:rsidRDefault="00C90105">
      <w:pPr>
        <w:spacing w:after="0"/>
      </w:pPr>
      <w:proofErr w:type="gramStart"/>
      <w:r>
        <w:rPr>
          <w:rFonts w:ascii="Arial" w:hAnsi="Arial"/>
          <w:b/>
        </w:rPr>
        <w:t xml:space="preserve">Lucy  </w:t>
      </w:r>
      <w:r>
        <w:rPr>
          <w:rFonts w:ascii="Arial" w:hAnsi="Arial"/>
          <w:color w:val="5D7284"/>
        </w:rPr>
        <w:t>09:39</w:t>
      </w:r>
      <w:proofErr w:type="gramEnd"/>
    </w:p>
    <w:p w14:paraId="47FBEA25" w14:textId="77777777" w:rsidR="00D7352B" w:rsidRDefault="00C90105">
      <w:pPr>
        <w:spacing w:after="0"/>
      </w:pPr>
      <w:r>
        <w:rPr>
          <w:rFonts w:ascii="Arial" w:hAnsi="Arial"/>
        </w:rPr>
        <w:t xml:space="preserve">Yeah. </w:t>
      </w:r>
      <w:proofErr w:type="gramStart"/>
      <w:r>
        <w:rPr>
          <w:rFonts w:ascii="Arial" w:hAnsi="Arial"/>
        </w:rPr>
        <w:t>It's</w:t>
      </w:r>
      <w:proofErr w:type="gramEnd"/>
      <w:r>
        <w:rPr>
          <w:rFonts w:ascii="Arial" w:hAnsi="Arial"/>
        </w:rPr>
        <w:t xml:space="preserve"> um... Can you describe Jasmine how it felt for you being diagnosed with something like arthritis at such an early age </w:t>
      </w:r>
      <w:r>
        <w:rPr>
          <w:rFonts w:ascii="Arial" w:hAnsi="Arial"/>
        </w:rPr>
        <w:t xml:space="preserve">because you said you were seven? </w:t>
      </w:r>
    </w:p>
    <w:p w14:paraId="26526AA7" w14:textId="77777777" w:rsidR="00D7352B" w:rsidRDefault="00D7352B">
      <w:pPr>
        <w:spacing w:after="0"/>
      </w:pPr>
    </w:p>
    <w:p w14:paraId="42D26102" w14:textId="77777777" w:rsidR="00D7352B" w:rsidRDefault="00C90105">
      <w:pPr>
        <w:spacing w:after="0"/>
      </w:pPr>
      <w:proofErr w:type="gramStart"/>
      <w:r>
        <w:rPr>
          <w:rFonts w:ascii="Arial" w:hAnsi="Arial"/>
          <w:b/>
        </w:rPr>
        <w:t xml:space="preserve">Jasmine  </w:t>
      </w:r>
      <w:r>
        <w:rPr>
          <w:rFonts w:ascii="Arial" w:hAnsi="Arial"/>
          <w:color w:val="5D7284"/>
        </w:rPr>
        <w:t>09:51</w:t>
      </w:r>
      <w:proofErr w:type="gramEnd"/>
    </w:p>
    <w:p w14:paraId="1BE0697D" w14:textId="77777777" w:rsidR="00D7352B" w:rsidRDefault="00C90105">
      <w:pPr>
        <w:spacing w:after="0"/>
      </w:pPr>
      <w:r>
        <w:rPr>
          <w:rFonts w:ascii="Arial" w:hAnsi="Arial"/>
        </w:rPr>
        <w:t>Yeah, I was seven. Yeah.</w:t>
      </w:r>
    </w:p>
    <w:p w14:paraId="0B3B9922" w14:textId="77777777" w:rsidR="00D7352B" w:rsidRDefault="00D7352B">
      <w:pPr>
        <w:spacing w:after="0"/>
      </w:pPr>
    </w:p>
    <w:p w14:paraId="086E7416" w14:textId="77777777" w:rsidR="00D7352B" w:rsidRDefault="00C90105">
      <w:pPr>
        <w:spacing w:after="0"/>
      </w:pPr>
      <w:proofErr w:type="gramStart"/>
      <w:r>
        <w:rPr>
          <w:rFonts w:ascii="Arial" w:hAnsi="Arial"/>
          <w:b/>
        </w:rPr>
        <w:t xml:space="preserve">Lucy  </w:t>
      </w:r>
      <w:r>
        <w:rPr>
          <w:rFonts w:ascii="Arial" w:hAnsi="Arial"/>
          <w:color w:val="5D7284"/>
        </w:rPr>
        <w:t>09:52</w:t>
      </w:r>
      <w:proofErr w:type="gramEnd"/>
    </w:p>
    <w:p w14:paraId="10683574" w14:textId="77777777" w:rsidR="00D7352B" w:rsidRDefault="00C90105">
      <w:pPr>
        <w:spacing w:after="0"/>
      </w:pPr>
      <w:r>
        <w:rPr>
          <w:rFonts w:ascii="Arial" w:hAnsi="Arial"/>
        </w:rPr>
        <w:t xml:space="preserve">When you were diagnosed with the arthritis. What I mean, were you young, were you old enough to understand what arthritis was? Or did the </w:t>
      </w:r>
      <w:proofErr w:type="spellStart"/>
      <w:r>
        <w:rPr>
          <w:rFonts w:ascii="Arial" w:hAnsi="Arial"/>
        </w:rPr>
        <w:t>realisation</w:t>
      </w:r>
      <w:proofErr w:type="spellEnd"/>
      <w:r>
        <w:rPr>
          <w:rFonts w:ascii="Arial" w:hAnsi="Arial"/>
        </w:rPr>
        <w:t xml:space="preserve"> of I've got </w:t>
      </w:r>
      <w:proofErr w:type="gramStart"/>
      <w:r>
        <w:rPr>
          <w:rFonts w:ascii="Arial" w:hAnsi="Arial"/>
        </w:rPr>
        <w:t>arthri</w:t>
      </w:r>
      <w:r>
        <w:rPr>
          <w:rFonts w:ascii="Arial" w:hAnsi="Arial"/>
        </w:rPr>
        <w:t>tis</w:t>
      </w:r>
      <w:proofErr w:type="gramEnd"/>
      <w:r>
        <w:rPr>
          <w:rFonts w:ascii="Arial" w:hAnsi="Arial"/>
        </w:rPr>
        <w:t xml:space="preserve"> and this is what is considered to be an old person's problem.  No, it's not automatically </w:t>
      </w:r>
      <w:proofErr w:type="gramStart"/>
      <w:r>
        <w:rPr>
          <w:rFonts w:ascii="Arial" w:hAnsi="Arial"/>
        </w:rPr>
        <w:t>think</w:t>
      </w:r>
      <w:proofErr w:type="gramEnd"/>
      <w:r>
        <w:rPr>
          <w:rFonts w:ascii="Arial" w:hAnsi="Arial"/>
        </w:rPr>
        <w:t xml:space="preserve"> arthritis is affects young people do so was it? Was it a kind of a </w:t>
      </w:r>
      <w:proofErr w:type="spellStart"/>
      <w:r>
        <w:rPr>
          <w:rFonts w:ascii="Arial" w:hAnsi="Arial"/>
        </w:rPr>
        <w:t>realisation</w:t>
      </w:r>
      <w:proofErr w:type="spellEnd"/>
      <w:r>
        <w:rPr>
          <w:rFonts w:ascii="Arial" w:hAnsi="Arial"/>
        </w:rPr>
        <w:t xml:space="preserve"> when you got to sort of a teenage sort of year where you thought, okay, I can</w:t>
      </w:r>
      <w:r>
        <w:rPr>
          <w:rFonts w:ascii="Arial" w:hAnsi="Arial"/>
        </w:rPr>
        <w:t xml:space="preserve"> kind of this is a bit of a </w:t>
      </w:r>
      <w:proofErr w:type="gramStart"/>
      <w:r>
        <w:rPr>
          <w:rFonts w:ascii="Arial" w:hAnsi="Arial"/>
        </w:rPr>
        <w:t>shock.</w:t>
      </w:r>
      <w:proofErr w:type="gramEnd"/>
    </w:p>
    <w:p w14:paraId="08D7653B" w14:textId="77777777" w:rsidR="00D7352B" w:rsidRDefault="00D7352B">
      <w:pPr>
        <w:spacing w:after="0"/>
      </w:pPr>
    </w:p>
    <w:p w14:paraId="4A5343DA" w14:textId="77777777" w:rsidR="00D7352B" w:rsidRDefault="00C90105">
      <w:pPr>
        <w:spacing w:after="0"/>
      </w:pPr>
      <w:proofErr w:type="gramStart"/>
      <w:r>
        <w:rPr>
          <w:rFonts w:ascii="Arial" w:hAnsi="Arial"/>
          <w:b/>
        </w:rPr>
        <w:t xml:space="preserve">Jasmine  </w:t>
      </w:r>
      <w:r>
        <w:rPr>
          <w:rFonts w:ascii="Arial" w:hAnsi="Arial"/>
          <w:color w:val="5D7284"/>
        </w:rPr>
        <w:t>10:09</w:t>
      </w:r>
      <w:proofErr w:type="gramEnd"/>
    </w:p>
    <w:p w14:paraId="775EDD9B" w14:textId="77777777" w:rsidR="00D7352B" w:rsidRDefault="00C90105">
      <w:pPr>
        <w:spacing w:after="0"/>
      </w:pPr>
      <w:proofErr w:type="gramStart"/>
      <w:r>
        <w:rPr>
          <w:rFonts w:ascii="Arial" w:hAnsi="Arial"/>
        </w:rPr>
        <w:t>Yeah,  Yeah</w:t>
      </w:r>
      <w:proofErr w:type="gramEnd"/>
      <w:r>
        <w:rPr>
          <w:rFonts w:ascii="Arial" w:hAnsi="Arial"/>
        </w:rPr>
        <w:t xml:space="preserve">, so I don't particularly remember, like being told about my diagnosis, I would say I just, I don't know whether I've just blocked it from my memory. Or if I was so young that I just </w:t>
      </w:r>
      <w:proofErr w:type="gramStart"/>
      <w:r>
        <w:rPr>
          <w:rFonts w:ascii="Arial" w:hAnsi="Arial"/>
        </w:rPr>
        <w:t>didn't</w:t>
      </w:r>
      <w:proofErr w:type="gramEnd"/>
      <w:r>
        <w:rPr>
          <w:rFonts w:ascii="Arial" w:hAnsi="Arial"/>
        </w:rPr>
        <w:t xml:space="preserve"> really understand. I know, my mum </w:t>
      </w:r>
      <w:proofErr w:type="gramStart"/>
      <w:r>
        <w:rPr>
          <w:rFonts w:ascii="Arial" w:hAnsi="Arial"/>
        </w:rPr>
        <w:t>was definitely, she</w:t>
      </w:r>
      <w:proofErr w:type="gramEnd"/>
      <w:r>
        <w:rPr>
          <w:rFonts w:ascii="Arial" w:hAnsi="Arial"/>
        </w:rPr>
        <w:t xml:space="preserve"> didn't know that young people got arthritis, and as most people don't. So she was </w:t>
      </w:r>
      <w:proofErr w:type="gramStart"/>
      <w:r>
        <w:rPr>
          <w:rFonts w:ascii="Arial" w:hAnsi="Arial"/>
        </w:rPr>
        <w:t>definitely quite</w:t>
      </w:r>
      <w:proofErr w:type="gramEnd"/>
      <w:r>
        <w:rPr>
          <w:rFonts w:ascii="Arial" w:hAnsi="Arial"/>
        </w:rPr>
        <w:t xml:space="preserve"> shocked by it. I </w:t>
      </w:r>
      <w:proofErr w:type="gramStart"/>
      <w:r>
        <w:rPr>
          <w:rFonts w:ascii="Arial" w:hAnsi="Arial"/>
        </w:rPr>
        <w:t>don't</w:t>
      </w:r>
      <w:proofErr w:type="gramEnd"/>
      <w:r>
        <w:rPr>
          <w:rFonts w:ascii="Arial" w:hAnsi="Arial"/>
        </w:rPr>
        <w:t xml:space="preserve"> remember me personally being like, knowing what arthritis was, in particu</w:t>
      </w:r>
      <w:r>
        <w:rPr>
          <w:rFonts w:ascii="Arial" w:hAnsi="Arial"/>
        </w:rPr>
        <w:t>lar. I remember, like reading a book or school or something. And it mentioned an old person having arthritis. And I was bit confused. This was when I was in secondary school. So a little bit older than that. And I was a bit confused. I thought that was wha</w:t>
      </w:r>
      <w:r>
        <w:rPr>
          <w:rFonts w:ascii="Arial" w:hAnsi="Arial"/>
        </w:rPr>
        <w:t xml:space="preserve">t I had, you know, I it I think it took me a while to get to understand it fully. And now that </w:t>
      </w:r>
      <w:proofErr w:type="gramStart"/>
      <w:r>
        <w:rPr>
          <w:rFonts w:ascii="Arial" w:hAnsi="Arial"/>
        </w:rPr>
        <w:t>I'm</w:t>
      </w:r>
      <w:proofErr w:type="gramEnd"/>
      <w:r>
        <w:rPr>
          <w:rFonts w:ascii="Arial" w:hAnsi="Arial"/>
        </w:rPr>
        <w:t xml:space="preserve"> older than I, I try and do my research and try and try and like spread awareness of it to everyone, because I know a lot of people don't understand that peop</w:t>
      </w:r>
      <w:r>
        <w:rPr>
          <w:rFonts w:ascii="Arial" w:hAnsi="Arial"/>
        </w:rPr>
        <w:t xml:space="preserve">le, young people can get arthritis, and also the fact that it's an invisible condition. I look physically normal most of the time. "Normal." [laughs] And yeah, </w:t>
      </w:r>
      <w:proofErr w:type="gramStart"/>
      <w:r>
        <w:rPr>
          <w:rFonts w:ascii="Arial" w:hAnsi="Arial"/>
        </w:rPr>
        <w:t>it's</w:t>
      </w:r>
      <w:proofErr w:type="gramEnd"/>
      <w:r>
        <w:rPr>
          <w:rFonts w:ascii="Arial" w:hAnsi="Arial"/>
        </w:rPr>
        <w:t xml:space="preserve"> people don't look at me and think that I'm disabled when actually, that's, that's what I am</w:t>
      </w:r>
    </w:p>
    <w:p w14:paraId="0D68743B" w14:textId="77777777" w:rsidR="00D7352B" w:rsidRDefault="00D7352B">
      <w:pPr>
        <w:spacing w:after="0"/>
      </w:pPr>
    </w:p>
    <w:p w14:paraId="7B3FA4B7" w14:textId="77777777" w:rsidR="00D7352B" w:rsidRDefault="00C90105">
      <w:pPr>
        <w:spacing w:after="0"/>
      </w:pPr>
      <w:proofErr w:type="gramStart"/>
      <w:r>
        <w:rPr>
          <w:rFonts w:ascii="Arial" w:hAnsi="Arial"/>
          <w:b/>
        </w:rPr>
        <w:t xml:space="preserve">Alice  </w:t>
      </w:r>
      <w:r>
        <w:rPr>
          <w:rFonts w:ascii="Arial" w:hAnsi="Arial"/>
          <w:color w:val="5D7284"/>
        </w:rPr>
        <w:t>11:50</w:t>
      </w:r>
      <w:proofErr w:type="gramEnd"/>
    </w:p>
    <w:p w14:paraId="539F03E7" w14:textId="77777777" w:rsidR="00D7352B" w:rsidRDefault="00C90105">
      <w:pPr>
        <w:spacing w:after="0"/>
      </w:pPr>
      <w:proofErr w:type="gramStart"/>
      <w:r>
        <w:rPr>
          <w:rFonts w:ascii="Arial" w:hAnsi="Arial"/>
        </w:rPr>
        <w:t>It's</w:t>
      </w:r>
      <w:proofErr w:type="gramEnd"/>
      <w:r>
        <w:rPr>
          <w:rFonts w:ascii="Arial" w:hAnsi="Arial"/>
        </w:rPr>
        <w:t xml:space="preserve"> interested in I my knowledge and experience of arthritis is a generally amongst kind of the elderly population. The only difference is that I knows my </w:t>
      </w:r>
      <w:proofErr w:type="spellStart"/>
      <w:r>
        <w:rPr>
          <w:rFonts w:ascii="Arial" w:hAnsi="Arial"/>
        </w:rPr>
        <w:t>my</w:t>
      </w:r>
      <w:proofErr w:type="spellEnd"/>
      <w:r>
        <w:rPr>
          <w:rFonts w:ascii="Arial" w:hAnsi="Arial"/>
        </w:rPr>
        <w:t xml:space="preserve"> nan had rheumatoid arthritis from the age of about 20. She was quite young.</w:t>
      </w:r>
    </w:p>
    <w:p w14:paraId="1665A5D6" w14:textId="77777777" w:rsidR="00D7352B" w:rsidRDefault="00D7352B">
      <w:pPr>
        <w:spacing w:after="0"/>
      </w:pPr>
    </w:p>
    <w:p w14:paraId="5497D251" w14:textId="77777777" w:rsidR="00D7352B" w:rsidRDefault="00C90105">
      <w:pPr>
        <w:spacing w:after="0"/>
      </w:pPr>
      <w:proofErr w:type="gramStart"/>
      <w:r>
        <w:rPr>
          <w:rFonts w:ascii="Arial" w:hAnsi="Arial"/>
          <w:b/>
        </w:rPr>
        <w:t>Jasmi</w:t>
      </w:r>
      <w:r>
        <w:rPr>
          <w:rFonts w:ascii="Arial" w:hAnsi="Arial"/>
          <w:b/>
        </w:rPr>
        <w:t xml:space="preserve">ne  </w:t>
      </w:r>
      <w:r>
        <w:rPr>
          <w:rFonts w:ascii="Arial" w:hAnsi="Arial"/>
          <w:color w:val="5D7284"/>
        </w:rPr>
        <w:t>12:08</w:t>
      </w:r>
      <w:proofErr w:type="gramEnd"/>
    </w:p>
    <w:p w14:paraId="5F6C4384" w14:textId="77777777" w:rsidR="00D7352B" w:rsidRDefault="00C90105">
      <w:pPr>
        <w:spacing w:after="0"/>
      </w:pPr>
      <w:r>
        <w:rPr>
          <w:rFonts w:ascii="Arial" w:hAnsi="Arial"/>
        </w:rPr>
        <w:t>Yeah.</w:t>
      </w:r>
    </w:p>
    <w:p w14:paraId="576713D7" w14:textId="77777777" w:rsidR="00D7352B" w:rsidRDefault="00D7352B">
      <w:pPr>
        <w:spacing w:after="0"/>
      </w:pPr>
    </w:p>
    <w:p w14:paraId="287106BC" w14:textId="77777777" w:rsidR="00D7352B" w:rsidRDefault="00C90105">
      <w:pPr>
        <w:spacing w:after="0"/>
      </w:pPr>
      <w:proofErr w:type="gramStart"/>
      <w:r>
        <w:rPr>
          <w:rFonts w:ascii="Arial" w:hAnsi="Arial"/>
          <w:b/>
        </w:rPr>
        <w:t xml:space="preserve">Alice  </w:t>
      </w:r>
      <w:r>
        <w:rPr>
          <w:rFonts w:ascii="Arial" w:hAnsi="Arial"/>
          <w:color w:val="5D7284"/>
        </w:rPr>
        <w:t>12:09</w:t>
      </w:r>
      <w:proofErr w:type="gramEnd"/>
    </w:p>
    <w:p w14:paraId="131C15CB" w14:textId="77777777" w:rsidR="00D7352B" w:rsidRDefault="00C90105">
      <w:pPr>
        <w:spacing w:after="0"/>
      </w:pPr>
      <w:r>
        <w:rPr>
          <w:rFonts w:ascii="Arial" w:hAnsi="Arial"/>
        </w:rPr>
        <w:t xml:space="preserve">And, you know, I know that, that that kind of just appeared for her. And I know how much it impacted my mum's life, you know, from a very, very young age. How, </w:t>
      </w:r>
      <w:proofErr w:type="gramStart"/>
      <w:r>
        <w:rPr>
          <w:rFonts w:ascii="Arial" w:hAnsi="Arial"/>
        </w:rPr>
        <w:t>How</w:t>
      </w:r>
      <w:proofErr w:type="gramEnd"/>
      <w:r>
        <w:rPr>
          <w:rFonts w:ascii="Arial" w:hAnsi="Arial"/>
        </w:rPr>
        <w:t xml:space="preserve"> did you kind of come to or, how did your parents come to getti</w:t>
      </w:r>
      <w:r>
        <w:rPr>
          <w:rFonts w:ascii="Arial" w:hAnsi="Arial"/>
        </w:rPr>
        <w:t xml:space="preserve">ng you sort of taking ether analysis or assessment? Analysis makes you sound like </w:t>
      </w:r>
      <w:proofErr w:type="gramStart"/>
      <w:r>
        <w:rPr>
          <w:rFonts w:ascii="Arial" w:hAnsi="Arial"/>
        </w:rPr>
        <w:t>you're</w:t>
      </w:r>
      <w:proofErr w:type="gramEnd"/>
      <w:r>
        <w:rPr>
          <w:rFonts w:ascii="Arial" w:hAnsi="Arial"/>
        </w:rPr>
        <w:t xml:space="preserve"> some kind of science project.</w:t>
      </w:r>
    </w:p>
    <w:p w14:paraId="377CC8C4" w14:textId="77777777" w:rsidR="00D7352B" w:rsidRDefault="00D7352B">
      <w:pPr>
        <w:spacing w:after="0"/>
      </w:pPr>
    </w:p>
    <w:p w14:paraId="492ECDA3" w14:textId="77777777" w:rsidR="00D7352B" w:rsidRDefault="00C90105">
      <w:pPr>
        <w:spacing w:after="0"/>
      </w:pPr>
      <w:proofErr w:type="gramStart"/>
      <w:r>
        <w:rPr>
          <w:rFonts w:ascii="Arial" w:hAnsi="Arial"/>
          <w:b/>
        </w:rPr>
        <w:t xml:space="preserve">Jasmine  </w:t>
      </w:r>
      <w:r>
        <w:rPr>
          <w:rFonts w:ascii="Arial" w:hAnsi="Arial"/>
          <w:color w:val="5D7284"/>
        </w:rPr>
        <w:t>12:34</w:t>
      </w:r>
      <w:proofErr w:type="gramEnd"/>
    </w:p>
    <w:p w14:paraId="2393B62A" w14:textId="77777777" w:rsidR="00D7352B" w:rsidRDefault="00C90105">
      <w:pPr>
        <w:spacing w:after="0"/>
      </w:pPr>
      <w:r>
        <w:rPr>
          <w:rFonts w:ascii="Arial" w:hAnsi="Arial"/>
        </w:rPr>
        <w:t xml:space="preserve">Experiment! It does feel like </w:t>
      </w:r>
      <w:proofErr w:type="gramStart"/>
      <w:r>
        <w:rPr>
          <w:rFonts w:ascii="Arial" w:hAnsi="Arial"/>
        </w:rPr>
        <w:t>you're</w:t>
      </w:r>
      <w:proofErr w:type="gramEnd"/>
      <w:r>
        <w:rPr>
          <w:rFonts w:ascii="Arial" w:hAnsi="Arial"/>
        </w:rPr>
        <w:t xml:space="preserve"> an experiment, sometimes yeah! I think it was, it was </w:t>
      </w:r>
      <w:proofErr w:type="gramStart"/>
      <w:r>
        <w:rPr>
          <w:rFonts w:ascii="Arial" w:hAnsi="Arial"/>
        </w:rPr>
        <w:t>really intense</w:t>
      </w:r>
      <w:proofErr w:type="gramEnd"/>
      <w:r>
        <w:rPr>
          <w:rFonts w:ascii="Arial" w:hAnsi="Arial"/>
        </w:rPr>
        <w:t xml:space="preserve"> to start with. </w:t>
      </w:r>
      <w:r>
        <w:rPr>
          <w:rFonts w:ascii="Arial" w:hAnsi="Arial"/>
        </w:rPr>
        <w:t>It was picked up because I used to do ballet dancing. And I think it was just my ballet teacher said, "Oh, Jasmine, your knee looks really big. Normally like that?"</w:t>
      </w:r>
    </w:p>
    <w:p w14:paraId="74C03BD3" w14:textId="77777777" w:rsidR="00D7352B" w:rsidRDefault="00D7352B">
      <w:pPr>
        <w:spacing w:after="0"/>
      </w:pPr>
    </w:p>
    <w:p w14:paraId="0DC4144D" w14:textId="77777777" w:rsidR="00D7352B" w:rsidRDefault="00C90105">
      <w:pPr>
        <w:spacing w:after="0"/>
      </w:pPr>
      <w:r>
        <w:rPr>
          <w:rFonts w:ascii="Arial" w:hAnsi="Arial"/>
          <w:b/>
        </w:rPr>
        <w:t xml:space="preserve">Alice Evans &amp; Lucy </w:t>
      </w:r>
      <w:proofErr w:type="gramStart"/>
      <w:r>
        <w:rPr>
          <w:rFonts w:ascii="Arial" w:hAnsi="Arial"/>
          <w:b/>
        </w:rPr>
        <w:t xml:space="preserve">Wood  </w:t>
      </w:r>
      <w:r>
        <w:rPr>
          <w:rFonts w:ascii="Arial" w:hAnsi="Arial"/>
          <w:color w:val="5D7284"/>
        </w:rPr>
        <w:t>12:55</w:t>
      </w:r>
      <w:proofErr w:type="gramEnd"/>
    </w:p>
    <w:p w14:paraId="364B912F" w14:textId="77777777" w:rsidR="00D7352B" w:rsidRDefault="00C90105">
      <w:pPr>
        <w:spacing w:after="0"/>
      </w:pPr>
      <w:r>
        <w:rPr>
          <w:rFonts w:ascii="Arial" w:hAnsi="Arial"/>
        </w:rPr>
        <w:t>[laughter]</w:t>
      </w:r>
    </w:p>
    <w:p w14:paraId="0C0D8F4B" w14:textId="77777777" w:rsidR="00D7352B" w:rsidRDefault="00D7352B">
      <w:pPr>
        <w:spacing w:after="0"/>
      </w:pPr>
    </w:p>
    <w:p w14:paraId="7F3EF434" w14:textId="77777777" w:rsidR="00D7352B" w:rsidRDefault="00C90105">
      <w:pPr>
        <w:spacing w:after="0"/>
      </w:pPr>
      <w:proofErr w:type="gramStart"/>
      <w:r>
        <w:rPr>
          <w:rFonts w:ascii="Arial" w:hAnsi="Arial"/>
          <w:b/>
        </w:rPr>
        <w:t xml:space="preserve">Jasmine  </w:t>
      </w:r>
      <w:r>
        <w:rPr>
          <w:rFonts w:ascii="Arial" w:hAnsi="Arial"/>
          <w:color w:val="5D7284"/>
        </w:rPr>
        <w:t>12:55</w:t>
      </w:r>
      <w:proofErr w:type="gramEnd"/>
    </w:p>
    <w:p w14:paraId="2D2B656E" w14:textId="77777777" w:rsidR="00D7352B" w:rsidRDefault="00C90105">
      <w:pPr>
        <w:spacing w:after="0"/>
      </w:pPr>
      <w:r>
        <w:rPr>
          <w:rFonts w:ascii="Arial" w:hAnsi="Arial"/>
        </w:rPr>
        <w:t xml:space="preserve"> And I looked at it, and I was like, Oh, I guess it is. So I went, I just went to the doctors. They did some blood tests sent me to the hospital. I think they just drained it, and then sent me away. And then it swelled up again. So I went </w:t>
      </w:r>
      <w:proofErr w:type="gramStart"/>
      <w:r>
        <w:rPr>
          <w:rFonts w:ascii="Arial" w:hAnsi="Arial"/>
        </w:rPr>
        <w:t>back</w:t>
      </w:r>
      <w:proofErr w:type="gramEnd"/>
      <w:r>
        <w:rPr>
          <w:rFonts w:ascii="Arial" w:hAnsi="Arial"/>
        </w:rPr>
        <w:t xml:space="preserve"> and my diagn</w:t>
      </w:r>
      <w:r>
        <w:rPr>
          <w:rFonts w:ascii="Arial" w:hAnsi="Arial"/>
        </w:rPr>
        <w:t xml:space="preserve">osis was quite quick, actually. I know a lot of people's, it takes a long time, particularly as health professionals, </w:t>
      </w:r>
      <w:proofErr w:type="gramStart"/>
      <w:r>
        <w:rPr>
          <w:rFonts w:ascii="Arial" w:hAnsi="Arial"/>
        </w:rPr>
        <w:t>it's</w:t>
      </w:r>
      <w:proofErr w:type="gramEnd"/>
      <w:r>
        <w:rPr>
          <w:rFonts w:ascii="Arial" w:hAnsi="Arial"/>
        </w:rPr>
        <w:t xml:space="preserve"> not even that known in in the medical sector. So health </w:t>
      </w:r>
      <w:proofErr w:type="gramStart"/>
      <w:r>
        <w:rPr>
          <w:rFonts w:ascii="Arial" w:hAnsi="Arial"/>
        </w:rPr>
        <w:t>professionals</w:t>
      </w:r>
      <w:proofErr w:type="gramEnd"/>
      <w:r>
        <w:rPr>
          <w:rFonts w:ascii="Arial" w:hAnsi="Arial"/>
        </w:rPr>
        <w:t xml:space="preserve"> kind of don't look at a young child and think, oh, that's arthr</w:t>
      </w:r>
      <w:r>
        <w:rPr>
          <w:rFonts w:ascii="Arial" w:hAnsi="Arial"/>
        </w:rPr>
        <w:t xml:space="preserve">itis. I think </w:t>
      </w:r>
      <w:proofErr w:type="gramStart"/>
      <w:r>
        <w:rPr>
          <w:rFonts w:ascii="Arial" w:hAnsi="Arial"/>
        </w:rPr>
        <w:t>it's</w:t>
      </w:r>
      <w:proofErr w:type="gramEnd"/>
      <w:r>
        <w:rPr>
          <w:rFonts w:ascii="Arial" w:hAnsi="Arial"/>
        </w:rPr>
        <w:t xml:space="preserve"> it is becoming more </w:t>
      </w:r>
      <w:proofErr w:type="spellStart"/>
      <w:r>
        <w:rPr>
          <w:rFonts w:ascii="Arial" w:hAnsi="Arial"/>
        </w:rPr>
        <w:t>acknoledged</w:t>
      </w:r>
      <w:proofErr w:type="spellEnd"/>
      <w:r>
        <w:rPr>
          <w:rFonts w:ascii="Arial" w:hAnsi="Arial"/>
        </w:rPr>
        <w:t xml:space="preserve"> now -</w:t>
      </w:r>
    </w:p>
    <w:p w14:paraId="74DEEE38" w14:textId="77777777" w:rsidR="00D7352B" w:rsidRDefault="00D7352B">
      <w:pPr>
        <w:spacing w:after="0"/>
      </w:pPr>
    </w:p>
    <w:p w14:paraId="2765E291" w14:textId="77777777" w:rsidR="00D7352B" w:rsidRDefault="00C90105">
      <w:pPr>
        <w:spacing w:after="0"/>
      </w:pPr>
      <w:proofErr w:type="gramStart"/>
      <w:r>
        <w:rPr>
          <w:rFonts w:ascii="Arial" w:hAnsi="Arial"/>
          <w:b/>
        </w:rPr>
        <w:t xml:space="preserve">Lucy  </w:t>
      </w:r>
      <w:r>
        <w:rPr>
          <w:rFonts w:ascii="Arial" w:hAnsi="Arial"/>
          <w:color w:val="5D7284"/>
        </w:rPr>
        <w:t>13:32</w:t>
      </w:r>
      <w:proofErr w:type="gramEnd"/>
    </w:p>
    <w:p w14:paraId="0AB190D9" w14:textId="77777777" w:rsidR="00D7352B" w:rsidRDefault="00C90105">
      <w:pPr>
        <w:spacing w:after="0"/>
      </w:pPr>
      <w:r>
        <w:rPr>
          <w:rFonts w:ascii="Arial" w:hAnsi="Arial"/>
        </w:rPr>
        <w:t>On the radar.</w:t>
      </w:r>
    </w:p>
    <w:p w14:paraId="590E82D6" w14:textId="77777777" w:rsidR="00D7352B" w:rsidRDefault="00D7352B">
      <w:pPr>
        <w:spacing w:after="0"/>
      </w:pPr>
    </w:p>
    <w:p w14:paraId="1CBE39D0" w14:textId="77777777" w:rsidR="00D7352B" w:rsidRDefault="00C90105">
      <w:pPr>
        <w:spacing w:after="0"/>
      </w:pPr>
      <w:proofErr w:type="gramStart"/>
      <w:r>
        <w:rPr>
          <w:rFonts w:ascii="Arial" w:hAnsi="Arial"/>
          <w:b/>
        </w:rPr>
        <w:t xml:space="preserve">Jasmine  </w:t>
      </w:r>
      <w:r>
        <w:rPr>
          <w:rFonts w:ascii="Arial" w:hAnsi="Arial"/>
          <w:color w:val="5D7284"/>
        </w:rPr>
        <w:t>13:33</w:t>
      </w:r>
      <w:proofErr w:type="gramEnd"/>
    </w:p>
    <w:p w14:paraId="48BCB3E2" w14:textId="77777777" w:rsidR="00D7352B" w:rsidRDefault="00C90105">
      <w:pPr>
        <w:spacing w:after="0"/>
      </w:pPr>
      <w:r>
        <w:rPr>
          <w:rFonts w:ascii="Arial" w:hAnsi="Arial"/>
        </w:rPr>
        <w:t xml:space="preserve">Yeah. No. But before then it </w:t>
      </w:r>
      <w:proofErr w:type="gramStart"/>
      <w:r>
        <w:rPr>
          <w:rFonts w:ascii="Arial" w:hAnsi="Arial"/>
        </w:rPr>
        <w:t>wasn't</w:t>
      </w:r>
      <w:proofErr w:type="gramEnd"/>
      <w:r>
        <w:rPr>
          <w:rFonts w:ascii="Arial" w:hAnsi="Arial"/>
        </w:rPr>
        <w:t xml:space="preserve">, then yeah, there's so many hospital visits. And I've it's just, it was so intense, and it still has been now </w:t>
      </w:r>
      <w:proofErr w:type="gramStart"/>
      <w:r>
        <w:rPr>
          <w:rFonts w:ascii="Arial" w:hAnsi="Arial"/>
        </w:rPr>
        <w:t>going</w:t>
      </w:r>
      <w:proofErr w:type="gramEnd"/>
      <w:r>
        <w:rPr>
          <w:rFonts w:ascii="Arial" w:hAnsi="Arial"/>
        </w:rPr>
        <w:t xml:space="preserve"> tria</w:t>
      </w:r>
      <w:r>
        <w:rPr>
          <w:rFonts w:ascii="Arial" w:hAnsi="Arial"/>
        </w:rPr>
        <w:t xml:space="preserve">l and error on different medications throughout my whole childhood basically. And it's really, some of the medications that I've been on have really affected even me </w:t>
      </w:r>
      <w:proofErr w:type="gramStart"/>
      <w:r>
        <w:rPr>
          <w:rFonts w:ascii="Arial" w:hAnsi="Arial"/>
        </w:rPr>
        <w:t>now</w:t>
      </w:r>
      <w:proofErr w:type="gramEnd"/>
      <w:r>
        <w:rPr>
          <w:rFonts w:ascii="Arial" w:hAnsi="Arial"/>
        </w:rPr>
        <w:t xml:space="preserve"> I still worry about them. I used to have to have injections once a week my mum used to</w:t>
      </w:r>
      <w:r>
        <w:rPr>
          <w:rFonts w:ascii="Arial" w:hAnsi="Arial"/>
        </w:rPr>
        <w:t xml:space="preserve"> do them, they </w:t>
      </w:r>
      <w:proofErr w:type="gramStart"/>
      <w:r>
        <w:rPr>
          <w:rFonts w:ascii="Arial" w:hAnsi="Arial"/>
        </w:rPr>
        <w:t>didn't</w:t>
      </w:r>
      <w:proofErr w:type="gramEnd"/>
      <w:r>
        <w:rPr>
          <w:rFonts w:ascii="Arial" w:hAnsi="Arial"/>
        </w:rPr>
        <w:t xml:space="preserve"> even have the pen type ones, then it was a syringe. So my mom would be injecting me when I was 8, 9, 10 years old every week and it would make me feel horrible for two days. And I just I got to the point where I </w:t>
      </w:r>
      <w:proofErr w:type="gramStart"/>
      <w:r>
        <w:rPr>
          <w:rFonts w:ascii="Arial" w:hAnsi="Arial"/>
        </w:rPr>
        <w:t>couldn't</w:t>
      </w:r>
      <w:proofErr w:type="gramEnd"/>
      <w:r>
        <w:rPr>
          <w:rFonts w:ascii="Arial" w:hAnsi="Arial"/>
        </w:rPr>
        <w:t xml:space="preserve"> be on it anym</w:t>
      </w:r>
      <w:r>
        <w:rPr>
          <w:rFonts w:ascii="Arial" w:hAnsi="Arial"/>
        </w:rPr>
        <w:t xml:space="preserve">ore. And the medication was the colour yellow. I still I get like migraines and feel horrible from the colour yellow. Same with like anyone touching my thighs or anything I get </w:t>
      </w:r>
      <w:proofErr w:type="gramStart"/>
      <w:r>
        <w:rPr>
          <w:rFonts w:ascii="Arial" w:hAnsi="Arial"/>
        </w:rPr>
        <w:t>really paranoid</w:t>
      </w:r>
      <w:proofErr w:type="gramEnd"/>
      <w:r>
        <w:rPr>
          <w:rFonts w:ascii="Arial" w:hAnsi="Arial"/>
        </w:rPr>
        <w:t xml:space="preserve"> about it and talking about it I get this horrible, like taste i</w:t>
      </w:r>
      <w:r>
        <w:rPr>
          <w:rFonts w:ascii="Arial" w:hAnsi="Arial"/>
        </w:rPr>
        <w:t xml:space="preserve">n my mouth. I used to get after it. My mum always used to like </w:t>
      </w:r>
      <w:proofErr w:type="gramStart"/>
      <w:r>
        <w:rPr>
          <w:rFonts w:ascii="Arial" w:hAnsi="Arial"/>
        </w:rPr>
        <w:t>use</w:t>
      </w:r>
      <w:proofErr w:type="gramEnd"/>
      <w:r>
        <w:rPr>
          <w:rFonts w:ascii="Arial" w:hAnsi="Arial"/>
        </w:rPr>
        <w:t xml:space="preserve"> the same hand cream and stuff before she did it. And I </w:t>
      </w:r>
      <w:proofErr w:type="gramStart"/>
      <w:r>
        <w:rPr>
          <w:rFonts w:ascii="Arial" w:hAnsi="Arial"/>
        </w:rPr>
        <w:t>can't</w:t>
      </w:r>
      <w:proofErr w:type="gramEnd"/>
      <w:r>
        <w:rPr>
          <w:rFonts w:ascii="Arial" w:hAnsi="Arial"/>
        </w:rPr>
        <w:t xml:space="preserve"> be near that. Now either and it's </w:t>
      </w:r>
      <w:proofErr w:type="gramStart"/>
      <w:r>
        <w:rPr>
          <w:rFonts w:ascii="Arial" w:hAnsi="Arial"/>
        </w:rPr>
        <w:t>just</w:t>
      </w:r>
      <w:proofErr w:type="gramEnd"/>
    </w:p>
    <w:p w14:paraId="0A4DBE58" w14:textId="77777777" w:rsidR="00D7352B" w:rsidRDefault="00D7352B">
      <w:pPr>
        <w:spacing w:after="0"/>
      </w:pPr>
    </w:p>
    <w:p w14:paraId="638BF641" w14:textId="77777777" w:rsidR="00D7352B" w:rsidRDefault="00C90105">
      <w:pPr>
        <w:spacing w:after="0"/>
      </w:pPr>
      <w:proofErr w:type="gramStart"/>
      <w:r>
        <w:rPr>
          <w:rFonts w:ascii="Arial" w:hAnsi="Arial"/>
          <w:b/>
        </w:rPr>
        <w:t xml:space="preserve">Alice  </w:t>
      </w:r>
      <w:r>
        <w:rPr>
          <w:rFonts w:ascii="Arial" w:hAnsi="Arial"/>
          <w:color w:val="5D7284"/>
        </w:rPr>
        <w:t>14:46</w:t>
      </w:r>
      <w:proofErr w:type="gramEnd"/>
    </w:p>
    <w:p w14:paraId="0B7315FA" w14:textId="77777777" w:rsidR="00D7352B" w:rsidRDefault="00C90105">
      <w:pPr>
        <w:spacing w:after="0"/>
      </w:pPr>
      <w:r>
        <w:rPr>
          <w:rFonts w:ascii="Arial" w:hAnsi="Arial"/>
        </w:rPr>
        <w:t xml:space="preserve">It's really </w:t>
      </w:r>
      <w:proofErr w:type="spellStart"/>
      <w:r>
        <w:rPr>
          <w:rFonts w:ascii="Arial" w:hAnsi="Arial"/>
        </w:rPr>
        <w:t>traumatised</w:t>
      </w:r>
      <w:proofErr w:type="spellEnd"/>
      <w:r>
        <w:rPr>
          <w:rFonts w:ascii="Arial" w:hAnsi="Arial"/>
        </w:rPr>
        <w:t xml:space="preserve"> </w:t>
      </w:r>
      <w:proofErr w:type="gramStart"/>
      <w:r>
        <w:rPr>
          <w:rFonts w:ascii="Arial" w:hAnsi="Arial"/>
        </w:rPr>
        <w:t>you</w:t>
      </w:r>
      <w:proofErr w:type="gramEnd"/>
    </w:p>
    <w:p w14:paraId="591EBCAF" w14:textId="77777777" w:rsidR="00D7352B" w:rsidRDefault="00D7352B">
      <w:pPr>
        <w:spacing w:after="0"/>
      </w:pPr>
    </w:p>
    <w:p w14:paraId="0B396D81" w14:textId="77777777" w:rsidR="00D7352B" w:rsidRDefault="00C90105">
      <w:pPr>
        <w:spacing w:after="0"/>
      </w:pPr>
      <w:proofErr w:type="gramStart"/>
      <w:r>
        <w:rPr>
          <w:rFonts w:ascii="Arial" w:hAnsi="Arial"/>
          <w:b/>
        </w:rPr>
        <w:t xml:space="preserve">Jasmine  </w:t>
      </w:r>
      <w:r>
        <w:rPr>
          <w:rFonts w:ascii="Arial" w:hAnsi="Arial"/>
          <w:color w:val="5D7284"/>
        </w:rPr>
        <w:t>14:48</w:t>
      </w:r>
      <w:proofErr w:type="gramEnd"/>
    </w:p>
    <w:p w14:paraId="352A9EDE" w14:textId="77777777" w:rsidR="00D7352B" w:rsidRDefault="00C90105">
      <w:pPr>
        <w:spacing w:after="0"/>
      </w:pPr>
      <w:r>
        <w:rPr>
          <w:rFonts w:ascii="Arial" w:hAnsi="Arial"/>
        </w:rPr>
        <w:t xml:space="preserve">Yeah. </w:t>
      </w:r>
      <w:proofErr w:type="gramStart"/>
      <w:r>
        <w:rPr>
          <w:rFonts w:ascii="Arial" w:hAnsi="Arial"/>
        </w:rPr>
        <w:t>It's</w:t>
      </w:r>
      <w:proofErr w:type="gramEnd"/>
      <w:r>
        <w:rPr>
          <w:rFonts w:ascii="Arial" w:hAnsi="Arial"/>
        </w:rPr>
        <w:t xml:space="preserve"> crazy because it's n</w:t>
      </w:r>
      <w:r>
        <w:rPr>
          <w:rFonts w:ascii="Arial" w:hAnsi="Arial"/>
        </w:rPr>
        <w:t xml:space="preserve">ot. </w:t>
      </w:r>
      <w:proofErr w:type="gramStart"/>
      <w:r>
        <w:rPr>
          <w:rFonts w:ascii="Arial" w:hAnsi="Arial"/>
        </w:rPr>
        <w:t>Obviously</w:t>
      </w:r>
      <w:proofErr w:type="gramEnd"/>
      <w:r>
        <w:rPr>
          <w:rFonts w:ascii="Arial" w:hAnsi="Arial"/>
        </w:rPr>
        <w:t xml:space="preserve"> I know a lot of people go through a lot more but even just injections once a week like that and it really affects people with arthritis, and I think people don't understand what that's like. Because I know a lot of other young people with art</w:t>
      </w:r>
      <w:r>
        <w:rPr>
          <w:rFonts w:ascii="Arial" w:hAnsi="Arial"/>
        </w:rPr>
        <w:t>hritis that have the same side effects from it. And now they've developed loads of new drug technologies, but they still start on that same medication for young people, which isn't needed when we have biologics now and it's ... Yeah, I think it's the aware</w:t>
      </w:r>
      <w:r>
        <w:rPr>
          <w:rFonts w:ascii="Arial" w:hAnsi="Arial"/>
        </w:rPr>
        <w:t xml:space="preserve">ness in health professionals as well as the </w:t>
      </w:r>
      <w:proofErr w:type="gramStart"/>
      <w:r>
        <w:rPr>
          <w:rFonts w:ascii="Arial" w:hAnsi="Arial"/>
        </w:rPr>
        <w:t>public</w:t>
      </w:r>
      <w:proofErr w:type="gramEnd"/>
      <w:r>
        <w:rPr>
          <w:rFonts w:ascii="Arial" w:hAnsi="Arial"/>
        </w:rPr>
        <w:t xml:space="preserve"> but health professionals as well need to understand about children and arthritis to make it better for us.</w:t>
      </w:r>
    </w:p>
    <w:p w14:paraId="3F1D7C8C" w14:textId="77777777" w:rsidR="00D7352B" w:rsidRDefault="00D7352B">
      <w:pPr>
        <w:spacing w:after="0"/>
      </w:pPr>
    </w:p>
    <w:p w14:paraId="693FCECA" w14:textId="77777777" w:rsidR="00D7352B" w:rsidRDefault="00C90105">
      <w:pPr>
        <w:spacing w:after="0"/>
      </w:pPr>
      <w:proofErr w:type="gramStart"/>
      <w:r>
        <w:rPr>
          <w:rFonts w:ascii="Arial" w:hAnsi="Arial"/>
          <w:b/>
        </w:rPr>
        <w:t xml:space="preserve">Lucy  </w:t>
      </w:r>
      <w:r>
        <w:rPr>
          <w:rFonts w:ascii="Arial" w:hAnsi="Arial"/>
          <w:color w:val="5D7284"/>
        </w:rPr>
        <w:t>15:39</w:t>
      </w:r>
      <w:proofErr w:type="gramEnd"/>
    </w:p>
    <w:p w14:paraId="4FED039B" w14:textId="77777777" w:rsidR="00D7352B" w:rsidRDefault="00C90105">
      <w:pPr>
        <w:spacing w:after="0"/>
      </w:pPr>
      <w:r>
        <w:rPr>
          <w:rFonts w:ascii="Arial" w:hAnsi="Arial"/>
        </w:rPr>
        <w:t>I always think it must be very difficult for people who've got hidden disabilities to</w:t>
      </w:r>
      <w:r>
        <w:rPr>
          <w:rFonts w:ascii="Arial" w:hAnsi="Arial"/>
        </w:rPr>
        <w:t xml:space="preserve"> decide, right, who do I </w:t>
      </w:r>
      <w:proofErr w:type="gramStart"/>
      <w:r>
        <w:rPr>
          <w:rFonts w:ascii="Arial" w:hAnsi="Arial"/>
        </w:rPr>
        <w:t>tell</w:t>
      </w:r>
      <w:proofErr w:type="gramEnd"/>
      <w:r>
        <w:rPr>
          <w:rFonts w:ascii="Arial" w:hAnsi="Arial"/>
        </w:rPr>
        <w:t xml:space="preserve"> that I've got this hidden condition?</w:t>
      </w:r>
    </w:p>
    <w:p w14:paraId="52B0448C" w14:textId="77777777" w:rsidR="00D7352B" w:rsidRDefault="00D7352B">
      <w:pPr>
        <w:spacing w:after="0"/>
      </w:pPr>
    </w:p>
    <w:p w14:paraId="4F4296A2" w14:textId="77777777" w:rsidR="00D7352B" w:rsidRDefault="00C90105">
      <w:pPr>
        <w:spacing w:after="0"/>
      </w:pPr>
      <w:proofErr w:type="gramStart"/>
      <w:r>
        <w:rPr>
          <w:rFonts w:ascii="Arial" w:hAnsi="Arial"/>
          <w:b/>
        </w:rPr>
        <w:t xml:space="preserve">Jasmine  </w:t>
      </w:r>
      <w:r>
        <w:rPr>
          <w:rFonts w:ascii="Arial" w:hAnsi="Arial"/>
          <w:color w:val="5D7284"/>
        </w:rPr>
        <w:t>15:47</w:t>
      </w:r>
      <w:proofErr w:type="gramEnd"/>
    </w:p>
    <w:p w14:paraId="4899B4A5" w14:textId="77777777" w:rsidR="00D7352B" w:rsidRDefault="00C90105">
      <w:pPr>
        <w:spacing w:after="0"/>
      </w:pPr>
      <w:r>
        <w:rPr>
          <w:rFonts w:ascii="Arial" w:hAnsi="Arial"/>
        </w:rPr>
        <w:t xml:space="preserve">Yeah, yeah. </w:t>
      </w:r>
    </w:p>
    <w:p w14:paraId="4BB3F814" w14:textId="77777777" w:rsidR="00D7352B" w:rsidRDefault="00D7352B">
      <w:pPr>
        <w:spacing w:after="0"/>
      </w:pPr>
    </w:p>
    <w:p w14:paraId="524104CF" w14:textId="77777777" w:rsidR="00D7352B" w:rsidRDefault="00C90105">
      <w:pPr>
        <w:spacing w:after="0"/>
      </w:pPr>
      <w:proofErr w:type="gramStart"/>
      <w:r>
        <w:rPr>
          <w:rFonts w:ascii="Arial" w:hAnsi="Arial"/>
          <w:b/>
        </w:rPr>
        <w:t xml:space="preserve">Lucy  </w:t>
      </w:r>
      <w:r>
        <w:rPr>
          <w:rFonts w:ascii="Arial" w:hAnsi="Arial"/>
          <w:color w:val="5D7284"/>
        </w:rPr>
        <w:t>15:48</w:t>
      </w:r>
      <w:proofErr w:type="gramEnd"/>
    </w:p>
    <w:p w14:paraId="23626878" w14:textId="77777777" w:rsidR="00D7352B" w:rsidRDefault="00C90105">
      <w:pPr>
        <w:spacing w:after="0"/>
      </w:pPr>
      <w:r>
        <w:rPr>
          <w:rFonts w:ascii="Arial" w:hAnsi="Arial"/>
        </w:rPr>
        <w:t xml:space="preserve">So you know, you </w:t>
      </w:r>
      <w:proofErr w:type="gramStart"/>
      <w:r>
        <w:rPr>
          <w:rFonts w:ascii="Arial" w:hAnsi="Arial"/>
        </w:rPr>
        <w:t>either go</w:t>
      </w:r>
      <w:proofErr w:type="gramEnd"/>
      <w:r>
        <w:rPr>
          <w:rFonts w:ascii="Arial" w:hAnsi="Arial"/>
        </w:rPr>
        <w:t xml:space="preserve"> one way you tell everybody just like, just so you know. before we </w:t>
      </w:r>
      <w:proofErr w:type="gramStart"/>
      <w:r>
        <w:rPr>
          <w:rFonts w:ascii="Arial" w:hAnsi="Arial"/>
        </w:rPr>
        <w:t>start</w:t>
      </w:r>
      <w:proofErr w:type="gramEnd"/>
      <w:r>
        <w:rPr>
          <w:rFonts w:ascii="Arial" w:hAnsi="Arial"/>
        </w:rPr>
        <w:t xml:space="preserve"> I've got arthritis.</w:t>
      </w:r>
    </w:p>
    <w:p w14:paraId="114E9352" w14:textId="77777777" w:rsidR="00D7352B" w:rsidRDefault="00D7352B">
      <w:pPr>
        <w:spacing w:after="0"/>
      </w:pPr>
    </w:p>
    <w:p w14:paraId="0E766E75" w14:textId="77777777" w:rsidR="00D7352B" w:rsidRDefault="00C90105">
      <w:pPr>
        <w:spacing w:after="0"/>
      </w:pPr>
      <w:proofErr w:type="gramStart"/>
      <w:r>
        <w:rPr>
          <w:rFonts w:ascii="Arial" w:hAnsi="Arial"/>
          <w:b/>
        </w:rPr>
        <w:t xml:space="preserve">Alice  </w:t>
      </w:r>
      <w:r>
        <w:rPr>
          <w:rFonts w:ascii="Arial" w:hAnsi="Arial"/>
          <w:color w:val="5D7284"/>
        </w:rPr>
        <w:t>15:56</w:t>
      </w:r>
      <w:proofErr w:type="gramEnd"/>
    </w:p>
    <w:p w14:paraId="707844C9" w14:textId="77777777" w:rsidR="00D7352B" w:rsidRDefault="00C90105">
      <w:pPr>
        <w:spacing w:after="0"/>
      </w:pPr>
      <w:r>
        <w:rPr>
          <w:rFonts w:ascii="Arial" w:hAnsi="Arial"/>
        </w:rPr>
        <w:t>Public service</w:t>
      </w:r>
      <w:r>
        <w:rPr>
          <w:rFonts w:ascii="Arial" w:hAnsi="Arial"/>
        </w:rPr>
        <w:t xml:space="preserve"> </w:t>
      </w:r>
      <w:proofErr w:type="spellStart"/>
      <w:r>
        <w:rPr>
          <w:rFonts w:ascii="Arial" w:hAnsi="Arial"/>
        </w:rPr>
        <w:t>annoucment</w:t>
      </w:r>
      <w:proofErr w:type="spellEnd"/>
      <w:r>
        <w:rPr>
          <w:rFonts w:ascii="Arial" w:hAnsi="Arial"/>
        </w:rPr>
        <w:t>.</w:t>
      </w:r>
    </w:p>
    <w:p w14:paraId="50F3BB65" w14:textId="77777777" w:rsidR="00D7352B" w:rsidRDefault="00D7352B">
      <w:pPr>
        <w:spacing w:after="0"/>
      </w:pPr>
    </w:p>
    <w:p w14:paraId="3168EC95" w14:textId="77777777" w:rsidR="00D7352B" w:rsidRDefault="00C90105">
      <w:pPr>
        <w:spacing w:after="0"/>
      </w:pPr>
      <w:proofErr w:type="gramStart"/>
      <w:r>
        <w:rPr>
          <w:rFonts w:ascii="Arial" w:hAnsi="Arial"/>
          <w:b/>
        </w:rPr>
        <w:t xml:space="preserve">Lucy  </w:t>
      </w:r>
      <w:r>
        <w:rPr>
          <w:rFonts w:ascii="Arial" w:hAnsi="Arial"/>
          <w:color w:val="5D7284"/>
        </w:rPr>
        <w:t>15:57</w:t>
      </w:r>
      <w:proofErr w:type="gramEnd"/>
    </w:p>
    <w:p w14:paraId="2148D045" w14:textId="77777777" w:rsidR="00D7352B" w:rsidRDefault="00C90105">
      <w:pPr>
        <w:spacing w:after="0"/>
      </w:pPr>
      <w:r>
        <w:rPr>
          <w:rFonts w:ascii="Arial" w:hAnsi="Arial"/>
        </w:rPr>
        <w:lastRenderedPageBreak/>
        <w:t xml:space="preserve">Can we just </w:t>
      </w:r>
      <w:proofErr w:type="spellStart"/>
      <w:r>
        <w:rPr>
          <w:rFonts w:ascii="Arial" w:hAnsi="Arial"/>
        </w:rPr>
        <w:t>acknoeldge</w:t>
      </w:r>
      <w:proofErr w:type="spellEnd"/>
      <w:r>
        <w:rPr>
          <w:rFonts w:ascii="Arial" w:hAnsi="Arial"/>
        </w:rPr>
        <w:t xml:space="preserve"> that now and get it out of the way? Or do you, do you, you know, that, </w:t>
      </w:r>
      <w:proofErr w:type="gramStart"/>
      <w:r>
        <w:rPr>
          <w:rFonts w:ascii="Arial" w:hAnsi="Arial"/>
        </w:rPr>
        <w:t>it's</w:t>
      </w:r>
      <w:proofErr w:type="gramEnd"/>
      <w:r>
        <w:rPr>
          <w:rFonts w:ascii="Arial" w:hAnsi="Arial"/>
        </w:rPr>
        <w:t xml:space="preserve"> making that decision of doing that or just not saying anything unless you've you feel the need to go: "Okay, actually, I need to tell you now, I've got arthr</w:t>
      </w:r>
      <w:r>
        <w:rPr>
          <w:rFonts w:ascii="Arial" w:hAnsi="Arial"/>
        </w:rPr>
        <w:t xml:space="preserve">itis." So when you say the words, I have arthritis, what is people's reaction? You know, like, </w:t>
      </w:r>
    </w:p>
    <w:p w14:paraId="016AAD21" w14:textId="77777777" w:rsidR="00D7352B" w:rsidRDefault="00D7352B">
      <w:pPr>
        <w:spacing w:after="0"/>
      </w:pPr>
    </w:p>
    <w:p w14:paraId="74807818" w14:textId="77777777" w:rsidR="00D7352B" w:rsidRDefault="00C90105">
      <w:pPr>
        <w:spacing w:after="0"/>
      </w:pPr>
      <w:proofErr w:type="gramStart"/>
      <w:r>
        <w:rPr>
          <w:rFonts w:ascii="Arial" w:hAnsi="Arial"/>
          <w:b/>
        </w:rPr>
        <w:t xml:space="preserve">Jasmine  </w:t>
      </w:r>
      <w:r>
        <w:rPr>
          <w:rFonts w:ascii="Arial" w:hAnsi="Arial"/>
          <w:color w:val="5D7284"/>
        </w:rPr>
        <w:t>16:19</w:t>
      </w:r>
      <w:proofErr w:type="gramEnd"/>
    </w:p>
    <w:p w14:paraId="7F8C17E5" w14:textId="77777777" w:rsidR="00D7352B" w:rsidRDefault="00C90105">
      <w:pPr>
        <w:spacing w:after="0"/>
      </w:pPr>
      <w:r>
        <w:rPr>
          <w:rFonts w:ascii="Arial" w:hAnsi="Arial"/>
        </w:rPr>
        <w:t xml:space="preserve">Yeah, yeah, </w:t>
      </w:r>
      <w:proofErr w:type="spellStart"/>
      <w:r>
        <w:rPr>
          <w:rFonts w:ascii="Arial" w:hAnsi="Arial"/>
        </w:rPr>
        <w:t>definately</w:t>
      </w:r>
      <w:proofErr w:type="spellEnd"/>
      <w:r>
        <w:rPr>
          <w:rFonts w:ascii="Arial" w:hAnsi="Arial"/>
        </w:rPr>
        <w:t>.</w:t>
      </w:r>
    </w:p>
    <w:p w14:paraId="3C7D9637" w14:textId="77777777" w:rsidR="00D7352B" w:rsidRDefault="00D7352B">
      <w:pPr>
        <w:spacing w:after="0"/>
      </w:pPr>
    </w:p>
    <w:p w14:paraId="38F896B8" w14:textId="77777777" w:rsidR="00D7352B" w:rsidRDefault="00C90105">
      <w:pPr>
        <w:spacing w:after="0"/>
      </w:pPr>
      <w:proofErr w:type="gramStart"/>
      <w:r>
        <w:rPr>
          <w:rFonts w:ascii="Arial" w:hAnsi="Arial"/>
          <w:b/>
        </w:rPr>
        <w:t xml:space="preserve">Lucy  </w:t>
      </w:r>
      <w:r>
        <w:rPr>
          <w:rFonts w:ascii="Arial" w:hAnsi="Arial"/>
          <w:color w:val="5D7284"/>
        </w:rPr>
        <w:t>16:20</w:t>
      </w:r>
      <w:proofErr w:type="gramEnd"/>
    </w:p>
    <w:p w14:paraId="33BAE969" w14:textId="77777777" w:rsidR="00D7352B" w:rsidRDefault="00C90105">
      <w:pPr>
        <w:spacing w:after="0"/>
      </w:pPr>
      <w:r>
        <w:rPr>
          <w:rFonts w:ascii="Arial" w:hAnsi="Arial"/>
        </w:rPr>
        <w:t xml:space="preserve">how, do they, do they could do they sort of say, No, you </w:t>
      </w:r>
      <w:proofErr w:type="gramStart"/>
      <w:r>
        <w:rPr>
          <w:rFonts w:ascii="Arial" w:hAnsi="Arial"/>
        </w:rPr>
        <w:t>haven't</w:t>
      </w:r>
      <w:proofErr w:type="gramEnd"/>
      <w:r>
        <w:rPr>
          <w:rFonts w:ascii="Arial" w:hAnsi="Arial"/>
        </w:rPr>
        <w:t xml:space="preserve">, you haven't got arthritis! </w:t>
      </w:r>
    </w:p>
    <w:p w14:paraId="24992F72" w14:textId="77777777" w:rsidR="00D7352B" w:rsidRDefault="00D7352B">
      <w:pPr>
        <w:spacing w:after="0"/>
      </w:pPr>
    </w:p>
    <w:p w14:paraId="23BDFB23" w14:textId="77777777" w:rsidR="00D7352B" w:rsidRDefault="00C90105">
      <w:pPr>
        <w:spacing w:after="0"/>
      </w:pPr>
      <w:proofErr w:type="gramStart"/>
      <w:r>
        <w:rPr>
          <w:rFonts w:ascii="Arial" w:hAnsi="Arial"/>
          <w:b/>
        </w:rPr>
        <w:t xml:space="preserve">Jasmine  </w:t>
      </w:r>
      <w:r>
        <w:rPr>
          <w:rFonts w:ascii="Arial" w:hAnsi="Arial"/>
          <w:color w:val="5D7284"/>
        </w:rPr>
        <w:t>16:27</w:t>
      </w:r>
      <w:proofErr w:type="gramEnd"/>
    </w:p>
    <w:p w14:paraId="4A583592" w14:textId="77777777" w:rsidR="00D7352B" w:rsidRDefault="00C90105">
      <w:pPr>
        <w:spacing w:after="0"/>
      </w:pPr>
      <w:r>
        <w:rPr>
          <w:rFonts w:ascii="Arial" w:hAnsi="Arial"/>
        </w:rPr>
        <w:t xml:space="preserve">Yeah. Definitely. When I was younger, I </w:t>
      </w:r>
      <w:proofErr w:type="gramStart"/>
      <w:r>
        <w:rPr>
          <w:rFonts w:ascii="Arial" w:hAnsi="Arial"/>
        </w:rPr>
        <w:t>don't</w:t>
      </w:r>
      <w:proofErr w:type="gramEnd"/>
      <w:r>
        <w:rPr>
          <w:rFonts w:ascii="Arial" w:hAnsi="Arial"/>
        </w:rPr>
        <w:t xml:space="preserve"> remember specifically, but I remember there was either a lot of that's what my nan has, or what or, or just, what's that? Like, well, obviously, when I was younger, people just </w:t>
      </w:r>
      <w:proofErr w:type="gramStart"/>
      <w:r>
        <w:rPr>
          <w:rFonts w:ascii="Arial" w:hAnsi="Arial"/>
        </w:rPr>
        <w:t>didn't</w:t>
      </w:r>
      <w:proofErr w:type="gramEnd"/>
      <w:r>
        <w:rPr>
          <w:rFonts w:ascii="Arial" w:hAnsi="Arial"/>
        </w:rPr>
        <w:t xml:space="preserve"> know what that was. </w:t>
      </w:r>
      <w:r>
        <w:rPr>
          <w:rFonts w:ascii="Arial" w:hAnsi="Arial"/>
        </w:rPr>
        <w:t xml:space="preserve">I always, I always used to avoid using the term arthritis. I think because I had, there's so much stigma around it being an old person's condition that me </w:t>
      </w:r>
      <w:proofErr w:type="gramStart"/>
      <w:r>
        <w:rPr>
          <w:rFonts w:ascii="Arial" w:hAnsi="Arial"/>
        </w:rPr>
        <w:t>it's</w:t>
      </w:r>
      <w:proofErr w:type="gramEnd"/>
      <w:r>
        <w:rPr>
          <w:rFonts w:ascii="Arial" w:hAnsi="Arial"/>
        </w:rPr>
        <w:t xml:space="preserve"> kind of like a trigger word for people saying arthritis, people go...</w:t>
      </w:r>
    </w:p>
    <w:p w14:paraId="350C034C" w14:textId="77777777" w:rsidR="00D7352B" w:rsidRDefault="00D7352B">
      <w:pPr>
        <w:spacing w:after="0"/>
      </w:pPr>
    </w:p>
    <w:p w14:paraId="28E74B9C" w14:textId="77777777" w:rsidR="00D7352B" w:rsidRDefault="00C90105">
      <w:pPr>
        <w:spacing w:after="0"/>
      </w:pPr>
      <w:proofErr w:type="gramStart"/>
      <w:r>
        <w:rPr>
          <w:rFonts w:ascii="Arial" w:hAnsi="Arial"/>
          <w:b/>
        </w:rPr>
        <w:t xml:space="preserve">Lucy  </w:t>
      </w:r>
      <w:r>
        <w:rPr>
          <w:rFonts w:ascii="Arial" w:hAnsi="Arial"/>
          <w:color w:val="5D7284"/>
        </w:rPr>
        <w:t>16:59</w:t>
      </w:r>
      <w:proofErr w:type="gramEnd"/>
    </w:p>
    <w:p w14:paraId="4C4C60B6" w14:textId="77777777" w:rsidR="00D7352B" w:rsidRDefault="00C90105">
      <w:pPr>
        <w:spacing w:after="0"/>
      </w:pPr>
      <w:r>
        <w:rPr>
          <w:rFonts w:ascii="Arial" w:hAnsi="Arial"/>
        </w:rPr>
        <w:t xml:space="preserve">My </w:t>
      </w:r>
      <w:proofErr w:type="gramStart"/>
      <w:r>
        <w:rPr>
          <w:rFonts w:ascii="Arial" w:hAnsi="Arial"/>
        </w:rPr>
        <w:t>nan's</w:t>
      </w:r>
      <w:proofErr w:type="gramEnd"/>
      <w:r>
        <w:rPr>
          <w:rFonts w:ascii="Arial" w:hAnsi="Arial"/>
        </w:rPr>
        <w:t xml:space="preserve"> got </w:t>
      </w:r>
      <w:r>
        <w:rPr>
          <w:rFonts w:ascii="Arial" w:hAnsi="Arial"/>
        </w:rPr>
        <w:t>that!</w:t>
      </w:r>
    </w:p>
    <w:p w14:paraId="2926F312" w14:textId="77777777" w:rsidR="00D7352B" w:rsidRDefault="00D7352B">
      <w:pPr>
        <w:spacing w:after="0"/>
      </w:pPr>
    </w:p>
    <w:p w14:paraId="5647C1EB" w14:textId="77777777" w:rsidR="00D7352B" w:rsidRDefault="00C90105">
      <w:pPr>
        <w:spacing w:after="0"/>
      </w:pPr>
      <w:proofErr w:type="gramStart"/>
      <w:r>
        <w:rPr>
          <w:rFonts w:ascii="Arial" w:hAnsi="Arial"/>
          <w:b/>
        </w:rPr>
        <w:t xml:space="preserve">Jasmine  </w:t>
      </w:r>
      <w:r>
        <w:rPr>
          <w:rFonts w:ascii="Arial" w:hAnsi="Arial"/>
          <w:color w:val="5D7284"/>
        </w:rPr>
        <w:t>17:01</w:t>
      </w:r>
      <w:proofErr w:type="gramEnd"/>
    </w:p>
    <w:p w14:paraId="19E7400C" w14:textId="77777777" w:rsidR="00D7352B" w:rsidRDefault="00C90105">
      <w:pPr>
        <w:spacing w:after="0"/>
      </w:pPr>
      <w:r>
        <w:rPr>
          <w:rFonts w:ascii="Arial" w:hAnsi="Arial"/>
        </w:rPr>
        <w:t xml:space="preserve">My </w:t>
      </w:r>
      <w:proofErr w:type="gramStart"/>
      <w:r>
        <w:rPr>
          <w:rFonts w:ascii="Arial" w:hAnsi="Arial"/>
        </w:rPr>
        <w:t>nan's</w:t>
      </w:r>
      <w:proofErr w:type="gramEnd"/>
      <w:r>
        <w:rPr>
          <w:rFonts w:ascii="Arial" w:hAnsi="Arial"/>
        </w:rPr>
        <w:t xml:space="preserve"> got that, you should try taking </w:t>
      </w:r>
      <w:proofErr w:type="spellStart"/>
      <w:r>
        <w:rPr>
          <w:rFonts w:ascii="Arial" w:hAnsi="Arial"/>
        </w:rPr>
        <w:t>tumeric</w:t>
      </w:r>
      <w:proofErr w:type="spellEnd"/>
      <w:r>
        <w:rPr>
          <w:rFonts w:ascii="Arial" w:hAnsi="Arial"/>
        </w:rPr>
        <w:t>, you know, and you're like, if that was a solution, then we'd all be fine you know!</w:t>
      </w:r>
    </w:p>
    <w:p w14:paraId="5790C082" w14:textId="77777777" w:rsidR="00D7352B" w:rsidRDefault="00D7352B">
      <w:pPr>
        <w:spacing w:after="0"/>
      </w:pPr>
    </w:p>
    <w:p w14:paraId="6736253F" w14:textId="77777777" w:rsidR="00D7352B" w:rsidRDefault="00C90105">
      <w:pPr>
        <w:spacing w:after="0"/>
      </w:pPr>
      <w:proofErr w:type="gramStart"/>
      <w:r>
        <w:rPr>
          <w:rFonts w:ascii="Arial" w:hAnsi="Arial"/>
          <w:b/>
        </w:rPr>
        <w:t xml:space="preserve">Lucy  </w:t>
      </w:r>
      <w:r>
        <w:rPr>
          <w:rFonts w:ascii="Arial" w:hAnsi="Arial"/>
          <w:color w:val="5D7284"/>
        </w:rPr>
        <w:t>17:10</w:t>
      </w:r>
      <w:proofErr w:type="gramEnd"/>
    </w:p>
    <w:p w14:paraId="233FE2EA" w14:textId="77777777" w:rsidR="00D7352B" w:rsidRDefault="00C90105">
      <w:pPr>
        <w:spacing w:after="0"/>
      </w:pPr>
      <w:r>
        <w:rPr>
          <w:rFonts w:ascii="Arial" w:hAnsi="Arial"/>
        </w:rPr>
        <w:t xml:space="preserve">Holland and Barratt does that, can </w:t>
      </w:r>
      <w:proofErr w:type="spellStart"/>
      <w:r>
        <w:rPr>
          <w:rFonts w:ascii="Arial" w:hAnsi="Arial"/>
        </w:rPr>
        <w:t>i</w:t>
      </w:r>
      <w:proofErr w:type="spellEnd"/>
      <w:r>
        <w:rPr>
          <w:rFonts w:ascii="Arial" w:hAnsi="Arial"/>
        </w:rPr>
        <w:t xml:space="preserve"> have it in drip please? [laughs]</w:t>
      </w:r>
    </w:p>
    <w:p w14:paraId="64F0FC9A" w14:textId="77777777" w:rsidR="00D7352B" w:rsidRDefault="00D7352B">
      <w:pPr>
        <w:spacing w:after="0"/>
      </w:pPr>
    </w:p>
    <w:p w14:paraId="0C1798BC" w14:textId="77777777" w:rsidR="00D7352B" w:rsidRDefault="00C90105">
      <w:pPr>
        <w:spacing w:after="0"/>
      </w:pPr>
      <w:proofErr w:type="gramStart"/>
      <w:r>
        <w:rPr>
          <w:rFonts w:ascii="Arial" w:hAnsi="Arial"/>
          <w:b/>
        </w:rPr>
        <w:t xml:space="preserve">Alice  </w:t>
      </w:r>
      <w:r>
        <w:rPr>
          <w:rFonts w:ascii="Arial" w:hAnsi="Arial"/>
          <w:color w:val="5D7284"/>
        </w:rPr>
        <w:t>17:10</w:t>
      </w:r>
      <w:proofErr w:type="gramEnd"/>
    </w:p>
    <w:p w14:paraId="004B1049" w14:textId="77777777" w:rsidR="00D7352B" w:rsidRDefault="00C90105">
      <w:pPr>
        <w:spacing w:after="0"/>
      </w:pPr>
      <w:r>
        <w:rPr>
          <w:rFonts w:ascii="Arial" w:hAnsi="Arial"/>
        </w:rPr>
        <w:t>Yes!</w:t>
      </w:r>
    </w:p>
    <w:p w14:paraId="5ABC6588" w14:textId="77777777" w:rsidR="00D7352B" w:rsidRDefault="00D7352B">
      <w:pPr>
        <w:spacing w:after="0"/>
      </w:pPr>
    </w:p>
    <w:p w14:paraId="08900846" w14:textId="77777777" w:rsidR="00D7352B" w:rsidRDefault="00C90105">
      <w:pPr>
        <w:spacing w:after="0"/>
      </w:pPr>
      <w:proofErr w:type="gramStart"/>
      <w:r>
        <w:rPr>
          <w:rFonts w:ascii="Arial" w:hAnsi="Arial"/>
          <w:b/>
        </w:rPr>
        <w:t xml:space="preserve">Jasmine  </w:t>
      </w:r>
      <w:r>
        <w:rPr>
          <w:rFonts w:ascii="Arial" w:hAnsi="Arial"/>
          <w:color w:val="5D7284"/>
        </w:rPr>
        <w:t>17:13</w:t>
      </w:r>
      <w:proofErr w:type="gramEnd"/>
    </w:p>
    <w:p w14:paraId="189A1C94" w14:textId="77777777" w:rsidR="00D7352B" w:rsidRDefault="00C90105">
      <w:pPr>
        <w:spacing w:after="0"/>
      </w:pPr>
      <w:r>
        <w:rPr>
          <w:rFonts w:ascii="Arial" w:hAnsi="Arial"/>
        </w:rPr>
        <w:t xml:space="preserve">Yeah, so yeah, I used to just say, like, </w:t>
      </w:r>
      <w:proofErr w:type="gramStart"/>
      <w:r>
        <w:rPr>
          <w:rFonts w:ascii="Arial" w:hAnsi="Arial"/>
        </w:rPr>
        <w:t>I've</w:t>
      </w:r>
      <w:proofErr w:type="gramEnd"/>
      <w:r>
        <w:rPr>
          <w:rFonts w:ascii="Arial" w:hAnsi="Arial"/>
        </w:rPr>
        <w:t xml:space="preserve"> got bad knees. Or if anyone asked, </w:t>
      </w:r>
      <w:proofErr w:type="gramStart"/>
      <w:r>
        <w:rPr>
          <w:rFonts w:ascii="Arial" w:hAnsi="Arial"/>
        </w:rPr>
        <w:t>I'd</w:t>
      </w:r>
      <w:proofErr w:type="gramEnd"/>
      <w:r>
        <w:rPr>
          <w:rFonts w:ascii="Arial" w:hAnsi="Arial"/>
        </w:rPr>
        <w:t xml:space="preserve"> kind of brush it off. Like it wasn't a big deal, because I've never wanted to have like, a </w:t>
      </w:r>
      <w:proofErr w:type="gramStart"/>
      <w:r>
        <w:rPr>
          <w:rFonts w:ascii="Arial" w:hAnsi="Arial"/>
        </w:rPr>
        <w:t>sit down</w:t>
      </w:r>
      <w:proofErr w:type="gramEnd"/>
      <w:r>
        <w:rPr>
          <w:rFonts w:ascii="Arial" w:hAnsi="Arial"/>
        </w:rPr>
        <w:t xml:space="preserve"> conversation with somebody as it being like a major th</w:t>
      </w:r>
      <w:r>
        <w:rPr>
          <w:rFonts w:ascii="Arial" w:hAnsi="Arial"/>
        </w:rPr>
        <w:t xml:space="preserve">ing about me, because I don't want that to be the defining thing about me, the first thing that someone knows about me, I've always wanted it to kind of be like a side thing and not </w:t>
      </w:r>
      <w:proofErr w:type="spellStart"/>
      <w:r>
        <w:rPr>
          <w:rFonts w:ascii="Arial" w:hAnsi="Arial"/>
        </w:rPr>
        <w:t>not</w:t>
      </w:r>
      <w:proofErr w:type="spellEnd"/>
      <w:r>
        <w:rPr>
          <w:rFonts w:ascii="Arial" w:hAnsi="Arial"/>
        </w:rPr>
        <w:t xml:space="preserve"> really a big deal, even though it is a huge thing in my life. </w:t>
      </w:r>
    </w:p>
    <w:p w14:paraId="6B47279D" w14:textId="77777777" w:rsidR="00D7352B" w:rsidRDefault="00D7352B">
      <w:pPr>
        <w:spacing w:after="0"/>
      </w:pPr>
    </w:p>
    <w:p w14:paraId="23C7A7AD" w14:textId="77777777" w:rsidR="00D7352B" w:rsidRDefault="00C90105">
      <w:pPr>
        <w:spacing w:after="0"/>
      </w:pPr>
      <w:proofErr w:type="gramStart"/>
      <w:r>
        <w:rPr>
          <w:rFonts w:ascii="Arial" w:hAnsi="Arial"/>
          <w:b/>
        </w:rPr>
        <w:t xml:space="preserve">Lucy  </w:t>
      </w:r>
      <w:r>
        <w:rPr>
          <w:rFonts w:ascii="Arial" w:hAnsi="Arial"/>
          <w:color w:val="5D7284"/>
        </w:rPr>
        <w:t>17:46</w:t>
      </w:r>
      <w:proofErr w:type="gramEnd"/>
    </w:p>
    <w:p w14:paraId="3D785238" w14:textId="77777777" w:rsidR="00D7352B" w:rsidRDefault="00C90105">
      <w:pPr>
        <w:spacing w:after="0"/>
      </w:pPr>
      <w:r>
        <w:rPr>
          <w:rFonts w:ascii="Arial" w:hAnsi="Arial"/>
        </w:rPr>
        <w:t>Yeah of course.</w:t>
      </w:r>
    </w:p>
    <w:p w14:paraId="4BF6F4ED" w14:textId="77777777" w:rsidR="00D7352B" w:rsidRDefault="00D7352B">
      <w:pPr>
        <w:spacing w:after="0"/>
      </w:pPr>
    </w:p>
    <w:p w14:paraId="5C1F05FB" w14:textId="77777777" w:rsidR="00D7352B" w:rsidRDefault="00C90105">
      <w:pPr>
        <w:spacing w:after="0"/>
      </w:pPr>
      <w:proofErr w:type="gramStart"/>
      <w:r>
        <w:rPr>
          <w:rFonts w:ascii="Arial" w:hAnsi="Arial"/>
          <w:b/>
        </w:rPr>
        <w:t xml:space="preserve">Jasmine  </w:t>
      </w:r>
      <w:r>
        <w:rPr>
          <w:rFonts w:ascii="Arial" w:hAnsi="Arial"/>
          <w:color w:val="5D7284"/>
        </w:rPr>
        <w:t>17:46</w:t>
      </w:r>
      <w:proofErr w:type="gramEnd"/>
    </w:p>
    <w:p w14:paraId="2D355EE1" w14:textId="77777777" w:rsidR="00D7352B" w:rsidRDefault="00C90105">
      <w:pPr>
        <w:spacing w:after="0"/>
      </w:pPr>
      <w:r>
        <w:rPr>
          <w:rFonts w:ascii="Arial" w:hAnsi="Arial"/>
        </w:rPr>
        <w:t xml:space="preserve">It made me the person I am, I </w:t>
      </w:r>
      <w:proofErr w:type="gramStart"/>
      <w:r>
        <w:rPr>
          <w:rFonts w:ascii="Arial" w:hAnsi="Arial"/>
        </w:rPr>
        <w:t>don't</w:t>
      </w:r>
      <w:proofErr w:type="gramEnd"/>
      <w:r>
        <w:rPr>
          <w:rFonts w:ascii="Arial" w:hAnsi="Arial"/>
        </w:rPr>
        <w:t xml:space="preserve"> want that to be -</w:t>
      </w:r>
    </w:p>
    <w:p w14:paraId="73859868" w14:textId="77777777" w:rsidR="00D7352B" w:rsidRDefault="00D7352B">
      <w:pPr>
        <w:spacing w:after="0"/>
      </w:pPr>
    </w:p>
    <w:p w14:paraId="6734B03C" w14:textId="77777777" w:rsidR="00D7352B" w:rsidRDefault="00C90105">
      <w:pPr>
        <w:spacing w:after="0"/>
      </w:pPr>
      <w:proofErr w:type="gramStart"/>
      <w:r>
        <w:rPr>
          <w:rFonts w:ascii="Arial" w:hAnsi="Arial"/>
          <w:b/>
        </w:rPr>
        <w:lastRenderedPageBreak/>
        <w:t xml:space="preserve">Alice  </w:t>
      </w:r>
      <w:r>
        <w:rPr>
          <w:rFonts w:ascii="Arial" w:hAnsi="Arial"/>
          <w:color w:val="5D7284"/>
        </w:rPr>
        <w:t>17:48</w:t>
      </w:r>
      <w:proofErr w:type="gramEnd"/>
    </w:p>
    <w:p w14:paraId="6B59E1B5" w14:textId="77777777" w:rsidR="00D7352B" w:rsidRDefault="00C90105">
      <w:pPr>
        <w:spacing w:after="0"/>
      </w:pPr>
      <w:proofErr w:type="gramStart"/>
      <w:r>
        <w:rPr>
          <w:rFonts w:ascii="Arial" w:hAnsi="Arial"/>
        </w:rPr>
        <w:t>It's</w:t>
      </w:r>
      <w:proofErr w:type="gramEnd"/>
      <w:r>
        <w:rPr>
          <w:rFonts w:ascii="Arial" w:hAnsi="Arial"/>
        </w:rPr>
        <w:t xml:space="preserve"> walking that line, isn't it?</w:t>
      </w:r>
    </w:p>
    <w:p w14:paraId="7234DCE1" w14:textId="77777777" w:rsidR="00D7352B" w:rsidRDefault="00D7352B">
      <w:pPr>
        <w:spacing w:after="0"/>
      </w:pPr>
    </w:p>
    <w:p w14:paraId="710A94F4" w14:textId="77777777" w:rsidR="00D7352B" w:rsidRDefault="00C90105">
      <w:pPr>
        <w:spacing w:after="0"/>
      </w:pPr>
      <w:proofErr w:type="gramStart"/>
      <w:r>
        <w:rPr>
          <w:rFonts w:ascii="Arial" w:hAnsi="Arial"/>
          <w:b/>
        </w:rPr>
        <w:t xml:space="preserve">Jasmine  </w:t>
      </w:r>
      <w:r>
        <w:rPr>
          <w:rFonts w:ascii="Arial" w:hAnsi="Arial"/>
          <w:color w:val="5D7284"/>
        </w:rPr>
        <w:t>17:50</w:t>
      </w:r>
      <w:proofErr w:type="gramEnd"/>
    </w:p>
    <w:p w14:paraId="3E01402A" w14:textId="77777777" w:rsidR="00D7352B" w:rsidRDefault="00C90105">
      <w:pPr>
        <w:spacing w:after="0"/>
      </w:pPr>
      <w:r>
        <w:rPr>
          <w:rFonts w:ascii="Arial" w:hAnsi="Arial"/>
        </w:rPr>
        <w:t xml:space="preserve">Yeah, I </w:t>
      </w:r>
      <w:proofErr w:type="gramStart"/>
      <w:r>
        <w:rPr>
          <w:rFonts w:ascii="Arial" w:hAnsi="Arial"/>
        </w:rPr>
        <w:t>don't</w:t>
      </w:r>
      <w:proofErr w:type="gramEnd"/>
      <w:r>
        <w:rPr>
          <w:rFonts w:ascii="Arial" w:hAnsi="Arial"/>
        </w:rPr>
        <w:t xml:space="preserve"> want people to think of me and think arthritis. You know, I, I want to be </w:t>
      </w:r>
      <w:r>
        <w:rPr>
          <w:rFonts w:ascii="Arial" w:hAnsi="Arial"/>
        </w:rPr>
        <w:t>something more than just my arthritis.</w:t>
      </w:r>
    </w:p>
    <w:p w14:paraId="510757E9" w14:textId="77777777" w:rsidR="00D7352B" w:rsidRDefault="00D7352B">
      <w:pPr>
        <w:spacing w:after="0"/>
      </w:pPr>
    </w:p>
    <w:p w14:paraId="21C45884" w14:textId="77777777" w:rsidR="00D7352B" w:rsidRDefault="00C90105">
      <w:pPr>
        <w:spacing w:after="0"/>
      </w:pPr>
      <w:proofErr w:type="gramStart"/>
      <w:r>
        <w:rPr>
          <w:rFonts w:ascii="Arial" w:hAnsi="Arial"/>
          <w:b/>
        </w:rPr>
        <w:t xml:space="preserve">Lucy  </w:t>
      </w:r>
      <w:r>
        <w:rPr>
          <w:rFonts w:ascii="Arial" w:hAnsi="Arial"/>
          <w:color w:val="5D7284"/>
        </w:rPr>
        <w:t>17:59</w:t>
      </w:r>
      <w:proofErr w:type="gramEnd"/>
    </w:p>
    <w:p w14:paraId="048495C0" w14:textId="77777777" w:rsidR="00D7352B" w:rsidRDefault="00C90105">
      <w:pPr>
        <w:spacing w:after="0"/>
      </w:pPr>
      <w:proofErr w:type="gramStart"/>
      <w:r>
        <w:rPr>
          <w:rFonts w:ascii="Arial" w:hAnsi="Arial"/>
        </w:rPr>
        <w:t>First of all</w:t>
      </w:r>
      <w:proofErr w:type="gramEnd"/>
      <w:r>
        <w:rPr>
          <w:rFonts w:ascii="Arial" w:hAnsi="Arial"/>
        </w:rPr>
        <w:t xml:space="preserve">, do you use the term arthritis now? Now </w:t>
      </w:r>
      <w:proofErr w:type="gramStart"/>
      <w:r>
        <w:rPr>
          <w:rFonts w:ascii="Arial" w:hAnsi="Arial"/>
        </w:rPr>
        <w:t>you're</w:t>
      </w:r>
      <w:proofErr w:type="gramEnd"/>
      <w:r>
        <w:rPr>
          <w:rFonts w:ascii="Arial" w:hAnsi="Arial"/>
        </w:rPr>
        <w:t xml:space="preserve"> a bit older or do you tend not to?</w:t>
      </w:r>
    </w:p>
    <w:p w14:paraId="6D719966" w14:textId="77777777" w:rsidR="00D7352B" w:rsidRDefault="00D7352B">
      <w:pPr>
        <w:spacing w:after="0"/>
      </w:pPr>
    </w:p>
    <w:p w14:paraId="3A16D62A" w14:textId="77777777" w:rsidR="00D7352B" w:rsidRDefault="00C90105">
      <w:pPr>
        <w:spacing w:after="0"/>
      </w:pPr>
      <w:proofErr w:type="gramStart"/>
      <w:r>
        <w:rPr>
          <w:rFonts w:ascii="Arial" w:hAnsi="Arial"/>
          <w:b/>
        </w:rPr>
        <w:t xml:space="preserve">Jasmine  </w:t>
      </w:r>
      <w:r>
        <w:rPr>
          <w:rFonts w:ascii="Arial" w:hAnsi="Arial"/>
          <w:color w:val="5D7284"/>
        </w:rPr>
        <w:t>18:04</w:t>
      </w:r>
      <w:proofErr w:type="gramEnd"/>
    </w:p>
    <w:p w14:paraId="1922E9B1" w14:textId="77777777" w:rsidR="00D7352B" w:rsidRDefault="00C90105">
      <w:pPr>
        <w:spacing w:after="0"/>
      </w:pPr>
      <w:r>
        <w:rPr>
          <w:rFonts w:ascii="Arial" w:hAnsi="Arial"/>
        </w:rPr>
        <w:t xml:space="preserve">Yeah. I mean, now, </w:t>
      </w:r>
      <w:proofErr w:type="gramStart"/>
      <w:r>
        <w:rPr>
          <w:rFonts w:ascii="Arial" w:hAnsi="Arial"/>
        </w:rPr>
        <w:t>I've</w:t>
      </w:r>
      <w:proofErr w:type="gramEnd"/>
      <w:r>
        <w:rPr>
          <w:rFonts w:ascii="Arial" w:hAnsi="Arial"/>
        </w:rPr>
        <w:t xml:space="preserve"> obviously gone through secondary school switched friendship groups, I</w:t>
      </w:r>
      <w:r>
        <w:rPr>
          <w:rFonts w:ascii="Arial" w:hAnsi="Arial"/>
        </w:rPr>
        <w:t xml:space="preserve">'m not entirely sure who knows anymore. I kind of </w:t>
      </w:r>
      <w:proofErr w:type="gramStart"/>
      <w:r>
        <w:rPr>
          <w:rFonts w:ascii="Arial" w:hAnsi="Arial"/>
        </w:rPr>
        <w:t>I'm</w:t>
      </w:r>
      <w:proofErr w:type="gramEnd"/>
      <w:r>
        <w:rPr>
          <w:rFonts w:ascii="Arial" w:hAnsi="Arial"/>
        </w:rPr>
        <w:t xml:space="preserve"> not worried about it at all. I </w:t>
      </w:r>
      <w:proofErr w:type="gramStart"/>
      <w:r>
        <w:rPr>
          <w:rFonts w:ascii="Arial" w:hAnsi="Arial"/>
        </w:rPr>
        <w:t>don't</w:t>
      </w:r>
      <w:proofErr w:type="gramEnd"/>
      <w:r>
        <w:rPr>
          <w:rFonts w:ascii="Arial" w:hAnsi="Arial"/>
        </w:rPr>
        <w:t xml:space="preserve"> know whether my whole sixth form knows about it, or if only the few people that I occasionally mentioned it to know about it. But I </w:t>
      </w:r>
      <w:proofErr w:type="gramStart"/>
      <w:r>
        <w:rPr>
          <w:rFonts w:ascii="Arial" w:hAnsi="Arial"/>
        </w:rPr>
        <w:t>definitely I</w:t>
      </w:r>
      <w:proofErr w:type="gramEnd"/>
      <w:r>
        <w:rPr>
          <w:rFonts w:ascii="Arial" w:hAnsi="Arial"/>
        </w:rPr>
        <w:t xml:space="preserve"> try and do like awar</w:t>
      </w:r>
      <w:r>
        <w:rPr>
          <w:rFonts w:ascii="Arial" w:hAnsi="Arial"/>
        </w:rPr>
        <w:t xml:space="preserve">eness within my sick form, like trying to do as an assembly or people like donating towards a charity that's supporting people with arthritis. So in that scenario, I would use the word arthritis, but I feel like even still now. I do </w:t>
      </w:r>
      <w:proofErr w:type="spellStart"/>
      <w:r>
        <w:rPr>
          <w:rFonts w:ascii="Arial" w:hAnsi="Arial"/>
        </w:rPr>
        <w:t>sse</w:t>
      </w:r>
      <w:proofErr w:type="spellEnd"/>
      <w:r>
        <w:rPr>
          <w:rFonts w:ascii="Arial" w:hAnsi="Arial"/>
        </w:rPr>
        <w:t xml:space="preserve"> the word if I'm, if</w:t>
      </w:r>
      <w:r>
        <w:rPr>
          <w:rFonts w:ascii="Arial" w:hAnsi="Arial"/>
        </w:rPr>
        <w:t xml:space="preserve"> I'm talking to my friends, but I always feel a bit hesitant still saying like, with my a-a-arthritis, like, I don't really want to say it, </w:t>
      </w:r>
      <w:proofErr w:type="gramStart"/>
      <w:r>
        <w:rPr>
          <w:rFonts w:ascii="Arial" w:hAnsi="Arial"/>
        </w:rPr>
        <w:t>because</w:t>
      </w:r>
      <w:proofErr w:type="gramEnd"/>
    </w:p>
    <w:p w14:paraId="6B6BFC5F" w14:textId="77777777" w:rsidR="00D7352B" w:rsidRDefault="00D7352B">
      <w:pPr>
        <w:spacing w:after="0"/>
      </w:pPr>
    </w:p>
    <w:p w14:paraId="28BDB6E2" w14:textId="77777777" w:rsidR="00D7352B" w:rsidRDefault="00C90105">
      <w:pPr>
        <w:spacing w:after="0"/>
      </w:pPr>
      <w:proofErr w:type="gramStart"/>
      <w:r>
        <w:rPr>
          <w:rFonts w:ascii="Arial" w:hAnsi="Arial"/>
          <w:b/>
        </w:rPr>
        <w:t xml:space="preserve">Lucy  </w:t>
      </w:r>
      <w:r>
        <w:rPr>
          <w:rFonts w:ascii="Arial" w:hAnsi="Arial"/>
          <w:color w:val="5D7284"/>
        </w:rPr>
        <w:t>18:57</w:t>
      </w:r>
      <w:proofErr w:type="gramEnd"/>
    </w:p>
    <w:p w14:paraId="111DC503" w14:textId="77777777" w:rsidR="00D7352B" w:rsidRDefault="00C90105">
      <w:pPr>
        <w:spacing w:after="0"/>
      </w:pPr>
      <w:r>
        <w:rPr>
          <w:rFonts w:ascii="Arial" w:hAnsi="Arial"/>
        </w:rPr>
        <w:t>Yeah,</w:t>
      </w:r>
    </w:p>
    <w:p w14:paraId="3E1BAD73" w14:textId="77777777" w:rsidR="00D7352B" w:rsidRDefault="00D7352B">
      <w:pPr>
        <w:spacing w:after="0"/>
      </w:pPr>
    </w:p>
    <w:p w14:paraId="46D9F8CE" w14:textId="77777777" w:rsidR="00D7352B" w:rsidRDefault="00C90105">
      <w:pPr>
        <w:spacing w:after="0"/>
      </w:pPr>
      <w:proofErr w:type="gramStart"/>
      <w:r>
        <w:rPr>
          <w:rFonts w:ascii="Arial" w:hAnsi="Arial"/>
          <w:b/>
        </w:rPr>
        <w:t xml:space="preserve">Jasmine  </w:t>
      </w:r>
      <w:r>
        <w:rPr>
          <w:rFonts w:ascii="Arial" w:hAnsi="Arial"/>
          <w:color w:val="5D7284"/>
        </w:rPr>
        <w:t>18:57</w:t>
      </w:r>
      <w:proofErr w:type="gramEnd"/>
    </w:p>
    <w:p w14:paraId="332AE37C" w14:textId="77777777" w:rsidR="00D7352B" w:rsidRDefault="00C90105">
      <w:pPr>
        <w:spacing w:after="0"/>
      </w:pPr>
      <w:r>
        <w:rPr>
          <w:rFonts w:ascii="Arial" w:hAnsi="Arial"/>
        </w:rPr>
        <w:t xml:space="preserve">not that </w:t>
      </w:r>
      <w:proofErr w:type="gramStart"/>
      <w:r>
        <w:rPr>
          <w:rFonts w:ascii="Arial" w:hAnsi="Arial"/>
        </w:rPr>
        <w:t>it's</w:t>
      </w:r>
      <w:proofErr w:type="gramEnd"/>
      <w:r>
        <w:rPr>
          <w:rFonts w:ascii="Arial" w:hAnsi="Arial"/>
        </w:rPr>
        <w:t xml:space="preserve"> a bad thing. </w:t>
      </w:r>
      <w:proofErr w:type="gramStart"/>
      <w:r>
        <w:rPr>
          <w:rFonts w:ascii="Arial" w:hAnsi="Arial"/>
        </w:rPr>
        <w:t>It's</w:t>
      </w:r>
      <w:proofErr w:type="gramEnd"/>
      <w:r>
        <w:rPr>
          <w:rFonts w:ascii="Arial" w:hAnsi="Arial"/>
        </w:rPr>
        <w:t xml:space="preserve"> just, it feels like a bigger deal if I sa</w:t>
      </w:r>
      <w:r>
        <w:rPr>
          <w:rFonts w:ascii="Arial" w:hAnsi="Arial"/>
        </w:rPr>
        <w:t>y that [laughs].</w:t>
      </w:r>
    </w:p>
    <w:p w14:paraId="0F65CE10" w14:textId="77777777" w:rsidR="00D7352B" w:rsidRDefault="00D7352B">
      <w:pPr>
        <w:spacing w:after="0"/>
      </w:pPr>
    </w:p>
    <w:p w14:paraId="4F9EF043" w14:textId="77777777" w:rsidR="00D7352B" w:rsidRDefault="00C90105">
      <w:pPr>
        <w:spacing w:after="0"/>
      </w:pPr>
      <w:proofErr w:type="gramStart"/>
      <w:r>
        <w:rPr>
          <w:rFonts w:ascii="Arial" w:hAnsi="Arial"/>
          <w:b/>
        </w:rPr>
        <w:t xml:space="preserve">Alice  </w:t>
      </w:r>
      <w:r>
        <w:rPr>
          <w:rFonts w:ascii="Arial" w:hAnsi="Arial"/>
          <w:color w:val="5D7284"/>
        </w:rPr>
        <w:t>19:04</w:t>
      </w:r>
      <w:proofErr w:type="gramEnd"/>
    </w:p>
    <w:p w14:paraId="1F7419E0" w14:textId="77777777" w:rsidR="00D7352B" w:rsidRDefault="00C90105">
      <w:pPr>
        <w:spacing w:after="0"/>
      </w:pPr>
      <w:proofErr w:type="gramStart"/>
      <w:r>
        <w:rPr>
          <w:rFonts w:ascii="Arial" w:hAnsi="Arial"/>
        </w:rPr>
        <w:t>There's</w:t>
      </w:r>
      <w:proofErr w:type="gramEnd"/>
      <w:r>
        <w:rPr>
          <w:rFonts w:ascii="Arial" w:hAnsi="Arial"/>
        </w:rPr>
        <w:t xml:space="preserve"> a lot around words. And those kinds of labels that I think people who </w:t>
      </w:r>
      <w:proofErr w:type="gramStart"/>
      <w:r>
        <w:rPr>
          <w:rFonts w:ascii="Arial" w:hAnsi="Arial"/>
        </w:rPr>
        <w:t>don't</w:t>
      </w:r>
      <w:proofErr w:type="gramEnd"/>
      <w:r>
        <w:rPr>
          <w:rFonts w:ascii="Arial" w:hAnsi="Arial"/>
        </w:rPr>
        <w:t xml:space="preserve"> have to live with them don't really understand. </w:t>
      </w:r>
    </w:p>
    <w:p w14:paraId="4411708E" w14:textId="77777777" w:rsidR="00D7352B" w:rsidRDefault="00D7352B">
      <w:pPr>
        <w:spacing w:after="0"/>
      </w:pPr>
    </w:p>
    <w:p w14:paraId="6C17CAAE" w14:textId="77777777" w:rsidR="00D7352B" w:rsidRDefault="00C90105">
      <w:pPr>
        <w:spacing w:after="0"/>
      </w:pPr>
      <w:proofErr w:type="gramStart"/>
      <w:r>
        <w:rPr>
          <w:rFonts w:ascii="Arial" w:hAnsi="Arial"/>
          <w:b/>
        </w:rPr>
        <w:t xml:space="preserve">Jasmine  </w:t>
      </w:r>
      <w:r>
        <w:rPr>
          <w:rFonts w:ascii="Arial" w:hAnsi="Arial"/>
          <w:color w:val="5D7284"/>
        </w:rPr>
        <w:t>19:15</w:t>
      </w:r>
      <w:proofErr w:type="gramEnd"/>
    </w:p>
    <w:p w14:paraId="67C75FE8" w14:textId="77777777" w:rsidR="00D7352B" w:rsidRDefault="00C90105">
      <w:pPr>
        <w:spacing w:after="0"/>
      </w:pPr>
      <w:r>
        <w:rPr>
          <w:rFonts w:ascii="Arial" w:hAnsi="Arial"/>
        </w:rPr>
        <w:t xml:space="preserve">Yeah, </w:t>
      </w:r>
    </w:p>
    <w:p w14:paraId="66B73A4B" w14:textId="77777777" w:rsidR="00D7352B" w:rsidRDefault="00D7352B">
      <w:pPr>
        <w:spacing w:after="0"/>
      </w:pPr>
    </w:p>
    <w:p w14:paraId="1E44487C" w14:textId="77777777" w:rsidR="00D7352B" w:rsidRDefault="00C90105">
      <w:pPr>
        <w:spacing w:after="0"/>
      </w:pPr>
      <w:proofErr w:type="gramStart"/>
      <w:r>
        <w:rPr>
          <w:rFonts w:ascii="Arial" w:hAnsi="Arial"/>
          <w:b/>
        </w:rPr>
        <w:t xml:space="preserve">Alice  </w:t>
      </w:r>
      <w:r>
        <w:rPr>
          <w:rFonts w:ascii="Arial" w:hAnsi="Arial"/>
          <w:color w:val="5D7284"/>
        </w:rPr>
        <w:t>19:16</w:t>
      </w:r>
      <w:proofErr w:type="gramEnd"/>
    </w:p>
    <w:p w14:paraId="3C9D6C7A" w14:textId="77777777" w:rsidR="00D7352B" w:rsidRDefault="00C90105">
      <w:pPr>
        <w:spacing w:after="0"/>
      </w:pPr>
      <w:r>
        <w:rPr>
          <w:rFonts w:ascii="Arial" w:hAnsi="Arial"/>
        </w:rPr>
        <w:t xml:space="preserve">You know, it took it. It has taken me a very long time </w:t>
      </w:r>
      <w:r>
        <w:rPr>
          <w:rFonts w:ascii="Arial" w:hAnsi="Arial"/>
        </w:rPr>
        <w:t>to come to terms with just using the phrase blind to describe myself.</w:t>
      </w:r>
    </w:p>
    <w:p w14:paraId="7E575D55" w14:textId="77777777" w:rsidR="00D7352B" w:rsidRDefault="00D7352B">
      <w:pPr>
        <w:spacing w:after="0"/>
      </w:pPr>
    </w:p>
    <w:p w14:paraId="78A47DFC" w14:textId="77777777" w:rsidR="00D7352B" w:rsidRDefault="00C90105">
      <w:pPr>
        <w:spacing w:after="0"/>
      </w:pPr>
      <w:proofErr w:type="gramStart"/>
      <w:r>
        <w:rPr>
          <w:rFonts w:ascii="Arial" w:hAnsi="Arial"/>
          <w:b/>
        </w:rPr>
        <w:t xml:space="preserve">Jasmine  </w:t>
      </w:r>
      <w:r>
        <w:rPr>
          <w:rFonts w:ascii="Arial" w:hAnsi="Arial"/>
          <w:color w:val="5D7284"/>
        </w:rPr>
        <w:t>19:26</w:t>
      </w:r>
      <w:proofErr w:type="gramEnd"/>
    </w:p>
    <w:p w14:paraId="59823357" w14:textId="77777777" w:rsidR="00D7352B" w:rsidRDefault="00C90105">
      <w:pPr>
        <w:spacing w:after="0"/>
      </w:pPr>
      <w:r>
        <w:rPr>
          <w:rFonts w:ascii="Arial" w:hAnsi="Arial"/>
        </w:rPr>
        <w:t xml:space="preserve">Yeah, </w:t>
      </w:r>
    </w:p>
    <w:p w14:paraId="72F8881D" w14:textId="77777777" w:rsidR="00D7352B" w:rsidRDefault="00D7352B">
      <w:pPr>
        <w:spacing w:after="0"/>
      </w:pPr>
    </w:p>
    <w:p w14:paraId="438AB5DF" w14:textId="77777777" w:rsidR="00D7352B" w:rsidRDefault="00C90105">
      <w:pPr>
        <w:spacing w:after="0"/>
      </w:pPr>
      <w:proofErr w:type="gramStart"/>
      <w:r>
        <w:rPr>
          <w:rFonts w:ascii="Arial" w:hAnsi="Arial"/>
          <w:b/>
        </w:rPr>
        <w:t xml:space="preserve">Alice  </w:t>
      </w:r>
      <w:r>
        <w:rPr>
          <w:rFonts w:ascii="Arial" w:hAnsi="Arial"/>
          <w:color w:val="5D7284"/>
        </w:rPr>
        <w:t>19:26</w:t>
      </w:r>
      <w:proofErr w:type="gramEnd"/>
    </w:p>
    <w:p w14:paraId="3B70173C" w14:textId="77777777" w:rsidR="00D7352B" w:rsidRDefault="00C90105">
      <w:pPr>
        <w:spacing w:after="0"/>
      </w:pPr>
      <w:r>
        <w:rPr>
          <w:rFonts w:ascii="Arial" w:hAnsi="Arial"/>
        </w:rPr>
        <w:t xml:space="preserve">And every time anybody else uses it to describe me, even Lucy, I still go tense </w:t>
      </w:r>
      <w:proofErr w:type="gramStart"/>
      <w:r>
        <w:rPr>
          <w:rFonts w:ascii="Arial" w:hAnsi="Arial"/>
        </w:rPr>
        <w:t>absolutely everywhere</w:t>
      </w:r>
      <w:proofErr w:type="gramEnd"/>
      <w:r>
        <w:rPr>
          <w:rFonts w:ascii="Arial" w:hAnsi="Arial"/>
        </w:rPr>
        <w:t xml:space="preserve"> like</w:t>
      </w:r>
    </w:p>
    <w:p w14:paraId="56382FDD" w14:textId="77777777" w:rsidR="00D7352B" w:rsidRDefault="00D7352B">
      <w:pPr>
        <w:spacing w:after="0"/>
      </w:pPr>
    </w:p>
    <w:p w14:paraId="44910DAC" w14:textId="77777777" w:rsidR="00D7352B" w:rsidRDefault="00C90105">
      <w:pPr>
        <w:spacing w:after="0"/>
      </w:pPr>
      <w:proofErr w:type="gramStart"/>
      <w:r>
        <w:rPr>
          <w:rFonts w:ascii="Arial" w:hAnsi="Arial"/>
          <w:b/>
        </w:rPr>
        <w:lastRenderedPageBreak/>
        <w:t xml:space="preserve">Lucy  </w:t>
      </w:r>
      <w:r>
        <w:rPr>
          <w:rFonts w:ascii="Arial" w:hAnsi="Arial"/>
          <w:color w:val="5D7284"/>
        </w:rPr>
        <w:t>19:34</w:t>
      </w:r>
      <w:proofErr w:type="gramEnd"/>
    </w:p>
    <w:p w14:paraId="0BC657E7" w14:textId="77777777" w:rsidR="00D7352B" w:rsidRDefault="00C90105">
      <w:pPr>
        <w:spacing w:after="0"/>
      </w:pPr>
      <w:r>
        <w:rPr>
          <w:rFonts w:ascii="Arial" w:hAnsi="Arial"/>
        </w:rPr>
        <w:t>Sorry [laughs]</w:t>
      </w:r>
    </w:p>
    <w:p w14:paraId="5326F948" w14:textId="77777777" w:rsidR="00D7352B" w:rsidRDefault="00D7352B">
      <w:pPr>
        <w:spacing w:after="0"/>
      </w:pPr>
    </w:p>
    <w:p w14:paraId="19361A1F" w14:textId="77777777" w:rsidR="00D7352B" w:rsidRDefault="00C90105">
      <w:pPr>
        <w:spacing w:after="0"/>
      </w:pPr>
      <w:proofErr w:type="gramStart"/>
      <w:r>
        <w:rPr>
          <w:rFonts w:ascii="Arial" w:hAnsi="Arial"/>
          <w:b/>
        </w:rPr>
        <w:t xml:space="preserve">Jasmine  </w:t>
      </w:r>
      <w:r>
        <w:rPr>
          <w:rFonts w:ascii="Arial" w:hAnsi="Arial"/>
          <w:color w:val="5D7284"/>
        </w:rPr>
        <w:t>19:37</w:t>
      </w:r>
      <w:proofErr w:type="gramEnd"/>
    </w:p>
    <w:p w14:paraId="4B94DE5E" w14:textId="77777777" w:rsidR="00D7352B" w:rsidRDefault="00C90105">
      <w:pPr>
        <w:spacing w:after="0"/>
      </w:pPr>
      <w:r>
        <w:rPr>
          <w:rFonts w:ascii="Arial" w:hAnsi="Arial"/>
        </w:rPr>
        <w:t xml:space="preserve">[laughs] </w:t>
      </w:r>
    </w:p>
    <w:p w14:paraId="2923A473" w14:textId="77777777" w:rsidR="00D7352B" w:rsidRDefault="00D7352B">
      <w:pPr>
        <w:spacing w:after="0"/>
      </w:pPr>
    </w:p>
    <w:p w14:paraId="5768A39F" w14:textId="77777777" w:rsidR="00D7352B" w:rsidRDefault="00C90105">
      <w:pPr>
        <w:spacing w:after="0"/>
      </w:pPr>
      <w:proofErr w:type="gramStart"/>
      <w:r>
        <w:rPr>
          <w:rFonts w:ascii="Arial" w:hAnsi="Arial"/>
          <w:b/>
        </w:rPr>
        <w:t xml:space="preserve">Alice  </w:t>
      </w:r>
      <w:r>
        <w:rPr>
          <w:rFonts w:ascii="Arial" w:hAnsi="Arial"/>
          <w:color w:val="5D7284"/>
        </w:rPr>
        <w:t>19:37</w:t>
      </w:r>
      <w:proofErr w:type="gramEnd"/>
    </w:p>
    <w:p w14:paraId="6459EE6A" w14:textId="77777777" w:rsidR="00D7352B" w:rsidRDefault="00C90105">
      <w:pPr>
        <w:spacing w:after="0"/>
      </w:pPr>
      <w:proofErr w:type="gramStart"/>
      <w:r>
        <w:rPr>
          <w:rFonts w:ascii="Arial" w:hAnsi="Arial"/>
        </w:rPr>
        <w:t>It's</w:t>
      </w:r>
      <w:proofErr w:type="gramEnd"/>
      <w:r>
        <w:rPr>
          <w:rFonts w:ascii="Arial" w:hAnsi="Arial"/>
        </w:rPr>
        <w:t xml:space="preserve"> not you It's just that for me that word has become associated with professionals and hospitals and people, similarly, kind of older people. </w:t>
      </w:r>
    </w:p>
    <w:p w14:paraId="691C48AC" w14:textId="77777777" w:rsidR="00D7352B" w:rsidRDefault="00D7352B">
      <w:pPr>
        <w:spacing w:after="0"/>
      </w:pPr>
    </w:p>
    <w:p w14:paraId="7D1CEB76" w14:textId="77777777" w:rsidR="00D7352B" w:rsidRDefault="00C90105">
      <w:pPr>
        <w:spacing w:after="0"/>
      </w:pPr>
      <w:proofErr w:type="gramStart"/>
      <w:r>
        <w:rPr>
          <w:rFonts w:ascii="Arial" w:hAnsi="Arial"/>
          <w:b/>
        </w:rPr>
        <w:t xml:space="preserve">Jasmine  </w:t>
      </w:r>
      <w:r>
        <w:rPr>
          <w:rFonts w:ascii="Arial" w:hAnsi="Arial"/>
          <w:color w:val="5D7284"/>
        </w:rPr>
        <w:t>19:53</w:t>
      </w:r>
      <w:proofErr w:type="gramEnd"/>
    </w:p>
    <w:p w14:paraId="59820D2B" w14:textId="77777777" w:rsidR="00D7352B" w:rsidRDefault="00C90105">
      <w:pPr>
        <w:spacing w:after="0"/>
      </w:pPr>
      <w:r>
        <w:rPr>
          <w:rFonts w:ascii="Arial" w:hAnsi="Arial"/>
        </w:rPr>
        <w:t xml:space="preserve">Yeah, definitely </w:t>
      </w:r>
    </w:p>
    <w:p w14:paraId="6D401BD6" w14:textId="77777777" w:rsidR="00D7352B" w:rsidRDefault="00D7352B">
      <w:pPr>
        <w:spacing w:after="0"/>
      </w:pPr>
    </w:p>
    <w:p w14:paraId="4F78CC30" w14:textId="77777777" w:rsidR="00D7352B" w:rsidRDefault="00C90105">
      <w:pPr>
        <w:spacing w:after="0"/>
      </w:pPr>
      <w:proofErr w:type="gramStart"/>
      <w:r>
        <w:rPr>
          <w:rFonts w:ascii="Arial" w:hAnsi="Arial"/>
          <w:b/>
        </w:rPr>
        <w:t xml:space="preserve">Alice  </w:t>
      </w:r>
      <w:r>
        <w:rPr>
          <w:rFonts w:ascii="Arial" w:hAnsi="Arial"/>
          <w:color w:val="5D7284"/>
        </w:rPr>
        <w:t>19:54</w:t>
      </w:r>
      <w:proofErr w:type="gramEnd"/>
    </w:p>
    <w:p w14:paraId="683E398F" w14:textId="77777777" w:rsidR="00D7352B" w:rsidRDefault="00C90105">
      <w:pPr>
        <w:spacing w:after="0"/>
      </w:pPr>
      <w:r>
        <w:rPr>
          <w:rFonts w:ascii="Arial" w:hAnsi="Arial"/>
        </w:rPr>
        <w:t>And that kind of, not b</w:t>
      </w:r>
      <w:r>
        <w:rPr>
          <w:rFonts w:ascii="Arial" w:hAnsi="Arial"/>
        </w:rPr>
        <w:t>eing not being able and things like that and, so yeah,</w:t>
      </w:r>
    </w:p>
    <w:p w14:paraId="363300E9" w14:textId="77777777" w:rsidR="00D7352B" w:rsidRDefault="00D7352B">
      <w:pPr>
        <w:spacing w:after="0"/>
      </w:pPr>
    </w:p>
    <w:p w14:paraId="5DB6BBF1" w14:textId="77777777" w:rsidR="00D7352B" w:rsidRDefault="00C90105">
      <w:pPr>
        <w:spacing w:after="0"/>
      </w:pPr>
      <w:proofErr w:type="gramStart"/>
      <w:r>
        <w:rPr>
          <w:rFonts w:ascii="Arial" w:hAnsi="Arial"/>
          <w:b/>
        </w:rPr>
        <w:t xml:space="preserve">Lucy  </w:t>
      </w:r>
      <w:r>
        <w:rPr>
          <w:rFonts w:ascii="Arial" w:hAnsi="Arial"/>
          <w:color w:val="5D7284"/>
        </w:rPr>
        <w:t>20:01</w:t>
      </w:r>
      <w:proofErr w:type="gramEnd"/>
    </w:p>
    <w:p w14:paraId="4654E976" w14:textId="77777777" w:rsidR="00D7352B" w:rsidRDefault="00C90105">
      <w:pPr>
        <w:spacing w:after="0"/>
      </w:pPr>
      <w:r>
        <w:rPr>
          <w:rFonts w:ascii="Arial" w:hAnsi="Arial"/>
        </w:rPr>
        <w:t xml:space="preserve">We </w:t>
      </w:r>
      <w:proofErr w:type="spellStart"/>
      <w:r>
        <w:rPr>
          <w:rFonts w:ascii="Arial" w:hAnsi="Arial"/>
        </w:rPr>
        <w:t>ll</w:t>
      </w:r>
      <w:proofErr w:type="spellEnd"/>
      <w:r>
        <w:rPr>
          <w:rFonts w:ascii="Arial" w:hAnsi="Arial"/>
        </w:rPr>
        <w:t xml:space="preserve">, Alice, your condition as well Am I right in saying that </w:t>
      </w:r>
      <w:proofErr w:type="gramStart"/>
      <w:r>
        <w:rPr>
          <w:rFonts w:ascii="Arial" w:hAnsi="Arial"/>
        </w:rPr>
        <w:t>it's</w:t>
      </w:r>
      <w:proofErr w:type="gramEnd"/>
      <w:r>
        <w:rPr>
          <w:rFonts w:ascii="Arial" w:hAnsi="Arial"/>
        </w:rPr>
        <w:t xml:space="preserve"> more prevalent in older people? Your condition, or have I got that wrong?</w:t>
      </w:r>
    </w:p>
    <w:p w14:paraId="428D36B3" w14:textId="77777777" w:rsidR="00D7352B" w:rsidRDefault="00D7352B">
      <w:pPr>
        <w:spacing w:after="0"/>
      </w:pPr>
    </w:p>
    <w:p w14:paraId="3E783AE8" w14:textId="77777777" w:rsidR="00D7352B" w:rsidRDefault="00C90105">
      <w:pPr>
        <w:spacing w:after="0"/>
      </w:pPr>
      <w:proofErr w:type="gramStart"/>
      <w:r>
        <w:rPr>
          <w:rFonts w:ascii="Arial" w:hAnsi="Arial"/>
          <w:b/>
        </w:rPr>
        <w:t xml:space="preserve">Alice  </w:t>
      </w:r>
      <w:r>
        <w:rPr>
          <w:rFonts w:ascii="Arial" w:hAnsi="Arial"/>
          <w:color w:val="5D7284"/>
        </w:rPr>
        <w:t>20:09</w:t>
      </w:r>
      <w:proofErr w:type="gramEnd"/>
    </w:p>
    <w:p w14:paraId="2578B3DE" w14:textId="77777777" w:rsidR="00D7352B" w:rsidRDefault="00C90105">
      <w:pPr>
        <w:spacing w:after="0"/>
      </w:pPr>
      <w:r>
        <w:rPr>
          <w:rFonts w:ascii="Arial" w:hAnsi="Arial"/>
        </w:rPr>
        <w:t xml:space="preserve">Err. No, </w:t>
      </w:r>
      <w:proofErr w:type="gramStart"/>
      <w:r>
        <w:rPr>
          <w:rFonts w:ascii="Arial" w:hAnsi="Arial"/>
        </w:rPr>
        <w:t>it's</w:t>
      </w:r>
      <w:proofErr w:type="gramEnd"/>
      <w:r>
        <w:rPr>
          <w:rFonts w:ascii="Arial" w:hAnsi="Arial"/>
        </w:rPr>
        <w:t>, it's a mix error.</w:t>
      </w:r>
      <w:r>
        <w:rPr>
          <w:rFonts w:ascii="Arial" w:hAnsi="Arial"/>
        </w:rPr>
        <w:t xml:space="preserve"> So you tend to find there </w:t>
      </w:r>
      <w:proofErr w:type="gramStart"/>
      <w:r>
        <w:rPr>
          <w:rFonts w:ascii="Arial" w:hAnsi="Arial"/>
        </w:rPr>
        <w:t>are people who are</w:t>
      </w:r>
      <w:proofErr w:type="gramEnd"/>
      <w:r>
        <w:rPr>
          <w:rFonts w:ascii="Arial" w:hAnsi="Arial"/>
        </w:rPr>
        <w:t xml:space="preserve"> kind of diagnosed in childhood. So I was six, I think, I know somebody who was nine, most people are sort of, you know, before they hit puberty, or you get all the way through to like, fifth, 45, 50 and suddenl</w:t>
      </w:r>
      <w:r>
        <w:rPr>
          <w:rFonts w:ascii="Arial" w:hAnsi="Arial"/>
        </w:rPr>
        <w:t xml:space="preserve">y </w:t>
      </w:r>
      <w:proofErr w:type="gramStart"/>
      <w:r>
        <w:rPr>
          <w:rFonts w:ascii="Arial" w:hAnsi="Arial"/>
        </w:rPr>
        <w:t>you're</w:t>
      </w:r>
      <w:proofErr w:type="gramEnd"/>
      <w:r>
        <w:rPr>
          <w:rFonts w:ascii="Arial" w:hAnsi="Arial"/>
        </w:rPr>
        <w:t xml:space="preserve"> like, I can't drive anymore because my sights deteriorated. So it is sort of both ends of the spectrum. </w:t>
      </w:r>
    </w:p>
    <w:p w14:paraId="22992078" w14:textId="77777777" w:rsidR="00D7352B" w:rsidRDefault="00D7352B">
      <w:pPr>
        <w:spacing w:after="0"/>
      </w:pPr>
    </w:p>
    <w:p w14:paraId="677F66BF" w14:textId="77777777" w:rsidR="00D7352B" w:rsidRDefault="00C90105">
      <w:pPr>
        <w:spacing w:after="0"/>
      </w:pPr>
      <w:proofErr w:type="gramStart"/>
      <w:r>
        <w:rPr>
          <w:rFonts w:ascii="Arial" w:hAnsi="Arial"/>
          <w:b/>
        </w:rPr>
        <w:t xml:space="preserve">Lucy  </w:t>
      </w:r>
      <w:r>
        <w:rPr>
          <w:rFonts w:ascii="Arial" w:hAnsi="Arial"/>
          <w:color w:val="5D7284"/>
        </w:rPr>
        <w:t>20:09</w:t>
      </w:r>
      <w:proofErr w:type="gramEnd"/>
    </w:p>
    <w:p w14:paraId="1D958E59" w14:textId="77777777" w:rsidR="00D7352B" w:rsidRDefault="00C90105">
      <w:pPr>
        <w:spacing w:after="0"/>
      </w:pPr>
      <w:r>
        <w:rPr>
          <w:rFonts w:ascii="Arial" w:hAnsi="Arial"/>
        </w:rPr>
        <w:t xml:space="preserve">It's like a </w:t>
      </w:r>
      <w:proofErr w:type="gramStart"/>
      <w:r>
        <w:rPr>
          <w:rFonts w:ascii="Arial" w:hAnsi="Arial"/>
        </w:rPr>
        <w:t>see-saw</w:t>
      </w:r>
      <w:proofErr w:type="gramEnd"/>
      <w:r>
        <w:rPr>
          <w:rFonts w:ascii="Arial" w:hAnsi="Arial"/>
        </w:rPr>
        <w:t>, really.</w:t>
      </w:r>
    </w:p>
    <w:p w14:paraId="0D82A176" w14:textId="77777777" w:rsidR="00D7352B" w:rsidRDefault="00D7352B">
      <w:pPr>
        <w:spacing w:after="0"/>
      </w:pPr>
    </w:p>
    <w:p w14:paraId="6778D706" w14:textId="77777777" w:rsidR="00D7352B" w:rsidRDefault="00C90105">
      <w:pPr>
        <w:spacing w:after="0"/>
      </w:pPr>
      <w:proofErr w:type="gramStart"/>
      <w:r>
        <w:rPr>
          <w:rFonts w:ascii="Arial" w:hAnsi="Arial"/>
          <w:b/>
        </w:rPr>
        <w:t xml:space="preserve">Alice  </w:t>
      </w:r>
      <w:r>
        <w:rPr>
          <w:rFonts w:ascii="Arial" w:hAnsi="Arial"/>
          <w:color w:val="5D7284"/>
        </w:rPr>
        <w:t>20:09</w:t>
      </w:r>
      <w:proofErr w:type="gramEnd"/>
    </w:p>
    <w:p w14:paraId="21DDF2FF" w14:textId="77777777" w:rsidR="00D7352B" w:rsidRDefault="00C90105">
      <w:pPr>
        <w:spacing w:after="0"/>
      </w:pPr>
      <w:r>
        <w:rPr>
          <w:rFonts w:ascii="Arial" w:hAnsi="Arial"/>
        </w:rPr>
        <w:t>Yeah.</w:t>
      </w:r>
    </w:p>
    <w:p w14:paraId="5ABFF71A" w14:textId="77777777" w:rsidR="00D7352B" w:rsidRDefault="00D7352B">
      <w:pPr>
        <w:spacing w:after="0"/>
      </w:pPr>
    </w:p>
    <w:p w14:paraId="117791D1" w14:textId="77777777" w:rsidR="00D7352B" w:rsidRDefault="00C90105">
      <w:pPr>
        <w:spacing w:after="0"/>
      </w:pPr>
      <w:proofErr w:type="gramStart"/>
      <w:r>
        <w:rPr>
          <w:rFonts w:ascii="Arial" w:hAnsi="Arial"/>
          <w:b/>
        </w:rPr>
        <w:t xml:space="preserve">Lucy  </w:t>
      </w:r>
      <w:r>
        <w:rPr>
          <w:rFonts w:ascii="Arial" w:hAnsi="Arial"/>
          <w:color w:val="5D7284"/>
        </w:rPr>
        <w:t>20:40</w:t>
      </w:r>
      <w:proofErr w:type="gramEnd"/>
    </w:p>
    <w:p w14:paraId="3321AB96" w14:textId="77777777" w:rsidR="00D7352B" w:rsidRDefault="00C90105">
      <w:pPr>
        <w:spacing w:after="0"/>
      </w:pPr>
      <w:r>
        <w:rPr>
          <w:rFonts w:ascii="Arial" w:hAnsi="Arial"/>
        </w:rPr>
        <w:t xml:space="preserve">Cause I. I mean, for me, my disability, my </w:t>
      </w:r>
      <w:proofErr w:type="gramStart"/>
      <w:r>
        <w:rPr>
          <w:rFonts w:ascii="Arial" w:hAnsi="Arial"/>
        </w:rPr>
        <w:t>disability,  I</w:t>
      </w:r>
      <w:proofErr w:type="gramEnd"/>
      <w:r>
        <w:rPr>
          <w:rFonts w:ascii="Arial" w:hAnsi="Arial"/>
        </w:rPr>
        <w:t xml:space="preserve"> mean, I know you can't see it now. Because you can only see my head on my shoulders. But when </w:t>
      </w:r>
      <w:proofErr w:type="gramStart"/>
      <w:r>
        <w:rPr>
          <w:rFonts w:ascii="Arial" w:hAnsi="Arial"/>
        </w:rPr>
        <w:t>I'm</w:t>
      </w:r>
      <w:proofErr w:type="gramEnd"/>
      <w:r>
        <w:rPr>
          <w:rFonts w:ascii="Arial" w:hAnsi="Arial"/>
        </w:rPr>
        <w:t xml:space="preserve"> out and about, it's very, very stark, staringly obvious that I am in a wheelchair. And there is no g</w:t>
      </w:r>
      <w:r>
        <w:rPr>
          <w:rFonts w:ascii="Arial" w:hAnsi="Arial"/>
        </w:rPr>
        <w:t xml:space="preserve">etting away from the fact that I am disabled, my hands look disabled, my face occasionally will look disabled, it just sort of decides to have this attack of itself where it just the muscles go "Bleurgh", and </w:t>
      </w:r>
      <w:proofErr w:type="gramStart"/>
      <w:r>
        <w:rPr>
          <w:rFonts w:ascii="Arial" w:hAnsi="Arial"/>
        </w:rPr>
        <w:t>it's</w:t>
      </w:r>
      <w:proofErr w:type="gramEnd"/>
      <w:r>
        <w:rPr>
          <w:rFonts w:ascii="Arial" w:hAnsi="Arial"/>
        </w:rPr>
        <w:t xml:space="preserve"> like what's that face? But </w:t>
      </w:r>
      <w:proofErr w:type="gramStart"/>
      <w:r>
        <w:rPr>
          <w:rFonts w:ascii="Arial" w:hAnsi="Arial"/>
        </w:rPr>
        <w:t>it's</w:t>
      </w:r>
      <w:proofErr w:type="gramEnd"/>
      <w:r>
        <w:rPr>
          <w:rFonts w:ascii="Arial" w:hAnsi="Arial"/>
        </w:rPr>
        <w:t>, so I can'</w:t>
      </w:r>
      <w:r>
        <w:rPr>
          <w:rFonts w:ascii="Arial" w:hAnsi="Arial"/>
        </w:rPr>
        <w:t xml:space="preserve">t get away from the fact that I am disabled. So I learned from a very early age, well, </w:t>
      </w:r>
      <w:proofErr w:type="gramStart"/>
      <w:r>
        <w:rPr>
          <w:rFonts w:ascii="Arial" w:hAnsi="Arial"/>
        </w:rPr>
        <w:t>I'm</w:t>
      </w:r>
      <w:proofErr w:type="gramEnd"/>
      <w:r>
        <w:rPr>
          <w:rFonts w:ascii="Arial" w:hAnsi="Arial"/>
        </w:rPr>
        <w:t xml:space="preserve"> different from everybody else. </w:t>
      </w:r>
      <w:proofErr w:type="gramStart"/>
      <w:r>
        <w:rPr>
          <w:rFonts w:ascii="Arial" w:hAnsi="Arial"/>
        </w:rPr>
        <w:t>I've</w:t>
      </w:r>
      <w:proofErr w:type="gramEnd"/>
      <w:r>
        <w:rPr>
          <w:rFonts w:ascii="Arial" w:hAnsi="Arial"/>
        </w:rPr>
        <w:t xml:space="preserve"> got to try and own this and style it out [laughs]. Like, yeah, I </w:t>
      </w:r>
      <w:proofErr w:type="gramStart"/>
      <w:r>
        <w:rPr>
          <w:rFonts w:ascii="Arial" w:hAnsi="Arial"/>
        </w:rPr>
        <w:t>can't</w:t>
      </w:r>
      <w:proofErr w:type="gramEnd"/>
      <w:r>
        <w:rPr>
          <w:rFonts w:ascii="Arial" w:hAnsi="Arial"/>
        </w:rPr>
        <w:t xml:space="preserve"> walk. But my hair looks </w:t>
      </w:r>
      <w:proofErr w:type="gramStart"/>
      <w:r>
        <w:rPr>
          <w:rFonts w:ascii="Arial" w:hAnsi="Arial"/>
        </w:rPr>
        <w:t>great</w:t>
      </w:r>
      <w:proofErr w:type="gramEnd"/>
      <w:r>
        <w:rPr>
          <w:rFonts w:ascii="Arial" w:hAnsi="Arial"/>
        </w:rPr>
        <w:t xml:space="preserve"> don't it? </w:t>
      </w:r>
    </w:p>
    <w:p w14:paraId="2DC056DC" w14:textId="77777777" w:rsidR="00D7352B" w:rsidRDefault="00D7352B">
      <w:pPr>
        <w:spacing w:after="0"/>
      </w:pPr>
    </w:p>
    <w:p w14:paraId="46D106B2" w14:textId="77777777" w:rsidR="00D7352B" w:rsidRDefault="00C90105">
      <w:pPr>
        <w:spacing w:after="0"/>
      </w:pPr>
      <w:proofErr w:type="gramStart"/>
      <w:r>
        <w:rPr>
          <w:rFonts w:ascii="Arial" w:hAnsi="Arial"/>
          <w:b/>
        </w:rPr>
        <w:t xml:space="preserve">Jasmine  </w:t>
      </w:r>
      <w:r>
        <w:rPr>
          <w:rFonts w:ascii="Arial" w:hAnsi="Arial"/>
          <w:color w:val="5D7284"/>
        </w:rPr>
        <w:t>21:26</w:t>
      </w:r>
      <w:proofErr w:type="gramEnd"/>
    </w:p>
    <w:p w14:paraId="5BFAAD29" w14:textId="77777777" w:rsidR="00D7352B" w:rsidRDefault="00C90105">
      <w:pPr>
        <w:spacing w:after="0"/>
      </w:pPr>
      <w:r>
        <w:rPr>
          <w:rFonts w:ascii="Arial" w:hAnsi="Arial"/>
        </w:rPr>
        <w:t>Y</w:t>
      </w:r>
      <w:r>
        <w:rPr>
          <w:rFonts w:ascii="Arial" w:hAnsi="Arial"/>
        </w:rPr>
        <w:t>eah</w:t>
      </w:r>
    </w:p>
    <w:p w14:paraId="3AD1D736" w14:textId="77777777" w:rsidR="00D7352B" w:rsidRDefault="00D7352B">
      <w:pPr>
        <w:spacing w:after="0"/>
      </w:pPr>
    </w:p>
    <w:p w14:paraId="1F39F9E0" w14:textId="77777777" w:rsidR="00D7352B" w:rsidRDefault="00C90105">
      <w:pPr>
        <w:spacing w:after="0"/>
      </w:pPr>
      <w:proofErr w:type="gramStart"/>
      <w:r>
        <w:rPr>
          <w:rFonts w:ascii="Arial" w:hAnsi="Arial"/>
          <w:b/>
        </w:rPr>
        <w:t xml:space="preserve">Lucy  </w:t>
      </w:r>
      <w:r>
        <w:rPr>
          <w:rFonts w:ascii="Arial" w:hAnsi="Arial"/>
          <w:color w:val="5D7284"/>
        </w:rPr>
        <w:t>21:27</w:t>
      </w:r>
      <w:proofErr w:type="gramEnd"/>
    </w:p>
    <w:p w14:paraId="0E33D640" w14:textId="77777777" w:rsidR="00D7352B" w:rsidRDefault="00C90105">
      <w:pPr>
        <w:spacing w:after="0"/>
      </w:pPr>
      <w:r>
        <w:rPr>
          <w:rFonts w:ascii="Arial" w:hAnsi="Arial"/>
        </w:rPr>
        <w:t xml:space="preserve">Not at the moment because of COVID but yeah, usually my </w:t>
      </w:r>
      <w:proofErr w:type="gramStart"/>
      <w:r>
        <w:rPr>
          <w:rFonts w:ascii="Arial" w:hAnsi="Arial"/>
        </w:rPr>
        <w:t>hair's</w:t>
      </w:r>
      <w:proofErr w:type="gramEnd"/>
      <w:r>
        <w:rPr>
          <w:rFonts w:ascii="Arial" w:hAnsi="Arial"/>
        </w:rPr>
        <w:t xml:space="preserve"> like nice. And so I try my best to, to use distraction techniques. So yeah, </w:t>
      </w:r>
      <w:proofErr w:type="gramStart"/>
      <w:r>
        <w:rPr>
          <w:rFonts w:ascii="Arial" w:hAnsi="Arial"/>
        </w:rPr>
        <w:t>I'm</w:t>
      </w:r>
      <w:proofErr w:type="gramEnd"/>
      <w:r>
        <w:rPr>
          <w:rFonts w:ascii="Arial" w:hAnsi="Arial"/>
        </w:rPr>
        <w:t xml:space="preserve"> in a wheelchair, but look how good my hair is, or do you like my nice top or look at my lipstick</w:t>
      </w:r>
      <w:r>
        <w:rPr>
          <w:rFonts w:ascii="Arial" w:hAnsi="Arial"/>
        </w:rPr>
        <w:t>, that kind of thing.</w:t>
      </w:r>
    </w:p>
    <w:p w14:paraId="75AF20DA" w14:textId="77777777" w:rsidR="00D7352B" w:rsidRDefault="00D7352B">
      <w:pPr>
        <w:spacing w:after="0"/>
      </w:pPr>
    </w:p>
    <w:p w14:paraId="5A8C2F99" w14:textId="77777777" w:rsidR="00D7352B" w:rsidRDefault="00C90105">
      <w:pPr>
        <w:spacing w:after="0"/>
      </w:pPr>
      <w:proofErr w:type="gramStart"/>
      <w:r>
        <w:rPr>
          <w:rFonts w:ascii="Arial" w:hAnsi="Arial"/>
          <w:b/>
        </w:rPr>
        <w:t xml:space="preserve">Jasmine  </w:t>
      </w:r>
      <w:r>
        <w:rPr>
          <w:rFonts w:ascii="Arial" w:hAnsi="Arial"/>
          <w:color w:val="5D7284"/>
        </w:rPr>
        <w:t>21:43</w:t>
      </w:r>
      <w:proofErr w:type="gramEnd"/>
    </w:p>
    <w:p w14:paraId="4F0AE9B5" w14:textId="77777777" w:rsidR="00D7352B" w:rsidRDefault="00C90105">
      <w:pPr>
        <w:spacing w:after="0"/>
      </w:pPr>
      <w:r>
        <w:rPr>
          <w:rFonts w:ascii="Arial" w:hAnsi="Arial"/>
        </w:rPr>
        <w:t>Yeah</w:t>
      </w:r>
    </w:p>
    <w:p w14:paraId="70B49885" w14:textId="77777777" w:rsidR="00D7352B" w:rsidRDefault="00D7352B">
      <w:pPr>
        <w:spacing w:after="0"/>
      </w:pPr>
    </w:p>
    <w:p w14:paraId="5B4C295D" w14:textId="77777777" w:rsidR="00D7352B" w:rsidRDefault="00C90105">
      <w:pPr>
        <w:spacing w:after="0"/>
      </w:pPr>
      <w:proofErr w:type="gramStart"/>
      <w:r>
        <w:rPr>
          <w:rFonts w:ascii="Arial" w:hAnsi="Arial"/>
          <w:b/>
        </w:rPr>
        <w:t xml:space="preserve">Alice  </w:t>
      </w:r>
      <w:r>
        <w:rPr>
          <w:rFonts w:ascii="Arial" w:hAnsi="Arial"/>
          <w:color w:val="5D7284"/>
        </w:rPr>
        <w:t>21:43</w:t>
      </w:r>
      <w:proofErr w:type="gramEnd"/>
    </w:p>
    <w:p w14:paraId="13DBC927" w14:textId="77777777" w:rsidR="00D7352B" w:rsidRDefault="00C90105">
      <w:pPr>
        <w:spacing w:after="0"/>
      </w:pPr>
      <w:r>
        <w:rPr>
          <w:rFonts w:ascii="Arial" w:hAnsi="Arial"/>
        </w:rPr>
        <w:t xml:space="preserve">I </w:t>
      </w:r>
      <w:proofErr w:type="gramStart"/>
      <w:r>
        <w:rPr>
          <w:rFonts w:ascii="Arial" w:hAnsi="Arial"/>
        </w:rPr>
        <w:t>think,  I</w:t>
      </w:r>
      <w:proofErr w:type="gramEnd"/>
      <w:r>
        <w:rPr>
          <w:rFonts w:ascii="Arial" w:hAnsi="Arial"/>
        </w:rPr>
        <w:t xml:space="preserve"> think it's </w:t>
      </w:r>
      <w:proofErr w:type="spellStart"/>
      <w:r>
        <w:rPr>
          <w:rFonts w:ascii="Arial" w:hAnsi="Arial"/>
        </w:rPr>
        <w:t>it's</w:t>
      </w:r>
      <w:proofErr w:type="spellEnd"/>
      <w:r>
        <w:rPr>
          <w:rFonts w:ascii="Arial" w:hAnsi="Arial"/>
        </w:rPr>
        <w:t xml:space="preserve"> probably I mean, particularly, I am sure I've said this on the show before, but you could not pay me to be 16, 17 again. There is not enough money in the whole world [laug</w:t>
      </w:r>
      <w:r>
        <w:rPr>
          <w:rFonts w:ascii="Arial" w:hAnsi="Arial"/>
        </w:rPr>
        <w:t xml:space="preserve">hs]. And so to, going through that with a hidden disability when </w:t>
      </w:r>
      <w:proofErr w:type="gramStart"/>
      <w:r>
        <w:rPr>
          <w:rFonts w:ascii="Arial" w:hAnsi="Arial"/>
        </w:rPr>
        <w:t>you're</w:t>
      </w:r>
      <w:proofErr w:type="gramEnd"/>
      <w:r>
        <w:rPr>
          <w:rFonts w:ascii="Arial" w:hAnsi="Arial"/>
        </w:rPr>
        <w:t xml:space="preserve"> already when you're doing the school thing, and then you're also doing the hormone thing, and you're also doing that, </w:t>
      </w:r>
    </w:p>
    <w:p w14:paraId="71C09403" w14:textId="77777777" w:rsidR="00D7352B" w:rsidRDefault="00D7352B">
      <w:pPr>
        <w:spacing w:after="0"/>
      </w:pPr>
    </w:p>
    <w:p w14:paraId="03FB35CC" w14:textId="77777777" w:rsidR="00D7352B" w:rsidRDefault="00C90105">
      <w:pPr>
        <w:spacing w:after="0"/>
      </w:pPr>
      <w:proofErr w:type="gramStart"/>
      <w:r>
        <w:rPr>
          <w:rFonts w:ascii="Arial" w:hAnsi="Arial"/>
          <w:b/>
        </w:rPr>
        <w:t xml:space="preserve">Lucy  </w:t>
      </w:r>
      <w:r>
        <w:rPr>
          <w:rFonts w:ascii="Arial" w:hAnsi="Arial"/>
          <w:color w:val="5D7284"/>
        </w:rPr>
        <w:t>21:56</w:t>
      </w:r>
      <w:proofErr w:type="gramEnd"/>
    </w:p>
    <w:p w14:paraId="574B8C94" w14:textId="77777777" w:rsidR="00D7352B" w:rsidRDefault="00C90105">
      <w:pPr>
        <w:spacing w:after="0"/>
      </w:pPr>
      <w:r>
        <w:rPr>
          <w:rFonts w:ascii="Arial" w:hAnsi="Arial"/>
        </w:rPr>
        <w:t>No. Nah-ah. Yeah,</w:t>
      </w:r>
    </w:p>
    <w:p w14:paraId="085CEFD2" w14:textId="77777777" w:rsidR="00D7352B" w:rsidRDefault="00D7352B">
      <w:pPr>
        <w:spacing w:after="0"/>
      </w:pPr>
    </w:p>
    <w:p w14:paraId="70690DE6" w14:textId="77777777" w:rsidR="00D7352B" w:rsidRDefault="00C90105">
      <w:pPr>
        <w:spacing w:after="0"/>
      </w:pPr>
      <w:proofErr w:type="gramStart"/>
      <w:r>
        <w:rPr>
          <w:rFonts w:ascii="Arial" w:hAnsi="Arial"/>
          <w:b/>
        </w:rPr>
        <w:t xml:space="preserve">Alice  </w:t>
      </w:r>
      <w:r>
        <w:rPr>
          <w:rFonts w:ascii="Arial" w:hAnsi="Arial"/>
          <w:color w:val="5D7284"/>
        </w:rPr>
        <w:t>22:10</w:t>
      </w:r>
      <w:proofErr w:type="gramEnd"/>
    </w:p>
    <w:p w14:paraId="09471CC1" w14:textId="77777777" w:rsidR="00D7352B" w:rsidRDefault="00C90105">
      <w:pPr>
        <w:spacing w:after="0"/>
      </w:pPr>
      <w:r>
        <w:rPr>
          <w:rFonts w:ascii="Arial" w:hAnsi="Arial"/>
        </w:rPr>
        <w:t xml:space="preserve">"Who am I? Where am </w:t>
      </w:r>
      <w:r>
        <w:rPr>
          <w:rFonts w:ascii="Arial" w:hAnsi="Arial"/>
        </w:rPr>
        <w:t xml:space="preserve">I going with my life?" you know, that, </w:t>
      </w:r>
      <w:proofErr w:type="gramStart"/>
      <w:r>
        <w:rPr>
          <w:rFonts w:ascii="Arial" w:hAnsi="Arial"/>
        </w:rPr>
        <w:t>it's</w:t>
      </w:r>
      <w:proofErr w:type="gramEnd"/>
      <w:r>
        <w:rPr>
          <w:rFonts w:ascii="Arial" w:hAnsi="Arial"/>
        </w:rPr>
        <w:t>, it's a lot to kind of work out those different elements of your identity anyway, to then throw pain and immobility. And...</w:t>
      </w:r>
    </w:p>
    <w:p w14:paraId="0826D6AF" w14:textId="77777777" w:rsidR="00D7352B" w:rsidRDefault="00D7352B">
      <w:pPr>
        <w:spacing w:after="0"/>
      </w:pPr>
    </w:p>
    <w:p w14:paraId="55069E63" w14:textId="77777777" w:rsidR="00D7352B" w:rsidRDefault="00C90105">
      <w:pPr>
        <w:spacing w:after="0"/>
      </w:pPr>
      <w:proofErr w:type="gramStart"/>
      <w:r>
        <w:rPr>
          <w:rFonts w:ascii="Arial" w:hAnsi="Arial"/>
          <w:b/>
        </w:rPr>
        <w:t xml:space="preserve">Jasmine  </w:t>
      </w:r>
      <w:r>
        <w:rPr>
          <w:rFonts w:ascii="Arial" w:hAnsi="Arial"/>
          <w:color w:val="5D7284"/>
        </w:rPr>
        <w:t>22:26</w:t>
      </w:r>
      <w:proofErr w:type="gramEnd"/>
    </w:p>
    <w:p w14:paraId="79F7193F" w14:textId="77777777" w:rsidR="00D7352B" w:rsidRDefault="00C90105">
      <w:pPr>
        <w:spacing w:after="0"/>
      </w:pPr>
      <w:r>
        <w:rPr>
          <w:rFonts w:ascii="Arial" w:hAnsi="Arial"/>
        </w:rPr>
        <w:t>Yeah</w:t>
      </w:r>
    </w:p>
    <w:p w14:paraId="17908B90" w14:textId="77777777" w:rsidR="00D7352B" w:rsidRDefault="00D7352B">
      <w:pPr>
        <w:spacing w:after="0"/>
      </w:pPr>
    </w:p>
    <w:p w14:paraId="1F46C897" w14:textId="77777777" w:rsidR="00D7352B" w:rsidRDefault="00C90105">
      <w:pPr>
        <w:spacing w:after="0"/>
      </w:pPr>
      <w:proofErr w:type="gramStart"/>
      <w:r>
        <w:rPr>
          <w:rFonts w:ascii="Arial" w:hAnsi="Arial"/>
          <w:b/>
        </w:rPr>
        <w:t xml:space="preserve">Alice  </w:t>
      </w:r>
      <w:r>
        <w:rPr>
          <w:rFonts w:ascii="Arial" w:hAnsi="Arial"/>
          <w:color w:val="5D7284"/>
        </w:rPr>
        <w:t>22:27</w:t>
      </w:r>
      <w:proofErr w:type="gramEnd"/>
    </w:p>
    <w:p w14:paraId="798A01F3" w14:textId="77777777" w:rsidR="00D7352B" w:rsidRDefault="00C90105">
      <w:pPr>
        <w:spacing w:after="0"/>
      </w:pPr>
      <w:r>
        <w:rPr>
          <w:rFonts w:ascii="Arial" w:hAnsi="Arial"/>
        </w:rPr>
        <w:t xml:space="preserve">At it must, </w:t>
      </w:r>
      <w:proofErr w:type="gramStart"/>
      <w:r>
        <w:rPr>
          <w:rFonts w:ascii="Arial" w:hAnsi="Arial"/>
        </w:rPr>
        <w:t>it's</w:t>
      </w:r>
      <w:proofErr w:type="gramEnd"/>
      <w:r>
        <w:rPr>
          <w:rFonts w:ascii="Arial" w:hAnsi="Arial"/>
        </w:rPr>
        <w:t xml:space="preserve"> </w:t>
      </w:r>
      <w:proofErr w:type="spellStart"/>
      <w:r>
        <w:rPr>
          <w:rFonts w:ascii="Arial" w:hAnsi="Arial"/>
        </w:rPr>
        <w:t>it's</w:t>
      </w:r>
      <w:proofErr w:type="spellEnd"/>
      <w:r>
        <w:rPr>
          <w:rFonts w:ascii="Arial" w:hAnsi="Arial"/>
        </w:rPr>
        <w:t xml:space="preserve"> a lot to kind of juggle. And I</w:t>
      </w:r>
      <w:r>
        <w:rPr>
          <w:rFonts w:ascii="Arial" w:hAnsi="Arial"/>
        </w:rPr>
        <w:t xml:space="preserve"> think it must be </w:t>
      </w:r>
      <w:proofErr w:type="gramStart"/>
      <w:r>
        <w:rPr>
          <w:rFonts w:ascii="Arial" w:hAnsi="Arial"/>
        </w:rPr>
        <w:t>really tough</w:t>
      </w:r>
      <w:proofErr w:type="gramEnd"/>
      <w:r>
        <w:rPr>
          <w:rFonts w:ascii="Arial" w:hAnsi="Arial"/>
        </w:rPr>
        <w:t xml:space="preserve">, you know, because at least with my condition 99% of the time, it's </w:t>
      </w:r>
      <w:proofErr w:type="spellStart"/>
      <w:r>
        <w:rPr>
          <w:rFonts w:ascii="Arial" w:hAnsi="Arial"/>
        </w:rPr>
        <w:t>it's</w:t>
      </w:r>
      <w:proofErr w:type="spellEnd"/>
      <w:r>
        <w:rPr>
          <w:rFonts w:ascii="Arial" w:hAnsi="Arial"/>
        </w:rPr>
        <w:t xml:space="preserve"> kind of just as it is, you know, with my friends and stuff at school, if I couldn't see something one day, I still couldn't see it the next day. Whereas</w:t>
      </w:r>
      <w:r>
        <w:rPr>
          <w:rFonts w:ascii="Arial" w:hAnsi="Arial"/>
        </w:rPr>
        <w:t xml:space="preserve">, you know, it must be quite tough for you with kind of managing your </w:t>
      </w:r>
      <w:proofErr w:type="spellStart"/>
      <w:r>
        <w:rPr>
          <w:rFonts w:ascii="Arial" w:hAnsi="Arial"/>
        </w:rPr>
        <w:t>your</w:t>
      </w:r>
      <w:proofErr w:type="spellEnd"/>
      <w:r>
        <w:rPr>
          <w:rFonts w:ascii="Arial" w:hAnsi="Arial"/>
        </w:rPr>
        <w:t xml:space="preserve"> friends understanding and your social groups understanding because sometimes you </w:t>
      </w:r>
      <w:proofErr w:type="gramStart"/>
      <w:r>
        <w:rPr>
          <w:rFonts w:ascii="Arial" w:hAnsi="Arial"/>
        </w:rPr>
        <w:t>don't</w:t>
      </w:r>
      <w:proofErr w:type="gramEnd"/>
      <w:r>
        <w:rPr>
          <w:rFonts w:ascii="Arial" w:hAnsi="Arial"/>
        </w:rPr>
        <w:t xml:space="preserve"> have pain, sometimes you don't have inflammation, inflammation.</w:t>
      </w:r>
    </w:p>
    <w:p w14:paraId="3E79B0DA" w14:textId="77777777" w:rsidR="00D7352B" w:rsidRDefault="00D7352B">
      <w:pPr>
        <w:spacing w:after="0"/>
      </w:pPr>
    </w:p>
    <w:p w14:paraId="5D82727C" w14:textId="77777777" w:rsidR="00D7352B" w:rsidRDefault="00C90105">
      <w:pPr>
        <w:spacing w:after="0"/>
      </w:pPr>
      <w:proofErr w:type="gramStart"/>
      <w:r>
        <w:rPr>
          <w:rFonts w:ascii="Arial" w:hAnsi="Arial"/>
          <w:b/>
        </w:rPr>
        <w:t xml:space="preserve">Jasmine  </w:t>
      </w:r>
      <w:r>
        <w:rPr>
          <w:rFonts w:ascii="Arial" w:hAnsi="Arial"/>
          <w:color w:val="5D7284"/>
        </w:rPr>
        <w:t>23:00</w:t>
      </w:r>
      <w:proofErr w:type="gramEnd"/>
    </w:p>
    <w:p w14:paraId="706EF056" w14:textId="77777777" w:rsidR="00D7352B" w:rsidRDefault="00C90105">
      <w:pPr>
        <w:spacing w:after="0"/>
      </w:pPr>
      <w:r>
        <w:rPr>
          <w:rFonts w:ascii="Arial" w:hAnsi="Arial"/>
        </w:rPr>
        <w:t xml:space="preserve">So yeah, I </w:t>
      </w:r>
      <w:proofErr w:type="gramStart"/>
      <w:r>
        <w:rPr>
          <w:rFonts w:ascii="Arial" w:hAnsi="Arial"/>
        </w:rPr>
        <w:t>thi</w:t>
      </w:r>
      <w:r>
        <w:rPr>
          <w:rFonts w:ascii="Arial" w:hAnsi="Arial"/>
        </w:rPr>
        <w:t>nk definitely, it's</w:t>
      </w:r>
      <w:proofErr w:type="gramEnd"/>
      <w:r>
        <w:rPr>
          <w:rFonts w:ascii="Arial" w:hAnsi="Arial"/>
        </w:rPr>
        <w:t xml:space="preserve"> taken me a while to come to terms with the term disabled for myself. But now I </w:t>
      </w:r>
      <w:proofErr w:type="spellStart"/>
      <w:r>
        <w:rPr>
          <w:rFonts w:ascii="Arial" w:hAnsi="Arial"/>
        </w:rPr>
        <w:t>realised</w:t>
      </w:r>
      <w:proofErr w:type="spellEnd"/>
      <w:r>
        <w:rPr>
          <w:rFonts w:ascii="Arial" w:hAnsi="Arial"/>
        </w:rPr>
        <w:t xml:space="preserve"> that </w:t>
      </w:r>
      <w:proofErr w:type="gramStart"/>
      <w:r>
        <w:rPr>
          <w:rFonts w:ascii="Arial" w:hAnsi="Arial"/>
        </w:rPr>
        <w:t>it's</w:t>
      </w:r>
      <w:proofErr w:type="gramEnd"/>
      <w:r>
        <w:rPr>
          <w:rFonts w:ascii="Arial" w:hAnsi="Arial"/>
        </w:rPr>
        <w:t xml:space="preserve"> the only thing that makes people understand how much it affects me, like as a condition. But even so people still </w:t>
      </w:r>
      <w:proofErr w:type="gramStart"/>
      <w:r>
        <w:rPr>
          <w:rFonts w:ascii="Arial" w:hAnsi="Arial"/>
        </w:rPr>
        <w:t>don't</w:t>
      </w:r>
      <w:proofErr w:type="gramEnd"/>
      <w:r>
        <w:rPr>
          <w:rFonts w:ascii="Arial" w:hAnsi="Arial"/>
        </w:rPr>
        <w:t xml:space="preserve"> like to associate </w:t>
      </w:r>
      <w:r>
        <w:rPr>
          <w:rFonts w:ascii="Arial" w:hAnsi="Arial"/>
        </w:rPr>
        <w:t xml:space="preserve">or use that word with </w:t>
      </w:r>
      <w:proofErr w:type="spellStart"/>
      <w:r>
        <w:rPr>
          <w:rFonts w:ascii="Arial" w:hAnsi="Arial"/>
        </w:rPr>
        <w:t>with</w:t>
      </w:r>
      <w:proofErr w:type="spellEnd"/>
      <w:r>
        <w:rPr>
          <w:rFonts w:ascii="Arial" w:hAnsi="Arial"/>
        </w:rPr>
        <w:t xml:space="preserve"> me like disabled, which is what I now identify with most. So, to that, like, if </w:t>
      </w:r>
      <w:proofErr w:type="gramStart"/>
      <w:r>
        <w:rPr>
          <w:rFonts w:ascii="Arial" w:hAnsi="Arial"/>
        </w:rPr>
        <w:t>I'm</w:t>
      </w:r>
      <w:proofErr w:type="gramEnd"/>
      <w:r>
        <w:rPr>
          <w:rFonts w:ascii="Arial" w:hAnsi="Arial"/>
        </w:rPr>
        <w:t xml:space="preserve"> on public transport, even with my friends, then people can't see that I'm disabled. So then </w:t>
      </w:r>
      <w:proofErr w:type="gramStart"/>
      <w:r>
        <w:rPr>
          <w:rFonts w:ascii="Arial" w:hAnsi="Arial"/>
        </w:rPr>
        <w:t>it's</w:t>
      </w:r>
      <w:proofErr w:type="gramEnd"/>
      <w:r>
        <w:rPr>
          <w:rFonts w:ascii="Arial" w:hAnsi="Arial"/>
        </w:rPr>
        <w:t xml:space="preserve"> such a difficult thing to try and explain consta</w:t>
      </w:r>
      <w:r>
        <w:rPr>
          <w:rFonts w:ascii="Arial" w:hAnsi="Arial"/>
        </w:rPr>
        <w:t xml:space="preserve">ntly to strangers and to friends. That Yes, it </w:t>
      </w:r>
      <w:proofErr w:type="spellStart"/>
      <w:r>
        <w:rPr>
          <w:rFonts w:ascii="Arial" w:hAnsi="Arial"/>
        </w:rPr>
        <w:t>it</w:t>
      </w:r>
      <w:proofErr w:type="spellEnd"/>
      <w:r>
        <w:rPr>
          <w:rFonts w:ascii="Arial" w:hAnsi="Arial"/>
        </w:rPr>
        <w:t xml:space="preserve"> I am disabled, and I it does really affect me. And I think, especially with it being such a fluctuating condition, then, yeah, one day I can be running and playing sport and I used to be I used to really lo</w:t>
      </w:r>
      <w:r>
        <w:rPr>
          <w:rFonts w:ascii="Arial" w:hAnsi="Arial"/>
        </w:rPr>
        <w:t xml:space="preserve">ve playing sport. And I still do now even though I </w:t>
      </w:r>
      <w:proofErr w:type="gramStart"/>
      <w:r>
        <w:rPr>
          <w:rFonts w:ascii="Arial" w:hAnsi="Arial"/>
        </w:rPr>
        <w:t>don't</w:t>
      </w:r>
      <w:proofErr w:type="gramEnd"/>
      <w:r>
        <w:rPr>
          <w:rFonts w:ascii="Arial" w:hAnsi="Arial"/>
        </w:rPr>
        <w:t xml:space="preserve"> do it as much. I used to. I used to swim for county I used to play netball, </w:t>
      </w:r>
      <w:proofErr w:type="gramStart"/>
      <w:r>
        <w:rPr>
          <w:rFonts w:ascii="Arial" w:hAnsi="Arial"/>
        </w:rPr>
        <w:t>I've</w:t>
      </w:r>
      <w:proofErr w:type="gramEnd"/>
      <w:r>
        <w:rPr>
          <w:rFonts w:ascii="Arial" w:hAnsi="Arial"/>
        </w:rPr>
        <w:t xml:space="preserve"> pretty much tried every single sport ever because I'd start ballet, for instance, I think to start with, and then I wo</w:t>
      </w:r>
      <w:r>
        <w:rPr>
          <w:rFonts w:ascii="Arial" w:hAnsi="Arial"/>
        </w:rPr>
        <w:t xml:space="preserve">uldn't be able to do </w:t>
      </w:r>
      <w:r>
        <w:rPr>
          <w:rFonts w:ascii="Arial" w:hAnsi="Arial"/>
        </w:rPr>
        <w:lastRenderedPageBreak/>
        <w:t xml:space="preserve">that anymore. And then I did gymnastics and then I </w:t>
      </w:r>
      <w:proofErr w:type="gramStart"/>
      <w:r>
        <w:rPr>
          <w:rFonts w:ascii="Arial" w:hAnsi="Arial"/>
        </w:rPr>
        <w:t>wouldn't</w:t>
      </w:r>
      <w:proofErr w:type="gramEnd"/>
      <w:r>
        <w:rPr>
          <w:rFonts w:ascii="Arial" w:hAnsi="Arial"/>
        </w:rPr>
        <w:t xml:space="preserve"> be able to do that. And then I did swimming and then eventually </w:t>
      </w:r>
      <w:proofErr w:type="gramStart"/>
      <w:r>
        <w:rPr>
          <w:rFonts w:ascii="Arial" w:hAnsi="Arial"/>
        </w:rPr>
        <w:t>I've</w:t>
      </w:r>
      <w:proofErr w:type="gramEnd"/>
      <w:r>
        <w:rPr>
          <w:rFonts w:ascii="Arial" w:hAnsi="Arial"/>
        </w:rPr>
        <w:t xml:space="preserve"> just had to stop because it's been so difficult. With my condition going in and out of hospital and being </w:t>
      </w:r>
      <w:proofErr w:type="gramStart"/>
      <w:r>
        <w:rPr>
          <w:rFonts w:ascii="Arial" w:hAnsi="Arial"/>
        </w:rPr>
        <w:t>really bad</w:t>
      </w:r>
      <w:proofErr w:type="gramEnd"/>
      <w:r>
        <w:rPr>
          <w:rFonts w:ascii="Arial" w:hAnsi="Arial"/>
        </w:rPr>
        <w:t xml:space="preserve"> and then being absolutely fine again, and I think people don't, can't, can't come to terms with that. I think like I said earlier about public transport then </w:t>
      </w:r>
      <w:proofErr w:type="gramStart"/>
      <w:r>
        <w:rPr>
          <w:rFonts w:ascii="Arial" w:hAnsi="Arial"/>
        </w:rPr>
        <w:t>I'd</w:t>
      </w:r>
      <w:proofErr w:type="gramEnd"/>
      <w:r>
        <w:rPr>
          <w:rFonts w:ascii="Arial" w:hAnsi="Arial"/>
        </w:rPr>
        <w:t xml:space="preserve"> get on a bus with my disabled transport pass because I can't walk very long distanc</w:t>
      </w:r>
      <w:r>
        <w:rPr>
          <w:rFonts w:ascii="Arial" w:hAnsi="Arial"/>
        </w:rPr>
        <w:t>es so that I've been provided with a council, public transport pass and yeah,</w:t>
      </w:r>
    </w:p>
    <w:p w14:paraId="6B0705A8" w14:textId="77777777" w:rsidR="00D7352B" w:rsidRDefault="00D7352B">
      <w:pPr>
        <w:spacing w:after="0"/>
      </w:pPr>
    </w:p>
    <w:p w14:paraId="0770E5F6" w14:textId="77777777" w:rsidR="00D7352B" w:rsidRDefault="00C90105">
      <w:pPr>
        <w:spacing w:after="0"/>
      </w:pPr>
      <w:proofErr w:type="gramStart"/>
      <w:r>
        <w:rPr>
          <w:rFonts w:ascii="Arial" w:hAnsi="Arial"/>
          <w:b/>
        </w:rPr>
        <w:t xml:space="preserve">Lucy  </w:t>
      </w:r>
      <w:r>
        <w:rPr>
          <w:rFonts w:ascii="Arial" w:hAnsi="Arial"/>
          <w:color w:val="5D7284"/>
        </w:rPr>
        <w:t>24:59</w:t>
      </w:r>
      <w:proofErr w:type="gramEnd"/>
    </w:p>
    <w:p w14:paraId="1132BF73" w14:textId="77777777" w:rsidR="00D7352B" w:rsidRDefault="00C90105">
      <w:pPr>
        <w:spacing w:after="0"/>
      </w:pPr>
      <w:r>
        <w:rPr>
          <w:rFonts w:ascii="Arial" w:hAnsi="Arial"/>
        </w:rPr>
        <w:t>Like bus pass thing?</w:t>
      </w:r>
    </w:p>
    <w:p w14:paraId="62E75147" w14:textId="77777777" w:rsidR="00D7352B" w:rsidRDefault="00D7352B">
      <w:pPr>
        <w:spacing w:after="0"/>
      </w:pPr>
    </w:p>
    <w:p w14:paraId="5F25FAF7" w14:textId="77777777" w:rsidR="00D7352B" w:rsidRDefault="00C90105">
      <w:pPr>
        <w:spacing w:after="0"/>
      </w:pPr>
      <w:proofErr w:type="gramStart"/>
      <w:r>
        <w:rPr>
          <w:rFonts w:ascii="Arial" w:hAnsi="Arial"/>
          <w:b/>
        </w:rPr>
        <w:t xml:space="preserve">Jasmine  </w:t>
      </w:r>
      <w:r>
        <w:rPr>
          <w:rFonts w:ascii="Arial" w:hAnsi="Arial"/>
          <w:color w:val="5D7284"/>
        </w:rPr>
        <w:t>25:00</w:t>
      </w:r>
      <w:proofErr w:type="gramEnd"/>
    </w:p>
    <w:p w14:paraId="4F19BE54" w14:textId="77777777" w:rsidR="00D7352B" w:rsidRDefault="00C90105">
      <w:pPr>
        <w:spacing w:after="0"/>
      </w:pPr>
      <w:r>
        <w:rPr>
          <w:rFonts w:ascii="Arial" w:hAnsi="Arial"/>
        </w:rPr>
        <w:t xml:space="preserve">Yeah, a bus pass basically. And like every bus driver would just be looking at me like, I think one shouted at me like, what is </w:t>
      </w:r>
      <w:r>
        <w:rPr>
          <w:rFonts w:ascii="Arial" w:hAnsi="Arial"/>
        </w:rPr>
        <w:t xml:space="preserve">that? Like </w:t>
      </w:r>
      <w:proofErr w:type="gramStart"/>
      <w:r>
        <w:rPr>
          <w:rFonts w:ascii="Arial" w:hAnsi="Arial"/>
        </w:rPr>
        <w:t>you're</w:t>
      </w:r>
      <w:proofErr w:type="gramEnd"/>
      <w:r>
        <w:rPr>
          <w:rFonts w:ascii="Arial" w:hAnsi="Arial"/>
        </w:rPr>
        <w:t xml:space="preserve"> just stealing someone else's? </w:t>
      </w:r>
    </w:p>
    <w:p w14:paraId="29A78C3C" w14:textId="77777777" w:rsidR="00D7352B" w:rsidRDefault="00D7352B">
      <w:pPr>
        <w:spacing w:after="0"/>
      </w:pPr>
    </w:p>
    <w:p w14:paraId="1BBBACF8" w14:textId="77777777" w:rsidR="00D7352B" w:rsidRDefault="00C90105">
      <w:pPr>
        <w:spacing w:after="0"/>
      </w:pPr>
      <w:proofErr w:type="gramStart"/>
      <w:r>
        <w:rPr>
          <w:rFonts w:ascii="Arial" w:hAnsi="Arial"/>
          <w:b/>
        </w:rPr>
        <w:t xml:space="preserve">Lucy  </w:t>
      </w:r>
      <w:r>
        <w:rPr>
          <w:rFonts w:ascii="Arial" w:hAnsi="Arial"/>
          <w:color w:val="5D7284"/>
        </w:rPr>
        <w:t>25:12</w:t>
      </w:r>
      <w:proofErr w:type="gramEnd"/>
    </w:p>
    <w:p w14:paraId="09E77166" w14:textId="77777777" w:rsidR="00D7352B" w:rsidRDefault="00C90105">
      <w:pPr>
        <w:spacing w:after="0"/>
      </w:pPr>
      <w:r>
        <w:rPr>
          <w:rFonts w:ascii="Arial" w:hAnsi="Arial"/>
        </w:rPr>
        <w:t xml:space="preserve">Oh for </w:t>
      </w:r>
      <w:proofErr w:type="gramStart"/>
      <w:r>
        <w:rPr>
          <w:rFonts w:ascii="Arial" w:hAnsi="Arial"/>
        </w:rPr>
        <w:t>goodness</w:t>
      </w:r>
      <w:proofErr w:type="gramEnd"/>
      <w:r>
        <w:rPr>
          <w:rFonts w:ascii="Arial" w:hAnsi="Arial"/>
        </w:rPr>
        <w:t xml:space="preserve"> sake.</w:t>
      </w:r>
    </w:p>
    <w:p w14:paraId="0EF61E97" w14:textId="77777777" w:rsidR="00D7352B" w:rsidRDefault="00D7352B">
      <w:pPr>
        <w:spacing w:after="0"/>
      </w:pPr>
    </w:p>
    <w:p w14:paraId="130033BE" w14:textId="77777777" w:rsidR="00D7352B" w:rsidRDefault="00C90105">
      <w:pPr>
        <w:spacing w:after="0"/>
      </w:pPr>
      <w:proofErr w:type="gramStart"/>
      <w:r>
        <w:rPr>
          <w:rFonts w:ascii="Arial" w:hAnsi="Arial"/>
          <w:b/>
        </w:rPr>
        <w:t xml:space="preserve">Jasmine  </w:t>
      </w:r>
      <w:r>
        <w:rPr>
          <w:rFonts w:ascii="Arial" w:hAnsi="Arial"/>
          <w:color w:val="5D7284"/>
        </w:rPr>
        <w:t>25:12</w:t>
      </w:r>
      <w:proofErr w:type="gramEnd"/>
    </w:p>
    <w:p w14:paraId="09CDABEF" w14:textId="77777777" w:rsidR="00D7352B" w:rsidRDefault="00C90105">
      <w:pPr>
        <w:spacing w:after="0"/>
      </w:pPr>
      <w:r>
        <w:rPr>
          <w:rFonts w:ascii="Arial" w:hAnsi="Arial"/>
        </w:rPr>
        <w:t xml:space="preserve">Or it's like, it's </w:t>
      </w:r>
      <w:proofErr w:type="gramStart"/>
      <w:r>
        <w:rPr>
          <w:rFonts w:ascii="Arial" w:hAnsi="Arial"/>
        </w:rPr>
        <w:t>just</w:t>
      </w:r>
      <w:proofErr w:type="gramEnd"/>
    </w:p>
    <w:p w14:paraId="3249B43C" w14:textId="77777777" w:rsidR="00D7352B" w:rsidRDefault="00D7352B">
      <w:pPr>
        <w:spacing w:after="0"/>
      </w:pPr>
    </w:p>
    <w:p w14:paraId="5094356B" w14:textId="77777777" w:rsidR="00D7352B" w:rsidRDefault="00C90105">
      <w:pPr>
        <w:spacing w:after="0"/>
      </w:pPr>
      <w:proofErr w:type="gramStart"/>
      <w:r>
        <w:rPr>
          <w:rFonts w:ascii="Arial" w:hAnsi="Arial"/>
          <w:b/>
        </w:rPr>
        <w:t xml:space="preserve">Alice  </w:t>
      </w:r>
      <w:r>
        <w:rPr>
          <w:rFonts w:ascii="Arial" w:hAnsi="Arial"/>
          <w:color w:val="5D7284"/>
        </w:rPr>
        <w:t>25:15</w:t>
      </w:r>
      <w:proofErr w:type="gramEnd"/>
    </w:p>
    <w:p w14:paraId="60D2189E" w14:textId="77777777" w:rsidR="00D7352B" w:rsidRDefault="00C90105">
      <w:pPr>
        <w:spacing w:after="0"/>
      </w:pPr>
      <w:r>
        <w:rPr>
          <w:rFonts w:ascii="Arial" w:hAnsi="Arial"/>
        </w:rPr>
        <w:t>I once had a bus driver literally said to me, I thought you had to be old to have one of those.</w:t>
      </w:r>
    </w:p>
    <w:p w14:paraId="770761ED" w14:textId="77777777" w:rsidR="00D7352B" w:rsidRDefault="00D7352B">
      <w:pPr>
        <w:spacing w:after="0"/>
      </w:pPr>
    </w:p>
    <w:p w14:paraId="7144BCF4" w14:textId="77777777" w:rsidR="00D7352B" w:rsidRDefault="00C90105">
      <w:pPr>
        <w:spacing w:after="0"/>
      </w:pPr>
      <w:proofErr w:type="gramStart"/>
      <w:r>
        <w:rPr>
          <w:rFonts w:ascii="Arial" w:hAnsi="Arial"/>
          <w:b/>
        </w:rPr>
        <w:t xml:space="preserve">Lucy  </w:t>
      </w:r>
      <w:r>
        <w:rPr>
          <w:rFonts w:ascii="Arial" w:hAnsi="Arial"/>
          <w:color w:val="5D7284"/>
        </w:rPr>
        <w:t>25:21</w:t>
      </w:r>
      <w:proofErr w:type="gramEnd"/>
    </w:p>
    <w:p w14:paraId="7511C038" w14:textId="77777777" w:rsidR="00D7352B" w:rsidRDefault="00C90105">
      <w:pPr>
        <w:spacing w:after="0"/>
      </w:pPr>
      <w:r>
        <w:rPr>
          <w:rFonts w:ascii="Arial" w:hAnsi="Arial"/>
        </w:rPr>
        <w:t>What a do</w:t>
      </w:r>
      <w:r>
        <w:rPr>
          <w:rFonts w:ascii="Arial" w:hAnsi="Arial"/>
        </w:rPr>
        <w:t>g or?</w:t>
      </w:r>
    </w:p>
    <w:p w14:paraId="45080D9E" w14:textId="77777777" w:rsidR="00D7352B" w:rsidRDefault="00D7352B">
      <w:pPr>
        <w:spacing w:after="0"/>
      </w:pPr>
    </w:p>
    <w:p w14:paraId="60FF482E" w14:textId="77777777" w:rsidR="00D7352B" w:rsidRDefault="00C90105">
      <w:pPr>
        <w:spacing w:after="0"/>
      </w:pPr>
      <w:proofErr w:type="gramStart"/>
      <w:r>
        <w:rPr>
          <w:rFonts w:ascii="Arial" w:hAnsi="Arial"/>
          <w:b/>
        </w:rPr>
        <w:t xml:space="preserve">Jasmine  </w:t>
      </w:r>
      <w:r>
        <w:rPr>
          <w:rFonts w:ascii="Arial" w:hAnsi="Arial"/>
          <w:color w:val="5D7284"/>
        </w:rPr>
        <w:t>25:22</w:t>
      </w:r>
      <w:proofErr w:type="gramEnd"/>
    </w:p>
    <w:p w14:paraId="3C80E820" w14:textId="77777777" w:rsidR="00D7352B" w:rsidRDefault="00C90105">
      <w:pPr>
        <w:spacing w:after="0"/>
      </w:pPr>
      <w:r>
        <w:rPr>
          <w:rFonts w:ascii="Arial" w:hAnsi="Arial"/>
        </w:rPr>
        <w:t xml:space="preserve">Oh </w:t>
      </w:r>
      <w:proofErr w:type="gramStart"/>
      <w:r>
        <w:rPr>
          <w:rFonts w:ascii="Arial" w:hAnsi="Arial"/>
        </w:rPr>
        <w:t>that's</w:t>
      </w:r>
      <w:proofErr w:type="gramEnd"/>
      <w:r>
        <w:rPr>
          <w:rFonts w:ascii="Arial" w:hAnsi="Arial"/>
        </w:rPr>
        <w:t xml:space="preserve"> awful.</w:t>
      </w:r>
    </w:p>
    <w:p w14:paraId="3855DE2E" w14:textId="77777777" w:rsidR="00D7352B" w:rsidRDefault="00D7352B">
      <w:pPr>
        <w:spacing w:after="0"/>
      </w:pPr>
    </w:p>
    <w:p w14:paraId="51395A49" w14:textId="77777777" w:rsidR="00D7352B" w:rsidRDefault="00C90105">
      <w:pPr>
        <w:spacing w:after="0"/>
      </w:pPr>
      <w:proofErr w:type="gramStart"/>
      <w:r>
        <w:rPr>
          <w:rFonts w:ascii="Arial" w:hAnsi="Arial"/>
          <w:b/>
        </w:rPr>
        <w:t xml:space="preserve">Alice  </w:t>
      </w:r>
      <w:r>
        <w:rPr>
          <w:rFonts w:ascii="Arial" w:hAnsi="Arial"/>
          <w:color w:val="5D7284"/>
        </w:rPr>
        <w:t>25:24</w:t>
      </w:r>
      <w:proofErr w:type="gramEnd"/>
    </w:p>
    <w:p w14:paraId="2049789D" w14:textId="77777777" w:rsidR="00D7352B" w:rsidRDefault="00C90105">
      <w:pPr>
        <w:spacing w:after="0"/>
      </w:pPr>
      <w:r>
        <w:rPr>
          <w:rFonts w:ascii="Arial" w:hAnsi="Arial"/>
        </w:rPr>
        <w:t>No, no like a bus pass.</w:t>
      </w:r>
    </w:p>
    <w:p w14:paraId="3DA4ED8F" w14:textId="77777777" w:rsidR="00D7352B" w:rsidRDefault="00D7352B">
      <w:pPr>
        <w:spacing w:after="0"/>
      </w:pPr>
    </w:p>
    <w:p w14:paraId="7B3A6E92" w14:textId="77777777" w:rsidR="00D7352B" w:rsidRDefault="00C90105">
      <w:pPr>
        <w:spacing w:after="0"/>
      </w:pPr>
      <w:proofErr w:type="gramStart"/>
      <w:r>
        <w:rPr>
          <w:rFonts w:ascii="Arial" w:hAnsi="Arial"/>
          <w:b/>
        </w:rPr>
        <w:t xml:space="preserve">Lucy  </w:t>
      </w:r>
      <w:r>
        <w:rPr>
          <w:rFonts w:ascii="Arial" w:hAnsi="Arial"/>
          <w:color w:val="5D7284"/>
        </w:rPr>
        <w:t>25:25</w:t>
      </w:r>
      <w:proofErr w:type="gramEnd"/>
    </w:p>
    <w:p w14:paraId="0BB0DF43" w14:textId="77777777" w:rsidR="00D7352B" w:rsidRDefault="00C90105">
      <w:pPr>
        <w:spacing w:after="0"/>
      </w:pPr>
      <w:r>
        <w:rPr>
          <w:rFonts w:ascii="Arial" w:hAnsi="Arial"/>
        </w:rPr>
        <w:t xml:space="preserve">Well, I was </w:t>
      </w:r>
      <w:proofErr w:type="spellStart"/>
      <w:r>
        <w:rPr>
          <w:rFonts w:ascii="Arial" w:hAnsi="Arial"/>
        </w:rPr>
        <w:t>gonna</w:t>
      </w:r>
      <w:proofErr w:type="spellEnd"/>
      <w:r>
        <w:rPr>
          <w:rFonts w:ascii="Arial" w:hAnsi="Arial"/>
        </w:rPr>
        <w:t xml:space="preserve"> say, since when do you have </w:t>
      </w:r>
      <w:proofErr w:type="spellStart"/>
      <w:r>
        <w:rPr>
          <w:rFonts w:ascii="Arial" w:hAnsi="Arial"/>
        </w:rPr>
        <w:t>to</w:t>
      </w:r>
      <w:proofErr w:type="spellEnd"/>
      <w:r>
        <w:rPr>
          <w:rFonts w:ascii="Arial" w:hAnsi="Arial"/>
        </w:rPr>
        <w:t xml:space="preserve"> old to have a dog? [laughs]</w:t>
      </w:r>
    </w:p>
    <w:p w14:paraId="1B71C983" w14:textId="77777777" w:rsidR="00D7352B" w:rsidRDefault="00D7352B">
      <w:pPr>
        <w:spacing w:after="0"/>
      </w:pPr>
    </w:p>
    <w:p w14:paraId="774C5498" w14:textId="77777777" w:rsidR="00D7352B" w:rsidRDefault="00C90105">
      <w:pPr>
        <w:spacing w:after="0"/>
      </w:pPr>
      <w:proofErr w:type="gramStart"/>
      <w:r>
        <w:rPr>
          <w:rFonts w:ascii="Arial" w:hAnsi="Arial"/>
          <w:b/>
        </w:rPr>
        <w:t xml:space="preserve">Jasmine  </w:t>
      </w:r>
      <w:r>
        <w:rPr>
          <w:rFonts w:ascii="Arial" w:hAnsi="Arial"/>
          <w:color w:val="5D7284"/>
        </w:rPr>
        <w:t>25:32</w:t>
      </w:r>
      <w:proofErr w:type="gramEnd"/>
    </w:p>
    <w:p w14:paraId="4656394A" w14:textId="77777777" w:rsidR="00D7352B" w:rsidRDefault="00C90105">
      <w:pPr>
        <w:spacing w:after="0"/>
      </w:pPr>
      <w:r>
        <w:rPr>
          <w:rFonts w:ascii="Arial" w:hAnsi="Arial"/>
        </w:rPr>
        <w:t xml:space="preserve">It's just </w:t>
      </w:r>
      <w:proofErr w:type="spellStart"/>
      <w:proofErr w:type="gramStart"/>
      <w:r>
        <w:rPr>
          <w:rFonts w:ascii="Arial" w:hAnsi="Arial"/>
        </w:rPr>
        <w:t>it</w:t>
      </w:r>
      <w:proofErr w:type="spellEnd"/>
      <w:proofErr w:type="gramEnd"/>
      <w:r>
        <w:rPr>
          <w:rFonts w:ascii="Arial" w:hAnsi="Arial"/>
        </w:rPr>
        <w:t xml:space="preserve"> people, people just can't see it. I might be walking </w:t>
      </w:r>
      <w:r>
        <w:rPr>
          <w:rFonts w:ascii="Arial" w:hAnsi="Arial"/>
        </w:rPr>
        <w:t xml:space="preserve">normally that day. But then the next day, I </w:t>
      </w:r>
      <w:proofErr w:type="gramStart"/>
      <w:r>
        <w:rPr>
          <w:rFonts w:ascii="Arial" w:hAnsi="Arial"/>
        </w:rPr>
        <w:t>won't</w:t>
      </w:r>
      <w:proofErr w:type="gramEnd"/>
      <w:r>
        <w:rPr>
          <w:rFonts w:ascii="Arial" w:hAnsi="Arial"/>
        </w:rPr>
        <w:t xml:space="preserve"> be able to walk. You know, </w:t>
      </w:r>
      <w:proofErr w:type="gramStart"/>
      <w:r>
        <w:rPr>
          <w:rFonts w:ascii="Arial" w:hAnsi="Arial"/>
        </w:rPr>
        <w:t>it's</w:t>
      </w:r>
      <w:proofErr w:type="gramEnd"/>
      <w:r>
        <w:rPr>
          <w:rFonts w:ascii="Arial" w:hAnsi="Arial"/>
        </w:rPr>
        <w:t xml:space="preserve">, it's just people can't see it. And then people just think </w:t>
      </w:r>
      <w:proofErr w:type="gramStart"/>
      <w:r>
        <w:rPr>
          <w:rFonts w:ascii="Arial" w:hAnsi="Arial"/>
        </w:rPr>
        <w:t>you're</w:t>
      </w:r>
      <w:proofErr w:type="gramEnd"/>
      <w:r>
        <w:rPr>
          <w:rFonts w:ascii="Arial" w:hAnsi="Arial"/>
        </w:rPr>
        <w:t xml:space="preserve"> faking it.</w:t>
      </w:r>
    </w:p>
    <w:p w14:paraId="74E09F46" w14:textId="77777777" w:rsidR="00D7352B" w:rsidRDefault="00D7352B">
      <w:pPr>
        <w:spacing w:after="0"/>
      </w:pPr>
    </w:p>
    <w:p w14:paraId="684B4700" w14:textId="77777777" w:rsidR="00D7352B" w:rsidRDefault="00C90105">
      <w:pPr>
        <w:spacing w:after="0"/>
      </w:pPr>
      <w:proofErr w:type="gramStart"/>
      <w:r>
        <w:rPr>
          <w:rFonts w:ascii="Arial" w:hAnsi="Arial"/>
          <w:b/>
        </w:rPr>
        <w:t xml:space="preserve">Lucy  </w:t>
      </w:r>
      <w:r>
        <w:rPr>
          <w:rFonts w:ascii="Arial" w:hAnsi="Arial"/>
          <w:color w:val="5D7284"/>
        </w:rPr>
        <w:t>25:47</w:t>
      </w:r>
      <w:proofErr w:type="gramEnd"/>
    </w:p>
    <w:p w14:paraId="2AEFAD88" w14:textId="77777777" w:rsidR="00D7352B" w:rsidRDefault="00C90105">
      <w:pPr>
        <w:spacing w:after="0"/>
      </w:pPr>
      <w:r>
        <w:rPr>
          <w:rFonts w:ascii="Arial" w:hAnsi="Arial"/>
        </w:rPr>
        <w:t xml:space="preserve">The thing that always makes me laugh is when I pull up when </w:t>
      </w:r>
      <w:proofErr w:type="gramStart"/>
      <w:r>
        <w:rPr>
          <w:rFonts w:ascii="Arial" w:hAnsi="Arial"/>
        </w:rPr>
        <w:t>I'm</w:t>
      </w:r>
      <w:proofErr w:type="gramEnd"/>
      <w:r>
        <w:rPr>
          <w:rFonts w:ascii="Arial" w:hAnsi="Arial"/>
        </w:rPr>
        <w:t xml:space="preserve"> when I'm sat in the </w:t>
      </w:r>
      <w:r>
        <w:rPr>
          <w:rFonts w:ascii="Arial" w:hAnsi="Arial"/>
        </w:rPr>
        <w:t xml:space="preserve">car, or I don't sit in my chair in my I don't sit in my wheelchair in the car. Yeah, I sit in the front seat with my mum. My mum pulls into the car parking space and when I am when you see me sat in the car </w:t>
      </w:r>
      <w:proofErr w:type="gramStart"/>
      <w:r>
        <w:rPr>
          <w:rFonts w:ascii="Arial" w:hAnsi="Arial"/>
        </w:rPr>
        <w:t>don't</w:t>
      </w:r>
      <w:proofErr w:type="gramEnd"/>
      <w:r>
        <w:rPr>
          <w:rFonts w:ascii="Arial" w:hAnsi="Arial"/>
        </w:rPr>
        <w:t xml:space="preserve"> look disabled </w:t>
      </w:r>
      <w:r>
        <w:rPr>
          <w:rFonts w:ascii="Arial" w:hAnsi="Arial"/>
        </w:rPr>
        <w:lastRenderedPageBreak/>
        <w:t xml:space="preserve">because I'm sat in a regular </w:t>
      </w:r>
      <w:r>
        <w:rPr>
          <w:rFonts w:ascii="Arial" w:hAnsi="Arial"/>
        </w:rPr>
        <w:t xml:space="preserve">seat. And we pull up in the disabled parking space and they're like looking as if to say she's, she's not disabled, she's, because </w:t>
      </w:r>
      <w:proofErr w:type="spellStart"/>
      <w:r>
        <w:rPr>
          <w:rFonts w:ascii="Arial" w:hAnsi="Arial"/>
        </w:rPr>
        <w:t>i</w:t>
      </w:r>
      <w:proofErr w:type="spellEnd"/>
      <w:r>
        <w:rPr>
          <w:rFonts w:ascii="Arial" w:hAnsi="Arial"/>
        </w:rPr>
        <w:t xml:space="preserve"> open the door </w:t>
      </w:r>
      <w:proofErr w:type="gramStart"/>
      <w:r>
        <w:rPr>
          <w:rFonts w:ascii="Arial" w:hAnsi="Arial"/>
        </w:rPr>
        <w:t>And</w:t>
      </w:r>
      <w:proofErr w:type="gramEnd"/>
      <w:r>
        <w:rPr>
          <w:rFonts w:ascii="Arial" w:hAnsi="Arial"/>
        </w:rPr>
        <w:t xml:space="preserve"> then I'm like, if I noticed that somebody is proper gawping and when I say gawping I mean, like, mouth op</w:t>
      </w:r>
      <w:r>
        <w:rPr>
          <w:rFonts w:ascii="Arial" w:hAnsi="Arial"/>
        </w:rPr>
        <w:t xml:space="preserve">en, not blinking, staring. </w:t>
      </w:r>
      <w:proofErr w:type="gramStart"/>
      <w:r>
        <w:rPr>
          <w:rFonts w:ascii="Arial" w:hAnsi="Arial"/>
        </w:rPr>
        <w:t>I'll</w:t>
      </w:r>
      <w:proofErr w:type="gramEnd"/>
      <w:r>
        <w:rPr>
          <w:rFonts w:ascii="Arial" w:hAnsi="Arial"/>
        </w:rPr>
        <w:t xml:space="preserve"> say...</w:t>
      </w:r>
    </w:p>
    <w:p w14:paraId="47E10EC6" w14:textId="77777777" w:rsidR="00D7352B" w:rsidRDefault="00D7352B">
      <w:pPr>
        <w:spacing w:after="0"/>
      </w:pPr>
    </w:p>
    <w:p w14:paraId="2000B000" w14:textId="77777777" w:rsidR="00D7352B" w:rsidRDefault="00C90105">
      <w:pPr>
        <w:spacing w:after="0"/>
      </w:pPr>
      <w:proofErr w:type="gramStart"/>
      <w:r>
        <w:rPr>
          <w:rFonts w:ascii="Arial" w:hAnsi="Arial"/>
          <w:b/>
        </w:rPr>
        <w:t xml:space="preserve">Alice  </w:t>
      </w:r>
      <w:r>
        <w:rPr>
          <w:rFonts w:ascii="Arial" w:hAnsi="Arial"/>
          <w:color w:val="5D7284"/>
        </w:rPr>
        <w:t>26:28</w:t>
      </w:r>
      <w:proofErr w:type="gramEnd"/>
    </w:p>
    <w:p w14:paraId="556CC352" w14:textId="77777777" w:rsidR="00D7352B" w:rsidRDefault="00C90105">
      <w:pPr>
        <w:spacing w:after="0"/>
      </w:pPr>
      <w:r>
        <w:rPr>
          <w:rFonts w:ascii="Arial" w:hAnsi="Arial"/>
        </w:rPr>
        <w:t>[laughs]</w:t>
      </w:r>
    </w:p>
    <w:p w14:paraId="488DFA07" w14:textId="77777777" w:rsidR="00D7352B" w:rsidRDefault="00D7352B">
      <w:pPr>
        <w:spacing w:after="0"/>
      </w:pPr>
    </w:p>
    <w:p w14:paraId="09BDC533" w14:textId="77777777" w:rsidR="00D7352B" w:rsidRDefault="00C90105">
      <w:pPr>
        <w:spacing w:after="0"/>
      </w:pPr>
      <w:proofErr w:type="gramStart"/>
      <w:r>
        <w:rPr>
          <w:rFonts w:ascii="Arial" w:hAnsi="Arial"/>
          <w:b/>
        </w:rPr>
        <w:t xml:space="preserve">Lucy  </w:t>
      </w:r>
      <w:r>
        <w:rPr>
          <w:rFonts w:ascii="Arial" w:hAnsi="Arial"/>
          <w:color w:val="5D7284"/>
        </w:rPr>
        <w:t>26:28</w:t>
      </w:r>
      <w:proofErr w:type="gramEnd"/>
    </w:p>
    <w:p w14:paraId="5042E328" w14:textId="77777777" w:rsidR="00D7352B" w:rsidRDefault="00C90105">
      <w:pPr>
        <w:spacing w:after="0"/>
      </w:pPr>
      <w:r>
        <w:rPr>
          <w:rFonts w:ascii="Arial" w:hAnsi="Arial"/>
        </w:rPr>
        <w:t xml:space="preserve">I </w:t>
      </w:r>
      <w:proofErr w:type="spellStart"/>
      <w:r>
        <w:rPr>
          <w:rFonts w:ascii="Arial" w:hAnsi="Arial"/>
        </w:rPr>
        <w:t>realised</w:t>
      </w:r>
      <w:proofErr w:type="spellEnd"/>
      <w:r>
        <w:rPr>
          <w:rFonts w:ascii="Arial" w:hAnsi="Arial"/>
        </w:rPr>
        <w:t xml:space="preserve"> that not many people would know what gawping is. And, but I will say </w:t>
      </w:r>
      <w:proofErr w:type="spellStart"/>
      <w:r>
        <w:rPr>
          <w:rFonts w:ascii="Arial" w:hAnsi="Arial"/>
        </w:rPr>
        <w:t>tomy</w:t>
      </w:r>
      <w:proofErr w:type="spellEnd"/>
      <w:r>
        <w:rPr>
          <w:rFonts w:ascii="Arial" w:hAnsi="Arial"/>
        </w:rPr>
        <w:t xml:space="preserve"> mum, just get that chair out of the back of the car really, </w:t>
      </w:r>
      <w:proofErr w:type="gramStart"/>
      <w:r>
        <w:rPr>
          <w:rFonts w:ascii="Arial" w:hAnsi="Arial"/>
        </w:rPr>
        <w:t>really slowly</w:t>
      </w:r>
      <w:proofErr w:type="gramEnd"/>
      <w:r>
        <w:rPr>
          <w:rFonts w:ascii="Arial" w:hAnsi="Arial"/>
        </w:rPr>
        <w:t>. really slowly give th</w:t>
      </w:r>
      <w:r>
        <w:rPr>
          <w:rFonts w:ascii="Arial" w:hAnsi="Arial"/>
        </w:rPr>
        <w:t xml:space="preserve">em something to stare at, and lift me out very slowly, kind of thing. And then they have to kind of like look like oh, yeah, I </w:t>
      </w:r>
      <w:proofErr w:type="gramStart"/>
      <w:r>
        <w:rPr>
          <w:rFonts w:ascii="Arial" w:hAnsi="Arial"/>
        </w:rPr>
        <w:t>wasn't</w:t>
      </w:r>
      <w:proofErr w:type="gramEnd"/>
      <w:r>
        <w:rPr>
          <w:rFonts w:ascii="Arial" w:hAnsi="Arial"/>
        </w:rPr>
        <w:t xml:space="preserve"> staring. I wasn't I wasn't staring at all </w:t>
      </w:r>
      <w:proofErr w:type="gramStart"/>
      <w:r>
        <w:rPr>
          <w:rFonts w:ascii="Arial" w:hAnsi="Arial"/>
        </w:rPr>
        <w:t>kind</w:t>
      </w:r>
      <w:proofErr w:type="gramEnd"/>
      <w:r>
        <w:rPr>
          <w:rFonts w:ascii="Arial" w:hAnsi="Arial"/>
        </w:rPr>
        <w:t xml:space="preserve"> of thing. </w:t>
      </w:r>
      <w:proofErr w:type="gramStart"/>
      <w:r>
        <w:rPr>
          <w:rFonts w:ascii="Arial" w:hAnsi="Arial"/>
        </w:rPr>
        <w:t>It's</w:t>
      </w:r>
      <w:proofErr w:type="gramEnd"/>
      <w:r>
        <w:rPr>
          <w:rFonts w:ascii="Arial" w:hAnsi="Arial"/>
        </w:rPr>
        <w:t xml:space="preserve"> that kind of just, just don't judge people! </w:t>
      </w:r>
    </w:p>
    <w:p w14:paraId="31116720" w14:textId="77777777" w:rsidR="00D7352B" w:rsidRDefault="00D7352B">
      <w:pPr>
        <w:spacing w:after="0"/>
      </w:pPr>
    </w:p>
    <w:p w14:paraId="03ADF831" w14:textId="77777777" w:rsidR="00D7352B" w:rsidRDefault="00C90105">
      <w:pPr>
        <w:spacing w:after="0"/>
      </w:pPr>
      <w:proofErr w:type="gramStart"/>
      <w:r>
        <w:rPr>
          <w:rFonts w:ascii="Arial" w:hAnsi="Arial"/>
          <w:b/>
        </w:rPr>
        <w:t xml:space="preserve">Jasmine  </w:t>
      </w:r>
      <w:r>
        <w:rPr>
          <w:rFonts w:ascii="Arial" w:hAnsi="Arial"/>
          <w:color w:val="5D7284"/>
        </w:rPr>
        <w:t>26:53</w:t>
      </w:r>
      <w:proofErr w:type="gramEnd"/>
    </w:p>
    <w:p w14:paraId="441720CE" w14:textId="77777777" w:rsidR="00D7352B" w:rsidRDefault="00C90105">
      <w:pPr>
        <w:spacing w:after="0"/>
      </w:pPr>
      <w:r>
        <w:rPr>
          <w:rFonts w:ascii="Arial" w:hAnsi="Arial"/>
        </w:rPr>
        <w:t>It is.</w:t>
      </w:r>
    </w:p>
    <w:p w14:paraId="465250BC" w14:textId="77777777" w:rsidR="00D7352B" w:rsidRDefault="00D7352B">
      <w:pPr>
        <w:spacing w:after="0"/>
      </w:pPr>
    </w:p>
    <w:p w14:paraId="5EF0043A" w14:textId="77777777" w:rsidR="00D7352B" w:rsidRDefault="00C90105">
      <w:pPr>
        <w:spacing w:after="0"/>
      </w:pPr>
      <w:proofErr w:type="gramStart"/>
      <w:r>
        <w:rPr>
          <w:rFonts w:ascii="Arial" w:hAnsi="Arial"/>
          <w:b/>
        </w:rPr>
        <w:t xml:space="preserve">Lucy  </w:t>
      </w:r>
      <w:r>
        <w:rPr>
          <w:rFonts w:ascii="Arial" w:hAnsi="Arial"/>
          <w:color w:val="5D7284"/>
        </w:rPr>
        <w:t>26:53</w:t>
      </w:r>
      <w:proofErr w:type="gramEnd"/>
    </w:p>
    <w:p w14:paraId="38DF0D4C" w14:textId="77777777" w:rsidR="00D7352B" w:rsidRDefault="00C90105">
      <w:pPr>
        <w:spacing w:after="0"/>
      </w:pPr>
      <w:r>
        <w:rPr>
          <w:rFonts w:ascii="Arial" w:hAnsi="Arial"/>
        </w:rPr>
        <w:t xml:space="preserve">I </w:t>
      </w:r>
      <w:proofErr w:type="gramStart"/>
      <w:r>
        <w:rPr>
          <w:rFonts w:ascii="Arial" w:hAnsi="Arial"/>
        </w:rPr>
        <w:t>can't</w:t>
      </w:r>
      <w:proofErr w:type="gramEnd"/>
      <w:r>
        <w:rPr>
          <w:rFonts w:ascii="Arial" w:hAnsi="Arial"/>
        </w:rPr>
        <w:t>... It just drives me mad.</w:t>
      </w:r>
    </w:p>
    <w:p w14:paraId="600DE97C" w14:textId="77777777" w:rsidR="00D7352B" w:rsidRDefault="00D7352B">
      <w:pPr>
        <w:spacing w:after="0"/>
      </w:pPr>
    </w:p>
    <w:p w14:paraId="10C321D3" w14:textId="77777777" w:rsidR="00D7352B" w:rsidRDefault="00C90105">
      <w:pPr>
        <w:spacing w:after="0"/>
      </w:pPr>
      <w:proofErr w:type="gramStart"/>
      <w:r>
        <w:rPr>
          <w:rFonts w:ascii="Arial" w:hAnsi="Arial"/>
          <w:b/>
        </w:rPr>
        <w:t xml:space="preserve">Jasmine  </w:t>
      </w:r>
      <w:r>
        <w:rPr>
          <w:rFonts w:ascii="Arial" w:hAnsi="Arial"/>
          <w:color w:val="5D7284"/>
        </w:rPr>
        <w:t>26:55</w:t>
      </w:r>
      <w:proofErr w:type="gramEnd"/>
    </w:p>
    <w:p w14:paraId="28F56515" w14:textId="77777777" w:rsidR="00D7352B" w:rsidRDefault="00C90105">
      <w:pPr>
        <w:spacing w:after="0"/>
      </w:pPr>
      <w:r>
        <w:rPr>
          <w:rFonts w:ascii="Arial" w:hAnsi="Arial"/>
        </w:rPr>
        <w:t xml:space="preserve">Yeah. And I completely understand that as well. Because obviously, I </w:t>
      </w:r>
      <w:proofErr w:type="gramStart"/>
      <w:r>
        <w:rPr>
          <w:rFonts w:ascii="Arial" w:hAnsi="Arial"/>
        </w:rPr>
        <w:t>don't</w:t>
      </w:r>
      <w:proofErr w:type="gramEnd"/>
      <w:r>
        <w:rPr>
          <w:rFonts w:ascii="Arial" w:hAnsi="Arial"/>
        </w:rPr>
        <w:t xml:space="preserve"> even then get out of the car and then the wheelchair, I just get out the car and start walking, you know? </w:t>
      </w:r>
    </w:p>
    <w:p w14:paraId="6933B0C4" w14:textId="77777777" w:rsidR="00D7352B" w:rsidRDefault="00D7352B">
      <w:pPr>
        <w:spacing w:after="0"/>
      </w:pPr>
    </w:p>
    <w:p w14:paraId="7F113CBF" w14:textId="77777777" w:rsidR="00D7352B" w:rsidRDefault="00C90105">
      <w:pPr>
        <w:spacing w:after="0"/>
      </w:pPr>
      <w:proofErr w:type="gramStart"/>
      <w:r>
        <w:rPr>
          <w:rFonts w:ascii="Arial" w:hAnsi="Arial"/>
          <w:b/>
        </w:rPr>
        <w:t xml:space="preserve">Lucy  </w:t>
      </w:r>
      <w:r>
        <w:rPr>
          <w:rFonts w:ascii="Arial" w:hAnsi="Arial"/>
          <w:color w:val="5D7284"/>
        </w:rPr>
        <w:t>27:06</w:t>
      </w:r>
      <w:proofErr w:type="gramEnd"/>
    </w:p>
    <w:p w14:paraId="53545AA8" w14:textId="77777777" w:rsidR="00D7352B" w:rsidRDefault="00C90105">
      <w:pPr>
        <w:spacing w:after="0"/>
      </w:pPr>
      <w:r>
        <w:rPr>
          <w:rFonts w:ascii="Arial" w:hAnsi="Arial"/>
        </w:rPr>
        <w:t xml:space="preserve">Yeah. </w:t>
      </w:r>
    </w:p>
    <w:p w14:paraId="6626AED4" w14:textId="77777777" w:rsidR="00D7352B" w:rsidRDefault="00D7352B">
      <w:pPr>
        <w:spacing w:after="0"/>
      </w:pPr>
    </w:p>
    <w:p w14:paraId="750DE603" w14:textId="77777777" w:rsidR="00D7352B" w:rsidRDefault="00C90105">
      <w:pPr>
        <w:spacing w:after="0"/>
      </w:pPr>
      <w:proofErr w:type="gramStart"/>
      <w:r>
        <w:rPr>
          <w:rFonts w:ascii="Arial" w:hAnsi="Arial"/>
          <w:b/>
        </w:rPr>
        <w:t xml:space="preserve">Jasmine  </w:t>
      </w:r>
      <w:r>
        <w:rPr>
          <w:rFonts w:ascii="Arial" w:hAnsi="Arial"/>
          <w:color w:val="5D7284"/>
        </w:rPr>
        <w:t>27:07</w:t>
      </w:r>
      <w:proofErr w:type="gramEnd"/>
    </w:p>
    <w:p w14:paraId="313DE99E" w14:textId="77777777" w:rsidR="00D7352B" w:rsidRDefault="00C90105">
      <w:pPr>
        <w:spacing w:after="0"/>
      </w:pPr>
      <w:r>
        <w:rPr>
          <w:rFonts w:ascii="Arial" w:hAnsi="Arial"/>
        </w:rPr>
        <w:t xml:space="preserve">So often, I feel like </w:t>
      </w:r>
      <w:proofErr w:type="gramStart"/>
      <w:r>
        <w:rPr>
          <w:rFonts w:ascii="Arial" w:hAnsi="Arial"/>
        </w:rPr>
        <w:t>it's</w:t>
      </w:r>
      <w:proofErr w:type="gramEnd"/>
      <w:r>
        <w:rPr>
          <w:rFonts w:ascii="Arial" w:hAnsi="Arial"/>
        </w:rPr>
        <w:t xml:space="preserve"> bad. But I feel like when </w:t>
      </w:r>
      <w:proofErr w:type="gramStart"/>
      <w:r>
        <w:rPr>
          <w:rFonts w:ascii="Arial" w:hAnsi="Arial"/>
        </w:rPr>
        <w:t>I'm</w:t>
      </w:r>
      <w:proofErr w:type="gramEnd"/>
      <w:r>
        <w:rPr>
          <w:rFonts w:ascii="Arial" w:hAnsi="Arial"/>
        </w:rPr>
        <w:t xml:space="preserve"> feeling good on a day, but I still need to use the disabled parking space or use my disabled bus pass because I can't go really long distances, then I feel like I almost have to kind of fake like hob</w:t>
      </w:r>
      <w:r>
        <w:rPr>
          <w:rFonts w:ascii="Arial" w:hAnsi="Arial"/>
        </w:rPr>
        <w:t xml:space="preserve">bling, </w:t>
      </w:r>
    </w:p>
    <w:p w14:paraId="2F3814DC" w14:textId="77777777" w:rsidR="00D7352B" w:rsidRDefault="00D7352B">
      <w:pPr>
        <w:spacing w:after="0"/>
      </w:pPr>
    </w:p>
    <w:p w14:paraId="15851A2F" w14:textId="77777777" w:rsidR="00D7352B" w:rsidRDefault="00C90105">
      <w:pPr>
        <w:spacing w:after="0"/>
      </w:pPr>
      <w:proofErr w:type="gramStart"/>
      <w:r>
        <w:rPr>
          <w:rFonts w:ascii="Arial" w:hAnsi="Arial"/>
          <w:b/>
        </w:rPr>
        <w:t xml:space="preserve">Lucy  </w:t>
      </w:r>
      <w:r>
        <w:rPr>
          <w:rFonts w:ascii="Arial" w:hAnsi="Arial"/>
          <w:color w:val="5D7284"/>
        </w:rPr>
        <w:t>27:27</w:t>
      </w:r>
      <w:proofErr w:type="gramEnd"/>
    </w:p>
    <w:p w14:paraId="2E4A43E2" w14:textId="77777777" w:rsidR="00D7352B" w:rsidRDefault="00C90105">
      <w:pPr>
        <w:spacing w:after="0"/>
      </w:pPr>
      <w:r>
        <w:rPr>
          <w:rFonts w:ascii="Arial" w:hAnsi="Arial"/>
        </w:rPr>
        <w:t xml:space="preserve">Yeah [laughs]. </w:t>
      </w:r>
    </w:p>
    <w:p w14:paraId="721B0187" w14:textId="77777777" w:rsidR="00D7352B" w:rsidRDefault="00D7352B">
      <w:pPr>
        <w:spacing w:after="0"/>
      </w:pPr>
    </w:p>
    <w:p w14:paraId="11167C60" w14:textId="77777777" w:rsidR="00D7352B" w:rsidRDefault="00C90105">
      <w:pPr>
        <w:spacing w:after="0"/>
      </w:pPr>
      <w:proofErr w:type="gramStart"/>
      <w:r>
        <w:rPr>
          <w:rFonts w:ascii="Arial" w:hAnsi="Arial"/>
          <w:b/>
        </w:rPr>
        <w:t xml:space="preserve">Jasmine  </w:t>
      </w:r>
      <w:r>
        <w:rPr>
          <w:rFonts w:ascii="Arial" w:hAnsi="Arial"/>
          <w:color w:val="5D7284"/>
        </w:rPr>
        <w:t>27:28</w:t>
      </w:r>
      <w:proofErr w:type="gramEnd"/>
    </w:p>
    <w:p w14:paraId="26AE2ABF" w14:textId="77777777" w:rsidR="00D7352B" w:rsidRDefault="00C90105">
      <w:pPr>
        <w:spacing w:after="0"/>
      </w:pPr>
      <w:r>
        <w:rPr>
          <w:rFonts w:ascii="Arial" w:hAnsi="Arial"/>
        </w:rPr>
        <w:t xml:space="preserve">So people, just so people can, like, see? </w:t>
      </w:r>
    </w:p>
    <w:p w14:paraId="02AA99E3" w14:textId="77777777" w:rsidR="00D7352B" w:rsidRDefault="00D7352B">
      <w:pPr>
        <w:spacing w:after="0"/>
      </w:pPr>
    </w:p>
    <w:p w14:paraId="65DE4B4A" w14:textId="77777777" w:rsidR="00D7352B" w:rsidRDefault="00C90105">
      <w:pPr>
        <w:spacing w:after="0"/>
      </w:pPr>
      <w:proofErr w:type="gramStart"/>
      <w:r>
        <w:rPr>
          <w:rFonts w:ascii="Arial" w:hAnsi="Arial"/>
          <w:b/>
        </w:rPr>
        <w:t xml:space="preserve">Alice  </w:t>
      </w:r>
      <w:r>
        <w:rPr>
          <w:rFonts w:ascii="Arial" w:hAnsi="Arial"/>
          <w:color w:val="5D7284"/>
        </w:rPr>
        <w:t>27:31</w:t>
      </w:r>
      <w:proofErr w:type="gramEnd"/>
    </w:p>
    <w:p w14:paraId="1BFB4E13" w14:textId="77777777" w:rsidR="00D7352B" w:rsidRDefault="00C90105">
      <w:pPr>
        <w:spacing w:after="0"/>
      </w:pPr>
      <w:r>
        <w:rPr>
          <w:rFonts w:ascii="Arial" w:hAnsi="Arial"/>
        </w:rPr>
        <w:t xml:space="preserve">Yeah </w:t>
      </w:r>
    </w:p>
    <w:p w14:paraId="12EEE082" w14:textId="77777777" w:rsidR="00D7352B" w:rsidRDefault="00D7352B">
      <w:pPr>
        <w:spacing w:after="0"/>
      </w:pPr>
    </w:p>
    <w:p w14:paraId="71279824" w14:textId="77777777" w:rsidR="00D7352B" w:rsidRDefault="00C90105">
      <w:pPr>
        <w:spacing w:after="0"/>
      </w:pPr>
      <w:proofErr w:type="gramStart"/>
      <w:r>
        <w:rPr>
          <w:rFonts w:ascii="Arial" w:hAnsi="Arial"/>
          <w:b/>
        </w:rPr>
        <w:t xml:space="preserve">Jasmine  </w:t>
      </w:r>
      <w:r>
        <w:rPr>
          <w:rFonts w:ascii="Arial" w:hAnsi="Arial"/>
          <w:color w:val="5D7284"/>
        </w:rPr>
        <w:t>27:32</w:t>
      </w:r>
      <w:proofErr w:type="gramEnd"/>
    </w:p>
    <w:p w14:paraId="170490C5" w14:textId="77777777" w:rsidR="00D7352B" w:rsidRDefault="00C90105">
      <w:pPr>
        <w:spacing w:after="0"/>
      </w:pPr>
      <w:r>
        <w:rPr>
          <w:rFonts w:ascii="Arial" w:hAnsi="Arial"/>
        </w:rPr>
        <w:t xml:space="preserve">Because people </w:t>
      </w:r>
      <w:proofErr w:type="gramStart"/>
      <w:r>
        <w:rPr>
          <w:rFonts w:ascii="Arial" w:hAnsi="Arial"/>
        </w:rPr>
        <w:t>don't</w:t>
      </w:r>
      <w:proofErr w:type="gramEnd"/>
      <w:r>
        <w:rPr>
          <w:rFonts w:ascii="Arial" w:hAnsi="Arial"/>
        </w:rPr>
        <w:t xml:space="preserve">. People </w:t>
      </w:r>
      <w:proofErr w:type="gramStart"/>
      <w:r>
        <w:rPr>
          <w:rFonts w:ascii="Arial" w:hAnsi="Arial"/>
        </w:rPr>
        <w:t>can't</w:t>
      </w:r>
      <w:proofErr w:type="gramEnd"/>
      <w:r>
        <w:rPr>
          <w:rFonts w:ascii="Arial" w:hAnsi="Arial"/>
        </w:rPr>
        <w:t xml:space="preserve"> understand it in their minds. </w:t>
      </w:r>
    </w:p>
    <w:p w14:paraId="25329A6D" w14:textId="77777777" w:rsidR="00D7352B" w:rsidRDefault="00D7352B">
      <w:pPr>
        <w:spacing w:after="0"/>
      </w:pPr>
    </w:p>
    <w:p w14:paraId="215B1EAB" w14:textId="77777777" w:rsidR="00D7352B" w:rsidRDefault="00C90105">
      <w:pPr>
        <w:spacing w:after="0"/>
      </w:pPr>
      <w:proofErr w:type="gramStart"/>
      <w:r>
        <w:rPr>
          <w:rFonts w:ascii="Arial" w:hAnsi="Arial"/>
          <w:b/>
        </w:rPr>
        <w:lastRenderedPageBreak/>
        <w:t xml:space="preserve">Alice  </w:t>
      </w:r>
      <w:r>
        <w:rPr>
          <w:rFonts w:ascii="Arial" w:hAnsi="Arial"/>
          <w:color w:val="5D7284"/>
        </w:rPr>
        <w:t>27:37</w:t>
      </w:r>
      <w:proofErr w:type="gramEnd"/>
    </w:p>
    <w:p w14:paraId="3FB43C25" w14:textId="77777777" w:rsidR="00D7352B" w:rsidRDefault="00C90105">
      <w:pPr>
        <w:spacing w:after="0"/>
      </w:pPr>
      <w:r>
        <w:rPr>
          <w:rFonts w:ascii="Arial" w:hAnsi="Arial"/>
        </w:rPr>
        <w:t>No</w:t>
      </w:r>
    </w:p>
    <w:p w14:paraId="00742FDC" w14:textId="77777777" w:rsidR="00D7352B" w:rsidRDefault="00D7352B">
      <w:pPr>
        <w:spacing w:after="0"/>
      </w:pPr>
    </w:p>
    <w:p w14:paraId="045CCB4A" w14:textId="77777777" w:rsidR="00D7352B" w:rsidRDefault="00C90105">
      <w:pPr>
        <w:spacing w:after="0"/>
      </w:pPr>
      <w:proofErr w:type="gramStart"/>
      <w:r>
        <w:rPr>
          <w:rFonts w:ascii="Arial" w:hAnsi="Arial"/>
          <w:b/>
        </w:rPr>
        <w:t xml:space="preserve">Jasmine  </w:t>
      </w:r>
      <w:r>
        <w:rPr>
          <w:rFonts w:ascii="Arial" w:hAnsi="Arial"/>
          <w:color w:val="5D7284"/>
        </w:rPr>
        <w:t>27:37</w:t>
      </w:r>
      <w:proofErr w:type="gramEnd"/>
    </w:p>
    <w:p w14:paraId="76EF8A7B" w14:textId="77777777" w:rsidR="00D7352B" w:rsidRDefault="00C90105">
      <w:pPr>
        <w:spacing w:after="0"/>
      </w:pPr>
      <w:r>
        <w:rPr>
          <w:rFonts w:ascii="Arial" w:hAnsi="Arial"/>
        </w:rPr>
        <w:t>Without being able to see</w:t>
      </w:r>
      <w:r>
        <w:rPr>
          <w:rFonts w:ascii="Arial" w:hAnsi="Arial"/>
        </w:rPr>
        <w:t xml:space="preserve"> you, like, see you being disabled, typically disabled, </w:t>
      </w:r>
      <w:proofErr w:type="gramStart"/>
      <w:r>
        <w:rPr>
          <w:rFonts w:ascii="Arial" w:hAnsi="Arial"/>
        </w:rPr>
        <w:t>it's</w:t>
      </w:r>
      <w:proofErr w:type="gramEnd"/>
      <w:r>
        <w:rPr>
          <w:rFonts w:ascii="Arial" w:hAnsi="Arial"/>
        </w:rPr>
        <w:t xml:space="preserve"> just...</w:t>
      </w:r>
    </w:p>
    <w:p w14:paraId="5EA089A6" w14:textId="77777777" w:rsidR="00D7352B" w:rsidRDefault="00D7352B">
      <w:pPr>
        <w:spacing w:after="0"/>
      </w:pPr>
    </w:p>
    <w:p w14:paraId="4FCD94B9" w14:textId="77777777" w:rsidR="00D7352B" w:rsidRDefault="00C90105">
      <w:pPr>
        <w:spacing w:after="0"/>
      </w:pPr>
      <w:proofErr w:type="gramStart"/>
      <w:r>
        <w:rPr>
          <w:rFonts w:ascii="Arial" w:hAnsi="Arial"/>
          <w:b/>
        </w:rPr>
        <w:t xml:space="preserve">Lucy  </w:t>
      </w:r>
      <w:r>
        <w:rPr>
          <w:rFonts w:ascii="Arial" w:hAnsi="Arial"/>
          <w:color w:val="5D7284"/>
        </w:rPr>
        <w:t>27:43</w:t>
      </w:r>
      <w:proofErr w:type="gramEnd"/>
    </w:p>
    <w:p w14:paraId="1CCF5ADF" w14:textId="77777777" w:rsidR="00D7352B" w:rsidRDefault="00C90105">
      <w:pPr>
        <w:spacing w:after="0"/>
      </w:pPr>
      <w:r>
        <w:rPr>
          <w:rFonts w:ascii="Arial" w:hAnsi="Arial"/>
        </w:rPr>
        <w:t xml:space="preserve">Yeah. Humans are very simple, very simple beings.  Aren't they? And </w:t>
      </w:r>
      <w:proofErr w:type="gramStart"/>
      <w:r>
        <w:rPr>
          <w:rFonts w:ascii="Arial" w:hAnsi="Arial"/>
        </w:rPr>
        <w:t>you're</w:t>
      </w:r>
      <w:proofErr w:type="gramEnd"/>
      <w:r>
        <w:rPr>
          <w:rFonts w:ascii="Arial" w:hAnsi="Arial"/>
        </w:rPr>
        <w:t xml:space="preserve"> just like, yes, it's all right. We come in different you know packages and things. But </w:t>
      </w:r>
      <w:proofErr w:type="gramStart"/>
      <w:r>
        <w:rPr>
          <w:rFonts w:ascii="Arial" w:hAnsi="Arial"/>
        </w:rPr>
        <w:t>it's</w:t>
      </w:r>
      <w:proofErr w:type="gramEnd"/>
      <w:r>
        <w:rPr>
          <w:rFonts w:ascii="Arial" w:hAnsi="Arial"/>
        </w:rPr>
        <w:t>, it, it</w:t>
      </w:r>
      <w:r>
        <w:rPr>
          <w:rFonts w:ascii="Arial" w:hAnsi="Arial"/>
        </w:rPr>
        <w:t xml:space="preserve">'s that, you just think just try a bit of empathy. Because you </w:t>
      </w:r>
      <w:proofErr w:type="gramStart"/>
      <w:r>
        <w:rPr>
          <w:rFonts w:ascii="Arial" w:hAnsi="Arial"/>
        </w:rPr>
        <w:t>don't</w:t>
      </w:r>
      <w:proofErr w:type="gramEnd"/>
      <w:r>
        <w:rPr>
          <w:rFonts w:ascii="Arial" w:hAnsi="Arial"/>
        </w:rPr>
        <w:t xml:space="preserve"> know, it's like people always say to me about people with mental health conditions, you know, be kind because you never know what's going on. Behind closed doors. </w:t>
      </w:r>
      <w:proofErr w:type="gramStart"/>
      <w:r>
        <w:rPr>
          <w:rFonts w:ascii="Arial" w:hAnsi="Arial"/>
        </w:rPr>
        <w:t>It's</w:t>
      </w:r>
      <w:proofErr w:type="gramEnd"/>
      <w:r>
        <w:rPr>
          <w:rFonts w:ascii="Arial" w:hAnsi="Arial"/>
        </w:rPr>
        <w:t xml:space="preserve"> the same sort of th</w:t>
      </w:r>
      <w:r>
        <w:rPr>
          <w:rFonts w:ascii="Arial" w:hAnsi="Arial"/>
        </w:rPr>
        <w:t xml:space="preserve">ing. You </w:t>
      </w:r>
      <w:proofErr w:type="gramStart"/>
      <w:r>
        <w:rPr>
          <w:rFonts w:ascii="Arial" w:hAnsi="Arial"/>
        </w:rPr>
        <w:t>don't</w:t>
      </w:r>
      <w:proofErr w:type="gramEnd"/>
      <w:r>
        <w:rPr>
          <w:rFonts w:ascii="Arial" w:hAnsi="Arial"/>
        </w:rPr>
        <w:t xml:space="preserve"> know why that person hasn't as a disabled person's bus pass.</w:t>
      </w:r>
    </w:p>
    <w:p w14:paraId="59DDD26F" w14:textId="77777777" w:rsidR="00D7352B" w:rsidRDefault="00D7352B">
      <w:pPr>
        <w:spacing w:after="0"/>
      </w:pPr>
    </w:p>
    <w:p w14:paraId="2DDED9B9" w14:textId="77777777" w:rsidR="00D7352B" w:rsidRDefault="00C90105">
      <w:pPr>
        <w:spacing w:after="0"/>
      </w:pPr>
      <w:proofErr w:type="gramStart"/>
      <w:r>
        <w:rPr>
          <w:rFonts w:ascii="Arial" w:hAnsi="Arial"/>
          <w:b/>
        </w:rPr>
        <w:t xml:space="preserve">all  </w:t>
      </w:r>
      <w:r>
        <w:rPr>
          <w:rFonts w:ascii="Arial" w:hAnsi="Arial"/>
          <w:color w:val="5D7284"/>
        </w:rPr>
        <w:t>27:49</w:t>
      </w:r>
      <w:proofErr w:type="gramEnd"/>
    </w:p>
    <w:p w14:paraId="5953492D" w14:textId="77777777" w:rsidR="00D7352B" w:rsidRDefault="00C90105">
      <w:pPr>
        <w:spacing w:after="0"/>
      </w:pPr>
      <w:r>
        <w:rPr>
          <w:rFonts w:ascii="Arial" w:hAnsi="Arial"/>
        </w:rPr>
        <w:t>[laughter]</w:t>
      </w:r>
    </w:p>
    <w:p w14:paraId="6B2B1B50" w14:textId="77777777" w:rsidR="00D7352B" w:rsidRDefault="00D7352B">
      <w:pPr>
        <w:spacing w:after="0"/>
      </w:pPr>
    </w:p>
    <w:p w14:paraId="6FC3AF57" w14:textId="77777777" w:rsidR="00D7352B" w:rsidRDefault="00C90105">
      <w:pPr>
        <w:spacing w:after="0"/>
      </w:pPr>
      <w:proofErr w:type="gramStart"/>
      <w:r>
        <w:rPr>
          <w:rFonts w:ascii="Arial" w:hAnsi="Arial"/>
          <w:b/>
        </w:rPr>
        <w:t xml:space="preserve">Lucy  </w:t>
      </w:r>
      <w:r>
        <w:rPr>
          <w:rFonts w:ascii="Arial" w:hAnsi="Arial"/>
          <w:color w:val="5D7284"/>
        </w:rPr>
        <w:t>28:13</w:t>
      </w:r>
      <w:proofErr w:type="gramEnd"/>
    </w:p>
    <w:p w14:paraId="412A905F" w14:textId="77777777" w:rsidR="00D7352B" w:rsidRDefault="00C90105">
      <w:pPr>
        <w:spacing w:after="0"/>
      </w:pPr>
      <w:r>
        <w:rPr>
          <w:rFonts w:ascii="Arial" w:hAnsi="Arial"/>
        </w:rPr>
        <w:t xml:space="preserve">You </w:t>
      </w:r>
      <w:proofErr w:type="gramStart"/>
      <w:r>
        <w:rPr>
          <w:rFonts w:ascii="Arial" w:hAnsi="Arial"/>
        </w:rPr>
        <w:t>don't</w:t>
      </w:r>
      <w:proofErr w:type="gramEnd"/>
      <w:r>
        <w:rPr>
          <w:rFonts w:ascii="Arial" w:hAnsi="Arial"/>
        </w:rPr>
        <w:t xml:space="preserve"> know why that person needs a blue badge. I think I have been guilty in the past of going well why have they got, why do they need... A</w:t>
      </w:r>
      <w:r>
        <w:rPr>
          <w:rFonts w:ascii="Arial" w:hAnsi="Arial"/>
        </w:rPr>
        <w:t xml:space="preserve">nd </w:t>
      </w:r>
      <w:proofErr w:type="gramStart"/>
      <w:r>
        <w:rPr>
          <w:rFonts w:ascii="Arial" w:hAnsi="Arial"/>
        </w:rPr>
        <w:t>it's</w:t>
      </w:r>
      <w:proofErr w:type="gramEnd"/>
      <w:r>
        <w:rPr>
          <w:rFonts w:ascii="Arial" w:hAnsi="Arial"/>
        </w:rPr>
        <w:t xml:space="preserve"> only through doing things like this. And with my work, you kind of </w:t>
      </w:r>
      <w:proofErr w:type="gramStart"/>
      <w:r>
        <w:rPr>
          <w:rFonts w:ascii="Arial" w:hAnsi="Arial"/>
        </w:rPr>
        <w:t>realise actually, there's</w:t>
      </w:r>
      <w:proofErr w:type="gramEnd"/>
      <w:r>
        <w:rPr>
          <w:rFonts w:ascii="Arial" w:hAnsi="Arial"/>
        </w:rPr>
        <w:t xml:space="preserve"> a whole, disability's not just a wheelchair and a walking stick.</w:t>
      </w:r>
    </w:p>
    <w:p w14:paraId="18F1586B" w14:textId="77777777" w:rsidR="00D7352B" w:rsidRDefault="00D7352B">
      <w:pPr>
        <w:spacing w:after="0"/>
      </w:pPr>
    </w:p>
    <w:p w14:paraId="7DD9B46B" w14:textId="77777777" w:rsidR="00D7352B" w:rsidRDefault="00C90105">
      <w:pPr>
        <w:spacing w:after="0"/>
      </w:pPr>
      <w:proofErr w:type="gramStart"/>
      <w:r>
        <w:rPr>
          <w:rFonts w:ascii="Arial" w:hAnsi="Arial"/>
          <w:b/>
        </w:rPr>
        <w:t xml:space="preserve">Jasmine  </w:t>
      </w:r>
      <w:r>
        <w:rPr>
          <w:rFonts w:ascii="Arial" w:hAnsi="Arial"/>
          <w:color w:val="5D7284"/>
        </w:rPr>
        <w:t>28:13</w:t>
      </w:r>
      <w:proofErr w:type="gramEnd"/>
    </w:p>
    <w:p w14:paraId="23EB6BE0" w14:textId="77777777" w:rsidR="00D7352B" w:rsidRDefault="00C90105">
      <w:pPr>
        <w:spacing w:after="0"/>
      </w:pPr>
      <w:r>
        <w:rPr>
          <w:rFonts w:ascii="Arial" w:hAnsi="Arial"/>
        </w:rPr>
        <w:t xml:space="preserve">Exactly </w:t>
      </w:r>
      <w:proofErr w:type="spellStart"/>
      <w:r>
        <w:rPr>
          <w:rFonts w:ascii="Arial" w:hAnsi="Arial"/>
        </w:rPr>
        <w:t>Exactly</w:t>
      </w:r>
      <w:proofErr w:type="spellEnd"/>
      <w:r>
        <w:rPr>
          <w:rFonts w:ascii="Arial" w:hAnsi="Arial"/>
        </w:rPr>
        <w:t xml:space="preserve">. Yeah. And </w:t>
      </w:r>
      <w:proofErr w:type="gramStart"/>
      <w:r>
        <w:rPr>
          <w:rFonts w:ascii="Arial" w:hAnsi="Arial"/>
        </w:rPr>
        <w:t>that's</w:t>
      </w:r>
      <w:proofErr w:type="gramEnd"/>
      <w:r>
        <w:rPr>
          <w:rFonts w:ascii="Arial" w:hAnsi="Arial"/>
        </w:rPr>
        <w:t xml:space="preserve"> why we need to raise awareness of the </w:t>
      </w:r>
      <w:r>
        <w:rPr>
          <w:rFonts w:ascii="Arial" w:hAnsi="Arial"/>
        </w:rPr>
        <w:t xml:space="preserve">fact that anyone can have a disability and we shouldn't be it shouldn't just be seen thing. It needs to be something </w:t>
      </w:r>
      <w:proofErr w:type="gramStart"/>
      <w:r>
        <w:rPr>
          <w:rFonts w:ascii="Arial" w:hAnsi="Arial"/>
        </w:rPr>
        <w:t>that's</w:t>
      </w:r>
      <w:proofErr w:type="gramEnd"/>
      <w:r>
        <w:rPr>
          <w:rFonts w:ascii="Arial" w:hAnsi="Arial"/>
        </w:rPr>
        <w:t xml:space="preserve"> understood in society for us all to feel more accepted. Even though it is a big thing that accepting and making everything accessibl</w:t>
      </w:r>
      <w:r>
        <w:rPr>
          <w:rFonts w:ascii="Arial" w:hAnsi="Arial"/>
        </w:rPr>
        <w:t xml:space="preserve">e, then it still feels like </w:t>
      </w:r>
      <w:proofErr w:type="gramStart"/>
      <w:r>
        <w:rPr>
          <w:rFonts w:ascii="Arial" w:hAnsi="Arial"/>
        </w:rPr>
        <w:t>it's</w:t>
      </w:r>
      <w:proofErr w:type="gramEnd"/>
      <w:r>
        <w:rPr>
          <w:rFonts w:ascii="Arial" w:hAnsi="Arial"/>
        </w:rPr>
        <w:t xml:space="preserve"> not quite there yet.</w:t>
      </w:r>
    </w:p>
    <w:p w14:paraId="199645B9" w14:textId="77777777" w:rsidR="00D7352B" w:rsidRDefault="00D7352B">
      <w:pPr>
        <w:spacing w:after="0"/>
      </w:pPr>
    </w:p>
    <w:p w14:paraId="34FD796A" w14:textId="77777777" w:rsidR="00D7352B" w:rsidRDefault="00C90105">
      <w:pPr>
        <w:spacing w:after="0"/>
      </w:pPr>
      <w:proofErr w:type="gramStart"/>
      <w:r>
        <w:rPr>
          <w:rFonts w:ascii="Arial" w:hAnsi="Arial"/>
          <w:b/>
        </w:rPr>
        <w:t xml:space="preserve">Lucy  </w:t>
      </w:r>
      <w:r>
        <w:rPr>
          <w:rFonts w:ascii="Arial" w:hAnsi="Arial"/>
          <w:color w:val="5D7284"/>
        </w:rPr>
        <w:t>28:57</w:t>
      </w:r>
      <w:proofErr w:type="gramEnd"/>
    </w:p>
    <w:p w14:paraId="7B279B9D" w14:textId="77777777" w:rsidR="00D7352B" w:rsidRDefault="00C90105">
      <w:pPr>
        <w:spacing w:after="0"/>
      </w:pPr>
      <w:r>
        <w:rPr>
          <w:rFonts w:ascii="Arial" w:hAnsi="Arial"/>
        </w:rPr>
        <w:t xml:space="preserve">If you make things accessible for disabled people you make it accessible for everybody </w:t>
      </w:r>
      <w:proofErr w:type="gramStart"/>
      <w:r>
        <w:rPr>
          <w:rFonts w:ascii="Arial" w:hAnsi="Arial"/>
        </w:rPr>
        <w:t>that's</w:t>
      </w:r>
      <w:proofErr w:type="gramEnd"/>
      <w:r>
        <w:rPr>
          <w:rFonts w:ascii="Arial" w:hAnsi="Arial"/>
        </w:rPr>
        <w:t xml:space="preserve"> the thing I always take away.</w:t>
      </w:r>
    </w:p>
    <w:p w14:paraId="3989DA82" w14:textId="77777777" w:rsidR="00D7352B" w:rsidRDefault="00D7352B">
      <w:pPr>
        <w:spacing w:after="0"/>
      </w:pPr>
    </w:p>
    <w:p w14:paraId="78908C75" w14:textId="77777777" w:rsidR="00D7352B" w:rsidRDefault="00C90105">
      <w:pPr>
        <w:spacing w:after="0"/>
      </w:pPr>
      <w:proofErr w:type="gramStart"/>
      <w:r>
        <w:rPr>
          <w:rFonts w:ascii="Arial" w:hAnsi="Arial"/>
          <w:b/>
        </w:rPr>
        <w:t xml:space="preserve">Jasmine  </w:t>
      </w:r>
      <w:r>
        <w:rPr>
          <w:rFonts w:ascii="Arial" w:hAnsi="Arial"/>
          <w:color w:val="5D7284"/>
        </w:rPr>
        <w:t>29:04</w:t>
      </w:r>
      <w:proofErr w:type="gramEnd"/>
    </w:p>
    <w:p w14:paraId="5C695F89" w14:textId="77777777" w:rsidR="00D7352B" w:rsidRDefault="00C90105">
      <w:pPr>
        <w:spacing w:after="0"/>
      </w:pPr>
      <w:r>
        <w:rPr>
          <w:rFonts w:ascii="Arial" w:hAnsi="Arial"/>
        </w:rPr>
        <w:t>Yeah</w:t>
      </w:r>
    </w:p>
    <w:p w14:paraId="5182EE80" w14:textId="77777777" w:rsidR="00D7352B" w:rsidRDefault="00D7352B">
      <w:pPr>
        <w:spacing w:after="0"/>
      </w:pPr>
    </w:p>
    <w:p w14:paraId="27047546" w14:textId="77777777" w:rsidR="00D7352B" w:rsidRDefault="00C90105">
      <w:pPr>
        <w:spacing w:after="0"/>
      </w:pPr>
      <w:proofErr w:type="gramStart"/>
      <w:r>
        <w:rPr>
          <w:rFonts w:ascii="Arial" w:hAnsi="Arial"/>
          <w:b/>
        </w:rPr>
        <w:t xml:space="preserve">Lucy  </w:t>
      </w:r>
      <w:r>
        <w:rPr>
          <w:rFonts w:ascii="Arial" w:hAnsi="Arial"/>
          <w:color w:val="5D7284"/>
        </w:rPr>
        <w:t>29:05</w:t>
      </w:r>
      <w:proofErr w:type="gramEnd"/>
    </w:p>
    <w:p w14:paraId="7113D0EC" w14:textId="77777777" w:rsidR="00D7352B" w:rsidRDefault="00C90105">
      <w:pPr>
        <w:spacing w:after="0"/>
      </w:pPr>
      <w:r>
        <w:rPr>
          <w:rFonts w:ascii="Arial" w:hAnsi="Arial"/>
        </w:rPr>
        <w:t>I think if, when I become Prime</w:t>
      </w:r>
      <w:r>
        <w:rPr>
          <w:rFonts w:ascii="Arial" w:hAnsi="Arial"/>
        </w:rPr>
        <w:t xml:space="preserve"> Minster, if I ever become Prime Minister </w:t>
      </w:r>
    </w:p>
    <w:p w14:paraId="2042ED6A" w14:textId="77777777" w:rsidR="00D7352B" w:rsidRDefault="00D7352B">
      <w:pPr>
        <w:spacing w:after="0"/>
      </w:pPr>
    </w:p>
    <w:p w14:paraId="429AC2C4" w14:textId="77777777" w:rsidR="00D7352B" w:rsidRDefault="00C90105">
      <w:pPr>
        <w:spacing w:after="0"/>
      </w:pPr>
      <w:proofErr w:type="gramStart"/>
      <w:r>
        <w:rPr>
          <w:rFonts w:ascii="Arial" w:hAnsi="Arial"/>
          <w:b/>
        </w:rPr>
        <w:t xml:space="preserve">Alice  </w:t>
      </w:r>
      <w:r>
        <w:rPr>
          <w:rFonts w:ascii="Arial" w:hAnsi="Arial"/>
          <w:color w:val="5D7284"/>
        </w:rPr>
        <w:t>29:09</w:t>
      </w:r>
      <w:proofErr w:type="gramEnd"/>
    </w:p>
    <w:p w14:paraId="462EA914" w14:textId="77777777" w:rsidR="00D7352B" w:rsidRDefault="00C90105">
      <w:pPr>
        <w:spacing w:after="0"/>
      </w:pPr>
      <w:r>
        <w:rPr>
          <w:rFonts w:ascii="Arial" w:hAnsi="Arial"/>
        </w:rPr>
        <w:t>[laughs]</w:t>
      </w:r>
    </w:p>
    <w:p w14:paraId="07192FDF" w14:textId="77777777" w:rsidR="00D7352B" w:rsidRDefault="00D7352B">
      <w:pPr>
        <w:spacing w:after="0"/>
      </w:pPr>
    </w:p>
    <w:p w14:paraId="6C4E3C0D" w14:textId="77777777" w:rsidR="00D7352B" w:rsidRDefault="00C90105">
      <w:pPr>
        <w:spacing w:after="0"/>
      </w:pPr>
      <w:proofErr w:type="gramStart"/>
      <w:r>
        <w:rPr>
          <w:rFonts w:ascii="Arial" w:hAnsi="Arial"/>
          <w:b/>
        </w:rPr>
        <w:t xml:space="preserve">Lucy  </w:t>
      </w:r>
      <w:r>
        <w:rPr>
          <w:rFonts w:ascii="Arial" w:hAnsi="Arial"/>
          <w:color w:val="5D7284"/>
        </w:rPr>
        <w:t>29:09</w:t>
      </w:r>
      <w:proofErr w:type="gramEnd"/>
    </w:p>
    <w:p w14:paraId="1062A7DA" w14:textId="77777777" w:rsidR="00D7352B" w:rsidRDefault="00C90105">
      <w:pPr>
        <w:spacing w:after="0"/>
      </w:pPr>
      <w:r>
        <w:rPr>
          <w:rFonts w:ascii="Arial" w:hAnsi="Arial"/>
        </w:rPr>
        <w:t xml:space="preserve">Or Queen of the world, one of the two, I am banning stairs- </w:t>
      </w:r>
    </w:p>
    <w:p w14:paraId="33CE03AE" w14:textId="77777777" w:rsidR="00D7352B" w:rsidRDefault="00D7352B">
      <w:pPr>
        <w:spacing w:after="0"/>
      </w:pPr>
    </w:p>
    <w:p w14:paraId="016FE782" w14:textId="77777777" w:rsidR="00D7352B" w:rsidRDefault="00C90105">
      <w:pPr>
        <w:spacing w:after="0"/>
      </w:pPr>
      <w:proofErr w:type="gramStart"/>
      <w:r>
        <w:rPr>
          <w:rFonts w:ascii="Arial" w:hAnsi="Arial"/>
          <w:b/>
        </w:rPr>
        <w:t xml:space="preserve">Alice  </w:t>
      </w:r>
      <w:r>
        <w:rPr>
          <w:rFonts w:ascii="Arial" w:hAnsi="Arial"/>
          <w:color w:val="5D7284"/>
        </w:rPr>
        <w:t>29:13</w:t>
      </w:r>
      <w:proofErr w:type="gramEnd"/>
    </w:p>
    <w:p w14:paraId="3D1109AB" w14:textId="77777777" w:rsidR="00D7352B" w:rsidRDefault="00C90105">
      <w:pPr>
        <w:spacing w:after="0"/>
      </w:pPr>
      <w:r>
        <w:rPr>
          <w:rFonts w:ascii="Arial" w:hAnsi="Arial"/>
        </w:rPr>
        <w:lastRenderedPageBreak/>
        <w:t xml:space="preserve">This is the first </w:t>
      </w:r>
      <w:proofErr w:type="gramStart"/>
      <w:r>
        <w:rPr>
          <w:rFonts w:ascii="Arial" w:hAnsi="Arial"/>
        </w:rPr>
        <w:t>I've</w:t>
      </w:r>
      <w:proofErr w:type="gramEnd"/>
      <w:r>
        <w:rPr>
          <w:rFonts w:ascii="Arial" w:hAnsi="Arial"/>
        </w:rPr>
        <w:t xml:space="preserve"> heard of this. </w:t>
      </w:r>
    </w:p>
    <w:p w14:paraId="51ACBBBD" w14:textId="77777777" w:rsidR="00D7352B" w:rsidRDefault="00D7352B">
      <w:pPr>
        <w:spacing w:after="0"/>
      </w:pPr>
    </w:p>
    <w:p w14:paraId="6AAB2610" w14:textId="77777777" w:rsidR="00D7352B" w:rsidRDefault="00C90105">
      <w:pPr>
        <w:spacing w:after="0"/>
      </w:pPr>
      <w:proofErr w:type="gramStart"/>
      <w:r>
        <w:rPr>
          <w:rFonts w:ascii="Arial" w:hAnsi="Arial"/>
          <w:b/>
        </w:rPr>
        <w:t xml:space="preserve">Jasmine  </w:t>
      </w:r>
      <w:r>
        <w:rPr>
          <w:rFonts w:ascii="Arial" w:hAnsi="Arial"/>
          <w:color w:val="5D7284"/>
        </w:rPr>
        <w:t>29:15</w:t>
      </w:r>
      <w:proofErr w:type="gramEnd"/>
    </w:p>
    <w:p w14:paraId="42E01CF0" w14:textId="77777777" w:rsidR="00D7352B" w:rsidRDefault="00C90105">
      <w:pPr>
        <w:spacing w:after="0"/>
      </w:pPr>
      <w:r>
        <w:rPr>
          <w:rFonts w:ascii="Arial" w:hAnsi="Arial"/>
        </w:rPr>
        <w:t>[laughs]</w:t>
      </w:r>
    </w:p>
    <w:p w14:paraId="2AC2F6F5" w14:textId="77777777" w:rsidR="00D7352B" w:rsidRDefault="00D7352B">
      <w:pPr>
        <w:spacing w:after="0"/>
      </w:pPr>
    </w:p>
    <w:p w14:paraId="1488F1B1" w14:textId="77777777" w:rsidR="00D7352B" w:rsidRDefault="00C90105">
      <w:pPr>
        <w:spacing w:after="0"/>
      </w:pPr>
      <w:proofErr w:type="gramStart"/>
      <w:r>
        <w:rPr>
          <w:rFonts w:ascii="Arial" w:hAnsi="Arial"/>
          <w:b/>
        </w:rPr>
        <w:t xml:space="preserve">Lucy  </w:t>
      </w:r>
      <w:r>
        <w:rPr>
          <w:rFonts w:ascii="Arial" w:hAnsi="Arial"/>
          <w:color w:val="5D7284"/>
        </w:rPr>
        <w:t>29:17</w:t>
      </w:r>
      <w:proofErr w:type="gramEnd"/>
    </w:p>
    <w:p w14:paraId="64ACE139" w14:textId="77777777" w:rsidR="00D7352B" w:rsidRDefault="00C90105">
      <w:pPr>
        <w:spacing w:after="0"/>
      </w:pPr>
      <w:r>
        <w:rPr>
          <w:rFonts w:ascii="Arial" w:hAnsi="Arial"/>
        </w:rPr>
        <w:t xml:space="preserve">I am banning stairs </w:t>
      </w:r>
      <w:r>
        <w:rPr>
          <w:rFonts w:ascii="Arial" w:hAnsi="Arial"/>
        </w:rPr>
        <w:t xml:space="preserve">and gravel first off. </w:t>
      </w:r>
      <w:proofErr w:type="gramStart"/>
      <w:r>
        <w:rPr>
          <w:rFonts w:ascii="Arial" w:hAnsi="Arial"/>
        </w:rPr>
        <w:t>They're</w:t>
      </w:r>
      <w:proofErr w:type="gramEnd"/>
      <w:r>
        <w:rPr>
          <w:rFonts w:ascii="Arial" w:hAnsi="Arial"/>
        </w:rPr>
        <w:t xml:space="preserve"> gone.  Day after the election, I'm getting rid of every </w:t>
      </w:r>
      <w:proofErr w:type="gramStart"/>
      <w:r>
        <w:rPr>
          <w:rFonts w:ascii="Arial" w:hAnsi="Arial"/>
        </w:rPr>
        <w:t>stair case</w:t>
      </w:r>
      <w:proofErr w:type="gramEnd"/>
      <w:r>
        <w:rPr>
          <w:rFonts w:ascii="Arial" w:hAnsi="Arial"/>
        </w:rPr>
        <w:t xml:space="preserve"> in Britain.</w:t>
      </w:r>
    </w:p>
    <w:p w14:paraId="57494450" w14:textId="77777777" w:rsidR="00D7352B" w:rsidRDefault="00D7352B">
      <w:pPr>
        <w:spacing w:after="0"/>
      </w:pPr>
    </w:p>
    <w:p w14:paraId="30CE8D86" w14:textId="77777777" w:rsidR="00D7352B" w:rsidRDefault="00C90105">
      <w:pPr>
        <w:spacing w:after="0"/>
      </w:pPr>
      <w:proofErr w:type="gramStart"/>
      <w:r>
        <w:rPr>
          <w:rFonts w:ascii="Arial" w:hAnsi="Arial"/>
          <w:b/>
        </w:rPr>
        <w:t xml:space="preserve">Alice  </w:t>
      </w:r>
      <w:r>
        <w:rPr>
          <w:rFonts w:ascii="Arial" w:hAnsi="Arial"/>
          <w:color w:val="5D7284"/>
        </w:rPr>
        <w:t>29:26</w:t>
      </w:r>
      <w:proofErr w:type="gramEnd"/>
    </w:p>
    <w:p w14:paraId="7F182D0F" w14:textId="77777777" w:rsidR="00D7352B" w:rsidRDefault="00C90105">
      <w:pPr>
        <w:spacing w:after="0"/>
      </w:pPr>
      <w:r>
        <w:rPr>
          <w:rFonts w:ascii="Arial" w:hAnsi="Arial"/>
        </w:rPr>
        <w:t xml:space="preserve">Oh but gravel's much more environmentally friendly than </w:t>
      </w:r>
      <w:proofErr w:type="gramStart"/>
      <w:r>
        <w:rPr>
          <w:rFonts w:ascii="Arial" w:hAnsi="Arial"/>
        </w:rPr>
        <w:t>tarmac</w:t>
      </w:r>
      <w:proofErr w:type="gramEnd"/>
    </w:p>
    <w:p w14:paraId="5D85A16B" w14:textId="77777777" w:rsidR="00D7352B" w:rsidRDefault="00D7352B">
      <w:pPr>
        <w:spacing w:after="0"/>
      </w:pPr>
    </w:p>
    <w:p w14:paraId="6A8E6135" w14:textId="77777777" w:rsidR="00D7352B" w:rsidRDefault="00C90105">
      <w:pPr>
        <w:spacing w:after="0"/>
      </w:pPr>
      <w:proofErr w:type="gramStart"/>
      <w:r>
        <w:rPr>
          <w:rFonts w:ascii="Arial" w:hAnsi="Arial"/>
          <w:b/>
        </w:rPr>
        <w:t xml:space="preserve">Lucy  </w:t>
      </w:r>
      <w:r>
        <w:rPr>
          <w:rFonts w:ascii="Arial" w:hAnsi="Arial"/>
          <w:color w:val="5D7284"/>
        </w:rPr>
        <w:t>29:29</w:t>
      </w:r>
      <w:proofErr w:type="gramEnd"/>
    </w:p>
    <w:p w14:paraId="73341833" w14:textId="77777777" w:rsidR="00D7352B" w:rsidRDefault="00C90105">
      <w:pPr>
        <w:spacing w:after="0"/>
      </w:pPr>
      <w:r>
        <w:rPr>
          <w:rFonts w:ascii="Arial" w:hAnsi="Arial"/>
        </w:rPr>
        <w:t xml:space="preserve">Yeah, but I </w:t>
      </w:r>
      <w:proofErr w:type="gramStart"/>
      <w:r>
        <w:rPr>
          <w:rFonts w:ascii="Arial" w:hAnsi="Arial"/>
        </w:rPr>
        <w:t>can't</w:t>
      </w:r>
      <w:proofErr w:type="gramEnd"/>
      <w:r>
        <w:rPr>
          <w:rFonts w:ascii="Arial" w:hAnsi="Arial"/>
        </w:rPr>
        <w:t xml:space="preserve"> move.</w:t>
      </w:r>
    </w:p>
    <w:p w14:paraId="30915696" w14:textId="77777777" w:rsidR="00D7352B" w:rsidRDefault="00D7352B">
      <w:pPr>
        <w:spacing w:after="0"/>
      </w:pPr>
    </w:p>
    <w:p w14:paraId="52B38E49" w14:textId="77777777" w:rsidR="00D7352B" w:rsidRDefault="00C90105">
      <w:pPr>
        <w:spacing w:after="0"/>
      </w:pPr>
      <w:proofErr w:type="gramStart"/>
      <w:r>
        <w:rPr>
          <w:rFonts w:ascii="Arial" w:hAnsi="Arial"/>
          <w:b/>
        </w:rPr>
        <w:t xml:space="preserve">Alice  </w:t>
      </w:r>
      <w:r>
        <w:rPr>
          <w:rFonts w:ascii="Arial" w:hAnsi="Arial"/>
          <w:color w:val="5D7284"/>
        </w:rPr>
        <w:t>29:31</w:t>
      </w:r>
      <w:proofErr w:type="gramEnd"/>
    </w:p>
    <w:p w14:paraId="4D665F89" w14:textId="77777777" w:rsidR="00D7352B" w:rsidRDefault="00C90105">
      <w:pPr>
        <w:spacing w:after="0"/>
      </w:pPr>
      <w:proofErr w:type="gramStart"/>
      <w:r>
        <w:rPr>
          <w:rFonts w:ascii="Arial" w:hAnsi="Arial"/>
        </w:rPr>
        <w:t>Can we can we</w:t>
      </w:r>
      <w:proofErr w:type="gramEnd"/>
      <w:r>
        <w:rPr>
          <w:rFonts w:ascii="Arial" w:hAnsi="Arial"/>
        </w:rPr>
        <w:t xml:space="preserve"> </w:t>
      </w:r>
      <w:r>
        <w:rPr>
          <w:rFonts w:ascii="Arial" w:hAnsi="Arial"/>
        </w:rPr>
        <w:t>come up with some kind of middle ground where there's like a gravel like edging to help with drainage?</w:t>
      </w:r>
    </w:p>
    <w:p w14:paraId="6B6BDC84" w14:textId="77777777" w:rsidR="00D7352B" w:rsidRDefault="00D7352B">
      <w:pPr>
        <w:spacing w:after="0"/>
      </w:pPr>
    </w:p>
    <w:p w14:paraId="23F79450" w14:textId="77777777" w:rsidR="00D7352B" w:rsidRDefault="00C90105">
      <w:pPr>
        <w:spacing w:after="0"/>
      </w:pPr>
      <w:proofErr w:type="gramStart"/>
      <w:r>
        <w:rPr>
          <w:rFonts w:ascii="Arial" w:hAnsi="Arial"/>
          <w:b/>
        </w:rPr>
        <w:t xml:space="preserve">Lucy  </w:t>
      </w:r>
      <w:r>
        <w:rPr>
          <w:rFonts w:ascii="Arial" w:hAnsi="Arial"/>
          <w:color w:val="5D7284"/>
        </w:rPr>
        <w:t>29:41</w:t>
      </w:r>
      <w:proofErr w:type="gramEnd"/>
    </w:p>
    <w:p w14:paraId="6C018B50" w14:textId="77777777" w:rsidR="00D7352B" w:rsidRDefault="00C90105">
      <w:pPr>
        <w:spacing w:after="0"/>
      </w:pPr>
      <w:proofErr w:type="gramStart"/>
      <w:r>
        <w:rPr>
          <w:rFonts w:ascii="Arial" w:hAnsi="Arial"/>
        </w:rPr>
        <w:t>Yeah</w:t>
      </w:r>
      <w:proofErr w:type="gramEnd"/>
      <w:r>
        <w:rPr>
          <w:rFonts w:ascii="Arial" w:hAnsi="Arial"/>
        </w:rPr>
        <w:t xml:space="preserve"> alright then.</w:t>
      </w:r>
    </w:p>
    <w:p w14:paraId="124A7C7E" w14:textId="77777777" w:rsidR="00D7352B" w:rsidRDefault="00D7352B">
      <w:pPr>
        <w:spacing w:after="0"/>
      </w:pPr>
    </w:p>
    <w:p w14:paraId="4E96AE23" w14:textId="77777777" w:rsidR="00D7352B" w:rsidRDefault="00C90105">
      <w:pPr>
        <w:spacing w:after="0"/>
      </w:pPr>
      <w:proofErr w:type="gramStart"/>
      <w:r>
        <w:rPr>
          <w:rFonts w:ascii="Arial" w:hAnsi="Arial"/>
          <w:b/>
        </w:rPr>
        <w:t xml:space="preserve">Alice  </w:t>
      </w:r>
      <w:r>
        <w:rPr>
          <w:rFonts w:ascii="Arial" w:hAnsi="Arial"/>
          <w:color w:val="5D7284"/>
        </w:rPr>
        <w:t>29:42</w:t>
      </w:r>
      <w:proofErr w:type="gramEnd"/>
    </w:p>
    <w:p w14:paraId="05A34FAF" w14:textId="77777777" w:rsidR="00D7352B" w:rsidRDefault="00C90105">
      <w:pPr>
        <w:spacing w:after="0"/>
      </w:pPr>
      <w:r>
        <w:rPr>
          <w:rFonts w:ascii="Arial" w:hAnsi="Arial"/>
        </w:rPr>
        <w:t xml:space="preserve">Maybe, maybe I should be deputy Prime Minster and </w:t>
      </w:r>
      <w:proofErr w:type="gramStart"/>
      <w:r>
        <w:rPr>
          <w:rFonts w:ascii="Arial" w:hAnsi="Arial"/>
        </w:rPr>
        <w:t>we'll</w:t>
      </w:r>
      <w:proofErr w:type="gramEnd"/>
      <w:r>
        <w:rPr>
          <w:rFonts w:ascii="Arial" w:hAnsi="Arial"/>
        </w:rPr>
        <w:t xml:space="preserve"> balance it out.</w:t>
      </w:r>
    </w:p>
    <w:p w14:paraId="65348D51" w14:textId="77777777" w:rsidR="00D7352B" w:rsidRDefault="00D7352B">
      <w:pPr>
        <w:spacing w:after="0"/>
      </w:pPr>
    </w:p>
    <w:p w14:paraId="2C1E44BA" w14:textId="77777777" w:rsidR="00D7352B" w:rsidRDefault="00C90105">
      <w:pPr>
        <w:spacing w:after="0"/>
      </w:pPr>
      <w:proofErr w:type="gramStart"/>
      <w:r>
        <w:rPr>
          <w:rFonts w:ascii="Arial" w:hAnsi="Arial"/>
          <w:b/>
        </w:rPr>
        <w:t xml:space="preserve">Lucy  </w:t>
      </w:r>
      <w:r>
        <w:rPr>
          <w:rFonts w:ascii="Arial" w:hAnsi="Arial"/>
          <w:color w:val="5D7284"/>
        </w:rPr>
        <w:t>29:45</w:t>
      </w:r>
      <w:proofErr w:type="gramEnd"/>
    </w:p>
    <w:p w14:paraId="203F676B" w14:textId="77777777" w:rsidR="00D7352B" w:rsidRDefault="00C90105">
      <w:pPr>
        <w:spacing w:after="0"/>
      </w:pPr>
      <w:r>
        <w:rPr>
          <w:rFonts w:ascii="Arial" w:hAnsi="Arial"/>
        </w:rPr>
        <w:t xml:space="preserve">[laughs] Yeah, </w:t>
      </w:r>
      <w:proofErr w:type="spellStart"/>
      <w:r>
        <w:rPr>
          <w:rFonts w:ascii="Arial" w:hAnsi="Arial"/>
        </w:rPr>
        <w:t>cuz</w:t>
      </w:r>
      <w:proofErr w:type="spellEnd"/>
      <w:r>
        <w:rPr>
          <w:rFonts w:ascii="Arial" w:hAnsi="Arial"/>
        </w:rPr>
        <w:t xml:space="preserve"> </w:t>
      </w:r>
      <w:proofErr w:type="gramStart"/>
      <w:r>
        <w:rPr>
          <w:rFonts w:ascii="Arial" w:hAnsi="Arial"/>
        </w:rPr>
        <w:t>she</w:t>
      </w:r>
      <w:r>
        <w:rPr>
          <w:rFonts w:ascii="Arial" w:hAnsi="Arial"/>
        </w:rPr>
        <w:t>'s</w:t>
      </w:r>
      <w:proofErr w:type="gramEnd"/>
      <w:r>
        <w:rPr>
          <w:rFonts w:ascii="Arial" w:hAnsi="Arial"/>
        </w:rPr>
        <w:t xml:space="preserve"> being a tyrant again. </w:t>
      </w:r>
    </w:p>
    <w:p w14:paraId="3B6F312A" w14:textId="77777777" w:rsidR="00D7352B" w:rsidRDefault="00D7352B">
      <w:pPr>
        <w:spacing w:after="0"/>
      </w:pPr>
    </w:p>
    <w:p w14:paraId="33BDE210" w14:textId="77777777" w:rsidR="00D7352B" w:rsidRDefault="00C90105">
      <w:pPr>
        <w:spacing w:after="0"/>
      </w:pPr>
      <w:proofErr w:type="gramStart"/>
      <w:r>
        <w:rPr>
          <w:rFonts w:ascii="Arial" w:hAnsi="Arial"/>
          <w:b/>
        </w:rPr>
        <w:t xml:space="preserve">all  </w:t>
      </w:r>
      <w:r>
        <w:rPr>
          <w:rFonts w:ascii="Arial" w:hAnsi="Arial"/>
          <w:color w:val="5D7284"/>
        </w:rPr>
        <w:t>29:49</w:t>
      </w:r>
      <w:proofErr w:type="gramEnd"/>
    </w:p>
    <w:p w14:paraId="1696566F" w14:textId="77777777" w:rsidR="00D7352B" w:rsidRDefault="00C90105">
      <w:pPr>
        <w:spacing w:after="0"/>
      </w:pPr>
      <w:r>
        <w:rPr>
          <w:rFonts w:ascii="Arial" w:hAnsi="Arial"/>
        </w:rPr>
        <w:t>[laughter]</w:t>
      </w:r>
    </w:p>
    <w:p w14:paraId="207E92E7" w14:textId="77777777" w:rsidR="00D7352B" w:rsidRDefault="00D7352B">
      <w:pPr>
        <w:spacing w:after="0"/>
      </w:pPr>
    </w:p>
    <w:p w14:paraId="32D672B3" w14:textId="77777777" w:rsidR="00D7352B" w:rsidRDefault="00C90105">
      <w:pPr>
        <w:spacing w:after="0"/>
      </w:pPr>
      <w:proofErr w:type="gramStart"/>
      <w:r>
        <w:rPr>
          <w:rFonts w:ascii="Arial" w:hAnsi="Arial"/>
          <w:b/>
        </w:rPr>
        <w:t xml:space="preserve">Lucy  </w:t>
      </w:r>
      <w:r>
        <w:rPr>
          <w:rFonts w:ascii="Arial" w:hAnsi="Arial"/>
          <w:color w:val="5D7284"/>
        </w:rPr>
        <w:t>29:52</w:t>
      </w:r>
      <w:proofErr w:type="gramEnd"/>
    </w:p>
    <w:p w14:paraId="67FAFB24" w14:textId="77777777" w:rsidR="00D7352B" w:rsidRDefault="00C90105">
      <w:pPr>
        <w:spacing w:after="0"/>
      </w:pPr>
      <w:r>
        <w:rPr>
          <w:rFonts w:ascii="Arial" w:hAnsi="Arial"/>
        </w:rPr>
        <w:t xml:space="preserve">Um, yeah, no, yeah, but I don't know what why </w:t>
      </w:r>
      <w:proofErr w:type="gramStart"/>
      <w:r>
        <w:rPr>
          <w:rFonts w:ascii="Arial" w:hAnsi="Arial"/>
        </w:rPr>
        <w:t>have we</w:t>
      </w:r>
      <w:proofErr w:type="gramEnd"/>
      <w:r>
        <w:rPr>
          <w:rFonts w:ascii="Arial" w:hAnsi="Arial"/>
        </w:rPr>
        <w:t xml:space="preserve"> gone off on this tangent. I </w:t>
      </w:r>
      <w:proofErr w:type="gramStart"/>
      <w:r>
        <w:rPr>
          <w:rFonts w:ascii="Arial" w:hAnsi="Arial"/>
        </w:rPr>
        <w:t>don't</w:t>
      </w:r>
      <w:proofErr w:type="gramEnd"/>
      <w:r>
        <w:rPr>
          <w:rFonts w:ascii="Arial" w:hAnsi="Arial"/>
        </w:rPr>
        <w:t xml:space="preserve"> know. Alice, do you </w:t>
      </w:r>
      <w:proofErr w:type="spellStart"/>
      <w:r>
        <w:rPr>
          <w:rFonts w:ascii="Arial" w:hAnsi="Arial"/>
        </w:rPr>
        <w:t>wanna</w:t>
      </w:r>
      <w:proofErr w:type="spellEnd"/>
      <w:r>
        <w:rPr>
          <w:rFonts w:ascii="Arial" w:hAnsi="Arial"/>
        </w:rPr>
        <w:t>, do you have another question?</w:t>
      </w:r>
    </w:p>
    <w:p w14:paraId="2281842C" w14:textId="77777777" w:rsidR="00D7352B" w:rsidRDefault="00D7352B">
      <w:pPr>
        <w:spacing w:after="0"/>
      </w:pPr>
    </w:p>
    <w:p w14:paraId="5DB85BA2" w14:textId="77777777" w:rsidR="00D7352B" w:rsidRDefault="00C90105">
      <w:pPr>
        <w:spacing w:after="0"/>
      </w:pPr>
      <w:proofErr w:type="gramStart"/>
      <w:r>
        <w:rPr>
          <w:rFonts w:ascii="Arial" w:hAnsi="Arial"/>
          <w:b/>
        </w:rPr>
        <w:t xml:space="preserve">Alice  </w:t>
      </w:r>
      <w:r>
        <w:rPr>
          <w:rFonts w:ascii="Arial" w:hAnsi="Arial"/>
          <w:color w:val="5D7284"/>
        </w:rPr>
        <w:t>30:01</w:t>
      </w:r>
      <w:proofErr w:type="gramEnd"/>
    </w:p>
    <w:p w14:paraId="04A032EB" w14:textId="77777777" w:rsidR="00D7352B" w:rsidRDefault="00C90105">
      <w:pPr>
        <w:spacing w:after="0"/>
      </w:pPr>
      <w:r>
        <w:rPr>
          <w:rFonts w:ascii="Arial" w:hAnsi="Arial"/>
        </w:rPr>
        <w:t>So you said that you do a lot of pe</w:t>
      </w:r>
      <w:r>
        <w:rPr>
          <w:rFonts w:ascii="Arial" w:hAnsi="Arial"/>
        </w:rPr>
        <w:t>rformance. And I got very excited when you said Little Shop of Horrors. Tell us about your performance and some of the roles and stuff that you played.</w:t>
      </w:r>
    </w:p>
    <w:p w14:paraId="10CE056A" w14:textId="77777777" w:rsidR="00D7352B" w:rsidRDefault="00D7352B">
      <w:pPr>
        <w:spacing w:after="0"/>
      </w:pPr>
    </w:p>
    <w:p w14:paraId="4AB27525" w14:textId="77777777" w:rsidR="00D7352B" w:rsidRDefault="00C90105">
      <w:pPr>
        <w:spacing w:after="0"/>
      </w:pPr>
      <w:proofErr w:type="gramStart"/>
      <w:r>
        <w:rPr>
          <w:rFonts w:ascii="Arial" w:hAnsi="Arial"/>
          <w:b/>
        </w:rPr>
        <w:t xml:space="preserve">Jasmine  </w:t>
      </w:r>
      <w:r>
        <w:rPr>
          <w:rFonts w:ascii="Arial" w:hAnsi="Arial"/>
          <w:color w:val="5D7284"/>
        </w:rPr>
        <w:t>30:16</w:t>
      </w:r>
      <w:proofErr w:type="gramEnd"/>
    </w:p>
    <w:p w14:paraId="3B44EAC7" w14:textId="77777777" w:rsidR="00D7352B" w:rsidRDefault="00C90105">
      <w:pPr>
        <w:spacing w:after="0"/>
      </w:pPr>
      <w:r>
        <w:rPr>
          <w:rFonts w:ascii="Arial" w:hAnsi="Arial"/>
        </w:rPr>
        <w:t xml:space="preserve">Yes. So I </w:t>
      </w:r>
      <w:proofErr w:type="gramStart"/>
      <w:r>
        <w:rPr>
          <w:rFonts w:ascii="Arial" w:hAnsi="Arial"/>
        </w:rPr>
        <w:t>haven't</w:t>
      </w:r>
      <w:proofErr w:type="gramEnd"/>
      <w:r>
        <w:rPr>
          <w:rFonts w:ascii="Arial" w:hAnsi="Arial"/>
        </w:rPr>
        <w:t xml:space="preserve"> had this year because of COVID. But I used to do the school shows. The</w:t>
      </w:r>
      <w:r>
        <w:rPr>
          <w:rFonts w:ascii="Arial" w:hAnsi="Arial"/>
        </w:rPr>
        <w:t xml:space="preserve">y used to do them every year. And I just from the moment that I joined secondary school, and even in primary school, obviously, </w:t>
      </w:r>
      <w:proofErr w:type="gramStart"/>
      <w:r>
        <w:rPr>
          <w:rFonts w:ascii="Arial" w:hAnsi="Arial"/>
        </w:rPr>
        <w:t>there's</w:t>
      </w:r>
      <w:proofErr w:type="gramEnd"/>
      <w:r>
        <w:rPr>
          <w:rFonts w:ascii="Arial" w:hAnsi="Arial"/>
        </w:rPr>
        <w:t xml:space="preserve"> the Nativity and things like that, that you do. But then I got to secondary school, and I just, </w:t>
      </w:r>
      <w:proofErr w:type="gramStart"/>
      <w:r>
        <w:rPr>
          <w:rFonts w:ascii="Arial" w:hAnsi="Arial"/>
        </w:rPr>
        <w:t>I've</w:t>
      </w:r>
      <w:proofErr w:type="gramEnd"/>
      <w:r>
        <w:rPr>
          <w:rFonts w:ascii="Arial" w:hAnsi="Arial"/>
        </w:rPr>
        <w:t xml:space="preserve"> done speech and dra</w:t>
      </w:r>
      <w:r>
        <w:rPr>
          <w:rFonts w:ascii="Arial" w:hAnsi="Arial"/>
        </w:rPr>
        <w:t xml:space="preserve">ma competitions outside school, but in school, they do </w:t>
      </w:r>
      <w:r>
        <w:rPr>
          <w:rFonts w:ascii="Arial" w:hAnsi="Arial"/>
        </w:rPr>
        <w:lastRenderedPageBreak/>
        <w:t xml:space="preserve">shows like, we've done Annie, Billy Elliot. Little Shop of </w:t>
      </w:r>
      <w:proofErr w:type="spellStart"/>
      <w:r>
        <w:rPr>
          <w:rFonts w:ascii="Arial" w:hAnsi="Arial"/>
        </w:rPr>
        <w:t>Horros</w:t>
      </w:r>
      <w:proofErr w:type="spellEnd"/>
      <w:r>
        <w:rPr>
          <w:rFonts w:ascii="Arial" w:hAnsi="Arial"/>
        </w:rPr>
        <w:t>, Crease. And yeah, so I was I was Frenchie in Grease.</w:t>
      </w:r>
    </w:p>
    <w:p w14:paraId="5DEFA211" w14:textId="77777777" w:rsidR="00D7352B" w:rsidRDefault="00D7352B">
      <w:pPr>
        <w:spacing w:after="0"/>
      </w:pPr>
    </w:p>
    <w:p w14:paraId="4D2954D8" w14:textId="77777777" w:rsidR="00D7352B" w:rsidRDefault="00C90105">
      <w:pPr>
        <w:spacing w:after="0"/>
      </w:pPr>
      <w:proofErr w:type="gramStart"/>
      <w:r>
        <w:rPr>
          <w:rFonts w:ascii="Arial" w:hAnsi="Arial"/>
          <w:b/>
        </w:rPr>
        <w:t xml:space="preserve">Alice  </w:t>
      </w:r>
      <w:r>
        <w:rPr>
          <w:rFonts w:ascii="Arial" w:hAnsi="Arial"/>
          <w:color w:val="5D7284"/>
        </w:rPr>
        <w:t>30:49</w:t>
      </w:r>
      <w:proofErr w:type="gramEnd"/>
    </w:p>
    <w:p w14:paraId="45A8C72C" w14:textId="77777777" w:rsidR="00D7352B" w:rsidRDefault="00C90105">
      <w:pPr>
        <w:spacing w:after="0"/>
      </w:pPr>
      <w:r>
        <w:rPr>
          <w:rFonts w:ascii="Arial" w:hAnsi="Arial"/>
        </w:rPr>
        <w:t>Amazing.</w:t>
      </w:r>
    </w:p>
    <w:p w14:paraId="76EDC19E" w14:textId="77777777" w:rsidR="00D7352B" w:rsidRDefault="00D7352B">
      <w:pPr>
        <w:spacing w:after="0"/>
      </w:pPr>
    </w:p>
    <w:p w14:paraId="1A29B40D" w14:textId="77777777" w:rsidR="00D7352B" w:rsidRDefault="00C90105">
      <w:pPr>
        <w:spacing w:after="0"/>
      </w:pPr>
      <w:proofErr w:type="gramStart"/>
      <w:r>
        <w:rPr>
          <w:rFonts w:ascii="Arial" w:hAnsi="Arial"/>
          <w:b/>
        </w:rPr>
        <w:t xml:space="preserve">Lucy  </w:t>
      </w:r>
      <w:r>
        <w:rPr>
          <w:rFonts w:ascii="Arial" w:hAnsi="Arial"/>
          <w:color w:val="5D7284"/>
        </w:rPr>
        <w:t>30:49</w:t>
      </w:r>
      <w:proofErr w:type="gramEnd"/>
    </w:p>
    <w:p w14:paraId="4CED0EB2" w14:textId="77777777" w:rsidR="00D7352B" w:rsidRDefault="00C90105">
      <w:pPr>
        <w:spacing w:after="0"/>
      </w:pPr>
      <w:r>
        <w:rPr>
          <w:rFonts w:ascii="Arial" w:hAnsi="Arial"/>
        </w:rPr>
        <w:t>Oh wow! The best one!</w:t>
      </w:r>
    </w:p>
    <w:p w14:paraId="3D599071" w14:textId="77777777" w:rsidR="00D7352B" w:rsidRDefault="00D7352B">
      <w:pPr>
        <w:spacing w:after="0"/>
      </w:pPr>
    </w:p>
    <w:p w14:paraId="3007075C" w14:textId="77777777" w:rsidR="00D7352B" w:rsidRDefault="00C90105">
      <w:pPr>
        <w:spacing w:after="0"/>
      </w:pPr>
      <w:proofErr w:type="gramStart"/>
      <w:r>
        <w:rPr>
          <w:rFonts w:ascii="Arial" w:hAnsi="Arial"/>
          <w:b/>
        </w:rPr>
        <w:t xml:space="preserve">all  </w:t>
      </w:r>
      <w:r>
        <w:rPr>
          <w:rFonts w:ascii="Arial" w:hAnsi="Arial"/>
          <w:color w:val="5D7284"/>
        </w:rPr>
        <w:t>30:51</w:t>
      </w:r>
      <w:proofErr w:type="gramEnd"/>
    </w:p>
    <w:p w14:paraId="18B212C4" w14:textId="77777777" w:rsidR="00D7352B" w:rsidRDefault="00C90105">
      <w:pPr>
        <w:spacing w:after="0"/>
      </w:pPr>
      <w:r>
        <w:rPr>
          <w:rFonts w:ascii="Arial" w:hAnsi="Arial"/>
        </w:rPr>
        <w:t>[laughter]</w:t>
      </w:r>
    </w:p>
    <w:p w14:paraId="0286A17A" w14:textId="77777777" w:rsidR="00D7352B" w:rsidRDefault="00D7352B">
      <w:pPr>
        <w:spacing w:after="0"/>
      </w:pPr>
    </w:p>
    <w:p w14:paraId="01ED889C" w14:textId="77777777" w:rsidR="00D7352B" w:rsidRDefault="00C90105">
      <w:pPr>
        <w:spacing w:after="0"/>
      </w:pPr>
      <w:proofErr w:type="gramStart"/>
      <w:r>
        <w:rPr>
          <w:rFonts w:ascii="Arial" w:hAnsi="Arial"/>
          <w:b/>
        </w:rPr>
        <w:t xml:space="preserve">Jasmine  </w:t>
      </w:r>
      <w:r>
        <w:rPr>
          <w:rFonts w:ascii="Arial" w:hAnsi="Arial"/>
          <w:color w:val="5D7284"/>
        </w:rPr>
        <w:t>30:53</w:t>
      </w:r>
      <w:proofErr w:type="gramEnd"/>
    </w:p>
    <w:p w14:paraId="109E8080" w14:textId="77777777" w:rsidR="00D7352B" w:rsidRDefault="00C90105">
      <w:pPr>
        <w:spacing w:after="0"/>
      </w:pPr>
      <w:r>
        <w:rPr>
          <w:rFonts w:ascii="Arial" w:hAnsi="Arial"/>
        </w:rPr>
        <w:t>Yeah, with all the pink wig and everything.</w:t>
      </w:r>
    </w:p>
    <w:p w14:paraId="2BB45EFA" w14:textId="77777777" w:rsidR="00D7352B" w:rsidRDefault="00D7352B">
      <w:pPr>
        <w:spacing w:after="0"/>
      </w:pPr>
    </w:p>
    <w:p w14:paraId="41AC5CAE" w14:textId="77777777" w:rsidR="00D7352B" w:rsidRDefault="00C90105">
      <w:pPr>
        <w:spacing w:after="0"/>
      </w:pPr>
      <w:proofErr w:type="gramStart"/>
      <w:r>
        <w:rPr>
          <w:rFonts w:ascii="Arial" w:hAnsi="Arial"/>
          <w:b/>
        </w:rPr>
        <w:t xml:space="preserve">Lucy  </w:t>
      </w:r>
      <w:r>
        <w:rPr>
          <w:rFonts w:ascii="Arial" w:hAnsi="Arial"/>
          <w:color w:val="5D7284"/>
        </w:rPr>
        <w:t>30:55</w:t>
      </w:r>
      <w:proofErr w:type="gramEnd"/>
    </w:p>
    <w:p w14:paraId="0C6C47E5" w14:textId="77777777" w:rsidR="00D7352B" w:rsidRDefault="00C90105">
      <w:pPr>
        <w:spacing w:after="0"/>
      </w:pPr>
      <w:r>
        <w:rPr>
          <w:rFonts w:ascii="Arial" w:hAnsi="Arial"/>
        </w:rPr>
        <w:t>Yes!</w:t>
      </w:r>
    </w:p>
    <w:p w14:paraId="310ED703" w14:textId="77777777" w:rsidR="00D7352B" w:rsidRDefault="00D7352B">
      <w:pPr>
        <w:spacing w:after="0"/>
      </w:pPr>
    </w:p>
    <w:p w14:paraId="215B581F" w14:textId="77777777" w:rsidR="00D7352B" w:rsidRDefault="00C90105">
      <w:pPr>
        <w:spacing w:after="0"/>
      </w:pPr>
      <w:proofErr w:type="gramStart"/>
      <w:r>
        <w:rPr>
          <w:rFonts w:ascii="Arial" w:hAnsi="Arial"/>
          <w:b/>
        </w:rPr>
        <w:t xml:space="preserve">Jasmine  </w:t>
      </w:r>
      <w:r>
        <w:rPr>
          <w:rFonts w:ascii="Arial" w:hAnsi="Arial"/>
          <w:color w:val="5D7284"/>
        </w:rPr>
        <w:t>30:57</w:t>
      </w:r>
      <w:proofErr w:type="gramEnd"/>
    </w:p>
    <w:p w14:paraId="4850626C" w14:textId="77777777" w:rsidR="00D7352B" w:rsidRDefault="00C90105">
      <w:pPr>
        <w:spacing w:after="0"/>
      </w:pPr>
      <w:r>
        <w:rPr>
          <w:rFonts w:ascii="Arial" w:hAnsi="Arial"/>
        </w:rPr>
        <w:t xml:space="preserve">Yeah, </w:t>
      </w:r>
      <w:proofErr w:type="gramStart"/>
      <w:r>
        <w:rPr>
          <w:rFonts w:ascii="Arial" w:hAnsi="Arial"/>
        </w:rPr>
        <w:t>I've</w:t>
      </w:r>
      <w:proofErr w:type="gramEnd"/>
      <w:r>
        <w:rPr>
          <w:rFonts w:ascii="Arial" w:hAnsi="Arial"/>
        </w:rPr>
        <w:t xml:space="preserve"> just absolutely loved it. And </w:t>
      </w:r>
      <w:proofErr w:type="gramStart"/>
      <w:r>
        <w:rPr>
          <w:rFonts w:ascii="Arial" w:hAnsi="Arial"/>
        </w:rPr>
        <w:t>I'm</w:t>
      </w:r>
      <w:proofErr w:type="gramEnd"/>
      <w:r>
        <w:rPr>
          <w:rFonts w:ascii="Arial" w:hAnsi="Arial"/>
        </w:rPr>
        <w:t xml:space="preserve"> sad that it hasn't been this year because of COVID. And I probably hope to continue doing some sort of </w:t>
      </w:r>
      <w:r>
        <w:rPr>
          <w:rFonts w:ascii="Arial" w:hAnsi="Arial"/>
        </w:rPr>
        <w:t xml:space="preserve">performing as a, as a hobby as a university as well. But um, yeah, I also used to do a Speech and Drama. So </w:t>
      </w:r>
      <w:proofErr w:type="gramStart"/>
      <w:r>
        <w:rPr>
          <w:rFonts w:ascii="Arial" w:hAnsi="Arial"/>
        </w:rPr>
        <w:t>I've</w:t>
      </w:r>
      <w:proofErr w:type="gramEnd"/>
      <w:r>
        <w:rPr>
          <w:rFonts w:ascii="Arial" w:hAnsi="Arial"/>
        </w:rPr>
        <w:t xml:space="preserve"> done I'm quite into public speaking, I've done speeches on raising awareness about education for girls in third world countries, and also just </w:t>
      </w:r>
      <w:r>
        <w:rPr>
          <w:rFonts w:ascii="Arial" w:hAnsi="Arial"/>
        </w:rPr>
        <w:t>acting like, acting as a queen or anything like that, you know, I just I really enjoy it. Yeah, I used to do drama clubs and fantastic,</w:t>
      </w:r>
    </w:p>
    <w:p w14:paraId="4EDC95CF" w14:textId="77777777" w:rsidR="00D7352B" w:rsidRDefault="00D7352B">
      <w:pPr>
        <w:spacing w:after="0"/>
      </w:pPr>
    </w:p>
    <w:p w14:paraId="7F6C1876" w14:textId="77777777" w:rsidR="00D7352B" w:rsidRDefault="00C90105">
      <w:pPr>
        <w:spacing w:after="0"/>
      </w:pPr>
      <w:proofErr w:type="gramStart"/>
      <w:r>
        <w:rPr>
          <w:rFonts w:ascii="Arial" w:hAnsi="Arial"/>
          <w:b/>
        </w:rPr>
        <w:t xml:space="preserve">Lucy  </w:t>
      </w:r>
      <w:r>
        <w:rPr>
          <w:rFonts w:ascii="Arial" w:hAnsi="Arial"/>
          <w:color w:val="5D7284"/>
        </w:rPr>
        <w:t>31:38</w:t>
      </w:r>
      <w:proofErr w:type="gramEnd"/>
    </w:p>
    <w:p w14:paraId="70F36724" w14:textId="77777777" w:rsidR="00D7352B" w:rsidRDefault="00C90105">
      <w:pPr>
        <w:spacing w:after="0"/>
      </w:pPr>
      <w:r>
        <w:rPr>
          <w:rFonts w:ascii="Arial" w:hAnsi="Arial"/>
        </w:rPr>
        <w:t>Fantastic, great.</w:t>
      </w:r>
    </w:p>
    <w:p w14:paraId="44C8CF15" w14:textId="77777777" w:rsidR="00D7352B" w:rsidRDefault="00D7352B">
      <w:pPr>
        <w:spacing w:after="0"/>
      </w:pPr>
    </w:p>
    <w:p w14:paraId="66BD2DF8" w14:textId="77777777" w:rsidR="00D7352B" w:rsidRDefault="00C90105">
      <w:pPr>
        <w:spacing w:after="0"/>
      </w:pPr>
      <w:proofErr w:type="gramStart"/>
      <w:r>
        <w:rPr>
          <w:rFonts w:ascii="Arial" w:hAnsi="Arial"/>
          <w:b/>
        </w:rPr>
        <w:t xml:space="preserve">Alice  </w:t>
      </w:r>
      <w:r>
        <w:rPr>
          <w:rFonts w:ascii="Arial" w:hAnsi="Arial"/>
          <w:color w:val="5D7284"/>
        </w:rPr>
        <w:t>31:40</w:t>
      </w:r>
      <w:proofErr w:type="gramEnd"/>
    </w:p>
    <w:p w14:paraId="02997F07" w14:textId="77777777" w:rsidR="00D7352B" w:rsidRDefault="00C90105">
      <w:pPr>
        <w:spacing w:after="0"/>
      </w:pPr>
      <w:r>
        <w:rPr>
          <w:rFonts w:ascii="Arial" w:hAnsi="Arial"/>
        </w:rPr>
        <w:t xml:space="preserve">I, one of the things I always think is </w:t>
      </w:r>
      <w:proofErr w:type="gramStart"/>
      <w:r>
        <w:rPr>
          <w:rFonts w:ascii="Arial" w:hAnsi="Arial"/>
        </w:rPr>
        <w:t>really interesting</w:t>
      </w:r>
      <w:proofErr w:type="gramEnd"/>
      <w:r>
        <w:rPr>
          <w:rFonts w:ascii="Arial" w:hAnsi="Arial"/>
        </w:rPr>
        <w:t>, we have people o</w:t>
      </w:r>
      <w:r>
        <w:rPr>
          <w:rFonts w:ascii="Arial" w:hAnsi="Arial"/>
        </w:rPr>
        <w:t>n the show is, you know, we've had a singer songwriter who's got autism. So you know, her, her ability to kind of communicate and interact and interpret the world is different from most people's. And she kind of funnels that into her music. And then you kn</w:t>
      </w:r>
      <w:r>
        <w:rPr>
          <w:rFonts w:ascii="Arial" w:hAnsi="Arial"/>
        </w:rPr>
        <w:t xml:space="preserve">ow, somebody </w:t>
      </w:r>
      <w:proofErr w:type="gramStart"/>
      <w:r>
        <w:rPr>
          <w:rFonts w:ascii="Arial" w:hAnsi="Arial"/>
        </w:rPr>
        <w:t>who's</w:t>
      </w:r>
      <w:proofErr w:type="gramEnd"/>
      <w:r>
        <w:rPr>
          <w:rFonts w:ascii="Arial" w:hAnsi="Arial"/>
        </w:rPr>
        <w:t xml:space="preserve"> </w:t>
      </w:r>
      <w:proofErr w:type="spellStart"/>
      <w:r>
        <w:rPr>
          <w:rFonts w:ascii="Arial" w:hAnsi="Arial"/>
        </w:rPr>
        <w:t>who's</w:t>
      </w:r>
      <w:proofErr w:type="spellEnd"/>
      <w:r>
        <w:rPr>
          <w:rFonts w:ascii="Arial" w:hAnsi="Arial"/>
        </w:rPr>
        <w:t xml:space="preserve"> got a condition that can be really physically debilitating, has got, like the performance bug, I always think those things are really interesting that, you know, we sometimes are drawn to the things that are the least expected, and</w:t>
      </w:r>
      <w:r>
        <w:rPr>
          <w:rFonts w:ascii="Arial" w:hAnsi="Arial"/>
        </w:rPr>
        <w:t xml:space="preserve"> are almost the sort of both the opposite and the epitome of the conditions in sort of personalities that we have.</w:t>
      </w:r>
    </w:p>
    <w:p w14:paraId="55AAF3A7" w14:textId="77777777" w:rsidR="00D7352B" w:rsidRDefault="00D7352B">
      <w:pPr>
        <w:spacing w:after="0"/>
      </w:pPr>
    </w:p>
    <w:p w14:paraId="1A522BC8" w14:textId="77777777" w:rsidR="00D7352B" w:rsidRDefault="00C90105">
      <w:pPr>
        <w:spacing w:after="0"/>
      </w:pPr>
      <w:proofErr w:type="gramStart"/>
      <w:r>
        <w:rPr>
          <w:rFonts w:ascii="Arial" w:hAnsi="Arial"/>
          <w:b/>
        </w:rPr>
        <w:t xml:space="preserve">Jasmine  </w:t>
      </w:r>
      <w:r>
        <w:rPr>
          <w:rFonts w:ascii="Arial" w:hAnsi="Arial"/>
          <w:color w:val="5D7284"/>
        </w:rPr>
        <w:t>32:32</w:t>
      </w:r>
      <w:proofErr w:type="gramEnd"/>
    </w:p>
    <w:p w14:paraId="5D666787" w14:textId="77777777" w:rsidR="00D7352B" w:rsidRDefault="00C90105">
      <w:pPr>
        <w:spacing w:after="0"/>
      </w:pPr>
      <w:r>
        <w:rPr>
          <w:rFonts w:ascii="Arial" w:hAnsi="Arial"/>
        </w:rPr>
        <w:t xml:space="preserve">Definitely. And </w:t>
      </w:r>
      <w:proofErr w:type="gramStart"/>
      <w:r>
        <w:rPr>
          <w:rFonts w:ascii="Arial" w:hAnsi="Arial"/>
        </w:rPr>
        <w:t>I'm</w:t>
      </w:r>
      <w:proofErr w:type="gramEnd"/>
      <w:r>
        <w:rPr>
          <w:rFonts w:ascii="Arial" w:hAnsi="Arial"/>
        </w:rPr>
        <w:t xml:space="preserve"> not going to let something like sport or performance that I want to do stop me from, from doing it with m</w:t>
      </w:r>
      <w:r>
        <w:rPr>
          <w:rFonts w:ascii="Arial" w:hAnsi="Arial"/>
        </w:rPr>
        <w:t>y condition.</w:t>
      </w:r>
    </w:p>
    <w:p w14:paraId="3C9E9802" w14:textId="77777777" w:rsidR="00D7352B" w:rsidRDefault="00D7352B">
      <w:pPr>
        <w:spacing w:after="0"/>
      </w:pPr>
    </w:p>
    <w:p w14:paraId="2B3A6922" w14:textId="77777777" w:rsidR="00D7352B" w:rsidRDefault="00C90105">
      <w:pPr>
        <w:spacing w:after="0"/>
      </w:pPr>
      <w:proofErr w:type="gramStart"/>
      <w:r>
        <w:rPr>
          <w:rFonts w:ascii="Arial" w:hAnsi="Arial"/>
          <w:b/>
        </w:rPr>
        <w:t xml:space="preserve">Lucy  </w:t>
      </w:r>
      <w:r>
        <w:rPr>
          <w:rFonts w:ascii="Arial" w:hAnsi="Arial"/>
          <w:color w:val="5D7284"/>
        </w:rPr>
        <w:t>32:41</w:t>
      </w:r>
      <w:proofErr w:type="gramEnd"/>
    </w:p>
    <w:p w14:paraId="7AE0001C" w14:textId="77777777" w:rsidR="00D7352B" w:rsidRDefault="00C90105">
      <w:pPr>
        <w:spacing w:after="0"/>
      </w:pPr>
      <w:r>
        <w:rPr>
          <w:rFonts w:ascii="Arial" w:hAnsi="Arial"/>
        </w:rPr>
        <w:lastRenderedPageBreak/>
        <w:t xml:space="preserve">No. And I </w:t>
      </w:r>
      <w:proofErr w:type="gramStart"/>
      <w:r>
        <w:rPr>
          <w:rFonts w:ascii="Arial" w:hAnsi="Arial"/>
        </w:rPr>
        <w:t>definitely think</w:t>
      </w:r>
      <w:proofErr w:type="gramEnd"/>
      <w:r>
        <w:rPr>
          <w:rFonts w:ascii="Arial" w:hAnsi="Arial"/>
        </w:rPr>
        <w:t xml:space="preserve"> it's like a final act of defiance, isn't it? Really, you know, you can, you can, you can make things extremely difficult for me in other ways, but </w:t>
      </w:r>
      <w:proofErr w:type="gramStart"/>
      <w:r>
        <w:rPr>
          <w:rFonts w:ascii="Arial" w:hAnsi="Arial"/>
        </w:rPr>
        <w:t>you're</w:t>
      </w:r>
      <w:proofErr w:type="gramEnd"/>
      <w:r>
        <w:rPr>
          <w:rFonts w:ascii="Arial" w:hAnsi="Arial"/>
        </w:rPr>
        <w:t xml:space="preserve"> not taking this away from me. I think that is som</w:t>
      </w:r>
      <w:r>
        <w:rPr>
          <w:rFonts w:ascii="Arial" w:hAnsi="Arial"/>
        </w:rPr>
        <w:t xml:space="preserve">ething to do with that. I really do. </w:t>
      </w:r>
    </w:p>
    <w:p w14:paraId="7E712C4D" w14:textId="77777777" w:rsidR="00D7352B" w:rsidRDefault="00D7352B">
      <w:pPr>
        <w:spacing w:after="0"/>
      </w:pPr>
    </w:p>
    <w:p w14:paraId="56BD892C" w14:textId="77777777" w:rsidR="00D7352B" w:rsidRDefault="00C90105">
      <w:pPr>
        <w:spacing w:after="0"/>
      </w:pPr>
      <w:proofErr w:type="gramStart"/>
      <w:r>
        <w:rPr>
          <w:rFonts w:ascii="Arial" w:hAnsi="Arial"/>
          <w:b/>
        </w:rPr>
        <w:t xml:space="preserve">Jasmine  </w:t>
      </w:r>
      <w:r>
        <w:rPr>
          <w:rFonts w:ascii="Arial" w:hAnsi="Arial"/>
          <w:color w:val="5D7284"/>
        </w:rPr>
        <w:t>32:59</w:t>
      </w:r>
      <w:proofErr w:type="gramEnd"/>
    </w:p>
    <w:p w14:paraId="404438EC" w14:textId="77777777" w:rsidR="00D7352B" w:rsidRDefault="00C90105">
      <w:pPr>
        <w:spacing w:after="0"/>
      </w:pPr>
      <w:r>
        <w:rPr>
          <w:rFonts w:ascii="Arial" w:hAnsi="Arial"/>
        </w:rPr>
        <w:t>Yeah.</w:t>
      </w:r>
    </w:p>
    <w:p w14:paraId="14488AB5" w14:textId="77777777" w:rsidR="00D7352B" w:rsidRDefault="00D7352B">
      <w:pPr>
        <w:spacing w:after="0"/>
      </w:pPr>
    </w:p>
    <w:p w14:paraId="3DFDF47B" w14:textId="77777777" w:rsidR="00D7352B" w:rsidRDefault="00C90105">
      <w:pPr>
        <w:spacing w:after="0"/>
      </w:pPr>
      <w:proofErr w:type="gramStart"/>
      <w:r>
        <w:rPr>
          <w:rFonts w:ascii="Arial" w:hAnsi="Arial"/>
          <w:b/>
        </w:rPr>
        <w:t xml:space="preserve">Alice  </w:t>
      </w:r>
      <w:r>
        <w:rPr>
          <w:rFonts w:ascii="Arial" w:hAnsi="Arial"/>
          <w:color w:val="5D7284"/>
        </w:rPr>
        <w:t>33:00</w:t>
      </w:r>
      <w:proofErr w:type="gramEnd"/>
    </w:p>
    <w:p w14:paraId="5298EB66" w14:textId="77777777" w:rsidR="00D7352B" w:rsidRDefault="00C90105">
      <w:pPr>
        <w:spacing w:after="0"/>
      </w:pPr>
      <w:r>
        <w:rPr>
          <w:rFonts w:ascii="Arial" w:hAnsi="Arial"/>
        </w:rPr>
        <w:t xml:space="preserve">So one of the things that we </w:t>
      </w:r>
      <w:proofErr w:type="gramStart"/>
      <w:r>
        <w:rPr>
          <w:rFonts w:ascii="Arial" w:hAnsi="Arial"/>
        </w:rPr>
        <w:t>we've</w:t>
      </w:r>
      <w:proofErr w:type="gramEnd"/>
      <w:r>
        <w:rPr>
          <w:rFonts w:ascii="Arial" w:hAnsi="Arial"/>
        </w:rPr>
        <w:t xml:space="preserve"> been talking about with the team over at Versus Arthritis is partly related to that kind of performance. And </w:t>
      </w:r>
      <w:proofErr w:type="gramStart"/>
      <w:r>
        <w:rPr>
          <w:rFonts w:ascii="Arial" w:hAnsi="Arial"/>
        </w:rPr>
        <w:t>it's</w:t>
      </w:r>
      <w:proofErr w:type="gramEnd"/>
      <w:r>
        <w:rPr>
          <w:rFonts w:ascii="Arial" w:hAnsi="Arial"/>
        </w:rPr>
        <w:t xml:space="preserve"> that that </w:t>
      </w:r>
      <w:r>
        <w:rPr>
          <w:rFonts w:ascii="Arial" w:hAnsi="Arial"/>
        </w:rPr>
        <w:t xml:space="preserve">representation of people with arthritis and kind of chronic illness and chronic pain, on TV and in film and in the things that we see just in the media. And I know that </w:t>
      </w:r>
      <w:proofErr w:type="gramStart"/>
      <w:r>
        <w:rPr>
          <w:rFonts w:ascii="Arial" w:hAnsi="Arial"/>
        </w:rPr>
        <w:t>you've</w:t>
      </w:r>
      <w:proofErr w:type="gramEnd"/>
      <w:r>
        <w:rPr>
          <w:rFonts w:ascii="Arial" w:hAnsi="Arial"/>
        </w:rPr>
        <w:t xml:space="preserve"> been quite involved in that campaign. Jasmine, do you want to talk to us a littl</w:t>
      </w:r>
      <w:r>
        <w:rPr>
          <w:rFonts w:ascii="Arial" w:hAnsi="Arial"/>
        </w:rPr>
        <w:t>e bit about kind of what Versus Arthritis are trying to achieve?</w:t>
      </w:r>
    </w:p>
    <w:p w14:paraId="4F8B844A" w14:textId="77777777" w:rsidR="00D7352B" w:rsidRDefault="00D7352B">
      <w:pPr>
        <w:spacing w:after="0"/>
      </w:pPr>
    </w:p>
    <w:p w14:paraId="365EFBBA" w14:textId="77777777" w:rsidR="00D7352B" w:rsidRDefault="00C90105">
      <w:pPr>
        <w:spacing w:after="0"/>
      </w:pPr>
      <w:proofErr w:type="gramStart"/>
      <w:r>
        <w:rPr>
          <w:rFonts w:ascii="Arial" w:hAnsi="Arial"/>
          <w:b/>
        </w:rPr>
        <w:t xml:space="preserve">Jasmine  </w:t>
      </w:r>
      <w:r>
        <w:rPr>
          <w:rFonts w:ascii="Arial" w:hAnsi="Arial"/>
          <w:color w:val="5D7284"/>
        </w:rPr>
        <w:t>33:34</w:t>
      </w:r>
      <w:proofErr w:type="gramEnd"/>
    </w:p>
    <w:p w14:paraId="74EBD72C" w14:textId="77777777" w:rsidR="00D7352B" w:rsidRDefault="00C90105">
      <w:pPr>
        <w:spacing w:after="0"/>
      </w:pPr>
      <w:r>
        <w:rPr>
          <w:rFonts w:ascii="Arial" w:hAnsi="Arial"/>
        </w:rPr>
        <w:t xml:space="preserve">Yeah, definitely. So Versus Arthritis are a charity, they are trying to dispel myths about the condition for both old people and for young people like me. </w:t>
      </w:r>
      <w:proofErr w:type="gramStart"/>
      <w:r>
        <w:rPr>
          <w:rFonts w:ascii="Arial" w:hAnsi="Arial"/>
        </w:rPr>
        <w:t>They're</w:t>
      </w:r>
      <w:proofErr w:type="gramEnd"/>
      <w:r>
        <w:rPr>
          <w:rFonts w:ascii="Arial" w:hAnsi="Arial"/>
        </w:rPr>
        <w:t xml:space="preserve"> trying to ra</w:t>
      </w:r>
      <w:r>
        <w:rPr>
          <w:rFonts w:ascii="Arial" w:hAnsi="Arial"/>
        </w:rPr>
        <w:t xml:space="preserve">ise awareness, really, and help support people as well with the condition and one of their current campaigns, the painful truth. And </w:t>
      </w:r>
      <w:proofErr w:type="gramStart"/>
      <w:r>
        <w:rPr>
          <w:rFonts w:ascii="Arial" w:hAnsi="Arial"/>
        </w:rPr>
        <w:t>it's</w:t>
      </w:r>
      <w:proofErr w:type="gramEnd"/>
      <w:r>
        <w:rPr>
          <w:rFonts w:ascii="Arial" w:hAnsi="Arial"/>
        </w:rPr>
        <w:t xml:space="preserve"> about the representation of chronic pain on TV. And </w:t>
      </w:r>
      <w:proofErr w:type="gramStart"/>
      <w:r>
        <w:rPr>
          <w:rFonts w:ascii="Arial" w:hAnsi="Arial"/>
        </w:rPr>
        <w:t>it's</w:t>
      </w:r>
      <w:proofErr w:type="gramEnd"/>
      <w:r>
        <w:rPr>
          <w:rFonts w:ascii="Arial" w:hAnsi="Arial"/>
        </w:rPr>
        <w:t xml:space="preserve"> something that I really resonated with, because I </w:t>
      </w:r>
      <w:proofErr w:type="spellStart"/>
      <w:r>
        <w:rPr>
          <w:rFonts w:ascii="Arial" w:hAnsi="Arial"/>
        </w:rPr>
        <w:t>realised</w:t>
      </w:r>
      <w:proofErr w:type="spellEnd"/>
      <w:r>
        <w:rPr>
          <w:rFonts w:ascii="Arial" w:hAnsi="Arial"/>
        </w:rPr>
        <w:t xml:space="preserve"> wi</w:t>
      </w:r>
      <w:r>
        <w:rPr>
          <w:rFonts w:ascii="Arial" w:hAnsi="Arial"/>
        </w:rPr>
        <w:t xml:space="preserve">th them, talking about this campaign that actually I've never seen a young person like myself, with a chronic condition in any film, or any TV show that I've seen. And it </w:t>
      </w:r>
      <w:proofErr w:type="gramStart"/>
      <w:r>
        <w:rPr>
          <w:rFonts w:ascii="Arial" w:hAnsi="Arial"/>
        </w:rPr>
        <w:t>really</w:t>
      </w:r>
      <w:proofErr w:type="gramEnd"/>
      <w:r>
        <w:rPr>
          <w:rFonts w:ascii="Arial" w:hAnsi="Arial"/>
        </w:rPr>
        <w:t xml:space="preserve"> I think it really impacts the way that people then see chronic pain. Often the</w:t>
      </w:r>
      <w:r>
        <w:rPr>
          <w:rFonts w:ascii="Arial" w:hAnsi="Arial"/>
        </w:rPr>
        <w:t xml:space="preserve"> way that pain is portrayed in films or on a TV show is a really </w:t>
      </w:r>
      <w:proofErr w:type="spellStart"/>
      <w:r>
        <w:rPr>
          <w:rFonts w:ascii="Arial" w:hAnsi="Arial"/>
        </w:rPr>
        <w:t>delebrating</w:t>
      </w:r>
      <w:proofErr w:type="spellEnd"/>
      <w:r>
        <w:rPr>
          <w:rFonts w:ascii="Arial" w:hAnsi="Arial"/>
        </w:rPr>
        <w:t xml:space="preserve"> condition that </w:t>
      </w:r>
      <w:proofErr w:type="gramStart"/>
      <w:r>
        <w:rPr>
          <w:rFonts w:ascii="Arial" w:hAnsi="Arial"/>
        </w:rPr>
        <w:t>it's</w:t>
      </w:r>
      <w:proofErr w:type="gramEnd"/>
      <w:r>
        <w:rPr>
          <w:rFonts w:ascii="Arial" w:hAnsi="Arial"/>
        </w:rPr>
        <w:t xml:space="preserve"> everything about that character's life. </w:t>
      </w:r>
      <w:proofErr w:type="gramStart"/>
      <w:r>
        <w:rPr>
          <w:rFonts w:ascii="Arial" w:hAnsi="Arial"/>
        </w:rPr>
        <w:t>It's</w:t>
      </w:r>
      <w:proofErr w:type="gramEnd"/>
      <w:r>
        <w:rPr>
          <w:rFonts w:ascii="Arial" w:hAnsi="Arial"/>
        </w:rPr>
        <w:t xml:space="preserve"> what the film or what the TV show is about is their disability, which isn't something that I want for me at all. I</w:t>
      </w:r>
      <w:r>
        <w:rPr>
          <w:rFonts w:ascii="Arial" w:hAnsi="Arial"/>
        </w:rPr>
        <w:t xml:space="preserve"> want it to just be something that I have, but </w:t>
      </w:r>
      <w:proofErr w:type="gramStart"/>
      <w:r>
        <w:rPr>
          <w:rFonts w:ascii="Arial" w:hAnsi="Arial"/>
        </w:rPr>
        <w:t>I'm</w:t>
      </w:r>
      <w:proofErr w:type="gramEnd"/>
      <w:r>
        <w:rPr>
          <w:rFonts w:ascii="Arial" w:hAnsi="Arial"/>
        </w:rPr>
        <w:t xml:space="preserve"> my own person away from that. So especially with young people, with chronic conditions, then again, none of them are hidden disabilities, none of them are something that's only kind of a side part of their</w:t>
      </w:r>
      <w:r>
        <w:rPr>
          <w:rFonts w:ascii="Arial" w:hAnsi="Arial"/>
        </w:rPr>
        <w:t xml:space="preserve"> life, </w:t>
      </w:r>
      <w:proofErr w:type="gramStart"/>
      <w:r>
        <w:rPr>
          <w:rFonts w:ascii="Arial" w:hAnsi="Arial"/>
        </w:rPr>
        <w:t>it's</w:t>
      </w:r>
      <w:proofErr w:type="gramEnd"/>
      <w:r>
        <w:rPr>
          <w:rFonts w:ascii="Arial" w:hAnsi="Arial"/>
        </w:rPr>
        <w:t xml:space="preserve"> definitely always physically seen that when pain is like a gunshot root wound, or whether they're in a hospital bed, it's always the main topic for that character. The only time that it </w:t>
      </w:r>
      <w:proofErr w:type="gramStart"/>
      <w:r>
        <w:rPr>
          <w:rFonts w:ascii="Arial" w:hAnsi="Arial"/>
        </w:rPr>
        <w:t>may be isn't</w:t>
      </w:r>
      <w:proofErr w:type="gramEnd"/>
      <w:r>
        <w:rPr>
          <w:rFonts w:ascii="Arial" w:hAnsi="Arial"/>
        </w:rPr>
        <w:t xml:space="preserve"> the main topic, for instance, with arthritis,</w:t>
      </w:r>
      <w:r>
        <w:rPr>
          <w:rFonts w:ascii="Arial" w:hAnsi="Arial"/>
        </w:rPr>
        <w:t xml:space="preserve"> the </w:t>
      </w:r>
      <w:proofErr w:type="spellStart"/>
      <w:r>
        <w:rPr>
          <w:rFonts w:ascii="Arial" w:hAnsi="Arial"/>
        </w:rPr>
        <w:t>the</w:t>
      </w:r>
      <w:proofErr w:type="spellEnd"/>
      <w:r>
        <w:rPr>
          <w:rFonts w:ascii="Arial" w:hAnsi="Arial"/>
        </w:rPr>
        <w:t xml:space="preserve"> like, the defining feature of the character is when it might be an older grandma </w:t>
      </w:r>
      <w:proofErr w:type="spellStart"/>
      <w:r>
        <w:rPr>
          <w:rFonts w:ascii="Arial" w:hAnsi="Arial"/>
        </w:rPr>
        <w:t>ihat's</w:t>
      </w:r>
      <w:proofErr w:type="spellEnd"/>
      <w:r>
        <w:rPr>
          <w:rFonts w:ascii="Arial" w:hAnsi="Arial"/>
        </w:rPr>
        <w:t xml:space="preserve"> like a side character with arthritis. And </w:t>
      </w:r>
      <w:proofErr w:type="gramStart"/>
      <w:r>
        <w:rPr>
          <w:rFonts w:ascii="Arial" w:hAnsi="Arial"/>
        </w:rPr>
        <w:t>that's</w:t>
      </w:r>
      <w:proofErr w:type="gramEnd"/>
      <w:r>
        <w:rPr>
          <w:rFonts w:ascii="Arial" w:hAnsi="Arial"/>
        </w:rPr>
        <w:t xml:space="preserve">, that's kind of seen as maybe normal having a </w:t>
      </w:r>
      <w:proofErr w:type="spellStart"/>
      <w:r>
        <w:rPr>
          <w:rFonts w:ascii="Arial" w:hAnsi="Arial"/>
        </w:rPr>
        <w:t>grandmf</w:t>
      </w:r>
      <w:proofErr w:type="spellEnd"/>
      <w:r>
        <w:rPr>
          <w:rFonts w:ascii="Arial" w:hAnsi="Arial"/>
        </w:rPr>
        <w:t xml:space="preserve"> might have arthritis in a film, but it's never a young p</w:t>
      </w:r>
      <w:r>
        <w:rPr>
          <w:rFonts w:ascii="Arial" w:hAnsi="Arial"/>
        </w:rPr>
        <w:t xml:space="preserve">erson. And </w:t>
      </w:r>
      <w:proofErr w:type="gramStart"/>
      <w:r>
        <w:rPr>
          <w:rFonts w:ascii="Arial" w:hAnsi="Arial"/>
        </w:rPr>
        <w:t>that's</w:t>
      </w:r>
      <w:proofErr w:type="gramEnd"/>
      <w:r>
        <w:rPr>
          <w:rFonts w:ascii="Arial" w:hAnsi="Arial"/>
        </w:rPr>
        <w:t xml:space="preserve"> really, it really impacts them the way that people see pain in other people. And it Yeah.</w:t>
      </w:r>
    </w:p>
    <w:p w14:paraId="16AAB390" w14:textId="77777777" w:rsidR="00D7352B" w:rsidRDefault="00D7352B">
      <w:pPr>
        <w:spacing w:after="0"/>
      </w:pPr>
    </w:p>
    <w:p w14:paraId="2DB76977" w14:textId="77777777" w:rsidR="00D7352B" w:rsidRDefault="00C90105">
      <w:pPr>
        <w:spacing w:after="0"/>
      </w:pPr>
      <w:proofErr w:type="gramStart"/>
      <w:r>
        <w:rPr>
          <w:rFonts w:ascii="Arial" w:hAnsi="Arial"/>
          <w:b/>
        </w:rPr>
        <w:t xml:space="preserve">Lucy  </w:t>
      </w:r>
      <w:r>
        <w:rPr>
          <w:rFonts w:ascii="Arial" w:hAnsi="Arial"/>
          <w:color w:val="5D7284"/>
        </w:rPr>
        <w:t>36:02</w:t>
      </w:r>
      <w:proofErr w:type="gramEnd"/>
    </w:p>
    <w:p w14:paraId="7055BF03" w14:textId="77777777" w:rsidR="00D7352B" w:rsidRDefault="00C90105">
      <w:pPr>
        <w:spacing w:after="0"/>
      </w:pPr>
      <w:r>
        <w:rPr>
          <w:rFonts w:ascii="Arial" w:hAnsi="Arial"/>
        </w:rPr>
        <w:t xml:space="preserve">Do you think that have if </w:t>
      </w:r>
      <w:proofErr w:type="gramStart"/>
      <w:r>
        <w:rPr>
          <w:rFonts w:ascii="Arial" w:hAnsi="Arial"/>
        </w:rPr>
        <w:t>you'd</w:t>
      </w:r>
      <w:proofErr w:type="gramEnd"/>
      <w:r>
        <w:rPr>
          <w:rFonts w:ascii="Arial" w:hAnsi="Arial"/>
        </w:rPr>
        <w:t xml:space="preserve"> have had the representation of somebody who, who suffers with pain and arthritis, but it doesn't, it's </w:t>
      </w:r>
      <w:r>
        <w:rPr>
          <w:rFonts w:ascii="Arial" w:hAnsi="Arial"/>
        </w:rPr>
        <w:t xml:space="preserve">not the be all and end all? Like </w:t>
      </w:r>
      <w:proofErr w:type="gramStart"/>
      <w:r>
        <w:rPr>
          <w:rFonts w:ascii="Arial" w:hAnsi="Arial"/>
        </w:rPr>
        <w:t>it's</w:t>
      </w:r>
      <w:proofErr w:type="gramEnd"/>
      <w:r>
        <w:rPr>
          <w:rFonts w:ascii="Arial" w:hAnsi="Arial"/>
        </w:rPr>
        <w:t xml:space="preserve"> not their whole story, do you think if you had more representation, like that, with you, for you growing up do you think that would have helped you maybe understand it and come to terms with it a little bit more maybe?</w:t>
      </w:r>
    </w:p>
    <w:p w14:paraId="248DCC8E" w14:textId="77777777" w:rsidR="00D7352B" w:rsidRDefault="00D7352B">
      <w:pPr>
        <w:spacing w:after="0"/>
      </w:pPr>
    </w:p>
    <w:p w14:paraId="6EED1DCD" w14:textId="77777777" w:rsidR="00D7352B" w:rsidRDefault="00C90105">
      <w:pPr>
        <w:spacing w:after="0"/>
      </w:pPr>
      <w:proofErr w:type="gramStart"/>
      <w:r>
        <w:rPr>
          <w:rFonts w:ascii="Arial" w:hAnsi="Arial"/>
          <w:b/>
        </w:rPr>
        <w:t xml:space="preserve">Jasmine  </w:t>
      </w:r>
      <w:r>
        <w:rPr>
          <w:rFonts w:ascii="Arial" w:hAnsi="Arial"/>
          <w:color w:val="5D7284"/>
        </w:rPr>
        <w:t>36:29</w:t>
      </w:r>
      <w:proofErr w:type="gramEnd"/>
    </w:p>
    <w:p w14:paraId="199D46D9" w14:textId="77777777" w:rsidR="00D7352B" w:rsidRDefault="00C90105">
      <w:pPr>
        <w:spacing w:after="0"/>
      </w:pPr>
      <w:r>
        <w:rPr>
          <w:rFonts w:ascii="Arial" w:hAnsi="Arial"/>
        </w:rPr>
        <w:t xml:space="preserve">Yeah, absolutely. I think, Well, firstly, it would help me explain it to other people, I think </w:t>
      </w:r>
      <w:proofErr w:type="gramStart"/>
      <w:r>
        <w:rPr>
          <w:rFonts w:ascii="Arial" w:hAnsi="Arial"/>
        </w:rPr>
        <w:t>there's</w:t>
      </w:r>
      <w:proofErr w:type="gramEnd"/>
      <w:r>
        <w:rPr>
          <w:rFonts w:ascii="Arial" w:hAnsi="Arial"/>
        </w:rPr>
        <w:t xml:space="preserve"> a lot of misconceptions with it. And it makes it a lot harder to explain the condition to other people. </w:t>
      </w:r>
      <w:proofErr w:type="gramStart"/>
      <w:r>
        <w:rPr>
          <w:rFonts w:ascii="Arial" w:hAnsi="Arial"/>
        </w:rPr>
        <w:t>And also</w:t>
      </w:r>
      <w:proofErr w:type="gramEnd"/>
      <w:r>
        <w:rPr>
          <w:rFonts w:ascii="Arial" w:hAnsi="Arial"/>
        </w:rPr>
        <w:t xml:space="preserve"> the fact that because i</w:t>
      </w:r>
      <w:r>
        <w:rPr>
          <w:rFonts w:ascii="Arial" w:hAnsi="Arial"/>
        </w:rPr>
        <w:t xml:space="preserve">t's not shown to anybody else either in films or TV, then it makes them not know how </w:t>
      </w:r>
      <w:r>
        <w:rPr>
          <w:rFonts w:ascii="Arial" w:hAnsi="Arial"/>
        </w:rPr>
        <w:lastRenderedPageBreak/>
        <w:t xml:space="preserve">to respond to somebody who's tell it talking to them about their conditioning, they haven't seen anything in a in a film. </w:t>
      </w:r>
      <w:proofErr w:type="gramStart"/>
      <w:r>
        <w:rPr>
          <w:rFonts w:ascii="Arial" w:hAnsi="Arial"/>
        </w:rPr>
        <w:t>that's</w:t>
      </w:r>
      <w:proofErr w:type="gramEnd"/>
      <w:r>
        <w:rPr>
          <w:rFonts w:ascii="Arial" w:hAnsi="Arial"/>
        </w:rPr>
        <w:t xml:space="preserve"> someone responding in the correct way to s</w:t>
      </w:r>
      <w:r>
        <w:rPr>
          <w:rFonts w:ascii="Arial" w:hAnsi="Arial"/>
        </w:rPr>
        <w:t xml:space="preserve">omebody talking to them about their disability. </w:t>
      </w:r>
    </w:p>
    <w:p w14:paraId="41B3B299" w14:textId="77777777" w:rsidR="00D7352B" w:rsidRDefault="00D7352B">
      <w:pPr>
        <w:spacing w:after="0"/>
      </w:pPr>
    </w:p>
    <w:p w14:paraId="25D7612A" w14:textId="77777777" w:rsidR="00D7352B" w:rsidRDefault="00C90105">
      <w:pPr>
        <w:spacing w:after="0"/>
      </w:pPr>
      <w:proofErr w:type="gramStart"/>
      <w:r>
        <w:rPr>
          <w:rFonts w:ascii="Arial" w:hAnsi="Arial"/>
          <w:b/>
        </w:rPr>
        <w:t xml:space="preserve">Lucy  </w:t>
      </w:r>
      <w:r>
        <w:rPr>
          <w:rFonts w:ascii="Arial" w:hAnsi="Arial"/>
          <w:color w:val="5D7284"/>
        </w:rPr>
        <w:t>37:06</w:t>
      </w:r>
      <w:proofErr w:type="gramEnd"/>
    </w:p>
    <w:p w14:paraId="52B749F8" w14:textId="77777777" w:rsidR="00D7352B" w:rsidRDefault="00C90105">
      <w:pPr>
        <w:spacing w:after="0"/>
      </w:pPr>
      <w:r>
        <w:rPr>
          <w:rFonts w:ascii="Arial" w:hAnsi="Arial"/>
        </w:rPr>
        <w:t xml:space="preserve">Yeah. </w:t>
      </w:r>
    </w:p>
    <w:p w14:paraId="5C9D9465" w14:textId="77777777" w:rsidR="00D7352B" w:rsidRDefault="00D7352B">
      <w:pPr>
        <w:spacing w:after="0"/>
      </w:pPr>
    </w:p>
    <w:p w14:paraId="2452D6B6" w14:textId="77777777" w:rsidR="00D7352B" w:rsidRDefault="00C90105">
      <w:pPr>
        <w:spacing w:after="0"/>
      </w:pPr>
      <w:proofErr w:type="gramStart"/>
      <w:r>
        <w:rPr>
          <w:rFonts w:ascii="Arial" w:hAnsi="Arial"/>
          <w:b/>
        </w:rPr>
        <w:t xml:space="preserve">Jasmine  </w:t>
      </w:r>
      <w:r>
        <w:rPr>
          <w:rFonts w:ascii="Arial" w:hAnsi="Arial"/>
          <w:color w:val="5D7284"/>
        </w:rPr>
        <w:t>37:07</w:t>
      </w:r>
      <w:proofErr w:type="gramEnd"/>
    </w:p>
    <w:p w14:paraId="1903CCCD" w14:textId="77777777" w:rsidR="00D7352B" w:rsidRDefault="00C90105">
      <w:pPr>
        <w:spacing w:after="0"/>
      </w:pPr>
      <w:r>
        <w:rPr>
          <w:rFonts w:ascii="Arial" w:hAnsi="Arial"/>
        </w:rPr>
        <w:t xml:space="preserve">So </w:t>
      </w:r>
      <w:proofErr w:type="gramStart"/>
      <w:r>
        <w:rPr>
          <w:rFonts w:ascii="Arial" w:hAnsi="Arial"/>
        </w:rPr>
        <w:t>they</w:t>
      </w:r>
      <w:proofErr w:type="gramEnd"/>
      <w:r>
        <w:rPr>
          <w:rFonts w:ascii="Arial" w:hAnsi="Arial"/>
        </w:rPr>
        <w:t xml:space="preserve"> then often I've gotten the wrong reactions, kind of jokes made, or like the older people have arthritis and everything like that, and people don't ever, like I've </w:t>
      </w:r>
      <w:r>
        <w:rPr>
          <w:rFonts w:ascii="Arial" w:hAnsi="Arial"/>
        </w:rPr>
        <w:t xml:space="preserve">always had people saying, like, oh, it will get better, you'll be better soon. </w:t>
      </w:r>
      <w:proofErr w:type="gramStart"/>
      <w:r>
        <w:rPr>
          <w:rFonts w:ascii="Arial" w:hAnsi="Arial"/>
        </w:rPr>
        <w:t>Don't</w:t>
      </w:r>
      <w:proofErr w:type="gramEnd"/>
      <w:r>
        <w:rPr>
          <w:rFonts w:ascii="Arial" w:hAnsi="Arial"/>
        </w:rPr>
        <w:t xml:space="preserve"> worry, like, it's all going to be fine. And </w:t>
      </w:r>
      <w:proofErr w:type="gramStart"/>
      <w:r>
        <w:rPr>
          <w:rFonts w:ascii="Arial" w:hAnsi="Arial"/>
        </w:rPr>
        <w:t>I'm</w:t>
      </w:r>
      <w:proofErr w:type="gramEnd"/>
      <w:r>
        <w:rPr>
          <w:rFonts w:ascii="Arial" w:hAnsi="Arial"/>
        </w:rPr>
        <w:t xml:space="preserve"> like, No, like, I have this condition for my life.</w:t>
      </w:r>
    </w:p>
    <w:p w14:paraId="41D48F4B" w14:textId="77777777" w:rsidR="00D7352B" w:rsidRDefault="00D7352B">
      <w:pPr>
        <w:spacing w:after="0"/>
      </w:pPr>
    </w:p>
    <w:p w14:paraId="1289FA47" w14:textId="77777777" w:rsidR="00D7352B" w:rsidRDefault="00C90105">
      <w:pPr>
        <w:spacing w:after="0"/>
      </w:pPr>
      <w:proofErr w:type="gramStart"/>
      <w:r>
        <w:rPr>
          <w:rFonts w:ascii="Arial" w:hAnsi="Arial"/>
          <w:b/>
        </w:rPr>
        <w:t xml:space="preserve">Lucy  </w:t>
      </w:r>
      <w:r>
        <w:rPr>
          <w:rFonts w:ascii="Arial" w:hAnsi="Arial"/>
          <w:color w:val="5D7284"/>
        </w:rPr>
        <w:t>37:31</w:t>
      </w:r>
      <w:proofErr w:type="gramEnd"/>
    </w:p>
    <w:p w14:paraId="52533AF3" w14:textId="77777777" w:rsidR="00D7352B" w:rsidRDefault="00C90105">
      <w:pPr>
        <w:spacing w:after="0"/>
      </w:pPr>
      <w:r>
        <w:rPr>
          <w:rFonts w:ascii="Arial" w:hAnsi="Arial"/>
        </w:rPr>
        <w:t xml:space="preserve">It's not a </w:t>
      </w:r>
      <w:proofErr w:type="gramStart"/>
      <w:r>
        <w:rPr>
          <w:rFonts w:ascii="Arial" w:hAnsi="Arial"/>
        </w:rPr>
        <w:t>cold</w:t>
      </w:r>
      <w:proofErr w:type="gramEnd"/>
      <w:r>
        <w:rPr>
          <w:rFonts w:ascii="Arial" w:hAnsi="Arial"/>
        </w:rPr>
        <w:t xml:space="preserve"> is it? </w:t>
      </w:r>
    </w:p>
    <w:p w14:paraId="5E096F37" w14:textId="77777777" w:rsidR="00D7352B" w:rsidRDefault="00D7352B">
      <w:pPr>
        <w:spacing w:after="0"/>
      </w:pPr>
    </w:p>
    <w:p w14:paraId="2AFC833F" w14:textId="77777777" w:rsidR="00D7352B" w:rsidRDefault="00C90105">
      <w:pPr>
        <w:spacing w:after="0"/>
      </w:pPr>
      <w:proofErr w:type="gramStart"/>
      <w:r>
        <w:rPr>
          <w:rFonts w:ascii="Arial" w:hAnsi="Arial"/>
          <w:b/>
        </w:rPr>
        <w:t xml:space="preserve">Jasmine  </w:t>
      </w:r>
      <w:r>
        <w:rPr>
          <w:rFonts w:ascii="Arial" w:hAnsi="Arial"/>
          <w:color w:val="5D7284"/>
        </w:rPr>
        <w:t>37:32</w:t>
      </w:r>
      <w:proofErr w:type="gramEnd"/>
    </w:p>
    <w:p w14:paraId="3443E1CD" w14:textId="77777777" w:rsidR="00D7352B" w:rsidRDefault="00C90105">
      <w:pPr>
        <w:spacing w:after="0"/>
      </w:pPr>
      <w:r>
        <w:rPr>
          <w:rFonts w:ascii="Arial" w:hAnsi="Arial"/>
        </w:rPr>
        <w:t xml:space="preserve">Yeah it's not </w:t>
      </w:r>
      <w:proofErr w:type="gramStart"/>
      <w:r>
        <w:rPr>
          <w:rFonts w:ascii="Arial" w:hAnsi="Arial"/>
        </w:rPr>
        <w:t>like.</w:t>
      </w:r>
      <w:r>
        <w:rPr>
          <w:rFonts w:ascii="Arial" w:hAnsi="Arial"/>
        </w:rPr>
        <w:t>.</w:t>
      </w:r>
      <w:proofErr w:type="gramEnd"/>
    </w:p>
    <w:p w14:paraId="2B3A4E1D" w14:textId="77777777" w:rsidR="00D7352B" w:rsidRDefault="00D7352B">
      <w:pPr>
        <w:spacing w:after="0"/>
      </w:pPr>
    </w:p>
    <w:p w14:paraId="76D383CD" w14:textId="77777777" w:rsidR="00D7352B" w:rsidRDefault="00C90105">
      <w:pPr>
        <w:spacing w:after="0"/>
      </w:pPr>
      <w:proofErr w:type="gramStart"/>
      <w:r>
        <w:rPr>
          <w:rFonts w:ascii="Arial" w:hAnsi="Arial"/>
          <w:b/>
        </w:rPr>
        <w:t xml:space="preserve">Lucy  </w:t>
      </w:r>
      <w:r>
        <w:rPr>
          <w:rFonts w:ascii="Arial" w:hAnsi="Arial"/>
          <w:color w:val="5D7284"/>
        </w:rPr>
        <w:t>37:34</w:t>
      </w:r>
      <w:proofErr w:type="gramEnd"/>
    </w:p>
    <w:p w14:paraId="2B744470" w14:textId="77777777" w:rsidR="00D7352B" w:rsidRDefault="00C90105">
      <w:pPr>
        <w:spacing w:after="0"/>
      </w:pPr>
      <w:proofErr w:type="gramStart"/>
      <w:r>
        <w:rPr>
          <w:rFonts w:ascii="Arial" w:hAnsi="Arial"/>
        </w:rPr>
        <w:t>.It's</w:t>
      </w:r>
      <w:proofErr w:type="gramEnd"/>
      <w:r>
        <w:rPr>
          <w:rFonts w:ascii="Arial" w:hAnsi="Arial"/>
        </w:rPr>
        <w:t xml:space="preserve"> not a cold that arrives for a week and then goes again like</w:t>
      </w:r>
    </w:p>
    <w:p w14:paraId="267244FF" w14:textId="77777777" w:rsidR="00D7352B" w:rsidRDefault="00D7352B">
      <w:pPr>
        <w:spacing w:after="0"/>
      </w:pPr>
    </w:p>
    <w:p w14:paraId="08CDA8FB" w14:textId="77777777" w:rsidR="00D7352B" w:rsidRDefault="00C90105">
      <w:pPr>
        <w:spacing w:after="0"/>
      </w:pPr>
      <w:proofErr w:type="gramStart"/>
      <w:r>
        <w:rPr>
          <w:rFonts w:ascii="Arial" w:hAnsi="Arial"/>
          <w:b/>
        </w:rPr>
        <w:t xml:space="preserve">Jasmine  </w:t>
      </w:r>
      <w:r>
        <w:rPr>
          <w:rFonts w:ascii="Arial" w:hAnsi="Arial"/>
          <w:color w:val="5D7284"/>
        </w:rPr>
        <w:t>37:36</w:t>
      </w:r>
      <w:proofErr w:type="gramEnd"/>
    </w:p>
    <w:p w14:paraId="54D85D74" w14:textId="77777777" w:rsidR="00D7352B" w:rsidRDefault="00C90105">
      <w:pPr>
        <w:spacing w:after="0"/>
      </w:pPr>
      <w:r>
        <w:rPr>
          <w:rFonts w:ascii="Arial" w:hAnsi="Arial"/>
        </w:rPr>
        <w:t xml:space="preserve">Exactly, yeah. And obviously those people are just trying to be trying to be nice, saying, Oh, you get better soon, </w:t>
      </w:r>
      <w:proofErr w:type="gramStart"/>
      <w:r>
        <w:rPr>
          <w:rFonts w:ascii="Arial" w:hAnsi="Arial"/>
        </w:rPr>
        <w:t>don't</w:t>
      </w:r>
      <w:proofErr w:type="gramEnd"/>
      <w:r>
        <w:rPr>
          <w:rFonts w:ascii="Arial" w:hAnsi="Arial"/>
        </w:rPr>
        <w:t xml:space="preserve"> worry, but I won't, you know, it's with me forever. And although </w:t>
      </w:r>
      <w:proofErr w:type="gramStart"/>
      <w:r>
        <w:rPr>
          <w:rFonts w:ascii="Arial" w:hAnsi="Arial"/>
        </w:rPr>
        <w:t>they're</w:t>
      </w:r>
      <w:proofErr w:type="gramEnd"/>
      <w:r>
        <w:rPr>
          <w:rFonts w:ascii="Arial" w:hAnsi="Arial"/>
        </w:rPr>
        <w:t xml:space="preserve"> trying to be positive and help </w:t>
      </w:r>
    </w:p>
    <w:p w14:paraId="0B8614CB" w14:textId="77777777" w:rsidR="00D7352B" w:rsidRDefault="00D7352B">
      <w:pPr>
        <w:spacing w:after="0"/>
      </w:pPr>
    </w:p>
    <w:p w14:paraId="31D86792" w14:textId="77777777" w:rsidR="00D7352B" w:rsidRDefault="00C90105">
      <w:pPr>
        <w:spacing w:after="0"/>
      </w:pPr>
      <w:proofErr w:type="gramStart"/>
      <w:r>
        <w:rPr>
          <w:rFonts w:ascii="Arial" w:hAnsi="Arial"/>
          <w:b/>
        </w:rPr>
        <w:t xml:space="preserve">Lucy  </w:t>
      </w:r>
      <w:r>
        <w:rPr>
          <w:rFonts w:ascii="Arial" w:hAnsi="Arial"/>
          <w:color w:val="5D7284"/>
        </w:rPr>
        <w:t>37:51</w:t>
      </w:r>
      <w:proofErr w:type="gramEnd"/>
    </w:p>
    <w:p w14:paraId="560A0BE0" w14:textId="77777777" w:rsidR="00D7352B" w:rsidRDefault="00C90105">
      <w:pPr>
        <w:spacing w:after="0"/>
      </w:pPr>
      <w:r>
        <w:rPr>
          <w:rFonts w:ascii="Arial" w:hAnsi="Arial"/>
        </w:rPr>
        <w:t>Positive yeah</w:t>
      </w:r>
    </w:p>
    <w:p w14:paraId="5A768749" w14:textId="77777777" w:rsidR="00D7352B" w:rsidRDefault="00D7352B">
      <w:pPr>
        <w:spacing w:after="0"/>
      </w:pPr>
    </w:p>
    <w:p w14:paraId="1030DF7A" w14:textId="77777777" w:rsidR="00D7352B" w:rsidRDefault="00C90105">
      <w:pPr>
        <w:spacing w:after="0"/>
      </w:pPr>
      <w:proofErr w:type="gramStart"/>
      <w:r>
        <w:rPr>
          <w:rFonts w:ascii="Arial" w:hAnsi="Arial"/>
          <w:b/>
        </w:rPr>
        <w:t>J</w:t>
      </w:r>
      <w:r>
        <w:rPr>
          <w:rFonts w:ascii="Arial" w:hAnsi="Arial"/>
          <w:b/>
        </w:rPr>
        <w:t xml:space="preserve">asmine  </w:t>
      </w:r>
      <w:r>
        <w:rPr>
          <w:rFonts w:ascii="Arial" w:hAnsi="Arial"/>
          <w:color w:val="5D7284"/>
        </w:rPr>
        <w:t>37:52</w:t>
      </w:r>
      <w:proofErr w:type="gramEnd"/>
    </w:p>
    <w:p w14:paraId="3DFA0AA3" w14:textId="77777777" w:rsidR="00D7352B" w:rsidRDefault="00C90105">
      <w:pPr>
        <w:spacing w:after="0"/>
      </w:pPr>
      <w:r>
        <w:rPr>
          <w:rFonts w:ascii="Arial" w:hAnsi="Arial"/>
        </w:rPr>
        <w:t xml:space="preserve">and be supportive, then they </w:t>
      </w:r>
      <w:proofErr w:type="gramStart"/>
      <w:r>
        <w:rPr>
          <w:rFonts w:ascii="Arial" w:hAnsi="Arial"/>
        </w:rPr>
        <w:t>haven't</w:t>
      </w:r>
      <w:proofErr w:type="gramEnd"/>
      <w:r>
        <w:rPr>
          <w:rFonts w:ascii="Arial" w:hAnsi="Arial"/>
        </w:rPr>
        <w:t xml:space="preserve"> seen the correct things to say to somebody in TV and film. And I think that industry really needs to change that to raise awareness in society.</w:t>
      </w:r>
    </w:p>
    <w:p w14:paraId="3C76D559" w14:textId="77777777" w:rsidR="00D7352B" w:rsidRDefault="00D7352B">
      <w:pPr>
        <w:spacing w:after="0"/>
      </w:pPr>
    </w:p>
    <w:p w14:paraId="35E391C5" w14:textId="77777777" w:rsidR="00D7352B" w:rsidRDefault="00C90105">
      <w:pPr>
        <w:spacing w:after="0"/>
      </w:pPr>
      <w:proofErr w:type="gramStart"/>
      <w:r>
        <w:rPr>
          <w:rFonts w:ascii="Arial" w:hAnsi="Arial"/>
          <w:b/>
        </w:rPr>
        <w:t xml:space="preserve">Alice  </w:t>
      </w:r>
      <w:r>
        <w:rPr>
          <w:rFonts w:ascii="Arial" w:hAnsi="Arial"/>
          <w:color w:val="5D7284"/>
        </w:rPr>
        <w:t>38:06</w:t>
      </w:r>
      <w:proofErr w:type="gramEnd"/>
    </w:p>
    <w:p w14:paraId="765C159E" w14:textId="77777777" w:rsidR="00D7352B" w:rsidRDefault="00C90105">
      <w:pPr>
        <w:spacing w:after="0"/>
      </w:pPr>
      <w:r>
        <w:rPr>
          <w:rFonts w:ascii="Arial" w:hAnsi="Arial"/>
        </w:rPr>
        <w:t xml:space="preserve">I think that, you know, the media bears a lot of responsibility for what it puts out there. I think that there's not enough kind of pressure put on media and media productions to show diversity in general. I mean, we still, and </w:t>
      </w:r>
      <w:proofErr w:type="gramStart"/>
      <w:r>
        <w:rPr>
          <w:rFonts w:ascii="Arial" w:hAnsi="Arial"/>
        </w:rPr>
        <w:t>I'm</w:t>
      </w:r>
      <w:proofErr w:type="gramEnd"/>
      <w:r>
        <w:rPr>
          <w:rFonts w:ascii="Arial" w:hAnsi="Arial"/>
        </w:rPr>
        <w:t xml:space="preserve"> not saying this is not a</w:t>
      </w:r>
      <w:r>
        <w:rPr>
          <w:rFonts w:ascii="Arial" w:hAnsi="Arial"/>
        </w:rPr>
        <w:t xml:space="preserve">n issue and not an experience that should be shared. But we still see a lot of TV </w:t>
      </w:r>
      <w:proofErr w:type="spellStart"/>
      <w:r>
        <w:rPr>
          <w:rFonts w:ascii="Arial" w:hAnsi="Arial"/>
        </w:rPr>
        <w:t>programmes</w:t>
      </w:r>
      <w:proofErr w:type="spellEnd"/>
      <w:r>
        <w:rPr>
          <w:rFonts w:ascii="Arial" w:hAnsi="Arial"/>
        </w:rPr>
        <w:t xml:space="preserve"> and films, where </w:t>
      </w:r>
      <w:proofErr w:type="gramStart"/>
      <w:r>
        <w:rPr>
          <w:rFonts w:ascii="Arial" w:hAnsi="Arial"/>
        </w:rPr>
        <w:t>it's</w:t>
      </w:r>
      <w:proofErr w:type="gramEnd"/>
      <w:r>
        <w:rPr>
          <w:rFonts w:ascii="Arial" w:hAnsi="Arial"/>
        </w:rPr>
        <w:t xml:space="preserve"> a person of colour or, you know, LGBTQ plus person, and the story is all about their experience of that element of their life. And I apprecia</w:t>
      </w:r>
      <w:r>
        <w:rPr>
          <w:rFonts w:ascii="Arial" w:hAnsi="Arial"/>
        </w:rPr>
        <w:t xml:space="preserve">te that, you know, that there are stories there that need to be told, and there are stories in the disabled community, about those that need to be told, but there are also stories, which happened to have a central character who is a person of colour or is </w:t>
      </w:r>
      <w:r>
        <w:rPr>
          <w:rFonts w:ascii="Arial" w:hAnsi="Arial"/>
        </w:rPr>
        <w:t xml:space="preserve">an LGBTQ plus person or is disabled. </w:t>
      </w:r>
    </w:p>
    <w:p w14:paraId="45B6538C" w14:textId="77777777" w:rsidR="00D7352B" w:rsidRDefault="00D7352B">
      <w:pPr>
        <w:spacing w:after="0"/>
      </w:pPr>
    </w:p>
    <w:p w14:paraId="7EAFF327" w14:textId="77777777" w:rsidR="00D7352B" w:rsidRDefault="00C90105">
      <w:pPr>
        <w:spacing w:after="0"/>
      </w:pPr>
      <w:proofErr w:type="gramStart"/>
      <w:r>
        <w:rPr>
          <w:rFonts w:ascii="Arial" w:hAnsi="Arial"/>
          <w:b/>
        </w:rPr>
        <w:lastRenderedPageBreak/>
        <w:t xml:space="preserve">Jasmine  </w:t>
      </w:r>
      <w:r>
        <w:rPr>
          <w:rFonts w:ascii="Arial" w:hAnsi="Arial"/>
          <w:color w:val="5D7284"/>
        </w:rPr>
        <w:t>39:04</w:t>
      </w:r>
      <w:proofErr w:type="gramEnd"/>
    </w:p>
    <w:p w14:paraId="3F102271" w14:textId="77777777" w:rsidR="00D7352B" w:rsidRDefault="00C90105">
      <w:pPr>
        <w:spacing w:after="0"/>
      </w:pPr>
      <w:r>
        <w:rPr>
          <w:rFonts w:ascii="Arial" w:hAnsi="Arial"/>
        </w:rPr>
        <w:t>Exactly</w:t>
      </w:r>
    </w:p>
    <w:p w14:paraId="69062BE1" w14:textId="77777777" w:rsidR="00D7352B" w:rsidRDefault="00D7352B">
      <w:pPr>
        <w:spacing w:after="0"/>
      </w:pPr>
    </w:p>
    <w:p w14:paraId="2CCE46FB" w14:textId="77777777" w:rsidR="00D7352B" w:rsidRDefault="00C90105">
      <w:pPr>
        <w:spacing w:after="0"/>
      </w:pPr>
      <w:proofErr w:type="gramStart"/>
      <w:r>
        <w:rPr>
          <w:rFonts w:ascii="Arial" w:hAnsi="Arial"/>
          <w:b/>
        </w:rPr>
        <w:t xml:space="preserve">Alice  </w:t>
      </w:r>
      <w:r>
        <w:rPr>
          <w:rFonts w:ascii="Arial" w:hAnsi="Arial"/>
          <w:color w:val="5D7284"/>
        </w:rPr>
        <w:t>39:05</w:t>
      </w:r>
      <w:proofErr w:type="gramEnd"/>
    </w:p>
    <w:p w14:paraId="0085E8C6" w14:textId="77777777" w:rsidR="00D7352B" w:rsidRDefault="00C90105">
      <w:pPr>
        <w:spacing w:after="0"/>
      </w:pPr>
      <w:proofErr w:type="gramStart"/>
      <w:r>
        <w:rPr>
          <w:rFonts w:ascii="Arial" w:hAnsi="Arial"/>
        </w:rPr>
        <w:t>And also</w:t>
      </w:r>
      <w:proofErr w:type="gramEnd"/>
      <w:r>
        <w:rPr>
          <w:rFonts w:ascii="Arial" w:hAnsi="Arial"/>
        </w:rPr>
        <w:t xml:space="preserve"> has, you know, x, y, z going on in their lives.</w:t>
      </w:r>
    </w:p>
    <w:p w14:paraId="2C3FA263" w14:textId="77777777" w:rsidR="00D7352B" w:rsidRDefault="00D7352B">
      <w:pPr>
        <w:spacing w:after="0"/>
      </w:pPr>
    </w:p>
    <w:p w14:paraId="20457B1F" w14:textId="77777777" w:rsidR="00D7352B" w:rsidRDefault="00C90105">
      <w:pPr>
        <w:spacing w:after="0"/>
      </w:pPr>
      <w:proofErr w:type="gramStart"/>
      <w:r>
        <w:rPr>
          <w:rFonts w:ascii="Arial" w:hAnsi="Arial"/>
          <w:b/>
        </w:rPr>
        <w:t xml:space="preserve">Lucy  </w:t>
      </w:r>
      <w:r>
        <w:rPr>
          <w:rFonts w:ascii="Arial" w:hAnsi="Arial"/>
          <w:color w:val="5D7284"/>
        </w:rPr>
        <w:t>39:09</w:t>
      </w:r>
      <w:proofErr w:type="gramEnd"/>
    </w:p>
    <w:p w14:paraId="24911A5C" w14:textId="77777777" w:rsidR="00D7352B" w:rsidRDefault="00C90105">
      <w:pPr>
        <w:spacing w:after="0"/>
      </w:pPr>
      <w:r>
        <w:rPr>
          <w:rFonts w:ascii="Arial" w:hAnsi="Arial"/>
        </w:rPr>
        <w:t xml:space="preserve">Yeah, </w:t>
      </w:r>
    </w:p>
    <w:p w14:paraId="6DACFF31" w14:textId="77777777" w:rsidR="00D7352B" w:rsidRDefault="00D7352B">
      <w:pPr>
        <w:spacing w:after="0"/>
      </w:pPr>
    </w:p>
    <w:p w14:paraId="20C6F31A" w14:textId="77777777" w:rsidR="00D7352B" w:rsidRDefault="00C90105">
      <w:pPr>
        <w:spacing w:after="0"/>
      </w:pPr>
      <w:proofErr w:type="gramStart"/>
      <w:r>
        <w:rPr>
          <w:rFonts w:ascii="Arial" w:hAnsi="Arial"/>
          <w:b/>
        </w:rPr>
        <w:t xml:space="preserve">Jasmine  </w:t>
      </w:r>
      <w:r>
        <w:rPr>
          <w:rFonts w:ascii="Arial" w:hAnsi="Arial"/>
          <w:color w:val="5D7284"/>
        </w:rPr>
        <w:t>39:09</w:t>
      </w:r>
      <w:proofErr w:type="gramEnd"/>
    </w:p>
    <w:p w14:paraId="0B68E4B8" w14:textId="77777777" w:rsidR="00D7352B" w:rsidRDefault="00C90105">
      <w:pPr>
        <w:spacing w:after="0"/>
      </w:pPr>
      <w:r>
        <w:rPr>
          <w:rFonts w:ascii="Arial" w:hAnsi="Arial"/>
        </w:rPr>
        <w:t xml:space="preserve">Exactly. Yeah. I think </w:t>
      </w:r>
      <w:proofErr w:type="gramStart"/>
      <w:r>
        <w:rPr>
          <w:rFonts w:ascii="Arial" w:hAnsi="Arial"/>
        </w:rPr>
        <w:t>it's</w:t>
      </w:r>
      <w:proofErr w:type="gramEnd"/>
      <w:r>
        <w:rPr>
          <w:rFonts w:ascii="Arial" w:hAnsi="Arial"/>
        </w:rPr>
        <w:t xml:space="preserve"> a lot of forced diversity that then they're trying to make </w:t>
      </w:r>
      <w:r>
        <w:rPr>
          <w:rFonts w:ascii="Arial" w:hAnsi="Arial"/>
        </w:rPr>
        <w:t xml:space="preserve">the whole thing about that huge experience in their life when, yes, it is it </w:t>
      </w:r>
      <w:proofErr w:type="spellStart"/>
      <w:r>
        <w:rPr>
          <w:rFonts w:ascii="Arial" w:hAnsi="Arial"/>
        </w:rPr>
        <w:t>i'm</w:t>
      </w:r>
      <w:proofErr w:type="spellEnd"/>
      <w:r>
        <w:rPr>
          <w:rFonts w:ascii="Arial" w:hAnsi="Arial"/>
        </w:rPr>
        <w:t xml:space="preserve"> not saying it's a is a huge impact on my life, my disability, but it's not all that I am. And I want other people to see that. Although...</w:t>
      </w:r>
    </w:p>
    <w:p w14:paraId="521B2A21" w14:textId="77777777" w:rsidR="00D7352B" w:rsidRDefault="00D7352B">
      <w:pPr>
        <w:spacing w:after="0"/>
      </w:pPr>
    </w:p>
    <w:p w14:paraId="772C122C" w14:textId="77777777" w:rsidR="00D7352B" w:rsidRDefault="00C90105">
      <w:pPr>
        <w:spacing w:after="0"/>
      </w:pPr>
      <w:proofErr w:type="gramStart"/>
      <w:r>
        <w:rPr>
          <w:rFonts w:ascii="Arial" w:hAnsi="Arial"/>
          <w:b/>
        </w:rPr>
        <w:t xml:space="preserve">Lucy  </w:t>
      </w:r>
      <w:r>
        <w:rPr>
          <w:rFonts w:ascii="Arial" w:hAnsi="Arial"/>
          <w:color w:val="5D7284"/>
        </w:rPr>
        <w:t>39:32</w:t>
      </w:r>
      <w:proofErr w:type="gramEnd"/>
    </w:p>
    <w:p w14:paraId="70C2082F" w14:textId="77777777" w:rsidR="00D7352B" w:rsidRDefault="00C90105">
      <w:pPr>
        <w:spacing w:after="0"/>
      </w:pPr>
      <w:r>
        <w:rPr>
          <w:rFonts w:ascii="Arial" w:hAnsi="Arial"/>
        </w:rPr>
        <w:t>Yeah. it's a bit, I alw</w:t>
      </w:r>
      <w:r>
        <w:rPr>
          <w:rFonts w:ascii="Arial" w:hAnsi="Arial"/>
        </w:rPr>
        <w:t xml:space="preserve">ays use the analogy, Jasmine, </w:t>
      </w:r>
      <w:proofErr w:type="gramStart"/>
      <w:r>
        <w:rPr>
          <w:rFonts w:ascii="Arial" w:hAnsi="Arial"/>
        </w:rPr>
        <w:t>It's</w:t>
      </w:r>
      <w:proofErr w:type="gramEnd"/>
      <w:r>
        <w:rPr>
          <w:rFonts w:ascii="Arial" w:hAnsi="Arial"/>
        </w:rPr>
        <w:t xml:space="preserve"> a bit like if we went to a dinner party with you, you would not spend your whole evening just talking about arthritis.</w:t>
      </w:r>
    </w:p>
    <w:p w14:paraId="5EC0E9FC" w14:textId="77777777" w:rsidR="00D7352B" w:rsidRDefault="00D7352B">
      <w:pPr>
        <w:spacing w:after="0"/>
      </w:pPr>
    </w:p>
    <w:p w14:paraId="29DD4C94" w14:textId="77777777" w:rsidR="00D7352B" w:rsidRDefault="00C90105">
      <w:pPr>
        <w:spacing w:after="0"/>
      </w:pPr>
      <w:proofErr w:type="gramStart"/>
      <w:r>
        <w:rPr>
          <w:rFonts w:ascii="Arial" w:hAnsi="Arial"/>
          <w:b/>
        </w:rPr>
        <w:t xml:space="preserve">Jasmine  </w:t>
      </w:r>
      <w:r>
        <w:rPr>
          <w:rFonts w:ascii="Arial" w:hAnsi="Arial"/>
          <w:color w:val="5D7284"/>
        </w:rPr>
        <w:t>39:43</w:t>
      </w:r>
      <w:proofErr w:type="gramEnd"/>
    </w:p>
    <w:p w14:paraId="29CF900D" w14:textId="77777777" w:rsidR="00D7352B" w:rsidRDefault="00C90105">
      <w:pPr>
        <w:spacing w:after="0"/>
      </w:pPr>
      <w:r>
        <w:rPr>
          <w:rFonts w:ascii="Arial" w:hAnsi="Arial"/>
        </w:rPr>
        <w:t xml:space="preserve">Exactly </w:t>
      </w:r>
    </w:p>
    <w:p w14:paraId="1AD604BD" w14:textId="77777777" w:rsidR="00D7352B" w:rsidRDefault="00D7352B">
      <w:pPr>
        <w:spacing w:after="0"/>
      </w:pPr>
    </w:p>
    <w:p w14:paraId="1F807B1D" w14:textId="77777777" w:rsidR="00D7352B" w:rsidRDefault="00C90105">
      <w:pPr>
        <w:spacing w:after="0"/>
      </w:pPr>
      <w:proofErr w:type="gramStart"/>
      <w:r>
        <w:rPr>
          <w:rFonts w:ascii="Arial" w:hAnsi="Arial"/>
          <w:b/>
        </w:rPr>
        <w:t xml:space="preserve">Lucy  </w:t>
      </w:r>
      <w:r>
        <w:rPr>
          <w:rFonts w:ascii="Arial" w:hAnsi="Arial"/>
          <w:color w:val="5D7284"/>
        </w:rPr>
        <w:t>39:43</w:t>
      </w:r>
      <w:proofErr w:type="gramEnd"/>
    </w:p>
    <w:p w14:paraId="1EFFC0B5" w14:textId="77777777" w:rsidR="00D7352B" w:rsidRDefault="00C90105">
      <w:pPr>
        <w:spacing w:after="0"/>
      </w:pPr>
      <w:r>
        <w:rPr>
          <w:rFonts w:ascii="Arial" w:hAnsi="Arial"/>
        </w:rPr>
        <w:t xml:space="preserve">It would probably, your arthritis would probably be a </w:t>
      </w:r>
      <w:r>
        <w:rPr>
          <w:rFonts w:ascii="Arial" w:hAnsi="Arial"/>
        </w:rPr>
        <w:t xml:space="preserve">little, a little bit of the conversation that lasted five minutes tops </w:t>
      </w:r>
      <w:proofErr w:type="gramStart"/>
      <w:r>
        <w:rPr>
          <w:rFonts w:ascii="Arial" w:hAnsi="Arial"/>
        </w:rPr>
        <w:t>wouldn't</w:t>
      </w:r>
      <w:proofErr w:type="gramEnd"/>
      <w:r>
        <w:rPr>
          <w:rFonts w:ascii="Arial" w:hAnsi="Arial"/>
        </w:rPr>
        <w:t xml:space="preserve"> it really? It </w:t>
      </w:r>
      <w:proofErr w:type="gramStart"/>
      <w:r>
        <w:rPr>
          <w:rFonts w:ascii="Arial" w:hAnsi="Arial"/>
        </w:rPr>
        <w:t>wouldn't</w:t>
      </w:r>
      <w:proofErr w:type="gramEnd"/>
      <w:r>
        <w:rPr>
          <w:rFonts w:ascii="Arial" w:hAnsi="Arial"/>
        </w:rPr>
        <w:t xml:space="preserve"> -</w:t>
      </w:r>
    </w:p>
    <w:p w14:paraId="5490A9EF" w14:textId="77777777" w:rsidR="00D7352B" w:rsidRDefault="00D7352B">
      <w:pPr>
        <w:spacing w:after="0"/>
      </w:pPr>
    </w:p>
    <w:p w14:paraId="4CD408EB" w14:textId="77777777" w:rsidR="00D7352B" w:rsidRDefault="00C90105">
      <w:pPr>
        <w:spacing w:after="0"/>
      </w:pPr>
      <w:proofErr w:type="gramStart"/>
      <w:r>
        <w:rPr>
          <w:rFonts w:ascii="Arial" w:hAnsi="Arial"/>
          <w:b/>
        </w:rPr>
        <w:t xml:space="preserve">Jasmine  </w:t>
      </w:r>
      <w:r>
        <w:rPr>
          <w:rFonts w:ascii="Arial" w:hAnsi="Arial"/>
          <w:color w:val="5D7284"/>
        </w:rPr>
        <w:t>39:53</w:t>
      </w:r>
      <w:proofErr w:type="gramEnd"/>
    </w:p>
    <w:p w14:paraId="7D670A11" w14:textId="77777777" w:rsidR="00D7352B" w:rsidRDefault="00C90105">
      <w:pPr>
        <w:spacing w:after="0"/>
      </w:pPr>
      <w:r>
        <w:rPr>
          <w:rFonts w:ascii="Arial" w:hAnsi="Arial"/>
        </w:rPr>
        <w:t xml:space="preserve">Yeah. </w:t>
      </w:r>
    </w:p>
    <w:p w14:paraId="74FA2130" w14:textId="77777777" w:rsidR="00D7352B" w:rsidRDefault="00D7352B">
      <w:pPr>
        <w:spacing w:after="0"/>
      </w:pPr>
    </w:p>
    <w:p w14:paraId="3AD827BF" w14:textId="77777777" w:rsidR="00D7352B" w:rsidRDefault="00C90105">
      <w:pPr>
        <w:spacing w:after="0"/>
      </w:pPr>
      <w:proofErr w:type="gramStart"/>
      <w:r>
        <w:rPr>
          <w:rFonts w:ascii="Arial" w:hAnsi="Arial"/>
          <w:b/>
        </w:rPr>
        <w:t xml:space="preserve">Lucy  </w:t>
      </w:r>
      <w:r>
        <w:rPr>
          <w:rFonts w:ascii="Arial" w:hAnsi="Arial"/>
          <w:color w:val="5D7284"/>
        </w:rPr>
        <w:t>39:54</w:t>
      </w:r>
      <w:proofErr w:type="gramEnd"/>
    </w:p>
    <w:p w14:paraId="1179A73A" w14:textId="77777777" w:rsidR="00D7352B" w:rsidRDefault="00C90105">
      <w:pPr>
        <w:spacing w:after="0"/>
      </w:pPr>
      <w:r>
        <w:rPr>
          <w:rFonts w:ascii="Arial" w:hAnsi="Arial"/>
        </w:rPr>
        <w:t xml:space="preserve">Because you </w:t>
      </w:r>
      <w:proofErr w:type="gramStart"/>
      <w:r>
        <w:rPr>
          <w:rFonts w:ascii="Arial" w:hAnsi="Arial"/>
        </w:rPr>
        <w:t>don't</w:t>
      </w:r>
      <w:proofErr w:type="gramEnd"/>
      <w:r>
        <w:rPr>
          <w:rFonts w:ascii="Arial" w:hAnsi="Arial"/>
        </w:rPr>
        <w:t xml:space="preserve"> want, nobody wants to have that one friend that goes oh yeah, they're in a wheelchair and that's </w:t>
      </w:r>
      <w:r>
        <w:rPr>
          <w:rFonts w:ascii="Arial" w:hAnsi="Arial"/>
        </w:rPr>
        <w:t>all they talk about.</w:t>
      </w:r>
    </w:p>
    <w:p w14:paraId="03111193" w14:textId="77777777" w:rsidR="00D7352B" w:rsidRDefault="00D7352B">
      <w:pPr>
        <w:spacing w:after="0"/>
      </w:pPr>
    </w:p>
    <w:p w14:paraId="40DBDC0A" w14:textId="77777777" w:rsidR="00D7352B" w:rsidRDefault="00C90105">
      <w:pPr>
        <w:spacing w:after="0"/>
      </w:pPr>
      <w:proofErr w:type="gramStart"/>
      <w:r>
        <w:rPr>
          <w:rFonts w:ascii="Arial" w:hAnsi="Arial"/>
          <w:b/>
        </w:rPr>
        <w:t xml:space="preserve">Jasmine  </w:t>
      </w:r>
      <w:r>
        <w:rPr>
          <w:rFonts w:ascii="Arial" w:hAnsi="Arial"/>
          <w:color w:val="5D7284"/>
        </w:rPr>
        <w:t>39:59</w:t>
      </w:r>
      <w:proofErr w:type="gramEnd"/>
    </w:p>
    <w:p w14:paraId="4D9548D8" w14:textId="77777777" w:rsidR="00D7352B" w:rsidRDefault="00C90105">
      <w:pPr>
        <w:spacing w:after="0"/>
      </w:pPr>
      <w:proofErr w:type="gramStart"/>
      <w:r>
        <w:rPr>
          <w:rFonts w:ascii="Arial" w:hAnsi="Arial"/>
        </w:rPr>
        <w:t>Exactly,  that's</w:t>
      </w:r>
      <w:proofErr w:type="gramEnd"/>
      <w:r>
        <w:rPr>
          <w:rFonts w:ascii="Arial" w:hAnsi="Arial"/>
        </w:rPr>
        <w:t xml:space="preserve"> what I try and avoid completely is </w:t>
      </w:r>
    </w:p>
    <w:p w14:paraId="731875CF" w14:textId="77777777" w:rsidR="00D7352B" w:rsidRDefault="00D7352B">
      <w:pPr>
        <w:spacing w:after="0"/>
      </w:pPr>
    </w:p>
    <w:p w14:paraId="0C6C8342" w14:textId="77777777" w:rsidR="00D7352B" w:rsidRDefault="00C90105">
      <w:pPr>
        <w:spacing w:after="0"/>
      </w:pPr>
      <w:proofErr w:type="gramStart"/>
      <w:r>
        <w:rPr>
          <w:rFonts w:ascii="Arial" w:hAnsi="Arial"/>
          <w:b/>
        </w:rPr>
        <w:t xml:space="preserve">Lucy  </w:t>
      </w:r>
      <w:r>
        <w:rPr>
          <w:rFonts w:ascii="Arial" w:hAnsi="Arial"/>
          <w:color w:val="5D7284"/>
        </w:rPr>
        <w:t>40:02</w:t>
      </w:r>
      <w:proofErr w:type="gramEnd"/>
    </w:p>
    <w:p w14:paraId="39F43499" w14:textId="77777777" w:rsidR="00D7352B" w:rsidRDefault="00C90105">
      <w:pPr>
        <w:spacing w:after="0"/>
      </w:pPr>
      <w:r>
        <w:rPr>
          <w:rFonts w:ascii="Arial" w:hAnsi="Arial"/>
        </w:rPr>
        <w:t xml:space="preserve">Yeah. </w:t>
      </w:r>
    </w:p>
    <w:p w14:paraId="68929F35" w14:textId="77777777" w:rsidR="00D7352B" w:rsidRDefault="00D7352B">
      <w:pPr>
        <w:spacing w:after="0"/>
      </w:pPr>
    </w:p>
    <w:p w14:paraId="5BF294FC" w14:textId="77777777" w:rsidR="00D7352B" w:rsidRDefault="00C90105">
      <w:pPr>
        <w:spacing w:after="0"/>
      </w:pPr>
      <w:proofErr w:type="gramStart"/>
      <w:r>
        <w:rPr>
          <w:rFonts w:ascii="Arial" w:hAnsi="Arial"/>
          <w:b/>
        </w:rPr>
        <w:t xml:space="preserve">Jasmine  </w:t>
      </w:r>
      <w:r>
        <w:rPr>
          <w:rFonts w:ascii="Arial" w:hAnsi="Arial"/>
          <w:color w:val="5D7284"/>
        </w:rPr>
        <w:t>40:03</w:t>
      </w:r>
      <w:proofErr w:type="gramEnd"/>
    </w:p>
    <w:p w14:paraId="044A747F" w14:textId="77777777" w:rsidR="00D7352B" w:rsidRDefault="00C90105">
      <w:pPr>
        <w:spacing w:after="0"/>
      </w:pPr>
      <w:r>
        <w:rPr>
          <w:rFonts w:ascii="Arial" w:hAnsi="Arial"/>
        </w:rPr>
        <w:t xml:space="preserve">... talking about my condition all the time. </w:t>
      </w:r>
      <w:proofErr w:type="gramStart"/>
      <w:r>
        <w:rPr>
          <w:rFonts w:ascii="Arial" w:hAnsi="Arial"/>
        </w:rPr>
        <w:t>It's</w:t>
      </w:r>
      <w:proofErr w:type="gramEnd"/>
      <w:r>
        <w:rPr>
          <w:rFonts w:ascii="Arial" w:hAnsi="Arial"/>
        </w:rPr>
        <w:t xml:space="preserve"> not something that I want. I want at all.</w:t>
      </w:r>
    </w:p>
    <w:p w14:paraId="3763E3A9" w14:textId="77777777" w:rsidR="00D7352B" w:rsidRDefault="00D7352B">
      <w:pPr>
        <w:spacing w:after="0"/>
      </w:pPr>
    </w:p>
    <w:p w14:paraId="0E2194BA" w14:textId="77777777" w:rsidR="00D7352B" w:rsidRDefault="00C90105">
      <w:pPr>
        <w:spacing w:after="0"/>
      </w:pPr>
      <w:proofErr w:type="gramStart"/>
      <w:r>
        <w:rPr>
          <w:rFonts w:ascii="Arial" w:hAnsi="Arial"/>
          <w:b/>
        </w:rPr>
        <w:t xml:space="preserve">Alice  </w:t>
      </w:r>
      <w:r>
        <w:rPr>
          <w:rFonts w:ascii="Arial" w:hAnsi="Arial"/>
          <w:color w:val="5D7284"/>
        </w:rPr>
        <w:t>40:08</w:t>
      </w:r>
      <w:proofErr w:type="gramEnd"/>
    </w:p>
    <w:p w14:paraId="39535E3D" w14:textId="77777777" w:rsidR="00D7352B" w:rsidRDefault="00C90105">
      <w:pPr>
        <w:spacing w:after="0"/>
      </w:pPr>
      <w:r>
        <w:rPr>
          <w:rFonts w:ascii="Arial" w:hAnsi="Arial"/>
        </w:rPr>
        <w:lastRenderedPageBreak/>
        <w:t xml:space="preserve">I, I quite often when I </w:t>
      </w:r>
      <w:proofErr w:type="gramStart"/>
      <w:r>
        <w:rPr>
          <w:rFonts w:ascii="Arial" w:hAnsi="Arial"/>
        </w:rPr>
        <w:t>haven't</w:t>
      </w:r>
      <w:proofErr w:type="gramEnd"/>
      <w:r>
        <w:rPr>
          <w:rFonts w:ascii="Arial" w:hAnsi="Arial"/>
        </w:rPr>
        <w:t xml:space="preserve"> seen friends or somebody for a while, particularly </w:t>
      </w:r>
      <w:proofErr w:type="spellStart"/>
      <w:r>
        <w:rPr>
          <w:rFonts w:ascii="Arial" w:hAnsi="Arial"/>
        </w:rPr>
        <w:t>particularly</w:t>
      </w:r>
      <w:proofErr w:type="spellEnd"/>
      <w:r>
        <w:rPr>
          <w:rFonts w:ascii="Arial" w:hAnsi="Arial"/>
        </w:rPr>
        <w:t xml:space="preserve"> women who are sort of older sort of 15 years or so older than me, I quite often you know, it's Oh, it's so nice to see you. I </w:t>
      </w:r>
      <w:proofErr w:type="gramStart"/>
      <w:r>
        <w:rPr>
          <w:rFonts w:ascii="Arial" w:hAnsi="Arial"/>
        </w:rPr>
        <w:t>haven't</w:t>
      </w:r>
      <w:proofErr w:type="gramEnd"/>
      <w:r>
        <w:rPr>
          <w:rFonts w:ascii="Arial" w:hAnsi="Arial"/>
        </w:rPr>
        <w:t xml:space="preserve"> seen you for ages. How are you? And then </w:t>
      </w:r>
      <w:proofErr w:type="gramStart"/>
      <w:r>
        <w:rPr>
          <w:rFonts w:ascii="Arial" w:hAnsi="Arial"/>
        </w:rPr>
        <w:t>it's</w:t>
      </w:r>
      <w:proofErr w:type="gramEnd"/>
      <w:r>
        <w:rPr>
          <w:rFonts w:ascii="Arial" w:hAnsi="Arial"/>
        </w:rPr>
        <w:t xml:space="preserve"> "how</w:t>
      </w:r>
      <w:r>
        <w:rPr>
          <w:rFonts w:ascii="Arial" w:hAnsi="Arial"/>
        </w:rPr>
        <w:t>'s your eyes?" and I'm like,</w:t>
      </w:r>
    </w:p>
    <w:p w14:paraId="4E532C9E" w14:textId="77777777" w:rsidR="00D7352B" w:rsidRDefault="00D7352B">
      <w:pPr>
        <w:spacing w:after="0"/>
      </w:pPr>
    </w:p>
    <w:p w14:paraId="67E376CC" w14:textId="77777777" w:rsidR="00D7352B" w:rsidRDefault="00C90105">
      <w:pPr>
        <w:spacing w:after="0"/>
      </w:pPr>
      <w:proofErr w:type="gramStart"/>
      <w:r>
        <w:rPr>
          <w:rFonts w:ascii="Arial" w:hAnsi="Arial"/>
          <w:b/>
        </w:rPr>
        <w:t xml:space="preserve">Lucy  </w:t>
      </w:r>
      <w:r>
        <w:rPr>
          <w:rFonts w:ascii="Arial" w:hAnsi="Arial"/>
          <w:color w:val="5D7284"/>
        </w:rPr>
        <w:t>40:32</w:t>
      </w:r>
      <w:proofErr w:type="gramEnd"/>
    </w:p>
    <w:p w14:paraId="1C51624D" w14:textId="77777777" w:rsidR="00D7352B" w:rsidRDefault="00C90105">
      <w:pPr>
        <w:spacing w:after="0"/>
      </w:pPr>
      <w:r>
        <w:rPr>
          <w:rFonts w:ascii="Arial" w:hAnsi="Arial"/>
        </w:rPr>
        <w:t>[laughs] Still there! Still there! Still in my head!</w:t>
      </w:r>
    </w:p>
    <w:p w14:paraId="7934F6EA" w14:textId="77777777" w:rsidR="00D7352B" w:rsidRDefault="00D7352B">
      <w:pPr>
        <w:spacing w:after="0"/>
      </w:pPr>
    </w:p>
    <w:p w14:paraId="7FF17221" w14:textId="77777777" w:rsidR="00D7352B" w:rsidRDefault="00C90105">
      <w:pPr>
        <w:spacing w:after="0"/>
      </w:pPr>
      <w:proofErr w:type="gramStart"/>
      <w:r>
        <w:rPr>
          <w:rFonts w:ascii="Arial" w:hAnsi="Arial"/>
          <w:b/>
        </w:rPr>
        <w:t xml:space="preserve">Alice  </w:t>
      </w:r>
      <w:r>
        <w:rPr>
          <w:rFonts w:ascii="Arial" w:hAnsi="Arial"/>
          <w:color w:val="5D7284"/>
        </w:rPr>
        <w:t>40:37</w:t>
      </w:r>
      <w:proofErr w:type="gramEnd"/>
    </w:p>
    <w:p w14:paraId="6CB45765" w14:textId="77777777" w:rsidR="00D7352B" w:rsidRDefault="00C90105">
      <w:pPr>
        <w:spacing w:after="0"/>
      </w:pPr>
      <w:r>
        <w:rPr>
          <w:rFonts w:ascii="Arial" w:hAnsi="Arial"/>
        </w:rPr>
        <w:t xml:space="preserve">Yep. [laughs] Like, I get it. I understand what </w:t>
      </w:r>
      <w:proofErr w:type="gramStart"/>
      <w:r>
        <w:rPr>
          <w:rFonts w:ascii="Arial" w:hAnsi="Arial"/>
        </w:rPr>
        <w:t>you're</w:t>
      </w:r>
      <w:proofErr w:type="gramEnd"/>
      <w:r>
        <w:rPr>
          <w:rFonts w:ascii="Arial" w:hAnsi="Arial"/>
        </w:rPr>
        <w:t xml:space="preserve"> trying to accomplish here but...</w:t>
      </w:r>
    </w:p>
    <w:p w14:paraId="5D899DD3" w14:textId="77777777" w:rsidR="00D7352B" w:rsidRDefault="00D7352B">
      <w:pPr>
        <w:spacing w:after="0"/>
      </w:pPr>
    </w:p>
    <w:p w14:paraId="0378834B" w14:textId="77777777" w:rsidR="00D7352B" w:rsidRDefault="00C90105">
      <w:pPr>
        <w:spacing w:after="0"/>
      </w:pPr>
      <w:proofErr w:type="gramStart"/>
      <w:r>
        <w:rPr>
          <w:rFonts w:ascii="Arial" w:hAnsi="Arial"/>
          <w:b/>
        </w:rPr>
        <w:t xml:space="preserve">Lucy  </w:t>
      </w:r>
      <w:r>
        <w:rPr>
          <w:rFonts w:ascii="Arial" w:hAnsi="Arial"/>
          <w:color w:val="5D7284"/>
        </w:rPr>
        <w:t>40:42</w:t>
      </w:r>
      <w:proofErr w:type="gramEnd"/>
    </w:p>
    <w:p w14:paraId="41518D57" w14:textId="77777777" w:rsidR="00D7352B" w:rsidRDefault="00C90105">
      <w:pPr>
        <w:spacing w:after="0"/>
      </w:pPr>
      <w:r>
        <w:rPr>
          <w:rFonts w:ascii="Arial" w:hAnsi="Arial"/>
        </w:rPr>
        <w:t xml:space="preserve">Have your eyes got any better? </w:t>
      </w:r>
      <w:r>
        <w:rPr>
          <w:rFonts w:ascii="Arial" w:hAnsi="Arial"/>
        </w:rPr>
        <w:t>[laughs]</w:t>
      </w:r>
    </w:p>
    <w:p w14:paraId="70A82C2D" w14:textId="77777777" w:rsidR="00D7352B" w:rsidRDefault="00D7352B">
      <w:pPr>
        <w:spacing w:after="0"/>
      </w:pPr>
    </w:p>
    <w:p w14:paraId="7EB3B7ED" w14:textId="77777777" w:rsidR="00D7352B" w:rsidRDefault="00C90105">
      <w:pPr>
        <w:spacing w:after="0"/>
      </w:pPr>
      <w:proofErr w:type="gramStart"/>
      <w:r>
        <w:rPr>
          <w:rFonts w:ascii="Arial" w:hAnsi="Arial"/>
          <w:b/>
        </w:rPr>
        <w:t xml:space="preserve">Jasmine  </w:t>
      </w:r>
      <w:r>
        <w:rPr>
          <w:rFonts w:ascii="Arial" w:hAnsi="Arial"/>
          <w:color w:val="5D7284"/>
        </w:rPr>
        <w:t>40:44</w:t>
      </w:r>
      <w:proofErr w:type="gramEnd"/>
    </w:p>
    <w:p w14:paraId="4FA3E96C" w14:textId="77777777" w:rsidR="00D7352B" w:rsidRDefault="00C90105">
      <w:pPr>
        <w:spacing w:after="0"/>
      </w:pPr>
      <w:r>
        <w:rPr>
          <w:rFonts w:ascii="Arial" w:hAnsi="Arial"/>
        </w:rPr>
        <w:t>A lot of the time, a lot of the time the intention is positive.</w:t>
      </w:r>
    </w:p>
    <w:p w14:paraId="5E3EA47B" w14:textId="77777777" w:rsidR="00D7352B" w:rsidRDefault="00D7352B">
      <w:pPr>
        <w:spacing w:after="0"/>
      </w:pPr>
    </w:p>
    <w:p w14:paraId="2438F121" w14:textId="77777777" w:rsidR="00D7352B" w:rsidRDefault="00C90105">
      <w:pPr>
        <w:spacing w:after="0"/>
      </w:pPr>
      <w:proofErr w:type="gramStart"/>
      <w:r>
        <w:rPr>
          <w:rFonts w:ascii="Arial" w:hAnsi="Arial"/>
          <w:b/>
        </w:rPr>
        <w:t xml:space="preserve">Alice  </w:t>
      </w:r>
      <w:r>
        <w:rPr>
          <w:rFonts w:ascii="Arial" w:hAnsi="Arial"/>
          <w:color w:val="5D7284"/>
        </w:rPr>
        <w:t>40:48</w:t>
      </w:r>
      <w:proofErr w:type="gramEnd"/>
    </w:p>
    <w:p w14:paraId="37874ECA" w14:textId="77777777" w:rsidR="00D7352B" w:rsidRDefault="00C90105">
      <w:pPr>
        <w:spacing w:after="0"/>
      </w:pPr>
      <w:r>
        <w:rPr>
          <w:rFonts w:ascii="Arial" w:hAnsi="Arial"/>
        </w:rPr>
        <w:t>Yeah.</w:t>
      </w:r>
    </w:p>
    <w:p w14:paraId="5CE66004" w14:textId="77777777" w:rsidR="00D7352B" w:rsidRDefault="00D7352B">
      <w:pPr>
        <w:spacing w:after="0"/>
      </w:pPr>
    </w:p>
    <w:p w14:paraId="0CFE61FB" w14:textId="77777777" w:rsidR="00D7352B" w:rsidRDefault="00C90105">
      <w:pPr>
        <w:spacing w:after="0"/>
      </w:pPr>
      <w:proofErr w:type="gramStart"/>
      <w:r>
        <w:rPr>
          <w:rFonts w:ascii="Arial" w:hAnsi="Arial"/>
          <w:b/>
        </w:rPr>
        <w:t xml:space="preserve">Jasmine  </w:t>
      </w:r>
      <w:r>
        <w:rPr>
          <w:rFonts w:ascii="Arial" w:hAnsi="Arial"/>
          <w:color w:val="5D7284"/>
        </w:rPr>
        <w:t>40:48</w:t>
      </w:r>
      <w:proofErr w:type="gramEnd"/>
    </w:p>
    <w:p w14:paraId="16019C93" w14:textId="77777777" w:rsidR="00D7352B" w:rsidRDefault="00C90105">
      <w:pPr>
        <w:spacing w:after="0"/>
      </w:pPr>
      <w:r>
        <w:rPr>
          <w:rFonts w:ascii="Arial" w:hAnsi="Arial"/>
        </w:rPr>
        <w:t xml:space="preserve"> </w:t>
      </w:r>
      <w:proofErr w:type="gramStart"/>
      <w:r>
        <w:rPr>
          <w:rFonts w:ascii="Arial" w:hAnsi="Arial"/>
        </w:rPr>
        <w:t>It's</w:t>
      </w:r>
      <w:proofErr w:type="gramEnd"/>
      <w:r>
        <w:rPr>
          <w:rFonts w:ascii="Arial" w:hAnsi="Arial"/>
        </w:rPr>
        <w:t xml:space="preserve"> to try and support you. But </w:t>
      </w:r>
      <w:proofErr w:type="gramStart"/>
      <w:r>
        <w:rPr>
          <w:rFonts w:ascii="Arial" w:hAnsi="Arial"/>
        </w:rPr>
        <w:t>it's</w:t>
      </w:r>
      <w:proofErr w:type="gramEnd"/>
      <w:r>
        <w:rPr>
          <w:rFonts w:ascii="Arial" w:hAnsi="Arial"/>
        </w:rPr>
        <w:t xml:space="preserve"> just people don't realise the way that they phrase things really does affect you.</w:t>
      </w:r>
    </w:p>
    <w:p w14:paraId="56E06454" w14:textId="77777777" w:rsidR="00D7352B" w:rsidRDefault="00D7352B">
      <w:pPr>
        <w:spacing w:after="0"/>
      </w:pPr>
    </w:p>
    <w:p w14:paraId="7975DBCE" w14:textId="77777777" w:rsidR="00D7352B" w:rsidRDefault="00C90105">
      <w:pPr>
        <w:spacing w:after="0"/>
      </w:pPr>
      <w:proofErr w:type="gramStart"/>
      <w:r>
        <w:rPr>
          <w:rFonts w:ascii="Arial" w:hAnsi="Arial"/>
          <w:b/>
        </w:rPr>
        <w:t xml:space="preserve">Alice  </w:t>
      </w:r>
      <w:r>
        <w:rPr>
          <w:rFonts w:ascii="Arial" w:hAnsi="Arial"/>
          <w:color w:val="5D7284"/>
        </w:rPr>
        <w:t>40:55</w:t>
      </w:r>
      <w:proofErr w:type="gramEnd"/>
    </w:p>
    <w:p w14:paraId="397E6041" w14:textId="77777777" w:rsidR="00D7352B" w:rsidRDefault="00C90105">
      <w:pPr>
        <w:spacing w:after="0"/>
      </w:pPr>
      <w:r>
        <w:rPr>
          <w:rFonts w:ascii="Arial" w:hAnsi="Arial"/>
        </w:rPr>
        <w:t>Yeah, and I just...</w:t>
      </w:r>
    </w:p>
    <w:p w14:paraId="403F5F2D" w14:textId="77777777" w:rsidR="00D7352B" w:rsidRDefault="00D7352B">
      <w:pPr>
        <w:spacing w:after="0"/>
      </w:pPr>
    </w:p>
    <w:p w14:paraId="5A3318B6" w14:textId="77777777" w:rsidR="00D7352B" w:rsidRDefault="00C90105">
      <w:pPr>
        <w:spacing w:after="0"/>
      </w:pPr>
      <w:proofErr w:type="gramStart"/>
      <w:r>
        <w:rPr>
          <w:rFonts w:ascii="Arial" w:hAnsi="Arial"/>
          <w:b/>
        </w:rPr>
        <w:t xml:space="preserve">Lucy  </w:t>
      </w:r>
      <w:r>
        <w:rPr>
          <w:rFonts w:ascii="Arial" w:hAnsi="Arial"/>
          <w:color w:val="5D7284"/>
        </w:rPr>
        <w:t>40:57</w:t>
      </w:r>
      <w:proofErr w:type="gramEnd"/>
    </w:p>
    <w:p w14:paraId="7547F660" w14:textId="77777777" w:rsidR="00D7352B" w:rsidRDefault="00C90105">
      <w:pPr>
        <w:spacing w:after="0"/>
      </w:pPr>
      <w:r>
        <w:rPr>
          <w:rFonts w:ascii="Arial" w:hAnsi="Arial"/>
        </w:rPr>
        <w:t xml:space="preserve">[laughing] Alice, </w:t>
      </w:r>
      <w:proofErr w:type="gramStart"/>
      <w:r>
        <w:rPr>
          <w:rFonts w:ascii="Arial" w:hAnsi="Arial"/>
        </w:rPr>
        <w:t>that's</w:t>
      </w:r>
      <w:proofErr w:type="gramEnd"/>
      <w:r>
        <w:rPr>
          <w:rFonts w:ascii="Arial" w:hAnsi="Arial"/>
        </w:rPr>
        <w:t xml:space="preserve"> really made me laugh. </w:t>
      </w:r>
      <w:proofErr w:type="gramStart"/>
      <w:r>
        <w:rPr>
          <w:rFonts w:ascii="Arial" w:hAnsi="Arial"/>
        </w:rPr>
        <w:t>That's</w:t>
      </w:r>
      <w:proofErr w:type="gramEnd"/>
      <w:r>
        <w:rPr>
          <w:rFonts w:ascii="Arial" w:hAnsi="Arial"/>
        </w:rPr>
        <w:t xml:space="preserve"> like somebody going "</w:t>
      </w:r>
      <w:proofErr w:type="spellStart"/>
      <w:r>
        <w:rPr>
          <w:rFonts w:ascii="Arial" w:hAnsi="Arial"/>
        </w:rPr>
        <w:t>hows</w:t>
      </w:r>
      <w:proofErr w:type="spellEnd"/>
      <w:r>
        <w:rPr>
          <w:rFonts w:ascii="Arial" w:hAnsi="Arial"/>
        </w:rPr>
        <w:t xml:space="preserve"> your leg</w:t>
      </w:r>
      <w:r>
        <w:rPr>
          <w:rFonts w:ascii="Arial" w:hAnsi="Arial"/>
        </w:rPr>
        <w:t xml:space="preserve">?" to me. Still </w:t>
      </w:r>
      <w:proofErr w:type="gramStart"/>
      <w:r>
        <w:rPr>
          <w:rFonts w:ascii="Arial" w:hAnsi="Arial"/>
        </w:rPr>
        <w:t>crap</w:t>
      </w:r>
      <w:proofErr w:type="gramEnd"/>
      <w:r>
        <w:rPr>
          <w:rFonts w:ascii="Arial" w:hAnsi="Arial"/>
        </w:rPr>
        <w:t xml:space="preserve">! </w:t>
      </w:r>
    </w:p>
    <w:p w14:paraId="64C3AF2B" w14:textId="77777777" w:rsidR="00D7352B" w:rsidRDefault="00D7352B">
      <w:pPr>
        <w:spacing w:after="0"/>
      </w:pPr>
    </w:p>
    <w:p w14:paraId="4223ECD9" w14:textId="77777777" w:rsidR="00D7352B" w:rsidRDefault="00C90105">
      <w:pPr>
        <w:spacing w:after="0"/>
      </w:pPr>
      <w:proofErr w:type="gramStart"/>
      <w:r>
        <w:rPr>
          <w:rFonts w:ascii="Arial" w:hAnsi="Arial"/>
          <w:b/>
        </w:rPr>
        <w:t xml:space="preserve">all  </w:t>
      </w:r>
      <w:r>
        <w:rPr>
          <w:rFonts w:ascii="Arial" w:hAnsi="Arial"/>
          <w:color w:val="5D7284"/>
        </w:rPr>
        <w:t>41:03</w:t>
      </w:r>
      <w:proofErr w:type="gramEnd"/>
    </w:p>
    <w:p w14:paraId="77420DB5" w14:textId="77777777" w:rsidR="00D7352B" w:rsidRDefault="00C90105">
      <w:pPr>
        <w:spacing w:after="0"/>
      </w:pPr>
      <w:r>
        <w:rPr>
          <w:rFonts w:ascii="Arial" w:hAnsi="Arial"/>
        </w:rPr>
        <w:t>[laughter]</w:t>
      </w:r>
    </w:p>
    <w:p w14:paraId="3C14C088" w14:textId="77777777" w:rsidR="00D7352B" w:rsidRDefault="00D7352B">
      <w:pPr>
        <w:spacing w:after="0"/>
      </w:pPr>
    </w:p>
    <w:p w14:paraId="032AEAEA" w14:textId="77777777" w:rsidR="00D7352B" w:rsidRDefault="00C90105">
      <w:pPr>
        <w:spacing w:after="0"/>
      </w:pPr>
      <w:proofErr w:type="gramStart"/>
      <w:r>
        <w:rPr>
          <w:rFonts w:ascii="Arial" w:hAnsi="Arial"/>
          <w:b/>
        </w:rPr>
        <w:t xml:space="preserve">Alice  </w:t>
      </w:r>
      <w:r>
        <w:rPr>
          <w:rFonts w:ascii="Arial" w:hAnsi="Arial"/>
          <w:color w:val="5D7284"/>
        </w:rPr>
        <w:t>41:05</w:t>
      </w:r>
      <w:proofErr w:type="gramEnd"/>
    </w:p>
    <w:p w14:paraId="2082CDC1" w14:textId="77777777" w:rsidR="00D7352B" w:rsidRDefault="00C90105">
      <w:pPr>
        <w:spacing w:after="0"/>
      </w:pPr>
      <w:r>
        <w:rPr>
          <w:rFonts w:ascii="Arial" w:hAnsi="Arial"/>
        </w:rPr>
        <w:t>Still not working. Can I, can I sit down and order my coffee before we get into this?</w:t>
      </w:r>
    </w:p>
    <w:p w14:paraId="551C282D" w14:textId="77777777" w:rsidR="00D7352B" w:rsidRDefault="00D7352B">
      <w:pPr>
        <w:spacing w:after="0"/>
      </w:pPr>
    </w:p>
    <w:p w14:paraId="343E26A2" w14:textId="77777777" w:rsidR="00D7352B" w:rsidRDefault="00C90105">
      <w:pPr>
        <w:spacing w:after="0"/>
      </w:pPr>
      <w:proofErr w:type="gramStart"/>
      <w:r>
        <w:rPr>
          <w:rFonts w:ascii="Arial" w:hAnsi="Arial"/>
          <w:b/>
        </w:rPr>
        <w:t xml:space="preserve">Lucy  </w:t>
      </w:r>
      <w:r>
        <w:rPr>
          <w:rFonts w:ascii="Arial" w:hAnsi="Arial"/>
          <w:color w:val="5D7284"/>
        </w:rPr>
        <w:t>41:11</w:t>
      </w:r>
      <w:proofErr w:type="gramEnd"/>
    </w:p>
    <w:p w14:paraId="4F5CD7FD" w14:textId="77777777" w:rsidR="00D7352B" w:rsidRDefault="00C90105">
      <w:pPr>
        <w:spacing w:after="0"/>
      </w:pPr>
      <w:proofErr w:type="gramStart"/>
      <w:r>
        <w:rPr>
          <w:rFonts w:ascii="Arial" w:hAnsi="Arial"/>
        </w:rPr>
        <w:t>That's</w:t>
      </w:r>
      <w:proofErr w:type="gramEnd"/>
      <w:r>
        <w:rPr>
          <w:rFonts w:ascii="Arial" w:hAnsi="Arial"/>
        </w:rPr>
        <w:t xml:space="preserve"> so funny. I mean, </w:t>
      </w:r>
      <w:proofErr w:type="gramStart"/>
      <w:r>
        <w:rPr>
          <w:rFonts w:ascii="Arial" w:hAnsi="Arial"/>
        </w:rPr>
        <w:t>it's</w:t>
      </w:r>
      <w:proofErr w:type="gramEnd"/>
      <w:r>
        <w:rPr>
          <w:rFonts w:ascii="Arial" w:hAnsi="Arial"/>
        </w:rPr>
        <w:t xml:space="preserve"> not funny, but it is. People </w:t>
      </w:r>
      <w:proofErr w:type="gramStart"/>
      <w:r>
        <w:rPr>
          <w:rFonts w:ascii="Arial" w:hAnsi="Arial"/>
        </w:rPr>
        <w:t>are,</w:t>
      </w:r>
      <w:proofErr w:type="gramEnd"/>
      <w:r>
        <w:rPr>
          <w:rFonts w:ascii="Arial" w:hAnsi="Arial"/>
        </w:rPr>
        <w:t xml:space="preserve"> people are odd. </w:t>
      </w:r>
      <w:proofErr w:type="gramStart"/>
      <w:r>
        <w:rPr>
          <w:rFonts w:ascii="Arial" w:hAnsi="Arial"/>
        </w:rPr>
        <w:t>They're</w:t>
      </w:r>
      <w:proofErr w:type="gramEnd"/>
      <w:r>
        <w:rPr>
          <w:rFonts w:ascii="Arial" w:hAnsi="Arial"/>
        </w:rPr>
        <w:t xml:space="preserve"> odd. Yeah</w:t>
      </w:r>
      <w:r>
        <w:rPr>
          <w:rFonts w:ascii="Arial" w:hAnsi="Arial"/>
        </w:rPr>
        <w:t xml:space="preserve">, </w:t>
      </w:r>
      <w:proofErr w:type="gramStart"/>
      <w:r>
        <w:rPr>
          <w:rFonts w:ascii="Arial" w:hAnsi="Arial"/>
        </w:rPr>
        <w:t>it's</w:t>
      </w:r>
      <w:proofErr w:type="gramEnd"/>
      <w:r>
        <w:rPr>
          <w:rFonts w:ascii="Arial" w:hAnsi="Arial"/>
        </w:rPr>
        <w:t xml:space="preserve">, uh, yeah, I always say like, just because I'm in a wheelchair. But that is not the like, when </w:t>
      </w:r>
      <w:proofErr w:type="gramStart"/>
      <w:r>
        <w:rPr>
          <w:rFonts w:ascii="Arial" w:hAnsi="Arial"/>
        </w:rPr>
        <w:t>you</w:t>
      </w:r>
      <w:proofErr w:type="gramEnd"/>
      <w:r>
        <w:rPr>
          <w:rFonts w:ascii="Arial" w:hAnsi="Arial"/>
        </w:rPr>
        <w:t xml:space="preserve"> co- when you come around my house for something to eat, or we're in the pub, the fact that I am in a wheelchair will probably not be mentioned. If har</w:t>
      </w:r>
      <w:r>
        <w:rPr>
          <w:rFonts w:ascii="Arial" w:hAnsi="Arial"/>
        </w:rPr>
        <w:t xml:space="preserve">d, you know, if </w:t>
      </w:r>
      <w:proofErr w:type="gramStart"/>
      <w:r>
        <w:rPr>
          <w:rFonts w:ascii="Arial" w:hAnsi="Arial"/>
        </w:rPr>
        <w:t>it's</w:t>
      </w:r>
      <w:proofErr w:type="gramEnd"/>
      <w:r>
        <w:rPr>
          <w:rFonts w:ascii="Arial" w:hAnsi="Arial"/>
        </w:rPr>
        <w:t xml:space="preserve"> hardly mentioned, you'll be lucky, kind of thing. Because </w:t>
      </w:r>
      <w:proofErr w:type="gramStart"/>
      <w:r>
        <w:rPr>
          <w:rFonts w:ascii="Arial" w:hAnsi="Arial"/>
        </w:rPr>
        <w:t>it's</w:t>
      </w:r>
      <w:proofErr w:type="gramEnd"/>
      <w:r>
        <w:rPr>
          <w:rFonts w:ascii="Arial" w:hAnsi="Arial"/>
        </w:rPr>
        <w:t xml:space="preserve">, it's boring for me to talk about disability all the time. You know, I work, you know, I work in the disability sector. So I do that a lot of time for work. I </w:t>
      </w:r>
      <w:proofErr w:type="gramStart"/>
      <w:r>
        <w:rPr>
          <w:rFonts w:ascii="Arial" w:hAnsi="Arial"/>
        </w:rPr>
        <w:t>don't</w:t>
      </w:r>
      <w:proofErr w:type="gramEnd"/>
      <w:r>
        <w:rPr>
          <w:rFonts w:ascii="Arial" w:hAnsi="Arial"/>
        </w:rPr>
        <w:t xml:space="preserve"> want to</w:t>
      </w:r>
      <w:r>
        <w:rPr>
          <w:rFonts w:ascii="Arial" w:hAnsi="Arial"/>
        </w:rPr>
        <w:t xml:space="preserve"> be talking about it outside of work, </w:t>
      </w:r>
      <w:r>
        <w:rPr>
          <w:rFonts w:ascii="Arial" w:hAnsi="Arial"/>
        </w:rPr>
        <w:lastRenderedPageBreak/>
        <w:t xml:space="preserve">because I live with it. I work with it. I </w:t>
      </w:r>
      <w:proofErr w:type="gramStart"/>
      <w:r>
        <w:rPr>
          <w:rFonts w:ascii="Arial" w:hAnsi="Arial"/>
        </w:rPr>
        <w:t>don't</w:t>
      </w:r>
      <w:proofErr w:type="gramEnd"/>
      <w:r>
        <w:rPr>
          <w:rFonts w:ascii="Arial" w:hAnsi="Arial"/>
        </w:rPr>
        <w:t xml:space="preserve"> know, I've had enough, I, like I'm full of it now. Can we stop it please? </w:t>
      </w:r>
    </w:p>
    <w:p w14:paraId="37D6D529" w14:textId="77777777" w:rsidR="00D7352B" w:rsidRDefault="00D7352B">
      <w:pPr>
        <w:spacing w:after="0"/>
      </w:pPr>
    </w:p>
    <w:p w14:paraId="47BC4DFA" w14:textId="77777777" w:rsidR="00D7352B" w:rsidRDefault="00C90105">
      <w:pPr>
        <w:spacing w:after="0"/>
      </w:pPr>
      <w:proofErr w:type="gramStart"/>
      <w:r>
        <w:rPr>
          <w:rFonts w:ascii="Arial" w:hAnsi="Arial"/>
          <w:b/>
        </w:rPr>
        <w:t xml:space="preserve">Jasmine  </w:t>
      </w:r>
      <w:r>
        <w:rPr>
          <w:rFonts w:ascii="Arial" w:hAnsi="Arial"/>
          <w:color w:val="5D7284"/>
        </w:rPr>
        <w:t>42:04</w:t>
      </w:r>
      <w:proofErr w:type="gramEnd"/>
    </w:p>
    <w:p w14:paraId="1E083F9F" w14:textId="77777777" w:rsidR="00D7352B" w:rsidRDefault="00C90105">
      <w:pPr>
        <w:spacing w:after="0"/>
      </w:pPr>
      <w:r>
        <w:rPr>
          <w:rFonts w:ascii="Arial" w:hAnsi="Arial"/>
        </w:rPr>
        <w:t>Exactly</w:t>
      </w:r>
    </w:p>
    <w:p w14:paraId="3D7D7B66" w14:textId="77777777" w:rsidR="00D7352B" w:rsidRDefault="00D7352B">
      <w:pPr>
        <w:spacing w:after="0"/>
      </w:pPr>
    </w:p>
    <w:p w14:paraId="11F3BA38" w14:textId="77777777" w:rsidR="00D7352B" w:rsidRDefault="00C90105">
      <w:pPr>
        <w:spacing w:after="0"/>
      </w:pPr>
      <w:proofErr w:type="gramStart"/>
      <w:r>
        <w:rPr>
          <w:rFonts w:ascii="Arial" w:hAnsi="Arial"/>
          <w:b/>
        </w:rPr>
        <w:t xml:space="preserve">Alice  </w:t>
      </w:r>
      <w:r>
        <w:rPr>
          <w:rFonts w:ascii="Arial" w:hAnsi="Arial"/>
          <w:color w:val="5D7284"/>
        </w:rPr>
        <w:t>42:05</w:t>
      </w:r>
      <w:proofErr w:type="gramEnd"/>
    </w:p>
    <w:p w14:paraId="4E3BB8BB" w14:textId="77777777" w:rsidR="00D7352B" w:rsidRDefault="00C90105">
      <w:pPr>
        <w:spacing w:after="0"/>
      </w:pPr>
      <w:r>
        <w:rPr>
          <w:rFonts w:ascii="Arial" w:hAnsi="Arial"/>
        </w:rPr>
        <w:t>Is this you giving up on the podcast then?</w:t>
      </w:r>
    </w:p>
    <w:p w14:paraId="642AB539" w14:textId="77777777" w:rsidR="00D7352B" w:rsidRDefault="00D7352B">
      <w:pPr>
        <w:spacing w:after="0"/>
      </w:pPr>
    </w:p>
    <w:p w14:paraId="55773CFF" w14:textId="77777777" w:rsidR="00D7352B" w:rsidRDefault="00C90105">
      <w:pPr>
        <w:spacing w:after="0"/>
      </w:pPr>
      <w:proofErr w:type="gramStart"/>
      <w:r>
        <w:rPr>
          <w:rFonts w:ascii="Arial" w:hAnsi="Arial"/>
          <w:b/>
        </w:rPr>
        <w:t xml:space="preserve">Lucy  </w:t>
      </w:r>
      <w:r>
        <w:rPr>
          <w:rFonts w:ascii="Arial" w:hAnsi="Arial"/>
          <w:color w:val="5D7284"/>
        </w:rPr>
        <w:t>42:09</w:t>
      </w:r>
      <w:proofErr w:type="gramEnd"/>
    </w:p>
    <w:p w14:paraId="5A6BF50D" w14:textId="77777777" w:rsidR="00D7352B" w:rsidRDefault="00C90105">
      <w:pPr>
        <w:spacing w:after="0"/>
      </w:pPr>
      <w:r>
        <w:rPr>
          <w:rFonts w:ascii="Arial" w:hAnsi="Arial"/>
        </w:rPr>
        <w:t>No.</w:t>
      </w:r>
    </w:p>
    <w:p w14:paraId="7AA4DB92" w14:textId="77777777" w:rsidR="00D7352B" w:rsidRDefault="00D7352B">
      <w:pPr>
        <w:spacing w:after="0"/>
      </w:pPr>
    </w:p>
    <w:p w14:paraId="218866CD" w14:textId="77777777" w:rsidR="00D7352B" w:rsidRDefault="00C90105">
      <w:pPr>
        <w:spacing w:after="0"/>
      </w:pPr>
      <w:proofErr w:type="gramStart"/>
      <w:r>
        <w:rPr>
          <w:rFonts w:ascii="Arial" w:hAnsi="Arial"/>
          <w:b/>
        </w:rPr>
        <w:t xml:space="preserve">Alice  </w:t>
      </w:r>
      <w:r>
        <w:rPr>
          <w:rFonts w:ascii="Arial" w:hAnsi="Arial"/>
          <w:color w:val="5D7284"/>
        </w:rPr>
        <w:t>42:09</w:t>
      </w:r>
      <w:proofErr w:type="gramEnd"/>
    </w:p>
    <w:p w14:paraId="08DC9C92" w14:textId="77777777" w:rsidR="00D7352B" w:rsidRDefault="00C90105">
      <w:pPr>
        <w:spacing w:after="0"/>
      </w:pPr>
      <w:r>
        <w:rPr>
          <w:rFonts w:ascii="Arial" w:hAnsi="Arial"/>
        </w:rPr>
        <w:t xml:space="preserve">Cause all we do is talk about disability. </w:t>
      </w:r>
    </w:p>
    <w:p w14:paraId="126F3534" w14:textId="77777777" w:rsidR="00D7352B" w:rsidRDefault="00D7352B">
      <w:pPr>
        <w:spacing w:after="0"/>
      </w:pPr>
    </w:p>
    <w:p w14:paraId="4F58CD27" w14:textId="77777777" w:rsidR="00D7352B" w:rsidRDefault="00C90105">
      <w:pPr>
        <w:spacing w:after="0"/>
      </w:pPr>
      <w:proofErr w:type="gramStart"/>
      <w:r>
        <w:rPr>
          <w:rFonts w:ascii="Arial" w:hAnsi="Arial"/>
          <w:b/>
        </w:rPr>
        <w:t xml:space="preserve">Lucy  </w:t>
      </w:r>
      <w:r>
        <w:rPr>
          <w:rFonts w:ascii="Arial" w:hAnsi="Arial"/>
          <w:color w:val="5D7284"/>
        </w:rPr>
        <w:t>42:12</w:t>
      </w:r>
      <w:proofErr w:type="gramEnd"/>
    </w:p>
    <w:p w14:paraId="1CC33307" w14:textId="77777777" w:rsidR="00D7352B" w:rsidRDefault="00C90105">
      <w:pPr>
        <w:spacing w:after="0"/>
      </w:pPr>
      <w:r>
        <w:rPr>
          <w:rFonts w:ascii="Arial" w:hAnsi="Arial"/>
        </w:rPr>
        <w:t xml:space="preserve">Yeah, no, </w:t>
      </w:r>
      <w:proofErr w:type="gramStart"/>
      <w:r>
        <w:rPr>
          <w:rFonts w:ascii="Arial" w:hAnsi="Arial"/>
        </w:rPr>
        <w:t>it's</w:t>
      </w:r>
      <w:proofErr w:type="gramEnd"/>
      <w:r>
        <w:rPr>
          <w:rFonts w:ascii="Arial" w:hAnsi="Arial"/>
        </w:rPr>
        <w:t xml:space="preserve"> this is fine. </w:t>
      </w:r>
    </w:p>
    <w:p w14:paraId="07894F90" w14:textId="77777777" w:rsidR="00D7352B" w:rsidRDefault="00D7352B">
      <w:pPr>
        <w:spacing w:after="0"/>
      </w:pPr>
    </w:p>
    <w:p w14:paraId="39BE0DBF" w14:textId="77777777" w:rsidR="00D7352B" w:rsidRDefault="00C90105">
      <w:pPr>
        <w:spacing w:after="0"/>
      </w:pPr>
      <w:proofErr w:type="gramStart"/>
      <w:r>
        <w:rPr>
          <w:rFonts w:ascii="Arial" w:hAnsi="Arial"/>
          <w:b/>
        </w:rPr>
        <w:t xml:space="preserve">Alice  </w:t>
      </w:r>
      <w:r>
        <w:rPr>
          <w:rFonts w:ascii="Arial" w:hAnsi="Arial"/>
          <w:color w:val="5D7284"/>
        </w:rPr>
        <w:t>42:14</w:t>
      </w:r>
      <w:proofErr w:type="gramEnd"/>
    </w:p>
    <w:p w14:paraId="4B222856" w14:textId="77777777" w:rsidR="00D7352B" w:rsidRDefault="00C90105">
      <w:pPr>
        <w:spacing w:after="0"/>
      </w:pPr>
      <w:r>
        <w:rPr>
          <w:rFonts w:ascii="Arial" w:hAnsi="Arial"/>
        </w:rPr>
        <w:t>[laughs]</w:t>
      </w:r>
    </w:p>
    <w:p w14:paraId="78723DCF" w14:textId="77777777" w:rsidR="00D7352B" w:rsidRDefault="00D7352B">
      <w:pPr>
        <w:spacing w:after="0"/>
      </w:pPr>
    </w:p>
    <w:p w14:paraId="51BA34D8" w14:textId="77777777" w:rsidR="00D7352B" w:rsidRDefault="00C90105">
      <w:pPr>
        <w:spacing w:after="0"/>
      </w:pPr>
      <w:proofErr w:type="gramStart"/>
      <w:r>
        <w:rPr>
          <w:rFonts w:ascii="Arial" w:hAnsi="Arial"/>
          <w:b/>
        </w:rPr>
        <w:t xml:space="preserve">Lucy  </w:t>
      </w:r>
      <w:r>
        <w:rPr>
          <w:rFonts w:ascii="Arial" w:hAnsi="Arial"/>
          <w:color w:val="5D7284"/>
        </w:rPr>
        <w:t>42:14</w:t>
      </w:r>
      <w:proofErr w:type="gramEnd"/>
    </w:p>
    <w:p w14:paraId="6F8A2C0A" w14:textId="77777777" w:rsidR="00D7352B" w:rsidRDefault="00C90105">
      <w:pPr>
        <w:spacing w:after="0"/>
      </w:pPr>
      <w:r>
        <w:rPr>
          <w:rFonts w:ascii="Arial" w:hAnsi="Arial"/>
        </w:rPr>
        <w:t xml:space="preserve">This is my limit now though, </w:t>
      </w:r>
      <w:proofErr w:type="gramStart"/>
      <w:r>
        <w:rPr>
          <w:rFonts w:ascii="Arial" w:hAnsi="Arial"/>
        </w:rPr>
        <w:t>I've</w:t>
      </w:r>
      <w:proofErr w:type="gramEnd"/>
      <w:r>
        <w:rPr>
          <w:rFonts w:ascii="Arial" w:hAnsi="Arial"/>
        </w:rPr>
        <w:t xml:space="preserve"> had enough now [laughs]</w:t>
      </w:r>
    </w:p>
    <w:p w14:paraId="22C87937" w14:textId="77777777" w:rsidR="00D7352B" w:rsidRDefault="00D7352B">
      <w:pPr>
        <w:spacing w:after="0"/>
      </w:pPr>
    </w:p>
    <w:p w14:paraId="7FDEF6F0" w14:textId="77777777" w:rsidR="00D7352B" w:rsidRDefault="00C90105">
      <w:pPr>
        <w:spacing w:after="0"/>
      </w:pPr>
      <w:proofErr w:type="gramStart"/>
      <w:r>
        <w:rPr>
          <w:rFonts w:ascii="Arial" w:hAnsi="Arial"/>
          <w:b/>
        </w:rPr>
        <w:t xml:space="preserve">Jasmine  </w:t>
      </w:r>
      <w:r>
        <w:rPr>
          <w:rFonts w:ascii="Arial" w:hAnsi="Arial"/>
          <w:color w:val="5D7284"/>
        </w:rPr>
        <w:t>42:18</w:t>
      </w:r>
      <w:proofErr w:type="gramEnd"/>
    </w:p>
    <w:p w14:paraId="27B44BBA" w14:textId="77777777" w:rsidR="00D7352B" w:rsidRDefault="00C90105">
      <w:pPr>
        <w:spacing w:after="0"/>
      </w:pPr>
      <w:r>
        <w:rPr>
          <w:rFonts w:ascii="Arial" w:hAnsi="Arial"/>
        </w:rPr>
        <w:t xml:space="preserve">And </w:t>
      </w:r>
      <w:proofErr w:type="gramStart"/>
      <w:r>
        <w:rPr>
          <w:rFonts w:ascii="Arial" w:hAnsi="Arial"/>
        </w:rPr>
        <w:t>that's</w:t>
      </w:r>
      <w:proofErr w:type="gramEnd"/>
      <w:r>
        <w:rPr>
          <w:rFonts w:ascii="Arial" w:hAnsi="Arial"/>
        </w:rPr>
        <w:t xml:space="preserve">, that's just why I think </w:t>
      </w:r>
      <w:r>
        <w:rPr>
          <w:rFonts w:ascii="Arial" w:hAnsi="Arial"/>
        </w:rPr>
        <w:t xml:space="preserve">TV and film need to need to show people with chronic conditions leading a normal life, whatever that is, you know, I hate the word normal, but because often, it is everything about them. They </w:t>
      </w:r>
      <w:proofErr w:type="gramStart"/>
      <w:r>
        <w:rPr>
          <w:rFonts w:ascii="Arial" w:hAnsi="Arial"/>
        </w:rPr>
        <w:t>don't</w:t>
      </w:r>
      <w:proofErr w:type="gramEnd"/>
      <w:r>
        <w:rPr>
          <w:rFonts w:ascii="Arial" w:hAnsi="Arial"/>
        </w:rPr>
        <w:t xml:space="preserve">. They might if </w:t>
      </w:r>
      <w:proofErr w:type="gramStart"/>
      <w:r>
        <w:rPr>
          <w:rFonts w:ascii="Arial" w:hAnsi="Arial"/>
        </w:rPr>
        <w:t>it's</w:t>
      </w:r>
      <w:proofErr w:type="gramEnd"/>
      <w:r>
        <w:rPr>
          <w:rFonts w:ascii="Arial" w:hAnsi="Arial"/>
        </w:rPr>
        <w:t xml:space="preserve"> young person, they might not go to sch</w:t>
      </w:r>
      <w:r>
        <w:rPr>
          <w:rFonts w:ascii="Arial" w:hAnsi="Arial"/>
        </w:rPr>
        <w:t xml:space="preserve">ool. </w:t>
      </w:r>
      <w:proofErr w:type="gramStart"/>
      <w:r>
        <w:rPr>
          <w:rFonts w:ascii="Arial" w:hAnsi="Arial"/>
        </w:rPr>
        <w:t>It's</w:t>
      </w:r>
      <w:proofErr w:type="gramEnd"/>
      <w:r>
        <w:rPr>
          <w:rFonts w:ascii="Arial" w:hAnsi="Arial"/>
        </w:rPr>
        <w:t xml:space="preserve"> not it's always physically seen. And often, </w:t>
      </w:r>
      <w:proofErr w:type="gramStart"/>
      <w:r>
        <w:rPr>
          <w:rFonts w:ascii="Arial" w:hAnsi="Arial"/>
        </w:rPr>
        <w:t>it's</w:t>
      </w:r>
      <w:proofErr w:type="gramEnd"/>
      <w:r>
        <w:rPr>
          <w:rFonts w:ascii="Arial" w:hAnsi="Arial"/>
        </w:rPr>
        <w:t xml:space="preserve"> like, oh, they might die. </w:t>
      </w:r>
      <w:proofErr w:type="gramStart"/>
      <w:r>
        <w:rPr>
          <w:rFonts w:ascii="Arial" w:hAnsi="Arial"/>
        </w:rPr>
        <w:t>It's</w:t>
      </w:r>
      <w:proofErr w:type="gramEnd"/>
      <w:r>
        <w:rPr>
          <w:rFonts w:ascii="Arial" w:hAnsi="Arial"/>
        </w:rPr>
        <w:t xml:space="preserve"> so like, </w:t>
      </w:r>
      <w:proofErr w:type="spellStart"/>
      <w:r>
        <w:rPr>
          <w:rFonts w:ascii="Arial" w:hAnsi="Arial"/>
        </w:rPr>
        <w:t>dramatised</w:t>
      </w:r>
      <w:proofErr w:type="spellEnd"/>
      <w:r>
        <w:rPr>
          <w:rFonts w:ascii="Arial" w:hAnsi="Arial"/>
        </w:rPr>
        <w:t xml:space="preserve"> -</w:t>
      </w:r>
    </w:p>
    <w:p w14:paraId="4AC9DFD5" w14:textId="77777777" w:rsidR="00D7352B" w:rsidRDefault="00D7352B">
      <w:pPr>
        <w:spacing w:after="0"/>
      </w:pPr>
    </w:p>
    <w:p w14:paraId="3D9CD03C" w14:textId="77777777" w:rsidR="00D7352B" w:rsidRDefault="00C90105">
      <w:pPr>
        <w:spacing w:after="0"/>
      </w:pPr>
      <w:proofErr w:type="gramStart"/>
      <w:r>
        <w:rPr>
          <w:rFonts w:ascii="Arial" w:hAnsi="Arial"/>
          <w:b/>
        </w:rPr>
        <w:t xml:space="preserve">Alice  </w:t>
      </w:r>
      <w:r>
        <w:rPr>
          <w:rFonts w:ascii="Arial" w:hAnsi="Arial"/>
          <w:color w:val="5D7284"/>
        </w:rPr>
        <w:t>42:48</w:t>
      </w:r>
      <w:proofErr w:type="gramEnd"/>
    </w:p>
    <w:p w14:paraId="43ED702E" w14:textId="77777777" w:rsidR="00D7352B" w:rsidRDefault="00C90105">
      <w:pPr>
        <w:spacing w:after="0"/>
      </w:pPr>
      <w:r>
        <w:rPr>
          <w:rFonts w:ascii="Arial" w:hAnsi="Arial"/>
        </w:rPr>
        <w:t>Yeah</w:t>
      </w:r>
    </w:p>
    <w:p w14:paraId="06F55B26" w14:textId="77777777" w:rsidR="00D7352B" w:rsidRDefault="00D7352B">
      <w:pPr>
        <w:spacing w:after="0"/>
      </w:pPr>
    </w:p>
    <w:p w14:paraId="0DB66A65" w14:textId="77777777" w:rsidR="00D7352B" w:rsidRDefault="00C90105">
      <w:pPr>
        <w:spacing w:after="0"/>
      </w:pPr>
      <w:proofErr w:type="gramStart"/>
      <w:r>
        <w:rPr>
          <w:rFonts w:ascii="Arial" w:hAnsi="Arial"/>
          <w:b/>
        </w:rPr>
        <w:t xml:space="preserve">Jasmine  </w:t>
      </w:r>
      <w:r>
        <w:rPr>
          <w:rFonts w:ascii="Arial" w:hAnsi="Arial"/>
          <w:color w:val="5D7284"/>
        </w:rPr>
        <w:t>42:49</w:t>
      </w:r>
      <w:proofErr w:type="gramEnd"/>
    </w:p>
    <w:p w14:paraId="2A1C50E7" w14:textId="77777777" w:rsidR="00D7352B" w:rsidRDefault="00C90105">
      <w:pPr>
        <w:spacing w:after="0"/>
      </w:pPr>
      <w:r>
        <w:rPr>
          <w:rFonts w:ascii="Arial" w:hAnsi="Arial"/>
        </w:rPr>
        <w:t xml:space="preserve"> to make it a story. But it </w:t>
      </w:r>
      <w:proofErr w:type="gramStart"/>
      <w:r>
        <w:rPr>
          <w:rFonts w:ascii="Arial" w:hAnsi="Arial"/>
        </w:rPr>
        <w:t>doesn't</w:t>
      </w:r>
      <w:proofErr w:type="gramEnd"/>
      <w:r>
        <w:rPr>
          <w:rFonts w:ascii="Arial" w:hAnsi="Arial"/>
        </w:rPr>
        <w:t xml:space="preserve">. It doesn't need to be it can just be </w:t>
      </w:r>
      <w:proofErr w:type="gramStart"/>
      <w:r>
        <w:rPr>
          <w:rFonts w:ascii="Arial" w:hAnsi="Arial"/>
        </w:rPr>
        <w:t>a it</w:t>
      </w:r>
      <w:proofErr w:type="gramEnd"/>
      <w:r>
        <w:rPr>
          <w:rFonts w:ascii="Arial" w:hAnsi="Arial"/>
        </w:rPr>
        <w:t xml:space="preserve"> needs to be shown in the film </w:t>
      </w:r>
      <w:r>
        <w:rPr>
          <w:rFonts w:ascii="Arial" w:hAnsi="Arial"/>
        </w:rPr>
        <w:t>in a way that it's not everything about them.</w:t>
      </w:r>
    </w:p>
    <w:p w14:paraId="1B5867D7" w14:textId="77777777" w:rsidR="00D7352B" w:rsidRDefault="00D7352B">
      <w:pPr>
        <w:spacing w:after="0"/>
      </w:pPr>
    </w:p>
    <w:p w14:paraId="2994663E" w14:textId="77777777" w:rsidR="00D7352B" w:rsidRDefault="00C90105">
      <w:pPr>
        <w:spacing w:after="0"/>
      </w:pPr>
      <w:proofErr w:type="gramStart"/>
      <w:r>
        <w:rPr>
          <w:rFonts w:ascii="Arial" w:hAnsi="Arial"/>
          <w:b/>
        </w:rPr>
        <w:t xml:space="preserve">Alice  </w:t>
      </w:r>
      <w:r>
        <w:rPr>
          <w:rFonts w:ascii="Arial" w:hAnsi="Arial"/>
          <w:color w:val="5D7284"/>
        </w:rPr>
        <w:t>42:58</w:t>
      </w:r>
      <w:proofErr w:type="gramEnd"/>
    </w:p>
    <w:p w14:paraId="3D2328C6" w14:textId="77777777" w:rsidR="00D7352B" w:rsidRDefault="00C90105">
      <w:pPr>
        <w:spacing w:after="0"/>
      </w:pPr>
      <w:proofErr w:type="gramStart"/>
      <w:r>
        <w:rPr>
          <w:rFonts w:ascii="Arial" w:hAnsi="Arial"/>
        </w:rPr>
        <w:t>Yeah</w:t>
      </w:r>
      <w:proofErr w:type="gramEnd"/>
      <w:r>
        <w:rPr>
          <w:rFonts w:ascii="Arial" w:hAnsi="Arial"/>
        </w:rPr>
        <w:t xml:space="preserve"> I think it's, it's - </w:t>
      </w:r>
    </w:p>
    <w:p w14:paraId="08DFFC04" w14:textId="77777777" w:rsidR="00D7352B" w:rsidRDefault="00D7352B">
      <w:pPr>
        <w:spacing w:after="0"/>
      </w:pPr>
    </w:p>
    <w:p w14:paraId="13D3CEE4" w14:textId="77777777" w:rsidR="00D7352B" w:rsidRDefault="00C90105">
      <w:pPr>
        <w:spacing w:after="0"/>
      </w:pPr>
      <w:proofErr w:type="gramStart"/>
      <w:r>
        <w:rPr>
          <w:rFonts w:ascii="Arial" w:hAnsi="Arial"/>
          <w:b/>
        </w:rPr>
        <w:t xml:space="preserve">Lucy  </w:t>
      </w:r>
      <w:r>
        <w:rPr>
          <w:rFonts w:ascii="Arial" w:hAnsi="Arial"/>
          <w:color w:val="5D7284"/>
        </w:rPr>
        <w:t>42:59</w:t>
      </w:r>
      <w:proofErr w:type="gramEnd"/>
    </w:p>
    <w:p w14:paraId="3FB4C576" w14:textId="77777777" w:rsidR="00D7352B" w:rsidRDefault="00C90105">
      <w:pPr>
        <w:spacing w:after="0"/>
      </w:pPr>
      <w:r>
        <w:rPr>
          <w:rFonts w:ascii="Arial" w:hAnsi="Arial"/>
        </w:rPr>
        <w:t>Yeah</w:t>
      </w:r>
    </w:p>
    <w:p w14:paraId="15082865" w14:textId="77777777" w:rsidR="00D7352B" w:rsidRDefault="00D7352B">
      <w:pPr>
        <w:spacing w:after="0"/>
      </w:pPr>
    </w:p>
    <w:p w14:paraId="75026D13" w14:textId="77777777" w:rsidR="00D7352B" w:rsidRDefault="00C90105">
      <w:pPr>
        <w:spacing w:after="0"/>
      </w:pPr>
      <w:proofErr w:type="gramStart"/>
      <w:r>
        <w:rPr>
          <w:rFonts w:ascii="Arial" w:hAnsi="Arial"/>
          <w:b/>
        </w:rPr>
        <w:t xml:space="preserve">Alice  </w:t>
      </w:r>
      <w:r>
        <w:rPr>
          <w:rFonts w:ascii="Arial" w:hAnsi="Arial"/>
          <w:color w:val="5D7284"/>
        </w:rPr>
        <w:t>42:59</w:t>
      </w:r>
      <w:proofErr w:type="gramEnd"/>
    </w:p>
    <w:p w14:paraId="791F6F8E" w14:textId="77777777" w:rsidR="00D7352B" w:rsidRDefault="00C90105">
      <w:pPr>
        <w:spacing w:after="0"/>
      </w:pPr>
      <w:r>
        <w:rPr>
          <w:rFonts w:ascii="Arial" w:hAnsi="Arial"/>
        </w:rPr>
        <w:lastRenderedPageBreak/>
        <w:t xml:space="preserve">The story </w:t>
      </w:r>
      <w:proofErr w:type="gramStart"/>
      <w:r>
        <w:rPr>
          <w:rFonts w:ascii="Arial" w:hAnsi="Arial"/>
        </w:rPr>
        <w:t>doesn't</w:t>
      </w:r>
      <w:proofErr w:type="gramEnd"/>
      <w:r>
        <w:rPr>
          <w:rFonts w:ascii="Arial" w:hAnsi="Arial"/>
        </w:rPr>
        <w:t xml:space="preserve"> have to be that person's, you know, illness or disability. The story can be that person's marriage, but they </w:t>
      </w:r>
      <w:r>
        <w:rPr>
          <w:rFonts w:ascii="Arial" w:hAnsi="Arial"/>
        </w:rPr>
        <w:t>happen to be disabled or something like that.</w:t>
      </w:r>
    </w:p>
    <w:p w14:paraId="46078BF4" w14:textId="77777777" w:rsidR="00D7352B" w:rsidRDefault="00D7352B">
      <w:pPr>
        <w:spacing w:after="0"/>
      </w:pPr>
    </w:p>
    <w:p w14:paraId="2A90E2BD" w14:textId="77777777" w:rsidR="00D7352B" w:rsidRDefault="00C90105">
      <w:pPr>
        <w:spacing w:after="0"/>
      </w:pPr>
      <w:proofErr w:type="gramStart"/>
      <w:r>
        <w:rPr>
          <w:rFonts w:ascii="Arial" w:hAnsi="Arial"/>
          <w:b/>
        </w:rPr>
        <w:t xml:space="preserve">Lucy  </w:t>
      </w:r>
      <w:r>
        <w:rPr>
          <w:rFonts w:ascii="Arial" w:hAnsi="Arial"/>
          <w:color w:val="5D7284"/>
        </w:rPr>
        <w:t>43:11</w:t>
      </w:r>
      <w:proofErr w:type="gramEnd"/>
    </w:p>
    <w:p w14:paraId="135730FF" w14:textId="77777777" w:rsidR="00D7352B" w:rsidRDefault="00C90105">
      <w:pPr>
        <w:spacing w:after="0"/>
      </w:pPr>
      <w:r>
        <w:rPr>
          <w:rFonts w:ascii="Arial" w:hAnsi="Arial"/>
        </w:rPr>
        <w:t xml:space="preserve">And the story as well </w:t>
      </w:r>
      <w:proofErr w:type="gramStart"/>
      <w:r>
        <w:rPr>
          <w:rFonts w:ascii="Arial" w:hAnsi="Arial"/>
        </w:rPr>
        <w:t>doesn't</w:t>
      </w:r>
      <w:proofErr w:type="gramEnd"/>
      <w:r>
        <w:rPr>
          <w:rFonts w:ascii="Arial" w:hAnsi="Arial"/>
        </w:rPr>
        <w:t xml:space="preserve"> have to be a struggle. Because yes, I have a struggled. I have struggles in my life. But my life is not a struggle do you know what I mean?</w:t>
      </w:r>
    </w:p>
    <w:p w14:paraId="12FF734B" w14:textId="77777777" w:rsidR="00D7352B" w:rsidRDefault="00D7352B">
      <w:pPr>
        <w:spacing w:after="0"/>
      </w:pPr>
    </w:p>
    <w:p w14:paraId="6CF6B0C0" w14:textId="77777777" w:rsidR="00D7352B" w:rsidRDefault="00C90105">
      <w:pPr>
        <w:spacing w:after="0"/>
      </w:pPr>
      <w:proofErr w:type="gramStart"/>
      <w:r>
        <w:rPr>
          <w:rFonts w:ascii="Arial" w:hAnsi="Arial"/>
          <w:b/>
        </w:rPr>
        <w:t xml:space="preserve">Jasmine  </w:t>
      </w:r>
      <w:r>
        <w:rPr>
          <w:rFonts w:ascii="Arial" w:hAnsi="Arial"/>
          <w:color w:val="5D7284"/>
        </w:rPr>
        <w:t>43:21</w:t>
      </w:r>
      <w:proofErr w:type="gramEnd"/>
    </w:p>
    <w:p w14:paraId="4EE7B1E8" w14:textId="77777777" w:rsidR="00D7352B" w:rsidRDefault="00C90105">
      <w:pPr>
        <w:spacing w:after="0"/>
      </w:pPr>
      <w:r>
        <w:rPr>
          <w:rFonts w:ascii="Arial" w:hAnsi="Arial"/>
        </w:rPr>
        <w:t>Yeah, it ne</w:t>
      </w:r>
      <w:r>
        <w:rPr>
          <w:rFonts w:ascii="Arial" w:hAnsi="Arial"/>
        </w:rPr>
        <w:t xml:space="preserve">eds to show that </w:t>
      </w:r>
      <w:proofErr w:type="gramStart"/>
      <w:r>
        <w:rPr>
          <w:rFonts w:ascii="Arial" w:hAnsi="Arial"/>
        </w:rPr>
        <w:t>I'm</w:t>
      </w:r>
      <w:proofErr w:type="gramEnd"/>
      <w:r>
        <w:rPr>
          <w:rFonts w:ascii="Arial" w:hAnsi="Arial"/>
        </w:rPr>
        <w:t xml:space="preserve"> a lot more than just my condition. Again, I think </w:t>
      </w:r>
      <w:proofErr w:type="gramStart"/>
      <w:r>
        <w:rPr>
          <w:rFonts w:ascii="Arial" w:hAnsi="Arial"/>
        </w:rPr>
        <w:t>that's</w:t>
      </w:r>
      <w:proofErr w:type="gramEnd"/>
      <w:r>
        <w:rPr>
          <w:rFonts w:ascii="Arial" w:hAnsi="Arial"/>
        </w:rPr>
        <w:t xml:space="preserve">, yeah. </w:t>
      </w:r>
    </w:p>
    <w:p w14:paraId="29A0EA5F" w14:textId="77777777" w:rsidR="00D7352B" w:rsidRDefault="00D7352B">
      <w:pPr>
        <w:spacing w:after="0"/>
      </w:pPr>
    </w:p>
    <w:p w14:paraId="1D4C173B" w14:textId="77777777" w:rsidR="00D7352B" w:rsidRDefault="00C90105">
      <w:pPr>
        <w:spacing w:after="0"/>
      </w:pPr>
      <w:proofErr w:type="gramStart"/>
      <w:r>
        <w:rPr>
          <w:rFonts w:ascii="Arial" w:hAnsi="Arial"/>
          <w:b/>
        </w:rPr>
        <w:t xml:space="preserve">Lucy  </w:t>
      </w:r>
      <w:r>
        <w:rPr>
          <w:rFonts w:ascii="Arial" w:hAnsi="Arial"/>
          <w:color w:val="5D7284"/>
        </w:rPr>
        <w:t>43:26</w:t>
      </w:r>
      <w:proofErr w:type="gramEnd"/>
    </w:p>
    <w:p w14:paraId="0B23E850" w14:textId="77777777" w:rsidR="00D7352B" w:rsidRDefault="00C90105">
      <w:pPr>
        <w:spacing w:after="0"/>
      </w:pPr>
      <w:r>
        <w:rPr>
          <w:rFonts w:ascii="Arial" w:hAnsi="Arial"/>
        </w:rPr>
        <w:t>Yeah,</w:t>
      </w:r>
    </w:p>
    <w:p w14:paraId="7B93E92D" w14:textId="77777777" w:rsidR="00D7352B" w:rsidRDefault="00D7352B">
      <w:pPr>
        <w:spacing w:after="0"/>
      </w:pPr>
    </w:p>
    <w:p w14:paraId="74655250" w14:textId="77777777" w:rsidR="00D7352B" w:rsidRDefault="00C90105">
      <w:pPr>
        <w:spacing w:after="0"/>
      </w:pPr>
      <w:proofErr w:type="gramStart"/>
      <w:r>
        <w:rPr>
          <w:rFonts w:ascii="Arial" w:hAnsi="Arial"/>
          <w:b/>
        </w:rPr>
        <w:t xml:space="preserve">Alice  </w:t>
      </w:r>
      <w:r>
        <w:rPr>
          <w:rFonts w:ascii="Arial" w:hAnsi="Arial"/>
          <w:color w:val="5D7284"/>
        </w:rPr>
        <w:t>43:27</w:t>
      </w:r>
      <w:proofErr w:type="gramEnd"/>
    </w:p>
    <w:p w14:paraId="6E13C7B6" w14:textId="77777777" w:rsidR="00D7352B" w:rsidRDefault="00C90105">
      <w:pPr>
        <w:spacing w:after="0"/>
      </w:pPr>
      <w:r>
        <w:rPr>
          <w:rFonts w:ascii="Arial" w:hAnsi="Arial"/>
        </w:rPr>
        <w:t>I touched on this at when I guess did on another podcast and on that I pitched Bridesmaids with everybody has a sensory impairment. That'</w:t>
      </w:r>
      <w:r>
        <w:rPr>
          <w:rFonts w:ascii="Arial" w:hAnsi="Arial"/>
        </w:rPr>
        <w:t xml:space="preserve">s what I want to say, the film Bridesmaid's, but everybody's got a different sensory or communicative difference or impairment so you can absolutely have all the jokes about the deaf person and the blind person not being able to communicate because that's </w:t>
      </w:r>
      <w:r>
        <w:rPr>
          <w:rFonts w:ascii="Arial" w:hAnsi="Arial"/>
        </w:rPr>
        <w:t xml:space="preserve">that that would be </w:t>
      </w:r>
      <w:proofErr w:type="gramStart"/>
      <w:r>
        <w:rPr>
          <w:rFonts w:ascii="Arial" w:hAnsi="Arial"/>
        </w:rPr>
        <w:t>funny,  But</w:t>
      </w:r>
      <w:proofErr w:type="gramEnd"/>
      <w:r>
        <w:rPr>
          <w:rFonts w:ascii="Arial" w:hAnsi="Arial"/>
        </w:rPr>
        <w:t xml:space="preserve"> it would, it would be funny in the way that the rest of Bridesmaids is funny because it would just be shocking and the, you know, uncomfortable. And yeah, </w:t>
      </w:r>
      <w:proofErr w:type="gramStart"/>
      <w:r>
        <w:rPr>
          <w:rFonts w:ascii="Arial" w:hAnsi="Arial"/>
        </w:rPr>
        <w:t>that's</w:t>
      </w:r>
      <w:proofErr w:type="gramEnd"/>
      <w:r>
        <w:rPr>
          <w:rFonts w:ascii="Arial" w:hAnsi="Arial"/>
        </w:rPr>
        <w:t xml:space="preserve"> what I want to see. </w:t>
      </w:r>
    </w:p>
    <w:p w14:paraId="07E18CAD" w14:textId="77777777" w:rsidR="00D7352B" w:rsidRDefault="00D7352B">
      <w:pPr>
        <w:spacing w:after="0"/>
      </w:pPr>
    </w:p>
    <w:p w14:paraId="72DE908D" w14:textId="77777777" w:rsidR="00D7352B" w:rsidRDefault="00C90105">
      <w:pPr>
        <w:spacing w:after="0"/>
      </w:pPr>
      <w:proofErr w:type="gramStart"/>
      <w:r>
        <w:rPr>
          <w:rFonts w:ascii="Arial" w:hAnsi="Arial"/>
          <w:b/>
        </w:rPr>
        <w:t xml:space="preserve">Lucy  </w:t>
      </w:r>
      <w:r>
        <w:rPr>
          <w:rFonts w:ascii="Arial" w:hAnsi="Arial"/>
          <w:color w:val="5D7284"/>
        </w:rPr>
        <w:t>43:57</w:t>
      </w:r>
      <w:proofErr w:type="gramEnd"/>
    </w:p>
    <w:p w14:paraId="5F5C6AE8" w14:textId="77777777" w:rsidR="00D7352B" w:rsidRDefault="00C90105">
      <w:pPr>
        <w:spacing w:after="0"/>
      </w:pPr>
      <w:r>
        <w:rPr>
          <w:rFonts w:ascii="Arial" w:hAnsi="Arial"/>
        </w:rPr>
        <w:t xml:space="preserve">[laughs] Yeah okay. </w:t>
      </w:r>
    </w:p>
    <w:p w14:paraId="777E1F85" w14:textId="77777777" w:rsidR="00D7352B" w:rsidRDefault="00D7352B">
      <w:pPr>
        <w:spacing w:after="0"/>
      </w:pPr>
    </w:p>
    <w:p w14:paraId="3C8C17F8" w14:textId="77777777" w:rsidR="00D7352B" w:rsidRDefault="00C90105">
      <w:pPr>
        <w:spacing w:after="0"/>
      </w:pPr>
      <w:proofErr w:type="gramStart"/>
      <w:r>
        <w:rPr>
          <w:rFonts w:ascii="Arial" w:hAnsi="Arial"/>
          <w:b/>
        </w:rPr>
        <w:t xml:space="preserve">Alice  </w:t>
      </w:r>
      <w:r>
        <w:rPr>
          <w:rFonts w:ascii="Arial" w:hAnsi="Arial"/>
          <w:color w:val="5D7284"/>
        </w:rPr>
        <w:t>44:10</w:t>
      </w:r>
      <w:proofErr w:type="gramEnd"/>
    </w:p>
    <w:p w14:paraId="6580593C" w14:textId="77777777" w:rsidR="00D7352B" w:rsidRDefault="00C90105">
      <w:pPr>
        <w:spacing w:after="0"/>
      </w:pPr>
      <w:r>
        <w:rPr>
          <w:rFonts w:ascii="Arial" w:hAnsi="Arial"/>
        </w:rPr>
        <w:t>I want to see a film about bridesmaids getting drunk and having terrible love lives and they happen to be disabled.</w:t>
      </w:r>
    </w:p>
    <w:p w14:paraId="07EC5254" w14:textId="77777777" w:rsidR="00D7352B" w:rsidRDefault="00D7352B">
      <w:pPr>
        <w:spacing w:after="0"/>
      </w:pPr>
    </w:p>
    <w:p w14:paraId="101F19D7" w14:textId="77777777" w:rsidR="00D7352B" w:rsidRDefault="00C90105">
      <w:pPr>
        <w:spacing w:after="0"/>
      </w:pPr>
      <w:proofErr w:type="gramStart"/>
      <w:r>
        <w:rPr>
          <w:rFonts w:ascii="Arial" w:hAnsi="Arial"/>
          <w:b/>
        </w:rPr>
        <w:t xml:space="preserve">Lucy  </w:t>
      </w:r>
      <w:r>
        <w:rPr>
          <w:rFonts w:ascii="Arial" w:hAnsi="Arial"/>
          <w:color w:val="5D7284"/>
        </w:rPr>
        <w:t>44:17</w:t>
      </w:r>
      <w:proofErr w:type="gramEnd"/>
    </w:p>
    <w:p w14:paraId="142EFEDC" w14:textId="77777777" w:rsidR="00D7352B" w:rsidRDefault="00C90105">
      <w:pPr>
        <w:spacing w:after="0"/>
      </w:pPr>
      <w:r>
        <w:rPr>
          <w:rFonts w:ascii="Arial" w:hAnsi="Arial"/>
        </w:rPr>
        <w:t xml:space="preserve">Yes. Okay. Well, when I do in fact, find somebody and I do get married... </w:t>
      </w:r>
    </w:p>
    <w:p w14:paraId="69F408C6" w14:textId="77777777" w:rsidR="00D7352B" w:rsidRDefault="00D7352B">
      <w:pPr>
        <w:spacing w:after="0"/>
      </w:pPr>
    </w:p>
    <w:p w14:paraId="52017F60" w14:textId="77777777" w:rsidR="00D7352B" w:rsidRDefault="00C90105">
      <w:pPr>
        <w:spacing w:after="0"/>
      </w:pPr>
      <w:proofErr w:type="gramStart"/>
      <w:r>
        <w:rPr>
          <w:rFonts w:ascii="Arial" w:hAnsi="Arial"/>
          <w:b/>
        </w:rPr>
        <w:t xml:space="preserve">Alice  </w:t>
      </w:r>
      <w:r>
        <w:rPr>
          <w:rFonts w:ascii="Arial" w:hAnsi="Arial"/>
          <w:color w:val="5D7284"/>
        </w:rPr>
        <w:t>44:24</w:t>
      </w:r>
      <w:proofErr w:type="gramEnd"/>
    </w:p>
    <w:p w14:paraId="1E8071D9" w14:textId="77777777" w:rsidR="00D7352B" w:rsidRDefault="00C90105">
      <w:pPr>
        <w:spacing w:after="0"/>
      </w:pPr>
      <w:r>
        <w:rPr>
          <w:rFonts w:ascii="Arial" w:hAnsi="Arial"/>
        </w:rPr>
        <w:t>[laughs]</w:t>
      </w:r>
    </w:p>
    <w:p w14:paraId="409C61DB" w14:textId="77777777" w:rsidR="00D7352B" w:rsidRDefault="00D7352B">
      <w:pPr>
        <w:spacing w:after="0"/>
      </w:pPr>
    </w:p>
    <w:p w14:paraId="4A62E819" w14:textId="77777777" w:rsidR="00D7352B" w:rsidRDefault="00C90105">
      <w:pPr>
        <w:spacing w:after="0"/>
      </w:pPr>
      <w:proofErr w:type="gramStart"/>
      <w:r>
        <w:rPr>
          <w:rFonts w:ascii="Arial" w:hAnsi="Arial"/>
          <w:b/>
        </w:rPr>
        <w:t xml:space="preserve">Lucy  </w:t>
      </w:r>
      <w:r>
        <w:rPr>
          <w:rFonts w:ascii="Arial" w:hAnsi="Arial"/>
          <w:color w:val="5D7284"/>
        </w:rPr>
        <w:t>44:24</w:t>
      </w:r>
      <w:proofErr w:type="gramEnd"/>
    </w:p>
    <w:p w14:paraId="4F6EE33E" w14:textId="77777777" w:rsidR="00D7352B" w:rsidRDefault="00C90105">
      <w:pPr>
        <w:spacing w:after="0"/>
      </w:pPr>
      <w:r>
        <w:rPr>
          <w:rFonts w:ascii="Arial" w:hAnsi="Arial"/>
        </w:rPr>
        <w:t xml:space="preserve">You can </w:t>
      </w:r>
      <w:r>
        <w:rPr>
          <w:rFonts w:ascii="Arial" w:hAnsi="Arial"/>
        </w:rPr>
        <w:t>become my bridesmaid and you could document the whole thing on a home video camera.</w:t>
      </w:r>
    </w:p>
    <w:p w14:paraId="6C10AB65" w14:textId="77777777" w:rsidR="00D7352B" w:rsidRDefault="00D7352B">
      <w:pPr>
        <w:spacing w:after="0"/>
      </w:pPr>
    </w:p>
    <w:p w14:paraId="568C34C8" w14:textId="77777777" w:rsidR="00D7352B" w:rsidRDefault="00C90105">
      <w:pPr>
        <w:spacing w:after="0"/>
      </w:pPr>
      <w:proofErr w:type="gramStart"/>
      <w:r>
        <w:rPr>
          <w:rFonts w:ascii="Arial" w:hAnsi="Arial"/>
          <w:b/>
        </w:rPr>
        <w:t xml:space="preserve">Alice  </w:t>
      </w:r>
      <w:r>
        <w:rPr>
          <w:rFonts w:ascii="Arial" w:hAnsi="Arial"/>
          <w:color w:val="5D7284"/>
        </w:rPr>
        <w:t>44:28</w:t>
      </w:r>
      <w:proofErr w:type="gramEnd"/>
    </w:p>
    <w:p w14:paraId="5BD1B67E" w14:textId="77777777" w:rsidR="00D7352B" w:rsidRDefault="00C90105">
      <w:pPr>
        <w:spacing w:after="0"/>
      </w:pPr>
      <w:r>
        <w:rPr>
          <w:rFonts w:ascii="Arial" w:hAnsi="Arial"/>
        </w:rPr>
        <w:t xml:space="preserve">Cool. Sounds good. Sounds brilliant. I like that </w:t>
      </w:r>
      <w:proofErr w:type="gramStart"/>
      <w:r>
        <w:rPr>
          <w:rFonts w:ascii="Arial" w:hAnsi="Arial"/>
        </w:rPr>
        <w:t>we're</w:t>
      </w:r>
      <w:proofErr w:type="gramEnd"/>
      <w:r>
        <w:rPr>
          <w:rFonts w:ascii="Arial" w:hAnsi="Arial"/>
        </w:rPr>
        <w:t xml:space="preserve"> doing it 90's style with a home video camera and not just my smartphone but okay! [laughs]</w:t>
      </w:r>
    </w:p>
    <w:p w14:paraId="1752F7D0" w14:textId="77777777" w:rsidR="00D7352B" w:rsidRDefault="00D7352B">
      <w:pPr>
        <w:spacing w:after="0"/>
      </w:pPr>
    </w:p>
    <w:p w14:paraId="64F99996" w14:textId="77777777" w:rsidR="00D7352B" w:rsidRDefault="00C90105">
      <w:pPr>
        <w:spacing w:after="0"/>
      </w:pPr>
      <w:proofErr w:type="gramStart"/>
      <w:r>
        <w:rPr>
          <w:rFonts w:ascii="Arial" w:hAnsi="Arial"/>
          <w:b/>
        </w:rPr>
        <w:t xml:space="preserve">Jasmine  </w:t>
      </w:r>
      <w:r>
        <w:rPr>
          <w:rFonts w:ascii="Arial" w:hAnsi="Arial"/>
          <w:color w:val="5D7284"/>
        </w:rPr>
        <w:t>44</w:t>
      </w:r>
      <w:r>
        <w:rPr>
          <w:rFonts w:ascii="Arial" w:hAnsi="Arial"/>
          <w:color w:val="5D7284"/>
        </w:rPr>
        <w:t>:37</w:t>
      </w:r>
      <w:proofErr w:type="gramEnd"/>
    </w:p>
    <w:p w14:paraId="56860414" w14:textId="77777777" w:rsidR="00D7352B" w:rsidRDefault="00C90105">
      <w:pPr>
        <w:spacing w:after="0"/>
      </w:pPr>
      <w:r>
        <w:rPr>
          <w:rFonts w:ascii="Arial" w:hAnsi="Arial"/>
        </w:rPr>
        <w:t>[laughs]</w:t>
      </w:r>
    </w:p>
    <w:p w14:paraId="6E576561" w14:textId="77777777" w:rsidR="00D7352B" w:rsidRDefault="00D7352B">
      <w:pPr>
        <w:spacing w:after="0"/>
      </w:pPr>
    </w:p>
    <w:p w14:paraId="29D92C95" w14:textId="77777777" w:rsidR="00D7352B" w:rsidRDefault="00C90105">
      <w:pPr>
        <w:spacing w:after="0"/>
      </w:pPr>
      <w:proofErr w:type="gramStart"/>
      <w:r>
        <w:rPr>
          <w:rFonts w:ascii="Arial" w:hAnsi="Arial"/>
          <w:b/>
        </w:rPr>
        <w:t xml:space="preserve">Lucy  </w:t>
      </w:r>
      <w:r>
        <w:rPr>
          <w:rFonts w:ascii="Arial" w:hAnsi="Arial"/>
          <w:color w:val="5D7284"/>
        </w:rPr>
        <w:t>44:38</w:t>
      </w:r>
      <w:proofErr w:type="gramEnd"/>
    </w:p>
    <w:p w14:paraId="0B900ACD" w14:textId="77777777" w:rsidR="00D7352B" w:rsidRDefault="00C90105">
      <w:pPr>
        <w:spacing w:after="0"/>
      </w:pPr>
      <w:r>
        <w:rPr>
          <w:rFonts w:ascii="Arial" w:hAnsi="Arial"/>
        </w:rPr>
        <w:t xml:space="preserve">Whatever. Alright! You take the media student out of the media </w:t>
      </w:r>
      <w:proofErr w:type="gramStart"/>
      <w:r>
        <w:rPr>
          <w:rFonts w:ascii="Arial" w:hAnsi="Arial"/>
        </w:rPr>
        <w:t>studies</w:t>
      </w:r>
      <w:proofErr w:type="gramEnd"/>
      <w:r>
        <w:rPr>
          <w:rFonts w:ascii="Arial" w:hAnsi="Arial"/>
        </w:rPr>
        <w:t xml:space="preserve"> but you can't take the media studies out of the media student.  </w:t>
      </w:r>
    </w:p>
    <w:p w14:paraId="2FFB1691" w14:textId="77777777" w:rsidR="00D7352B" w:rsidRDefault="00D7352B">
      <w:pPr>
        <w:spacing w:after="0"/>
      </w:pPr>
    </w:p>
    <w:p w14:paraId="4E9D8613" w14:textId="77777777" w:rsidR="00D7352B" w:rsidRDefault="00C90105">
      <w:pPr>
        <w:spacing w:after="0"/>
      </w:pPr>
      <w:proofErr w:type="gramStart"/>
      <w:r>
        <w:rPr>
          <w:rFonts w:ascii="Arial" w:hAnsi="Arial"/>
          <w:b/>
        </w:rPr>
        <w:t xml:space="preserve">all  </w:t>
      </w:r>
      <w:r>
        <w:rPr>
          <w:rFonts w:ascii="Arial" w:hAnsi="Arial"/>
          <w:color w:val="5D7284"/>
        </w:rPr>
        <w:t>44:47</w:t>
      </w:r>
      <w:proofErr w:type="gramEnd"/>
    </w:p>
    <w:p w14:paraId="0C2D7919" w14:textId="77777777" w:rsidR="00D7352B" w:rsidRDefault="00C90105">
      <w:pPr>
        <w:spacing w:after="0"/>
      </w:pPr>
      <w:r>
        <w:rPr>
          <w:rFonts w:ascii="Arial" w:hAnsi="Arial"/>
        </w:rPr>
        <w:t>[laughter]</w:t>
      </w:r>
    </w:p>
    <w:p w14:paraId="478B60AA" w14:textId="77777777" w:rsidR="00D7352B" w:rsidRDefault="00D7352B">
      <w:pPr>
        <w:spacing w:after="0"/>
      </w:pPr>
    </w:p>
    <w:p w14:paraId="49083685" w14:textId="77777777" w:rsidR="00D7352B" w:rsidRDefault="00C90105">
      <w:pPr>
        <w:spacing w:after="0"/>
      </w:pPr>
      <w:proofErr w:type="gramStart"/>
      <w:r>
        <w:rPr>
          <w:rFonts w:ascii="Arial" w:hAnsi="Arial"/>
          <w:b/>
        </w:rPr>
        <w:t xml:space="preserve">Lucy  </w:t>
      </w:r>
      <w:r>
        <w:rPr>
          <w:rFonts w:ascii="Arial" w:hAnsi="Arial"/>
          <w:color w:val="5D7284"/>
        </w:rPr>
        <w:t>44:47</w:t>
      </w:r>
      <w:proofErr w:type="gramEnd"/>
    </w:p>
    <w:p w14:paraId="5B206135" w14:textId="77777777" w:rsidR="00D7352B" w:rsidRDefault="00C90105">
      <w:pPr>
        <w:spacing w:after="0"/>
      </w:pPr>
      <w:r>
        <w:rPr>
          <w:rFonts w:ascii="Arial" w:hAnsi="Arial"/>
        </w:rPr>
        <w:t xml:space="preserve">Now I think </w:t>
      </w:r>
      <w:proofErr w:type="gramStart"/>
      <w:r>
        <w:rPr>
          <w:rFonts w:ascii="Arial" w:hAnsi="Arial"/>
        </w:rPr>
        <w:t>it's</w:t>
      </w:r>
      <w:proofErr w:type="gramEnd"/>
      <w:r>
        <w:rPr>
          <w:rFonts w:ascii="Arial" w:hAnsi="Arial"/>
        </w:rPr>
        <w:t xml:space="preserve"> really interesting. And I also get, I hav</w:t>
      </w:r>
      <w:r>
        <w:rPr>
          <w:rFonts w:ascii="Arial" w:hAnsi="Arial"/>
        </w:rPr>
        <w:t xml:space="preserve">e said this before in previous shows that I </w:t>
      </w:r>
      <w:proofErr w:type="gramStart"/>
      <w:r>
        <w:rPr>
          <w:rFonts w:ascii="Arial" w:hAnsi="Arial"/>
        </w:rPr>
        <w:t>don't</w:t>
      </w:r>
      <w:proofErr w:type="gramEnd"/>
      <w:r>
        <w:rPr>
          <w:rFonts w:ascii="Arial" w:hAnsi="Arial"/>
        </w:rPr>
        <w:t xml:space="preserve"> think I've been out yet, so this is brand new information. I find it very disheartening </w:t>
      </w:r>
      <w:proofErr w:type="spellStart"/>
      <w:r>
        <w:rPr>
          <w:rFonts w:ascii="Arial" w:hAnsi="Arial"/>
        </w:rPr>
        <w:t>cuz</w:t>
      </w:r>
      <w:proofErr w:type="spellEnd"/>
      <w:r>
        <w:rPr>
          <w:rFonts w:ascii="Arial" w:hAnsi="Arial"/>
        </w:rPr>
        <w:t xml:space="preserve"> I am, I was a media student. </w:t>
      </w:r>
      <w:proofErr w:type="gramStart"/>
      <w:r>
        <w:rPr>
          <w:rFonts w:ascii="Arial" w:hAnsi="Arial"/>
        </w:rPr>
        <w:t>I've</w:t>
      </w:r>
      <w:proofErr w:type="gramEnd"/>
      <w:r>
        <w:rPr>
          <w:rFonts w:ascii="Arial" w:hAnsi="Arial"/>
        </w:rPr>
        <w:t xml:space="preserve"> had experience working in broadcasting. And when I just slowly started to </w:t>
      </w:r>
      <w:proofErr w:type="gramStart"/>
      <w:r>
        <w:rPr>
          <w:rFonts w:ascii="Arial" w:hAnsi="Arial"/>
        </w:rPr>
        <w:t>realis</w:t>
      </w:r>
      <w:r>
        <w:rPr>
          <w:rFonts w:ascii="Arial" w:hAnsi="Arial"/>
        </w:rPr>
        <w:t>e actually, the</w:t>
      </w:r>
      <w:proofErr w:type="gramEnd"/>
      <w:r>
        <w:rPr>
          <w:rFonts w:ascii="Arial" w:hAnsi="Arial"/>
        </w:rPr>
        <w:t xml:space="preserve"> media I'm very </w:t>
      </w:r>
      <w:proofErr w:type="spellStart"/>
      <w:r>
        <w:rPr>
          <w:rFonts w:ascii="Arial" w:hAnsi="Arial"/>
        </w:rPr>
        <w:t>favourable</w:t>
      </w:r>
      <w:proofErr w:type="spellEnd"/>
      <w:r>
        <w:rPr>
          <w:rFonts w:ascii="Arial" w:hAnsi="Arial"/>
        </w:rPr>
        <w:t xml:space="preserve"> to people with disabilities, it broke my little heart because I was like, well, I love television. It is you just think to yourself, yeah, come on </w:t>
      </w:r>
      <w:proofErr w:type="gramStart"/>
      <w:r>
        <w:rPr>
          <w:rFonts w:ascii="Arial" w:hAnsi="Arial"/>
        </w:rPr>
        <w:t>it's</w:t>
      </w:r>
      <w:proofErr w:type="gramEnd"/>
      <w:r>
        <w:rPr>
          <w:rFonts w:ascii="Arial" w:hAnsi="Arial"/>
        </w:rPr>
        <w:t xml:space="preserve"> like 2021 now, can we have a fresh perspective? </w:t>
      </w:r>
    </w:p>
    <w:p w14:paraId="043E26BE" w14:textId="77777777" w:rsidR="00D7352B" w:rsidRDefault="00D7352B">
      <w:pPr>
        <w:spacing w:after="0"/>
      </w:pPr>
    </w:p>
    <w:p w14:paraId="5F60FD7F" w14:textId="77777777" w:rsidR="00D7352B" w:rsidRDefault="00C90105">
      <w:pPr>
        <w:spacing w:after="0"/>
      </w:pPr>
      <w:proofErr w:type="gramStart"/>
      <w:r>
        <w:rPr>
          <w:rFonts w:ascii="Arial" w:hAnsi="Arial"/>
          <w:b/>
        </w:rPr>
        <w:t xml:space="preserve">Jasmine  </w:t>
      </w:r>
      <w:r>
        <w:rPr>
          <w:rFonts w:ascii="Arial" w:hAnsi="Arial"/>
          <w:color w:val="5D7284"/>
        </w:rPr>
        <w:t>45:</w:t>
      </w:r>
      <w:r>
        <w:rPr>
          <w:rFonts w:ascii="Arial" w:hAnsi="Arial"/>
          <w:color w:val="5D7284"/>
        </w:rPr>
        <w:t>30</w:t>
      </w:r>
      <w:proofErr w:type="gramEnd"/>
    </w:p>
    <w:p w14:paraId="26E9CD00" w14:textId="77777777" w:rsidR="00D7352B" w:rsidRDefault="00C90105">
      <w:pPr>
        <w:spacing w:after="0"/>
      </w:pPr>
      <w:r>
        <w:rPr>
          <w:rFonts w:ascii="Arial" w:hAnsi="Arial"/>
        </w:rPr>
        <w:t xml:space="preserve">It just needs to be represented more realistically. Because </w:t>
      </w:r>
      <w:proofErr w:type="gramStart"/>
      <w:r>
        <w:rPr>
          <w:rFonts w:ascii="Arial" w:hAnsi="Arial"/>
        </w:rPr>
        <w:t>it's</w:t>
      </w:r>
      <w:proofErr w:type="gramEnd"/>
      <w:r>
        <w:rPr>
          <w:rFonts w:ascii="Arial" w:hAnsi="Arial"/>
        </w:rPr>
        <w:t xml:space="preserve"> either completely </w:t>
      </w:r>
      <w:proofErr w:type="spellStart"/>
      <w:r>
        <w:rPr>
          <w:rFonts w:ascii="Arial" w:hAnsi="Arial"/>
        </w:rPr>
        <w:t>dramatised</w:t>
      </w:r>
      <w:proofErr w:type="spellEnd"/>
      <w:r>
        <w:rPr>
          <w:rFonts w:ascii="Arial" w:hAnsi="Arial"/>
        </w:rPr>
        <w:t xml:space="preserve"> or not at all and especially with arthritis. Like I said, it's such a fluctuating condition that you can easily have a character that has </w:t>
      </w:r>
      <w:proofErr w:type="gramStart"/>
      <w:r>
        <w:rPr>
          <w:rFonts w:ascii="Arial" w:hAnsi="Arial"/>
        </w:rPr>
        <w:t>arthritis, but</w:t>
      </w:r>
      <w:proofErr w:type="gramEnd"/>
      <w:r>
        <w:rPr>
          <w:rFonts w:ascii="Arial" w:hAnsi="Arial"/>
        </w:rPr>
        <w:t xml:space="preserve"> is goi</w:t>
      </w:r>
      <w:r>
        <w:rPr>
          <w:rFonts w:ascii="Arial" w:hAnsi="Arial"/>
        </w:rPr>
        <w:t xml:space="preserve">ng out and going on adventures and doing whatever else, because and also representing the fact that pain is really is really difficult to live with. </w:t>
      </w:r>
    </w:p>
    <w:p w14:paraId="726A46FF" w14:textId="77777777" w:rsidR="00D7352B" w:rsidRDefault="00D7352B">
      <w:pPr>
        <w:spacing w:after="0"/>
      </w:pPr>
    </w:p>
    <w:p w14:paraId="7232A835" w14:textId="77777777" w:rsidR="00D7352B" w:rsidRDefault="00C90105">
      <w:pPr>
        <w:spacing w:after="0"/>
      </w:pPr>
      <w:proofErr w:type="gramStart"/>
      <w:r>
        <w:rPr>
          <w:rFonts w:ascii="Arial" w:hAnsi="Arial"/>
          <w:b/>
        </w:rPr>
        <w:t xml:space="preserve">Lucy  </w:t>
      </w:r>
      <w:r>
        <w:rPr>
          <w:rFonts w:ascii="Arial" w:hAnsi="Arial"/>
          <w:color w:val="5D7284"/>
        </w:rPr>
        <w:t>46:00</w:t>
      </w:r>
      <w:proofErr w:type="gramEnd"/>
    </w:p>
    <w:p w14:paraId="1C6BF7F6" w14:textId="77777777" w:rsidR="00D7352B" w:rsidRDefault="00C90105">
      <w:pPr>
        <w:spacing w:after="0"/>
      </w:pPr>
      <w:r>
        <w:rPr>
          <w:rFonts w:ascii="Arial" w:hAnsi="Arial"/>
        </w:rPr>
        <w:t xml:space="preserve">Yeah. </w:t>
      </w:r>
    </w:p>
    <w:p w14:paraId="751451D6" w14:textId="77777777" w:rsidR="00D7352B" w:rsidRDefault="00D7352B">
      <w:pPr>
        <w:spacing w:after="0"/>
      </w:pPr>
    </w:p>
    <w:p w14:paraId="279464CC" w14:textId="77777777" w:rsidR="00D7352B" w:rsidRDefault="00C90105">
      <w:pPr>
        <w:spacing w:after="0"/>
      </w:pPr>
      <w:proofErr w:type="gramStart"/>
      <w:r>
        <w:rPr>
          <w:rFonts w:ascii="Arial" w:hAnsi="Arial"/>
          <w:b/>
        </w:rPr>
        <w:t xml:space="preserve">Jasmine  </w:t>
      </w:r>
      <w:r>
        <w:rPr>
          <w:rFonts w:ascii="Arial" w:hAnsi="Arial"/>
          <w:color w:val="5D7284"/>
        </w:rPr>
        <w:t>46:02</w:t>
      </w:r>
      <w:proofErr w:type="gramEnd"/>
    </w:p>
    <w:p w14:paraId="02EBA8E0" w14:textId="77777777" w:rsidR="00D7352B" w:rsidRDefault="00C90105">
      <w:pPr>
        <w:spacing w:after="0"/>
      </w:pPr>
      <w:proofErr w:type="gramStart"/>
      <w:r>
        <w:rPr>
          <w:rFonts w:ascii="Arial" w:hAnsi="Arial"/>
        </w:rPr>
        <w:t>It's</w:t>
      </w:r>
      <w:proofErr w:type="gramEnd"/>
      <w:r>
        <w:rPr>
          <w:rFonts w:ascii="Arial" w:hAnsi="Arial"/>
        </w:rPr>
        <w:t xml:space="preserve"> just, I think it's a huge role for them, that they need to </w:t>
      </w:r>
      <w:r>
        <w:rPr>
          <w:rFonts w:ascii="Arial" w:hAnsi="Arial"/>
        </w:rPr>
        <w:t>step up soon.</w:t>
      </w:r>
    </w:p>
    <w:p w14:paraId="25BA46C9" w14:textId="77777777" w:rsidR="00D7352B" w:rsidRDefault="00D7352B">
      <w:pPr>
        <w:spacing w:after="0"/>
      </w:pPr>
    </w:p>
    <w:p w14:paraId="763A4358" w14:textId="77777777" w:rsidR="00D7352B" w:rsidRDefault="00C90105">
      <w:pPr>
        <w:spacing w:after="0"/>
      </w:pPr>
      <w:proofErr w:type="gramStart"/>
      <w:r>
        <w:rPr>
          <w:rFonts w:ascii="Arial" w:hAnsi="Arial"/>
          <w:b/>
        </w:rPr>
        <w:t xml:space="preserve">Lucy  </w:t>
      </w:r>
      <w:r>
        <w:rPr>
          <w:rFonts w:ascii="Arial" w:hAnsi="Arial"/>
          <w:color w:val="5D7284"/>
        </w:rPr>
        <w:t>46:08</w:t>
      </w:r>
      <w:proofErr w:type="gramEnd"/>
    </w:p>
    <w:p w14:paraId="34366BE6" w14:textId="77777777" w:rsidR="00D7352B" w:rsidRDefault="00C90105">
      <w:pPr>
        <w:spacing w:after="0"/>
      </w:pPr>
      <w:r>
        <w:rPr>
          <w:rFonts w:ascii="Arial" w:hAnsi="Arial"/>
        </w:rPr>
        <w:t xml:space="preserve">Yeah, on the odd occasion, where do I get a few days where I have no pain at all, I think what, hang on </w:t>
      </w:r>
      <w:proofErr w:type="gramStart"/>
      <w:r>
        <w:rPr>
          <w:rFonts w:ascii="Arial" w:hAnsi="Arial"/>
        </w:rPr>
        <w:t>what's</w:t>
      </w:r>
      <w:proofErr w:type="gramEnd"/>
      <w:r>
        <w:rPr>
          <w:rFonts w:ascii="Arial" w:hAnsi="Arial"/>
        </w:rPr>
        <w:t xml:space="preserve"> going on here? </w:t>
      </w:r>
      <w:proofErr w:type="gramStart"/>
      <w:r>
        <w:rPr>
          <w:rFonts w:ascii="Arial" w:hAnsi="Arial"/>
        </w:rPr>
        <w:t>What's</w:t>
      </w:r>
      <w:proofErr w:type="gramEnd"/>
      <w:r>
        <w:rPr>
          <w:rFonts w:ascii="Arial" w:hAnsi="Arial"/>
        </w:rPr>
        <w:t xml:space="preserve"> happening here? I realise, actually, I managed to do quite a lot, considering you know, my </w:t>
      </w:r>
      <w:r>
        <w:rPr>
          <w:rFonts w:ascii="Arial" w:hAnsi="Arial"/>
        </w:rPr>
        <w:t xml:space="preserve">hands play up and I've got aches and pains everywhere, like I can still manage to fortune, I think I'm really proud of myself, that I can still manage to have a I am still contributing to society and I have not given into "I can't do it. It's hurting." Do </w:t>
      </w:r>
      <w:r>
        <w:rPr>
          <w:rFonts w:ascii="Arial" w:hAnsi="Arial"/>
        </w:rPr>
        <w:t xml:space="preserve">you get that sense of pride? Or is it just </w:t>
      </w:r>
      <w:proofErr w:type="gramStart"/>
      <w:r>
        <w:rPr>
          <w:rFonts w:ascii="Arial" w:hAnsi="Arial"/>
        </w:rPr>
        <w:t>a..</w:t>
      </w:r>
      <w:proofErr w:type="gramEnd"/>
      <w:r>
        <w:rPr>
          <w:rFonts w:ascii="Arial" w:hAnsi="Arial"/>
        </w:rPr>
        <w:t>,</w:t>
      </w:r>
    </w:p>
    <w:p w14:paraId="26D623CF" w14:textId="77777777" w:rsidR="00D7352B" w:rsidRDefault="00D7352B">
      <w:pPr>
        <w:spacing w:after="0"/>
      </w:pPr>
    </w:p>
    <w:p w14:paraId="00287A18" w14:textId="77777777" w:rsidR="00D7352B" w:rsidRDefault="00C90105">
      <w:pPr>
        <w:spacing w:after="0"/>
      </w:pPr>
      <w:proofErr w:type="gramStart"/>
      <w:r>
        <w:rPr>
          <w:rFonts w:ascii="Arial" w:hAnsi="Arial"/>
          <w:b/>
        </w:rPr>
        <w:t xml:space="preserve">Jasmine  </w:t>
      </w:r>
      <w:r>
        <w:rPr>
          <w:rFonts w:ascii="Arial" w:hAnsi="Arial"/>
          <w:color w:val="5D7284"/>
        </w:rPr>
        <w:t>46:41</w:t>
      </w:r>
      <w:proofErr w:type="gramEnd"/>
    </w:p>
    <w:p w14:paraId="2BE09F8B" w14:textId="77777777" w:rsidR="00D7352B" w:rsidRDefault="00C90105">
      <w:pPr>
        <w:spacing w:after="0"/>
      </w:pPr>
      <w:r>
        <w:rPr>
          <w:rFonts w:ascii="Arial" w:hAnsi="Arial"/>
        </w:rPr>
        <w:t xml:space="preserve">Yeah definitely. </w:t>
      </w:r>
      <w:proofErr w:type="gramStart"/>
      <w:r>
        <w:rPr>
          <w:rFonts w:ascii="Arial" w:hAnsi="Arial"/>
        </w:rPr>
        <w:t>Definitely to</w:t>
      </w:r>
      <w:proofErr w:type="gramEnd"/>
      <w:r>
        <w:rPr>
          <w:rFonts w:ascii="Arial" w:hAnsi="Arial"/>
        </w:rPr>
        <w:t xml:space="preserve"> see what I can do, as well as being in and out of hospital all the time, I had two years being basically trial and error on different medications, I'd be on a me</w:t>
      </w:r>
      <w:r>
        <w:rPr>
          <w:rFonts w:ascii="Arial" w:hAnsi="Arial"/>
        </w:rPr>
        <w:t xml:space="preserve">dication, for instance, infusions for like, every other week, and then I'd be doing that for six months. And then </w:t>
      </w:r>
      <w:proofErr w:type="gramStart"/>
      <w:r>
        <w:rPr>
          <w:rFonts w:ascii="Arial" w:hAnsi="Arial"/>
        </w:rPr>
        <w:t>they'd</w:t>
      </w:r>
      <w:proofErr w:type="gramEnd"/>
      <w:r>
        <w:rPr>
          <w:rFonts w:ascii="Arial" w:hAnsi="Arial"/>
        </w:rPr>
        <w:t xml:space="preserve"> say, Sorry, it's not working. </w:t>
      </w:r>
      <w:proofErr w:type="gramStart"/>
      <w:r>
        <w:rPr>
          <w:rFonts w:ascii="Arial" w:hAnsi="Arial"/>
        </w:rPr>
        <w:t>You  need</w:t>
      </w:r>
      <w:proofErr w:type="gramEnd"/>
      <w:r>
        <w:rPr>
          <w:rFonts w:ascii="Arial" w:hAnsi="Arial"/>
        </w:rPr>
        <w:t xml:space="preserve"> to try a different one. And this was during my, the years that it's, it's really, like, when yo</w:t>
      </w:r>
      <w:r>
        <w:rPr>
          <w:rFonts w:ascii="Arial" w:hAnsi="Arial"/>
        </w:rPr>
        <w:t xml:space="preserve">u're a teenager, I feel like years go so quickly, you're developing so much in such a short space of time that from the age of 14 to 16, when I was really ill, that's a huge, like, chunk of what </w:t>
      </w:r>
      <w:r>
        <w:rPr>
          <w:rFonts w:ascii="Arial" w:hAnsi="Arial"/>
        </w:rPr>
        <w:lastRenderedPageBreak/>
        <w:t>feels like a huge chunk of your life, even though it's only 2</w:t>
      </w:r>
      <w:r>
        <w:rPr>
          <w:rFonts w:ascii="Arial" w:hAnsi="Arial"/>
        </w:rPr>
        <w:t xml:space="preserve"> years, you've, like changed so much in that time. </w:t>
      </w:r>
    </w:p>
    <w:p w14:paraId="63557382" w14:textId="77777777" w:rsidR="00D7352B" w:rsidRDefault="00D7352B">
      <w:pPr>
        <w:spacing w:after="0"/>
      </w:pPr>
    </w:p>
    <w:p w14:paraId="603D2C8C" w14:textId="77777777" w:rsidR="00D7352B" w:rsidRDefault="00C90105">
      <w:pPr>
        <w:spacing w:after="0"/>
      </w:pPr>
      <w:proofErr w:type="gramStart"/>
      <w:r>
        <w:rPr>
          <w:rFonts w:ascii="Arial" w:hAnsi="Arial"/>
          <w:b/>
        </w:rPr>
        <w:t xml:space="preserve">Alice  </w:t>
      </w:r>
      <w:r>
        <w:rPr>
          <w:rFonts w:ascii="Arial" w:hAnsi="Arial"/>
          <w:color w:val="5D7284"/>
        </w:rPr>
        <w:t>47:35</w:t>
      </w:r>
      <w:proofErr w:type="gramEnd"/>
    </w:p>
    <w:p w14:paraId="25E2ED66" w14:textId="77777777" w:rsidR="00D7352B" w:rsidRDefault="00C90105">
      <w:pPr>
        <w:spacing w:after="0"/>
      </w:pPr>
      <w:proofErr w:type="spellStart"/>
      <w:r>
        <w:rPr>
          <w:rFonts w:ascii="Arial" w:hAnsi="Arial"/>
        </w:rPr>
        <w:t>Mmm</w:t>
      </w:r>
      <w:proofErr w:type="spellEnd"/>
    </w:p>
    <w:p w14:paraId="0DBA232C" w14:textId="77777777" w:rsidR="00D7352B" w:rsidRDefault="00D7352B">
      <w:pPr>
        <w:spacing w:after="0"/>
      </w:pPr>
    </w:p>
    <w:p w14:paraId="38E3FC8B" w14:textId="77777777" w:rsidR="00D7352B" w:rsidRDefault="00C90105">
      <w:pPr>
        <w:spacing w:after="0"/>
      </w:pPr>
      <w:proofErr w:type="gramStart"/>
      <w:r>
        <w:rPr>
          <w:rFonts w:ascii="Arial" w:hAnsi="Arial"/>
          <w:b/>
        </w:rPr>
        <w:t xml:space="preserve">Jasmine  </w:t>
      </w:r>
      <w:r>
        <w:rPr>
          <w:rFonts w:ascii="Arial" w:hAnsi="Arial"/>
          <w:color w:val="5D7284"/>
        </w:rPr>
        <w:t>47:35</w:t>
      </w:r>
      <w:proofErr w:type="gramEnd"/>
    </w:p>
    <w:p w14:paraId="1D5C24C2" w14:textId="77777777" w:rsidR="00D7352B" w:rsidRDefault="00C90105">
      <w:pPr>
        <w:spacing w:after="0"/>
      </w:pPr>
      <w:r>
        <w:rPr>
          <w:rFonts w:ascii="Arial" w:hAnsi="Arial"/>
        </w:rPr>
        <w:t xml:space="preserve">And I feel like I </w:t>
      </w:r>
      <w:proofErr w:type="gramStart"/>
      <w:r>
        <w:rPr>
          <w:rFonts w:ascii="Arial" w:hAnsi="Arial"/>
        </w:rPr>
        <w:t>really</w:t>
      </w:r>
      <w:proofErr w:type="gramEnd"/>
      <w:r>
        <w:rPr>
          <w:rFonts w:ascii="Arial" w:hAnsi="Arial"/>
        </w:rPr>
        <w:t xml:space="preserve"> I really missed out on like that, that time because I was just trial and error. And yeah, </w:t>
      </w:r>
      <w:proofErr w:type="gramStart"/>
      <w:r>
        <w:rPr>
          <w:rFonts w:ascii="Arial" w:hAnsi="Arial"/>
        </w:rPr>
        <w:t>it's</w:t>
      </w:r>
      <w:proofErr w:type="gramEnd"/>
      <w:r>
        <w:rPr>
          <w:rFonts w:ascii="Arial" w:hAnsi="Arial"/>
        </w:rPr>
        <w:t xml:space="preserve"> really difficult.</w:t>
      </w:r>
    </w:p>
    <w:p w14:paraId="72FAEC28" w14:textId="77777777" w:rsidR="00D7352B" w:rsidRDefault="00D7352B">
      <w:pPr>
        <w:spacing w:after="0"/>
      </w:pPr>
    </w:p>
    <w:p w14:paraId="1F42B7E3" w14:textId="77777777" w:rsidR="00D7352B" w:rsidRDefault="00C90105">
      <w:pPr>
        <w:spacing w:after="0"/>
      </w:pPr>
      <w:proofErr w:type="gramStart"/>
      <w:r>
        <w:rPr>
          <w:rFonts w:ascii="Arial" w:hAnsi="Arial"/>
          <w:b/>
        </w:rPr>
        <w:t xml:space="preserve">Lucy  </w:t>
      </w:r>
      <w:r>
        <w:rPr>
          <w:rFonts w:ascii="Arial" w:hAnsi="Arial"/>
          <w:color w:val="5D7284"/>
        </w:rPr>
        <w:t>47:47</w:t>
      </w:r>
      <w:proofErr w:type="gramEnd"/>
    </w:p>
    <w:p w14:paraId="5D9554F5" w14:textId="77777777" w:rsidR="00D7352B" w:rsidRDefault="00C90105">
      <w:pPr>
        <w:spacing w:after="0"/>
      </w:pPr>
      <w:r>
        <w:rPr>
          <w:rFonts w:ascii="Arial" w:hAnsi="Arial"/>
        </w:rPr>
        <w:t>But it is a sense o</w:t>
      </w:r>
      <w:r>
        <w:rPr>
          <w:rFonts w:ascii="Arial" w:hAnsi="Arial"/>
        </w:rPr>
        <w:t xml:space="preserve">f achievement to look back and go Actually, </w:t>
      </w:r>
    </w:p>
    <w:p w14:paraId="44E91E82" w14:textId="77777777" w:rsidR="00D7352B" w:rsidRDefault="00D7352B">
      <w:pPr>
        <w:spacing w:after="0"/>
      </w:pPr>
    </w:p>
    <w:p w14:paraId="3E444375" w14:textId="77777777" w:rsidR="00D7352B" w:rsidRDefault="00C90105">
      <w:pPr>
        <w:spacing w:after="0"/>
      </w:pPr>
      <w:proofErr w:type="gramStart"/>
      <w:r>
        <w:rPr>
          <w:rFonts w:ascii="Arial" w:hAnsi="Arial"/>
          <w:b/>
        </w:rPr>
        <w:t xml:space="preserve">Jasmine  </w:t>
      </w:r>
      <w:r>
        <w:rPr>
          <w:rFonts w:ascii="Arial" w:hAnsi="Arial"/>
          <w:color w:val="5D7284"/>
        </w:rPr>
        <w:t>47:50</w:t>
      </w:r>
      <w:proofErr w:type="gramEnd"/>
    </w:p>
    <w:p w14:paraId="5BDCBE5D" w14:textId="77777777" w:rsidR="00D7352B" w:rsidRDefault="00C90105">
      <w:pPr>
        <w:spacing w:after="0"/>
      </w:pPr>
      <w:r>
        <w:rPr>
          <w:rFonts w:ascii="Arial" w:hAnsi="Arial"/>
        </w:rPr>
        <w:t xml:space="preserve">Yeah, </w:t>
      </w:r>
    </w:p>
    <w:p w14:paraId="3E7FCDFA" w14:textId="77777777" w:rsidR="00D7352B" w:rsidRDefault="00D7352B">
      <w:pPr>
        <w:spacing w:after="0"/>
      </w:pPr>
    </w:p>
    <w:p w14:paraId="480DC1A4" w14:textId="77777777" w:rsidR="00D7352B" w:rsidRDefault="00C90105">
      <w:pPr>
        <w:spacing w:after="0"/>
      </w:pPr>
      <w:proofErr w:type="gramStart"/>
      <w:r>
        <w:rPr>
          <w:rFonts w:ascii="Arial" w:hAnsi="Arial"/>
          <w:b/>
        </w:rPr>
        <w:t xml:space="preserve">Lucy  </w:t>
      </w:r>
      <w:r>
        <w:rPr>
          <w:rFonts w:ascii="Arial" w:hAnsi="Arial"/>
          <w:color w:val="5D7284"/>
        </w:rPr>
        <w:t>47:50</w:t>
      </w:r>
      <w:proofErr w:type="gramEnd"/>
    </w:p>
    <w:p w14:paraId="52CA97E7" w14:textId="77777777" w:rsidR="00D7352B" w:rsidRDefault="00C90105">
      <w:pPr>
        <w:spacing w:after="0"/>
      </w:pPr>
      <w:r>
        <w:rPr>
          <w:rFonts w:ascii="Arial" w:hAnsi="Arial"/>
        </w:rPr>
        <w:t>despite all of that,</w:t>
      </w:r>
    </w:p>
    <w:p w14:paraId="41326544" w14:textId="77777777" w:rsidR="00D7352B" w:rsidRDefault="00D7352B">
      <w:pPr>
        <w:spacing w:after="0"/>
      </w:pPr>
    </w:p>
    <w:p w14:paraId="4563AE34" w14:textId="77777777" w:rsidR="00D7352B" w:rsidRDefault="00C90105">
      <w:pPr>
        <w:spacing w:after="0"/>
      </w:pPr>
      <w:proofErr w:type="gramStart"/>
      <w:r>
        <w:rPr>
          <w:rFonts w:ascii="Arial" w:hAnsi="Arial"/>
          <w:b/>
        </w:rPr>
        <w:t xml:space="preserve">Jasmine  </w:t>
      </w:r>
      <w:r>
        <w:rPr>
          <w:rFonts w:ascii="Arial" w:hAnsi="Arial"/>
          <w:color w:val="5D7284"/>
        </w:rPr>
        <w:t>47:51</w:t>
      </w:r>
      <w:proofErr w:type="gramEnd"/>
    </w:p>
    <w:p w14:paraId="1C1EEC31" w14:textId="77777777" w:rsidR="00D7352B" w:rsidRDefault="00C90105">
      <w:pPr>
        <w:spacing w:after="0"/>
      </w:pPr>
      <w:r>
        <w:rPr>
          <w:rFonts w:ascii="Arial" w:hAnsi="Arial"/>
        </w:rPr>
        <w:t xml:space="preserve">yeah, </w:t>
      </w:r>
      <w:proofErr w:type="gramStart"/>
      <w:r>
        <w:rPr>
          <w:rFonts w:ascii="Arial" w:hAnsi="Arial"/>
        </w:rPr>
        <w:t>that's</w:t>
      </w:r>
      <w:proofErr w:type="gramEnd"/>
      <w:r>
        <w:rPr>
          <w:rFonts w:ascii="Arial" w:hAnsi="Arial"/>
        </w:rPr>
        <w:t>, yeah</w:t>
      </w:r>
    </w:p>
    <w:p w14:paraId="6957CB78" w14:textId="77777777" w:rsidR="00D7352B" w:rsidRDefault="00D7352B">
      <w:pPr>
        <w:spacing w:after="0"/>
      </w:pPr>
    </w:p>
    <w:p w14:paraId="6825B938" w14:textId="77777777" w:rsidR="00D7352B" w:rsidRDefault="00C90105">
      <w:pPr>
        <w:spacing w:after="0"/>
      </w:pPr>
      <w:proofErr w:type="gramStart"/>
      <w:r>
        <w:rPr>
          <w:rFonts w:ascii="Arial" w:hAnsi="Arial"/>
          <w:b/>
        </w:rPr>
        <w:t xml:space="preserve">Lucy  </w:t>
      </w:r>
      <w:r>
        <w:rPr>
          <w:rFonts w:ascii="Arial" w:hAnsi="Arial"/>
          <w:color w:val="5D7284"/>
        </w:rPr>
        <w:t>47:52</w:t>
      </w:r>
      <w:proofErr w:type="gramEnd"/>
    </w:p>
    <w:p w14:paraId="0A3F9880" w14:textId="77777777" w:rsidR="00D7352B" w:rsidRDefault="00C90105">
      <w:pPr>
        <w:spacing w:after="0"/>
      </w:pPr>
      <w:proofErr w:type="gramStart"/>
      <w:r>
        <w:rPr>
          <w:rFonts w:ascii="Arial" w:hAnsi="Arial"/>
        </w:rPr>
        <w:t>crap</w:t>
      </w:r>
      <w:proofErr w:type="gramEnd"/>
      <w:r>
        <w:rPr>
          <w:rFonts w:ascii="Arial" w:hAnsi="Arial"/>
        </w:rPr>
        <w:t xml:space="preserve"> had to put up with, </w:t>
      </w:r>
    </w:p>
    <w:p w14:paraId="44CA2358" w14:textId="77777777" w:rsidR="00D7352B" w:rsidRDefault="00D7352B">
      <w:pPr>
        <w:spacing w:after="0"/>
      </w:pPr>
    </w:p>
    <w:p w14:paraId="19BAAD54" w14:textId="77777777" w:rsidR="00D7352B" w:rsidRDefault="00C90105">
      <w:pPr>
        <w:spacing w:after="0"/>
      </w:pPr>
      <w:proofErr w:type="gramStart"/>
      <w:r>
        <w:rPr>
          <w:rFonts w:ascii="Arial" w:hAnsi="Arial"/>
          <w:b/>
        </w:rPr>
        <w:t xml:space="preserve">Jasmine  </w:t>
      </w:r>
      <w:r>
        <w:rPr>
          <w:rFonts w:ascii="Arial" w:hAnsi="Arial"/>
          <w:color w:val="5D7284"/>
        </w:rPr>
        <w:t>47:54</w:t>
      </w:r>
      <w:proofErr w:type="gramEnd"/>
    </w:p>
    <w:p w14:paraId="2998387F" w14:textId="77777777" w:rsidR="00D7352B" w:rsidRDefault="00C90105">
      <w:pPr>
        <w:spacing w:after="0"/>
      </w:pPr>
      <w:r>
        <w:rPr>
          <w:rFonts w:ascii="Arial" w:hAnsi="Arial"/>
        </w:rPr>
        <w:t>definitely</w:t>
      </w:r>
    </w:p>
    <w:p w14:paraId="4FBC36D4" w14:textId="77777777" w:rsidR="00D7352B" w:rsidRDefault="00D7352B">
      <w:pPr>
        <w:spacing w:after="0"/>
      </w:pPr>
    </w:p>
    <w:p w14:paraId="029042EE" w14:textId="77777777" w:rsidR="00D7352B" w:rsidRDefault="00C90105">
      <w:pPr>
        <w:spacing w:after="0"/>
      </w:pPr>
      <w:proofErr w:type="gramStart"/>
      <w:r>
        <w:rPr>
          <w:rFonts w:ascii="Arial" w:hAnsi="Arial"/>
          <w:b/>
        </w:rPr>
        <w:t xml:space="preserve">Lucy  </w:t>
      </w:r>
      <w:r>
        <w:rPr>
          <w:rFonts w:ascii="Arial" w:hAnsi="Arial"/>
          <w:color w:val="5D7284"/>
        </w:rPr>
        <w:t>47:55</w:t>
      </w:r>
      <w:proofErr w:type="gramEnd"/>
    </w:p>
    <w:p w14:paraId="736444C1" w14:textId="77777777" w:rsidR="00D7352B" w:rsidRDefault="00C90105">
      <w:pPr>
        <w:spacing w:after="0"/>
      </w:pPr>
      <w:r>
        <w:rPr>
          <w:rFonts w:ascii="Arial" w:hAnsi="Arial"/>
        </w:rPr>
        <w:t xml:space="preserve">you know, not wanting to call </w:t>
      </w:r>
      <w:r>
        <w:rPr>
          <w:rFonts w:ascii="Arial" w:hAnsi="Arial"/>
        </w:rPr>
        <w:t xml:space="preserve">myself an inspiration, but </w:t>
      </w:r>
      <w:proofErr w:type="gramStart"/>
      <w:r>
        <w:rPr>
          <w:rFonts w:ascii="Arial" w:hAnsi="Arial"/>
        </w:rPr>
        <w:t>I'm</w:t>
      </w:r>
      <w:proofErr w:type="gramEnd"/>
      <w:r>
        <w:rPr>
          <w:rFonts w:ascii="Arial" w:hAnsi="Arial"/>
        </w:rPr>
        <w:t xml:space="preserve"> a kind of a big deal.</w:t>
      </w:r>
    </w:p>
    <w:p w14:paraId="68AE84F8" w14:textId="77777777" w:rsidR="00D7352B" w:rsidRDefault="00D7352B">
      <w:pPr>
        <w:spacing w:after="0"/>
      </w:pPr>
    </w:p>
    <w:p w14:paraId="0A2FFB62" w14:textId="77777777" w:rsidR="00D7352B" w:rsidRDefault="00C90105">
      <w:pPr>
        <w:spacing w:after="0"/>
      </w:pPr>
      <w:proofErr w:type="gramStart"/>
      <w:r>
        <w:rPr>
          <w:rFonts w:ascii="Arial" w:hAnsi="Arial"/>
          <w:b/>
        </w:rPr>
        <w:t xml:space="preserve">Alice  </w:t>
      </w:r>
      <w:r>
        <w:rPr>
          <w:rFonts w:ascii="Arial" w:hAnsi="Arial"/>
          <w:color w:val="5D7284"/>
        </w:rPr>
        <w:t>47:59</w:t>
      </w:r>
      <w:proofErr w:type="gramEnd"/>
    </w:p>
    <w:p w14:paraId="6DCB978B" w14:textId="77777777" w:rsidR="00D7352B" w:rsidRDefault="00C90105">
      <w:pPr>
        <w:spacing w:after="0"/>
      </w:pPr>
      <w:r>
        <w:rPr>
          <w:rFonts w:ascii="Arial" w:hAnsi="Arial"/>
        </w:rPr>
        <w:t>[laughs]</w:t>
      </w:r>
    </w:p>
    <w:p w14:paraId="3681B17F" w14:textId="77777777" w:rsidR="00D7352B" w:rsidRDefault="00D7352B">
      <w:pPr>
        <w:spacing w:after="0"/>
      </w:pPr>
    </w:p>
    <w:p w14:paraId="288334AC" w14:textId="77777777" w:rsidR="00D7352B" w:rsidRDefault="00C90105">
      <w:pPr>
        <w:spacing w:after="0"/>
      </w:pPr>
      <w:proofErr w:type="gramStart"/>
      <w:r>
        <w:rPr>
          <w:rFonts w:ascii="Arial" w:hAnsi="Arial"/>
          <w:b/>
        </w:rPr>
        <w:t xml:space="preserve">Jasmine  </w:t>
      </w:r>
      <w:r>
        <w:rPr>
          <w:rFonts w:ascii="Arial" w:hAnsi="Arial"/>
          <w:color w:val="5D7284"/>
        </w:rPr>
        <w:t>47:59</w:t>
      </w:r>
      <w:proofErr w:type="gramEnd"/>
    </w:p>
    <w:p w14:paraId="4C8874AA" w14:textId="77777777" w:rsidR="00D7352B" w:rsidRDefault="00C90105">
      <w:pPr>
        <w:spacing w:after="0"/>
      </w:pPr>
      <w:r>
        <w:rPr>
          <w:rFonts w:ascii="Arial" w:hAnsi="Arial"/>
        </w:rPr>
        <w:t xml:space="preserve">Yeah, I feel like everyone else has done their GCSEs and done all this sort of same things as I have during those school years. But </w:t>
      </w:r>
      <w:proofErr w:type="gramStart"/>
      <w:r>
        <w:rPr>
          <w:rFonts w:ascii="Arial" w:hAnsi="Arial"/>
        </w:rPr>
        <w:t>I've</w:t>
      </w:r>
      <w:proofErr w:type="gramEnd"/>
      <w:r>
        <w:rPr>
          <w:rFonts w:ascii="Arial" w:hAnsi="Arial"/>
        </w:rPr>
        <w:t xml:space="preserve"> done it, as well as all of </w:t>
      </w:r>
      <w:r>
        <w:rPr>
          <w:rFonts w:ascii="Arial" w:hAnsi="Arial"/>
        </w:rPr>
        <w:t xml:space="preserve">the other things I've had to deal with. And I think </w:t>
      </w:r>
      <w:proofErr w:type="gramStart"/>
      <w:r>
        <w:rPr>
          <w:rFonts w:ascii="Arial" w:hAnsi="Arial"/>
        </w:rPr>
        <w:t>it's</w:t>
      </w:r>
      <w:proofErr w:type="gramEnd"/>
      <w:r>
        <w:rPr>
          <w:rFonts w:ascii="Arial" w:hAnsi="Arial"/>
        </w:rPr>
        <w:t xml:space="preserve"> </w:t>
      </w:r>
    </w:p>
    <w:p w14:paraId="29F070DB" w14:textId="77777777" w:rsidR="00D7352B" w:rsidRDefault="00D7352B">
      <w:pPr>
        <w:spacing w:after="0"/>
      </w:pPr>
    </w:p>
    <w:p w14:paraId="082645E6" w14:textId="77777777" w:rsidR="00D7352B" w:rsidRDefault="00C90105">
      <w:pPr>
        <w:spacing w:after="0"/>
      </w:pPr>
      <w:proofErr w:type="gramStart"/>
      <w:r>
        <w:rPr>
          <w:rFonts w:ascii="Arial" w:hAnsi="Arial"/>
          <w:b/>
        </w:rPr>
        <w:t xml:space="preserve">Lucy  </w:t>
      </w:r>
      <w:r>
        <w:rPr>
          <w:rFonts w:ascii="Arial" w:hAnsi="Arial"/>
          <w:color w:val="5D7284"/>
        </w:rPr>
        <w:t>48:15</w:t>
      </w:r>
      <w:proofErr w:type="gramEnd"/>
    </w:p>
    <w:p w14:paraId="3F542ED8" w14:textId="77777777" w:rsidR="00D7352B" w:rsidRDefault="00C90105">
      <w:pPr>
        <w:spacing w:after="0"/>
      </w:pPr>
      <w:r>
        <w:rPr>
          <w:rFonts w:ascii="Arial" w:hAnsi="Arial"/>
        </w:rPr>
        <w:t xml:space="preserve">Yeah, </w:t>
      </w:r>
    </w:p>
    <w:p w14:paraId="1B95E758" w14:textId="77777777" w:rsidR="00D7352B" w:rsidRDefault="00D7352B">
      <w:pPr>
        <w:spacing w:after="0"/>
      </w:pPr>
    </w:p>
    <w:p w14:paraId="60D8CA66" w14:textId="77777777" w:rsidR="00D7352B" w:rsidRDefault="00C90105">
      <w:pPr>
        <w:spacing w:after="0"/>
      </w:pPr>
      <w:proofErr w:type="gramStart"/>
      <w:r>
        <w:rPr>
          <w:rFonts w:ascii="Arial" w:hAnsi="Arial"/>
          <w:b/>
        </w:rPr>
        <w:t xml:space="preserve">Jasmine  </w:t>
      </w:r>
      <w:r>
        <w:rPr>
          <w:rFonts w:ascii="Arial" w:hAnsi="Arial"/>
          <w:color w:val="5D7284"/>
        </w:rPr>
        <w:t>48:16</w:t>
      </w:r>
      <w:proofErr w:type="gramEnd"/>
    </w:p>
    <w:p w14:paraId="77D98411" w14:textId="77777777" w:rsidR="00D7352B" w:rsidRDefault="00C90105">
      <w:pPr>
        <w:spacing w:after="0"/>
      </w:pPr>
      <w:r>
        <w:rPr>
          <w:rFonts w:ascii="Arial" w:hAnsi="Arial"/>
        </w:rPr>
        <w:lastRenderedPageBreak/>
        <w:t xml:space="preserve">It's definitely made me a better person, more determined, and everything that I do, I put, like, 10 times more effort in </w:t>
      </w:r>
      <w:proofErr w:type="gramStart"/>
      <w:r>
        <w:rPr>
          <w:rFonts w:ascii="Arial" w:hAnsi="Arial"/>
        </w:rPr>
        <w:t xml:space="preserve">to  </w:t>
      </w:r>
      <w:proofErr w:type="spellStart"/>
      <w:r>
        <w:rPr>
          <w:rFonts w:ascii="Arial" w:hAnsi="Arial"/>
        </w:rPr>
        <w:t>becuase</w:t>
      </w:r>
      <w:proofErr w:type="spellEnd"/>
      <w:proofErr w:type="gramEnd"/>
      <w:r>
        <w:rPr>
          <w:rFonts w:ascii="Arial" w:hAnsi="Arial"/>
        </w:rPr>
        <w:t xml:space="preserve"> of the condition. So everythi</w:t>
      </w:r>
      <w:r>
        <w:rPr>
          <w:rFonts w:ascii="Arial" w:hAnsi="Arial"/>
        </w:rPr>
        <w:t xml:space="preserve">ng that I do, then, really matters to me. I feel like I do one, like a few hours of revision, and </w:t>
      </w:r>
      <w:proofErr w:type="gramStart"/>
      <w:r>
        <w:rPr>
          <w:rFonts w:ascii="Arial" w:hAnsi="Arial"/>
        </w:rPr>
        <w:t>that's</w:t>
      </w:r>
      <w:proofErr w:type="gramEnd"/>
      <w:r>
        <w:rPr>
          <w:rFonts w:ascii="Arial" w:hAnsi="Arial"/>
        </w:rPr>
        <w:t xml:space="preserve"> drained all of my energy for, for that day, you know, because I think people don't realise with juvenile arthritis is an autoimmune condition. So </w:t>
      </w:r>
      <w:proofErr w:type="gramStart"/>
      <w:r>
        <w:rPr>
          <w:rFonts w:ascii="Arial" w:hAnsi="Arial"/>
        </w:rPr>
        <w:t>it's</w:t>
      </w:r>
      <w:proofErr w:type="gramEnd"/>
      <w:r>
        <w:rPr>
          <w:rFonts w:ascii="Arial" w:hAnsi="Arial"/>
        </w:rPr>
        <w:t xml:space="preserve"> </w:t>
      </w:r>
      <w:r>
        <w:rPr>
          <w:rFonts w:ascii="Arial" w:hAnsi="Arial"/>
        </w:rPr>
        <w:t xml:space="preserve">not your joints rubbing together like osteoarthritis, which is what older people get rheumatoid arthritis, it's your immune system attacking yourself. Which really, it, although it affects my joints, it affects my whole body, my mood, like my fatigue is </w:t>
      </w:r>
      <w:proofErr w:type="gramStart"/>
      <w:r>
        <w:rPr>
          <w:rFonts w:ascii="Arial" w:hAnsi="Arial"/>
        </w:rPr>
        <w:t>re</w:t>
      </w:r>
      <w:r>
        <w:rPr>
          <w:rFonts w:ascii="Arial" w:hAnsi="Arial"/>
        </w:rPr>
        <w:t>ally bad</w:t>
      </w:r>
      <w:proofErr w:type="gramEnd"/>
      <w:r>
        <w:rPr>
          <w:rFonts w:ascii="Arial" w:hAnsi="Arial"/>
        </w:rPr>
        <w:t xml:space="preserve">. So everything that you do, so much effort is put into it that then you feel proud once </w:t>
      </w:r>
      <w:proofErr w:type="gramStart"/>
      <w:r>
        <w:rPr>
          <w:rFonts w:ascii="Arial" w:hAnsi="Arial"/>
        </w:rPr>
        <w:t>you've</w:t>
      </w:r>
      <w:proofErr w:type="gramEnd"/>
      <w:r>
        <w:rPr>
          <w:rFonts w:ascii="Arial" w:hAnsi="Arial"/>
        </w:rPr>
        <w:t xml:space="preserve"> done it.</w:t>
      </w:r>
    </w:p>
    <w:p w14:paraId="6EAC7849" w14:textId="77777777" w:rsidR="00D7352B" w:rsidRDefault="00D7352B">
      <w:pPr>
        <w:spacing w:after="0"/>
      </w:pPr>
    </w:p>
    <w:p w14:paraId="698F68F3" w14:textId="77777777" w:rsidR="00D7352B" w:rsidRDefault="00C90105">
      <w:pPr>
        <w:spacing w:after="0"/>
      </w:pPr>
      <w:proofErr w:type="gramStart"/>
      <w:r>
        <w:rPr>
          <w:rFonts w:ascii="Arial" w:hAnsi="Arial"/>
          <w:b/>
        </w:rPr>
        <w:t xml:space="preserve">Lucy  </w:t>
      </w:r>
      <w:r>
        <w:rPr>
          <w:rFonts w:ascii="Arial" w:hAnsi="Arial"/>
          <w:color w:val="5D7284"/>
        </w:rPr>
        <w:t>48:25</w:t>
      </w:r>
      <w:proofErr w:type="gramEnd"/>
    </w:p>
    <w:p w14:paraId="3DBA29CA" w14:textId="77777777" w:rsidR="00D7352B" w:rsidRDefault="00C90105">
      <w:pPr>
        <w:spacing w:after="0"/>
      </w:pPr>
      <w:r>
        <w:rPr>
          <w:rFonts w:ascii="Arial" w:hAnsi="Arial"/>
        </w:rPr>
        <w:t xml:space="preserve">Effort in. Yeah, absolutely. I completely understand that. And I completely get what </w:t>
      </w:r>
      <w:proofErr w:type="gramStart"/>
      <w:r>
        <w:rPr>
          <w:rFonts w:ascii="Arial" w:hAnsi="Arial"/>
        </w:rPr>
        <w:t>you're</w:t>
      </w:r>
      <w:proofErr w:type="gramEnd"/>
      <w:r>
        <w:rPr>
          <w:rFonts w:ascii="Arial" w:hAnsi="Arial"/>
        </w:rPr>
        <w:t xml:space="preserve"> saying. I understand it completely. </w:t>
      </w:r>
    </w:p>
    <w:p w14:paraId="29E1F95C" w14:textId="77777777" w:rsidR="00D7352B" w:rsidRDefault="00D7352B">
      <w:pPr>
        <w:spacing w:after="0"/>
      </w:pPr>
    </w:p>
    <w:p w14:paraId="5D280321" w14:textId="77777777" w:rsidR="00D7352B" w:rsidRDefault="00C90105">
      <w:pPr>
        <w:spacing w:after="0"/>
      </w:pPr>
      <w:proofErr w:type="gramStart"/>
      <w:r>
        <w:rPr>
          <w:rFonts w:ascii="Arial" w:hAnsi="Arial"/>
          <w:b/>
        </w:rPr>
        <w:t xml:space="preserve">Alice  </w:t>
      </w:r>
      <w:r>
        <w:rPr>
          <w:rFonts w:ascii="Arial" w:hAnsi="Arial"/>
          <w:color w:val="5D7284"/>
        </w:rPr>
        <w:t>49:21</w:t>
      </w:r>
      <w:proofErr w:type="gramEnd"/>
    </w:p>
    <w:p w14:paraId="630CF87B" w14:textId="77777777" w:rsidR="00D7352B" w:rsidRDefault="00C90105">
      <w:pPr>
        <w:spacing w:after="0"/>
      </w:pPr>
      <w:r>
        <w:rPr>
          <w:rFonts w:ascii="Arial" w:hAnsi="Arial"/>
        </w:rPr>
        <w:t xml:space="preserve">Yeah. </w:t>
      </w:r>
    </w:p>
    <w:p w14:paraId="03A56B51" w14:textId="77777777" w:rsidR="00D7352B" w:rsidRDefault="00D7352B">
      <w:pPr>
        <w:spacing w:after="0"/>
      </w:pPr>
    </w:p>
    <w:p w14:paraId="7C12B3BA" w14:textId="77777777" w:rsidR="00D7352B" w:rsidRDefault="00C90105">
      <w:pPr>
        <w:spacing w:after="0"/>
      </w:pPr>
      <w:proofErr w:type="gramStart"/>
      <w:r>
        <w:rPr>
          <w:rFonts w:ascii="Arial" w:hAnsi="Arial"/>
          <w:b/>
        </w:rPr>
        <w:t xml:space="preserve">Lucy  </w:t>
      </w:r>
      <w:r>
        <w:rPr>
          <w:rFonts w:ascii="Arial" w:hAnsi="Arial"/>
          <w:color w:val="5D7284"/>
        </w:rPr>
        <w:t>49:22</w:t>
      </w:r>
      <w:proofErr w:type="gramEnd"/>
    </w:p>
    <w:p w14:paraId="7485D456" w14:textId="77777777" w:rsidR="00D7352B" w:rsidRDefault="00C90105">
      <w:pPr>
        <w:spacing w:after="0"/>
      </w:pPr>
      <w:r>
        <w:rPr>
          <w:rFonts w:ascii="Arial" w:hAnsi="Arial"/>
        </w:rPr>
        <w:t xml:space="preserve">I think disabled people and people with chronic illnesses and things like that are marvels really. They are fantastic. And I think as well, you </w:t>
      </w:r>
      <w:proofErr w:type="gramStart"/>
      <w:r>
        <w:rPr>
          <w:rFonts w:ascii="Arial" w:hAnsi="Arial"/>
        </w:rPr>
        <w:t>know, when</w:t>
      </w:r>
      <w:proofErr w:type="gramEnd"/>
      <w:r>
        <w:rPr>
          <w:rFonts w:ascii="Arial" w:hAnsi="Arial"/>
        </w:rPr>
        <w:t xml:space="preserve"> it comes to being employees, we're extremely loyal. We work very hard because we understand that, you</w:t>
      </w:r>
      <w:r>
        <w:rPr>
          <w:rFonts w:ascii="Arial" w:hAnsi="Arial"/>
        </w:rPr>
        <w:t xml:space="preserve"> know, it's important to you know, we want to do a good </w:t>
      </w:r>
      <w:proofErr w:type="gramStart"/>
      <w:r>
        <w:rPr>
          <w:rFonts w:ascii="Arial" w:hAnsi="Arial"/>
        </w:rPr>
        <w:t>job</w:t>
      </w:r>
      <w:proofErr w:type="gramEnd"/>
      <w:r>
        <w:rPr>
          <w:rFonts w:ascii="Arial" w:hAnsi="Arial"/>
        </w:rPr>
        <w:t xml:space="preserve"> </w:t>
      </w:r>
    </w:p>
    <w:p w14:paraId="4D2FEB7D" w14:textId="77777777" w:rsidR="00D7352B" w:rsidRDefault="00D7352B">
      <w:pPr>
        <w:spacing w:after="0"/>
      </w:pPr>
    </w:p>
    <w:p w14:paraId="426A0B2D" w14:textId="77777777" w:rsidR="00D7352B" w:rsidRDefault="00C90105">
      <w:pPr>
        <w:spacing w:after="0"/>
      </w:pPr>
      <w:proofErr w:type="gramStart"/>
      <w:r>
        <w:rPr>
          <w:rFonts w:ascii="Arial" w:hAnsi="Arial"/>
          <w:b/>
        </w:rPr>
        <w:t xml:space="preserve">Jasmine  </w:t>
      </w:r>
      <w:r>
        <w:rPr>
          <w:rFonts w:ascii="Arial" w:hAnsi="Arial"/>
          <w:color w:val="5D7284"/>
        </w:rPr>
        <w:t>49:42</w:t>
      </w:r>
      <w:proofErr w:type="gramEnd"/>
    </w:p>
    <w:p w14:paraId="793BA558" w14:textId="77777777" w:rsidR="00D7352B" w:rsidRDefault="00C90105">
      <w:pPr>
        <w:spacing w:after="0"/>
      </w:pPr>
      <w:r>
        <w:rPr>
          <w:rFonts w:ascii="Arial" w:hAnsi="Arial"/>
        </w:rPr>
        <w:t>Not everything comes easily.</w:t>
      </w:r>
    </w:p>
    <w:p w14:paraId="004325AC" w14:textId="77777777" w:rsidR="00D7352B" w:rsidRDefault="00D7352B">
      <w:pPr>
        <w:spacing w:after="0"/>
      </w:pPr>
    </w:p>
    <w:p w14:paraId="2B08DEF9" w14:textId="77777777" w:rsidR="00D7352B" w:rsidRDefault="00C90105">
      <w:pPr>
        <w:spacing w:after="0"/>
      </w:pPr>
      <w:proofErr w:type="gramStart"/>
      <w:r>
        <w:rPr>
          <w:rFonts w:ascii="Arial" w:hAnsi="Arial"/>
          <w:b/>
        </w:rPr>
        <w:t xml:space="preserve">Lucy  </w:t>
      </w:r>
      <w:r>
        <w:rPr>
          <w:rFonts w:ascii="Arial" w:hAnsi="Arial"/>
          <w:color w:val="5D7284"/>
        </w:rPr>
        <w:t>49:43</w:t>
      </w:r>
      <w:proofErr w:type="gramEnd"/>
    </w:p>
    <w:p w14:paraId="0E5EC5BC" w14:textId="77777777" w:rsidR="00D7352B" w:rsidRDefault="00C90105">
      <w:pPr>
        <w:spacing w:after="0"/>
      </w:pPr>
      <w:r>
        <w:rPr>
          <w:rFonts w:ascii="Arial" w:hAnsi="Arial"/>
        </w:rPr>
        <w:t xml:space="preserve">Exactly. And you know, just because something isn't easy, doesn't mean we're going to give up and go I can't do this boss, you </w:t>
      </w:r>
      <w:proofErr w:type="gramStart"/>
      <w:r>
        <w:rPr>
          <w:rFonts w:ascii="Arial" w:hAnsi="Arial"/>
        </w:rPr>
        <w:t>know</w:t>
      </w:r>
      <w:proofErr w:type="gramEnd"/>
    </w:p>
    <w:p w14:paraId="64D485E7" w14:textId="77777777" w:rsidR="00D7352B" w:rsidRDefault="00D7352B">
      <w:pPr>
        <w:spacing w:after="0"/>
      </w:pPr>
    </w:p>
    <w:p w14:paraId="4821C922" w14:textId="77777777" w:rsidR="00D7352B" w:rsidRDefault="00C90105">
      <w:pPr>
        <w:spacing w:after="0"/>
      </w:pPr>
      <w:proofErr w:type="gramStart"/>
      <w:r>
        <w:rPr>
          <w:rFonts w:ascii="Arial" w:hAnsi="Arial"/>
          <w:b/>
        </w:rPr>
        <w:t xml:space="preserve">Jasmine  </w:t>
      </w:r>
      <w:r>
        <w:rPr>
          <w:rFonts w:ascii="Arial" w:hAnsi="Arial"/>
          <w:color w:val="5D7284"/>
        </w:rPr>
        <w:t>49:50</w:t>
      </w:r>
      <w:proofErr w:type="gramEnd"/>
    </w:p>
    <w:p w14:paraId="532DEB80" w14:textId="77777777" w:rsidR="00D7352B" w:rsidRDefault="00C90105">
      <w:pPr>
        <w:spacing w:after="0"/>
      </w:pPr>
      <w:r>
        <w:rPr>
          <w:rFonts w:ascii="Arial" w:hAnsi="Arial"/>
        </w:rPr>
        <w:t xml:space="preserve">Yeah </w:t>
      </w:r>
      <w:proofErr w:type="spellStart"/>
      <w:r>
        <w:rPr>
          <w:rFonts w:ascii="Arial" w:hAnsi="Arial"/>
        </w:rPr>
        <w:t>Definetly</w:t>
      </w:r>
      <w:proofErr w:type="spellEnd"/>
      <w:r>
        <w:rPr>
          <w:rFonts w:ascii="Arial" w:hAnsi="Arial"/>
        </w:rPr>
        <w:t xml:space="preserve">  </w:t>
      </w:r>
    </w:p>
    <w:p w14:paraId="23B078A6" w14:textId="77777777" w:rsidR="00D7352B" w:rsidRDefault="00D7352B">
      <w:pPr>
        <w:spacing w:after="0"/>
      </w:pPr>
    </w:p>
    <w:p w14:paraId="44114867" w14:textId="77777777" w:rsidR="00D7352B" w:rsidRDefault="00C90105">
      <w:pPr>
        <w:spacing w:after="0"/>
      </w:pPr>
      <w:proofErr w:type="gramStart"/>
      <w:r>
        <w:rPr>
          <w:rFonts w:ascii="Arial" w:hAnsi="Arial"/>
          <w:b/>
        </w:rPr>
        <w:t xml:space="preserve">Lucy  </w:t>
      </w:r>
      <w:r>
        <w:rPr>
          <w:rFonts w:ascii="Arial" w:hAnsi="Arial"/>
          <w:color w:val="5D7284"/>
        </w:rPr>
        <w:t>49:51</w:t>
      </w:r>
      <w:proofErr w:type="gramEnd"/>
    </w:p>
    <w:p w14:paraId="661377EC" w14:textId="77777777" w:rsidR="00D7352B" w:rsidRDefault="00C90105">
      <w:pPr>
        <w:spacing w:after="0"/>
      </w:pPr>
      <w:r>
        <w:rPr>
          <w:rFonts w:ascii="Arial" w:hAnsi="Arial"/>
        </w:rPr>
        <w:t xml:space="preserve">We will we are very good problem solvers. Because, you know, we </w:t>
      </w:r>
      <w:proofErr w:type="gramStart"/>
      <w:r>
        <w:rPr>
          <w:rFonts w:ascii="Arial" w:hAnsi="Arial"/>
        </w:rPr>
        <w:t>have to</w:t>
      </w:r>
      <w:proofErr w:type="gramEnd"/>
      <w:r>
        <w:rPr>
          <w:rFonts w:ascii="Arial" w:hAnsi="Arial"/>
        </w:rPr>
        <w:t xml:space="preserve"> think of things logistically, how can we make things easier for me as a as an employee to go and just function in my job anyway? And then w</w:t>
      </w:r>
      <w:r>
        <w:rPr>
          <w:rFonts w:ascii="Arial" w:hAnsi="Arial"/>
        </w:rPr>
        <w:t xml:space="preserve">hen somebody says </w:t>
      </w:r>
      <w:proofErr w:type="gramStart"/>
      <w:r>
        <w:rPr>
          <w:rFonts w:ascii="Arial" w:hAnsi="Arial"/>
        </w:rPr>
        <w:t>we've</w:t>
      </w:r>
      <w:proofErr w:type="gramEnd"/>
      <w:r>
        <w:rPr>
          <w:rFonts w:ascii="Arial" w:hAnsi="Arial"/>
        </w:rPr>
        <w:t xml:space="preserve"> got a bit of a problem, because Susan in accounts again, Susan's back, because Susan in accounts has, you know, cocked something up.</w:t>
      </w:r>
    </w:p>
    <w:p w14:paraId="13EC9724" w14:textId="77777777" w:rsidR="00D7352B" w:rsidRDefault="00D7352B">
      <w:pPr>
        <w:spacing w:after="0"/>
      </w:pPr>
    </w:p>
    <w:p w14:paraId="766F03F6" w14:textId="77777777" w:rsidR="00D7352B" w:rsidRDefault="00C90105">
      <w:pPr>
        <w:spacing w:after="0"/>
      </w:pPr>
      <w:proofErr w:type="gramStart"/>
      <w:r>
        <w:rPr>
          <w:rFonts w:ascii="Arial" w:hAnsi="Arial"/>
          <w:b/>
        </w:rPr>
        <w:t xml:space="preserve">Alice  </w:t>
      </w:r>
      <w:r>
        <w:rPr>
          <w:rFonts w:ascii="Arial" w:hAnsi="Arial"/>
          <w:color w:val="5D7284"/>
        </w:rPr>
        <w:t>50:17</w:t>
      </w:r>
      <w:proofErr w:type="gramEnd"/>
    </w:p>
    <w:p w14:paraId="1BF7E3F0" w14:textId="77777777" w:rsidR="00D7352B" w:rsidRDefault="00C90105">
      <w:pPr>
        <w:spacing w:after="0"/>
      </w:pPr>
      <w:r>
        <w:rPr>
          <w:rFonts w:ascii="Arial" w:hAnsi="Arial"/>
        </w:rPr>
        <w:t>Classic Susan,</w:t>
      </w:r>
    </w:p>
    <w:p w14:paraId="0FF03380" w14:textId="77777777" w:rsidR="00D7352B" w:rsidRDefault="00D7352B">
      <w:pPr>
        <w:spacing w:after="0"/>
      </w:pPr>
    </w:p>
    <w:p w14:paraId="0CF469A7" w14:textId="77777777" w:rsidR="00D7352B" w:rsidRDefault="00C90105">
      <w:pPr>
        <w:spacing w:after="0"/>
      </w:pPr>
      <w:proofErr w:type="gramStart"/>
      <w:r>
        <w:rPr>
          <w:rFonts w:ascii="Arial" w:hAnsi="Arial"/>
          <w:b/>
        </w:rPr>
        <w:t xml:space="preserve">Lucy  </w:t>
      </w:r>
      <w:r>
        <w:rPr>
          <w:rFonts w:ascii="Arial" w:hAnsi="Arial"/>
          <w:color w:val="5D7284"/>
        </w:rPr>
        <w:t>50:18</w:t>
      </w:r>
      <w:proofErr w:type="gramEnd"/>
    </w:p>
    <w:p w14:paraId="1785EF55" w14:textId="77777777" w:rsidR="00D7352B" w:rsidRDefault="00C90105">
      <w:pPr>
        <w:spacing w:after="0"/>
      </w:pPr>
      <w:r>
        <w:rPr>
          <w:rFonts w:ascii="Arial" w:hAnsi="Arial"/>
        </w:rPr>
        <w:lastRenderedPageBreak/>
        <w:t xml:space="preserve">Classic Susan. We are great problem solvers. </w:t>
      </w:r>
      <w:proofErr w:type="gramStart"/>
      <w:r>
        <w:rPr>
          <w:rFonts w:ascii="Arial" w:hAnsi="Arial"/>
        </w:rPr>
        <w:t>It's</w:t>
      </w:r>
      <w:proofErr w:type="gramEnd"/>
      <w:r>
        <w:rPr>
          <w:rFonts w:ascii="Arial" w:hAnsi="Arial"/>
        </w:rPr>
        <w:t xml:space="preserve"> like no</w:t>
      </w:r>
      <w:r>
        <w:rPr>
          <w:rFonts w:ascii="Arial" w:hAnsi="Arial"/>
        </w:rPr>
        <w:t xml:space="preserve">thing really fazes, really, we get stressed. And </w:t>
      </w:r>
      <w:proofErr w:type="gramStart"/>
      <w:r>
        <w:rPr>
          <w:rFonts w:ascii="Arial" w:hAnsi="Arial"/>
        </w:rPr>
        <w:t>we'll</w:t>
      </w:r>
      <w:proofErr w:type="gramEnd"/>
      <w:r>
        <w:rPr>
          <w:rFonts w:ascii="Arial" w:hAnsi="Arial"/>
        </w:rPr>
        <w:t xml:space="preserve"> get a bit fraught and a bit frazzled, but we don't it's not. You know, the problems are solvable. </w:t>
      </w:r>
      <w:proofErr w:type="gramStart"/>
      <w:r>
        <w:rPr>
          <w:rFonts w:ascii="Arial" w:hAnsi="Arial"/>
        </w:rPr>
        <w:t>That's</w:t>
      </w:r>
      <w:proofErr w:type="gramEnd"/>
      <w:r>
        <w:rPr>
          <w:rFonts w:ascii="Arial" w:hAnsi="Arial"/>
        </w:rPr>
        <w:t xml:space="preserve"> the thing that I think disabled people are very good at putting it out this is a solvable issue.</w:t>
      </w:r>
      <w:r>
        <w:rPr>
          <w:rFonts w:ascii="Arial" w:hAnsi="Arial"/>
        </w:rPr>
        <w:t>,</w:t>
      </w:r>
    </w:p>
    <w:p w14:paraId="083B442F" w14:textId="77777777" w:rsidR="00D7352B" w:rsidRDefault="00D7352B">
      <w:pPr>
        <w:spacing w:after="0"/>
      </w:pPr>
    </w:p>
    <w:p w14:paraId="64B36A4E" w14:textId="77777777" w:rsidR="00D7352B" w:rsidRDefault="00C90105">
      <w:pPr>
        <w:spacing w:after="0"/>
      </w:pPr>
      <w:proofErr w:type="gramStart"/>
      <w:r>
        <w:rPr>
          <w:rFonts w:ascii="Arial" w:hAnsi="Arial"/>
          <w:b/>
        </w:rPr>
        <w:t xml:space="preserve">Jasmine  </w:t>
      </w:r>
      <w:r>
        <w:rPr>
          <w:rFonts w:ascii="Arial" w:hAnsi="Arial"/>
          <w:color w:val="5D7284"/>
        </w:rPr>
        <w:t>50:38</w:t>
      </w:r>
      <w:proofErr w:type="gramEnd"/>
    </w:p>
    <w:p w14:paraId="52022B1F" w14:textId="77777777" w:rsidR="00D7352B" w:rsidRDefault="00C90105">
      <w:pPr>
        <w:spacing w:after="0"/>
      </w:pPr>
      <w:r>
        <w:rPr>
          <w:rFonts w:ascii="Arial" w:hAnsi="Arial"/>
        </w:rPr>
        <w:t xml:space="preserve">Yeah, </w:t>
      </w:r>
      <w:proofErr w:type="gramStart"/>
      <w:r>
        <w:rPr>
          <w:rFonts w:ascii="Arial" w:hAnsi="Arial"/>
        </w:rPr>
        <w:t>we're</w:t>
      </w:r>
      <w:proofErr w:type="gramEnd"/>
      <w:r>
        <w:rPr>
          <w:rFonts w:ascii="Arial" w:hAnsi="Arial"/>
        </w:rPr>
        <w:t xml:space="preserve"> a lot more determined, a lot more determined than everyone else, because of what we had to go through, as well as dealing with life at the same time.</w:t>
      </w:r>
    </w:p>
    <w:p w14:paraId="383D169C" w14:textId="77777777" w:rsidR="00D7352B" w:rsidRDefault="00D7352B">
      <w:pPr>
        <w:spacing w:after="0"/>
      </w:pPr>
    </w:p>
    <w:p w14:paraId="1A992A0D" w14:textId="77777777" w:rsidR="00D7352B" w:rsidRDefault="00C90105">
      <w:pPr>
        <w:spacing w:after="0"/>
      </w:pPr>
      <w:proofErr w:type="gramStart"/>
      <w:r>
        <w:rPr>
          <w:rFonts w:ascii="Arial" w:hAnsi="Arial"/>
          <w:b/>
        </w:rPr>
        <w:t xml:space="preserve">Lucy  </w:t>
      </w:r>
      <w:r>
        <w:rPr>
          <w:rFonts w:ascii="Arial" w:hAnsi="Arial"/>
          <w:color w:val="5D7284"/>
        </w:rPr>
        <w:t>50:49</w:t>
      </w:r>
      <w:proofErr w:type="gramEnd"/>
    </w:p>
    <w:p w14:paraId="00EF043A" w14:textId="77777777" w:rsidR="00D7352B" w:rsidRDefault="00C90105">
      <w:pPr>
        <w:spacing w:after="0"/>
      </w:pPr>
      <w:r>
        <w:rPr>
          <w:rFonts w:ascii="Arial" w:hAnsi="Arial"/>
        </w:rPr>
        <w:t>Yeah, exactly.</w:t>
      </w:r>
    </w:p>
    <w:p w14:paraId="6C81CDD4" w14:textId="77777777" w:rsidR="00D7352B" w:rsidRDefault="00D7352B">
      <w:pPr>
        <w:spacing w:after="0"/>
      </w:pPr>
    </w:p>
    <w:p w14:paraId="4AC23707" w14:textId="77777777" w:rsidR="00D7352B" w:rsidRDefault="00C90105">
      <w:pPr>
        <w:spacing w:after="0"/>
      </w:pPr>
      <w:proofErr w:type="gramStart"/>
      <w:r>
        <w:rPr>
          <w:rFonts w:ascii="Arial" w:hAnsi="Arial"/>
          <w:b/>
        </w:rPr>
        <w:t xml:space="preserve">Alice  </w:t>
      </w:r>
      <w:r>
        <w:rPr>
          <w:rFonts w:ascii="Arial" w:hAnsi="Arial"/>
          <w:color w:val="5D7284"/>
        </w:rPr>
        <w:t>50:50</w:t>
      </w:r>
      <w:proofErr w:type="gramEnd"/>
    </w:p>
    <w:p w14:paraId="17C5D40C" w14:textId="77777777" w:rsidR="00D7352B" w:rsidRDefault="00C90105">
      <w:pPr>
        <w:spacing w:after="0"/>
      </w:pPr>
      <w:r>
        <w:rPr>
          <w:rFonts w:ascii="Arial" w:hAnsi="Arial"/>
        </w:rPr>
        <w:t>Jasmine, what are your kind of hop</w:t>
      </w:r>
      <w:r>
        <w:rPr>
          <w:rFonts w:ascii="Arial" w:hAnsi="Arial"/>
        </w:rPr>
        <w:t xml:space="preserve">es and plans for yourself for the future? You said, </w:t>
      </w:r>
      <w:proofErr w:type="gramStart"/>
      <w:r>
        <w:rPr>
          <w:rFonts w:ascii="Arial" w:hAnsi="Arial"/>
        </w:rPr>
        <w:t>You're</w:t>
      </w:r>
      <w:proofErr w:type="gramEnd"/>
      <w:r>
        <w:rPr>
          <w:rFonts w:ascii="Arial" w:hAnsi="Arial"/>
        </w:rPr>
        <w:t xml:space="preserve"> just in the process of going through your A Levels is University on the cards? </w:t>
      </w:r>
    </w:p>
    <w:p w14:paraId="1B64954C" w14:textId="77777777" w:rsidR="00D7352B" w:rsidRDefault="00D7352B">
      <w:pPr>
        <w:spacing w:after="0"/>
      </w:pPr>
    </w:p>
    <w:p w14:paraId="7CC03C47" w14:textId="77777777" w:rsidR="00D7352B" w:rsidRDefault="00C90105">
      <w:pPr>
        <w:spacing w:after="0"/>
      </w:pPr>
      <w:proofErr w:type="gramStart"/>
      <w:r>
        <w:rPr>
          <w:rFonts w:ascii="Arial" w:hAnsi="Arial"/>
          <w:b/>
        </w:rPr>
        <w:t xml:space="preserve">Jasmine  </w:t>
      </w:r>
      <w:r>
        <w:rPr>
          <w:rFonts w:ascii="Arial" w:hAnsi="Arial"/>
          <w:color w:val="5D7284"/>
        </w:rPr>
        <w:t>51:01</w:t>
      </w:r>
      <w:proofErr w:type="gramEnd"/>
    </w:p>
    <w:p w14:paraId="75D56E6B" w14:textId="77777777" w:rsidR="00D7352B" w:rsidRDefault="00C90105">
      <w:pPr>
        <w:spacing w:after="0"/>
      </w:pPr>
      <w:r>
        <w:rPr>
          <w:rFonts w:ascii="Arial" w:hAnsi="Arial"/>
        </w:rPr>
        <w:t xml:space="preserve">Yeah, yeah so, I'm doing my A Levels, </w:t>
      </w:r>
      <w:proofErr w:type="spellStart"/>
      <w:r>
        <w:rPr>
          <w:rFonts w:ascii="Arial" w:hAnsi="Arial"/>
        </w:rPr>
        <w:t>maths</w:t>
      </w:r>
      <w:proofErr w:type="spellEnd"/>
      <w:r>
        <w:rPr>
          <w:rFonts w:ascii="Arial" w:hAnsi="Arial"/>
        </w:rPr>
        <w:t>, physics and biology at the moment, and I hope to go to u</w:t>
      </w:r>
      <w:r>
        <w:rPr>
          <w:rFonts w:ascii="Arial" w:hAnsi="Arial"/>
        </w:rPr>
        <w:t xml:space="preserve">niversity in September, if </w:t>
      </w:r>
      <w:proofErr w:type="spellStart"/>
      <w:r>
        <w:rPr>
          <w:rFonts w:ascii="Arial" w:hAnsi="Arial"/>
        </w:rPr>
        <w:t>if</w:t>
      </w:r>
      <w:proofErr w:type="spellEnd"/>
      <w:r>
        <w:rPr>
          <w:rFonts w:ascii="Arial" w:hAnsi="Arial"/>
        </w:rPr>
        <w:t xml:space="preserve"> COVID </w:t>
      </w:r>
      <w:proofErr w:type="gramStart"/>
      <w:r>
        <w:rPr>
          <w:rFonts w:ascii="Arial" w:hAnsi="Arial"/>
        </w:rPr>
        <w:t>and  everything</w:t>
      </w:r>
      <w:proofErr w:type="gramEnd"/>
      <w:r>
        <w:rPr>
          <w:rFonts w:ascii="Arial" w:hAnsi="Arial"/>
        </w:rPr>
        <w:t xml:space="preserve"> calms down a bit.</w:t>
      </w:r>
    </w:p>
    <w:p w14:paraId="17F9FE2D" w14:textId="77777777" w:rsidR="00D7352B" w:rsidRDefault="00D7352B">
      <w:pPr>
        <w:spacing w:after="0"/>
      </w:pPr>
    </w:p>
    <w:p w14:paraId="6C98CF33" w14:textId="77777777" w:rsidR="00D7352B" w:rsidRDefault="00C90105">
      <w:pPr>
        <w:spacing w:after="0"/>
      </w:pPr>
      <w:proofErr w:type="gramStart"/>
      <w:r>
        <w:rPr>
          <w:rFonts w:ascii="Arial" w:hAnsi="Arial"/>
          <w:b/>
        </w:rPr>
        <w:t xml:space="preserve">all  </w:t>
      </w:r>
      <w:r>
        <w:rPr>
          <w:rFonts w:ascii="Arial" w:hAnsi="Arial"/>
          <w:color w:val="5D7284"/>
        </w:rPr>
        <w:t>51:12</w:t>
      </w:r>
      <w:proofErr w:type="gramEnd"/>
    </w:p>
    <w:p w14:paraId="3D51C2FA" w14:textId="77777777" w:rsidR="00D7352B" w:rsidRDefault="00C90105">
      <w:pPr>
        <w:spacing w:after="0"/>
      </w:pPr>
      <w:r>
        <w:rPr>
          <w:rFonts w:ascii="Arial" w:hAnsi="Arial"/>
        </w:rPr>
        <w:t>[laughs]</w:t>
      </w:r>
    </w:p>
    <w:p w14:paraId="04B1B695" w14:textId="77777777" w:rsidR="00D7352B" w:rsidRDefault="00D7352B">
      <w:pPr>
        <w:spacing w:after="0"/>
      </w:pPr>
    </w:p>
    <w:p w14:paraId="30B629BA" w14:textId="77777777" w:rsidR="00D7352B" w:rsidRDefault="00C90105">
      <w:pPr>
        <w:spacing w:after="0"/>
      </w:pPr>
      <w:proofErr w:type="gramStart"/>
      <w:r>
        <w:rPr>
          <w:rFonts w:ascii="Arial" w:hAnsi="Arial"/>
          <w:b/>
        </w:rPr>
        <w:t xml:space="preserve">Jasmine  </w:t>
      </w:r>
      <w:r>
        <w:rPr>
          <w:rFonts w:ascii="Arial" w:hAnsi="Arial"/>
          <w:color w:val="5D7284"/>
        </w:rPr>
        <w:t>51:13</w:t>
      </w:r>
      <w:proofErr w:type="gramEnd"/>
    </w:p>
    <w:p w14:paraId="576B95DE" w14:textId="77777777" w:rsidR="00D7352B" w:rsidRDefault="00C90105">
      <w:pPr>
        <w:spacing w:after="0"/>
      </w:pPr>
      <w:r>
        <w:rPr>
          <w:rFonts w:ascii="Arial" w:hAnsi="Arial"/>
        </w:rPr>
        <w:t xml:space="preserve">Hopefully to study physics. </w:t>
      </w:r>
    </w:p>
    <w:p w14:paraId="5561428F" w14:textId="77777777" w:rsidR="00D7352B" w:rsidRDefault="00D7352B">
      <w:pPr>
        <w:spacing w:after="0"/>
      </w:pPr>
    </w:p>
    <w:p w14:paraId="0F434AC8" w14:textId="77777777" w:rsidR="00D7352B" w:rsidRDefault="00C90105">
      <w:pPr>
        <w:spacing w:after="0"/>
      </w:pPr>
      <w:proofErr w:type="gramStart"/>
      <w:r>
        <w:rPr>
          <w:rFonts w:ascii="Arial" w:hAnsi="Arial"/>
          <w:b/>
        </w:rPr>
        <w:t xml:space="preserve">Alice  </w:t>
      </w:r>
      <w:r>
        <w:rPr>
          <w:rFonts w:ascii="Arial" w:hAnsi="Arial"/>
          <w:color w:val="5D7284"/>
        </w:rPr>
        <w:t>51:15</w:t>
      </w:r>
      <w:proofErr w:type="gramEnd"/>
    </w:p>
    <w:p w14:paraId="2398A48A" w14:textId="77777777" w:rsidR="00D7352B" w:rsidRDefault="00C90105">
      <w:pPr>
        <w:spacing w:after="0"/>
      </w:pPr>
      <w:r>
        <w:rPr>
          <w:rFonts w:ascii="Arial" w:hAnsi="Arial"/>
        </w:rPr>
        <w:t>Oh wow.</w:t>
      </w:r>
    </w:p>
    <w:p w14:paraId="31ECF95B" w14:textId="77777777" w:rsidR="00D7352B" w:rsidRDefault="00D7352B">
      <w:pPr>
        <w:spacing w:after="0"/>
      </w:pPr>
    </w:p>
    <w:p w14:paraId="6B26ECE0" w14:textId="77777777" w:rsidR="00D7352B" w:rsidRDefault="00C90105">
      <w:pPr>
        <w:spacing w:after="0"/>
      </w:pPr>
      <w:proofErr w:type="gramStart"/>
      <w:r>
        <w:rPr>
          <w:rFonts w:ascii="Arial" w:hAnsi="Arial"/>
          <w:b/>
        </w:rPr>
        <w:t xml:space="preserve">Jasmine  </w:t>
      </w:r>
      <w:r>
        <w:rPr>
          <w:rFonts w:ascii="Arial" w:hAnsi="Arial"/>
          <w:color w:val="5D7284"/>
        </w:rPr>
        <w:t>51:16</w:t>
      </w:r>
      <w:proofErr w:type="gramEnd"/>
    </w:p>
    <w:p w14:paraId="4F5A3EE4" w14:textId="77777777" w:rsidR="00D7352B" w:rsidRDefault="00C90105">
      <w:pPr>
        <w:spacing w:after="0"/>
      </w:pPr>
      <w:r>
        <w:rPr>
          <w:rFonts w:ascii="Arial" w:hAnsi="Arial"/>
        </w:rPr>
        <w:t xml:space="preserve">I think </w:t>
      </w:r>
      <w:proofErr w:type="gramStart"/>
      <w:r>
        <w:rPr>
          <w:rFonts w:ascii="Arial" w:hAnsi="Arial"/>
        </w:rPr>
        <w:t>I'm</w:t>
      </w:r>
      <w:proofErr w:type="gramEnd"/>
      <w:r>
        <w:rPr>
          <w:rFonts w:ascii="Arial" w:hAnsi="Arial"/>
        </w:rPr>
        <w:t xml:space="preserve"> quite interested in medical physics at the moment, because of my </w:t>
      </w:r>
      <w:r>
        <w:rPr>
          <w:rFonts w:ascii="Arial" w:hAnsi="Arial"/>
        </w:rPr>
        <w:t xml:space="preserve">condition, then I think it's really made me realise more about patients and I feel like I can, I'd like to go into research or helping improve the quality of life for patients with disabilities. And I think Yeah, </w:t>
      </w:r>
      <w:proofErr w:type="gramStart"/>
      <w:r>
        <w:rPr>
          <w:rFonts w:ascii="Arial" w:hAnsi="Arial"/>
        </w:rPr>
        <w:t>I'm</w:t>
      </w:r>
      <w:proofErr w:type="gramEnd"/>
      <w:r>
        <w:rPr>
          <w:rFonts w:ascii="Arial" w:hAnsi="Arial"/>
        </w:rPr>
        <w:t xml:space="preserve"> not entirely certain yet on a specific </w:t>
      </w:r>
      <w:r>
        <w:rPr>
          <w:rFonts w:ascii="Arial" w:hAnsi="Arial"/>
        </w:rPr>
        <w:t xml:space="preserve">job title, but, you know, just something, something that will help patients because I understand what they're going through. Whether </w:t>
      </w:r>
      <w:proofErr w:type="spellStart"/>
      <w:r>
        <w:rPr>
          <w:rFonts w:ascii="Arial" w:hAnsi="Arial"/>
        </w:rPr>
        <w:t>thats</w:t>
      </w:r>
      <w:proofErr w:type="spellEnd"/>
      <w:r>
        <w:rPr>
          <w:rFonts w:ascii="Arial" w:hAnsi="Arial"/>
        </w:rPr>
        <w:t>...</w:t>
      </w:r>
    </w:p>
    <w:p w14:paraId="542B91DC" w14:textId="77777777" w:rsidR="00D7352B" w:rsidRDefault="00D7352B">
      <w:pPr>
        <w:spacing w:after="0"/>
      </w:pPr>
    </w:p>
    <w:p w14:paraId="26878761" w14:textId="77777777" w:rsidR="00D7352B" w:rsidRDefault="00C90105">
      <w:pPr>
        <w:spacing w:after="0"/>
      </w:pPr>
      <w:proofErr w:type="gramStart"/>
      <w:r>
        <w:rPr>
          <w:rFonts w:ascii="Arial" w:hAnsi="Arial"/>
          <w:b/>
        </w:rPr>
        <w:t xml:space="preserve">Alice  </w:t>
      </w:r>
      <w:r>
        <w:rPr>
          <w:rFonts w:ascii="Arial" w:hAnsi="Arial"/>
          <w:color w:val="5D7284"/>
        </w:rPr>
        <w:t>51:50</w:t>
      </w:r>
      <w:proofErr w:type="gramEnd"/>
    </w:p>
    <w:p w14:paraId="386161A4" w14:textId="77777777" w:rsidR="00D7352B" w:rsidRDefault="00C90105">
      <w:pPr>
        <w:spacing w:after="0"/>
      </w:pPr>
      <w:r>
        <w:rPr>
          <w:rFonts w:ascii="Arial" w:hAnsi="Arial"/>
        </w:rPr>
        <w:t>So medical physics in a bit musical theatre?</w:t>
      </w:r>
    </w:p>
    <w:p w14:paraId="0AEB9C69" w14:textId="77777777" w:rsidR="00D7352B" w:rsidRDefault="00D7352B">
      <w:pPr>
        <w:spacing w:after="0"/>
      </w:pPr>
    </w:p>
    <w:p w14:paraId="0BDC14BB" w14:textId="77777777" w:rsidR="00D7352B" w:rsidRDefault="00C90105">
      <w:pPr>
        <w:spacing w:after="0"/>
      </w:pPr>
      <w:proofErr w:type="gramStart"/>
      <w:r>
        <w:rPr>
          <w:rFonts w:ascii="Arial" w:hAnsi="Arial"/>
          <w:b/>
        </w:rPr>
        <w:t xml:space="preserve">Jasmine  </w:t>
      </w:r>
      <w:r>
        <w:rPr>
          <w:rFonts w:ascii="Arial" w:hAnsi="Arial"/>
          <w:color w:val="5D7284"/>
        </w:rPr>
        <w:t>51:53</w:t>
      </w:r>
      <w:proofErr w:type="gramEnd"/>
    </w:p>
    <w:p w14:paraId="15140056" w14:textId="77777777" w:rsidR="00D7352B" w:rsidRDefault="00C90105">
      <w:pPr>
        <w:spacing w:after="0"/>
      </w:pPr>
      <w:r>
        <w:rPr>
          <w:rFonts w:ascii="Arial" w:hAnsi="Arial"/>
        </w:rPr>
        <w:t>[laughs] Yeah, probably as a side thing</w:t>
      </w:r>
      <w:r>
        <w:rPr>
          <w:rFonts w:ascii="Arial" w:hAnsi="Arial"/>
        </w:rPr>
        <w:t>, I'd quite like...</w:t>
      </w:r>
    </w:p>
    <w:p w14:paraId="3B5D91C6" w14:textId="77777777" w:rsidR="00D7352B" w:rsidRDefault="00D7352B">
      <w:pPr>
        <w:spacing w:after="0"/>
      </w:pPr>
    </w:p>
    <w:p w14:paraId="0FAE2B0E" w14:textId="77777777" w:rsidR="00D7352B" w:rsidRDefault="00C90105">
      <w:pPr>
        <w:spacing w:after="0"/>
      </w:pPr>
      <w:proofErr w:type="gramStart"/>
      <w:r>
        <w:rPr>
          <w:rFonts w:ascii="Arial" w:hAnsi="Arial"/>
          <w:b/>
        </w:rPr>
        <w:t xml:space="preserve">Alice  </w:t>
      </w:r>
      <w:r>
        <w:rPr>
          <w:rFonts w:ascii="Arial" w:hAnsi="Arial"/>
          <w:color w:val="5D7284"/>
        </w:rPr>
        <w:t>51:59</w:t>
      </w:r>
      <w:proofErr w:type="gramEnd"/>
    </w:p>
    <w:p w14:paraId="27B66E90" w14:textId="77777777" w:rsidR="00D7352B" w:rsidRDefault="00C90105">
      <w:pPr>
        <w:spacing w:after="0"/>
      </w:pPr>
      <w:r>
        <w:rPr>
          <w:rFonts w:ascii="Arial" w:hAnsi="Arial"/>
        </w:rPr>
        <w:t>Not the two at the same time! [laughs]</w:t>
      </w:r>
    </w:p>
    <w:p w14:paraId="1CBC3FD0" w14:textId="77777777" w:rsidR="00D7352B" w:rsidRDefault="00D7352B">
      <w:pPr>
        <w:spacing w:after="0"/>
      </w:pPr>
    </w:p>
    <w:p w14:paraId="7CE8DC8F" w14:textId="77777777" w:rsidR="00D7352B" w:rsidRDefault="00C90105">
      <w:pPr>
        <w:spacing w:after="0"/>
      </w:pPr>
      <w:proofErr w:type="gramStart"/>
      <w:r>
        <w:rPr>
          <w:rFonts w:ascii="Arial" w:hAnsi="Arial"/>
          <w:b/>
        </w:rPr>
        <w:lastRenderedPageBreak/>
        <w:t xml:space="preserve">Lucy  </w:t>
      </w:r>
      <w:r>
        <w:rPr>
          <w:rFonts w:ascii="Arial" w:hAnsi="Arial"/>
          <w:color w:val="5D7284"/>
        </w:rPr>
        <w:t>52:00</w:t>
      </w:r>
      <w:proofErr w:type="gramEnd"/>
    </w:p>
    <w:p w14:paraId="0C625D87" w14:textId="77777777" w:rsidR="00D7352B" w:rsidRDefault="00C90105">
      <w:pPr>
        <w:spacing w:after="0"/>
      </w:pPr>
      <w:r>
        <w:rPr>
          <w:rFonts w:ascii="Arial" w:hAnsi="Arial"/>
        </w:rPr>
        <w:t xml:space="preserve">[laughs] No, </w:t>
      </w:r>
      <w:proofErr w:type="gramStart"/>
      <w:r>
        <w:rPr>
          <w:rFonts w:ascii="Arial" w:hAnsi="Arial"/>
        </w:rPr>
        <w:t>that's</w:t>
      </w:r>
      <w:proofErr w:type="gramEnd"/>
      <w:r>
        <w:rPr>
          <w:rFonts w:ascii="Arial" w:hAnsi="Arial"/>
        </w:rPr>
        <w:t xml:space="preserve"> really great. Well, I am I wish you all the best with your studies and everything. And why, what is </w:t>
      </w:r>
      <w:proofErr w:type="gramStart"/>
      <w:r>
        <w:rPr>
          <w:rFonts w:ascii="Arial" w:hAnsi="Arial"/>
        </w:rPr>
        <w:t>the your</w:t>
      </w:r>
      <w:proofErr w:type="gramEnd"/>
      <w:r>
        <w:rPr>
          <w:rFonts w:ascii="Arial" w:hAnsi="Arial"/>
        </w:rPr>
        <w:t xml:space="preserve"> prognosis for your arthritis? Have they said that it will get worse with age or, you know, is there things to be mindful of you</w:t>
      </w:r>
      <w:r>
        <w:rPr>
          <w:rFonts w:ascii="Arial" w:hAnsi="Arial"/>
        </w:rPr>
        <w:t xml:space="preserve"> get older? </w:t>
      </w:r>
    </w:p>
    <w:p w14:paraId="34AAB605" w14:textId="77777777" w:rsidR="00D7352B" w:rsidRDefault="00D7352B">
      <w:pPr>
        <w:spacing w:after="0"/>
      </w:pPr>
    </w:p>
    <w:p w14:paraId="1415BD94" w14:textId="77777777" w:rsidR="00D7352B" w:rsidRDefault="00C90105">
      <w:pPr>
        <w:spacing w:after="0"/>
      </w:pPr>
      <w:proofErr w:type="gramStart"/>
      <w:r>
        <w:rPr>
          <w:rFonts w:ascii="Arial" w:hAnsi="Arial"/>
          <w:b/>
        </w:rPr>
        <w:t xml:space="preserve">Jasmine  </w:t>
      </w:r>
      <w:r>
        <w:rPr>
          <w:rFonts w:ascii="Arial" w:hAnsi="Arial"/>
          <w:color w:val="5D7284"/>
        </w:rPr>
        <w:t>52:20</w:t>
      </w:r>
      <w:proofErr w:type="gramEnd"/>
    </w:p>
    <w:p w14:paraId="21168F7D" w14:textId="77777777" w:rsidR="00D7352B" w:rsidRDefault="00C90105">
      <w:pPr>
        <w:spacing w:after="0"/>
      </w:pPr>
      <w:r>
        <w:rPr>
          <w:rFonts w:ascii="Arial" w:hAnsi="Arial"/>
        </w:rPr>
        <w:t>Umm</w:t>
      </w:r>
    </w:p>
    <w:p w14:paraId="798B7524" w14:textId="77777777" w:rsidR="00D7352B" w:rsidRDefault="00D7352B">
      <w:pPr>
        <w:spacing w:after="0"/>
      </w:pPr>
    </w:p>
    <w:p w14:paraId="7619D1E6" w14:textId="77777777" w:rsidR="00D7352B" w:rsidRDefault="00C90105">
      <w:pPr>
        <w:spacing w:after="0"/>
      </w:pPr>
      <w:proofErr w:type="gramStart"/>
      <w:r>
        <w:rPr>
          <w:rFonts w:ascii="Arial" w:hAnsi="Arial"/>
          <w:b/>
        </w:rPr>
        <w:t xml:space="preserve">Lucy  </w:t>
      </w:r>
      <w:r>
        <w:rPr>
          <w:rFonts w:ascii="Arial" w:hAnsi="Arial"/>
          <w:color w:val="5D7284"/>
        </w:rPr>
        <w:t>52:20</w:t>
      </w:r>
      <w:proofErr w:type="gramEnd"/>
    </w:p>
    <w:p w14:paraId="57964D14" w14:textId="77777777" w:rsidR="00D7352B" w:rsidRDefault="00C90105">
      <w:pPr>
        <w:spacing w:after="0"/>
      </w:pPr>
      <w:r>
        <w:rPr>
          <w:rFonts w:ascii="Arial" w:hAnsi="Arial"/>
        </w:rPr>
        <w:t xml:space="preserve">Or do we, is it just a case </w:t>
      </w:r>
      <w:proofErr w:type="spellStart"/>
      <w:r>
        <w:rPr>
          <w:rFonts w:ascii="Arial" w:hAnsi="Arial"/>
        </w:rPr>
        <w:t>case</w:t>
      </w:r>
      <w:proofErr w:type="spellEnd"/>
      <w:r>
        <w:rPr>
          <w:rFonts w:ascii="Arial" w:hAnsi="Arial"/>
        </w:rPr>
        <w:t xml:space="preserve"> of, you know, </w:t>
      </w:r>
      <w:proofErr w:type="gramStart"/>
      <w:r>
        <w:rPr>
          <w:rFonts w:ascii="Arial" w:hAnsi="Arial"/>
        </w:rPr>
        <w:t>we'll</w:t>
      </w:r>
      <w:proofErr w:type="gramEnd"/>
      <w:r>
        <w:rPr>
          <w:rFonts w:ascii="Arial" w:hAnsi="Arial"/>
        </w:rPr>
        <w:t xml:space="preserve"> keep an eye on you. And if something </w:t>
      </w:r>
      <w:proofErr w:type="spellStart"/>
      <w:r>
        <w:rPr>
          <w:rFonts w:ascii="Arial" w:hAnsi="Arial"/>
        </w:rPr>
        <w:t>materialises</w:t>
      </w:r>
      <w:proofErr w:type="spellEnd"/>
      <w:r>
        <w:rPr>
          <w:rFonts w:ascii="Arial" w:hAnsi="Arial"/>
        </w:rPr>
        <w:t>?</w:t>
      </w:r>
    </w:p>
    <w:p w14:paraId="3C17E117" w14:textId="77777777" w:rsidR="00D7352B" w:rsidRDefault="00D7352B">
      <w:pPr>
        <w:spacing w:after="0"/>
      </w:pPr>
    </w:p>
    <w:p w14:paraId="7B230D9D" w14:textId="77777777" w:rsidR="00D7352B" w:rsidRDefault="00C90105">
      <w:pPr>
        <w:spacing w:after="0"/>
      </w:pPr>
      <w:proofErr w:type="gramStart"/>
      <w:r>
        <w:rPr>
          <w:rFonts w:ascii="Arial" w:hAnsi="Arial"/>
          <w:b/>
        </w:rPr>
        <w:t xml:space="preserve">Jasmine  </w:t>
      </w:r>
      <w:r>
        <w:rPr>
          <w:rFonts w:ascii="Arial" w:hAnsi="Arial"/>
          <w:color w:val="5D7284"/>
        </w:rPr>
        <w:t>52:28</w:t>
      </w:r>
      <w:proofErr w:type="gramEnd"/>
    </w:p>
    <w:p w14:paraId="0ACE2D36" w14:textId="77777777" w:rsidR="00D7352B" w:rsidRDefault="00C90105">
      <w:pPr>
        <w:spacing w:after="0"/>
      </w:pPr>
      <w:r>
        <w:rPr>
          <w:rFonts w:ascii="Arial" w:hAnsi="Arial"/>
        </w:rPr>
        <w:t xml:space="preserve">Yeah. I think no one really knows with, because the immune system is such a complicated thing that no one </w:t>
      </w:r>
      <w:proofErr w:type="gramStart"/>
      <w:r>
        <w:rPr>
          <w:rFonts w:ascii="Arial" w:hAnsi="Arial"/>
        </w:rPr>
        <w:t>really entirely</w:t>
      </w:r>
      <w:proofErr w:type="gramEnd"/>
      <w:r>
        <w:rPr>
          <w:rFonts w:ascii="Arial" w:hAnsi="Arial"/>
        </w:rPr>
        <w:t xml:space="preserve"> understands yet. I think when I was younger, they said that </w:t>
      </w:r>
      <w:proofErr w:type="gramStart"/>
      <w:r>
        <w:rPr>
          <w:rFonts w:ascii="Arial" w:hAnsi="Arial"/>
        </w:rPr>
        <w:t>I'd</w:t>
      </w:r>
      <w:proofErr w:type="gramEnd"/>
      <w:r>
        <w:rPr>
          <w:rFonts w:ascii="Arial" w:hAnsi="Arial"/>
        </w:rPr>
        <w:t xml:space="preserve"> grow out of it. And then </w:t>
      </w:r>
      <w:proofErr w:type="gramStart"/>
      <w:r>
        <w:rPr>
          <w:rFonts w:ascii="Arial" w:hAnsi="Arial"/>
        </w:rPr>
        <w:t>it's</w:t>
      </w:r>
      <w:proofErr w:type="gramEnd"/>
      <w:r>
        <w:rPr>
          <w:rFonts w:ascii="Arial" w:hAnsi="Arial"/>
        </w:rPr>
        <w:t>, obviously I'm nearly 18 now and it's st</w:t>
      </w:r>
      <w:r>
        <w:rPr>
          <w:rFonts w:ascii="Arial" w:hAnsi="Arial"/>
        </w:rPr>
        <w:t xml:space="preserve">ill quite bad. I think I just </w:t>
      </w:r>
      <w:proofErr w:type="gramStart"/>
      <w:r>
        <w:rPr>
          <w:rFonts w:ascii="Arial" w:hAnsi="Arial"/>
        </w:rPr>
        <w:t>I'm</w:t>
      </w:r>
      <w:proofErr w:type="gramEnd"/>
      <w:r>
        <w:rPr>
          <w:rFonts w:ascii="Arial" w:hAnsi="Arial"/>
        </w:rPr>
        <w:t xml:space="preserve"> going to be going through flares, I think sometimes it will be fine and manageable. And then other times, I will be </w:t>
      </w:r>
      <w:proofErr w:type="gramStart"/>
      <w:r>
        <w:rPr>
          <w:rFonts w:ascii="Arial" w:hAnsi="Arial"/>
        </w:rPr>
        <w:t>really bad</w:t>
      </w:r>
      <w:proofErr w:type="gramEnd"/>
      <w:r>
        <w:rPr>
          <w:rFonts w:ascii="Arial" w:hAnsi="Arial"/>
        </w:rPr>
        <w:t>. But I'm not sure no one really knows about the future with children with arthritis, because it</w:t>
      </w:r>
      <w:r>
        <w:rPr>
          <w:rFonts w:ascii="Arial" w:hAnsi="Arial"/>
        </w:rPr>
        <w:t xml:space="preserve">'s so it's not a very </w:t>
      </w:r>
      <w:proofErr w:type="spellStart"/>
      <w:proofErr w:type="gramStart"/>
      <w:r>
        <w:rPr>
          <w:rFonts w:ascii="Arial" w:hAnsi="Arial"/>
        </w:rPr>
        <w:t>well known</w:t>
      </w:r>
      <w:proofErr w:type="spellEnd"/>
      <w:proofErr w:type="gramEnd"/>
      <w:r>
        <w:rPr>
          <w:rFonts w:ascii="Arial" w:hAnsi="Arial"/>
        </w:rPr>
        <w:t xml:space="preserve"> area yet. </w:t>
      </w:r>
      <w:proofErr w:type="gramStart"/>
      <w:r>
        <w:rPr>
          <w:rFonts w:ascii="Arial" w:hAnsi="Arial"/>
        </w:rPr>
        <w:t>I'm</w:t>
      </w:r>
      <w:proofErr w:type="gramEnd"/>
      <w:r>
        <w:rPr>
          <w:rFonts w:ascii="Arial" w:hAnsi="Arial"/>
        </w:rPr>
        <w:t xml:space="preserve"> on a clinical trial at the moment for a drug be to be </w:t>
      </w:r>
      <w:proofErr w:type="spellStart"/>
      <w:r>
        <w:rPr>
          <w:rFonts w:ascii="Arial" w:hAnsi="Arial"/>
        </w:rPr>
        <w:t>licenced</w:t>
      </w:r>
      <w:proofErr w:type="spellEnd"/>
      <w:r>
        <w:rPr>
          <w:rFonts w:ascii="Arial" w:hAnsi="Arial"/>
        </w:rPr>
        <w:t xml:space="preserve"> in children. So </w:t>
      </w:r>
      <w:proofErr w:type="gramStart"/>
      <w:r>
        <w:rPr>
          <w:rFonts w:ascii="Arial" w:hAnsi="Arial"/>
        </w:rPr>
        <w:t>I'll</w:t>
      </w:r>
      <w:proofErr w:type="gramEnd"/>
      <w:r>
        <w:rPr>
          <w:rFonts w:ascii="Arial" w:hAnsi="Arial"/>
        </w:rPr>
        <w:t xml:space="preserve"> probably be on that clinical trial for five more years or something. </w:t>
      </w:r>
    </w:p>
    <w:p w14:paraId="22A916C2" w14:textId="77777777" w:rsidR="00D7352B" w:rsidRDefault="00D7352B">
      <w:pPr>
        <w:spacing w:after="0"/>
      </w:pPr>
    </w:p>
    <w:p w14:paraId="4BDAD569" w14:textId="77777777" w:rsidR="00D7352B" w:rsidRDefault="00C90105">
      <w:pPr>
        <w:spacing w:after="0"/>
      </w:pPr>
      <w:proofErr w:type="gramStart"/>
      <w:r>
        <w:rPr>
          <w:rFonts w:ascii="Arial" w:hAnsi="Arial"/>
          <w:b/>
        </w:rPr>
        <w:t xml:space="preserve">Lucy  </w:t>
      </w:r>
      <w:r>
        <w:rPr>
          <w:rFonts w:ascii="Arial" w:hAnsi="Arial"/>
          <w:color w:val="5D7284"/>
        </w:rPr>
        <w:t>53:22</w:t>
      </w:r>
      <w:proofErr w:type="gramEnd"/>
    </w:p>
    <w:p w14:paraId="2539FB2E" w14:textId="77777777" w:rsidR="00D7352B" w:rsidRDefault="00C90105">
      <w:pPr>
        <w:spacing w:after="0"/>
      </w:pPr>
      <w:r>
        <w:rPr>
          <w:rFonts w:ascii="Arial" w:hAnsi="Arial"/>
        </w:rPr>
        <w:t>Right</w:t>
      </w:r>
    </w:p>
    <w:p w14:paraId="3C65EBFA" w14:textId="77777777" w:rsidR="00D7352B" w:rsidRDefault="00D7352B">
      <w:pPr>
        <w:spacing w:after="0"/>
      </w:pPr>
    </w:p>
    <w:p w14:paraId="2D1AAE9D" w14:textId="77777777" w:rsidR="00D7352B" w:rsidRDefault="00C90105">
      <w:pPr>
        <w:spacing w:after="0"/>
      </w:pPr>
      <w:proofErr w:type="gramStart"/>
      <w:r>
        <w:rPr>
          <w:rFonts w:ascii="Arial" w:hAnsi="Arial"/>
          <w:b/>
        </w:rPr>
        <w:t xml:space="preserve">Jasmine  </w:t>
      </w:r>
      <w:r>
        <w:rPr>
          <w:rFonts w:ascii="Arial" w:hAnsi="Arial"/>
          <w:color w:val="5D7284"/>
        </w:rPr>
        <w:t>53:23</w:t>
      </w:r>
      <w:proofErr w:type="gramEnd"/>
    </w:p>
    <w:p w14:paraId="73A979E0" w14:textId="77777777" w:rsidR="00D7352B" w:rsidRDefault="00C90105">
      <w:pPr>
        <w:spacing w:after="0"/>
      </w:pPr>
      <w:r>
        <w:rPr>
          <w:rFonts w:ascii="Arial" w:hAnsi="Arial"/>
        </w:rPr>
        <w:t xml:space="preserve">But </w:t>
      </w:r>
      <w:proofErr w:type="gramStart"/>
      <w:r>
        <w:rPr>
          <w:rFonts w:ascii="Arial" w:hAnsi="Arial"/>
        </w:rPr>
        <w:t>that's</w:t>
      </w:r>
      <w:proofErr w:type="gramEnd"/>
      <w:r>
        <w:rPr>
          <w:rFonts w:ascii="Arial" w:hAnsi="Arial"/>
        </w:rPr>
        <w:t xml:space="preserve"> after all</w:t>
      </w:r>
      <w:r>
        <w:rPr>
          <w:rFonts w:ascii="Arial" w:hAnsi="Arial"/>
        </w:rPr>
        <w:t xml:space="preserve"> my trial and error on all of those different drugs for a couple of years. Then they said, Okay, </w:t>
      </w:r>
      <w:proofErr w:type="gramStart"/>
      <w:r>
        <w:rPr>
          <w:rFonts w:ascii="Arial" w:hAnsi="Arial"/>
        </w:rPr>
        <w:t>we'll</w:t>
      </w:r>
      <w:proofErr w:type="gramEnd"/>
      <w:r>
        <w:rPr>
          <w:rFonts w:ascii="Arial" w:hAnsi="Arial"/>
        </w:rPr>
        <w:t xml:space="preserve"> just put you on this clinical trial. And it has, </w:t>
      </w:r>
      <w:proofErr w:type="gramStart"/>
      <w:r>
        <w:rPr>
          <w:rFonts w:ascii="Arial" w:hAnsi="Arial"/>
        </w:rPr>
        <w:t>it's</w:t>
      </w:r>
      <w:proofErr w:type="gramEnd"/>
      <w:r>
        <w:rPr>
          <w:rFonts w:ascii="Arial" w:hAnsi="Arial"/>
        </w:rPr>
        <w:t xml:space="preserve"> definitely made me better. </w:t>
      </w:r>
      <w:proofErr w:type="gramStart"/>
      <w:r>
        <w:rPr>
          <w:rFonts w:ascii="Arial" w:hAnsi="Arial"/>
        </w:rPr>
        <w:t>I'm</w:t>
      </w:r>
      <w:proofErr w:type="gramEnd"/>
      <w:r>
        <w:rPr>
          <w:rFonts w:ascii="Arial" w:hAnsi="Arial"/>
        </w:rPr>
        <w:t xml:space="preserve"> still not 100% I still have joint pain every day. And I go through f</w:t>
      </w:r>
      <w:r>
        <w:rPr>
          <w:rFonts w:ascii="Arial" w:hAnsi="Arial"/>
        </w:rPr>
        <w:t xml:space="preserve">lares of </w:t>
      </w:r>
      <w:proofErr w:type="gramStart"/>
      <w:r>
        <w:rPr>
          <w:rFonts w:ascii="Arial" w:hAnsi="Arial"/>
        </w:rPr>
        <w:t>really bad</w:t>
      </w:r>
      <w:proofErr w:type="gramEnd"/>
      <w:r>
        <w:rPr>
          <w:rFonts w:ascii="Arial" w:hAnsi="Arial"/>
        </w:rPr>
        <w:t xml:space="preserve"> days. But I </w:t>
      </w:r>
      <w:proofErr w:type="gramStart"/>
      <w:r>
        <w:rPr>
          <w:rFonts w:ascii="Arial" w:hAnsi="Arial"/>
        </w:rPr>
        <w:t>think overall,</w:t>
      </w:r>
      <w:proofErr w:type="gramEnd"/>
      <w:r>
        <w:rPr>
          <w:rFonts w:ascii="Arial" w:hAnsi="Arial"/>
        </w:rPr>
        <w:t xml:space="preserve"> that I'm a lot better than I was last year.</w:t>
      </w:r>
    </w:p>
    <w:p w14:paraId="47B57319" w14:textId="77777777" w:rsidR="00D7352B" w:rsidRDefault="00D7352B">
      <w:pPr>
        <w:spacing w:after="0"/>
      </w:pPr>
    </w:p>
    <w:p w14:paraId="170D4F24" w14:textId="77777777" w:rsidR="00D7352B" w:rsidRDefault="00C90105">
      <w:pPr>
        <w:spacing w:after="0"/>
      </w:pPr>
      <w:proofErr w:type="gramStart"/>
      <w:r>
        <w:rPr>
          <w:rFonts w:ascii="Arial" w:hAnsi="Arial"/>
          <w:b/>
        </w:rPr>
        <w:t xml:space="preserve">Lucy  </w:t>
      </w:r>
      <w:r>
        <w:rPr>
          <w:rFonts w:ascii="Arial" w:hAnsi="Arial"/>
          <w:color w:val="5D7284"/>
        </w:rPr>
        <w:t>53:50</w:t>
      </w:r>
      <w:proofErr w:type="gramEnd"/>
    </w:p>
    <w:p w14:paraId="74A1CF5F" w14:textId="77777777" w:rsidR="00D7352B" w:rsidRDefault="00C90105">
      <w:pPr>
        <w:spacing w:after="0"/>
      </w:pPr>
      <w:r>
        <w:rPr>
          <w:rFonts w:ascii="Arial" w:hAnsi="Arial"/>
        </w:rPr>
        <w:t>Well, hopefully, if you get a career with the research for arthritis, you will be part of the change, won't you? So hopefully...</w:t>
      </w:r>
    </w:p>
    <w:p w14:paraId="7E9D71A9" w14:textId="77777777" w:rsidR="00D7352B" w:rsidRDefault="00D7352B">
      <w:pPr>
        <w:spacing w:after="0"/>
      </w:pPr>
    </w:p>
    <w:p w14:paraId="791E4DDD" w14:textId="77777777" w:rsidR="00D7352B" w:rsidRDefault="00C90105">
      <w:pPr>
        <w:spacing w:after="0"/>
      </w:pPr>
      <w:proofErr w:type="gramStart"/>
      <w:r>
        <w:rPr>
          <w:rFonts w:ascii="Arial" w:hAnsi="Arial"/>
          <w:b/>
        </w:rPr>
        <w:t xml:space="preserve">Jasmine  </w:t>
      </w:r>
      <w:r>
        <w:rPr>
          <w:rFonts w:ascii="Arial" w:hAnsi="Arial"/>
          <w:color w:val="5D7284"/>
        </w:rPr>
        <w:t>53:56</w:t>
      </w:r>
      <w:proofErr w:type="gramEnd"/>
    </w:p>
    <w:p w14:paraId="1A9DFFAA" w14:textId="77777777" w:rsidR="00D7352B" w:rsidRDefault="00C90105">
      <w:pPr>
        <w:spacing w:after="0"/>
      </w:pPr>
      <w:r>
        <w:rPr>
          <w:rFonts w:ascii="Arial" w:hAnsi="Arial"/>
        </w:rPr>
        <w:t>Yeah. I</w:t>
      </w:r>
      <w:r>
        <w:rPr>
          <w:rFonts w:ascii="Arial" w:hAnsi="Arial"/>
        </w:rPr>
        <w:t xml:space="preserve"> do really like volunteering with Verse Arthritis and other currencies as well. Just trying to raise awareness and improve, like young people's care and involvement in their own treatments, I think, yes. </w:t>
      </w:r>
      <w:proofErr w:type="gramStart"/>
      <w:r>
        <w:rPr>
          <w:rFonts w:ascii="Arial" w:hAnsi="Arial"/>
        </w:rPr>
        <w:t>It's</w:t>
      </w:r>
      <w:proofErr w:type="gramEnd"/>
      <w:r>
        <w:rPr>
          <w:rFonts w:ascii="Arial" w:hAnsi="Arial"/>
        </w:rPr>
        <w:t xml:space="preserve"> a really important thing.</w:t>
      </w:r>
    </w:p>
    <w:p w14:paraId="3A65D149" w14:textId="77777777" w:rsidR="00D7352B" w:rsidRDefault="00D7352B">
      <w:pPr>
        <w:spacing w:after="0"/>
      </w:pPr>
    </w:p>
    <w:p w14:paraId="6F1A9DA8" w14:textId="77777777" w:rsidR="00D7352B" w:rsidRDefault="00C90105">
      <w:pPr>
        <w:spacing w:after="0"/>
      </w:pPr>
      <w:proofErr w:type="gramStart"/>
      <w:r>
        <w:rPr>
          <w:rFonts w:ascii="Arial" w:hAnsi="Arial"/>
          <w:b/>
        </w:rPr>
        <w:t xml:space="preserve">Lucy  </w:t>
      </w:r>
      <w:r>
        <w:rPr>
          <w:rFonts w:ascii="Arial" w:hAnsi="Arial"/>
          <w:color w:val="5D7284"/>
        </w:rPr>
        <w:t>54:16</w:t>
      </w:r>
      <w:proofErr w:type="gramEnd"/>
    </w:p>
    <w:p w14:paraId="6B1F2273" w14:textId="77777777" w:rsidR="00D7352B" w:rsidRDefault="00C90105">
      <w:pPr>
        <w:spacing w:after="0"/>
      </w:pPr>
      <w:r>
        <w:rPr>
          <w:rFonts w:ascii="Arial" w:hAnsi="Arial"/>
        </w:rPr>
        <w:t>Jasmine,</w:t>
      </w:r>
      <w:r>
        <w:rPr>
          <w:rFonts w:ascii="Arial" w:hAnsi="Arial"/>
        </w:rPr>
        <w:t xml:space="preserve"> where can our listeners go to find information about Versus Arthritis and perhaps get involved and find out a bit more information about what they do and their aims, and...</w:t>
      </w:r>
    </w:p>
    <w:p w14:paraId="24798FB0" w14:textId="77777777" w:rsidR="00D7352B" w:rsidRDefault="00D7352B">
      <w:pPr>
        <w:spacing w:after="0"/>
      </w:pPr>
    </w:p>
    <w:p w14:paraId="668A1ACB" w14:textId="77777777" w:rsidR="00D7352B" w:rsidRDefault="00C90105">
      <w:pPr>
        <w:spacing w:after="0"/>
      </w:pPr>
      <w:proofErr w:type="gramStart"/>
      <w:r>
        <w:rPr>
          <w:rFonts w:ascii="Arial" w:hAnsi="Arial"/>
          <w:b/>
        </w:rPr>
        <w:t xml:space="preserve">Jasmine  </w:t>
      </w:r>
      <w:r>
        <w:rPr>
          <w:rFonts w:ascii="Arial" w:hAnsi="Arial"/>
          <w:color w:val="5D7284"/>
        </w:rPr>
        <w:t>54:27</w:t>
      </w:r>
      <w:proofErr w:type="gramEnd"/>
    </w:p>
    <w:p w14:paraId="5B32BF00" w14:textId="77777777" w:rsidR="00D7352B" w:rsidRDefault="00C90105">
      <w:pPr>
        <w:spacing w:after="0"/>
      </w:pPr>
      <w:proofErr w:type="gramStart"/>
      <w:r>
        <w:rPr>
          <w:rFonts w:ascii="Arial" w:hAnsi="Arial"/>
        </w:rPr>
        <w:lastRenderedPageBreak/>
        <w:t>they're</w:t>
      </w:r>
      <w:proofErr w:type="gramEnd"/>
      <w:r>
        <w:rPr>
          <w:rFonts w:ascii="Arial" w:hAnsi="Arial"/>
        </w:rPr>
        <w:t xml:space="preserve"> on all social media. So Facebook, Instagram, all of that t</w:t>
      </w:r>
      <w:r>
        <w:rPr>
          <w:rFonts w:ascii="Arial" w:hAnsi="Arial"/>
        </w:rPr>
        <w:t xml:space="preserve">hey have, that </w:t>
      </w:r>
      <w:proofErr w:type="gramStart"/>
      <w:r>
        <w:rPr>
          <w:rFonts w:ascii="Arial" w:hAnsi="Arial"/>
        </w:rPr>
        <w:t>they're</w:t>
      </w:r>
      <w:proofErr w:type="gramEnd"/>
      <w:r>
        <w:rPr>
          <w:rFonts w:ascii="Arial" w:hAnsi="Arial"/>
        </w:rPr>
        <w:t xml:space="preserve"> sharing, you know, regular tips for people with arthritis, but also videos and things to inform yourself about the condition and particularly with, as, this campaign, they're sharing tips for the media and anyone in the TV and film i</w:t>
      </w:r>
      <w:r>
        <w:rPr>
          <w:rFonts w:ascii="Arial" w:hAnsi="Arial"/>
        </w:rPr>
        <w:t xml:space="preserve">ndustry that could then use to help represent pain in film and TV more in the future. They also have a website, which, yeah, again, </w:t>
      </w:r>
      <w:proofErr w:type="gramStart"/>
      <w:r>
        <w:rPr>
          <w:rFonts w:ascii="Arial" w:hAnsi="Arial"/>
        </w:rPr>
        <w:t>all of</w:t>
      </w:r>
      <w:proofErr w:type="gramEnd"/>
      <w:r>
        <w:rPr>
          <w:rFonts w:ascii="Arial" w:hAnsi="Arial"/>
        </w:rPr>
        <w:t xml:space="preserve"> the articles will be shared on that. They often do videos, they do everything </w:t>
      </w:r>
      <w:proofErr w:type="gramStart"/>
      <w:r>
        <w:rPr>
          <w:rFonts w:ascii="Arial" w:hAnsi="Arial"/>
        </w:rPr>
        <w:t>really little</w:t>
      </w:r>
      <w:proofErr w:type="gramEnd"/>
      <w:r>
        <w:rPr>
          <w:rFonts w:ascii="Arial" w:hAnsi="Arial"/>
        </w:rPr>
        <w:t xml:space="preserve"> videos, they do articles,</w:t>
      </w:r>
      <w:r>
        <w:rPr>
          <w:rFonts w:ascii="Arial" w:hAnsi="Arial"/>
        </w:rPr>
        <w:t xml:space="preserve"> anything. So yeah,</w:t>
      </w:r>
    </w:p>
    <w:p w14:paraId="44D65A5C" w14:textId="77777777" w:rsidR="00D7352B" w:rsidRDefault="00D7352B">
      <w:pPr>
        <w:spacing w:after="0"/>
      </w:pPr>
    </w:p>
    <w:p w14:paraId="6E5562D2" w14:textId="77777777" w:rsidR="00D7352B" w:rsidRDefault="00C90105">
      <w:pPr>
        <w:spacing w:after="0"/>
      </w:pPr>
      <w:proofErr w:type="gramStart"/>
      <w:r>
        <w:rPr>
          <w:rFonts w:ascii="Arial" w:hAnsi="Arial"/>
          <w:b/>
        </w:rPr>
        <w:t xml:space="preserve">Lucy  </w:t>
      </w:r>
      <w:r>
        <w:rPr>
          <w:rFonts w:ascii="Arial" w:hAnsi="Arial"/>
          <w:color w:val="5D7284"/>
        </w:rPr>
        <w:t>55:15</w:t>
      </w:r>
      <w:proofErr w:type="gramEnd"/>
    </w:p>
    <w:p w14:paraId="5CBD059A" w14:textId="77777777" w:rsidR="00D7352B" w:rsidRDefault="00C90105">
      <w:pPr>
        <w:spacing w:after="0"/>
      </w:pPr>
      <w:r>
        <w:rPr>
          <w:rFonts w:ascii="Arial" w:hAnsi="Arial"/>
        </w:rPr>
        <w:t xml:space="preserve">Yeah, we can put all the details of that in your show guy, we should be on our website alongside the transcription of this episode. So if </w:t>
      </w:r>
      <w:proofErr w:type="gramStart"/>
      <w:r>
        <w:rPr>
          <w:rFonts w:ascii="Arial" w:hAnsi="Arial"/>
        </w:rPr>
        <w:t>anybody's</w:t>
      </w:r>
      <w:proofErr w:type="gramEnd"/>
      <w:r>
        <w:rPr>
          <w:rFonts w:ascii="Arial" w:hAnsi="Arial"/>
        </w:rPr>
        <w:t xml:space="preserve"> looking for more information about Versus Arthritis, you can pop along to t</w:t>
      </w:r>
      <w:r>
        <w:rPr>
          <w:rFonts w:ascii="Arial" w:hAnsi="Arial"/>
        </w:rPr>
        <w:t>here and find out some more information.</w:t>
      </w:r>
    </w:p>
    <w:p w14:paraId="5A8CD3C3" w14:textId="77777777" w:rsidR="00D7352B" w:rsidRDefault="00D7352B">
      <w:pPr>
        <w:spacing w:after="0"/>
      </w:pPr>
    </w:p>
    <w:p w14:paraId="67A4D27A" w14:textId="77777777" w:rsidR="00D7352B" w:rsidRDefault="00C90105">
      <w:pPr>
        <w:spacing w:after="0"/>
      </w:pPr>
      <w:proofErr w:type="gramStart"/>
      <w:r>
        <w:rPr>
          <w:rFonts w:ascii="Arial" w:hAnsi="Arial"/>
          <w:b/>
        </w:rPr>
        <w:t xml:space="preserve">Alice  </w:t>
      </w:r>
      <w:r>
        <w:rPr>
          <w:rFonts w:ascii="Arial" w:hAnsi="Arial"/>
          <w:color w:val="5D7284"/>
        </w:rPr>
        <w:t>55:29</w:t>
      </w:r>
      <w:proofErr w:type="gramEnd"/>
    </w:p>
    <w:p w14:paraId="392B8F14" w14:textId="77777777" w:rsidR="00D7352B" w:rsidRDefault="00C90105">
      <w:pPr>
        <w:spacing w:after="0"/>
      </w:pPr>
      <w:r>
        <w:rPr>
          <w:rFonts w:ascii="Arial" w:hAnsi="Arial"/>
        </w:rPr>
        <w:t xml:space="preserve">And their big </w:t>
      </w:r>
      <w:proofErr w:type="spellStart"/>
      <w:r>
        <w:rPr>
          <w:rFonts w:ascii="Arial" w:hAnsi="Arial"/>
        </w:rPr>
        <w:t>campagin</w:t>
      </w:r>
      <w:proofErr w:type="spellEnd"/>
      <w:r>
        <w:rPr>
          <w:rFonts w:ascii="Arial" w:hAnsi="Arial"/>
        </w:rPr>
        <w:t xml:space="preserve"> - The campaign that </w:t>
      </w:r>
      <w:proofErr w:type="gramStart"/>
      <w:r>
        <w:rPr>
          <w:rFonts w:ascii="Arial" w:hAnsi="Arial"/>
        </w:rPr>
        <w:t>we're</w:t>
      </w:r>
      <w:proofErr w:type="gramEnd"/>
      <w:r>
        <w:rPr>
          <w:rFonts w:ascii="Arial" w:hAnsi="Arial"/>
        </w:rPr>
        <w:t xml:space="preserve"> kind of piggybacking off of, for this week's episode is the painful truth, hashtag painful truth campaign. So give that hashtag a follow, share around a</w:t>
      </w:r>
      <w:r>
        <w:rPr>
          <w:rFonts w:ascii="Arial" w:hAnsi="Arial"/>
        </w:rPr>
        <w:t xml:space="preserve">nd help, you know, raise </w:t>
      </w:r>
      <w:proofErr w:type="gramStart"/>
      <w:r>
        <w:rPr>
          <w:rFonts w:ascii="Arial" w:hAnsi="Arial"/>
        </w:rPr>
        <w:t>awareness</w:t>
      </w:r>
      <w:proofErr w:type="gramEnd"/>
      <w:r>
        <w:rPr>
          <w:rFonts w:ascii="Arial" w:hAnsi="Arial"/>
        </w:rPr>
        <w:t xml:space="preserve"> and promote the campaign guys, because I think it's something that a lot of you out there, especially people with chronic illness or chronic pain, I think it's something that's going to be important to you. So...</w:t>
      </w:r>
    </w:p>
    <w:p w14:paraId="571CB64D" w14:textId="77777777" w:rsidR="00D7352B" w:rsidRDefault="00D7352B">
      <w:pPr>
        <w:spacing w:after="0"/>
      </w:pPr>
    </w:p>
    <w:p w14:paraId="038A7F1E" w14:textId="77777777" w:rsidR="00D7352B" w:rsidRDefault="00C90105">
      <w:pPr>
        <w:spacing w:after="0"/>
      </w:pPr>
      <w:proofErr w:type="gramStart"/>
      <w:r>
        <w:rPr>
          <w:rFonts w:ascii="Arial" w:hAnsi="Arial"/>
          <w:b/>
        </w:rPr>
        <w:t xml:space="preserve">Lucy  </w:t>
      </w:r>
      <w:r>
        <w:rPr>
          <w:rFonts w:ascii="Arial" w:hAnsi="Arial"/>
          <w:color w:val="5D7284"/>
        </w:rPr>
        <w:t>5</w:t>
      </w:r>
      <w:r>
        <w:rPr>
          <w:rFonts w:ascii="Arial" w:hAnsi="Arial"/>
          <w:color w:val="5D7284"/>
        </w:rPr>
        <w:t>5:31</w:t>
      </w:r>
      <w:proofErr w:type="gramEnd"/>
    </w:p>
    <w:p w14:paraId="733B5EE3" w14:textId="77777777" w:rsidR="00D7352B" w:rsidRDefault="00C90105">
      <w:pPr>
        <w:spacing w:after="0"/>
      </w:pPr>
      <w:r>
        <w:rPr>
          <w:rFonts w:ascii="Arial" w:hAnsi="Arial"/>
        </w:rPr>
        <w:t>Go on Alice.</w:t>
      </w:r>
    </w:p>
    <w:p w14:paraId="47B4251F" w14:textId="77777777" w:rsidR="00D7352B" w:rsidRDefault="00D7352B">
      <w:pPr>
        <w:spacing w:after="0"/>
      </w:pPr>
    </w:p>
    <w:p w14:paraId="6500FD70" w14:textId="77777777" w:rsidR="00D7352B" w:rsidRDefault="00C90105">
      <w:pPr>
        <w:spacing w:after="0"/>
      </w:pPr>
      <w:proofErr w:type="gramStart"/>
      <w:r>
        <w:rPr>
          <w:rFonts w:ascii="Arial" w:hAnsi="Arial"/>
          <w:b/>
        </w:rPr>
        <w:t xml:space="preserve">Jasmine  </w:t>
      </w:r>
      <w:r>
        <w:rPr>
          <w:rFonts w:ascii="Arial" w:hAnsi="Arial"/>
          <w:color w:val="5D7284"/>
        </w:rPr>
        <w:t>55:58</w:t>
      </w:r>
      <w:proofErr w:type="gramEnd"/>
    </w:p>
    <w:p w14:paraId="72079018" w14:textId="77777777" w:rsidR="00D7352B" w:rsidRDefault="00C90105">
      <w:pPr>
        <w:spacing w:after="0"/>
      </w:pPr>
      <w:r>
        <w:rPr>
          <w:rFonts w:ascii="Arial" w:hAnsi="Arial"/>
        </w:rPr>
        <w:t xml:space="preserve">Yeah, definitely. </w:t>
      </w:r>
    </w:p>
    <w:p w14:paraId="272FE3D4" w14:textId="77777777" w:rsidR="00D7352B" w:rsidRDefault="00D7352B">
      <w:pPr>
        <w:spacing w:after="0"/>
      </w:pPr>
    </w:p>
    <w:p w14:paraId="73440046" w14:textId="77777777" w:rsidR="00D7352B" w:rsidRDefault="00C90105">
      <w:pPr>
        <w:spacing w:after="0"/>
      </w:pPr>
      <w:proofErr w:type="gramStart"/>
      <w:r>
        <w:rPr>
          <w:rFonts w:ascii="Arial" w:hAnsi="Arial"/>
          <w:b/>
        </w:rPr>
        <w:t xml:space="preserve">Lucy  </w:t>
      </w:r>
      <w:r>
        <w:rPr>
          <w:rFonts w:ascii="Arial" w:hAnsi="Arial"/>
          <w:color w:val="5D7284"/>
        </w:rPr>
        <w:t>56:00</w:t>
      </w:r>
      <w:proofErr w:type="gramEnd"/>
    </w:p>
    <w:p w14:paraId="12CB697B" w14:textId="77777777" w:rsidR="00D7352B" w:rsidRDefault="00C90105">
      <w:pPr>
        <w:spacing w:after="0"/>
      </w:pPr>
      <w:r>
        <w:rPr>
          <w:rFonts w:ascii="Arial" w:hAnsi="Arial"/>
        </w:rPr>
        <w:t xml:space="preserve">We really wanted to cover this subject, because we, you know, we know about arthritis in old people, but not many people understand it, and are aware of it in in the younger generation. So </w:t>
      </w:r>
      <w:proofErr w:type="gramStart"/>
      <w:r>
        <w:rPr>
          <w:rFonts w:ascii="Arial" w:hAnsi="Arial"/>
        </w:rPr>
        <w:t>it's</w:t>
      </w:r>
      <w:proofErr w:type="gramEnd"/>
      <w:r>
        <w:rPr>
          <w:rFonts w:ascii="Arial" w:hAnsi="Arial"/>
        </w:rPr>
        <w:t xml:space="preserve"> something that's really important to us, because this is what </w:t>
      </w:r>
      <w:r>
        <w:rPr>
          <w:rFonts w:ascii="Arial" w:hAnsi="Arial"/>
        </w:rPr>
        <w:t xml:space="preserve">this podcast is all about highlighting people's, you know, disabilities and chronic illnesses, and the fact that just a label of arthritis, just because you think it is an old person's problem. </w:t>
      </w:r>
      <w:proofErr w:type="gramStart"/>
      <w:r>
        <w:rPr>
          <w:rFonts w:ascii="Arial" w:hAnsi="Arial"/>
        </w:rPr>
        <w:t>It's</w:t>
      </w:r>
      <w:proofErr w:type="gramEnd"/>
      <w:r>
        <w:rPr>
          <w:rFonts w:ascii="Arial" w:hAnsi="Arial"/>
        </w:rPr>
        <w:t xml:space="preserve"> not. </w:t>
      </w:r>
    </w:p>
    <w:p w14:paraId="209A4477" w14:textId="77777777" w:rsidR="00D7352B" w:rsidRDefault="00D7352B">
      <w:pPr>
        <w:spacing w:after="0"/>
      </w:pPr>
    </w:p>
    <w:p w14:paraId="59414639" w14:textId="77777777" w:rsidR="00D7352B" w:rsidRDefault="00C90105">
      <w:pPr>
        <w:spacing w:after="0"/>
      </w:pPr>
      <w:proofErr w:type="gramStart"/>
      <w:r>
        <w:rPr>
          <w:rFonts w:ascii="Arial" w:hAnsi="Arial"/>
          <w:b/>
        </w:rPr>
        <w:t xml:space="preserve">Jasmine  </w:t>
      </w:r>
      <w:r>
        <w:rPr>
          <w:rFonts w:ascii="Arial" w:hAnsi="Arial"/>
          <w:color w:val="5D7284"/>
        </w:rPr>
        <w:t>56:28</w:t>
      </w:r>
      <w:proofErr w:type="gramEnd"/>
    </w:p>
    <w:p w14:paraId="382FCD01" w14:textId="77777777" w:rsidR="00D7352B" w:rsidRDefault="00C90105">
      <w:pPr>
        <w:spacing w:after="0"/>
      </w:pPr>
      <w:r>
        <w:rPr>
          <w:rFonts w:ascii="Arial" w:hAnsi="Arial"/>
        </w:rPr>
        <w:t>Yes.</w:t>
      </w:r>
    </w:p>
    <w:p w14:paraId="1CD8601B" w14:textId="77777777" w:rsidR="00D7352B" w:rsidRDefault="00D7352B">
      <w:pPr>
        <w:spacing w:after="0"/>
      </w:pPr>
    </w:p>
    <w:p w14:paraId="33EB9CE3" w14:textId="77777777" w:rsidR="00D7352B" w:rsidRDefault="00C90105">
      <w:pPr>
        <w:spacing w:after="0"/>
      </w:pPr>
      <w:proofErr w:type="gramStart"/>
      <w:r>
        <w:rPr>
          <w:rFonts w:ascii="Arial" w:hAnsi="Arial"/>
          <w:b/>
        </w:rPr>
        <w:t xml:space="preserve">Lucy  </w:t>
      </w:r>
      <w:r>
        <w:rPr>
          <w:rFonts w:ascii="Arial" w:hAnsi="Arial"/>
          <w:color w:val="5D7284"/>
        </w:rPr>
        <w:t>56:28</w:t>
      </w:r>
      <w:proofErr w:type="gramEnd"/>
    </w:p>
    <w:p w14:paraId="70EE8954" w14:textId="77777777" w:rsidR="00D7352B" w:rsidRDefault="00C90105">
      <w:pPr>
        <w:spacing w:after="0"/>
      </w:pPr>
      <w:r>
        <w:rPr>
          <w:rFonts w:ascii="Arial" w:hAnsi="Arial"/>
        </w:rPr>
        <w:t xml:space="preserve">So, it was right </w:t>
      </w:r>
      <w:r>
        <w:rPr>
          <w:rFonts w:ascii="Arial" w:hAnsi="Arial"/>
        </w:rPr>
        <w:t>up our street really. So. No, thank you so much for your time today. Jasmine.</w:t>
      </w:r>
    </w:p>
    <w:p w14:paraId="0A1745B1" w14:textId="77777777" w:rsidR="00D7352B" w:rsidRDefault="00D7352B">
      <w:pPr>
        <w:spacing w:after="0"/>
      </w:pPr>
    </w:p>
    <w:p w14:paraId="39D9599D" w14:textId="77777777" w:rsidR="00D7352B" w:rsidRDefault="00C90105">
      <w:pPr>
        <w:spacing w:after="0"/>
      </w:pPr>
      <w:proofErr w:type="gramStart"/>
      <w:r>
        <w:rPr>
          <w:rFonts w:ascii="Arial" w:hAnsi="Arial"/>
          <w:b/>
        </w:rPr>
        <w:t xml:space="preserve">Jasmine  </w:t>
      </w:r>
      <w:r>
        <w:rPr>
          <w:rFonts w:ascii="Arial" w:hAnsi="Arial"/>
          <w:color w:val="5D7284"/>
        </w:rPr>
        <w:t>56:34</w:t>
      </w:r>
      <w:proofErr w:type="gramEnd"/>
    </w:p>
    <w:p w14:paraId="624FAC5B" w14:textId="77777777" w:rsidR="00D7352B" w:rsidRDefault="00C90105">
      <w:pPr>
        <w:spacing w:after="0"/>
      </w:pPr>
      <w:proofErr w:type="gramStart"/>
      <w:r>
        <w:rPr>
          <w:rFonts w:ascii="Arial" w:hAnsi="Arial"/>
        </w:rPr>
        <w:t>That's</w:t>
      </w:r>
      <w:proofErr w:type="gramEnd"/>
      <w:r>
        <w:rPr>
          <w:rFonts w:ascii="Arial" w:hAnsi="Arial"/>
        </w:rPr>
        <w:t xml:space="preserve"> alright. </w:t>
      </w:r>
      <w:proofErr w:type="gramStart"/>
      <w:r>
        <w:rPr>
          <w:rFonts w:ascii="Arial" w:hAnsi="Arial"/>
        </w:rPr>
        <w:t>I'm</w:t>
      </w:r>
      <w:proofErr w:type="gramEnd"/>
      <w:r>
        <w:rPr>
          <w:rFonts w:ascii="Arial" w:hAnsi="Arial"/>
        </w:rPr>
        <w:t xml:space="preserve">, just another point, although it is Versus Arthritis, then anyone with a disability um or anyone in chronic pain at all, then this </w:t>
      </w:r>
      <w:r>
        <w:rPr>
          <w:rFonts w:ascii="Arial" w:hAnsi="Arial"/>
        </w:rPr>
        <w:t>campaign is really relevant to you because although it is the charity is Versus Arthritis, then I think anyone in chronic pain and with a disability needs to be represented more in film and TV. So...</w:t>
      </w:r>
    </w:p>
    <w:p w14:paraId="25941479" w14:textId="77777777" w:rsidR="00D7352B" w:rsidRDefault="00D7352B">
      <w:pPr>
        <w:spacing w:after="0"/>
      </w:pPr>
    </w:p>
    <w:p w14:paraId="3CE231A3" w14:textId="77777777" w:rsidR="00D7352B" w:rsidRDefault="00C90105">
      <w:pPr>
        <w:spacing w:after="0"/>
      </w:pPr>
      <w:proofErr w:type="gramStart"/>
      <w:r>
        <w:rPr>
          <w:rFonts w:ascii="Arial" w:hAnsi="Arial"/>
          <w:b/>
        </w:rPr>
        <w:lastRenderedPageBreak/>
        <w:t xml:space="preserve">Alice  </w:t>
      </w:r>
      <w:r>
        <w:rPr>
          <w:rFonts w:ascii="Arial" w:hAnsi="Arial"/>
          <w:color w:val="5D7284"/>
        </w:rPr>
        <w:t>56:59</w:t>
      </w:r>
      <w:proofErr w:type="gramEnd"/>
    </w:p>
    <w:p w14:paraId="4C96FF39" w14:textId="77777777" w:rsidR="00D7352B" w:rsidRDefault="00C90105">
      <w:pPr>
        <w:spacing w:after="0"/>
      </w:pPr>
      <w:r>
        <w:rPr>
          <w:rFonts w:ascii="Arial" w:hAnsi="Arial"/>
        </w:rPr>
        <w:t xml:space="preserve">Yeah, absolutely. </w:t>
      </w:r>
    </w:p>
    <w:p w14:paraId="57CA12B6" w14:textId="77777777" w:rsidR="00D7352B" w:rsidRDefault="00D7352B">
      <w:pPr>
        <w:spacing w:after="0"/>
      </w:pPr>
    </w:p>
    <w:p w14:paraId="7E3CA442" w14:textId="77777777" w:rsidR="00D7352B" w:rsidRDefault="00C90105">
      <w:pPr>
        <w:spacing w:after="0"/>
      </w:pPr>
      <w:proofErr w:type="gramStart"/>
      <w:r>
        <w:rPr>
          <w:rFonts w:ascii="Arial" w:hAnsi="Arial"/>
          <w:b/>
        </w:rPr>
        <w:t xml:space="preserve">Lucy  </w:t>
      </w:r>
      <w:r>
        <w:rPr>
          <w:rFonts w:ascii="Arial" w:hAnsi="Arial"/>
          <w:color w:val="5D7284"/>
        </w:rPr>
        <w:t>57:00</w:t>
      </w:r>
      <w:proofErr w:type="gramEnd"/>
    </w:p>
    <w:p w14:paraId="77767780" w14:textId="77777777" w:rsidR="00D7352B" w:rsidRDefault="00C90105">
      <w:pPr>
        <w:spacing w:after="0"/>
      </w:pPr>
      <w:r>
        <w:rPr>
          <w:rFonts w:ascii="Arial" w:hAnsi="Arial"/>
        </w:rPr>
        <w:t>Absolutely</w:t>
      </w:r>
      <w:r>
        <w:rPr>
          <w:rFonts w:ascii="Arial" w:hAnsi="Arial"/>
        </w:rPr>
        <w:t>. Thank you so much for your time, Jasmine.</w:t>
      </w:r>
    </w:p>
    <w:p w14:paraId="16D36FB3" w14:textId="77777777" w:rsidR="00D7352B" w:rsidRDefault="00D7352B">
      <w:pPr>
        <w:spacing w:after="0"/>
      </w:pPr>
    </w:p>
    <w:p w14:paraId="4870E5CB" w14:textId="77777777" w:rsidR="00D7352B" w:rsidRDefault="00C90105">
      <w:pPr>
        <w:spacing w:after="0"/>
      </w:pPr>
      <w:proofErr w:type="gramStart"/>
      <w:r>
        <w:rPr>
          <w:rFonts w:ascii="Arial" w:hAnsi="Arial"/>
          <w:b/>
        </w:rPr>
        <w:t xml:space="preserve">Jasmine  </w:t>
      </w:r>
      <w:r>
        <w:rPr>
          <w:rFonts w:ascii="Arial" w:hAnsi="Arial"/>
          <w:color w:val="5D7284"/>
        </w:rPr>
        <w:t>57:04</w:t>
      </w:r>
      <w:proofErr w:type="gramEnd"/>
    </w:p>
    <w:p w14:paraId="2E2C6654" w14:textId="77777777" w:rsidR="00D7352B" w:rsidRDefault="00C90105">
      <w:pPr>
        <w:spacing w:after="0"/>
      </w:pPr>
      <w:proofErr w:type="gramStart"/>
      <w:r>
        <w:rPr>
          <w:rFonts w:ascii="Arial" w:hAnsi="Arial"/>
        </w:rPr>
        <w:t>That's</w:t>
      </w:r>
      <w:proofErr w:type="gramEnd"/>
      <w:r>
        <w:rPr>
          <w:rFonts w:ascii="Arial" w:hAnsi="Arial"/>
        </w:rPr>
        <w:t xml:space="preserve"> alright.</w:t>
      </w:r>
    </w:p>
    <w:p w14:paraId="785E663A" w14:textId="77777777" w:rsidR="00D7352B" w:rsidRDefault="00D7352B">
      <w:pPr>
        <w:spacing w:after="0"/>
      </w:pPr>
    </w:p>
    <w:p w14:paraId="5884A45F" w14:textId="77777777" w:rsidR="00D7352B" w:rsidRDefault="00C90105">
      <w:pPr>
        <w:spacing w:after="0"/>
      </w:pPr>
      <w:proofErr w:type="gramStart"/>
      <w:r>
        <w:rPr>
          <w:rFonts w:ascii="Arial" w:hAnsi="Arial"/>
          <w:b/>
        </w:rPr>
        <w:t xml:space="preserve">Lucy  </w:t>
      </w:r>
      <w:r>
        <w:rPr>
          <w:rFonts w:ascii="Arial" w:hAnsi="Arial"/>
          <w:color w:val="5D7284"/>
        </w:rPr>
        <w:t>57:05</w:t>
      </w:r>
      <w:proofErr w:type="gramEnd"/>
    </w:p>
    <w:p w14:paraId="73A2C087" w14:textId="77777777" w:rsidR="00D7352B" w:rsidRDefault="00C90105">
      <w:pPr>
        <w:spacing w:after="0"/>
      </w:pPr>
      <w:r>
        <w:rPr>
          <w:rFonts w:ascii="Arial" w:hAnsi="Arial"/>
        </w:rPr>
        <w:t xml:space="preserve">I hope </w:t>
      </w:r>
      <w:proofErr w:type="gramStart"/>
      <w:r>
        <w:rPr>
          <w:rFonts w:ascii="Arial" w:hAnsi="Arial"/>
        </w:rPr>
        <w:t>it's</w:t>
      </w:r>
      <w:proofErr w:type="gramEnd"/>
      <w:r>
        <w:rPr>
          <w:rFonts w:ascii="Arial" w:hAnsi="Arial"/>
        </w:rPr>
        <w:t xml:space="preserve"> been a nice experience.</w:t>
      </w:r>
    </w:p>
    <w:p w14:paraId="45C0EA16" w14:textId="77777777" w:rsidR="00D7352B" w:rsidRDefault="00D7352B">
      <w:pPr>
        <w:spacing w:after="0"/>
      </w:pPr>
    </w:p>
    <w:p w14:paraId="14E12F54" w14:textId="77777777" w:rsidR="00D7352B" w:rsidRDefault="00C90105">
      <w:pPr>
        <w:spacing w:after="0"/>
      </w:pPr>
      <w:proofErr w:type="gramStart"/>
      <w:r>
        <w:rPr>
          <w:rFonts w:ascii="Arial" w:hAnsi="Arial"/>
          <w:b/>
        </w:rPr>
        <w:t xml:space="preserve">Jasmine  </w:t>
      </w:r>
      <w:r>
        <w:rPr>
          <w:rFonts w:ascii="Arial" w:hAnsi="Arial"/>
          <w:color w:val="5D7284"/>
        </w:rPr>
        <w:t>57:07</w:t>
      </w:r>
      <w:proofErr w:type="gramEnd"/>
    </w:p>
    <w:p w14:paraId="1DE15B1F" w14:textId="77777777" w:rsidR="00D7352B" w:rsidRDefault="00C90105">
      <w:pPr>
        <w:spacing w:after="0"/>
      </w:pPr>
      <w:r>
        <w:rPr>
          <w:rFonts w:ascii="Arial" w:hAnsi="Arial"/>
        </w:rPr>
        <w:t xml:space="preserve">[laughs] Yeah. </w:t>
      </w:r>
      <w:proofErr w:type="gramStart"/>
      <w:r>
        <w:rPr>
          <w:rFonts w:ascii="Arial" w:hAnsi="Arial"/>
        </w:rPr>
        <w:t>It's</w:t>
      </w:r>
      <w:proofErr w:type="gramEnd"/>
      <w:r>
        <w:rPr>
          <w:rFonts w:ascii="Arial" w:hAnsi="Arial"/>
        </w:rPr>
        <w:t xml:space="preserve"> been lovely chatting to you. Thank you.</w:t>
      </w:r>
    </w:p>
    <w:p w14:paraId="6971712D" w14:textId="77777777" w:rsidR="00D7352B" w:rsidRDefault="00D7352B">
      <w:pPr>
        <w:spacing w:after="0"/>
      </w:pPr>
    </w:p>
    <w:p w14:paraId="400FBF0A" w14:textId="77777777" w:rsidR="00D7352B" w:rsidRDefault="00C90105">
      <w:pPr>
        <w:spacing w:after="0"/>
      </w:pPr>
      <w:proofErr w:type="gramStart"/>
      <w:r>
        <w:rPr>
          <w:rFonts w:ascii="Arial" w:hAnsi="Arial"/>
          <w:b/>
        </w:rPr>
        <w:t xml:space="preserve">Alice  </w:t>
      </w:r>
      <w:r>
        <w:rPr>
          <w:rFonts w:ascii="Arial" w:hAnsi="Arial"/>
          <w:color w:val="5D7284"/>
        </w:rPr>
        <w:t>57:10</w:t>
      </w:r>
      <w:proofErr w:type="gramEnd"/>
    </w:p>
    <w:p w14:paraId="3720A77E" w14:textId="77777777" w:rsidR="00D7352B" w:rsidRDefault="00C90105">
      <w:pPr>
        <w:spacing w:after="0"/>
      </w:pPr>
      <w:r>
        <w:rPr>
          <w:rFonts w:ascii="Arial" w:hAnsi="Arial"/>
        </w:rPr>
        <w:t xml:space="preserve">Great stuff. All right. Thanks. Thanks, Jasmine. </w:t>
      </w:r>
    </w:p>
    <w:p w14:paraId="7AC663D6" w14:textId="77777777" w:rsidR="00D7352B" w:rsidRDefault="00D7352B">
      <w:pPr>
        <w:spacing w:after="0"/>
      </w:pPr>
    </w:p>
    <w:p w14:paraId="27F10B7E" w14:textId="77777777" w:rsidR="00D7352B" w:rsidRDefault="00C90105">
      <w:pPr>
        <w:spacing w:after="0"/>
      </w:pPr>
      <w:proofErr w:type="gramStart"/>
      <w:r>
        <w:rPr>
          <w:rFonts w:ascii="Arial" w:hAnsi="Arial"/>
          <w:b/>
        </w:rPr>
        <w:t xml:space="preserve">Jasmine  </w:t>
      </w:r>
      <w:r>
        <w:rPr>
          <w:rFonts w:ascii="Arial" w:hAnsi="Arial"/>
          <w:color w:val="5D7284"/>
        </w:rPr>
        <w:t>57:14</w:t>
      </w:r>
      <w:proofErr w:type="gramEnd"/>
    </w:p>
    <w:p w14:paraId="6552B943" w14:textId="77777777" w:rsidR="00D7352B" w:rsidRDefault="00C90105">
      <w:pPr>
        <w:spacing w:after="0"/>
      </w:pPr>
      <w:r>
        <w:rPr>
          <w:rFonts w:ascii="Arial" w:hAnsi="Arial"/>
        </w:rPr>
        <w:t>Bye</w:t>
      </w:r>
    </w:p>
    <w:p w14:paraId="319A2D09" w14:textId="77777777" w:rsidR="00D7352B" w:rsidRDefault="00D7352B">
      <w:pPr>
        <w:spacing w:after="0"/>
      </w:pPr>
    </w:p>
    <w:p w14:paraId="02BE891E" w14:textId="77777777" w:rsidR="00D7352B" w:rsidRDefault="00C90105">
      <w:pPr>
        <w:spacing w:after="0"/>
      </w:pPr>
      <w:proofErr w:type="gramStart"/>
      <w:r>
        <w:rPr>
          <w:rFonts w:ascii="Arial" w:hAnsi="Arial"/>
          <w:b/>
        </w:rPr>
        <w:t xml:space="preserve">Alice  </w:t>
      </w:r>
      <w:r>
        <w:rPr>
          <w:rFonts w:ascii="Arial" w:hAnsi="Arial"/>
          <w:color w:val="5D7284"/>
        </w:rPr>
        <w:t>57:15</w:t>
      </w:r>
      <w:proofErr w:type="gramEnd"/>
    </w:p>
    <w:p w14:paraId="629EE504" w14:textId="77777777" w:rsidR="00D7352B" w:rsidRDefault="00C90105">
      <w:pPr>
        <w:spacing w:after="0"/>
      </w:pPr>
      <w:r>
        <w:rPr>
          <w:rFonts w:ascii="Arial" w:hAnsi="Arial"/>
        </w:rPr>
        <w:t xml:space="preserve">Bye. </w:t>
      </w:r>
    </w:p>
    <w:p w14:paraId="04C4AF3D" w14:textId="77777777" w:rsidR="00D7352B" w:rsidRDefault="00D7352B">
      <w:pPr>
        <w:spacing w:after="0"/>
      </w:pPr>
    </w:p>
    <w:p w14:paraId="0883670B" w14:textId="77777777" w:rsidR="00D7352B" w:rsidRDefault="00C90105">
      <w:pPr>
        <w:spacing w:after="0"/>
      </w:pPr>
      <w:proofErr w:type="gramStart"/>
      <w:r>
        <w:rPr>
          <w:rFonts w:ascii="Arial" w:hAnsi="Arial"/>
          <w:b/>
        </w:rPr>
        <w:t xml:space="preserve">Lucy  </w:t>
      </w:r>
      <w:r>
        <w:rPr>
          <w:rFonts w:ascii="Arial" w:hAnsi="Arial"/>
          <w:color w:val="5D7284"/>
        </w:rPr>
        <w:t>57:15</w:t>
      </w:r>
      <w:proofErr w:type="gramEnd"/>
    </w:p>
    <w:p w14:paraId="3414C718" w14:textId="77777777" w:rsidR="00D7352B" w:rsidRDefault="00C90105">
      <w:pPr>
        <w:spacing w:after="0"/>
      </w:pPr>
      <w:r>
        <w:rPr>
          <w:rFonts w:ascii="Arial" w:hAnsi="Arial"/>
        </w:rPr>
        <w:t xml:space="preserve">Bye </w:t>
      </w:r>
      <w:proofErr w:type="spellStart"/>
      <w:r>
        <w:rPr>
          <w:rFonts w:ascii="Arial" w:hAnsi="Arial"/>
        </w:rPr>
        <w:t>bye</w:t>
      </w:r>
      <w:proofErr w:type="spellEnd"/>
      <w:r>
        <w:rPr>
          <w:rFonts w:ascii="Arial" w:hAnsi="Arial"/>
        </w:rPr>
        <w:t>!</w:t>
      </w:r>
    </w:p>
    <w:p w14:paraId="1C26C31B" w14:textId="77777777" w:rsidR="00D7352B" w:rsidRDefault="00D7352B">
      <w:pPr>
        <w:spacing w:after="0"/>
      </w:pPr>
    </w:p>
    <w:p w14:paraId="16179F0E" w14:textId="77777777" w:rsidR="00D7352B" w:rsidRDefault="00C90105">
      <w:pPr>
        <w:spacing w:after="0"/>
      </w:pPr>
      <w:proofErr w:type="gramStart"/>
      <w:r>
        <w:rPr>
          <w:rFonts w:ascii="Arial" w:hAnsi="Arial"/>
          <w:b/>
        </w:rPr>
        <w:t xml:space="preserve">Alice  </w:t>
      </w:r>
      <w:r>
        <w:rPr>
          <w:rFonts w:ascii="Arial" w:hAnsi="Arial"/>
          <w:color w:val="5D7284"/>
        </w:rPr>
        <w:t>57:18</w:t>
      </w:r>
      <w:proofErr w:type="gramEnd"/>
    </w:p>
    <w:p w14:paraId="233D9110" w14:textId="77777777" w:rsidR="00D7352B" w:rsidRDefault="00C90105">
      <w:pPr>
        <w:spacing w:after="0"/>
      </w:pPr>
      <w:r>
        <w:rPr>
          <w:rFonts w:ascii="Arial" w:hAnsi="Arial"/>
        </w:rPr>
        <w:t>Thanks for listening to the lABLEd podcast. If you like the show, please rate review and subscribe. You can follow us on social me</w:t>
      </w:r>
      <w:r>
        <w:rPr>
          <w:rFonts w:ascii="Arial" w:hAnsi="Arial"/>
        </w:rPr>
        <w:t xml:space="preserve">dia at lABLEd, </w:t>
      </w:r>
      <w:proofErr w:type="gramStart"/>
      <w:r>
        <w:rPr>
          <w:rFonts w:ascii="Arial" w:hAnsi="Arial"/>
        </w:rPr>
        <w:t>podcasts</w:t>
      </w:r>
      <w:proofErr w:type="gramEnd"/>
    </w:p>
    <w:p w14:paraId="0BF2D667" w14:textId="77777777" w:rsidR="00D7352B" w:rsidRDefault="00D7352B">
      <w:pPr>
        <w:spacing w:after="0"/>
      </w:pPr>
    </w:p>
    <w:p w14:paraId="7E17DABF" w14:textId="77777777" w:rsidR="00D7352B" w:rsidRDefault="00C90105">
      <w:pPr>
        <w:spacing w:after="0"/>
      </w:pPr>
      <w:proofErr w:type="gramStart"/>
      <w:r>
        <w:rPr>
          <w:rFonts w:ascii="Arial" w:hAnsi="Arial"/>
          <w:b/>
        </w:rPr>
        <w:t xml:space="preserve">Lucy  </w:t>
      </w:r>
      <w:r>
        <w:rPr>
          <w:rFonts w:ascii="Arial" w:hAnsi="Arial"/>
          <w:color w:val="5D7284"/>
        </w:rPr>
        <w:t>57:29</w:t>
      </w:r>
      <w:proofErr w:type="gramEnd"/>
    </w:p>
    <w:p w14:paraId="742FCD77" w14:textId="77777777" w:rsidR="00D7352B" w:rsidRDefault="00C90105">
      <w:pPr>
        <w:spacing w:after="0"/>
      </w:pPr>
      <w:r>
        <w:rPr>
          <w:rFonts w:ascii="Arial" w:hAnsi="Arial"/>
        </w:rPr>
        <w:t xml:space="preserve">Our thanks go to our editor Adam Hull, our music composer Maisy </w:t>
      </w:r>
      <w:proofErr w:type="spellStart"/>
      <w:proofErr w:type="gramStart"/>
      <w:r>
        <w:rPr>
          <w:rFonts w:ascii="Arial" w:hAnsi="Arial"/>
        </w:rPr>
        <w:t>Crunden</w:t>
      </w:r>
      <w:proofErr w:type="spellEnd"/>
      <w:proofErr w:type="gramEnd"/>
      <w:r>
        <w:rPr>
          <w:rFonts w:ascii="Arial" w:hAnsi="Arial"/>
        </w:rPr>
        <w:t xml:space="preserve"> and our graphic designer Sarah Colley.</w:t>
      </w:r>
    </w:p>
    <w:p w14:paraId="68EA46A3" w14:textId="77777777" w:rsidR="00D7352B" w:rsidRDefault="00D7352B">
      <w:pPr>
        <w:spacing w:after="0"/>
      </w:pPr>
    </w:p>
    <w:p w14:paraId="7EA4D784" w14:textId="77777777" w:rsidR="00D7352B" w:rsidRDefault="00C90105">
      <w:pPr>
        <w:spacing w:after="0"/>
      </w:pPr>
      <w:r>
        <w:rPr>
          <w:rFonts w:ascii="Arial" w:hAnsi="Arial"/>
          <w:b/>
        </w:rPr>
        <w:t xml:space="preserve">Alice Evans &amp; Lucy </w:t>
      </w:r>
      <w:proofErr w:type="gramStart"/>
      <w:r>
        <w:rPr>
          <w:rFonts w:ascii="Arial" w:hAnsi="Arial"/>
          <w:b/>
        </w:rPr>
        <w:t xml:space="preserve">Wood  </w:t>
      </w:r>
      <w:r>
        <w:rPr>
          <w:rFonts w:ascii="Arial" w:hAnsi="Arial"/>
          <w:color w:val="5D7284"/>
        </w:rPr>
        <w:t>57:36</w:t>
      </w:r>
      <w:proofErr w:type="gramEnd"/>
    </w:p>
    <w:p w14:paraId="14ECF045" w14:textId="77777777" w:rsidR="00D7352B" w:rsidRDefault="00C90105">
      <w:pPr>
        <w:spacing w:after="0"/>
      </w:pPr>
      <w:proofErr w:type="gramStart"/>
      <w:r>
        <w:rPr>
          <w:rFonts w:ascii="Arial" w:hAnsi="Arial"/>
        </w:rPr>
        <w:t>We'll</w:t>
      </w:r>
      <w:proofErr w:type="gramEnd"/>
      <w:r>
        <w:rPr>
          <w:rFonts w:ascii="Arial" w:hAnsi="Arial"/>
        </w:rPr>
        <w:t xml:space="preserve"> see you next time.</w:t>
      </w:r>
    </w:p>
    <w:sectPr w:rsidR="00D7352B"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09ADD" w14:textId="77777777" w:rsidR="00C90105" w:rsidRDefault="00C90105">
      <w:pPr>
        <w:spacing w:after="0" w:line="240" w:lineRule="auto"/>
      </w:pPr>
      <w:r>
        <w:separator/>
      </w:r>
    </w:p>
  </w:endnote>
  <w:endnote w:type="continuationSeparator" w:id="0">
    <w:p w14:paraId="161FA38D" w14:textId="77777777" w:rsidR="00C90105" w:rsidRDefault="00C90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3A238A6E"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008280B8"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90D5C2"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28C20E3D"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37A8F11F"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53960"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17563" w14:textId="77777777" w:rsidR="00C90105" w:rsidRDefault="00C90105">
      <w:pPr>
        <w:spacing w:after="0" w:line="240" w:lineRule="auto"/>
      </w:pPr>
      <w:r>
        <w:separator/>
      </w:r>
    </w:p>
  </w:footnote>
  <w:footnote w:type="continuationSeparator" w:id="0">
    <w:p w14:paraId="1E89CA8D" w14:textId="77777777" w:rsidR="00C90105" w:rsidRDefault="00C901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B9200"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E28AA"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FB4CF"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zMDU0MDMzszCzMDVV0lEKTi0uzszPAykwrAUAVb8D8iwAAAA="/>
  </w:docVars>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90105"/>
    <w:rsid w:val="00CB0664"/>
    <w:rsid w:val="00D57E81"/>
    <w:rsid w:val="00D7352B"/>
    <w:rsid w:val="00ED3244"/>
    <w:rsid w:val="00FB005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CDEDD9C"/>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8138</Words>
  <Characters>46391</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54421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2021-05-04T12:35:00Z</dcterms:created>
  <dcterms:modified xsi:type="dcterms:W3CDTF">2021-05-04T12:35:00Z</dcterms:modified>
  <cp:category/>
</cp:coreProperties>
</file>