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EA2CB" w14:textId="77777777" w:rsidR="00930F33" w:rsidRPr="001C3D23" w:rsidRDefault="00930F33" w:rsidP="001C3D23">
      <w:pPr>
        <w:spacing w:after="0"/>
        <w:jc w:val="center"/>
        <w:rPr>
          <w:b/>
          <w:bCs/>
          <w:lang w:eastAsia="zh-CN"/>
        </w:rPr>
      </w:pPr>
    </w:p>
    <w:p w14:paraId="2A097F96" w14:textId="772C5140" w:rsidR="001C3D23" w:rsidRDefault="001C3D23" w:rsidP="001C3D23">
      <w:pPr>
        <w:jc w:val="center"/>
        <w:rPr>
          <w:rFonts w:ascii="Arial" w:hAnsi="Arial"/>
          <w:b/>
          <w:bCs/>
          <w:sz w:val="48"/>
        </w:rPr>
      </w:pPr>
      <w:r>
        <w:rPr>
          <w:rFonts w:ascii="Arial" w:hAnsi="Arial"/>
          <w:b/>
          <w:bCs/>
          <w:noProof/>
          <w:sz w:val="48"/>
        </w:rPr>
        <w:drawing>
          <wp:inline distT="0" distB="0" distL="0" distR="0" wp14:anchorId="7A36032D" wp14:editId="1DAE8B32">
            <wp:extent cx="1287780" cy="1287780"/>
            <wp:effectExtent l="0" t="0" r="7620" b="762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a:stretch>
                      <a:fillRect/>
                    </a:stretch>
                  </pic:blipFill>
                  <pic:spPr>
                    <a:xfrm>
                      <a:off x="0" y="0"/>
                      <a:ext cx="1287780" cy="1287780"/>
                    </a:xfrm>
                    <a:prstGeom prst="rect">
                      <a:avLst/>
                    </a:prstGeom>
                  </pic:spPr>
                </pic:pic>
              </a:graphicData>
            </a:graphic>
          </wp:inline>
        </w:drawing>
      </w:r>
    </w:p>
    <w:p w14:paraId="2B4FC723" w14:textId="2F033B5F" w:rsidR="001C3D23" w:rsidRPr="001C3D23" w:rsidRDefault="001C3D23" w:rsidP="001C3D23">
      <w:pPr>
        <w:jc w:val="center"/>
        <w:rPr>
          <w:rFonts w:ascii="Arial" w:hAnsi="Arial"/>
          <w:b/>
          <w:bCs/>
          <w:sz w:val="48"/>
        </w:rPr>
      </w:pPr>
      <w:r w:rsidRPr="001C3D23">
        <w:rPr>
          <w:rFonts w:ascii="Arial" w:hAnsi="Arial"/>
          <w:b/>
          <w:bCs/>
          <w:sz w:val="48"/>
        </w:rPr>
        <w:t>lABLEd Podcast Transcript of Episode 11:</w:t>
      </w:r>
    </w:p>
    <w:p w14:paraId="31E3303E" w14:textId="77777777" w:rsidR="001C3D23" w:rsidRDefault="00A60F39" w:rsidP="001C3D23">
      <w:pPr>
        <w:jc w:val="center"/>
        <w:rPr>
          <w:rFonts w:ascii="Arial" w:hAnsi="Arial"/>
          <w:b/>
          <w:bCs/>
          <w:sz w:val="48"/>
        </w:rPr>
      </w:pPr>
      <w:r w:rsidRPr="001C3D23">
        <w:rPr>
          <w:rFonts w:ascii="Arial" w:hAnsi="Arial"/>
          <w:b/>
          <w:bCs/>
          <w:sz w:val="48"/>
        </w:rPr>
        <w:t>Jo Hemmings V</w:t>
      </w:r>
      <w:r w:rsidR="001C3D23" w:rsidRPr="001C3D23">
        <w:rPr>
          <w:rFonts w:ascii="Arial" w:hAnsi="Arial"/>
          <w:b/>
          <w:bCs/>
          <w:sz w:val="48"/>
        </w:rPr>
        <w:t>ersus</w:t>
      </w:r>
      <w:r w:rsidRPr="001C3D23">
        <w:rPr>
          <w:rFonts w:ascii="Arial" w:hAnsi="Arial"/>
          <w:b/>
          <w:bCs/>
          <w:sz w:val="48"/>
        </w:rPr>
        <w:t xml:space="preserve"> Arthritis </w:t>
      </w:r>
    </w:p>
    <w:p w14:paraId="51E7E84A" w14:textId="7330CADB" w:rsidR="00AA2529" w:rsidRPr="001C3D23" w:rsidRDefault="001C3D23" w:rsidP="001C3D23">
      <w:pPr>
        <w:jc w:val="center"/>
        <w:rPr>
          <w:b/>
          <w:bCs/>
        </w:rPr>
      </w:pPr>
      <w:r w:rsidRPr="001C3D23">
        <w:rPr>
          <w:rFonts w:ascii="Arial" w:hAnsi="Arial"/>
          <w:b/>
          <w:bCs/>
          <w:sz w:val="48"/>
        </w:rPr>
        <w:t>(</w:t>
      </w:r>
      <w:r w:rsidR="00A60F39" w:rsidRPr="001C3D23">
        <w:rPr>
          <w:rFonts w:ascii="Arial" w:hAnsi="Arial"/>
          <w:b/>
          <w:bCs/>
          <w:sz w:val="48"/>
        </w:rPr>
        <w:t>bonus episode</w:t>
      </w:r>
      <w:r w:rsidRPr="001C3D23">
        <w:rPr>
          <w:rFonts w:ascii="Arial" w:hAnsi="Arial"/>
          <w:b/>
          <w:bCs/>
          <w:sz w:val="48"/>
        </w:rPr>
        <w:t>)</w:t>
      </w:r>
    </w:p>
    <w:p w14:paraId="64440BE7" w14:textId="77777777" w:rsidR="00AA2529" w:rsidRDefault="00AA2529">
      <w:pPr>
        <w:spacing w:after="0"/>
      </w:pPr>
    </w:p>
    <w:p w14:paraId="21898D8A" w14:textId="77777777" w:rsidR="00AA2529" w:rsidRDefault="00A60F39">
      <w:pPr>
        <w:spacing w:after="0"/>
      </w:pPr>
      <w:r>
        <w:rPr>
          <w:rFonts w:ascii="Arial" w:hAnsi="Arial"/>
          <w:b/>
        </w:rPr>
        <w:t xml:space="preserve">Lucy  </w:t>
      </w:r>
      <w:r>
        <w:rPr>
          <w:rFonts w:ascii="Arial" w:hAnsi="Arial"/>
          <w:color w:val="5D7284"/>
        </w:rPr>
        <w:t>00:00</w:t>
      </w:r>
    </w:p>
    <w:p w14:paraId="35079AD6" w14:textId="77777777" w:rsidR="00AA2529" w:rsidRDefault="00A60F39">
      <w:pPr>
        <w:spacing w:after="0"/>
      </w:pPr>
      <w:r>
        <w:rPr>
          <w:rFonts w:ascii="Arial" w:hAnsi="Arial"/>
        </w:rPr>
        <w:t>Welcome to the lABLEd podcast, a show about disability illness and difference. I'm Lucy.</w:t>
      </w:r>
    </w:p>
    <w:p w14:paraId="7FCBC3F4" w14:textId="77777777" w:rsidR="00AA2529" w:rsidRDefault="00AA2529">
      <w:pPr>
        <w:spacing w:after="0"/>
      </w:pPr>
    </w:p>
    <w:p w14:paraId="47295B08" w14:textId="77777777" w:rsidR="00AA2529" w:rsidRDefault="00A60F39">
      <w:pPr>
        <w:spacing w:after="0"/>
      </w:pPr>
      <w:r>
        <w:rPr>
          <w:rFonts w:ascii="Arial" w:hAnsi="Arial"/>
          <w:b/>
        </w:rPr>
        <w:t xml:space="preserve">Alice  </w:t>
      </w:r>
      <w:r>
        <w:rPr>
          <w:rFonts w:ascii="Arial" w:hAnsi="Arial"/>
          <w:color w:val="5D7284"/>
        </w:rPr>
        <w:t>00:07</w:t>
      </w:r>
    </w:p>
    <w:p w14:paraId="18961142" w14:textId="77777777" w:rsidR="00AA2529" w:rsidRDefault="00A60F39">
      <w:pPr>
        <w:spacing w:after="0"/>
      </w:pPr>
      <w:r>
        <w:rPr>
          <w:rFonts w:ascii="Arial" w:hAnsi="Arial"/>
        </w:rPr>
        <w:t>And I'm A</w:t>
      </w:r>
      <w:r>
        <w:rPr>
          <w:rFonts w:ascii="Arial" w:hAnsi="Arial"/>
        </w:rPr>
        <w:t>lice. [dog barks] And that's Lola!</w:t>
      </w:r>
    </w:p>
    <w:p w14:paraId="5020D22A" w14:textId="77777777" w:rsidR="00AA2529" w:rsidRDefault="00AA2529">
      <w:pPr>
        <w:spacing w:after="0"/>
      </w:pPr>
    </w:p>
    <w:p w14:paraId="162B7026" w14:textId="77777777" w:rsidR="00AA2529" w:rsidRDefault="00A60F39">
      <w:pPr>
        <w:spacing w:after="0"/>
      </w:pPr>
      <w:r>
        <w:rPr>
          <w:rFonts w:ascii="Arial" w:hAnsi="Arial"/>
          <w:b/>
        </w:rPr>
        <w:t xml:space="preserve">Theme Tune  </w:t>
      </w:r>
      <w:r>
        <w:rPr>
          <w:rFonts w:ascii="Arial" w:hAnsi="Arial"/>
          <w:color w:val="5D7284"/>
        </w:rPr>
        <w:t>00:08</w:t>
      </w:r>
    </w:p>
    <w:p w14:paraId="1B7A21F2" w14:textId="02C3DD08" w:rsidR="00AA2529" w:rsidRDefault="00A60F39">
      <w:pPr>
        <w:spacing w:after="0"/>
      </w:pPr>
      <w:r>
        <w:rPr>
          <w:rFonts w:ascii="Arial" w:hAnsi="Arial"/>
        </w:rPr>
        <w:t xml:space="preserve">Though I might not fit in socially, I'm so much more than what you see, we all live our lives differently, </w:t>
      </w:r>
      <w:r w:rsidR="001C3D23">
        <w:rPr>
          <w:rFonts w:ascii="Arial" w:hAnsi="Arial"/>
        </w:rPr>
        <w:t>kaleidoscope</w:t>
      </w:r>
      <w:r>
        <w:rPr>
          <w:rFonts w:ascii="Arial" w:hAnsi="Arial"/>
        </w:rPr>
        <w:t xml:space="preserve"> identity. And this is who I'm meant to be, I'm just labelled me. I'm just </w:t>
      </w:r>
      <w:r>
        <w:rPr>
          <w:rFonts w:ascii="Arial" w:hAnsi="Arial"/>
        </w:rPr>
        <w:t>labelled me.</w:t>
      </w:r>
    </w:p>
    <w:p w14:paraId="377506F9" w14:textId="77777777" w:rsidR="00AA2529" w:rsidRDefault="00AA2529">
      <w:pPr>
        <w:spacing w:after="0"/>
      </w:pPr>
    </w:p>
    <w:p w14:paraId="1F9951EE" w14:textId="77777777" w:rsidR="00AA2529" w:rsidRDefault="00A60F39">
      <w:pPr>
        <w:spacing w:after="0"/>
      </w:pPr>
      <w:r>
        <w:rPr>
          <w:rFonts w:ascii="Arial" w:hAnsi="Arial"/>
          <w:b/>
        </w:rPr>
        <w:t xml:space="preserve">Alice  </w:t>
      </w:r>
      <w:r>
        <w:rPr>
          <w:rFonts w:ascii="Arial" w:hAnsi="Arial"/>
          <w:color w:val="5D7284"/>
        </w:rPr>
        <w:t>00:36</w:t>
      </w:r>
    </w:p>
    <w:p w14:paraId="57E8D846" w14:textId="77777777" w:rsidR="00AA2529" w:rsidRDefault="00A60F39">
      <w:pPr>
        <w:spacing w:after="0"/>
      </w:pPr>
      <w:r>
        <w:rPr>
          <w:rFonts w:ascii="Arial" w:hAnsi="Arial"/>
        </w:rPr>
        <w:t xml:space="preserve">Hi guys, don't forget </w:t>
      </w:r>
      <w:proofErr w:type="gramStart"/>
      <w:r>
        <w:rPr>
          <w:rFonts w:ascii="Arial" w:hAnsi="Arial"/>
        </w:rPr>
        <w:t>In</w:t>
      </w:r>
      <w:proofErr w:type="gramEnd"/>
      <w:r>
        <w:rPr>
          <w:rFonts w:ascii="Arial" w:hAnsi="Arial"/>
        </w:rPr>
        <w:t xml:space="preserve"> this episode, I might swear, Lucy might cry. And you can check out details of the trigger warnings on our website.</w:t>
      </w:r>
    </w:p>
    <w:p w14:paraId="1ABDD3D8" w14:textId="77777777" w:rsidR="00AA2529" w:rsidRDefault="00AA2529">
      <w:pPr>
        <w:spacing w:after="0"/>
      </w:pPr>
    </w:p>
    <w:p w14:paraId="7F74B3D9" w14:textId="77777777" w:rsidR="00AA2529" w:rsidRDefault="00A60F39">
      <w:pPr>
        <w:spacing w:after="0"/>
      </w:pPr>
      <w:r>
        <w:rPr>
          <w:rFonts w:ascii="Arial" w:hAnsi="Arial"/>
          <w:b/>
        </w:rPr>
        <w:t xml:space="preserve">Jo Hemmings  </w:t>
      </w:r>
      <w:r>
        <w:rPr>
          <w:rFonts w:ascii="Arial" w:hAnsi="Arial"/>
          <w:color w:val="5D7284"/>
        </w:rPr>
        <w:t>00:45</w:t>
      </w:r>
    </w:p>
    <w:p w14:paraId="3B247661" w14:textId="77777777" w:rsidR="00AA2529" w:rsidRDefault="00A60F39">
      <w:pPr>
        <w:spacing w:after="0"/>
      </w:pPr>
      <w:r>
        <w:rPr>
          <w:rFonts w:ascii="Arial" w:hAnsi="Arial"/>
        </w:rPr>
        <w:t xml:space="preserve">Hello, everybody, and welcome to this </w:t>
      </w:r>
      <w:proofErr w:type="gramStart"/>
      <w:r>
        <w:rPr>
          <w:rFonts w:ascii="Arial" w:hAnsi="Arial"/>
        </w:rPr>
        <w:t>very special</w:t>
      </w:r>
      <w:proofErr w:type="gramEnd"/>
      <w:r>
        <w:rPr>
          <w:rFonts w:ascii="Arial" w:hAnsi="Arial"/>
        </w:rPr>
        <w:t xml:space="preserve"> bonus content we'v</w:t>
      </w:r>
      <w:r>
        <w:rPr>
          <w:rFonts w:ascii="Arial" w:hAnsi="Arial"/>
        </w:rPr>
        <w:t xml:space="preserve">e got for you today we are Alice and Lucy from the lABLEd podcast, we have been working in conjunction with Versus Arthritis, for a to raise awareness of their campaign, the painful truth. </w:t>
      </w:r>
      <w:proofErr w:type="gramStart"/>
      <w:r>
        <w:rPr>
          <w:rFonts w:ascii="Arial" w:hAnsi="Arial"/>
        </w:rPr>
        <w:t>So</w:t>
      </w:r>
      <w:proofErr w:type="gramEnd"/>
      <w:r>
        <w:rPr>
          <w:rFonts w:ascii="Arial" w:hAnsi="Arial"/>
        </w:rPr>
        <w:t xml:space="preserve"> for this special bit of bonus content, we have got Jo Hemmings, </w:t>
      </w:r>
      <w:r>
        <w:rPr>
          <w:rFonts w:ascii="Arial" w:hAnsi="Arial"/>
        </w:rPr>
        <w:t>who is a psychologist, who's going to talk to us about how the representation of chronic illnesses and pain or lack of it affects people's perceptions of what it's like to live with pain. So hello, Jo.  Hello, Hi, nice to meet you. Nice to meet you, too. J</w:t>
      </w:r>
      <w:r>
        <w:rPr>
          <w:rFonts w:ascii="Arial" w:hAnsi="Arial"/>
        </w:rPr>
        <w:t xml:space="preserve">o, would you like to explain a little bit more about the versus arthritis campaign, please. So that this Versus Arthritis campaign is </w:t>
      </w:r>
      <w:proofErr w:type="gramStart"/>
      <w:r>
        <w:rPr>
          <w:rFonts w:ascii="Arial" w:hAnsi="Arial"/>
        </w:rPr>
        <w:t>really there</w:t>
      </w:r>
      <w:proofErr w:type="gramEnd"/>
      <w:r>
        <w:rPr>
          <w:rFonts w:ascii="Arial" w:hAnsi="Arial"/>
        </w:rPr>
        <w:t xml:space="preserve"> to come up with some sort of document or suggestions for TV so that it makes it easy for them to be able to b</w:t>
      </w:r>
      <w:r>
        <w:rPr>
          <w:rFonts w:ascii="Arial" w:hAnsi="Arial"/>
        </w:rPr>
        <w:t xml:space="preserve">ring in more content in the storylines, about people who are suffering chronic pain, particularly from arthritis. But not solely arthritis, because it's just one of these very neglected areas of TV, I think </w:t>
      </w:r>
      <w:r>
        <w:rPr>
          <w:rFonts w:ascii="Arial" w:hAnsi="Arial"/>
        </w:rPr>
        <w:lastRenderedPageBreak/>
        <w:t xml:space="preserve">they had a survey which said out of 100 hours of </w:t>
      </w:r>
      <w:r>
        <w:rPr>
          <w:rFonts w:ascii="Arial" w:hAnsi="Arial"/>
        </w:rPr>
        <w:t xml:space="preserve">TV, there are only six minutes </w:t>
      </w:r>
      <w:proofErr w:type="gramStart"/>
      <w:r>
        <w:rPr>
          <w:rFonts w:ascii="Arial" w:hAnsi="Arial"/>
        </w:rPr>
        <w:t>actually referring</w:t>
      </w:r>
      <w:proofErr w:type="gramEnd"/>
      <w:r>
        <w:rPr>
          <w:rFonts w:ascii="Arial" w:hAnsi="Arial"/>
        </w:rPr>
        <w:t xml:space="preserve"> to anybody in pain. And </w:t>
      </w:r>
      <w:proofErr w:type="gramStart"/>
      <w:r>
        <w:rPr>
          <w:rFonts w:ascii="Arial" w:hAnsi="Arial"/>
        </w:rPr>
        <w:t>so</w:t>
      </w:r>
      <w:proofErr w:type="gramEnd"/>
      <w:r>
        <w:rPr>
          <w:rFonts w:ascii="Arial" w:hAnsi="Arial"/>
        </w:rPr>
        <w:t xml:space="preserve"> I think what it means is that people who </w:t>
      </w:r>
      <w:proofErr w:type="spellStart"/>
      <w:r>
        <w:rPr>
          <w:rFonts w:ascii="Arial" w:hAnsi="Arial"/>
        </w:rPr>
        <w:t>who</w:t>
      </w:r>
      <w:proofErr w:type="spellEnd"/>
      <w:r>
        <w:rPr>
          <w:rFonts w:ascii="Arial" w:hAnsi="Arial"/>
        </w:rPr>
        <w:t xml:space="preserve"> are suffering chronic pain feel misunderstood, they feel a bit </w:t>
      </w:r>
      <w:proofErr w:type="spellStart"/>
      <w:r>
        <w:rPr>
          <w:rFonts w:ascii="Arial" w:hAnsi="Arial"/>
        </w:rPr>
        <w:t>stigmatised</w:t>
      </w:r>
      <w:proofErr w:type="spellEnd"/>
      <w:r>
        <w:rPr>
          <w:rFonts w:ascii="Arial" w:hAnsi="Arial"/>
        </w:rPr>
        <w:t>, they feel a bit left out that they're not part of an every</w:t>
      </w:r>
      <w:r>
        <w:rPr>
          <w:rFonts w:ascii="Arial" w:hAnsi="Arial"/>
        </w:rPr>
        <w:t xml:space="preserve">day drama or a soap, whatever it may be, where, you know, there are so many people who do suffer, but they're just not represented. And that just makes them feel that they aren't that it's not very inclusive. </w:t>
      </w:r>
      <w:proofErr w:type="gramStart"/>
      <w:r>
        <w:rPr>
          <w:rFonts w:ascii="Arial" w:hAnsi="Arial"/>
        </w:rPr>
        <w:t>So</w:t>
      </w:r>
      <w:proofErr w:type="gramEnd"/>
      <w:r>
        <w:rPr>
          <w:rFonts w:ascii="Arial" w:hAnsi="Arial"/>
        </w:rPr>
        <w:t xml:space="preserve"> they're coming up with a proposal to enable </w:t>
      </w:r>
      <w:r>
        <w:rPr>
          <w:rFonts w:ascii="Arial" w:hAnsi="Arial"/>
        </w:rPr>
        <w:t xml:space="preserve">to help TV if you'd like to sort of pull these storylines into some of their </w:t>
      </w:r>
      <w:proofErr w:type="spellStart"/>
      <w:r>
        <w:rPr>
          <w:rFonts w:ascii="Arial" w:hAnsi="Arial"/>
        </w:rPr>
        <w:t>programmes</w:t>
      </w:r>
      <w:proofErr w:type="spellEnd"/>
      <w:r>
        <w:rPr>
          <w:rFonts w:ascii="Arial" w:hAnsi="Arial"/>
        </w:rPr>
        <w:t>.</w:t>
      </w:r>
    </w:p>
    <w:p w14:paraId="00DE4C78" w14:textId="77777777" w:rsidR="00AA2529" w:rsidRDefault="00AA2529">
      <w:pPr>
        <w:spacing w:after="0"/>
      </w:pPr>
    </w:p>
    <w:p w14:paraId="6B285A47" w14:textId="77777777" w:rsidR="00AA2529" w:rsidRDefault="00A60F39">
      <w:pPr>
        <w:spacing w:after="0"/>
      </w:pPr>
      <w:r>
        <w:rPr>
          <w:rFonts w:ascii="Arial" w:hAnsi="Arial"/>
          <w:b/>
        </w:rPr>
        <w:t xml:space="preserve">Alice  </w:t>
      </w:r>
      <w:r>
        <w:rPr>
          <w:rFonts w:ascii="Arial" w:hAnsi="Arial"/>
          <w:color w:val="5D7284"/>
        </w:rPr>
        <w:t>02:49</w:t>
      </w:r>
    </w:p>
    <w:p w14:paraId="061C48F6" w14:textId="77777777" w:rsidR="00AA2529" w:rsidRDefault="00A60F39">
      <w:pPr>
        <w:spacing w:after="0"/>
      </w:pPr>
      <w:r>
        <w:rPr>
          <w:rFonts w:ascii="Arial" w:hAnsi="Arial"/>
        </w:rPr>
        <w:t>I think that's a, I think that's a really a progressive idea to actually be saying, okay, instead of saying, this is a problem, you need to fix it, actua</w:t>
      </w:r>
      <w:r>
        <w:rPr>
          <w:rFonts w:ascii="Arial" w:hAnsi="Arial"/>
        </w:rPr>
        <w:t>lly kind of providing guidance on things that they can do, you know, because it is it's difficult, I think, for people outside of the disability community, people who don't experience you know, chronic illness and pain to kind of comprehend how it may impa</w:t>
      </w:r>
      <w:r>
        <w:rPr>
          <w:rFonts w:ascii="Arial" w:hAnsi="Arial"/>
        </w:rPr>
        <w:t xml:space="preserve">ct a person's life. </w:t>
      </w:r>
      <w:proofErr w:type="gramStart"/>
      <w:r>
        <w:rPr>
          <w:rFonts w:ascii="Arial" w:hAnsi="Arial"/>
        </w:rPr>
        <w:t>So</w:t>
      </w:r>
      <w:proofErr w:type="gramEnd"/>
      <w:r>
        <w:rPr>
          <w:rFonts w:ascii="Arial" w:hAnsi="Arial"/>
        </w:rPr>
        <w:t xml:space="preserve"> I think actually, you know, offering some guidance and, and producing something that says this is, this is what it's like, and this is what you can do is, you know, it's a lot more useful than just kind of going well, this isn't fair</w:t>
      </w:r>
      <w:r>
        <w:rPr>
          <w:rFonts w:ascii="Arial" w:hAnsi="Arial"/>
        </w:rPr>
        <w:t xml:space="preserve">, why are </w:t>
      </w:r>
      <w:proofErr w:type="spellStart"/>
      <w:r>
        <w:rPr>
          <w:rFonts w:ascii="Arial" w:hAnsi="Arial"/>
        </w:rPr>
        <w:t>n't</w:t>
      </w:r>
      <w:proofErr w:type="spellEnd"/>
      <w:r>
        <w:rPr>
          <w:rFonts w:ascii="Arial" w:hAnsi="Arial"/>
        </w:rPr>
        <w:t xml:space="preserve"> you showing chronically ill people?</w:t>
      </w:r>
    </w:p>
    <w:p w14:paraId="0627CB6E" w14:textId="77777777" w:rsidR="00AA2529" w:rsidRDefault="00AA2529">
      <w:pPr>
        <w:spacing w:after="0"/>
      </w:pPr>
    </w:p>
    <w:p w14:paraId="3FB3E811" w14:textId="77777777" w:rsidR="00AA2529" w:rsidRDefault="00A60F39">
      <w:pPr>
        <w:spacing w:after="0"/>
      </w:pPr>
      <w:r>
        <w:rPr>
          <w:rFonts w:ascii="Arial" w:hAnsi="Arial"/>
          <w:b/>
        </w:rPr>
        <w:t xml:space="preserve">Jo Hemmings  </w:t>
      </w:r>
      <w:r>
        <w:rPr>
          <w:rFonts w:ascii="Arial" w:hAnsi="Arial"/>
          <w:color w:val="5D7284"/>
        </w:rPr>
        <w:t>03:35</w:t>
      </w:r>
    </w:p>
    <w:p w14:paraId="73DABB59" w14:textId="77777777" w:rsidR="00AA2529" w:rsidRDefault="00A60F39">
      <w:pPr>
        <w:spacing w:after="0"/>
      </w:pPr>
      <w:r>
        <w:rPr>
          <w:rFonts w:ascii="Arial" w:hAnsi="Arial"/>
        </w:rPr>
        <w:t>Yes, exactly right. And I think that's how they got to that point. And I think, you know, where some disabilities are reasonably well represented on TV, certainly cancer, you know, the c</w:t>
      </w:r>
      <w:r>
        <w:rPr>
          <w:rFonts w:ascii="Arial" w:hAnsi="Arial"/>
        </w:rPr>
        <w:t xml:space="preserve">ertain illnesses, mental health illnesses are quite well represented. The one thing you know, that really, really isn't, is that constant. </w:t>
      </w:r>
      <w:proofErr w:type="gramStart"/>
      <w:r>
        <w:rPr>
          <w:rFonts w:ascii="Arial" w:hAnsi="Arial"/>
        </w:rPr>
        <w:t>So</w:t>
      </w:r>
      <w:proofErr w:type="gramEnd"/>
      <w:r>
        <w:rPr>
          <w:rFonts w:ascii="Arial" w:hAnsi="Arial"/>
        </w:rPr>
        <w:t xml:space="preserve"> it's not acute pain, which sometimes you see, but it's chronic pain, the sort of pain that I you know, literally d</w:t>
      </w:r>
      <w:r>
        <w:rPr>
          <w:rFonts w:ascii="Arial" w:hAnsi="Arial"/>
        </w:rPr>
        <w:t>ominates people's everyday lives. I mean, interestingly Eamon Holmes have been talking about it because he's in chronic pain and he was you know, really suffering from it and he decided he would, you know, go on This Morning and talk about it and I sort of</w:t>
      </w:r>
      <w:r>
        <w:rPr>
          <w:rFonts w:ascii="Arial" w:hAnsi="Arial"/>
        </w:rPr>
        <w:t xml:space="preserve"> tweeted him, we sort of know each other from </w:t>
      </w:r>
      <w:proofErr w:type="spellStart"/>
      <w:r>
        <w:rPr>
          <w:rFonts w:ascii="Arial" w:hAnsi="Arial"/>
        </w:rPr>
        <w:t>from</w:t>
      </w:r>
      <w:proofErr w:type="spellEnd"/>
      <w:r>
        <w:rPr>
          <w:rFonts w:ascii="Arial" w:hAnsi="Arial"/>
        </w:rPr>
        <w:t xml:space="preserve"> doing TV and </w:t>
      </w:r>
      <w:proofErr w:type="spellStart"/>
      <w:r>
        <w:rPr>
          <w:rFonts w:ascii="Arial" w:hAnsi="Arial"/>
        </w:rPr>
        <w:t>and</w:t>
      </w:r>
      <w:proofErr w:type="spellEnd"/>
      <w:r>
        <w:rPr>
          <w:rFonts w:ascii="Arial" w:hAnsi="Arial"/>
        </w:rPr>
        <w:t xml:space="preserve"> so promoted versus arthritis. You know, I said, Look, these are, and other people came back to me and supported said, Versus Arthritis work, great </w:t>
      </w:r>
      <w:proofErr w:type="spellStart"/>
      <w:r>
        <w:rPr>
          <w:rFonts w:ascii="Arial" w:hAnsi="Arial"/>
        </w:rPr>
        <w:t>organisation</w:t>
      </w:r>
      <w:proofErr w:type="spellEnd"/>
      <w:r>
        <w:rPr>
          <w:rFonts w:ascii="Arial" w:hAnsi="Arial"/>
        </w:rPr>
        <w:t xml:space="preserve">, agreed that it wasn't well </w:t>
      </w:r>
      <w:r>
        <w:rPr>
          <w:rFonts w:ascii="Arial" w:hAnsi="Arial"/>
        </w:rPr>
        <w:t xml:space="preserve">represented. I think he's done quite a lot to open people's eyes. He retweeted me. </w:t>
      </w:r>
      <w:proofErr w:type="gramStart"/>
      <w:r>
        <w:rPr>
          <w:rFonts w:ascii="Arial" w:hAnsi="Arial"/>
        </w:rPr>
        <w:t>So</w:t>
      </w:r>
      <w:proofErr w:type="gramEnd"/>
      <w:r>
        <w:rPr>
          <w:rFonts w:ascii="Arial" w:hAnsi="Arial"/>
        </w:rPr>
        <w:t xml:space="preserve"> you've got a lot of traction for them, which I think is important, because I think, again, when it's been on TV before, even if it has been part of the storyline, it's so</w:t>
      </w:r>
      <w:r>
        <w:rPr>
          <w:rFonts w:ascii="Arial" w:hAnsi="Arial"/>
        </w:rPr>
        <w:t>rt of almost neglected.</w:t>
      </w:r>
    </w:p>
    <w:p w14:paraId="29524A1B" w14:textId="77777777" w:rsidR="00AA2529" w:rsidRDefault="00AA2529">
      <w:pPr>
        <w:spacing w:after="0"/>
      </w:pPr>
    </w:p>
    <w:p w14:paraId="54F1C28D" w14:textId="77777777" w:rsidR="00AA2529" w:rsidRDefault="00A60F39">
      <w:pPr>
        <w:spacing w:after="0"/>
      </w:pPr>
      <w:r>
        <w:rPr>
          <w:rFonts w:ascii="Arial" w:hAnsi="Arial"/>
          <w:b/>
        </w:rPr>
        <w:t xml:space="preserve">Lucy  </w:t>
      </w:r>
      <w:r>
        <w:rPr>
          <w:rFonts w:ascii="Arial" w:hAnsi="Arial"/>
          <w:color w:val="5D7284"/>
        </w:rPr>
        <w:t>04:52</w:t>
      </w:r>
    </w:p>
    <w:p w14:paraId="59C185C5" w14:textId="77777777" w:rsidR="00AA2529" w:rsidRDefault="00A60F39">
      <w:pPr>
        <w:spacing w:after="0"/>
      </w:pPr>
      <w:r>
        <w:rPr>
          <w:rFonts w:ascii="Arial" w:hAnsi="Arial"/>
        </w:rPr>
        <w:t>Yeah</w:t>
      </w:r>
    </w:p>
    <w:p w14:paraId="7035BBA4" w14:textId="77777777" w:rsidR="00AA2529" w:rsidRDefault="00AA2529">
      <w:pPr>
        <w:spacing w:after="0"/>
      </w:pPr>
    </w:p>
    <w:p w14:paraId="586C840E" w14:textId="77777777" w:rsidR="00AA2529" w:rsidRDefault="00A60F39">
      <w:pPr>
        <w:spacing w:after="0"/>
      </w:pPr>
      <w:r>
        <w:rPr>
          <w:rFonts w:ascii="Arial" w:hAnsi="Arial"/>
          <w:b/>
        </w:rPr>
        <w:t xml:space="preserve">Jo Hemmings  </w:t>
      </w:r>
      <w:r>
        <w:rPr>
          <w:rFonts w:ascii="Arial" w:hAnsi="Arial"/>
          <w:color w:val="5D7284"/>
        </w:rPr>
        <w:t>04:53</w:t>
      </w:r>
    </w:p>
    <w:p w14:paraId="5612E221" w14:textId="77777777" w:rsidR="00AA2529" w:rsidRDefault="00A60F39">
      <w:pPr>
        <w:spacing w:after="0"/>
      </w:pPr>
      <w:r>
        <w:rPr>
          <w:rFonts w:ascii="Arial" w:hAnsi="Arial"/>
        </w:rPr>
        <w:t xml:space="preserve"> It's just one of those things that we are, you know, take a couple of painkillers or whatever. It's one of the things you got to put up with and people don't have Much empathy towards it, and t</w:t>
      </w:r>
      <w:r>
        <w:rPr>
          <w:rFonts w:ascii="Arial" w:hAnsi="Arial"/>
        </w:rPr>
        <w:t>herefore not much understanding tools.</w:t>
      </w:r>
    </w:p>
    <w:p w14:paraId="2D79EC0C" w14:textId="77777777" w:rsidR="00AA2529" w:rsidRDefault="00AA2529">
      <w:pPr>
        <w:spacing w:after="0"/>
      </w:pPr>
    </w:p>
    <w:p w14:paraId="39615CF4" w14:textId="77777777" w:rsidR="00AA2529" w:rsidRDefault="00A60F39">
      <w:pPr>
        <w:spacing w:after="0"/>
      </w:pPr>
      <w:r>
        <w:rPr>
          <w:rFonts w:ascii="Arial" w:hAnsi="Arial"/>
          <w:b/>
        </w:rPr>
        <w:t xml:space="preserve">Lucy  </w:t>
      </w:r>
      <w:r>
        <w:rPr>
          <w:rFonts w:ascii="Arial" w:hAnsi="Arial"/>
          <w:color w:val="5D7284"/>
        </w:rPr>
        <w:t>05:04</w:t>
      </w:r>
    </w:p>
    <w:p w14:paraId="6737D940" w14:textId="77777777" w:rsidR="00AA2529" w:rsidRDefault="00A60F39">
      <w:pPr>
        <w:spacing w:after="0"/>
      </w:pPr>
      <w:proofErr w:type="gramStart"/>
      <w:r>
        <w:rPr>
          <w:rFonts w:ascii="Arial" w:hAnsi="Arial"/>
        </w:rPr>
        <w:t>So</w:t>
      </w:r>
      <w:proofErr w:type="gramEnd"/>
      <w:r>
        <w:rPr>
          <w:rFonts w:ascii="Arial" w:hAnsi="Arial"/>
        </w:rPr>
        <w:t xml:space="preserve"> the thing that really sticks out for me there, Jo is that when you're talking about the representation of chronic pain that either has been or, you know, up until this point, it's either, you know, you</w:t>
      </w:r>
      <w:r>
        <w:rPr>
          <w:rFonts w:ascii="Arial" w:hAnsi="Arial"/>
        </w:rPr>
        <w:t xml:space="preserve"> take a few tablets, and then you will write, or you go to the other Nth degree of, I'm thinking about Izzy in Coronation Street, she'd got, she's got a disability. And obviously, as a result of that, they explored the </w:t>
      </w:r>
      <w:r>
        <w:rPr>
          <w:rFonts w:ascii="Arial" w:hAnsi="Arial"/>
        </w:rPr>
        <w:lastRenderedPageBreak/>
        <w:t>chronic pain that she was in due to a</w:t>
      </w:r>
      <w:r>
        <w:rPr>
          <w:rFonts w:ascii="Arial" w:hAnsi="Arial"/>
        </w:rPr>
        <w:t xml:space="preserve"> disability. And she was trying to get hold of it, I think it was cannabis. And she got into with the police and got into all sorts of trouble. And, you know, it was threat of prison. </w:t>
      </w:r>
      <w:proofErr w:type="gramStart"/>
      <w:r>
        <w:rPr>
          <w:rFonts w:ascii="Arial" w:hAnsi="Arial"/>
        </w:rPr>
        <w:t>So</w:t>
      </w:r>
      <w:proofErr w:type="gramEnd"/>
      <w:r>
        <w:rPr>
          <w:rFonts w:ascii="Arial" w:hAnsi="Arial"/>
        </w:rPr>
        <w:t xml:space="preserve"> it's either really dramatic, or I'll take a few tabs, I'll take a few</w:t>
      </w:r>
      <w:r>
        <w:rPr>
          <w:rFonts w:ascii="Arial" w:hAnsi="Arial"/>
        </w:rPr>
        <w:t xml:space="preserve"> tablets, and I'll be absolutely fine. There's no sort of in between sort of how I really managed with this pain without, you know, threat of arrest.</w:t>
      </w:r>
    </w:p>
    <w:p w14:paraId="64965992" w14:textId="77777777" w:rsidR="00AA2529" w:rsidRDefault="00AA2529">
      <w:pPr>
        <w:spacing w:after="0"/>
      </w:pPr>
    </w:p>
    <w:p w14:paraId="76F71066" w14:textId="77777777" w:rsidR="00AA2529" w:rsidRDefault="00A60F39">
      <w:pPr>
        <w:spacing w:after="0"/>
      </w:pPr>
      <w:r>
        <w:rPr>
          <w:rFonts w:ascii="Arial" w:hAnsi="Arial"/>
          <w:b/>
        </w:rPr>
        <w:t xml:space="preserve">Jo Hemmings  </w:t>
      </w:r>
      <w:r>
        <w:rPr>
          <w:rFonts w:ascii="Arial" w:hAnsi="Arial"/>
          <w:color w:val="5D7284"/>
        </w:rPr>
        <w:t>05:56</w:t>
      </w:r>
    </w:p>
    <w:p w14:paraId="7F3D1B80" w14:textId="77777777" w:rsidR="00AA2529" w:rsidRDefault="00A60F39">
      <w:pPr>
        <w:spacing w:after="0"/>
      </w:pPr>
      <w:r>
        <w:rPr>
          <w:rFonts w:ascii="Arial" w:hAnsi="Arial"/>
        </w:rPr>
        <w:t xml:space="preserve">exactly that. </w:t>
      </w:r>
      <w:proofErr w:type="gramStart"/>
      <w:r>
        <w:rPr>
          <w:rFonts w:ascii="Arial" w:hAnsi="Arial"/>
        </w:rPr>
        <w:t>So</w:t>
      </w:r>
      <w:proofErr w:type="gramEnd"/>
      <w:r>
        <w:rPr>
          <w:rFonts w:ascii="Arial" w:hAnsi="Arial"/>
        </w:rPr>
        <w:t xml:space="preserve"> it's, it's, it's unhelpful for people because that is what </w:t>
      </w:r>
      <w:r>
        <w:rPr>
          <w:rFonts w:ascii="Arial" w:hAnsi="Arial"/>
        </w:rPr>
        <w:t>people have to do, they have to learn to manage their pain. And it's not to say, they won't be taking painkillers. But there are other ways of learning to manage your pain and seeing it, you know, in a TV story just raises awareness. It always does. I mean</w:t>
      </w:r>
      <w:r>
        <w:rPr>
          <w:rFonts w:ascii="Arial" w:hAnsi="Arial"/>
        </w:rPr>
        <w:t xml:space="preserve">, one of the reasons I wanted to get involved with them, versus arthritis is because I have Crohn's disease. And one of the side effects of Crohn's disease can be </w:t>
      </w:r>
      <w:proofErr w:type="gramStart"/>
      <w:r>
        <w:rPr>
          <w:rFonts w:ascii="Arial" w:hAnsi="Arial"/>
        </w:rPr>
        <w:t>really bad</w:t>
      </w:r>
      <w:proofErr w:type="gramEnd"/>
      <w:r>
        <w:rPr>
          <w:rFonts w:ascii="Arial" w:hAnsi="Arial"/>
        </w:rPr>
        <w:t xml:space="preserve"> arthritic flare ups, I mean, so bad, it would take me 20 minutes to get down the s</w:t>
      </w:r>
      <w:r>
        <w:rPr>
          <w:rFonts w:ascii="Arial" w:hAnsi="Arial"/>
        </w:rPr>
        <w:t xml:space="preserve">tairs on my bottom, because my feet and hands and  ankles have swollen up so much. </w:t>
      </w:r>
      <w:proofErr w:type="gramStart"/>
      <w:r>
        <w:rPr>
          <w:rFonts w:ascii="Arial" w:hAnsi="Arial"/>
        </w:rPr>
        <w:t>So</w:t>
      </w:r>
      <w:proofErr w:type="gramEnd"/>
      <w:r>
        <w:rPr>
          <w:rFonts w:ascii="Arial" w:hAnsi="Arial"/>
        </w:rPr>
        <w:t xml:space="preserve"> I you know, even when I tell people I have that they just think you're in a little bit of, oh, you'll be hobbling a bit, you know, I literally couldn't m </w:t>
      </w:r>
      <w:proofErr w:type="spellStart"/>
      <w:r>
        <w:rPr>
          <w:rFonts w:ascii="Arial" w:hAnsi="Arial"/>
        </w:rPr>
        <w:t>ove</w:t>
      </w:r>
      <w:proofErr w:type="spellEnd"/>
      <w:r>
        <w:rPr>
          <w:rFonts w:ascii="Arial" w:hAnsi="Arial"/>
        </w:rPr>
        <w:t xml:space="preserve">. </w:t>
      </w:r>
      <w:proofErr w:type="gramStart"/>
      <w:r>
        <w:rPr>
          <w:rFonts w:ascii="Arial" w:hAnsi="Arial"/>
        </w:rPr>
        <w:t>So</w:t>
      </w:r>
      <w:proofErr w:type="gramEnd"/>
      <w:r>
        <w:rPr>
          <w:rFonts w:ascii="Arial" w:hAnsi="Arial"/>
        </w:rPr>
        <w:t xml:space="preserve"> I sort o</w:t>
      </w:r>
      <w:r>
        <w:rPr>
          <w:rFonts w:ascii="Arial" w:hAnsi="Arial"/>
        </w:rPr>
        <w:t xml:space="preserve">f, you know, it's, you don't want to sort of complain, I'm very lucky, it's not something I have to live with on a permanent basis. But when you get a flare up, you </w:t>
      </w:r>
      <w:proofErr w:type="spellStart"/>
      <w:r>
        <w:rPr>
          <w:rFonts w:ascii="Arial" w:hAnsi="Arial"/>
        </w:rPr>
        <w:t>realise</w:t>
      </w:r>
      <w:proofErr w:type="spellEnd"/>
      <w:r>
        <w:rPr>
          <w:rFonts w:ascii="Arial" w:hAnsi="Arial"/>
        </w:rPr>
        <w:t xml:space="preserve"> how extraordinary different it does feel. And it's just one of those, you know, yes</w:t>
      </w:r>
      <w:r>
        <w:rPr>
          <w:rFonts w:ascii="Arial" w:hAnsi="Arial"/>
        </w:rPr>
        <w:t xml:space="preserve">, people sometimes do have to live with it. Sometimes there isn't anything that can be done, medically. You know, in any way with painkillers or psychology or whatever it is something they </w:t>
      </w:r>
      <w:proofErr w:type="gramStart"/>
      <w:r>
        <w:rPr>
          <w:rFonts w:ascii="Arial" w:hAnsi="Arial"/>
        </w:rPr>
        <w:t>have to</w:t>
      </w:r>
      <w:proofErr w:type="gramEnd"/>
      <w:r>
        <w:rPr>
          <w:rFonts w:ascii="Arial" w:hAnsi="Arial"/>
        </w:rPr>
        <w:t xml:space="preserve"> tolerate. But we need to know that as a nation, we need to </w:t>
      </w:r>
      <w:r>
        <w:rPr>
          <w:rFonts w:ascii="Arial" w:hAnsi="Arial"/>
        </w:rPr>
        <w:t xml:space="preserve">be able to see that that is how an awful lot of people live their lives, doesn't mean they lose their sense of </w:t>
      </w:r>
      <w:proofErr w:type="spellStart"/>
      <w:r>
        <w:rPr>
          <w:rFonts w:ascii="Arial" w:hAnsi="Arial"/>
        </w:rPr>
        <w:t>humour</w:t>
      </w:r>
      <w:proofErr w:type="spellEnd"/>
      <w:r>
        <w:rPr>
          <w:rFonts w:ascii="Arial" w:hAnsi="Arial"/>
        </w:rPr>
        <w:t xml:space="preserve"> doesn't mean they do something illegal, doesn't mean they have breaks from that pain. You know, it just, it's all about inclusivity I thin</w:t>
      </w:r>
      <w:r>
        <w:rPr>
          <w:rFonts w:ascii="Arial" w:hAnsi="Arial"/>
        </w:rPr>
        <w:t>k, and it's one of those areas that just is not covered properly.</w:t>
      </w:r>
    </w:p>
    <w:p w14:paraId="665506D7" w14:textId="77777777" w:rsidR="00AA2529" w:rsidRDefault="00AA2529">
      <w:pPr>
        <w:spacing w:after="0"/>
      </w:pPr>
    </w:p>
    <w:p w14:paraId="66F4645C" w14:textId="77777777" w:rsidR="00AA2529" w:rsidRDefault="00A60F39">
      <w:pPr>
        <w:spacing w:after="0"/>
      </w:pPr>
      <w:r>
        <w:rPr>
          <w:rFonts w:ascii="Arial" w:hAnsi="Arial"/>
          <w:b/>
        </w:rPr>
        <w:t xml:space="preserve">Alice  </w:t>
      </w:r>
      <w:r>
        <w:rPr>
          <w:rFonts w:ascii="Arial" w:hAnsi="Arial"/>
          <w:color w:val="5D7284"/>
        </w:rPr>
        <w:t>07:41</w:t>
      </w:r>
    </w:p>
    <w:p w14:paraId="48BAF9BC" w14:textId="77777777" w:rsidR="00AA2529" w:rsidRDefault="00A60F39">
      <w:pPr>
        <w:spacing w:after="0"/>
      </w:pPr>
      <w:r>
        <w:rPr>
          <w:rFonts w:ascii="Arial" w:hAnsi="Arial"/>
        </w:rPr>
        <w:t>And I think, you know, terms of the psychological impact that having that kind of representation has on people, you know, I know, as a disabled person myself, seeing other disa</w:t>
      </w:r>
      <w:r>
        <w:rPr>
          <w:rFonts w:ascii="Arial" w:hAnsi="Arial"/>
        </w:rPr>
        <w:t xml:space="preserve">bled people on TV, and you know, out in the media, it makes you feel seen by </w:t>
      </w:r>
      <w:proofErr w:type="gramStart"/>
      <w:r>
        <w:rPr>
          <w:rFonts w:ascii="Arial" w:hAnsi="Arial"/>
        </w:rPr>
        <w:t>society</w:t>
      </w:r>
      <w:proofErr w:type="gramEnd"/>
    </w:p>
    <w:p w14:paraId="480B72BE" w14:textId="77777777" w:rsidR="00AA2529" w:rsidRDefault="00AA2529">
      <w:pPr>
        <w:spacing w:after="0"/>
      </w:pPr>
    </w:p>
    <w:p w14:paraId="7A3DCDDE" w14:textId="77777777" w:rsidR="00AA2529" w:rsidRDefault="00A60F39">
      <w:pPr>
        <w:spacing w:after="0"/>
      </w:pPr>
      <w:r>
        <w:rPr>
          <w:rFonts w:ascii="Arial" w:hAnsi="Arial"/>
          <w:b/>
        </w:rPr>
        <w:t xml:space="preserve">Lucy  </w:t>
      </w:r>
      <w:r>
        <w:rPr>
          <w:rFonts w:ascii="Arial" w:hAnsi="Arial"/>
          <w:color w:val="5D7284"/>
        </w:rPr>
        <w:t>08:01</w:t>
      </w:r>
    </w:p>
    <w:p w14:paraId="300FBE9A" w14:textId="77777777" w:rsidR="00AA2529" w:rsidRDefault="00A60F39">
      <w:pPr>
        <w:spacing w:after="0"/>
      </w:pPr>
      <w:r>
        <w:rPr>
          <w:rFonts w:ascii="Arial" w:hAnsi="Arial"/>
        </w:rPr>
        <w:t xml:space="preserve">Oh yes </w:t>
      </w:r>
      <w:proofErr w:type="spellStart"/>
      <w:r>
        <w:rPr>
          <w:rFonts w:ascii="Arial" w:hAnsi="Arial"/>
        </w:rPr>
        <w:t>aboslutely</w:t>
      </w:r>
      <w:proofErr w:type="spellEnd"/>
      <w:r>
        <w:rPr>
          <w:rFonts w:ascii="Arial" w:hAnsi="Arial"/>
        </w:rPr>
        <w:t>!</w:t>
      </w:r>
    </w:p>
    <w:p w14:paraId="670FE4A6" w14:textId="77777777" w:rsidR="00AA2529" w:rsidRDefault="00AA2529">
      <w:pPr>
        <w:spacing w:after="0"/>
      </w:pPr>
    </w:p>
    <w:p w14:paraId="67C391D0" w14:textId="77777777" w:rsidR="00AA2529" w:rsidRDefault="00A60F39">
      <w:pPr>
        <w:spacing w:after="0"/>
      </w:pPr>
      <w:r>
        <w:rPr>
          <w:rFonts w:ascii="Arial" w:hAnsi="Arial"/>
          <w:b/>
        </w:rPr>
        <w:t xml:space="preserve">Alice  </w:t>
      </w:r>
      <w:r>
        <w:rPr>
          <w:rFonts w:ascii="Arial" w:hAnsi="Arial"/>
          <w:color w:val="5D7284"/>
        </w:rPr>
        <w:t>08:02</w:t>
      </w:r>
    </w:p>
    <w:p w14:paraId="54BDCCC6" w14:textId="77777777" w:rsidR="00AA2529" w:rsidRDefault="00A60F39">
      <w:pPr>
        <w:spacing w:after="0"/>
      </w:pPr>
      <w:r>
        <w:rPr>
          <w:rFonts w:ascii="Arial" w:hAnsi="Arial"/>
        </w:rPr>
        <w:t xml:space="preserve"> You feel like less of an alien when you go out yet. </w:t>
      </w:r>
      <w:proofErr w:type="spellStart"/>
      <w:r>
        <w:rPr>
          <w:rFonts w:ascii="Arial" w:hAnsi="Arial"/>
        </w:rPr>
        <w:t>xiety</w:t>
      </w:r>
      <w:proofErr w:type="spellEnd"/>
      <w:r>
        <w:rPr>
          <w:rFonts w:ascii="Arial" w:hAnsi="Arial"/>
        </w:rPr>
        <w:t xml:space="preserve"> So, um, you know, </w:t>
      </w:r>
      <w:proofErr w:type="gramStart"/>
      <w:r>
        <w:rPr>
          <w:rFonts w:ascii="Arial" w:hAnsi="Arial"/>
        </w:rPr>
        <w:t>I can I can</w:t>
      </w:r>
      <w:proofErr w:type="gramEnd"/>
      <w:r>
        <w:rPr>
          <w:rFonts w:ascii="Arial" w:hAnsi="Arial"/>
        </w:rPr>
        <w:t xml:space="preserve"> understand, particularly when chronic pain quite often comes alongside, you know, other invisible disabilities. Yeah, oh, arthritis isn't always </w:t>
      </w:r>
      <w:proofErr w:type="gramStart"/>
      <w:r>
        <w:rPr>
          <w:rFonts w:ascii="Arial" w:hAnsi="Arial"/>
        </w:rPr>
        <w:t>a very clear</w:t>
      </w:r>
      <w:proofErr w:type="gramEnd"/>
      <w:r>
        <w:rPr>
          <w:rFonts w:ascii="Arial" w:hAnsi="Arial"/>
        </w:rPr>
        <w:t xml:space="preserve">, visible </w:t>
      </w:r>
      <w:r>
        <w:rPr>
          <w:rFonts w:ascii="Arial" w:hAnsi="Arial"/>
        </w:rPr>
        <w:t>issue for people. So having that space on something like a soap, you know or a TV series to explore the, the length and depth of the kind of issues that people with chronic pain experience, it's a missed opportunity for, you know, an interesting piece of s</w:t>
      </w:r>
      <w:r>
        <w:rPr>
          <w:rFonts w:ascii="Arial" w:hAnsi="Arial"/>
        </w:rPr>
        <w:t>torytelling, as well as having that hugely, potentially positive impact on this whole sort of community of people.</w:t>
      </w:r>
    </w:p>
    <w:p w14:paraId="1065BD92" w14:textId="77777777" w:rsidR="00AA2529" w:rsidRDefault="00AA2529">
      <w:pPr>
        <w:spacing w:after="0"/>
      </w:pPr>
    </w:p>
    <w:p w14:paraId="2A264443" w14:textId="77777777" w:rsidR="00AA2529" w:rsidRDefault="00A60F39">
      <w:pPr>
        <w:spacing w:after="0"/>
      </w:pPr>
      <w:r>
        <w:rPr>
          <w:rFonts w:ascii="Arial" w:hAnsi="Arial"/>
          <w:color w:val="5D7284"/>
        </w:rPr>
        <w:t>08:54</w:t>
      </w:r>
    </w:p>
    <w:p w14:paraId="191576FD" w14:textId="77777777" w:rsidR="00AA2529" w:rsidRDefault="00A60F39">
      <w:pPr>
        <w:spacing w:after="0"/>
      </w:pPr>
      <w:r>
        <w:rPr>
          <w:rFonts w:ascii="Arial" w:hAnsi="Arial"/>
        </w:rPr>
        <w:t>And it's also learning to accept it for yourself. It's it is that exactly as you say, it's that feeling if it is represented, there is</w:t>
      </w:r>
      <w:r>
        <w:rPr>
          <w:rFonts w:ascii="Arial" w:hAnsi="Arial"/>
        </w:rPr>
        <w:t xml:space="preserve"> a sort of reassurance in that, you know, the other thing that they tend to do on TV when they do talk about the chronic pain from arthritis is only show really old people and of course, </w:t>
      </w:r>
      <w:r>
        <w:rPr>
          <w:rFonts w:ascii="Arial" w:hAnsi="Arial"/>
        </w:rPr>
        <w:lastRenderedPageBreak/>
        <w:t>there's a lot of younger people that have arthritis and do get extrem</w:t>
      </w:r>
      <w:r>
        <w:rPr>
          <w:rFonts w:ascii="Arial" w:hAnsi="Arial"/>
        </w:rPr>
        <w:t>e pain from it again, that would be really good for in it's not just an elderly person's condition and but we look at the stereotypes and so stereotypes are broken and we see a look into a life that we may not know we may not know anybody who has it, but w</w:t>
      </w:r>
      <w:r>
        <w:rPr>
          <w:rFonts w:ascii="Arial" w:hAnsi="Arial"/>
        </w:rPr>
        <w:t>hen we see it and particularly I think in a soap or in a drama and it's not and it's given a positive viewpoint. You know, people do get on with their lives, they do manage the booth stuff, but they are in pain, just getting that balance right. As you said</w:t>
      </w:r>
      <w:r>
        <w:rPr>
          <w:rFonts w:ascii="Arial" w:hAnsi="Arial"/>
        </w:rPr>
        <w:t xml:space="preserve"> Lucy says not one extreme or the other. If you want a bit of, you know, illegal drugs [laughs] and you need it for your pain. You know, ending up in a police station probably isn't hugely helpful to anybody.</w:t>
      </w:r>
    </w:p>
    <w:p w14:paraId="678287AC" w14:textId="77777777" w:rsidR="00AA2529" w:rsidRDefault="00AA2529">
      <w:pPr>
        <w:spacing w:after="0"/>
      </w:pPr>
    </w:p>
    <w:p w14:paraId="159BC16E" w14:textId="77777777" w:rsidR="00AA2529" w:rsidRDefault="00A60F39">
      <w:pPr>
        <w:spacing w:after="0"/>
      </w:pPr>
      <w:r>
        <w:rPr>
          <w:rFonts w:ascii="Arial" w:hAnsi="Arial"/>
          <w:b/>
        </w:rPr>
        <w:t xml:space="preserve">Jo Hemmings  </w:t>
      </w:r>
      <w:r>
        <w:rPr>
          <w:rFonts w:ascii="Arial" w:hAnsi="Arial"/>
          <w:color w:val="5D7284"/>
        </w:rPr>
        <w:t>10:05</w:t>
      </w:r>
    </w:p>
    <w:p w14:paraId="13585AAD" w14:textId="77777777" w:rsidR="00AA2529" w:rsidRDefault="00A60F39">
      <w:pPr>
        <w:spacing w:after="0"/>
      </w:pPr>
      <w:r>
        <w:rPr>
          <w:rFonts w:ascii="Arial" w:hAnsi="Arial"/>
        </w:rPr>
        <w:t>No, I mean, we, you know, I</w:t>
      </w:r>
      <w:r>
        <w:rPr>
          <w:rFonts w:ascii="Arial" w:hAnsi="Arial"/>
        </w:rPr>
        <w:t xml:space="preserve"> have cerebral palsy and so I have a lot of pain because I'm </w:t>
      </w:r>
      <w:proofErr w:type="gramStart"/>
      <w:r>
        <w:rPr>
          <w:rFonts w:ascii="Arial" w:hAnsi="Arial"/>
        </w:rPr>
        <w:t>quite</w:t>
      </w:r>
      <w:proofErr w:type="gramEnd"/>
      <w:r>
        <w:rPr>
          <w:rFonts w:ascii="Arial" w:hAnsi="Arial"/>
        </w:rPr>
        <w:t>, I sit still quite a lot and so when I do move it hurts because I've been sat still for so long. And the amount of times when I say well, you know, got a bit of pain a little bit or have yo</w:t>
      </w:r>
      <w:r>
        <w:rPr>
          <w:rFonts w:ascii="Arial" w:hAnsi="Arial"/>
        </w:rPr>
        <w:t xml:space="preserve">u tried seated yoga or CBD oil or some and I'm like yes I've tried CB and it does work to a certain extent, but it doesn't, it's not like all of a </w:t>
      </w:r>
      <w:proofErr w:type="spellStart"/>
      <w:r>
        <w:rPr>
          <w:rFonts w:ascii="Arial" w:hAnsi="Arial"/>
        </w:rPr>
        <w:t>sudedn</w:t>
      </w:r>
      <w:proofErr w:type="spellEnd"/>
      <w:r>
        <w:rPr>
          <w:rFonts w:ascii="Arial" w:hAnsi="Arial"/>
        </w:rPr>
        <w:t xml:space="preserve"> you take a CBD tablet and all of sudden no I'm fine and I can be it's quite, and I, but I think as wel</w:t>
      </w:r>
      <w:r>
        <w:rPr>
          <w:rFonts w:ascii="Arial" w:hAnsi="Arial"/>
        </w:rPr>
        <w:t>l soaps have a, it's not like watching a panorama documentary is it? about chronic pain, where it's very, these are the facts No</w:t>
      </w:r>
    </w:p>
    <w:p w14:paraId="3F9B5DCA" w14:textId="77777777" w:rsidR="00AA2529" w:rsidRDefault="00AA2529">
      <w:pPr>
        <w:spacing w:after="0"/>
      </w:pPr>
    </w:p>
    <w:p w14:paraId="4669D80A" w14:textId="77777777" w:rsidR="00AA2529" w:rsidRDefault="00A60F39">
      <w:pPr>
        <w:spacing w:after="0"/>
      </w:pPr>
      <w:r>
        <w:rPr>
          <w:rFonts w:ascii="Arial" w:hAnsi="Arial"/>
          <w:b/>
        </w:rPr>
        <w:t xml:space="preserve">Lucy  </w:t>
      </w:r>
      <w:r>
        <w:rPr>
          <w:rFonts w:ascii="Arial" w:hAnsi="Arial"/>
          <w:color w:val="5D7284"/>
        </w:rPr>
        <w:t>10:44</w:t>
      </w:r>
    </w:p>
    <w:p w14:paraId="6591C050" w14:textId="77777777" w:rsidR="00AA2529" w:rsidRDefault="00A60F39">
      <w:pPr>
        <w:spacing w:after="0"/>
      </w:pPr>
      <w:r>
        <w:rPr>
          <w:rFonts w:ascii="Arial" w:hAnsi="Arial"/>
        </w:rPr>
        <w:t>With a soap, the perfect opportunities, kitchen sink, you know, this is what real life is like, you've got a perfe</w:t>
      </w:r>
      <w:r>
        <w:rPr>
          <w:rFonts w:ascii="Arial" w:hAnsi="Arial"/>
        </w:rPr>
        <w:t>ct opportunity there to go. It's not all facts and figures. And it's not as daunting as it sounds, you know, you can live a full life with chronic pain.</w:t>
      </w:r>
    </w:p>
    <w:p w14:paraId="238B9E3F" w14:textId="77777777" w:rsidR="00AA2529" w:rsidRDefault="00AA2529">
      <w:pPr>
        <w:spacing w:after="0"/>
      </w:pPr>
    </w:p>
    <w:p w14:paraId="3E42A0EB" w14:textId="77777777" w:rsidR="00AA2529" w:rsidRDefault="00A60F39">
      <w:pPr>
        <w:spacing w:after="0"/>
      </w:pPr>
      <w:r>
        <w:rPr>
          <w:rFonts w:ascii="Arial" w:hAnsi="Arial"/>
          <w:b/>
        </w:rPr>
        <w:t xml:space="preserve">Jo Hemmings  </w:t>
      </w:r>
      <w:r>
        <w:rPr>
          <w:rFonts w:ascii="Arial" w:hAnsi="Arial"/>
          <w:color w:val="5D7284"/>
        </w:rPr>
        <w:t>11:02</w:t>
      </w:r>
    </w:p>
    <w:p w14:paraId="1D241C88" w14:textId="77777777" w:rsidR="00AA2529" w:rsidRDefault="00A60F39">
      <w:pPr>
        <w:spacing w:after="0"/>
      </w:pPr>
      <w:r>
        <w:rPr>
          <w:rFonts w:ascii="Arial" w:hAnsi="Arial"/>
        </w:rPr>
        <w:t>Soaps are the ideal platform because they're not, we're watching it, and we're seei</w:t>
      </w:r>
      <w:r>
        <w:rPr>
          <w:rFonts w:ascii="Arial" w:hAnsi="Arial"/>
        </w:rPr>
        <w:t xml:space="preserve">ng whether it's a </w:t>
      </w:r>
      <w:proofErr w:type="gramStart"/>
      <w:r>
        <w:rPr>
          <w:rFonts w:ascii="Arial" w:hAnsi="Arial"/>
        </w:rPr>
        <w:t>mixed race</w:t>
      </w:r>
      <w:proofErr w:type="gramEnd"/>
      <w:r>
        <w:rPr>
          <w:rFonts w:ascii="Arial" w:hAnsi="Arial"/>
        </w:rPr>
        <w:t xml:space="preserve"> couple of whatever it is, things that just become automatically every day and acceptable. And you're not psychologically you're not necessarily conscious of that. But it's getting into our heads. And </w:t>
      </w:r>
      <w:proofErr w:type="gramStart"/>
      <w:r>
        <w:rPr>
          <w:rFonts w:ascii="Arial" w:hAnsi="Arial"/>
        </w:rPr>
        <w:t>so</w:t>
      </w:r>
      <w:proofErr w:type="gramEnd"/>
      <w:r>
        <w:rPr>
          <w:rFonts w:ascii="Arial" w:hAnsi="Arial"/>
        </w:rPr>
        <w:t xml:space="preserve"> we don't look at people </w:t>
      </w:r>
      <w:r>
        <w:rPr>
          <w:rFonts w:ascii="Arial" w:hAnsi="Arial"/>
        </w:rPr>
        <w:t>perhaps oddly or strangely, because we're now used to it being part of our favourite, you know, long running soap opera</w:t>
      </w:r>
    </w:p>
    <w:p w14:paraId="0D6759FD" w14:textId="77777777" w:rsidR="00AA2529" w:rsidRDefault="00AA2529">
      <w:pPr>
        <w:spacing w:after="0"/>
      </w:pPr>
    </w:p>
    <w:p w14:paraId="50F3E473" w14:textId="77777777" w:rsidR="00AA2529" w:rsidRDefault="00A60F39">
      <w:pPr>
        <w:spacing w:after="0"/>
      </w:pPr>
      <w:r>
        <w:rPr>
          <w:rFonts w:ascii="Arial" w:hAnsi="Arial"/>
          <w:b/>
        </w:rPr>
        <w:t xml:space="preserve">Alice  </w:t>
      </w:r>
      <w:r>
        <w:rPr>
          <w:rFonts w:ascii="Arial" w:hAnsi="Arial"/>
          <w:color w:val="5D7284"/>
        </w:rPr>
        <w:t>11:31</w:t>
      </w:r>
    </w:p>
    <w:p w14:paraId="378FE9B1" w14:textId="77777777" w:rsidR="00AA2529" w:rsidRDefault="00A60F39">
      <w:pPr>
        <w:spacing w:after="0"/>
      </w:pPr>
      <w:r>
        <w:rPr>
          <w:rFonts w:ascii="Arial" w:hAnsi="Arial"/>
        </w:rPr>
        <w:t>Because it's long running, you quite often have that opportunity where I think a lot of dramas, you know, you see a lot of</w:t>
      </w:r>
      <w:r>
        <w:rPr>
          <w:rFonts w:ascii="Arial" w:hAnsi="Arial"/>
        </w:rPr>
        <w:t xml:space="preserve"> films where the entire film is about a person's experience of x, whether it's, you know, racial discrimination or coming out as LGBTQ. Plus, you know, those sorts of things. With a soap opera, you have the opportunity </w:t>
      </w:r>
      <w:proofErr w:type="gramStart"/>
      <w:r>
        <w:rPr>
          <w:rFonts w:ascii="Arial" w:hAnsi="Arial"/>
        </w:rPr>
        <w:t>you can you can</w:t>
      </w:r>
      <w:proofErr w:type="gramEnd"/>
      <w:r>
        <w:rPr>
          <w:rFonts w:ascii="Arial" w:hAnsi="Arial"/>
        </w:rPr>
        <w:t xml:space="preserve"> have, if you feel it </w:t>
      </w:r>
      <w:r>
        <w:rPr>
          <w:rFonts w:ascii="Arial" w:hAnsi="Arial"/>
        </w:rPr>
        <w:t xml:space="preserve">necessary to have that first arc of this is what this person has chronic pain is like this is how much it rules their life. And then they can move on and have other life events and things that happen. </w:t>
      </w:r>
    </w:p>
    <w:p w14:paraId="270503F1" w14:textId="77777777" w:rsidR="00AA2529" w:rsidRDefault="00AA2529">
      <w:pPr>
        <w:spacing w:after="0"/>
      </w:pPr>
    </w:p>
    <w:p w14:paraId="067509D3" w14:textId="77777777" w:rsidR="00AA2529" w:rsidRDefault="00A60F39">
      <w:pPr>
        <w:spacing w:after="0"/>
      </w:pPr>
      <w:r>
        <w:rPr>
          <w:rFonts w:ascii="Arial" w:hAnsi="Arial"/>
          <w:b/>
        </w:rPr>
        <w:t xml:space="preserve">Jo Hemmings  </w:t>
      </w:r>
      <w:r>
        <w:rPr>
          <w:rFonts w:ascii="Arial" w:hAnsi="Arial"/>
          <w:color w:val="5D7284"/>
        </w:rPr>
        <w:t>12:08</w:t>
      </w:r>
    </w:p>
    <w:p w14:paraId="53068BE3" w14:textId="77777777" w:rsidR="00AA2529" w:rsidRDefault="00A60F39">
      <w:pPr>
        <w:spacing w:after="0"/>
      </w:pPr>
      <w:r>
        <w:rPr>
          <w:rFonts w:ascii="Arial" w:hAnsi="Arial"/>
        </w:rPr>
        <w:t>Yes, absolutely.</w:t>
      </w:r>
    </w:p>
    <w:p w14:paraId="3D31720F" w14:textId="77777777" w:rsidR="00AA2529" w:rsidRDefault="00AA2529">
      <w:pPr>
        <w:spacing w:after="0"/>
      </w:pPr>
    </w:p>
    <w:p w14:paraId="2CF18730" w14:textId="77777777" w:rsidR="00AA2529" w:rsidRDefault="00A60F39">
      <w:pPr>
        <w:spacing w:after="0"/>
      </w:pPr>
      <w:r>
        <w:rPr>
          <w:rFonts w:ascii="Arial" w:hAnsi="Arial"/>
          <w:b/>
        </w:rPr>
        <w:t xml:space="preserve">Alice  </w:t>
      </w:r>
      <w:r>
        <w:rPr>
          <w:rFonts w:ascii="Arial" w:hAnsi="Arial"/>
          <w:color w:val="5D7284"/>
        </w:rPr>
        <w:t>12:09</w:t>
      </w:r>
    </w:p>
    <w:p w14:paraId="48DBF8D4" w14:textId="77777777" w:rsidR="00AA2529" w:rsidRDefault="00A60F39">
      <w:pPr>
        <w:spacing w:after="0"/>
      </w:pPr>
      <w:r>
        <w:rPr>
          <w:rFonts w:ascii="Arial" w:hAnsi="Arial"/>
        </w:rPr>
        <w:t>But</w:t>
      </w:r>
      <w:r>
        <w:rPr>
          <w:rFonts w:ascii="Arial" w:hAnsi="Arial"/>
        </w:rPr>
        <w:t xml:space="preserve"> you've already laid that groundwork, and you can still weave in the impact that it has,</w:t>
      </w:r>
    </w:p>
    <w:p w14:paraId="39E5C64A" w14:textId="77777777" w:rsidR="00AA2529" w:rsidRDefault="00AA2529">
      <w:pPr>
        <w:spacing w:after="0"/>
      </w:pPr>
    </w:p>
    <w:p w14:paraId="3EF4E697" w14:textId="77777777" w:rsidR="00AA2529" w:rsidRDefault="00A60F39">
      <w:pPr>
        <w:spacing w:after="0"/>
      </w:pPr>
      <w:r>
        <w:rPr>
          <w:rFonts w:ascii="Arial" w:hAnsi="Arial"/>
          <w:color w:val="5D7284"/>
        </w:rPr>
        <w:lastRenderedPageBreak/>
        <w:t>12:14</w:t>
      </w:r>
    </w:p>
    <w:p w14:paraId="543F034C" w14:textId="77777777" w:rsidR="00AA2529" w:rsidRDefault="00A60F39">
      <w:pPr>
        <w:spacing w:after="0"/>
      </w:pPr>
      <w:r>
        <w:rPr>
          <w:rFonts w:ascii="Arial" w:hAnsi="Arial"/>
        </w:rPr>
        <w:t xml:space="preserve">I think it also encourages people to seek help. I think </w:t>
      </w:r>
      <w:proofErr w:type="gramStart"/>
      <w:r>
        <w:rPr>
          <w:rFonts w:ascii="Arial" w:hAnsi="Arial"/>
        </w:rPr>
        <w:t>it actually</w:t>
      </w:r>
      <w:proofErr w:type="gramEnd"/>
      <w:r>
        <w:rPr>
          <w:rFonts w:ascii="Arial" w:hAnsi="Arial"/>
        </w:rPr>
        <w:t xml:space="preserve">. And it's been shown statistically that with anything like this, you know, when people have </w:t>
      </w:r>
      <w:r>
        <w:rPr>
          <w:rFonts w:ascii="Arial" w:hAnsi="Arial"/>
        </w:rPr>
        <w:t xml:space="preserve">had breast cancer, for example, on TV, that has increased the rate of people who've checked themselves gone for mammograms. </w:t>
      </w:r>
      <w:proofErr w:type="gramStart"/>
      <w:r>
        <w:rPr>
          <w:rFonts w:ascii="Arial" w:hAnsi="Arial"/>
        </w:rPr>
        <w:t>So</w:t>
      </w:r>
      <w:proofErr w:type="gramEnd"/>
      <w:r>
        <w:rPr>
          <w:rFonts w:ascii="Arial" w:hAnsi="Arial"/>
        </w:rPr>
        <w:t xml:space="preserve"> we know that from other conditions that it is made people think, and perhaps do something about it, where they may have just felt</w:t>
      </w:r>
      <w:r>
        <w:rPr>
          <w:rFonts w:ascii="Arial" w:hAnsi="Arial"/>
        </w:rPr>
        <w:t xml:space="preserve">, or you know, it's just one of those things I have to tolerate. And I think it's </w:t>
      </w:r>
      <w:proofErr w:type="gramStart"/>
      <w:r>
        <w:rPr>
          <w:rFonts w:ascii="Arial" w:hAnsi="Arial"/>
        </w:rPr>
        <w:t>really important</w:t>
      </w:r>
      <w:proofErr w:type="gramEnd"/>
      <w:r>
        <w:rPr>
          <w:rFonts w:ascii="Arial" w:hAnsi="Arial"/>
        </w:rPr>
        <w:t xml:space="preserve"> that we get that message over. without forcing it on people, it's sort of, it's implicit, and it's just gently woven in. And as you say, Alice, it's having t</w:t>
      </w:r>
      <w:r>
        <w:rPr>
          <w:rFonts w:ascii="Arial" w:hAnsi="Arial"/>
        </w:rPr>
        <w:t xml:space="preserve">hat person doing a job or whatever it is, having a love life, you know, don't </w:t>
      </w:r>
      <w:proofErr w:type="spellStart"/>
      <w:r>
        <w:rPr>
          <w:rFonts w:ascii="Arial" w:hAnsi="Arial"/>
        </w:rPr>
        <w:t>don't</w:t>
      </w:r>
      <w:proofErr w:type="spellEnd"/>
      <w:r>
        <w:rPr>
          <w:rFonts w:ascii="Arial" w:hAnsi="Arial"/>
        </w:rPr>
        <w:t xml:space="preserve"> </w:t>
      </w:r>
      <w:proofErr w:type="spellStart"/>
      <w:r>
        <w:rPr>
          <w:rFonts w:ascii="Arial" w:hAnsi="Arial"/>
        </w:rPr>
        <w:t>stigmatise</w:t>
      </w:r>
      <w:proofErr w:type="spellEnd"/>
      <w:r>
        <w:rPr>
          <w:rFonts w:ascii="Arial" w:hAnsi="Arial"/>
        </w:rPr>
        <w:t xml:space="preserve"> them and put them out in a place where they can't have any of these things because they've got chronic pain, that would be even worse, that's just </w:t>
      </w:r>
      <w:proofErr w:type="spellStart"/>
      <w:r>
        <w:rPr>
          <w:rFonts w:ascii="Arial" w:hAnsi="Arial"/>
        </w:rPr>
        <w:t>gonna</w:t>
      </w:r>
      <w:proofErr w:type="spellEnd"/>
      <w:r>
        <w:rPr>
          <w:rFonts w:ascii="Arial" w:hAnsi="Arial"/>
        </w:rPr>
        <w:t xml:space="preserve"> create a</w:t>
      </w:r>
      <w:r>
        <w:rPr>
          <w:rFonts w:ascii="Arial" w:hAnsi="Arial"/>
        </w:rPr>
        <w:t xml:space="preserve"> greater stigma around it.</w:t>
      </w:r>
    </w:p>
    <w:p w14:paraId="106E6FA7" w14:textId="77777777" w:rsidR="00AA2529" w:rsidRDefault="00AA2529">
      <w:pPr>
        <w:spacing w:after="0"/>
      </w:pPr>
    </w:p>
    <w:p w14:paraId="77BE0280" w14:textId="77777777" w:rsidR="00AA2529" w:rsidRDefault="00A60F39">
      <w:pPr>
        <w:spacing w:after="0"/>
      </w:pPr>
      <w:r>
        <w:rPr>
          <w:rFonts w:ascii="Arial" w:hAnsi="Arial"/>
          <w:b/>
        </w:rPr>
        <w:t xml:space="preserve">Jo Hemmings  </w:t>
      </w:r>
      <w:r>
        <w:rPr>
          <w:rFonts w:ascii="Arial" w:hAnsi="Arial"/>
          <w:color w:val="5D7284"/>
        </w:rPr>
        <w:t>13:16</w:t>
      </w:r>
    </w:p>
    <w:p w14:paraId="4F72E87A" w14:textId="77777777" w:rsidR="00AA2529" w:rsidRDefault="00A60F39">
      <w:pPr>
        <w:spacing w:after="0"/>
      </w:pPr>
      <w:r>
        <w:rPr>
          <w:rFonts w:ascii="Arial" w:hAnsi="Arial"/>
        </w:rPr>
        <w:t>And I think, for me and Alice, I don't know whether I speak for you with his Alice. But I think a lot of people who don't understand blindness or cerebral palsy or any kind of disability, they often think that we must be so sad because our lives must be la</w:t>
      </w:r>
      <w:r>
        <w:rPr>
          <w:rFonts w:ascii="Arial" w:hAnsi="Arial"/>
        </w:rPr>
        <w:t>cking so much because we can't walk upstairs or because, you know, Alice can't read a book when actually Alice loves reading books, so that you know, and it doesn't really matter that I can't use stairs because, you know, it's not to us we've grown up with</w:t>
      </w:r>
      <w:r>
        <w:rPr>
          <w:rFonts w:ascii="Arial" w:hAnsi="Arial"/>
        </w:rPr>
        <w:t xml:space="preserve"> it. It's not a big deal.  Yes, absolutely. </w:t>
      </w:r>
    </w:p>
    <w:p w14:paraId="064D7374" w14:textId="77777777" w:rsidR="00AA2529" w:rsidRDefault="00AA2529">
      <w:pPr>
        <w:spacing w:after="0"/>
      </w:pPr>
    </w:p>
    <w:p w14:paraId="6452E887" w14:textId="77777777" w:rsidR="00AA2529" w:rsidRDefault="00A60F39">
      <w:pPr>
        <w:spacing w:after="0"/>
      </w:pPr>
      <w:r>
        <w:rPr>
          <w:rFonts w:ascii="Arial" w:hAnsi="Arial"/>
          <w:b/>
        </w:rPr>
        <w:t xml:space="preserve">Lucy  </w:t>
      </w:r>
      <w:r>
        <w:rPr>
          <w:rFonts w:ascii="Arial" w:hAnsi="Arial"/>
          <w:color w:val="5D7284"/>
        </w:rPr>
        <w:t>13:47</w:t>
      </w:r>
    </w:p>
    <w:p w14:paraId="5BAF7682" w14:textId="77777777" w:rsidR="00AA2529" w:rsidRDefault="00A60F39">
      <w:pPr>
        <w:spacing w:after="0"/>
      </w:pPr>
      <w:proofErr w:type="gramStart"/>
      <w:r>
        <w:rPr>
          <w:rFonts w:ascii="Arial" w:hAnsi="Arial"/>
        </w:rPr>
        <w:t>So</w:t>
      </w:r>
      <w:proofErr w:type="gramEnd"/>
      <w:r>
        <w:rPr>
          <w:rFonts w:ascii="Arial" w:hAnsi="Arial"/>
        </w:rPr>
        <w:t xml:space="preserve"> it's not, it's not all encompassing, we learn to adapt our lives to Okay, I might not be able to read a book, but I can get a Kindle that's got different print sizes that kind of thing</w:t>
      </w:r>
    </w:p>
    <w:p w14:paraId="75622F8B" w14:textId="77777777" w:rsidR="00AA2529" w:rsidRDefault="00AA2529">
      <w:pPr>
        <w:spacing w:after="0"/>
      </w:pPr>
    </w:p>
    <w:p w14:paraId="52C6CAED" w14:textId="77777777" w:rsidR="00AA2529" w:rsidRDefault="00A60F39">
      <w:pPr>
        <w:spacing w:after="0"/>
      </w:pPr>
      <w:r>
        <w:rPr>
          <w:rFonts w:ascii="Arial" w:hAnsi="Arial"/>
          <w:color w:val="5D7284"/>
        </w:rPr>
        <w:t>13:59</w:t>
      </w:r>
    </w:p>
    <w:p w14:paraId="2F63C170" w14:textId="77777777" w:rsidR="00AA2529" w:rsidRDefault="00A60F39">
      <w:pPr>
        <w:spacing w:after="0"/>
      </w:pPr>
      <w:r>
        <w:rPr>
          <w:rFonts w:ascii="Arial" w:hAnsi="Arial"/>
        </w:rPr>
        <w:t>I m</w:t>
      </w:r>
      <w:r>
        <w:rPr>
          <w:rFonts w:ascii="Arial" w:hAnsi="Arial"/>
        </w:rPr>
        <w:t xml:space="preserve">ean, thank goodness, there are things like that. I mean, it's like Crohn's disease. I mean, if I know I'm going somewhere I'm having a flare on, chow down on a couple of Imodium. But if </w:t>
      </w:r>
      <w:proofErr w:type="gramStart"/>
      <w:r>
        <w:rPr>
          <w:rFonts w:ascii="Arial" w:hAnsi="Arial"/>
        </w:rPr>
        <w:t>I</w:t>
      </w:r>
      <w:proofErr w:type="gramEnd"/>
      <w:r>
        <w:rPr>
          <w:rFonts w:ascii="Arial" w:hAnsi="Arial"/>
        </w:rPr>
        <w:t xml:space="preserve"> can't I do have a card that I carry around but you know again it fee</w:t>
      </w:r>
      <w:r>
        <w:rPr>
          <w:rFonts w:ascii="Arial" w:hAnsi="Arial"/>
        </w:rPr>
        <w:t xml:space="preserve">ls a bit awkward using it, you know, going to the front and keep going. If your music festival or something back in the days, we used to have them. There would be times when you need to go to learn you can't wait 1015 minutes and in line and you've got to </w:t>
      </w:r>
      <w:r>
        <w:rPr>
          <w:rFonts w:ascii="Arial" w:hAnsi="Arial"/>
        </w:rPr>
        <w:t>show this card. And you know, I've always had people being respectful. No one's ever said anything. But you know, again, I'd like a storyline built around people who have that sort of thing. You know, I know we're talking chronic pain in this instance, but</w:t>
      </w:r>
      <w:r>
        <w:rPr>
          <w:rFonts w:ascii="Arial" w:hAnsi="Arial"/>
        </w:rPr>
        <w:t xml:space="preserve"> again, you don't, you don't hear about that and it's, you know, it, like a lot of disabilities. It will never go It can't be cured. I will never live the rest of my life. It has its moments it's bad moments. It's good moments. And you know, these things a</w:t>
      </w:r>
      <w:r>
        <w:rPr>
          <w:rFonts w:ascii="Arial" w:hAnsi="Arial"/>
        </w:rPr>
        <w:t>re just not they just need to be woven in</w:t>
      </w:r>
    </w:p>
    <w:p w14:paraId="2100A946" w14:textId="77777777" w:rsidR="00AA2529" w:rsidRDefault="00AA2529">
      <w:pPr>
        <w:spacing w:after="0"/>
      </w:pPr>
    </w:p>
    <w:p w14:paraId="316AB620" w14:textId="77777777" w:rsidR="00AA2529" w:rsidRDefault="00A60F39">
      <w:pPr>
        <w:spacing w:after="0"/>
      </w:pPr>
      <w:r>
        <w:rPr>
          <w:rFonts w:ascii="Arial" w:hAnsi="Arial"/>
          <w:b/>
        </w:rPr>
        <w:t xml:space="preserve">Lucy  </w:t>
      </w:r>
      <w:r>
        <w:rPr>
          <w:rFonts w:ascii="Arial" w:hAnsi="Arial"/>
          <w:color w:val="5D7284"/>
        </w:rPr>
        <w:t>15:00</w:t>
      </w:r>
    </w:p>
    <w:p w14:paraId="65D9BF57" w14:textId="77777777" w:rsidR="00AA2529" w:rsidRDefault="00A60F39">
      <w:pPr>
        <w:spacing w:after="0"/>
      </w:pPr>
      <w:r>
        <w:rPr>
          <w:rFonts w:ascii="Arial" w:hAnsi="Arial"/>
        </w:rPr>
        <w:t>Yeah,</w:t>
      </w:r>
    </w:p>
    <w:p w14:paraId="6D8E6503" w14:textId="77777777" w:rsidR="00AA2529" w:rsidRDefault="00AA2529">
      <w:pPr>
        <w:spacing w:after="0"/>
      </w:pPr>
    </w:p>
    <w:p w14:paraId="0AC62053" w14:textId="77777777" w:rsidR="00AA2529" w:rsidRDefault="00A60F39">
      <w:pPr>
        <w:spacing w:after="0"/>
      </w:pPr>
      <w:r>
        <w:rPr>
          <w:rFonts w:ascii="Arial" w:hAnsi="Arial"/>
          <w:b/>
        </w:rPr>
        <w:t xml:space="preserve">Jo Hemmings  </w:t>
      </w:r>
      <w:r>
        <w:rPr>
          <w:rFonts w:ascii="Arial" w:hAnsi="Arial"/>
          <w:color w:val="5D7284"/>
        </w:rPr>
        <w:t>15:00</w:t>
      </w:r>
    </w:p>
    <w:p w14:paraId="6DD2C9EB" w14:textId="77777777" w:rsidR="00AA2529" w:rsidRDefault="00A60F39">
      <w:pPr>
        <w:spacing w:after="0"/>
      </w:pPr>
      <w:r>
        <w:rPr>
          <w:rFonts w:ascii="Arial" w:hAnsi="Arial"/>
        </w:rPr>
        <w:t>in a in a clever and engaging and positive way,</w:t>
      </w:r>
    </w:p>
    <w:p w14:paraId="4A993E4C" w14:textId="77777777" w:rsidR="00AA2529" w:rsidRDefault="00AA2529">
      <w:pPr>
        <w:spacing w:after="0"/>
      </w:pPr>
    </w:p>
    <w:p w14:paraId="73F7C23F" w14:textId="77777777" w:rsidR="00AA2529" w:rsidRDefault="00A60F39">
      <w:pPr>
        <w:spacing w:after="0"/>
      </w:pPr>
      <w:r>
        <w:rPr>
          <w:rFonts w:ascii="Arial" w:hAnsi="Arial"/>
          <w:b/>
        </w:rPr>
        <w:t xml:space="preserve">Alice  </w:t>
      </w:r>
      <w:r>
        <w:rPr>
          <w:rFonts w:ascii="Arial" w:hAnsi="Arial"/>
          <w:color w:val="5D7284"/>
        </w:rPr>
        <w:t>15:05</w:t>
      </w:r>
    </w:p>
    <w:p w14:paraId="02E3E686" w14:textId="77777777" w:rsidR="00AA2529" w:rsidRDefault="00A60F39">
      <w:pPr>
        <w:spacing w:after="0"/>
      </w:pPr>
      <w:r>
        <w:rPr>
          <w:rFonts w:ascii="Arial" w:hAnsi="Arial"/>
        </w:rPr>
        <w:lastRenderedPageBreak/>
        <w:t>I suppose the thing is because ultimately disability is only ever one aspect of a person's life and experience, s</w:t>
      </w:r>
      <w:r>
        <w:rPr>
          <w:rFonts w:ascii="Arial" w:hAnsi="Arial"/>
        </w:rPr>
        <w:t>o...</w:t>
      </w:r>
    </w:p>
    <w:p w14:paraId="7C0F4B10" w14:textId="77777777" w:rsidR="00AA2529" w:rsidRDefault="00AA2529">
      <w:pPr>
        <w:spacing w:after="0"/>
      </w:pPr>
    </w:p>
    <w:p w14:paraId="71BFA158" w14:textId="77777777" w:rsidR="00AA2529" w:rsidRDefault="00A60F39">
      <w:pPr>
        <w:spacing w:after="0"/>
      </w:pPr>
      <w:r>
        <w:rPr>
          <w:rFonts w:ascii="Arial" w:hAnsi="Arial"/>
          <w:b/>
        </w:rPr>
        <w:t xml:space="preserve">Jo Hemmings  </w:t>
      </w:r>
      <w:r>
        <w:rPr>
          <w:rFonts w:ascii="Arial" w:hAnsi="Arial"/>
          <w:color w:val="5D7284"/>
        </w:rPr>
        <w:t>15:11</w:t>
      </w:r>
    </w:p>
    <w:p w14:paraId="5F9D998A" w14:textId="77777777" w:rsidR="00AA2529" w:rsidRDefault="00A60F39">
      <w:pPr>
        <w:spacing w:after="0"/>
      </w:pPr>
      <w:r>
        <w:rPr>
          <w:rFonts w:ascii="Arial" w:hAnsi="Arial"/>
        </w:rPr>
        <w:t>Yes</w:t>
      </w:r>
    </w:p>
    <w:p w14:paraId="3C18249D" w14:textId="77777777" w:rsidR="00AA2529" w:rsidRDefault="00AA2529">
      <w:pPr>
        <w:spacing w:after="0"/>
      </w:pPr>
    </w:p>
    <w:p w14:paraId="054180F1" w14:textId="77777777" w:rsidR="00AA2529" w:rsidRDefault="00A60F39">
      <w:pPr>
        <w:spacing w:after="0"/>
      </w:pPr>
      <w:r>
        <w:rPr>
          <w:rFonts w:ascii="Arial" w:hAnsi="Arial"/>
          <w:b/>
        </w:rPr>
        <w:t xml:space="preserve">Alice  </w:t>
      </w:r>
      <w:r>
        <w:rPr>
          <w:rFonts w:ascii="Arial" w:hAnsi="Arial"/>
          <w:color w:val="5D7284"/>
        </w:rPr>
        <w:t>15:12</w:t>
      </w:r>
    </w:p>
    <w:p w14:paraId="3CFC523A" w14:textId="77777777" w:rsidR="00AA2529" w:rsidRDefault="00A60F39">
      <w:pPr>
        <w:spacing w:after="0"/>
      </w:pPr>
      <w:r>
        <w:rPr>
          <w:rFonts w:ascii="Arial" w:hAnsi="Arial"/>
        </w:rPr>
        <w:t xml:space="preserve">In terms of the sort of psychological impact of kind of that, that representation of you know, of being seen and being, your issues being portrayed and reflected in the media, can you sort of tell us a </w:t>
      </w:r>
      <w:r>
        <w:rPr>
          <w:rFonts w:ascii="Arial" w:hAnsi="Arial"/>
        </w:rPr>
        <w:t xml:space="preserve">little bit about what the </w:t>
      </w:r>
      <w:proofErr w:type="spellStart"/>
      <w:r>
        <w:rPr>
          <w:rFonts w:ascii="Arial" w:hAnsi="Arial"/>
        </w:rPr>
        <w:t>the</w:t>
      </w:r>
      <w:proofErr w:type="spellEnd"/>
      <w:r>
        <w:rPr>
          <w:rFonts w:ascii="Arial" w:hAnsi="Arial"/>
        </w:rPr>
        <w:t xml:space="preserve"> impact that has psychologically on people who aren't represented or who feel kind of underrepresented or wrongly represented?</w:t>
      </w:r>
    </w:p>
    <w:p w14:paraId="36EB4925" w14:textId="77777777" w:rsidR="00AA2529" w:rsidRDefault="00AA2529">
      <w:pPr>
        <w:spacing w:after="0"/>
      </w:pPr>
    </w:p>
    <w:p w14:paraId="7B61F49E" w14:textId="77777777" w:rsidR="00AA2529" w:rsidRDefault="00A60F39">
      <w:pPr>
        <w:spacing w:after="0"/>
      </w:pPr>
      <w:r>
        <w:rPr>
          <w:rFonts w:ascii="Arial" w:hAnsi="Arial"/>
          <w:color w:val="5D7284"/>
        </w:rPr>
        <w:t>15:41</w:t>
      </w:r>
    </w:p>
    <w:p w14:paraId="77F24BFA" w14:textId="77777777" w:rsidR="00AA2529" w:rsidRDefault="00A60F39">
      <w:pPr>
        <w:spacing w:after="0"/>
      </w:pPr>
      <w:r>
        <w:rPr>
          <w:rFonts w:ascii="Arial" w:hAnsi="Arial"/>
        </w:rPr>
        <w:t>And well, that's a good point, because they're both as bad as each other, really, it makes th</w:t>
      </w:r>
      <w:r>
        <w:rPr>
          <w:rFonts w:ascii="Arial" w:hAnsi="Arial"/>
        </w:rPr>
        <w:t xml:space="preserve">em feel marginalized, it makes them feel that, you know, </w:t>
      </w:r>
      <w:proofErr w:type="spellStart"/>
      <w:r>
        <w:rPr>
          <w:rFonts w:ascii="Arial" w:hAnsi="Arial"/>
        </w:rPr>
        <w:t>unsupported,err</w:t>
      </w:r>
      <w:proofErr w:type="spellEnd"/>
      <w:r>
        <w:rPr>
          <w:rFonts w:ascii="Arial" w:hAnsi="Arial"/>
        </w:rPr>
        <w:t xml:space="preserve"> misunderstood, bit freakish. You know, I mean, if you're not there, amongst the mix of people that we that we meet in everyday life, if you're, you know, they feel left out, it just m</w:t>
      </w:r>
      <w:r>
        <w:rPr>
          <w:rFonts w:ascii="Arial" w:hAnsi="Arial"/>
        </w:rPr>
        <w:t xml:space="preserve">ade them feel very </w:t>
      </w:r>
      <w:proofErr w:type="spellStart"/>
      <w:r>
        <w:rPr>
          <w:rFonts w:ascii="Arial" w:hAnsi="Arial"/>
        </w:rPr>
        <w:t>marginalised</w:t>
      </w:r>
      <w:proofErr w:type="spellEnd"/>
      <w:r>
        <w:rPr>
          <w:rFonts w:ascii="Arial" w:hAnsi="Arial"/>
        </w:rPr>
        <w:t>, or that it's not significant enough, or, to be part of something and it, I think, in part, it makes people put up with it when they don't have to, it's also raises the idea that, you know, they see other people and what the</w:t>
      </w:r>
      <w:r>
        <w:rPr>
          <w:rFonts w:ascii="Arial" w:hAnsi="Arial"/>
        </w:rPr>
        <w:t>y've done about it, they will do something else. And I've spoken to a lot of people recently, with chronic pain, who sad to say, seem to have been turned away quite a lot from hospitals and consultants who say well we can't do any more for you. We're not q</w:t>
      </w:r>
      <w:r>
        <w:rPr>
          <w:rFonts w:ascii="Arial" w:hAnsi="Arial"/>
        </w:rPr>
        <w:t xml:space="preserve">uite sure what it is or what we can do. And I'm going go back and be persistent, you know, just don't accept - You know, I know, the NHS, bless them. I love them. I've worked for them. But you </w:t>
      </w:r>
      <w:proofErr w:type="spellStart"/>
      <w:r>
        <w:rPr>
          <w:rFonts w:ascii="Arial" w:hAnsi="Arial"/>
        </w:rPr>
        <w:t>knowh</w:t>
      </w:r>
      <w:proofErr w:type="spellEnd"/>
      <w:r>
        <w:rPr>
          <w:rFonts w:ascii="Arial" w:hAnsi="Arial"/>
        </w:rPr>
        <w:t>, they've been very under pressure over this last year. An</w:t>
      </w:r>
      <w:r>
        <w:rPr>
          <w:rFonts w:ascii="Arial" w:hAnsi="Arial"/>
        </w:rPr>
        <w:t xml:space="preserve">d probably there are consultants who have said, Yeah, you know, this isn't the right moment to be dealing with it. Because we've obviously got, you know, people dying around us. </w:t>
      </w:r>
    </w:p>
    <w:p w14:paraId="2559BC52" w14:textId="77777777" w:rsidR="00AA2529" w:rsidRDefault="00AA2529">
      <w:pPr>
        <w:spacing w:after="0"/>
      </w:pPr>
    </w:p>
    <w:p w14:paraId="7E9A4B0F" w14:textId="77777777" w:rsidR="00AA2529" w:rsidRDefault="00A60F39">
      <w:pPr>
        <w:spacing w:after="0"/>
      </w:pPr>
      <w:r>
        <w:rPr>
          <w:rFonts w:ascii="Arial" w:hAnsi="Arial"/>
          <w:color w:val="5D7284"/>
        </w:rPr>
        <w:t>16:59</w:t>
      </w:r>
    </w:p>
    <w:p w14:paraId="003E8446" w14:textId="77777777" w:rsidR="00AA2529" w:rsidRDefault="00A60F39">
      <w:pPr>
        <w:spacing w:after="0"/>
      </w:pPr>
      <w:r>
        <w:rPr>
          <w:rFonts w:ascii="Arial" w:hAnsi="Arial"/>
        </w:rPr>
        <w:t xml:space="preserve">But that doesn't mean that when things level off a bit that they </w:t>
      </w:r>
      <w:r>
        <w:rPr>
          <w:rFonts w:ascii="Arial" w:hAnsi="Arial"/>
        </w:rPr>
        <w:t xml:space="preserve">won't have more time for you. And I think that's </w:t>
      </w:r>
      <w:proofErr w:type="gramStart"/>
      <w:r>
        <w:rPr>
          <w:rFonts w:ascii="Arial" w:hAnsi="Arial"/>
        </w:rPr>
        <w:t>really important</w:t>
      </w:r>
      <w:proofErr w:type="gramEnd"/>
      <w:r>
        <w:rPr>
          <w:rFonts w:ascii="Arial" w:hAnsi="Arial"/>
        </w:rPr>
        <w:t xml:space="preserve"> for people to know that this year, has been difficult for anyone trying to see a medical practitioner on any level. So now we're hopefully, you know, coming to the end of this, this is the t</w:t>
      </w:r>
      <w:r>
        <w:rPr>
          <w:rFonts w:ascii="Arial" w:hAnsi="Arial"/>
        </w:rPr>
        <w:t>ime to go back and say, No, I'm sending this pain. And you don't want to be on vast quantities of very addictive painkillers, the answer's not to say, keep taking more. Because they in themselves psychologically, you know that dependency, you're just swapp</w:t>
      </w:r>
      <w:r>
        <w:rPr>
          <w:rFonts w:ascii="Arial" w:hAnsi="Arial"/>
        </w:rPr>
        <w:t>ing one issue for another, really, and I'm not against painkillers by any stretch.</w:t>
      </w:r>
    </w:p>
    <w:p w14:paraId="796534C9" w14:textId="77777777" w:rsidR="00AA2529" w:rsidRDefault="00AA2529">
      <w:pPr>
        <w:spacing w:after="0"/>
      </w:pPr>
    </w:p>
    <w:p w14:paraId="3AA70E8A" w14:textId="77777777" w:rsidR="00AA2529" w:rsidRDefault="00A60F39">
      <w:pPr>
        <w:spacing w:after="0"/>
      </w:pPr>
      <w:r>
        <w:rPr>
          <w:rFonts w:ascii="Arial" w:hAnsi="Arial"/>
          <w:b/>
        </w:rPr>
        <w:t xml:space="preserve">Lucy  </w:t>
      </w:r>
      <w:r>
        <w:rPr>
          <w:rFonts w:ascii="Arial" w:hAnsi="Arial"/>
          <w:color w:val="5D7284"/>
        </w:rPr>
        <w:t>16:59</w:t>
      </w:r>
    </w:p>
    <w:p w14:paraId="35E58E3D" w14:textId="77777777" w:rsidR="00AA2529" w:rsidRDefault="00A60F39">
      <w:pPr>
        <w:spacing w:after="0"/>
      </w:pPr>
      <w:r>
        <w:rPr>
          <w:rFonts w:ascii="Arial" w:hAnsi="Arial"/>
        </w:rPr>
        <w:t xml:space="preserve">Yeah </w:t>
      </w:r>
    </w:p>
    <w:p w14:paraId="428E864A" w14:textId="77777777" w:rsidR="00AA2529" w:rsidRDefault="00AA2529">
      <w:pPr>
        <w:spacing w:after="0"/>
      </w:pPr>
    </w:p>
    <w:p w14:paraId="70C28D56" w14:textId="77777777" w:rsidR="00AA2529" w:rsidRDefault="00A60F39">
      <w:pPr>
        <w:spacing w:after="0"/>
      </w:pPr>
      <w:r>
        <w:rPr>
          <w:rFonts w:ascii="Arial" w:hAnsi="Arial"/>
          <w:b/>
        </w:rPr>
        <w:t xml:space="preserve">Jo Hemmings  </w:t>
      </w:r>
      <w:r>
        <w:rPr>
          <w:rFonts w:ascii="Arial" w:hAnsi="Arial"/>
          <w:color w:val="5D7284"/>
        </w:rPr>
        <w:t>17:41</w:t>
      </w:r>
    </w:p>
    <w:p w14:paraId="72B50EE1" w14:textId="77777777" w:rsidR="00AA2529" w:rsidRDefault="00A60F39">
      <w:pPr>
        <w:spacing w:after="0"/>
      </w:pPr>
      <w:r>
        <w:rPr>
          <w:rFonts w:ascii="Arial" w:hAnsi="Arial"/>
        </w:rPr>
        <w:t xml:space="preserve">But I am against them when they're </w:t>
      </w:r>
      <w:proofErr w:type="gramStart"/>
      <w:r>
        <w:rPr>
          <w:rFonts w:ascii="Arial" w:hAnsi="Arial"/>
        </w:rPr>
        <w:t>very strong</w:t>
      </w:r>
      <w:proofErr w:type="gramEnd"/>
      <w:r>
        <w:rPr>
          <w:rFonts w:ascii="Arial" w:hAnsi="Arial"/>
        </w:rPr>
        <w:t xml:space="preserve"> and you're taking quietly, you know, more than you've been prescribed, or for too long </w:t>
      </w:r>
      <w:r>
        <w:rPr>
          <w:rFonts w:ascii="Arial" w:hAnsi="Arial"/>
        </w:rPr>
        <w:t>a time, because it's just masking symptoms that that may have another way of sort of managing...</w:t>
      </w:r>
    </w:p>
    <w:p w14:paraId="2708CAA5" w14:textId="77777777" w:rsidR="00AA2529" w:rsidRDefault="00AA2529">
      <w:pPr>
        <w:spacing w:after="0"/>
      </w:pPr>
    </w:p>
    <w:p w14:paraId="1752EDFE" w14:textId="77777777" w:rsidR="00AA2529" w:rsidRDefault="00A60F39">
      <w:pPr>
        <w:spacing w:after="0"/>
      </w:pPr>
      <w:r>
        <w:rPr>
          <w:rFonts w:ascii="Arial" w:hAnsi="Arial"/>
          <w:b/>
        </w:rPr>
        <w:lastRenderedPageBreak/>
        <w:t xml:space="preserve">Lucy  </w:t>
      </w:r>
      <w:r>
        <w:rPr>
          <w:rFonts w:ascii="Arial" w:hAnsi="Arial"/>
          <w:color w:val="5D7284"/>
        </w:rPr>
        <w:t>17:41</w:t>
      </w:r>
    </w:p>
    <w:p w14:paraId="6380D8C7" w14:textId="77777777" w:rsidR="00AA2529" w:rsidRDefault="00A60F39">
      <w:pPr>
        <w:spacing w:after="0"/>
      </w:pPr>
      <w:r>
        <w:rPr>
          <w:rFonts w:ascii="Arial" w:hAnsi="Arial"/>
        </w:rPr>
        <w:t>No.</w:t>
      </w:r>
    </w:p>
    <w:p w14:paraId="61092A46" w14:textId="77777777" w:rsidR="00AA2529" w:rsidRDefault="00AA2529">
      <w:pPr>
        <w:spacing w:after="0"/>
      </w:pPr>
    </w:p>
    <w:p w14:paraId="37A7B36B" w14:textId="77777777" w:rsidR="00AA2529" w:rsidRDefault="00A60F39">
      <w:pPr>
        <w:spacing w:after="0"/>
      </w:pPr>
      <w:r>
        <w:rPr>
          <w:rFonts w:ascii="Arial" w:hAnsi="Arial"/>
          <w:b/>
        </w:rPr>
        <w:t xml:space="preserve">Jo Hemmings  </w:t>
      </w:r>
      <w:r>
        <w:rPr>
          <w:rFonts w:ascii="Arial" w:hAnsi="Arial"/>
          <w:color w:val="5D7284"/>
        </w:rPr>
        <w:t>17:54</w:t>
      </w:r>
    </w:p>
    <w:p w14:paraId="379AF09B" w14:textId="77777777" w:rsidR="00AA2529" w:rsidRDefault="00A60F39">
      <w:pPr>
        <w:spacing w:after="0"/>
      </w:pPr>
      <w:r>
        <w:rPr>
          <w:rFonts w:ascii="Arial" w:hAnsi="Arial"/>
        </w:rPr>
        <w:t xml:space="preserve">Yeah, you feel alright and </w:t>
      </w:r>
      <w:proofErr w:type="gramStart"/>
      <w:r>
        <w:rPr>
          <w:rFonts w:ascii="Arial" w:hAnsi="Arial"/>
        </w:rPr>
        <w:t xml:space="preserve">actually </w:t>
      </w:r>
      <w:proofErr w:type="spellStart"/>
      <w:r>
        <w:rPr>
          <w:rFonts w:ascii="Arial" w:hAnsi="Arial"/>
        </w:rPr>
        <w:t>ou're</w:t>
      </w:r>
      <w:proofErr w:type="spellEnd"/>
      <w:proofErr w:type="gramEnd"/>
      <w:r>
        <w:rPr>
          <w:rFonts w:ascii="Arial" w:hAnsi="Arial"/>
        </w:rPr>
        <w:t xml:space="preserve"> not you're not very healthy at all, just because it's masking the pain, isn't it</w:t>
      </w:r>
      <w:r>
        <w:rPr>
          <w:rFonts w:ascii="Arial" w:hAnsi="Arial"/>
        </w:rPr>
        <w:t>? Really, it's that kind of...</w:t>
      </w:r>
    </w:p>
    <w:p w14:paraId="4E0D30E4" w14:textId="77777777" w:rsidR="00AA2529" w:rsidRDefault="00AA2529">
      <w:pPr>
        <w:spacing w:after="0"/>
      </w:pPr>
    </w:p>
    <w:p w14:paraId="6B1978B6" w14:textId="77777777" w:rsidR="00AA2529" w:rsidRDefault="00A60F39">
      <w:pPr>
        <w:spacing w:after="0"/>
      </w:pPr>
      <w:r>
        <w:rPr>
          <w:rFonts w:ascii="Arial" w:hAnsi="Arial"/>
          <w:color w:val="5D7284"/>
        </w:rPr>
        <w:t>18:01</w:t>
      </w:r>
    </w:p>
    <w:p w14:paraId="4B38CECF" w14:textId="77777777" w:rsidR="00AA2529" w:rsidRDefault="00A60F39">
      <w:pPr>
        <w:spacing w:after="0"/>
      </w:pPr>
      <w:proofErr w:type="gramStart"/>
      <w:r>
        <w:rPr>
          <w:rFonts w:ascii="Arial" w:hAnsi="Arial"/>
        </w:rPr>
        <w:t>Well</w:t>
      </w:r>
      <w:proofErr w:type="gramEnd"/>
      <w:r>
        <w:rPr>
          <w:rFonts w:ascii="Arial" w:hAnsi="Arial"/>
        </w:rPr>
        <w:t xml:space="preserve"> it is. It's swapping a physical pain for psychological one, basically.</w:t>
      </w:r>
    </w:p>
    <w:p w14:paraId="5D62BC3B" w14:textId="77777777" w:rsidR="00AA2529" w:rsidRDefault="00AA2529">
      <w:pPr>
        <w:spacing w:after="0"/>
      </w:pPr>
    </w:p>
    <w:p w14:paraId="2FDC05E4" w14:textId="77777777" w:rsidR="00AA2529" w:rsidRDefault="00A60F39">
      <w:pPr>
        <w:spacing w:after="0"/>
      </w:pPr>
      <w:r>
        <w:rPr>
          <w:rFonts w:ascii="Arial" w:hAnsi="Arial"/>
          <w:b/>
        </w:rPr>
        <w:t xml:space="preserve">Jo Hemmings  </w:t>
      </w:r>
      <w:r>
        <w:rPr>
          <w:rFonts w:ascii="Arial" w:hAnsi="Arial"/>
          <w:color w:val="5D7284"/>
        </w:rPr>
        <w:t>18:05</w:t>
      </w:r>
    </w:p>
    <w:p w14:paraId="26DAC93B" w14:textId="77777777" w:rsidR="00AA2529" w:rsidRDefault="00A60F39">
      <w:pPr>
        <w:spacing w:after="0"/>
      </w:pPr>
      <w:r>
        <w:rPr>
          <w:rFonts w:ascii="Arial" w:hAnsi="Arial"/>
        </w:rPr>
        <w:t>Exactly. Yeah, I do have to take painkillers for my pain and things like that. But I'm not. I don't like if they said like</w:t>
      </w:r>
      <w:r>
        <w:rPr>
          <w:rFonts w:ascii="Arial" w:hAnsi="Arial"/>
        </w:rPr>
        <w:t xml:space="preserve">, oh, we'll give you a strong painkiller to help with your pain at night, for instance, so I can get some sleep. I don't want to be so medicated that I'm out of it the next day and not able to function, do you know what I mean? Yeah, exactly. </w:t>
      </w:r>
    </w:p>
    <w:p w14:paraId="3266A843" w14:textId="77777777" w:rsidR="00AA2529" w:rsidRDefault="00AA2529">
      <w:pPr>
        <w:spacing w:after="0"/>
      </w:pPr>
    </w:p>
    <w:p w14:paraId="2751E54A" w14:textId="77777777" w:rsidR="00AA2529" w:rsidRDefault="00A60F39">
      <w:pPr>
        <w:spacing w:after="0"/>
      </w:pPr>
      <w:r>
        <w:rPr>
          <w:rFonts w:ascii="Arial" w:hAnsi="Arial"/>
          <w:b/>
        </w:rPr>
        <w:t xml:space="preserve">Lucy  </w:t>
      </w:r>
      <w:r>
        <w:rPr>
          <w:rFonts w:ascii="Arial" w:hAnsi="Arial"/>
          <w:color w:val="5D7284"/>
        </w:rPr>
        <w:t>18:24</w:t>
      </w:r>
    </w:p>
    <w:p w14:paraId="0BD5FE49" w14:textId="77777777" w:rsidR="00AA2529" w:rsidRDefault="00A60F39">
      <w:pPr>
        <w:spacing w:after="0"/>
      </w:pPr>
      <w:r>
        <w:rPr>
          <w:rFonts w:ascii="Arial" w:hAnsi="Arial"/>
        </w:rPr>
        <w:t>It's finding that right balance on it.</w:t>
      </w:r>
    </w:p>
    <w:p w14:paraId="2B88E50D" w14:textId="77777777" w:rsidR="00AA2529" w:rsidRDefault="00AA2529">
      <w:pPr>
        <w:spacing w:after="0"/>
      </w:pPr>
    </w:p>
    <w:p w14:paraId="3DC7F5D8" w14:textId="77777777" w:rsidR="00AA2529" w:rsidRDefault="00A60F39">
      <w:pPr>
        <w:spacing w:after="0"/>
      </w:pPr>
      <w:r>
        <w:rPr>
          <w:rFonts w:ascii="Arial" w:hAnsi="Arial"/>
          <w:color w:val="5D7284"/>
        </w:rPr>
        <w:t>18:25</w:t>
      </w:r>
    </w:p>
    <w:p w14:paraId="3B2F3C4E" w14:textId="77777777" w:rsidR="00AA2529" w:rsidRDefault="00A60F39">
      <w:pPr>
        <w:spacing w:after="0"/>
      </w:pPr>
      <w:proofErr w:type="spellStart"/>
      <w:r>
        <w:rPr>
          <w:rFonts w:ascii="Arial" w:hAnsi="Arial"/>
        </w:rPr>
        <w:t>Yeah,it's</w:t>
      </w:r>
      <w:proofErr w:type="spellEnd"/>
      <w:r>
        <w:rPr>
          <w:rFonts w:ascii="Arial" w:hAnsi="Arial"/>
        </w:rPr>
        <w:t xml:space="preserve"> the balance. And a good consultant good doctor will do that for you, </w:t>
      </w:r>
    </w:p>
    <w:p w14:paraId="1E295833" w14:textId="77777777" w:rsidR="00AA2529" w:rsidRDefault="00AA2529">
      <w:pPr>
        <w:spacing w:after="0"/>
      </w:pPr>
    </w:p>
    <w:p w14:paraId="33296A87" w14:textId="77777777" w:rsidR="00AA2529" w:rsidRDefault="00A60F39">
      <w:pPr>
        <w:spacing w:after="0"/>
      </w:pPr>
      <w:r>
        <w:rPr>
          <w:rFonts w:ascii="Arial" w:hAnsi="Arial"/>
          <w:b/>
        </w:rPr>
        <w:t xml:space="preserve">Lucy  </w:t>
      </w:r>
      <w:r>
        <w:rPr>
          <w:rFonts w:ascii="Arial" w:hAnsi="Arial"/>
          <w:color w:val="5D7284"/>
        </w:rPr>
        <w:t>18:30</w:t>
      </w:r>
    </w:p>
    <w:p w14:paraId="56E89A41" w14:textId="77777777" w:rsidR="00AA2529" w:rsidRDefault="00A60F39">
      <w:pPr>
        <w:spacing w:after="0"/>
      </w:pPr>
      <w:r>
        <w:rPr>
          <w:rFonts w:ascii="Arial" w:hAnsi="Arial"/>
        </w:rPr>
        <w:t>Yeah</w:t>
      </w:r>
    </w:p>
    <w:p w14:paraId="347287F4" w14:textId="77777777" w:rsidR="00AA2529" w:rsidRDefault="00AA2529">
      <w:pPr>
        <w:spacing w:after="0"/>
      </w:pPr>
    </w:p>
    <w:p w14:paraId="28D67B67" w14:textId="77777777" w:rsidR="00AA2529" w:rsidRDefault="00A60F39">
      <w:pPr>
        <w:spacing w:after="0"/>
      </w:pPr>
      <w:r>
        <w:rPr>
          <w:rFonts w:ascii="Arial" w:hAnsi="Arial"/>
          <w:b/>
        </w:rPr>
        <w:t xml:space="preserve">Jo Hemmings  </w:t>
      </w:r>
      <w:r>
        <w:rPr>
          <w:rFonts w:ascii="Arial" w:hAnsi="Arial"/>
          <w:color w:val="5D7284"/>
        </w:rPr>
        <w:t>18:30</w:t>
      </w:r>
    </w:p>
    <w:p w14:paraId="4748D723" w14:textId="77777777" w:rsidR="00AA2529" w:rsidRDefault="00A60F39">
      <w:pPr>
        <w:spacing w:after="0"/>
      </w:pPr>
      <w:r>
        <w:rPr>
          <w:rFonts w:ascii="Arial" w:hAnsi="Arial"/>
        </w:rPr>
        <w:t xml:space="preserve">Will find that balance. </w:t>
      </w:r>
      <w:proofErr w:type="gramStart"/>
      <w:r>
        <w:rPr>
          <w:rFonts w:ascii="Arial" w:hAnsi="Arial"/>
        </w:rPr>
        <w:t>So</w:t>
      </w:r>
      <w:proofErr w:type="gramEnd"/>
      <w:r>
        <w:rPr>
          <w:rFonts w:ascii="Arial" w:hAnsi="Arial"/>
        </w:rPr>
        <w:t xml:space="preserve"> you can sleep at night, but you don't feel groggy.</w:t>
      </w:r>
    </w:p>
    <w:p w14:paraId="507246CF" w14:textId="77777777" w:rsidR="00AA2529" w:rsidRDefault="00AA2529">
      <w:pPr>
        <w:spacing w:after="0"/>
      </w:pPr>
    </w:p>
    <w:p w14:paraId="4B135F05" w14:textId="77777777" w:rsidR="00AA2529" w:rsidRDefault="00A60F39">
      <w:pPr>
        <w:spacing w:after="0"/>
      </w:pPr>
      <w:r>
        <w:rPr>
          <w:rFonts w:ascii="Arial" w:hAnsi="Arial"/>
          <w:b/>
        </w:rPr>
        <w:t xml:space="preserve">Alice  </w:t>
      </w:r>
      <w:r>
        <w:rPr>
          <w:rFonts w:ascii="Arial" w:hAnsi="Arial"/>
          <w:color w:val="5D7284"/>
        </w:rPr>
        <w:t>18:35</w:t>
      </w:r>
    </w:p>
    <w:p w14:paraId="41312B44" w14:textId="77777777" w:rsidR="00AA2529" w:rsidRDefault="00A60F39">
      <w:pPr>
        <w:spacing w:after="0"/>
      </w:pPr>
      <w:r>
        <w:rPr>
          <w:rFonts w:ascii="Arial" w:hAnsi="Arial"/>
        </w:rPr>
        <w:t xml:space="preserve">I think it must be </w:t>
      </w:r>
      <w:proofErr w:type="gramStart"/>
      <w:r>
        <w:rPr>
          <w:rFonts w:ascii="Arial" w:hAnsi="Arial"/>
        </w:rPr>
        <w:t>really hard</w:t>
      </w:r>
      <w:proofErr w:type="gramEnd"/>
      <w:r>
        <w:rPr>
          <w:rFonts w:ascii="Arial" w:hAnsi="Arial"/>
        </w:rPr>
        <w:t xml:space="preserve">, though. Because, you know, when you're in pain, and I get sort of migraines, but my pain is it's, I think it's different kind of pain. And you know, it, it can be absolutely all consuming. And </w:t>
      </w:r>
      <w:proofErr w:type="gramStart"/>
      <w:r>
        <w:rPr>
          <w:rFonts w:ascii="Arial" w:hAnsi="Arial"/>
        </w:rPr>
        <w:t>so</w:t>
      </w:r>
      <w:proofErr w:type="gramEnd"/>
      <w:r>
        <w:rPr>
          <w:rFonts w:ascii="Arial" w:hAnsi="Arial"/>
        </w:rPr>
        <w:t xml:space="preserve"> I can also, on </w:t>
      </w:r>
      <w:r>
        <w:rPr>
          <w:rFonts w:ascii="Arial" w:hAnsi="Arial"/>
        </w:rPr>
        <w:t xml:space="preserve">the other side of it, understand that if somebody's saying to me, Look, I can give you a drug that will knock you out, and you just won't feel it. I can absolutely understand people who feel as though they </w:t>
      </w:r>
      <w:proofErr w:type="gramStart"/>
      <w:r>
        <w:rPr>
          <w:rFonts w:ascii="Arial" w:hAnsi="Arial"/>
        </w:rPr>
        <w:t>have to</w:t>
      </w:r>
      <w:proofErr w:type="gramEnd"/>
      <w:r>
        <w:rPr>
          <w:rFonts w:ascii="Arial" w:hAnsi="Arial"/>
        </w:rPr>
        <w:t xml:space="preserve"> fight, as you say, just get down the stair</w:t>
      </w:r>
      <w:r>
        <w:rPr>
          <w:rFonts w:ascii="Arial" w:hAnsi="Arial"/>
        </w:rPr>
        <w:t xml:space="preserve">s. You know, people who </w:t>
      </w:r>
      <w:proofErr w:type="gramStart"/>
      <w:r>
        <w:rPr>
          <w:rFonts w:ascii="Arial" w:hAnsi="Arial"/>
        </w:rPr>
        <w:t>have to</w:t>
      </w:r>
      <w:proofErr w:type="gramEnd"/>
      <w:r>
        <w:rPr>
          <w:rFonts w:ascii="Arial" w:hAnsi="Arial"/>
        </w:rPr>
        <w:t xml:space="preserve"> fight to get themselves from bed, their bed to their commode or something. And that is </w:t>
      </w:r>
      <w:proofErr w:type="gramStart"/>
      <w:r>
        <w:rPr>
          <w:rFonts w:ascii="Arial" w:hAnsi="Arial"/>
        </w:rPr>
        <w:t>all of</w:t>
      </w:r>
      <w:proofErr w:type="gramEnd"/>
      <w:r>
        <w:rPr>
          <w:rFonts w:ascii="Arial" w:hAnsi="Arial"/>
        </w:rPr>
        <w:t xml:space="preserve"> their energy. And it's a huge amount of pain. I can absolutely understand. If somebody says to you, it'll knock you out, but it wi</w:t>
      </w:r>
      <w:r>
        <w:rPr>
          <w:rFonts w:ascii="Arial" w:hAnsi="Arial"/>
        </w:rPr>
        <w:t xml:space="preserve">ll stop pain I can, it's I can appreciate why </w:t>
      </w:r>
      <w:proofErr w:type="gramStart"/>
      <w:r>
        <w:rPr>
          <w:rFonts w:ascii="Arial" w:hAnsi="Arial"/>
        </w:rPr>
        <w:t>people</w:t>
      </w:r>
      <w:proofErr w:type="gramEnd"/>
      <w:r>
        <w:rPr>
          <w:rFonts w:ascii="Arial" w:hAnsi="Arial"/>
        </w:rPr>
        <w:t xml:space="preserve"> </w:t>
      </w:r>
    </w:p>
    <w:p w14:paraId="1655B17D" w14:textId="77777777" w:rsidR="00AA2529" w:rsidRDefault="00AA2529">
      <w:pPr>
        <w:spacing w:after="0"/>
      </w:pPr>
    </w:p>
    <w:p w14:paraId="7086BD75" w14:textId="77777777" w:rsidR="00AA2529" w:rsidRDefault="00A60F39">
      <w:pPr>
        <w:spacing w:after="0"/>
      </w:pPr>
      <w:r>
        <w:rPr>
          <w:rFonts w:ascii="Arial" w:hAnsi="Arial"/>
          <w:b/>
        </w:rPr>
        <w:t xml:space="preserve">Jo Hemmings  </w:t>
      </w:r>
      <w:r>
        <w:rPr>
          <w:rFonts w:ascii="Arial" w:hAnsi="Arial"/>
          <w:color w:val="5D7284"/>
        </w:rPr>
        <w:t>19:29</w:t>
      </w:r>
    </w:p>
    <w:p w14:paraId="7C1F226B" w14:textId="77777777" w:rsidR="00AA2529" w:rsidRDefault="00A60F39">
      <w:pPr>
        <w:spacing w:after="0"/>
      </w:pPr>
      <w:r>
        <w:rPr>
          <w:rFonts w:ascii="Arial" w:hAnsi="Arial"/>
        </w:rPr>
        <w:t xml:space="preserve">You get it and I get it too. It's just I suppose I don't want it to be so masked on such a </w:t>
      </w:r>
      <w:proofErr w:type="gramStart"/>
      <w:r>
        <w:rPr>
          <w:rFonts w:ascii="Arial" w:hAnsi="Arial"/>
        </w:rPr>
        <w:t>long term</w:t>
      </w:r>
      <w:proofErr w:type="gramEnd"/>
      <w:r>
        <w:rPr>
          <w:rFonts w:ascii="Arial" w:hAnsi="Arial"/>
        </w:rPr>
        <w:t xml:space="preserve"> level that actually that means that people have got off lightly in the medical pr</w:t>
      </w:r>
      <w:r>
        <w:rPr>
          <w:rFonts w:ascii="Arial" w:hAnsi="Arial"/>
        </w:rPr>
        <w:t xml:space="preserve">ofession. They haven't really looked at another way. Yeah, your pain might be alleviated perhaps at some sort of exercise or whatever it might be. But of course, I would never say to someone, you know, you should suffer that pain. Don't take a painkiller. </w:t>
      </w:r>
      <w:r>
        <w:rPr>
          <w:rFonts w:ascii="Arial" w:hAnsi="Arial"/>
        </w:rPr>
        <w:t xml:space="preserve">That would be what were the point I'm just being cruel and </w:t>
      </w:r>
      <w:proofErr w:type="spellStart"/>
      <w:r>
        <w:rPr>
          <w:rFonts w:ascii="Arial" w:hAnsi="Arial"/>
        </w:rPr>
        <w:t>unncessary</w:t>
      </w:r>
      <w:proofErr w:type="spellEnd"/>
      <w:r>
        <w:rPr>
          <w:rFonts w:ascii="Arial" w:hAnsi="Arial"/>
        </w:rPr>
        <w:t>.</w:t>
      </w:r>
    </w:p>
    <w:p w14:paraId="517858E2" w14:textId="77777777" w:rsidR="00AA2529" w:rsidRDefault="00AA2529">
      <w:pPr>
        <w:spacing w:after="0"/>
      </w:pPr>
    </w:p>
    <w:p w14:paraId="10F6B33E" w14:textId="77777777" w:rsidR="00AA2529" w:rsidRDefault="00A60F39">
      <w:pPr>
        <w:spacing w:after="0"/>
      </w:pPr>
      <w:r>
        <w:rPr>
          <w:rFonts w:ascii="Arial" w:hAnsi="Arial"/>
          <w:b/>
        </w:rPr>
        <w:t xml:space="preserve">Alice  </w:t>
      </w:r>
      <w:r>
        <w:rPr>
          <w:rFonts w:ascii="Arial" w:hAnsi="Arial"/>
          <w:color w:val="5D7284"/>
        </w:rPr>
        <w:t>19:59</w:t>
      </w:r>
    </w:p>
    <w:p w14:paraId="6346FC88" w14:textId="77777777" w:rsidR="00AA2529" w:rsidRDefault="00A60F39">
      <w:pPr>
        <w:spacing w:after="0"/>
      </w:pPr>
      <w:r>
        <w:rPr>
          <w:rFonts w:ascii="Arial" w:hAnsi="Arial"/>
        </w:rPr>
        <w:t xml:space="preserve">And I think, you know, one of the things that would be good if you </w:t>
      </w:r>
      <w:proofErr w:type="spellStart"/>
      <w:r>
        <w:rPr>
          <w:rFonts w:ascii="Arial" w:hAnsi="Arial"/>
        </w:rPr>
        <w:t>you</w:t>
      </w:r>
      <w:proofErr w:type="spellEnd"/>
      <w:r>
        <w:rPr>
          <w:rFonts w:ascii="Arial" w:hAnsi="Arial"/>
        </w:rPr>
        <w:t xml:space="preserve"> saw more representation in the media, I think, is that it would give kind of characters the opportun</w:t>
      </w:r>
      <w:r>
        <w:rPr>
          <w:rFonts w:ascii="Arial" w:hAnsi="Arial"/>
        </w:rPr>
        <w:t xml:space="preserve">ity to explore these thoughts and feelings, and then the person sitting at home might then feel more able to sort of say, actually, you know, I hadn't </w:t>
      </w:r>
      <w:proofErr w:type="spellStart"/>
      <w:r>
        <w:rPr>
          <w:rFonts w:ascii="Arial" w:hAnsi="Arial"/>
        </w:rPr>
        <w:t>realised</w:t>
      </w:r>
      <w:proofErr w:type="spellEnd"/>
      <w:r>
        <w:rPr>
          <w:rFonts w:ascii="Arial" w:hAnsi="Arial"/>
        </w:rPr>
        <w:t xml:space="preserve"> that I hadn't, I hadn't been aware how much of an impact this was having on me, I hadn't known t</w:t>
      </w:r>
      <w:r>
        <w:rPr>
          <w:rFonts w:ascii="Arial" w:hAnsi="Arial"/>
        </w:rPr>
        <w:t>hat there might be a middle point where I can take a medication that will help me sleep, but then I'm not so groggy the next day that I can go out and work or whatever it might be.</w:t>
      </w:r>
    </w:p>
    <w:p w14:paraId="3552D149" w14:textId="77777777" w:rsidR="00AA2529" w:rsidRDefault="00AA2529">
      <w:pPr>
        <w:spacing w:after="0"/>
      </w:pPr>
    </w:p>
    <w:p w14:paraId="4533BC3B" w14:textId="77777777" w:rsidR="00AA2529" w:rsidRDefault="00A60F39">
      <w:pPr>
        <w:spacing w:after="0"/>
      </w:pPr>
      <w:r>
        <w:rPr>
          <w:rFonts w:ascii="Arial" w:hAnsi="Arial"/>
          <w:b/>
        </w:rPr>
        <w:t xml:space="preserve">Lucy  </w:t>
      </w:r>
      <w:r>
        <w:rPr>
          <w:rFonts w:ascii="Arial" w:hAnsi="Arial"/>
          <w:color w:val="5D7284"/>
        </w:rPr>
        <w:t>20:33</w:t>
      </w:r>
    </w:p>
    <w:p w14:paraId="6CC8EDAF" w14:textId="77777777" w:rsidR="00AA2529" w:rsidRDefault="00A60F39">
      <w:pPr>
        <w:spacing w:after="0"/>
      </w:pPr>
      <w:r>
        <w:rPr>
          <w:rFonts w:ascii="Arial" w:hAnsi="Arial"/>
        </w:rPr>
        <w:t>Yeah, because I do think, I think there was a group in society</w:t>
      </w:r>
      <w:r>
        <w:rPr>
          <w:rFonts w:ascii="Arial" w:hAnsi="Arial"/>
        </w:rPr>
        <w:t xml:space="preserve"> who are in pain, who are like no, I don't want any medication at all, because I don't want to be seen as, quote unquote, a pill popper, you know, what I mean? Constantly popping pills, whereas if they see the representation of no if it's managed properly,</w:t>
      </w:r>
      <w:r>
        <w:rPr>
          <w:rFonts w:ascii="Arial" w:hAnsi="Arial"/>
        </w:rPr>
        <w:t xml:space="preserve"> and you are, you know, under the care of a consultant, or a doctor, or whoever it is, who understands you, because they are out there. </w:t>
      </w:r>
    </w:p>
    <w:p w14:paraId="73535300" w14:textId="77777777" w:rsidR="00AA2529" w:rsidRDefault="00AA2529">
      <w:pPr>
        <w:spacing w:after="0"/>
      </w:pPr>
    </w:p>
    <w:p w14:paraId="5EA40DBA" w14:textId="77777777" w:rsidR="00AA2529" w:rsidRDefault="00A60F39">
      <w:pPr>
        <w:spacing w:after="0"/>
      </w:pPr>
      <w:r>
        <w:rPr>
          <w:rFonts w:ascii="Arial" w:hAnsi="Arial"/>
          <w:b/>
        </w:rPr>
        <w:t xml:space="preserve">Jo Hemmings  </w:t>
      </w:r>
      <w:r>
        <w:rPr>
          <w:rFonts w:ascii="Arial" w:hAnsi="Arial"/>
          <w:color w:val="5D7284"/>
        </w:rPr>
        <w:t>20:56</w:t>
      </w:r>
    </w:p>
    <w:p w14:paraId="56AF739B" w14:textId="77777777" w:rsidR="00AA2529" w:rsidRDefault="00A60F39">
      <w:pPr>
        <w:spacing w:after="0"/>
      </w:pPr>
      <w:r>
        <w:rPr>
          <w:rFonts w:ascii="Arial" w:hAnsi="Arial"/>
        </w:rPr>
        <w:t>Yeah. Of course.</w:t>
      </w:r>
    </w:p>
    <w:p w14:paraId="23F2F5C0" w14:textId="77777777" w:rsidR="00AA2529" w:rsidRDefault="00AA2529">
      <w:pPr>
        <w:spacing w:after="0"/>
      </w:pPr>
    </w:p>
    <w:p w14:paraId="3ACA8491" w14:textId="77777777" w:rsidR="00AA2529" w:rsidRDefault="00A60F39">
      <w:pPr>
        <w:spacing w:after="0"/>
      </w:pPr>
      <w:r>
        <w:rPr>
          <w:rFonts w:ascii="Arial" w:hAnsi="Arial"/>
          <w:b/>
        </w:rPr>
        <w:t xml:space="preserve">Lucy  </w:t>
      </w:r>
      <w:r>
        <w:rPr>
          <w:rFonts w:ascii="Arial" w:hAnsi="Arial"/>
          <w:color w:val="5D7284"/>
        </w:rPr>
        <w:t>20:57</w:t>
      </w:r>
    </w:p>
    <w:p w14:paraId="064C82E6" w14:textId="77777777" w:rsidR="00AA2529" w:rsidRDefault="00A60F39">
      <w:pPr>
        <w:spacing w:after="0"/>
      </w:pPr>
      <w:r>
        <w:rPr>
          <w:rFonts w:ascii="Arial" w:hAnsi="Arial"/>
        </w:rPr>
        <w:t xml:space="preserve">And you don't have to be, you don't have to be a quote </w:t>
      </w:r>
      <w:r>
        <w:rPr>
          <w:rFonts w:ascii="Arial" w:hAnsi="Arial"/>
        </w:rPr>
        <w:t xml:space="preserve">unquote, pill popper, you know, you're not constantly thinking, </w:t>
      </w:r>
      <w:proofErr w:type="spellStart"/>
      <w:r>
        <w:rPr>
          <w:rFonts w:ascii="Arial" w:hAnsi="Arial"/>
        </w:rPr>
        <w:t>whens</w:t>
      </w:r>
      <w:proofErr w:type="spellEnd"/>
      <w:r>
        <w:rPr>
          <w:rFonts w:ascii="Arial" w:hAnsi="Arial"/>
        </w:rPr>
        <w:t xml:space="preserve"> my next dose, you know, like, swallow it, swallow it.</w:t>
      </w:r>
    </w:p>
    <w:p w14:paraId="40466B53" w14:textId="77777777" w:rsidR="00AA2529" w:rsidRDefault="00AA2529">
      <w:pPr>
        <w:spacing w:after="0"/>
      </w:pPr>
    </w:p>
    <w:p w14:paraId="68902AB6" w14:textId="77777777" w:rsidR="00AA2529" w:rsidRDefault="00A60F39">
      <w:pPr>
        <w:spacing w:after="0"/>
      </w:pPr>
      <w:r>
        <w:rPr>
          <w:rFonts w:ascii="Arial" w:hAnsi="Arial"/>
          <w:b/>
        </w:rPr>
        <w:t xml:space="preserve">Alice  </w:t>
      </w:r>
      <w:r>
        <w:rPr>
          <w:rFonts w:ascii="Arial" w:hAnsi="Arial"/>
          <w:color w:val="5D7284"/>
        </w:rPr>
        <w:t>21:05</w:t>
      </w:r>
    </w:p>
    <w:p w14:paraId="7DC386F8" w14:textId="77777777" w:rsidR="00AA2529" w:rsidRDefault="00A60F39">
      <w:pPr>
        <w:spacing w:after="0"/>
      </w:pPr>
      <w:r>
        <w:rPr>
          <w:rFonts w:ascii="Arial" w:hAnsi="Arial"/>
        </w:rPr>
        <w:t xml:space="preserve">And I think, listening to that, like that. I've watched Coronation Street for that story, that sounds </w:t>
      </w:r>
      <w:proofErr w:type="gramStart"/>
      <w:r>
        <w:rPr>
          <w:rFonts w:ascii="Arial" w:hAnsi="Arial"/>
        </w:rPr>
        <w:t>really interesti</w:t>
      </w:r>
      <w:r>
        <w:rPr>
          <w:rFonts w:ascii="Arial" w:hAnsi="Arial"/>
        </w:rPr>
        <w:t>ng</w:t>
      </w:r>
      <w:proofErr w:type="gramEnd"/>
      <w:r>
        <w:rPr>
          <w:rFonts w:ascii="Arial" w:hAnsi="Arial"/>
        </w:rPr>
        <w:t>, you know, a person whose pain is perhaps progressing, and they're exploring their different medications, and they're finding that they found something that helps with their pain, but it's having an impact on other aspects of their lives. That sounds li</w:t>
      </w:r>
      <w:r>
        <w:rPr>
          <w:rFonts w:ascii="Arial" w:hAnsi="Arial"/>
        </w:rPr>
        <w:t>ke ideal soap opera material to me.</w:t>
      </w:r>
    </w:p>
    <w:p w14:paraId="511DC5CA" w14:textId="77777777" w:rsidR="00AA2529" w:rsidRDefault="00AA2529">
      <w:pPr>
        <w:spacing w:after="0"/>
      </w:pPr>
    </w:p>
    <w:p w14:paraId="7E39AD39" w14:textId="77777777" w:rsidR="00AA2529" w:rsidRDefault="00A60F39">
      <w:pPr>
        <w:spacing w:after="0"/>
      </w:pPr>
      <w:r>
        <w:rPr>
          <w:rFonts w:ascii="Arial" w:hAnsi="Arial"/>
          <w:b/>
        </w:rPr>
        <w:t xml:space="preserve">Jo Hemmings  </w:t>
      </w:r>
      <w:r>
        <w:rPr>
          <w:rFonts w:ascii="Arial" w:hAnsi="Arial"/>
          <w:color w:val="5D7284"/>
        </w:rPr>
        <w:t>21:30</w:t>
      </w:r>
    </w:p>
    <w:p w14:paraId="05B7518E" w14:textId="77777777" w:rsidR="00AA2529" w:rsidRDefault="00A60F39">
      <w:pPr>
        <w:spacing w:after="0"/>
      </w:pPr>
      <w:r>
        <w:rPr>
          <w:rFonts w:ascii="Arial" w:hAnsi="Arial"/>
        </w:rPr>
        <w:t xml:space="preserve">It does. Absolutely. And there should be characters like that in there who? Yeah, it could it </w:t>
      </w:r>
      <w:proofErr w:type="gramStart"/>
      <w:r>
        <w:rPr>
          <w:rFonts w:ascii="Arial" w:hAnsi="Arial"/>
        </w:rPr>
        <w:t>shows</w:t>
      </w:r>
      <w:proofErr w:type="gramEnd"/>
      <w:r>
        <w:rPr>
          <w:rFonts w:ascii="Arial" w:hAnsi="Arial"/>
        </w:rPr>
        <w:t xml:space="preserve"> people that there are a variety of ways of coping with it, you know, their devices, you can get, you</w:t>
      </w:r>
      <w:r>
        <w:rPr>
          <w:rFonts w:ascii="Arial" w:hAnsi="Arial"/>
        </w:rPr>
        <w:t xml:space="preserve"> know, things like TENS machines, but you know you need to know about these things, someone needs to tell you about them. And, and it might just work for you, and it might not, and if not try something else, it's probably at the end of the day for most peo</w:t>
      </w:r>
      <w:r>
        <w:rPr>
          <w:rFonts w:ascii="Arial" w:hAnsi="Arial"/>
        </w:rPr>
        <w:t>ple, a combination of various types of exercise, possibly some sort of device, painkillers, reassurance, positivity, you know, being able to, you know, having things in your home that made life easier for you to, to manage adapting your environment to suit</w:t>
      </w:r>
      <w:r>
        <w:rPr>
          <w:rFonts w:ascii="Arial" w:hAnsi="Arial"/>
        </w:rPr>
        <w:t xml:space="preserve"> your needs. And you then you do, you got the best you can be with what might be a very </w:t>
      </w:r>
      <w:proofErr w:type="gramStart"/>
      <w:r>
        <w:rPr>
          <w:rFonts w:ascii="Arial" w:hAnsi="Arial"/>
        </w:rPr>
        <w:t>long term</w:t>
      </w:r>
      <w:proofErr w:type="gramEnd"/>
      <w:r>
        <w:rPr>
          <w:rFonts w:ascii="Arial" w:hAnsi="Arial"/>
        </w:rPr>
        <w:t xml:space="preserve"> condition. And that's what I want to see on Saturday, I want to see people who've adjusted to it, we're not just neglected, or they have it in one episode, co</w:t>
      </w:r>
      <w:r>
        <w:rPr>
          <w:rFonts w:ascii="Arial" w:hAnsi="Arial"/>
        </w:rPr>
        <w:t xml:space="preserve">ntinuity sometimes isn't great. And the next minute, they haven't got it anymore. Where did that go? Oh yeah! It's like when people have strokes, for a month </w:t>
      </w:r>
      <w:proofErr w:type="spellStart"/>
      <w:r>
        <w:rPr>
          <w:rFonts w:ascii="Arial" w:hAnsi="Arial"/>
        </w:rPr>
        <w:t>hey've</w:t>
      </w:r>
      <w:proofErr w:type="spellEnd"/>
      <w:r>
        <w:rPr>
          <w:rFonts w:ascii="Arial" w:hAnsi="Arial"/>
        </w:rPr>
        <w:t xml:space="preserve"> got like a fallen face on one side. And </w:t>
      </w:r>
      <w:proofErr w:type="gramStart"/>
      <w:r>
        <w:rPr>
          <w:rFonts w:ascii="Arial" w:hAnsi="Arial"/>
        </w:rPr>
        <w:t>all of a sudden</w:t>
      </w:r>
      <w:proofErr w:type="gramEnd"/>
      <w:r>
        <w:rPr>
          <w:rFonts w:ascii="Arial" w:hAnsi="Arial"/>
        </w:rPr>
        <w:t xml:space="preserve">, a month later, they're absolutely </w:t>
      </w:r>
      <w:r>
        <w:rPr>
          <w:rFonts w:ascii="Arial" w:hAnsi="Arial"/>
        </w:rPr>
        <w:t xml:space="preserve">fine. And you're like... Absolutely as they were pre-stroke! There's no time of like, getting back to normal. And that, you know these things are </w:t>
      </w:r>
      <w:proofErr w:type="gramStart"/>
      <w:r>
        <w:rPr>
          <w:rFonts w:ascii="Arial" w:hAnsi="Arial"/>
        </w:rPr>
        <w:t>really misleading</w:t>
      </w:r>
      <w:proofErr w:type="gramEnd"/>
      <w:r>
        <w:rPr>
          <w:rFonts w:ascii="Arial" w:hAnsi="Arial"/>
        </w:rPr>
        <w:t>, because that's not what happens.</w:t>
      </w:r>
    </w:p>
    <w:p w14:paraId="64C07326" w14:textId="77777777" w:rsidR="00AA2529" w:rsidRDefault="00AA2529">
      <w:pPr>
        <w:spacing w:after="0"/>
      </w:pPr>
    </w:p>
    <w:p w14:paraId="460E6C58" w14:textId="77777777" w:rsidR="00AA2529" w:rsidRDefault="00A60F39">
      <w:pPr>
        <w:spacing w:after="0"/>
      </w:pPr>
      <w:r>
        <w:rPr>
          <w:rFonts w:ascii="Arial" w:hAnsi="Arial"/>
          <w:b/>
        </w:rPr>
        <w:t xml:space="preserve">Lucy  </w:t>
      </w:r>
      <w:r>
        <w:rPr>
          <w:rFonts w:ascii="Arial" w:hAnsi="Arial"/>
          <w:color w:val="5D7284"/>
        </w:rPr>
        <w:t>22:57</w:t>
      </w:r>
    </w:p>
    <w:p w14:paraId="325F4941" w14:textId="77777777" w:rsidR="00AA2529" w:rsidRDefault="00A60F39">
      <w:pPr>
        <w:spacing w:after="0"/>
      </w:pPr>
      <w:r>
        <w:rPr>
          <w:rFonts w:ascii="Arial" w:hAnsi="Arial"/>
        </w:rPr>
        <w:t>And I think to a certain extent, it's quite l</w:t>
      </w:r>
      <w:r>
        <w:rPr>
          <w:rFonts w:ascii="Arial" w:hAnsi="Arial"/>
        </w:rPr>
        <w:t xml:space="preserve">azy, because it's not like they've got like six episodes in the series and the series finishes, and then that's it. A soap opera is on constantly, you know, three times a week. It's not they don't go, we're </w:t>
      </w:r>
      <w:proofErr w:type="spellStart"/>
      <w:r>
        <w:rPr>
          <w:rFonts w:ascii="Arial" w:hAnsi="Arial"/>
        </w:rPr>
        <w:t>gonna</w:t>
      </w:r>
      <w:proofErr w:type="spellEnd"/>
      <w:r>
        <w:rPr>
          <w:rFonts w:ascii="Arial" w:hAnsi="Arial"/>
        </w:rPr>
        <w:t xml:space="preserve"> stop here for six months, and we'll come ba</w:t>
      </w:r>
      <w:r>
        <w:rPr>
          <w:rFonts w:ascii="Arial" w:hAnsi="Arial"/>
        </w:rPr>
        <w:t xml:space="preserve">ck to it. They've got enough time to go. Yeah, let's tell this story. And you know, it's not </w:t>
      </w:r>
      <w:proofErr w:type="spellStart"/>
      <w:r>
        <w:rPr>
          <w:rFonts w:ascii="Arial" w:hAnsi="Arial"/>
        </w:rPr>
        <w:t>theres</w:t>
      </w:r>
      <w:proofErr w:type="spellEnd"/>
      <w:r>
        <w:rPr>
          <w:rFonts w:ascii="Arial" w:hAnsi="Arial"/>
        </w:rPr>
        <w:t>...</w:t>
      </w:r>
    </w:p>
    <w:p w14:paraId="0C8A21ED" w14:textId="77777777" w:rsidR="00AA2529" w:rsidRDefault="00AA2529">
      <w:pPr>
        <w:spacing w:after="0"/>
      </w:pPr>
    </w:p>
    <w:p w14:paraId="2A443660" w14:textId="77777777" w:rsidR="00AA2529" w:rsidRDefault="00A60F39">
      <w:pPr>
        <w:spacing w:after="0"/>
      </w:pPr>
      <w:r>
        <w:rPr>
          <w:rFonts w:ascii="Arial" w:hAnsi="Arial"/>
          <w:b/>
        </w:rPr>
        <w:t xml:space="preserve">Alice  </w:t>
      </w:r>
      <w:r>
        <w:rPr>
          <w:rFonts w:ascii="Arial" w:hAnsi="Arial"/>
          <w:color w:val="5D7284"/>
        </w:rPr>
        <w:t>23:21</w:t>
      </w:r>
    </w:p>
    <w:p w14:paraId="15E6B9F9" w14:textId="77777777" w:rsidR="00AA2529" w:rsidRDefault="00A60F39">
      <w:pPr>
        <w:spacing w:after="0"/>
      </w:pPr>
      <w:r>
        <w:rPr>
          <w:rFonts w:ascii="Arial" w:hAnsi="Arial"/>
        </w:rPr>
        <w:t xml:space="preserve">Well and </w:t>
      </w:r>
      <w:proofErr w:type="gramStart"/>
      <w:r>
        <w:rPr>
          <w:rFonts w:ascii="Arial" w:hAnsi="Arial"/>
        </w:rPr>
        <w:t>it's</w:t>
      </w:r>
      <w:proofErr w:type="gramEnd"/>
      <w:r>
        <w:rPr>
          <w:rFonts w:ascii="Arial" w:hAnsi="Arial"/>
        </w:rPr>
        <w:t xml:space="preserve"> interesting character development, and stuff isn't it?</w:t>
      </w:r>
    </w:p>
    <w:p w14:paraId="4F7948AB" w14:textId="77777777" w:rsidR="00AA2529" w:rsidRDefault="00AA2529">
      <w:pPr>
        <w:spacing w:after="0"/>
      </w:pPr>
    </w:p>
    <w:p w14:paraId="7AE59F56" w14:textId="77777777" w:rsidR="00AA2529" w:rsidRDefault="00A60F39">
      <w:pPr>
        <w:spacing w:after="0"/>
      </w:pPr>
      <w:r>
        <w:rPr>
          <w:rFonts w:ascii="Arial" w:hAnsi="Arial"/>
          <w:b/>
        </w:rPr>
        <w:t xml:space="preserve">Jo Hemmings  </w:t>
      </w:r>
      <w:r>
        <w:rPr>
          <w:rFonts w:ascii="Arial" w:hAnsi="Arial"/>
          <w:color w:val="5D7284"/>
        </w:rPr>
        <w:t>23:25</w:t>
      </w:r>
    </w:p>
    <w:p w14:paraId="561E9090" w14:textId="77777777" w:rsidR="00AA2529" w:rsidRDefault="00A60F39">
      <w:pPr>
        <w:spacing w:after="0"/>
      </w:pPr>
      <w:proofErr w:type="gramStart"/>
      <w:r>
        <w:rPr>
          <w:rFonts w:ascii="Arial" w:hAnsi="Arial"/>
        </w:rPr>
        <w:t>Yeah</w:t>
      </w:r>
      <w:proofErr w:type="gramEnd"/>
      <w:r>
        <w:rPr>
          <w:rFonts w:ascii="Arial" w:hAnsi="Arial"/>
        </w:rPr>
        <w:t xml:space="preserve"> and I think, sometimes as well, </w:t>
      </w:r>
      <w:r>
        <w:rPr>
          <w:rFonts w:ascii="Arial" w:hAnsi="Arial"/>
        </w:rPr>
        <w:t xml:space="preserve">actors, forget them [laughs] they're meant to have a stroke like, Oh, yeah. I meant to have a stroke six weeks ago. I'm </w:t>
      </w:r>
      <w:proofErr w:type="gramStart"/>
      <w:r>
        <w:rPr>
          <w:rFonts w:ascii="Arial" w:hAnsi="Arial"/>
        </w:rPr>
        <w:t>actually I'm</w:t>
      </w:r>
      <w:proofErr w:type="gramEnd"/>
      <w:r>
        <w:rPr>
          <w:rFonts w:ascii="Arial" w:hAnsi="Arial"/>
        </w:rPr>
        <w:t xml:space="preserve"> fine. You know, you know, that does make me laugh.</w:t>
      </w:r>
    </w:p>
    <w:p w14:paraId="6D9CDAEC" w14:textId="77777777" w:rsidR="00AA2529" w:rsidRDefault="00AA2529">
      <w:pPr>
        <w:spacing w:after="0"/>
      </w:pPr>
    </w:p>
    <w:p w14:paraId="35877E2E" w14:textId="77777777" w:rsidR="00AA2529" w:rsidRDefault="00A60F39">
      <w:pPr>
        <w:spacing w:after="0"/>
      </w:pPr>
      <w:r>
        <w:rPr>
          <w:rFonts w:ascii="Arial" w:hAnsi="Arial"/>
          <w:b/>
        </w:rPr>
        <w:t xml:space="preserve">Alice  </w:t>
      </w:r>
      <w:r>
        <w:rPr>
          <w:rFonts w:ascii="Arial" w:hAnsi="Arial"/>
          <w:color w:val="5D7284"/>
        </w:rPr>
        <w:t>23:38</w:t>
      </w:r>
    </w:p>
    <w:p w14:paraId="2A007AA9" w14:textId="77777777" w:rsidR="00AA2529" w:rsidRDefault="00A60F39">
      <w:pPr>
        <w:spacing w:after="0"/>
      </w:pPr>
      <w:r>
        <w:rPr>
          <w:rFonts w:ascii="Arial" w:hAnsi="Arial"/>
        </w:rPr>
        <w:t>I read a thing with that. Hugh Laurie said that after play</w:t>
      </w:r>
      <w:r>
        <w:rPr>
          <w:rFonts w:ascii="Arial" w:hAnsi="Arial"/>
        </w:rPr>
        <w:t xml:space="preserve">ing House for what was it six or eight years, he kept finding himself walking around with a limp. and had to sort of go </w:t>
      </w:r>
      <w:proofErr w:type="gramStart"/>
      <w:r>
        <w:rPr>
          <w:rFonts w:ascii="Arial" w:hAnsi="Arial"/>
        </w:rPr>
        <w:t>oh actually, I</w:t>
      </w:r>
      <w:proofErr w:type="gramEnd"/>
      <w:r>
        <w:rPr>
          <w:rFonts w:ascii="Arial" w:hAnsi="Arial"/>
        </w:rPr>
        <w:t xml:space="preserve"> don't limp, I'm fine, I don't have this problem! [laughs]</w:t>
      </w:r>
    </w:p>
    <w:p w14:paraId="6F6E77F7" w14:textId="77777777" w:rsidR="00AA2529" w:rsidRDefault="00AA2529">
      <w:pPr>
        <w:spacing w:after="0"/>
      </w:pPr>
    </w:p>
    <w:p w14:paraId="7BFD1F03" w14:textId="77777777" w:rsidR="00AA2529" w:rsidRDefault="00A60F39">
      <w:pPr>
        <w:spacing w:after="0"/>
      </w:pPr>
      <w:r>
        <w:rPr>
          <w:rFonts w:ascii="Arial" w:hAnsi="Arial"/>
          <w:b/>
        </w:rPr>
        <w:t xml:space="preserve">Lucy  </w:t>
      </w:r>
      <w:r>
        <w:rPr>
          <w:rFonts w:ascii="Arial" w:hAnsi="Arial"/>
          <w:color w:val="5D7284"/>
        </w:rPr>
        <w:t>23:52</w:t>
      </w:r>
    </w:p>
    <w:p w14:paraId="389B9FAA" w14:textId="77777777" w:rsidR="00AA2529" w:rsidRDefault="00A60F39">
      <w:pPr>
        <w:spacing w:after="0"/>
      </w:pPr>
      <w:r>
        <w:rPr>
          <w:rFonts w:ascii="Arial" w:hAnsi="Arial"/>
        </w:rPr>
        <w:t xml:space="preserve">I'm fine </w:t>
      </w:r>
      <w:proofErr w:type="gramStart"/>
      <w:r>
        <w:rPr>
          <w:rFonts w:ascii="Arial" w:hAnsi="Arial"/>
        </w:rPr>
        <w:t>I actually, I'll</w:t>
      </w:r>
      <w:proofErr w:type="gramEnd"/>
      <w:r>
        <w:rPr>
          <w:rFonts w:ascii="Arial" w:hAnsi="Arial"/>
        </w:rPr>
        <w:t xml:space="preserve"> walk it off, I'm fine! </w:t>
      </w:r>
      <w:proofErr w:type="gramStart"/>
      <w:r>
        <w:rPr>
          <w:rFonts w:ascii="Arial" w:hAnsi="Arial"/>
        </w:rPr>
        <w:t>J</w:t>
      </w:r>
      <w:r>
        <w:rPr>
          <w:rFonts w:ascii="Arial" w:hAnsi="Arial"/>
        </w:rPr>
        <w:t>o,</w:t>
      </w:r>
      <w:proofErr w:type="gramEnd"/>
      <w:r>
        <w:rPr>
          <w:rFonts w:ascii="Arial" w:hAnsi="Arial"/>
        </w:rPr>
        <w:t xml:space="preserve"> is there any evidence that shows that representation on television and in films and things like that, for stuff like disabilities and chronic illnesses, that not only helps the person who's got the disability or chronic illness, but it helps understandi</w:t>
      </w:r>
      <w:r>
        <w:rPr>
          <w:rFonts w:ascii="Arial" w:hAnsi="Arial"/>
        </w:rPr>
        <w:t xml:space="preserve">ng for </w:t>
      </w:r>
      <w:proofErr w:type="spellStart"/>
      <w:r>
        <w:rPr>
          <w:rFonts w:ascii="Arial" w:hAnsi="Arial"/>
        </w:rPr>
        <w:t>non disabled</w:t>
      </w:r>
      <w:proofErr w:type="spellEnd"/>
      <w:r>
        <w:rPr>
          <w:rFonts w:ascii="Arial" w:hAnsi="Arial"/>
        </w:rPr>
        <w:t xml:space="preserve"> people that, you know, maybe would never ordinarily come into contact with a disabled person or somebody who's got chronic illness maybe.</w:t>
      </w:r>
    </w:p>
    <w:p w14:paraId="4549140D" w14:textId="77777777" w:rsidR="00AA2529" w:rsidRDefault="00AA2529">
      <w:pPr>
        <w:spacing w:after="0"/>
      </w:pPr>
    </w:p>
    <w:p w14:paraId="1F9301A7" w14:textId="77777777" w:rsidR="00AA2529" w:rsidRDefault="00A60F39">
      <w:pPr>
        <w:spacing w:after="0"/>
      </w:pPr>
      <w:r>
        <w:rPr>
          <w:rFonts w:ascii="Arial" w:hAnsi="Arial"/>
          <w:b/>
        </w:rPr>
        <w:t xml:space="preserve">Jo Hemmings  </w:t>
      </w:r>
      <w:r>
        <w:rPr>
          <w:rFonts w:ascii="Arial" w:hAnsi="Arial"/>
          <w:color w:val="5D7284"/>
        </w:rPr>
        <w:t>24:26</w:t>
      </w:r>
    </w:p>
    <w:p w14:paraId="65B32FB8" w14:textId="77777777" w:rsidR="00AA2529" w:rsidRDefault="00A60F39">
      <w:pPr>
        <w:spacing w:after="0"/>
      </w:pPr>
      <w:r>
        <w:rPr>
          <w:rFonts w:ascii="Arial" w:hAnsi="Arial"/>
        </w:rPr>
        <w:t xml:space="preserve">Yeah, I think so. It also helps people who </w:t>
      </w:r>
      <w:proofErr w:type="gramStart"/>
      <w:r>
        <w:rPr>
          <w:rFonts w:ascii="Arial" w:hAnsi="Arial"/>
        </w:rPr>
        <w:t>actually do</w:t>
      </w:r>
      <w:proofErr w:type="gramEnd"/>
      <w:r>
        <w:rPr>
          <w:rFonts w:ascii="Arial" w:hAnsi="Arial"/>
        </w:rPr>
        <w:t xml:space="preserve"> live with someone who's</w:t>
      </w:r>
      <w:r>
        <w:rPr>
          <w:rFonts w:ascii="Arial" w:hAnsi="Arial"/>
        </w:rPr>
        <w:t xml:space="preserve"> got chronic pain or who they know very well, you know, perhaps a relative or another family member. And I think this this trouble with anything that's chronic is </w:t>
      </w:r>
      <w:proofErr w:type="spellStart"/>
      <w:r>
        <w:rPr>
          <w:rFonts w:ascii="Arial" w:hAnsi="Arial"/>
        </w:rPr>
        <w:t>is</w:t>
      </w:r>
      <w:proofErr w:type="spellEnd"/>
      <w:r>
        <w:rPr>
          <w:rFonts w:ascii="Arial" w:hAnsi="Arial"/>
        </w:rPr>
        <w:t xml:space="preserve"> tends to be long term. And </w:t>
      </w:r>
      <w:proofErr w:type="gramStart"/>
      <w:r>
        <w:rPr>
          <w:rFonts w:ascii="Arial" w:hAnsi="Arial"/>
        </w:rPr>
        <w:t>so</w:t>
      </w:r>
      <w:proofErr w:type="gramEnd"/>
      <w:r>
        <w:rPr>
          <w:rFonts w:ascii="Arial" w:hAnsi="Arial"/>
        </w:rPr>
        <w:t xml:space="preserve"> you sort of don't want to make a thing of it. </w:t>
      </w:r>
      <w:proofErr w:type="gramStart"/>
      <w:r>
        <w:rPr>
          <w:rFonts w:ascii="Arial" w:hAnsi="Arial"/>
        </w:rPr>
        <w:t>So</w:t>
      </w:r>
      <w:proofErr w:type="gramEnd"/>
      <w:r>
        <w:rPr>
          <w:rFonts w:ascii="Arial" w:hAnsi="Arial"/>
        </w:rPr>
        <w:t xml:space="preserve"> you sort of</w:t>
      </w:r>
      <w:r>
        <w:rPr>
          <w:rFonts w:ascii="Arial" w:hAnsi="Arial"/>
        </w:rPr>
        <w:t xml:space="preserve"> push it to one side and you forget that that person is still struggling because it's been going on for a long, long time and it's not something that needs urgent training. </w:t>
      </w:r>
      <w:proofErr w:type="gramStart"/>
      <w:r>
        <w:rPr>
          <w:rFonts w:ascii="Arial" w:hAnsi="Arial"/>
        </w:rPr>
        <w:t>Man</w:t>
      </w:r>
      <w:proofErr w:type="gramEnd"/>
      <w:r>
        <w:rPr>
          <w:rFonts w:ascii="Arial" w:hAnsi="Arial"/>
        </w:rPr>
        <w:t xml:space="preserve"> or can be, you know, you can't go in and have a quick op and come out and be sk</w:t>
      </w:r>
      <w:r>
        <w:rPr>
          <w:rFonts w:ascii="Arial" w:hAnsi="Arial"/>
        </w:rPr>
        <w:t xml:space="preserve">ipping around the streets. </w:t>
      </w:r>
      <w:proofErr w:type="gramStart"/>
      <w:r>
        <w:rPr>
          <w:rFonts w:ascii="Arial" w:hAnsi="Arial"/>
        </w:rPr>
        <w:t>So</w:t>
      </w:r>
      <w:proofErr w:type="gramEnd"/>
      <w:r>
        <w:rPr>
          <w:rFonts w:ascii="Arial" w:hAnsi="Arial"/>
        </w:rPr>
        <w:t xml:space="preserve"> I think it helps </w:t>
      </w:r>
      <w:proofErr w:type="spellStart"/>
      <w:r>
        <w:rPr>
          <w:rFonts w:ascii="Arial" w:hAnsi="Arial"/>
        </w:rPr>
        <w:t>helps</w:t>
      </w:r>
      <w:proofErr w:type="spellEnd"/>
      <w:r>
        <w:rPr>
          <w:rFonts w:ascii="Arial" w:hAnsi="Arial"/>
        </w:rPr>
        <w:t xml:space="preserve"> people to be more aware and not to forget that this is a long term thing for people and just they don't ask about it after a while, obviously, because it's something that you that you live with, and it's</w:t>
      </w:r>
      <w:r>
        <w:rPr>
          <w:rFonts w:ascii="Arial" w:hAnsi="Arial"/>
        </w:rPr>
        <w:t xml:space="preserve"> not like, you know, the say you can feel better in a few days. </w:t>
      </w:r>
      <w:proofErr w:type="gramStart"/>
      <w:r>
        <w:rPr>
          <w:rFonts w:ascii="Arial" w:hAnsi="Arial"/>
        </w:rPr>
        <w:t>So</w:t>
      </w:r>
      <w:proofErr w:type="gramEnd"/>
      <w:r>
        <w:rPr>
          <w:rFonts w:ascii="Arial" w:hAnsi="Arial"/>
        </w:rPr>
        <w:t xml:space="preserve"> I do think it's very useful. I mean, there's been </w:t>
      </w:r>
      <w:proofErr w:type="gramStart"/>
      <w:r>
        <w:rPr>
          <w:rFonts w:ascii="Arial" w:hAnsi="Arial"/>
        </w:rPr>
        <w:t>a number of</w:t>
      </w:r>
      <w:proofErr w:type="gramEnd"/>
      <w:r>
        <w:rPr>
          <w:rFonts w:ascii="Arial" w:hAnsi="Arial"/>
        </w:rPr>
        <w:t xml:space="preserve"> instances not just in you know, in real life, I think when no Jade Goody, for example, when she had tragically died with cervic</w:t>
      </w:r>
      <w:r>
        <w:rPr>
          <w:rFonts w:ascii="Arial" w:hAnsi="Arial"/>
        </w:rPr>
        <w:t xml:space="preserve">al cancer, a very young age, you know, the amounts of girls who went and had checks, you know, it just, I can't </w:t>
      </w:r>
      <w:proofErr w:type="spellStart"/>
      <w:r>
        <w:rPr>
          <w:rFonts w:ascii="Arial" w:hAnsi="Arial"/>
        </w:rPr>
        <w:t>emphasise</w:t>
      </w:r>
      <w:proofErr w:type="spellEnd"/>
      <w:r>
        <w:rPr>
          <w:rFonts w:ascii="Arial" w:hAnsi="Arial"/>
        </w:rPr>
        <w:t xml:space="preserve"> enough how important is if handled well, and that's the point of the versus arthritis. Sort of document they're providing for TV is to</w:t>
      </w:r>
      <w:r>
        <w:rPr>
          <w:rFonts w:ascii="Arial" w:hAnsi="Arial"/>
        </w:rPr>
        <w:t xml:space="preserve"> make it as easy as possible for them to slipstream </w:t>
      </w:r>
      <w:proofErr w:type="gramStart"/>
      <w:r>
        <w:rPr>
          <w:rFonts w:ascii="Arial" w:hAnsi="Arial"/>
        </w:rPr>
        <w:t xml:space="preserve">a </w:t>
      </w:r>
      <w:proofErr w:type="spellStart"/>
      <w:r>
        <w:rPr>
          <w:rFonts w:ascii="Arial" w:hAnsi="Arial"/>
        </w:rPr>
        <w:t>well managed</w:t>
      </w:r>
      <w:proofErr w:type="spellEnd"/>
      <w:proofErr w:type="gramEnd"/>
      <w:r>
        <w:rPr>
          <w:rFonts w:ascii="Arial" w:hAnsi="Arial"/>
        </w:rPr>
        <w:t xml:space="preserve"> character and storyline into their productions, so that they don't have to think Oh God, this sounds too complicated. And what do we do then, and we won't do it. </w:t>
      </w:r>
      <w:proofErr w:type="gramStart"/>
      <w:r>
        <w:rPr>
          <w:rFonts w:ascii="Arial" w:hAnsi="Arial"/>
        </w:rPr>
        <w:t>And also</w:t>
      </w:r>
      <w:proofErr w:type="gramEnd"/>
      <w:r>
        <w:rPr>
          <w:rFonts w:ascii="Arial" w:hAnsi="Arial"/>
        </w:rPr>
        <w:t xml:space="preserve"> eliminate the awkw</w:t>
      </w:r>
      <w:r>
        <w:rPr>
          <w:rFonts w:ascii="Arial" w:hAnsi="Arial"/>
        </w:rPr>
        <w:t xml:space="preserve">ard conversation with somebody who may have </w:t>
      </w:r>
      <w:r>
        <w:rPr>
          <w:rFonts w:ascii="Arial" w:hAnsi="Arial"/>
        </w:rPr>
        <w:lastRenderedPageBreak/>
        <w:t xml:space="preserve">chronic pain or arthritis or whatever to say, do you mind coming in and telling our story </w:t>
      </w:r>
      <w:proofErr w:type="spellStart"/>
      <w:r>
        <w:rPr>
          <w:rFonts w:ascii="Arial" w:hAnsi="Arial"/>
        </w:rPr>
        <w:t>story</w:t>
      </w:r>
      <w:proofErr w:type="spellEnd"/>
      <w:r>
        <w:rPr>
          <w:rFonts w:ascii="Arial" w:hAnsi="Arial"/>
        </w:rPr>
        <w:t xml:space="preserve"> writers about what it's like to live with? You know, because not everybody wants to go into a deep dive of, yeah, I'</w:t>
      </w:r>
      <w:r>
        <w:rPr>
          <w:rFonts w:ascii="Arial" w:hAnsi="Arial"/>
        </w:rPr>
        <w:t xml:space="preserve">m in constant pain all the time, I highlighted things they struggle with. Whereas if they've got this document, they can read it at their leisure, digest it, and then perhaps, once they're a bit more informed, would say, can we just talk to you about your </w:t>
      </w:r>
      <w:r>
        <w:rPr>
          <w:rFonts w:ascii="Arial" w:hAnsi="Arial"/>
        </w:rPr>
        <w:t xml:space="preserve">experiences with arthritis, so they don't have to drag up all the  trauma. I mean, we've spoke to Jasmine for this sort of twin set of episodes. And she said, you know, the trauma that she had, from you know, the medications and stuff, the </w:t>
      </w:r>
      <w:proofErr w:type="spellStart"/>
      <w:r>
        <w:rPr>
          <w:rFonts w:ascii="Arial" w:hAnsi="Arial"/>
        </w:rPr>
        <w:t>colour</w:t>
      </w:r>
      <w:proofErr w:type="spellEnd"/>
      <w:r>
        <w:rPr>
          <w:rFonts w:ascii="Arial" w:hAnsi="Arial"/>
        </w:rPr>
        <w:t xml:space="preserve"> yellow, s</w:t>
      </w:r>
      <w:r>
        <w:rPr>
          <w:rFonts w:ascii="Arial" w:hAnsi="Arial"/>
        </w:rPr>
        <w:t xml:space="preserve">he'll, she gets a taste of the medicine that she had as a kid in her mouth. So having to talk about </w:t>
      </w:r>
      <w:proofErr w:type="gramStart"/>
      <w:r>
        <w:rPr>
          <w:rFonts w:ascii="Arial" w:hAnsi="Arial"/>
        </w:rPr>
        <w:t>all of</w:t>
      </w:r>
      <w:proofErr w:type="gramEnd"/>
      <w:r>
        <w:rPr>
          <w:rFonts w:ascii="Arial" w:hAnsi="Arial"/>
        </w:rPr>
        <w:t xml:space="preserve"> that stuff to a complete stranger from </w:t>
      </w:r>
      <w:proofErr w:type="spellStart"/>
      <w:r>
        <w:rPr>
          <w:rFonts w:ascii="Arial" w:hAnsi="Arial"/>
        </w:rPr>
        <w:t>telly</w:t>
      </w:r>
      <w:proofErr w:type="spellEnd"/>
      <w:r>
        <w:rPr>
          <w:rFonts w:ascii="Arial" w:hAnsi="Arial"/>
        </w:rPr>
        <w:t xml:space="preserve">-land... It is very triggering. I know. </w:t>
      </w:r>
    </w:p>
    <w:p w14:paraId="263A8DB2" w14:textId="77777777" w:rsidR="00AA2529" w:rsidRDefault="00AA2529">
      <w:pPr>
        <w:spacing w:after="0"/>
      </w:pPr>
    </w:p>
    <w:p w14:paraId="2F5AB610" w14:textId="77777777" w:rsidR="00AA2529" w:rsidRDefault="00A60F39">
      <w:pPr>
        <w:spacing w:after="0"/>
      </w:pPr>
      <w:r>
        <w:rPr>
          <w:rFonts w:ascii="Arial" w:hAnsi="Arial"/>
          <w:b/>
        </w:rPr>
        <w:t xml:space="preserve">Lucy  </w:t>
      </w:r>
      <w:r>
        <w:rPr>
          <w:rFonts w:ascii="Arial" w:hAnsi="Arial"/>
          <w:color w:val="5D7284"/>
        </w:rPr>
        <w:t>27:21</w:t>
      </w:r>
    </w:p>
    <w:p w14:paraId="460759D5" w14:textId="77777777" w:rsidR="00AA2529" w:rsidRDefault="00A60F39">
      <w:pPr>
        <w:spacing w:after="0"/>
      </w:pPr>
      <w:r>
        <w:rPr>
          <w:rFonts w:ascii="Arial" w:hAnsi="Arial"/>
        </w:rPr>
        <w:t xml:space="preserve">Yeah, </w:t>
      </w:r>
    </w:p>
    <w:p w14:paraId="230E07F0" w14:textId="77777777" w:rsidR="00AA2529" w:rsidRDefault="00AA2529">
      <w:pPr>
        <w:spacing w:after="0"/>
      </w:pPr>
    </w:p>
    <w:p w14:paraId="6C534792" w14:textId="77777777" w:rsidR="00AA2529" w:rsidRDefault="00A60F39">
      <w:pPr>
        <w:spacing w:after="0"/>
      </w:pPr>
      <w:r>
        <w:rPr>
          <w:rFonts w:ascii="Arial" w:hAnsi="Arial"/>
          <w:b/>
        </w:rPr>
        <w:t xml:space="preserve">Jo Hemmings  </w:t>
      </w:r>
      <w:r>
        <w:rPr>
          <w:rFonts w:ascii="Arial" w:hAnsi="Arial"/>
          <w:color w:val="5D7284"/>
        </w:rPr>
        <w:t>27:21</w:t>
      </w:r>
    </w:p>
    <w:p w14:paraId="51ED8D85" w14:textId="77777777" w:rsidR="00AA2529" w:rsidRDefault="00A60F39">
      <w:pPr>
        <w:spacing w:after="0"/>
      </w:pPr>
      <w:r>
        <w:rPr>
          <w:rFonts w:ascii="Arial" w:hAnsi="Arial"/>
        </w:rPr>
        <w:t xml:space="preserve">It's </w:t>
      </w:r>
      <w:proofErr w:type="gramStart"/>
      <w:r>
        <w:rPr>
          <w:rFonts w:ascii="Arial" w:hAnsi="Arial"/>
        </w:rPr>
        <w:t>very difficult</w:t>
      </w:r>
      <w:proofErr w:type="gramEnd"/>
      <w:r>
        <w:rPr>
          <w:rFonts w:ascii="Arial" w:hAnsi="Arial"/>
        </w:rPr>
        <w:t>.</w:t>
      </w:r>
    </w:p>
    <w:p w14:paraId="215B0D4C" w14:textId="77777777" w:rsidR="00AA2529" w:rsidRDefault="00AA2529">
      <w:pPr>
        <w:spacing w:after="0"/>
      </w:pPr>
    </w:p>
    <w:p w14:paraId="3D19D841" w14:textId="77777777" w:rsidR="00AA2529" w:rsidRDefault="00A60F39">
      <w:pPr>
        <w:spacing w:after="0"/>
      </w:pPr>
      <w:r>
        <w:rPr>
          <w:rFonts w:ascii="Arial" w:hAnsi="Arial"/>
          <w:b/>
        </w:rPr>
        <w:t>Al</w:t>
      </w:r>
      <w:r>
        <w:rPr>
          <w:rFonts w:ascii="Arial" w:hAnsi="Arial"/>
          <w:b/>
        </w:rPr>
        <w:t xml:space="preserve">ice  </w:t>
      </w:r>
      <w:r>
        <w:rPr>
          <w:rFonts w:ascii="Arial" w:hAnsi="Arial"/>
          <w:color w:val="5D7284"/>
        </w:rPr>
        <w:t>27:22</w:t>
      </w:r>
    </w:p>
    <w:p w14:paraId="2389FF92" w14:textId="77777777" w:rsidR="00AA2529" w:rsidRDefault="00A60F39">
      <w:pPr>
        <w:spacing w:after="0"/>
      </w:pPr>
      <w:r>
        <w:rPr>
          <w:rFonts w:ascii="Arial" w:hAnsi="Arial"/>
        </w:rPr>
        <w:t xml:space="preserve">I think it must </w:t>
      </w:r>
      <w:proofErr w:type="spellStart"/>
      <w:r>
        <w:rPr>
          <w:rFonts w:ascii="Arial" w:hAnsi="Arial"/>
        </w:rPr>
        <w:t>bereally</w:t>
      </w:r>
      <w:proofErr w:type="spellEnd"/>
      <w:r>
        <w:rPr>
          <w:rFonts w:ascii="Arial" w:hAnsi="Arial"/>
        </w:rPr>
        <w:t xml:space="preserve"> hard for pain as </w:t>
      </w:r>
      <w:proofErr w:type="gramStart"/>
      <w:r>
        <w:rPr>
          <w:rFonts w:ascii="Arial" w:hAnsi="Arial"/>
        </w:rPr>
        <w:t>well, because</w:t>
      </w:r>
      <w:proofErr w:type="gramEnd"/>
      <w:r>
        <w:rPr>
          <w:rFonts w:ascii="Arial" w:hAnsi="Arial"/>
        </w:rPr>
        <w:t xml:space="preserve"> it's not something that is easily kind of communicated and explained to somebody outside of you, you know, this. I mean you know...</w:t>
      </w:r>
    </w:p>
    <w:p w14:paraId="001E423C" w14:textId="77777777" w:rsidR="00AA2529" w:rsidRDefault="00AA2529">
      <w:pPr>
        <w:spacing w:after="0"/>
      </w:pPr>
    </w:p>
    <w:p w14:paraId="23DFA222" w14:textId="77777777" w:rsidR="00AA2529" w:rsidRDefault="00A60F39">
      <w:pPr>
        <w:spacing w:after="0"/>
      </w:pPr>
      <w:r>
        <w:rPr>
          <w:rFonts w:ascii="Arial" w:hAnsi="Arial"/>
          <w:b/>
        </w:rPr>
        <w:t xml:space="preserve">Jo Hemmings  </w:t>
      </w:r>
      <w:r>
        <w:rPr>
          <w:rFonts w:ascii="Arial" w:hAnsi="Arial"/>
          <w:color w:val="5D7284"/>
        </w:rPr>
        <w:t>27:37</w:t>
      </w:r>
    </w:p>
    <w:p w14:paraId="555BBDE1" w14:textId="77777777" w:rsidR="00AA2529" w:rsidRDefault="00A60F39">
      <w:pPr>
        <w:spacing w:after="0"/>
      </w:pPr>
      <w:r>
        <w:rPr>
          <w:rFonts w:ascii="Arial" w:hAnsi="Arial"/>
        </w:rPr>
        <w:t xml:space="preserve">It's because it's subjective, that's </w:t>
      </w:r>
      <w:r>
        <w:rPr>
          <w:rFonts w:ascii="Arial" w:hAnsi="Arial"/>
        </w:rPr>
        <w:t xml:space="preserve">why. It's not objective. </w:t>
      </w:r>
      <w:proofErr w:type="gramStart"/>
      <w:r>
        <w:rPr>
          <w:rFonts w:ascii="Arial" w:hAnsi="Arial"/>
        </w:rPr>
        <w:t>So</w:t>
      </w:r>
      <w:proofErr w:type="gramEnd"/>
      <w:r>
        <w:rPr>
          <w:rFonts w:ascii="Arial" w:hAnsi="Arial"/>
        </w:rPr>
        <w:t xml:space="preserve"> when people say, you know, what pain are you feeling now on a scale of one to 10? </w:t>
      </w:r>
    </w:p>
    <w:p w14:paraId="3B904C90" w14:textId="77777777" w:rsidR="00AA2529" w:rsidRDefault="00AA2529">
      <w:pPr>
        <w:spacing w:after="0"/>
      </w:pPr>
    </w:p>
    <w:p w14:paraId="29D5F267" w14:textId="77777777" w:rsidR="00AA2529" w:rsidRDefault="00A60F39">
      <w:pPr>
        <w:spacing w:after="0"/>
      </w:pPr>
      <w:r>
        <w:rPr>
          <w:rFonts w:ascii="Arial" w:hAnsi="Arial"/>
          <w:b/>
        </w:rPr>
        <w:t xml:space="preserve">Lucy  </w:t>
      </w:r>
      <w:r>
        <w:rPr>
          <w:rFonts w:ascii="Arial" w:hAnsi="Arial"/>
          <w:color w:val="5D7284"/>
        </w:rPr>
        <w:t>27:46</w:t>
      </w:r>
    </w:p>
    <w:p w14:paraId="0FC114D7" w14:textId="77777777" w:rsidR="00AA2529" w:rsidRDefault="00A60F39">
      <w:pPr>
        <w:spacing w:after="0"/>
      </w:pPr>
      <w:r>
        <w:rPr>
          <w:rFonts w:ascii="Arial" w:hAnsi="Arial"/>
        </w:rPr>
        <w:t xml:space="preserve">Oh, yeah, </w:t>
      </w:r>
    </w:p>
    <w:p w14:paraId="7D493127" w14:textId="77777777" w:rsidR="00AA2529" w:rsidRDefault="00AA2529">
      <w:pPr>
        <w:spacing w:after="0"/>
      </w:pPr>
    </w:p>
    <w:p w14:paraId="7BEF9615" w14:textId="77777777" w:rsidR="00AA2529" w:rsidRDefault="00A60F39">
      <w:pPr>
        <w:spacing w:after="0"/>
      </w:pPr>
      <w:r>
        <w:rPr>
          <w:rFonts w:ascii="Arial" w:hAnsi="Arial"/>
          <w:b/>
        </w:rPr>
        <w:t xml:space="preserve">Jo Hemmings  </w:t>
      </w:r>
      <w:r>
        <w:rPr>
          <w:rFonts w:ascii="Arial" w:hAnsi="Arial"/>
          <w:color w:val="5D7284"/>
        </w:rPr>
        <w:t>27:46</w:t>
      </w:r>
    </w:p>
    <w:p w14:paraId="315D99A4" w14:textId="77777777" w:rsidR="00AA2529" w:rsidRDefault="00A60F39">
      <w:pPr>
        <w:spacing w:after="0"/>
      </w:pPr>
      <w:r>
        <w:rPr>
          <w:rFonts w:ascii="Arial" w:hAnsi="Arial"/>
        </w:rPr>
        <w:t>Well, one person might say, 10, another person might say, two, we don't know if that's down to their Yeah, I'm very, very highly pain tolerant, and I don't want to let them know I'm fearful. If I say it's too much, then they'll want to try other stuff on m</w:t>
      </w:r>
      <w:r>
        <w:rPr>
          <w:rFonts w:ascii="Arial" w:hAnsi="Arial"/>
        </w:rPr>
        <w:t xml:space="preserve">e. </w:t>
      </w:r>
      <w:proofErr w:type="gramStart"/>
      <w:r>
        <w:rPr>
          <w:rFonts w:ascii="Arial" w:hAnsi="Arial"/>
        </w:rPr>
        <w:t>So</w:t>
      </w:r>
      <w:proofErr w:type="gramEnd"/>
      <w:r>
        <w:rPr>
          <w:rFonts w:ascii="Arial" w:hAnsi="Arial"/>
        </w:rPr>
        <w:t xml:space="preserve"> I'll, I'll either exaggerate it, or I'll </w:t>
      </w:r>
      <w:proofErr w:type="spellStart"/>
      <w:r>
        <w:rPr>
          <w:rFonts w:ascii="Arial" w:hAnsi="Arial"/>
        </w:rPr>
        <w:t>minimise</w:t>
      </w:r>
      <w:proofErr w:type="spellEnd"/>
      <w:r>
        <w:rPr>
          <w:rFonts w:ascii="Arial" w:hAnsi="Arial"/>
        </w:rPr>
        <w:t xml:space="preserve"> it. And again, it's all subjective. And that's part of the problem. You know, you hear people who are in chronic pain going Oh, you know, women saying for men Oh you don't know what it's like, you try</w:t>
      </w:r>
      <w:r>
        <w:rPr>
          <w:rFonts w:ascii="Arial" w:hAnsi="Arial"/>
        </w:rPr>
        <w:t xml:space="preserve"> childbirth, you know, this sort of things, that sort of, kind of diminishing, their experiencing pain. Because it's so subjective. I think that's, that's a tough one for people to sort of to understand. And I do. I hate it when you know, when I </w:t>
      </w:r>
      <w:proofErr w:type="gramStart"/>
      <w:r>
        <w:rPr>
          <w:rFonts w:ascii="Arial" w:hAnsi="Arial"/>
        </w:rPr>
        <w:t>have to</w:t>
      </w:r>
      <w:proofErr w:type="gramEnd"/>
      <w:r>
        <w:rPr>
          <w:rFonts w:ascii="Arial" w:hAnsi="Arial"/>
        </w:rPr>
        <w:t xml:space="preserve"> go</w:t>
      </w:r>
      <w:r>
        <w:rPr>
          <w:rFonts w:ascii="Arial" w:hAnsi="Arial"/>
        </w:rPr>
        <w:t xml:space="preserve"> for </w:t>
      </w:r>
      <w:proofErr w:type="spellStart"/>
      <w:r>
        <w:rPr>
          <w:rFonts w:ascii="Arial" w:hAnsi="Arial"/>
        </w:rPr>
        <w:t>for</w:t>
      </w:r>
      <w:proofErr w:type="spellEnd"/>
      <w:r>
        <w:rPr>
          <w:rFonts w:ascii="Arial" w:hAnsi="Arial"/>
        </w:rPr>
        <w:t xml:space="preserve"> medical appointments, and </w:t>
      </w:r>
      <w:proofErr w:type="spellStart"/>
      <w:r>
        <w:rPr>
          <w:rFonts w:ascii="Arial" w:hAnsi="Arial"/>
        </w:rPr>
        <w:t>nthey'll</w:t>
      </w:r>
      <w:proofErr w:type="spellEnd"/>
      <w:r>
        <w:rPr>
          <w:rFonts w:ascii="Arial" w:hAnsi="Arial"/>
        </w:rPr>
        <w:t xml:space="preserve">, they'll ask me, you know, whereabouts is your pain? And </w:t>
      </w:r>
      <w:proofErr w:type="gramStart"/>
      <w:r>
        <w:rPr>
          <w:rFonts w:ascii="Arial" w:hAnsi="Arial"/>
        </w:rPr>
        <w:t>so</w:t>
      </w:r>
      <w:proofErr w:type="gramEnd"/>
      <w:r>
        <w:rPr>
          <w:rFonts w:ascii="Arial" w:hAnsi="Arial"/>
        </w:rPr>
        <w:t xml:space="preserve"> I'm thinking where my pain is, because I've got </w:t>
      </w:r>
      <w:proofErr w:type="spellStart"/>
      <w:r>
        <w:rPr>
          <w:rFonts w:ascii="Arial" w:hAnsi="Arial"/>
        </w:rPr>
        <w:t>itall</w:t>
      </w:r>
      <w:proofErr w:type="spellEnd"/>
      <w:r>
        <w:rPr>
          <w:rFonts w:ascii="Arial" w:hAnsi="Arial"/>
        </w:rPr>
        <w:t xml:space="preserve"> the time. I can't really pinpoint where my pain is. I just know it hurts.  Yeah. </w:t>
      </w:r>
    </w:p>
    <w:p w14:paraId="6EDC05B6" w14:textId="77777777" w:rsidR="00AA2529" w:rsidRDefault="00AA2529">
      <w:pPr>
        <w:spacing w:after="0"/>
      </w:pPr>
    </w:p>
    <w:p w14:paraId="09D40EDB" w14:textId="77777777" w:rsidR="00AA2529" w:rsidRDefault="00A60F39">
      <w:pPr>
        <w:spacing w:after="0"/>
      </w:pPr>
      <w:r>
        <w:rPr>
          <w:rFonts w:ascii="Arial" w:hAnsi="Arial"/>
          <w:b/>
        </w:rPr>
        <w:t xml:space="preserve">Lucy  </w:t>
      </w:r>
      <w:r>
        <w:rPr>
          <w:rFonts w:ascii="Arial" w:hAnsi="Arial"/>
          <w:color w:val="5D7284"/>
        </w:rPr>
        <w:t>28:49</w:t>
      </w:r>
    </w:p>
    <w:p w14:paraId="274AA53A" w14:textId="77777777" w:rsidR="00AA2529" w:rsidRDefault="00A60F39">
      <w:pPr>
        <w:spacing w:after="0"/>
      </w:pPr>
      <w:r>
        <w:rPr>
          <w:rFonts w:ascii="Arial" w:hAnsi="Arial"/>
        </w:rPr>
        <w:t>And</w:t>
      </w:r>
      <w:r>
        <w:rPr>
          <w:rFonts w:ascii="Arial" w:hAnsi="Arial"/>
        </w:rPr>
        <w:t xml:space="preserve"> </w:t>
      </w:r>
      <w:proofErr w:type="gramStart"/>
      <w:r>
        <w:rPr>
          <w:rFonts w:ascii="Arial" w:hAnsi="Arial"/>
        </w:rPr>
        <w:t>so</w:t>
      </w:r>
      <w:proofErr w:type="gramEnd"/>
      <w:r>
        <w:rPr>
          <w:rFonts w:ascii="Arial" w:hAnsi="Arial"/>
        </w:rPr>
        <w:t xml:space="preserve"> then you start questioning yourself, thinking well am I actually in pain, or is it in my head? And I know I am in pain. But I can't exactly tell you where it is. I just know it hurts. </w:t>
      </w:r>
      <w:proofErr w:type="gramStart"/>
      <w:r>
        <w:rPr>
          <w:rFonts w:ascii="Arial" w:hAnsi="Arial"/>
        </w:rPr>
        <w:t>So</w:t>
      </w:r>
      <w:proofErr w:type="gramEnd"/>
      <w:r>
        <w:rPr>
          <w:rFonts w:ascii="Arial" w:hAnsi="Arial"/>
        </w:rPr>
        <w:t xml:space="preserve"> umm...</w:t>
      </w:r>
    </w:p>
    <w:p w14:paraId="75B1685A" w14:textId="77777777" w:rsidR="00AA2529" w:rsidRDefault="00AA2529">
      <w:pPr>
        <w:spacing w:after="0"/>
      </w:pPr>
    </w:p>
    <w:p w14:paraId="31FD2D12" w14:textId="77777777" w:rsidR="00AA2529" w:rsidRDefault="00A60F39">
      <w:pPr>
        <w:spacing w:after="0"/>
      </w:pPr>
      <w:r>
        <w:rPr>
          <w:rFonts w:ascii="Arial" w:hAnsi="Arial"/>
          <w:b/>
        </w:rPr>
        <w:t xml:space="preserve">Jo Hemmings  </w:t>
      </w:r>
      <w:r>
        <w:rPr>
          <w:rFonts w:ascii="Arial" w:hAnsi="Arial"/>
          <w:color w:val="5D7284"/>
        </w:rPr>
        <w:t>29:04</w:t>
      </w:r>
    </w:p>
    <w:p w14:paraId="58B6E66D" w14:textId="77777777" w:rsidR="00AA2529" w:rsidRDefault="00A60F39">
      <w:pPr>
        <w:spacing w:after="0"/>
      </w:pPr>
      <w:proofErr w:type="gramStart"/>
      <w:r>
        <w:rPr>
          <w:rFonts w:ascii="Arial" w:hAnsi="Arial"/>
        </w:rPr>
        <w:lastRenderedPageBreak/>
        <w:t>Well</w:t>
      </w:r>
      <w:proofErr w:type="gramEnd"/>
      <w:r>
        <w:rPr>
          <w:rFonts w:ascii="Arial" w:hAnsi="Arial"/>
        </w:rPr>
        <w:t xml:space="preserve"> you, that's interesting. </w:t>
      </w:r>
      <w:proofErr w:type="gramStart"/>
      <w:r>
        <w:rPr>
          <w:rFonts w:ascii="Arial" w:hAnsi="Arial"/>
        </w:rPr>
        <w:t>So</w:t>
      </w:r>
      <w:proofErr w:type="gramEnd"/>
      <w:r>
        <w:rPr>
          <w:rFonts w:ascii="Arial" w:hAnsi="Arial"/>
        </w:rPr>
        <w:t xml:space="preserve"> when </w:t>
      </w:r>
      <w:r>
        <w:rPr>
          <w:rFonts w:ascii="Arial" w:hAnsi="Arial"/>
        </w:rPr>
        <w:t>people say it's in your head, I mean, to a degree, it is in your head.</w:t>
      </w:r>
    </w:p>
    <w:p w14:paraId="7BB2CA19" w14:textId="77777777" w:rsidR="00AA2529" w:rsidRDefault="00AA2529">
      <w:pPr>
        <w:spacing w:after="0"/>
      </w:pPr>
    </w:p>
    <w:p w14:paraId="15000D82" w14:textId="77777777" w:rsidR="00AA2529" w:rsidRDefault="00A60F39">
      <w:pPr>
        <w:spacing w:after="0"/>
      </w:pPr>
      <w:r>
        <w:rPr>
          <w:rFonts w:ascii="Arial" w:hAnsi="Arial"/>
          <w:b/>
        </w:rPr>
        <w:t xml:space="preserve">Lucy  </w:t>
      </w:r>
      <w:r>
        <w:rPr>
          <w:rFonts w:ascii="Arial" w:hAnsi="Arial"/>
          <w:color w:val="5D7284"/>
        </w:rPr>
        <w:t>29:09</w:t>
      </w:r>
    </w:p>
    <w:p w14:paraId="3E12E169" w14:textId="77777777" w:rsidR="00AA2529" w:rsidRDefault="00A60F39">
      <w:pPr>
        <w:spacing w:after="0"/>
      </w:pPr>
      <w:r>
        <w:rPr>
          <w:rFonts w:ascii="Arial" w:hAnsi="Arial"/>
        </w:rPr>
        <w:t xml:space="preserve">Yeah. </w:t>
      </w:r>
    </w:p>
    <w:p w14:paraId="755E40EC" w14:textId="77777777" w:rsidR="00AA2529" w:rsidRDefault="00AA2529">
      <w:pPr>
        <w:spacing w:after="0"/>
      </w:pPr>
    </w:p>
    <w:p w14:paraId="3BED9E63" w14:textId="77777777" w:rsidR="00AA2529" w:rsidRDefault="00A60F39">
      <w:pPr>
        <w:spacing w:after="0"/>
      </w:pPr>
      <w:r>
        <w:rPr>
          <w:rFonts w:ascii="Arial" w:hAnsi="Arial"/>
          <w:b/>
        </w:rPr>
        <w:t xml:space="preserve">Jo Hemmings  </w:t>
      </w:r>
      <w:r>
        <w:rPr>
          <w:rFonts w:ascii="Arial" w:hAnsi="Arial"/>
          <w:color w:val="5D7284"/>
        </w:rPr>
        <w:t>29:09</w:t>
      </w:r>
    </w:p>
    <w:p w14:paraId="25E21129" w14:textId="77777777" w:rsidR="00AA2529" w:rsidRDefault="00A60F39">
      <w:pPr>
        <w:spacing w:after="0"/>
      </w:pPr>
      <w:r>
        <w:rPr>
          <w:rFonts w:ascii="Arial" w:hAnsi="Arial"/>
        </w:rPr>
        <w:t xml:space="preserve">Because all pain is got, you've got brain receptors in your mind that tell you whether you're in pain or not. </w:t>
      </w:r>
      <w:proofErr w:type="gramStart"/>
      <w:r>
        <w:rPr>
          <w:rFonts w:ascii="Arial" w:hAnsi="Arial"/>
        </w:rPr>
        <w:t>So</w:t>
      </w:r>
      <w:proofErr w:type="gramEnd"/>
      <w:r>
        <w:rPr>
          <w:rFonts w:ascii="Arial" w:hAnsi="Arial"/>
        </w:rPr>
        <w:t xml:space="preserve"> if you touch a burning hot object, thankfully, we have those receptors that make your hand move away very, very quickly. If we didn't have them</w:t>
      </w:r>
      <w:r>
        <w:rPr>
          <w:rFonts w:ascii="Arial" w:hAnsi="Arial"/>
        </w:rPr>
        <w:t xml:space="preserve">. We'd burn our hands You </w:t>
      </w:r>
      <w:proofErr w:type="gramStart"/>
      <w:r>
        <w:rPr>
          <w:rFonts w:ascii="Arial" w:hAnsi="Arial"/>
        </w:rPr>
        <w:t>know,</w:t>
      </w:r>
      <w:proofErr w:type="gramEnd"/>
      <w:r>
        <w:rPr>
          <w:rFonts w:ascii="Arial" w:hAnsi="Arial"/>
        </w:rPr>
        <w:t xml:space="preserve"> we wouldn't know when to stop so they're there for a very good reason. So effectively all pain is in the head. You know, it's a stupid I hate that response to people. </w:t>
      </w:r>
    </w:p>
    <w:p w14:paraId="6CB91986" w14:textId="77777777" w:rsidR="00AA2529" w:rsidRDefault="00AA2529">
      <w:pPr>
        <w:spacing w:after="0"/>
      </w:pPr>
    </w:p>
    <w:p w14:paraId="14151C66" w14:textId="77777777" w:rsidR="00AA2529" w:rsidRDefault="00A60F39">
      <w:pPr>
        <w:spacing w:after="0"/>
      </w:pPr>
      <w:r>
        <w:rPr>
          <w:rFonts w:ascii="Arial" w:hAnsi="Arial"/>
          <w:b/>
        </w:rPr>
        <w:t xml:space="preserve">Lucy  </w:t>
      </w:r>
      <w:r>
        <w:rPr>
          <w:rFonts w:ascii="Arial" w:hAnsi="Arial"/>
          <w:color w:val="5D7284"/>
        </w:rPr>
        <w:t>29:38</w:t>
      </w:r>
    </w:p>
    <w:p w14:paraId="08EF2C21" w14:textId="77777777" w:rsidR="00AA2529" w:rsidRDefault="00A60F39">
      <w:pPr>
        <w:spacing w:after="0"/>
      </w:pPr>
      <w:proofErr w:type="gramStart"/>
      <w:r>
        <w:rPr>
          <w:rFonts w:ascii="Arial" w:hAnsi="Arial"/>
        </w:rPr>
        <w:t>Yeah,.</w:t>
      </w:r>
      <w:proofErr w:type="gramEnd"/>
      <w:r>
        <w:rPr>
          <w:rFonts w:ascii="Arial" w:hAnsi="Arial"/>
        </w:rPr>
        <w:t xml:space="preserve"> </w:t>
      </w:r>
    </w:p>
    <w:p w14:paraId="5A7CB4DF" w14:textId="77777777" w:rsidR="00AA2529" w:rsidRDefault="00AA2529">
      <w:pPr>
        <w:spacing w:after="0"/>
      </w:pPr>
    </w:p>
    <w:p w14:paraId="7D33A267" w14:textId="77777777" w:rsidR="00AA2529" w:rsidRDefault="00A60F39">
      <w:pPr>
        <w:spacing w:after="0"/>
      </w:pPr>
      <w:r>
        <w:rPr>
          <w:rFonts w:ascii="Arial" w:hAnsi="Arial"/>
          <w:b/>
        </w:rPr>
        <w:t xml:space="preserve">Jo Hemmings  </w:t>
      </w:r>
      <w:r>
        <w:rPr>
          <w:rFonts w:ascii="Arial" w:hAnsi="Arial"/>
          <w:color w:val="5D7284"/>
        </w:rPr>
        <w:t>29:39</w:t>
      </w:r>
    </w:p>
    <w:p w14:paraId="40EA4FFD" w14:textId="77777777" w:rsidR="00AA2529" w:rsidRDefault="00A60F39">
      <w:pPr>
        <w:spacing w:after="0"/>
      </w:pPr>
      <w:r>
        <w:rPr>
          <w:rFonts w:ascii="Arial" w:hAnsi="Arial"/>
        </w:rPr>
        <w:t>Because it is t</w:t>
      </w:r>
      <w:r>
        <w:rPr>
          <w:rFonts w:ascii="Arial" w:hAnsi="Arial"/>
        </w:rPr>
        <w:t>o do the receptors in your mind. But nevertheless, it's felt physically in one part, many parts of your body and you can't deny that.</w:t>
      </w:r>
    </w:p>
    <w:p w14:paraId="780B7F70" w14:textId="77777777" w:rsidR="00AA2529" w:rsidRDefault="00AA2529">
      <w:pPr>
        <w:spacing w:after="0"/>
      </w:pPr>
    </w:p>
    <w:p w14:paraId="6C24E66B" w14:textId="77777777" w:rsidR="00AA2529" w:rsidRDefault="00A60F39">
      <w:pPr>
        <w:spacing w:after="0"/>
      </w:pPr>
      <w:r>
        <w:rPr>
          <w:rFonts w:ascii="Arial" w:hAnsi="Arial"/>
          <w:b/>
        </w:rPr>
        <w:t xml:space="preserve">Alice  </w:t>
      </w:r>
      <w:r>
        <w:rPr>
          <w:rFonts w:ascii="Arial" w:hAnsi="Arial"/>
          <w:color w:val="5D7284"/>
        </w:rPr>
        <w:t>29:51</w:t>
      </w:r>
    </w:p>
    <w:p w14:paraId="5EA88517" w14:textId="77777777" w:rsidR="00AA2529" w:rsidRDefault="00A60F39">
      <w:pPr>
        <w:spacing w:after="0"/>
      </w:pPr>
      <w:r>
        <w:rPr>
          <w:rFonts w:ascii="Arial" w:hAnsi="Arial"/>
        </w:rPr>
        <w:t xml:space="preserve">I mean </w:t>
      </w:r>
      <w:proofErr w:type="gramStart"/>
      <w:r>
        <w:rPr>
          <w:rFonts w:ascii="Arial" w:hAnsi="Arial"/>
        </w:rPr>
        <w:t>surely</w:t>
      </w:r>
      <w:proofErr w:type="gramEnd"/>
      <w:r>
        <w:rPr>
          <w:rFonts w:ascii="Arial" w:hAnsi="Arial"/>
        </w:rPr>
        <w:t xml:space="preserve"> we all live inside our own heads? Everybody's experience with everything is filtered through t</w:t>
      </w:r>
      <w:r>
        <w:rPr>
          <w:rFonts w:ascii="Arial" w:hAnsi="Arial"/>
        </w:rPr>
        <w:t xml:space="preserve">he brain, you know in the mind and the </w:t>
      </w:r>
      <w:proofErr w:type="gramStart"/>
      <w:r>
        <w:rPr>
          <w:rFonts w:ascii="Arial" w:hAnsi="Arial"/>
        </w:rPr>
        <w:t>experience</w:t>
      </w:r>
      <w:proofErr w:type="gramEnd"/>
    </w:p>
    <w:p w14:paraId="0206A4B1" w14:textId="77777777" w:rsidR="00AA2529" w:rsidRDefault="00AA2529">
      <w:pPr>
        <w:spacing w:after="0"/>
      </w:pPr>
    </w:p>
    <w:p w14:paraId="53E8CBE7" w14:textId="77777777" w:rsidR="00AA2529" w:rsidRDefault="00A60F39">
      <w:pPr>
        <w:spacing w:after="0"/>
      </w:pPr>
      <w:r>
        <w:rPr>
          <w:rFonts w:ascii="Arial" w:hAnsi="Arial"/>
          <w:b/>
        </w:rPr>
        <w:t xml:space="preserve">Jo Hemmings  </w:t>
      </w:r>
      <w:r>
        <w:rPr>
          <w:rFonts w:ascii="Arial" w:hAnsi="Arial"/>
          <w:color w:val="5D7284"/>
        </w:rPr>
        <w:t>30:00</w:t>
      </w:r>
    </w:p>
    <w:p w14:paraId="24E34034" w14:textId="77777777" w:rsidR="00AA2529" w:rsidRDefault="00A60F39">
      <w:pPr>
        <w:spacing w:after="0"/>
      </w:pPr>
      <w:r>
        <w:rPr>
          <w:rFonts w:ascii="Arial" w:hAnsi="Arial"/>
        </w:rPr>
        <w:t>It is but if you, if you break your leg, you know, you can see the legs broken, you know A, expect pain and B, you can see a fracture snap, you know that you can X ray and see what you k</w:t>
      </w:r>
      <w:r>
        <w:rPr>
          <w:rFonts w:ascii="Arial" w:hAnsi="Arial"/>
        </w:rPr>
        <w:t xml:space="preserve">now that's or whatever, or you can just see it. </w:t>
      </w:r>
      <w:proofErr w:type="gramStart"/>
      <w:r>
        <w:rPr>
          <w:rFonts w:ascii="Arial" w:hAnsi="Arial"/>
        </w:rPr>
        <w:t>So</w:t>
      </w:r>
      <w:proofErr w:type="gramEnd"/>
      <w:r>
        <w:rPr>
          <w:rFonts w:ascii="Arial" w:hAnsi="Arial"/>
        </w:rPr>
        <w:t xml:space="preserve"> the things that are more visible, people are more tolerant about one things at home be seen,</w:t>
      </w:r>
    </w:p>
    <w:p w14:paraId="3D22C8DB" w14:textId="77777777" w:rsidR="00AA2529" w:rsidRDefault="00AA2529">
      <w:pPr>
        <w:spacing w:after="0"/>
      </w:pPr>
    </w:p>
    <w:p w14:paraId="7A805BB6" w14:textId="77777777" w:rsidR="00AA2529" w:rsidRDefault="00A60F39">
      <w:pPr>
        <w:spacing w:after="0"/>
      </w:pPr>
      <w:r>
        <w:rPr>
          <w:rFonts w:ascii="Arial" w:hAnsi="Arial"/>
          <w:b/>
        </w:rPr>
        <w:t xml:space="preserve">Alice  </w:t>
      </w:r>
      <w:r>
        <w:rPr>
          <w:rFonts w:ascii="Arial" w:hAnsi="Arial"/>
          <w:color w:val="5D7284"/>
        </w:rPr>
        <w:t>30:22</w:t>
      </w:r>
    </w:p>
    <w:p w14:paraId="294B5360" w14:textId="77777777" w:rsidR="00AA2529" w:rsidRDefault="00A60F39">
      <w:pPr>
        <w:spacing w:after="0"/>
      </w:pPr>
      <w:proofErr w:type="spellStart"/>
      <w:r>
        <w:rPr>
          <w:rFonts w:ascii="Arial" w:hAnsi="Arial"/>
        </w:rPr>
        <w:t>Definitley</w:t>
      </w:r>
      <w:proofErr w:type="spellEnd"/>
      <w:r>
        <w:rPr>
          <w:rFonts w:ascii="Arial" w:hAnsi="Arial"/>
        </w:rPr>
        <w:t xml:space="preserve">. I've, I've </w:t>
      </w:r>
      <w:proofErr w:type="gramStart"/>
      <w:r>
        <w:rPr>
          <w:rFonts w:ascii="Arial" w:hAnsi="Arial"/>
        </w:rPr>
        <w:t>definitely experienced</w:t>
      </w:r>
      <w:proofErr w:type="gramEnd"/>
      <w:r>
        <w:rPr>
          <w:rFonts w:ascii="Arial" w:hAnsi="Arial"/>
        </w:rPr>
        <w:t xml:space="preserve"> that for myself um, have and told on a </w:t>
      </w:r>
      <w:r>
        <w:rPr>
          <w:rFonts w:ascii="Arial" w:hAnsi="Arial"/>
        </w:rPr>
        <w:t>regular basis that I don't look blind. And the difference in the way that I'm treated by society when I go outside with my guide dog, as to the way that I was treated before I started using a guide dog and actually, you know, yes, my sights change, probabl</w:t>
      </w:r>
      <w:r>
        <w:rPr>
          <w:rFonts w:ascii="Arial" w:hAnsi="Arial"/>
        </w:rPr>
        <w:t xml:space="preserve">y more </w:t>
      </w:r>
      <w:proofErr w:type="gramStart"/>
      <w:r>
        <w:rPr>
          <w:rFonts w:ascii="Arial" w:hAnsi="Arial"/>
        </w:rPr>
        <w:t>recently</w:t>
      </w:r>
      <w:proofErr w:type="gramEnd"/>
    </w:p>
    <w:p w14:paraId="49CA3FE6" w14:textId="77777777" w:rsidR="00AA2529" w:rsidRDefault="00AA2529">
      <w:pPr>
        <w:spacing w:after="0"/>
      </w:pPr>
    </w:p>
    <w:p w14:paraId="6F0232F8" w14:textId="77777777" w:rsidR="00AA2529" w:rsidRDefault="00A60F39">
      <w:pPr>
        <w:spacing w:after="0"/>
      </w:pPr>
      <w:r>
        <w:rPr>
          <w:rFonts w:ascii="Arial" w:hAnsi="Arial"/>
          <w:b/>
        </w:rPr>
        <w:t xml:space="preserve">Jo Hemmings  </w:t>
      </w:r>
      <w:r>
        <w:rPr>
          <w:rFonts w:ascii="Arial" w:hAnsi="Arial"/>
          <w:color w:val="5D7284"/>
        </w:rPr>
        <w:t>30:45</w:t>
      </w:r>
    </w:p>
    <w:p w14:paraId="426A3AD2" w14:textId="77777777" w:rsidR="00AA2529" w:rsidRDefault="00A60F39">
      <w:pPr>
        <w:spacing w:after="0"/>
      </w:pPr>
      <w:r>
        <w:rPr>
          <w:rFonts w:ascii="Arial" w:hAnsi="Arial"/>
        </w:rPr>
        <w:t xml:space="preserve">that's quite </w:t>
      </w:r>
      <w:proofErr w:type="gramStart"/>
      <w:r>
        <w:rPr>
          <w:rFonts w:ascii="Arial" w:hAnsi="Arial"/>
        </w:rPr>
        <w:t>interesting</w:t>
      </w:r>
      <w:proofErr w:type="gramEnd"/>
    </w:p>
    <w:p w14:paraId="005F6555" w14:textId="77777777" w:rsidR="00AA2529" w:rsidRDefault="00AA2529">
      <w:pPr>
        <w:spacing w:after="0"/>
      </w:pPr>
    </w:p>
    <w:p w14:paraId="66BF1597" w14:textId="77777777" w:rsidR="00AA2529" w:rsidRDefault="00A60F39">
      <w:pPr>
        <w:spacing w:after="0"/>
      </w:pPr>
      <w:r>
        <w:rPr>
          <w:rFonts w:ascii="Arial" w:hAnsi="Arial"/>
          <w:b/>
        </w:rPr>
        <w:t xml:space="preserve">Alice  </w:t>
      </w:r>
      <w:r>
        <w:rPr>
          <w:rFonts w:ascii="Arial" w:hAnsi="Arial"/>
          <w:color w:val="5D7284"/>
        </w:rPr>
        <w:t>30:47</w:t>
      </w:r>
    </w:p>
    <w:p w14:paraId="4BAC2609" w14:textId="77777777" w:rsidR="00AA2529" w:rsidRDefault="00A60F39">
      <w:pPr>
        <w:spacing w:after="0"/>
      </w:pPr>
      <w:r>
        <w:rPr>
          <w:rFonts w:ascii="Arial" w:hAnsi="Arial"/>
        </w:rPr>
        <w:t>but when I first got my dog, what nearly eight years ago now, my sight, the difference between, you know, Wednesday when I didn't have the dog on the following Monday, when I did my</w:t>
      </w:r>
      <w:r>
        <w:rPr>
          <w:rFonts w:ascii="Arial" w:hAnsi="Arial"/>
        </w:rPr>
        <w:t xml:space="preserve"> sight hadn't changed dramatically. Yet, the </w:t>
      </w:r>
      <w:proofErr w:type="spellStart"/>
      <w:r>
        <w:rPr>
          <w:rFonts w:ascii="Arial" w:hAnsi="Arial"/>
        </w:rPr>
        <w:t>the</w:t>
      </w:r>
      <w:proofErr w:type="spellEnd"/>
      <w:r>
        <w:rPr>
          <w:rFonts w:ascii="Arial" w:hAnsi="Arial"/>
        </w:rPr>
        <w:t xml:space="preserve"> way I was treated changed very </w:t>
      </w:r>
      <w:proofErr w:type="gramStart"/>
      <w:r>
        <w:rPr>
          <w:rFonts w:ascii="Arial" w:hAnsi="Arial"/>
        </w:rPr>
        <w:t>noticeably</w:t>
      </w:r>
      <w:proofErr w:type="gramEnd"/>
    </w:p>
    <w:p w14:paraId="263C09E1" w14:textId="77777777" w:rsidR="00AA2529" w:rsidRDefault="00AA2529">
      <w:pPr>
        <w:spacing w:after="0"/>
      </w:pPr>
    </w:p>
    <w:p w14:paraId="6853B1B6" w14:textId="77777777" w:rsidR="00AA2529" w:rsidRDefault="00A60F39">
      <w:pPr>
        <w:spacing w:after="0"/>
      </w:pPr>
      <w:r>
        <w:rPr>
          <w:rFonts w:ascii="Arial" w:hAnsi="Arial"/>
          <w:b/>
        </w:rPr>
        <w:t xml:space="preserve">Jo Hemmings  </w:t>
      </w:r>
      <w:r>
        <w:rPr>
          <w:rFonts w:ascii="Arial" w:hAnsi="Arial"/>
          <w:color w:val="5D7284"/>
        </w:rPr>
        <w:t>31:08</w:t>
      </w:r>
    </w:p>
    <w:p w14:paraId="6DD57D10" w14:textId="77777777" w:rsidR="00AA2529" w:rsidRDefault="00A60F39">
      <w:pPr>
        <w:spacing w:after="0"/>
      </w:pPr>
      <w:r>
        <w:rPr>
          <w:rFonts w:ascii="Arial" w:hAnsi="Arial"/>
        </w:rPr>
        <w:lastRenderedPageBreak/>
        <w:t>in a good way, or just in a just in a changed way?</w:t>
      </w:r>
    </w:p>
    <w:p w14:paraId="322BC8DF" w14:textId="77777777" w:rsidR="00AA2529" w:rsidRDefault="00AA2529">
      <w:pPr>
        <w:spacing w:after="0"/>
      </w:pPr>
    </w:p>
    <w:p w14:paraId="54C5E8CE" w14:textId="77777777" w:rsidR="00AA2529" w:rsidRDefault="00A60F39">
      <w:pPr>
        <w:spacing w:after="0"/>
      </w:pPr>
      <w:r>
        <w:rPr>
          <w:rFonts w:ascii="Arial" w:hAnsi="Arial"/>
          <w:b/>
        </w:rPr>
        <w:t xml:space="preserve">Alice  </w:t>
      </w:r>
      <w:r>
        <w:rPr>
          <w:rFonts w:ascii="Arial" w:hAnsi="Arial"/>
          <w:color w:val="5D7284"/>
        </w:rPr>
        <w:t>31:13</w:t>
      </w:r>
    </w:p>
    <w:p w14:paraId="4780FFDA" w14:textId="77777777" w:rsidR="00AA2529" w:rsidRDefault="00A60F39">
      <w:pPr>
        <w:spacing w:after="0"/>
      </w:pPr>
      <w:r>
        <w:rPr>
          <w:rFonts w:ascii="Arial" w:hAnsi="Arial"/>
        </w:rPr>
        <w:t xml:space="preserve">both sides of the coin, I'd say, </w:t>
      </w:r>
    </w:p>
    <w:p w14:paraId="3AE41FF1" w14:textId="77777777" w:rsidR="00AA2529" w:rsidRDefault="00AA2529">
      <w:pPr>
        <w:spacing w:after="0"/>
      </w:pPr>
    </w:p>
    <w:p w14:paraId="5CAA40E8" w14:textId="77777777" w:rsidR="00AA2529" w:rsidRDefault="00A60F39">
      <w:pPr>
        <w:spacing w:after="0"/>
      </w:pPr>
      <w:r>
        <w:rPr>
          <w:rFonts w:ascii="Arial" w:hAnsi="Arial"/>
          <w:b/>
        </w:rPr>
        <w:t xml:space="preserve">Jo Hemmings  </w:t>
      </w:r>
      <w:r>
        <w:rPr>
          <w:rFonts w:ascii="Arial" w:hAnsi="Arial"/>
          <w:color w:val="5D7284"/>
        </w:rPr>
        <w:t>31:14</w:t>
      </w:r>
    </w:p>
    <w:p w14:paraId="0A88F4C1" w14:textId="77777777" w:rsidR="00AA2529" w:rsidRDefault="00A60F39">
      <w:pPr>
        <w:spacing w:after="0"/>
      </w:pPr>
      <w:r>
        <w:rPr>
          <w:rFonts w:ascii="Arial" w:hAnsi="Arial"/>
        </w:rPr>
        <w:t>Yeah, I can see that. Yeah</w:t>
      </w:r>
      <w:r>
        <w:rPr>
          <w:rFonts w:ascii="Arial" w:hAnsi="Arial"/>
        </w:rPr>
        <w:t>,</w:t>
      </w:r>
    </w:p>
    <w:p w14:paraId="432235E1" w14:textId="77777777" w:rsidR="00AA2529" w:rsidRDefault="00AA2529">
      <w:pPr>
        <w:spacing w:after="0"/>
      </w:pPr>
    </w:p>
    <w:p w14:paraId="1279C132" w14:textId="77777777" w:rsidR="00AA2529" w:rsidRDefault="00A60F39">
      <w:pPr>
        <w:spacing w:after="0"/>
      </w:pPr>
      <w:r>
        <w:rPr>
          <w:rFonts w:ascii="Arial" w:hAnsi="Arial"/>
          <w:b/>
        </w:rPr>
        <w:t xml:space="preserve">Alice  </w:t>
      </w:r>
      <w:r>
        <w:rPr>
          <w:rFonts w:ascii="Arial" w:hAnsi="Arial"/>
          <w:color w:val="5D7284"/>
        </w:rPr>
        <w:t>31:16</w:t>
      </w:r>
    </w:p>
    <w:p w14:paraId="63F56770" w14:textId="77777777" w:rsidR="00AA2529" w:rsidRDefault="00A60F39">
      <w:pPr>
        <w:spacing w:after="0"/>
      </w:pPr>
      <w:proofErr w:type="gramStart"/>
      <w:r>
        <w:rPr>
          <w:rFonts w:ascii="Arial" w:hAnsi="Arial"/>
        </w:rPr>
        <w:t>definitely a</w:t>
      </w:r>
      <w:proofErr w:type="gramEnd"/>
      <w:r>
        <w:rPr>
          <w:rFonts w:ascii="Arial" w:hAnsi="Arial"/>
        </w:rPr>
        <w:t xml:space="preserve"> lot, I am noticed much more. And people anticipate that I might need assistance and support. And people are more forgiving, I think of, you know, if I trip over something or knock into them or something like that. But I also ge</w:t>
      </w:r>
      <w:r>
        <w:rPr>
          <w:rFonts w:ascii="Arial" w:hAnsi="Arial"/>
        </w:rPr>
        <w:t xml:space="preserve">t stared at and pointed at and I have the same conversation with children </w:t>
      </w:r>
      <w:proofErr w:type="gramStart"/>
      <w:r>
        <w:rPr>
          <w:rFonts w:ascii="Arial" w:hAnsi="Arial"/>
        </w:rPr>
        <w:t>over and over again</w:t>
      </w:r>
      <w:proofErr w:type="gramEnd"/>
      <w:r>
        <w:rPr>
          <w:rFonts w:ascii="Arial" w:hAnsi="Arial"/>
        </w:rPr>
        <w:t xml:space="preserve"> about how she's a special dog and nah, nah, nah... And it's fine,  I think it's quite nice, I suppose for kids. to know </w:t>
      </w:r>
      <w:proofErr w:type="spellStart"/>
      <w:r>
        <w:rPr>
          <w:rFonts w:ascii="Arial" w:hAnsi="Arial"/>
        </w:rPr>
        <w:t>thathow</w:t>
      </w:r>
      <w:proofErr w:type="spellEnd"/>
      <w:r>
        <w:rPr>
          <w:rFonts w:ascii="Arial" w:hAnsi="Arial"/>
        </w:rPr>
        <w:t xml:space="preserve"> amazing you know, guide dogs are. </w:t>
      </w:r>
      <w:r>
        <w:rPr>
          <w:rFonts w:ascii="Arial" w:hAnsi="Arial"/>
        </w:rPr>
        <w:t xml:space="preserve">No, no </w:t>
      </w:r>
      <w:proofErr w:type="spellStart"/>
      <w:r>
        <w:rPr>
          <w:rFonts w:ascii="Arial" w:hAnsi="Arial"/>
        </w:rPr>
        <w:t>no</w:t>
      </w:r>
      <w:proofErr w:type="spellEnd"/>
      <w:r>
        <w:rPr>
          <w:rFonts w:ascii="Arial" w:hAnsi="Arial"/>
        </w:rPr>
        <w:t xml:space="preserve">, </w:t>
      </w:r>
      <w:proofErr w:type="gramStart"/>
      <w:r>
        <w:rPr>
          <w:rFonts w:ascii="Arial" w:hAnsi="Arial"/>
        </w:rPr>
        <w:t>but,</w:t>
      </w:r>
      <w:proofErr w:type="gramEnd"/>
      <w:r>
        <w:rPr>
          <w:rFonts w:ascii="Arial" w:hAnsi="Arial"/>
        </w:rPr>
        <w:t xml:space="preserve"> it's. Yeah. And I will always have those conversations with kids. I think once you hit Like, if you're if you're like in your </w:t>
      </w:r>
      <w:proofErr w:type="spellStart"/>
      <w:r>
        <w:rPr>
          <w:rFonts w:ascii="Arial" w:hAnsi="Arial"/>
        </w:rPr>
        <w:t>mid 20s</w:t>
      </w:r>
      <w:proofErr w:type="spellEnd"/>
      <w:r>
        <w:rPr>
          <w:rFonts w:ascii="Arial" w:hAnsi="Arial"/>
        </w:rPr>
        <w:t xml:space="preserve">, I started to think it this is not cute anymore. You can go and learn for yourself don't ask me questions </w:t>
      </w:r>
      <w:r>
        <w:rPr>
          <w:rFonts w:ascii="Arial" w:hAnsi="Arial"/>
        </w:rPr>
        <w:t>in the street.</w:t>
      </w:r>
    </w:p>
    <w:p w14:paraId="588E3071" w14:textId="77777777" w:rsidR="00AA2529" w:rsidRDefault="00AA2529">
      <w:pPr>
        <w:spacing w:after="0"/>
      </w:pPr>
    </w:p>
    <w:p w14:paraId="61E54972" w14:textId="77777777" w:rsidR="00AA2529" w:rsidRDefault="00A60F39">
      <w:pPr>
        <w:spacing w:after="0"/>
      </w:pPr>
      <w:r>
        <w:rPr>
          <w:rFonts w:ascii="Arial" w:hAnsi="Arial"/>
          <w:b/>
        </w:rPr>
        <w:t xml:space="preserve">Lucy  </w:t>
      </w:r>
      <w:r>
        <w:rPr>
          <w:rFonts w:ascii="Arial" w:hAnsi="Arial"/>
          <w:color w:val="5D7284"/>
        </w:rPr>
        <w:t>32:09</w:t>
      </w:r>
    </w:p>
    <w:p w14:paraId="343F97EC" w14:textId="77777777" w:rsidR="00AA2529" w:rsidRDefault="00A60F39">
      <w:pPr>
        <w:spacing w:after="0"/>
      </w:pPr>
      <w:r>
        <w:rPr>
          <w:rFonts w:ascii="Arial" w:hAnsi="Arial"/>
        </w:rPr>
        <w:t>[laughs] Yeah,</w:t>
      </w:r>
    </w:p>
    <w:p w14:paraId="06B3F5BB" w14:textId="77777777" w:rsidR="00AA2529" w:rsidRDefault="00AA2529">
      <w:pPr>
        <w:spacing w:after="0"/>
      </w:pPr>
    </w:p>
    <w:p w14:paraId="40E6B4DD" w14:textId="77777777" w:rsidR="00AA2529" w:rsidRDefault="00A60F39">
      <w:pPr>
        <w:spacing w:after="0"/>
      </w:pPr>
      <w:r>
        <w:rPr>
          <w:rFonts w:ascii="Arial" w:hAnsi="Arial"/>
          <w:b/>
        </w:rPr>
        <w:t xml:space="preserve">Jo Hemmings  </w:t>
      </w:r>
      <w:r>
        <w:rPr>
          <w:rFonts w:ascii="Arial" w:hAnsi="Arial"/>
          <w:color w:val="5D7284"/>
        </w:rPr>
        <w:t>32:09</w:t>
      </w:r>
    </w:p>
    <w:p w14:paraId="6DB56962" w14:textId="77777777" w:rsidR="00AA2529" w:rsidRDefault="00A60F39">
      <w:pPr>
        <w:spacing w:after="0"/>
      </w:pPr>
      <w:r>
        <w:rPr>
          <w:rFonts w:ascii="Arial" w:hAnsi="Arial"/>
        </w:rPr>
        <w:t xml:space="preserve">Yeah, </w:t>
      </w:r>
      <w:proofErr w:type="gramStart"/>
      <w:r>
        <w:rPr>
          <w:rFonts w:ascii="Arial" w:hAnsi="Arial"/>
        </w:rPr>
        <w:t>yeah</w:t>
      </w:r>
      <w:proofErr w:type="gramEnd"/>
      <w:r>
        <w:rPr>
          <w:rFonts w:ascii="Arial" w:hAnsi="Arial"/>
        </w:rPr>
        <w:t xml:space="preserve"> I sort of agree and it's just...</w:t>
      </w:r>
    </w:p>
    <w:p w14:paraId="6398D268" w14:textId="77777777" w:rsidR="00AA2529" w:rsidRDefault="00AA2529">
      <w:pPr>
        <w:spacing w:after="0"/>
      </w:pPr>
    </w:p>
    <w:p w14:paraId="78CCB8B8" w14:textId="77777777" w:rsidR="00AA2529" w:rsidRDefault="00A60F39">
      <w:pPr>
        <w:spacing w:after="0"/>
      </w:pPr>
      <w:r>
        <w:rPr>
          <w:rFonts w:ascii="Arial" w:hAnsi="Arial"/>
          <w:b/>
        </w:rPr>
        <w:t xml:space="preserve">Lucy  </w:t>
      </w:r>
      <w:r>
        <w:rPr>
          <w:rFonts w:ascii="Arial" w:hAnsi="Arial"/>
          <w:color w:val="5D7284"/>
        </w:rPr>
        <w:t>32:14</w:t>
      </w:r>
    </w:p>
    <w:p w14:paraId="60D75BFC" w14:textId="77777777" w:rsidR="00AA2529" w:rsidRDefault="00A60F39">
      <w:pPr>
        <w:spacing w:after="0"/>
      </w:pPr>
      <w:r>
        <w:rPr>
          <w:rFonts w:ascii="Arial" w:hAnsi="Arial"/>
        </w:rPr>
        <w:t xml:space="preserve">Sometimes I do feel that having a laminated sheet, of, here's </w:t>
      </w:r>
      <w:proofErr w:type="gramStart"/>
      <w:r>
        <w:rPr>
          <w:rFonts w:ascii="Arial" w:hAnsi="Arial"/>
        </w:rPr>
        <w:t>a,</w:t>
      </w:r>
      <w:proofErr w:type="gramEnd"/>
      <w:r>
        <w:rPr>
          <w:rFonts w:ascii="Arial" w:hAnsi="Arial"/>
        </w:rPr>
        <w:t xml:space="preserve"> question - here's  a frequently asked questions.</w:t>
      </w:r>
    </w:p>
    <w:p w14:paraId="40F0B72D" w14:textId="77777777" w:rsidR="00AA2529" w:rsidRDefault="00AA2529">
      <w:pPr>
        <w:spacing w:after="0"/>
      </w:pPr>
    </w:p>
    <w:p w14:paraId="6DB01103" w14:textId="77777777" w:rsidR="00AA2529" w:rsidRDefault="00A60F39">
      <w:pPr>
        <w:spacing w:after="0"/>
      </w:pPr>
      <w:r>
        <w:rPr>
          <w:rFonts w:ascii="Arial" w:hAnsi="Arial"/>
          <w:b/>
        </w:rPr>
        <w:t xml:space="preserve">Jo Hemmings  </w:t>
      </w:r>
      <w:r>
        <w:rPr>
          <w:rFonts w:ascii="Arial" w:hAnsi="Arial"/>
          <w:color w:val="5D7284"/>
        </w:rPr>
        <w:t>32:22</w:t>
      </w:r>
    </w:p>
    <w:p w14:paraId="16898DDD" w14:textId="77777777" w:rsidR="00AA2529" w:rsidRDefault="00A60F39">
      <w:pPr>
        <w:spacing w:after="0"/>
      </w:pPr>
      <w:r>
        <w:rPr>
          <w:rFonts w:ascii="Arial" w:hAnsi="Arial"/>
        </w:rPr>
        <w:t xml:space="preserve">Get yourself a little booklet and just hand them out! All questions asked... I know, I have a friend who, umm, is extremely slightly sighted, you know, has </w:t>
      </w:r>
      <w:proofErr w:type="gramStart"/>
      <w:r>
        <w:rPr>
          <w:rFonts w:ascii="Arial" w:hAnsi="Arial"/>
        </w:rPr>
        <w:t>really poor</w:t>
      </w:r>
      <w:proofErr w:type="gramEnd"/>
      <w:r>
        <w:rPr>
          <w:rFonts w:ascii="Arial" w:hAnsi="Arial"/>
        </w:rPr>
        <w:t xml:space="preserve"> eyesight and uses a white stick and she says people always shoving ac</w:t>
      </w:r>
      <w:r>
        <w:rPr>
          <w:rFonts w:ascii="Arial" w:hAnsi="Arial"/>
        </w:rPr>
        <w:t xml:space="preserve">ross roads, which he doesn't necessarily want to cross. </w:t>
      </w:r>
    </w:p>
    <w:p w14:paraId="36140ECF" w14:textId="77777777" w:rsidR="00AA2529" w:rsidRDefault="00AA2529">
      <w:pPr>
        <w:spacing w:after="0"/>
      </w:pPr>
    </w:p>
    <w:p w14:paraId="3A88E587" w14:textId="77777777" w:rsidR="00AA2529" w:rsidRDefault="00A60F39">
      <w:pPr>
        <w:spacing w:after="0"/>
      </w:pPr>
      <w:r>
        <w:rPr>
          <w:rFonts w:ascii="Arial" w:hAnsi="Arial"/>
          <w:b/>
        </w:rPr>
        <w:t xml:space="preserve">Alice  </w:t>
      </w:r>
      <w:r>
        <w:rPr>
          <w:rFonts w:ascii="Arial" w:hAnsi="Arial"/>
          <w:color w:val="5D7284"/>
        </w:rPr>
        <w:t>32:22</w:t>
      </w:r>
    </w:p>
    <w:p w14:paraId="30DA4D14" w14:textId="77777777" w:rsidR="00AA2529" w:rsidRDefault="00A60F39">
      <w:pPr>
        <w:spacing w:after="0"/>
      </w:pPr>
      <w:r>
        <w:rPr>
          <w:rFonts w:ascii="Arial" w:hAnsi="Arial"/>
        </w:rPr>
        <w:t>Yes! No.</w:t>
      </w:r>
    </w:p>
    <w:p w14:paraId="41CBB45C" w14:textId="77777777" w:rsidR="00AA2529" w:rsidRDefault="00AA2529">
      <w:pPr>
        <w:spacing w:after="0"/>
      </w:pPr>
    </w:p>
    <w:p w14:paraId="3ED2FAD3" w14:textId="77777777" w:rsidR="00AA2529" w:rsidRDefault="00A60F39">
      <w:pPr>
        <w:spacing w:after="0"/>
      </w:pPr>
      <w:r>
        <w:rPr>
          <w:rFonts w:ascii="Arial" w:hAnsi="Arial"/>
          <w:b/>
        </w:rPr>
        <w:t xml:space="preserve">Jo Hemmings  </w:t>
      </w:r>
      <w:r>
        <w:rPr>
          <w:rFonts w:ascii="Arial" w:hAnsi="Arial"/>
          <w:color w:val="5D7284"/>
        </w:rPr>
        <w:t>32:43</w:t>
      </w:r>
    </w:p>
    <w:p w14:paraId="3EED3C7B" w14:textId="77777777" w:rsidR="00AA2529" w:rsidRDefault="00A60F39">
      <w:pPr>
        <w:spacing w:after="0"/>
      </w:pPr>
      <w:r>
        <w:rPr>
          <w:rFonts w:ascii="Arial" w:hAnsi="Arial"/>
        </w:rPr>
        <w:t xml:space="preserve">She's sort of standing there for a second and thinking and they take you by the arm and she didn't really want to cross! She'd only pause for a </w:t>
      </w:r>
      <w:r>
        <w:rPr>
          <w:rFonts w:ascii="Arial" w:hAnsi="Arial"/>
        </w:rPr>
        <w:t>second.</w:t>
      </w:r>
    </w:p>
    <w:p w14:paraId="2E360DA1" w14:textId="77777777" w:rsidR="00AA2529" w:rsidRDefault="00AA2529">
      <w:pPr>
        <w:spacing w:after="0"/>
      </w:pPr>
    </w:p>
    <w:p w14:paraId="6AB5B63F" w14:textId="77777777" w:rsidR="00AA2529" w:rsidRDefault="00A60F39">
      <w:pPr>
        <w:spacing w:after="0"/>
      </w:pPr>
      <w:r>
        <w:rPr>
          <w:rFonts w:ascii="Arial" w:hAnsi="Arial"/>
          <w:b/>
        </w:rPr>
        <w:t xml:space="preserve">Lucy  </w:t>
      </w:r>
      <w:r>
        <w:rPr>
          <w:rFonts w:ascii="Arial" w:hAnsi="Arial"/>
          <w:color w:val="5D7284"/>
        </w:rPr>
        <w:t>32:43</w:t>
      </w:r>
    </w:p>
    <w:p w14:paraId="581D8A25" w14:textId="77777777" w:rsidR="00AA2529" w:rsidRDefault="00A60F39">
      <w:pPr>
        <w:spacing w:after="0"/>
      </w:pPr>
      <w:r>
        <w:rPr>
          <w:rFonts w:ascii="Arial" w:hAnsi="Arial"/>
        </w:rPr>
        <w:t>[laughs]</w:t>
      </w:r>
    </w:p>
    <w:p w14:paraId="00497F91" w14:textId="77777777" w:rsidR="00AA2529" w:rsidRDefault="00AA2529">
      <w:pPr>
        <w:spacing w:after="0"/>
      </w:pPr>
    </w:p>
    <w:p w14:paraId="1EAF9427" w14:textId="77777777" w:rsidR="00AA2529" w:rsidRDefault="00A60F39">
      <w:pPr>
        <w:spacing w:after="0"/>
      </w:pPr>
      <w:r>
        <w:rPr>
          <w:rFonts w:ascii="Arial" w:hAnsi="Arial"/>
          <w:b/>
        </w:rPr>
        <w:t xml:space="preserve">Alice  </w:t>
      </w:r>
      <w:r>
        <w:rPr>
          <w:rFonts w:ascii="Arial" w:hAnsi="Arial"/>
          <w:color w:val="5D7284"/>
        </w:rPr>
        <w:t>32:51</w:t>
      </w:r>
    </w:p>
    <w:p w14:paraId="50D351AB" w14:textId="77777777" w:rsidR="00AA2529" w:rsidRDefault="00A60F39">
      <w:pPr>
        <w:spacing w:after="0"/>
      </w:pPr>
      <w:r>
        <w:rPr>
          <w:rFonts w:ascii="Arial" w:hAnsi="Arial"/>
        </w:rPr>
        <w:lastRenderedPageBreak/>
        <w:t xml:space="preserve">Yep. Yep. I have literally stood on corners </w:t>
      </w:r>
      <w:proofErr w:type="gramStart"/>
      <w:r>
        <w:rPr>
          <w:rFonts w:ascii="Arial" w:hAnsi="Arial"/>
        </w:rPr>
        <w:t>before</w:t>
      </w:r>
      <w:proofErr w:type="gramEnd"/>
      <w:r>
        <w:rPr>
          <w:rFonts w:ascii="Arial" w:hAnsi="Arial"/>
        </w:rPr>
        <w:t xml:space="preserve"> and people have come up and taken my arm and gone come on it's safe to cross and I've </w:t>
      </w:r>
      <w:proofErr w:type="spellStart"/>
      <w:r>
        <w:rPr>
          <w:rFonts w:ascii="Arial" w:hAnsi="Arial"/>
        </w:rPr>
        <w:t>go</w:t>
      </w:r>
      <w:proofErr w:type="spellEnd"/>
      <w:r>
        <w:rPr>
          <w:rFonts w:ascii="Arial" w:hAnsi="Arial"/>
        </w:rPr>
        <w:t xml:space="preserve"> no I'm meeting my husband! What are you doing? [laughing]</w:t>
      </w:r>
    </w:p>
    <w:p w14:paraId="55F0E982" w14:textId="77777777" w:rsidR="00AA2529" w:rsidRDefault="00AA2529">
      <w:pPr>
        <w:spacing w:after="0"/>
      </w:pPr>
    </w:p>
    <w:p w14:paraId="163AF8A5" w14:textId="77777777" w:rsidR="00AA2529" w:rsidRDefault="00A60F39">
      <w:pPr>
        <w:spacing w:after="0"/>
      </w:pPr>
      <w:r>
        <w:rPr>
          <w:rFonts w:ascii="Arial" w:hAnsi="Arial"/>
          <w:b/>
        </w:rPr>
        <w:t xml:space="preserve">Jo Hemmings  </w:t>
      </w:r>
      <w:r>
        <w:rPr>
          <w:rFonts w:ascii="Arial" w:hAnsi="Arial"/>
          <w:color w:val="5D7284"/>
        </w:rPr>
        <w:t>32:59</w:t>
      </w:r>
    </w:p>
    <w:p w14:paraId="6F61924D" w14:textId="77777777" w:rsidR="00AA2529" w:rsidRDefault="00A60F39">
      <w:pPr>
        <w:spacing w:after="0"/>
      </w:pPr>
      <w:r>
        <w:rPr>
          <w:rFonts w:ascii="Arial" w:hAnsi="Arial"/>
        </w:rPr>
        <w:t>I know! I don't want to cross. I wanna have my coffee or whatever it is.</w:t>
      </w:r>
    </w:p>
    <w:p w14:paraId="0D36954D" w14:textId="77777777" w:rsidR="00AA2529" w:rsidRDefault="00AA2529">
      <w:pPr>
        <w:spacing w:after="0"/>
      </w:pPr>
    </w:p>
    <w:p w14:paraId="020A723C" w14:textId="77777777" w:rsidR="00AA2529" w:rsidRDefault="00A60F39">
      <w:pPr>
        <w:spacing w:after="0"/>
      </w:pPr>
      <w:r>
        <w:rPr>
          <w:rFonts w:ascii="Arial" w:hAnsi="Arial"/>
          <w:b/>
        </w:rPr>
        <w:t xml:space="preserve">Lucy  </w:t>
      </w:r>
      <w:r>
        <w:rPr>
          <w:rFonts w:ascii="Arial" w:hAnsi="Arial"/>
          <w:color w:val="5D7284"/>
        </w:rPr>
        <w:t>33:04</w:t>
      </w:r>
    </w:p>
    <w:p w14:paraId="65CD114E" w14:textId="77777777" w:rsidR="00AA2529" w:rsidRDefault="00A60F39">
      <w:pPr>
        <w:spacing w:after="0"/>
      </w:pPr>
      <w:r>
        <w:rPr>
          <w:rFonts w:ascii="Arial" w:hAnsi="Arial"/>
        </w:rPr>
        <w:t xml:space="preserve">If my husband sees me crossing the road with another </w:t>
      </w:r>
      <w:proofErr w:type="gramStart"/>
      <w:r>
        <w:rPr>
          <w:rFonts w:ascii="Arial" w:hAnsi="Arial"/>
        </w:rPr>
        <w:t>man</w:t>
      </w:r>
      <w:proofErr w:type="gramEnd"/>
      <w:r>
        <w:rPr>
          <w:rFonts w:ascii="Arial" w:hAnsi="Arial"/>
        </w:rPr>
        <w:t xml:space="preserve"> he's </w:t>
      </w:r>
      <w:proofErr w:type="spellStart"/>
      <w:r>
        <w:rPr>
          <w:rFonts w:ascii="Arial" w:hAnsi="Arial"/>
        </w:rPr>
        <w:t>gonna</w:t>
      </w:r>
      <w:proofErr w:type="spellEnd"/>
      <w:r>
        <w:rPr>
          <w:rFonts w:ascii="Arial" w:hAnsi="Arial"/>
        </w:rPr>
        <w:t xml:space="preserve"> think what's going on here?</w:t>
      </w:r>
    </w:p>
    <w:p w14:paraId="071DCF4F" w14:textId="77777777" w:rsidR="00AA2529" w:rsidRDefault="00AA2529">
      <w:pPr>
        <w:spacing w:after="0"/>
      </w:pPr>
    </w:p>
    <w:p w14:paraId="1DA6B862" w14:textId="77777777" w:rsidR="00AA2529" w:rsidRDefault="00A60F39">
      <w:pPr>
        <w:spacing w:after="0"/>
      </w:pPr>
      <w:r>
        <w:rPr>
          <w:rFonts w:ascii="Arial" w:hAnsi="Arial"/>
          <w:b/>
        </w:rPr>
        <w:t xml:space="preserve">all  </w:t>
      </w:r>
      <w:r>
        <w:rPr>
          <w:rFonts w:ascii="Arial" w:hAnsi="Arial"/>
          <w:color w:val="5D7284"/>
        </w:rPr>
        <w:t>33:10</w:t>
      </w:r>
    </w:p>
    <w:p w14:paraId="1FFC414C" w14:textId="77777777" w:rsidR="00AA2529" w:rsidRDefault="00A60F39">
      <w:pPr>
        <w:spacing w:after="0"/>
      </w:pPr>
      <w:r>
        <w:rPr>
          <w:rFonts w:ascii="Arial" w:hAnsi="Arial"/>
        </w:rPr>
        <w:t>[laughter]</w:t>
      </w:r>
    </w:p>
    <w:p w14:paraId="2B61D534" w14:textId="77777777" w:rsidR="00AA2529" w:rsidRDefault="00AA2529">
      <w:pPr>
        <w:spacing w:after="0"/>
      </w:pPr>
    </w:p>
    <w:p w14:paraId="633D0880" w14:textId="77777777" w:rsidR="00AA2529" w:rsidRDefault="00A60F39">
      <w:pPr>
        <w:spacing w:after="0"/>
      </w:pPr>
      <w:r>
        <w:rPr>
          <w:rFonts w:ascii="Arial" w:hAnsi="Arial"/>
          <w:b/>
        </w:rPr>
        <w:t xml:space="preserve">Jo Hemmings  </w:t>
      </w:r>
      <w:r>
        <w:rPr>
          <w:rFonts w:ascii="Arial" w:hAnsi="Arial"/>
          <w:color w:val="5D7284"/>
        </w:rPr>
        <w:t>33:10</w:t>
      </w:r>
    </w:p>
    <w:p w14:paraId="377C03D2" w14:textId="77777777" w:rsidR="00AA2529" w:rsidRDefault="00A60F39">
      <w:pPr>
        <w:spacing w:after="0"/>
      </w:pPr>
      <w:r>
        <w:rPr>
          <w:rFonts w:ascii="Arial" w:hAnsi="Arial"/>
        </w:rPr>
        <w:t>It's so, it's people just</w:t>
      </w:r>
      <w:r>
        <w:rPr>
          <w:rFonts w:ascii="Arial" w:hAnsi="Arial"/>
        </w:rPr>
        <w:t xml:space="preserve"> being kind, but I can understand how that gets a bit sort of like... I get little kids, one of my favourite ones of all time this little, I walked past this little kid. And he was with his mum. And he looked at his mum and he looked at me and he said, Mum</w:t>
      </w:r>
      <w:r>
        <w:rPr>
          <w:rFonts w:ascii="Arial" w:hAnsi="Arial"/>
        </w:rPr>
        <w:t xml:space="preserve">my, is that woman a transformer? I was like, no but that sounds </w:t>
      </w:r>
      <w:proofErr w:type="gramStart"/>
      <w:r>
        <w:rPr>
          <w:rFonts w:ascii="Arial" w:hAnsi="Arial"/>
        </w:rPr>
        <w:t>pretty cool</w:t>
      </w:r>
      <w:proofErr w:type="gramEnd"/>
      <w:r>
        <w:rPr>
          <w:rFonts w:ascii="Arial" w:hAnsi="Arial"/>
        </w:rPr>
        <w:t xml:space="preserve">. Oh, I'll use that. Exactly! </w:t>
      </w:r>
    </w:p>
    <w:p w14:paraId="2BAB69A7" w14:textId="77777777" w:rsidR="00AA2529" w:rsidRDefault="00AA2529">
      <w:pPr>
        <w:spacing w:after="0"/>
      </w:pPr>
    </w:p>
    <w:p w14:paraId="6A0107C1" w14:textId="77777777" w:rsidR="00AA2529" w:rsidRDefault="00A60F39">
      <w:pPr>
        <w:spacing w:after="0"/>
      </w:pPr>
      <w:r>
        <w:rPr>
          <w:rFonts w:ascii="Arial" w:hAnsi="Arial"/>
          <w:b/>
        </w:rPr>
        <w:t xml:space="preserve">Lucy  </w:t>
      </w:r>
      <w:r>
        <w:rPr>
          <w:rFonts w:ascii="Arial" w:hAnsi="Arial"/>
          <w:color w:val="5D7284"/>
        </w:rPr>
        <w:t>33:34</w:t>
      </w:r>
    </w:p>
    <w:p w14:paraId="44935A05" w14:textId="77777777" w:rsidR="00AA2529" w:rsidRDefault="00A60F39">
      <w:pPr>
        <w:spacing w:after="0"/>
      </w:pPr>
      <w:r>
        <w:rPr>
          <w:rFonts w:ascii="Arial" w:hAnsi="Arial"/>
        </w:rPr>
        <w:t>It is amazing.</w:t>
      </w:r>
    </w:p>
    <w:p w14:paraId="63F142AA" w14:textId="77777777" w:rsidR="00AA2529" w:rsidRDefault="00AA2529">
      <w:pPr>
        <w:spacing w:after="0"/>
      </w:pPr>
    </w:p>
    <w:p w14:paraId="39974D39" w14:textId="77777777" w:rsidR="00AA2529" w:rsidRDefault="00A60F39">
      <w:pPr>
        <w:spacing w:after="0"/>
      </w:pPr>
      <w:r>
        <w:rPr>
          <w:rFonts w:ascii="Arial" w:hAnsi="Arial"/>
          <w:b/>
        </w:rPr>
        <w:t xml:space="preserve">Jo Hemmings  </w:t>
      </w:r>
      <w:r>
        <w:rPr>
          <w:rFonts w:ascii="Arial" w:hAnsi="Arial"/>
          <w:color w:val="5D7284"/>
        </w:rPr>
        <w:t>33:34</w:t>
      </w:r>
    </w:p>
    <w:p w14:paraId="7C7A58E6" w14:textId="77777777" w:rsidR="00AA2529" w:rsidRDefault="00A60F39">
      <w:pPr>
        <w:spacing w:after="0"/>
      </w:pPr>
      <w:r>
        <w:rPr>
          <w:rFonts w:ascii="Arial" w:hAnsi="Arial"/>
        </w:rPr>
        <w:t xml:space="preserve">I know  parents get very embarrassed don't they when kids sort of say, just what kids say when </w:t>
      </w:r>
      <w:r>
        <w:rPr>
          <w:rFonts w:ascii="Arial" w:hAnsi="Arial"/>
        </w:rPr>
        <w:t xml:space="preserve">it's like their interpretation of it without the kind of Oh I've got to be </w:t>
      </w:r>
      <w:proofErr w:type="gramStart"/>
      <w:r>
        <w:rPr>
          <w:rFonts w:ascii="Arial" w:hAnsi="Arial"/>
        </w:rPr>
        <w:t>really careful</w:t>
      </w:r>
      <w:proofErr w:type="gramEnd"/>
      <w:r>
        <w:rPr>
          <w:rFonts w:ascii="Arial" w:hAnsi="Arial"/>
        </w:rPr>
        <w:t xml:space="preserve">! Yeah, yeah, yeah. I just makes me feel </w:t>
      </w:r>
      <w:proofErr w:type="gramStart"/>
      <w:r>
        <w:rPr>
          <w:rFonts w:ascii="Arial" w:hAnsi="Arial"/>
        </w:rPr>
        <w:t>very, very sad</w:t>
      </w:r>
      <w:proofErr w:type="gramEnd"/>
      <w:r>
        <w:rPr>
          <w:rFonts w:ascii="Arial" w:hAnsi="Arial"/>
        </w:rPr>
        <w:t xml:space="preserve"> when I - and I still see it now occasionally not as bad as I used to. But you do get the odd parent who still w</w:t>
      </w:r>
      <w:r>
        <w:rPr>
          <w:rFonts w:ascii="Arial" w:hAnsi="Arial"/>
        </w:rPr>
        <w:t xml:space="preserve">ill snatch their child away and go Come along. We don't talk to people like that. And you think Oh, </w:t>
      </w:r>
      <w:proofErr w:type="spellStart"/>
      <w:r>
        <w:rPr>
          <w:rFonts w:ascii="Arial" w:hAnsi="Arial"/>
        </w:rPr>
        <w:t>i</w:t>
      </w:r>
      <w:proofErr w:type="spellEnd"/>
      <w:r>
        <w:rPr>
          <w:rFonts w:ascii="Arial" w:hAnsi="Arial"/>
        </w:rPr>
        <w:t xml:space="preserve"> </w:t>
      </w:r>
      <w:proofErr w:type="spellStart"/>
      <w:r>
        <w:rPr>
          <w:rFonts w:ascii="Arial" w:hAnsi="Arial"/>
        </w:rPr>
        <w:t>csnt</w:t>
      </w:r>
      <w:proofErr w:type="spellEnd"/>
      <w:r>
        <w:rPr>
          <w:rFonts w:ascii="Arial" w:hAnsi="Arial"/>
        </w:rPr>
        <w:t xml:space="preserve"> believe that still happens?!</w:t>
      </w:r>
    </w:p>
    <w:p w14:paraId="7CB15D8C" w14:textId="77777777" w:rsidR="00AA2529" w:rsidRDefault="00AA2529">
      <w:pPr>
        <w:spacing w:after="0"/>
      </w:pPr>
    </w:p>
    <w:p w14:paraId="3B5EB693" w14:textId="77777777" w:rsidR="00AA2529" w:rsidRDefault="00A60F39">
      <w:pPr>
        <w:spacing w:after="0"/>
      </w:pPr>
      <w:r>
        <w:rPr>
          <w:rFonts w:ascii="Arial" w:hAnsi="Arial"/>
          <w:b/>
        </w:rPr>
        <w:t xml:space="preserve">Lucy  </w:t>
      </w:r>
      <w:r>
        <w:rPr>
          <w:rFonts w:ascii="Arial" w:hAnsi="Arial"/>
          <w:color w:val="5D7284"/>
        </w:rPr>
        <w:t>34:02</w:t>
      </w:r>
    </w:p>
    <w:p w14:paraId="3B8F02D7" w14:textId="77777777" w:rsidR="00AA2529" w:rsidRDefault="00A60F39">
      <w:pPr>
        <w:spacing w:after="0"/>
      </w:pPr>
      <w:r>
        <w:rPr>
          <w:rFonts w:ascii="Arial" w:hAnsi="Arial"/>
        </w:rPr>
        <w:t>Yeah, yes.</w:t>
      </w:r>
    </w:p>
    <w:p w14:paraId="786CB8FC" w14:textId="77777777" w:rsidR="00AA2529" w:rsidRDefault="00AA2529">
      <w:pPr>
        <w:spacing w:after="0"/>
      </w:pPr>
    </w:p>
    <w:p w14:paraId="7E01954D" w14:textId="77777777" w:rsidR="00AA2529" w:rsidRDefault="00A60F39">
      <w:pPr>
        <w:spacing w:after="0"/>
      </w:pPr>
      <w:r>
        <w:rPr>
          <w:rFonts w:ascii="Arial" w:hAnsi="Arial"/>
          <w:b/>
        </w:rPr>
        <w:t xml:space="preserve">Jo Hemmings  </w:t>
      </w:r>
      <w:r>
        <w:rPr>
          <w:rFonts w:ascii="Arial" w:hAnsi="Arial"/>
          <w:color w:val="5D7284"/>
        </w:rPr>
        <w:t>34:03</w:t>
      </w:r>
    </w:p>
    <w:p w14:paraId="1DC9B19F" w14:textId="77777777" w:rsidR="00AA2529" w:rsidRDefault="00A60F39">
      <w:pPr>
        <w:spacing w:after="0"/>
      </w:pPr>
      <w:proofErr w:type="spellStart"/>
      <w:r>
        <w:rPr>
          <w:rFonts w:ascii="Arial" w:hAnsi="Arial"/>
        </w:rPr>
        <w:t>i</w:t>
      </w:r>
      <w:proofErr w:type="spellEnd"/>
      <w:r>
        <w:rPr>
          <w:rFonts w:ascii="Arial" w:hAnsi="Arial"/>
        </w:rPr>
        <w:t xml:space="preserve"> can't believe the ignorance of some </w:t>
      </w:r>
      <w:proofErr w:type="gramStart"/>
      <w:r>
        <w:rPr>
          <w:rFonts w:ascii="Arial" w:hAnsi="Arial"/>
        </w:rPr>
        <w:t>people?</w:t>
      </w:r>
      <w:proofErr w:type="gramEnd"/>
      <w:r>
        <w:rPr>
          <w:rFonts w:ascii="Arial" w:hAnsi="Arial"/>
        </w:rPr>
        <w:t xml:space="preserve"> What, like you're infectious?!</w:t>
      </w:r>
      <w:r>
        <w:rPr>
          <w:rFonts w:ascii="Arial" w:hAnsi="Arial"/>
        </w:rPr>
        <w:t xml:space="preserve">  </w:t>
      </w:r>
      <w:proofErr w:type="gramStart"/>
      <w:r>
        <w:rPr>
          <w:rFonts w:ascii="Arial" w:hAnsi="Arial"/>
        </w:rPr>
        <w:t>loke</w:t>
      </w:r>
      <w:proofErr w:type="gramEnd"/>
      <w:r>
        <w:rPr>
          <w:rFonts w:ascii="Arial" w:hAnsi="Arial"/>
        </w:rPr>
        <w:t xml:space="preserve"> they get to close they might catch Cerebral Palsy I know.</w:t>
      </w:r>
    </w:p>
    <w:p w14:paraId="5DAFE3F9" w14:textId="77777777" w:rsidR="00AA2529" w:rsidRDefault="00AA2529">
      <w:pPr>
        <w:spacing w:after="0"/>
      </w:pPr>
    </w:p>
    <w:p w14:paraId="3FC99EAD" w14:textId="77777777" w:rsidR="00AA2529" w:rsidRDefault="00A60F39">
      <w:pPr>
        <w:spacing w:after="0"/>
      </w:pPr>
      <w:r>
        <w:rPr>
          <w:rFonts w:ascii="Arial" w:hAnsi="Arial"/>
          <w:b/>
        </w:rPr>
        <w:t xml:space="preserve">Alice  </w:t>
      </w:r>
      <w:r>
        <w:rPr>
          <w:rFonts w:ascii="Arial" w:hAnsi="Arial"/>
          <w:color w:val="5D7284"/>
        </w:rPr>
        <w:t>34:14</w:t>
      </w:r>
    </w:p>
    <w:p w14:paraId="34D916CF" w14:textId="77777777" w:rsidR="00AA2529" w:rsidRDefault="00A60F39">
      <w:pPr>
        <w:spacing w:after="0"/>
      </w:pPr>
      <w:r>
        <w:rPr>
          <w:rFonts w:ascii="Arial" w:hAnsi="Arial"/>
        </w:rPr>
        <w:t>And that would be the thing is, you know, if these parents were seeing people like Lucy, on their TV screens, it just it just demystifies it a little bit, doesn't it and makes i</w:t>
      </w:r>
      <w:r>
        <w:rPr>
          <w:rFonts w:ascii="Arial" w:hAnsi="Arial"/>
        </w:rPr>
        <w:t xml:space="preserve">t less of a Oh my god, what's wrong with that person? And you just kind of you know, as </w:t>
      </w:r>
      <w:proofErr w:type="spellStart"/>
      <w:r>
        <w:rPr>
          <w:rFonts w:ascii="Arial" w:hAnsi="Arial"/>
        </w:rPr>
        <w:t>as</w:t>
      </w:r>
      <w:proofErr w:type="spellEnd"/>
      <w:r>
        <w:rPr>
          <w:rFonts w:ascii="Arial" w:hAnsi="Arial"/>
        </w:rPr>
        <w:t xml:space="preserve"> human beings, we are usually kind of, we avoid the things we don't, that we don't understand and that are different from what we know. But</w:t>
      </w:r>
    </w:p>
    <w:p w14:paraId="074CD360" w14:textId="77777777" w:rsidR="00AA2529" w:rsidRDefault="00AA2529">
      <w:pPr>
        <w:spacing w:after="0"/>
      </w:pPr>
    </w:p>
    <w:p w14:paraId="2955CAFD" w14:textId="77777777" w:rsidR="00AA2529" w:rsidRDefault="00A60F39">
      <w:pPr>
        <w:spacing w:after="0"/>
      </w:pPr>
      <w:r>
        <w:rPr>
          <w:rFonts w:ascii="Arial" w:hAnsi="Arial"/>
          <w:b/>
        </w:rPr>
        <w:t xml:space="preserve">Lucy  </w:t>
      </w:r>
      <w:r>
        <w:rPr>
          <w:rFonts w:ascii="Arial" w:hAnsi="Arial"/>
          <w:color w:val="5D7284"/>
        </w:rPr>
        <w:t>34:46</w:t>
      </w:r>
    </w:p>
    <w:p w14:paraId="5B591FD4" w14:textId="77777777" w:rsidR="00AA2529" w:rsidRDefault="00A60F39">
      <w:pPr>
        <w:spacing w:after="0"/>
      </w:pPr>
      <w:r>
        <w:rPr>
          <w:rFonts w:ascii="Arial" w:hAnsi="Arial"/>
        </w:rPr>
        <w:t xml:space="preserve">because </w:t>
      </w:r>
      <w:proofErr w:type="spellStart"/>
      <w:r>
        <w:rPr>
          <w:rFonts w:ascii="Arial" w:hAnsi="Arial"/>
        </w:rPr>
        <w:t>its</w:t>
      </w:r>
      <w:proofErr w:type="spellEnd"/>
      <w:r>
        <w:rPr>
          <w:rFonts w:ascii="Arial" w:hAnsi="Arial"/>
        </w:rPr>
        <w:t xml:space="preserve"> s</w:t>
      </w:r>
      <w:r>
        <w:rPr>
          <w:rFonts w:ascii="Arial" w:hAnsi="Arial"/>
        </w:rPr>
        <w:t>cary, I suppose.</w:t>
      </w:r>
    </w:p>
    <w:p w14:paraId="0526F2A4" w14:textId="77777777" w:rsidR="00AA2529" w:rsidRDefault="00AA2529">
      <w:pPr>
        <w:spacing w:after="0"/>
      </w:pPr>
    </w:p>
    <w:p w14:paraId="42374343" w14:textId="77777777" w:rsidR="00AA2529" w:rsidRDefault="00A60F39">
      <w:pPr>
        <w:spacing w:after="0"/>
      </w:pPr>
      <w:r>
        <w:rPr>
          <w:rFonts w:ascii="Arial" w:hAnsi="Arial"/>
          <w:b/>
        </w:rPr>
        <w:t xml:space="preserve">Jo Hemmings  </w:t>
      </w:r>
      <w:r>
        <w:rPr>
          <w:rFonts w:ascii="Arial" w:hAnsi="Arial"/>
          <w:color w:val="5D7284"/>
        </w:rPr>
        <w:t>34:47</w:t>
      </w:r>
    </w:p>
    <w:p w14:paraId="5D1C3855" w14:textId="77777777" w:rsidR="00AA2529" w:rsidRDefault="00A60F39">
      <w:pPr>
        <w:spacing w:after="0"/>
      </w:pPr>
      <w:r>
        <w:rPr>
          <w:rFonts w:ascii="Arial" w:hAnsi="Arial"/>
        </w:rPr>
        <w:t xml:space="preserve">Yeah. In the beginning of the pandemic, because I'm classified as clinically extremely vulnerable because of the drugs that and one managed by </w:t>
      </w:r>
      <w:proofErr w:type="spellStart"/>
      <w:r>
        <w:rPr>
          <w:rFonts w:ascii="Arial" w:hAnsi="Arial"/>
        </w:rPr>
        <w:t>chrons</w:t>
      </w:r>
      <w:proofErr w:type="spellEnd"/>
      <w:r>
        <w:rPr>
          <w:rFonts w:ascii="Arial" w:hAnsi="Arial"/>
        </w:rPr>
        <w:t xml:space="preserve"> because I got a vaccine both my fat Since by beginning of January or </w:t>
      </w:r>
      <w:r>
        <w:rPr>
          <w:rFonts w:ascii="Arial" w:hAnsi="Arial"/>
        </w:rPr>
        <w:t>so they're all at and I trot along, they kept trying to get me in the NHS staff queue and I'm going No, no, it's because I'm CV, and I sent it to a few people. And it's why it's my favourite now to film certain things that I wouldn't have been able to if I</w:t>
      </w:r>
      <w:r>
        <w:rPr>
          <w:rFonts w:ascii="Arial" w:hAnsi="Arial"/>
        </w:rPr>
        <w:t xml:space="preserve"> hadn't had the vaccines, but people always say, Oh, I'm so sorry. I'm so sorry to hear that. But like, I don't know. I said, it's fine. You know, it's fine. It's just one of those things. You know, it doesn't define me. </w:t>
      </w:r>
    </w:p>
    <w:p w14:paraId="1EA9EA4D" w14:textId="77777777" w:rsidR="00AA2529" w:rsidRDefault="00AA2529">
      <w:pPr>
        <w:spacing w:after="0"/>
      </w:pPr>
    </w:p>
    <w:p w14:paraId="778E4225" w14:textId="77777777" w:rsidR="00AA2529" w:rsidRDefault="00A60F39">
      <w:pPr>
        <w:spacing w:after="0"/>
      </w:pPr>
      <w:r>
        <w:rPr>
          <w:rFonts w:ascii="Arial" w:hAnsi="Arial"/>
          <w:b/>
        </w:rPr>
        <w:t xml:space="preserve">Alice  </w:t>
      </w:r>
      <w:r>
        <w:rPr>
          <w:rFonts w:ascii="Arial" w:hAnsi="Arial"/>
          <w:color w:val="5D7284"/>
        </w:rPr>
        <w:t>35:35</w:t>
      </w:r>
    </w:p>
    <w:p w14:paraId="278C6BCC" w14:textId="77777777" w:rsidR="00AA2529" w:rsidRDefault="00A60F39">
      <w:pPr>
        <w:spacing w:after="0"/>
      </w:pPr>
      <w:r>
        <w:rPr>
          <w:rFonts w:ascii="Arial" w:hAnsi="Arial"/>
        </w:rPr>
        <w:t xml:space="preserve">I always love those </w:t>
      </w:r>
      <w:proofErr w:type="spellStart"/>
      <w:r>
        <w:rPr>
          <w:rFonts w:ascii="Arial" w:hAnsi="Arial"/>
        </w:rPr>
        <w:t>those</w:t>
      </w:r>
      <w:proofErr w:type="spellEnd"/>
      <w:r>
        <w:rPr>
          <w:rFonts w:ascii="Arial" w:hAnsi="Arial"/>
        </w:rPr>
        <w:t xml:space="preserve"> reactions, because I sort of want to go, Oh, this is your fault is </w:t>
      </w:r>
      <w:proofErr w:type="gramStart"/>
      <w:r>
        <w:rPr>
          <w:rFonts w:ascii="Arial" w:hAnsi="Arial"/>
        </w:rPr>
        <w:t>it</w:t>
      </w:r>
      <w:proofErr w:type="gramEnd"/>
      <w:r>
        <w:rPr>
          <w:rFonts w:ascii="Arial" w:hAnsi="Arial"/>
        </w:rPr>
        <w:t xml:space="preserve"> </w:t>
      </w:r>
    </w:p>
    <w:p w14:paraId="51102961" w14:textId="77777777" w:rsidR="00AA2529" w:rsidRDefault="00AA2529">
      <w:pPr>
        <w:spacing w:after="0"/>
      </w:pPr>
    </w:p>
    <w:p w14:paraId="741057E2" w14:textId="77777777" w:rsidR="00AA2529" w:rsidRDefault="00A60F39">
      <w:pPr>
        <w:spacing w:after="0"/>
      </w:pPr>
      <w:r>
        <w:rPr>
          <w:rFonts w:ascii="Arial" w:hAnsi="Arial"/>
          <w:b/>
        </w:rPr>
        <w:t xml:space="preserve">Jo Hemmings  </w:t>
      </w:r>
      <w:r>
        <w:rPr>
          <w:rFonts w:ascii="Arial" w:hAnsi="Arial"/>
          <w:color w:val="5D7284"/>
        </w:rPr>
        <w:t>35:50</w:t>
      </w:r>
    </w:p>
    <w:p w14:paraId="32087DA7" w14:textId="77777777" w:rsidR="00AA2529" w:rsidRDefault="00A60F39">
      <w:pPr>
        <w:spacing w:after="0"/>
      </w:pPr>
      <w:r>
        <w:rPr>
          <w:rFonts w:ascii="Arial" w:hAnsi="Arial"/>
        </w:rPr>
        <w:t>But no, I think it's a great thing that, you know, versus arthritis, or doing something like this. Because it just, it just helps doesn't it. I mean, I am alwa</w:t>
      </w:r>
      <w:r>
        <w:rPr>
          <w:rFonts w:ascii="Arial" w:hAnsi="Arial"/>
        </w:rPr>
        <w:t xml:space="preserve">ys really disheartened when you watch things at </w:t>
      </w:r>
      <w:proofErr w:type="spellStart"/>
      <w:r>
        <w:rPr>
          <w:rFonts w:ascii="Arial" w:hAnsi="Arial"/>
        </w:rPr>
        <w:t>Holby</w:t>
      </w:r>
      <w:proofErr w:type="spellEnd"/>
      <w:r>
        <w:rPr>
          <w:rFonts w:ascii="Arial" w:hAnsi="Arial"/>
        </w:rPr>
        <w:t xml:space="preserve"> City, for instance, and it's a holiday to a hospital. And then it's like, spot where's the wheelchair? Where's the... you know,  I know that so sanitizer, if anyone has ever been anyone who's ever been </w:t>
      </w:r>
      <w:r>
        <w:rPr>
          <w:rFonts w:ascii="Arial" w:hAnsi="Arial"/>
        </w:rPr>
        <w:t>in emergency or anything like</w:t>
      </w:r>
    </w:p>
    <w:p w14:paraId="0AC92F96" w14:textId="77777777" w:rsidR="00AA2529" w:rsidRDefault="00AA2529">
      <w:pPr>
        <w:spacing w:after="0"/>
      </w:pPr>
    </w:p>
    <w:p w14:paraId="63333EA5" w14:textId="77777777" w:rsidR="00AA2529" w:rsidRDefault="00A60F39">
      <w:pPr>
        <w:spacing w:after="0"/>
      </w:pPr>
      <w:r>
        <w:rPr>
          <w:rFonts w:ascii="Arial" w:hAnsi="Arial"/>
          <w:b/>
        </w:rPr>
        <w:t xml:space="preserve">Lucy  </w:t>
      </w:r>
      <w:r>
        <w:rPr>
          <w:rFonts w:ascii="Arial" w:hAnsi="Arial"/>
          <w:color w:val="5D7284"/>
        </w:rPr>
        <w:t>36:24</w:t>
      </w:r>
    </w:p>
    <w:p w14:paraId="3FF71FC6" w14:textId="77777777" w:rsidR="00AA2529" w:rsidRDefault="00A60F39">
      <w:pPr>
        <w:spacing w:after="0"/>
      </w:pPr>
      <w:proofErr w:type="gramStart"/>
      <w:r>
        <w:rPr>
          <w:rFonts w:ascii="Arial" w:hAnsi="Arial"/>
        </w:rPr>
        <w:t>Yeah</w:t>
      </w:r>
      <w:proofErr w:type="gramEnd"/>
      <w:r>
        <w:rPr>
          <w:rFonts w:ascii="Arial" w:hAnsi="Arial"/>
        </w:rPr>
        <w:t xml:space="preserve"> everybody's respectful, full nobody's drunk.</w:t>
      </w:r>
    </w:p>
    <w:p w14:paraId="068AD4FC" w14:textId="77777777" w:rsidR="00AA2529" w:rsidRDefault="00AA2529">
      <w:pPr>
        <w:spacing w:after="0"/>
      </w:pPr>
    </w:p>
    <w:p w14:paraId="17198A29" w14:textId="77777777" w:rsidR="00AA2529" w:rsidRDefault="00A60F39">
      <w:pPr>
        <w:spacing w:after="0"/>
      </w:pPr>
      <w:r>
        <w:rPr>
          <w:rFonts w:ascii="Arial" w:hAnsi="Arial"/>
          <w:b/>
        </w:rPr>
        <w:t xml:space="preserve">Alice  </w:t>
      </w:r>
      <w:r>
        <w:rPr>
          <w:rFonts w:ascii="Arial" w:hAnsi="Arial"/>
          <w:color w:val="5D7284"/>
        </w:rPr>
        <w:t>36:28</w:t>
      </w:r>
    </w:p>
    <w:p w14:paraId="49D60CBA" w14:textId="77777777" w:rsidR="00AA2529" w:rsidRDefault="00A60F39">
      <w:pPr>
        <w:spacing w:after="0"/>
      </w:pPr>
      <w:r>
        <w:rPr>
          <w:rFonts w:ascii="Arial" w:hAnsi="Arial"/>
        </w:rPr>
        <w:t xml:space="preserve">I was </w:t>
      </w:r>
      <w:proofErr w:type="spellStart"/>
      <w:r>
        <w:rPr>
          <w:rFonts w:ascii="Arial" w:hAnsi="Arial"/>
        </w:rPr>
        <w:t>gonna</w:t>
      </w:r>
      <w:proofErr w:type="spellEnd"/>
      <w:r>
        <w:rPr>
          <w:rFonts w:ascii="Arial" w:hAnsi="Arial"/>
        </w:rPr>
        <w:t xml:space="preserve"> say, where all the drunk people being escorted out.</w:t>
      </w:r>
    </w:p>
    <w:p w14:paraId="33B32080" w14:textId="77777777" w:rsidR="00AA2529" w:rsidRDefault="00AA2529">
      <w:pPr>
        <w:spacing w:after="0"/>
      </w:pPr>
    </w:p>
    <w:p w14:paraId="79F29BAC" w14:textId="77777777" w:rsidR="00AA2529" w:rsidRDefault="00A60F39">
      <w:pPr>
        <w:spacing w:after="0"/>
      </w:pPr>
      <w:r>
        <w:rPr>
          <w:rFonts w:ascii="Arial" w:hAnsi="Arial"/>
          <w:b/>
        </w:rPr>
        <w:t xml:space="preserve">Jo Hemmings  </w:t>
      </w:r>
      <w:r>
        <w:rPr>
          <w:rFonts w:ascii="Arial" w:hAnsi="Arial"/>
          <w:color w:val="5D7284"/>
        </w:rPr>
        <w:t>36:32</w:t>
      </w:r>
    </w:p>
    <w:p w14:paraId="6B4B1922" w14:textId="77777777" w:rsidR="00AA2529" w:rsidRDefault="00A60F39">
      <w:pPr>
        <w:spacing w:after="0"/>
      </w:pPr>
      <w:r>
        <w:rPr>
          <w:rFonts w:ascii="Arial" w:hAnsi="Arial"/>
        </w:rPr>
        <w:t xml:space="preserve">That's what I'm looking at. Yeah, I guess like, anything that </w:t>
      </w:r>
      <w:r>
        <w:rPr>
          <w:rFonts w:ascii="Arial" w:hAnsi="Arial"/>
        </w:rPr>
        <w:t xml:space="preserve">helps, you know, you know, booster back? I mean, all </w:t>
      </w:r>
      <w:proofErr w:type="spellStart"/>
      <w:r>
        <w:rPr>
          <w:rFonts w:ascii="Arial" w:hAnsi="Arial"/>
        </w:rPr>
        <w:t>Raskin</w:t>
      </w:r>
      <w:proofErr w:type="spellEnd"/>
      <w:r>
        <w:rPr>
          <w:rFonts w:ascii="Arial" w:hAnsi="Arial"/>
        </w:rPr>
        <w:t xml:space="preserve"> is for accurate, right? We don't want like television screens to be full of people with chronic illnesses. </w:t>
      </w:r>
      <w:proofErr w:type="gramStart"/>
      <w:r>
        <w:rPr>
          <w:rFonts w:ascii="Arial" w:hAnsi="Arial"/>
        </w:rPr>
        <w:t>So</w:t>
      </w:r>
      <w:proofErr w:type="gramEnd"/>
      <w:r>
        <w:rPr>
          <w:rFonts w:ascii="Arial" w:hAnsi="Arial"/>
        </w:rPr>
        <w:t xml:space="preserve"> you know, so that's all you ever see No, exactly. I think Amy Holmes did a good job ac</w:t>
      </w:r>
      <w:r>
        <w:rPr>
          <w:rFonts w:ascii="Arial" w:hAnsi="Arial"/>
        </w:rPr>
        <w:t xml:space="preserve">tually admitting his and saying it and you know, still waiting to hear as far as I know, diagnosis, but it </w:t>
      </w:r>
      <w:proofErr w:type="gramStart"/>
      <w:r>
        <w:rPr>
          <w:rFonts w:ascii="Arial" w:hAnsi="Arial"/>
        </w:rPr>
        <w:t>really</w:t>
      </w:r>
      <w:proofErr w:type="gramEnd"/>
      <w:r>
        <w:rPr>
          <w:rFonts w:ascii="Arial" w:hAnsi="Arial"/>
        </w:rPr>
        <w:t xml:space="preserve"> I really saw people pouring out on Twitter  sharing their, their sort of stories. And that's always a good start the feeling that you can say </w:t>
      </w:r>
      <w:r>
        <w:rPr>
          <w:rFonts w:ascii="Arial" w:hAnsi="Arial"/>
        </w:rPr>
        <w:t xml:space="preserve">it, you know, and just resonates and other people can </w:t>
      </w:r>
      <w:proofErr w:type="gramStart"/>
      <w:r>
        <w:rPr>
          <w:rFonts w:ascii="Arial" w:hAnsi="Arial"/>
        </w:rPr>
        <w:t>say</w:t>
      </w:r>
      <w:proofErr w:type="gramEnd"/>
      <w:r>
        <w:rPr>
          <w:rFonts w:ascii="Arial" w:hAnsi="Arial"/>
        </w:rPr>
        <w:t xml:space="preserve"> and you know, that's getting to a point where don't feel you've got to keep it to yourself any longer. That's always a good start. As well, </w:t>
      </w:r>
      <w:proofErr w:type="spellStart"/>
      <w:r>
        <w:rPr>
          <w:rFonts w:ascii="Arial" w:hAnsi="Arial"/>
        </w:rPr>
        <w:t>Jo,there</w:t>
      </w:r>
      <w:proofErr w:type="spellEnd"/>
      <w:r>
        <w:rPr>
          <w:rFonts w:ascii="Arial" w:hAnsi="Arial"/>
        </w:rPr>
        <w:t xml:space="preserve"> was still this stigma around chronic pain and thi</w:t>
      </w:r>
      <w:r>
        <w:rPr>
          <w:rFonts w:ascii="Arial" w:hAnsi="Arial"/>
        </w:rPr>
        <w:t xml:space="preserve">ngs like that, where people are afraid to say, No, I am in pain and things. </w:t>
      </w:r>
      <w:proofErr w:type="gramStart"/>
      <w:r>
        <w:rPr>
          <w:rFonts w:ascii="Arial" w:hAnsi="Arial"/>
        </w:rPr>
        <w:t>So</w:t>
      </w:r>
      <w:proofErr w:type="gramEnd"/>
      <w:r>
        <w:rPr>
          <w:rFonts w:ascii="Arial" w:hAnsi="Arial"/>
        </w:rPr>
        <w:t xml:space="preserve"> when somebody like who is well known and </w:t>
      </w:r>
      <w:proofErr w:type="spellStart"/>
      <w:r>
        <w:rPr>
          <w:rFonts w:ascii="Arial" w:hAnsi="Arial"/>
        </w:rPr>
        <w:t>recognisable</w:t>
      </w:r>
      <w:proofErr w:type="spellEnd"/>
      <w:r>
        <w:rPr>
          <w:rFonts w:ascii="Arial" w:hAnsi="Arial"/>
        </w:rPr>
        <w:t xml:space="preserve"> </w:t>
      </w:r>
      <w:proofErr w:type="spellStart"/>
      <w:r>
        <w:rPr>
          <w:rFonts w:ascii="Arial" w:hAnsi="Arial"/>
        </w:rPr>
        <w:t>Iike</w:t>
      </w:r>
      <w:proofErr w:type="spellEnd"/>
      <w:r>
        <w:rPr>
          <w:rFonts w:ascii="Arial" w:hAnsi="Arial"/>
        </w:rPr>
        <w:t xml:space="preserve"> Eammon Holmes goes, I've got chronic pain, and I'm not afraid to tell you about it. Then are the people go? Oh, yeah, </w:t>
      </w:r>
      <w:r>
        <w:rPr>
          <w:rFonts w:ascii="Arial" w:hAnsi="Arial"/>
        </w:rPr>
        <w:t xml:space="preserve">buddy to </w:t>
      </w:r>
      <w:proofErr w:type="gramStart"/>
      <w:r>
        <w:rPr>
          <w:rFonts w:ascii="Arial" w:hAnsi="Arial"/>
        </w:rPr>
        <w:t>actually Exactly</w:t>
      </w:r>
      <w:proofErr w:type="gramEnd"/>
      <w:r>
        <w:rPr>
          <w:rFonts w:ascii="Arial" w:hAnsi="Arial"/>
        </w:rPr>
        <w:t>. Yeah, exactly, though, it's sort of something I've just had to put up with. And for someone like him who's, you know, some people don't want to say they're frightened of losing their jobs or whatever it might be. I mean, he clear</w:t>
      </w:r>
      <w:r>
        <w:rPr>
          <w:rFonts w:ascii="Arial" w:hAnsi="Arial"/>
        </w:rPr>
        <w:t xml:space="preserve">ly has been in extraordinary pain. And then he decided, right, you know, I've got a TV vehicle a daytime TV show that I can present this on and, and get people talking about it. And, you know, I'm sorry, amen. Feeling the way that he does. But at the same </w:t>
      </w:r>
      <w:r>
        <w:rPr>
          <w:rFonts w:ascii="Arial" w:hAnsi="Arial"/>
        </w:rPr>
        <w:t xml:space="preserve">time, I think he's, you know, he's, he's got a lot of people huge </w:t>
      </w:r>
      <w:r>
        <w:rPr>
          <w:rFonts w:ascii="Arial" w:hAnsi="Arial"/>
        </w:rPr>
        <w:lastRenderedPageBreak/>
        <w:t xml:space="preserve">numbers of people to feel included, but understood, yeah. To feel that </w:t>
      </w:r>
      <w:proofErr w:type="spellStart"/>
      <w:r>
        <w:rPr>
          <w:rFonts w:ascii="Arial" w:hAnsi="Arial"/>
        </w:rPr>
        <w:t>gonna</w:t>
      </w:r>
      <w:proofErr w:type="spellEnd"/>
      <w:r>
        <w:rPr>
          <w:rFonts w:ascii="Arial" w:hAnsi="Arial"/>
        </w:rPr>
        <w:t xml:space="preserve"> happen to anybody, as well, you know.</w:t>
      </w:r>
    </w:p>
    <w:p w14:paraId="3B100CBC" w14:textId="77777777" w:rsidR="00AA2529" w:rsidRDefault="00AA2529">
      <w:pPr>
        <w:spacing w:after="0"/>
      </w:pPr>
    </w:p>
    <w:p w14:paraId="71C56AFA" w14:textId="77777777" w:rsidR="00AA2529" w:rsidRDefault="00A60F39">
      <w:pPr>
        <w:spacing w:after="0"/>
      </w:pPr>
      <w:r>
        <w:rPr>
          <w:rFonts w:ascii="Arial" w:hAnsi="Arial"/>
          <w:b/>
        </w:rPr>
        <w:t xml:space="preserve">Alice  </w:t>
      </w:r>
      <w:r>
        <w:rPr>
          <w:rFonts w:ascii="Arial" w:hAnsi="Arial"/>
          <w:color w:val="5D7284"/>
        </w:rPr>
        <w:t>38:36</w:t>
      </w:r>
    </w:p>
    <w:p w14:paraId="3DA5DB20" w14:textId="77777777" w:rsidR="00AA2529" w:rsidRDefault="00A60F39">
      <w:pPr>
        <w:spacing w:after="0"/>
      </w:pPr>
      <w:r>
        <w:rPr>
          <w:rFonts w:ascii="Arial" w:hAnsi="Arial"/>
        </w:rPr>
        <w:t xml:space="preserve">And, Jo, in terms in terms of kind of psychological </w:t>
      </w:r>
      <w:proofErr w:type="spellStart"/>
      <w:r>
        <w:rPr>
          <w:rFonts w:ascii="Arial" w:hAnsi="Arial"/>
        </w:rPr>
        <w:t>well bein</w:t>
      </w:r>
      <w:r>
        <w:rPr>
          <w:rFonts w:ascii="Arial" w:hAnsi="Arial"/>
        </w:rPr>
        <w:t>g</w:t>
      </w:r>
      <w:proofErr w:type="spellEnd"/>
      <w:r>
        <w:rPr>
          <w:rFonts w:ascii="Arial" w:hAnsi="Arial"/>
        </w:rPr>
        <w:t xml:space="preserve"> and mental health, what would your advice as a psychologist be to anybody who is feeling, you know, excluded or isolated because of their, their chronic pain? What would you What would you want to say to those people out there who might be listening now </w:t>
      </w:r>
      <w:r>
        <w:rPr>
          <w:rFonts w:ascii="Arial" w:hAnsi="Arial"/>
        </w:rPr>
        <w:t xml:space="preserve">and who, you know, saw Eammon's sort of coming out </w:t>
      </w:r>
      <w:proofErr w:type="gramStart"/>
      <w:r>
        <w:rPr>
          <w:rFonts w:ascii="Arial" w:hAnsi="Arial"/>
        </w:rPr>
        <w:t>story</w:t>
      </w:r>
      <w:proofErr w:type="gramEnd"/>
    </w:p>
    <w:p w14:paraId="1ED44074" w14:textId="77777777" w:rsidR="00AA2529" w:rsidRDefault="00AA2529">
      <w:pPr>
        <w:spacing w:after="0"/>
      </w:pPr>
    </w:p>
    <w:p w14:paraId="4FB97636" w14:textId="77777777" w:rsidR="00AA2529" w:rsidRDefault="00A60F39">
      <w:pPr>
        <w:spacing w:after="0"/>
      </w:pPr>
      <w:r>
        <w:rPr>
          <w:rFonts w:ascii="Arial" w:hAnsi="Arial"/>
          <w:b/>
        </w:rPr>
        <w:t xml:space="preserve">Jo Hemmings  </w:t>
      </w:r>
      <w:r>
        <w:rPr>
          <w:rFonts w:ascii="Arial" w:hAnsi="Arial"/>
          <w:color w:val="5D7284"/>
        </w:rPr>
        <w:t>39:01</w:t>
      </w:r>
    </w:p>
    <w:p w14:paraId="18F8C7D1" w14:textId="77777777" w:rsidR="00AA2529" w:rsidRDefault="00A60F39">
      <w:pPr>
        <w:spacing w:after="0"/>
      </w:pPr>
      <w:r>
        <w:rPr>
          <w:rFonts w:ascii="Arial" w:hAnsi="Arial"/>
        </w:rPr>
        <w:t>and I think that's what I'd say share it, you know, like, tell people what's going on. Don't think you've got to suffer in silence. Secondly, do get medical help, get a good advic</w:t>
      </w:r>
      <w:r>
        <w:rPr>
          <w:rFonts w:ascii="Arial" w:hAnsi="Arial"/>
        </w:rPr>
        <w:t xml:space="preserve">e Don't be fobbed off. Make sure that you know, perhaps you are referred to a consultant who can find out what it is, you know, took three and a half years and to find out two and a half years, I think we'd have </w:t>
      </w:r>
      <w:proofErr w:type="spellStart"/>
      <w:r>
        <w:rPr>
          <w:rFonts w:ascii="Arial" w:hAnsi="Arial"/>
        </w:rPr>
        <w:t>Chrons</w:t>
      </w:r>
      <w:proofErr w:type="spellEnd"/>
      <w:r>
        <w:rPr>
          <w:rFonts w:ascii="Arial" w:hAnsi="Arial"/>
        </w:rPr>
        <w:t xml:space="preserve"> Disease because I had it in later lif</w:t>
      </w:r>
      <w:r>
        <w:rPr>
          <w:rFonts w:ascii="Arial" w:hAnsi="Arial"/>
        </w:rPr>
        <w:t xml:space="preserve">e. You people get it in their 20s I've got it in my </w:t>
      </w:r>
      <w:proofErr w:type="gramStart"/>
      <w:r>
        <w:rPr>
          <w:rFonts w:ascii="Arial" w:hAnsi="Arial"/>
        </w:rPr>
        <w:t>40s</w:t>
      </w:r>
      <w:proofErr w:type="gramEnd"/>
      <w:r>
        <w:rPr>
          <w:rFonts w:ascii="Arial" w:hAnsi="Arial"/>
        </w:rPr>
        <w:t xml:space="preserve"> so they just dismissed it like well, isn't can't be grown because</w:t>
      </w:r>
    </w:p>
    <w:p w14:paraId="1B165A5F" w14:textId="77777777" w:rsidR="00AA2529" w:rsidRDefault="00AA2529">
      <w:pPr>
        <w:spacing w:after="0"/>
      </w:pPr>
    </w:p>
    <w:p w14:paraId="43959FE4" w14:textId="77777777" w:rsidR="00AA2529" w:rsidRDefault="00A60F39">
      <w:pPr>
        <w:spacing w:after="0"/>
      </w:pPr>
      <w:r>
        <w:rPr>
          <w:rFonts w:ascii="Arial" w:hAnsi="Arial"/>
          <w:b/>
        </w:rPr>
        <w:t xml:space="preserve">Alice  </w:t>
      </w:r>
      <w:r>
        <w:rPr>
          <w:rFonts w:ascii="Arial" w:hAnsi="Arial"/>
          <w:color w:val="5D7284"/>
        </w:rPr>
        <w:t>39:39</w:t>
      </w:r>
    </w:p>
    <w:p w14:paraId="5E23BC34" w14:textId="77777777" w:rsidR="00AA2529" w:rsidRDefault="00A60F39">
      <w:pPr>
        <w:spacing w:after="0"/>
      </w:pPr>
      <w:r>
        <w:rPr>
          <w:rFonts w:ascii="Arial" w:hAnsi="Arial"/>
        </w:rPr>
        <w:t xml:space="preserve">it's the opposite of </w:t>
      </w:r>
      <w:proofErr w:type="spellStart"/>
      <w:r>
        <w:rPr>
          <w:rFonts w:ascii="Arial" w:hAnsi="Arial"/>
        </w:rPr>
        <w:t>ehat</w:t>
      </w:r>
      <w:proofErr w:type="spellEnd"/>
      <w:r>
        <w:rPr>
          <w:rFonts w:ascii="Arial" w:hAnsi="Arial"/>
        </w:rPr>
        <w:t xml:space="preserve"> happened Jasmine  where, you know, they said well, it can't be </w:t>
      </w:r>
      <w:proofErr w:type="gramStart"/>
      <w:r>
        <w:rPr>
          <w:rFonts w:ascii="Arial" w:hAnsi="Arial"/>
        </w:rPr>
        <w:t>arthritis</w:t>
      </w:r>
      <w:proofErr w:type="gramEnd"/>
    </w:p>
    <w:p w14:paraId="1BF7F095" w14:textId="77777777" w:rsidR="00AA2529" w:rsidRDefault="00AA2529">
      <w:pPr>
        <w:spacing w:after="0"/>
      </w:pPr>
    </w:p>
    <w:p w14:paraId="11D547DE" w14:textId="77777777" w:rsidR="00AA2529" w:rsidRDefault="00A60F39">
      <w:pPr>
        <w:spacing w:after="0"/>
      </w:pPr>
      <w:r>
        <w:rPr>
          <w:rFonts w:ascii="Arial" w:hAnsi="Arial"/>
          <w:b/>
        </w:rPr>
        <w:t xml:space="preserve">Jo Hemmings  </w:t>
      </w:r>
      <w:r>
        <w:rPr>
          <w:rFonts w:ascii="Arial" w:hAnsi="Arial"/>
          <w:color w:val="5D7284"/>
        </w:rPr>
        <w:t>39:44</w:t>
      </w:r>
    </w:p>
    <w:p w14:paraId="3E32CAEB" w14:textId="77777777" w:rsidR="00AA2529" w:rsidRDefault="00A60F39">
      <w:pPr>
        <w:spacing w:after="0"/>
      </w:pPr>
      <w:r>
        <w:rPr>
          <w:rFonts w:ascii="Arial" w:hAnsi="Arial"/>
        </w:rPr>
        <w:t>Y</w:t>
      </w:r>
      <w:r>
        <w:rPr>
          <w:rFonts w:ascii="Arial" w:hAnsi="Arial"/>
        </w:rPr>
        <w:t>eah,</w:t>
      </w:r>
    </w:p>
    <w:p w14:paraId="3D9F66D9" w14:textId="77777777" w:rsidR="00AA2529" w:rsidRDefault="00AA2529">
      <w:pPr>
        <w:spacing w:after="0"/>
      </w:pPr>
    </w:p>
    <w:p w14:paraId="273965A1" w14:textId="77777777" w:rsidR="00AA2529" w:rsidRDefault="00A60F39">
      <w:pPr>
        <w:spacing w:after="0"/>
      </w:pPr>
      <w:r>
        <w:rPr>
          <w:rFonts w:ascii="Arial" w:hAnsi="Arial"/>
          <w:b/>
        </w:rPr>
        <w:t xml:space="preserve">Alice  </w:t>
      </w:r>
      <w:r>
        <w:rPr>
          <w:rFonts w:ascii="Arial" w:hAnsi="Arial"/>
          <w:color w:val="5D7284"/>
        </w:rPr>
        <w:t>39:44</w:t>
      </w:r>
    </w:p>
    <w:p w14:paraId="5FFCA050" w14:textId="77777777" w:rsidR="00AA2529" w:rsidRDefault="00A60F39">
      <w:pPr>
        <w:spacing w:after="0"/>
      </w:pPr>
      <w:proofErr w:type="spellStart"/>
      <w:r>
        <w:rPr>
          <w:rFonts w:ascii="Arial" w:hAnsi="Arial"/>
        </w:rPr>
        <w:t>cuz</w:t>
      </w:r>
      <w:proofErr w:type="spellEnd"/>
      <w:r>
        <w:rPr>
          <w:rFonts w:ascii="Arial" w:hAnsi="Arial"/>
        </w:rPr>
        <w:t xml:space="preserve"> she was the child.</w:t>
      </w:r>
    </w:p>
    <w:p w14:paraId="799EFA32" w14:textId="77777777" w:rsidR="00AA2529" w:rsidRDefault="00AA2529">
      <w:pPr>
        <w:spacing w:after="0"/>
      </w:pPr>
    </w:p>
    <w:p w14:paraId="62F147E6" w14:textId="77777777" w:rsidR="00AA2529" w:rsidRDefault="00A60F39">
      <w:pPr>
        <w:spacing w:after="0"/>
      </w:pPr>
      <w:r>
        <w:rPr>
          <w:rFonts w:ascii="Arial" w:hAnsi="Arial"/>
          <w:b/>
        </w:rPr>
        <w:t xml:space="preserve">Jo Hemmings  </w:t>
      </w:r>
      <w:r>
        <w:rPr>
          <w:rFonts w:ascii="Arial" w:hAnsi="Arial"/>
          <w:color w:val="5D7284"/>
        </w:rPr>
        <w:t>39:45</w:t>
      </w:r>
    </w:p>
    <w:p w14:paraId="5D602695" w14:textId="77777777" w:rsidR="00AA2529" w:rsidRDefault="00A60F39">
      <w:pPr>
        <w:spacing w:after="0"/>
      </w:pPr>
      <w:r>
        <w:rPr>
          <w:rFonts w:ascii="Arial" w:hAnsi="Arial"/>
        </w:rPr>
        <w:t xml:space="preserve">Yeah, exactly. </w:t>
      </w:r>
      <w:proofErr w:type="gramStart"/>
      <w:r>
        <w:rPr>
          <w:rFonts w:ascii="Arial" w:hAnsi="Arial"/>
        </w:rPr>
        <w:t>So</w:t>
      </w:r>
      <w:proofErr w:type="gramEnd"/>
      <w:r>
        <w:rPr>
          <w:rFonts w:ascii="Arial" w:hAnsi="Arial"/>
        </w:rPr>
        <w:t xml:space="preserve"> it's an uphill struggle if you don't fit the stereotype to actually get diagnosed. </w:t>
      </w:r>
      <w:proofErr w:type="gramStart"/>
      <w:r>
        <w:rPr>
          <w:rFonts w:ascii="Arial" w:hAnsi="Arial"/>
        </w:rPr>
        <w:t>So</w:t>
      </w:r>
      <w:proofErr w:type="gramEnd"/>
      <w:r>
        <w:rPr>
          <w:rFonts w:ascii="Arial" w:hAnsi="Arial"/>
        </w:rPr>
        <w:t xml:space="preserve"> I would say persist with it. You know, look at all your options. What people recommend oth</w:t>
      </w:r>
      <w:r>
        <w:rPr>
          <w:rFonts w:ascii="Arial" w:hAnsi="Arial"/>
        </w:rPr>
        <w:t xml:space="preserve">er things you can do for yourself for that thing. You know, even down to things like mattresses in your home is it you should you be having a firm mattress or a softer mattress, whatever it is, do whatever you can to help yourself, find out as much as you </w:t>
      </w:r>
      <w:r>
        <w:rPr>
          <w:rFonts w:ascii="Arial" w:hAnsi="Arial"/>
        </w:rPr>
        <w:t>can tell people what it's like, go and seek advice, share it, go on forums, talk to others. Amazing what comes out of these things, things you didn't even think about that someone suggests, to just might work for you. And so that you, you get into a positi</w:t>
      </w:r>
      <w:r>
        <w:rPr>
          <w:rFonts w:ascii="Arial" w:hAnsi="Arial"/>
        </w:rPr>
        <w:t>on where you are, you know, knowledge is power, you will be able to manage your chronic pain, the best way that you can, as an individual, and you know, that's leading your best life really.</w:t>
      </w:r>
    </w:p>
    <w:p w14:paraId="4CB50EC6" w14:textId="77777777" w:rsidR="00AA2529" w:rsidRDefault="00AA2529">
      <w:pPr>
        <w:spacing w:after="0"/>
      </w:pPr>
    </w:p>
    <w:p w14:paraId="5904AA4E" w14:textId="77777777" w:rsidR="00AA2529" w:rsidRDefault="00A60F39">
      <w:pPr>
        <w:spacing w:after="0"/>
      </w:pPr>
      <w:r>
        <w:rPr>
          <w:rFonts w:ascii="Arial" w:hAnsi="Arial"/>
          <w:b/>
        </w:rPr>
        <w:t xml:space="preserve">Alice  </w:t>
      </w:r>
      <w:r>
        <w:rPr>
          <w:rFonts w:ascii="Arial" w:hAnsi="Arial"/>
          <w:color w:val="5D7284"/>
        </w:rPr>
        <w:t>40:15</w:t>
      </w:r>
    </w:p>
    <w:p w14:paraId="23064D27" w14:textId="77777777" w:rsidR="00AA2529" w:rsidRDefault="00A60F39">
      <w:pPr>
        <w:spacing w:after="0"/>
      </w:pPr>
      <w:r>
        <w:rPr>
          <w:rFonts w:ascii="Arial" w:hAnsi="Arial"/>
        </w:rPr>
        <w:t>And that mentioned forums</w:t>
      </w:r>
      <w:proofErr w:type="gramStart"/>
      <w:r>
        <w:rPr>
          <w:rFonts w:ascii="Arial" w:hAnsi="Arial"/>
        </w:rPr>
        <w:t>, actually, it</w:t>
      </w:r>
      <w:proofErr w:type="gramEnd"/>
      <w:r>
        <w:rPr>
          <w:rFonts w:ascii="Arial" w:hAnsi="Arial"/>
        </w:rPr>
        <w:t xml:space="preserve"> makes me th</w:t>
      </w:r>
      <w:r>
        <w:rPr>
          <w:rFonts w:ascii="Arial" w:hAnsi="Arial"/>
        </w:rPr>
        <w:t xml:space="preserve">ink of the no end in sight void hashtag on Twitter,  </w:t>
      </w:r>
      <w:proofErr w:type="spellStart"/>
      <w:r>
        <w:rPr>
          <w:rFonts w:ascii="Arial" w:hAnsi="Arial"/>
        </w:rPr>
        <w:t>NEISvoid</w:t>
      </w:r>
      <w:proofErr w:type="spellEnd"/>
      <w:r>
        <w:rPr>
          <w:rFonts w:ascii="Arial" w:hAnsi="Arial"/>
        </w:rPr>
        <w:t xml:space="preserve"> on Twitter. And that is a place for people with chronic illness and chronic pain, to share experiences, ask for help ask for advice. And that's a </w:t>
      </w:r>
      <w:proofErr w:type="gramStart"/>
      <w:r>
        <w:rPr>
          <w:rFonts w:ascii="Arial" w:hAnsi="Arial"/>
        </w:rPr>
        <w:t>really welcoming</w:t>
      </w:r>
      <w:proofErr w:type="gramEnd"/>
      <w:r>
        <w:rPr>
          <w:rFonts w:ascii="Arial" w:hAnsi="Arial"/>
        </w:rPr>
        <w:t xml:space="preserve"> community. </w:t>
      </w:r>
      <w:proofErr w:type="gramStart"/>
      <w:r>
        <w:rPr>
          <w:rFonts w:ascii="Arial" w:hAnsi="Arial"/>
        </w:rPr>
        <w:t>So</w:t>
      </w:r>
      <w:proofErr w:type="gramEnd"/>
      <w:r>
        <w:rPr>
          <w:rFonts w:ascii="Arial" w:hAnsi="Arial"/>
        </w:rPr>
        <w:t xml:space="preserve"> I would encourage</w:t>
      </w:r>
      <w:r>
        <w:rPr>
          <w:rFonts w:ascii="Arial" w:hAnsi="Arial"/>
        </w:rPr>
        <w:t xml:space="preserve"> anybody who's listening who does think perhaps, you know, they may have undiagnosed chronic illness or they </w:t>
      </w:r>
      <w:proofErr w:type="spellStart"/>
      <w:r>
        <w:rPr>
          <w:rFonts w:ascii="Arial" w:hAnsi="Arial"/>
        </w:rPr>
        <w:t>they</w:t>
      </w:r>
      <w:proofErr w:type="spellEnd"/>
      <w:r>
        <w:rPr>
          <w:rFonts w:ascii="Arial" w:hAnsi="Arial"/>
        </w:rPr>
        <w:t xml:space="preserve"> want some support or some advice about managing their pain and sort of </w:t>
      </w:r>
      <w:r>
        <w:rPr>
          <w:rFonts w:ascii="Arial" w:hAnsi="Arial"/>
        </w:rPr>
        <w:lastRenderedPageBreak/>
        <w:t xml:space="preserve">their lives. Yeah, yeah, check out the </w:t>
      </w:r>
      <w:proofErr w:type="spellStart"/>
      <w:r>
        <w:rPr>
          <w:rFonts w:ascii="Arial" w:hAnsi="Arial"/>
        </w:rPr>
        <w:t>the</w:t>
      </w:r>
      <w:proofErr w:type="spellEnd"/>
      <w:r>
        <w:rPr>
          <w:rFonts w:ascii="Arial" w:hAnsi="Arial"/>
        </w:rPr>
        <w:t xml:space="preserve"> no end in sight void Jo wher</w:t>
      </w:r>
      <w:r>
        <w:rPr>
          <w:rFonts w:ascii="Arial" w:hAnsi="Arial"/>
        </w:rPr>
        <w:t>e can our listeners go to find out more about the versus arthritis campaign?</w:t>
      </w:r>
    </w:p>
    <w:p w14:paraId="43CA8A57" w14:textId="77777777" w:rsidR="00AA2529" w:rsidRDefault="00AA2529">
      <w:pPr>
        <w:spacing w:after="0"/>
      </w:pPr>
    </w:p>
    <w:p w14:paraId="4C29F5C9" w14:textId="77777777" w:rsidR="00AA2529" w:rsidRDefault="00A60F39">
      <w:pPr>
        <w:spacing w:after="0"/>
      </w:pPr>
      <w:r>
        <w:rPr>
          <w:rFonts w:ascii="Arial" w:hAnsi="Arial"/>
          <w:b/>
        </w:rPr>
        <w:t xml:space="preserve">Jo Hemmings  </w:t>
      </w:r>
      <w:r>
        <w:rPr>
          <w:rFonts w:ascii="Arial" w:hAnsi="Arial"/>
          <w:color w:val="5D7284"/>
        </w:rPr>
        <w:t>41:28</w:t>
      </w:r>
    </w:p>
    <w:p w14:paraId="00C6F31F" w14:textId="77777777" w:rsidR="00AA2529" w:rsidRDefault="00A60F39">
      <w:pPr>
        <w:spacing w:after="0"/>
      </w:pPr>
      <w:proofErr w:type="gramStart"/>
      <w:r>
        <w:rPr>
          <w:rFonts w:ascii="Arial" w:hAnsi="Arial"/>
        </w:rPr>
        <w:t>Very good</w:t>
      </w:r>
      <w:proofErr w:type="gramEnd"/>
      <w:r>
        <w:rPr>
          <w:rFonts w:ascii="Arial" w:hAnsi="Arial"/>
        </w:rPr>
        <w:t xml:space="preserve"> question as they can go to versusarthritis.org.</w:t>
      </w:r>
    </w:p>
    <w:p w14:paraId="6B698A3B" w14:textId="77777777" w:rsidR="00AA2529" w:rsidRDefault="00AA2529">
      <w:pPr>
        <w:spacing w:after="0"/>
      </w:pPr>
    </w:p>
    <w:p w14:paraId="4AE8EC73" w14:textId="77777777" w:rsidR="00AA2529" w:rsidRDefault="00A60F39">
      <w:pPr>
        <w:spacing w:after="0"/>
      </w:pPr>
      <w:r>
        <w:rPr>
          <w:rFonts w:ascii="Arial" w:hAnsi="Arial"/>
          <w:b/>
        </w:rPr>
        <w:t xml:space="preserve">Lucy  </w:t>
      </w:r>
      <w:r>
        <w:rPr>
          <w:rFonts w:ascii="Arial" w:hAnsi="Arial"/>
          <w:color w:val="5D7284"/>
        </w:rPr>
        <w:t>41:33</w:t>
      </w:r>
    </w:p>
    <w:p w14:paraId="64C3D643" w14:textId="77777777" w:rsidR="00AA2529" w:rsidRDefault="00A60F39">
      <w:pPr>
        <w:spacing w:after="0"/>
      </w:pPr>
      <w:r>
        <w:rPr>
          <w:rFonts w:ascii="Arial" w:hAnsi="Arial"/>
        </w:rPr>
        <w:t xml:space="preserve">Fantastic. Jo  </w:t>
      </w:r>
      <w:proofErr w:type="spellStart"/>
      <w:r>
        <w:rPr>
          <w:rFonts w:ascii="Arial" w:hAnsi="Arial"/>
        </w:rPr>
        <w:t>yI</w:t>
      </w:r>
      <w:proofErr w:type="spellEnd"/>
      <w:r>
        <w:rPr>
          <w:rFonts w:ascii="Arial" w:hAnsi="Arial"/>
        </w:rPr>
        <w:t xml:space="preserve"> take it you're on Twitter as </w:t>
      </w:r>
      <w:proofErr w:type="spellStart"/>
      <w:r>
        <w:rPr>
          <w:rFonts w:ascii="Arial" w:hAnsi="Arial"/>
        </w:rPr>
        <w:t>wel</w:t>
      </w:r>
      <w:proofErr w:type="spellEnd"/>
      <w:r>
        <w:rPr>
          <w:rFonts w:ascii="Arial" w:hAnsi="Arial"/>
        </w:rPr>
        <w:t xml:space="preserve"> Where can we? where can our </w:t>
      </w:r>
      <w:r>
        <w:rPr>
          <w:rFonts w:ascii="Arial" w:hAnsi="Arial"/>
        </w:rPr>
        <w:t>listeners find you?</w:t>
      </w:r>
    </w:p>
    <w:p w14:paraId="47FFA40D" w14:textId="77777777" w:rsidR="00AA2529" w:rsidRDefault="00AA2529">
      <w:pPr>
        <w:spacing w:after="0"/>
      </w:pPr>
    </w:p>
    <w:p w14:paraId="35456D27" w14:textId="77777777" w:rsidR="00AA2529" w:rsidRDefault="00A60F39">
      <w:pPr>
        <w:spacing w:after="0"/>
      </w:pPr>
      <w:r>
        <w:rPr>
          <w:rFonts w:ascii="Arial" w:hAnsi="Arial"/>
          <w:b/>
        </w:rPr>
        <w:t xml:space="preserve">Jo Hemmings  </w:t>
      </w:r>
      <w:r>
        <w:rPr>
          <w:rFonts w:ascii="Arial" w:hAnsi="Arial"/>
          <w:color w:val="5D7284"/>
        </w:rPr>
        <w:t>41:40</w:t>
      </w:r>
    </w:p>
    <w:p w14:paraId="43793042" w14:textId="77777777" w:rsidR="00AA2529" w:rsidRDefault="00A60F39">
      <w:pPr>
        <w:spacing w:after="0"/>
      </w:pPr>
      <w:r>
        <w:rPr>
          <w:rFonts w:ascii="Arial" w:hAnsi="Arial"/>
        </w:rPr>
        <w:t xml:space="preserve">I'm on Twitter on @TVpsychologist. Um, so I'm </w:t>
      </w:r>
      <w:proofErr w:type="gramStart"/>
      <w:r>
        <w:rPr>
          <w:rFonts w:ascii="Arial" w:hAnsi="Arial"/>
        </w:rPr>
        <w:t>very active</w:t>
      </w:r>
      <w:proofErr w:type="gramEnd"/>
      <w:r>
        <w:rPr>
          <w:rFonts w:ascii="Arial" w:hAnsi="Arial"/>
        </w:rPr>
        <w:t xml:space="preserve"> on Twitter. It's anyone I'm active on. </w:t>
      </w:r>
      <w:proofErr w:type="spellStart"/>
      <w:r>
        <w:rPr>
          <w:rFonts w:ascii="Arial" w:hAnsi="Arial"/>
        </w:rPr>
        <w:t>i</w:t>
      </w:r>
      <w:proofErr w:type="spellEnd"/>
      <w:r>
        <w:rPr>
          <w:rFonts w:ascii="Arial" w:hAnsi="Arial"/>
        </w:rPr>
        <w:t xml:space="preserve"> can't cope with more one </w:t>
      </w:r>
      <w:proofErr w:type="spellStart"/>
      <w:r>
        <w:rPr>
          <w:rFonts w:ascii="Arial" w:hAnsi="Arial"/>
        </w:rPr>
        <w:t>socail</w:t>
      </w:r>
      <w:proofErr w:type="spellEnd"/>
      <w:r>
        <w:rPr>
          <w:rFonts w:ascii="Arial" w:hAnsi="Arial"/>
        </w:rPr>
        <w:t xml:space="preserve"> media at a time! great. Well, we are podcast we'll be following you imminently. Once </w:t>
      </w:r>
      <w:r>
        <w:rPr>
          <w:rFonts w:ascii="Arial" w:hAnsi="Arial"/>
        </w:rPr>
        <w:t>we've, once we've fired up. I shall be retweeting if you tell me when it's on.</w:t>
      </w:r>
    </w:p>
    <w:p w14:paraId="1B3D2B92" w14:textId="77777777" w:rsidR="00AA2529" w:rsidRDefault="00AA2529">
      <w:pPr>
        <w:spacing w:after="0"/>
      </w:pPr>
    </w:p>
    <w:p w14:paraId="14BD407B" w14:textId="77777777" w:rsidR="00AA2529" w:rsidRDefault="00A60F39">
      <w:pPr>
        <w:spacing w:after="0"/>
      </w:pPr>
      <w:r>
        <w:rPr>
          <w:rFonts w:ascii="Arial" w:hAnsi="Arial"/>
          <w:b/>
        </w:rPr>
        <w:t xml:space="preserve">Lucy  </w:t>
      </w:r>
      <w:r>
        <w:rPr>
          <w:rFonts w:ascii="Arial" w:hAnsi="Arial"/>
          <w:color w:val="5D7284"/>
        </w:rPr>
        <w:t>42:04</w:t>
      </w:r>
    </w:p>
    <w:p w14:paraId="3B5F6A41" w14:textId="77777777" w:rsidR="00AA2529" w:rsidRDefault="00A60F39">
      <w:pPr>
        <w:spacing w:after="0"/>
      </w:pPr>
      <w:r>
        <w:rPr>
          <w:rFonts w:ascii="Arial" w:hAnsi="Arial"/>
        </w:rPr>
        <w:t xml:space="preserve">We definitely will, </w:t>
      </w:r>
      <w:proofErr w:type="gramStart"/>
      <w:r>
        <w:rPr>
          <w:rFonts w:ascii="Arial" w:hAnsi="Arial"/>
        </w:rPr>
        <w:t>we</w:t>
      </w:r>
      <w:proofErr w:type="gramEnd"/>
      <w:r>
        <w:rPr>
          <w:rFonts w:ascii="Arial" w:hAnsi="Arial"/>
        </w:rPr>
        <w:t xml:space="preserve"> definitely well. This afternoon, Jo has been a little pep talk for me and my, my pain. You know, come on, you can do it. You can do it.</w:t>
      </w:r>
    </w:p>
    <w:p w14:paraId="567C0299" w14:textId="77777777" w:rsidR="00AA2529" w:rsidRDefault="00AA2529">
      <w:pPr>
        <w:spacing w:after="0"/>
      </w:pPr>
    </w:p>
    <w:p w14:paraId="6E7C9041" w14:textId="77777777" w:rsidR="00AA2529" w:rsidRDefault="00A60F39">
      <w:pPr>
        <w:spacing w:after="0"/>
      </w:pPr>
      <w:r>
        <w:rPr>
          <w:rFonts w:ascii="Arial" w:hAnsi="Arial"/>
          <w:b/>
        </w:rPr>
        <w:t>Jo H</w:t>
      </w:r>
      <w:r>
        <w:rPr>
          <w:rFonts w:ascii="Arial" w:hAnsi="Arial"/>
          <w:b/>
        </w:rPr>
        <w:t xml:space="preserve">emmings  </w:t>
      </w:r>
      <w:r>
        <w:rPr>
          <w:rFonts w:ascii="Arial" w:hAnsi="Arial"/>
          <w:color w:val="5D7284"/>
        </w:rPr>
        <w:t>42:17</w:t>
      </w:r>
    </w:p>
    <w:p w14:paraId="3BB7044D" w14:textId="77777777" w:rsidR="00AA2529" w:rsidRDefault="00A60F39">
      <w:pPr>
        <w:spacing w:after="0"/>
      </w:pPr>
      <w:r>
        <w:rPr>
          <w:rFonts w:ascii="Arial" w:hAnsi="Arial"/>
        </w:rPr>
        <w:t>Thank you so much for having me on. Thank you. Thank you. Thank you. Cheers. Bye.</w:t>
      </w:r>
    </w:p>
    <w:p w14:paraId="772CCD05" w14:textId="77777777" w:rsidR="00AA2529" w:rsidRDefault="00AA2529">
      <w:pPr>
        <w:spacing w:after="0"/>
      </w:pPr>
    </w:p>
    <w:p w14:paraId="0CC22ADC" w14:textId="77777777" w:rsidR="00AA2529" w:rsidRDefault="00A60F39">
      <w:pPr>
        <w:spacing w:after="0"/>
      </w:pPr>
      <w:r>
        <w:rPr>
          <w:rFonts w:ascii="Arial" w:hAnsi="Arial"/>
          <w:b/>
        </w:rPr>
        <w:t xml:space="preserve">Alice  </w:t>
      </w:r>
      <w:r>
        <w:rPr>
          <w:rFonts w:ascii="Arial" w:hAnsi="Arial"/>
          <w:color w:val="5D7284"/>
        </w:rPr>
        <w:t>42:28</w:t>
      </w:r>
    </w:p>
    <w:p w14:paraId="0FF2FF15" w14:textId="77777777" w:rsidR="00AA2529" w:rsidRDefault="00A60F39">
      <w:pPr>
        <w:spacing w:after="0"/>
      </w:pPr>
      <w:r>
        <w:rPr>
          <w:rFonts w:ascii="Arial" w:hAnsi="Arial"/>
        </w:rPr>
        <w:t>Thanks for listening to the lABLEd podcast. If you like the show, please rate review and subscribe. You can follow us on social media at lABLEd p</w:t>
      </w:r>
      <w:r>
        <w:rPr>
          <w:rFonts w:ascii="Arial" w:hAnsi="Arial"/>
        </w:rPr>
        <w:t>odcast.</w:t>
      </w:r>
    </w:p>
    <w:p w14:paraId="78309534" w14:textId="77777777" w:rsidR="00AA2529" w:rsidRDefault="00AA2529">
      <w:pPr>
        <w:spacing w:after="0"/>
      </w:pPr>
    </w:p>
    <w:p w14:paraId="7AD8DE27" w14:textId="77777777" w:rsidR="00AA2529" w:rsidRDefault="00A60F39">
      <w:pPr>
        <w:spacing w:after="0"/>
      </w:pPr>
      <w:r>
        <w:rPr>
          <w:rFonts w:ascii="Arial" w:hAnsi="Arial"/>
          <w:b/>
        </w:rPr>
        <w:t xml:space="preserve">Lucy  </w:t>
      </w:r>
      <w:r>
        <w:rPr>
          <w:rFonts w:ascii="Arial" w:hAnsi="Arial"/>
          <w:color w:val="5D7284"/>
        </w:rPr>
        <w:t>42:39</w:t>
      </w:r>
    </w:p>
    <w:p w14:paraId="6CCF7E85" w14:textId="77777777" w:rsidR="00AA2529" w:rsidRDefault="00A60F39">
      <w:pPr>
        <w:spacing w:after="0"/>
      </w:pPr>
      <w:r>
        <w:rPr>
          <w:rFonts w:ascii="Arial" w:hAnsi="Arial"/>
        </w:rPr>
        <w:t xml:space="preserve">our thanks go to our editor Adam Hall, a music composer Maisy </w:t>
      </w:r>
      <w:proofErr w:type="spellStart"/>
      <w:r>
        <w:rPr>
          <w:rFonts w:ascii="Arial" w:hAnsi="Arial"/>
        </w:rPr>
        <w:t>Cruden</w:t>
      </w:r>
      <w:proofErr w:type="spellEnd"/>
      <w:r>
        <w:rPr>
          <w:rFonts w:ascii="Arial" w:hAnsi="Arial"/>
        </w:rPr>
        <w:t>, and our Graphic designer Sarah Colley.</w:t>
      </w:r>
    </w:p>
    <w:p w14:paraId="6F3593FF" w14:textId="77777777" w:rsidR="00AA2529" w:rsidRDefault="00AA2529">
      <w:pPr>
        <w:spacing w:after="0"/>
      </w:pPr>
    </w:p>
    <w:p w14:paraId="757B9C30" w14:textId="77777777" w:rsidR="00AA2529" w:rsidRDefault="00A60F39">
      <w:pPr>
        <w:spacing w:after="0"/>
      </w:pPr>
      <w:r>
        <w:rPr>
          <w:rFonts w:ascii="Arial" w:hAnsi="Arial"/>
          <w:b/>
        </w:rPr>
        <w:t xml:space="preserve">Alice Evans &amp; Lucy Wood  </w:t>
      </w:r>
      <w:r>
        <w:rPr>
          <w:rFonts w:ascii="Arial" w:hAnsi="Arial"/>
          <w:color w:val="5D7284"/>
        </w:rPr>
        <w:t>42:47</w:t>
      </w:r>
    </w:p>
    <w:p w14:paraId="2223D5B3" w14:textId="77777777" w:rsidR="00AA2529" w:rsidRDefault="00A60F39">
      <w:pPr>
        <w:spacing w:after="0"/>
      </w:pPr>
      <w:r>
        <w:rPr>
          <w:rFonts w:ascii="Arial" w:hAnsi="Arial"/>
        </w:rPr>
        <w:t>We'll see you next time.</w:t>
      </w:r>
    </w:p>
    <w:sectPr w:rsidR="00AA2529"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DAEA5" w14:textId="77777777" w:rsidR="00A60F39" w:rsidRDefault="00A60F39">
      <w:pPr>
        <w:spacing w:after="0" w:line="240" w:lineRule="auto"/>
      </w:pPr>
      <w:r>
        <w:separator/>
      </w:r>
    </w:p>
  </w:endnote>
  <w:endnote w:type="continuationSeparator" w:id="0">
    <w:p w14:paraId="5CB05D4B" w14:textId="77777777" w:rsidR="00A60F39" w:rsidRDefault="00A60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627BB6F9"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3F274E84"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FBF28C"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7ACF05E9"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7322BC5E"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8E7BC"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E3EF08" w14:textId="77777777" w:rsidR="00A60F39" w:rsidRDefault="00A60F39">
      <w:pPr>
        <w:spacing w:after="0" w:line="240" w:lineRule="auto"/>
      </w:pPr>
      <w:r>
        <w:separator/>
      </w:r>
    </w:p>
  </w:footnote>
  <w:footnote w:type="continuationSeparator" w:id="0">
    <w:p w14:paraId="5A7B8AD2" w14:textId="77777777" w:rsidR="00A60F39" w:rsidRDefault="00A60F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2D7E6"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975BC"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2E44E"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1C3D23"/>
    <w:rsid w:val="0029639D"/>
    <w:rsid w:val="00326F90"/>
    <w:rsid w:val="004A641F"/>
    <w:rsid w:val="004B593C"/>
    <w:rsid w:val="006E2A8C"/>
    <w:rsid w:val="007749AF"/>
    <w:rsid w:val="00794EBC"/>
    <w:rsid w:val="00930F33"/>
    <w:rsid w:val="009C3AF0"/>
    <w:rsid w:val="00A12EE5"/>
    <w:rsid w:val="00A60F39"/>
    <w:rsid w:val="00AA1D8D"/>
    <w:rsid w:val="00AA2529"/>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691627B"/>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6142</Words>
  <Characters>35014</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41074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Lucy Wood</cp:lastModifiedBy>
  <cp:revision>8</cp:revision>
  <dcterms:created xsi:type="dcterms:W3CDTF">2019-09-10T23:59:00Z</dcterms:created>
  <dcterms:modified xsi:type="dcterms:W3CDTF">2021-05-10T08:15:00Z</dcterms:modified>
  <cp:category/>
</cp:coreProperties>
</file>