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 15 Carrie-Ann Lightley</w:t>
      </w:r>
    </w:p>
    <w:p>
      <w:r>
        <w:rPr>
          <w:rFonts w:ascii="Arial" w:hAnsi="Arial"/>
          <w:color w:val="4F6880"/>
          <w:sz w:val="22"/>
        </w:rPr>
        <w:t>Wed, 7/28 8:53PM • 1:10:46</w:t>
      </w:r>
    </w:p>
    <w:p>
      <w:pPr>
        <w:spacing w:before="440" w:after="0"/>
      </w:pPr>
      <w:r>
        <w:rPr>
          <w:rFonts w:ascii="Arial" w:hAnsi="Arial"/>
          <w:b/>
          <w:color w:val="4F6880"/>
          <w:sz w:val="22"/>
        </w:rPr>
        <w:t>SUMMARY KEYWORDS</w:t>
      </w:r>
    </w:p>
    <w:p>
      <w:r>
        <w:rPr>
          <w:rFonts w:ascii="Arial" w:hAnsi="Arial"/>
          <w:color w:val="4F6880"/>
          <w:sz w:val="22"/>
        </w:rPr>
        <w:t>people, disability, disabled, wheelchair, bit, travel, lucy, sad, absolutely, carrie ann, trip, train, blog, thought, talk, gin, dog, wheelchair user, realise, non disabled</w:t>
      </w:r>
    </w:p>
    <w:p>
      <w:pPr>
        <w:spacing w:before="440" w:after="0"/>
      </w:pPr>
      <w:r>
        <w:rPr>
          <w:rFonts w:ascii="Arial" w:hAnsi="Arial"/>
          <w:b/>
          <w:color w:val="4F6880"/>
          <w:sz w:val="22"/>
        </w:rPr>
        <w:t>SPEAKERS</w:t>
      </w:r>
    </w:p>
    <w:p>
      <w:r>
        <w:rPr>
          <w:rFonts w:ascii="Arial" w:hAnsi="Arial"/>
          <w:color w:val="4F6880"/>
          <w:sz w:val="22"/>
        </w:rPr>
        <w:t>Theme Tune, Carrie Ann, Lucy, Alice Evans &amp; Lucy Wood,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 xml:space="preserve">Welcome to the lABLEd podcast, a show about disability illness and difference. I'm Lucy </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Though i might not fit in socially, im so much more than what you see, we all lives differently, Kaleidoscope Identity and this is who I'm meant to be, on I'm just lABLEd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 There we go. Has everybody got a recording? thingy?</w:t>
      </w:r>
    </w:p>
    <w:p>
      <w:pPr>
        <w:spacing w:after="0"/>
      </w:pPr>
    </w:p>
    <w:p>
      <w:pPr>
        <w:spacing w:after="0"/>
      </w:pPr>
      <w:r>
        <w:rPr>
          <w:rFonts w:ascii="Arial" w:hAnsi="Arial"/>
          <w:b/>
          <w:sz w:val="22"/>
        </w:rPr>
        <w:t xml:space="preserve">Lucy  </w:t>
      </w:r>
      <w:r>
        <w:rPr>
          <w:rFonts w:ascii="Arial" w:hAnsi="Arial"/>
          <w:color w:val="5D7284"/>
          <w:sz w:val="22"/>
        </w:rPr>
        <w:t>00:48</w:t>
      </w:r>
    </w:p>
    <w:p>
      <w:pPr>
        <w:spacing w:after="0"/>
      </w:pPr>
      <w:r>
        <w:rPr>
          <w:rFonts w:ascii="Arial" w:hAnsi="Arial"/>
          <w:sz w:val="22"/>
        </w:rPr>
        <w:t>Yeah.</w:t>
      </w:r>
    </w:p>
    <w:p>
      <w:pPr>
        <w:spacing w:after="0"/>
      </w:pPr>
    </w:p>
    <w:p>
      <w:pPr>
        <w:spacing w:after="0"/>
      </w:pPr>
      <w:r>
        <w:rPr>
          <w:rFonts w:ascii="Arial" w:hAnsi="Arial"/>
          <w:b/>
          <w:sz w:val="22"/>
        </w:rPr>
        <w:t xml:space="preserve">Alice  </w:t>
      </w:r>
      <w:r>
        <w:rPr>
          <w:rFonts w:ascii="Arial" w:hAnsi="Arial"/>
          <w:color w:val="5D7284"/>
          <w:sz w:val="22"/>
        </w:rPr>
        <w:t>00:49</w:t>
      </w:r>
    </w:p>
    <w:p>
      <w:pPr>
        <w:spacing w:after="0"/>
      </w:pPr>
      <w:r>
        <w:rPr>
          <w:rFonts w:ascii="Arial" w:hAnsi="Arial"/>
          <w:sz w:val="22"/>
        </w:rPr>
        <w:t>Fab! Okay. So Carrie Ann. Do you want to tell us a little bit about yourself?</w:t>
      </w:r>
    </w:p>
    <w:p>
      <w:pPr>
        <w:spacing w:after="0"/>
      </w:pPr>
    </w:p>
    <w:p>
      <w:pPr>
        <w:spacing w:after="0"/>
      </w:pPr>
      <w:r>
        <w:rPr>
          <w:rFonts w:ascii="Arial" w:hAnsi="Arial"/>
          <w:b/>
          <w:sz w:val="22"/>
        </w:rPr>
        <w:t xml:space="preserve">Carrie Ann  </w:t>
      </w:r>
      <w:r>
        <w:rPr>
          <w:rFonts w:ascii="Arial" w:hAnsi="Arial"/>
          <w:color w:val="5D7284"/>
          <w:sz w:val="22"/>
        </w:rPr>
        <w:t>00:54</w:t>
      </w:r>
    </w:p>
    <w:p>
      <w:pPr>
        <w:spacing w:after="0"/>
      </w:pPr>
      <w:r>
        <w:rPr>
          <w:rFonts w:ascii="Arial" w:hAnsi="Arial"/>
          <w:sz w:val="22"/>
        </w:rPr>
        <w:t>Yeah, absolutely. So, my name is Carrie Ann Lightley. And I am a wheelchair user. I'm a blogger who focuses on accessible travel travel writer, and I head up the marketing team for the National Disability organisation AccessAble which is how I know Lucy.</w:t>
      </w:r>
    </w:p>
    <w:p>
      <w:pPr>
        <w:spacing w:after="0"/>
      </w:pPr>
    </w:p>
    <w:p>
      <w:pPr>
        <w:spacing w:after="0"/>
      </w:pPr>
      <w:r>
        <w:rPr>
          <w:rFonts w:ascii="Arial" w:hAnsi="Arial"/>
          <w:b/>
          <w:sz w:val="22"/>
        </w:rPr>
        <w:t xml:space="preserve">Lucy  </w:t>
      </w:r>
      <w:r>
        <w:rPr>
          <w:rFonts w:ascii="Arial" w:hAnsi="Arial"/>
          <w:color w:val="5D7284"/>
          <w:sz w:val="22"/>
        </w:rPr>
        <w:t>01:14</w:t>
      </w:r>
    </w:p>
    <w:p>
      <w:pPr>
        <w:spacing w:after="0"/>
      </w:pPr>
      <w:r>
        <w:rPr>
          <w:rFonts w:ascii="Arial" w:hAnsi="Arial"/>
          <w:sz w:val="22"/>
        </w:rPr>
        <w:t>Yes, she has to put up with me on a weekly basis.</w:t>
      </w:r>
    </w:p>
    <w:p>
      <w:pPr>
        <w:spacing w:after="0"/>
      </w:pPr>
    </w:p>
    <w:p>
      <w:pPr>
        <w:spacing w:after="0"/>
      </w:pPr>
      <w:r>
        <w:rPr>
          <w:rFonts w:ascii="Arial" w:hAnsi="Arial"/>
          <w:b/>
          <w:sz w:val="22"/>
        </w:rPr>
        <w:t xml:space="preserve">Alice  </w:t>
      </w:r>
      <w:r>
        <w:rPr>
          <w:rFonts w:ascii="Arial" w:hAnsi="Arial"/>
          <w:color w:val="5D7284"/>
          <w:sz w:val="22"/>
        </w:rPr>
        <w:t>01:21</w:t>
      </w:r>
    </w:p>
    <w:p>
      <w:pPr>
        <w:spacing w:after="0"/>
      </w:pPr>
      <w:r>
        <w:rPr>
          <w:rFonts w:ascii="Arial" w:hAnsi="Arial"/>
          <w:sz w:val="22"/>
        </w:rPr>
        <w:t>Whereas our listeners are gonna have to do every other week, so!</w:t>
      </w:r>
    </w:p>
    <w:p>
      <w:pPr>
        <w:spacing w:after="0"/>
      </w:pPr>
    </w:p>
    <w:p>
      <w:pPr>
        <w:spacing w:after="0"/>
      </w:pPr>
      <w:r>
        <w:rPr>
          <w:rFonts w:ascii="Arial" w:hAnsi="Arial"/>
          <w:b/>
          <w:sz w:val="22"/>
        </w:rPr>
        <w:t xml:space="preserve">Lucy  </w:t>
      </w:r>
      <w:r>
        <w:rPr>
          <w:rFonts w:ascii="Arial" w:hAnsi="Arial"/>
          <w:color w:val="5D7284"/>
          <w:sz w:val="22"/>
        </w:rPr>
        <w:t>01:28</w:t>
      </w:r>
    </w:p>
    <w:p>
      <w:pPr>
        <w:spacing w:after="0"/>
      </w:pPr>
      <w:r>
        <w:rPr>
          <w:rFonts w:ascii="Arial" w:hAnsi="Arial"/>
          <w:sz w:val="22"/>
        </w:rPr>
        <w:t>Right. So can we can you tell us a bit about your love of accessible travel? Where that started? was it? Was it something that you always knew you wanted to do? Right from an early age? Or is it something you've grown into over the years?</w:t>
      </w:r>
    </w:p>
    <w:p>
      <w:pPr>
        <w:spacing w:after="0"/>
      </w:pPr>
    </w:p>
    <w:p>
      <w:pPr>
        <w:spacing w:after="0"/>
      </w:pPr>
      <w:r>
        <w:rPr>
          <w:rFonts w:ascii="Arial" w:hAnsi="Arial"/>
          <w:b/>
          <w:sz w:val="22"/>
        </w:rPr>
        <w:t xml:space="preserve">Carrie Ann  </w:t>
      </w:r>
      <w:r>
        <w:rPr>
          <w:rFonts w:ascii="Arial" w:hAnsi="Arial"/>
          <w:color w:val="5D7284"/>
          <w:sz w:val="22"/>
        </w:rPr>
        <w:t>01:44</w:t>
      </w:r>
    </w:p>
    <w:p>
      <w:pPr>
        <w:spacing w:after="0"/>
      </w:pPr>
      <w:r>
        <w:rPr>
          <w:rFonts w:ascii="Arial" w:hAnsi="Arial"/>
          <w:sz w:val="22"/>
        </w:rPr>
        <w:t>I think I definitely fell into it. To be honest, it wasn't something I envisage myself doing. And I up until my late teens just kind of shunned anything today with disability from being a young teenager.  I'm sure that you'll hear from future guests again and again. You know, I just wanted to be like my friends, and that didn't include being disabled. And, and so yeah, I just cracked on I went to school, I went to college, I got a job in HR department of a local supermarket, which meant I could earn some money as well as do my college course Um, and then I finished college, I needed a full time job. And the only accessible job at the supermarket was working on the checkouts, which, you know, it just wasn't for me, it was just I was, you know, doing the whole beep beep beep thing. And learning to use my brain! i need something that challenges me! My mum found a job advertised in a local paper for a charity that had an office space where I lived. This was a charity that had holiday centres around the UK for disabled people who are caring. They needed some support in their admin team. I applied for the job and the rest is history. I had zero experience working for charities working in travel or working in disability, but I just kind of winged it I took myself into the interview went well. You have anybody else in your office who's actually disabled.</w:t>
      </w:r>
    </w:p>
    <w:p>
      <w:pPr>
        <w:spacing w:after="0"/>
      </w:pPr>
    </w:p>
    <w:p>
      <w:pPr>
        <w:spacing w:after="0"/>
      </w:pPr>
      <w:r>
        <w:rPr>
          <w:rFonts w:ascii="Arial" w:hAnsi="Arial"/>
          <w:b/>
          <w:sz w:val="22"/>
        </w:rPr>
        <w:t xml:space="preserve">Lucy  </w:t>
      </w:r>
      <w:r>
        <w:rPr>
          <w:rFonts w:ascii="Arial" w:hAnsi="Arial"/>
          <w:color w:val="5D7284"/>
          <w:sz w:val="22"/>
        </w:rPr>
        <w:t>02:01</w:t>
      </w:r>
    </w:p>
    <w:p>
      <w:pPr>
        <w:spacing w:after="0"/>
      </w:pPr>
      <w:r>
        <w:rPr>
          <w:rFonts w:ascii="Arial" w:hAnsi="Arial"/>
          <w:sz w:val="22"/>
        </w:rPr>
        <w:t>Been there! Use that Disability Card!</w:t>
      </w:r>
    </w:p>
    <w:p>
      <w:pPr>
        <w:spacing w:after="0"/>
      </w:pPr>
    </w:p>
    <w:p>
      <w:pPr>
        <w:spacing w:after="0"/>
      </w:pPr>
      <w:r>
        <w:rPr>
          <w:rFonts w:ascii="Arial" w:hAnsi="Arial"/>
          <w:b/>
          <w:sz w:val="22"/>
        </w:rPr>
        <w:t xml:space="preserve">Carrie Ann  </w:t>
      </w:r>
      <w:r>
        <w:rPr>
          <w:rFonts w:ascii="Arial" w:hAnsi="Arial"/>
          <w:color w:val="5D7284"/>
          <w:sz w:val="22"/>
        </w:rPr>
        <w:t>03:33</w:t>
      </w:r>
    </w:p>
    <w:p>
      <w:pPr>
        <w:spacing w:after="0"/>
      </w:pPr>
      <w:r>
        <w:rPr>
          <w:rFonts w:ascii="Arial" w:hAnsi="Arial"/>
          <w:sz w:val="22"/>
        </w:rPr>
        <w:t>i know how to speak to your customers. And so we went we went from there. That's how it started anyway.</w:t>
      </w:r>
    </w:p>
    <w:p>
      <w:pPr>
        <w:spacing w:after="0"/>
      </w:pPr>
    </w:p>
    <w:p>
      <w:pPr>
        <w:spacing w:after="0"/>
      </w:pPr>
      <w:r>
        <w:rPr>
          <w:rFonts w:ascii="Arial" w:hAnsi="Arial"/>
          <w:b/>
          <w:sz w:val="22"/>
        </w:rPr>
        <w:t xml:space="preserve">Alice  </w:t>
      </w:r>
      <w:r>
        <w:rPr>
          <w:rFonts w:ascii="Arial" w:hAnsi="Arial"/>
          <w:color w:val="5D7284"/>
          <w:sz w:val="22"/>
        </w:rPr>
        <w:t>03:40</w:t>
      </w:r>
    </w:p>
    <w:p>
      <w:pPr>
        <w:spacing w:after="0"/>
      </w:pPr>
      <w:r>
        <w:rPr>
          <w:rFonts w:ascii="Arial" w:hAnsi="Arial"/>
          <w:sz w:val="22"/>
        </w:rPr>
        <w:t>Okay. And have you done a lot of sort of travel yourself and been to a lot of different places.</w:t>
      </w:r>
    </w:p>
    <w:p>
      <w:pPr>
        <w:spacing w:after="0"/>
      </w:pPr>
    </w:p>
    <w:p>
      <w:pPr>
        <w:spacing w:after="0"/>
      </w:pPr>
      <w:r>
        <w:rPr>
          <w:rFonts w:ascii="Arial" w:hAnsi="Arial"/>
          <w:b/>
          <w:sz w:val="22"/>
        </w:rPr>
        <w:t xml:space="preserve">Carrie Ann  </w:t>
      </w:r>
      <w:r>
        <w:rPr>
          <w:rFonts w:ascii="Arial" w:hAnsi="Arial"/>
          <w:color w:val="5D7284"/>
          <w:sz w:val="22"/>
        </w:rPr>
        <w:t>03:45</w:t>
      </w:r>
    </w:p>
    <w:p>
      <w:pPr>
        <w:spacing w:after="0"/>
      </w:pPr>
      <w:r>
        <w:rPr>
          <w:rFonts w:ascii="Arial" w:hAnsi="Arial"/>
          <w:sz w:val="22"/>
        </w:rPr>
        <w:t>So I think when people hear that I'm a travel blogger, they think that I spent most of my life on like Caribbean beaches or whatever, which would be wonderful when most of my travel particularly in relation to the blog is staycation. So, uk based. I have been lucky enough to have a couple of sponsored trips abroad through the blog. I've travelled reasonably well abroad just kind of personally because that's the thing as well, you know, sometimes I just need to go on a trip and not write about it. Actually, not post the photos to Instagram or whatever and just have an actual holiday. where i'm switched off. Um, but yeah, there's certainly I have a lot more travel ambition in terms of going to a few more far flung places that I have to know. Ready.</w:t>
      </w:r>
    </w:p>
    <w:p>
      <w:pPr>
        <w:spacing w:after="0"/>
      </w:pPr>
    </w:p>
    <w:p>
      <w:pPr>
        <w:spacing w:after="0"/>
      </w:pPr>
      <w:r>
        <w:rPr>
          <w:rFonts w:ascii="Arial" w:hAnsi="Arial"/>
          <w:b/>
          <w:sz w:val="22"/>
        </w:rPr>
        <w:t xml:space="preserve">Lucy  </w:t>
      </w:r>
      <w:r>
        <w:rPr>
          <w:rFonts w:ascii="Arial" w:hAnsi="Arial"/>
          <w:color w:val="5D7284"/>
          <w:sz w:val="22"/>
        </w:rPr>
        <w:t>04:04</w:t>
      </w:r>
    </w:p>
    <w:p>
      <w:pPr>
        <w:spacing w:after="0"/>
      </w:pPr>
      <w:r>
        <w:rPr>
          <w:rFonts w:ascii="Arial" w:hAnsi="Arial"/>
          <w:sz w:val="22"/>
        </w:rPr>
        <w:t>Right. So have you got a bucket list of?</w:t>
      </w:r>
    </w:p>
    <w:p>
      <w:pPr>
        <w:spacing w:after="0"/>
      </w:pPr>
    </w:p>
    <w:p>
      <w:pPr>
        <w:spacing w:after="0"/>
      </w:pPr>
      <w:r>
        <w:rPr>
          <w:rFonts w:ascii="Arial" w:hAnsi="Arial"/>
          <w:b/>
          <w:sz w:val="22"/>
        </w:rPr>
        <w:t xml:space="preserve">Carrie Ann  </w:t>
      </w:r>
      <w:r>
        <w:rPr>
          <w:rFonts w:ascii="Arial" w:hAnsi="Arial"/>
          <w:color w:val="5D7284"/>
          <w:sz w:val="22"/>
        </w:rPr>
        <w:t>04:39</w:t>
      </w:r>
    </w:p>
    <w:p>
      <w:pPr>
        <w:spacing w:after="0"/>
      </w:pPr>
      <w:r>
        <w:rPr>
          <w:rFonts w:ascii="Arial" w:hAnsi="Arial"/>
          <w:sz w:val="22"/>
        </w:rPr>
        <w:t>Yeah, I mean, this trip was supposed to be happening this year. My best friend emigrated to Perth in Western Australia, six or seven years ago. And basically since then, we've been we've been planning a trip to go and see for one week Another it's been delayed a few times. It was actually booked for the end of March this year. Got to Bali, and we were in Singapore, it remains the bucket list trip. And we will get there one day, but I think it's going to take quite a bit longer before</w:t>
      </w:r>
    </w:p>
    <w:p>
      <w:pPr>
        <w:spacing w:after="0"/>
      </w:pPr>
    </w:p>
    <w:p>
      <w:pPr>
        <w:spacing w:after="0"/>
      </w:pPr>
      <w:r>
        <w:rPr>
          <w:rFonts w:ascii="Arial" w:hAnsi="Arial"/>
          <w:b/>
          <w:sz w:val="22"/>
        </w:rPr>
        <w:t xml:space="preserve">Alice  </w:t>
      </w:r>
      <w:r>
        <w:rPr>
          <w:rFonts w:ascii="Arial" w:hAnsi="Arial"/>
          <w:color w:val="5D7284"/>
          <w:sz w:val="22"/>
        </w:rPr>
        <w:t>05:22</w:t>
      </w:r>
    </w:p>
    <w:p>
      <w:pPr>
        <w:spacing w:after="0"/>
      </w:pPr>
      <w:r>
        <w:rPr>
          <w:rFonts w:ascii="Arial" w:hAnsi="Arial"/>
          <w:sz w:val="22"/>
        </w:rPr>
        <w:t>Did you get a refund? How did you sorted out?</w:t>
      </w:r>
    </w:p>
    <w:p>
      <w:pPr>
        <w:spacing w:after="0"/>
      </w:pPr>
    </w:p>
    <w:p>
      <w:pPr>
        <w:spacing w:after="0"/>
      </w:pPr>
      <w:r>
        <w:rPr>
          <w:rFonts w:ascii="Arial" w:hAnsi="Arial"/>
          <w:b/>
          <w:sz w:val="22"/>
        </w:rPr>
        <w:t xml:space="preserve">Carrie Ann  </w:t>
      </w:r>
      <w:r>
        <w:rPr>
          <w:rFonts w:ascii="Arial" w:hAnsi="Arial"/>
          <w:color w:val="5D7284"/>
          <w:sz w:val="22"/>
        </w:rPr>
        <w:t>05:25</w:t>
      </w:r>
    </w:p>
    <w:p>
      <w:pPr>
        <w:spacing w:after="0"/>
      </w:pPr>
      <w:r>
        <w:rPr>
          <w:rFonts w:ascii="Arial" w:hAnsi="Arial"/>
          <w:sz w:val="22"/>
        </w:rPr>
        <w:t>Yeah, thankfully, I we had only booked sort of flight really at the point that flights in an Airbnb, I think, the point that it had to be cancelled, so I was able to get everything refunded. So that was one stress that we didn't have to worry about. Thankfully,</w:t>
      </w:r>
    </w:p>
    <w:p>
      <w:pPr>
        <w:spacing w:after="0"/>
      </w:pPr>
    </w:p>
    <w:p>
      <w:pPr>
        <w:spacing w:after="0"/>
      </w:pPr>
      <w:r>
        <w:rPr>
          <w:rFonts w:ascii="Arial" w:hAnsi="Arial"/>
          <w:b/>
          <w:sz w:val="22"/>
        </w:rPr>
        <w:t xml:space="preserve">Lucy  </w:t>
      </w:r>
      <w:r>
        <w:rPr>
          <w:rFonts w:ascii="Arial" w:hAnsi="Arial"/>
          <w:color w:val="5D7284"/>
          <w:sz w:val="22"/>
        </w:rPr>
        <w:t>05:42</w:t>
      </w:r>
    </w:p>
    <w:p>
      <w:pPr>
        <w:spacing w:after="0"/>
      </w:pPr>
      <w:r>
        <w:rPr>
          <w:rFonts w:ascii="Arial" w:hAnsi="Arial"/>
          <w:sz w:val="22"/>
        </w:rPr>
        <w:t>I'll tell you what, though, when you do get on that holiday, it's gonna be absolutely amazing, isn't it?</w:t>
      </w:r>
    </w:p>
    <w:p>
      <w:pPr>
        <w:spacing w:after="0"/>
      </w:pPr>
    </w:p>
    <w:p>
      <w:pPr>
        <w:spacing w:after="0"/>
      </w:pPr>
      <w:r>
        <w:rPr>
          <w:rFonts w:ascii="Arial" w:hAnsi="Arial"/>
          <w:b/>
          <w:sz w:val="22"/>
        </w:rPr>
        <w:t xml:space="preserve">Carrie Ann  </w:t>
      </w:r>
      <w:r>
        <w:rPr>
          <w:rFonts w:ascii="Arial" w:hAnsi="Arial"/>
          <w:color w:val="5D7284"/>
          <w:sz w:val="22"/>
        </w:rPr>
        <w:t>05:47</w:t>
      </w:r>
    </w:p>
    <w:p>
      <w:pPr>
        <w:spacing w:after="0"/>
      </w:pPr>
      <w:r>
        <w:rPr>
          <w:rFonts w:ascii="Arial" w:hAnsi="Arial"/>
          <w:sz w:val="22"/>
        </w:rPr>
        <w:t>It's, it's been almost three years now. We obviously, we do FaceTime and stuff like that, but it'll be amazing to catch up and see each other. Yeah, definitely, definitely.</w:t>
      </w:r>
    </w:p>
    <w:p>
      <w:pPr>
        <w:spacing w:after="0"/>
      </w:pPr>
    </w:p>
    <w:p>
      <w:pPr>
        <w:spacing w:after="0"/>
      </w:pPr>
      <w:r>
        <w:rPr>
          <w:rFonts w:ascii="Arial" w:hAnsi="Arial"/>
          <w:b/>
          <w:sz w:val="22"/>
        </w:rPr>
        <w:t xml:space="preserve">Alice  </w:t>
      </w:r>
      <w:r>
        <w:rPr>
          <w:rFonts w:ascii="Arial" w:hAnsi="Arial"/>
          <w:color w:val="5D7284"/>
          <w:sz w:val="22"/>
        </w:rPr>
        <w:t>06:00</w:t>
      </w:r>
    </w:p>
    <w:p>
      <w:pPr>
        <w:spacing w:after="0"/>
      </w:pPr>
      <w:r>
        <w:rPr>
          <w:rFonts w:ascii="Arial" w:hAnsi="Arial"/>
          <w:sz w:val="22"/>
        </w:rPr>
        <w:t>So with your like, travelling abroad, how easy? Do you find it? You know, making sure that you're going to find accessible accommodation? And that, you know, the places that you're going to, are going to be accessible for you. And and do you find, you know, are there places that are better than others? I imagine, you know, going to cities generally is probably better than going to, you know, somewhere a bit off the grid. But then I think about places, I've been to Rome, and I, I that was a nightmare for me. I can't imagine how somebody in a wheelchair would access a city like that.</w:t>
      </w:r>
    </w:p>
    <w:p>
      <w:pPr>
        <w:spacing w:after="0"/>
      </w:pPr>
    </w:p>
    <w:p>
      <w:pPr>
        <w:spacing w:after="0"/>
      </w:pPr>
      <w:r>
        <w:rPr>
          <w:rFonts w:ascii="Arial" w:hAnsi="Arial"/>
          <w:b/>
          <w:sz w:val="22"/>
        </w:rPr>
        <w:t xml:space="preserve">Carrie Ann  </w:t>
      </w:r>
      <w:r>
        <w:rPr>
          <w:rFonts w:ascii="Arial" w:hAnsi="Arial"/>
          <w:color w:val="5D7284"/>
          <w:sz w:val="22"/>
        </w:rPr>
        <w:t>06:38</w:t>
      </w:r>
    </w:p>
    <w:p>
      <w:pPr>
        <w:spacing w:after="0"/>
      </w:pPr>
      <w:r>
        <w:rPr>
          <w:rFonts w:ascii="Arial" w:hAnsi="Arial"/>
          <w:sz w:val="22"/>
        </w:rPr>
        <w:t>It's interesting, isn't it? Because I've also been to Rome. And I've written a travel guide to Rome for wheelchair users. And it wasn't easy, but I absolutely loved it. It was one of my favourite bits. And I think there is something about separating those two elements as well. Yeah, you know, when you get into the planning process, it's really easy to just have this like narrow view of, right, I can only go to the place that has this level of accessibility and that on the other, and, you're not always thinking about what you actually want to get out of a train, or you want to go and that's always my advice when people say, you know, how do you do planning process and all the rest of it, my advice is always, of course, you have to think about accessibility, because well, you have to be able to get there. But don't let that be the overriding motivation for for your trip or for the destination that you choose. Um, I actually have a travel planner that people can download from my blog. So they follow my process, basically. And it's not perfect, because nothing is, but it's how I book a trip, and it will hopefully be helpful to other people. And as with everything I do blog wise, there is always the caveat that I know a lot about my needs as an individual. Everybody's needs are different. And so you know, I can write and talk about an advice based on my needs. But don't ever think that I'm trying to be some all encompassing accessibility guru. That say, it's just impossible. Actually.</w:t>
      </w:r>
    </w:p>
    <w:p>
      <w:pPr>
        <w:spacing w:after="0"/>
      </w:pPr>
    </w:p>
    <w:p>
      <w:pPr>
        <w:spacing w:after="0"/>
      </w:pPr>
      <w:r>
        <w:rPr>
          <w:rFonts w:ascii="Arial" w:hAnsi="Arial"/>
          <w:b/>
          <w:sz w:val="22"/>
        </w:rPr>
        <w:t xml:space="preserve">Lucy  </w:t>
      </w:r>
      <w:r>
        <w:rPr>
          <w:rFonts w:ascii="Arial" w:hAnsi="Arial"/>
          <w:color w:val="5D7284"/>
          <w:sz w:val="22"/>
        </w:rPr>
        <w:t>08:20</w:t>
      </w:r>
    </w:p>
    <w:p>
      <w:pPr>
        <w:spacing w:after="0"/>
      </w:pPr>
      <w:r>
        <w:rPr>
          <w:rFonts w:ascii="Arial" w:hAnsi="Arial"/>
          <w:sz w:val="22"/>
        </w:rPr>
        <w:t xml:space="preserve">I have to be very, I go often go away for day trips and holidays with a very good friend of like a close friend of the family. And I have to be very, very careful what I say to this close friend of the fact that if I were going to Tenerife for instance, and I'll say, I want to go on a boat trip, see the dolphins or I could say something even more ridiculous than that. And then like three days later, I find myself on a boat to see the Dolphins. Like, I've changed my mind, I don't really want to do this. So being able to have I think those people around that go actually I would really love to do X, Y, Z. </w:t>
      </w:r>
    </w:p>
    <w:p>
      <w:pPr>
        <w:spacing w:after="0"/>
      </w:pPr>
    </w:p>
    <w:p>
      <w:pPr>
        <w:spacing w:after="0"/>
      </w:pPr>
      <w:r>
        <w:rPr>
          <w:rFonts w:ascii="Arial" w:hAnsi="Arial"/>
          <w:b/>
          <w:sz w:val="22"/>
        </w:rPr>
        <w:t xml:space="preserve">Carrie Ann  </w:t>
      </w:r>
      <w:r>
        <w:rPr>
          <w:rFonts w:ascii="Arial" w:hAnsi="Arial"/>
          <w:color w:val="5D7284"/>
          <w:sz w:val="22"/>
        </w:rPr>
        <w:t>08:59</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09:00</w:t>
      </w:r>
    </w:p>
    <w:p>
      <w:pPr>
        <w:spacing w:after="0"/>
      </w:pPr>
      <w:r>
        <w:rPr>
          <w:rFonts w:ascii="Arial" w:hAnsi="Arial"/>
          <w:sz w:val="22"/>
        </w:rPr>
        <w:t>And then remember it and go. We are you doing this. Now. Whether you like it, because we've organised it.</w:t>
      </w:r>
    </w:p>
    <w:p>
      <w:pPr>
        <w:spacing w:after="0"/>
      </w:pPr>
    </w:p>
    <w:p>
      <w:pPr>
        <w:spacing w:after="0"/>
      </w:pPr>
      <w:r>
        <w:rPr>
          <w:rFonts w:ascii="Arial" w:hAnsi="Arial"/>
          <w:b/>
          <w:sz w:val="22"/>
        </w:rPr>
        <w:t xml:space="preserve">Carrie Ann  </w:t>
      </w:r>
      <w:r>
        <w:rPr>
          <w:rFonts w:ascii="Arial" w:hAnsi="Arial"/>
          <w:color w:val="5D7284"/>
          <w:sz w:val="22"/>
        </w:rPr>
        <w:t>09:08</w:t>
      </w:r>
    </w:p>
    <w:p>
      <w:pPr>
        <w:spacing w:after="0"/>
      </w:pPr>
      <w:r>
        <w:rPr>
          <w:rFonts w:ascii="Arial" w:hAnsi="Arial"/>
          <w:sz w:val="22"/>
        </w:rPr>
        <w:t>I agree with that. I think, you know, we do, as you say, Disabled people have a tendency to want to sit within our own kind of self imposed limitations and you can get really anxious thinking about do we not try and do something that you haven't done before. And there's definitely been things that I've done as part of my travels sometimes because of the people that I've been with, or sometimes because it's been an organised trip for a blog, where I've done things that I wouldn't normally have felt comfortable with and always really enjoyed them. Like it's never been like, Oh, God, I wish I had not actually gone snorkelling in the Red Sea. I wish I'd actually done a wheelchair abseil, So I did a wheelchair abseil, because I was doing some work with BBC and I was, well I was kind of I'm a little terrified about talking on a BBC News camera. I like it the interview after the upsell to all my nerves it disappears.</w:t>
      </w:r>
    </w:p>
    <w:p>
      <w:pPr>
        <w:spacing w:after="0"/>
      </w:pPr>
    </w:p>
    <w:p>
      <w:pPr>
        <w:spacing w:after="0"/>
      </w:pPr>
      <w:r>
        <w:rPr>
          <w:rFonts w:ascii="Arial" w:hAnsi="Arial"/>
          <w:b/>
          <w:sz w:val="22"/>
        </w:rPr>
        <w:t xml:space="preserve">Alice  </w:t>
      </w:r>
      <w:r>
        <w:rPr>
          <w:rFonts w:ascii="Arial" w:hAnsi="Arial"/>
          <w:color w:val="5D7284"/>
          <w:sz w:val="22"/>
        </w:rPr>
        <w:t>10:11</w:t>
      </w:r>
    </w:p>
    <w:p>
      <w:pPr>
        <w:spacing w:after="0"/>
      </w:pPr>
      <w:r>
        <w:rPr>
          <w:rFonts w:ascii="Arial" w:hAnsi="Arial"/>
          <w:sz w:val="22"/>
        </w:rPr>
        <w:t>Nothing is terrifying after you've done that.</w:t>
      </w:r>
    </w:p>
    <w:p>
      <w:pPr>
        <w:spacing w:after="0"/>
      </w:pPr>
    </w:p>
    <w:p>
      <w:pPr>
        <w:spacing w:after="0"/>
      </w:pPr>
      <w:r>
        <w:rPr>
          <w:rFonts w:ascii="Arial" w:hAnsi="Arial"/>
          <w:b/>
          <w:sz w:val="22"/>
        </w:rPr>
        <w:t xml:space="preserve">Carrie Ann  </w:t>
      </w:r>
      <w:r>
        <w:rPr>
          <w:rFonts w:ascii="Arial" w:hAnsi="Arial"/>
          <w:color w:val="5D7284"/>
          <w:sz w:val="22"/>
        </w:rPr>
        <w:t>10:16</w:t>
      </w:r>
    </w:p>
    <w:p>
      <w:pPr>
        <w:spacing w:after="0"/>
      </w:pPr>
      <w:r>
        <w:rPr>
          <w:rFonts w:ascii="Arial" w:hAnsi="Arial"/>
          <w:sz w:val="22"/>
        </w:rPr>
        <w:t>I think you know, going back to is it easy or is the planning process it's always difficult is always going to be more involved than anybody who doesn't have impairment or disability to think about when planning. And it's always always a leap of faith. You know, I, I've been working in this arena for 15 years, I have heard all the horror stories, I've been to some amazing places. But sometimes even I get it wrong. Sometimes even I book a trip I get when I go out the window, accessible or whatever.</w:t>
      </w:r>
    </w:p>
    <w:p>
      <w:pPr>
        <w:spacing w:after="0"/>
      </w:pPr>
    </w:p>
    <w:p>
      <w:pPr>
        <w:spacing w:after="0"/>
      </w:pPr>
      <w:r>
        <w:rPr>
          <w:rFonts w:ascii="Arial" w:hAnsi="Arial"/>
          <w:b/>
          <w:sz w:val="22"/>
        </w:rPr>
        <w:t xml:space="preserve">Alice  </w:t>
      </w:r>
      <w:r>
        <w:rPr>
          <w:rFonts w:ascii="Arial" w:hAnsi="Arial"/>
          <w:color w:val="5D7284"/>
          <w:sz w:val="22"/>
        </w:rPr>
        <w:t>10:51</w:t>
      </w:r>
    </w:p>
    <w:p>
      <w:pPr>
        <w:spacing w:after="0"/>
      </w:pPr>
      <w:r>
        <w:rPr>
          <w:rFonts w:ascii="Arial" w:hAnsi="Arial"/>
          <w:sz w:val="22"/>
        </w:rPr>
        <w:t>The last holiday that we made, my husband went on before the world closed, I had done a load of research, I was really excited because we were going to go hiking, I was really looking forward to it. And I had like, because again, before the world closed down, I was training for a marathon and doing all sorts of I was like hiking, this is going to be awesome. I'm the fittest I've ever been. And I was really looking forward to it, I'd found a guide who would pick us up from our hotel, drive us up there, you know, go up the mountain with us. And it said, this is wheelchair accessible. This is disabled accessible. And so I thought, okay, so it's gonna be probably walking up a manmade trail that you know they've concreted or something. So it's not going to be a hike, hike, but it's going to be the distance and I'm going to get the views. And so that's going to be, you know, great. And we got there. And basically, we got to a car park, sort of two thirds of the way up this mountain. And he went, he go, then I was like, over do we not walk up. And he was like, This is the trail and he sort of showed it to me. And my husband and I took like two steps. And I thought I'm gonna die. My I'm gonna break my ankle and fall down this mountain. And so we ended up going. And, you know, we got, we got our money back and stuff like that. And I but I had to have a cry about it. Because I was absolutely, like really disappointed. I was really upset because I've been really looking forward to it. Yeah. And so, you know, sometimes you can put that planning in. And it just people's understanding of what accessible means, particularly when you're talking on a global level. It's, it can be different 100% Yeah,</w:t>
      </w:r>
    </w:p>
    <w:p>
      <w:pPr>
        <w:spacing w:after="0"/>
      </w:pPr>
    </w:p>
    <w:p>
      <w:pPr>
        <w:spacing w:after="0"/>
      </w:pPr>
      <w:r>
        <w:rPr>
          <w:rFonts w:ascii="Arial" w:hAnsi="Arial"/>
          <w:b/>
          <w:sz w:val="22"/>
        </w:rPr>
        <w:t xml:space="preserve">Carrie Ann  </w:t>
      </w:r>
      <w:r>
        <w:rPr>
          <w:rFonts w:ascii="Arial" w:hAnsi="Arial"/>
          <w:color w:val="5D7284"/>
          <w:sz w:val="22"/>
        </w:rPr>
        <w:t>12:45</w:t>
      </w:r>
    </w:p>
    <w:p>
      <w:pPr>
        <w:spacing w:after="0"/>
      </w:pPr>
      <w:r>
        <w:rPr>
          <w:rFonts w:ascii="Arial" w:hAnsi="Arial"/>
          <w:sz w:val="22"/>
        </w:rPr>
        <w:t>I completely agree with that. And I you know, and I feel that feeling of like that complete disappointment, and almost internalising it and go in, Oh, I should have done this better. I should have done that better. But you know, do you know what, you've got to give yourself a break, you've got to know, regardless of what happens regardless of whether it turns out how you wanted it to, you're still having a new experience, you're still indifferent.</w:t>
      </w:r>
    </w:p>
    <w:p>
      <w:pPr>
        <w:spacing w:after="0"/>
      </w:pPr>
    </w:p>
    <w:p>
      <w:pPr>
        <w:spacing w:after="0"/>
      </w:pPr>
      <w:r>
        <w:rPr>
          <w:rFonts w:ascii="Arial" w:hAnsi="Arial"/>
          <w:b/>
          <w:sz w:val="22"/>
        </w:rPr>
        <w:t xml:space="preserve">Lucy  </w:t>
      </w:r>
      <w:r>
        <w:rPr>
          <w:rFonts w:ascii="Arial" w:hAnsi="Arial"/>
          <w:color w:val="5D7284"/>
          <w:sz w:val="22"/>
        </w:rPr>
        <w:t>13:11</w:t>
      </w:r>
    </w:p>
    <w:p>
      <w:pPr>
        <w:spacing w:after="0"/>
      </w:pPr>
      <w:r>
        <w:rPr>
          <w:rFonts w:ascii="Arial" w:hAnsi="Arial"/>
          <w:sz w:val="22"/>
        </w:rPr>
        <w:t>When when I was at school, we went on the annual trip to Disney to Paris to go and see all the sights, Disney on Paris, all that kind of jazz. And the week before we were due to go away the company who normally take care of everything went bankrupt, so we didn't get to go. We were so disappointed that the teacher said don't worry, we'll cover together something we're still gonna go. We got there in the dead of night. So I went to went to bed. When sleep got up in the morning I said to the teacher, could you get them to unlock the disabled bathroom, which was at the end of this corridor, Anyway, he said, Yeah, I've got to get the  key, to get the key. And the French the nice Frenchman, I say nice in the most sarcastic way possible. said, No, it's full of garden furniture. And when he said can you take the garden furniture out? He went, No, I think it's safe to say that all three disabled people have had some sort of travel nightmare at some point in our lives.</w:t>
      </w:r>
    </w:p>
    <w:p>
      <w:pPr>
        <w:spacing w:after="0"/>
      </w:pPr>
    </w:p>
    <w:p>
      <w:pPr>
        <w:spacing w:after="0"/>
      </w:pPr>
      <w:r>
        <w:rPr>
          <w:rFonts w:ascii="Arial" w:hAnsi="Arial"/>
          <w:b/>
          <w:sz w:val="22"/>
        </w:rPr>
        <w:t xml:space="preserve">Carrie Ann  </w:t>
      </w:r>
      <w:r>
        <w:rPr>
          <w:rFonts w:ascii="Arial" w:hAnsi="Arial"/>
          <w:color w:val="5D7284"/>
          <w:sz w:val="22"/>
        </w:rPr>
        <w:t>14:19</w:t>
      </w:r>
    </w:p>
    <w:p>
      <w:pPr>
        <w:spacing w:after="0"/>
      </w:pPr>
      <w:r>
        <w:rPr>
          <w:rFonts w:ascii="Arial" w:hAnsi="Arial"/>
          <w:sz w:val="22"/>
        </w:rPr>
        <w:t>I think the thing is, I think it's just universal, isn't it? I think nobody ever has a perfect travelling experience. But I think as disabled people, ours are probably heightened, you know, the disappointments are probably heightened the the potential for things to go wrong is probably a bit higher. But I what I don't want is for people to go, Oh, well, I'm just never going to travel because I get broken on the plane or I will have to pay a lot of money for insurance or what if I get there and the room isn't actually accessible. And do you know what all of those things have happened to me and I still love to travel, I still, you know, I still take those risks and whatever else because it's worth it, it's worth it for that feeling of getting into somewhere and just going, you know what, despite all of the crap that was putting my way, by all of those barriers I have got here, and I have done it on my own or with support or whatever. And that is just an amaz.., it's so freeing. Like, it's so good for your mental health to just push that comfort zone and feel it. So, you know, yes, it's difficult. Yes, it's risky, but it's worth it. Definitely.</w:t>
      </w:r>
    </w:p>
    <w:p>
      <w:pPr>
        <w:spacing w:after="0"/>
      </w:pPr>
    </w:p>
    <w:p>
      <w:pPr>
        <w:spacing w:after="0"/>
      </w:pPr>
      <w:r>
        <w:rPr>
          <w:rFonts w:ascii="Arial" w:hAnsi="Arial"/>
          <w:b/>
          <w:sz w:val="22"/>
        </w:rPr>
        <w:t xml:space="preserve">Alice  </w:t>
      </w:r>
      <w:r>
        <w:rPr>
          <w:rFonts w:ascii="Arial" w:hAnsi="Arial"/>
          <w:color w:val="5D7284"/>
          <w:sz w:val="22"/>
        </w:rPr>
        <w:t>15:43</w:t>
      </w:r>
    </w:p>
    <w:p>
      <w:pPr>
        <w:spacing w:after="0"/>
      </w:pPr>
      <w:r>
        <w:rPr>
          <w:rFonts w:ascii="Arial" w:hAnsi="Arial"/>
          <w:sz w:val="22"/>
        </w:rPr>
        <w:t>Hmm. That's really nice to hear sort of such a, such a positive outlook, because I think it is really scary for a lot of people. You know, particularly if you've got a disability, because do already feel quite vulnerable, I think.</w:t>
      </w:r>
    </w:p>
    <w:p>
      <w:pPr>
        <w:spacing w:after="0"/>
      </w:pPr>
    </w:p>
    <w:p>
      <w:pPr>
        <w:spacing w:after="0"/>
      </w:pPr>
      <w:r>
        <w:rPr>
          <w:rFonts w:ascii="Arial" w:hAnsi="Arial"/>
          <w:b/>
          <w:sz w:val="22"/>
        </w:rPr>
        <w:t xml:space="preserve">Lucy  </w:t>
      </w:r>
      <w:r>
        <w:rPr>
          <w:rFonts w:ascii="Arial" w:hAnsi="Arial"/>
          <w:color w:val="5D7284"/>
          <w:sz w:val="22"/>
        </w:rPr>
        <w:t>15:56</w:t>
      </w:r>
    </w:p>
    <w:p>
      <w:pPr>
        <w:spacing w:after="0"/>
      </w:pPr>
      <w:r>
        <w:rPr>
          <w:rFonts w:ascii="Arial" w:hAnsi="Arial"/>
          <w:sz w:val="22"/>
        </w:rPr>
        <w:t>I mean, sometimes, it's scary for me going out and about in this country for days of places that I've never, never been to before. Because it's...</w:t>
      </w:r>
    </w:p>
    <w:p>
      <w:pPr>
        <w:spacing w:after="0"/>
      </w:pPr>
    </w:p>
    <w:p>
      <w:pPr>
        <w:spacing w:after="0"/>
      </w:pPr>
      <w:r>
        <w:rPr>
          <w:rFonts w:ascii="Arial" w:hAnsi="Arial"/>
          <w:b/>
          <w:sz w:val="22"/>
        </w:rPr>
        <w:t xml:space="preserve">Alice  </w:t>
      </w:r>
      <w:r>
        <w:rPr>
          <w:rFonts w:ascii="Arial" w:hAnsi="Arial"/>
          <w:color w:val="5D7284"/>
          <w:sz w:val="22"/>
        </w:rPr>
        <w:t>16:04</w:t>
      </w:r>
    </w:p>
    <w:p>
      <w:pPr>
        <w:spacing w:after="0"/>
      </w:pPr>
      <w:r>
        <w:rPr>
          <w:rFonts w:ascii="Arial" w:hAnsi="Arial"/>
          <w:sz w:val="22"/>
        </w:rPr>
        <w:t>sometimes it's, it's difficult for me, you know, getting out of the house with my dog, like Mike, my guide dogs wonderful. But sometimes if I know it's going to be crowded in the town centre, I don't want to go because I know it's going to I'm going to get anxious, it's going to be difficult. And it's just, you know, if you're scared to go out in your local town, the idea of going abroad, and stuff on your own as well, when you've got support needs. I don't think I could do it. But I think my husband would be pretty upset if I start going on holiday without him now as well.</w:t>
      </w:r>
    </w:p>
    <w:p>
      <w:pPr>
        <w:spacing w:after="0"/>
      </w:pPr>
    </w:p>
    <w:p>
      <w:pPr>
        <w:spacing w:after="0"/>
      </w:pPr>
      <w:r>
        <w:rPr>
          <w:rFonts w:ascii="Arial" w:hAnsi="Arial"/>
          <w:b/>
          <w:sz w:val="22"/>
        </w:rPr>
        <w:t xml:space="preserve">Lucy  </w:t>
      </w:r>
      <w:r>
        <w:rPr>
          <w:rFonts w:ascii="Arial" w:hAnsi="Arial"/>
          <w:color w:val="5D7284"/>
          <w:sz w:val="22"/>
        </w:rPr>
        <w:t>16:42</w:t>
      </w:r>
    </w:p>
    <w:p>
      <w:pPr>
        <w:spacing w:after="0"/>
      </w:pPr>
      <w:r>
        <w:rPr>
          <w:rFonts w:ascii="Arial" w:hAnsi="Arial"/>
          <w:sz w:val="22"/>
        </w:rPr>
        <w:t>Yeah, definitely. Alice, have you got another question?</w:t>
      </w:r>
    </w:p>
    <w:p>
      <w:pPr>
        <w:spacing w:after="0"/>
      </w:pPr>
    </w:p>
    <w:p>
      <w:pPr>
        <w:spacing w:after="0"/>
      </w:pPr>
      <w:r>
        <w:rPr>
          <w:rFonts w:ascii="Arial" w:hAnsi="Arial"/>
          <w:b/>
          <w:sz w:val="22"/>
        </w:rPr>
        <w:t xml:space="preserve">Alice  </w:t>
      </w:r>
      <w:r>
        <w:rPr>
          <w:rFonts w:ascii="Arial" w:hAnsi="Arial"/>
          <w:color w:val="5D7284"/>
          <w:sz w:val="22"/>
        </w:rPr>
        <w:t>16:46</w:t>
      </w:r>
    </w:p>
    <w:p>
      <w:pPr>
        <w:spacing w:after="0"/>
      </w:pPr>
      <w:r>
        <w:rPr>
          <w:rFonts w:ascii="Arial" w:hAnsi="Arial"/>
          <w:sz w:val="22"/>
        </w:rPr>
        <w:t>So one of the things that we sort of picked up on on some of the stuff that you've been saying in the form that you talked about was, you talked about how, and it's interesting, you know, because you've, you've just kind of really pushed there to say, Don't Don't be anxious and kind of say yes to the things that you're scared of. But you talked before about how disabled people can quite often find it hard to say no. And, and how it's sort of really important to try to live your sort of do things your way and, and be true to yourself. I just wanted to talk to you a little bit about that, where that comes from, and sort of what that how that has kind of come about for you?</w:t>
      </w:r>
    </w:p>
    <w:p>
      <w:pPr>
        <w:spacing w:after="0"/>
      </w:pPr>
    </w:p>
    <w:p>
      <w:pPr>
        <w:spacing w:after="0"/>
      </w:pPr>
      <w:r>
        <w:rPr>
          <w:rFonts w:ascii="Arial" w:hAnsi="Arial"/>
          <w:b/>
          <w:sz w:val="22"/>
        </w:rPr>
        <w:t xml:space="preserve">Carrie Ann  </w:t>
      </w:r>
      <w:r>
        <w:rPr>
          <w:rFonts w:ascii="Arial" w:hAnsi="Arial"/>
          <w:color w:val="5D7284"/>
          <w:sz w:val="22"/>
        </w:rPr>
        <w:t>17:33</w:t>
      </w:r>
    </w:p>
    <w:p>
      <w:pPr>
        <w:spacing w:after="0"/>
      </w:pPr>
      <w:r>
        <w:rPr>
          <w:rFonts w:ascii="Arial" w:hAnsi="Arial"/>
          <w:sz w:val="22"/>
        </w:rPr>
        <w:t>I think it's about finding out and working out what success looks like for you, as an individual what a successful life looks like for you. And I think that not saying yes to too much, or learning how to say no. But also sometimes saying yes to something that is outside of your comfort zone. I think that those two things can coexist, I don't</w:t>
      </w:r>
    </w:p>
    <w:p>
      <w:pPr>
        <w:spacing w:after="0"/>
      </w:pPr>
    </w:p>
    <w:p>
      <w:pPr>
        <w:spacing w:after="0"/>
      </w:pPr>
      <w:r>
        <w:rPr>
          <w:rFonts w:ascii="Arial" w:hAnsi="Arial"/>
          <w:b/>
          <w:sz w:val="22"/>
        </w:rPr>
        <w:t xml:space="preserve">Lucy  </w:t>
      </w:r>
      <w:r>
        <w:rPr>
          <w:rFonts w:ascii="Arial" w:hAnsi="Arial"/>
          <w:color w:val="5D7284"/>
          <w:sz w:val="22"/>
        </w:rPr>
        <w:t>17:58</w:t>
      </w:r>
    </w:p>
    <w:p>
      <w:pPr>
        <w:spacing w:after="0"/>
      </w:pPr>
      <w:r>
        <w:rPr>
          <w:rFonts w:ascii="Arial" w:hAnsi="Arial"/>
          <w:sz w:val="22"/>
        </w:rPr>
        <w:t>finding a happy balance, isn't it? The case of</w:t>
      </w:r>
    </w:p>
    <w:p>
      <w:pPr>
        <w:spacing w:after="0"/>
      </w:pPr>
    </w:p>
    <w:p>
      <w:pPr>
        <w:spacing w:after="0"/>
      </w:pPr>
      <w:r>
        <w:rPr>
          <w:rFonts w:ascii="Arial" w:hAnsi="Arial"/>
          <w:b/>
          <w:sz w:val="22"/>
        </w:rPr>
        <w:t xml:space="preserve">Carrie Ann  </w:t>
      </w:r>
      <w:r>
        <w:rPr>
          <w:rFonts w:ascii="Arial" w:hAnsi="Arial"/>
          <w:color w:val="5D7284"/>
          <w:sz w:val="22"/>
        </w:rPr>
        <w:t>18:01</w:t>
      </w:r>
    </w:p>
    <w:p>
      <w:pPr>
        <w:spacing w:after="0"/>
      </w:pPr>
      <w:r>
        <w:rPr>
          <w:rFonts w:ascii="Arial" w:hAnsi="Arial"/>
          <w:sz w:val="22"/>
        </w:rPr>
        <w:t>one or the other? I do think it's balanced. I think, you know, I'm learning at the age that I'm at, and with the work, I do a lot of work on my mental health. And the key cornerstone of all of that, for me is balance is I'm but you know, to, to answer your question in terms of where does that come from, it's actually come from me intensively spending a lot of time in therapy, spending a lot of time speaking to counsellors, my default response to stress or to difficult situations to things that make me feel uncomfortable, has always been to work, to distract myself to work or to write or to be posted on social media, to constant hustle has always been my default coping mechanism, actually, um, and you know, in the last couple of years, that's really become a problem, it has resulted burnout, it has meant that I haven't necessarily addressed some of the more difficult things that have happened in my life. And, you know, these things only stay buried for so long. And I think, you know, we exist in a culture now with social media, and with, you know, influencers and bloggers and all of that sort of thing where we're all expected to be proven our work, to be constantly.. you know, to be constantly on the go to be productive to be providing a service to society to be contributing. And that's definitely something that I've fallen victim to in the past, I think, you know, this year, especially, because things have changed quite quickly, you know, sometime from one day to the next. Even still, now. We don't really know what's what's, you know what's going to happen next week and I I find myself with a lot of free time by myself. We're trying to fill that free time trying to try to put or try to write trying to improve my blog trying to say, Oh, well, what do I do? How am I going to be a travel blogger if I can't travel? And I'm just in a place now, where I feel that I can say no, where I feel that when people approached me to do a project, to to work with them, or whatever, I can sit there and go, what's my motivation for doing, If I were to say, what would I be motivated by? Would it be because I love the sound of the project and I really want to get involved? for example, this podcast, with my nation being purely financial, and that is a valid motivation. But did you know? If that is the case, then do I actually need it? Or am I just doing this simply to be seen, and to be and seek approval from other people? And I think, you know, it's really it's not when we when life is busy, when we're making 10s of these decisions every hour, it's really difficult to examine the motivation behind the decision that you've made. But one of the benefits for me if things slowing down, have been that I've been able to sit back and go, what's, what's this about, you know, where is this coming from? And I think I had, for most of my life, been a person who sought out the approval of other people. And I'm a people pleaser, most definitely probably a perfectionist. Definitely, and overwork. And all of those things I am now continually working on to try and achieve that balance, because it's kind of you don't want that perfectionism to tip over into, I have to say no to everything now, because I've, I've said that I'm not going to seek approval, or, you know, I have to have to make sure that I am I only get that from within and I don't post on social media, and I don't get those likes, it's, it's balanced. And it's many, many grey areas. And I think it's about sitting there and saying, you know what, I'm inperfect. I'm human being. And that's alright.</w:t>
      </w:r>
    </w:p>
    <w:p>
      <w:pPr>
        <w:spacing w:after="0"/>
      </w:pPr>
    </w:p>
    <w:p>
      <w:pPr>
        <w:spacing w:after="0"/>
      </w:pPr>
      <w:r>
        <w:rPr>
          <w:rFonts w:ascii="Arial" w:hAnsi="Arial"/>
          <w:b/>
          <w:sz w:val="22"/>
        </w:rPr>
        <w:t xml:space="preserve">Alice  </w:t>
      </w:r>
      <w:r>
        <w:rPr>
          <w:rFonts w:ascii="Arial" w:hAnsi="Arial"/>
          <w:color w:val="5D7284"/>
          <w:sz w:val="22"/>
        </w:rPr>
        <w:t>22:34</w:t>
      </w:r>
    </w:p>
    <w:p>
      <w:pPr>
        <w:spacing w:after="0"/>
      </w:pPr>
      <w:r>
        <w:rPr>
          <w:rFonts w:ascii="Arial" w:hAnsi="Arial"/>
          <w:sz w:val="22"/>
        </w:rPr>
        <w:t xml:space="preserve">And I think that one of the things that's really interesting, that you sort of you, you mentioned quite early on, in that is that this is a universal issue, this isn't just an issue for people with disabilities, this is, you know, that that needs to get approval, that that reassurance of you know, being seen by the outside world is something that I think people are increasingly experiencing. And, you know, the the idea that, as a disabled person, you already have kind of physical barriers, in a lot of ways. It's, this is one more thing for people to deal with. But I like it's almost, you know, it's become a bit of a universal unifier to for, I think, for our generation. And I, I mean, I'm, I'm just grateful that I'm not 13 and yeah, all of this social media, </w:t>
      </w:r>
    </w:p>
    <w:p>
      <w:pPr>
        <w:spacing w:after="0"/>
      </w:pPr>
    </w:p>
    <w:p>
      <w:pPr>
        <w:spacing w:after="0"/>
      </w:pPr>
      <w:r>
        <w:rPr>
          <w:rFonts w:ascii="Arial" w:hAnsi="Arial"/>
          <w:b/>
          <w:sz w:val="22"/>
        </w:rPr>
        <w:t xml:space="preserve">Carrie Ann  </w:t>
      </w:r>
      <w:r>
        <w:rPr>
          <w:rFonts w:ascii="Arial" w:hAnsi="Arial"/>
          <w:color w:val="5D7284"/>
          <w:sz w:val="22"/>
        </w:rPr>
        <w:t>23:31</w:t>
      </w:r>
    </w:p>
    <w:p>
      <w:pPr>
        <w:spacing w:after="0"/>
      </w:pPr>
      <w:r>
        <w:rPr>
          <w:rFonts w:ascii="Arial" w:hAnsi="Arial"/>
          <w:sz w:val="22"/>
        </w:rPr>
        <w:t>I mean, I think it's but I think, you know, I do think that disabled people are kind of further conditioned to feel this way to be like, we need to seek the approval of other people. You know,</w:t>
      </w:r>
    </w:p>
    <w:p>
      <w:pPr>
        <w:spacing w:after="0"/>
      </w:pPr>
    </w:p>
    <w:p>
      <w:pPr>
        <w:spacing w:after="0"/>
      </w:pPr>
      <w:r>
        <w:rPr>
          <w:rFonts w:ascii="Arial" w:hAnsi="Arial"/>
          <w:b/>
          <w:sz w:val="22"/>
        </w:rPr>
        <w:t xml:space="preserve">Lucy  </w:t>
      </w:r>
      <w:r>
        <w:rPr>
          <w:rFonts w:ascii="Arial" w:hAnsi="Arial"/>
          <w:color w:val="5D7284"/>
          <w:sz w:val="22"/>
        </w:rPr>
        <w:t>23:48</w:t>
      </w:r>
    </w:p>
    <w:p>
      <w:pPr>
        <w:spacing w:after="0"/>
      </w:pPr>
      <w:r>
        <w:rPr>
          <w:rFonts w:ascii="Arial" w:hAnsi="Arial"/>
          <w:sz w:val="22"/>
        </w:rPr>
        <w:t>I definitely think that disabled people have that added pressure to prove themselves because they are often in rooms with, you know, able bodied people who, you know, they're expected to, to do when I was, I was saying this to you the other day or less when I was at college, and I was in a mainstream setting for the first time. And I had to get worked on production files and stuff because I was a media student. I used to have to get production file Well, I can't be I you know, I had to partake, participate, not partake, participate in the production, but I can't use the camera because when the cameras set to the right height is too high for me. And you know, I can't do light in a can't do sound because I'm too short and all this business. So what I did do was I created the biggest production files known to man that was so heavy, and everybody who was in class used to think I was a swot because, you know, I just loved doing paperwork. I was always seen as a bit of a nerd really. And it wasn't that was because I was proving myself that I was worthy enough To be on the cost, you know what I mean? It's trying to work hard. And you know, everybody was really worried about burnout and stuff. And it's only not really now that I'm in a job that I absolutely adore and love to pieces that I'm starting to calm down and go, do you know what? Just Just take time I mean, how many conversations have we had Carrie Ann, where you've gone? lucy  So if it takes you two days, two weeks, calm down, it's fine. You've got, we can do this, it's fine. You don't have to do it within 45 minutes of me sending you an email? I've done it. I've done it.</w:t>
      </w:r>
    </w:p>
    <w:p>
      <w:pPr>
        <w:spacing w:after="0"/>
      </w:pPr>
    </w:p>
    <w:p>
      <w:pPr>
        <w:spacing w:after="0"/>
      </w:pPr>
      <w:r>
        <w:rPr>
          <w:rFonts w:ascii="Arial" w:hAnsi="Arial"/>
          <w:b/>
          <w:sz w:val="22"/>
        </w:rPr>
        <w:t xml:space="preserve">Carrie Ann  </w:t>
      </w:r>
      <w:r>
        <w:rPr>
          <w:rFonts w:ascii="Arial" w:hAnsi="Arial"/>
          <w:color w:val="5D7284"/>
          <w:sz w:val="22"/>
        </w:rPr>
        <w:t>25:35</w:t>
      </w:r>
    </w:p>
    <w:p>
      <w:pPr>
        <w:spacing w:after="0"/>
      </w:pPr>
      <w:r>
        <w:rPr>
          <w:rFonts w:ascii="Arial" w:hAnsi="Arial"/>
          <w:sz w:val="22"/>
        </w:rPr>
        <w:t xml:space="preserve">Absolutley Yeah, I do, I think, you know, it is definitely a universal experience, and social media and the pressures that that brings, can only add to that. And that is a huge shame. But I do think that we are conditioned as disabled people to want to appear to want to fit in to you know, like I said, earlier, I am, I went to mainstream school throughout my childhood. And, you know, the majority of my non disabled friends were absolutely wonderful, but arriving at a mainstream secondary school, and suddenly being surrounded by hundreds of children who've never seen a disabled person, their own age, and who want to put you in this very specific box. That's, that's a difficult thing. And that led to me, essentially, modifying my behaviour so that other people would like me, and that stuck. And that went on for a long, long, long time. </w:t>
      </w:r>
    </w:p>
    <w:p>
      <w:pPr>
        <w:spacing w:after="0"/>
      </w:pPr>
    </w:p>
    <w:p>
      <w:pPr>
        <w:spacing w:after="0"/>
      </w:pPr>
      <w:r>
        <w:rPr>
          <w:rFonts w:ascii="Arial" w:hAnsi="Arial"/>
          <w:b/>
          <w:sz w:val="22"/>
        </w:rPr>
        <w:t xml:space="preserve">Alice  </w:t>
      </w:r>
      <w:r>
        <w:rPr>
          <w:rFonts w:ascii="Arial" w:hAnsi="Arial"/>
          <w:color w:val="5D7284"/>
          <w:sz w:val="22"/>
        </w:rPr>
        <w:t>26:36</w:t>
      </w:r>
    </w:p>
    <w:p>
      <w:pPr>
        <w:spacing w:after="0"/>
      </w:pPr>
      <w:r>
        <w:rPr>
          <w:rFonts w:ascii="Arial" w:hAnsi="Arial"/>
          <w:sz w:val="22"/>
        </w:rPr>
        <w:t>But I mean, this is very similar to my experience, I went to a mainstream school, but because of the nature of my disability, you know, I pass for not disabled very easily. And so in the same way, I had to have those moments where, you know, I would suddenly find that I had a need an accessibility need. And that started to make me sort of appear different to my peers. And I did really do that, you know, changed my, my behaviour changed the way that I, more than anything changed the way that I felt about myself and, and dealt with my accessibility needs and my feelings about my disability, I really internalised those as going well, this is, this is because I'm different. This is my fault, because I'm different. Whereas, you know, if there had been that bridge already built to provide me the, you know, access to the things that I need. And there had been that acceptance, I think, amongst my peers who didn't have disabilities, it would, I would have turned into a different person. I'm not saying I dislike the person I am. In fact, I'm proud of myself and what I've done. And actually, a lot of that is because, like you Carrie Ann  I've had to have a lot of therapy to get to this point.</w:t>
      </w:r>
    </w:p>
    <w:p>
      <w:pPr>
        <w:spacing w:after="0"/>
      </w:pPr>
    </w:p>
    <w:p>
      <w:pPr>
        <w:spacing w:after="0"/>
      </w:pPr>
      <w:r>
        <w:rPr>
          <w:rFonts w:ascii="Arial" w:hAnsi="Arial"/>
          <w:b/>
          <w:sz w:val="22"/>
        </w:rPr>
        <w:t xml:space="preserve">Carrie Ann  </w:t>
      </w:r>
      <w:r>
        <w:rPr>
          <w:rFonts w:ascii="Arial" w:hAnsi="Arial"/>
          <w:color w:val="5D7284"/>
          <w:sz w:val="22"/>
        </w:rPr>
        <w:t>28:01</w:t>
      </w:r>
    </w:p>
    <w:p>
      <w:pPr>
        <w:spacing w:after="0"/>
      </w:pPr>
      <w:r>
        <w:rPr>
          <w:rFonts w:ascii="Arial" w:hAnsi="Arial"/>
          <w:sz w:val="22"/>
        </w:rPr>
        <w:t xml:space="preserve">Absolutely, </w:t>
      </w:r>
    </w:p>
    <w:p>
      <w:pPr>
        <w:spacing w:after="0"/>
      </w:pPr>
    </w:p>
    <w:p>
      <w:pPr>
        <w:spacing w:after="0"/>
      </w:pPr>
      <w:r>
        <w:rPr>
          <w:rFonts w:ascii="Arial" w:hAnsi="Arial"/>
          <w:b/>
          <w:sz w:val="22"/>
        </w:rPr>
        <w:t xml:space="preserve">Alice  </w:t>
      </w:r>
      <w:r>
        <w:rPr>
          <w:rFonts w:ascii="Arial" w:hAnsi="Arial"/>
          <w:color w:val="5D7284"/>
          <w:sz w:val="22"/>
        </w:rPr>
        <w:t>28:02</w:t>
      </w:r>
    </w:p>
    <w:p>
      <w:pPr>
        <w:spacing w:after="0"/>
      </w:pPr>
      <w:r>
        <w:rPr>
          <w:rFonts w:ascii="Arial" w:hAnsi="Arial"/>
          <w:sz w:val="22"/>
        </w:rPr>
        <w:t>Yeah</w:t>
      </w:r>
    </w:p>
    <w:p>
      <w:pPr>
        <w:spacing w:after="0"/>
      </w:pPr>
    </w:p>
    <w:p>
      <w:pPr>
        <w:spacing w:after="0"/>
      </w:pPr>
      <w:r>
        <w:rPr>
          <w:rFonts w:ascii="Arial" w:hAnsi="Arial"/>
          <w:b/>
          <w:sz w:val="22"/>
        </w:rPr>
        <w:t xml:space="preserve">Carrie Ann  </w:t>
      </w:r>
      <w:r>
        <w:rPr>
          <w:rFonts w:ascii="Arial" w:hAnsi="Arial"/>
          <w:color w:val="5D7284"/>
          <w:sz w:val="22"/>
        </w:rPr>
        <w:t>28:03</w:t>
      </w:r>
    </w:p>
    <w:p>
      <w:pPr>
        <w:spacing w:after="0"/>
      </w:pPr>
      <w:r>
        <w:rPr>
          <w:rFonts w:ascii="Arial" w:hAnsi="Arial"/>
          <w:sz w:val="22"/>
        </w:rPr>
        <w:t>I mean, you know, and I think similar, I think, I passionately believe that there should be dedicated mental health for for, you know, disabled children who are coming of age</w:t>
      </w:r>
    </w:p>
    <w:p>
      <w:pPr>
        <w:spacing w:after="0"/>
      </w:pPr>
    </w:p>
    <w:p>
      <w:pPr>
        <w:spacing w:after="0"/>
      </w:pPr>
      <w:r>
        <w:rPr>
          <w:rFonts w:ascii="Arial" w:hAnsi="Arial"/>
          <w:b/>
          <w:sz w:val="22"/>
        </w:rPr>
        <w:t xml:space="preserve">Lucy  </w:t>
      </w:r>
      <w:r>
        <w:rPr>
          <w:rFonts w:ascii="Arial" w:hAnsi="Arial"/>
          <w:color w:val="5D7284"/>
          <w:sz w:val="22"/>
        </w:rPr>
        <w:t>28:18</w:t>
      </w:r>
    </w:p>
    <w:p>
      <w:pPr>
        <w:spacing w:after="0"/>
      </w:pPr>
      <w:r>
        <w:rPr>
          <w:rFonts w:ascii="Arial" w:hAnsi="Arial"/>
          <w:sz w:val="22"/>
        </w:rPr>
        <w:t>Absolutely!!</w:t>
      </w:r>
    </w:p>
    <w:p>
      <w:pPr>
        <w:spacing w:after="0"/>
      </w:pPr>
    </w:p>
    <w:p>
      <w:pPr>
        <w:spacing w:after="0"/>
      </w:pPr>
      <w:r>
        <w:rPr>
          <w:rFonts w:ascii="Arial" w:hAnsi="Arial"/>
          <w:b/>
          <w:sz w:val="22"/>
        </w:rPr>
        <w:t xml:space="preserve">Carrie Ann  </w:t>
      </w:r>
      <w:r>
        <w:rPr>
          <w:rFonts w:ascii="Arial" w:hAnsi="Arial"/>
          <w:color w:val="5D7284"/>
          <w:sz w:val="22"/>
        </w:rPr>
        <w:t>28:20</w:t>
      </w:r>
    </w:p>
    <w:p>
      <w:pPr>
        <w:spacing w:after="0"/>
      </w:pPr>
      <w:r>
        <w:rPr>
          <w:rFonts w:ascii="Arial" w:hAnsi="Arial"/>
          <w:sz w:val="22"/>
        </w:rPr>
        <w:t xml:space="preserve"> because I don't get me wrong. That is a horrible time for everybody. I don't know, I've never met anyone who enjoying their early teenage years.</w:t>
      </w:r>
    </w:p>
    <w:p>
      <w:pPr>
        <w:spacing w:after="0"/>
      </w:pPr>
    </w:p>
    <w:p>
      <w:pPr>
        <w:spacing w:after="0"/>
      </w:pPr>
      <w:r>
        <w:rPr>
          <w:rFonts w:ascii="Arial" w:hAnsi="Arial"/>
          <w:b/>
          <w:sz w:val="22"/>
        </w:rPr>
        <w:t xml:space="preserve">Lucy  </w:t>
      </w:r>
      <w:r>
        <w:rPr>
          <w:rFonts w:ascii="Arial" w:hAnsi="Arial"/>
          <w:color w:val="5D7284"/>
          <w:sz w:val="22"/>
        </w:rPr>
        <w:t>28:28</w:t>
      </w:r>
    </w:p>
    <w:p>
      <w:pPr>
        <w:spacing w:after="0"/>
      </w:pPr>
      <w:r>
        <w:rPr>
          <w:rFonts w:ascii="Arial" w:hAnsi="Arial"/>
          <w:sz w:val="22"/>
        </w:rPr>
        <w:t>(Sarcastically) I really enjoyed being a 13 year old...</w:t>
      </w:r>
    </w:p>
    <w:p>
      <w:pPr>
        <w:spacing w:after="0"/>
      </w:pPr>
    </w:p>
    <w:p>
      <w:pPr>
        <w:spacing w:after="0"/>
      </w:pPr>
      <w:r>
        <w:rPr>
          <w:rFonts w:ascii="Arial" w:hAnsi="Arial"/>
          <w:b/>
          <w:sz w:val="22"/>
        </w:rPr>
        <w:t xml:space="preserve">Carrie Ann  </w:t>
      </w:r>
      <w:r>
        <w:rPr>
          <w:rFonts w:ascii="Arial" w:hAnsi="Arial"/>
          <w:color w:val="5D7284"/>
          <w:sz w:val="22"/>
        </w:rPr>
        <w:t>28:34</w:t>
      </w:r>
    </w:p>
    <w:p>
      <w:pPr>
        <w:spacing w:after="0"/>
      </w:pPr>
      <w:r>
        <w:rPr>
          <w:rFonts w:ascii="Arial" w:hAnsi="Arial"/>
          <w:sz w:val="22"/>
        </w:rPr>
        <w:t>horrible, horrible, no, we have so many extra things to contend with. You know, they're trying to find out who you are in the context of when everybody else expects you to be something else.</w:t>
      </w:r>
    </w:p>
    <w:p>
      <w:pPr>
        <w:spacing w:after="0"/>
      </w:pPr>
    </w:p>
    <w:p>
      <w:pPr>
        <w:spacing w:after="0"/>
      </w:pPr>
      <w:r>
        <w:rPr>
          <w:rFonts w:ascii="Arial" w:hAnsi="Arial"/>
          <w:b/>
          <w:sz w:val="22"/>
        </w:rPr>
        <w:t xml:space="preserve">Lucy  </w:t>
      </w:r>
      <w:r>
        <w:rPr>
          <w:rFonts w:ascii="Arial" w:hAnsi="Arial"/>
          <w:color w:val="5D7284"/>
          <w:sz w:val="22"/>
        </w:rPr>
        <w:t>28:49</w:t>
      </w:r>
    </w:p>
    <w:p>
      <w:pPr>
        <w:spacing w:after="0"/>
      </w:pPr>
      <w:r>
        <w:rPr>
          <w:rFonts w:ascii="Arial" w:hAnsi="Arial"/>
          <w:sz w:val="22"/>
        </w:rPr>
        <w:t>And also Carrie Ann as well. You know, as a disabled child, when you you know, when you are going through the system as a disabled child, there is so much support, you can't move the people clambering to get at you. And then you get to teenage age, and then all of a sudden, just everso slowly it starts to back away a bit of this to go Oh, no, we don't we don't deal with that anymore.</w:t>
      </w:r>
    </w:p>
    <w:p>
      <w:pPr>
        <w:spacing w:after="0"/>
      </w:pPr>
    </w:p>
    <w:p>
      <w:pPr>
        <w:spacing w:after="0"/>
      </w:pPr>
      <w:r>
        <w:rPr>
          <w:rFonts w:ascii="Arial" w:hAnsi="Arial"/>
          <w:b/>
          <w:sz w:val="22"/>
        </w:rPr>
        <w:t xml:space="preserve">Alice  </w:t>
      </w:r>
      <w:r>
        <w:rPr>
          <w:rFonts w:ascii="Arial" w:hAnsi="Arial"/>
          <w:color w:val="5D7284"/>
          <w:sz w:val="22"/>
        </w:rPr>
        <w:t>29:11</w:t>
      </w:r>
    </w:p>
    <w:p>
      <w:pPr>
        <w:spacing w:after="0"/>
      </w:pPr>
      <w:r>
        <w:rPr>
          <w:rFonts w:ascii="Arial" w:hAnsi="Arial"/>
          <w:sz w:val="22"/>
        </w:rPr>
        <w:t>Yeah, your experience is very different to my experience, Lucy, though, Irish was basically dropped in a mainstream school and they were What do you mean, you can't see why don't you go over there and do this instead?</w:t>
      </w:r>
    </w:p>
    <w:p>
      <w:pPr>
        <w:spacing w:after="0"/>
      </w:pPr>
    </w:p>
    <w:p>
      <w:pPr>
        <w:spacing w:after="0"/>
      </w:pPr>
      <w:r>
        <w:rPr>
          <w:rFonts w:ascii="Arial" w:hAnsi="Arial"/>
          <w:b/>
          <w:sz w:val="22"/>
        </w:rPr>
        <w:t xml:space="preserve">Lucy  </w:t>
      </w:r>
      <w:r>
        <w:rPr>
          <w:rFonts w:ascii="Arial" w:hAnsi="Arial"/>
          <w:color w:val="5D7284"/>
          <w:sz w:val="22"/>
        </w:rPr>
        <w:t>29:22</w:t>
      </w:r>
    </w:p>
    <w:p>
      <w:pPr>
        <w:spacing w:after="0"/>
      </w:pPr>
      <w:r>
        <w:rPr>
          <w:rFonts w:ascii="Arial" w:hAnsi="Arial"/>
          <w:sz w:val="22"/>
        </w:rPr>
        <w:t xml:space="preserve">you told me they told you to play netball, we'll shout your name as we throw a ball at your face... um </w:t>
      </w:r>
    </w:p>
    <w:p>
      <w:pPr>
        <w:spacing w:after="0"/>
      </w:pPr>
    </w:p>
    <w:p>
      <w:pPr>
        <w:spacing w:after="0"/>
      </w:pPr>
      <w:r>
        <w:rPr>
          <w:rFonts w:ascii="Arial" w:hAnsi="Arial"/>
          <w:b/>
          <w:sz w:val="22"/>
        </w:rPr>
        <w:t xml:space="preserve">Carrie Ann  </w:t>
      </w:r>
      <w:r>
        <w:rPr>
          <w:rFonts w:ascii="Arial" w:hAnsi="Arial"/>
          <w:color w:val="5D7284"/>
          <w:sz w:val="22"/>
        </w:rPr>
        <w:t>29:30</w:t>
      </w:r>
    </w:p>
    <w:p>
      <w:pPr>
        <w:spacing w:after="0"/>
      </w:pPr>
      <w:r>
        <w:rPr>
          <w:rFonts w:ascii="Arial" w:hAnsi="Arial"/>
          <w:sz w:val="22"/>
        </w:rPr>
        <w:t xml:space="preserve">my experience was similar to Lucy,  in that I had a lot of support for my medical condition right up until the age of 16. But I don't remember any point. I mean, you know, this was the 90s so we just didn't talk about mental health. We just thing that you spoke about. And you know, I I might have had I have the correct mental health support at that point in my life. I feel like my you know, perhaps my 20s might have been a bit of a happier time when I might not have been plagued with anxiety and things that, you know, I have. And I have done a lot of therapy. And it's not always easy, but I genuinely really enjoy that journey. Like I'm actually, I feel like I'm privileged to be able to understand that it's not something that I have to do, because there's anything wrong with me. It's just something that's really beneficial to my life. And </w:t>
      </w:r>
    </w:p>
    <w:p>
      <w:pPr>
        <w:spacing w:after="0"/>
      </w:pPr>
    </w:p>
    <w:p>
      <w:pPr>
        <w:spacing w:after="0"/>
      </w:pPr>
      <w:r>
        <w:rPr>
          <w:rFonts w:ascii="Arial" w:hAnsi="Arial"/>
          <w:b/>
          <w:sz w:val="22"/>
        </w:rPr>
        <w:t xml:space="preserve">Alice  </w:t>
      </w:r>
      <w:r>
        <w:rPr>
          <w:rFonts w:ascii="Arial" w:hAnsi="Arial"/>
          <w:color w:val="5D7284"/>
          <w:sz w:val="22"/>
        </w:rPr>
        <w:t>30:28</w:t>
      </w:r>
    </w:p>
    <w:p>
      <w:pPr>
        <w:spacing w:after="0"/>
      </w:pPr>
      <w:r>
        <w:rPr>
          <w:rFonts w:ascii="Arial" w:hAnsi="Arial"/>
          <w:sz w:val="22"/>
        </w:rPr>
        <w:t>I think self awareness is amazing if you can understand your own motivations, and, you know, understand what your emotional needs are, even if you're not able to meet them for yourself, if you're able to kind of look at them and go, this is what I need, then you can surround yourself with the right people and get the right tools to be able to meet that those needs somehow. I think if we were all doing that, across the world, it would be much happier place</w:t>
      </w:r>
    </w:p>
    <w:p>
      <w:pPr>
        <w:spacing w:after="0"/>
      </w:pPr>
    </w:p>
    <w:p>
      <w:pPr>
        <w:spacing w:after="0"/>
      </w:pPr>
      <w:r>
        <w:rPr>
          <w:rFonts w:ascii="Arial" w:hAnsi="Arial"/>
          <w:b/>
          <w:sz w:val="22"/>
        </w:rPr>
        <w:t xml:space="preserve">Carrie Ann  </w:t>
      </w:r>
      <w:r>
        <w:rPr>
          <w:rFonts w:ascii="Arial" w:hAnsi="Arial"/>
          <w:color w:val="5D7284"/>
          <w:sz w:val="22"/>
        </w:rPr>
        <w:t>30:57</w:t>
      </w:r>
    </w:p>
    <w:p>
      <w:pPr>
        <w:spacing w:after="0"/>
      </w:pPr>
      <w:r>
        <w:rPr>
          <w:rFonts w:ascii="Arial" w:hAnsi="Arial"/>
          <w:sz w:val="22"/>
        </w:rPr>
        <w:t xml:space="preserve"> My friend, and I have this thing where we, you know, we always say, I just think everyone should be in therapy. And everybody should have at least one or two counselling sessions, where they just go, do you know what this, this is what it's about? Because, yeah, being being able to learn more about who you are, and what makes you work. And, and, you know, as, as Alice said, your own kind of motivations and self awareness is just such a powerful thing. And it's something that I do really think it's a privilege.</w:t>
      </w:r>
    </w:p>
    <w:p>
      <w:pPr>
        <w:spacing w:after="0"/>
      </w:pPr>
    </w:p>
    <w:p>
      <w:pPr>
        <w:spacing w:after="0"/>
      </w:pPr>
      <w:r>
        <w:rPr>
          <w:rFonts w:ascii="Arial" w:hAnsi="Arial"/>
          <w:b/>
          <w:sz w:val="22"/>
        </w:rPr>
        <w:t xml:space="preserve">Alice  </w:t>
      </w:r>
      <w:r>
        <w:rPr>
          <w:rFonts w:ascii="Arial" w:hAnsi="Arial"/>
          <w:color w:val="5D7284"/>
          <w:sz w:val="22"/>
        </w:rPr>
        <w:t>31:30</w:t>
      </w:r>
    </w:p>
    <w:p>
      <w:pPr>
        <w:spacing w:after="0"/>
      </w:pPr>
      <w:r>
        <w:rPr>
          <w:rFonts w:ascii="Arial" w:hAnsi="Arial"/>
          <w:sz w:val="22"/>
        </w:rPr>
        <w:t>But there's such a stigma around it, I think, you know, everybody still thinks you it's going to be you know, you're going to be going to see somebody like Sigmund Freud, you're gonna be lying on a couch, and they're going to tell you that secretly, you wanted to do stuff to your mom. And it's not it's not like that at all. You know, and I think I think that's one of the barriers to kind of mental health that really needs to get broken down is that recognition that actually counselling and therapy, it's not easy, like you said, but it's, it's not what people think it's going to be it's not about being stripped down to the bone. It's about, you know, just looking at yourself in a slightly different way and being able to take a step back sometimes. And I</w:t>
      </w:r>
    </w:p>
    <w:p>
      <w:pPr>
        <w:spacing w:after="0"/>
      </w:pPr>
    </w:p>
    <w:p>
      <w:pPr>
        <w:spacing w:after="0"/>
      </w:pPr>
      <w:r>
        <w:rPr>
          <w:rFonts w:ascii="Arial" w:hAnsi="Arial"/>
          <w:b/>
          <w:sz w:val="22"/>
        </w:rPr>
        <w:t xml:space="preserve">Lucy  </w:t>
      </w:r>
      <w:r>
        <w:rPr>
          <w:rFonts w:ascii="Arial" w:hAnsi="Arial"/>
          <w:color w:val="5D7284"/>
          <w:sz w:val="22"/>
        </w:rPr>
        <w:t>32:14</w:t>
      </w:r>
    </w:p>
    <w:p>
      <w:pPr>
        <w:spacing w:after="0"/>
      </w:pPr>
      <w:r>
        <w:rPr>
          <w:rFonts w:ascii="Arial" w:hAnsi="Arial"/>
          <w:sz w:val="22"/>
        </w:rPr>
        <w:t xml:space="preserve">think, I think as as well, some disabled people I know I'm guilty of this are can occasionally put a brave face on things. Like keep smiling everythings fine. All right. A few years ago, a few years ago, I went through a really bad time before I started work with AccessAble, I went through a horrendous situation with my old job. And it just completely floored me and it knocked my confidence so much, so much. And I can remember going to, I was having all sorts, like I got kidney stone problems, and everything was good. Just I wasn't I wasn't in a very good place. And I can remember going to the GP sitting with GP and him saying, And you're right, and I just burst into tears. And well, whilst I was I was crying, I was thinking, Oh, no, like, stop crying, stop crying, stop crying. And he said, he said, Lucy, you have an awful lot on your plate that a lot of people don't even give a second thought to just if you need to just lay it out, let it out. You don't have to keep this smiley smiley face on all the time. Because people you think people might think you're this miserable disabled person who's sad with a lot, you're not sad with your law, you just got a lot to deal with. </w:t>
      </w:r>
    </w:p>
    <w:p>
      <w:pPr>
        <w:spacing w:after="0"/>
      </w:pPr>
    </w:p>
    <w:p>
      <w:pPr>
        <w:spacing w:after="0"/>
      </w:pPr>
      <w:r>
        <w:rPr>
          <w:rFonts w:ascii="Arial" w:hAnsi="Arial"/>
          <w:b/>
          <w:sz w:val="22"/>
        </w:rPr>
        <w:t xml:space="preserve">Carrie Ann  </w:t>
      </w:r>
      <w:r>
        <w:rPr>
          <w:rFonts w:ascii="Arial" w:hAnsi="Arial"/>
          <w:color w:val="5D7284"/>
          <w:sz w:val="22"/>
        </w:rPr>
        <w:t>33:39</w:t>
      </w:r>
    </w:p>
    <w:p>
      <w:pPr>
        <w:spacing w:after="0"/>
      </w:pPr>
      <w:r>
        <w:rPr>
          <w:rFonts w:ascii="Arial" w:hAnsi="Arial"/>
          <w:sz w:val="22"/>
        </w:rPr>
        <w:t>You're Human. I think that I think this goes back to what I was saying about, you know, the power of saying no, and there is there is this quote, that is no is a complete sentence. If somebody asks you to do something, and you don't want to do it, and you don't actually have to justify why you don't want to do it, you can you can just say no. And I you know, I think the authenticity in that that really speaks to what you've just said, Lucy, because, you know, it's again, it's about, are we putting a brave face on because we want to do what other people expect of it or because we want to, we want to seek the approval of other people because that makes us feel good. Whereas actually, if we were if we were just authentic, if we were just actually honest about how we felt and we were able to have an honest and open conversation. We'd come away feeling so much better. We might have made that person feel better, but that's not our job.</w:t>
      </w:r>
    </w:p>
    <w:p>
      <w:pPr>
        <w:spacing w:after="0"/>
      </w:pPr>
    </w:p>
    <w:p>
      <w:pPr>
        <w:spacing w:after="0"/>
      </w:pPr>
      <w:r>
        <w:rPr>
          <w:rFonts w:ascii="Arial" w:hAnsi="Arial"/>
          <w:b/>
          <w:sz w:val="22"/>
        </w:rPr>
        <w:t xml:space="preserve">Alice  </w:t>
      </w:r>
      <w:r>
        <w:rPr>
          <w:rFonts w:ascii="Arial" w:hAnsi="Arial"/>
          <w:color w:val="5D7284"/>
          <w:sz w:val="22"/>
        </w:rPr>
        <w:t>34:46</w:t>
      </w:r>
    </w:p>
    <w:p>
      <w:pPr>
        <w:spacing w:after="0"/>
      </w:pPr>
      <w:r>
        <w:rPr>
          <w:rFonts w:ascii="Arial" w:hAnsi="Arial"/>
          <w:sz w:val="22"/>
        </w:rPr>
        <w:t>I think I think there's definitely still in society, that sort of expectation that people with disabilities are miserable and bitter and sad about they're lot in life</w:t>
      </w:r>
    </w:p>
    <w:p>
      <w:pPr>
        <w:spacing w:after="0"/>
      </w:pPr>
    </w:p>
    <w:p>
      <w:pPr>
        <w:spacing w:after="0"/>
      </w:pPr>
      <w:r>
        <w:rPr>
          <w:rFonts w:ascii="Arial" w:hAnsi="Arial"/>
          <w:b/>
          <w:sz w:val="22"/>
        </w:rPr>
        <w:t xml:space="preserve">Lucy  </w:t>
      </w:r>
      <w:r>
        <w:rPr>
          <w:rFonts w:ascii="Arial" w:hAnsi="Arial"/>
          <w:color w:val="5D7284"/>
          <w:sz w:val="22"/>
        </w:rPr>
        <w:t>34:59</w:t>
      </w:r>
    </w:p>
    <w:p>
      <w:pPr>
        <w:spacing w:after="0"/>
      </w:pPr>
      <w:r>
        <w:rPr>
          <w:rFonts w:ascii="Arial" w:hAnsi="Arial"/>
          <w:sz w:val="22"/>
        </w:rPr>
        <w:t>I think you know, Alice, I think you've hit the nail on the head there. I think a lot of people who have they, they can'... they feel they can't show a weakness, because, you know, if we're sad, and we're sad for a bit about something that's really, you know, hurtful and quite painful to go through. If we're sad on the OUT to the outside world, everybody's gonna think what I was right anyway, wasn't because those disabled people that just the sad cause that discipled and it's not necessarily because I can't walk, I'm sad. It's because, you know, I'm in pain, or I'm exhausted because I don't know, awake because I can't sleep. It's nothing to do with the factor called walk. And yes, that can feel quite  you know, I get days sometimes where I get quite frustrated with myself, but that's not sadness. I'm just frustrated, because I think, you know, just give me a break it No, I'm not sad. I'm just, I just needs a bit of a rest. Sometimes you know what I mean, and be nice to myself.</w:t>
      </w:r>
    </w:p>
    <w:p>
      <w:pPr>
        <w:spacing w:after="0"/>
      </w:pPr>
    </w:p>
    <w:p>
      <w:pPr>
        <w:spacing w:after="0"/>
      </w:pPr>
      <w:r>
        <w:rPr>
          <w:rFonts w:ascii="Arial" w:hAnsi="Arial"/>
          <w:b/>
          <w:sz w:val="22"/>
        </w:rPr>
        <w:t xml:space="preserve">Alice  </w:t>
      </w:r>
      <w:r>
        <w:rPr>
          <w:rFonts w:ascii="Arial" w:hAnsi="Arial"/>
          <w:color w:val="5D7284"/>
          <w:sz w:val="22"/>
        </w:rPr>
        <w:t>35:58</w:t>
      </w:r>
    </w:p>
    <w:p>
      <w:pPr>
        <w:spacing w:after="0"/>
      </w:pPr>
      <w:r>
        <w:rPr>
          <w:rFonts w:ascii="Arial" w:hAnsi="Arial"/>
          <w:sz w:val="22"/>
        </w:rPr>
        <w:t>And so many of the things that can cause us to be sad about being disabled are things like, well, I'm sad, because I can't get into the same places with my friends because it's not accessible. The things that make me sad are when I go into shops, and I can't find what I'm looking for, because they've moved things. And the labels are all too small for me to read. And I'm disorganised so I forgot my pocket reader and things like that. That's what makes me sad. That's what makes me frustrated. Yes, you could say, that's me being sad because of my visual impairment. But actually, that's me being sad, because there are things in the world that I can't access because of my visual impairment. Yeah. And I think those are two very different things.</w:t>
      </w:r>
    </w:p>
    <w:p>
      <w:pPr>
        <w:spacing w:after="0"/>
      </w:pPr>
    </w:p>
    <w:p>
      <w:pPr>
        <w:spacing w:after="0"/>
      </w:pPr>
      <w:r>
        <w:rPr>
          <w:rFonts w:ascii="Arial" w:hAnsi="Arial"/>
          <w:b/>
          <w:sz w:val="22"/>
        </w:rPr>
        <w:t xml:space="preserve">Carrie Ann  </w:t>
      </w:r>
      <w:r>
        <w:rPr>
          <w:rFonts w:ascii="Arial" w:hAnsi="Arial"/>
          <w:color w:val="5D7284"/>
          <w:sz w:val="22"/>
        </w:rPr>
        <w:t>36:44</w:t>
      </w:r>
    </w:p>
    <w:p>
      <w:pPr>
        <w:spacing w:after="0"/>
      </w:pPr>
      <w:r>
        <w:rPr>
          <w:rFonts w:ascii="Arial" w:hAnsi="Arial"/>
          <w:sz w:val="22"/>
        </w:rPr>
        <w:t>Yeah. And I think I think that's a very powerful distinction. And I think, you know, again, just going back to that human element, if, you know, we, we experienced the full range of emotions, just like any other child would. So we're allowed to be sad, we're allowed to be pissed off we're allowed to be better we're allowed to be whatever, you know, we're also really happy sometimes. Oh, no, I can use wheelchair, my my mode of transport and also experience happiness.</w:t>
      </w:r>
    </w:p>
    <w:p>
      <w:pPr>
        <w:spacing w:after="0"/>
      </w:pPr>
    </w:p>
    <w:p>
      <w:pPr>
        <w:spacing w:after="0"/>
      </w:pPr>
      <w:r>
        <w:rPr>
          <w:rFonts w:ascii="Arial" w:hAnsi="Arial"/>
          <w:b/>
          <w:sz w:val="22"/>
        </w:rPr>
        <w:t xml:space="preserve">Lucy  </w:t>
      </w:r>
      <w:r>
        <w:rPr>
          <w:rFonts w:ascii="Arial" w:hAnsi="Arial"/>
          <w:color w:val="5D7284"/>
          <w:sz w:val="22"/>
        </w:rPr>
        <w:t>37:13</w:t>
      </w:r>
    </w:p>
    <w:p>
      <w:pPr>
        <w:spacing w:after="0"/>
      </w:pPr>
      <w:r>
        <w:rPr>
          <w:rFonts w:ascii="Arial" w:hAnsi="Arial"/>
          <w:sz w:val="22"/>
        </w:rPr>
        <w:t>We were talking about this earlier, weren't we Alice about how, you know, what makes non disabled people so scared of disabled people. I mean, if you look at it with you know, sometimes you do think to yourself, we must be as contagious as Coronavirus, because they like oh, no, don't know what to do. What do I do? What do I do? And we you know, is it because they think we're gonna talk about disability issues all the time, because that is way down on our list of priorities to talk about, like, I want to talk to you about what's your favourite Gin and all that kind of stuff. Before you get to why don't my legs work?</w:t>
      </w:r>
    </w:p>
    <w:p>
      <w:pPr>
        <w:spacing w:after="0"/>
      </w:pPr>
    </w:p>
    <w:p>
      <w:pPr>
        <w:spacing w:after="0"/>
      </w:pPr>
      <w:r>
        <w:rPr>
          <w:rFonts w:ascii="Arial" w:hAnsi="Arial"/>
          <w:b/>
          <w:sz w:val="22"/>
        </w:rPr>
        <w:t xml:space="preserve">Alice  </w:t>
      </w:r>
      <w:r>
        <w:rPr>
          <w:rFonts w:ascii="Arial" w:hAnsi="Arial"/>
          <w:color w:val="5D7284"/>
          <w:sz w:val="22"/>
        </w:rPr>
        <w:t>37:53</w:t>
      </w:r>
    </w:p>
    <w:p>
      <w:pPr>
        <w:spacing w:after="0"/>
      </w:pPr>
      <w:r>
        <w:rPr>
          <w:rFonts w:ascii="Arial" w:hAnsi="Arial"/>
          <w:sz w:val="22"/>
        </w:rPr>
        <w:t>It feels a little bit. This is, I'm sure going to offend some people. But, you know, sometimes, I don't know if this is this, I get to watch too by strangers a lot. There's something about having a guide dog that makes people think I'm going to talk to this person. And I will start up a perfectly harmless chat, someone will be asking me about dog and I'm like, this is all fine. And then they'll be like, have you got some time to talk about Jesus? And I'm like, No, no, actually, I haven't got any time to talk about Jesus.</w:t>
      </w:r>
    </w:p>
    <w:p>
      <w:pPr>
        <w:spacing w:after="0"/>
      </w:pPr>
    </w:p>
    <w:p>
      <w:pPr>
        <w:spacing w:after="0"/>
      </w:pPr>
      <w:r>
        <w:rPr>
          <w:rFonts w:ascii="Arial" w:hAnsi="Arial"/>
          <w:b/>
          <w:sz w:val="22"/>
        </w:rPr>
        <w:t xml:space="preserve">Lucy  </w:t>
      </w:r>
      <w:r>
        <w:rPr>
          <w:rFonts w:ascii="Arial" w:hAnsi="Arial"/>
          <w:color w:val="5D7284"/>
          <w:sz w:val="22"/>
        </w:rPr>
        <w:t>38:27</w:t>
      </w:r>
    </w:p>
    <w:p>
      <w:pPr>
        <w:spacing w:after="0"/>
      </w:pPr>
      <w:r>
        <w:rPr>
          <w:rFonts w:ascii="Arial" w:hAnsi="Arial"/>
          <w:sz w:val="22"/>
        </w:rPr>
        <w:t xml:space="preserve"> Why am I laughing, I cuz that has happened to me </w:t>
      </w:r>
    </w:p>
    <w:p>
      <w:pPr>
        <w:spacing w:after="0"/>
      </w:pPr>
    </w:p>
    <w:p>
      <w:pPr>
        <w:spacing w:after="0"/>
      </w:pPr>
      <w:r>
        <w:rPr>
          <w:rFonts w:ascii="Arial" w:hAnsi="Arial"/>
          <w:b/>
          <w:sz w:val="22"/>
        </w:rPr>
        <w:t xml:space="preserve">Alice  </w:t>
      </w:r>
      <w:r>
        <w:rPr>
          <w:rFonts w:ascii="Arial" w:hAnsi="Arial"/>
          <w:color w:val="5D7284"/>
          <w:sz w:val="22"/>
        </w:rPr>
        <w:t>38:30</w:t>
      </w:r>
    </w:p>
    <w:p>
      <w:pPr>
        <w:spacing w:after="0"/>
      </w:pPr>
      <w:r>
        <w:rPr>
          <w:rFonts w:ascii="Arial" w:hAnsi="Arial"/>
          <w:sz w:val="22"/>
        </w:rPr>
        <w:t>That's what I think people are people are worried we're gonna pick up some time to talk about disability.</w:t>
      </w:r>
    </w:p>
    <w:p>
      <w:pPr>
        <w:spacing w:after="0"/>
      </w:pPr>
    </w:p>
    <w:p>
      <w:pPr>
        <w:spacing w:after="0"/>
      </w:pPr>
      <w:r>
        <w:rPr>
          <w:rFonts w:ascii="Arial" w:hAnsi="Arial"/>
          <w:b/>
          <w:sz w:val="22"/>
        </w:rPr>
        <w:t xml:space="preserve">Carrie Ann  </w:t>
      </w:r>
      <w:r>
        <w:rPr>
          <w:rFonts w:ascii="Arial" w:hAnsi="Arial"/>
          <w:color w:val="5D7284"/>
          <w:sz w:val="22"/>
        </w:rPr>
        <w:t>38:38</w:t>
      </w:r>
    </w:p>
    <w:p>
      <w:pPr>
        <w:spacing w:after="0"/>
      </w:pPr>
      <w:r>
        <w:rPr>
          <w:rFonts w:ascii="Arial" w:hAnsi="Arial"/>
          <w:sz w:val="22"/>
        </w:rPr>
        <w:t>I firstly, I don't know a disabled person who that hasn't happened to I genuinely don't know a disabled person without a story of prayer being offered. And I, I have I have two favourites that stick in my mind. My two favourite stories of having pressed forced upon me was one of which happened in the ready mail aisle of Marks and Spencer at London Euston station. And it's always when I'm having a really good day. I'd had like, meetings. I'd really like to have my hair done. I'm not I'm just going to grab some dinner, grab some gin in a tin for the train, you know, it's all good. This guy is kind of just looking at me. And I'm like, like, has he read my blog? Is it does he recognise? Is he gonna pat me up on my head does look good today. And he said, Excuse me, madam. Yeah. God told me that. No, it was. I'm a Christian man. So the alarm bells started. God and God has told me that he would like me to pray for you.</w:t>
      </w:r>
    </w:p>
    <w:p>
      <w:pPr>
        <w:spacing w:after="0"/>
      </w:pPr>
    </w:p>
    <w:p>
      <w:pPr>
        <w:spacing w:after="0"/>
      </w:pPr>
      <w:r>
        <w:rPr>
          <w:rFonts w:ascii="Arial" w:hAnsi="Arial"/>
          <w:b/>
          <w:sz w:val="22"/>
        </w:rPr>
        <w:t xml:space="preserve">Lucy  </w:t>
      </w:r>
      <w:r>
        <w:rPr>
          <w:rFonts w:ascii="Arial" w:hAnsi="Arial"/>
          <w:color w:val="5D7284"/>
          <w:sz w:val="22"/>
        </w:rPr>
        <w:t>39:54</w:t>
      </w:r>
    </w:p>
    <w:p>
      <w:pPr>
        <w:spacing w:after="0"/>
      </w:pPr>
      <w:r>
        <w:rPr>
          <w:rFonts w:ascii="Arial" w:hAnsi="Arial"/>
          <w:sz w:val="22"/>
        </w:rPr>
        <w:t xml:space="preserve">personal message service there wasn't it really That's impressive. </w:t>
      </w:r>
    </w:p>
    <w:p>
      <w:pPr>
        <w:spacing w:after="0"/>
      </w:pPr>
    </w:p>
    <w:p>
      <w:pPr>
        <w:spacing w:after="0"/>
      </w:pPr>
      <w:r>
        <w:rPr>
          <w:rFonts w:ascii="Arial" w:hAnsi="Arial"/>
          <w:b/>
          <w:sz w:val="22"/>
        </w:rPr>
        <w:t xml:space="preserve">Alice  </w:t>
      </w:r>
      <w:r>
        <w:rPr>
          <w:rFonts w:ascii="Arial" w:hAnsi="Arial"/>
          <w:color w:val="5D7284"/>
          <w:sz w:val="22"/>
        </w:rPr>
        <w:t>39:58</w:t>
      </w:r>
    </w:p>
    <w:p>
      <w:pPr>
        <w:spacing w:after="0"/>
      </w:pPr>
      <w:r>
        <w:rPr>
          <w:rFonts w:ascii="Arial" w:hAnsi="Arial"/>
          <w:sz w:val="22"/>
        </w:rPr>
        <w:t>Yeah, yeah. Have you? Can you tell God that I could really do with a few extra quid at the moment? And if he's taking messages</w:t>
      </w:r>
    </w:p>
    <w:p>
      <w:pPr>
        <w:spacing w:after="0"/>
      </w:pPr>
    </w:p>
    <w:p>
      <w:pPr>
        <w:spacing w:after="0"/>
      </w:pPr>
      <w:r>
        <w:rPr>
          <w:rFonts w:ascii="Arial" w:hAnsi="Arial"/>
          <w:b/>
          <w:sz w:val="22"/>
        </w:rPr>
        <w:t xml:space="preserve">Lucy  </w:t>
      </w:r>
      <w:r>
        <w:rPr>
          <w:rFonts w:ascii="Arial" w:hAnsi="Arial"/>
          <w:color w:val="5D7284"/>
          <w:sz w:val="22"/>
        </w:rPr>
        <w:t>40:08</w:t>
      </w:r>
    </w:p>
    <w:p>
      <w:pPr>
        <w:spacing w:after="0"/>
      </w:pPr>
      <w:r>
        <w:rPr>
          <w:rFonts w:ascii="Arial" w:hAnsi="Arial"/>
          <w:sz w:val="22"/>
        </w:rPr>
        <w:t>led by promotion for our podcast, please. Yeah.</w:t>
      </w:r>
    </w:p>
    <w:p>
      <w:pPr>
        <w:spacing w:after="0"/>
      </w:pPr>
    </w:p>
    <w:p>
      <w:pPr>
        <w:spacing w:after="0"/>
      </w:pPr>
      <w:r>
        <w:rPr>
          <w:rFonts w:ascii="Arial" w:hAnsi="Arial"/>
          <w:b/>
          <w:sz w:val="22"/>
        </w:rPr>
        <w:t xml:space="preserve">Alice  </w:t>
      </w:r>
      <w:r>
        <w:rPr>
          <w:rFonts w:ascii="Arial" w:hAnsi="Arial"/>
          <w:color w:val="5D7284"/>
          <w:sz w:val="22"/>
        </w:rPr>
        <w:t>40:12</w:t>
      </w:r>
    </w:p>
    <w:p>
      <w:pPr>
        <w:spacing w:after="0"/>
      </w:pPr>
      <w:r>
        <w:rPr>
          <w:rFonts w:ascii="Arial" w:hAnsi="Arial"/>
          <w:sz w:val="22"/>
        </w:rPr>
        <w:t>And also can he asked my nan where she left her diamond earrings because I wanted them.</w:t>
      </w:r>
    </w:p>
    <w:p>
      <w:pPr>
        <w:spacing w:after="0"/>
      </w:pPr>
    </w:p>
    <w:p>
      <w:pPr>
        <w:spacing w:after="0"/>
      </w:pPr>
      <w:r>
        <w:rPr>
          <w:rFonts w:ascii="Arial" w:hAnsi="Arial"/>
          <w:b/>
          <w:sz w:val="22"/>
        </w:rPr>
        <w:t xml:space="preserve">Carrie Ann  </w:t>
      </w:r>
      <w:r>
        <w:rPr>
          <w:rFonts w:ascii="Arial" w:hAnsi="Arial"/>
          <w:color w:val="5D7284"/>
          <w:sz w:val="22"/>
        </w:rPr>
        <w:t>40:20</w:t>
      </w:r>
    </w:p>
    <w:p>
      <w:pPr>
        <w:spacing w:after="0"/>
      </w:pPr>
      <w:r>
        <w:rPr>
          <w:rFonts w:ascii="Arial" w:hAnsi="Arial"/>
          <w:sz w:val="22"/>
        </w:rPr>
        <w:t>My first thought was like, sorry, man, but you're clearly the one who's hearing voices. So in this miraculous healing queue, you want to get ahead, you need a bit more help than I do. Because this was London, like, because whenever this happens, I'm on my own. Because this was, I'm looking around me, seemed like somebody must have heard that come on. Nothing, nothing at all. And you know, I don't want to offend anybody. If If religion is in your life, and it's helpful to you, and it gives you comfort, then that is a wonderful, wonderful thing. But please, do not force that onto other people. And do not assume that just because somebody has an impairment, which is visible to you, that they want to get rid of that impairment. You know, what I don't want to be cured thank you very much.</w:t>
      </w:r>
    </w:p>
    <w:p>
      <w:pPr>
        <w:spacing w:after="0"/>
      </w:pPr>
    </w:p>
    <w:p>
      <w:pPr>
        <w:spacing w:after="0"/>
      </w:pPr>
      <w:r>
        <w:rPr>
          <w:rFonts w:ascii="Arial" w:hAnsi="Arial"/>
          <w:b/>
          <w:sz w:val="22"/>
        </w:rPr>
        <w:t xml:space="preserve">Alice  </w:t>
      </w:r>
      <w:r>
        <w:rPr>
          <w:rFonts w:ascii="Arial" w:hAnsi="Arial"/>
          <w:color w:val="5D7284"/>
          <w:sz w:val="22"/>
        </w:rPr>
        <w:t>41:23</w:t>
      </w:r>
    </w:p>
    <w:p>
      <w:pPr>
        <w:spacing w:after="0"/>
      </w:pPr>
      <w:r>
        <w:rPr>
          <w:rFonts w:ascii="Arial" w:hAnsi="Arial"/>
          <w:sz w:val="22"/>
        </w:rPr>
        <w:t>But, and that's fundamentally what that message is, is, isn't it? It's, I'm going to pray for you because you're broken. And God.</w:t>
      </w:r>
    </w:p>
    <w:p>
      <w:pPr>
        <w:spacing w:after="0"/>
      </w:pPr>
    </w:p>
    <w:p>
      <w:pPr>
        <w:spacing w:after="0"/>
      </w:pPr>
      <w:r>
        <w:rPr>
          <w:rFonts w:ascii="Arial" w:hAnsi="Arial"/>
          <w:b/>
          <w:sz w:val="22"/>
        </w:rPr>
        <w:t xml:space="preserve">Carrie Ann  </w:t>
      </w:r>
      <w:r>
        <w:rPr>
          <w:rFonts w:ascii="Arial" w:hAnsi="Arial"/>
          <w:color w:val="5D7284"/>
          <w:sz w:val="22"/>
        </w:rPr>
        <w:t>41:32</w:t>
      </w:r>
    </w:p>
    <w:p>
      <w:pPr>
        <w:spacing w:after="0"/>
      </w:pPr>
      <w:r>
        <w:rPr>
          <w:rFonts w:ascii="Arial" w:hAnsi="Arial"/>
          <w:sz w:val="22"/>
        </w:rPr>
        <w:t>Yeah. And then the second one, there, and these are both quite on brand because they were like travel settings. So the first one was in the train station Marks and Spencer. The second one, I go swimming to a local hotel leisure club. I love to swim. And I always go to the sauna afterwards. There's a bit of a like a wind down. Now. I think people who talk to strangers in the sauna are weird.</w:t>
      </w:r>
    </w:p>
    <w:p>
      <w:pPr>
        <w:spacing w:after="0"/>
      </w:pPr>
    </w:p>
    <w:p>
      <w:pPr>
        <w:spacing w:after="0"/>
      </w:pPr>
      <w:r>
        <w:rPr>
          <w:rFonts w:ascii="Arial" w:hAnsi="Arial"/>
          <w:b/>
          <w:sz w:val="22"/>
        </w:rPr>
        <w:t xml:space="preserve">Lucy  </w:t>
      </w:r>
      <w:r>
        <w:rPr>
          <w:rFonts w:ascii="Arial" w:hAnsi="Arial"/>
          <w:color w:val="5D7284"/>
          <w:sz w:val="22"/>
        </w:rPr>
        <w:t>41:57</w:t>
      </w:r>
    </w:p>
    <w:p>
      <w:pPr>
        <w:spacing w:after="0"/>
      </w:pPr>
      <w:r>
        <w:rPr>
          <w:rFonts w:ascii="Arial" w:hAnsi="Arial"/>
          <w:sz w:val="22"/>
        </w:rPr>
        <w:t xml:space="preserve">Yes, yes. Yeah. No, no, but nobody talked to me. Nobody look at  Me, leave me alone  </w:t>
      </w:r>
    </w:p>
    <w:p>
      <w:pPr>
        <w:spacing w:after="0"/>
      </w:pPr>
    </w:p>
    <w:p>
      <w:pPr>
        <w:spacing w:after="0"/>
      </w:pPr>
      <w:r>
        <w:rPr>
          <w:rFonts w:ascii="Arial" w:hAnsi="Arial"/>
          <w:b/>
          <w:sz w:val="22"/>
        </w:rPr>
        <w:t xml:space="preserve">Alice  </w:t>
      </w:r>
      <w:r>
        <w:rPr>
          <w:rFonts w:ascii="Arial" w:hAnsi="Arial"/>
          <w:color w:val="5D7284"/>
          <w:sz w:val="22"/>
        </w:rPr>
        <w:t>42:04</w:t>
      </w:r>
    </w:p>
    <w:p>
      <w:pPr>
        <w:spacing w:after="0"/>
      </w:pPr>
      <w:r>
        <w:rPr>
          <w:rFonts w:ascii="Arial" w:hAnsi="Arial"/>
          <w:sz w:val="22"/>
        </w:rPr>
        <w:t>I don't want my husband talk to me when I'm naked, Never mind random strangers</w:t>
      </w:r>
    </w:p>
    <w:p>
      <w:pPr>
        <w:spacing w:after="0"/>
      </w:pPr>
    </w:p>
    <w:p>
      <w:pPr>
        <w:spacing w:after="0"/>
      </w:pPr>
      <w:r>
        <w:rPr>
          <w:rFonts w:ascii="Arial" w:hAnsi="Arial"/>
          <w:b/>
          <w:sz w:val="22"/>
        </w:rPr>
        <w:t xml:space="preserve">Carrie Ann  </w:t>
      </w:r>
      <w:r>
        <w:rPr>
          <w:rFonts w:ascii="Arial" w:hAnsi="Arial"/>
          <w:color w:val="5D7284"/>
          <w:sz w:val="22"/>
        </w:rPr>
        <w:t>42:10</w:t>
      </w:r>
    </w:p>
    <w:p>
      <w:pPr>
        <w:spacing w:after="0"/>
      </w:pPr>
      <w:r>
        <w:rPr>
          <w:rFonts w:ascii="Arial" w:hAnsi="Arial"/>
          <w:sz w:val="22"/>
        </w:rPr>
        <w:t xml:space="preserve">Even taking disability out of the equation, just don't do. Like, I'm always on the bench. Like with my shirt. I'm giving off every possible vibe. Do not talk to me that I can. And this Tapsell goes, can I can I ask you a question which I hope won't offend you, </w:t>
      </w:r>
    </w:p>
    <w:p>
      <w:pPr>
        <w:spacing w:after="0"/>
      </w:pPr>
    </w:p>
    <w:p>
      <w:pPr>
        <w:spacing w:after="0"/>
      </w:pPr>
      <w:r>
        <w:rPr>
          <w:rFonts w:ascii="Arial" w:hAnsi="Arial"/>
          <w:b/>
          <w:sz w:val="22"/>
        </w:rPr>
        <w:t xml:space="preserve">Lucy  </w:t>
      </w:r>
      <w:r>
        <w:rPr>
          <w:rFonts w:ascii="Arial" w:hAnsi="Arial"/>
          <w:color w:val="5D7284"/>
          <w:sz w:val="22"/>
        </w:rPr>
        <w:t>42:34</w:t>
      </w:r>
    </w:p>
    <w:p>
      <w:pPr>
        <w:spacing w:after="0"/>
      </w:pPr>
      <w:r>
        <w:rPr>
          <w:rFonts w:ascii="Arial" w:hAnsi="Arial"/>
          <w:sz w:val="22"/>
        </w:rPr>
        <w:t xml:space="preserve">which you alreadyknow is going to offend you. </w:t>
      </w:r>
    </w:p>
    <w:p>
      <w:pPr>
        <w:spacing w:after="0"/>
      </w:pPr>
    </w:p>
    <w:p>
      <w:pPr>
        <w:spacing w:after="0"/>
      </w:pPr>
      <w:r>
        <w:rPr>
          <w:rFonts w:ascii="Arial" w:hAnsi="Arial"/>
          <w:b/>
          <w:sz w:val="22"/>
        </w:rPr>
        <w:t xml:space="preserve">Carrie Ann  </w:t>
      </w:r>
      <w:r>
        <w:rPr>
          <w:rFonts w:ascii="Arial" w:hAnsi="Arial"/>
          <w:color w:val="5D7284"/>
          <w:sz w:val="22"/>
        </w:rPr>
        <w:t>42:36</w:t>
      </w:r>
    </w:p>
    <w:p>
      <w:pPr>
        <w:spacing w:after="0"/>
      </w:pPr>
      <w:r>
        <w:rPr>
          <w:rFonts w:ascii="Arial" w:hAnsi="Arial"/>
          <w:sz w:val="22"/>
        </w:rPr>
        <w:t xml:space="preserve">Here we go. And I thought, well, you know, maybe he just wants to know a bit more about how I managed to swim or something. And I genuinely don't mind that apart from the fact that we're in a cellar and this is inappropriate. Has anyone ever offered to pray for you? </w:t>
      </w:r>
    </w:p>
    <w:p>
      <w:pPr>
        <w:spacing w:after="0"/>
      </w:pPr>
    </w:p>
    <w:p>
      <w:pPr>
        <w:spacing w:after="0"/>
      </w:pPr>
      <w:r>
        <w:rPr>
          <w:rFonts w:ascii="Arial" w:hAnsi="Arial"/>
          <w:b/>
          <w:sz w:val="22"/>
        </w:rPr>
        <w:t xml:space="preserve">Alice  </w:t>
      </w:r>
      <w:r>
        <w:rPr>
          <w:rFonts w:ascii="Arial" w:hAnsi="Arial"/>
          <w:color w:val="5D7284"/>
          <w:sz w:val="22"/>
        </w:rPr>
        <w:t>42:52</w:t>
      </w:r>
    </w:p>
    <w:p>
      <w:pPr>
        <w:spacing w:after="0"/>
      </w:pPr>
      <w:r>
        <w:rPr>
          <w:rFonts w:ascii="Arial" w:hAnsi="Arial"/>
          <w:sz w:val="22"/>
        </w:rPr>
        <w:t>Oh, man.</w:t>
      </w:r>
    </w:p>
    <w:p>
      <w:pPr>
        <w:spacing w:after="0"/>
      </w:pPr>
    </w:p>
    <w:p>
      <w:pPr>
        <w:spacing w:after="0"/>
      </w:pPr>
      <w:r>
        <w:rPr>
          <w:rFonts w:ascii="Arial" w:hAnsi="Arial"/>
          <w:b/>
          <w:sz w:val="22"/>
        </w:rPr>
        <w:t xml:space="preserve">Carrie Ann  </w:t>
      </w:r>
      <w:r>
        <w:rPr>
          <w:rFonts w:ascii="Arial" w:hAnsi="Arial"/>
          <w:color w:val="5D7284"/>
          <w:sz w:val="22"/>
        </w:rPr>
        <w:t>42:55</w:t>
      </w:r>
    </w:p>
    <w:p>
      <w:pPr>
        <w:spacing w:after="0"/>
      </w:pPr>
      <w:r>
        <w:rPr>
          <w:rFonts w:ascii="Arial" w:hAnsi="Arial"/>
          <w:sz w:val="22"/>
        </w:rPr>
        <w:t xml:space="preserve"> It's just really honest. And I said, look religion is not something that you have in my life  I and, and I don't want to be paid for Thank you. I'm very I am and he said, Oh, well, yeah, I've, I've seen you here during the swimming you obviously cope very well. I thought let's just leave this conversation. We're just gonna go round in circles</w:t>
      </w:r>
    </w:p>
    <w:p>
      <w:pPr>
        <w:spacing w:after="0"/>
      </w:pPr>
    </w:p>
    <w:p>
      <w:pPr>
        <w:spacing w:after="0"/>
      </w:pPr>
      <w:r>
        <w:rPr>
          <w:rFonts w:ascii="Arial" w:hAnsi="Arial"/>
          <w:b/>
          <w:sz w:val="22"/>
        </w:rPr>
        <w:t xml:space="preserve">Lucy  </w:t>
      </w:r>
      <w:r>
        <w:rPr>
          <w:rFonts w:ascii="Arial" w:hAnsi="Arial"/>
          <w:color w:val="5D7284"/>
          <w:sz w:val="22"/>
        </w:rPr>
        <w:t>43:18</w:t>
      </w:r>
    </w:p>
    <w:p>
      <w:pPr>
        <w:spacing w:after="0"/>
      </w:pPr>
      <w:r>
        <w:rPr>
          <w:rFonts w:ascii="Arial" w:hAnsi="Arial"/>
          <w:sz w:val="22"/>
        </w:rPr>
        <w:t>on I was once when I was a kid, approached by a lady with grey hair that the who told me God had forgiven me Everything was gonna be all right. And she gave me a pack of maltesers.</w:t>
      </w:r>
    </w:p>
    <w:p>
      <w:pPr>
        <w:spacing w:after="0"/>
      </w:pPr>
    </w:p>
    <w:p>
      <w:pPr>
        <w:spacing w:after="0"/>
      </w:pPr>
      <w:r>
        <w:rPr>
          <w:rFonts w:ascii="Arial" w:hAnsi="Arial"/>
          <w:b/>
          <w:sz w:val="22"/>
        </w:rPr>
        <w:t xml:space="preserve">Carrie Ann  </w:t>
      </w:r>
      <w:r>
        <w:rPr>
          <w:rFonts w:ascii="Arial" w:hAnsi="Arial"/>
          <w:color w:val="5D7284"/>
          <w:sz w:val="22"/>
        </w:rPr>
        <w:t>43:32</w:t>
      </w:r>
    </w:p>
    <w:p>
      <w:pPr>
        <w:spacing w:after="0"/>
      </w:pPr>
      <w:r>
        <w:rPr>
          <w:rFonts w:ascii="Arial" w:hAnsi="Arial"/>
          <w:sz w:val="22"/>
        </w:rPr>
        <w:t xml:space="preserve">I mean, if I can get on board if they all have treats, </w:t>
      </w:r>
    </w:p>
    <w:p>
      <w:pPr>
        <w:spacing w:after="0"/>
      </w:pPr>
    </w:p>
    <w:p>
      <w:pPr>
        <w:spacing w:after="0"/>
      </w:pPr>
      <w:r>
        <w:rPr>
          <w:rFonts w:ascii="Arial" w:hAnsi="Arial"/>
          <w:b/>
          <w:sz w:val="22"/>
        </w:rPr>
        <w:t xml:space="preserve">Alice  </w:t>
      </w:r>
      <w:r>
        <w:rPr>
          <w:rFonts w:ascii="Arial" w:hAnsi="Arial"/>
          <w:color w:val="5D7284"/>
          <w:sz w:val="22"/>
        </w:rPr>
        <w:t>43:35</w:t>
      </w:r>
    </w:p>
    <w:p>
      <w:pPr>
        <w:spacing w:after="0"/>
      </w:pPr>
      <w:r>
        <w:rPr>
          <w:rFonts w:ascii="Arial" w:hAnsi="Arial"/>
          <w:sz w:val="22"/>
        </w:rPr>
        <w:t xml:space="preserve">I was gonna say people are going to start coming up into me coming up to me in the street be like, it's really sad that you're blind here have some chocolate. </w:t>
      </w:r>
    </w:p>
    <w:p>
      <w:pPr>
        <w:spacing w:after="0"/>
      </w:pPr>
    </w:p>
    <w:p>
      <w:pPr>
        <w:spacing w:after="0"/>
      </w:pPr>
      <w:r>
        <w:rPr>
          <w:rFonts w:ascii="Arial" w:hAnsi="Arial"/>
          <w:b/>
          <w:sz w:val="22"/>
        </w:rPr>
        <w:t xml:space="preserve">Carrie Ann  </w:t>
      </w:r>
      <w:r>
        <w:rPr>
          <w:rFonts w:ascii="Arial" w:hAnsi="Arial"/>
          <w:color w:val="5D7284"/>
          <w:sz w:val="22"/>
        </w:rPr>
        <w:t>43:42</w:t>
      </w:r>
    </w:p>
    <w:p>
      <w:pPr>
        <w:spacing w:after="0"/>
      </w:pPr>
      <w:r>
        <w:rPr>
          <w:rFonts w:ascii="Arial" w:hAnsi="Arial"/>
          <w:sz w:val="22"/>
        </w:rPr>
        <w:t>What had you done to be forgiven for?</w:t>
      </w:r>
    </w:p>
    <w:p>
      <w:pPr>
        <w:spacing w:after="0"/>
      </w:pPr>
    </w:p>
    <w:p>
      <w:pPr>
        <w:spacing w:after="0"/>
      </w:pPr>
      <w:r>
        <w:rPr>
          <w:rFonts w:ascii="Arial" w:hAnsi="Arial"/>
          <w:b/>
          <w:sz w:val="22"/>
        </w:rPr>
        <w:t xml:space="preserve">Lucy  </w:t>
      </w:r>
      <w:r>
        <w:rPr>
          <w:rFonts w:ascii="Arial" w:hAnsi="Arial"/>
          <w:color w:val="5D7284"/>
          <w:sz w:val="22"/>
        </w:rPr>
        <w:t>43:49</w:t>
      </w:r>
    </w:p>
    <w:p>
      <w:pPr>
        <w:spacing w:after="0"/>
      </w:pPr>
      <w:r>
        <w:rPr>
          <w:rFonts w:ascii="Arial" w:hAnsi="Arial"/>
          <w:sz w:val="22"/>
        </w:rPr>
        <w:t xml:space="preserve">I don't know, I do not know what I do not know. Like, I don't know, maybe it was a bad fashion choice in the 90s. I don't know. But um, and then I know when again, when I well, quite recently, my mom used to wash. Yeah, she used to have a haircut in a local town there was. So she will go to have her hair cut and I would sort of wander around the shops waiting for it, you know, get back in the car and come home again. So whilst I was wandering around in the shops, and I was coming out Marks and Spencers and got a bag of stuff, and I was pushing myself now it looked to the onlooker. It may have looked like I was struggling, but I wasn't I was managing. I was fine. I was all right. All right. And I've got this bug. And this bloke comes up to me, and he still stands in front of me. And he said, Let me help you. And I said, No, it's fine. I've got that I've got I know it looks like I'm struggling, but I'm absolutely fine. And he went No, no, let me help.. and before we could finish what he was saying. Next thing I know His hands were on my thigh. And I'm like, What are you doing? He goes, I'm gonna pray for you. </w:t>
      </w:r>
    </w:p>
    <w:p>
      <w:pPr>
        <w:spacing w:after="0"/>
      </w:pPr>
    </w:p>
    <w:p>
      <w:pPr>
        <w:spacing w:after="0"/>
      </w:pPr>
      <w:r>
        <w:rPr>
          <w:rFonts w:ascii="Arial" w:hAnsi="Arial"/>
          <w:b/>
          <w:sz w:val="22"/>
        </w:rPr>
        <w:t xml:space="preserve">Alice  </w:t>
      </w:r>
      <w:r>
        <w:rPr>
          <w:rFonts w:ascii="Arial" w:hAnsi="Arial"/>
          <w:color w:val="5D7284"/>
          <w:sz w:val="22"/>
        </w:rPr>
        <w:t>44:56</w:t>
      </w:r>
    </w:p>
    <w:p>
      <w:pPr>
        <w:spacing w:after="0"/>
      </w:pPr>
      <w:r>
        <w:rPr>
          <w:rFonts w:ascii="Arial" w:hAnsi="Arial"/>
          <w:sz w:val="22"/>
        </w:rPr>
        <w:t xml:space="preserve">oh, </w:t>
      </w:r>
    </w:p>
    <w:p>
      <w:pPr>
        <w:spacing w:after="0"/>
      </w:pPr>
    </w:p>
    <w:p>
      <w:pPr>
        <w:spacing w:after="0"/>
      </w:pPr>
      <w:r>
        <w:rPr>
          <w:rFonts w:ascii="Arial" w:hAnsi="Arial"/>
          <w:b/>
          <w:sz w:val="22"/>
        </w:rPr>
        <w:t xml:space="preserve">Lucy  </w:t>
      </w:r>
      <w:r>
        <w:rPr>
          <w:rFonts w:ascii="Arial" w:hAnsi="Arial"/>
          <w:color w:val="5D7284"/>
          <w:sz w:val="22"/>
        </w:rPr>
        <w:t>44:57</w:t>
      </w:r>
    </w:p>
    <w:p>
      <w:pPr>
        <w:spacing w:after="0"/>
      </w:pPr>
      <w:r>
        <w:rPr>
          <w:rFonts w:ascii="Arial" w:hAnsi="Arial"/>
          <w:sz w:val="22"/>
        </w:rPr>
        <w:t>oh my goodness. Can you get your hands off me, please. Anyway, no, I'm going to pray and I said Get your fucking hands off me. To which he's, like, let go because he realised I wasn't pissing about. He let go and run off. And then as I was walking out of the shop, and that's because I don't want to follow me, I'm going to like leave. And as he was walking as I was walking out the shopping centre, an older man and a woman, this would have gone over my head if it had been any normal circumstance. But I've just had, you know, handy. McHandyson  doesn't put his head right. Yes, exactly. And this older man said to his wife, within a shot of me. Oh, look at that. Don't you think somebody should have put her out of her misery? And I went, I thought, just keep walking. Just keep walking. Just go. And I said, You know what? No, I'm not going to keep walking. So I went back. I don't know what possessed me. But I went back. And I Excuse me, sir. I don't know if you realise but I just heard every word you just said about me to your wife. And I don't know what part of me looks like I've given up but I can assure you I haven't. I then call them the worst swear word there is twice and stop it. Cuz I was like, Where's that come from? And then I said to his wife, and I said, I do not know what you have done in your life to end up with a man who is that vile. And that's disgusting. And she looks mortified. But he, this man just got a smirk on his face. And I just walked away from it. I was just like, Oh, I went back into Marks and Spencers because I felt more safe in Marks and Spencers than I did outside of the shop. I went and sat and cried by the Percy Pigs. waiting fom Mum, called her, and  was like, some horrible man. She's not What do you mean horrible man. I was one man put his hands on me and one man said they should have put me on my misery. But you just... It just the happen very often these days. But when it does, I think even more shocking. Now, these days when it happens because you're like I can't believe. I mean, you know, there's people out there don't you still to this day.</w:t>
      </w:r>
    </w:p>
    <w:p>
      <w:pPr>
        <w:spacing w:after="0"/>
      </w:pPr>
    </w:p>
    <w:p>
      <w:pPr>
        <w:spacing w:after="0"/>
      </w:pPr>
      <w:r>
        <w:rPr>
          <w:rFonts w:ascii="Arial" w:hAnsi="Arial"/>
          <w:b/>
          <w:sz w:val="22"/>
        </w:rPr>
        <w:t xml:space="preserve">Alice  </w:t>
      </w:r>
      <w:r>
        <w:rPr>
          <w:rFonts w:ascii="Arial" w:hAnsi="Arial"/>
          <w:color w:val="5D7284"/>
          <w:sz w:val="22"/>
        </w:rPr>
        <w:t>47:12</w:t>
      </w:r>
    </w:p>
    <w:p>
      <w:pPr>
        <w:spacing w:after="0"/>
      </w:pPr>
      <w:r>
        <w:rPr>
          <w:rFonts w:ascii="Arial" w:hAnsi="Arial"/>
          <w:sz w:val="22"/>
        </w:rPr>
        <w:t xml:space="preserve">So that story, it's a little bit off topic. But that story reminds me very much of something. A friend of mine was telling me recently, a friend of mine, her best friend has been with her other half for a little while. And he's sort of in the process of moving in a bit. Before he made that sort of big final leap to move in. My friend's friend decided to go get herself a dog it's lockdown. She's sad all this she wants to get herselves a dog. So she goes off and she's she goes and she finds this litter of puppies. And she falls in love with this one dog who's only got three feet. And she adores him and she loves him and she brings him home to show a bloke and her bloke goes, we can't have that dog. I'm not going out with a dog like that. Look at him. Because he's only got three feet. And she was like, legitimately, I've known this dog for five minutes. I will pick this dog over you. sort yourself </w:t>
      </w:r>
    </w:p>
    <w:p>
      <w:pPr>
        <w:spacing w:after="0"/>
      </w:pPr>
    </w:p>
    <w:p>
      <w:pPr>
        <w:spacing w:after="0"/>
      </w:pPr>
      <w:r>
        <w:rPr>
          <w:rFonts w:ascii="Arial" w:hAnsi="Arial"/>
          <w:b/>
          <w:sz w:val="22"/>
        </w:rPr>
        <w:t xml:space="preserve">Lucy  </w:t>
      </w:r>
      <w:r>
        <w:rPr>
          <w:rFonts w:ascii="Arial" w:hAnsi="Arial"/>
          <w:color w:val="5D7284"/>
          <w:sz w:val="22"/>
        </w:rPr>
        <w:t>48:19</w:t>
      </w:r>
    </w:p>
    <w:p>
      <w:pPr>
        <w:spacing w:after="0"/>
      </w:pPr>
      <w:r>
        <w:rPr>
          <w:rFonts w:ascii="Arial" w:hAnsi="Arial"/>
          <w:sz w:val="22"/>
        </w:rPr>
        <w:t xml:space="preserve">Yeah, it's just it's that's a red flag. </w:t>
      </w:r>
    </w:p>
    <w:p>
      <w:pPr>
        <w:spacing w:after="0"/>
      </w:pPr>
    </w:p>
    <w:p>
      <w:pPr>
        <w:spacing w:after="0"/>
      </w:pPr>
      <w:r>
        <w:rPr>
          <w:rFonts w:ascii="Arial" w:hAnsi="Arial"/>
          <w:b/>
          <w:sz w:val="22"/>
        </w:rPr>
        <w:t xml:space="preserve">Alice  </w:t>
      </w:r>
      <w:r>
        <w:rPr>
          <w:rFonts w:ascii="Arial" w:hAnsi="Arial"/>
          <w:color w:val="5D7284"/>
          <w:sz w:val="22"/>
        </w:rPr>
        <w:t>48:23</w:t>
      </w:r>
    </w:p>
    <w:p>
      <w:pPr>
        <w:spacing w:after="0"/>
      </w:pPr>
      <w:r>
        <w:rPr>
          <w:rFonts w:ascii="Arial" w:hAnsi="Arial"/>
          <w:sz w:val="22"/>
        </w:rPr>
        <w:t>Oh, yeah, definitely. But it's just, it's just proof that it's that difference. You know, I wouldn't even go out with a dog with three legs. Like what if that had been.. what if They had a child who? Like, you know, like Lucy, who was born early, and so has CP. You know, like, that's something you can have absolutely no control over what's you gonna do? Or not gonna take that child to the park?</w:t>
      </w:r>
    </w:p>
    <w:p>
      <w:pPr>
        <w:spacing w:after="0"/>
      </w:pPr>
    </w:p>
    <w:p>
      <w:pPr>
        <w:spacing w:after="0"/>
      </w:pPr>
      <w:r>
        <w:rPr>
          <w:rFonts w:ascii="Arial" w:hAnsi="Arial"/>
          <w:b/>
          <w:sz w:val="22"/>
        </w:rPr>
        <w:t xml:space="preserve">Lucy  </w:t>
      </w:r>
      <w:r>
        <w:rPr>
          <w:rFonts w:ascii="Arial" w:hAnsi="Arial"/>
          <w:color w:val="5D7284"/>
          <w:sz w:val="22"/>
        </w:rPr>
        <w:t>48:48</w:t>
      </w:r>
    </w:p>
    <w:p>
      <w:pPr>
        <w:spacing w:after="0"/>
      </w:pPr>
      <w:r>
        <w:rPr>
          <w:rFonts w:ascii="Arial" w:hAnsi="Arial"/>
          <w:sz w:val="22"/>
        </w:rPr>
        <w:t>Can we? Can we have another one please?  Can we try again? Is there a way we could put it back in?</w:t>
      </w:r>
    </w:p>
    <w:p>
      <w:pPr>
        <w:spacing w:after="0"/>
      </w:pPr>
    </w:p>
    <w:p>
      <w:pPr>
        <w:spacing w:after="0"/>
      </w:pPr>
      <w:r>
        <w:rPr>
          <w:rFonts w:ascii="Arial" w:hAnsi="Arial"/>
          <w:b/>
          <w:sz w:val="22"/>
        </w:rPr>
        <w:t xml:space="preserve">Carrie Ann  </w:t>
      </w:r>
      <w:r>
        <w:rPr>
          <w:rFonts w:ascii="Arial" w:hAnsi="Arial"/>
          <w:color w:val="5D7284"/>
          <w:sz w:val="22"/>
        </w:rPr>
        <w:t>48:57</w:t>
      </w:r>
    </w:p>
    <w:p>
      <w:pPr>
        <w:spacing w:after="0"/>
      </w:pPr>
      <w:r>
        <w:rPr>
          <w:rFonts w:ascii="Arial" w:hAnsi="Arial"/>
          <w:sz w:val="22"/>
        </w:rPr>
        <w:t>But what I think about those couple of stories, which is what I often think about Twitter these days is that not everybody has to have an opinion on everything.. sometimes. And I catch myself with this, right? Because I'll see whatever is kicking off on disability until this week, because there's always something in there. Oh, that's why think about this and I'll start typing up then between then I'll go Just stop just because all you're doing is adding to the noise like you're actually doing anything that's going to benefit anyone else. For s start  you are talking in an echo chamber because that's what social media is people follow people. And but i think you know, that I think the same about about those two men. Well, three men that we've just spoken about in times. your opinions just aren't needed. Just no.</w:t>
      </w:r>
    </w:p>
    <w:p>
      <w:pPr>
        <w:spacing w:after="0"/>
      </w:pPr>
    </w:p>
    <w:p>
      <w:pPr>
        <w:spacing w:after="0"/>
      </w:pPr>
      <w:r>
        <w:rPr>
          <w:rFonts w:ascii="Arial" w:hAnsi="Arial"/>
          <w:b/>
          <w:sz w:val="22"/>
        </w:rPr>
        <w:t xml:space="preserve">Alice  </w:t>
      </w:r>
      <w:r>
        <w:rPr>
          <w:rFonts w:ascii="Arial" w:hAnsi="Arial"/>
          <w:color w:val="5D7284"/>
          <w:sz w:val="22"/>
        </w:rPr>
        <w:t>50:00</w:t>
      </w:r>
    </w:p>
    <w:p>
      <w:pPr>
        <w:spacing w:after="0"/>
      </w:pPr>
      <w:r>
        <w:rPr>
          <w:rFonts w:ascii="Arial" w:hAnsi="Arial"/>
          <w:sz w:val="22"/>
        </w:rPr>
        <w:t>Ywah it's one of the there are occasions where I'm like, having a disability comes in handy. And I only use Twitter on my phone, on Twitter on my phone, like to be able to see it, I have to zoom in and magnify, and I can't magnify my keyboard and my bit of screen what the screen at the same time. So I can either see what I have said or see what I am typing. And so quite often, I will get start typing, I cannot be asked with this. Yeah, it's a really good way of making me go, do I really? Can I really be bothered to respond to this message? Or to this tweet or whatever? Is it? Is it worth the spoons? Basically? It's not</w:t>
      </w:r>
    </w:p>
    <w:p>
      <w:pPr>
        <w:spacing w:after="0"/>
      </w:pPr>
    </w:p>
    <w:p>
      <w:pPr>
        <w:spacing w:after="0"/>
      </w:pPr>
      <w:r>
        <w:rPr>
          <w:rFonts w:ascii="Arial" w:hAnsi="Arial"/>
          <w:b/>
          <w:sz w:val="22"/>
        </w:rPr>
        <w:t xml:space="preserve">Carrie Ann  </w:t>
      </w:r>
      <w:r>
        <w:rPr>
          <w:rFonts w:ascii="Arial" w:hAnsi="Arial"/>
          <w:color w:val="5D7284"/>
          <w:sz w:val="22"/>
        </w:rPr>
        <w:t>50:50</w:t>
      </w:r>
    </w:p>
    <w:p>
      <w:pPr>
        <w:spacing w:after="0"/>
      </w:pPr>
      <w:r>
        <w:rPr>
          <w:rFonts w:ascii="Arial" w:hAnsi="Arial"/>
          <w:sz w:val="22"/>
        </w:rPr>
        <w:t>I know exactly what you mean, I think that's, that's kind of where I'm coming from with it. But just from a point of view of, you know, you just don't have to be this reactive all the time. It's really bad for your mental health, it's nicer to just ignore it.</w:t>
      </w:r>
    </w:p>
    <w:p>
      <w:pPr>
        <w:spacing w:after="0"/>
      </w:pPr>
    </w:p>
    <w:p>
      <w:pPr>
        <w:spacing w:after="0"/>
      </w:pPr>
      <w:r>
        <w:rPr>
          <w:rFonts w:ascii="Arial" w:hAnsi="Arial"/>
          <w:b/>
          <w:sz w:val="22"/>
        </w:rPr>
        <w:t xml:space="preserve">Lucy  </w:t>
      </w:r>
      <w:r>
        <w:rPr>
          <w:rFonts w:ascii="Arial" w:hAnsi="Arial"/>
          <w:color w:val="5D7284"/>
          <w:sz w:val="22"/>
        </w:rPr>
        <w:t>51:07</w:t>
      </w:r>
    </w:p>
    <w:p>
      <w:pPr>
        <w:spacing w:after="0"/>
      </w:pPr>
      <w:r>
        <w:rPr>
          <w:rFonts w:ascii="Arial" w:hAnsi="Arial"/>
          <w:sz w:val="22"/>
        </w:rPr>
        <w:t>I if somebody came to me, like and asked my opinion on something, then I would tell you, I think</w:t>
      </w:r>
    </w:p>
    <w:p>
      <w:pPr>
        <w:spacing w:after="0"/>
      </w:pPr>
    </w:p>
    <w:p>
      <w:pPr>
        <w:spacing w:after="0"/>
      </w:pPr>
      <w:r>
        <w:rPr>
          <w:rFonts w:ascii="Arial" w:hAnsi="Arial"/>
          <w:b/>
          <w:sz w:val="22"/>
        </w:rPr>
        <w:t xml:space="preserve">Alice  </w:t>
      </w:r>
      <w:r>
        <w:rPr>
          <w:rFonts w:ascii="Arial" w:hAnsi="Arial"/>
          <w:color w:val="5D7284"/>
          <w:sz w:val="22"/>
        </w:rPr>
        <w:t>51:16</w:t>
      </w:r>
    </w:p>
    <w:p>
      <w:pPr>
        <w:spacing w:after="0"/>
      </w:pPr>
      <w:r>
        <w:rPr>
          <w:rFonts w:ascii="Arial" w:hAnsi="Arial"/>
          <w:sz w:val="22"/>
        </w:rPr>
        <w:t>I mean, it's a bit rich for us to sit here and say that when we're doing a podcast, which is basically us talking about our experiences and our opinions . But yeah, I, I just find myself thinking what, like, what good Could you do if you put that energy somewhere else?</w:t>
      </w:r>
    </w:p>
    <w:p>
      <w:pPr>
        <w:spacing w:after="0"/>
      </w:pPr>
    </w:p>
    <w:p>
      <w:pPr>
        <w:spacing w:after="0"/>
      </w:pPr>
      <w:r>
        <w:rPr>
          <w:rFonts w:ascii="Arial" w:hAnsi="Arial"/>
          <w:b/>
          <w:sz w:val="22"/>
        </w:rPr>
        <w:t xml:space="preserve">Carrie Ann  </w:t>
      </w:r>
      <w:r>
        <w:rPr>
          <w:rFonts w:ascii="Arial" w:hAnsi="Arial"/>
          <w:color w:val="5D7284"/>
          <w:sz w:val="22"/>
        </w:rPr>
        <w:t>51:35</w:t>
      </w:r>
    </w:p>
    <w:p>
      <w:pPr>
        <w:spacing w:after="0"/>
      </w:pPr>
      <w:r>
        <w:rPr>
          <w:rFonts w:ascii="Arial" w:hAnsi="Arial"/>
          <w:sz w:val="22"/>
        </w:rPr>
        <w:t>Yes. No that exactly. I mean, I do think that the two, the two things are different, because you know, you've you've set this project up with this specific aim of sort of challenging other people's perceptions, and, you know, shining a light on the stuff that we don't always talk about. I think that the trend on social media, and it goes back to that approval seeking that wanting to be seen that we want lots of people to hit that little love heart button. And, and so that, you know, it means that often, particularly in disability circles, were expected to be an expert on whatever's happening in the news around disability, these week</w:t>
      </w:r>
    </w:p>
    <w:p>
      <w:pPr>
        <w:spacing w:after="0"/>
      </w:pPr>
    </w:p>
    <w:p>
      <w:pPr>
        <w:spacing w:after="0"/>
      </w:pPr>
      <w:r>
        <w:rPr>
          <w:rFonts w:ascii="Arial" w:hAnsi="Arial"/>
          <w:b/>
          <w:sz w:val="22"/>
        </w:rPr>
        <w:t xml:space="preserve">Lucy  </w:t>
      </w:r>
      <w:r>
        <w:rPr>
          <w:rFonts w:ascii="Arial" w:hAnsi="Arial"/>
          <w:color w:val="5D7284"/>
          <w:sz w:val="22"/>
        </w:rPr>
        <w:t>52:17</w:t>
      </w:r>
    </w:p>
    <w:p>
      <w:pPr>
        <w:spacing w:after="0"/>
      </w:pPr>
      <w:r>
        <w:rPr>
          <w:rFonts w:ascii="Arial" w:hAnsi="Arial"/>
          <w:sz w:val="22"/>
        </w:rPr>
        <w:t>think it does help if you have got a bit of a niche area that you want to talk about within disability, because if you just say, All I want to do is talk about disability online, then you are like fighting snakes , because it just one pops up after another after another where, you know, we, we, work, don't we will Carrie Ann  with people who are passionate about certain specific issues. And I think that that helps when you are being a campaigner, because you are focused on your passion is on one particular area of expertise. So I think that that helps. But if you are an average disabled person, I think having somebody say, Oh, well, you must be an expert, because, you know, it's that thing is it's a bit like that thing where somebody somebody sees you in a Wheelchair and goes, my aunt's sisters,  brother in Law...</w:t>
      </w:r>
    </w:p>
    <w:p>
      <w:pPr>
        <w:spacing w:after="0"/>
      </w:pPr>
    </w:p>
    <w:p>
      <w:pPr>
        <w:spacing w:after="0"/>
      </w:pPr>
      <w:r>
        <w:rPr>
          <w:rFonts w:ascii="Arial" w:hAnsi="Arial"/>
          <w:b/>
          <w:sz w:val="22"/>
        </w:rPr>
        <w:t xml:space="preserve">Carrie Ann  </w:t>
      </w:r>
      <w:r>
        <w:rPr>
          <w:rFonts w:ascii="Arial" w:hAnsi="Arial"/>
          <w:color w:val="5D7284"/>
          <w:sz w:val="22"/>
        </w:rPr>
        <w:t>53:09</w:t>
      </w:r>
    </w:p>
    <w:p>
      <w:pPr>
        <w:spacing w:after="0"/>
      </w:pPr>
      <w:r>
        <w:rPr>
          <w:rFonts w:ascii="Arial" w:hAnsi="Arial"/>
          <w:sz w:val="22"/>
        </w:rPr>
        <w:t>Broke her toe once...</w:t>
      </w:r>
    </w:p>
    <w:p>
      <w:pPr>
        <w:spacing w:after="0"/>
      </w:pPr>
    </w:p>
    <w:p>
      <w:pPr>
        <w:spacing w:after="0"/>
      </w:pPr>
      <w:r>
        <w:rPr>
          <w:rFonts w:ascii="Arial" w:hAnsi="Arial"/>
          <w:b/>
          <w:sz w:val="22"/>
        </w:rPr>
        <w:t xml:space="preserve">Lucy  </w:t>
      </w:r>
      <w:r>
        <w:rPr>
          <w:rFonts w:ascii="Arial" w:hAnsi="Arial"/>
          <w:color w:val="5D7284"/>
          <w:sz w:val="22"/>
        </w:rPr>
        <w:t>53:11</w:t>
      </w:r>
    </w:p>
    <w:p>
      <w:pPr>
        <w:spacing w:after="0"/>
      </w:pPr>
      <w:r>
        <w:rPr>
          <w:rFonts w:ascii="Arial" w:hAnsi="Arial"/>
          <w:sz w:val="22"/>
        </w:rPr>
        <w:t>Yeah. Do you know Do you know them? Like, no,</w:t>
      </w:r>
    </w:p>
    <w:p>
      <w:pPr>
        <w:spacing w:after="0"/>
      </w:pPr>
    </w:p>
    <w:p>
      <w:pPr>
        <w:spacing w:after="0"/>
      </w:pPr>
      <w:r>
        <w:rPr>
          <w:rFonts w:ascii="Arial" w:hAnsi="Arial"/>
          <w:b/>
          <w:sz w:val="22"/>
        </w:rPr>
        <w:t xml:space="preserve">Carrie Ann  </w:t>
      </w:r>
      <w:r>
        <w:rPr>
          <w:rFonts w:ascii="Arial" w:hAnsi="Arial"/>
          <w:color w:val="5D7284"/>
          <w:sz w:val="22"/>
        </w:rPr>
        <w:t>53:15</w:t>
      </w:r>
    </w:p>
    <w:p>
      <w:pPr>
        <w:spacing w:after="0"/>
      </w:pPr>
      <w:r>
        <w:rPr>
          <w:rFonts w:ascii="Arial" w:hAnsi="Arial"/>
          <w:sz w:val="22"/>
        </w:rPr>
        <w:t>no, no, believe it or not? We don't know all? No, no, I agree with you. And I think, you know, the thing, the thing particularly about online activism, is that when you are a disabled person who also campaigns around disability issues, it's really difficult to to draw that line between me and carry on the online activist and just carry on the person who wants to have a day off. And so you might having a day off. Yeah. And, you know, it goes back to what I said earlier, I, I questioned sometimes how effective online activism can really be when often we are speaking in an echo chamber, we are all sharing the same messages to people who agree with them, you know, 95% of my followers will be other disabled people. The other one will be my family and friends. I'm very rarely reaching people outside of my own sphere. And that doesn't mean that what I do isn't worthwhile. You know, I'm still helping people. I'm still putting information out that people find helpful, but I'm not necessarily changing, changing attitudes are changing the world in such a big way. I think sometimes you have to prioritise what you need as an individual, over the disabled community.</w:t>
      </w:r>
    </w:p>
    <w:p>
      <w:pPr>
        <w:spacing w:after="0"/>
      </w:pPr>
    </w:p>
    <w:p>
      <w:pPr>
        <w:spacing w:after="0"/>
      </w:pPr>
      <w:r>
        <w:rPr>
          <w:rFonts w:ascii="Arial" w:hAnsi="Arial"/>
          <w:b/>
          <w:sz w:val="22"/>
        </w:rPr>
        <w:t xml:space="preserve">Alice  </w:t>
      </w:r>
      <w:r>
        <w:rPr>
          <w:rFonts w:ascii="Arial" w:hAnsi="Arial"/>
          <w:color w:val="5D7284"/>
          <w:sz w:val="22"/>
        </w:rPr>
        <w:t>54:53</w:t>
      </w:r>
    </w:p>
    <w:p>
      <w:pPr>
        <w:spacing w:after="0"/>
      </w:pPr>
      <w:r>
        <w:rPr>
          <w:rFonts w:ascii="Arial" w:hAnsi="Arial"/>
          <w:sz w:val="22"/>
        </w:rPr>
        <w:t xml:space="preserve">And I think, you know, one of the things that is worth kind of reiterating here is that we've added to that mellusi were talking about earlier is that we've, we don't we don't have the expertise across the board, we all have our own individual experiences. So, you know, if you're passionate and you are sharing things on Twitter, and you are, you know, campaigning online, you are going to reach some people who don't know, and some people who, who have different experiences, and there's no such thing as being too educated about these things. But I do absolutely agree there is the majority of the people who, you know, the majority of the people who are concerned about equal opportunities are not the people that should be being concerned about equal opportunities. </w:t>
      </w:r>
    </w:p>
    <w:p>
      <w:pPr>
        <w:spacing w:after="0"/>
      </w:pPr>
    </w:p>
    <w:p>
      <w:pPr>
        <w:spacing w:after="0"/>
      </w:pPr>
      <w:r>
        <w:rPr>
          <w:rFonts w:ascii="Arial" w:hAnsi="Arial"/>
          <w:b/>
          <w:sz w:val="22"/>
        </w:rPr>
        <w:t xml:space="preserve">Carrie Ann  </w:t>
      </w:r>
      <w:r>
        <w:rPr>
          <w:rFonts w:ascii="Arial" w:hAnsi="Arial"/>
          <w:color w:val="5D7284"/>
          <w:sz w:val="22"/>
        </w:rPr>
        <w:t>55:44</w:t>
      </w:r>
    </w:p>
    <w:p>
      <w:pPr>
        <w:spacing w:after="0"/>
      </w:pPr>
      <w:r>
        <w:rPr>
          <w:rFonts w:ascii="Arial" w:hAnsi="Arial"/>
          <w:sz w:val="22"/>
        </w:rPr>
        <w:t>Yeah. Yeah, I agree. I definitely don't want to dissuade anybody from campaigning. And I don't want to shame anyone for doing that. I think, you know, if that's your back end, if you live it, then absolutely go for it. We were without people to campaign and to spread the message, and whatever we would, we would certainly not be as far down the equality road as we are. I think my you know, my advice is just just don't, don't let it take over. Don't let it become you.</w:t>
      </w:r>
    </w:p>
    <w:p>
      <w:pPr>
        <w:spacing w:after="0"/>
      </w:pPr>
    </w:p>
    <w:p>
      <w:pPr>
        <w:spacing w:after="0"/>
      </w:pPr>
      <w:r>
        <w:rPr>
          <w:rFonts w:ascii="Arial" w:hAnsi="Arial"/>
          <w:b/>
          <w:sz w:val="22"/>
        </w:rPr>
        <w:t xml:space="preserve">Lucy  </w:t>
      </w:r>
      <w:r>
        <w:rPr>
          <w:rFonts w:ascii="Arial" w:hAnsi="Arial"/>
          <w:color w:val="5D7284"/>
          <w:sz w:val="22"/>
        </w:rPr>
        <w:t>56:18</w:t>
      </w:r>
    </w:p>
    <w:p>
      <w:pPr>
        <w:spacing w:after="0"/>
      </w:pPr>
      <w:r>
        <w:rPr>
          <w:rFonts w:ascii="Arial" w:hAnsi="Arial"/>
          <w:sz w:val="22"/>
        </w:rPr>
        <w:t xml:space="preserve">And I think as well, from my point of view, I think being online and being an approachable face on social media, but who is open about their disability And, you know, we'll answer questions. I think that in itself is, you know, there's a time and a place for it. I don't want to ask you questions every day of the week. But when I say like, has anybody got any questions they'd like to ask me, I think being able to be as open and as honest, as you feel comfortable with, is going some way to breaking down barriers, if you know, if you say, it's not the same for everybody, but this is my experience of, you know, whatever. I mean, it's sometimes when I asked that question on social media, it's often the questions are often like, oh, what's your favourite clothes shops, you know, nothing to do with my disability, but it's they, you know, you, I think being an being that sort of friendly face, because I think, again, non disabled people can often be a bit put off because they don't want to offend us, they think we're gonna like cry every five minutes, as soon as anybody mentions that, that we're in a wheelchair, or we've got a disability that they think we're going to, like, break down be like, about as strong as a wet piece of paper. When actually that's not the case, is it? We are used to these stupid questions, however stupid, they may sound we are used to them. </w:t>
      </w:r>
    </w:p>
    <w:p>
      <w:pPr>
        <w:spacing w:after="0"/>
      </w:pPr>
    </w:p>
    <w:p>
      <w:pPr>
        <w:spacing w:after="0"/>
      </w:pPr>
      <w:r>
        <w:rPr>
          <w:rFonts w:ascii="Arial" w:hAnsi="Arial"/>
          <w:b/>
          <w:sz w:val="22"/>
        </w:rPr>
        <w:t xml:space="preserve">Carrie Ann  </w:t>
      </w:r>
      <w:r>
        <w:rPr>
          <w:rFonts w:ascii="Arial" w:hAnsi="Arial"/>
          <w:color w:val="5D7284"/>
          <w:sz w:val="22"/>
        </w:rPr>
        <w:t>57:42</w:t>
      </w:r>
    </w:p>
    <w:p>
      <w:pPr>
        <w:spacing w:after="0"/>
      </w:pPr>
      <w:r>
        <w:rPr>
          <w:rFonts w:ascii="Arial" w:hAnsi="Arial"/>
          <w:sz w:val="22"/>
        </w:rPr>
        <w:t>I think there is a distinction there for me though. So like, why my wheelchair looks quite different to other wheelchairs because I use a power pack that's quite rare and stuff like that. So people are quite often checking it. And they're like ooh...people ask me questions, because my wheelchair, that's cool. I'm really happy with that it cost me 10,000 pounds. I want to talk about</w:t>
      </w:r>
    </w:p>
    <w:p>
      <w:pPr>
        <w:spacing w:after="0"/>
      </w:pPr>
    </w:p>
    <w:p>
      <w:pPr>
        <w:spacing w:after="0"/>
      </w:pPr>
      <w:r>
        <w:rPr>
          <w:rFonts w:ascii="Arial" w:hAnsi="Arial"/>
          <w:b/>
          <w:sz w:val="22"/>
        </w:rPr>
        <w:t xml:space="preserve">Alice  </w:t>
      </w:r>
      <w:r>
        <w:rPr>
          <w:rFonts w:ascii="Arial" w:hAnsi="Arial"/>
          <w:color w:val="5D7284"/>
          <w:sz w:val="22"/>
        </w:rPr>
        <w:t>58:09</w:t>
      </w:r>
    </w:p>
    <w:p>
      <w:pPr>
        <w:spacing w:after="0"/>
      </w:pPr>
      <w:r>
        <w:rPr>
          <w:rFonts w:ascii="Arial" w:hAnsi="Arial"/>
          <w:sz w:val="22"/>
        </w:rPr>
        <w:t>That's how I felt about my wedding. it cost me 10,000 pounds of course I'm fucking talking about it for the next years</w:t>
      </w:r>
    </w:p>
    <w:p>
      <w:pPr>
        <w:spacing w:after="0"/>
      </w:pPr>
    </w:p>
    <w:p>
      <w:pPr>
        <w:spacing w:after="0"/>
      </w:pPr>
      <w:r>
        <w:rPr>
          <w:rFonts w:ascii="Arial" w:hAnsi="Arial"/>
          <w:b/>
          <w:sz w:val="22"/>
        </w:rPr>
        <w:t xml:space="preserve">Carrie Ann  </w:t>
      </w:r>
      <w:r>
        <w:rPr>
          <w:rFonts w:ascii="Arial" w:hAnsi="Arial"/>
          <w:color w:val="5D7284"/>
          <w:sz w:val="22"/>
        </w:rPr>
        <w:t>58:16</w:t>
      </w:r>
    </w:p>
    <w:p>
      <w:pPr>
        <w:spacing w:after="0"/>
      </w:pPr>
      <w:r>
        <w:rPr>
          <w:rFonts w:ascii="Arial" w:hAnsi="Arial"/>
          <w:sz w:val="22"/>
        </w:rPr>
        <w:t>Someone ask about the wheelchair because it's cool. But do not do not come at me you complete stranger with what's wrong with you then love?</w:t>
      </w:r>
    </w:p>
    <w:p>
      <w:pPr>
        <w:spacing w:after="0"/>
      </w:pPr>
    </w:p>
    <w:p>
      <w:pPr>
        <w:spacing w:after="0"/>
      </w:pPr>
      <w:r>
        <w:rPr>
          <w:rFonts w:ascii="Arial" w:hAnsi="Arial"/>
          <w:b/>
          <w:sz w:val="22"/>
        </w:rPr>
        <w:t xml:space="preserve">Lucy  </w:t>
      </w:r>
      <w:r>
        <w:rPr>
          <w:rFonts w:ascii="Arial" w:hAnsi="Arial"/>
          <w:color w:val="5D7284"/>
          <w:sz w:val="22"/>
        </w:rPr>
        <w:t>58:31</w:t>
      </w:r>
    </w:p>
    <w:p>
      <w:pPr>
        <w:spacing w:after="0"/>
      </w:pPr>
      <w:r>
        <w:rPr>
          <w:rFonts w:ascii="Arial" w:hAnsi="Arial"/>
          <w:sz w:val="22"/>
        </w:rPr>
        <w:t>What happened to you?</w:t>
      </w:r>
    </w:p>
    <w:p>
      <w:pPr>
        <w:spacing w:after="0"/>
      </w:pPr>
    </w:p>
    <w:p>
      <w:pPr>
        <w:spacing w:after="0"/>
      </w:pPr>
      <w:r>
        <w:rPr>
          <w:rFonts w:ascii="Arial" w:hAnsi="Arial"/>
          <w:b/>
          <w:sz w:val="22"/>
        </w:rPr>
        <w:t xml:space="preserve">Carrie Ann  </w:t>
      </w:r>
      <w:r>
        <w:rPr>
          <w:rFonts w:ascii="Arial" w:hAnsi="Arial"/>
          <w:color w:val="5D7284"/>
          <w:sz w:val="22"/>
        </w:rPr>
        <w:t>58:33</w:t>
      </w:r>
    </w:p>
    <w:p>
      <w:pPr>
        <w:spacing w:after="0"/>
      </w:pPr>
      <w:r>
        <w:rPr>
          <w:rFonts w:ascii="Arial" w:hAnsi="Arial"/>
          <w:sz w:val="22"/>
        </w:rPr>
        <w:t>Just because, you know, sometimes it's entertaining, because, you know, we can have a little fun with it. But I and I don't want to any disabled people disabled person to feel pressure to share details of their diagnosis or their disability with complete strangers just because a complete stranger is curious. So my husband is non disabled and works in a very male orientated environment full of other non disabled people. And they have been a little bit curious about about me, shall we say? And, you know, that was all the questions that I when they when they ask the question without asking the question. What What? your wife and the what, what?</w:t>
      </w:r>
    </w:p>
    <w:p>
      <w:pPr>
        <w:spacing w:after="0"/>
      </w:pPr>
    </w:p>
    <w:p>
      <w:pPr>
        <w:spacing w:after="0"/>
      </w:pPr>
      <w:r>
        <w:rPr>
          <w:rFonts w:ascii="Arial" w:hAnsi="Arial"/>
          <w:b/>
          <w:sz w:val="22"/>
        </w:rPr>
        <w:t xml:space="preserve">Lucy  </w:t>
      </w:r>
      <w:r>
        <w:rPr>
          <w:rFonts w:ascii="Arial" w:hAnsi="Arial"/>
          <w:color w:val="5D7284"/>
          <w:sz w:val="22"/>
        </w:rPr>
        <w:t>59:21</w:t>
      </w:r>
    </w:p>
    <w:p>
      <w:pPr>
        <w:spacing w:after="0"/>
      </w:pPr>
      <w:r>
        <w:rPr>
          <w:rFonts w:ascii="Arial" w:hAnsi="Arial"/>
          <w:sz w:val="22"/>
        </w:rPr>
        <w:t>Yeah,</w:t>
      </w:r>
    </w:p>
    <w:p>
      <w:pPr>
        <w:spacing w:after="0"/>
      </w:pPr>
    </w:p>
    <w:p>
      <w:pPr>
        <w:spacing w:after="0"/>
      </w:pPr>
      <w:r>
        <w:rPr>
          <w:rFonts w:ascii="Arial" w:hAnsi="Arial"/>
          <w:b/>
          <w:sz w:val="22"/>
        </w:rPr>
        <w:t xml:space="preserve">Carrie Ann  </w:t>
      </w:r>
      <w:r>
        <w:rPr>
          <w:rFonts w:ascii="Arial" w:hAnsi="Arial"/>
          <w:color w:val="5D7284"/>
          <w:sz w:val="22"/>
        </w:rPr>
        <w:t>59:23</w:t>
      </w:r>
    </w:p>
    <w:p>
      <w:pPr>
        <w:spacing w:after="0"/>
      </w:pPr>
      <w:r>
        <w:rPr>
          <w:rFonts w:ascii="Arial" w:hAnsi="Arial"/>
          <w:sz w:val="22"/>
        </w:rPr>
        <w:t xml:space="preserve">the wheels ? Yeah. And he'd said, Oh, no, no, it's nothing like that. And I'm just very well endowed... Sound a bit more polite than the word he used . </w:t>
      </w:r>
    </w:p>
    <w:p>
      <w:pPr>
        <w:spacing w:after="0"/>
      </w:pPr>
    </w:p>
    <w:p>
      <w:pPr>
        <w:spacing w:after="0"/>
      </w:pPr>
      <w:r>
        <w:rPr>
          <w:rFonts w:ascii="Arial" w:hAnsi="Arial"/>
          <w:b/>
          <w:sz w:val="22"/>
        </w:rPr>
        <w:t xml:space="preserve">Alice  </w:t>
      </w:r>
      <w:r>
        <w:rPr>
          <w:rFonts w:ascii="Arial" w:hAnsi="Arial"/>
          <w:color w:val="5D7284"/>
          <w:sz w:val="22"/>
        </w:rPr>
        <w:t>59:45</w:t>
      </w:r>
    </w:p>
    <w:p>
      <w:pPr>
        <w:spacing w:after="0"/>
      </w:pPr>
      <w:r>
        <w:rPr>
          <w:rFonts w:ascii="Arial" w:hAnsi="Arial"/>
          <w:sz w:val="22"/>
        </w:rPr>
        <w:t>That is brilliant.</w:t>
      </w:r>
    </w:p>
    <w:p>
      <w:pPr>
        <w:spacing w:after="0"/>
      </w:pPr>
    </w:p>
    <w:p>
      <w:pPr>
        <w:spacing w:after="0"/>
      </w:pPr>
      <w:r>
        <w:rPr>
          <w:rFonts w:ascii="Arial" w:hAnsi="Arial"/>
          <w:b/>
          <w:sz w:val="22"/>
        </w:rPr>
        <w:t xml:space="preserve">Carrie Ann  </w:t>
      </w:r>
      <w:r>
        <w:rPr>
          <w:rFonts w:ascii="Arial" w:hAnsi="Arial"/>
          <w:color w:val="5D7284"/>
          <w:sz w:val="22"/>
        </w:rPr>
        <w:t>59:47</w:t>
      </w:r>
    </w:p>
    <w:p>
      <w:pPr>
        <w:spacing w:after="0"/>
      </w:pPr>
      <w:r>
        <w:rPr>
          <w:rFonts w:ascii="Arial" w:hAnsi="Arial"/>
          <w:sz w:val="22"/>
        </w:rPr>
        <w:t xml:space="preserve"> Yeah. So I think there is a distinction between, you know, absolutely asked me a question about my awesome wheelchair or about you know, how are you managing right in this building with access or whatever but but don't expect me to divulge my medical records to a complete stanger</w:t>
      </w:r>
    </w:p>
    <w:p>
      <w:pPr>
        <w:spacing w:after="0"/>
      </w:pPr>
    </w:p>
    <w:p>
      <w:pPr>
        <w:spacing w:after="0"/>
      </w:pPr>
      <w:r>
        <w:rPr>
          <w:rFonts w:ascii="Arial" w:hAnsi="Arial"/>
          <w:b/>
          <w:sz w:val="22"/>
        </w:rPr>
        <w:t xml:space="preserve">Lucy  </w:t>
      </w:r>
      <w:r>
        <w:rPr>
          <w:rFonts w:ascii="Arial" w:hAnsi="Arial"/>
          <w:color w:val="5D7284"/>
          <w:sz w:val="22"/>
        </w:rPr>
        <w:t>1:00:09</w:t>
      </w:r>
    </w:p>
    <w:p>
      <w:pPr>
        <w:spacing w:after="0"/>
      </w:pPr>
      <w:r>
        <w:rPr>
          <w:rFonts w:ascii="Arial" w:hAnsi="Arial"/>
          <w:sz w:val="22"/>
        </w:rPr>
        <w:t>Or your personal life? I mean, that is another one my my friends are they are very used to people sort of saying so that so you friend what up what happened what happened to her like i mean you know my my best friend bless him here when he's taken when we've gone to the poor as I take him out like he's doing me a favour when we come to the point it's probably because I've kicked off because he's not taken man who after a while. But when we gone to the pub, I have had we have had people beyond the bor should she be drinking in our condition? And he's like she's not pregnant to legs that don't work? If not, there's nothing else like, and he goes, have you tried taking a drink of St. Barts? It is true, but my friends get far more wound up about things happening to me than I do. Like he will notice people staring more than I do. I know that people stare but I don't tend to notice it anymore.</w:t>
      </w:r>
    </w:p>
    <w:p>
      <w:pPr>
        <w:spacing w:after="0"/>
      </w:pPr>
    </w:p>
    <w:p>
      <w:pPr>
        <w:spacing w:after="0"/>
      </w:pPr>
      <w:r>
        <w:rPr>
          <w:rFonts w:ascii="Arial" w:hAnsi="Arial"/>
          <w:b/>
          <w:sz w:val="22"/>
        </w:rPr>
        <w:t xml:space="preserve">Carrie Ann  </w:t>
      </w:r>
      <w:r>
        <w:rPr>
          <w:rFonts w:ascii="Arial" w:hAnsi="Arial"/>
          <w:color w:val="5D7284"/>
          <w:sz w:val="22"/>
        </w:rPr>
        <w:t>1:01:17</w:t>
      </w:r>
    </w:p>
    <w:p>
      <w:pPr>
        <w:spacing w:after="0"/>
      </w:pPr>
      <w:r>
        <w:rPr>
          <w:rFonts w:ascii="Arial" w:hAnsi="Arial"/>
          <w:sz w:val="22"/>
        </w:rPr>
        <w:t>Because we have to pick our battles because you know every every disabled person has a point in their life where they realise that if they got angry every time something stupid like this happened to me my whole life being angry.</w:t>
      </w:r>
    </w:p>
    <w:p>
      <w:pPr>
        <w:spacing w:after="0"/>
      </w:pPr>
    </w:p>
    <w:p>
      <w:pPr>
        <w:spacing w:after="0"/>
      </w:pPr>
      <w:r>
        <w:rPr>
          <w:rFonts w:ascii="Arial" w:hAnsi="Arial"/>
          <w:b/>
          <w:sz w:val="22"/>
        </w:rPr>
        <w:t xml:space="preserve">Alice  </w:t>
      </w:r>
      <w:r>
        <w:rPr>
          <w:rFonts w:ascii="Arial" w:hAnsi="Arial"/>
          <w:color w:val="5D7284"/>
          <w:sz w:val="22"/>
        </w:rPr>
        <w:t>1:01:32</w:t>
      </w:r>
    </w:p>
    <w:p>
      <w:pPr>
        <w:spacing w:after="0"/>
      </w:pPr>
      <w:r>
        <w:rPr>
          <w:rFonts w:ascii="Arial" w:hAnsi="Arial"/>
          <w:sz w:val="22"/>
        </w:rPr>
        <w:t>and that's just perpetuates that stereotype  that we are angry and bitter</w:t>
      </w:r>
    </w:p>
    <w:p>
      <w:pPr>
        <w:spacing w:after="0"/>
      </w:pPr>
    </w:p>
    <w:p>
      <w:pPr>
        <w:spacing w:after="0"/>
      </w:pPr>
      <w:r>
        <w:rPr>
          <w:rFonts w:ascii="Arial" w:hAnsi="Arial"/>
          <w:b/>
          <w:sz w:val="22"/>
        </w:rPr>
        <w:t xml:space="preserve">Carrie Ann  </w:t>
      </w:r>
      <w:r>
        <w:rPr>
          <w:rFonts w:ascii="Arial" w:hAnsi="Arial"/>
          <w:color w:val="5D7284"/>
          <w:sz w:val="22"/>
        </w:rPr>
        <w:t>1:01:38</w:t>
      </w:r>
    </w:p>
    <w:p>
      <w:pPr>
        <w:spacing w:after="0"/>
      </w:pPr>
      <w:r>
        <w:rPr>
          <w:rFonts w:ascii="Arial" w:hAnsi="Arial"/>
          <w:sz w:val="22"/>
        </w:rPr>
        <w:t>I definitely had to educate my husband when I first met him of like, you know, we can't campaign every time an automatic door isn't working.</w:t>
      </w:r>
    </w:p>
    <w:p>
      <w:pPr>
        <w:spacing w:after="0"/>
      </w:pPr>
    </w:p>
    <w:p>
      <w:pPr>
        <w:spacing w:after="0"/>
      </w:pPr>
      <w:r>
        <w:rPr>
          <w:rFonts w:ascii="Arial" w:hAnsi="Arial"/>
          <w:b/>
          <w:sz w:val="22"/>
        </w:rPr>
        <w:t xml:space="preserve">Lucy  </w:t>
      </w:r>
      <w:r>
        <w:rPr>
          <w:rFonts w:ascii="Arial" w:hAnsi="Arial"/>
          <w:color w:val="5D7284"/>
          <w:sz w:val="22"/>
        </w:rPr>
        <w:t>1:01:46</w:t>
      </w:r>
    </w:p>
    <w:p>
      <w:pPr>
        <w:spacing w:after="0"/>
      </w:pPr>
      <w:r>
        <w:rPr>
          <w:rFonts w:ascii="Arial" w:hAnsi="Arial"/>
          <w:sz w:val="22"/>
        </w:rPr>
        <w:t>This ramps a bit of angle a bit!  Yeah, no, it's um....people. Yeah, my friends. I'll go. I can you see how he's staring at you. Yeah, but it's not just leave It's fine. It's proper gorp... and i'm like.. yeah,  just leave it. Leave it. I want to go to the Pub Just leave it...</w:t>
      </w:r>
    </w:p>
    <w:p>
      <w:pPr>
        <w:spacing w:after="0"/>
      </w:pPr>
    </w:p>
    <w:p>
      <w:pPr>
        <w:spacing w:after="0"/>
      </w:pPr>
      <w:r>
        <w:rPr>
          <w:rFonts w:ascii="Arial" w:hAnsi="Arial"/>
          <w:b/>
          <w:sz w:val="22"/>
        </w:rPr>
        <w:t xml:space="preserve">Alice  </w:t>
      </w:r>
      <w:r>
        <w:rPr>
          <w:rFonts w:ascii="Arial" w:hAnsi="Arial"/>
          <w:color w:val="5D7284"/>
          <w:sz w:val="22"/>
        </w:rPr>
        <w:t>1:02:08</w:t>
      </w:r>
    </w:p>
    <w:p>
      <w:pPr>
        <w:spacing w:after="0"/>
      </w:pPr>
      <w:r>
        <w:rPr>
          <w:rFonts w:ascii="Arial" w:hAnsi="Arial"/>
          <w:sz w:val="22"/>
        </w:rPr>
        <w:t>like Yeah, no, my biggest thing that I face on a almost daily basis when I go with my guide dog is people asking if I'm training her because she's, she's quite a young looking dog. And and yes, people say no. Are you training and I go no I go no she's my guide dog  and they'll quite often this is kind of combination of, oh, you you look young and you don't look blind. And I'm really worried about the day that people stop asking me whether I'm training because it makes me feel like it's everybody go or you look really old. Because if I'm not young I must be doing it for a job. I cann't be blind and youung -</w:t>
      </w:r>
    </w:p>
    <w:p>
      <w:pPr>
        <w:spacing w:after="0"/>
      </w:pPr>
    </w:p>
    <w:p>
      <w:pPr>
        <w:spacing w:after="0"/>
      </w:pPr>
      <w:r>
        <w:rPr>
          <w:rFonts w:ascii="Arial" w:hAnsi="Arial"/>
          <w:b/>
          <w:sz w:val="22"/>
        </w:rPr>
        <w:t xml:space="preserve">Carrie Ann  </w:t>
      </w:r>
      <w:r>
        <w:rPr>
          <w:rFonts w:ascii="Arial" w:hAnsi="Arial"/>
          <w:color w:val="5D7284"/>
          <w:sz w:val="22"/>
        </w:rPr>
        <w:t>1:02:47</w:t>
      </w:r>
    </w:p>
    <w:p>
      <w:pPr>
        <w:spacing w:after="0"/>
      </w:pPr>
      <w:r>
        <w:rPr>
          <w:rFonts w:ascii="Arial" w:hAnsi="Arial"/>
          <w:sz w:val="22"/>
        </w:rPr>
        <w:t>No, of course not. It is really funny that -- isn't it? that reminds me of a time when I was on a train. I used to have to go down to the office once a month and my It was like Friday train home rush hour always full of drunk people and I was in working because I'm like well I'm yeah, I'm gonna have gin let's be honest, but also a three hour train train journey loads of work to catch up on and there was this guy he was just he was just pissed and being a nuisance. He wasn't being particularly offensive but he was just like, taught to us then love you know, do you want to beer? No, I'm working by carry on with yourself. Leave Leave me and i i when i got on the train depending on the direction that I'm travelling in, I will quite often transfer to the train seat because I can't I can't face away from the direction of travel it makes me travel sick.</w:t>
      </w:r>
    </w:p>
    <w:p>
      <w:pPr>
        <w:spacing w:after="0"/>
      </w:pPr>
    </w:p>
    <w:p>
      <w:pPr>
        <w:spacing w:after="0"/>
      </w:pPr>
      <w:r>
        <w:rPr>
          <w:rFonts w:ascii="Arial" w:hAnsi="Arial"/>
          <w:b/>
          <w:sz w:val="22"/>
        </w:rPr>
        <w:t xml:space="preserve">Lucy  </w:t>
      </w:r>
      <w:r>
        <w:rPr>
          <w:rFonts w:ascii="Arial" w:hAnsi="Arial"/>
          <w:color w:val="5D7284"/>
          <w:sz w:val="22"/>
        </w:rPr>
        <w:t>1:03:44</w:t>
      </w:r>
    </w:p>
    <w:p>
      <w:pPr>
        <w:spacing w:after="0"/>
      </w:pPr>
      <w:r>
        <w:rPr>
          <w:rFonts w:ascii="Arial" w:hAnsi="Arial"/>
          <w:sz w:val="22"/>
        </w:rPr>
        <w:t>And also the disabled seating areas often near the toilet.</w:t>
      </w:r>
    </w:p>
    <w:p>
      <w:pPr>
        <w:spacing w:after="0"/>
      </w:pPr>
    </w:p>
    <w:p>
      <w:pPr>
        <w:spacing w:after="0"/>
      </w:pPr>
      <w:r>
        <w:rPr>
          <w:rFonts w:ascii="Arial" w:hAnsi="Arial"/>
          <w:b/>
          <w:sz w:val="22"/>
        </w:rPr>
        <w:t xml:space="preserve">Alice  </w:t>
      </w:r>
      <w:r>
        <w:rPr>
          <w:rFonts w:ascii="Arial" w:hAnsi="Arial"/>
          <w:color w:val="5D7284"/>
          <w:sz w:val="22"/>
        </w:rPr>
        <w:t>1:03:49</w:t>
      </w:r>
    </w:p>
    <w:p>
      <w:pPr>
        <w:spacing w:after="0"/>
      </w:pPr>
      <w:r>
        <w:rPr>
          <w:rFonts w:ascii="Arial" w:hAnsi="Arial"/>
          <w:sz w:val="22"/>
        </w:rPr>
        <w:t>Yeah, especially on a Friday night train</w:t>
      </w:r>
    </w:p>
    <w:p>
      <w:pPr>
        <w:spacing w:after="0"/>
      </w:pPr>
    </w:p>
    <w:p>
      <w:pPr>
        <w:spacing w:after="0"/>
      </w:pPr>
      <w:r>
        <w:rPr>
          <w:rFonts w:ascii="Arial" w:hAnsi="Arial"/>
          <w:b/>
          <w:sz w:val="22"/>
        </w:rPr>
        <w:t xml:space="preserve">Carrie Ann  </w:t>
      </w:r>
      <w:r>
        <w:rPr>
          <w:rFonts w:ascii="Arial" w:hAnsi="Arial"/>
          <w:color w:val="5D7284"/>
          <w:sz w:val="22"/>
        </w:rPr>
        <w:t>1:03:54</w:t>
      </w:r>
    </w:p>
    <w:p>
      <w:pPr>
        <w:spacing w:after="0"/>
      </w:pPr>
      <w:r>
        <w:rPr>
          <w:rFonts w:ascii="Arial" w:hAnsi="Arial"/>
          <w:sz w:val="22"/>
        </w:rPr>
        <w:t>all of this. And I've like transferred out the chair. I'm writing emails I've got the gene I'm quite happy with life if only this guy would leave me alone. And then then and then he starts touching the wheelchair. Which is empty on the other side of the table and I'm like I'm seeing right at least you have no idea how much that thing cost. And I thought I'd say in something of that effect to this man. And you want Oh is it yours? Yeah, it was like the penny Penny drop like he he well he instantly stopped being rude to me and yeah, like stops trying to go to me or whatever because clearly it's alright to to intimidate a young woman on around on the train. unless she's disabled. And then yeah, just he was like Penny like he couldn't fathom that. I was like sat there. You know in a suit to write in some emails looking professional communiting  a Friday, and also disabled and he basically walked away.</w:t>
      </w:r>
    </w:p>
    <w:p>
      <w:pPr>
        <w:spacing w:after="0"/>
      </w:pPr>
    </w:p>
    <w:p>
      <w:pPr>
        <w:spacing w:after="0"/>
      </w:pPr>
      <w:r>
        <w:rPr>
          <w:rFonts w:ascii="Arial" w:hAnsi="Arial"/>
          <w:b/>
          <w:sz w:val="22"/>
        </w:rPr>
        <w:t xml:space="preserve">Alice  </w:t>
      </w:r>
      <w:r>
        <w:rPr>
          <w:rFonts w:ascii="Arial" w:hAnsi="Arial"/>
          <w:color w:val="5D7284"/>
          <w:sz w:val="22"/>
        </w:rPr>
        <w:t>1:05:07</w:t>
      </w:r>
    </w:p>
    <w:p>
      <w:pPr>
        <w:spacing w:after="0"/>
      </w:pPr>
      <w:r>
        <w:rPr>
          <w:rFonts w:ascii="Arial" w:hAnsi="Arial"/>
          <w:sz w:val="22"/>
        </w:rPr>
        <w:t>Yeah, I mean, I definitely come in useful sometimes that's for sure.</w:t>
      </w:r>
    </w:p>
    <w:p>
      <w:pPr>
        <w:spacing w:after="0"/>
      </w:pPr>
    </w:p>
    <w:p>
      <w:pPr>
        <w:spacing w:after="0"/>
      </w:pPr>
      <w:r>
        <w:rPr>
          <w:rFonts w:ascii="Arial" w:hAnsi="Arial"/>
          <w:b/>
          <w:sz w:val="22"/>
        </w:rPr>
        <w:t xml:space="preserve">Lucy  </w:t>
      </w:r>
      <w:r>
        <w:rPr>
          <w:rFonts w:ascii="Arial" w:hAnsi="Arial"/>
          <w:color w:val="5D7284"/>
          <w:sz w:val="22"/>
        </w:rPr>
        <w:t>1:05:13</w:t>
      </w:r>
    </w:p>
    <w:p>
      <w:pPr>
        <w:spacing w:after="0"/>
      </w:pPr>
      <w:r>
        <w:rPr>
          <w:rFonts w:ascii="Arial" w:hAnsi="Arial"/>
          <w:sz w:val="22"/>
        </w:rPr>
        <w:t>That disability card again Yeah, we've got to work it to our  advantage where we can. Haven't we?</w:t>
      </w:r>
    </w:p>
    <w:p>
      <w:pPr>
        <w:spacing w:after="0"/>
      </w:pPr>
    </w:p>
    <w:p>
      <w:pPr>
        <w:spacing w:after="0"/>
      </w:pPr>
      <w:r>
        <w:rPr>
          <w:rFonts w:ascii="Arial" w:hAnsi="Arial"/>
          <w:b/>
          <w:sz w:val="22"/>
        </w:rPr>
        <w:t xml:space="preserve">Alice Evans &amp; Lucy Wood  </w:t>
      </w:r>
      <w:r>
        <w:rPr>
          <w:rFonts w:ascii="Arial" w:hAnsi="Arial"/>
          <w:color w:val="5D7284"/>
          <w:sz w:val="22"/>
        </w:rPr>
        <w:t>1:05:19</w:t>
      </w:r>
    </w:p>
    <w:p>
      <w:pPr>
        <w:spacing w:after="0"/>
      </w:pPr>
      <w:r>
        <w:rPr>
          <w:rFonts w:ascii="Arial" w:hAnsi="Arial"/>
          <w:sz w:val="22"/>
        </w:rPr>
        <w:t xml:space="preserve"> Absolutely.</w:t>
      </w:r>
    </w:p>
    <w:p>
      <w:pPr>
        <w:spacing w:after="0"/>
      </w:pPr>
    </w:p>
    <w:p>
      <w:pPr>
        <w:spacing w:after="0"/>
      </w:pPr>
      <w:r>
        <w:rPr>
          <w:rFonts w:ascii="Arial" w:hAnsi="Arial"/>
          <w:b/>
          <w:sz w:val="22"/>
        </w:rPr>
        <w:t xml:space="preserve">Alice  </w:t>
      </w:r>
      <w:r>
        <w:rPr>
          <w:rFonts w:ascii="Arial" w:hAnsi="Arial"/>
          <w:color w:val="5D7284"/>
          <w:sz w:val="22"/>
        </w:rPr>
        <w:t>1:05:20</w:t>
      </w:r>
    </w:p>
    <w:p>
      <w:pPr>
        <w:spacing w:after="0"/>
      </w:pPr>
      <w:r>
        <w:rPr>
          <w:rFonts w:ascii="Arial" w:hAnsi="Arial"/>
          <w:sz w:val="22"/>
        </w:rPr>
        <w:t>So, I mean, I think we've we've talked about a lot of different things here. And, you know, we did in the form that we sent you out, carry on, we sort of said, Is there any particular messages or anything that you'd like to really get out there? And I think you've, you've covered a lot of it. But was there anything that you really wanted to? You know, what would be your soapbox? What hill? Do you want to die on? Is there anything you really want to say here?</w:t>
      </w:r>
    </w:p>
    <w:p>
      <w:pPr>
        <w:spacing w:after="0"/>
      </w:pPr>
    </w:p>
    <w:p>
      <w:pPr>
        <w:spacing w:after="0"/>
      </w:pPr>
      <w:r>
        <w:rPr>
          <w:rFonts w:ascii="Arial" w:hAnsi="Arial"/>
          <w:b/>
          <w:sz w:val="22"/>
        </w:rPr>
        <w:t xml:space="preserve">Carrie Ann  </w:t>
      </w:r>
      <w:r>
        <w:rPr>
          <w:rFonts w:ascii="Arial" w:hAnsi="Arial"/>
          <w:color w:val="5D7284"/>
          <w:sz w:val="22"/>
        </w:rPr>
        <w:t>1:05:44</w:t>
      </w:r>
    </w:p>
    <w:p>
      <w:pPr>
        <w:spacing w:after="0"/>
      </w:pPr>
      <w:r>
        <w:rPr>
          <w:rFonts w:ascii="Arial" w:hAnsi="Arial"/>
          <w:sz w:val="22"/>
        </w:rPr>
        <w:t xml:space="preserve">I, I guess like if I'm thinking about the context of the podcast, and the kind of the labels and all of that sort of thing. And I guess, you know, the labels that society  places on us , and I think in everything that we've spoken about today, and all of the experiences that we've got across is that there isn't black and white, that we don't fit into any box, actually, because we're all you know, we're all very different people. But just because I'm a disabled person, doesn't mean I can't also be this type of person, or that type of person doesn't mean I don't want to work on my mental health. Sometimes it means I'm sad, sometimes it means I'm happy. Often my emotions have absolutely nothing to do with my disability. And you know, life is challenging and stressful. And the the point on that challenging and stressful list that my disability is, is right down the bottom rung, I've got many more things than the fact that I use a wheelchair. And so I think, you know, when we think about labels, and we think about Yeah, the labels that other people impress on is, is that we shouldn't be thinking in a one dimensional context, we shouldn't be thinking about giving any one label as Lucy as a wheelchair user, or, you know, Alice is a guide dog owner or Carrie ANN is as a wheelchair user, because we're just people, which is human and, and that means that we're many, many, many different things, including the fact that we just need a bit of an equipment or an animal to help us out every so often. </w:t>
      </w:r>
    </w:p>
    <w:p>
      <w:pPr>
        <w:spacing w:after="0"/>
      </w:pPr>
    </w:p>
    <w:p>
      <w:pPr>
        <w:spacing w:after="0"/>
      </w:pPr>
      <w:r>
        <w:rPr>
          <w:rFonts w:ascii="Arial" w:hAnsi="Arial"/>
          <w:b/>
          <w:sz w:val="22"/>
        </w:rPr>
        <w:t xml:space="preserve">Alice  </w:t>
      </w:r>
      <w:r>
        <w:rPr>
          <w:rFonts w:ascii="Arial" w:hAnsi="Arial"/>
          <w:color w:val="5D7284"/>
          <w:sz w:val="22"/>
        </w:rPr>
        <w:t>1:07:25</w:t>
      </w:r>
    </w:p>
    <w:p>
      <w:pPr>
        <w:spacing w:after="0"/>
      </w:pPr>
      <w:r>
        <w:rPr>
          <w:rFonts w:ascii="Arial" w:hAnsi="Arial"/>
          <w:sz w:val="22"/>
        </w:rPr>
        <w:t xml:space="preserve">Yeah,yeah, </w:t>
      </w:r>
    </w:p>
    <w:p>
      <w:pPr>
        <w:spacing w:after="0"/>
      </w:pPr>
    </w:p>
    <w:p>
      <w:pPr>
        <w:spacing w:after="0"/>
      </w:pPr>
      <w:r>
        <w:rPr>
          <w:rFonts w:ascii="Arial" w:hAnsi="Arial"/>
          <w:b/>
          <w:sz w:val="22"/>
        </w:rPr>
        <w:t xml:space="preserve">Lucy  </w:t>
      </w:r>
      <w:r>
        <w:rPr>
          <w:rFonts w:ascii="Arial" w:hAnsi="Arial"/>
          <w:color w:val="5D7284"/>
          <w:sz w:val="22"/>
        </w:rPr>
        <w:t>1:07:26</w:t>
      </w:r>
    </w:p>
    <w:p>
      <w:pPr>
        <w:spacing w:after="0"/>
      </w:pPr>
      <w:r>
        <w:rPr>
          <w:rFonts w:ascii="Arial" w:hAnsi="Arial"/>
          <w:sz w:val="22"/>
        </w:rPr>
        <w:t>you know, and you only have to look at our WhatsApp messages on a Friday afternoon. What are we drinking this weekend to realise that we just you know, I think a lot of people think that if we are disabled people we must only ever talk about disability issues and that is not the case at all. Is it really</w:t>
      </w:r>
    </w:p>
    <w:p>
      <w:pPr>
        <w:spacing w:after="0"/>
      </w:pPr>
    </w:p>
    <w:p>
      <w:pPr>
        <w:spacing w:after="0"/>
      </w:pPr>
      <w:r>
        <w:rPr>
          <w:rFonts w:ascii="Arial" w:hAnsi="Arial"/>
          <w:b/>
          <w:sz w:val="22"/>
        </w:rPr>
        <w:t xml:space="preserve">Alice  </w:t>
      </w:r>
      <w:r>
        <w:rPr>
          <w:rFonts w:ascii="Arial" w:hAnsi="Arial"/>
          <w:color w:val="5D7284"/>
          <w:sz w:val="22"/>
        </w:rPr>
        <w:t>1:07:44</w:t>
      </w:r>
    </w:p>
    <w:p>
      <w:pPr>
        <w:spacing w:after="0"/>
      </w:pPr>
      <w:r>
        <w:rPr>
          <w:rFonts w:ascii="Arial" w:hAnsi="Arial"/>
          <w:sz w:val="22"/>
        </w:rPr>
        <w:t>No my favourite gin is lemon sherbet gin that you can get it's got glitter in it there's a magic potion</w:t>
      </w:r>
    </w:p>
    <w:p>
      <w:pPr>
        <w:spacing w:after="0"/>
      </w:pPr>
    </w:p>
    <w:p>
      <w:pPr>
        <w:spacing w:after="0"/>
      </w:pPr>
      <w:r>
        <w:rPr>
          <w:rFonts w:ascii="Arial" w:hAnsi="Arial"/>
          <w:b/>
          <w:sz w:val="22"/>
        </w:rPr>
        <w:t xml:space="preserve">Lucy  </w:t>
      </w:r>
      <w:r>
        <w:rPr>
          <w:rFonts w:ascii="Arial" w:hAnsi="Arial"/>
          <w:color w:val="5D7284"/>
          <w:sz w:val="22"/>
        </w:rPr>
        <w:t>1:07:55</w:t>
      </w:r>
    </w:p>
    <w:p>
      <w:pPr>
        <w:spacing w:after="0"/>
      </w:pPr>
      <w:r>
        <w:rPr>
          <w:rFonts w:ascii="Arial" w:hAnsi="Arial"/>
          <w:sz w:val="22"/>
        </w:rPr>
        <w:t>I like cherry Bakewell gin because you can actually taste the pastry</w:t>
      </w:r>
    </w:p>
    <w:p>
      <w:pPr>
        <w:spacing w:after="0"/>
      </w:pPr>
    </w:p>
    <w:p>
      <w:pPr>
        <w:spacing w:after="0"/>
      </w:pPr>
      <w:r>
        <w:rPr>
          <w:rFonts w:ascii="Arial" w:hAnsi="Arial"/>
          <w:b/>
          <w:sz w:val="22"/>
        </w:rPr>
        <w:t xml:space="preserve">Alice  </w:t>
      </w:r>
      <w:r>
        <w:rPr>
          <w:rFonts w:ascii="Arial" w:hAnsi="Arial"/>
          <w:color w:val="5D7284"/>
          <w:sz w:val="22"/>
        </w:rPr>
        <w:t>1:07:59</w:t>
      </w:r>
    </w:p>
    <w:p>
      <w:pPr>
        <w:spacing w:after="0"/>
      </w:pPr>
      <w:r>
        <w:rPr>
          <w:rFonts w:ascii="Arial" w:hAnsi="Arial"/>
          <w:sz w:val="22"/>
        </w:rPr>
        <w:t>whoo</w:t>
      </w:r>
    </w:p>
    <w:p>
      <w:pPr>
        <w:spacing w:after="0"/>
      </w:pPr>
    </w:p>
    <w:p>
      <w:pPr>
        <w:spacing w:after="0"/>
      </w:pPr>
      <w:r>
        <w:rPr>
          <w:rFonts w:ascii="Arial" w:hAnsi="Arial"/>
          <w:b/>
          <w:sz w:val="22"/>
        </w:rPr>
        <w:t xml:space="preserve">Carrie Ann  </w:t>
      </w:r>
      <w:r>
        <w:rPr>
          <w:rFonts w:ascii="Arial" w:hAnsi="Arial"/>
          <w:color w:val="5D7284"/>
          <w:sz w:val="22"/>
        </w:rPr>
        <w:t>1:08:00</w:t>
      </w:r>
    </w:p>
    <w:p>
      <w:pPr>
        <w:spacing w:after="0"/>
      </w:pPr>
      <w:r>
        <w:rPr>
          <w:rFonts w:ascii="Arial" w:hAnsi="Arial"/>
          <w:sz w:val="22"/>
        </w:rPr>
        <w:t xml:space="preserve"> Didn't you have one had like a biscuit flavour? Am I remembering rightly?</w:t>
      </w:r>
    </w:p>
    <w:p>
      <w:pPr>
        <w:spacing w:after="0"/>
      </w:pPr>
    </w:p>
    <w:p>
      <w:pPr>
        <w:spacing w:after="0"/>
      </w:pPr>
      <w:r>
        <w:rPr>
          <w:rFonts w:ascii="Arial" w:hAnsi="Arial"/>
          <w:b/>
          <w:sz w:val="22"/>
        </w:rPr>
        <w:t xml:space="preserve">Lucy  </w:t>
      </w:r>
      <w:r>
        <w:rPr>
          <w:rFonts w:ascii="Arial" w:hAnsi="Arial"/>
          <w:color w:val="5D7284"/>
          <w:sz w:val="22"/>
        </w:rPr>
        <w:t>1:08:07</w:t>
      </w:r>
    </w:p>
    <w:p>
      <w:pPr>
        <w:spacing w:after="0"/>
      </w:pPr>
      <w:r>
        <w:rPr>
          <w:rFonts w:ascii="Arial" w:hAnsi="Arial"/>
          <w:sz w:val="22"/>
        </w:rPr>
        <w:t>Yes, but I can't remember what it was called. But we didn't we do drink a lot of gin, well I drink a lot of gin.</w:t>
      </w:r>
    </w:p>
    <w:p>
      <w:pPr>
        <w:spacing w:after="0"/>
      </w:pPr>
    </w:p>
    <w:p>
      <w:pPr>
        <w:spacing w:after="0"/>
      </w:pPr>
      <w:r>
        <w:rPr>
          <w:rFonts w:ascii="Arial" w:hAnsi="Arial"/>
          <w:b/>
          <w:sz w:val="22"/>
        </w:rPr>
        <w:t xml:space="preserve">Carrie Ann  </w:t>
      </w:r>
      <w:r>
        <w:rPr>
          <w:rFonts w:ascii="Arial" w:hAnsi="Arial"/>
          <w:color w:val="5D7284"/>
          <w:sz w:val="22"/>
        </w:rPr>
        <w:t>1:08:15</w:t>
      </w:r>
    </w:p>
    <w:p>
      <w:pPr>
        <w:spacing w:after="0"/>
      </w:pPr>
      <w:r>
        <w:rPr>
          <w:rFonts w:ascii="Arial" w:hAnsi="Arial"/>
          <w:sz w:val="22"/>
        </w:rPr>
        <w:t>I I also Well, the fact that send you a picture of a different bottle every Friday</w:t>
      </w:r>
    </w:p>
    <w:p>
      <w:pPr>
        <w:spacing w:after="0"/>
      </w:pPr>
    </w:p>
    <w:p>
      <w:pPr>
        <w:spacing w:after="0"/>
      </w:pPr>
      <w:r>
        <w:rPr>
          <w:rFonts w:ascii="Arial" w:hAnsi="Arial"/>
          <w:b/>
          <w:sz w:val="22"/>
        </w:rPr>
        <w:t xml:space="preserve">Lucy  </w:t>
      </w:r>
      <w:r>
        <w:rPr>
          <w:rFonts w:ascii="Arial" w:hAnsi="Arial"/>
          <w:color w:val="5D7284"/>
          <w:sz w:val="22"/>
        </w:rPr>
        <w:t>1:08:24</w:t>
      </w:r>
    </w:p>
    <w:p>
      <w:pPr>
        <w:spacing w:after="0"/>
      </w:pPr>
      <w:r>
        <w:rPr>
          <w:rFonts w:ascii="Arial" w:hAnsi="Arial"/>
          <w:sz w:val="22"/>
        </w:rPr>
        <w:t>I say to my Mum 'Can you get me this Gin'</w:t>
      </w:r>
    </w:p>
    <w:p>
      <w:pPr>
        <w:spacing w:after="0"/>
      </w:pPr>
    </w:p>
    <w:p>
      <w:pPr>
        <w:spacing w:after="0"/>
      </w:pPr>
      <w:r>
        <w:rPr>
          <w:rFonts w:ascii="Arial" w:hAnsi="Arial"/>
          <w:b/>
          <w:sz w:val="22"/>
        </w:rPr>
        <w:t xml:space="preserve">Alice  </w:t>
      </w:r>
      <w:r>
        <w:rPr>
          <w:rFonts w:ascii="Arial" w:hAnsi="Arial"/>
          <w:color w:val="5D7284"/>
          <w:sz w:val="22"/>
        </w:rPr>
        <w:t>1:08:29</w:t>
      </w:r>
    </w:p>
    <w:p>
      <w:pPr>
        <w:spacing w:after="0"/>
      </w:pPr>
      <w:r>
        <w:rPr>
          <w:rFonts w:ascii="Arial" w:hAnsi="Arial"/>
          <w:sz w:val="22"/>
        </w:rPr>
        <w:t xml:space="preserve">Have you guys tried ALDI  do n elements? elementals range or something. So it's like air fire water and </w:t>
      </w:r>
    </w:p>
    <w:p>
      <w:pPr>
        <w:spacing w:after="0"/>
      </w:pPr>
    </w:p>
    <w:p>
      <w:pPr>
        <w:spacing w:after="0"/>
      </w:pPr>
      <w:r>
        <w:rPr>
          <w:rFonts w:ascii="Arial" w:hAnsi="Arial"/>
          <w:b/>
          <w:sz w:val="22"/>
        </w:rPr>
        <w:t xml:space="preserve">Carrie Ann  </w:t>
      </w:r>
      <w:r>
        <w:rPr>
          <w:rFonts w:ascii="Arial" w:hAnsi="Arial"/>
          <w:color w:val="5D7284"/>
          <w:sz w:val="22"/>
        </w:rPr>
        <w:t>1:08:39</w:t>
      </w:r>
    </w:p>
    <w:p>
      <w:pPr>
        <w:spacing w:after="0"/>
      </w:pPr>
      <w:r>
        <w:rPr>
          <w:rFonts w:ascii="Arial" w:hAnsi="Arial"/>
          <w:sz w:val="22"/>
        </w:rPr>
        <w:t>Oh.  They're like different themed? I think they sound really cool. Yeah, we need</w:t>
      </w:r>
    </w:p>
    <w:p>
      <w:pPr>
        <w:spacing w:after="0"/>
      </w:pPr>
    </w:p>
    <w:p>
      <w:pPr>
        <w:spacing w:after="0"/>
      </w:pPr>
      <w:r>
        <w:rPr>
          <w:rFonts w:ascii="Arial" w:hAnsi="Arial"/>
          <w:b/>
          <w:sz w:val="22"/>
        </w:rPr>
        <w:t xml:space="preserve">Lucy  </w:t>
      </w:r>
      <w:r>
        <w:rPr>
          <w:rFonts w:ascii="Arial" w:hAnsi="Arial"/>
          <w:color w:val="5D7284"/>
          <w:sz w:val="22"/>
        </w:rPr>
        <w:t>1:08:48</w:t>
      </w:r>
    </w:p>
    <w:p>
      <w:pPr>
        <w:spacing w:after="0"/>
      </w:pPr>
      <w:r>
        <w:rPr>
          <w:rFonts w:ascii="Arial" w:hAnsi="Arial"/>
          <w:sz w:val="22"/>
        </w:rPr>
        <w:t>that is the one thing we are planning when life gets back to normal, is the fact that we are going to go on a cocktail spree</w:t>
      </w:r>
    </w:p>
    <w:p>
      <w:pPr>
        <w:spacing w:after="0"/>
      </w:pPr>
    </w:p>
    <w:p>
      <w:pPr>
        <w:spacing w:after="0"/>
      </w:pPr>
      <w:r>
        <w:rPr>
          <w:rFonts w:ascii="Arial" w:hAnsi="Arial"/>
          <w:b/>
          <w:sz w:val="22"/>
        </w:rPr>
        <w:t xml:space="preserve">Alice  </w:t>
      </w:r>
      <w:r>
        <w:rPr>
          <w:rFonts w:ascii="Arial" w:hAnsi="Arial"/>
          <w:color w:val="5D7284"/>
          <w:sz w:val="22"/>
        </w:rPr>
        <w:t>1:08:58</w:t>
      </w:r>
    </w:p>
    <w:p>
      <w:pPr>
        <w:spacing w:after="0"/>
      </w:pPr>
      <w:r>
        <w:rPr>
          <w:rFonts w:ascii="Arial" w:hAnsi="Arial"/>
          <w:sz w:val="22"/>
        </w:rPr>
        <w:t>sounds like a good plan.</w:t>
      </w:r>
    </w:p>
    <w:p>
      <w:pPr>
        <w:spacing w:after="0"/>
      </w:pPr>
    </w:p>
    <w:p>
      <w:pPr>
        <w:spacing w:after="0"/>
      </w:pPr>
      <w:r>
        <w:rPr>
          <w:rFonts w:ascii="Arial" w:hAnsi="Arial"/>
          <w:b/>
          <w:sz w:val="22"/>
        </w:rPr>
        <w:t xml:space="preserve">Carrie Ann  </w:t>
      </w:r>
      <w:r>
        <w:rPr>
          <w:rFonts w:ascii="Arial" w:hAnsi="Arial"/>
          <w:color w:val="5D7284"/>
          <w:sz w:val="22"/>
        </w:rPr>
        <w:t>1:08:59</w:t>
      </w:r>
    </w:p>
    <w:p>
      <w:pPr>
        <w:spacing w:after="0"/>
      </w:pPr>
      <w:r>
        <w:rPr>
          <w:rFonts w:ascii="Arial" w:hAnsi="Arial"/>
          <w:sz w:val="22"/>
        </w:rPr>
        <w:t>I think our meetings nearly always involve cocktails.</w:t>
      </w:r>
    </w:p>
    <w:p>
      <w:pPr>
        <w:spacing w:after="0"/>
      </w:pPr>
    </w:p>
    <w:p>
      <w:pPr>
        <w:spacing w:after="0"/>
      </w:pPr>
      <w:r>
        <w:rPr>
          <w:rFonts w:ascii="Arial" w:hAnsi="Arial"/>
          <w:b/>
          <w:sz w:val="22"/>
        </w:rPr>
        <w:t xml:space="preserve">Lucy  </w:t>
      </w:r>
      <w:r>
        <w:rPr>
          <w:rFonts w:ascii="Arial" w:hAnsi="Arial"/>
          <w:color w:val="5D7284"/>
          <w:sz w:val="22"/>
        </w:rPr>
        <w:t>1:09:04</w:t>
      </w:r>
    </w:p>
    <w:p>
      <w:pPr>
        <w:spacing w:after="0"/>
      </w:pPr>
      <w:r>
        <w:rPr>
          <w:rFonts w:ascii="Arial" w:hAnsi="Arial"/>
          <w:sz w:val="22"/>
        </w:rPr>
        <w:t>Best line manager in the world</w:t>
      </w:r>
    </w:p>
    <w:p>
      <w:pPr>
        <w:spacing w:after="0"/>
      </w:pPr>
    </w:p>
    <w:p>
      <w:pPr>
        <w:spacing w:after="0"/>
      </w:pPr>
      <w:r>
        <w:rPr>
          <w:rFonts w:ascii="Arial" w:hAnsi="Arial"/>
          <w:b/>
          <w:sz w:val="22"/>
        </w:rPr>
        <w:t xml:space="preserve">Alice  </w:t>
      </w:r>
      <w:r>
        <w:rPr>
          <w:rFonts w:ascii="Arial" w:hAnsi="Arial"/>
          <w:color w:val="5D7284"/>
          <w:sz w:val="22"/>
        </w:rPr>
        <w:t>1:09:07</w:t>
      </w:r>
    </w:p>
    <w:p>
      <w:pPr>
        <w:spacing w:after="0"/>
      </w:pPr>
      <w:r>
        <w:rPr>
          <w:rFonts w:ascii="Arial" w:hAnsi="Arial"/>
          <w:sz w:val="22"/>
        </w:rPr>
        <w:t>I need to change jobs.</w:t>
      </w:r>
    </w:p>
    <w:p>
      <w:pPr>
        <w:spacing w:after="0"/>
      </w:pPr>
    </w:p>
    <w:p>
      <w:pPr>
        <w:spacing w:after="0"/>
      </w:pPr>
      <w:r>
        <w:rPr>
          <w:rFonts w:ascii="Arial" w:hAnsi="Arial"/>
          <w:b/>
          <w:sz w:val="22"/>
        </w:rPr>
        <w:t xml:space="preserve">Carrie Ann  </w:t>
      </w:r>
      <w:r>
        <w:rPr>
          <w:rFonts w:ascii="Arial" w:hAnsi="Arial"/>
          <w:color w:val="5D7284"/>
          <w:sz w:val="22"/>
        </w:rPr>
        <w:t>1:09:12</w:t>
      </w:r>
    </w:p>
    <w:p>
      <w:pPr>
        <w:spacing w:after="0"/>
      </w:pPr>
      <w:r>
        <w:rPr>
          <w:rFonts w:ascii="Arial" w:hAnsi="Arial"/>
          <w:sz w:val="22"/>
        </w:rPr>
        <w:t xml:space="preserve">Have cocktails watered down with? Yes, we are very We are very fortunate to be able to do that. I'm trying to think of something else I want to say I guess just like where people can find me and myblog. </w:t>
      </w:r>
    </w:p>
    <w:p>
      <w:pPr>
        <w:spacing w:after="0"/>
      </w:pPr>
    </w:p>
    <w:p>
      <w:pPr>
        <w:spacing w:after="0"/>
      </w:pPr>
      <w:r>
        <w:rPr>
          <w:rFonts w:ascii="Arial" w:hAnsi="Arial"/>
          <w:b/>
          <w:sz w:val="22"/>
        </w:rPr>
        <w:t xml:space="preserve">Alice  </w:t>
      </w:r>
      <w:r>
        <w:rPr>
          <w:rFonts w:ascii="Arial" w:hAnsi="Arial"/>
          <w:color w:val="5D7284"/>
          <w:sz w:val="22"/>
        </w:rPr>
        <w:t>1:09:24</w:t>
      </w:r>
    </w:p>
    <w:p>
      <w:pPr>
        <w:spacing w:after="0"/>
      </w:pPr>
      <w:r>
        <w:rPr>
          <w:rFonts w:ascii="Arial" w:hAnsi="Arial"/>
          <w:sz w:val="22"/>
        </w:rPr>
        <w:t>I was going to ask you for all of your socials and everything. So go ahead.</w:t>
      </w:r>
    </w:p>
    <w:p>
      <w:pPr>
        <w:spacing w:after="0"/>
      </w:pPr>
    </w:p>
    <w:p>
      <w:pPr>
        <w:spacing w:after="0"/>
      </w:pPr>
      <w:r>
        <w:rPr>
          <w:rFonts w:ascii="Arial" w:hAnsi="Arial"/>
          <w:b/>
          <w:sz w:val="22"/>
        </w:rPr>
        <w:t xml:space="preserve">Carrie Ann  </w:t>
      </w:r>
      <w:r>
        <w:rPr>
          <w:rFonts w:ascii="Arial" w:hAnsi="Arial"/>
          <w:color w:val="5D7284"/>
          <w:sz w:val="22"/>
        </w:rPr>
        <w:t>1:09:28</w:t>
      </w:r>
    </w:p>
    <w:p>
      <w:pPr>
        <w:spacing w:after="0"/>
      </w:pPr>
      <w:r>
        <w:rPr>
          <w:rFonts w:ascii="Arial" w:hAnsi="Arial"/>
          <w:sz w:val="22"/>
        </w:rPr>
        <w:t>So my blog is carrieannlightley.com. A couple of things I've spoken about on there. So you can sign up to my regular newsletter, which will give you the download of my travel planner. And then on pretty much all of my social media I'm on at Korea monthly blog. I think Twitter is @CarrieALightley. I mean, you know just Google Carrie Ann travel and you'll find me all over the place. Is that yes. top search term for my website is Carrie Ann Blogger so there you go.</w:t>
      </w:r>
    </w:p>
    <w:p>
      <w:pPr>
        <w:spacing w:after="0"/>
      </w:pPr>
    </w:p>
    <w:p>
      <w:pPr>
        <w:spacing w:after="0"/>
      </w:pPr>
      <w:r>
        <w:rPr>
          <w:rFonts w:ascii="Arial" w:hAnsi="Arial"/>
          <w:b/>
          <w:sz w:val="22"/>
        </w:rPr>
        <w:t xml:space="preserve">Alice  </w:t>
      </w:r>
      <w:r>
        <w:rPr>
          <w:rFonts w:ascii="Arial" w:hAnsi="Arial"/>
          <w:color w:val="5D7284"/>
          <w:sz w:val="22"/>
        </w:rPr>
        <w:t>1:10:11</w:t>
      </w:r>
    </w:p>
    <w:p>
      <w:pPr>
        <w:spacing w:after="0"/>
      </w:pPr>
      <w:r>
        <w:rPr>
          <w:rFonts w:ascii="Arial" w:hAnsi="Arial"/>
          <w:sz w:val="22"/>
        </w:rPr>
        <w:t xml:space="preserve">Cheers Carrie Ann Thank you very much,  </w:t>
      </w:r>
    </w:p>
    <w:p>
      <w:pPr>
        <w:spacing w:after="0"/>
      </w:pPr>
    </w:p>
    <w:p>
      <w:pPr>
        <w:spacing w:after="0"/>
      </w:pPr>
      <w:r>
        <w:rPr>
          <w:rFonts w:ascii="Arial" w:hAnsi="Arial"/>
          <w:b/>
          <w:sz w:val="22"/>
        </w:rPr>
        <w:t xml:space="preserve">Carrie Ann  </w:t>
      </w:r>
      <w:r>
        <w:rPr>
          <w:rFonts w:ascii="Arial" w:hAnsi="Arial"/>
          <w:color w:val="5D7284"/>
          <w:sz w:val="22"/>
        </w:rPr>
        <w:t>1:10:13</w:t>
      </w:r>
    </w:p>
    <w:p>
      <w:pPr>
        <w:spacing w:after="0"/>
      </w:pPr>
      <w:r>
        <w:rPr>
          <w:rFonts w:ascii="Arial" w:hAnsi="Arial"/>
          <w:sz w:val="22"/>
        </w:rPr>
        <w:t>No worries.   Thanks for listening to the lABLEd podcast. If you like the show, please rate review and subscribe. You can follow us on social media at lABLEd podcast.</w:t>
      </w:r>
    </w:p>
    <w:p>
      <w:pPr>
        <w:spacing w:after="0"/>
      </w:pPr>
    </w:p>
    <w:p>
      <w:pPr>
        <w:spacing w:after="0"/>
      </w:pPr>
      <w:r>
        <w:rPr>
          <w:rFonts w:ascii="Arial" w:hAnsi="Arial"/>
          <w:b/>
          <w:sz w:val="22"/>
        </w:rPr>
        <w:t xml:space="preserve">Lucy  </w:t>
      </w:r>
      <w:r>
        <w:rPr>
          <w:rFonts w:ascii="Arial" w:hAnsi="Arial"/>
          <w:color w:val="5D7284"/>
          <w:sz w:val="22"/>
        </w:rPr>
        <w:t>1:10:28</w:t>
      </w:r>
    </w:p>
    <w:p>
      <w:pPr>
        <w:spacing w:after="0"/>
      </w:pPr>
      <w:r>
        <w:rPr>
          <w:rFonts w:ascii="Arial" w:hAnsi="Arial"/>
          <w:sz w:val="22"/>
        </w:rPr>
        <w:t xml:space="preserve">Go to our editor Adam Hull, a music composer Maisy Cruden and our graphic designer. Sarah Colley. </w:t>
      </w:r>
    </w:p>
    <w:p>
      <w:pPr>
        <w:spacing w:after="0"/>
      </w:pPr>
    </w:p>
    <w:p>
      <w:pPr>
        <w:spacing w:after="0"/>
      </w:pPr>
      <w:r>
        <w:rPr>
          <w:rFonts w:ascii="Arial" w:hAnsi="Arial"/>
          <w:b/>
          <w:sz w:val="22"/>
        </w:rPr>
        <w:t xml:space="preserve">Alice Evans &amp; Lucy Wood  </w:t>
      </w:r>
      <w:r>
        <w:rPr>
          <w:rFonts w:ascii="Arial" w:hAnsi="Arial"/>
          <w:color w:val="5D7284"/>
          <w:sz w:val="22"/>
        </w:rPr>
        <w:t>1:10:35</w:t>
      </w:r>
    </w:p>
    <w:p>
      <w:pPr>
        <w:spacing w:after="0"/>
      </w:pPr>
      <w:r>
        <w:rPr>
          <w:rFonts w:ascii="Arial" w:hAnsi="Arial"/>
          <w:sz w:val="22"/>
        </w:rPr>
        <w:t>we'll see you next time.</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