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Episode 13 Alice's Cane Training Journey</w:t>
      </w:r>
    </w:p>
    <w:p>
      <w:r>
        <w:rPr>
          <w:rFonts w:ascii="Arial" w:hAnsi="Arial"/>
          <w:color w:val="4F6880"/>
          <w:sz w:val="22"/>
        </w:rPr>
        <w:t>Sat, 7/3 11:31AM • 52:21</w:t>
      </w:r>
    </w:p>
    <w:p>
      <w:pPr>
        <w:spacing w:before="440" w:after="0"/>
      </w:pPr>
      <w:r>
        <w:rPr>
          <w:rFonts w:ascii="Arial" w:hAnsi="Arial"/>
          <w:b/>
          <w:color w:val="4F6880"/>
          <w:sz w:val="22"/>
        </w:rPr>
        <w:t>SUMMARY KEYWORDS</w:t>
      </w:r>
    </w:p>
    <w:p>
      <w:r>
        <w:rPr>
          <w:rFonts w:ascii="Arial" w:hAnsi="Arial"/>
          <w:color w:val="4F6880"/>
          <w:sz w:val="22"/>
        </w:rPr>
        <w:t>cane, lola, people, dog, realise, laughs, walk, training, bit, learning, disability, thought, dogs, life, guide, feel, falling, stand, mars bar, tarmac</w:t>
      </w:r>
    </w:p>
    <w:p>
      <w:pPr>
        <w:spacing w:before="440" w:after="0"/>
      </w:pPr>
      <w:r>
        <w:rPr>
          <w:rFonts w:ascii="Arial" w:hAnsi="Arial"/>
          <w:b/>
          <w:color w:val="4F6880"/>
          <w:sz w:val="22"/>
        </w:rPr>
        <w:t>SPEAKERS</w:t>
      </w:r>
    </w:p>
    <w:p>
      <w:r>
        <w:rPr>
          <w:rFonts w:ascii="Arial" w:hAnsi="Arial"/>
          <w:color w:val="4F6880"/>
          <w:sz w:val="22"/>
        </w:rPr>
        <w:t>Theme Tune, Lucy, Alice Evans &amp; Lucy Wood,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 difference.</w:t>
      </w:r>
    </w:p>
    <w:p>
      <w:pPr>
        <w:spacing w:after="0"/>
      </w:pPr>
    </w:p>
    <w:p>
      <w:pPr>
        <w:spacing w:after="0"/>
      </w:pPr>
      <w:r>
        <w:rPr>
          <w:rFonts w:ascii="Arial" w:hAnsi="Arial"/>
          <w:b/>
          <w:sz w:val="22"/>
        </w:rPr>
        <w:t xml:space="preserve">Alice  </w:t>
      </w:r>
      <w:r>
        <w:rPr>
          <w:rFonts w:ascii="Arial" w:hAnsi="Arial"/>
          <w:color w:val="5D7284"/>
          <w:sz w:val="22"/>
        </w:rPr>
        <w:t>00:05</w:t>
      </w:r>
    </w:p>
    <w:p>
      <w:pPr>
        <w:spacing w:after="0"/>
      </w:pPr>
      <w:r>
        <w:rPr>
          <w:rFonts w:ascii="Arial" w:hAnsi="Arial"/>
          <w:sz w:val="22"/>
        </w:rPr>
        <w:t>I'm Alice (Dog Barks)... and that's Lola!</w:t>
      </w:r>
    </w:p>
    <w:p>
      <w:pPr>
        <w:spacing w:after="0"/>
      </w:pPr>
    </w:p>
    <w:p>
      <w:pPr>
        <w:spacing w:after="0"/>
      </w:pPr>
      <w:r>
        <w:rPr>
          <w:rFonts w:ascii="Arial" w:hAnsi="Arial"/>
          <w:b/>
          <w:sz w:val="22"/>
        </w:rPr>
        <w:t xml:space="preserve">Theme Tune  </w:t>
      </w:r>
      <w:r>
        <w:rPr>
          <w:rFonts w:ascii="Arial" w:hAnsi="Arial"/>
          <w:color w:val="5D7284"/>
          <w:sz w:val="22"/>
        </w:rPr>
        <w:t>00:06</w:t>
      </w:r>
    </w:p>
    <w:p>
      <w:pPr>
        <w:spacing w:after="0"/>
      </w:pPr>
      <w:r>
        <w:rPr>
          <w:rFonts w:ascii="Arial" w:hAnsi="Arial"/>
          <w:sz w:val="22"/>
        </w:rPr>
        <w:t>Though I might not fit in socially I'm so much more than what you see, we all live our lives differently, kaliedscope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Hi guys, don't forget, in this episode, I might swear, Lucy might cry. And you can check out details of the trigger warnings on our website.  Hi, everybody, and welcome to another episode of the lABLEd podcast with me and Lucy.</w:t>
      </w:r>
    </w:p>
    <w:p>
      <w:pPr>
        <w:spacing w:after="0"/>
      </w:pPr>
    </w:p>
    <w:p>
      <w:pPr>
        <w:spacing w:after="0"/>
      </w:pPr>
      <w:r>
        <w:rPr>
          <w:rFonts w:ascii="Arial" w:hAnsi="Arial"/>
          <w:b/>
          <w:sz w:val="22"/>
        </w:rPr>
        <w:t xml:space="preserve">Lucy  </w:t>
      </w:r>
      <w:r>
        <w:rPr>
          <w:rFonts w:ascii="Arial" w:hAnsi="Arial"/>
          <w:color w:val="5D7284"/>
          <w:sz w:val="22"/>
        </w:rPr>
        <w:t>00:51</w:t>
      </w:r>
    </w:p>
    <w:p>
      <w:pPr>
        <w:spacing w:after="0"/>
      </w:pPr>
      <w:r>
        <w:rPr>
          <w:rFonts w:ascii="Arial" w:hAnsi="Arial"/>
          <w:sz w:val="22"/>
        </w:rPr>
        <w:t>Hello,</w:t>
      </w:r>
    </w:p>
    <w:p>
      <w:pPr>
        <w:spacing w:after="0"/>
      </w:pPr>
    </w:p>
    <w:p>
      <w:pPr>
        <w:spacing w:after="0"/>
      </w:pPr>
      <w:r>
        <w:rPr>
          <w:rFonts w:ascii="Arial" w:hAnsi="Arial"/>
          <w:b/>
          <w:sz w:val="22"/>
        </w:rPr>
        <w:t xml:space="preserve">Alice  </w:t>
      </w:r>
      <w:r>
        <w:rPr>
          <w:rFonts w:ascii="Arial" w:hAnsi="Arial"/>
          <w:color w:val="5D7284"/>
          <w:sz w:val="22"/>
        </w:rPr>
        <w:t>00:52</w:t>
      </w:r>
    </w:p>
    <w:p>
      <w:pPr>
        <w:spacing w:after="0"/>
      </w:pPr>
      <w:r>
        <w:rPr>
          <w:rFonts w:ascii="Arial" w:hAnsi="Arial"/>
          <w:sz w:val="22"/>
        </w:rPr>
        <w:t>we are doing something a little bit different today. It's just the two of us. Sorry, in advance. We're just gonna have a bit of a chat about some of the stuff that's that's going on. So</w:t>
      </w:r>
    </w:p>
    <w:p>
      <w:pPr>
        <w:spacing w:after="0"/>
      </w:pPr>
    </w:p>
    <w:p>
      <w:pPr>
        <w:spacing w:after="0"/>
      </w:pPr>
      <w:r>
        <w:rPr>
          <w:rFonts w:ascii="Arial" w:hAnsi="Arial"/>
          <w:b/>
          <w:sz w:val="22"/>
        </w:rPr>
        <w:t xml:space="preserve">Lucy  </w:t>
      </w:r>
      <w:r>
        <w:rPr>
          <w:rFonts w:ascii="Arial" w:hAnsi="Arial"/>
          <w:color w:val="5D7284"/>
          <w:sz w:val="22"/>
        </w:rPr>
        <w:t>01:07</w:t>
      </w:r>
    </w:p>
    <w:p>
      <w:pPr>
        <w:spacing w:after="0"/>
      </w:pPr>
      <w:r>
        <w:rPr>
          <w:rFonts w:ascii="Arial" w:hAnsi="Arial"/>
          <w:sz w:val="22"/>
        </w:rPr>
        <w:t xml:space="preserve">yeah, it's not that we can't find anybody to talk to us anymore. it's just thot we just thought we'd give you a bit of a life update. </w:t>
      </w:r>
    </w:p>
    <w:p>
      <w:pPr>
        <w:spacing w:after="0"/>
      </w:pPr>
    </w:p>
    <w:p>
      <w:pPr>
        <w:spacing w:after="0"/>
      </w:pPr>
      <w:r>
        <w:rPr>
          <w:rFonts w:ascii="Arial" w:hAnsi="Arial"/>
          <w:b/>
          <w:sz w:val="22"/>
        </w:rPr>
        <w:t xml:space="preserve">Alice  </w:t>
      </w:r>
      <w:r>
        <w:rPr>
          <w:rFonts w:ascii="Arial" w:hAnsi="Arial"/>
          <w:color w:val="5D7284"/>
          <w:sz w:val="22"/>
        </w:rPr>
        <w:t>01:15</w:t>
      </w:r>
    </w:p>
    <w:p>
      <w:pPr>
        <w:spacing w:after="0"/>
      </w:pPr>
      <w:r>
        <w:rPr>
          <w:rFonts w:ascii="Arial" w:hAnsi="Arial"/>
          <w:sz w:val="22"/>
        </w:rPr>
        <w:t>[laughs] Yeah, yeah, I'm sure you've been all desperate to know what we've been up to, in our hugely exciting rock and lives.</w:t>
      </w:r>
    </w:p>
    <w:p>
      <w:pPr>
        <w:spacing w:after="0"/>
      </w:pPr>
    </w:p>
    <w:p>
      <w:pPr>
        <w:spacing w:after="0"/>
      </w:pPr>
      <w:r>
        <w:rPr>
          <w:rFonts w:ascii="Arial" w:hAnsi="Arial"/>
          <w:b/>
          <w:sz w:val="22"/>
        </w:rPr>
        <w:t xml:space="preserve">Lucy  </w:t>
      </w:r>
      <w:r>
        <w:rPr>
          <w:rFonts w:ascii="Arial" w:hAnsi="Arial"/>
          <w:color w:val="5D7284"/>
          <w:sz w:val="22"/>
        </w:rPr>
        <w:t>01:26</w:t>
      </w:r>
    </w:p>
    <w:p>
      <w:pPr>
        <w:spacing w:after="0"/>
      </w:pPr>
      <w:r>
        <w:rPr>
          <w:rFonts w:ascii="Arial" w:hAnsi="Arial"/>
          <w:sz w:val="22"/>
        </w:rPr>
        <w:t>In the middle of a pandemic</w:t>
      </w:r>
    </w:p>
    <w:p>
      <w:pPr>
        <w:spacing w:after="0"/>
      </w:pPr>
    </w:p>
    <w:p>
      <w:pPr>
        <w:spacing w:after="0"/>
      </w:pPr>
      <w:r>
        <w:rPr>
          <w:rFonts w:ascii="Arial" w:hAnsi="Arial"/>
          <w:b/>
          <w:sz w:val="22"/>
        </w:rPr>
        <w:t xml:space="preserve">Alice  </w:t>
      </w:r>
      <w:r>
        <w:rPr>
          <w:rFonts w:ascii="Arial" w:hAnsi="Arial"/>
          <w:color w:val="5D7284"/>
          <w:sz w:val="22"/>
        </w:rPr>
        <w:t>01:27</w:t>
      </w:r>
    </w:p>
    <w:p>
      <w:pPr>
        <w:spacing w:after="0"/>
      </w:pPr>
      <w:r>
        <w:rPr>
          <w:rFonts w:ascii="Arial" w:hAnsi="Arial"/>
          <w:sz w:val="22"/>
        </w:rPr>
        <w:t>Mmm. Exactly. So the thing that we've sort of the main thing that we were going to talk to or I was going to talk to you guys about this week was, I just wanted to sort of share with you some of my thoughts and experiences because as I've mentioned on the show, before, Lola, my beautiful stinky guide dog is 10. And so she's on her sort of way to retirement. And part of the reason she's retiring is because she's just decided that she doesn't really want to do it anymore. So there have definitely been occasions where she and I have been out and about. And she'll just stand still in the middle of the pavement. She will just... and she she I'm lucky that I have enough sight that I can sort of just about walk forward without falling down a hole. So she will walk next to me just like a regular dog on the lead. But she will she's definitely had enough of wearing the harness. And so we don't do any long trips anymore. We don't do you know, holidays out, it's very much. If we're going out, we'll go to tescos and then we'll come back or, you know, I'm getting coffee and then I'm coming back. It's - Gone are the days of Oh, I'll meet my friends for breakfast and then we'll go shopping and then we'll go and get our nails done. And not that I ever lived that kind of exciting, glamorous life. Sound like I live in Sex and the City but, really, really not. No me and my friends were more likely to go to the library and then perhaps have lunch because we're not really morning people.</w:t>
      </w:r>
    </w:p>
    <w:p>
      <w:pPr>
        <w:spacing w:after="0"/>
      </w:pPr>
    </w:p>
    <w:p>
      <w:pPr>
        <w:spacing w:after="0"/>
      </w:pPr>
      <w:r>
        <w:rPr>
          <w:rFonts w:ascii="Arial" w:hAnsi="Arial"/>
          <w:b/>
          <w:sz w:val="22"/>
        </w:rPr>
        <w:t xml:space="preserve">Lucy  </w:t>
      </w:r>
      <w:r>
        <w:rPr>
          <w:rFonts w:ascii="Arial" w:hAnsi="Arial"/>
          <w:color w:val="5D7284"/>
          <w:sz w:val="22"/>
        </w:rPr>
        <w:t>03:20</w:t>
      </w:r>
    </w:p>
    <w:p>
      <w:pPr>
        <w:spacing w:after="0"/>
      </w:pPr>
      <w:r>
        <w:rPr>
          <w:rFonts w:ascii="Arial" w:hAnsi="Arial"/>
          <w:sz w:val="22"/>
        </w:rPr>
        <w:t>You see with me it's like lunch. Lunch is the big occasion really, if I'm honest.</w:t>
      </w:r>
    </w:p>
    <w:p>
      <w:pPr>
        <w:spacing w:after="0"/>
      </w:pPr>
    </w:p>
    <w:p>
      <w:pPr>
        <w:spacing w:after="0"/>
      </w:pPr>
      <w:r>
        <w:rPr>
          <w:rFonts w:ascii="Arial" w:hAnsi="Arial"/>
          <w:b/>
          <w:sz w:val="22"/>
        </w:rPr>
        <w:t xml:space="preserve">Alice  </w:t>
      </w:r>
      <w:r>
        <w:rPr>
          <w:rFonts w:ascii="Arial" w:hAnsi="Arial"/>
          <w:color w:val="5D7284"/>
          <w:sz w:val="22"/>
        </w:rPr>
        <w:t>03:28</w:t>
      </w:r>
    </w:p>
    <w:p>
      <w:pPr>
        <w:spacing w:after="0"/>
      </w:pPr>
      <w:r>
        <w:rPr>
          <w:rFonts w:ascii="Arial" w:hAnsi="Arial"/>
          <w:sz w:val="22"/>
        </w:rPr>
        <w:t>[laughs] Yeah, definitely. Food orientated aren't you Luce?</w:t>
      </w:r>
    </w:p>
    <w:p>
      <w:pPr>
        <w:spacing w:after="0"/>
      </w:pPr>
    </w:p>
    <w:p>
      <w:pPr>
        <w:spacing w:after="0"/>
      </w:pPr>
      <w:r>
        <w:rPr>
          <w:rFonts w:ascii="Arial" w:hAnsi="Arial"/>
          <w:b/>
          <w:sz w:val="22"/>
        </w:rPr>
        <w:t xml:space="preserve">Lucy  </w:t>
      </w:r>
      <w:r>
        <w:rPr>
          <w:rFonts w:ascii="Arial" w:hAnsi="Arial"/>
          <w:color w:val="5D7284"/>
          <w:sz w:val="22"/>
        </w:rPr>
        <w:t>03:33</w:t>
      </w:r>
    </w:p>
    <w:p>
      <w:pPr>
        <w:spacing w:after="0"/>
      </w:pPr>
      <w:r>
        <w:rPr>
          <w:rFonts w:ascii="Arial" w:hAnsi="Arial"/>
          <w:sz w:val="22"/>
        </w:rPr>
        <w:t>Yeah, exactly. They actually taught me how to do maths at school. I was terrible. I was terrible at math can't do maths can't do numbers. Alice knows this. And when I was at school to get me through a GCSE they bribed me with Mars bars. So, you know, as soon as they took the Mars bars away I didn't want to know anymore!</w:t>
      </w:r>
    </w:p>
    <w:p>
      <w:pPr>
        <w:spacing w:after="0"/>
      </w:pPr>
    </w:p>
    <w:p>
      <w:pPr>
        <w:spacing w:after="0"/>
      </w:pPr>
      <w:r>
        <w:rPr>
          <w:rFonts w:ascii="Arial" w:hAnsi="Arial"/>
          <w:b/>
          <w:sz w:val="22"/>
        </w:rPr>
        <w:t xml:space="preserve">Alice  </w:t>
      </w:r>
      <w:r>
        <w:rPr>
          <w:rFonts w:ascii="Arial" w:hAnsi="Arial"/>
          <w:color w:val="5D7284"/>
          <w:sz w:val="22"/>
        </w:rPr>
        <w:t>03:52</w:t>
      </w:r>
    </w:p>
    <w:p>
      <w:pPr>
        <w:spacing w:after="0"/>
      </w:pPr>
      <w:r>
        <w:rPr>
          <w:rFonts w:ascii="Arial" w:hAnsi="Arial"/>
          <w:sz w:val="22"/>
        </w:rPr>
        <w:t>Was it was it if we give you one Mars bar and then there are two moer Mars bars over h ere how many Mars bars are there?</w:t>
      </w:r>
    </w:p>
    <w:p>
      <w:pPr>
        <w:spacing w:after="0"/>
      </w:pPr>
    </w:p>
    <w:p>
      <w:pPr>
        <w:spacing w:after="0"/>
      </w:pPr>
      <w:r>
        <w:rPr>
          <w:rFonts w:ascii="Arial" w:hAnsi="Arial"/>
          <w:b/>
          <w:sz w:val="22"/>
        </w:rPr>
        <w:t xml:space="preserve">Lucy  </w:t>
      </w:r>
      <w:r>
        <w:rPr>
          <w:rFonts w:ascii="Arial" w:hAnsi="Arial"/>
          <w:color w:val="5D7284"/>
          <w:sz w:val="22"/>
        </w:rPr>
        <w:t>04:01</w:t>
      </w:r>
    </w:p>
    <w:p>
      <w:pPr>
        <w:spacing w:after="0"/>
      </w:pPr>
      <w:r>
        <w:rPr>
          <w:rFonts w:ascii="Arial" w:hAnsi="Arial"/>
          <w:sz w:val="22"/>
        </w:rPr>
        <w:t xml:space="preserve">It was a really weird game., it was like they put Mars bar in a box and then it was like we had to play the weird card game. And if if we could add our cards up to a certain number, we got to pen the box with the Mars bar inside. It's very weird. I know don't really remember it. But I'm helped with my maths, my maths got better. So math sponsored by Mars. And then they stopped that Mars bars and it just got terrible. So yeah, anyway, we di- we digress. </w:t>
      </w:r>
    </w:p>
    <w:p>
      <w:pPr>
        <w:spacing w:after="0"/>
      </w:pPr>
    </w:p>
    <w:p>
      <w:pPr>
        <w:spacing w:after="0"/>
      </w:pPr>
      <w:r>
        <w:rPr>
          <w:rFonts w:ascii="Arial" w:hAnsi="Arial"/>
          <w:b/>
          <w:sz w:val="22"/>
        </w:rPr>
        <w:t xml:space="preserve">Alice  </w:t>
      </w:r>
      <w:r>
        <w:rPr>
          <w:rFonts w:ascii="Arial" w:hAnsi="Arial"/>
          <w:color w:val="5D7284"/>
          <w:sz w:val="22"/>
        </w:rPr>
        <w:t>04:31</w:t>
      </w:r>
    </w:p>
    <w:p>
      <w:pPr>
        <w:spacing w:after="0"/>
      </w:pPr>
      <w:r>
        <w:rPr>
          <w:rFonts w:ascii="Arial" w:hAnsi="Arial"/>
          <w:sz w:val="22"/>
        </w:rPr>
        <w:t>Shocking</w:t>
      </w:r>
    </w:p>
    <w:p>
      <w:pPr>
        <w:spacing w:after="0"/>
      </w:pPr>
    </w:p>
    <w:p>
      <w:pPr>
        <w:spacing w:after="0"/>
      </w:pPr>
      <w:r>
        <w:rPr>
          <w:rFonts w:ascii="Arial" w:hAnsi="Arial"/>
          <w:b/>
          <w:sz w:val="22"/>
        </w:rPr>
        <w:t xml:space="preserve">Lucy  </w:t>
      </w:r>
      <w:r>
        <w:rPr>
          <w:rFonts w:ascii="Arial" w:hAnsi="Arial"/>
          <w:color w:val="5D7284"/>
          <w:sz w:val="22"/>
        </w:rPr>
        <w:t>04:32</w:t>
      </w:r>
    </w:p>
    <w:p>
      <w:pPr>
        <w:spacing w:after="0"/>
      </w:pPr>
      <w:r>
        <w:rPr>
          <w:rFonts w:ascii="Arial" w:hAnsi="Arial"/>
          <w:sz w:val="22"/>
        </w:rPr>
        <w:t>We were, we were talking about Lola. Yeah, exactly. That's not like us at all is it?</w:t>
      </w:r>
    </w:p>
    <w:p>
      <w:pPr>
        <w:spacing w:after="0"/>
      </w:pPr>
    </w:p>
    <w:p>
      <w:pPr>
        <w:spacing w:after="0"/>
      </w:pPr>
      <w:r>
        <w:rPr>
          <w:rFonts w:ascii="Arial" w:hAnsi="Arial"/>
          <w:b/>
          <w:sz w:val="22"/>
        </w:rPr>
        <w:t xml:space="preserve">Alice  </w:t>
      </w:r>
      <w:r>
        <w:rPr>
          <w:rFonts w:ascii="Arial" w:hAnsi="Arial"/>
          <w:color w:val="5D7284"/>
          <w:sz w:val="22"/>
        </w:rPr>
        <w:t>04:36</w:t>
      </w:r>
    </w:p>
    <w:p>
      <w:pPr>
        <w:spacing w:after="0"/>
      </w:pPr>
      <w:r>
        <w:rPr>
          <w:rFonts w:ascii="Arial" w:hAnsi="Arial"/>
          <w:sz w:val="22"/>
        </w:rPr>
        <w:t>So I am on the waiting list for a new guide dog but as some of you might know, the pandemic has thrown a real spanner in the works for organisations like Guide Dogs because many of their puppies who've been training and you know the plan for them was to go on to be service dogs and assistance dogs in the feature, they've been stuck indoors for the last year just like the rest of us. And so they haven't had exposure of going to all the supermarkets and you know, school runs and going through crowds and stuff. And so now they're getting to a point where they're trying to train these dogs, and they're all too easily distracted or spooked by the noises or just just not suitable or haven't built up the resilience that you need. Because you do have to be pretty resilient to be a guide dog as much as I make fun of Lola. So yeah, I've been on I've been on the waiting list for a while, I expect to be on the waitlist for a little while longer, just because of the shortage of pups, and the number of other people waiting. And it's all about matching and all of this. Anyway, I made the decision that whilst I continued to have to wait for a new guide dog that I was going to start learning to use a cane. And I used, I've had cane training off and on basically my whole life, I can remember being probably 12 or 13. And having, you know, quite an intense few sessions, learning how to use it. And being told, you know, you've got to use it regularly and using it to get to school a couple of times, and just feeling so self conscious and getting stared at and getting, you know... you... and it does, it does happen with the dog, but not so much. But it'll be things like if you're waiting to cross the road, somewhere where it's not a formal like road crossing point. So there's not like a zebra crossing, like,</w:t>
      </w:r>
    </w:p>
    <w:p>
      <w:pPr>
        <w:spacing w:after="0"/>
      </w:pPr>
    </w:p>
    <w:p>
      <w:pPr>
        <w:spacing w:after="0"/>
      </w:pPr>
      <w:r>
        <w:rPr>
          <w:rFonts w:ascii="Arial" w:hAnsi="Arial"/>
          <w:b/>
          <w:sz w:val="22"/>
        </w:rPr>
        <w:t xml:space="preserve">Lucy  </w:t>
      </w:r>
      <w:r>
        <w:rPr>
          <w:rFonts w:ascii="Arial" w:hAnsi="Arial"/>
          <w:color w:val="5D7284"/>
          <w:sz w:val="22"/>
        </w:rPr>
        <w:t>06:49</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06:50</w:t>
      </w:r>
    </w:p>
    <w:p>
      <w:pPr>
        <w:spacing w:after="0"/>
      </w:pPr>
      <w:r>
        <w:rPr>
          <w:rFonts w:ascii="Arial" w:hAnsi="Arial"/>
          <w:sz w:val="22"/>
        </w:rPr>
        <w:t>And you've got a white cane, cars will stop eight feet away from you, and be like, "you can cross, it's fine. I've given you the space". And obviously, when you're 12. And all of the girls that you go to school with are already telling you Oh you haven't got the coolest phone and you haven't got the right pencil case. And you know, you're not wearing your school uniform in the way that everybody else is wearing their school uniform. It was just one more thing for me to be super self conscious about. And again, I've been very fortunate because of the nature of my condition that I haven't haven't needed an orientation aid to get around safely. You know, I have, perhaps not safely but I've managed for the last 15 years,</w:t>
      </w:r>
    </w:p>
    <w:p>
      <w:pPr>
        <w:spacing w:after="0"/>
      </w:pPr>
    </w:p>
    <w:p>
      <w:pPr>
        <w:spacing w:after="0"/>
      </w:pPr>
      <w:r>
        <w:rPr>
          <w:rFonts w:ascii="Arial" w:hAnsi="Arial"/>
          <w:b/>
          <w:sz w:val="22"/>
        </w:rPr>
        <w:t xml:space="preserve">Lucy  </w:t>
      </w:r>
      <w:r>
        <w:rPr>
          <w:rFonts w:ascii="Arial" w:hAnsi="Arial"/>
          <w:color w:val="5D7284"/>
          <w:sz w:val="22"/>
        </w:rPr>
        <w:t>07:41</w:t>
      </w:r>
    </w:p>
    <w:p>
      <w:pPr>
        <w:spacing w:after="0"/>
      </w:pPr>
      <w:r>
        <w:rPr>
          <w:rFonts w:ascii="Arial" w:hAnsi="Arial"/>
          <w:sz w:val="22"/>
        </w:rPr>
        <w:t>I was just thinking Alice, a lot of people listen to this episode, or listening to this podcast won't know, you know, well, they will obviously see people use it, see people using a cane. I've seen people using a cane before, but I didn't know that you had cane training? I didn't realise it was that complicated? So can you just like enlighten me a little bit as to how, how you use a cane and what you need cane training for? Because I think that's really interesting.</w:t>
      </w:r>
    </w:p>
    <w:p>
      <w:pPr>
        <w:spacing w:after="0"/>
      </w:pPr>
    </w:p>
    <w:p>
      <w:pPr>
        <w:spacing w:after="0"/>
      </w:pPr>
      <w:r>
        <w:rPr>
          <w:rFonts w:ascii="Arial" w:hAnsi="Arial"/>
          <w:b/>
          <w:sz w:val="22"/>
        </w:rPr>
        <w:t xml:space="preserve">Alice  </w:t>
      </w:r>
      <w:r>
        <w:rPr>
          <w:rFonts w:ascii="Arial" w:hAnsi="Arial"/>
          <w:color w:val="5D7284"/>
          <w:sz w:val="22"/>
        </w:rPr>
        <w:t>08:13</w:t>
      </w:r>
    </w:p>
    <w:p>
      <w:pPr>
        <w:spacing w:after="0"/>
      </w:pPr>
      <w:r>
        <w:rPr>
          <w:rFonts w:ascii="Arial" w:hAnsi="Arial"/>
          <w:sz w:val="22"/>
        </w:rPr>
        <w:t xml:space="preserve">Sure. Yeah, I mean, I'm, I'm not an expert, certainly. But the purpose of it is to establish whether it's clear for you to move around sort of and move forward. So if you assume if you imagine that you have no sight at all, you obviously can't tell what is in front of you, unless you can find it and feel it. </w:t>
      </w:r>
    </w:p>
    <w:p>
      <w:pPr>
        <w:spacing w:after="0"/>
      </w:pPr>
    </w:p>
    <w:p>
      <w:pPr>
        <w:spacing w:after="0"/>
      </w:pPr>
      <w:r>
        <w:rPr>
          <w:rFonts w:ascii="Arial" w:hAnsi="Arial"/>
          <w:b/>
          <w:sz w:val="22"/>
        </w:rPr>
        <w:t xml:space="preserve">Lucy  </w:t>
      </w:r>
      <w:r>
        <w:rPr>
          <w:rFonts w:ascii="Arial" w:hAnsi="Arial"/>
          <w:color w:val="5D7284"/>
          <w:sz w:val="22"/>
        </w:rPr>
        <w:t>08:37</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08:38</w:t>
      </w:r>
    </w:p>
    <w:p>
      <w:pPr>
        <w:spacing w:after="0"/>
      </w:pPr>
      <w:r>
        <w:rPr>
          <w:rFonts w:ascii="Arial" w:hAnsi="Arial"/>
          <w:sz w:val="22"/>
        </w:rPr>
        <w:t xml:space="preserve">So the purpose of a cane is to essentially sweep ahead of you, when you walk to warn you of any obstacles and give you information about what's is coming ahead of you. The training is there because in order to make the most use of the information, the cane is telling you, you need to sort of there are techniques for learning how to sort of you you walk in, in rhythm with it. And it this is things like if you if you come across an obstacle, one of the things that you can do is sort of line your cane up against it and move to stand beside it to help you establish the hi-  sort of height or depth of the obstacle. So you can establish, you know, whether it's, is it just is it a bollard? Or is it you know, an 800 year old tree that's four feet wide, to help you work out how to get around things safely. </w:t>
      </w:r>
    </w:p>
    <w:p>
      <w:pPr>
        <w:spacing w:after="0"/>
      </w:pPr>
    </w:p>
    <w:p>
      <w:pPr>
        <w:spacing w:after="0"/>
      </w:pPr>
      <w:r>
        <w:rPr>
          <w:rFonts w:ascii="Arial" w:hAnsi="Arial"/>
          <w:b/>
          <w:sz w:val="22"/>
        </w:rPr>
        <w:t xml:space="preserve">Lucy  </w:t>
      </w:r>
      <w:r>
        <w:rPr>
          <w:rFonts w:ascii="Arial" w:hAnsi="Arial"/>
          <w:color w:val="5D7284"/>
          <w:sz w:val="22"/>
        </w:rPr>
        <w:t>09:50</w:t>
      </w:r>
    </w:p>
    <w:p>
      <w:pPr>
        <w:spacing w:after="0"/>
      </w:pPr>
      <w:r>
        <w:rPr>
          <w:rFonts w:ascii="Arial" w:hAnsi="Arial"/>
          <w:sz w:val="22"/>
        </w:rPr>
        <w:t xml:space="preserve">Right.  </w:t>
      </w:r>
    </w:p>
    <w:p>
      <w:pPr>
        <w:spacing w:after="0"/>
      </w:pPr>
    </w:p>
    <w:p>
      <w:pPr>
        <w:spacing w:after="0"/>
      </w:pPr>
      <w:r>
        <w:rPr>
          <w:rFonts w:ascii="Arial" w:hAnsi="Arial"/>
          <w:b/>
          <w:sz w:val="22"/>
        </w:rPr>
        <w:t xml:space="preserve">Alice  </w:t>
      </w:r>
      <w:r>
        <w:rPr>
          <w:rFonts w:ascii="Arial" w:hAnsi="Arial"/>
          <w:color w:val="5D7284"/>
          <w:sz w:val="22"/>
        </w:rPr>
        <w:t>09:52</w:t>
      </w:r>
    </w:p>
    <w:p>
      <w:pPr>
        <w:spacing w:after="0"/>
      </w:pPr>
      <w:r>
        <w:rPr>
          <w:rFonts w:ascii="Arial" w:hAnsi="Arial"/>
          <w:sz w:val="22"/>
        </w:rPr>
        <w:t>And...</w:t>
      </w:r>
    </w:p>
    <w:p>
      <w:pPr>
        <w:spacing w:after="0"/>
      </w:pPr>
    </w:p>
    <w:p>
      <w:pPr>
        <w:spacing w:after="0"/>
      </w:pPr>
      <w:r>
        <w:rPr>
          <w:rFonts w:ascii="Arial" w:hAnsi="Arial"/>
          <w:b/>
          <w:sz w:val="22"/>
        </w:rPr>
        <w:t xml:space="preserve">Lucy  </w:t>
      </w:r>
      <w:r>
        <w:rPr>
          <w:rFonts w:ascii="Arial" w:hAnsi="Arial"/>
          <w:color w:val="5D7284"/>
          <w:sz w:val="22"/>
        </w:rPr>
        <w:t>09:54</w:t>
      </w:r>
    </w:p>
    <w:p>
      <w:pPr>
        <w:spacing w:after="0"/>
      </w:pPr>
      <w:r>
        <w:rPr>
          <w:rFonts w:ascii="Arial" w:hAnsi="Arial"/>
          <w:sz w:val="22"/>
        </w:rPr>
        <w:t>So I take it these these different objects must feel different when you're holding the cane, do they?</w:t>
      </w:r>
    </w:p>
    <w:p>
      <w:pPr>
        <w:spacing w:after="0"/>
      </w:pPr>
    </w:p>
    <w:p>
      <w:pPr>
        <w:spacing w:after="0"/>
      </w:pPr>
      <w:r>
        <w:rPr>
          <w:rFonts w:ascii="Arial" w:hAnsi="Arial"/>
          <w:b/>
          <w:sz w:val="22"/>
        </w:rPr>
        <w:t xml:space="preserve">Alice  </w:t>
      </w:r>
      <w:r>
        <w:rPr>
          <w:rFonts w:ascii="Arial" w:hAnsi="Arial"/>
          <w:color w:val="5D7284"/>
          <w:sz w:val="22"/>
        </w:rPr>
        <w:t>10:02</w:t>
      </w:r>
    </w:p>
    <w:p>
      <w:pPr>
        <w:spacing w:after="0"/>
      </w:pPr>
      <w:r>
        <w:rPr>
          <w:rFonts w:ascii="Arial" w:hAnsi="Arial"/>
          <w:sz w:val="22"/>
        </w:rPr>
        <w:t xml:space="preserve">I mean, you you get an understanding, the more you use a cane, I think you become more sensitive to the information that it's giving you so you can feel the difference between you know, the kind of tarmac they use on the road and a paving stone and you know, different things like that you can feel that difference so that anybody who's used a cane on the kind of horrible, slightly shiny tarmac-y stuff they use for shared space, you know, where it's pedestrian and also car use? </w:t>
      </w:r>
    </w:p>
    <w:p>
      <w:pPr>
        <w:spacing w:after="0"/>
      </w:pPr>
    </w:p>
    <w:p>
      <w:pPr>
        <w:spacing w:after="0"/>
      </w:pPr>
      <w:r>
        <w:rPr>
          <w:rFonts w:ascii="Arial" w:hAnsi="Arial"/>
          <w:b/>
          <w:sz w:val="22"/>
        </w:rPr>
        <w:t xml:space="preserve">Lucy  </w:t>
      </w:r>
      <w:r>
        <w:rPr>
          <w:rFonts w:ascii="Arial" w:hAnsi="Arial"/>
          <w:color w:val="5D7284"/>
          <w:sz w:val="22"/>
        </w:rPr>
        <w:t>10:41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10:42</w:t>
      </w:r>
    </w:p>
    <w:p>
      <w:pPr>
        <w:spacing w:after="0"/>
      </w:pPr>
      <w:r>
        <w:rPr>
          <w:rFonts w:ascii="Arial" w:hAnsi="Arial"/>
          <w:sz w:val="22"/>
        </w:rPr>
        <w:t>That kind of tarmac feels different from what you would have on like, your more traditional roads</w:t>
      </w:r>
    </w:p>
    <w:p>
      <w:pPr>
        <w:spacing w:after="0"/>
      </w:pPr>
    </w:p>
    <w:p>
      <w:pPr>
        <w:spacing w:after="0"/>
      </w:pPr>
      <w:r>
        <w:rPr>
          <w:rFonts w:ascii="Arial" w:hAnsi="Arial"/>
          <w:b/>
          <w:sz w:val="22"/>
        </w:rPr>
        <w:t xml:space="preserve">Lucy  </w:t>
      </w:r>
      <w:r>
        <w:rPr>
          <w:rFonts w:ascii="Arial" w:hAnsi="Arial"/>
          <w:color w:val="5D7284"/>
          <w:sz w:val="22"/>
        </w:rPr>
        <w:t>10:49</w:t>
      </w:r>
    </w:p>
    <w:p>
      <w:pPr>
        <w:spacing w:after="0"/>
      </w:pPr>
      <w:r>
        <w:rPr>
          <w:rFonts w:ascii="Arial" w:hAnsi="Arial"/>
          <w:sz w:val="22"/>
        </w:rPr>
        <w:t>with a curb on the side of it. And like,</w:t>
      </w:r>
    </w:p>
    <w:p>
      <w:pPr>
        <w:spacing w:after="0"/>
      </w:pPr>
    </w:p>
    <w:p>
      <w:pPr>
        <w:spacing w:after="0"/>
      </w:pPr>
      <w:r>
        <w:rPr>
          <w:rFonts w:ascii="Arial" w:hAnsi="Arial"/>
          <w:b/>
          <w:sz w:val="22"/>
        </w:rPr>
        <w:t xml:space="preserve">Alice  </w:t>
      </w:r>
      <w:r>
        <w:rPr>
          <w:rFonts w:ascii="Arial" w:hAnsi="Arial"/>
          <w:color w:val="5D7284"/>
          <w:sz w:val="22"/>
        </w:rPr>
        <w:t>10:51</w:t>
      </w:r>
    </w:p>
    <w:p>
      <w:pPr>
        <w:spacing w:after="0"/>
      </w:pPr>
      <w:r>
        <w:rPr>
          <w:rFonts w:ascii="Arial" w:hAnsi="Arial"/>
          <w:sz w:val="22"/>
        </w:rPr>
        <w:t>yeah, I mean, yeah, even you know, without the curb there, there's, there's just different textures. That you can tell from the kind of the way the cane moves across the ground in front of you. So, you know, I can, it will pick up if there's tactile paving, or if there's a curb, or, you know, if I go into leaves or grass, there's a grass verge, things like that. So it gives you that information. And it's to just help familiarise you with your surroundings. So, you know, in in places where the pave, if you've got traditional old fashioned paving stones, they're not even the the idea is that the cane will just give you because it's supposed to be a couple of feet ahead of you. It gives you a little bit of protection, a little bit of reaction time to understand what's coming up in front of you. Because obviously, you can't see it.</w:t>
      </w:r>
    </w:p>
    <w:p>
      <w:pPr>
        <w:spacing w:after="0"/>
      </w:pPr>
    </w:p>
    <w:p>
      <w:pPr>
        <w:spacing w:after="0"/>
      </w:pPr>
      <w:r>
        <w:rPr>
          <w:rFonts w:ascii="Arial" w:hAnsi="Arial"/>
          <w:b/>
          <w:sz w:val="22"/>
        </w:rPr>
        <w:t xml:space="preserve">Lucy  </w:t>
      </w:r>
      <w:r>
        <w:rPr>
          <w:rFonts w:ascii="Arial" w:hAnsi="Arial"/>
          <w:color w:val="5D7284"/>
          <w:sz w:val="22"/>
        </w:rPr>
        <w:t>11:57</w:t>
      </w:r>
    </w:p>
    <w:p>
      <w:pPr>
        <w:spacing w:after="0"/>
      </w:pPr>
      <w:r>
        <w:rPr>
          <w:rFonts w:ascii="Arial" w:hAnsi="Arial"/>
          <w:sz w:val="22"/>
        </w:rPr>
        <w:t>I was doing some work in my day job recently. And I didn't realise this but so there's that I don't know whether your cane has it. But on most canes, there is tape on the bottom of the on the bar is I think it's the bottom, the bottom of the cane, and the different colours and patterns on the bottom of the, on the tape on the bottom of the cane mean different things. So if it's I think it's if it's like yellow and green stripes, I could be wrong. I think if it's yellow and green stripes, it means they are blind. They have a visual impairment, and they have a hearing impairment as well. And I was like Oh, I didn't realise that.</w:t>
      </w:r>
    </w:p>
    <w:p>
      <w:pPr>
        <w:spacing w:after="0"/>
      </w:pPr>
    </w:p>
    <w:p>
      <w:pPr>
        <w:spacing w:after="0"/>
      </w:pPr>
      <w:r>
        <w:rPr>
          <w:rFonts w:ascii="Arial" w:hAnsi="Arial"/>
          <w:b/>
          <w:sz w:val="22"/>
        </w:rPr>
        <w:t xml:space="preserve">Alice  </w:t>
      </w:r>
      <w:r>
        <w:rPr>
          <w:rFonts w:ascii="Arial" w:hAnsi="Arial"/>
          <w:color w:val="5D7284"/>
          <w:sz w:val="22"/>
        </w:rPr>
        <w:t>12:40</w:t>
      </w:r>
    </w:p>
    <w:p>
      <w:pPr>
        <w:spacing w:after="0"/>
      </w:pPr>
      <w:r>
        <w:rPr>
          <w:rFonts w:ascii="Arial" w:hAnsi="Arial"/>
          <w:sz w:val="22"/>
        </w:rPr>
        <w:t>I do know I didn't I don't know about that. I do know that. It guide dogs who also whose whose owners have both hearing and sight loss. They have a different pattern on the front of the bit that goes over their chest.</w:t>
      </w:r>
    </w:p>
    <w:p>
      <w:pPr>
        <w:spacing w:after="0"/>
      </w:pPr>
    </w:p>
    <w:p>
      <w:pPr>
        <w:spacing w:after="0"/>
      </w:pPr>
      <w:r>
        <w:rPr>
          <w:rFonts w:ascii="Arial" w:hAnsi="Arial"/>
          <w:b/>
          <w:sz w:val="22"/>
        </w:rPr>
        <w:t xml:space="preserve">Lucy  </w:t>
      </w:r>
      <w:r>
        <w:rPr>
          <w:rFonts w:ascii="Arial" w:hAnsi="Arial"/>
          <w:color w:val="5D7284"/>
          <w:sz w:val="22"/>
        </w:rPr>
        <w:t>12:57</w:t>
      </w:r>
    </w:p>
    <w:p>
      <w:pPr>
        <w:spacing w:after="0"/>
      </w:pPr>
      <w:r>
        <w:rPr>
          <w:rFonts w:ascii="Arial" w:hAnsi="Arial"/>
          <w:sz w:val="22"/>
        </w:rPr>
        <w:t>Yeah. Which makes sense really, doesn't it? But I mean, I was surprised that I was Oh, when I when somebody told me about that. Was that what that that does make sense. But I wonder how many people know about the different patterns and the different colours on on dog vests and canes.</w:t>
      </w:r>
    </w:p>
    <w:p>
      <w:pPr>
        <w:spacing w:after="0"/>
      </w:pPr>
    </w:p>
    <w:p>
      <w:pPr>
        <w:spacing w:after="0"/>
      </w:pPr>
      <w:r>
        <w:rPr>
          <w:rFonts w:ascii="Arial" w:hAnsi="Arial"/>
          <w:b/>
          <w:sz w:val="22"/>
        </w:rPr>
        <w:t xml:space="preserve">Alice  </w:t>
      </w:r>
      <w:r>
        <w:rPr>
          <w:rFonts w:ascii="Arial" w:hAnsi="Arial"/>
          <w:color w:val="5D7284"/>
          <w:sz w:val="22"/>
        </w:rPr>
        <w:t>13:15</w:t>
      </w:r>
    </w:p>
    <w:p>
      <w:pPr>
        <w:spacing w:after="0"/>
      </w:pPr>
      <w:r>
        <w:rPr>
          <w:rFonts w:ascii="Arial" w:hAnsi="Arial"/>
          <w:sz w:val="22"/>
        </w:rPr>
        <w:t>Yeah, some people just go "Oh that dogs got a different fashion style"</w:t>
      </w:r>
    </w:p>
    <w:p>
      <w:pPr>
        <w:spacing w:after="0"/>
      </w:pPr>
    </w:p>
    <w:p>
      <w:pPr>
        <w:spacing w:after="0"/>
      </w:pPr>
      <w:r>
        <w:rPr>
          <w:rFonts w:ascii="Arial" w:hAnsi="Arial"/>
          <w:b/>
          <w:sz w:val="22"/>
        </w:rPr>
        <w:t xml:space="preserve">Lucy  </w:t>
      </w:r>
      <w:r>
        <w:rPr>
          <w:rFonts w:ascii="Arial" w:hAnsi="Arial"/>
          <w:color w:val="5D7284"/>
          <w:sz w:val="22"/>
        </w:rPr>
        <w:t>13:20</w:t>
      </w:r>
    </w:p>
    <w:p>
      <w:pPr>
        <w:spacing w:after="0"/>
      </w:pPr>
      <w:r>
        <w:rPr>
          <w:rFonts w:ascii="Arial" w:hAnsi="Arial"/>
          <w:sz w:val="22"/>
        </w:rPr>
        <w:t>That's a jazzy jacket.</w:t>
      </w:r>
    </w:p>
    <w:p>
      <w:pPr>
        <w:spacing w:after="0"/>
      </w:pPr>
    </w:p>
    <w:p>
      <w:pPr>
        <w:spacing w:after="0"/>
      </w:pPr>
      <w:r>
        <w:rPr>
          <w:rFonts w:ascii="Arial" w:hAnsi="Arial"/>
          <w:b/>
          <w:sz w:val="22"/>
        </w:rPr>
        <w:t xml:space="preserve">Alice  </w:t>
      </w:r>
      <w:r>
        <w:rPr>
          <w:rFonts w:ascii="Arial" w:hAnsi="Arial"/>
          <w:color w:val="5D7284"/>
          <w:sz w:val="22"/>
        </w:rPr>
        <w:t>13:23</w:t>
      </w:r>
    </w:p>
    <w:p>
      <w:pPr>
        <w:spacing w:after="0"/>
      </w:pPr>
      <w:r>
        <w:rPr>
          <w:rFonts w:ascii="Arial" w:hAnsi="Arial"/>
          <w:sz w:val="22"/>
        </w:rPr>
        <w:t>Yeah! [laughs]</w:t>
      </w:r>
    </w:p>
    <w:p>
      <w:pPr>
        <w:spacing w:after="0"/>
      </w:pPr>
    </w:p>
    <w:p>
      <w:pPr>
        <w:spacing w:after="0"/>
      </w:pPr>
      <w:r>
        <w:rPr>
          <w:rFonts w:ascii="Arial" w:hAnsi="Arial"/>
          <w:b/>
          <w:sz w:val="22"/>
        </w:rPr>
        <w:t xml:space="preserve">Lucy  </w:t>
      </w:r>
      <w:r>
        <w:rPr>
          <w:rFonts w:ascii="Arial" w:hAnsi="Arial"/>
          <w:color w:val="5D7284"/>
          <w:sz w:val="22"/>
        </w:rPr>
        <w:t>13:23</w:t>
      </w:r>
    </w:p>
    <w:p>
      <w:pPr>
        <w:spacing w:after="0"/>
      </w:pPr>
      <w:r>
        <w:rPr>
          <w:rFonts w:ascii="Arial" w:hAnsi="Arial"/>
          <w:sz w:val="22"/>
        </w:rPr>
        <w:t>You know</w:t>
      </w:r>
    </w:p>
    <w:p>
      <w:pPr>
        <w:spacing w:after="0"/>
      </w:pPr>
    </w:p>
    <w:p>
      <w:pPr>
        <w:spacing w:after="0"/>
      </w:pPr>
      <w:r>
        <w:rPr>
          <w:rFonts w:ascii="Arial" w:hAnsi="Arial"/>
          <w:b/>
          <w:sz w:val="22"/>
        </w:rPr>
        <w:t xml:space="preserve">Alice  </w:t>
      </w:r>
      <w:r>
        <w:rPr>
          <w:rFonts w:ascii="Arial" w:hAnsi="Arial"/>
          <w:color w:val="5D7284"/>
          <w:sz w:val="22"/>
        </w:rPr>
        <w:t>13:24</w:t>
      </w:r>
    </w:p>
    <w:p>
      <w:pPr>
        <w:spacing w:after="0"/>
      </w:pPr>
      <w:r>
        <w:rPr>
          <w:rFonts w:ascii="Arial" w:hAnsi="Arial"/>
          <w:sz w:val="22"/>
        </w:rPr>
        <w:t>I mean, canes. The canes are very personal. They they depend the kind of cane depends on the length of the cane depends on your height. And there's different ends to the canes so that you can, depending on your preference for how you use them. I've got what I think they're calling a tennis ball end which is basically a big circle that looks like a tennis ball and rolls really nicely. Whereas the ones I always have previously were marshmallow ends, which are much more sort of squared, and, you know, rounded at the bottom, so they still roll. But I always found those caught on stuff a lot. And the thing that I'm sure anybody who's ever had any cane training will tell you about is that the way that you hold a cane, and if it gets caught on something and you're not prepared for it, you are going to impale yourself right in the gut with it.</w:t>
      </w:r>
    </w:p>
    <w:p>
      <w:pPr>
        <w:spacing w:after="0"/>
      </w:pPr>
    </w:p>
    <w:p>
      <w:pPr>
        <w:spacing w:after="0"/>
      </w:pPr>
      <w:r>
        <w:rPr>
          <w:rFonts w:ascii="Arial" w:hAnsi="Arial"/>
          <w:b/>
          <w:sz w:val="22"/>
        </w:rPr>
        <w:t xml:space="preserve">Lucy  </w:t>
      </w:r>
      <w:r>
        <w:rPr>
          <w:rFonts w:ascii="Arial" w:hAnsi="Arial"/>
          <w:color w:val="5D7284"/>
          <w:sz w:val="22"/>
        </w:rPr>
        <w:t>14:28</w:t>
      </w:r>
    </w:p>
    <w:p>
      <w:pPr>
        <w:spacing w:after="0"/>
      </w:pPr>
      <w:r>
        <w:rPr>
          <w:rFonts w:ascii="Arial" w:hAnsi="Arial"/>
          <w:sz w:val="22"/>
        </w:rPr>
        <w:t>Oh yeah I can imagine.</w:t>
      </w:r>
    </w:p>
    <w:p>
      <w:pPr>
        <w:spacing w:after="0"/>
      </w:pPr>
    </w:p>
    <w:p>
      <w:pPr>
        <w:spacing w:after="0"/>
      </w:pPr>
      <w:r>
        <w:rPr>
          <w:rFonts w:ascii="Arial" w:hAnsi="Arial"/>
          <w:b/>
          <w:sz w:val="22"/>
        </w:rPr>
        <w:t xml:space="preserve">Alice  </w:t>
      </w:r>
      <w:r>
        <w:rPr>
          <w:rFonts w:ascii="Arial" w:hAnsi="Arial"/>
          <w:color w:val="5D7284"/>
          <w:sz w:val="22"/>
        </w:rPr>
        <w:t>14:32</w:t>
      </w:r>
    </w:p>
    <w:p>
      <w:pPr>
        <w:spacing w:after="0"/>
      </w:pPr>
      <w:r>
        <w:rPr>
          <w:rFonts w:ascii="Arial" w:hAnsi="Arial"/>
          <w:sz w:val="22"/>
        </w:rPr>
        <w:t>I mean, that's one of the things that I'm learning not to do just walking down the street at the moment.</w:t>
      </w:r>
    </w:p>
    <w:p>
      <w:pPr>
        <w:spacing w:after="0"/>
      </w:pPr>
    </w:p>
    <w:p>
      <w:pPr>
        <w:spacing w:after="0"/>
      </w:pPr>
      <w:r>
        <w:rPr>
          <w:rFonts w:ascii="Arial" w:hAnsi="Arial"/>
          <w:b/>
          <w:sz w:val="22"/>
        </w:rPr>
        <w:t xml:space="preserve">Lucy  </w:t>
      </w:r>
      <w:r>
        <w:rPr>
          <w:rFonts w:ascii="Arial" w:hAnsi="Arial"/>
          <w:color w:val="5D7284"/>
          <w:sz w:val="22"/>
        </w:rPr>
        <w:t>14:37</w:t>
      </w:r>
    </w:p>
    <w:p>
      <w:pPr>
        <w:spacing w:after="0"/>
      </w:pPr>
      <w:r>
        <w:rPr>
          <w:rFonts w:ascii="Arial" w:hAnsi="Arial"/>
          <w:sz w:val="22"/>
        </w:rPr>
        <w:t xml:space="preserve">Yeah, cane training. To me, you are you're saying the words cane training. And to me, it sounds like in my head, like a driving lesson. So you have an instructor going: This is what you do,  why are holding it like that? </w:t>
      </w:r>
    </w:p>
    <w:p>
      <w:pPr>
        <w:spacing w:after="0"/>
      </w:pPr>
    </w:p>
    <w:p>
      <w:pPr>
        <w:spacing w:after="0"/>
      </w:pPr>
      <w:r>
        <w:rPr>
          <w:rFonts w:ascii="Arial" w:hAnsi="Arial"/>
          <w:b/>
          <w:sz w:val="22"/>
        </w:rPr>
        <w:t xml:space="preserve">Alice  </w:t>
      </w:r>
      <w:r>
        <w:rPr>
          <w:rFonts w:ascii="Arial" w:hAnsi="Arial"/>
          <w:color w:val="5D7284"/>
          <w:sz w:val="22"/>
        </w:rPr>
        <w:t>14:54</w:t>
      </w:r>
    </w:p>
    <w:p>
      <w:pPr>
        <w:spacing w:after="0"/>
      </w:pPr>
      <w:r>
        <w:rPr>
          <w:rFonts w:ascii="Arial" w:hAnsi="Arial"/>
          <w:sz w:val="22"/>
        </w:rPr>
        <w:t>It is a lot. It is, it is a lot like that.</w:t>
      </w:r>
    </w:p>
    <w:p>
      <w:pPr>
        <w:spacing w:after="0"/>
      </w:pPr>
    </w:p>
    <w:p>
      <w:pPr>
        <w:spacing w:after="0"/>
      </w:pPr>
      <w:r>
        <w:rPr>
          <w:rFonts w:ascii="Arial" w:hAnsi="Arial"/>
          <w:b/>
          <w:sz w:val="22"/>
        </w:rPr>
        <w:t xml:space="preserve">Lucy  </w:t>
      </w:r>
      <w:r>
        <w:rPr>
          <w:rFonts w:ascii="Arial" w:hAnsi="Arial"/>
          <w:color w:val="5D7284"/>
          <w:sz w:val="22"/>
        </w:rPr>
        <w:t>14:56</w:t>
      </w:r>
    </w:p>
    <w:p>
      <w:pPr>
        <w:spacing w:after="0"/>
      </w:pPr>
      <w:r>
        <w:rPr>
          <w:rFonts w:ascii="Arial" w:hAnsi="Arial"/>
          <w:sz w:val="22"/>
        </w:rPr>
        <w:t xml:space="preserve">So you go out with somebody? Do you go out with somebody who has gotten knowledge of these canes that basically sound like Harry Potter wands, if I'm honest, if that makes you feel any cooler about it, it makes it sound like you've got you're own type of Harry Potter wand. </w:t>
      </w:r>
    </w:p>
    <w:p>
      <w:pPr>
        <w:spacing w:after="0"/>
      </w:pPr>
    </w:p>
    <w:p>
      <w:pPr>
        <w:spacing w:after="0"/>
      </w:pPr>
      <w:r>
        <w:rPr>
          <w:rFonts w:ascii="Arial" w:hAnsi="Arial"/>
          <w:b/>
          <w:sz w:val="22"/>
        </w:rPr>
        <w:t xml:space="preserve">Alice  </w:t>
      </w:r>
      <w:r>
        <w:rPr>
          <w:rFonts w:ascii="Arial" w:hAnsi="Arial"/>
          <w:color w:val="5D7284"/>
          <w:sz w:val="22"/>
        </w:rPr>
        <w:t>15:10</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15:10</w:t>
      </w:r>
    </w:p>
    <w:p>
      <w:pPr>
        <w:spacing w:after="0"/>
      </w:pPr>
      <w:r>
        <w:rPr>
          <w:rFonts w:ascii="Arial" w:hAnsi="Arial"/>
          <w:sz w:val="22"/>
        </w:rPr>
        <w:t>But do you? Do you go out with somebody? Like from an organisation who goes why are you holding it like that? This is what this does, this is, you know, that kind of thing.</w:t>
      </w:r>
    </w:p>
    <w:p>
      <w:pPr>
        <w:spacing w:after="0"/>
      </w:pPr>
    </w:p>
    <w:p>
      <w:pPr>
        <w:spacing w:after="0"/>
      </w:pPr>
      <w:r>
        <w:rPr>
          <w:rFonts w:ascii="Arial" w:hAnsi="Arial"/>
          <w:b/>
          <w:sz w:val="22"/>
        </w:rPr>
        <w:t xml:space="preserve">Alice  </w:t>
      </w:r>
      <w:r>
        <w:rPr>
          <w:rFonts w:ascii="Arial" w:hAnsi="Arial"/>
          <w:color w:val="5D7284"/>
          <w:sz w:val="22"/>
        </w:rPr>
        <w:t>15:19</w:t>
      </w:r>
    </w:p>
    <w:p>
      <w:pPr>
        <w:spacing w:after="0"/>
      </w:pPr>
      <w:r>
        <w:rPr>
          <w:rFonts w:ascii="Arial" w:hAnsi="Arial"/>
          <w:sz w:val="22"/>
        </w:rPr>
        <w:t xml:space="preserve">Yeah I mean in the UK, most local authorities, certainly in England, most local authorities will have either within their sensory disability team or contracted out to another organisation to provide orientation mobility type training for cane users, visually impaired people. So it is, you know, it is essentially the same as if you've never used a wheelchair, and you acquire a disability you need to, to learn to move. And, you know, yes, you can just kind of stick someone in one and go, there you go, you deal with it. But there are techniques that will help promote safety and comfort. And that's, that's kind of what the whole purpose is. We are fortunate, obviously, in this country, because of social services, that it's all government funded. I don't know what the case is, around the rest of the world. You know, and I know that there are charities that will also give this kind of service, what I'm having at the moment is coming from my local authority. So I'm working with a gentleman who is a rehabilitation officer. So he does a bunch of other stuff to help people rehabilitate, following accidents or acquiring disabilities. And, you know, about it's his job to learn about helping people to regain their physical independence. </w:t>
      </w:r>
    </w:p>
    <w:p>
      <w:pPr>
        <w:spacing w:after="0"/>
      </w:pPr>
    </w:p>
    <w:p>
      <w:pPr>
        <w:spacing w:after="0"/>
      </w:pPr>
      <w:r>
        <w:rPr>
          <w:rFonts w:ascii="Arial" w:hAnsi="Arial"/>
          <w:b/>
          <w:sz w:val="22"/>
        </w:rPr>
        <w:t xml:space="preserve">Lucy  </w:t>
      </w:r>
      <w:r>
        <w:rPr>
          <w:rFonts w:ascii="Arial" w:hAnsi="Arial"/>
          <w:color w:val="5D7284"/>
          <w:sz w:val="22"/>
        </w:rPr>
        <w:t>16:54</w:t>
      </w:r>
    </w:p>
    <w:p>
      <w:pPr>
        <w:spacing w:after="0"/>
      </w:pPr>
      <w:r>
        <w:rPr>
          <w:rFonts w:ascii="Arial" w:hAnsi="Arial"/>
          <w:sz w:val="22"/>
        </w:rPr>
        <w:t xml:space="preserve">Right? </w:t>
      </w:r>
    </w:p>
    <w:p>
      <w:pPr>
        <w:spacing w:after="0"/>
      </w:pPr>
    </w:p>
    <w:p>
      <w:pPr>
        <w:spacing w:after="0"/>
      </w:pPr>
      <w:r>
        <w:rPr>
          <w:rFonts w:ascii="Arial" w:hAnsi="Arial"/>
          <w:b/>
          <w:sz w:val="22"/>
        </w:rPr>
        <w:t xml:space="preserve">Alice  </w:t>
      </w:r>
      <w:r>
        <w:rPr>
          <w:rFonts w:ascii="Arial" w:hAnsi="Arial"/>
          <w:color w:val="5D7284"/>
          <w:sz w:val="22"/>
        </w:rPr>
        <w:t>16:55</w:t>
      </w:r>
    </w:p>
    <w:p>
      <w:pPr>
        <w:spacing w:after="0"/>
      </w:pPr>
      <w:r>
        <w:rPr>
          <w:rFonts w:ascii="Arial" w:hAnsi="Arial"/>
          <w:sz w:val="22"/>
        </w:rPr>
        <w:t>So yeah, at the moment, he walks behind me, and tells me,</w:t>
      </w:r>
    </w:p>
    <w:p>
      <w:pPr>
        <w:spacing w:after="0"/>
      </w:pPr>
    </w:p>
    <w:p>
      <w:pPr>
        <w:spacing w:after="0"/>
      </w:pPr>
      <w:r>
        <w:rPr>
          <w:rFonts w:ascii="Arial" w:hAnsi="Arial"/>
          <w:b/>
          <w:sz w:val="22"/>
        </w:rPr>
        <w:t xml:space="preserve">Lucy  </w:t>
      </w:r>
      <w:r>
        <w:rPr>
          <w:rFonts w:ascii="Arial" w:hAnsi="Arial"/>
          <w:color w:val="5D7284"/>
          <w:sz w:val="22"/>
        </w:rPr>
        <w:t>17:01</w:t>
      </w:r>
    </w:p>
    <w:p>
      <w:pPr>
        <w:spacing w:after="0"/>
      </w:pPr>
      <w:r>
        <w:rPr>
          <w:rFonts w:ascii="Arial" w:hAnsi="Arial"/>
          <w:sz w:val="22"/>
        </w:rPr>
        <w:t>has he told you off at any point, like, what are you doing? It's not a sword fight. Put it down!</w:t>
      </w:r>
    </w:p>
    <w:p>
      <w:pPr>
        <w:spacing w:after="0"/>
      </w:pPr>
    </w:p>
    <w:p>
      <w:pPr>
        <w:spacing w:after="0"/>
      </w:pPr>
      <w:r>
        <w:rPr>
          <w:rFonts w:ascii="Arial" w:hAnsi="Arial"/>
          <w:b/>
          <w:sz w:val="22"/>
        </w:rPr>
        <w:t xml:space="preserve">Alice  </w:t>
      </w:r>
      <w:r>
        <w:rPr>
          <w:rFonts w:ascii="Arial" w:hAnsi="Arial"/>
          <w:color w:val="5D7284"/>
          <w:sz w:val="22"/>
        </w:rPr>
        <w:t>17:01</w:t>
      </w:r>
    </w:p>
    <w:p>
      <w:pPr>
        <w:spacing w:after="0"/>
      </w:pPr>
      <w:r>
        <w:rPr>
          <w:rFonts w:ascii="Arial" w:hAnsi="Arial"/>
          <w:sz w:val="22"/>
        </w:rPr>
        <w:t xml:space="preserve">No actually, I think, because I have told him that I had all I had this training when I was 12. And then I had some more when I was at uni,  in my first year, I had another couple of training sessions, because I was like, I'm independent and grown up now. And I need to be able to get around by myself. And then again, went "Ah everybody's looking at me, I'll just stay home." And so I think he thinks that I'm going to be much better at this than I am. Like, so you've got a cane, here you go, let's, let's just do this then. And I was like, oh, what, how does it? What? And you know, there's like a way that you've got to hold it and where you hold it on your body and stuff. It's, it's a bit like learning a bit of a dance routine. </w:t>
      </w:r>
    </w:p>
    <w:p>
      <w:pPr>
        <w:spacing w:after="0"/>
      </w:pPr>
    </w:p>
    <w:p>
      <w:pPr>
        <w:spacing w:after="0"/>
      </w:pPr>
      <w:r>
        <w:rPr>
          <w:rFonts w:ascii="Arial" w:hAnsi="Arial"/>
          <w:b/>
          <w:sz w:val="22"/>
        </w:rPr>
        <w:t xml:space="preserve">Lucy  </w:t>
      </w:r>
      <w:r>
        <w:rPr>
          <w:rFonts w:ascii="Arial" w:hAnsi="Arial"/>
          <w:color w:val="5D7284"/>
          <w:sz w:val="22"/>
        </w:rPr>
        <w:t>17:01</w:t>
      </w:r>
    </w:p>
    <w:p>
      <w:pPr>
        <w:spacing w:after="0"/>
      </w:pPr>
      <w:r>
        <w:rPr>
          <w:rFonts w:ascii="Arial" w:hAnsi="Arial"/>
          <w:sz w:val="22"/>
        </w:rPr>
        <w:t>Yeah. You expect Anton Du Beke to jump out of a bush like, let me help you!</w:t>
      </w:r>
    </w:p>
    <w:p>
      <w:pPr>
        <w:spacing w:after="0"/>
      </w:pPr>
    </w:p>
    <w:p>
      <w:pPr>
        <w:spacing w:after="0"/>
      </w:pPr>
      <w:r>
        <w:rPr>
          <w:rFonts w:ascii="Arial" w:hAnsi="Arial"/>
          <w:b/>
          <w:sz w:val="22"/>
        </w:rPr>
        <w:t xml:space="preserve">Alice  </w:t>
      </w:r>
      <w:r>
        <w:rPr>
          <w:rFonts w:ascii="Arial" w:hAnsi="Arial"/>
          <w:color w:val="5D7284"/>
          <w:sz w:val="22"/>
        </w:rPr>
        <w:t>18:09</w:t>
      </w:r>
    </w:p>
    <w:p>
      <w:pPr>
        <w:spacing w:after="0"/>
      </w:pPr>
      <w:r>
        <w:rPr>
          <w:rFonts w:ascii="Arial" w:hAnsi="Arial"/>
          <w:sz w:val="22"/>
        </w:rPr>
        <w:t>No, no, unfortunately, it's I find it much more stressful and anxiety inducing than any of that bec ause...</w:t>
      </w:r>
    </w:p>
    <w:p>
      <w:pPr>
        <w:spacing w:after="0"/>
      </w:pPr>
    </w:p>
    <w:p>
      <w:pPr>
        <w:spacing w:after="0"/>
      </w:pPr>
      <w:r>
        <w:rPr>
          <w:rFonts w:ascii="Arial" w:hAnsi="Arial"/>
          <w:b/>
          <w:sz w:val="22"/>
        </w:rPr>
        <w:t xml:space="preserve">Lucy  </w:t>
      </w:r>
      <w:r>
        <w:rPr>
          <w:rFonts w:ascii="Arial" w:hAnsi="Arial"/>
          <w:color w:val="5D7284"/>
          <w:sz w:val="22"/>
        </w:rPr>
        <w:t>18:15</w:t>
      </w:r>
    </w:p>
    <w:p>
      <w:pPr>
        <w:spacing w:after="0"/>
      </w:pPr>
      <w:r>
        <w:rPr>
          <w:rFonts w:ascii="Arial" w:hAnsi="Arial"/>
          <w:sz w:val="22"/>
        </w:rPr>
        <w:t xml:space="preserve">I can imagine actually. </w:t>
      </w:r>
    </w:p>
    <w:p>
      <w:pPr>
        <w:spacing w:after="0"/>
      </w:pPr>
    </w:p>
    <w:p>
      <w:pPr>
        <w:spacing w:after="0"/>
      </w:pPr>
      <w:r>
        <w:rPr>
          <w:rFonts w:ascii="Arial" w:hAnsi="Arial"/>
          <w:b/>
          <w:sz w:val="22"/>
        </w:rPr>
        <w:t xml:space="preserve">Alice  </w:t>
      </w:r>
      <w:r>
        <w:rPr>
          <w:rFonts w:ascii="Arial" w:hAnsi="Arial"/>
          <w:color w:val="5D7284"/>
          <w:sz w:val="22"/>
        </w:rPr>
        <w:t>18:17</w:t>
      </w:r>
    </w:p>
    <w:p>
      <w:pPr>
        <w:spacing w:after="0"/>
      </w:pPr>
      <w:r>
        <w:rPr>
          <w:rFonts w:ascii="Arial" w:hAnsi="Arial"/>
          <w:sz w:val="22"/>
        </w:rPr>
        <w:t xml:space="preserve">Because </w:t>
      </w:r>
    </w:p>
    <w:p>
      <w:pPr>
        <w:spacing w:after="0"/>
      </w:pPr>
    </w:p>
    <w:p>
      <w:pPr>
        <w:spacing w:after="0"/>
      </w:pPr>
      <w:r>
        <w:rPr>
          <w:rFonts w:ascii="Arial" w:hAnsi="Arial"/>
          <w:b/>
          <w:sz w:val="22"/>
        </w:rPr>
        <w:t xml:space="preserve">Lucy  </w:t>
      </w:r>
      <w:r>
        <w:rPr>
          <w:rFonts w:ascii="Arial" w:hAnsi="Arial"/>
          <w:color w:val="5D7284"/>
          <w:sz w:val="22"/>
        </w:rPr>
        <w:t>18:17</w:t>
      </w:r>
    </w:p>
    <w:p>
      <w:pPr>
        <w:spacing w:after="0"/>
      </w:pPr>
      <w:r>
        <w:rPr>
          <w:rFonts w:ascii="Arial" w:hAnsi="Arial"/>
          <w:sz w:val="22"/>
        </w:rPr>
        <w:t>Yeah I can imagine</w:t>
      </w:r>
    </w:p>
    <w:p>
      <w:pPr>
        <w:spacing w:after="0"/>
      </w:pPr>
    </w:p>
    <w:p>
      <w:pPr>
        <w:spacing w:after="0"/>
      </w:pPr>
      <w:r>
        <w:rPr>
          <w:rFonts w:ascii="Arial" w:hAnsi="Arial"/>
          <w:b/>
          <w:sz w:val="22"/>
        </w:rPr>
        <w:t xml:space="preserve">Alice  </w:t>
      </w:r>
      <w:r>
        <w:rPr>
          <w:rFonts w:ascii="Arial" w:hAnsi="Arial"/>
          <w:color w:val="5D7284"/>
          <w:sz w:val="22"/>
        </w:rPr>
        <w:t>18:18</w:t>
      </w:r>
    </w:p>
    <w:p>
      <w:pPr>
        <w:spacing w:after="0"/>
      </w:pPr>
      <w:r>
        <w:rPr>
          <w:rFonts w:ascii="Arial" w:hAnsi="Arial"/>
          <w:sz w:val="22"/>
        </w:rPr>
        <w:t>It's having to remember, like, so, for example, in theory, the foot that's moving forward, when you step, your cane is supposed to sweep from one side to the other, or depending if you tap or you sweep, and it's supposed to be anticipating your next step. So it tells you said your left hand side is clear. So you step forward with your left foot. And then your case should be moving across where your right is to establish if it's safe.</w:t>
      </w:r>
    </w:p>
    <w:p>
      <w:pPr>
        <w:spacing w:after="0"/>
      </w:pPr>
    </w:p>
    <w:p>
      <w:pPr>
        <w:spacing w:after="0"/>
      </w:pPr>
      <w:r>
        <w:rPr>
          <w:rFonts w:ascii="Arial" w:hAnsi="Arial"/>
          <w:b/>
          <w:sz w:val="22"/>
        </w:rPr>
        <w:t xml:space="preserve">Lucy  </w:t>
      </w:r>
      <w:r>
        <w:rPr>
          <w:rFonts w:ascii="Arial" w:hAnsi="Arial"/>
          <w:color w:val="5D7284"/>
          <w:sz w:val="22"/>
        </w:rPr>
        <w:t>18:55</w:t>
      </w:r>
    </w:p>
    <w:p>
      <w:pPr>
        <w:spacing w:after="0"/>
      </w:pPr>
      <w:r>
        <w:rPr>
          <w:rFonts w:ascii="Arial" w:hAnsi="Arial"/>
          <w:sz w:val="22"/>
        </w:rPr>
        <w:t>Look at the right, yeah yeah, yeah. Yes.</w:t>
      </w:r>
    </w:p>
    <w:p>
      <w:pPr>
        <w:spacing w:after="0"/>
      </w:pPr>
    </w:p>
    <w:p>
      <w:pPr>
        <w:spacing w:after="0"/>
      </w:pPr>
      <w:r>
        <w:rPr>
          <w:rFonts w:ascii="Arial" w:hAnsi="Arial"/>
          <w:b/>
          <w:sz w:val="22"/>
        </w:rPr>
        <w:t xml:space="preserve">Alice  </w:t>
      </w:r>
      <w:r>
        <w:rPr>
          <w:rFonts w:ascii="Arial" w:hAnsi="Arial"/>
          <w:color w:val="5D7284"/>
          <w:sz w:val="22"/>
        </w:rPr>
        <w:t>18:56</w:t>
      </w:r>
    </w:p>
    <w:p>
      <w:pPr>
        <w:spacing w:after="0"/>
      </w:pPr>
      <w:r>
        <w:rPr>
          <w:rFonts w:ascii="Arial" w:hAnsi="Arial"/>
          <w:sz w:val="22"/>
        </w:rPr>
        <w:t>And then, as you bring it back across, then your right foot moves forward to sort of overtake your left. So you're having</w:t>
      </w:r>
    </w:p>
    <w:p>
      <w:pPr>
        <w:spacing w:after="0"/>
      </w:pPr>
    </w:p>
    <w:p>
      <w:pPr>
        <w:spacing w:after="0"/>
      </w:pPr>
      <w:r>
        <w:rPr>
          <w:rFonts w:ascii="Arial" w:hAnsi="Arial"/>
          <w:b/>
          <w:sz w:val="22"/>
        </w:rPr>
        <w:t xml:space="preserve">Lucy  </w:t>
      </w:r>
      <w:r>
        <w:rPr>
          <w:rFonts w:ascii="Arial" w:hAnsi="Arial"/>
          <w:color w:val="5D7284"/>
          <w:sz w:val="22"/>
        </w:rPr>
        <w:t>19:05</w:t>
      </w:r>
    </w:p>
    <w:p>
      <w:pPr>
        <w:spacing w:after="0"/>
      </w:pPr>
      <w:r>
        <w:rPr>
          <w:rFonts w:ascii="Arial" w:hAnsi="Arial"/>
          <w:sz w:val="22"/>
        </w:rPr>
        <w:t>That sounds, my my legs, I can't move my legs but I can feel them knotting themselves, like a French plait. That sounds, like my brain would go: What?</w:t>
      </w:r>
    </w:p>
    <w:p>
      <w:pPr>
        <w:spacing w:after="0"/>
      </w:pPr>
    </w:p>
    <w:p>
      <w:pPr>
        <w:spacing w:after="0"/>
      </w:pPr>
      <w:r>
        <w:rPr>
          <w:rFonts w:ascii="Arial" w:hAnsi="Arial"/>
          <w:b/>
          <w:sz w:val="22"/>
        </w:rPr>
        <w:t xml:space="preserve">Alice  </w:t>
      </w:r>
      <w:r>
        <w:rPr>
          <w:rFonts w:ascii="Arial" w:hAnsi="Arial"/>
          <w:color w:val="5D7284"/>
          <w:sz w:val="22"/>
        </w:rPr>
        <w:t>19:16</w:t>
      </w:r>
    </w:p>
    <w:p>
      <w:pPr>
        <w:spacing w:after="0"/>
      </w:pPr>
      <w:r>
        <w:rPr>
          <w:rFonts w:ascii="Arial" w:hAnsi="Arial"/>
          <w:sz w:val="22"/>
        </w:rPr>
        <w:t xml:space="preserve">[laughs] Yeah. Yeah, so. So you've got to do that. But then you've also got to move forward. And like my balance is atrocious for a number of raesons.  </w:t>
      </w:r>
    </w:p>
    <w:p>
      <w:pPr>
        <w:spacing w:after="0"/>
      </w:pPr>
    </w:p>
    <w:p>
      <w:pPr>
        <w:spacing w:after="0"/>
      </w:pPr>
      <w:r>
        <w:rPr>
          <w:rFonts w:ascii="Arial" w:hAnsi="Arial"/>
          <w:b/>
          <w:sz w:val="22"/>
        </w:rPr>
        <w:t xml:space="preserve">Lucy  </w:t>
      </w:r>
      <w:r>
        <w:rPr>
          <w:rFonts w:ascii="Arial" w:hAnsi="Arial"/>
          <w:color w:val="5D7284"/>
          <w:sz w:val="22"/>
        </w:rPr>
        <w:t>19:30</w:t>
      </w:r>
    </w:p>
    <w:p>
      <w:pPr>
        <w:spacing w:after="0"/>
      </w:pPr>
      <w:r>
        <w:rPr>
          <w:rFonts w:ascii="Arial" w:hAnsi="Arial"/>
          <w:sz w:val="22"/>
        </w:rPr>
        <w:t>So's mine!</w:t>
      </w:r>
    </w:p>
    <w:p>
      <w:pPr>
        <w:spacing w:after="0"/>
      </w:pPr>
    </w:p>
    <w:p>
      <w:pPr>
        <w:spacing w:after="0"/>
      </w:pPr>
      <w:r>
        <w:rPr>
          <w:rFonts w:ascii="Arial" w:hAnsi="Arial"/>
          <w:b/>
          <w:sz w:val="22"/>
        </w:rPr>
        <w:t xml:space="preserve">Alice  </w:t>
      </w:r>
      <w:r>
        <w:rPr>
          <w:rFonts w:ascii="Arial" w:hAnsi="Arial"/>
          <w:color w:val="5D7284"/>
          <w:sz w:val="22"/>
        </w:rPr>
        <w:t>19:32</w:t>
      </w:r>
    </w:p>
    <w:p>
      <w:pPr>
        <w:spacing w:after="0"/>
      </w:pPr>
      <w:r>
        <w:rPr>
          <w:rFonts w:ascii="Arial" w:hAnsi="Arial"/>
          <w:sz w:val="22"/>
        </w:rPr>
        <w:t xml:space="preserve">And so I am trying to remember what what foot going where while my hand is moving the cane. And also, there's a level of concentration that I have to have to just walk without falling down. </w:t>
      </w:r>
    </w:p>
    <w:p>
      <w:pPr>
        <w:spacing w:after="0"/>
      </w:pPr>
    </w:p>
    <w:p>
      <w:pPr>
        <w:spacing w:after="0"/>
      </w:pPr>
      <w:r>
        <w:rPr>
          <w:rFonts w:ascii="Arial" w:hAnsi="Arial"/>
          <w:b/>
          <w:sz w:val="22"/>
        </w:rPr>
        <w:t xml:space="preserve">Lucy  </w:t>
      </w:r>
      <w:r>
        <w:rPr>
          <w:rFonts w:ascii="Arial" w:hAnsi="Arial"/>
          <w:color w:val="5D7284"/>
          <w:sz w:val="22"/>
        </w:rPr>
        <w:t>19:46</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19:47</w:t>
      </w:r>
    </w:p>
    <w:p>
      <w:pPr>
        <w:spacing w:after="0"/>
      </w:pPr>
      <w:r>
        <w:rPr>
          <w:rFonts w:ascii="Arial" w:hAnsi="Arial"/>
          <w:sz w:val="22"/>
        </w:rPr>
        <w:t>And so I've also been concentrating on not falling down, but then also because I have got sight I am also looking where I'm going because it's just, it's just instinctual. So I'm going. Okay, so I'm walking down the street, and then  my feet are doing this, and my hand is doing this. And oh, no, I'm walking to the side now and Oh!</w:t>
      </w:r>
    </w:p>
    <w:p>
      <w:pPr>
        <w:spacing w:after="0"/>
      </w:pPr>
    </w:p>
    <w:p>
      <w:pPr>
        <w:spacing w:after="0"/>
      </w:pPr>
      <w:r>
        <w:rPr>
          <w:rFonts w:ascii="Arial" w:hAnsi="Arial"/>
          <w:b/>
          <w:sz w:val="22"/>
        </w:rPr>
        <w:t xml:space="preserve">Lucy  </w:t>
      </w:r>
      <w:r>
        <w:rPr>
          <w:rFonts w:ascii="Arial" w:hAnsi="Arial"/>
          <w:color w:val="5D7284"/>
          <w:sz w:val="22"/>
        </w:rPr>
        <w:t>20:08</w:t>
      </w:r>
    </w:p>
    <w:p>
      <w:pPr>
        <w:spacing w:after="0"/>
      </w:pPr>
      <w:r>
        <w:rPr>
          <w:rFonts w:ascii="Arial" w:hAnsi="Arial"/>
          <w:sz w:val="22"/>
        </w:rPr>
        <w:t>Yeah yeah. It's like patting your head and rubbing your stomach at the same time isn't it?</w:t>
      </w:r>
    </w:p>
    <w:p>
      <w:pPr>
        <w:spacing w:after="0"/>
      </w:pPr>
    </w:p>
    <w:p>
      <w:pPr>
        <w:spacing w:after="0"/>
      </w:pPr>
      <w:r>
        <w:rPr>
          <w:rFonts w:ascii="Arial" w:hAnsi="Arial"/>
          <w:b/>
          <w:sz w:val="22"/>
        </w:rPr>
        <w:t xml:space="preserve">Alice  </w:t>
      </w:r>
      <w:r>
        <w:rPr>
          <w:rFonts w:ascii="Arial" w:hAnsi="Arial"/>
          <w:color w:val="5D7284"/>
          <w:sz w:val="22"/>
        </w:rPr>
        <w:t>20:12</w:t>
      </w:r>
    </w:p>
    <w:p>
      <w:pPr>
        <w:spacing w:after="0"/>
      </w:pPr>
      <w:r>
        <w:rPr>
          <w:rFonts w:ascii="Arial" w:hAnsi="Arial"/>
          <w:sz w:val="22"/>
        </w:rPr>
        <w:t>Yeah, it's like patting your head, rubbing your stomach, and also trying to like, do... to add your cards up so you can get a Mars bar!</w:t>
      </w:r>
    </w:p>
    <w:p>
      <w:pPr>
        <w:spacing w:after="0"/>
      </w:pPr>
    </w:p>
    <w:p>
      <w:pPr>
        <w:spacing w:after="0"/>
      </w:pPr>
      <w:r>
        <w:rPr>
          <w:rFonts w:ascii="Arial" w:hAnsi="Arial"/>
          <w:b/>
          <w:sz w:val="22"/>
        </w:rPr>
        <w:t xml:space="preserve">Lucy  </w:t>
      </w:r>
      <w:r>
        <w:rPr>
          <w:rFonts w:ascii="Arial" w:hAnsi="Arial"/>
          <w:color w:val="5D7284"/>
          <w:sz w:val="22"/>
        </w:rPr>
        <w:t>20:24</w:t>
      </w:r>
    </w:p>
    <w:p>
      <w:pPr>
        <w:spacing w:after="0"/>
      </w:pPr>
      <w:r>
        <w:rPr>
          <w:rFonts w:ascii="Arial" w:hAnsi="Arial"/>
          <w:sz w:val="22"/>
        </w:rPr>
        <w:t>Yeah, yeah. Exaclty. And, I, I bet the the person who's helping you with your, your, your cane training makes it very easy as well.  Yeah, I mean, he's But he's, he's got sight hasn't he so of course it's easy for him</w:t>
      </w:r>
    </w:p>
    <w:p>
      <w:pPr>
        <w:spacing w:after="0"/>
      </w:pPr>
    </w:p>
    <w:p>
      <w:pPr>
        <w:spacing w:after="0"/>
      </w:pPr>
      <w:r>
        <w:rPr>
          <w:rFonts w:ascii="Arial" w:hAnsi="Arial"/>
          <w:b/>
          <w:sz w:val="22"/>
        </w:rPr>
        <w:t xml:space="preserve">Alice  </w:t>
      </w:r>
      <w:r>
        <w:rPr>
          <w:rFonts w:ascii="Arial" w:hAnsi="Arial"/>
          <w:color w:val="5D7284"/>
          <w:sz w:val="22"/>
        </w:rPr>
        <w:t>20:40</w:t>
      </w:r>
    </w:p>
    <w:p>
      <w:pPr>
        <w:spacing w:after="0"/>
      </w:pPr>
      <w:r>
        <w:rPr>
          <w:rFonts w:ascii="Arial" w:hAnsi="Arial"/>
          <w:sz w:val="22"/>
        </w:rPr>
        <w:t xml:space="preserve">And has been doing it probably for years. </w:t>
      </w:r>
    </w:p>
    <w:p>
      <w:pPr>
        <w:spacing w:after="0"/>
      </w:pPr>
    </w:p>
    <w:p>
      <w:pPr>
        <w:spacing w:after="0"/>
      </w:pPr>
      <w:r>
        <w:rPr>
          <w:rFonts w:ascii="Arial" w:hAnsi="Arial"/>
          <w:b/>
          <w:sz w:val="22"/>
        </w:rPr>
        <w:t xml:space="preserve">Lucy  </w:t>
      </w:r>
      <w:r>
        <w:rPr>
          <w:rFonts w:ascii="Arial" w:hAnsi="Arial"/>
          <w:color w:val="5D7284"/>
          <w:sz w:val="22"/>
        </w:rPr>
        <w:t>20:43</w:t>
      </w:r>
    </w:p>
    <w:p>
      <w:pPr>
        <w:spacing w:after="0"/>
      </w:pPr>
      <w:r>
        <w:rPr>
          <w:rFonts w:ascii="Arial" w:hAnsi="Arial"/>
          <w:sz w:val="22"/>
        </w:rPr>
        <w:t>Years, yeah.</w:t>
      </w:r>
    </w:p>
    <w:p>
      <w:pPr>
        <w:spacing w:after="0"/>
      </w:pPr>
    </w:p>
    <w:p>
      <w:pPr>
        <w:spacing w:after="0"/>
      </w:pPr>
      <w:r>
        <w:rPr>
          <w:rFonts w:ascii="Arial" w:hAnsi="Arial"/>
          <w:b/>
          <w:sz w:val="22"/>
        </w:rPr>
        <w:t xml:space="preserve">Alice  </w:t>
      </w:r>
      <w:r>
        <w:rPr>
          <w:rFonts w:ascii="Arial" w:hAnsi="Arial"/>
          <w:color w:val="5D7284"/>
          <w:sz w:val="22"/>
        </w:rPr>
        <w:t>20:45</w:t>
      </w:r>
    </w:p>
    <w:p>
      <w:pPr>
        <w:spacing w:after="0"/>
      </w:pPr>
      <w:r>
        <w:rPr>
          <w:rFonts w:ascii="Arial" w:hAnsi="Arial"/>
          <w:sz w:val="22"/>
        </w:rPr>
        <w:t xml:space="preserve">I mean, I'm sure that there are people listening to this, who have got no sight. And have been using a cane for years and are just like, I don't know what you're talking about. It's really easy. But this is, so it's such a different experience. I mean, when I had to start training with the dog, there was a lot of similar element of having to, there's hand gestures and stuff that you have to use with the dogs to help them know which way you're going. </w:t>
      </w:r>
    </w:p>
    <w:p>
      <w:pPr>
        <w:spacing w:after="0"/>
      </w:pPr>
    </w:p>
    <w:p>
      <w:pPr>
        <w:spacing w:after="0"/>
      </w:pPr>
      <w:r>
        <w:rPr>
          <w:rFonts w:ascii="Arial" w:hAnsi="Arial"/>
          <w:b/>
          <w:sz w:val="22"/>
        </w:rPr>
        <w:t xml:space="preserve">Lucy  </w:t>
      </w:r>
      <w:r>
        <w:rPr>
          <w:rFonts w:ascii="Arial" w:hAnsi="Arial"/>
          <w:color w:val="5D7284"/>
          <w:sz w:val="22"/>
        </w:rPr>
        <w:t>21:11</w:t>
      </w:r>
    </w:p>
    <w:p>
      <w:pPr>
        <w:spacing w:after="0"/>
      </w:pPr>
      <w:r>
        <w:rPr>
          <w:rFonts w:ascii="Arial" w:hAnsi="Arial"/>
          <w:sz w:val="22"/>
        </w:rPr>
        <w:t>Yeah. Of course</w:t>
      </w:r>
    </w:p>
    <w:p>
      <w:pPr>
        <w:spacing w:after="0"/>
      </w:pPr>
    </w:p>
    <w:p>
      <w:pPr>
        <w:spacing w:after="0"/>
      </w:pPr>
      <w:r>
        <w:rPr>
          <w:rFonts w:ascii="Arial" w:hAnsi="Arial"/>
          <w:b/>
          <w:sz w:val="22"/>
        </w:rPr>
        <w:t xml:space="preserve">Alice  </w:t>
      </w:r>
      <w:r>
        <w:rPr>
          <w:rFonts w:ascii="Arial" w:hAnsi="Arial"/>
          <w:color w:val="5D7284"/>
          <w:sz w:val="22"/>
        </w:rPr>
        <w:t>21:11</w:t>
      </w:r>
    </w:p>
    <w:p>
      <w:pPr>
        <w:spacing w:after="0"/>
      </w:pPr>
      <w:r>
        <w:rPr>
          <w:rFonts w:ascii="Arial" w:hAnsi="Arial"/>
          <w:sz w:val="22"/>
        </w:rPr>
        <w:t xml:space="preserve">So if I want to turn right, because Lola is always on my left, I have to do a right with my hand, and my right foot, and I have to say a command. And I have to not fall down. And I have to look where I'm about to turn and go. And so. And now now that comes really naturally to me. So it is it is something I will get used to. But at the moment, it's a real, it feels like a real juggling act to do all of that. But then also, you know, the thing that, that we've sort of touched on a little bit about this is the kind of psychological emotional impact of moving from having a guide dog to um, an orientation cane, you know, that, that is also a big, different experience for me. So it's just a lot, a lot going on. </w:t>
      </w:r>
    </w:p>
    <w:p>
      <w:pPr>
        <w:spacing w:after="0"/>
      </w:pPr>
    </w:p>
    <w:p>
      <w:pPr>
        <w:spacing w:after="0"/>
      </w:pPr>
      <w:r>
        <w:rPr>
          <w:rFonts w:ascii="Arial" w:hAnsi="Arial"/>
          <w:b/>
          <w:sz w:val="22"/>
        </w:rPr>
        <w:t xml:space="preserve">Lucy  </w:t>
      </w:r>
      <w:r>
        <w:rPr>
          <w:rFonts w:ascii="Arial" w:hAnsi="Arial"/>
          <w:color w:val="5D7284"/>
          <w:sz w:val="22"/>
        </w:rPr>
        <w:t>22:16</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22:17</w:t>
      </w:r>
    </w:p>
    <w:p>
      <w:pPr>
        <w:spacing w:after="0"/>
      </w:pPr>
      <w:r>
        <w:rPr>
          <w:rFonts w:ascii="Arial" w:hAnsi="Arial"/>
          <w:sz w:val="22"/>
        </w:rPr>
        <w:t>And it's, you know, and I mean, as with anything that you're trying to learn, I've got to practice. So I went out with my husband after work yesterday, and we were practising and he was like, you're walking so slowly, No wonder your balances all over the place, because you're concentrating so carefully on your steps and stuff that you're walking really slowly, and it's just messing with my centre of gravity. And so he was like, come on, you need to try walk faster. And the only way I could do it without really freaking out was to hold his hand, like I was a little girl had to hold on to his hand, going "Don't leave me!"</w:t>
      </w:r>
    </w:p>
    <w:p>
      <w:pPr>
        <w:spacing w:after="0"/>
      </w:pPr>
    </w:p>
    <w:p>
      <w:pPr>
        <w:spacing w:after="0"/>
      </w:pPr>
      <w:r>
        <w:rPr>
          <w:rFonts w:ascii="Arial" w:hAnsi="Arial"/>
          <w:b/>
          <w:sz w:val="22"/>
        </w:rPr>
        <w:t xml:space="preserve">Lucy  </w:t>
      </w:r>
      <w:r>
        <w:rPr>
          <w:rFonts w:ascii="Arial" w:hAnsi="Arial"/>
          <w:color w:val="5D7284"/>
          <w:sz w:val="22"/>
        </w:rPr>
        <w:t>22:55</w:t>
      </w:r>
    </w:p>
    <w:p>
      <w:pPr>
        <w:spacing w:after="0"/>
      </w:pPr>
      <w:r>
        <w:rPr>
          <w:rFonts w:ascii="Arial" w:hAnsi="Arial"/>
          <w:sz w:val="22"/>
        </w:rPr>
        <w:t>Aw, that's quite nice though. And at least is your husband is not like some random stranger just walking down the road like me can I hold your hand please sir?</w:t>
      </w:r>
    </w:p>
    <w:p>
      <w:pPr>
        <w:spacing w:after="0"/>
      </w:pPr>
    </w:p>
    <w:p>
      <w:pPr>
        <w:spacing w:after="0"/>
      </w:pPr>
      <w:r>
        <w:rPr>
          <w:rFonts w:ascii="Arial" w:hAnsi="Arial"/>
          <w:b/>
          <w:sz w:val="22"/>
        </w:rPr>
        <w:t xml:space="preserve">Alice  </w:t>
      </w:r>
      <w:r>
        <w:rPr>
          <w:rFonts w:ascii="Arial" w:hAnsi="Arial"/>
          <w:color w:val="5D7284"/>
          <w:sz w:val="22"/>
        </w:rPr>
        <w:t>23:03</w:t>
      </w:r>
    </w:p>
    <w:p>
      <w:pPr>
        <w:spacing w:after="0"/>
      </w:pPr>
      <w:r>
        <w:rPr>
          <w:rFonts w:ascii="Arial" w:hAnsi="Arial"/>
          <w:sz w:val="22"/>
        </w:rPr>
        <w:t>Yes. Defintely. But I mean, I thought I thought that experience that doing that's quite reflective, I think of what my experience, and my feelings about the difference between a cane a guide dog is because the reason, you know, I've had cane training off and on for 15 years, and never, I just never used it. You know, when I was in, when I was at uni, I would go out when it was getting dark. And the nature of my condition is I basically have nothing in the dark.</w:t>
      </w:r>
    </w:p>
    <w:p>
      <w:pPr>
        <w:spacing w:after="0"/>
      </w:pPr>
    </w:p>
    <w:p>
      <w:pPr>
        <w:spacing w:after="0"/>
      </w:pPr>
      <w:r>
        <w:rPr>
          <w:rFonts w:ascii="Arial" w:hAnsi="Arial"/>
          <w:b/>
          <w:sz w:val="22"/>
        </w:rPr>
        <w:t xml:space="preserve">Lucy  </w:t>
      </w:r>
      <w:r>
        <w:rPr>
          <w:rFonts w:ascii="Arial" w:hAnsi="Arial"/>
          <w:color w:val="5D7284"/>
          <w:sz w:val="22"/>
        </w:rPr>
        <w:t>23:39</w:t>
      </w:r>
    </w:p>
    <w:p>
      <w:pPr>
        <w:spacing w:after="0"/>
      </w:pPr>
      <w:r>
        <w:rPr>
          <w:rFonts w:ascii="Arial" w:hAnsi="Arial"/>
          <w:sz w:val="22"/>
        </w:rPr>
        <w:t xml:space="preserve"> Right </w:t>
      </w:r>
    </w:p>
    <w:p>
      <w:pPr>
        <w:spacing w:after="0"/>
      </w:pPr>
    </w:p>
    <w:p>
      <w:pPr>
        <w:spacing w:after="0"/>
      </w:pPr>
      <w:r>
        <w:rPr>
          <w:rFonts w:ascii="Arial" w:hAnsi="Arial"/>
          <w:b/>
          <w:sz w:val="22"/>
        </w:rPr>
        <w:t xml:space="preserve">Alice  </w:t>
      </w:r>
      <w:r>
        <w:rPr>
          <w:rFonts w:ascii="Arial" w:hAnsi="Arial"/>
          <w:color w:val="5D7284"/>
          <w:sz w:val="22"/>
        </w:rPr>
        <w:t>23:40</w:t>
      </w:r>
    </w:p>
    <w:p>
      <w:pPr>
        <w:spacing w:after="0"/>
      </w:pPr>
      <w:r>
        <w:rPr>
          <w:rFonts w:ascii="Arial" w:hAnsi="Arial"/>
          <w:sz w:val="22"/>
        </w:rPr>
        <w:t>But I'd go out and I'd risk it because I'd rather do that than be seen with a cane because I felt so vulnerable. And what's the word? Just on show? Just really...</w:t>
      </w:r>
    </w:p>
    <w:p>
      <w:pPr>
        <w:spacing w:after="0"/>
      </w:pPr>
    </w:p>
    <w:p>
      <w:pPr>
        <w:spacing w:after="0"/>
      </w:pPr>
      <w:r>
        <w:rPr>
          <w:rFonts w:ascii="Arial" w:hAnsi="Arial"/>
          <w:b/>
          <w:sz w:val="22"/>
        </w:rPr>
        <w:t xml:space="preserve">Lucy  </w:t>
      </w:r>
      <w:r>
        <w:rPr>
          <w:rFonts w:ascii="Arial" w:hAnsi="Arial"/>
          <w:color w:val="5D7284"/>
          <w:sz w:val="22"/>
        </w:rPr>
        <w:t>23:57</w:t>
      </w:r>
    </w:p>
    <w:p>
      <w:pPr>
        <w:spacing w:after="0"/>
      </w:pPr>
      <w:r>
        <w:rPr>
          <w:rFonts w:ascii="Arial" w:hAnsi="Arial"/>
          <w:sz w:val="22"/>
        </w:rPr>
        <w:t>So what do you think, changed then Alice? I know that, you say that? It's because Lola is getting older, and is getting, you know, up for retirement and doesn't really want to go anywhere. But is there, Is there another element to the fact that you thought okay, I'll give cane traininganother go then? Is it, Are you becoming more accepting, do you think? Or is it, is it just that like it is what it is, this is where we are? I've got no real other alternative. Or is it something other than that maybe?</w:t>
      </w:r>
    </w:p>
    <w:p>
      <w:pPr>
        <w:spacing w:after="0"/>
      </w:pPr>
    </w:p>
    <w:p>
      <w:pPr>
        <w:spacing w:after="0"/>
      </w:pPr>
      <w:r>
        <w:rPr>
          <w:rFonts w:ascii="Arial" w:hAnsi="Arial"/>
          <w:b/>
          <w:sz w:val="22"/>
        </w:rPr>
        <w:t xml:space="preserve">Alice  </w:t>
      </w:r>
      <w:r>
        <w:rPr>
          <w:rFonts w:ascii="Arial" w:hAnsi="Arial"/>
          <w:color w:val="5D7284"/>
          <w:sz w:val="22"/>
        </w:rPr>
        <w:t>24:28</w:t>
      </w:r>
    </w:p>
    <w:p>
      <w:pPr>
        <w:spacing w:after="0"/>
      </w:pPr>
      <w:r>
        <w:rPr>
          <w:rFonts w:ascii="Arial" w:hAnsi="Arial"/>
          <w:sz w:val="22"/>
        </w:rPr>
        <w:t xml:space="preserve">Yeah. It's, no, it's it's, I, I don't want to do this. I'm only doing this because I don't have another alternative. I'm doing this because I got to a point with the deterioration of my site that I have to keep myself safe. And and I suppose the thing that has changed is that over the years, I would have previously would have sacrificed my independence or my social life to not - and I would rather have stayed home, basically. Or I would have rather risked hurting myself. And I am just at a point now where I know I can't, it's not safe for me to go out without something, </w:t>
      </w:r>
    </w:p>
    <w:p>
      <w:pPr>
        <w:spacing w:after="0"/>
      </w:pPr>
    </w:p>
    <w:p>
      <w:pPr>
        <w:spacing w:after="0"/>
      </w:pPr>
      <w:r>
        <w:rPr>
          <w:rFonts w:ascii="Arial" w:hAnsi="Arial"/>
          <w:b/>
          <w:sz w:val="22"/>
        </w:rPr>
        <w:t xml:space="preserve">Lucy  </w:t>
      </w:r>
      <w:r>
        <w:rPr>
          <w:rFonts w:ascii="Arial" w:hAnsi="Arial"/>
          <w:color w:val="5D7284"/>
          <w:sz w:val="22"/>
        </w:rPr>
        <w:t>25:19</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25:19</w:t>
      </w:r>
    </w:p>
    <w:p>
      <w:pPr>
        <w:spacing w:after="0"/>
      </w:pPr>
      <w:r>
        <w:rPr>
          <w:rFonts w:ascii="Arial" w:hAnsi="Arial"/>
          <w:sz w:val="22"/>
        </w:rPr>
        <w:t>And I've, it's that was the really hard decision was to sort of sit down and go well, what's what's more important to me now? Is being able to go out and being able to, to do things independently. And, you know, just run errands and things like that, is that more important to me than the anxiety I feel of going out and being seen using a cane?</w:t>
      </w:r>
    </w:p>
    <w:p>
      <w:pPr>
        <w:spacing w:after="0"/>
      </w:pPr>
    </w:p>
    <w:p>
      <w:pPr>
        <w:spacing w:after="0"/>
      </w:pPr>
      <w:r>
        <w:rPr>
          <w:rFonts w:ascii="Arial" w:hAnsi="Arial"/>
          <w:b/>
          <w:sz w:val="22"/>
        </w:rPr>
        <w:t xml:space="preserve">Lucy  </w:t>
      </w:r>
      <w:r>
        <w:rPr>
          <w:rFonts w:ascii="Arial" w:hAnsi="Arial"/>
          <w:color w:val="5D7284"/>
          <w:sz w:val="22"/>
        </w:rPr>
        <w:t>25:52</w:t>
      </w:r>
    </w:p>
    <w:p>
      <w:pPr>
        <w:spacing w:after="0"/>
      </w:pPr>
      <w:r>
        <w:rPr>
          <w:rFonts w:ascii="Arial" w:hAnsi="Arial"/>
          <w:sz w:val="22"/>
        </w:rPr>
        <w:t xml:space="preserve">I think it's the kind of thing that I always go back to is, you've got to be able to find a way, that where, you can live a happy life, isn't it really, and finding that finding that inner happiness, it doesn't matter whether, you know, you need a cane to do it or I need a PA to help me go to the toilet when I'm at work. I don't get embarrassed about the fact I need a PA to take me to the toilet. Because the other alternative is I sit there and I wet myself. So I would much rather, I know it's exactly the same thing, but you know, what I mean, is that you kind of have to think of a disabled person, you are constantly having to make weighing things up and sacrificing, well. </w:t>
      </w:r>
    </w:p>
    <w:p>
      <w:pPr>
        <w:spacing w:after="0"/>
      </w:pPr>
    </w:p>
    <w:p>
      <w:pPr>
        <w:spacing w:after="0"/>
      </w:pPr>
      <w:r>
        <w:rPr>
          <w:rFonts w:ascii="Arial" w:hAnsi="Arial"/>
          <w:b/>
          <w:sz w:val="22"/>
        </w:rPr>
        <w:t xml:space="preserve">Alice  </w:t>
      </w:r>
      <w:r>
        <w:rPr>
          <w:rFonts w:ascii="Arial" w:hAnsi="Arial"/>
          <w:color w:val="5D7284"/>
          <w:sz w:val="22"/>
        </w:rPr>
        <w:t>26:34</w:t>
      </w:r>
    </w:p>
    <w:p>
      <w:pPr>
        <w:spacing w:after="0"/>
      </w:pPr>
      <w:r>
        <w:rPr>
          <w:rFonts w:ascii="Arial" w:hAnsi="Arial"/>
          <w:sz w:val="22"/>
        </w:rPr>
        <w:t xml:space="preserve">It's kind of a compromise, isn't it? </w:t>
      </w:r>
    </w:p>
    <w:p>
      <w:pPr>
        <w:spacing w:after="0"/>
      </w:pPr>
    </w:p>
    <w:p>
      <w:pPr>
        <w:spacing w:after="0"/>
      </w:pPr>
      <w:r>
        <w:rPr>
          <w:rFonts w:ascii="Arial" w:hAnsi="Arial"/>
          <w:b/>
          <w:sz w:val="22"/>
        </w:rPr>
        <w:t xml:space="preserve">Lucy  </w:t>
      </w:r>
      <w:r>
        <w:rPr>
          <w:rFonts w:ascii="Arial" w:hAnsi="Arial"/>
          <w:color w:val="5D7284"/>
          <w:sz w:val="22"/>
        </w:rPr>
        <w:t>26:35</w:t>
      </w:r>
    </w:p>
    <w:p>
      <w:pPr>
        <w:spacing w:after="0"/>
      </w:pPr>
      <w:r>
        <w:rPr>
          <w:rFonts w:ascii="Arial" w:hAnsi="Arial"/>
          <w:sz w:val="22"/>
        </w:rPr>
        <w:t>It is it's quite, your life is a constant compromise between, okay, this, this, this is not going to be ideal. What if I don't do this, then it's a bit a bit like me, really, you know, I go to bed early to have a lie out and stretch out. Because I've been in my chair all day, people on the outside world think I actually go to bed to go to sleep at Harper six at night. I'm there watching the telly you know what I mean? And just like having a relax but people think, oh, she's in bed, she's asleep. And I don't particularly like going to bed at six, but it is what it is, you know, and if it means that I can have an active life in the daytime, then I'm not particularly bothered about what anybody else thinks you just got to, you've got to as a disabled person, you have got to just, and I know, it's easier said than done, of course it is. But you have to find that balance of, so long as you're happy, it doesn't really matter that anybody else does it, you know, so long as you're comfortable, you feel safer, and happier, to be able to live an active life and do what you want to do within those six hours of a day or whatever it is, then it really doesn't matter does it and I know it's fairly self conscious, you know, things you still get to me, where I think I feel really self conscious about it. But at the end of the day, you just have to kind of like, take a deep breath and think it's for the greater good, isn't it really.</w:t>
      </w:r>
    </w:p>
    <w:p>
      <w:pPr>
        <w:spacing w:after="0"/>
      </w:pPr>
    </w:p>
    <w:p>
      <w:pPr>
        <w:spacing w:after="0"/>
      </w:pPr>
      <w:r>
        <w:rPr>
          <w:rFonts w:ascii="Arial" w:hAnsi="Arial"/>
          <w:b/>
          <w:sz w:val="22"/>
        </w:rPr>
        <w:t xml:space="preserve">Alice  </w:t>
      </w:r>
      <w:r>
        <w:rPr>
          <w:rFonts w:ascii="Arial" w:hAnsi="Arial"/>
          <w:color w:val="5D7284"/>
          <w:sz w:val="22"/>
        </w:rPr>
        <w:t>27:57</w:t>
      </w:r>
    </w:p>
    <w:p>
      <w:pPr>
        <w:spacing w:after="0"/>
      </w:pPr>
      <w:r>
        <w:rPr>
          <w:rFonts w:ascii="Arial" w:hAnsi="Arial"/>
          <w:sz w:val="22"/>
        </w:rPr>
        <w:t>And that's, that's kind of the journey that I've been on really is, you know, I, the wonderful thing for me about having the dog is I never felt quite so self conscious. Because although, you know, I had a lot of I've always with the dog had people looking at me and people notice, there's, I've never felt quite so isolated, and out there and vulnerable on my own because I've got my little friend with me, you know and it's very hard... Exactly.  It's very hard to feel bad about yourself and have self doubt and self hate and stuff like that when you've got a pair of big brown eyes and a wet nose constantly going, Oh, Mom, I love you. What's the next thing?  And Oh let's do this!You know,</w:t>
      </w:r>
    </w:p>
    <w:p>
      <w:pPr>
        <w:spacing w:after="0"/>
      </w:pPr>
    </w:p>
    <w:p>
      <w:pPr>
        <w:spacing w:after="0"/>
      </w:pPr>
      <w:r>
        <w:rPr>
          <w:rFonts w:ascii="Arial" w:hAnsi="Arial"/>
          <w:b/>
          <w:sz w:val="22"/>
        </w:rPr>
        <w:t xml:space="preserve">Lucy  </w:t>
      </w:r>
      <w:r>
        <w:rPr>
          <w:rFonts w:ascii="Arial" w:hAnsi="Arial"/>
          <w:color w:val="5D7284"/>
          <w:sz w:val="22"/>
        </w:rPr>
        <w:t>28:30</w:t>
      </w:r>
    </w:p>
    <w:p>
      <w:pPr>
        <w:spacing w:after="0"/>
      </w:pPr>
      <w:r>
        <w:rPr>
          <w:rFonts w:ascii="Arial" w:hAnsi="Arial"/>
          <w:sz w:val="22"/>
        </w:rPr>
        <w:t>Yeah. Man's best friend isn't it? That kind of thing They're just so happy to do anything, aren't they? Dogs?</w:t>
      </w:r>
    </w:p>
    <w:p>
      <w:pPr>
        <w:spacing w:after="0"/>
      </w:pPr>
    </w:p>
    <w:p>
      <w:pPr>
        <w:spacing w:after="0"/>
      </w:pPr>
      <w:r>
        <w:rPr>
          <w:rFonts w:ascii="Arial" w:hAnsi="Arial"/>
          <w:b/>
          <w:sz w:val="22"/>
        </w:rPr>
        <w:t xml:space="preserve">Alice  </w:t>
      </w:r>
      <w:r>
        <w:rPr>
          <w:rFonts w:ascii="Arial" w:hAnsi="Arial"/>
          <w:color w:val="5D7284"/>
          <w:sz w:val="22"/>
        </w:rPr>
        <w:t>28:49</w:t>
      </w:r>
    </w:p>
    <w:p>
      <w:pPr>
        <w:spacing w:after="0"/>
      </w:pPr>
      <w:r>
        <w:rPr>
          <w:rFonts w:ascii="Arial" w:hAnsi="Arial"/>
          <w:sz w:val="22"/>
        </w:rPr>
        <w:t xml:space="preserve">Exactly. Exactly. So it's been, you know, this, this sort of getting to this point for me, it's been quite a, an interesting sort of emotional journey, as well as having to kind of go through this, this practical learning, I've had to get to a point where I've I have really had to think well, you know, especially having spent the last year not being able to go out and do anything for different reasons. </w:t>
      </w:r>
    </w:p>
    <w:p>
      <w:pPr>
        <w:spacing w:after="0"/>
      </w:pPr>
    </w:p>
    <w:p>
      <w:pPr>
        <w:spacing w:after="0"/>
      </w:pPr>
      <w:r>
        <w:rPr>
          <w:rFonts w:ascii="Arial" w:hAnsi="Arial"/>
          <w:b/>
          <w:sz w:val="22"/>
        </w:rPr>
        <w:t xml:space="preserve">Lucy  </w:t>
      </w:r>
      <w:r>
        <w:rPr>
          <w:rFonts w:ascii="Arial" w:hAnsi="Arial"/>
          <w:color w:val="5D7284"/>
          <w:sz w:val="22"/>
        </w:rPr>
        <w:t>29:21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29:23</w:t>
      </w:r>
    </w:p>
    <w:p>
      <w:pPr>
        <w:spacing w:after="0"/>
      </w:pPr>
      <w:r>
        <w:rPr>
          <w:rFonts w:ascii="Arial" w:hAnsi="Arial"/>
          <w:sz w:val="22"/>
        </w:rPr>
        <w:t xml:space="preserve"> I have kind of gained a new respect and recognition of the small things that I can do and do do outside that I really enjoy. Like, I do really love going and get my nails done. I love it.</w:t>
      </w:r>
    </w:p>
    <w:p>
      <w:pPr>
        <w:spacing w:after="0"/>
      </w:pPr>
    </w:p>
    <w:p>
      <w:pPr>
        <w:spacing w:after="0"/>
      </w:pPr>
      <w:r>
        <w:rPr>
          <w:rFonts w:ascii="Arial" w:hAnsi="Arial"/>
          <w:b/>
          <w:sz w:val="22"/>
        </w:rPr>
        <w:t xml:space="preserve">Lucy  </w:t>
      </w:r>
      <w:r>
        <w:rPr>
          <w:rFonts w:ascii="Arial" w:hAnsi="Arial"/>
          <w:color w:val="5D7284"/>
          <w:sz w:val="22"/>
        </w:rPr>
        <w:t>29:45</w:t>
      </w:r>
    </w:p>
    <w:p>
      <w:pPr>
        <w:spacing w:after="0"/>
      </w:pPr>
      <w:r>
        <w:rPr>
          <w:rFonts w:ascii="Arial" w:hAnsi="Arial"/>
          <w:sz w:val="22"/>
        </w:rPr>
        <w:t>Yeah. Me too.</w:t>
      </w:r>
    </w:p>
    <w:p>
      <w:pPr>
        <w:spacing w:after="0"/>
      </w:pPr>
    </w:p>
    <w:p>
      <w:pPr>
        <w:spacing w:after="0"/>
      </w:pPr>
      <w:r>
        <w:rPr>
          <w:rFonts w:ascii="Arial" w:hAnsi="Arial"/>
          <w:b/>
          <w:sz w:val="22"/>
        </w:rPr>
        <w:t xml:space="preserve">Alice  </w:t>
      </w:r>
      <w:r>
        <w:rPr>
          <w:rFonts w:ascii="Arial" w:hAnsi="Arial"/>
          <w:color w:val="5D7284"/>
          <w:sz w:val="22"/>
        </w:rPr>
        <w:t>29:46</w:t>
      </w:r>
    </w:p>
    <w:p>
      <w:pPr>
        <w:spacing w:after="0"/>
      </w:pPr>
      <w:r>
        <w:rPr>
          <w:rFonts w:ascii="Arial" w:hAnsi="Arial"/>
          <w:sz w:val="22"/>
        </w:rPr>
        <w:t>And I can't I had to basically like you said I had to weigh up that what is going to be you know emotionally is it going to be more upsetting to have to go out and use a cane to do the 1520 minute walk to the new therapist, you know, every few weeks, and then have my nails the whole time the rest of the time and, you know, love them and be happy with them and all of that. Like, it's it's making that balance. It's, you know how, how horrible tasting is the medicine over how well you're going to feel once you've taken it?</w:t>
      </w:r>
    </w:p>
    <w:p>
      <w:pPr>
        <w:spacing w:after="0"/>
      </w:pPr>
    </w:p>
    <w:p>
      <w:pPr>
        <w:spacing w:after="0"/>
      </w:pPr>
      <w:r>
        <w:rPr>
          <w:rFonts w:ascii="Arial" w:hAnsi="Arial"/>
          <w:b/>
          <w:sz w:val="22"/>
        </w:rPr>
        <w:t xml:space="preserve">Lucy  </w:t>
      </w:r>
      <w:r>
        <w:rPr>
          <w:rFonts w:ascii="Arial" w:hAnsi="Arial"/>
          <w:color w:val="5D7284"/>
          <w:sz w:val="22"/>
        </w:rPr>
        <w:t>30:31</w:t>
      </w:r>
    </w:p>
    <w:p>
      <w:pPr>
        <w:spacing w:after="0"/>
      </w:pPr>
      <w:r>
        <w:rPr>
          <w:rFonts w:ascii="Arial" w:hAnsi="Arial"/>
          <w:sz w:val="22"/>
        </w:rPr>
        <w:t xml:space="preserve">Absolutely. Absolutely. Yeah, and for me, it's like, there are many, many, many, many things I can't do on my own. But the things I can do, I want to keep that ability to do for as long as possible. So for those of you who don't know, where I stand on a standing frame regularly, is the most painful, disorientated, sickness inducing feeling, because my legs don't like standing up, they were built to stand up, you know, they did that for that for, for my legs, they are show that show purpose legs, they don't do anything. And if they weren't, if I didn't have any legs, I'd look a bit weird. So that's why they are there. But I will do anything. I mean, I've gone through rounds of physio that are so painful that I end up screaming and swearing at the physiotherapist and she goes, could you mind keeping the voice down because it sounds like a murdering you're like it feels like you are. I've gone through hydrotherapy which is hard, that's like physio in water, which is even harder. All of that stuff, I do it because I think I don't want my body to get any worse any quicker. Because they'll tell you that cerebral palsy doesn't get any worse. But as an adult with cerebral palsy, I'm telling you, it does. I never used to hurt like this when I was a kid, I don't want to lose any more function. So I will do this, these things. And whilst it's hurt, hurting, and it's not very pleasant, you kind of have to, again, it's the weighing, weighing it up and saying, Well, this, but this is gonna make me feel better in the long run, I stand up and it hurts and, but, I get out again, and my legs feel, so, I feel calmer when I stand up. I'm not so anxious, because my stomach is not screwed up in a knot. So it's to me, you know, we have to disabled people have to do horrible things that are very uncomfortable all of the time, to whether it's physically uncomfortable,  </w:t>
      </w:r>
    </w:p>
    <w:p>
      <w:pPr>
        <w:spacing w:after="0"/>
      </w:pPr>
    </w:p>
    <w:p>
      <w:pPr>
        <w:spacing w:after="0"/>
      </w:pPr>
      <w:r>
        <w:rPr>
          <w:rFonts w:ascii="Arial" w:hAnsi="Arial"/>
          <w:b/>
          <w:sz w:val="22"/>
        </w:rPr>
        <w:t xml:space="preserve">Alice  </w:t>
      </w:r>
      <w:r>
        <w:rPr>
          <w:rFonts w:ascii="Arial" w:hAnsi="Arial"/>
          <w:color w:val="5D7284"/>
          <w:sz w:val="22"/>
        </w:rPr>
        <w:t>32:36</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32:36</w:t>
      </w:r>
    </w:p>
    <w:p>
      <w:pPr>
        <w:spacing w:after="0"/>
      </w:pPr>
      <w:r>
        <w:rPr>
          <w:rFonts w:ascii="Arial" w:hAnsi="Arial"/>
          <w:sz w:val="22"/>
        </w:rPr>
        <w:t xml:space="preserve">or emotionally uncomfortable, </w:t>
      </w:r>
    </w:p>
    <w:p>
      <w:pPr>
        <w:spacing w:after="0"/>
      </w:pPr>
    </w:p>
    <w:p>
      <w:pPr>
        <w:spacing w:after="0"/>
      </w:pPr>
      <w:r>
        <w:rPr>
          <w:rFonts w:ascii="Arial" w:hAnsi="Arial"/>
          <w:b/>
          <w:sz w:val="22"/>
        </w:rPr>
        <w:t xml:space="preserve">Alice  </w:t>
      </w:r>
      <w:r>
        <w:rPr>
          <w:rFonts w:ascii="Arial" w:hAnsi="Arial"/>
          <w:color w:val="5D7284"/>
          <w:sz w:val="22"/>
        </w:rPr>
        <w:t>32:38</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32:38</w:t>
      </w:r>
    </w:p>
    <w:p>
      <w:pPr>
        <w:spacing w:after="0"/>
      </w:pPr>
      <w:r>
        <w:rPr>
          <w:rFonts w:ascii="Arial" w:hAnsi="Arial"/>
          <w:sz w:val="22"/>
        </w:rPr>
        <w:t>We have to do those things all of the time, just to keep the bare minimum. And that is what I think able bodied people, they don't see the stuff that goes on in the background to keep me looking, Oh Lucy's got a nice face on, I've got a nice face on because I'm doing exercises with my fingers. So I can hold brushes in my hand when I'm putting my face -  because otherwise, somebody else will have to do it. And I don't want to give up that independence of I put my own face on. It's that kind of silly - to other people would think let's just get somebody else to do it. But I don't want to.</w:t>
      </w:r>
    </w:p>
    <w:p>
      <w:pPr>
        <w:spacing w:after="0"/>
      </w:pPr>
    </w:p>
    <w:p>
      <w:pPr>
        <w:spacing w:after="0"/>
      </w:pPr>
      <w:r>
        <w:rPr>
          <w:rFonts w:ascii="Arial" w:hAnsi="Arial"/>
          <w:b/>
          <w:sz w:val="22"/>
        </w:rPr>
        <w:t xml:space="preserve">Alice  </w:t>
      </w:r>
      <w:r>
        <w:rPr>
          <w:rFonts w:ascii="Arial" w:hAnsi="Arial"/>
          <w:color w:val="5D7284"/>
          <w:sz w:val="22"/>
        </w:rPr>
        <w:t>33:12</w:t>
      </w:r>
    </w:p>
    <w:p>
      <w:pPr>
        <w:spacing w:after="0"/>
      </w:pPr>
      <w:r>
        <w:rPr>
          <w:rFonts w:ascii="Arial" w:hAnsi="Arial"/>
          <w:sz w:val="22"/>
        </w:rPr>
        <w:t xml:space="preserve">I think it's really interesting as well, like, you know, listening to you. I don't know if it's because of the way you were brought up or your different experience of disability having always had a very visible disability. But I get the impression from what you've said in the way that you've talked, that you've always had that real determination to want to be independent. And for me, the idea of independence, has always, for a lot of my life, certainly being independent, meant that I didn't need help. And actually one of the things I've really had to come to terms with is going actually, what independence is, is getting the help you need to be independent. </w:t>
      </w:r>
    </w:p>
    <w:p>
      <w:pPr>
        <w:spacing w:after="0"/>
      </w:pPr>
    </w:p>
    <w:p>
      <w:pPr>
        <w:spacing w:after="0"/>
      </w:pPr>
      <w:r>
        <w:rPr>
          <w:rFonts w:ascii="Arial" w:hAnsi="Arial"/>
          <w:b/>
          <w:sz w:val="22"/>
        </w:rPr>
        <w:t xml:space="preserve">Lucy  </w:t>
      </w:r>
      <w:r>
        <w:rPr>
          <w:rFonts w:ascii="Arial" w:hAnsi="Arial"/>
          <w:color w:val="5D7284"/>
          <w:sz w:val="22"/>
        </w:rPr>
        <w:t>34:07</w:t>
      </w:r>
    </w:p>
    <w:p>
      <w:pPr>
        <w:spacing w:after="0"/>
      </w:pPr>
      <w:r>
        <w:rPr>
          <w:rFonts w:ascii="Arial" w:hAnsi="Arial"/>
          <w:sz w:val="22"/>
        </w:rPr>
        <w:t xml:space="preserve">Exactly. It's not about doing everything by yourself completely. Like I don't need any help ever, it's being able to go You know what, I really struggle with this, I need some help. </w:t>
      </w:r>
    </w:p>
    <w:p>
      <w:pPr>
        <w:spacing w:after="0"/>
      </w:pPr>
    </w:p>
    <w:p>
      <w:pPr>
        <w:spacing w:after="0"/>
      </w:pPr>
      <w:r>
        <w:rPr>
          <w:rFonts w:ascii="Arial" w:hAnsi="Arial"/>
          <w:b/>
          <w:sz w:val="22"/>
        </w:rPr>
        <w:t xml:space="preserve">Alice  </w:t>
      </w:r>
      <w:r>
        <w:rPr>
          <w:rFonts w:ascii="Arial" w:hAnsi="Arial"/>
          <w:color w:val="5D7284"/>
          <w:sz w:val="22"/>
        </w:rPr>
        <w:t>34:16</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34:17</w:t>
      </w:r>
    </w:p>
    <w:p>
      <w:pPr>
        <w:spacing w:after="0"/>
      </w:pPr>
      <w:r>
        <w:rPr>
          <w:rFonts w:ascii="Arial" w:hAnsi="Arial"/>
          <w:sz w:val="22"/>
        </w:rPr>
        <w:t>Cause you're still, you are still you're still enlisting that person who is helping you to help you.</w:t>
      </w:r>
    </w:p>
    <w:p>
      <w:pPr>
        <w:spacing w:after="0"/>
      </w:pPr>
    </w:p>
    <w:p>
      <w:pPr>
        <w:spacing w:after="0"/>
      </w:pPr>
      <w:r>
        <w:rPr>
          <w:rFonts w:ascii="Arial" w:hAnsi="Arial"/>
          <w:b/>
          <w:sz w:val="22"/>
        </w:rPr>
        <w:t xml:space="preserve">Alice  </w:t>
      </w:r>
      <w:r>
        <w:rPr>
          <w:rFonts w:ascii="Arial" w:hAnsi="Arial"/>
          <w:color w:val="5D7284"/>
          <w:sz w:val="22"/>
        </w:rPr>
        <w:t>34:23</w:t>
      </w:r>
    </w:p>
    <w:p>
      <w:pPr>
        <w:spacing w:after="0"/>
      </w:pPr>
      <w:r>
        <w:rPr>
          <w:rFonts w:ascii="Arial" w:hAnsi="Arial"/>
          <w:sz w:val="22"/>
        </w:rPr>
        <w:t>You're taking control of</w:t>
      </w:r>
    </w:p>
    <w:p>
      <w:pPr>
        <w:spacing w:after="0"/>
      </w:pPr>
    </w:p>
    <w:p>
      <w:pPr>
        <w:spacing w:after="0"/>
      </w:pPr>
      <w:r>
        <w:rPr>
          <w:rFonts w:ascii="Arial" w:hAnsi="Arial"/>
          <w:b/>
          <w:sz w:val="22"/>
        </w:rPr>
        <w:t xml:space="preserve">Lucy  </w:t>
      </w:r>
      <w:r>
        <w:rPr>
          <w:rFonts w:ascii="Arial" w:hAnsi="Arial"/>
          <w:color w:val="5D7284"/>
          <w:sz w:val="22"/>
        </w:rPr>
        <w:t>34:25</w:t>
      </w:r>
    </w:p>
    <w:p>
      <w:pPr>
        <w:spacing w:after="0"/>
      </w:pPr>
      <w:r>
        <w:rPr>
          <w:rFonts w:ascii="Arial" w:hAnsi="Arial"/>
          <w:sz w:val="22"/>
        </w:rPr>
        <w:t>exactly, you know, people I've seen people on Twitter and Social Media and stuff who say, like, they can't move their arms and they can't they've got no dexterity in their fingers whatsoever. But to them they can still cook because they are telling the the caregiver or whoever it is, can you chop that cucumber like that? Not like that, like this, like in cubes rather than circles. Just because they aren't physically doing it does not mean to say that they haven't had some independent thought behind how they serve a salad. Do you know what I mean? It's and I think As a disabled person, you do get a very unique understanding of what the word independence means. Everybody else thinks is a very singular thing is a very solitary thing. But it's not. It's being able to go. And it's a bit, it's a huge thing to say, do you know what I'm going to I'm going to try and do things this way and change the way I do things. It's a huge, big step for anybody of any with any disability to say, I'm really struggling with this. I can't do it on my own. I need some help asking for help. is one of the bravest things you can do and doing, doing the you know, realising actually, you know, in your case, Lola is getting old now and doesn't really want to talk anymore to she she's clocked off and is in the Caribbean having a cocktail in her head. And</w:t>
      </w:r>
    </w:p>
    <w:p>
      <w:pPr>
        <w:spacing w:after="0"/>
      </w:pPr>
    </w:p>
    <w:p>
      <w:pPr>
        <w:spacing w:after="0"/>
      </w:pPr>
      <w:r>
        <w:rPr>
          <w:rFonts w:ascii="Arial" w:hAnsi="Arial"/>
          <w:b/>
          <w:sz w:val="22"/>
        </w:rPr>
        <w:t xml:space="preserve">Alice  </w:t>
      </w:r>
      <w:r>
        <w:rPr>
          <w:rFonts w:ascii="Arial" w:hAnsi="Arial"/>
          <w:color w:val="5D7284"/>
          <w:sz w:val="22"/>
        </w:rPr>
        <w:t>35:52</w:t>
      </w:r>
    </w:p>
    <w:p>
      <w:pPr>
        <w:spacing w:after="0"/>
      </w:pPr>
      <w:r>
        <w:rPr>
          <w:rFonts w:ascii="Arial" w:hAnsi="Arial"/>
          <w:sz w:val="22"/>
        </w:rPr>
        <w:t>Yeah that about right, I just see her now on on her bed in the living room imagining she's on a beach just like "Ah what you fucking doin' Mum?"</w:t>
      </w:r>
    </w:p>
    <w:p>
      <w:pPr>
        <w:spacing w:after="0"/>
      </w:pPr>
    </w:p>
    <w:p>
      <w:pPr>
        <w:spacing w:after="0"/>
      </w:pPr>
      <w:r>
        <w:rPr>
          <w:rFonts w:ascii="Arial" w:hAnsi="Arial"/>
          <w:b/>
          <w:sz w:val="22"/>
        </w:rPr>
        <w:t xml:space="preserve">Lucy  </w:t>
      </w:r>
      <w:r>
        <w:rPr>
          <w:rFonts w:ascii="Arial" w:hAnsi="Arial"/>
          <w:color w:val="5D7284"/>
          <w:sz w:val="22"/>
        </w:rPr>
        <w:t>36:03</w:t>
      </w:r>
    </w:p>
    <w:p>
      <w:pPr>
        <w:spacing w:after="0"/>
      </w:pPr>
      <w:r>
        <w:rPr>
          <w:rFonts w:ascii="Arial" w:hAnsi="Arial"/>
          <w:sz w:val="22"/>
        </w:rPr>
        <w:t xml:space="preserve">[laughs] You do it now I've clocked off. But you know, for you to that for you to realise you could have said to Lola, no, we're going outside Lola, and you will behave. But you have you have stood there and you've realised this isn't working anymore. It's not. It's not. I'm not getting the best out of Lola. It's not Lola's fault. </w:t>
      </w:r>
    </w:p>
    <w:p>
      <w:pPr>
        <w:spacing w:after="0"/>
      </w:pPr>
    </w:p>
    <w:p>
      <w:pPr>
        <w:spacing w:after="0"/>
      </w:pPr>
      <w:r>
        <w:rPr>
          <w:rFonts w:ascii="Arial" w:hAnsi="Arial"/>
          <w:b/>
          <w:sz w:val="22"/>
        </w:rPr>
        <w:t xml:space="preserve">Alice  </w:t>
      </w:r>
      <w:r>
        <w:rPr>
          <w:rFonts w:ascii="Arial" w:hAnsi="Arial"/>
          <w:color w:val="5D7284"/>
          <w:sz w:val="22"/>
        </w:rPr>
        <w:t>36:24</w:t>
      </w:r>
    </w:p>
    <w:p>
      <w:pPr>
        <w:spacing w:after="0"/>
      </w:pPr>
      <w:r>
        <w:rPr>
          <w:rFonts w:ascii="Arial" w:hAnsi="Arial"/>
          <w:sz w:val="22"/>
        </w:rPr>
        <w:t xml:space="preserve">No, no, no. No. And, and that was that was one of the things that was a big part of this journey for me was realising, getting really angry and frustrated with Lola. And sort of like anyone who's who's known me and Lola for a long time will tell you she's gotten really grey in the last 18 months. It's very much Come on quickly. And she's still the maddest, bounciest dog I will share when this episode goes out. I will share a photo that I shared on Facebook the other day - </w:t>
      </w:r>
    </w:p>
    <w:p>
      <w:pPr>
        <w:spacing w:after="0"/>
      </w:pPr>
    </w:p>
    <w:p>
      <w:pPr>
        <w:spacing w:after="0"/>
      </w:pPr>
      <w:r>
        <w:rPr>
          <w:rFonts w:ascii="Arial" w:hAnsi="Arial"/>
          <w:b/>
          <w:sz w:val="22"/>
        </w:rPr>
        <w:t xml:space="preserve">Lucy  </w:t>
      </w:r>
      <w:r>
        <w:rPr>
          <w:rFonts w:ascii="Arial" w:hAnsi="Arial"/>
          <w:color w:val="5D7284"/>
          <w:sz w:val="22"/>
        </w:rPr>
        <w:t>36:27</w:t>
      </w:r>
    </w:p>
    <w:p>
      <w:pPr>
        <w:spacing w:after="0"/>
      </w:pPr>
      <w:r>
        <w:rPr>
          <w:rFonts w:ascii="Arial" w:hAnsi="Arial"/>
          <w:sz w:val="22"/>
        </w:rPr>
        <w:t>I love that photo. It's brilliant.</w:t>
      </w:r>
    </w:p>
    <w:p>
      <w:pPr>
        <w:spacing w:after="0"/>
      </w:pPr>
    </w:p>
    <w:p>
      <w:pPr>
        <w:spacing w:after="0"/>
      </w:pPr>
      <w:r>
        <w:rPr>
          <w:rFonts w:ascii="Arial" w:hAnsi="Arial"/>
          <w:b/>
          <w:sz w:val="22"/>
        </w:rPr>
        <w:t xml:space="preserve">Alice  </w:t>
      </w:r>
      <w:r>
        <w:rPr>
          <w:rFonts w:ascii="Arial" w:hAnsi="Arial"/>
          <w:color w:val="5D7284"/>
          <w:sz w:val="22"/>
        </w:rPr>
        <w:t>37:02</w:t>
      </w:r>
    </w:p>
    <w:p>
      <w:pPr>
        <w:spacing w:after="0"/>
      </w:pPr>
      <w:r>
        <w:rPr>
          <w:rFonts w:ascii="Arial" w:hAnsi="Arial"/>
          <w:sz w:val="22"/>
        </w:rPr>
        <w:t>That was taken by the dog walker that I pay to take Lola a couple times a week of Lola and the three other dogs that she went for a walk with. And Lola the 10 year old, supposedly trained guide dog is absolutely the nuttiest of the group.</w:t>
      </w:r>
    </w:p>
    <w:p>
      <w:pPr>
        <w:spacing w:after="0"/>
      </w:pPr>
    </w:p>
    <w:p>
      <w:pPr>
        <w:spacing w:after="0"/>
      </w:pPr>
      <w:r>
        <w:rPr>
          <w:rFonts w:ascii="Arial" w:hAnsi="Arial"/>
          <w:b/>
          <w:sz w:val="22"/>
        </w:rPr>
        <w:t xml:space="preserve">Lucy  </w:t>
      </w:r>
      <w:r>
        <w:rPr>
          <w:rFonts w:ascii="Arial" w:hAnsi="Arial"/>
          <w:color w:val="5D7284"/>
          <w:sz w:val="22"/>
        </w:rPr>
        <w:t>37:21</w:t>
      </w:r>
    </w:p>
    <w:p>
      <w:pPr>
        <w:spacing w:after="0"/>
      </w:pPr>
      <w:r>
        <w:rPr>
          <w:rFonts w:ascii="Arial" w:hAnsi="Arial"/>
          <w:sz w:val="22"/>
        </w:rPr>
        <w:t xml:space="preserve">She looks like she'ls like a loudest voice at the party. </w:t>
      </w:r>
    </w:p>
    <w:p>
      <w:pPr>
        <w:spacing w:after="0"/>
      </w:pPr>
    </w:p>
    <w:p>
      <w:pPr>
        <w:spacing w:after="0"/>
      </w:pPr>
      <w:r>
        <w:rPr>
          <w:rFonts w:ascii="Arial" w:hAnsi="Arial"/>
          <w:b/>
          <w:sz w:val="22"/>
        </w:rPr>
        <w:t xml:space="preserve">Alice  </w:t>
      </w:r>
      <w:r>
        <w:rPr>
          <w:rFonts w:ascii="Arial" w:hAnsi="Arial"/>
          <w:color w:val="5D7284"/>
          <w:sz w:val="22"/>
        </w:rPr>
        <w:t>37:23</w:t>
      </w:r>
    </w:p>
    <w:p>
      <w:pPr>
        <w:spacing w:after="0"/>
      </w:pPr>
      <w:r>
        <w:rPr>
          <w:rFonts w:ascii="Arial" w:hAnsi="Arial"/>
          <w:sz w:val="22"/>
        </w:rPr>
        <w:t xml:space="preserve">She is absolutely having the best time of her life. And the best time for Lola is going "Yeahhhhh" </w:t>
      </w:r>
    </w:p>
    <w:p>
      <w:pPr>
        <w:spacing w:after="0"/>
      </w:pPr>
    </w:p>
    <w:p>
      <w:pPr>
        <w:spacing w:after="0"/>
      </w:pPr>
      <w:r>
        <w:rPr>
          <w:rFonts w:ascii="Arial" w:hAnsi="Arial"/>
          <w:b/>
          <w:sz w:val="22"/>
        </w:rPr>
        <w:t xml:space="preserve">Lucy  </w:t>
      </w:r>
      <w:r>
        <w:rPr>
          <w:rFonts w:ascii="Arial" w:hAnsi="Arial"/>
          <w:color w:val="5D7284"/>
          <w:sz w:val="22"/>
        </w:rPr>
        <w:t>37:29</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37:33</w:t>
      </w:r>
    </w:p>
    <w:p>
      <w:pPr>
        <w:spacing w:after="0"/>
      </w:pPr>
      <w:r>
        <w:rPr>
          <w:rFonts w:ascii="Arial" w:hAnsi="Arial"/>
          <w:sz w:val="22"/>
        </w:rPr>
        <w:t>Shout out Kate the dog walker, who, we, Lola is a bit obsessed with!. Part A big part of this journey for me was having to realise that she can't help it that she doesn't want to do it anymore. And I can't make her and I can't help it that I can't...</w:t>
      </w:r>
    </w:p>
    <w:p>
      <w:pPr>
        <w:spacing w:after="0"/>
      </w:pPr>
    </w:p>
    <w:p>
      <w:pPr>
        <w:spacing w:after="0"/>
      </w:pPr>
      <w:r>
        <w:rPr>
          <w:rFonts w:ascii="Arial" w:hAnsi="Arial"/>
          <w:b/>
          <w:sz w:val="22"/>
        </w:rPr>
        <w:t xml:space="preserve">Lucy  </w:t>
      </w:r>
      <w:r>
        <w:rPr>
          <w:rFonts w:ascii="Arial" w:hAnsi="Arial"/>
          <w:color w:val="5D7284"/>
          <w:sz w:val="22"/>
        </w:rPr>
        <w:t>37:52</w:t>
      </w:r>
    </w:p>
    <w:p>
      <w:pPr>
        <w:spacing w:after="0"/>
      </w:pPr>
      <w:r>
        <w:rPr>
          <w:rFonts w:ascii="Arial" w:hAnsi="Arial"/>
          <w:sz w:val="22"/>
        </w:rPr>
        <w:t>That's the thing about a dog though, Alice. They've got a mind of their own, haven't they? And it doesn't matter how much money you throw at training. You can't change a dog's mind set. I can remember one of the first stories you ever told me was that you you put the harness down to get some money out of the bank and you turn around and Lola wasn't there anymore. And where was Lola? She got a face in a toddler's lap after the Quavers. And I just thought that is just dog behaviour. She just oh, you know, like</w:t>
      </w:r>
    </w:p>
    <w:p>
      <w:pPr>
        <w:spacing w:after="0"/>
      </w:pPr>
    </w:p>
    <w:p>
      <w:pPr>
        <w:spacing w:after="0"/>
      </w:pPr>
      <w:r>
        <w:rPr>
          <w:rFonts w:ascii="Arial" w:hAnsi="Arial"/>
          <w:b/>
          <w:sz w:val="22"/>
        </w:rPr>
        <w:t xml:space="preserve">Alice  </w:t>
      </w:r>
      <w:r>
        <w:rPr>
          <w:rFonts w:ascii="Arial" w:hAnsi="Arial"/>
          <w:color w:val="5D7284"/>
          <w:sz w:val="22"/>
        </w:rPr>
        <w:t>38:25</w:t>
      </w:r>
    </w:p>
    <w:p>
      <w:pPr>
        <w:spacing w:after="0"/>
      </w:pPr>
      <w:r>
        <w:rPr>
          <w:rFonts w:ascii="Arial" w:hAnsi="Arial"/>
          <w:sz w:val="22"/>
        </w:rPr>
        <w:t xml:space="preserve">"Oh hello my new friend who's got some crisps." </w:t>
      </w:r>
    </w:p>
    <w:p>
      <w:pPr>
        <w:spacing w:after="0"/>
      </w:pPr>
    </w:p>
    <w:p>
      <w:pPr>
        <w:spacing w:after="0"/>
      </w:pPr>
      <w:r>
        <w:rPr>
          <w:rFonts w:ascii="Arial" w:hAnsi="Arial"/>
          <w:b/>
          <w:sz w:val="22"/>
        </w:rPr>
        <w:t xml:space="preserve">Lucy  </w:t>
      </w:r>
      <w:r>
        <w:rPr>
          <w:rFonts w:ascii="Arial" w:hAnsi="Arial"/>
          <w:color w:val="5D7284"/>
          <w:sz w:val="22"/>
        </w:rPr>
        <w:t>38:27</w:t>
      </w:r>
    </w:p>
    <w:p>
      <w:pPr>
        <w:spacing w:after="0"/>
      </w:pPr>
      <w:r>
        <w:rPr>
          <w:rFonts w:ascii="Arial" w:hAnsi="Arial"/>
          <w:sz w:val="22"/>
        </w:rPr>
        <w:t>Yeah. Can I have one page? And I know it's a very brave thing to go. Do you know what this isn't working? And whilst I love Lola, I think we've, I've never met Lola, but I love Lola dearly. She, you know, you can't blame her. That's like having, having having a housekeeper that like 102 and saying Do you mind just scrubbing the floors on your hands and knees that you wouldn't do it? Would you?</w:t>
      </w:r>
    </w:p>
    <w:p>
      <w:pPr>
        <w:spacing w:after="0"/>
      </w:pPr>
    </w:p>
    <w:p>
      <w:pPr>
        <w:spacing w:after="0"/>
      </w:pPr>
      <w:r>
        <w:rPr>
          <w:rFonts w:ascii="Arial" w:hAnsi="Arial"/>
          <w:b/>
          <w:sz w:val="22"/>
        </w:rPr>
        <w:t xml:space="preserve">Alice  </w:t>
      </w:r>
      <w:r>
        <w:rPr>
          <w:rFonts w:ascii="Arial" w:hAnsi="Arial"/>
          <w:color w:val="5D7284"/>
          <w:sz w:val="22"/>
        </w:rPr>
        <w:t>38:53</w:t>
      </w:r>
    </w:p>
    <w:p>
      <w:pPr>
        <w:spacing w:after="0"/>
      </w:pPr>
      <w:r>
        <w:rPr>
          <w:rFonts w:ascii="Arial" w:hAnsi="Arial"/>
          <w:sz w:val="22"/>
        </w:rPr>
        <w:t>And it's. I think one of the things that sort of made this decision a bit easier for me was that I realised I was starting to get angry at Lola for limiting my ability to go out. And that was where I sort of went, I I adore that dog. I don't want to feel resentment towards her. I don't want to ever look back and go, Oh, she was really shit at the end. I it's not the feelings and memories in relationship I want for me and Lola. So it was more important to me to preserve that. You know, the good feelings that I have of her with her for her than it was to kind of have to swallow my anxiety or my self consciousness about going out.</w:t>
      </w:r>
    </w:p>
    <w:p>
      <w:pPr>
        <w:spacing w:after="0"/>
      </w:pPr>
    </w:p>
    <w:p>
      <w:pPr>
        <w:spacing w:after="0"/>
      </w:pPr>
      <w:r>
        <w:rPr>
          <w:rFonts w:ascii="Arial" w:hAnsi="Arial"/>
          <w:b/>
          <w:sz w:val="22"/>
        </w:rPr>
        <w:t xml:space="preserve">Lucy  </w:t>
      </w:r>
      <w:r>
        <w:rPr>
          <w:rFonts w:ascii="Arial" w:hAnsi="Arial"/>
          <w:color w:val="5D7284"/>
          <w:sz w:val="22"/>
        </w:rPr>
        <w:t>39:51</w:t>
      </w:r>
    </w:p>
    <w:p>
      <w:pPr>
        <w:spacing w:after="0"/>
      </w:pPr>
      <w:r>
        <w:rPr>
          <w:rFonts w:ascii="Arial" w:hAnsi="Arial"/>
          <w:sz w:val="22"/>
        </w:rPr>
        <w:t>Is it getting any easier, Alice? Do you think it's getting any easier?</w:t>
      </w:r>
    </w:p>
    <w:p>
      <w:pPr>
        <w:spacing w:after="0"/>
      </w:pPr>
    </w:p>
    <w:p>
      <w:pPr>
        <w:spacing w:after="0"/>
      </w:pPr>
      <w:r>
        <w:rPr>
          <w:rFonts w:ascii="Arial" w:hAnsi="Arial"/>
          <w:b/>
          <w:sz w:val="22"/>
        </w:rPr>
        <w:t xml:space="preserve">Alice  </w:t>
      </w:r>
      <w:r>
        <w:rPr>
          <w:rFonts w:ascii="Arial" w:hAnsi="Arial"/>
          <w:color w:val="5D7284"/>
          <w:sz w:val="22"/>
        </w:rPr>
        <w:t>39:55</w:t>
      </w:r>
    </w:p>
    <w:p>
      <w:pPr>
        <w:spacing w:after="0"/>
      </w:pPr>
      <w:r>
        <w:rPr>
          <w:rFonts w:ascii="Arial" w:hAnsi="Arial"/>
          <w:sz w:val="22"/>
        </w:rPr>
        <w:t xml:space="preserve">I'm slightly less worried about falling over now... </w:t>
      </w:r>
    </w:p>
    <w:p>
      <w:pPr>
        <w:spacing w:after="0"/>
      </w:pPr>
    </w:p>
    <w:p>
      <w:pPr>
        <w:spacing w:after="0"/>
      </w:pPr>
      <w:r>
        <w:rPr>
          <w:rFonts w:ascii="Arial" w:hAnsi="Arial"/>
          <w:b/>
          <w:sz w:val="22"/>
        </w:rPr>
        <w:t xml:space="preserve">Lucy  </w:t>
      </w:r>
      <w:r>
        <w:rPr>
          <w:rFonts w:ascii="Arial" w:hAnsi="Arial"/>
          <w:color w:val="5D7284"/>
          <w:sz w:val="22"/>
        </w:rPr>
        <w:t>40:00</w:t>
      </w:r>
    </w:p>
    <w:p>
      <w:pPr>
        <w:spacing w:after="0"/>
      </w:pPr>
      <w:r>
        <w:rPr>
          <w:rFonts w:ascii="Arial" w:hAnsi="Arial"/>
          <w:sz w:val="22"/>
        </w:rPr>
        <w:t>Well that's a that's a start.</w:t>
      </w:r>
    </w:p>
    <w:p>
      <w:pPr>
        <w:spacing w:after="0"/>
      </w:pPr>
    </w:p>
    <w:p>
      <w:pPr>
        <w:spacing w:after="0"/>
      </w:pPr>
      <w:r>
        <w:rPr>
          <w:rFonts w:ascii="Arial" w:hAnsi="Arial"/>
          <w:b/>
          <w:sz w:val="22"/>
        </w:rPr>
        <w:t xml:space="preserve">Alice  </w:t>
      </w:r>
      <w:r>
        <w:rPr>
          <w:rFonts w:ascii="Arial" w:hAnsi="Arial"/>
          <w:color w:val="5D7284"/>
          <w:sz w:val="22"/>
        </w:rPr>
        <w:t>40:01</w:t>
      </w:r>
    </w:p>
    <w:p>
      <w:pPr>
        <w:spacing w:after="0"/>
      </w:pPr>
      <w:r>
        <w:rPr>
          <w:rFonts w:ascii="Arial" w:hAnsi="Arial"/>
          <w:sz w:val="22"/>
        </w:rPr>
        <w:t>Yeah. Yeah, Iust I'm going to practice. And the more I practice, actually, the guy who who's doing my training with me reckons that the cane training will be quite good for my balance because I will have to have a bit more of a sort of sense of, like centre of gravity. Whereas, you know, one of the nice things about Lola is that if I start to lose my balance one way I've kind of...</w:t>
      </w:r>
    </w:p>
    <w:p>
      <w:pPr>
        <w:spacing w:after="0"/>
      </w:pPr>
    </w:p>
    <w:p>
      <w:pPr>
        <w:spacing w:after="0"/>
      </w:pPr>
      <w:r>
        <w:rPr>
          <w:rFonts w:ascii="Arial" w:hAnsi="Arial"/>
          <w:b/>
          <w:sz w:val="22"/>
        </w:rPr>
        <w:t xml:space="preserve">Lucy  </w:t>
      </w:r>
      <w:r>
        <w:rPr>
          <w:rFonts w:ascii="Arial" w:hAnsi="Arial"/>
          <w:color w:val="5D7284"/>
          <w:sz w:val="22"/>
        </w:rPr>
        <w:t>40:34</w:t>
      </w:r>
    </w:p>
    <w:p>
      <w:pPr>
        <w:spacing w:after="0"/>
      </w:pPr>
      <w:r>
        <w:rPr>
          <w:rFonts w:ascii="Arial" w:hAnsi="Arial"/>
          <w:sz w:val="22"/>
        </w:rPr>
        <w:t>She's just whoops alright I've got you! [laughs]</w:t>
      </w:r>
    </w:p>
    <w:p>
      <w:pPr>
        <w:spacing w:after="0"/>
      </w:pPr>
    </w:p>
    <w:p>
      <w:pPr>
        <w:spacing w:after="0"/>
      </w:pPr>
      <w:r>
        <w:rPr>
          <w:rFonts w:ascii="Arial" w:hAnsi="Arial"/>
          <w:b/>
          <w:sz w:val="22"/>
        </w:rPr>
        <w:t xml:space="preserve">Alice  </w:t>
      </w:r>
      <w:r>
        <w:rPr>
          <w:rFonts w:ascii="Arial" w:hAnsi="Arial"/>
          <w:color w:val="5D7284"/>
          <w:sz w:val="22"/>
        </w:rPr>
        <w:t>40:36</w:t>
      </w:r>
    </w:p>
    <w:p>
      <w:pPr>
        <w:spacing w:after="0"/>
      </w:pPr>
      <w:r>
        <w:rPr>
          <w:rFonts w:ascii="Arial" w:hAnsi="Arial"/>
          <w:sz w:val="22"/>
        </w:rPr>
        <w:t xml:space="preserve">Exactly, exactly. </w:t>
      </w:r>
    </w:p>
    <w:p>
      <w:pPr>
        <w:spacing w:after="0"/>
      </w:pPr>
    </w:p>
    <w:p>
      <w:pPr>
        <w:spacing w:after="0"/>
      </w:pPr>
      <w:r>
        <w:rPr>
          <w:rFonts w:ascii="Arial" w:hAnsi="Arial"/>
          <w:b/>
          <w:sz w:val="22"/>
        </w:rPr>
        <w:t xml:space="preserve">Lucy  </w:t>
      </w:r>
      <w:r>
        <w:rPr>
          <w:rFonts w:ascii="Arial" w:hAnsi="Arial"/>
          <w:color w:val="5D7284"/>
          <w:sz w:val="22"/>
        </w:rPr>
        <w:t>40:37</w:t>
      </w:r>
    </w:p>
    <w:p>
      <w:pPr>
        <w:spacing w:after="0"/>
      </w:pPr>
      <w:r>
        <w:rPr>
          <w:rFonts w:ascii="Arial" w:hAnsi="Arial"/>
          <w:sz w:val="22"/>
        </w:rPr>
        <w:t>Holding you up.</w:t>
      </w:r>
    </w:p>
    <w:p>
      <w:pPr>
        <w:spacing w:after="0"/>
      </w:pPr>
    </w:p>
    <w:p>
      <w:pPr>
        <w:spacing w:after="0"/>
      </w:pPr>
      <w:r>
        <w:rPr>
          <w:rFonts w:ascii="Arial" w:hAnsi="Arial"/>
          <w:b/>
          <w:sz w:val="22"/>
        </w:rPr>
        <w:t xml:space="preserve">Alice  </w:t>
      </w:r>
      <w:r>
        <w:rPr>
          <w:rFonts w:ascii="Arial" w:hAnsi="Arial"/>
          <w:color w:val="5D7284"/>
          <w:sz w:val="22"/>
        </w:rPr>
        <w:t>40:38</w:t>
      </w:r>
    </w:p>
    <w:p>
      <w:pPr>
        <w:spacing w:after="0"/>
      </w:pPr>
      <w:r>
        <w:rPr>
          <w:rFonts w:ascii="Arial" w:hAnsi="Arial"/>
          <w:sz w:val="22"/>
        </w:rPr>
        <w:t>Yeah, yeah, I just I fall on her or she like, if I start to fall to the right, I'm like, Oh, no, there's a dog on the left to pull me back up again.</w:t>
      </w:r>
    </w:p>
    <w:p>
      <w:pPr>
        <w:spacing w:after="0"/>
      </w:pPr>
    </w:p>
    <w:p>
      <w:pPr>
        <w:spacing w:after="0"/>
      </w:pPr>
      <w:r>
        <w:rPr>
          <w:rFonts w:ascii="Arial" w:hAnsi="Arial"/>
          <w:b/>
          <w:sz w:val="22"/>
        </w:rPr>
        <w:t xml:space="preserve">Lucy  </w:t>
      </w:r>
      <w:r>
        <w:rPr>
          <w:rFonts w:ascii="Arial" w:hAnsi="Arial"/>
          <w:color w:val="5D7284"/>
          <w:sz w:val="22"/>
        </w:rPr>
        <w:t>40:46</w:t>
      </w:r>
    </w:p>
    <w:p>
      <w:pPr>
        <w:spacing w:after="0"/>
      </w:pPr>
      <w:r>
        <w:rPr>
          <w:rFonts w:ascii="Arial" w:hAnsi="Arial"/>
          <w:sz w:val="22"/>
        </w:rPr>
        <w:t>Yeah, I think I need some sort of system like that. Because sometimes I like, like, falling over, the more I fall like, it's ridiculous. But I'm sure it will get easier. I'm sure you, you'll get a moment of realisation where you go, Okay, this is falling into place now. You've just got to stick at it.</w:t>
      </w:r>
    </w:p>
    <w:p>
      <w:pPr>
        <w:spacing w:after="0"/>
      </w:pPr>
    </w:p>
    <w:p>
      <w:pPr>
        <w:spacing w:after="0"/>
      </w:pPr>
      <w:r>
        <w:rPr>
          <w:rFonts w:ascii="Arial" w:hAnsi="Arial"/>
          <w:b/>
          <w:sz w:val="22"/>
        </w:rPr>
        <w:t xml:space="preserve">Alice  </w:t>
      </w:r>
      <w:r>
        <w:rPr>
          <w:rFonts w:ascii="Arial" w:hAnsi="Arial"/>
          <w:color w:val="5D7284"/>
          <w:sz w:val="22"/>
        </w:rPr>
        <w:t>41:06</w:t>
      </w:r>
    </w:p>
    <w:p>
      <w:pPr>
        <w:spacing w:after="0"/>
      </w:pPr>
      <w:r>
        <w:rPr>
          <w:rFonts w:ascii="Arial" w:hAnsi="Arial"/>
          <w:sz w:val="22"/>
        </w:rPr>
        <w:t>Yeah, and I think, I think it's just gonna be about I'm just gonna have the extra reward myself. Every time I go out with my cane. I'll be like, not only am I getting my nails done, I'm also having a piece of cake. Because I went out with my cane.</w:t>
      </w:r>
    </w:p>
    <w:p>
      <w:pPr>
        <w:spacing w:after="0"/>
      </w:pPr>
    </w:p>
    <w:p>
      <w:pPr>
        <w:spacing w:after="0"/>
      </w:pPr>
      <w:r>
        <w:rPr>
          <w:rFonts w:ascii="Arial" w:hAnsi="Arial"/>
          <w:b/>
          <w:sz w:val="22"/>
        </w:rPr>
        <w:t xml:space="preserve">Lucy  </w:t>
      </w:r>
      <w:r>
        <w:rPr>
          <w:rFonts w:ascii="Arial" w:hAnsi="Arial"/>
          <w:color w:val="5D7284"/>
          <w:sz w:val="22"/>
        </w:rPr>
        <w:t>41:21</w:t>
      </w:r>
    </w:p>
    <w:p>
      <w:pPr>
        <w:spacing w:after="0"/>
      </w:pPr>
      <w:r>
        <w:rPr>
          <w:rFonts w:ascii="Arial" w:hAnsi="Arial"/>
          <w:sz w:val="22"/>
        </w:rPr>
        <w:t>And a gin, when you get back, yeah,</w:t>
      </w:r>
    </w:p>
    <w:p>
      <w:pPr>
        <w:spacing w:after="0"/>
      </w:pPr>
    </w:p>
    <w:p>
      <w:pPr>
        <w:spacing w:after="0"/>
      </w:pPr>
      <w:r>
        <w:rPr>
          <w:rFonts w:ascii="Arial" w:hAnsi="Arial"/>
          <w:b/>
          <w:sz w:val="22"/>
        </w:rPr>
        <w:t xml:space="preserve">Alice  </w:t>
      </w:r>
      <w:r>
        <w:rPr>
          <w:rFonts w:ascii="Arial" w:hAnsi="Arial"/>
          <w:color w:val="5D7284"/>
          <w:sz w:val="22"/>
        </w:rPr>
        <w:t>41:23</w:t>
      </w:r>
    </w:p>
    <w:p>
      <w:pPr>
        <w:spacing w:after="0"/>
      </w:pPr>
      <w:r>
        <w:rPr>
          <w:rFonts w:ascii="Arial" w:hAnsi="Arial"/>
          <w:sz w:val="22"/>
        </w:rPr>
        <w:t>Exactly, exactly. So that, you know, I stop thinking about the journey and start thinking about the destination, which is not the approach to life, I usually try and take, you know, because the journey of life is much more important, I think, than your your destination at the end. But yeah, it's it's just, it's gonna be an ongoing, sort of experience and journey. And I just, I just wanted to sort of share it with our listeners.</w:t>
      </w:r>
    </w:p>
    <w:p>
      <w:pPr>
        <w:spacing w:after="0"/>
      </w:pPr>
    </w:p>
    <w:p>
      <w:pPr>
        <w:spacing w:after="0"/>
      </w:pPr>
      <w:r>
        <w:rPr>
          <w:rFonts w:ascii="Arial" w:hAnsi="Arial"/>
          <w:b/>
          <w:sz w:val="22"/>
        </w:rPr>
        <w:t xml:space="preserve">Lucy  </w:t>
      </w:r>
      <w:r>
        <w:rPr>
          <w:rFonts w:ascii="Arial" w:hAnsi="Arial"/>
          <w:color w:val="5D7284"/>
          <w:sz w:val="22"/>
        </w:rPr>
        <w:t>41:57</w:t>
      </w:r>
    </w:p>
    <w:p>
      <w:pPr>
        <w:spacing w:after="0"/>
      </w:pPr>
      <w:r>
        <w:rPr>
          <w:rFonts w:ascii="Arial" w:hAnsi="Arial"/>
          <w:sz w:val="22"/>
        </w:rPr>
        <w:t>Yeah, definitely. Well, I've found it very interesting. So how long do you think you're, well, how is it a specific amount of time that they give you the cane training? Will, will, will the, um, what's the what's the man called? What's his job title? Will the man still come out with you what with your cane like six months...</w:t>
      </w:r>
    </w:p>
    <w:p>
      <w:pPr>
        <w:spacing w:after="0"/>
      </w:pPr>
    </w:p>
    <w:p>
      <w:pPr>
        <w:spacing w:after="0"/>
      </w:pPr>
      <w:r>
        <w:rPr>
          <w:rFonts w:ascii="Arial" w:hAnsi="Arial"/>
          <w:b/>
          <w:sz w:val="22"/>
        </w:rPr>
        <w:t xml:space="preserve">Alice  </w:t>
      </w:r>
      <w:r>
        <w:rPr>
          <w:rFonts w:ascii="Arial" w:hAnsi="Arial"/>
          <w:color w:val="5D7284"/>
          <w:sz w:val="22"/>
        </w:rPr>
        <w:t>42:22</w:t>
      </w:r>
    </w:p>
    <w:p>
      <w:pPr>
        <w:spacing w:after="0"/>
      </w:pPr>
      <w:r>
        <w:rPr>
          <w:rFonts w:ascii="Arial" w:hAnsi="Arial"/>
          <w:sz w:val="22"/>
        </w:rPr>
        <w:t>The man. [laughs] It's one of those things where there's an expectation on me to do some practice. So I am a course in classic, me being anxious and worried about everything fashion, I am convinced that if I practice on my own, I'm going to, like learn a load of bad habits. So he's, like, going to spend our next session he's gonna to be going "You're arh doing this and you're not supposed to do this and why are you doing this?"</w:t>
      </w:r>
    </w:p>
    <w:p>
      <w:pPr>
        <w:spacing w:after="0"/>
      </w:pPr>
    </w:p>
    <w:p>
      <w:pPr>
        <w:spacing w:after="0"/>
      </w:pPr>
      <w:r>
        <w:rPr>
          <w:rFonts w:ascii="Arial" w:hAnsi="Arial"/>
          <w:b/>
          <w:sz w:val="22"/>
        </w:rPr>
        <w:t xml:space="preserve">Lucy  </w:t>
      </w:r>
      <w:r>
        <w:rPr>
          <w:rFonts w:ascii="Arial" w:hAnsi="Arial"/>
          <w:color w:val="5D7284"/>
          <w:sz w:val="22"/>
        </w:rPr>
        <w:t>42:49</w:t>
      </w:r>
    </w:p>
    <w:p>
      <w:pPr>
        <w:spacing w:after="0"/>
      </w:pPr>
      <w:r>
        <w:rPr>
          <w:rFonts w:ascii="Arial" w:hAnsi="Arial"/>
          <w:sz w:val="22"/>
        </w:rPr>
        <w:t xml:space="preserve">[laughing] Stop using like a wand! </w:t>
      </w:r>
    </w:p>
    <w:p>
      <w:pPr>
        <w:spacing w:after="0"/>
      </w:pPr>
    </w:p>
    <w:p>
      <w:pPr>
        <w:spacing w:after="0"/>
      </w:pPr>
      <w:r>
        <w:rPr>
          <w:rFonts w:ascii="Arial" w:hAnsi="Arial"/>
          <w:b/>
          <w:sz w:val="22"/>
        </w:rPr>
        <w:t xml:space="preserve">Alice  </w:t>
      </w:r>
      <w:r>
        <w:rPr>
          <w:rFonts w:ascii="Arial" w:hAnsi="Arial"/>
          <w:color w:val="5D7284"/>
          <w:sz w:val="22"/>
        </w:rPr>
        <w:t>42:51</w:t>
      </w:r>
    </w:p>
    <w:p>
      <w:pPr>
        <w:spacing w:after="0"/>
      </w:pPr>
      <w:r>
        <w:rPr>
          <w:rFonts w:ascii="Arial" w:hAnsi="Arial"/>
          <w:sz w:val="22"/>
        </w:rPr>
        <w:t>Yeah, exactly. Exactly. And like when when I went out with my husband, he was like, you're swiming it too far to the left. Like, because you're only supposed to go sort of shoulder to shoulder. Like swiming -</w:t>
      </w:r>
    </w:p>
    <w:p>
      <w:pPr>
        <w:spacing w:after="0"/>
      </w:pPr>
    </w:p>
    <w:p>
      <w:pPr>
        <w:spacing w:after="0"/>
      </w:pPr>
      <w:r>
        <w:rPr>
          <w:rFonts w:ascii="Arial" w:hAnsi="Arial"/>
          <w:b/>
          <w:sz w:val="22"/>
        </w:rPr>
        <w:t xml:space="preserve">Lucy  </w:t>
      </w:r>
      <w:r>
        <w:rPr>
          <w:rFonts w:ascii="Arial" w:hAnsi="Arial"/>
          <w:color w:val="5D7284"/>
          <w:sz w:val="22"/>
        </w:rPr>
        <w:t>43:02</w:t>
      </w:r>
    </w:p>
    <w:p>
      <w:pPr>
        <w:spacing w:after="0"/>
      </w:pPr>
      <w:r>
        <w:rPr>
          <w:rFonts w:ascii="Arial" w:hAnsi="Arial"/>
          <w:sz w:val="22"/>
        </w:rPr>
        <w:t>Are you? You see I would be doing big old sweep, I would.  I'd be like knocking people over. "Sorry love, mind your toes."</w:t>
      </w:r>
    </w:p>
    <w:p>
      <w:pPr>
        <w:spacing w:after="0"/>
      </w:pPr>
    </w:p>
    <w:p>
      <w:pPr>
        <w:spacing w:after="0"/>
      </w:pPr>
      <w:r>
        <w:rPr>
          <w:rFonts w:ascii="Arial" w:hAnsi="Arial"/>
          <w:b/>
          <w:sz w:val="22"/>
        </w:rPr>
        <w:t xml:space="preserve">Alice  </w:t>
      </w:r>
      <w:r>
        <w:rPr>
          <w:rFonts w:ascii="Arial" w:hAnsi="Arial"/>
          <w:color w:val="5D7284"/>
          <w:sz w:val="22"/>
        </w:rPr>
        <w:t>43:10</w:t>
      </w:r>
    </w:p>
    <w:p>
      <w:pPr>
        <w:spacing w:after="0"/>
      </w:pPr>
      <w:r>
        <w:rPr>
          <w:rFonts w:ascii="Arial" w:hAnsi="Arial"/>
          <w:sz w:val="22"/>
        </w:rPr>
        <w:t xml:space="preserve">In theory, it's because you're supposed to be clearing each step each time. So if you're sweeping too far, either side, you're going to end up taking a step forward before you've your cane has cleared that piece of ground in front of you. Because you're still over here, on the way back. </w:t>
      </w:r>
    </w:p>
    <w:p>
      <w:pPr>
        <w:spacing w:after="0"/>
      </w:pPr>
    </w:p>
    <w:p>
      <w:pPr>
        <w:spacing w:after="0"/>
      </w:pPr>
      <w:r>
        <w:rPr>
          <w:rFonts w:ascii="Arial" w:hAnsi="Arial"/>
          <w:b/>
          <w:sz w:val="22"/>
        </w:rPr>
        <w:t xml:space="preserve">Lucy  </w:t>
      </w:r>
      <w:r>
        <w:rPr>
          <w:rFonts w:ascii="Arial" w:hAnsi="Arial"/>
          <w:color w:val="5D7284"/>
          <w:sz w:val="22"/>
        </w:rPr>
        <w:t>43:31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43:32</w:t>
      </w:r>
    </w:p>
    <w:p>
      <w:pPr>
        <w:spacing w:after="0"/>
      </w:pPr>
      <w:r>
        <w:rPr>
          <w:rFonts w:ascii="Arial" w:hAnsi="Arial"/>
          <w:sz w:val="22"/>
        </w:rPr>
        <w:t>And so I'm definitely worried that there's, you know, it's going to be a longer journey. But my, the guy who's doing my training is [laughs] I think, I think he he's quite confident. I think he's expecting me to actually be really good at it and have all these like skills and memories from what I did it previously.</w:t>
      </w:r>
    </w:p>
    <w:p>
      <w:pPr>
        <w:spacing w:after="0"/>
      </w:pPr>
    </w:p>
    <w:p>
      <w:pPr>
        <w:spacing w:after="0"/>
      </w:pPr>
      <w:r>
        <w:rPr>
          <w:rFonts w:ascii="Arial" w:hAnsi="Arial"/>
          <w:b/>
          <w:sz w:val="22"/>
        </w:rPr>
        <w:t xml:space="preserve">Lucy  </w:t>
      </w:r>
      <w:r>
        <w:rPr>
          <w:rFonts w:ascii="Arial" w:hAnsi="Arial"/>
          <w:color w:val="5D7284"/>
          <w:sz w:val="22"/>
        </w:rPr>
        <w:t>43:52</w:t>
      </w:r>
    </w:p>
    <w:p>
      <w:pPr>
        <w:spacing w:after="0"/>
      </w:pPr>
      <w:r>
        <w:rPr>
          <w:rFonts w:ascii="Arial" w:hAnsi="Arial"/>
          <w:sz w:val="22"/>
        </w:rPr>
        <w:t xml:space="preserve">It's not like that, though. Is it really it's like, I used to do physio at school. And then he stopped for years, and then went back and they were like, oh, have you done this before? I was like, Yes, but I was about nine. So everything I've learned that was the last time anybody touched me with a physiotherapist hand. So my physiotherapist now spent a good three sessions trying to teach me how to catch and throw a ball and it was a rather large ball as well. It's quite embarrassing. I was I was sat there she's going. I'm going on Ninja Warrior the weekend. That's on the telly. You know when Ninja Warrior, where they fall in the water? </w:t>
      </w:r>
    </w:p>
    <w:p>
      <w:pPr>
        <w:spacing w:after="0"/>
      </w:pPr>
    </w:p>
    <w:p>
      <w:pPr>
        <w:spacing w:after="0"/>
      </w:pPr>
      <w:r>
        <w:rPr>
          <w:rFonts w:ascii="Arial" w:hAnsi="Arial"/>
          <w:b/>
          <w:sz w:val="22"/>
        </w:rPr>
        <w:t xml:space="preserve">Alice  </w:t>
      </w:r>
      <w:r>
        <w:rPr>
          <w:rFonts w:ascii="Arial" w:hAnsi="Arial"/>
          <w:color w:val="5D7284"/>
          <w:sz w:val="22"/>
        </w:rPr>
        <w:t>44:32</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44:32</w:t>
      </w:r>
    </w:p>
    <w:p>
      <w:pPr>
        <w:spacing w:after="0"/>
      </w:pPr>
      <w:r>
        <w:rPr>
          <w:rFonts w:ascii="Arial" w:hAnsi="Arial"/>
          <w:sz w:val="22"/>
        </w:rPr>
        <w:t>I was like, Why? Why are you telling me this? Yeah. So just because you've had experience of some of them before, does not mean that you're an expert in it.</w:t>
      </w:r>
    </w:p>
    <w:p>
      <w:pPr>
        <w:spacing w:after="0"/>
      </w:pPr>
    </w:p>
    <w:p>
      <w:pPr>
        <w:spacing w:after="0"/>
      </w:pPr>
      <w:r>
        <w:rPr>
          <w:rFonts w:ascii="Arial" w:hAnsi="Arial"/>
          <w:b/>
          <w:sz w:val="22"/>
        </w:rPr>
        <w:t xml:space="preserve">Alice  </w:t>
      </w:r>
      <w:r>
        <w:rPr>
          <w:rFonts w:ascii="Arial" w:hAnsi="Arial"/>
          <w:color w:val="5D7284"/>
          <w:sz w:val="22"/>
        </w:rPr>
        <w:t>44:42</w:t>
      </w:r>
    </w:p>
    <w:p>
      <w:pPr>
        <w:spacing w:after="0"/>
      </w:pPr>
      <w:r>
        <w:rPr>
          <w:rFonts w:ascii="Arial" w:hAnsi="Arial"/>
          <w:sz w:val="22"/>
        </w:rPr>
        <w:t>No. but I imagine there is an element of it being a bit like  muscle memory? I was gonna say, I can't ride a bike but it is one of those things where they say you know you never forget. What's the phrase you never forget how... "It's like riding a bike".</w:t>
      </w:r>
    </w:p>
    <w:p>
      <w:pPr>
        <w:spacing w:after="0"/>
      </w:pPr>
    </w:p>
    <w:p>
      <w:pPr>
        <w:spacing w:after="0"/>
      </w:pPr>
      <w:r>
        <w:rPr>
          <w:rFonts w:ascii="Arial" w:hAnsi="Arial"/>
          <w:b/>
          <w:sz w:val="22"/>
        </w:rPr>
        <w:t xml:space="preserve">Lucy  </w:t>
      </w:r>
      <w:r>
        <w:rPr>
          <w:rFonts w:ascii="Arial" w:hAnsi="Arial"/>
          <w:color w:val="5D7284"/>
          <w:sz w:val="22"/>
        </w:rPr>
        <w:t>44:57</w:t>
      </w:r>
    </w:p>
    <w:p>
      <w:pPr>
        <w:spacing w:after="0"/>
      </w:pPr>
      <w:r>
        <w:rPr>
          <w:rFonts w:ascii="Arial" w:hAnsi="Arial"/>
          <w:sz w:val="22"/>
        </w:rPr>
        <w:t>It's liek riding a bike you never forget, I dunno.</w:t>
      </w:r>
    </w:p>
    <w:p>
      <w:pPr>
        <w:spacing w:after="0"/>
      </w:pPr>
    </w:p>
    <w:p>
      <w:pPr>
        <w:spacing w:after="0"/>
      </w:pPr>
      <w:r>
        <w:rPr>
          <w:rFonts w:ascii="Arial" w:hAnsi="Arial"/>
          <w:b/>
          <w:sz w:val="22"/>
        </w:rPr>
        <w:t xml:space="preserve">Alice  </w:t>
      </w:r>
      <w:r>
        <w:rPr>
          <w:rFonts w:ascii="Arial" w:hAnsi="Arial"/>
          <w:color w:val="5D7284"/>
          <w:sz w:val="22"/>
        </w:rPr>
        <w:t>45:01</w:t>
      </w:r>
    </w:p>
    <w:p>
      <w:pPr>
        <w:spacing w:after="0"/>
      </w:pPr>
      <w:r>
        <w:rPr>
          <w:rFonts w:ascii="Arial" w:hAnsi="Arial"/>
          <w:sz w:val="22"/>
        </w:rPr>
        <w:t>I can't ride a bike. So I don't know.</w:t>
      </w:r>
    </w:p>
    <w:p>
      <w:pPr>
        <w:spacing w:after="0"/>
      </w:pPr>
    </w:p>
    <w:p>
      <w:pPr>
        <w:spacing w:after="0"/>
      </w:pPr>
      <w:r>
        <w:rPr>
          <w:rFonts w:ascii="Arial" w:hAnsi="Arial"/>
          <w:b/>
          <w:sz w:val="22"/>
        </w:rPr>
        <w:t xml:space="preserve">Lucy  </w:t>
      </w:r>
      <w:r>
        <w:rPr>
          <w:rFonts w:ascii="Arial" w:hAnsi="Arial"/>
          <w:color w:val="5D7284"/>
          <w:sz w:val="22"/>
        </w:rPr>
        <w:t>45:03</w:t>
      </w:r>
    </w:p>
    <w:p>
      <w:pPr>
        <w:spacing w:after="0"/>
      </w:pPr>
      <w:r>
        <w:rPr>
          <w:rFonts w:ascii="Arial" w:hAnsi="Arial"/>
          <w:sz w:val="22"/>
        </w:rPr>
        <w:t>No I don't know either.</w:t>
      </w:r>
    </w:p>
    <w:p>
      <w:pPr>
        <w:spacing w:after="0"/>
      </w:pPr>
    </w:p>
    <w:p>
      <w:pPr>
        <w:spacing w:after="0"/>
      </w:pPr>
      <w:r>
        <w:rPr>
          <w:rFonts w:ascii="Arial" w:hAnsi="Arial"/>
          <w:b/>
          <w:sz w:val="22"/>
        </w:rPr>
        <w:t xml:space="preserve">Alice  </w:t>
      </w:r>
      <w:r>
        <w:rPr>
          <w:rFonts w:ascii="Arial" w:hAnsi="Arial"/>
          <w:color w:val="5D7284"/>
          <w:sz w:val="22"/>
        </w:rPr>
        <w:t>45:05</w:t>
      </w:r>
    </w:p>
    <w:p>
      <w:pPr>
        <w:spacing w:after="0"/>
      </w:pPr>
      <w:r>
        <w:rPr>
          <w:rFonts w:ascii="Arial" w:hAnsi="Arial"/>
          <w:sz w:val="22"/>
        </w:rPr>
        <w:t>With, yeah</w:t>
      </w:r>
    </w:p>
    <w:p>
      <w:pPr>
        <w:spacing w:after="0"/>
      </w:pPr>
    </w:p>
    <w:p>
      <w:pPr>
        <w:spacing w:after="0"/>
      </w:pPr>
      <w:r>
        <w:rPr>
          <w:rFonts w:ascii="Arial" w:hAnsi="Arial"/>
          <w:b/>
          <w:sz w:val="22"/>
        </w:rPr>
        <w:t xml:space="preserve">Lucy  </w:t>
      </w:r>
      <w:r>
        <w:rPr>
          <w:rFonts w:ascii="Arial" w:hAnsi="Arial"/>
          <w:color w:val="5D7284"/>
          <w:sz w:val="22"/>
        </w:rPr>
        <w:t>45:06</w:t>
      </w:r>
    </w:p>
    <w:p>
      <w:pPr>
        <w:spacing w:after="0"/>
      </w:pPr>
      <w:r>
        <w:rPr>
          <w:rFonts w:ascii="Arial" w:hAnsi="Arial"/>
          <w:sz w:val="22"/>
        </w:rPr>
        <w:t>To be honest, when I watch people ride a bike, I'm like, how? How are you doing that? My brain goes, No, no, no.</w:t>
      </w:r>
    </w:p>
    <w:p>
      <w:pPr>
        <w:spacing w:after="0"/>
      </w:pPr>
    </w:p>
    <w:p>
      <w:pPr>
        <w:spacing w:after="0"/>
      </w:pPr>
      <w:r>
        <w:rPr>
          <w:rFonts w:ascii="Arial" w:hAnsi="Arial"/>
          <w:b/>
          <w:sz w:val="22"/>
        </w:rPr>
        <w:t xml:space="preserve">Alice  </w:t>
      </w:r>
      <w:r>
        <w:rPr>
          <w:rFonts w:ascii="Arial" w:hAnsi="Arial"/>
          <w:color w:val="5D7284"/>
          <w:sz w:val="22"/>
        </w:rPr>
        <w:t>45:13</w:t>
      </w:r>
    </w:p>
    <w:p>
      <w:pPr>
        <w:spacing w:after="0"/>
      </w:pPr>
      <w:r>
        <w:rPr>
          <w:rFonts w:ascii="Arial" w:hAnsi="Arial"/>
          <w:sz w:val="22"/>
        </w:rPr>
        <w:t>I just don't have the balance for it. Like, I can't stand up. Why, the, why on earth am I gonna sit on something with two wheels?!</w:t>
      </w:r>
    </w:p>
    <w:p>
      <w:pPr>
        <w:spacing w:after="0"/>
      </w:pPr>
    </w:p>
    <w:p>
      <w:pPr>
        <w:spacing w:after="0"/>
      </w:pPr>
      <w:r>
        <w:rPr>
          <w:rFonts w:ascii="Arial" w:hAnsi="Arial"/>
          <w:b/>
          <w:sz w:val="22"/>
        </w:rPr>
        <w:t xml:space="preserve">Lucy  </w:t>
      </w:r>
      <w:r>
        <w:rPr>
          <w:rFonts w:ascii="Arial" w:hAnsi="Arial"/>
          <w:color w:val="5D7284"/>
          <w:sz w:val="22"/>
        </w:rPr>
        <w:t>45:21</w:t>
      </w:r>
    </w:p>
    <w:p>
      <w:pPr>
        <w:spacing w:after="0"/>
      </w:pPr>
      <w:r>
        <w:rPr>
          <w:rFonts w:ascii="Arial" w:hAnsi="Arial"/>
          <w:sz w:val="22"/>
        </w:rPr>
        <w:t xml:space="preserve">Well exactly. Just a disaster waiting to happen isn't it? </w:t>
      </w:r>
    </w:p>
    <w:p>
      <w:pPr>
        <w:spacing w:after="0"/>
      </w:pPr>
    </w:p>
    <w:p>
      <w:pPr>
        <w:spacing w:after="0"/>
      </w:pPr>
      <w:r>
        <w:rPr>
          <w:rFonts w:ascii="Arial" w:hAnsi="Arial"/>
          <w:b/>
          <w:sz w:val="22"/>
        </w:rPr>
        <w:t xml:space="preserve">Alice  </w:t>
      </w:r>
      <w:r>
        <w:rPr>
          <w:rFonts w:ascii="Arial" w:hAnsi="Arial"/>
          <w:color w:val="5D7284"/>
          <w:sz w:val="22"/>
        </w:rPr>
        <w:t>45:25</w:t>
      </w:r>
    </w:p>
    <w:p>
      <w:pPr>
        <w:spacing w:after="0"/>
      </w:pPr>
      <w:r>
        <w:rPr>
          <w:rFonts w:ascii="Arial" w:hAnsi="Arial"/>
          <w:sz w:val="22"/>
        </w:rPr>
        <w:t>So yeah, it's, that's</w:t>
      </w:r>
    </w:p>
    <w:p>
      <w:pPr>
        <w:spacing w:after="0"/>
      </w:pPr>
    </w:p>
    <w:p>
      <w:pPr>
        <w:spacing w:after="0"/>
      </w:pPr>
      <w:r>
        <w:rPr>
          <w:rFonts w:ascii="Arial" w:hAnsi="Arial"/>
          <w:b/>
          <w:sz w:val="22"/>
        </w:rPr>
        <w:t xml:space="preserve">Lucy  </w:t>
      </w:r>
      <w:r>
        <w:rPr>
          <w:rFonts w:ascii="Arial" w:hAnsi="Arial"/>
          <w:color w:val="5D7284"/>
          <w:sz w:val="22"/>
        </w:rPr>
        <w:t>45:27</w:t>
      </w:r>
    </w:p>
    <w:p>
      <w:pPr>
        <w:spacing w:after="0"/>
      </w:pPr>
      <w:r>
        <w:rPr>
          <w:rFonts w:ascii="Arial" w:hAnsi="Arial"/>
          <w:sz w:val="22"/>
        </w:rPr>
        <w:t>So it's on going? So they haven't said like six weeks and then that's it?</w:t>
      </w:r>
    </w:p>
    <w:p>
      <w:pPr>
        <w:spacing w:after="0"/>
      </w:pPr>
    </w:p>
    <w:p>
      <w:pPr>
        <w:spacing w:after="0"/>
      </w:pPr>
      <w:r>
        <w:rPr>
          <w:rFonts w:ascii="Arial" w:hAnsi="Arial"/>
          <w:b/>
          <w:sz w:val="22"/>
        </w:rPr>
        <w:t xml:space="preserve">Alice  </w:t>
      </w:r>
      <w:r>
        <w:rPr>
          <w:rFonts w:ascii="Arial" w:hAnsi="Arial"/>
          <w:color w:val="5D7284"/>
          <w:sz w:val="22"/>
        </w:rPr>
        <w:t>45:31</w:t>
      </w:r>
    </w:p>
    <w:p>
      <w:pPr>
        <w:spacing w:after="0"/>
      </w:pPr>
      <w:r>
        <w:rPr>
          <w:rFonts w:ascii="Arial" w:hAnsi="Arial"/>
          <w:sz w:val="22"/>
        </w:rPr>
        <w:t>No, I've got I think four sessions scheduled in total. And we're gonna...</w:t>
      </w:r>
    </w:p>
    <w:p>
      <w:pPr>
        <w:spacing w:after="0"/>
      </w:pPr>
    </w:p>
    <w:p>
      <w:pPr>
        <w:spacing w:after="0"/>
      </w:pPr>
      <w:r>
        <w:rPr>
          <w:rFonts w:ascii="Arial" w:hAnsi="Arial"/>
          <w:b/>
          <w:sz w:val="22"/>
        </w:rPr>
        <w:t xml:space="preserve">Lucy  </w:t>
      </w:r>
      <w:r>
        <w:rPr>
          <w:rFonts w:ascii="Arial" w:hAnsi="Arial"/>
          <w:color w:val="5D7284"/>
          <w:sz w:val="22"/>
        </w:rPr>
        <w:t>45:39</w:t>
      </w:r>
    </w:p>
    <w:p>
      <w:pPr>
        <w:spacing w:after="0"/>
      </w:pPr>
      <w:r>
        <w:rPr>
          <w:rFonts w:ascii="Arial" w:hAnsi="Arial"/>
          <w:sz w:val="22"/>
        </w:rPr>
        <w:t>So they, so if you say after those four I'm still not ready, will he still keep coming?</w:t>
      </w:r>
    </w:p>
    <w:p>
      <w:pPr>
        <w:spacing w:after="0"/>
      </w:pPr>
    </w:p>
    <w:p>
      <w:pPr>
        <w:spacing w:after="0"/>
      </w:pPr>
      <w:r>
        <w:rPr>
          <w:rFonts w:ascii="Arial" w:hAnsi="Arial"/>
          <w:b/>
          <w:sz w:val="22"/>
        </w:rPr>
        <w:t xml:space="preserve">Alice  </w:t>
      </w:r>
      <w:r>
        <w:rPr>
          <w:rFonts w:ascii="Arial" w:hAnsi="Arial"/>
          <w:color w:val="5D7284"/>
          <w:sz w:val="22"/>
        </w:rPr>
        <w:t>45:43</w:t>
      </w:r>
    </w:p>
    <w:p>
      <w:pPr>
        <w:spacing w:after="0"/>
      </w:pPr>
      <w:r>
        <w:rPr>
          <w:rFonts w:ascii="Arial" w:hAnsi="Arial"/>
          <w:sz w:val="22"/>
        </w:rPr>
        <w:t>I hope so. [laughs] We haven't discussed it! I don't think it's one of those things that gonna go on for you know, if in four years time I'm like, "I'm still not ready!"</w:t>
      </w:r>
    </w:p>
    <w:p>
      <w:pPr>
        <w:spacing w:after="0"/>
      </w:pPr>
    </w:p>
    <w:p>
      <w:pPr>
        <w:spacing w:after="0"/>
      </w:pPr>
      <w:r>
        <w:rPr>
          <w:rFonts w:ascii="Arial" w:hAnsi="Arial"/>
          <w:b/>
          <w:sz w:val="22"/>
        </w:rPr>
        <w:t xml:space="preserve">Lucy  </w:t>
      </w:r>
      <w:r>
        <w:rPr>
          <w:rFonts w:ascii="Arial" w:hAnsi="Arial"/>
          <w:color w:val="5D7284"/>
          <w:sz w:val="22"/>
        </w:rPr>
        <w:t>45:57</w:t>
      </w:r>
    </w:p>
    <w:p>
      <w:pPr>
        <w:spacing w:after="0"/>
      </w:pPr>
      <w:r>
        <w:rPr>
          <w:rFonts w:ascii="Arial" w:hAnsi="Arial"/>
          <w:sz w:val="22"/>
        </w:rPr>
        <w:t>[laughing] you're still there with your cane trainer.</w:t>
      </w:r>
    </w:p>
    <w:p>
      <w:pPr>
        <w:spacing w:after="0"/>
      </w:pPr>
    </w:p>
    <w:p>
      <w:pPr>
        <w:spacing w:after="0"/>
      </w:pPr>
      <w:r>
        <w:rPr>
          <w:rFonts w:ascii="Arial" w:hAnsi="Arial"/>
          <w:b/>
          <w:sz w:val="22"/>
        </w:rPr>
        <w:t xml:space="preserve">Alice  </w:t>
      </w:r>
      <w:r>
        <w:rPr>
          <w:rFonts w:ascii="Arial" w:hAnsi="Arial"/>
          <w:color w:val="5D7284"/>
          <w:sz w:val="22"/>
        </w:rPr>
        <w:t>46:01</w:t>
      </w:r>
    </w:p>
    <w:p>
      <w:pPr>
        <w:spacing w:after="0"/>
      </w:pPr>
      <w:r>
        <w:rPr>
          <w:rFonts w:ascii="Arial" w:hAnsi="Arial"/>
          <w:sz w:val="22"/>
        </w:rPr>
        <w:t xml:space="preserve">That at that point, I think they're gonna say you know what, just stay at home. </w:t>
      </w:r>
    </w:p>
    <w:p>
      <w:pPr>
        <w:spacing w:after="0"/>
      </w:pPr>
    </w:p>
    <w:p>
      <w:pPr>
        <w:spacing w:after="0"/>
      </w:pPr>
      <w:r>
        <w:rPr>
          <w:rFonts w:ascii="Arial" w:hAnsi="Arial"/>
          <w:b/>
          <w:sz w:val="22"/>
        </w:rPr>
        <w:t xml:space="preserve">Lucy  </w:t>
      </w:r>
      <w:r>
        <w:rPr>
          <w:rFonts w:ascii="Arial" w:hAnsi="Arial"/>
          <w:color w:val="5D7284"/>
          <w:sz w:val="22"/>
        </w:rPr>
        <w:t>46:06</w:t>
      </w:r>
    </w:p>
    <w:p>
      <w:pPr>
        <w:spacing w:after="0"/>
      </w:pPr>
      <w:r>
        <w:rPr>
          <w:rFonts w:ascii="Arial" w:hAnsi="Arial"/>
          <w:sz w:val="22"/>
        </w:rPr>
        <w:t xml:space="preserve">Just get another dog. </w:t>
      </w:r>
    </w:p>
    <w:p>
      <w:pPr>
        <w:spacing w:after="0"/>
      </w:pPr>
    </w:p>
    <w:p>
      <w:pPr>
        <w:spacing w:after="0"/>
      </w:pPr>
      <w:r>
        <w:rPr>
          <w:rFonts w:ascii="Arial" w:hAnsi="Arial"/>
          <w:b/>
          <w:sz w:val="22"/>
        </w:rPr>
        <w:t xml:space="preserve">Alice  </w:t>
      </w:r>
      <w:r>
        <w:rPr>
          <w:rFonts w:ascii="Arial" w:hAnsi="Arial"/>
          <w:color w:val="5D7284"/>
          <w:sz w:val="22"/>
        </w:rPr>
        <w:t>46:08</w:t>
      </w:r>
    </w:p>
    <w:p>
      <w:pPr>
        <w:spacing w:after="0"/>
      </w:pPr>
      <w:r>
        <w:rPr>
          <w:rFonts w:ascii="Arial" w:hAnsi="Arial"/>
          <w:sz w:val="22"/>
        </w:rPr>
        <w:t>Well, and that is that is one of the things is I am there is a huge part of me that is absolutely hoping that this is going to be just to see me through the summer, until I've got another dog because I really don't want to have to try and cane through the snow and the sleet when it's dark at half past two in the afternoon!</w:t>
      </w:r>
    </w:p>
    <w:p>
      <w:pPr>
        <w:spacing w:after="0"/>
      </w:pPr>
    </w:p>
    <w:p>
      <w:pPr>
        <w:spacing w:after="0"/>
      </w:pPr>
      <w:r>
        <w:rPr>
          <w:rFonts w:ascii="Arial" w:hAnsi="Arial"/>
          <w:b/>
          <w:sz w:val="22"/>
        </w:rPr>
        <w:t xml:space="preserve">Lucy  </w:t>
      </w:r>
      <w:r>
        <w:rPr>
          <w:rFonts w:ascii="Arial" w:hAnsi="Arial"/>
          <w:color w:val="5D7284"/>
          <w:sz w:val="22"/>
        </w:rPr>
        <w:t>46:32</w:t>
      </w:r>
    </w:p>
    <w:p>
      <w:pPr>
        <w:spacing w:after="0"/>
      </w:pPr>
      <w:r>
        <w:rPr>
          <w:rFonts w:ascii="Arial" w:hAnsi="Arial"/>
          <w:sz w:val="22"/>
        </w:rPr>
        <w:t>Oh no! But then you would be staying in really wou'dn't you? You wouldn't be going anywhere it's toowet and cold.  And that's not disability thing, that's just a life thing. I'm not going anywhere, it's too cold. True</w:t>
      </w:r>
    </w:p>
    <w:p>
      <w:pPr>
        <w:spacing w:after="0"/>
      </w:pPr>
    </w:p>
    <w:p>
      <w:pPr>
        <w:spacing w:after="0"/>
      </w:pPr>
      <w:r>
        <w:rPr>
          <w:rFonts w:ascii="Arial" w:hAnsi="Arial"/>
          <w:b/>
          <w:sz w:val="22"/>
        </w:rPr>
        <w:t xml:space="preserve">Alice  </w:t>
      </w:r>
      <w:r>
        <w:rPr>
          <w:rFonts w:ascii="Arial" w:hAnsi="Arial"/>
          <w:color w:val="5D7284"/>
          <w:sz w:val="22"/>
        </w:rPr>
        <w:t>46:44</w:t>
      </w:r>
    </w:p>
    <w:p>
      <w:pPr>
        <w:spacing w:after="0"/>
      </w:pPr>
      <w:r>
        <w:rPr>
          <w:rFonts w:ascii="Arial" w:hAnsi="Arial"/>
          <w:sz w:val="22"/>
        </w:rPr>
        <w:t>Yeah, lifestyle choice.</w:t>
      </w:r>
    </w:p>
    <w:p>
      <w:pPr>
        <w:spacing w:after="0"/>
      </w:pPr>
    </w:p>
    <w:p>
      <w:pPr>
        <w:spacing w:after="0"/>
      </w:pPr>
      <w:r>
        <w:rPr>
          <w:rFonts w:ascii="Arial" w:hAnsi="Arial"/>
          <w:b/>
          <w:sz w:val="22"/>
        </w:rPr>
        <w:t xml:space="preserve">Lucy  </w:t>
      </w:r>
      <w:r>
        <w:rPr>
          <w:rFonts w:ascii="Arial" w:hAnsi="Arial"/>
          <w:color w:val="5D7284"/>
          <w:sz w:val="22"/>
        </w:rPr>
        <w:t>46:46</w:t>
      </w:r>
    </w:p>
    <w:p>
      <w:pPr>
        <w:spacing w:after="0"/>
      </w:pPr>
      <w:r>
        <w:rPr>
          <w:rFonts w:ascii="Arial" w:hAnsi="Arial"/>
          <w:sz w:val="22"/>
        </w:rPr>
        <w:t>Yeah. Yeah. Well, I am, that has been a really interesting 45 minutes, we, I learnt loads about cane training and I didn't realise, like cuz you see people with canes or guide dogs. And you just think, Oh, yeah, well, that dog has been trained. I didn't. I know it sounds stupid. But you don't tend to think of the person with the vision impairment having, or I certainly don't, having to do any, like you just, in my head even though I know this isn't true. I just thought they go. There's your dog. Off you go. It's not, like That's not a case of it's not. It's not like, here's your puppy, is it?. It's like, here's your puppy. This is what you need to do with it. Here's the instruction manual. Yep And they, they come back and check on you. Did they give you like an instruction manual for a dog like?</w:t>
      </w:r>
    </w:p>
    <w:p>
      <w:pPr>
        <w:spacing w:after="0"/>
      </w:pPr>
    </w:p>
    <w:p>
      <w:pPr>
        <w:spacing w:after="0"/>
      </w:pPr>
      <w:r>
        <w:rPr>
          <w:rFonts w:ascii="Arial" w:hAnsi="Arial"/>
          <w:b/>
          <w:sz w:val="22"/>
        </w:rPr>
        <w:t xml:space="preserve">Alice  </w:t>
      </w:r>
      <w:r>
        <w:rPr>
          <w:rFonts w:ascii="Arial" w:hAnsi="Arial"/>
          <w:color w:val="5D7284"/>
          <w:sz w:val="22"/>
        </w:rPr>
        <w:t>47:44</w:t>
      </w:r>
    </w:p>
    <w:p>
      <w:pPr>
        <w:spacing w:after="0"/>
      </w:pPr>
      <w:r>
        <w:rPr>
          <w:rFonts w:ascii="Arial" w:hAnsi="Arial"/>
          <w:sz w:val="22"/>
        </w:rPr>
        <w:t xml:space="preserve">No, so, err, they </w:t>
      </w:r>
    </w:p>
    <w:p>
      <w:pPr>
        <w:spacing w:after="0"/>
      </w:pPr>
    </w:p>
    <w:p>
      <w:pPr>
        <w:spacing w:after="0"/>
      </w:pPr>
      <w:r>
        <w:rPr>
          <w:rFonts w:ascii="Arial" w:hAnsi="Arial"/>
          <w:b/>
          <w:sz w:val="22"/>
        </w:rPr>
        <w:t xml:space="preserve">Lucy  </w:t>
      </w:r>
      <w:r>
        <w:rPr>
          <w:rFonts w:ascii="Arial" w:hAnsi="Arial"/>
          <w:color w:val="5D7284"/>
          <w:sz w:val="22"/>
        </w:rPr>
        <w:t>47:44</w:t>
      </w:r>
    </w:p>
    <w:p>
      <w:pPr>
        <w:spacing w:after="0"/>
      </w:pPr>
      <w:r>
        <w:rPr>
          <w:rFonts w:ascii="Arial" w:hAnsi="Arial"/>
          <w:sz w:val="22"/>
        </w:rPr>
        <w:t>Did they give you like training for the dog is that, like what I mean?</w:t>
      </w:r>
    </w:p>
    <w:p>
      <w:pPr>
        <w:spacing w:after="0"/>
      </w:pPr>
    </w:p>
    <w:p>
      <w:pPr>
        <w:spacing w:after="0"/>
      </w:pPr>
      <w:r>
        <w:rPr>
          <w:rFonts w:ascii="Arial" w:hAnsi="Arial"/>
          <w:b/>
          <w:sz w:val="22"/>
        </w:rPr>
        <w:t xml:space="preserve">Alice  </w:t>
      </w:r>
      <w:r>
        <w:rPr>
          <w:rFonts w:ascii="Arial" w:hAnsi="Arial"/>
          <w:color w:val="5D7284"/>
          <w:sz w:val="22"/>
        </w:rPr>
        <w:t>47:44</w:t>
      </w:r>
    </w:p>
    <w:p>
      <w:pPr>
        <w:spacing w:after="0"/>
      </w:pPr>
      <w:r>
        <w:rPr>
          <w:rFonts w:ascii="Arial" w:hAnsi="Arial"/>
          <w:sz w:val="22"/>
        </w:rPr>
        <w:t>Yeah. yeah. So I, it has the system's changed somewhat since I got Lola. But it's when I did it. They matched me with Lola. And then I think we had three weeks where every day except for Sunday, my trainer came out and did like a half day with me. Just General, like learning to walk with the dog and learning all the commands and all the hand movements. And I can remember really early on before I even really did any work with the dog. I had to spend a session holding on to the harness while my trainer, no dog in the harness, my trainer held on to the other side. And I had to just keep pulling on it until she felt I was pulling hard enough to be able to stop a dog from being like "Well, I'm just going over here."</w:t>
      </w:r>
    </w:p>
    <w:p>
      <w:pPr>
        <w:spacing w:after="0"/>
      </w:pPr>
    </w:p>
    <w:p>
      <w:pPr>
        <w:spacing w:after="0"/>
      </w:pPr>
      <w:r>
        <w:rPr>
          <w:rFonts w:ascii="Arial" w:hAnsi="Arial"/>
          <w:b/>
          <w:sz w:val="22"/>
        </w:rPr>
        <w:t xml:space="preserve">Lucy  </w:t>
      </w:r>
      <w:r>
        <w:rPr>
          <w:rFonts w:ascii="Arial" w:hAnsi="Arial"/>
          <w:color w:val="5D7284"/>
          <w:sz w:val="22"/>
        </w:rPr>
        <w:t>48:44</w:t>
      </w:r>
    </w:p>
    <w:p>
      <w:pPr>
        <w:spacing w:after="0"/>
      </w:pPr>
      <w:r>
        <w:rPr>
          <w:rFonts w:ascii="Arial" w:hAnsi="Arial"/>
          <w:sz w:val="22"/>
        </w:rPr>
        <w:t>Well I, I did actually think you were gonna say that you were had to hold theharness whilst the instructor was was wearing it. That is a completely different type of training. [laughs] I mean, it's all these kind of things you wouldn't even realise you know, so if I know if I'm learning something, hopefully, our listeners will too. So err thank you for sharing your story with your cane training. I hope that what you'll be able to update us as it goes on.</w:t>
      </w:r>
    </w:p>
    <w:p>
      <w:pPr>
        <w:spacing w:after="0"/>
      </w:pPr>
    </w:p>
    <w:p>
      <w:pPr>
        <w:spacing w:after="0"/>
      </w:pPr>
      <w:r>
        <w:rPr>
          <w:rFonts w:ascii="Arial" w:hAnsi="Arial"/>
          <w:b/>
          <w:sz w:val="22"/>
        </w:rPr>
        <w:t xml:space="preserve">Alice  </w:t>
      </w:r>
      <w:r>
        <w:rPr>
          <w:rFonts w:ascii="Arial" w:hAnsi="Arial"/>
          <w:color w:val="5D7284"/>
          <w:sz w:val="22"/>
        </w:rPr>
        <w:t>49:14</w:t>
      </w:r>
    </w:p>
    <w:p>
      <w:pPr>
        <w:spacing w:after="0"/>
      </w:pPr>
      <w:r>
        <w:rPr>
          <w:rFonts w:ascii="Arial" w:hAnsi="Arial"/>
          <w:sz w:val="22"/>
        </w:rPr>
        <w:t>Yeah, I will keep you posted and yes, it'd be really interesting to hear from other people you know, guide dog users and cane users just about what their sort of thoughts and feelings and experiences I mean, you know, also non visually impaired people people with other kinds of assistance dogs or mobility aids and just their experiences of having to kind of negotiate the pros and cons and i think it's it's a very personal experience for everybody. So yeah, guys, it would be really nice to to start you know, having a bit of a conversation about that because I think it will be such a something that's not perhaps thought about or talked about very much.</w:t>
      </w:r>
    </w:p>
    <w:p>
      <w:pPr>
        <w:spacing w:after="0"/>
      </w:pPr>
    </w:p>
    <w:p>
      <w:pPr>
        <w:spacing w:after="0"/>
      </w:pPr>
      <w:r>
        <w:rPr>
          <w:rFonts w:ascii="Arial" w:hAnsi="Arial"/>
          <w:b/>
          <w:sz w:val="22"/>
        </w:rPr>
        <w:t xml:space="preserve">Lucy  </w:t>
      </w:r>
      <w:r>
        <w:rPr>
          <w:rFonts w:ascii="Arial" w:hAnsi="Arial"/>
          <w:color w:val="5D7284"/>
          <w:sz w:val="22"/>
        </w:rPr>
        <w:t>49:56</w:t>
      </w:r>
    </w:p>
    <w:p>
      <w:pPr>
        <w:spacing w:after="0"/>
      </w:pPr>
      <w:r>
        <w:rPr>
          <w:rFonts w:ascii="Arial" w:hAnsi="Arial"/>
          <w:sz w:val="22"/>
        </w:rPr>
        <w:t xml:space="preserve">No, I think with non disabled people will say Things like, oh, that person's got a walking frame, or that person's got a cane or something, but they don't necessarily see the ongoing sort of training behind it, you know, what I mean? </w:t>
      </w:r>
    </w:p>
    <w:p>
      <w:pPr>
        <w:spacing w:after="0"/>
      </w:pPr>
    </w:p>
    <w:p>
      <w:pPr>
        <w:spacing w:after="0"/>
      </w:pPr>
      <w:r>
        <w:rPr>
          <w:rFonts w:ascii="Arial" w:hAnsi="Arial"/>
          <w:b/>
          <w:sz w:val="22"/>
        </w:rPr>
        <w:t xml:space="preserve">Alice  </w:t>
      </w:r>
      <w:r>
        <w:rPr>
          <w:rFonts w:ascii="Arial" w:hAnsi="Arial"/>
          <w:color w:val="5D7284"/>
          <w:sz w:val="22"/>
        </w:rPr>
        <w:t>50:15</w:t>
      </w:r>
    </w:p>
    <w:p>
      <w:pPr>
        <w:spacing w:after="0"/>
      </w:pPr>
      <w:r>
        <w:rPr>
          <w:rFonts w:ascii="Arial" w:hAnsi="Arial"/>
          <w:sz w:val="22"/>
        </w:rPr>
        <w:t>Or the sort of relationship that people have with even inanimate objects that are there, their mobility, sort of support, because, you know, you do have to have those, it's, you know, the one of the things that's really different for me about my experience with having a guide dog and using a cane is that I trust my dog, I have to trust myself with a cane. And it's very, it's a different kind of, you know, experience.</w:t>
      </w:r>
    </w:p>
    <w:p>
      <w:pPr>
        <w:spacing w:after="0"/>
      </w:pPr>
    </w:p>
    <w:p>
      <w:pPr>
        <w:spacing w:after="0"/>
      </w:pPr>
      <w:r>
        <w:rPr>
          <w:rFonts w:ascii="Arial" w:hAnsi="Arial"/>
          <w:b/>
          <w:sz w:val="22"/>
        </w:rPr>
        <w:t xml:space="preserve">Lucy  </w:t>
      </w:r>
      <w:r>
        <w:rPr>
          <w:rFonts w:ascii="Arial" w:hAnsi="Arial"/>
          <w:color w:val="5D7284"/>
          <w:sz w:val="22"/>
        </w:rPr>
        <w:t>50:44</w:t>
      </w:r>
    </w:p>
    <w:p>
      <w:pPr>
        <w:spacing w:after="0"/>
      </w:pPr>
      <w:r>
        <w:rPr>
          <w:rFonts w:ascii="Arial" w:hAnsi="Arial"/>
          <w:sz w:val="22"/>
        </w:rPr>
        <w:t>it's a bit like, you know, working with a co worker and then working on a project solo, isn't it you like, you know, that kind of similar sort of ethics, you know, ethic of, you know, well, we can share the blame if this all goes wrong. If it's just you it's all on you., isn't it?</w:t>
      </w:r>
    </w:p>
    <w:p>
      <w:pPr>
        <w:spacing w:after="0"/>
      </w:pPr>
    </w:p>
    <w:p>
      <w:pPr>
        <w:spacing w:after="0"/>
      </w:pPr>
      <w:r>
        <w:rPr>
          <w:rFonts w:ascii="Arial" w:hAnsi="Arial"/>
          <w:b/>
          <w:sz w:val="22"/>
        </w:rPr>
        <w:t xml:space="preserve">Alice  </w:t>
      </w:r>
      <w:r>
        <w:rPr>
          <w:rFonts w:ascii="Arial" w:hAnsi="Arial"/>
          <w:color w:val="5D7284"/>
          <w:sz w:val="22"/>
        </w:rPr>
        <w:t>51:03</w:t>
      </w:r>
    </w:p>
    <w:p>
      <w:pPr>
        <w:spacing w:after="0"/>
      </w:pPr>
      <w:r>
        <w:rPr>
          <w:rFonts w:ascii="Arial" w:hAnsi="Arial"/>
          <w:sz w:val="22"/>
        </w:rPr>
        <w:t>Absolutely. Absolutely. So, it's, yeah, I think it's, it's a lot of a lot here in this topic. And I think we've only touched on some of it. So yeah. Do guys tweet at me, I am Alice, then the number three Evans on Twitter and Lucy is at</w:t>
      </w:r>
    </w:p>
    <w:p>
      <w:pPr>
        <w:spacing w:after="0"/>
      </w:pPr>
    </w:p>
    <w:p>
      <w:pPr>
        <w:spacing w:after="0"/>
      </w:pPr>
      <w:r>
        <w:rPr>
          <w:rFonts w:ascii="Arial" w:hAnsi="Arial"/>
          <w:b/>
          <w:sz w:val="22"/>
        </w:rPr>
        <w:t xml:space="preserve">Lucy  </w:t>
      </w:r>
      <w:r>
        <w:rPr>
          <w:rFonts w:ascii="Arial" w:hAnsi="Arial"/>
          <w:color w:val="5D7284"/>
          <w:sz w:val="22"/>
        </w:rPr>
        <w:t>51:25</w:t>
      </w:r>
    </w:p>
    <w:p>
      <w:pPr>
        <w:spacing w:after="0"/>
      </w:pPr>
      <w:r>
        <w:rPr>
          <w:rFonts w:ascii="Arial" w:hAnsi="Arial"/>
          <w:sz w:val="22"/>
        </w:rPr>
        <w:t>World wonder underscore, I think</w:t>
      </w:r>
    </w:p>
    <w:p>
      <w:pPr>
        <w:spacing w:after="0"/>
      </w:pPr>
    </w:p>
    <w:p>
      <w:pPr>
        <w:spacing w:after="0"/>
      </w:pPr>
      <w:r>
        <w:rPr>
          <w:rFonts w:ascii="Arial" w:hAnsi="Arial"/>
          <w:b/>
          <w:sz w:val="22"/>
        </w:rPr>
        <w:t xml:space="preserve">Alice  </w:t>
      </w:r>
      <w:r>
        <w:rPr>
          <w:rFonts w:ascii="Arial" w:hAnsi="Arial"/>
          <w:color w:val="5D7284"/>
          <w:sz w:val="22"/>
        </w:rPr>
        <w:t>51:27</w:t>
      </w:r>
    </w:p>
    <w:p>
      <w:pPr>
        <w:spacing w:after="0"/>
      </w:pPr>
      <w:r>
        <w:rPr>
          <w:rFonts w:ascii="Arial" w:hAnsi="Arial"/>
          <w:sz w:val="22"/>
        </w:rPr>
        <w:t>Wheeled wonder underscore Okay,</w:t>
      </w:r>
    </w:p>
    <w:p>
      <w:pPr>
        <w:spacing w:after="0"/>
      </w:pPr>
    </w:p>
    <w:p>
      <w:pPr>
        <w:spacing w:after="0"/>
      </w:pPr>
      <w:r>
        <w:rPr>
          <w:rFonts w:ascii="Arial" w:hAnsi="Arial"/>
          <w:b/>
          <w:sz w:val="22"/>
        </w:rPr>
        <w:t xml:space="preserve">Lucy  </w:t>
      </w:r>
      <w:r>
        <w:rPr>
          <w:rFonts w:ascii="Arial" w:hAnsi="Arial"/>
          <w:color w:val="5D7284"/>
          <w:sz w:val="22"/>
        </w:rPr>
        <w:t>51:29</w:t>
      </w:r>
    </w:p>
    <w:p>
      <w:pPr>
        <w:spacing w:after="0"/>
      </w:pPr>
      <w:r>
        <w:rPr>
          <w:rFonts w:ascii="Arial" w:hAnsi="Arial"/>
          <w:sz w:val="22"/>
        </w:rPr>
        <w:t>Or you can tweet the podcast, which is lABLEd podcast. It's a lot easier to remember.  Yeah. Yeah, that's true. And we'll, we'll, we'll share all of your comments and thoughts on this topic. It's been really fascinating.</w:t>
      </w:r>
    </w:p>
    <w:p>
      <w:pPr>
        <w:spacing w:after="0"/>
      </w:pPr>
    </w:p>
    <w:p>
      <w:pPr>
        <w:spacing w:after="0"/>
      </w:pPr>
      <w:r>
        <w:rPr>
          <w:rFonts w:ascii="Arial" w:hAnsi="Arial"/>
          <w:b/>
          <w:sz w:val="22"/>
        </w:rPr>
        <w:t xml:space="preserve">Alice  </w:t>
      </w:r>
      <w:r>
        <w:rPr>
          <w:rFonts w:ascii="Arial" w:hAnsi="Arial"/>
          <w:color w:val="5D7284"/>
          <w:sz w:val="22"/>
        </w:rPr>
        <w:t>51:42</w:t>
      </w:r>
    </w:p>
    <w:p>
      <w:pPr>
        <w:spacing w:after="0"/>
      </w:pPr>
      <w:r>
        <w:rPr>
          <w:rFonts w:ascii="Arial" w:hAnsi="Arial"/>
          <w:sz w:val="22"/>
        </w:rPr>
        <w:t>Yeah. Thanks, everybody for listening. And we will see you next time.</w:t>
      </w:r>
    </w:p>
    <w:p>
      <w:pPr>
        <w:spacing w:after="0"/>
      </w:pPr>
    </w:p>
    <w:p>
      <w:pPr>
        <w:spacing w:after="0"/>
      </w:pPr>
      <w:r>
        <w:rPr>
          <w:rFonts w:ascii="Arial" w:hAnsi="Arial"/>
          <w:b/>
          <w:sz w:val="22"/>
        </w:rPr>
        <w:t xml:space="preserve">Lucy  </w:t>
      </w:r>
      <w:r>
        <w:rPr>
          <w:rFonts w:ascii="Arial" w:hAnsi="Arial"/>
          <w:color w:val="5D7284"/>
          <w:sz w:val="22"/>
        </w:rPr>
        <w:t>51:47</w:t>
      </w:r>
    </w:p>
    <w:p>
      <w:pPr>
        <w:spacing w:after="0"/>
      </w:pPr>
      <w:r>
        <w:rPr>
          <w:rFonts w:ascii="Arial" w:hAnsi="Arial"/>
          <w:sz w:val="22"/>
        </w:rPr>
        <w:t>See you next time.</w:t>
      </w:r>
    </w:p>
    <w:p>
      <w:pPr>
        <w:spacing w:after="0"/>
      </w:pPr>
    </w:p>
    <w:p>
      <w:pPr>
        <w:spacing w:after="0"/>
      </w:pPr>
      <w:r>
        <w:rPr>
          <w:rFonts w:ascii="Arial" w:hAnsi="Arial"/>
          <w:b/>
          <w:sz w:val="22"/>
        </w:rPr>
        <w:t xml:space="preserve">Alice  </w:t>
      </w:r>
      <w:r>
        <w:rPr>
          <w:rFonts w:ascii="Arial" w:hAnsi="Arial"/>
          <w:color w:val="5D7284"/>
          <w:sz w:val="22"/>
        </w:rPr>
        <w:t>51:48</w:t>
      </w:r>
    </w:p>
    <w:p>
      <w:pPr>
        <w:spacing w:after="0"/>
      </w:pPr>
      <w:r>
        <w:rPr>
          <w:rFonts w:ascii="Arial" w:hAnsi="Arial"/>
          <w:sz w:val="22"/>
        </w:rPr>
        <w:t>Bye!</w:t>
      </w:r>
    </w:p>
    <w:p>
      <w:pPr>
        <w:spacing w:after="0"/>
      </w:pPr>
    </w:p>
    <w:p>
      <w:pPr>
        <w:spacing w:after="0"/>
      </w:pPr>
      <w:r>
        <w:rPr>
          <w:rFonts w:ascii="Arial" w:hAnsi="Arial"/>
          <w:b/>
          <w:sz w:val="22"/>
        </w:rPr>
        <w:t xml:space="preserve">Lucy  </w:t>
      </w:r>
      <w:r>
        <w:rPr>
          <w:rFonts w:ascii="Arial" w:hAnsi="Arial"/>
          <w:color w:val="5D7284"/>
          <w:sz w:val="22"/>
        </w:rPr>
        <w:t>51:48</w:t>
      </w:r>
    </w:p>
    <w:p>
      <w:pPr>
        <w:spacing w:after="0"/>
      </w:pPr>
      <w:r>
        <w:rPr>
          <w:rFonts w:ascii="Arial" w:hAnsi="Arial"/>
          <w:sz w:val="22"/>
        </w:rPr>
        <w:t>Bye!</w:t>
      </w:r>
    </w:p>
    <w:p>
      <w:pPr>
        <w:spacing w:after="0"/>
      </w:pPr>
    </w:p>
    <w:p>
      <w:pPr>
        <w:spacing w:after="0"/>
      </w:pPr>
      <w:r>
        <w:rPr>
          <w:rFonts w:ascii="Arial" w:hAnsi="Arial"/>
          <w:b/>
          <w:sz w:val="22"/>
        </w:rPr>
        <w:t xml:space="preserve">Alice  </w:t>
      </w:r>
      <w:r>
        <w:rPr>
          <w:rFonts w:ascii="Arial" w:hAnsi="Arial"/>
          <w:color w:val="5D7284"/>
          <w:sz w:val="22"/>
        </w:rPr>
        <w:t>51:51</w:t>
      </w:r>
    </w:p>
    <w:p>
      <w:pPr>
        <w:spacing w:after="0"/>
      </w:pPr>
      <w:r>
        <w:rPr>
          <w:rFonts w:ascii="Arial" w:hAnsi="Arial"/>
          <w:sz w:val="22"/>
        </w:rPr>
        <w:t>Thanks for listening to the lABLEd podcast. If you like the show, please rate review and subscribe.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52:02</w:t>
      </w:r>
    </w:p>
    <w:p>
      <w:pPr>
        <w:spacing w:after="0"/>
      </w:pPr>
      <w:r>
        <w:rPr>
          <w:rFonts w:ascii="Arial" w:hAnsi="Arial"/>
          <w:sz w:val="22"/>
        </w:rPr>
        <w:t xml:space="preserve">Our thanks go to our editor Adam Hall, a music composer  Maissie Crunden and our graphic designer Sarah colley.      </w:t>
      </w:r>
    </w:p>
    <w:p>
      <w:pPr>
        <w:spacing w:after="0"/>
      </w:pPr>
    </w:p>
    <w:p>
      <w:pPr>
        <w:spacing w:after="0"/>
      </w:pPr>
      <w:r>
        <w:rPr>
          <w:rFonts w:ascii="Arial" w:hAnsi="Arial"/>
          <w:b/>
          <w:sz w:val="22"/>
        </w:rPr>
        <w:t xml:space="preserve">Alice Evans &amp; Lucy Wood  </w:t>
      </w:r>
      <w:r>
        <w:rPr>
          <w:rFonts w:ascii="Arial" w:hAnsi="Arial"/>
          <w:color w:val="5D7284"/>
          <w:sz w:val="22"/>
        </w:rPr>
        <w:t>52:10</w:t>
      </w:r>
    </w:p>
    <w:p>
      <w:pPr>
        <w:spacing w:after="0"/>
      </w:pPr>
      <w:r>
        <w:rPr>
          <w:rFonts w:ascii="Arial" w:hAnsi="Arial"/>
          <w:sz w:val="22"/>
        </w:rPr>
        <w:t>We'll see you next time.</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