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Episode 18 Liz Wright</w:t>
      </w:r>
    </w:p>
    <w:p>
      <w:r>
        <w:rPr>
          <w:rFonts w:ascii="Arial" w:hAnsi="Arial"/>
          <w:color w:val="4F6880"/>
          <w:sz w:val="22"/>
        </w:rPr>
        <w:t>Mon, 8/16 7:58AM • 1:36:43</w:t>
      </w:r>
    </w:p>
    <w:p>
      <w:pPr>
        <w:spacing w:before="440" w:after="0"/>
      </w:pPr>
      <w:r>
        <w:rPr>
          <w:rFonts w:ascii="Arial" w:hAnsi="Arial"/>
          <w:b/>
          <w:color w:val="4F6880"/>
          <w:sz w:val="22"/>
        </w:rPr>
        <w:t>SUMMARY KEYWORDS</w:t>
      </w:r>
    </w:p>
    <w:p>
      <w:r>
        <w:rPr>
          <w:rFonts w:ascii="Arial" w:hAnsi="Arial"/>
          <w:color w:val="4F6880"/>
          <w:sz w:val="22"/>
        </w:rPr>
        <w:t>disability, people, paralympics, disabled, sport, bit, swimming, lucy, swim, liz, alice, olympics, paralympic, podcast, feel, non disabled, games, swimmer, friends, mental health</w:t>
      </w:r>
    </w:p>
    <w:p>
      <w:pPr>
        <w:spacing w:before="440" w:after="0"/>
      </w:pPr>
      <w:r>
        <w:rPr>
          <w:rFonts w:ascii="Arial" w:hAnsi="Arial"/>
          <w:b/>
          <w:color w:val="4F6880"/>
          <w:sz w:val="22"/>
        </w:rPr>
        <w:t>SPEAKERS</w:t>
      </w:r>
    </w:p>
    <w:p>
      <w:r>
        <w:rPr>
          <w:rFonts w:ascii="Arial" w:hAnsi="Arial"/>
          <w:color w:val="4F6880"/>
          <w:sz w:val="22"/>
        </w:rPr>
        <w:t>all, Theme Tune, Lucy, Liz Wright, Alice, Alice Evans &amp; Lucy Wood</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And I'm Alice.... And thats Lola </w:t>
      </w:r>
    </w:p>
    <w:p>
      <w:pPr>
        <w:spacing w:after="0"/>
      </w:pPr>
    </w:p>
    <w:p>
      <w:pPr>
        <w:spacing w:after="0"/>
      </w:pPr>
      <w:r>
        <w:rPr>
          <w:rFonts w:ascii="Arial" w:hAnsi="Arial"/>
          <w:b/>
          <w:sz w:val="22"/>
        </w:rPr>
        <w:t xml:space="preserve">Theme Tune  </w:t>
      </w:r>
      <w:r>
        <w:rPr>
          <w:rFonts w:ascii="Arial" w:hAnsi="Arial"/>
          <w:color w:val="5D7284"/>
          <w:sz w:val="22"/>
        </w:rPr>
        <w:t>00:14</w:t>
      </w:r>
    </w:p>
    <w:p>
      <w:pPr>
        <w:spacing w:after="0"/>
      </w:pPr>
      <w:r>
        <w:rPr>
          <w:rFonts w:ascii="Arial" w:hAnsi="Arial"/>
          <w:sz w:val="22"/>
        </w:rPr>
        <w:t xml:space="preserve">Though I might not fit in socailly, I'm so much more than what you see, we all live our live diffrently, Kalediscope identity and this is who I'm meant to be, I'm Just labeled me </w:t>
      </w:r>
    </w:p>
    <w:p>
      <w:pPr>
        <w:spacing w:after="0"/>
      </w:pPr>
    </w:p>
    <w:p>
      <w:pPr>
        <w:spacing w:after="0"/>
      </w:pPr>
      <w:r>
        <w:rPr>
          <w:rFonts w:ascii="Arial" w:hAnsi="Arial"/>
          <w:b/>
          <w:sz w:val="22"/>
        </w:rPr>
        <w:t xml:space="preserve">Alice  </w:t>
      </w:r>
      <w:r>
        <w:rPr>
          <w:rFonts w:ascii="Arial" w:hAnsi="Arial"/>
          <w:color w:val="5D7284"/>
          <w:sz w:val="22"/>
        </w:rPr>
        <w:t>00:37</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everybody, and welcome to a brand new episode of the lABLEd podcast. I am Lucy and my co host, Alice. Hi, everyone.</w:t>
      </w:r>
    </w:p>
    <w:p>
      <w:pPr>
        <w:spacing w:after="0"/>
      </w:pPr>
    </w:p>
    <w:p>
      <w:pPr>
        <w:spacing w:after="0"/>
      </w:pPr>
      <w:r>
        <w:rPr>
          <w:rFonts w:ascii="Arial" w:hAnsi="Arial"/>
          <w:b/>
          <w:sz w:val="22"/>
        </w:rPr>
        <w:t xml:space="preserve">Alice  </w:t>
      </w:r>
      <w:r>
        <w:rPr>
          <w:rFonts w:ascii="Arial" w:hAnsi="Arial"/>
          <w:color w:val="5D7284"/>
          <w:sz w:val="22"/>
        </w:rPr>
        <w:t>00:53</w:t>
      </w:r>
    </w:p>
    <w:p>
      <w:pPr>
        <w:spacing w:after="0"/>
      </w:pPr>
      <w:r>
        <w:rPr>
          <w:rFonts w:ascii="Arial" w:hAnsi="Arial"/>
          <w:sz w:val="22"/>
        </w:rPr>
        <w:t>I was gonna say my own name, but apparently that's not allowed.</w:t>
      </w:r>
    </w:p>
    <w:p>
      <w:pPr>
        <w:spacing w:after="0"/>
      </w:pPr>
    </w:p>
    <w:p>
      <w:pPr>
        <w:spacing w:after="0"/>
      </w:pPr>
      <w:r>
        <w:rPr>
          <w:rFonts w:ascii="Arial" w:hAnsi="Arial"/>
          <w:b/>
          <w:sz w:val="22"/>
        </w:rPr>
        <w:t xml:space="preserve">Lucy  </w:t>
      </w:r>
      <w:r>
        <w:rPr>
          <w:rFonts w:ascii="Arial" w:hAnsi="Arial"/>
          <w:color w:val="5D7284"/>
          <w:sz w:val="22"/>
        </w:rPr>
        <w:t>00:56</w:t>
      </w:r>
    </w:p>
    <w:p>
      <w:pPr>
        <w:spacing w:after="0"/>
      </w:pPr>
      <w:r>
        <w:rPr>
          <w:rFonts w:ascii="Arial" w:hAnsi="Arial"/>
          <w:sz w:val="22"/>
        </w:rPr>
        <w:t>Today again. No,</w:t>
      </w:r>
    </w:p>
    <w:p>
      <w:pPr>
        <w:spacing w:after="0"/>
      </w:pPr>
    </w:p>
    <w:p>
      <w:pPr>
        <w:spacing w:after="0"/>
      </w:pPr>
      <w:r>
        <w:rPr>
          <w:rFonts w:ascii="Arial" w:hAnsi="Arial"/>
          <w:b/>
          <w:sz w:val="22"/>
        </w:rPr>
        <w:t xml:space="preserve">Alice  </w:t>
      </w:r>
      <w:r>
        <w:rPr>
          <w:rFonts w:ascii="Arial" w:hAnsi="Arial"/>
          <w:color w:val="5D7284"/>
          <w:sz w:val="22"/>
        </w:rPr>
        <w:t>00:58</w:t>
      </w:r>
    </w:p>
    <w:p>
      <w:pPr>
        <w:spacing w:after="0"/>
      </w:pPr>
      <w:r>
        <w:rPr>
          <w:rFonts w:ascii="Arial" w:hAnsi="Arial"/>
          <w:sz w:val="22"/>
        </w:rPr>
        <w:t>it's fine. It's just it's just a little bit does she take sugar?</w:t>
      </w:r>
    </w:p>
    <w:p>
      <w:pPr>
        <w:spacing w:after="0"/>
      </w:pPr>
    </w:p>
    <w:p>
      <w:pPr>
        <w:spacing w:after="0"/>
      </w:pPr>
      <w:r>
        <w:rPr>
          <w:rFonts w:ascii="Arial" w:hAnsi="Arial"/>
          <w:b/>
          <w:sz w:val="22"/>
        </w:rPr>
        <w:t xml:space="preserve">Lucy  </w:t>
      </w:r>
      <w:r>
        <w:rPr>
          <w:rFonts w:ascii="Arial" w:hAnsi="Arial"/>
          <w:color w:val="5D7284"/>
          <w:sz w:val="22"/>
        </w:rPr>
        <w:t>01:02</w:t>
      </w:r>
    </w:p>
    <w:p>
      <w:pPr>
        <w:spacing w:after="0"/>
      </w:pPr>
      <w:r>
        <w:rPr>
          <w:rFonts w:ascii="Arial" w:hAnsi="Arial"/>
          <w:sz w:val="22"/>
        </w:rPr>
        <w:t>Sorry, is the cardinal said I do appologise</w:t>
      </w:r>
    </w:p>
    <w:p>
      <w:pPr>
        <w:spacing w:after="0"/>
      </w:pPr>
    </w:p>
    <w:p>
      <w:pPr>
        <w:spacing w:after="0"/>
      </w:pPr>
      <w:r>
        <w:rPr>
          <w:rFonts w:ascii="Arial" w:hAnsi="Arial"/>
          <w:b/>
          <w:sz w:val="22"/>
        </w:rPr>
        <w:t xml:space="preserve">Alice  </w:t>
      </w:r>
      <w:r>
        <w:rPr>
          <w:rFonts w:ascii="Arial" w:hAnsi="Arial"/>
          <w:color w:val="5D7284"/>
          <w:sz w:val="22"/>
        </w:rPr>
        <w:t>01:09</w:t>
      </w:r>
    </w:p>
    <w:p>
      <w:pPr>
        <w:spacing w:after="0"/>
      </w:pPr>
      <w:r>
        <w:rPr>
          <w:rFonts w:ascii="Arial" w:hAnsi="Arial"/>
          <w:sz w:val="22"/>
        </w:rPr>
        <w:t>sugar? Ah, yeah, I'm alright. I've been. I've been doing a lot. But for once in my life, not feeling hugely stressed out about it. I don't seem to know I think I've just reached my limit of caring and now I just don't care anymore. But now you know what? It'll work itself out.</w:t>
      </w:r>
    </w:p>
    <w:p>
      <w:pPr>
        <w:spacing w:after="0"/>
      </w:pPr>
    </w:p>
    <w:p>
      <w:pPr>
        <w:spacing w:after="0"/>
      </w:pPr>
      <w:r>
        <w:rPr>
          <w:rFonts w:ascii="Arial" w:hAnsi="Arial"/>
          <w:b/>
          <w:sz w:val="22"/>
        </w:rPr>
        <w:t xml:space="preserve">Lucy  </w:t>
      </w:r>
      <w:r>
        <w:rPr>
          <w:rFonts w:ascii="Arial" w:hAnsi="Arial"/>
          <w:color w:val="5D7284"/>
          <w:sz w:val="22"/>
        </w:rPr>
        <w:t>01:28</w:t>
      </w:r>
    </w:p>
    <w:p>
      <w:pPr>
        <w:spacing w:after="0"/>
      </w:pPr>
      <w:r>
        <w:rPr>
          <w:rFonts w:ascii="Arial" w:hAnsi="Arial"/>
          <w:sz w:val="22"/>
        </w:rPr>
        <w:t>I think we've had a bit of a role reversal in our lives i am doing a loss and I'm still stressed so well, it's fine. My birthday is soon, it's alright. Everybody calm down. It will be fine. But yes, good.</w:t>
      </w:r>
    </w:p>
    <w:p>
      <w:pPr>
        <w:spacing w:after="0"/>
      </w:pPr>
    </w:p>
    <w:p>
      <w:pPr>
        <w:spacing w:after="0"/>
      </w:pPr>
      <w:r>
        <w:rPr>
          <w:rFonts w:ascii="Arial" w:hAnsi="Arial"/>
          <w:b/>
          <w:sz w:val="22"/>
        </w:rPr>
        <w:t xml:space="preserve">Alice  </w:t>
      </w:r>
      <w:r>
        <w:rPr>
          <w:rFonts w:ascii="Arial" w:hAnsi="Arial"/>
          <w:color w:val="5D7284"/>
          <w:sz w:val="22"/>
        </w:rPr>
        <w:t>01:43</w:t>
      </w:r>
    </w:p>
    <w:p>
      <w:pPr>
        <w:spacing w:after="0"/>
      </w:pPr>
      <w:r>
        <w:rPr>
          <w:rFonts w:ascii="Arial" w:hAnsi="Arial"/>
          <w:sz w:val="22"/>
        </w:rPr>
        <w:t>I'm trying your birthday will have been gone by the time this comes out.</w:t>
      </w:r>
    </w:p>
    <w:p>
      <w:pPr>
        <w:spacing w:after="0"/>
      </w:pPr>
    </w:p>
    <w:p>
      <w:pPr>
        <w:spacing w:after="0"/>
      </w:pPr>
      <w:r>
        <w:rPr>
          <w:rFonts w:ascii="Arial" w:hAnsi="Arial"/>
          <w:b/>
          <w:sz w:val="22"/>
        </w:rPr>
        <w:t xml:space="preserve">Lucy  </w:t>
      </w:r>
      <w:r>
        <w:rPr>
          <w:rFonts w:ascii="Arial" w:hAnsi="Arial"/>
          <w:color w:val="5D7284"/>
          <w:sz w:val="22"/>
        </w:rPr>
        <w:t>01:48</w:t>
      </w:r>
    </w:p>
    <w:p>
      <w:pPr>
        <w:spacing w:after="0"/>
      </w:pPr>
      <w:r>
        <w:rPr>
          <w:rFonts w:ascii="Arial" w:hAnsi="Arial"/>
          <w:sz w:val="22"/>
        </w:rPr>
        <w:t>You're listening to me from the future? episode comes out 34. I mean, no, it's not that bad. No, no, but I always think like, you know, they're not you know, age. You know, I always think</w:t>
      </w:r>
    </w:p>
    <w:p>
      <w:pPr>
        <w:spacing w:after="0"/>
      </w:pPr>
    </w:p>
    <w:p>
      <w:pPr>
        <w:spacing w:after="0"/>
      </w:pPr>
      <w:r>
        <w:rPr>
          <w:rFonts w:ascii="Arial" w:hAnsi="Arial"/>
          <w:b/>
          <w:sz w:val="22"/>
        </w:rPr>
        <w:t xml:space="preserve">Alice  </w:t>
      </w:r>
      <w:r>
        <w:rPr>
          <w:rFonts w:ascii="Arial" w:hAnsi="Arial"/>
          <w:color w:val="5D7284"/>
          <w:sz w:val="22"/>
        </w:rPr>
        <w:t>02:07</w:t>
      </w:r>
    </w:p>
    <w:p>
      <w:pPr>
        <w:spacing w:after="0"/>
      </w:pPr>
      <w:r>
        <w:rPr>
          <w:rFonts w:ascii="Arial" w:hAnsi="Arial"/>
          <w:sz w:val="22"/>
        </w:rPr>
        <w:t>familiar with it.</w:t>
      </w:r>
    </w:p>
    <w:p>
      <w:pPr>
        <w:spacing w:after="0"/>
      </w:pPr>
    </w:p>
    <w:p>
      <w:pPr>
        <w:spacing w:after="0"/>
      </w:pPr>
      <w:r>
        <w:rPr>
          <w:rFonts w:ascii="Arial" w:hAnsi="Arial"/>
          <w:b/>
          <w:sz w:val="22"/>
        </w:rPr>
        <w:t xml:space="preserve">Lucy  </w:t>
      </w:r>
      <w:r>
        <w:rPr>
          <w:rFonts w:ascii="Arial" w:hAnsi="Arial"/>
          <w:color w:val="5D7284"/>
          <w:sz w:val="22"/>
        </w:rPr>
        <w:t>02:08</w:t>
      </w:r>
    </w:p>
    <w:p>
      <w:pPr>
        <w:spacing w:after="0"/>
      </w:pPr>
      <w:r>
        <w:rPr>
          <w:rFonts w:ascii="Arial" w:hAnsi="Arial"/>
          <w:sz w:val="22"/>
        </w:rPr>
        <w:t>Yeah. Yeah. And you know, four or five. They make you because you're not like at the beginning of the decade, and you're not near the end of that you just like in the middle, you're like, on the top before you go. There you are.</w:t>
      </w:r>
    </w:p>
    <w:p>
      <w:pPr>
        <w:spacing w:after="0"/>
      </w:pPr>
    </w:p>
    <w:p>
      <w:pPr>
        <w:spacing w:after="0"/>
      </w:pPr>
      <w:r>
        <w:rPr>
          <w:rFonts w:ascii="Arial" w:hAnsi="Arial"/>
          <w:b/>
          <w:sz w:val="22"/>
        </w:rPr>
        <w:t xml:space="preserve">Alice  </w:t>
      </w:r>
      <w:r>
        <w:rPr>
          <w:rFonts w:ascii="Arial" w:hAnsi="Arial"/>
          <w:color w:val="5D7284"/>
          <w:sz w:val="22"/>
        </w:rPr>
        <w:t>02:22</w:t>
      </w:r>
    </w:p>
    <w:p>
      <w:pPr>
        <w:spacing w:after="0"/>
      </w:pPr>
      <w:r>
        <w:rPr>
          <w:rFonts w:ascii="Arial" w:hAnsi="Arial"/>
          <w:sz w:val="22"/>
        </w:rPr>
        <w:t>You are firmly in your 30s at this</w:t>
      </w:r>
    </w:p>
    <w:p>
      <w:pPr>
        <w:spacing w:after="0"/>
      </w:pPr>
    </w:p>
    <w:p>
      <w:pPr>
        <w:spacing w:after="0"/>
      </w:pPr>
      <w:r>
        <w:rPr>
          <w:rFonts w:ascii="Arial" w:hAnsi="Arial"/>
          <w:b/>
          <w:sz w:val="22"/>
        </w:rPr>
        <w:t xml:space="preserve">Lucy  </w:t>
      </w:r>
      <w:r>
        <w:rPr>
          <w:rFonts w:ascii="Arial" w:hAnsi="Arial"/>
          <w:color w:val="5D7284"/>
          <w:sz w:val="22"/>
        </w:rPr>
        <w:t>02:25</w:t>
      </w:r>
    </w:p>
    <w:p>
      <w:pPr>
        <w:spacing w:after="0"/>
      </w:pPr>
      <w:r>
        <w:rPr>
          <w:rFonts w:ascii="Arial" w:hAnsi="Arial"/>
          <w:sz w:val="22"/>
        </w:rPr>
        <w:t>point. Exactly. That's what makes me feel a bit.</w:t>
      </w:r>
    </w:p>
    <w:p>
      <w:pPr>
        <w:spacing w:after="0"/>
      </w:pPr>
    </w:p>
    <w:p>
      <w:pPr>
        <w:spacing w:after="0"/>
      </w:pPr>
      <w:r>
        <w:rPr>
          <w:rFonts w:ascii="Arial" w:hAnsi="Arial"/>
          <w:b/>
          <w:sz w:val="22"/>
        </w:rPr>
        <w:t xml:space="preserve">Alice  </w:t>
      </w:r>
      <w:r>
        <w:rPr>
          <w:rFonts w:ascii="Arial" w:hAnsi="Arial"/>
          <w:color w:val="5D7284"/>
          <w:sz w:val="22"/>
        </w:rPr>
        <w:t>02:27</w:t>
      </w:r>
    </w:p>
    <w:p>
      <w:pPr>
        <w:spacing w:after="0"/>
      </w:pPr>
      <w:r>
        <w:rPr>
          <w:rFonts w:ascii="Arial" w:hAnsi="Arial"/>
          <w:sz w:val="22"/>
        </w:rPr>
        <w:t>Oh my god, you can't say I'm in my early 30s if you're very much in your 30s now.</w:t>
      </w:r>
    </w:p>
    <w:p>
      <w:pPr>
        <w:spacing w:after="0"/>
      </w:pPr>
    </w:p>
    <w:p>
      <w:pPr>
        <w:spacing w:after="0"/>
      </w:pPr>
      <w:r>
        <w:rPr>
          <w:rFonts w:ascii="Arial" w:hAnsi="Arial"/>
          <w:b/>
          <w:sz w:val="22"/>
        </w:rPr>
        <w:t xml:space="preserve">Lucy  </w:t>
      </w:r>
      <w:r>
        <w:rPr>
          <w:rFonts w:ascii="Arial" w:hAnsi="Arial"/>
          <w:color w:val="5D7284"/>
          <w:sz w:val="22"/>
        </w:rPr>
        <w:t>02:33</w:t>
      </w:r>
    </w:p>
    <w:p>
      <w:pPr>
        <w:spacing w:after="0"/>
      </w:pPr>
      <w:r>
        <w:rPr>
          <w:rFonts w:ascii="Arial" w:hAnsi="Arial"/>
          <w:sz w:val="22"/>
        </w:rPr>
        <w:t>All right.</w:t>
      </w:r>
    </w:p>
    <w:p>
      <w:pPr>
        <w:spacing w:after="0"/>
      </w:pPr>
    </w:p>
    <w:p>
      <w:pPr>
        <w:spacing w:after="0"/>
      </w:pPr>
      <w:r>
        <w:rPr>
          <w:rFonts w:ascii="Arial" w:hAnsi="Arial"/>
          <w:b/>
          <w:sz w:val="22"/>
        </w:rPr>
        <w:t xml:space="preserve">Alice  </w:t>
      </w:r>
      <w:r>
        <w:rPr>
          <w:rFonts w:ascii="Arial" w:hAnsi="Arial"/>
          <w:color w:val="5D7284"/>
          <w:sz w:val="22"/>
        </w:rPr>
        <w:t>02:35</w:t>
      </w:r>
    </w:p>
    <w:p>
      <w:pPr>
        <w:spacing w:after="0"/>
      </w:pPr>
      <w:r>
        <w:rPr>
          <w:rFonts w:ascii="Arial" w:hAnsi="Arial"/>
          <w:sz w:val="22"/>
        </w:rPr>
        <w:t>So when this episode does go out, at the minute we are recording and it is Olympics season, but when this episode goes out, it's going to be Paralympics season. So</w:t>
      </w:r>
    </w:p>
    <w:p>
      <w:pPr>
        <w:spacing w:after="0"/>
      </w:pPr>
    </w:p>
    <w:p>
      <w:pPr>
        <w:spacing w:after="0"/>
      </w:pPr>
      <w:r>
        <w:rPr>
          <w:rFonts w:ascii="Arial" w:hAnsi="Arial"/>
          <w:b/>
          <w:sz w:val="22"/>
        </w:rPr>
        <w:t xml:space="preserve">Lucy  </w:t>
      </w:r>
      <w:r>
        <w:rPr>
          <w:rFonts w:ascii="Arial" w:hAnsi="Arial"/>
          <w:color w:val="5D7284"/>
          <w:sz w:val="22"/>
        </w:rPr>
        <w:t>02:47</w:t>
      </w:r>
    </w:p>
    <w:p>
      <w:pPr>
        <w:spacing w:after="0"/>
      </w:pPr>
      <w:r>
        <w:rPr>
          <w:rFonts w:ascii="Arial" w:hAnsi="Arial"/>
          <w:sz w:val="22"/>
        </w:rPr>
        <w:t>ladies and gents</w:t>
      </w:r>
    </w:p>
    <w:p>
      <w:pPr>
        <w:spacing w:after="0"/>
      </w:pPr>
    </w:p>
    <w:p>
      <w:pPr>
        <w:spacing w:after="0"/>
      </w:pPr>
      <w:r>
        <w:rPr>
          <w:rFonts w:ascii="Arial" w:hAnsi="Arial"/>
          <w:b/>
          <w:sz w:val="22"/>
        </w:rPr>
        <w:t xml:space="preserve">Alice  </w:t>
      </w:r>
      <w:r>
        <w:rPr>
          <w:rFonts w:ascii="Arial" w:hAnsi="Arial"/>
          <w:color w:val="5D7284"/>
          <w:sz w:val="22"/>
        </w:rPr>
        <w:t>02:50</w:t>
      </w:r>
    </w:p>
    <w:p>
      <w:pPr>
        <w:spacing w:after="0"/>
      </w:pPr>
      <w:r>
        <w:rPr>
          <w:rFonts w:ascii="Arial" w:hAnsi="Arial"/>
          <w:sz w:val="22"/>
        </w:rPr>
        <w:t>as being a disability podcast, we thought we would milk that for all it was worth. We've got a bit of a series of Disabled Sports people coming on and I'm really excited because I'm a bit of a swimming fan girl. I'm really excited to have Liz right on the show with us today, everybody. Hi, Liz. Thank you.</w:t>
      </w:r>
    </w:p>
    <w:p>
      <w:pPr>
        <w:spacing w:after="0"/>
      </w:pPr>
    </w:p>
    <w:p>
      <w:pPr>
        <w:spacing w:after="0"/>
      </w:pPr>
      <w:r>
        <w:rPr>
          <w:rFonts w:ascii="Arial" w:hAnsi="Arial"/>
          <w:b/>
          <w:sz w:val="22"/>
        </w:rPr>
        <w:t xml:space="preserve">Liz Wright  </w:t>
      </w:r>
      <w:r>
        <w:rPr>
          <w:rFonts w:ascii="Arial" w:hAnsi="Arial"/>
          <w:color w:val="5D7284"/>
          <w:sz w:val="22"/>
        </w:rPr>
        <w:t>03:17</w:t>
      </w:r>
    </w:p>
    <w:p>
      <w:pPr>
        <w:spacing w:after="0"/>
      </w:pPr>
      <w:r>
        <w:rPr>
          <w:rFonts w:ascii="Arial" w:hAnsi="Arial"/>
          <w:sz w:val="22"/>
        </w:rPr>
        <w:t>Hi, Alice. Hi, Lucy. I'm really excited to be on the podcast. I was laughing at you Lucy you're like oh, I'm turning 34 I'm like I turned 42 this year you have nothing on me</w:t>
      </w:r>
    </w:p>
    <w:p>
      <w:pPr>
        <w:spacing w:after="0"/>
      </w:pPr>
    </w:p>
    <w:p>
      <w:pPr>
        <w:spacing w:after="0"/>
      </w:pPr>
      <w:r>
        <w:rPr>
          <w:rFonts w:ascii="Arial" w:hAnsi="Arial"/>
          <w:b/>
          <w:sz w:val="22"/>
        </w:rPr>
        <w:t xml:space="preserve">Lucy  </w:t>
      </w:r>
      <w:r>
        <w:rPr>
          <w:rFonts w:ascii="Arial" w:hAnsi="Arial"/>
          <w:color w:val="5D7284"/>
          <w:sz w:val="22"/>
        </w:rPr>
        <w:t>03:34</w:t>
      </w:r>
    </w:p>
    <w:p>
      <w:pPr>
        <w:spacing w:after="0"/>
      </w:pPr>
      <w:r>
        <w:rPr>
          <w:rFonts w:ascii="Arial" w:hAnsi="Arial"/>
          <w:sz w:val="22"/>
        </w:rPr>
        <w:t xml:space="preserve">So lovely to have you on the show is thank you so much for joining us. </w:t>
      </w:r>
    </w:p>
    <w:p>
      <w:pPr>
        <w:spacing w:after="0"/>
      </w:pPr>
    </w:p>
    <w:p>
      <w:pPr>
        <w:spacing w:after="0"/>
      </w:pPr>
      <w:r>
        <w:rPr>
          <w:rFonts w:ascii="Arial" w:hAnsi="Arial"/>
          <w:b/>
          <w:sz w:val="22"/>
        </w:rPr>
        <w:t xml:space="preserve">Liz Wright  </w:t>
      </w:r>
      <w:r>
        <w:rPr>
          <w:rFonts w:ascii="Arial" w:hAnsi="Arial"/>
          <w:color w:val="5D7284"/>
          <w:sz w:val="22"/>
        </w:rPr>
        <w:t>03:38</w:t>
      </w:r>
    </w:p>
    <w:p>
      <w:pPr>
        <w:spacing w:after="0"/>
      </w:pPr>
      <w:r>
        <w:rPr>
          <w:rFonts w:ascii="Arial" w:hAnsi="Arial"/>
          <w:sz w:val="22"/>
        </w:rPr>
        <w:t>Thank you so much for having me.</w:t>
      </w:r>
    </w:p>
    <w:p>
      <w:pPr>
        <w:spacing w:after="0"/>
      </w:pPr>
    </w:p>
    <w:p>
      <w:pPr>
        <w:spacing w:after="0"/>
      </w:pPr>
      <w:r>
        <w:rPr>
          <w:rFonts w:ascii="Arial" w:hAnsi="Arial"/>
          <w:b/>
          <w:sz w:val="22"/>
        </w:rPr>
        <w:t xml:space="preserve">Lucy  </w:t>
      </w:r>
      <w:r>
        <w:rPr>
          <w:rFonts w:ascii="Arial" w:hAnsi="Arial"/>
          <w:color w:val="5D7284"/>
          <w:sz w:val="22"/>
        </w:rPr>
        <w:t>03:41</w:t>
      </w:r>
    </w:p>
    <w:p>
      <w:pPr>
        <w:spacing w:after="0"/>
      </w:pPr>
      <w:r>
        <w:rPr>
          <w:rFonts w:ascii="Arial" w:hAnsi="Arial"/>
          <w:sz w:val="22"/>
        </w:rPr>
        <w:t>Do you want to tell the audience a little bit about you, yourself and why you are on our Paralympic season.</w:t>
      </w:r>
    </w:p>
    <w:p>
      <w:pPr>
        <w:spacing w:after="0"/>
      </w:pPr>
    </w:p>
    <w:p>
      <w:pPr>
        <w:spacing w:after="0"/>
      </w:pPr>
      <w:r>
        <w:rPr>
          <w:rFonts w:ascii="Arial" w:hAnsi="Arial"/>
          <w:color w:val="5D7284"/>
          <w:sz w:val="22"/>
        </w:rPr>
        <w:t>03:50</w:t>
      </w:r>
    </w:p>
    <w:p>
      <w:pPr>
        <w:spacing w:after="0"/>
      </w:pPr>
      <w:r>
        <w:rPr>
          <w:rFonts w:ascii="Arial" w:hAnsi="Arial"/>
          <w:sz w:val="22"/>
        </w:rPr>
        <w:t>Oh my oh my gosh, okay, like that's such a loaded question. Tell us about you. Well, I am Australian. I feel like I'm constantly having to say please don't hate me for that. Now that I live in the UK or I've been living in the UK for 12 years now. But yes, I was a Paralympic swimmer for Australia. I swam at two Paralympic Games then 96 Atlanta Paralympic Games in the Sydney 2000 Paralympic Games, which were my home games, which were in my opinion, the best games ever. I don't say that too loudly in the UK because everyone reckons the London Games are the best ones, but I don't know. Yeah, so that's that's kind of, you know, my sporting background. I guess. You know, very, very stereotypically Ozzie being a swimmer. I think we come out of the womb just knowing how to swim in Australia. So yeah, and I just I really love my sport and and once I retired, it's the very old age of 21. From Yeah, I kind of went on and well really wasn't sure what to do. I think I think for A lot of athletes, there's always this big gap between retiring from your sport and then and then finding what is your next journey or adventure in life. And it took me about two or three years to kind of figure that out and, and I went to university and I did a bachelor's degree in fine arts and then a master's degree in philosophy majoring in Fine Arts. And then it was off the back of that that I moved to Leeds in lovely Northern England and became an adopted Yorkshire lass.</w:t>
      </w:r>
    </w:p>
    <w:p>
      <w:pPr>
        <w:spacing w:after="0"/>
      </w:pPr>
    </w:p>
    <w:p>
      <w:pPr>
        <w:spacing w:after="0"/>
      </w:pPr>
      <w:r>
        <w:rPr>
          <w:rFonts w:ascii="Arial" w:hAnsi="Arial"/>
          <w:b/>
          <w:sz w:val="22"/>
        </w:rPr>
        <w:t xml:space="preserve">Alice  </w:t>
      </w:r>
      <w:r>
        <w:rPr>
          <w:rFonts w:ascii="Arial" w:hAnsi="Arial"/>
          <w:color w:val="5D7284"/>
          <w:sz w:val="22"/>
        </w:rPr>
        <w:t>05:32</w:t>
      </w:r>
    </w:p>
    <w:p>
      <w:pPr>
        <w:spacing w:after="0"/>
      </w:pPr>
      <w:r>
        <w:rPr>
          <w:rFonts w:ascii="Arial" w:hAnsi="Arial"/>
          <w:sz w:val="22"/>
        </w:rPr>
        <w:t>So that must be quite a cultured job. Australia to Leeds</w:t>
      </w:r>
    </w:p>
    <w:p>
      <w:pPr>
        <w:spacing w:after="0"/>
      </w:pPr>
    </w:p>
    <w:p>
      <w:pPr>
        <w:spacing w:after="0"/>
      </w:pPr>
      <w:r>
        <w:rPr>
          <w:rFonts w:ascii="Arial" w:hAnsi="Arial"/>
          <w:color w:val="5D7284"/>
          <w:sz w:val="22"/>
        </w:rPr>
        <w:t>05:37</w:t>
      </w:r>
    </w:p>
    <w:p>
      <w:pPr>
        <w:spacing w:after="0"/>
      </w:pPr>
      <w:r>
        <w:rPr>
          <w:rFonts w:ascii="Arial" w:hAnsi="Arial"/>
          <w:sz w:val="22"/>
        </w:rPr>
        <w:t>You know, what I find? I actually think there is a similarity and sense of humour between the between the Yorkshire people and the Aussie I think we've got a bit of a dry, self deprecating kind of sense of</w:t>
      </w:r>
    </w:p>
    <w:p>
      <w:pPr>
        <w:spacing w:after="0"/>
      </w:pPr>
    </w:p>
    <w:p>
      <w:pPr>
        <w:spacing w:after="0"/>
      </w:pPr>
      <w:r>
        <w:rPr>
          <w:rFonts w:ascii="Arial" w:hAnsi="Arial"/>
          <w:b/>
          <w:sz w:val="22"/>
        </w:rPr>
        <w:t xml:space="preserve">Alice  </w:t>
      </w:r>
      <w:r>
        <w:rPr>
          <w:rFonts w:ascii="Arial" w:hAnsi="Arial"/>
          <w:color w:val="5D7284"/>
          <w:sz w:val="22"/>
        </w:rPr>
        <w:t>05:52</w:t>
      </w:r>
    </w:p>
    <w:p>
      <w:pPr>
        <w:spacing w:after="0"/>
      </w:pPr>
      <w:r>
        <w:rPr>
          <w:rFonts w:ascii="Arial" w:hAnsi="Arial"/>
          <w:sz w:val="22"/>
        </w:rPr>
        <w:t>the northerners.</w:t>
      </w:r>
    </w:p>
    <w:p>
      <w:pPr>
        <w:spacing w:after="0"/>
      </w:pPr>
    </w:p>
    <w:p>
      <w:pPr>
        <w:spacing w:after="0"/>
      </w:pPr>
      <w:r>
        <w:rPr>
          <w:rFonts w:ascii="Arial" w:hAnsi="Arial"/>
          <w:color w:val="5D7284"/>
          <w:sz w:val="22"/>
        </w:rPr>
        <w:t>05:53</w:t>
      </w:r>
    </w:p>
    <w:p>
      <w:pPr>
        <w:spacing w:after="0"/>
      </w:pPr>
      <w:r>
        <w:rPr>
          <w:rFonts w:ascii="Arial" w:hAnsi="Arial"/>
          <w:sz w:val="22"/>
        </w:rPr>
        <w:t>Yeah, and it's the same way that we Aussies, you know, we'd like a bit like a bit of the underdog and we like to joke about ourselves, and, you know, am I allowed to swear on this podcast, we take the piss out of I'm just gonna swear anyway, we take the piss out of ourselves you know, it's the way you do it. And I so I think, you know, it was more a weather shock as opposed to a culture shock. Yeah, I moved to the UK originally to study. But then I got halfway through my PhD and stopped it because my supervisor was a bit crap. I just want to</w:t>
      </w:r>
    </w:p>
    <w:p>
      <w:pPr>
        <w:spacing w:after="0"/>
      </w:pPr>
    </w:p>
    <w:p>
      <w:pPr>
        <w:spacing w:after="0"/>
      </w:pPr>
      <w:r>
        <w:rPr>
          <w:rFonts w:ascii="Arial" w:hAnsi="Arial"/>
          <w:b/>
          <w:sz w:val="22"/>
        </w:rPr>
        <w:t xml:space="preserve">Alice  </w:t>
      </w:r>
      <w:r>
        <w:rPr>
          <w:rFonts w:ascii="Arial" w:hAnsi="Arial"/>
          <w:color w:val="5D7284"/>
          <w:sz w:val="22"/>
        </w:rPr>
        <w:t>06:30</w:t>
      </w:r>
    </w:p>
    <w:p>
      <w:pPr>
        <w:spacing w:after="0"/>
      </w:pPr>
      <w:r>
        <w:rPr>
          <w:rFonts w:ascii="Arial" w:hAnsi="Arial"/>
          <w:sz w:val="22"/>
        </w:rPr>
        <w:t>play through it. And I can't do this. There was no disability support, and my supervisor was not certainly not what you would call a feminist. Yes,</w:t>
      </w:r>
    </w:p>
    <w:p>
      <w:pPr>
        <w:spacing w:after="0"/>
      </w:pPr>
    </w:p>
    <w:p>
      <w:pPr>
        <w:spacing w:after="0"/>
      </w:pPr>
      <w:r>
        <w:rPr>
          <w:rFonts w:ascii="Arial" w:hAnsi="Arial"/>
          <w:b/>
          <w:sz w:val="22"/>
        </w:rPr>
        <w:t xml:space="preserve">Lucy  </w:t>
      </w:r>
      <w:r>
        <w:rPr>
          <w:rFonts w:ascii="Arial" w:hAnsi="Arial"/>
          <w:color w:val="5D7284"/>
          <w:sz w:val="22"/>
        </w:rPr>
        <w:t>06:39</w:t>
      </w:r>
    </w:p>
    <w:p>
      <w:pPr>
        <w:spacing w:after="0"/>
      </w:pPr>
      <w:r>
        <w:rPr>
          <w:rFonts w:ascii="Arial" w:hAnsi="Arial"/>
          <w:sz w:val="22"/>
        </w:rPr>
        <w:t>we have spoken to so many disabled people who've said, Oh, well started my PhD and then stopped. Academic ableism Yeah, it's common. It's how dare we have dreams? How dare we? Yes, that we can actually go to university and achieve something academic and intellectual, you know? Yeah. So I quit my PhD and, and around the time it was the London 2012 games, and I used to do speaking in schools in Australia when I was swimming, and I was kind of left with like, I need to earn money somehow. So I basically started hooking myself out to school saying, Do you want someone to come in and talk about the Paralympics, and, of course, people lapped it up because it was around 2012 games. And so I really built a career the past 10 years on speaking basically a speaking career and, and that's kind of shifted and changed. And one day, you know, I used to do a lot of speaking about the Paralympics. And then I started doing a lot more around well being even started a business with some friends around running kind of positive psychology workshops in schools. And then, and then, sadly, my mum passed away. And that really made me think about moving back to Australia. So my friend and I folded the business down, and then hey, look, I'm still here, like, and, um, but from From then on, I started doing a lot more work around disability awareness in in schools, because I think it's actually really important. I think disability doesn't get talked enough about in schools. And so I'm really kind of promoting that in schools, as well as diversity and inclusion, I think, two very important topics. And, and now because of the pandemic, and I couldn't go in and speak anymore in schools and stuff like that. I did a massive pivot during the pandemic, and I'm now the editor of three disability focus magazines, this time last year, I would not have dreamt that this would be that's me in a very quick nutshell.  That is quite a journey. Quite because, you know, you see, I see people on Twitter so me and Liz have been connected on Twitter for quite a while. And we've sort of like known of one another from our distance. And I've always wondered like, how has Lizz gone from Paralympics swimmer to editor? Like there are two completely parallel, like different worlds. So it's quite interesting to find out people's journey, you know, of how they became like, advocates for for disability and all that kind of thing. I find it fascinating how, how people just sort of pick it up and land with it. And actually, for disabled people, is. I have spoken to many disabled people who have actually said, you know, it's talking about what they know, isn't it really that lived experience, nobody can take a lived experience away from you. So and, you know, everybody else writes me off. So I might as well talk about what I know. And I'm knowledgeable about it. So it's really interesting for me, so yeah,</w:t>
      </w:r>
    </w:p>
    <w:p>
      <w:pPr>
        <w:spacing w:after="0"/>
      </w:pPr>
    </w:p>
    <w:p>
      <w:pPr>
        <w:spacing w:after="0"/>
      </w:pPr>
      <w:r>
        <w:rPr>
          <w:rFonts w:ascii="Arial" w:hAnsi="Arial"/>
          <w:color w:val="5D7284"/>
          <w:sz w:val="22"/>
        </w:rPr>
        <w:t>09:52</w:t>
      </w:r>
    </w:p>
    <w:p>
      <w:pPr>
        <w:spacing w:after="0"/>
      </w:pPr>
      <w:r>
        <w:rPr>
          <w:rFonts w:ascii="Arial" w:hAnsi="Arial"/>
          <w:sz w:val="22"/>
        </w:rPr>
        <w:t>yeah, it's, it's so true. And I think it's interesting because one of the magazines that it's a startup magazine that I've been brought on as editor called Okay, sorry, not COVID every time anyone else will need to say like, excuse me there? Um, yeah, what are the magazines that I've been bought on? Is it it's a startup is called not your monolith. And it's a magazine where the main focus isn't isn't isn't necessarily content is talking about disability, but they only employ disabled creatives or writers or team to actually create the magazine. And you know, and it's called not your monolith, because it's about recognising that we have this depth of lived experience. But we're not each other's monolith. And I think that's it, you know, when I do go in and do disability awareness workshops in schools and stuff like that I kind of am so clear about this is my experience. But hey, here's some, here's some tweets from people with different experience someone with a visual impairment because I cannot understand, you know, that person's experience or, you know, someone who's a wheelchair user or someone who's neurodivergent in some way. It's Yeah, it's it's, but it's so important, I think, to be so clear about that. Because I think disability, we get so boxed into this particular idea of what disability is, but I think it can be so different for all of us,</w:t>
      </w:r>
    </w:p>
    <w:p>
      <w:pPr>
        <w:spacing w:after="0"/>
      </w:pPr>
    </w:p>
    <w:p>
      <w:pPr>
        <w:spacing w:after="0"/>
      </w:pPr>
      <w:r>
        <w:rPr>
          <w:rFonts w:ascii="Arial" w:hAnsi="Arial"/>
          <w:b/>
          <w:sz w:val="22"/>
        </w:rPr>
        <w:t xml:space="preserve">Alice  </w:t>
      </w:r>
      <w:r>
        <w:rPr>
          <w:rFonts w:ascii="Arial" w:hAnsi="Arial"/>
          <w:color w:val="5D7284"/>
          <w:sz w:val="22"/>
        </w:rPr>
        <w:t>11:14</w:t>
      </w:r>
    </w:p>
    <w:p>
      <w:pPr>
        <w:spacing w:after="0"/>
      </w:pPr>
      <w:r>
        <w:rPr>
          <w:rFonts w:ascii="Arial" w:hAnsi="Arial"/>
          <w:sz w:val="22"/>
        </w:rPr>
        <w:t>well, then that sort of fits in perfectly with kind of our brand. And what we're trying to do is, is just show that there, there are so many different labels, but we've all got different voices, we've all got different stories. So that's very on brand Liz.</w:t>
      </w:r>
    </w:p>
    <w:p>
      <w:pPr>
        <w:spacing w:after="0"/>
      </w:pPr>
    </w:p>
    <w:p>
      <w:pPr>
        <w:spacing w:after="0"/>
      </w:pPr>
      <w:r>
        <w:rPr>
          <w:rFonts w:ascii="Arial" w:hAnsi="Arial"/>
          <w:b/>
          <w:sz w:val="22"/>
        </w:rPr>
        <w:t xml:space="preserve">Lucy  </w:t>
      </w:r>
      <w:r>
        <w:rPr>
          <w:rFonts w:ascii="Arial" w:hAnsi="Arial"/>
          <w:color w:val="5D7284"/>
          <w:sz w:val="22"/>
        </w:rPr>
        <w:t>11:30</w:t>
      </w:r>
    </w:p>
    <w:p>
      <w:pPr>
        <w:spacing w:after="0"/>
      </w:pPr>
      <w:r>
        <w:rPr>
          <w:rFonts w:ascii="Arial" w:hAnsi="Arial"/>
          <w:sz w:val="22"/>
        </w:rPr>
        <w:t>Am I right? Like somebody prepped you beforehand? We haven't ladies and gentlemen.</w:t>
      </w:r>
    </w:p>
    <w:p>
      <w:pPr>
        <w:spacing w:after="0"/>
      </w:pPr>
    </w:p>
    <w:p>
      <w:pPr>
        <w:spacing w:after="0"/>
      </w:pPr>
      <w:r>
        <w:rPr>
          <w:rFonts w:ascii="Arial" w:hAnsi="Arial"/>
          <w:b/>
          <w:sz w:val="22"/>
        </w:rPr>
        <w:t xml:space="preserve">Alice  </w:t>
      </w:r>
      <w:r>
        <w:rPr>
          <w:rFonts w:ascii="Arial" w:hAnsi="Arial"/>
          <w:color w:val="5D7284"/>
          <w:sz w:val="22"/>
        </w:rPr>
        <w:t>11:37</w:t>
      </w:r>
    </w:p>
    <w:p>
      <w:pPr>
        <w:spacing w:after="0"/>
      </w:pPr>
      <w:r>
        <w:rPr>
          <w:rFonts w:ascii="Arial" w:hAnsi="Arial"/>
          <w:sz w:val="22"/>
        </w:rPr>
        <w:t>I was going to say we are not organised enough for that.</w:t>
      </w:r>
    </w:p>
    <w:p>
      <w:pPr>
        <w:spacing w:after="0"/>
      </w:pPr>
    </w:p>
    <w:p>
      <w:pPr>
        <w:spacing w:after="0"/>
      </w:pPr>
      <w:r>
        <w:rPr>
          <w:rFonts w:ascii="Arial" w:hAnsi="Arial"/>
          <w:b/>
          <w:sz w:val="22"/>
        </w:rPr>
        <w:t xml:space="preserve">Lucy  </w:t>
      </w:r>
      <w:r>
        <w:rPr>
          <w:rFonts w:ascii="Arial" w:hAnsi="Arial"/>
          <w:color w:val="5D7284"/>
          <w:sz w:val="22"/>
        </w:rPr>
        <w:t>11:41</w:t>
      </w:r>
    </w:p>
    <w:p>
      <w:pPr>
        <w:spacing w:after="0"/>
      </w:pPr>
      <w:r>
        <w:rPr>
          <w:rFonts w:ascii="Arial" w:hAnsi="Arial"/>
          <w:sz w:val="22"/>
        </w:rPr>
        <w:t>No, no. So yeah, it's we were called lABLEd podcast, but we actually hate labels, because the labels that society puts on us, they mean nothing. You know, it's the labels that society puts on, us are things to make society feel better, because they think they can understand it. Whereas we don't like them at all really.</w:t>
      </w:r>
    </w:p>
    <w:p>
      <w:pPr>
        <w:spacing w:after="0"/>
      </w:pPr>
    </w:p>
    <w:p>
      <w:pPr>
        <w:spacing w:after="0"/>
      </w:pPr>
      <w:r>
        <w:rPr>
          <w:rFonts w:ascii="Arial" w:hAnsi="Arial"/>
          <w:b/>
          <w:sz w:val="22"/>
        </w:rPr>
        <w:t xml:space="preserve">Alice  </w:t>
      </w:r>
      <w:r>
        <w:rPr>
          <w:rFonts w:ascii="Arial" w:hAnsi="Arial"/>
          <w:color w:val="5D7284"/>
          <w:sz w:val="22"/>
        </w:rPr>
        <w:t>12:02</w:t>
      </w:r>
    </w:p>
    <w:p>
      <w:pPr>
        <w:spacing w:after="0"/>
      </w:pPr>
      <w:r>
        <w:rPr>
          <w:rFonts w:ascii="Arial" w:hAnsi="Arial"/>
          <w:sz w:val="22"/>
        </w:rPr>
        <w:t>I think that there's a push for from society to feel like they can understand if they put a label on us, they understand us. And that's Yeah, that makes sense. And that's where we fit. Yeah. And it makes them more comfortable with our existence.</w:t>
      </w:r>
    </w:p>
    <w:p>
      <w:pPr>
        <w:spacing w:after="0"/>
      </w:pPr>
    </w:p>
    <w:p>
      <w:pPr>
        <w:spacing w:after="0"/>
      </w:pPr>
      <w:r>
        <w:rPr>
          <w:rFonts w:ascii="Arial" w:hAnsi="Arial"/>
          <w:b/>
          <w:sz w:val="22"/>
        </w:rPr>
        <w:t xml:space="preserve">Liz Wright  </w:t>
      </w:r>
      <w:r>
        <w:rPr>
          <w:rFonts w:ascii="Arial" w:hAnsi="Arial"/>
          <w:color w:val="5D7284"/>
          <w:sz w:val="22"/>
        </w:rPr>
        <w:t>12:18</w:t>
      </w:r>
    </w:p>
    <w:p>
      <w:pPr>
        <w:spacing w:after="0"/>
      </w:pPr>
      <w:r>
        <w:rPr>
          <w:rFonts w:ascii="Arial" w:hAnsi="Arial"/>
          <w:sz w:val="22"/>
        </w:rPr>
        <w:t>It really does. And this is why and I know, certainly I've read posts about disability pride month where people are like, it's okay to not feel pride and so on and so forth. But for me, personally, the thing I really like about disability pride month, is that it's us taking control or a bit more control of the label and saying, actually, we can be proud of our bodies and our minds and what they can do for us and how, you know, it's it's coming back to that lived experience, you know, these are our lives literally, I don't want it Oh, God, it sound like the you know, the Sophie for the days of our lives. disability, right. Disability Days of Our Lives. You know what I mean? It's like, we can't Yeah, I think that's the issue with labels is that people have to understand is that we can't just then take, we can't take our disability off. It's not like, you know, it's literally not like, yeah, I can take my prosthetic leg off at the end of the day, but I'm still living different. And that's my lived experience. And that is my everyday life. And you know, you might have these beliefs about what my abilities are or what I'm capable of. But that means nothing to my actual lived experience.</w:t>
      </w:r>
    </w:p>
    <w:p>
      <w:pPr>
        <w:spacing w:after="0"/>
      </w:pPr>
    </w:p>
    <w:p>
      <w:pPr>
        <w:spacing w:after="0"/>
      </w:pPr>
      <w:r>
        <w:rPr>
          <w:rFonts w:ascii="Arial" w:hAnsi="Arial"/>
          <w:b/>
          <w:sz w:val="22"/>
        </w:rPr>
        <w:t xml:space="preserve">Lucy  </w:t>
      </w:r>
      <w:r>
        <w:rPr>
          <w:rFonts w:ascii="Arial" w:hAnsi="Arial"/>
          <w:color w:val="5D7284"/>
          <w:sz w:val="22"/>
        </w:rPr>
        <w:t>13:34</w:t>
      </w:r>
    </w:p>
    <w:p>
      <w:pPr>
        <w:spacing w:after="0"/>
      </w:pPr>
      <w:r>
        <w:rPr>
          <w:rFonts w:ascii="Arial" w:hAnsi="Arial"/>
          <w:sz w:val="22"/>
        </w:rPr>
        <w:t>No, no, I completely agree. Go on Alice.</w:t>
      </w:r>
    </w:p>
    <w:p>
      <w:pPr>
        <w:spacing w:after="0"/>
      </w:pPr>
    </w:p>
    <w:p>
      <w:pPr>
        <w:spacing w:after="0"/>
      </w:pPr>
      <w:r>
        <w:rPr>
          <w:rFonts w:ascii="Arial" w:hAnsi="Arial"/>
          <w:b/>
          <w:sz w:val="22"/>
        </w:rPr>
        <w:t xml:space="preserve">Alice  </w:t>
      </w:r>
      <w:r>
        <w:rPr>
          <w:rFonts w:ascii="Arial" w:hAnsi="Arial"/>
          <w:color w:val="5D7284"/>
          <w:sz w:val="22"/>
        </w:rPr>
        <w:t>13:39</w:t>
      </w:r>
    </w:p>
    <w:p>
      <w:pPr>
        <w:spacing w:after="0"/>
      </w:pPr>
      <w:r>
        <w:rPr>
          <w:rFonts w:ascii="Arial" w:hAnsi="Arial"/>
          <w:sz w:val="22"/>
        </w:rPr>
        <w:t>I was just gonna say it's it's so interesting for me having Liz on the show. So this there's a lot of different AI as you've been talking there's I keep thinking oh, I want to say this. This this so</w:t>
      </w:r>
    </w:p>
    <w:p>
      <w:pPr>
        <w:spacing w:after="0"/>
      </w:pPr>
    </w:p>
    <w:p>
      <w:pPr>
        <w:spacing w:after="0"/>
      </w:pPr>
      <w:r>
        <w:rPr>
          <w:rFonts w:ascii="Arial" w:hAnsi="Arial"/>
          <w:b/>
          <w:sz w:val="22"/>
        </w:rPr>
        <w:t xml:space="preserve">Lucy  </w:t>
      </w:r>
      <w:r>
        <w:rPr>
          <w:rFonts w:ascii="Arial" w:hAnsi="Arial"/>
          <w:color w:val="5D7284"/>
          <w:sz w:val="22"/>
        </w:rPr>
        <w:t>13:53</w:t>
      </w:r>
    </w:p>
    <w:p>
      <w:pPr>
        <w:spacing w:after="0"/>
      </w:pPr>
      <w:r>
        <w:rPr>
          <w:rFonts w:ascii="Arial" w:hAnsi="Arial"/>
          <w:sz w:val="22"/>
        </w:rPr>
        <w:t>when Alice can I just say play cool fine, calm down. Alice, Alice, I fart and pee as well. Like Alices equivalent of meeting Mickey Mouse.</w:t>
      </w:r>
    </w:p>
    <w:p>
      <w:pPr>
        <w:spacing w:after="0"/>
      </w:pPr>
    </w:p>
    <w:p>
      <w:pPr>
        <w:spacing w:after="0"/>
      </w:pPr>
      <w:r>
        <w:rPr>
          <w:rFonts w:ascii="Arial" w:hAnsi="Arial"/>
          <w:b/>
          <w:sz w:val="22"/>
        </w:rPr>
        <w:t xml:space="preserve">Alice  </w:t>
      </w:r>
      <w:r>
        <w:rPr>
          <w:rFonts w:ascii="Arial" w:hAnsi="Arial"/>
          <w:color w:val="5D7284"/>
          <w:sz w:val="22"/>
        </w:rPr>
        <w:t>14:15</w:t>
      </w:r>
    </w:p>
    <w:p>
      <w:pPr>
        <w:spacing w:after="0"/>
      </w:pPr>
      <w:r>
        <w:rPr>
          <w:rFonts w:ascii="Arial" w:hAnsi="Arial"/>
          <w:sz w:val="22"/>
        </w:rPr>
        <w:t>I I've been to Disneyland I've met Mickey Mouse. This is more exciting. So when when I was a kid, I was really I did a lot of swimming. It was basically my weekends where my mum would take us to a swimming pool she would just drop us off and I think I've told the my six degrees of Chris Evans story to you Lucy where the reason that I I would be able to hang out with Captain America six degrees is because I used to swim with you Lori's kids. Yeah, but I I loved swimming. I was a huge it was I and and then when I was probably nine, nine or 10 I broke my left arm and my I'd always been doing brush stroke. And after breaking my left arm, even now, it's weirdly still quite weak. So I just could stop being able to swim in a straight line. And then coupling that was my sight getting a bit worse, and so ages, and I'd had chronic ear infections and swimming stopped being something I enjoyed, because physically It was hard. And a lot of that hung on the fact that I had a disability. And I can very much remember watching the swimming in would have been probably 96 2000 and 2004 round sort of while I was you know, 10 and 14 seeing people like Liz and, and there was a big and I've sort of talked about this on the show before but for me, there was quite a big gap in my identifying as a disabled person, and even really understanding my disability of my own kind of needs. right up until my late teens. So during that period of time, you know, I was seeing seeing great athletes doing the sport that I loved that I didn't feel like I was able to do any more. And I think looking back one of the things I'm really realising now is that a lot of the problem with the reason I had to stop was because I wasn't I didn't recognise my own disabled needs, I think perhaps people around me didn't, either and didn't know how to, to meet them. And if they had been met, I could have kept swimming, and I could have kept doing the thing that I really genuinely loved. And so, you know, seeing disabled women out there doing it, and still doing it, even though they've got a disability, I think, you know, at the time I was a kid and I didn't really understand why that resonated with me. But that's, that's why it's, you know, for me, this is quite special having Liz on the show because I actually I can remember sitting on the floor in the living room in the house, I grew up in watching, swimming in the Paralympics, and just, uh, just being moved, and it meaning something to me in a way that I didn't really understand until really now. So I think what I'm trying to kind of leave.</w:t>
      </w:r>
    </w:p>
    <w:p>
      <w:pPr>
        <w:spacing w:after="0"/>
      </w:pPr>
    </w:p>
    <w:p>
      <w:pPr>
        <w:spacing w:after="0"/>
      </w:pPr>
      <w:r>
        <w:rPr>
          <w:rFonts w:ascii="Arial" w:hAnsi="Arial"/>
          <w:b/>
          <w:sz w:val="22"/>
        </w:rPr>
        <w:t xml:space="preserve">Liz Wright  </w:t>
      </w:r>
      <w:r>
        <w:rPr>
          <w:rFonts w:ascii="Arial" w:hAnsi="Arial"/>
          <w:color w:val="5D7284"/>
          <w:sz w:val="22"/>
        </w:rPr>
        <w:t>17:25</w:t>
      </w:r>
    </w:p>
    <w:p>
      <w:pPr>
        <w:spacing w:after="0"/>
      </w:pPr>
      <w:r>
        <w:rPr>
          <w:rFonts w:ascii="Arial" w:hAnsi="Arial"/>
          <w:sz w:val="22"/>
        </w:rPr>
        <w:t>It's honestly like he did that makes me quite emotional. Like hearing hearing you say all that because, honestly, for me, I think I think as disabled women we all grow, especially the teen years, I think are always super hard. Because you know, there's always even even before social media, there was always this social pressure to look a certain way to be a certain way. And if you don't fit that, then you're not going to fit in basically. And I think for me, I was 13 when I decided I wanted to swim at the Paralympic Games. And that was when I met my wider Australian Paralympic family. And I went from living a life where I was literally the only disabled person I knew, because I went to a mainstream school and no one else in my family at that point had a disability of any kind. to suddenly having this big family with all these people with so many different types of impairments and conditions, who were loving their life who were really fit really healthy really invested in achieving this particular goal that they had that I shared with them. And it suddenly showed me I think possibility, but for me, I it's what I always try to get across is that it's possibility beyond just sport, it was also showing me that if I'm capable of achieving this, then I must be capable of achieving more and people who maybe say I can't achieve anything, then they're lying, basically. And that's what that it gave me that, that confidence to know that I could do something positive in this world and achieve that if I wanted to.</w:t>
      </w:r>
    </w:p>
    <w:p>
      <w:pPr>
        <w:spacing w:after="0"/>
      </w:pPr>
    </w:p>
    <w:p>
      <w:pPr>
        <w:spacing w:after="0"/>
      </w:pPr>
      <w:r>
        <w:rPr>
          <w:rFonts w:ascii="Arial" w:hAnsi="Arial"/>
          <w:b/>
          <w:sz w:val="22"/>
        </w:rPr>
        <w:t xml:space="preserve">Alice  </w:t>
      </w:r>
      <w:r>
        <w:rPr>
          <w:rFonts w:ascii="Arial" w:hAnsi="Arial"/>
          <w:color w:val="5D7284"/>
          <w:sz w:val="22"/>
        </w:rPr>
        <w:t>19:16</w:t>
      </w:r>
    </w:p>
    <w:p>
      <w:pPr>
        <w:spacing w:after="0"/>
      </w:pPr>
      <w:r>
        <w:rPr>
          <w:rFonts w:ascii="Arial" w:hAnsi="Arial"/>
          <w:sz w:val="22"/>
        </w:rPr>
        <w:t>And I think the thing that really strikes me from that story is the community element that you found, you know, you found a community that is outside anything, you know, as somebody I've got an entirely able bodied family. Also, you know, I passed for non disabled a lot I went to a mainstream school. So that element of my disabled identity was something that I really didn't understand or even see kind of reflected in the mirror, nevermind in the people around me. So that idea of a community I think, you know, the fact that you found that in your, in your, your, the sporting community, it's I think that's the thing. That's the Most The most important thing I would say to anybody</w:t>
      </w:r>
    </w:p>
    <w:p>
      <w:pPr>
        <w:spacing w:after="0"/>
      </w:pPr>
    </w:p>
    <w:p>
      <w:pPr>
        <w:spacing w:after="0"/>
      </w:pPr>
      <w:r>
        <w:rPr>
          <w:rFonts w:ascii="Arial" w:hAnsi="Arial"/>
          <w:b/>
          <w:sz w:val="22"/>
        </w:rPr>
        <w:t xml:space="preserve">Lucy  </w:t>
      </w:r>
      <w:r>
        <w:rPr>
          <w:rFonts w:ascii="Arial" w:hAnsi="Arial"/>
          <w:color w:val="5D7284"/>
          <w:sz w:val="22"/>
        </w:rPr>
        <w:t>20:03</w:t>
      </w:r>
    </w:p>
    <w:p>
      <w:pPr>
        <w:spacing w:after="0"/>
      </w:pPr>
      <w:r>
        <w:rPr>
          <w:rFonts w:ascii="Arial" w:hAnsi="Arial"/>
          <w:sz w:val="22"/>
        </w:rPr>
        <w:t>Yeah, I think I think as well finding a community, I mean, for me, I'm not one bit sporty at all, was my attempt to swim in is ridiculous. The lifeguard thinks I drown I'm drowning every time I attempt to swim, even though I'm swimming. But that's another story. But when I, when I started school, I was three years old when I started at a special school. That was for children with disabilities, because way back in the 90s, that was like the really the only option. And then there was a, there was a big push for inclusion into mainstream settings. When I was a bit older, and a moody teenager and I said, I'm not going anywhere. All my friends, you know, why? Why should I move. And, but I definitely felt like a sense of community. And also when you're growing up, and you are going through that transitional period of getting used to also I'm disabled, and things are different for me, you know, when that Penny drops when you're about sort of nine or 10, maybe having that sense of community and being around other disabled people, whether disabled, the disability, the disability that older people had, isn't an issue, you just get on with it, don't you? And you're all like, there's a common goal. I think that is something that has really stayed with me. Because, you know, I grew up not having to worry about what other people thought of Lucy in the wheelchair, because everybody else was, there was like, you know, George with the hydro capillaries and all this kind of stuff. And so he just got so you know, oh, Louise is in the corner of in effect during math, don't worry about it, she's fine. That kind of thing. She's well looked after, rather than, oh, this is really different. We weren't different to one another. We were just like normal, like normal in brackets, kids, and I think that is stand you in good stead once you find your tribe. It's finding your tribe is then going. Okay, so we are, you know, we can we are a community because we are different. I think there's something extremely Yeah, yeah. confident about it really, really cool.</w:t>
      </w:r>
    </w:p>
    <w:p>
      <w:pPr>
        <w:spacing w:after="0"/>
      </w:pPr>
    </w:p>
    <w:p>
      <w:pPr>
        <w:spacing w:after="0"/>
      </w:pPr>
      <w:r>
        <w:rPr>
          <w:rFonts w:ascii="Arial" w:hAnsi="Arial"/>
          <w:b/>
          <w:sz w:val="22"/>
        </w:rPr>
        <w:t xml:space="preserve">Liz Wright  </w:t>
      </w:r>
      <w:r>
        <w:rPr>
          <w:rFonts w:ascii="Arial" w:hAnsi="Arial"/>
          <w:color w:val="5D7284"/>
          <w:sz w:val="22"/>
        </w:rPr>
        <w:t>22:14</w:t>
      </w:r>
    </w:p>
    <w:p>
      <w:pPr>
        <w:spacing w:after="0"/>
      </w:pPr>
      <w:r>
        <w:rPr>
          <w:rFonts w:ascii="Arial" w:hAnsi="Arial"/>
          <w:sz w:val="22"/>
        </w:rPr>
        <w:t>Oh, absolutely. Absolutely. I mean, honestly, like, I've probably kept in contact with one person from high school. But I've kept in contact with nearly everyone who was on the Paralympic team with me. And it's, it's nothing against the kids I went to high school with, you know, I had some really good friends there. But I think that there's that extra bond, where it's not just that you're travelling with that team constantly. So you know, you do have to get to know people really, really well in that space, because it's very intense. But at the same time, there's that connection around disability, the ableism that we all experience and being able to talk about that with each other, and that that I just did not have with my friends at high school, because they're all non disabled, and they will have no understanding whatsoever. And in actual fact, they were guilty of ableism in some ways, like not that they were aware, not that even I was aware that it was ableism at the time, but certainly you know that that community and those friendships that I developed through the Paralympic swim team, I mean, one of my best friends jenelle she was on the swim team with me with the two youngest on the team and and we used to room every time we travel, we would always room together. And I'm now godmother to her two eldest kids, we've stayed in touch even you know, while I've been living here in the UK, and she's in Australia, and every time I go back to Australia, we catch up, we go away for a few nights together. And, you know, there's bonds there that just you unless you're in the disability community, there's no way you'll you'll get what that bond is.</w:t>
      </w:r>
    </w:p>
    <w:p>
      <w:pPr>
        <w:spacing w:after="0"/>
      </w:pPr>
    </w:p>
    <w:p>
      <w:pPr>
        <w:spacing w:after="0"/>
      </w:pPr>
      <w:r>
        <w:rPr>
          <w:rFonts w:ascii="Arial" w:hAnsi="Arial"/>
          <w:b/>
          <w:sz w:val="22"/>
        </w:rPr>
        <w:t xml:space="preserve">Alice  </w:t>
      </w:r>
      <w:r>
        <w:rPr>
          <w:rFonts w:ascii="Arial" w:hAnsi="Arial"/>
          <w:color w:val="5D7284"/>
          <w:sz w:val="22"/>
        </w:rPr>
        <w:t>23:50</w:t>
      </w:r>
    </w:p>
    <w:p>
      <w:pPr>
        <w:spacing w:after="0"/>
      </w:pPr>
      <w:r>
        <w:rPr>
          <w:rFonts w:ascii="Arial" w:hAnsi="Arial"/>
          <w:sz w:val="22"/>
        </w:rPr>
        <w:t xml:space="preserve">Yeah, definitely. And it's just, you know, one of the things that was a bit bizarre to me when we sort of started arranging for you to come on the show list is that I have these memories of like, seeing you on TV and seeing, you know, your your Paralympian with two medals, and I'm like, Oh, yeah, she just chatting to me on Twitter. like its a little bit like what!? </w:t>
      </w:r>
    </w:p>
    <w:p>
      <w:pPr>
        <w:spacing w:after="0"/>
      </w:pPr>
    </w:p>
    <w:p>
      <w:pPr>
        <w:spacing w:after="0"/>
      </w:pPr>
      <w:r>
        <w:rPr>
          <w:rFonts w:ascii="Arial" w:hAnsi="Arial"/>
          <w:b/>
          <w:sz w:val="22"/>
        </w:rPr>
        <w:t xml:space="preserve">Liz Wright  </w:t>
      </w:r>
      <w:r>
        <w:rPr>
          <w:rFonts w:ascii="Arial" w:hAnsi="Arial"/>
          <w:color w:val="5D7284"/>
          <w:sz w:val="22"/>
        </w:rPr>
        <w:t>24:18</w:t>
      </w:r>
    </w:p>
    <w:p>
      <w:pPr>
        <w:spacing w:after="0"/>
      </w:pPr>
      <w:r>
        <w:rPr>
          <w:rFonts w:ascii="Arial" w:hAnsi="Arial"/>
          <w:sz w:val="22"/>
        </w:rPr>
        <w:t>You'd be appalled at the way I treat my medals for the neck. There in the suitcase at the moment.</w:t>
      </w:r>
    </w:p>
    <w:p>
      <w:pPr>
        <w:spacing w:after="0"/>
      </w:pPr>
    </w:p>
    <w:p>
      <w:pPr>
        <w:spacing w:after="0"/>
      </w:pPr>
      <w:r>
        <w:rPr>
          <w:rFonts w:ascii="Arial" w:hAnsi="Arial"/>
          <w:b/>
          <w:sz w:val="22"/>
        </w:rPr>
        <w:t xml:space="preserve">Lucy  </w:t>
      </w:r>
      <w:r>
        <w:rPr>
          <w:rFonts w:ascii="Arial" w:hAnsi="Arial"/>
          <w:color w:val="5D7284"/>
          <w:sz w:val="22"/>
        </w:rPr>
        <w:t>24:25</w:t>
      </w:r>
    </w:p>
    <w:p>
      <w:pPr>
        <w:spacing w:after="0"/>
      </w:pPr>
      <w:r>
        <w:rPr>
          <w:rFonts w:ascii="Arial" w:hAnsi="Arial"/>
          <w:sz w:val="22"/>
        </w:rPr>
        <w:t>I'm very surprised actually, Liz that Alice isn't. Yeah, Alice is outside your door.</w:t>
      </w:r>
    </w:p>
    <w:p>
      <w:pPr>
        <w:spacing w:after="0"/>
      </w:pPr>
    </w:p>
    <w:p>
      <w:pPr>
        <w:spacing w:after="0"/>
      </w:pPr>
      <w:r>
        <w:rPr>
          <w:rFonts w:ascii="Arial" w:hAnsi="Arial"/>
          <w:b/>
          <w:sz w:val="22"/>
        </w:rPr>
        <w:t xml:space="preserve">Liz Wright  </w:t>
      </w:r>
      <w:r>
        <w:rPr>
          <w:rFonts w:ascii="Arial" w:hAnsi="Arial"/>
          <w:color w:val="5D7284"/>
          <w:sz w:val="22"/>
        </w:rPr>
        <w:t>24:34</w:t>
      </w:r>
    </w:p>
    <w:p>
      <w:pPr>
        <w:spacing w:after="0"/>
      </w:pPr>
      <w:r>
        <w:rPr>
          <w:rFonts w:ascii="Arial" w:hAnsi="Arial"/>
          <w:sz w:val="22"/>
        </w:rPr>
        <w:t>Really? Well, you know what, when we meet face to face eventually I'll bring I'll bring them with me. A lot of people say man i'd wear that as a necklace Yeah. But it's kind of it's kind of you know, we're not when I'd go and speak in schools quite often the kids asked me Oh, where do you keep them and I tell them I keep them in a magical cave. In a mystical forest, but no one can find them and I'm like, Yeah, really? They're just in the suitcase in my room. To be fair, I love my medals. I'm very proud of them, but it's um, it's you know, I'm like, I know they're there. I don't need to see them</w:t>
      </w:r>
    </w:p>
    <w:p>
      <w:pPr>
        <w:spacing w:after="0"/>
      </w:pPr>
    </w:p>
    <w:p>
      <w:pPr>
        <w:spacing w:after="0"/>
      </w:pPr>
      <w:r>
        <w:rPr>
          <w:rFonts w:ascii="Arial" w:hAnsi="Arial"/>
          <w:b/>
          <w:sz w:val="22"/>
        </w:rPr>
        <w:t xml:space="preserve">Alice  </w:t>
      </w:r>
      <w:r>
        <w:rPr>
          <w:rFonts w:ascii="Arial" w:hAnsi="Arial"/>
          <w:color w:val="5D7284"/>
          <w:sz w:val="22"/>
        </w:rPr>
        <w:t>25:19</w:t>
      </w:r>
    </w:p>
    <w:p>
      <w:pPr>
        <w:spacing w:after="0"/>
      </w:pPr>
      <w:r>
        <w:rPr>
          <w:rFonts w:ascii="Arial" w:hAnsi="Arial"/>
          <w:sz w:val="22"/>
        </w:rPr>
        <w:t>Well, I think it's probably a very fine line to walk isn't it? It's like when you visit somebody, and they've got all of their degrees mounted on the wall and you're a bit like Do what you like. I know you're very proud of the fact that you went to university but do you need to have it hanging over your dining table? Without it going? Hey, look at all my degrees</w:t>
      </w:r>
    </w:p>
    <w:p>
      <w:pPr>
        <w:spacing w:after="0"/>
      </w:pPr>
    </w:p>
    <w:p>
      <w:pPr>
        <w:spacing w:after="0"/>
      </w:pPr>
      <w:r>
        <w:rPr>
          <w:rFonts w:ascii="Arial" w:hAnsi="Arial"/>
          <w:b/>
          <w:sz w:val="22"/>
        </w:rPr>
        <w:t xml:space="preserve">Lucy  </w:t>
      </w:r>
      <w:r>
        <w:rPr>
          <w:rFonts w:ascii="Arial" w:hAnsi="Arial"/>
          <w:color w:val="5D7284"/>
          <w:sz w:val="22"/>
        </w:rPr>
        <w:t>25:42</w:t>
      </w:r>
    </w:p>
    <w:p>
      <w:pPr>
        <w:spacing w:after="0"/>
      </w:pPr>
      <w:r>
        <w:rPr>
          <w:rFonts w:ascii="Arial" w:hAnsi="Arial"/>
          <w:sz w:val="22"/>
        </w:rPr>
        <w:t>I was considering hanging a picture of you know our artwork on it Yeah. poster on the wall just so people what personal was that? That's the podcast I co host</w:t>
      </w:r>
    </w:p>
    <w:p>
      <w:pPr>
        <w:spacing w:after="0"/>
      </w:pPr>
    </w:p>
    <w:p>
      <w:pPr>
        <w:spacing w:after="0"/>
      </w:pPr>
      <w:r>
        <w:rPr>
          <w:rFonts w:ascii="Arial" w:hAnsi="Arial"/>
          <w:b/>
          <w:sz w:val="22"/>
        </w:rPr>
        <w:t xml:space="preserve">Liz Wright  </w:t>
      </w:r>
      <w:r>
        <w:rPr>
          <w:rFonts w:ascii="Arial" w:hAnsi="Arial"/>
          <w:color w:val="5D7284"/>
          <w:sz w:val="22"/>
        </w:rPr>
        <w:t>25:59</w:t>
      </w:r>
    </w:p>
    <w:p>
      <w:pPr>
        <w:spacing w:after="0"/>
      </w:pPr>
      <w:r>
        <w:rPr>
          <w:rFonts w:ascii="Arial" w:hAnsi="Arial"/>
          <w:sz w:val="22"/>
        </w:rPr>
        <w:t>hanging hanging in the bathroom. The amount of Oscar winners but I've heard like that like yeah, just keep my Oscar in the bathroom on top of the toilet. Okay,</w:t>
      </w:r>
    </w:p>
    <w:p>
      <w:pPr>
        <w:spacing w:after="0"/>
      </w:pPr>
    </w:p>
    <w:p>
      <w:pPr>
        <w:spacing w:after="0"/>
      </w:pPr>
      <w:r>
        <w:rPr>
          <w:rFonts w:ascii="Arial" w:hAnsi="Arial"/>
          <w:b/>
          <w:sz w:val="22"/>
        </w:rPr>
        <w:t xml:space="preserve">Lucy  </w:t>
      </w:r>
      <w:r>
        <w:rPr>
          <w:rFonts w:ascii="Arial" w:hAnsi="Arial"/>
          <w:color w:val="5D7284"/>
          <w:sz w:val="22"/>
        </w:rPr>
        <w:t>26:09</w:t>
      </w:r>
    </w:p>
    <w:p>
      <w:pPr>
        <w:spacing w:after="0"/>
      </w:pPr>
      <w:r>
        <w:rPr>
          <w:rFonts w:ascii="Arial" w:hAnsi="Arial"/>
          <w:sz w:val="22"/>
        </w:rPr>
        <w:t>I think I would I think I would probably do that I keep baftas and Oscars never been in the on the toilet where you can't avoid it in your eyeline when you look at it.</w:t>
      </w:r>
    </w:p>
    <w:p>
      <w:pPr>
        <w:spacing w:after="0"/>
      </w:pPr>
    </w:p>
    <w:p>
      <w:pPr>
        <w:spacing w:after="0"/>
      </w:pPr>
      <w:r>
        <w:rPr>
          <w:rFonts w:ascii="Arial" w:hAnsi="Arial"/>
          <w:b/>
          <w:sz w:val="22"/>
        </w:rPr>
        <w:t xml:space="preserve">Alice  </w:t>
      </w:r>
      <w:r>
        <w:rPr>
          <w:rFonts w:ascii="Arial" w:hAnsi="Arial"/>
          <w:color w:val="5D7284"/>
          <w:sz w:val="22"/>
        </w:rPr>
        <w:t>26:19</w:t>
      </w:r>
    </w:p>
    <w:p>
      <w:pPr>
        <w:spacing w:after="0"/>
      </w:pPr>
      <w:r>
        <w:rPr>
          <w:rFonts w:ascii="Arial" w:hAnsi="Arial"/>
          <w:sz w:val="22"/>
        </w:rPr>
        <w:t>Also like the bathroom is the place that I lock myself away and cry. So it'd be nice to have my Oscar to be like Oh, you're not doing so bad.</w:t>
      </w:r>
    </w:p>
    <w:p>
      <w:pPr>
        <w:spacing w:after="0"/>
      </w:pPr>
    </w:p>
    <w:p>
      <w:pPr>
        <w:spacing w:after="0"/>
      </w:pPr>
      <w:r>
        <w:rPr>
          <w:rFonts w:ascii="Arial" w:hAnsi="Arial"/>
          <w:b/>
          <w:sz w:val="22"/>
        </w:rPr>
        <w:t xml:space="preserve">Liz Wright  </w:t>
      </w:r>
      <w:r>
        <w:rPr>
          <w:rFonts w:ascii="Arial" w:hAnsi="Arial"/>
          <w:color w:val="5D7284"/>
          <w:sz w:val="22"/>
        </w:rPr>
        <w:t>26:30</w:t>
      </w:r>
    </w:p>
    <w:p>
      <w:pPr>
        <w:spacing w:after="0"/>
      </w:pPr>
      <w:r>
        <w:rPr>
          <w:rFonts w:ascii="Arial" w:hAnsi="Arial"/>
          <w:sz w:val="22"/>
        </w:rPr>
        <w:t>When you when you when your first podcast award because no doubt you will win start winning podcast award you'll have to put it prior to place in the bathroom or somewhere like you have to baby take turns unless you both get like an issue or something. Yeah, yeah.</w:t>
      </w:r>
    </w:p>
    <w:p>
      <w:pPr>
        <w:spacing w:after="0"/>
      </w:pPr>
    </w:p>
    <w:p>
      <w:pPr>
        <w:spacing w:after="0"/>
      </w:pPr>
      <w:r>
        <w:rPr>
          <w:rFonts w:ascii="Arial" w:hAnsi="Arial"/>
          <w:b/>
          <w:sz w:val="22"/>
        </w:rPr>
        <w:t xml:space="preserve">Lucy  </w:t>
      </w:r>
      <w:r>
        <w:rPr>
          <w:rFonts w:ascii="Arial" w:hAnsi="Arial"/>
          <w:color w:val="5D7284"/>
          <w:sz w:val="22"/>
        </w:rPr>
        <w:t>26:50</w:t>
      </w:r>
    </w:p>
    <w:p>
      <w:pPr>
        <w:spacing w:after="0"/>
      </w:pPr>
      <w:r>
        <w:rPr>
          <w:rFonts w:ascii="Arial" w:hAnsi="Arial"/>
          <w:sz w:val="22"/>
        </w:rPr>
        <w:t>I think if we haven't win an award for our podcast, I will just spend the rest of my life crying about it because</w:t>
      </w:r>
    </w:p>
    <w:p>
      <w:pPr>
        <w:spacing w:after="0"/>
      </w:pPr>
    </w:p>
    <w:p>
      <w:pPr>
        <w:spacing w:after="0"/>
      </w:pPr>
      <w:r>
        <w:rPr>
          <w:rFonts w:ascii="Arial" w:hAnsi="Arial"/>
          <w:b/>
          <w:sz w:val="22"/>
        </w:rPr>
        <w:t xml:space="preserve">Alice  </w:t>
      </w:r>
      <w:r>
        <w:rPr>
          <w:rFonts w:ascii="Arial" w:hAnsi="Arial"/>
          <w:color w:val="5D7284"/>
          <w:sz w:val="22"/>
        </w:rPr>
        <w:t>27:01</w:t>
      </w:r>
    </w:p>
    <w:p>
      <w:pPr>
        <w:spacing w:after="0"/>
      </w:pPr>
      <w:r>
        <w:rPr>
          <w:rFonts w:ascii="Arial" w:hAnsi="Arial"/>
          <w:sz w:val="22"/>
        </w:rPr>
        <w:t>a bit a bit of a rare episode really for me to be the one that gets emotional. It's usually Lucy Lucy is very much the crier on the</w:t>
      </w:r>
    </w:p>
    <w:p>
      <w:pPr>
        <w:spacing w:after="0"/>
      </w:pPr>
    </w:p>
    <w:p>
      <w:pPr>
        <w:spacing w:after="0"/>
      </w:pPr>
      <w:r>
        <w:rPr>
          <w:rFonts w:ascii="Arial" w:hAnsi="Arial"/>
          <w:b/>
          <w:sz w:val="22"/>
        </w:rPr>
        <w:t xml:space="preserve">Lucy  </w:t>
      </w:r>
      <w:r>
        <w:rPr>
          <w:rFonts w:ascii="Arial" w:hAnsi="Arial"/>
          <w:color w:val="5D7284"/>
          <w:sz w:val="22"/>
        </w:rPr>
        <w:t>27:13</w:t>
      </w:r>
    </w:p>
    <w:p>
      <w:pPr>
        <w:spacing w:after="0"/>
      </w:pPr>
      <w:r>
        <w:rPr>
          <w:rFonts w:ascii="Arial" w:hAnsi="Arial"/>
          <w:sz w:val="22"/>
        </w:rPr>
        <w:t>We hit a big milestone for the podcast and I we Me and Alice have a little meeting between the sounds that I always end up crying. I'm not necessary. It's ridiculous really.</w:t>
      </w:r>
    </w:p>
    <w:p>
      <w:pPr>
        <w:spacing w:after="0"/>
      </w:pPr>
    </w:p>
    <w:p>
      <w:pPr>
        <w:spacing w:after="0"/>
      </w:pPr>
      <w:r>
        <w:rPr>
          <w:rFonts w:ascii="Arial" w:hAnsi="Arial"/>
          <w:b/>
          <w:sz w:val="22"/>
        </w:rPr>
        <w:t xml:space="preserve">Liz Wright  </w:t>
      </w:r>
      <w:r>
        <w:rPr>
          <w:rFonts w:ascii="Arial" w:hAnsi="Arial"/>
          <w:color w:val="5D7284"/>
          <w:sz w:val="22"/>
        </w:rPr>
        <w:t>27:26</w:t>
      </w:r>
    </w:p>
    <w:p>
      <w:pPr>
        <w:spacing w:after="0"/>
      </w:pPr>
      <w:r>
        <w:rPr>
          <w:rFonts w:ascii="Arial" w:hAnsi="Arial"/>
          <w:sz w:val="22"/>
        </w:rPr>
        <w:t>You know, I cry at the drop of a hat. You know, watching TV shows watching ads on TV.</w:t>
      </w:r>
    </w:p>
    <w:p>
      <w:pPr>
        <w:spacing w:after="0"/>
      </w:pPr>
    </w:p>
    <w:p>
      <w:pPr>
        <w:spacing w:after="0"/>
      </w:pPr>
      <w:r>
        <w:rPr>
          <w:rFonts w:ascii="Arial" w:hAnsi="Arial"/>
          <w:b/>
          <w:sz w:val="22"/>
        </w:rPr>
        <w:t xml:space="preserve">Lucy  </w:t>
      </w:r>
      <w:r>
        <w:rPr>
          <w:rFonts w:ascii="Arial" w:hAnsi="Arial"/>
          <w:color w:val="5D7284"/>
          <w:sz w:val="22"/>
        </w:rPr>
        <w:t>27:34</w:t>
      </w:r>
    </w:p>
    <w:p>
      <w:pPr>
        <w:spacing w:after="0"/>
      </w:pPr>
      <w:r>
        <w:rPr>
          <w:rFonts w:ascii="Arial" w:hAnsi="Arial"/>
          <w:sz w:val="22"/>
        </w:rPr>
        <w:t>Yes, really?</w:t>
      </w:r>
    </w:p>
    <w:p>
      <w:pPr>
        <w:spacing w:after="0"/>
      </w:pPr>
    </w:p>
    <w:p>
      <w:pPr>
        <w:spacing w:after="0"/>
      </w:pPr>
      <w:r>
        <w:rPr>
          <w:rFonts w:ascii="Arial" w:hAnsi="Arial"/>
          <w:color w:val="5D7284"/>
          <w:sz w:val="22"/>
        </w:rPr>
        <w:t>27:39</w:t>
      </w:r>
    </w:p>
    <w:p>
      <w:pPr>
        <w:spacing w:after="0"/>
      </w:pPr>
      <w:r>
        <w:rPr>
          <w:rFonts w:ascii="Arial" w:hAnsi="Arial"/>
          <w:sz w:val="22"/>
        </w:rPr>
        <w:t>I mean, even watching the Olympics, like when Tom Daley and Matt Lee won the gold Yeah. Oh my god. I'm sitting there. Eating breakfast watching. Watching.</w:t>
      </w:r>
    </w:p>
    <w:p>
      <w:pPr>
        <w:spacing w:after="0"/>
      </w:pPr>
    </w:p>
    <w:p>
      <w:pPr>
        <w:spacing w:after="0"/>
      </w:pPr>
      <w:r>
        <w:rPr>
          <w:rFonts w:ascii="Arial" w:hAnsi="Arial"/>
          <w:b/>
          <w:sz w:val="22"/>
        </w:rPr>
        <w:t xml:space="preserve">Alice  </w:t>
      </w:r>
      <w:r>
        <w:rPr>
          <w:rFonts w:ascii="Arial" w:hAnsi="Arial"/>
          <w:color w:val="5D7284"/>
          <w:sz w:val="22"/>
        </w:rPr>
        <w:t>27:57</w:t>
      </w:r>
    </w:p>
    <w:p>
      <w:pPr>
        <w:spacing w:after="0"/>
      </w:pPr>
      <w:r>
        <w:rPr>
          <w:rFonts w:ascii="Arial" w:hAnsi="Arial"/>
          <w:sz w:val="22"/>
        </w:rPr>
        <w:t>do you feel like you're rooting for Team GB? Or do you feel like you should be rooting for the Australian team?</w:t>
      </w:r>
    </w:p>
    <w:p>
      <w:pPr>
        <w:spacing w:after="0"/>
      </w:pPr>
    </w:p>
    <w:p>
      <w:pPr>
        <w:spacing w:after="0"/>
      </w:pPr>
      <w:r>
        <w:rPr>
          <w:rFonts w:ascii="Arial" w:hAnsi="Arial"/>
          <w:color w:val="5D7284"/>
          <w:sz w:val="22"/>
        </w:rPr>
        <w:t>28:02</w:t>
      </w:r>
    </w:p>
    <w:p>
      <w:pPr>
        <w:spacing w:after="0"/>
      </w:pPr>
      <w:r>
        <w:rPr>
          <w:rFonts w:ascii="Arial" w:hAnsi="Arial"/>
          <w:sz w:val="22"/>
        </w:rPr>
        <w:t>Oh, okay. You know what, if an Aussie in this sport, I will always go for the Ozzy. But Team GB will be like my second choice. So it's like, if I'm watching it, and the Aussie is winning, and I'm like, Yay, then. Yeah, come second. Um, but you know, what, if there's no other you know, I'll definitely go Team GB all the way and you know, but you know what, like, because there are some Aussies in the diving and I did watch it this morning. And but you know what, I think Tom Daley is just an absolute legend in the diving world. And I think it's special about Yeah, they're like, I mean, the fact is sitting there knitting away on on these Olympics, cardigan to wear, I love you. It's like, um, yeah, I just think it's a you know, because I know that there's an Aussie in the final for the 10 metre platform, which we'll all know who the winner is. Because as you say, Will people listening? Hopefully, Tom will have won it. Because I will be cheering for Tom in that. So even though they're in it.</w:t>
      </w:r>
    </w:p>
    <w:p>
      <w:pPr>
        <w:spacing w:after="0"/>
      </w:pPr>
    </w:p>
    <w:p>
      <w:pPr>
        <w:spacing w:after="0"/>
      </w:pPr>
      <w:r>
        <w:rPr>
          <w:rFonts w:ascii="Arial" w:hAnsi="Arial"/>
          <w:b/>
          <w:sz w:val="22"/>
        </w:rPr>
        <w:t xml:space="preserve">Lucy  </w:t>
      </w:r>
      <w:r>
        <w:rPr>
          <w:rFonts w:ascii="Arial" w:hAnsi="Arial"/>
          <w:color w:val="5D7284"/>
          <w:sz w:val="22"/>
        </w:rPr>
        <w:t>29:14</w:t>
      </w:r>
    </w:p>
    <w:p>
      <w:pPr>
        <w:spacing w:after="0"/>
      </w:pPr>
      <w:r>
        <w:rPr>
          <w:rFonts w:ascii="Arial" w:hAnsi="Arial"/>
          <w:sz w:val="22"/>
        </w:rPr>
        <w:t>For me, its Adam Peaty because Adam Peaty comes from Staffordshire. And he trained in the same to swimmingpool where my sister Learn to swim. And I would like to say that being it's a prerequisite of being from Staffordshire that you're a good swimmer, but as I've just said, I swim like a drowning fish. It's quite it's quite...</w:t>
      </w:r>
    </w:p>
    <w:p>
      <w:pPr>
        <w:spacing w:after="0"/>
      </w:pPr>
    </w:p>
    <w:p>
      <w:pPr>
        <w:spacing w:after="0"/>
      </w:pPr>
      <w:r>
        <w:rPr>
          <w:rFonts w:ascii="Arial" w:hAnsi="Arial"/>
          <w:color w:val="5D7284"/>
          <w:sz w:val="22"/>
        </w:rPr>
        <w:t>29:34</w:t>
      </w:r>
    </w:p>
    <w:p>
      <w:pPr>
        <w:spacing w:after="0"/>
      </w:pPr>
      <w:r>
        <w:rPr>
          <w:rFonts w:ascii="Arial" w:hAnsi="Arial"/>
          <w:sz w:val="22"/>
        </w:rPr>
        <w:t>to see if it makes you feel any better. Yeah, I can't. I can't run to save my life. I look like I'm doing cross between a skip gallop and a limp basically it's very strange looking runs I can't run to save my life</w:t>
      </w:r>
    </w:p>
    <w:p>
      <w:pPr>
        <w:spacing w:after="0"/>
      </w:pPr>
    </w:p>
    <w:p>
      <w:pPr>
        <w:spacing w:after="0"/>
      </w:pPr>
      <w:r>
        <w:rPr>
          <w:rFonts w:ascii="Arial" w:hAnsi="Arial"/>
          <w:b/>
          <w:sz w:val="22"/>
        </w:rPr>
        <w:t xml:space="preserve">Alice  </w:t>
      </w:r>
      <w:r>
        <w:rPr>
          <w:rFonts w:ascii="Arial" w:hAnsi="Arial"/>
          <w:color w:val="5D7284"/>
          <w:sz w:val="22"/>
        </w:rPr>
        <w:t>29:55</w:t>
      </w:r>
    </w:p>
    <w:p>
      <w:pPr>
        <w:spacing w:after="0"/>
      </w:pPr>
      <w:r>
        <w:rPr>
          <w:rFonts w:ascii="Arial" w:hAnsi="Arial"/>
          <w:sz w:val="22"/>
        </w:rPr>
        <w:t xml:space="preserve">said like, like my Phoebe runs in friends. </w:t>
      </w:r>
    </w:p>
    <w:p>
      <w:pPr>
        <w:spacing w:after="0"/>
      </w:pPr>
    </w:p>
    <w:p>
      <w:pPr>
        <w:spacing w:after="0"/>
      </w:pPr>
      <w:r>
        <w:rPr>
          <w:rFonts w:ascii="Arial" w:hAnsi="Arial"/>
          <w:b/>
          <w:sz w:val="22"/>
        </w:rPr>
        <w:t xml:space="preserve">Liz Wright  </w:t>
      </w:r>
      <w:r>
        <w:rPr>
          <w:rFonts w:ascii="Arial" w:hAnsi="Arial"/>
          <w:color w:val="5D7284"/>
          <w:sz w:val="22"/>
        </w:rPr>
        <w:t>29:57</w:t>
      </w:r>
    </w:p>
    <w:p>
      <w:pPr>
        <w:spacing w:after="0"/>
      </w:pPr>
      <w:r>
        <w:rPr>
          <w:rFonts w:ascii="Arial" w:hAnsi="Arial"/>
          <w:sz w:val="22"/>
        </w:rPr>
        <w:t xml:space="preserve">Yeah. It's a bit of a gallop and a bit of a yes. </w:t>
      </w:r>
    </w:p>
    <w:p>
      <w:pPr>
        <w:spacing w:after="0"/>
      </w:pPr>
    </w:p>
    <w:p>
      <w:pPr>
        <w:spacing w:after="0"/>
      </w:pPr>
      <w:r>
        <w:rPr>
          <w:rFonts w:ascii="Arial" w:hAnsi="Arial"/>
          <w:b/>
          <w:sz w:val="22"/>
        </w:rPr>
        <w:t xml:space="preserve">Alice  </w:t>
      </w:r>
      <w:r>
        <w:rPr>
          <w:rFonts w:ascii="Arial" w:hAnsi="Arial"/>
          <w:color w:val="5D7284"/>
          <w:sz w:val="22"/>
        </w:rPr>
        <w:t>30:04</w:t>
      </w:r>
    </w:p>
    <w:p>
      <w:pPr>
        <w:spacing w:after="0"/>
      </w:pPr>
      <w:r>
        <w:rPr>
          <w:rFonts w:ascii="Arial" w:hAnsi="Arial"/>
          <w:sz w:val="22"/>
        </w:rPr>
        <w:t>I can't ride a bike. So you spend all of your life on a couple of wheels. So</w:t>
      </w:r>
    </w:p>
    <w:p>
      <w:pPr>
        <w:spacing w:after="0"/>
      </w:pPr>
    </w:p>
    <w:p>
      <w:pPr>
        <w:spacing w:after="0"/>
      </w:pPr>
      <w:r>
        <w:rPr>
          <w:rFonts w:ascii="Arial" w:hAnsi="Arial"/>
          <w:b/>
          <w:sz w:val="22"/>
        </w:rPr>
        <w:t xml:space="preserve">Lucy  </w:t>
      </w:r>
      <w:r>
        <w:rPr>
          <w:rFonts w:ascii="Arial" w:hAnsi="Arial"/>
          <w:color w:val="5D7284"/>
          <w:sz w:val="22"/>
        </w:rPr>
        <w:t>30:11</w:t>
      </w:r>
    </w:p>
    <w:p>
      <w:pPr>
        <w:spacing w:after="0"/>
      </w:pPr>
      <w:r>
        <w:rPr>
          <w:rFonts w:ascii="Arial" w:hAnsi="Arial"/>
          <w:sz w:val="22"/>
        </w:rPr>
        <w:t>I used to be quite good at Bach here when I was a school Bucky, but I can't throw for toffee. So they gave me a drain pipe have a drain pipe to roll the ball down, which isn't very exciting. Yeah, I could put a drain pipe on target.</w:t>
      </w:r>
    </w:p>
    <w:p>
      <w:pPr>
        <w:spacing w:after="0"/>
      </w:pPr>
    </w:p>
    <w:p>
      <w:pPr>
        <w:spacing w:after="0"/>
      </w:pPr>
      <w:r>
        <w:rPr>
          <w:rFonts w:ascii="Arial" w:hAnsi="Arial"/>
          <w:b/>
          <w:sz w:val="22"/>
        </w:rPr>
        <w:t xml:space="preserve">Liz Wright  </w:t>
      </w:r>
      <w:r>
        <w:rPr>
          <w:rFonts w:ascii="Arial" w:hAnsi="Arial"/>
          <w:color w:val="5D7284"/>
          <w:sz w:val="22"/>
        </w:rPr>
        <w:t>30:31</w:t>
      </w:r>
    </w:p>
    <w:p>
      <w:pPr>
        <w:spacing w:after="0"/>
      </w:pPr>
      <w:r>
        <w:rPr>
          <w:rFonts w:ascii="Arial" w:hAnsi="Arial"/>
          <w:sz w:val="22"/>
        </w:rPr>
        <w:t>Well, Buck is at the Paralympics. Lucy.</w:t>
      </w:r>
    </w:p>
    <w:p>
      <w:pPr>
        <w:spacing w:after="0"/>
      </w:pPr>
    </w:p>
    <w:p>
      <w:pPr>
        <w:spacing w:after="0"/>
      </w:pPr>
      <w:r>
        <w:rPr>
          <w:rFonts w:ascii="Arial" w:hAnsi="Arial"/>
          <w:b/>
          <w:sz w:val="22"/>
        </w:rPr>
        <w:t xml:space="preserve">Alice  </w:t>
      </w:r>
      <w:r>
        <w:rPr>
          <w:rFonts w:ascii="Arial" w:hAnsi="Arial"/>
          <w:color w:val="5D7284"/>
          <w:sz w:val="22"/>
        </w:rPr>
        <w:t>30:35</w:t>
      </w:r>
    </w:p>
    <w:p>
      <w:pPr>
        <w:spacing w:after="0"/>
      </w:pPr>
      <w:r>
        <w:rPr>
          <w:rFonts w:ascii="Arial" w:hAnsi="Arial"/>
          <w:sz w:val="22"/>
        </w:rPr>
        <w:t>Yeah, one of the things that I think's really prevalent, and I think really cool, that's kind of coming out of the Olympics this year is a lot of people are talking about mental health. And a lot of people are talking about the impact of that intense, I think, public gaze as well as that, you know, the intensity of the the performance and the work you have to do to get to that level of performance for the Olympics. You know, what your what's your sort of thoughts on all the things that are coming out? And that people are saying, is that something that resonates with you loads?</w:t>
      </w:r>
    </w:p>
    <w:p>
      <w:pPr>
        <w:spacing w:after="0"/>
      </w:pPr>
    </w:p>
    <w:p>
      <w:pPr>
        <w:spacing w:after="0"/>
      </w:pPr>
      <w:r>
        <w:rPr>
          <w:rFonts w:ascii="Arial" w:hAnsi="Arial"/>
          <w:color w:val="5D7284"/>
          <w:sz w:val="22"/>
        </w:rPr>
        <w:t>31:09</w:t>
      </w:r>
    </w:p>
    <w:p>
      <w:pPr>
        <w:spacing w:after="0"/>
      </w:pPr>
      <w:r>
        <w:rPr>
          <w:rFonts w:ascii="Arial" w:hAnsi="Arial"/>
          <w:sz w:val="22"/>
        </w:rPr>
        <w:t>Yeah, definitely, definitely, I think, you know, when I was swimming, it was in the 90s. And mental health just wasn't spoken about in sport. We had a team psychologists that the psychologist was there, basically, just to help us with our mental preparation for racing. It was nothing to do with, you know, are you feeling anxiety, depression, there any other mental health issues that you might have that we need to address? How do we prepare you once you leave the sport, I mean, like I said, I had, at the beginning, I had that gap between retirement and starting University. And I'll be really honest, there was about two or three years there where I literally felt so lost, I had no idea what I was meant to do. And, you know, when, when you're an elite athlete, a lot of the times, you know, you're, you're focusing on your sport. And in the meantime, you're making sacrifices in everyday things that everyone else is cracking on with. So, you know, by the time I retired from sport, I had friends who had almost finished university degrees, friends who were starting to get promotions in their work already. Some people were even had many Stevens save enough money in like two years, how they how they did it, I don't know, but save enough money to use to buy a house. And I'm literally just like, I feel like I'm, I'm a baby, and I'm just starting out into life after after swimming. And there's there was just no preparation of that, or understanding of that, or support or anything that you got and is starting to change more and more. And I certainly in Australia the past few years, they've really put a focus on on mental health, but I still think, you know, they're, they're at that point, there was a long way to go. And I think it's, especially, you know, obviously, you know, we're going to bring up Simone, because Simone is the one that's kind of really, I think, Simone and Naomi, yeah. Gosh, what's Naomi's last name again? Osaka That's right. Um, that, you know, they, they're talking the other way that, that they're moving forward around mental health is that their mental health comes first before anything else. And actually, that is the way that it should be. Because I mean, you know, when I was a swimmer, I remember being poorly now this is like a, you know, physic physically poorly. I had a cold and I was actually here in Britain for the British Nationals down at Sheffield. And my coach, I remember the head coach basically saying to me, so it wasn't even my team coach, it was the head coach guy in charge of all that and he was like, you're swimming and I'm like, you know, snotty, coughing sneezing gross, disgusting,</w:t>
      </w:r>
    </w:p>
    <w:p>
      <w:pPr>
        <w:spacing w:after="0"/>
      </w:pPr>
    </w:p>
    <w:p>
      <w:pPr>
        <w:spacing w:after="0"/>
      </w:pPr>
      <w:r>
        <w:rPr>
          <w:rFonts w:ascii="Arial" w:hAnsi="Arial"/>
          <w:b/>
          <w:sz w:val="22"/>
        </w:rPr>
        <w:t xml:space="preserve">Alice  </w:t>
      </w:r>
      <w:r>
        <w:rPr>
          <w:rFonts w:ascii="Arial" w:hAnsi="Arial"/>
          <w:color w:val="5D7284"/>
          <w:sz w:val="22"/>
        </w:rPr>
        <w:t>31:48</w:t>
      </w:r>
    </w:p>
    <w:p>
      <w:pPr>
        <w:spacing w:after="0"/>
      </w:pPr>
      <w:r>
        <w:rPr>
          <w:rFonts w:ascii="Arial" w:hAnsi="Arial"/>
          <w:sz w:val="22"/>
        </w:rPr>
        <w:t>last thing you need is to just get wet.</w:t>
      </w:r>
    </w:p>
    <w:p>
      <w:pPr>
        <w:spacing w:after="0"/>
      </w:pPr>
    </w:p>
    <w:p>
      <w:pPr>
        <w:spacing w:after="0"/>
      </w:pPr>
      <w:r>
        <w:rPr>
          <w:rFonts w:ascii="Arial" w:hAnsi="Arial"/>
          <w:color w:val="5D7284"/>
          <w:sz w:val="22"/>
        </w:rPr>
        <w:t>33:55</w:t>
      </w:r>
    </w:p>
    <w:p>
      <w:pPr>
        <w:spacing w:after="0"/>
      </w:pPr>
      <w:r>
        <w:rPr>
          <w:rFonts w:ascii="Arial" w:hAnsi="Arial"/>
          <w:sz w:val="22"/>
        </w:rPr>
        <w:t>And the last thing I want to do is get in a pool with blocked up sinesses and try and swim 100 metres front crawl like, yeah, who does that? But no, you're getting in the pool. Now I did I got in the pool. Now the irony is I did actually swim a personal best time.</w:t>
      </w:r>
    </w:p>
    <w:p>
      <w:pPr>
        <w:spacing w:after="0"/>
      </w:pPr>
    </w:p>
    <w:p>
      <w:pPr>
        <w:spacing w:after="0"/>
      </w:pPr>
      <w:r>
        <w:rPr>
          <w:rFonts w:ascii="Arial" w:hAnsi="Arial"/>
          <w:b/>
          <w:sz w:val="22"/>
        </w:rPr>
        <w:t xml:space="preserve">Alice  </w:t>
      </w:r>
      <w:r>
        <w:rPr>
          <w:rFonts w:ascii="Arial" w:hAnsi="Arial"/>
          <w:color w:val="5D7284"/>
          <w:sz w:val="22"/>
        </w:rPr>
        <w:t>34:18</w:t>
      </w:r>
    </w:p>
    <w:p>
      <w:pPr>
        <w:spacing w:after="0"/>
      </w:pPr>
      <w:r>
        <w:rPr>
          <w:rFonts w:ascii="Arial" w:hAnsi="Arial"/>
          <w:sz w:val="22"/>
        </w:rPr>
        <w:t>You're just desperate to get out.</w:t>
      </w:r>
    </w:p>
    <w:p>
      <w:pPr>
        <w:spacing w:after="0"/>
      </w:pPr>
    </w:p>
    <w:p>
      <w:pPr>
        <w:spacing w:after="0"/>
      </w:pPr>
      <w:r>
        <w:rPr>
          <w:rFonts w:ascii="Arial" w:hAnsi="Arial"/>
          <w:b/>
          <w:sz w:val="22"/>
        </w:rPr>
        <w:t xml:space="preserve">Liz Wright  </w:t>
      </w:r>
      <w:r>
        <w:rPr>
          <w:rFonts w:ascii="Arial" w:hAnsi="Arial"/>
          <w:color w:val="5D7284"/>
          <w:sz w:val="22"/>
        </w:rPr>
        <w:t>34:21</w:t>
      </w:r>
    </w:p>
    <w:p>
      <w:pPr>
        <w:spacing w:after="0"/>
      </w:pPr>
      <w:r>
        <w:rPr>
          <w:rFonts w:ascii="Arial" w:hAnsi="Arial"/>
          <w:sz w:val="22"/>
        </w:rPr>
        <w:t>Absolutely. But afterwards, I felt so I actually got sicker. And and I you know, in the end, the head coat like the team doctor rather actually said to the head coach, she can't swim anymore. She's like, too sick. But I see that it should be the same with mental health that Yeah, and Simone Biles really, really showed that, that these Olympics where she was like, You know what, because it is that thing if Simone had had COVID if she'd had the flu, if she'd had a cold if she'd broken her wrist or sprained her ankle or something like that, she would have pulled out I've been like, you know what? This shit happens, right? Yeah. Why can't it be the same around mental health? And I think that's the powerful thing that she did was go well, my mental health is just as important as my physical health. And if I can't do this, I'm not doing it.</w:t>
      </w:r>
    </w:p>
    <w:p>
      <w:pPr>
        <w:spacing w:after="0"/>
      </w:pPr>
    </w:p>
    <w:p>
      <w:pPr>
        <w:spacing w:after="0"/>
      </w:pPr>
      <w:r>
        <w:rPr>
          <w:rFonts w:ascii="Arial" w:hAnsi="Arial"/>
          <w:b/>
          <w:sz w:val="22"/>
        </w:rPr>
        <w:t xml:space="preserve">Lucy  </w:t>
      </w:r>
      <w:r>
        <w:rPr>
          <w:rFonts w:ascii="Arial" w:hAnsi="Arial"/>
          <w:color w:val="5D7284"/>
          <w:sz w:val="22"/>
        </w:rPr>
        <w:t>35:20</w:t>
      </w:r>
    </w:p>
    <w:p>
      <w:pPr>
        <w:spacing w:after="0"/>
      </w:pPr>
      <w:r>
        <w:rPr>
          <w:rFonts w:ascii="Arial" w:hAnsi="Arial"/>
          <w:sz w:val="22"/>
        </w:rPr>
        <w:t>Yeah. Particularly as well, the year we've had, you know, everything has been topsy turvy. I applaud anybody who has gone Do you know what, my training regime has been? upside down? I don't know. I've been swimming I've been practising most of my swimmiong stroke in a paddling pool.</w:t>
      </w:r>
    </w:p>
    <w:p>
      <w:pPr>
        <w:spacing w:after="0"/>
      </w:pPr>
    </w:p>
    <w:p>
      <w:pPr>
        <w:spacing w:after="0"/>
      </w:pPr>
      <w:r>
        <w:rPr>
          <w:rFonts w:ascii="Arial" w:hAnsi="Arial"/>
          <w:b/>
          <w:sz w:val="22"/>
        </w:rPr>
        <w:t xml:space="preserve">Liz Wright  </w:t>
      </w:r>
      <w:r>
        <w:rPr>
          <w:rFonts w:ascii="Arial" w:hAnsi="Arial"/>
          <w:color w:val="5D7284"/>
          <w:sz w:val="22"/>
        </w:rPr>
        <w:t>35:38</w:t>
      </w:r>
    </w:p>
    <w:p>
      <w:pPr>
        <w:spacing w:after="0"/>
      </w:pPr>
      <w:r>
        <w:rPr>
          <w:rFonts w:ascii="Arial" w:hAnsi="Arial"/>
          <w:sz w:val="22"/>
        </w:rPr>
        <w:t>But you know what, that's the thing I can't even imagine I felt for them so much because because when you're when you're training for the Olympics or Paralympics, you literally have your your four years are set out to perfection, you know, what races you know, where you'll be travelling to, to race in what nationals for preparation, making sure you're getting enough international competition in enough national competition in that your cycles of training are going to fit in and that and everything is aimed towards that Olympics or Paralympics, at the end of that four years. And these athletes have been working to that four year programme to suddenly have this pandemic happen. And and then be told, well, it's going to be postponed to next year. But then even at the start of this year, still not knowing is it actually going to go ahead. I I can't even imagine the psychological pressure that that would have put on all of them. Really?</w:t>
      </w:r>
    </w:p>
    <w:p>
      <w:pPr>
        <w:spacing w:after="0"/>
      </w:pPr>
    </w:p>
    <w:p>
      <w:pPr>
        <w:spacing w:after="0"/>
      </w:pPr>
      <w:r>
        <w:rPr>
          <w:rFonts w:ascii="Arial" w:hAnsi="Arial"/>
          <w:b/>
          <w:sz w:val="22"/>
        </w:rPr>
        <w:t xml:space="preserve">Lucy  </w:t>
      </w:r>
      <w:r>
        <w:rPr>
          <w:rFonts w:ascii="Arial" w:hAnsi="Arial"/>
          <w:color w:val="5D7284"/>
          <w:sz w:val="22"/>
        </w:rPr>
        <w:t>36:33</w:t>
      </w:r>
    </w:p>
    <w:p>
      <w:pPr>
        <w:spacing w:after="0"/>
      </w:pPr>
      <w:r>
        <w:rPr>
          <w:rFonts w:ascii="Arial" w:hAnsi="Arial"/>
          <w:sz w:val="22"/>
        </w:rPr>
        <w:t>No, I really do applaud anybody who's gone. Do you know what I'm gonna, we'll go, we'll go, I'm gonna get you like, we're gonna do this Olympics, after all of that setback and uncertainty to do even be there. Nevermind winning. Congratulate, they should get a medal for just going to Tokyo. You know, it's not surprising. Is it really that they've gone? Do you know what my mental health? You know, I think, I think maybe it's the, the climate we find ourselves in and how important mental health has been over the last two years year nearly.</w:t>
      </w:r>
    </w:p>
    <w:p>
      <w:pPr>
        <w:spacing w:after="0"/>
      </w:pPr>
    </w:p>
    <w:p>
      <w:pPr>
        <w:spacing w:after="0"/>
      </w:pPr>
      <w:r>
        <w:rPr>
          <w:rFonts w:ascii="Arial" w:hAnsi="Arial"/>
          <w:color w:val="5D7284"/>
          <w:sz w:val="22"/>
        </w:rPr>
        <w:t>37:18</w:t>
      </w:r>
    </w:p>
    <w:p>
      <w:pPr>
        <w:spacing w:after="0"/>
      </w:pPr>
      <w:r>
        <w:rPr>
          <w:rFonts w:ascii="Arial" w:hAnsi="Arial"/>
          <w:sz w:val="22"/>
        </w:rPr>
        <w:t xml:space="preserve">But you know what I really hope I really hope that that in terms of sport, it's going to see a lot of change. But I think that moves beyond even just sport. I think in society in general, we've had so many changes happen because the pandemic and it sounds awful to say because this pandemic has been, it has been absolutely awful and traumatic for everyone. I will honestly say I think everyone's experienced, like we've all experienced collective trauma around this. But it's like looking for those positives. And you know, we certainly know that. A lot more businesses now talking about well, how can it's like finally, yeah, how can we implement flexible working into our workplace? How can we allow for people to work from home more? Or how can we include mental health and well being days in terms of our sick days, and so on and so forth? I think those discussions are getting bigger and wider and stronger, because people recognise that we're not robots. We're just human beings trying to live this life. And so whether it's in sport, or work, or community, or activism or whatever, we need to have those strategies in place and that support in place. </w:t>
      </w:r>
    </w:p>
    <w:p>
      <w:pPr>
        <w:spacing w:after="0"/>
      </w:pPr>
    </w:p>
    <w:p>
      <w:pPr>
        <w:spacing w:after="0"/>
      </w:pPr>
      <w:r>
        <w:rPr>
          <w:rFonts w:ascii="Arial" w:hAnsi="Arial"/>
          <w:b/>
          <w:sz w:val="22"/>
        </w:rPr>
        <w:t xml:space="preserve">Lucy  </w:t>
      </w:r>
      <w:r>
        <w:rPr>
          <w:rFonts w:ascii="Arial" w:hAnsi="Arial"/>
          <w:color w:val="5D7284"/>
          <w:sz w:val="22"/>
        </w:rPr>
        <w:t>38:35</w:t>
      </w:r>
    </w:p>
    <w:p>
      <w:pPr>
        <w:spacing w:after="0"/>
      </w:pPr>
      <w:r>
        <w:rPr>
          <w:rFonts w:ascii="Arial" w:hAnsi="Arial"/>
          <w:sz w:val="22"/>
        </w:rPr>
        <w:t>Absolutely, yeah,</w:t>
      </w:r>
    </w:p>
    <w:p>
      <w:pPr>
        <w:spacing w:after="0"/>
      </w:pPr>
    </w:p>
    <w:p>
      <w:pPr>
        <w:spacing w:after="0"/>
      </w:pPr>
      <w:r>
        <w:rPr>
          <w:rFonts w:ascii="Arial" w:hAnsi="Arial"/>
          <w:b/>
          <w:sz w:val="22"/>
        </w:rPr>
        <w:t xml:space="preserve">Alice  </w:t>
      </w:r>
      <w:r>
        <w:rPr>
          <w:rFonts w:ascii="Arial" w:hAnsi="Arial"/>
          <w:color w:val="5D7284"/>
          <w:sz w:val="22"/>
        </w:rPr>
        <w:t>38:36</w:t>
      </w:r>
    </w:p>
    <w:p>
      <w:pPr>
        <w:spacing w:after="0"/>
      </w:pPr>
      <w:r>
        <w:rPr>
          <w:rFonts w:ascii="Arial" w:hAnsi="Arial"/>
          <w:sz w:val="22"/>
        </w:rPr>
        <w:t>absolutely. And I think you can even see in the, you know, this short space of time between Naomi Osaka making her sort of statement and decision to withdraw from her sport, and then Simone making this decision to withdraw from the Olympics is the press coverage has gone from Oh, my God, look at this. She's because of her mental health. And there was a lot of I think public backlash to then there's been I mean, maybe, you know, it's it's not certainly not as as come as far as it ought to have done, but it has only been, what, six weeks? Yeah. We've got to give the press time to catch up.</w:t>
      </w:r>
    </w:p>
    <w:p>
      <w:pPr>
        <w:spacing w:after="0"/>
      </w:pPr>
    </w:p>
    <w:p>
      <w:pPr>
        <w:spacing w:after="0"/>
      </w:pPr>
      <w:r>
        <w:rPr>
          <w:rFonts w:ascii="Arial" w:hAnsi="Arial"/>
          <w:b/>
          <w:sz w:val="22"/>
        </w:rPr>
        <w:t xml:space="preserve">Lucy  </w:t>
      </w:r>
      <w:r>
        <w:rPr>
          <w:rFonts w:ascii="Arial" w:hAnsi="Arial"/>
          <w:color w:val="5D7284"/>
          <w:sz w:val="22"/>
        </w:rPr>
        <w:t>38:48</w:t>
      </w:r>
    </w:p>
    <w:p>
      <w:pPr>
        <w:spacing w:after="0"/>
      </w:pPr>
      <w:r>
        <w:rPr>
          <w:rFonts w:ascii="Arial" w:hAnsi="Arial"/>
          <w:sz w:val="22"/>
        </w:rPr>
        <w:t>We've got to give Piers Morgan time to calm down first</w:t>
      </w:r>
    </w:p>
    <w:p>
      <w:pPr>
        <w:spacing w:after="0"/>
      </w:pPr>
    </w:p>
    <w:p>
      <w:pPr>
        <w:spacing w:after="0"/>
      </w:pPr>
      <w:r>
        <w:rPr>
          <w:rFonts w:ascii="Arial" w:hAnsi="Arial"/>
          <w:b/>
          <w:sz w:val="22"/>
        </w:rPr>
        <w:t xml:space="preserve">Alice  </w:t>
      </w:r>
      <w:r>
        <w:rPr>
          <w:rFonts w:ascii="Arial" w:hAnsi="Arial"/>
          <w:color w:val="5D7284"/>
          <w:sz w:val="22"/>
        </w:rPr>
        <w:t>39:24</w:t>
      </w:r>
    </w:p>
    <w:p>
      <w:pPr>
        <w:spacing w:after="0"/>
      </w:pPr>
      <w:r>
        <w:rPr>
          <w:rFonts w:ascii="Arial" w:hAnsi="Arial"/>
          <w:sz w:val="22"/>
        </w:rPr>
        <w:t>But there is there I think there has been a shift in people recognising Actually, you know what, when Simone came out and said, she said, Liz, you know, I need my mental health is as important as important as my physical health. People sort of went. Well, yeah, actually. And I think that that's really important. And I think, I mean, there's still, you know, some of the things that people were saying about Naomi Osaka, and some of the things that were trending. Were really upsetting, but then some of the support that was trending out there for her as well was really moving. Okay. And I think that that's, that's one of the things that, hopefully, if nothing else comes out of this individuals feel more able to hold their hands up and say, this is something I've had difficulty with this is something that, you know, should be talked about, even if, you know, the press, and businesses are slower to sort of pick up.</w:t>
      </w:r>
    </w:p>
    <w:p>
      <w:pPr>
        <w:spacing w:after="0"/>
      </w:pPr>
    </w:p>
    <w:p>
      <w:pPr>
        <w:spacing w:after="0"/>
      </w:pPr>
      <w:r>
        <w:rPr>
          <w:rFonts w:ascii="Arial" w:hAnsi="Arial"/>
          <w:b/>
          <w:sz w:val="22"/>
        </w:rPr>
        <w:t xml:space="preserve">Liz Wright  </w:t>
      </w:r>
      <w:r>
        <w:rPr>
          <w:rFonts w:ascii="Arial" w:hAnsi="Arial"/>
          <w:color w:val="5D7284"/>
          <w:sz w:val="22"/>
        </w:rPr>
        <w:t>40:30</w:t>
      </w:r>
    </w:p>
    <w:p>
      <w:pPr>
        <w:spacing w:after="0"/>
      </w:pPr>
      <w:r>
        <w:rPr>
          <w:rFonts w:ascii="Arial" w:hAnsi="Arial"/>
          <w:sz w:val="22"/>
        </w:rPr>
        <w:t>But we certainly know, you know, it's like that. It's almost like, you know, there's the bell curve in terms of change cultural and social change. And, you know, you could certainly look at people like Naomi and Simone as being they're the revolutionaries. They're the change makers, the start of that curve, that are stepping up and saying no, enough is enough. This is how we want our sport our life to be like, and we want to protect our mental health in relation to all of this. And, you know, it's just, I think that is the start of what is going to be some really revolutionary change around mental health, not just in sport, but but certainly in wider society.</w:t>
      </w:r>
    </w:p>
    <w:p>
      <w:pPr>
        <w:spacing w:after="0"/>
      </w:pPr>
    </w:p>
    <w:p>
      <w:pPr>
        <w:spacing w:after="0"/>
      </w:pPr>
      <w:r>
        <w:rPr>
          <w:rFonts w:ascii="Arial" w:hAnsi="Arial"/>
          <w:b/>
          <w:sz w:val="22"/>
        </w:rPr>
        <w:t xml:space="preserve">Lucy  </w:t>
      </w:r>
      <w:r>
        <w:rPr>
          <w:rFonts w:ascii="Arial" w:hAnsi="Arial"/>
          <w:color w:val="5D7284"/>
          <w:sz w:val="22"/>
        </w:rPr>
        <w:t>41:12</w:t>
      </w:r>
    </w:p>
    <w:p>
      <w:pPr>
        <w:spacing w:after="0"/>
      </w:pPr>
      <w:r>
        <w:rPr>
          <w:rFonts w:ascii="Arial" w:hAnsi="Arial"/>
          <w:sz w:val="22"/>
        </w:rPr>
        <w:t>It definitely takes like a handful of people to be the one that goes, Okay, this is gonna stop, and I'm taking a stand, and it takes a handful of people to do it before everybody else starts to go. Well, if Simone did it, if Naomi did it.</w:t>
      </w:r>
    </w:p>
    <w:p>
      <w:pPr>
        <w:spacing w:after="0"/>
      </w:pPr>
    </w:p>
    <w:p>
      <w:pPr>
        <w:spacing w:after="0"/>
      </w:pPr>
      <w:r>
        <w:rPr>
          <w:rFonts w:ascii="Arial" w:hAnsi="Arial"/>
          <w:color w:val="5D7284"/>
          <w:sz w:val="22"/>
        </w:rPr>
        <w:t>41:25</w:t>
      </w:r>
    </w:p>
    <w:p>
      <w:pPr>
        <w:spacing w:after="0"/>
      </w:pPr>
      <w:r>
        <w:rPr>
          <w:rFonts w:ascii="Arial" w:hAnsi="Arial"/>
          <w:sz w:val="22"/>
        </w:rPr>
        <w:t>Yeah. Yeah, absolutely. And I think, you know, I mean, you know, let's bring it back to Tom Daley. Him knitting I think, I think for me, it's like, I love that. But you know what, I wonder at a deeper level, how much at that was actually about his own mental health and ageing? Yeah. I'm kind of his nerves. And he's anxiety and he's, you know, just to do something that is almost meditative and repetitive and something else that he could focus on, aside from his sport. I honestly, I've been really thinking that the past couple of days when we've seen him sitting there knitting, I'm honestly sitting there going, like, I bet that's to do with your mental health mate. For sure.</w:t>
      </w:r>
    </w:p>
    <w:p>
      <w:pPr>
        <w:spacing w:after="0"/>
      </w:pPr>
    </w:p>
    <w:p>
      <w:pPr>
        <w:spacing w:after="0"/>
      </w:pPr>
      <w:r>
        <w:rPr>
          <w:rFonts w:ascii="Arial" w:hAnsi="Arial"/>
          <w:b/>
          <w:sz w:val="22"/>
        </w:rPr>
        <w:t xml:space="preserve">Alice  </w:t>
      </w:r>
      <w:r>
        <w:rPr>
          <w:rFonts w:ascii="Arial" w:hAnsi="Arial"/>
          <w:color w:val="5D7284"/>
          <w:sz w:val="22"/>
        </w:rPr>
        <w:t>42:08</w:t>
      </w:r>
    </w:p>
    <w:p>
      <w:pPr>
        <w:spacing w:after="0"/>
      </w:pPr>
      <w:r>
        <w:rPr>
          <w:rFonts w:ascii="Arial" w:hAnsi="Arial"/>
          <w:sz w:val="22"/>
        </w:rPr>
        <w:t>Yeah. And, and it's, you know, something so that instead of sitting there and waiting, and knowing that you've got all of these people watching, is that something else to focus on? I can? Yeah, really? Yeah, that really resonates with me.</w:t>
      </w:r>
    </w:p>
    <w:p>
      <w:pPr>
        <w:spacing w:after="0"/>
      </w:pPr>
    </w:p>
    <w:p>
      <w:pPr>
        <w:spacing w:after="0"/>
      </w:pPr>
      <w:r>
        <w:rPr>
          <w:rFonts w:ascii="Arial" w:hAnsi="Arial"/>
          <w:b/>
          <w:sz w:val="22"/>
        </w:rPr>
        <w:t xml:space="preserve">Lucy  </w:t>
      </w:r>
      <w:r>
        <w:rPr>
          <w:rFonts w:ascii="Arial" w:hAnsi="Arial"/>
          <w:color w:val="5D7284"/>
          <w:sz w:val="22"/>
        </w:rPr>
        <w:t>42:22</w:t>
      </w:r>
    </w:p>
    <w:p>
      <w:pPr>
        <w:spacing w:after="0"/>
      </w:pPr>
      <w:r>
        <w:rPr>
          <w:rFonts w:ascii="Arial" w:hAnsi="Arial"/>
          <w:sz w:val="22"/>
        </w:rPr>
        <w:t>Yeah. Yeah. I mean, it's like I've said this many times before. Well, as you know, during the during the lockdown on the pandemic, not being able to go into work to have the podcast is really something that helped me because it was a distraction. On the days where I felt absolutely awful. Alice would go, do you fancy doing x, y, z for the pocket? I'm gonna get it done. And I throw myself into it, and it'd be a distraction. I still do it now. Yeah. But having that coping mechanism is really important. And so what if it's knitting, knitting might not be cool.</w:t>
      </w:r>
    </w:p>
    <w:p>
      <w:pPr>
        <w:spacing w:after="0"/>
      </w:pPr>
    </w:p>
    <w:p>
      <w:pPr>
        <w:spacing w:after="0"/>
      </w:pPr>
      <w:r>
        <w:rPr>
          <w:rFonts w:ascii="Arial" w:hAnsi="Arial"/>
          <w:b/>
          <w:sz w:val="22"/>
        </w:rPr>
        <w:t xml:space="preserve">Liz Wright  </w:t>
      </w:r>
      <w:r>
        <w:rPr>
          <w:rFonts w:ascii="Arial" w:hAnsi="Arial"/>
          <w:color w:val="5D7284"/>
          <w:sz w:val="22"/>
        </w:rPr>
        <w:t>42:56</w:t>
      </w:r>
    </w:p>
    <w:p>
      <w:pPr>
        <w:spacing w:after="0"/>
      </w:pPr>
      <w:r>
        <w:rPr>
          <w:rFonts w:ascii="Arial" w:hAnsi="Arial"/>
          <w:sz w:val="22"/>
        </w:rPr>
        <w:t>I knitt. I embroider I'm really crafty. I look, I grew up in a really crafty family. So it's like it was inevitable, but, but um, for me, certainly, it's like, I know if I need to get off if you know if I've been working too much. And, and I'm starting to feel anxious about work. And I've been on the laptop for too long. And it's like, Okay, I'm going to just pop some music on and go and sit down with my embroidery and sit there for a couple of hours and just embroider and make something beautiful or something useful or something. I think you know, it is it is so much about that getting out of your head and I think having some kind of hobby or something like that to focus on just yeah, definitely really helps with that.</w:t>
      </w:r>
    </w:p>
    <w:p>
      <w:pPr>
        <w:spacing w:after="0"/>
      </w:pPr>
    </w:p>
    <w:p>
      <w:pPr>
        <w:spacing w:after="0"/>
      </w:pPr>
      <w:r>
        <w:rPr>
          <w:rFonts w:ascii="Arial" w:hAnsi="Arial"/>
          <w:b/>
          <w:sz w:val="22"/>
        </w:rPr>
        <w:t xml:space="preserve">Lucy  </w:t>
      </w:r>
      <w:r>
        <w:rPr>
          <w:rFonts w:ascii="Arial" w:hAnsi="Arial"/>
          <w:color w:val="5D7284"/>
          <w:sz w:val="22"/>
        </w:rPr>
        <w:t>43:37</w:t>
      </w:r>
    </w:p>
    <w:p>
      <w:pPr>
        <w:spacing w:after="0"/>
      </w:pPr>
      <w:r>
        <w:rPr>
          <w:rFonts w:ascii="Arial" w:hAnsi="Arial"/>
          <w:sz w:val="22"/>
        </w:rPr>
        <w:t>And I'm a massive fan of meditation, I will meditate all the live long day if I could, because I feel calm. It's alright, we're gonna drink some peppermint tea and everything's alright.</w:t>
      </w:r>
    </w:p>
    <w:p>
      <w:pPr>
        <w:spacing w:after="0"/>
      </w:pPr>
    </w:p>
    <w:p>
      <w:pPr>
        <w:spacing w:after="0"/>
      </w:pPr>
      <w:r>
        <w:rPr>
          <w:rFonts w:ascii="Arial" w:hAnsi="Arial"/>
          <w:b/>
          <w:sz w:val="22"/>
        </w:rPr>
        <w:t xml:space="preserve">Alice  </w:t>
      </w:r>
      <w:r>
        <w:rPr>
          <w:rFonts w:ascii="Arial" w:hAnsi="Arial"/>
          <w:color w:val="5D7284"/>
          <w:sz w:val="22"/>
        </w:rPr>
        <w:t>43:50</w:t>
      </w:r>
    </w:p>
    <w:p>
      <w:pPr>
        <w:spacing w:after="0"/>
      </w:pPr>
      <w:r>
        <w:rPr>
          <w:rFonts w:ascii="Arial" w:hAnsi="Arial"/>
          <w:sz w:val="22"/>
        </w:rPr>
        <w:t>See, I think I think my my biggest thing, and it's brings us sort of back onto topic, my biggest thing that I always do that I find really helps in my mental health is running. I like to just get on a treadmill stick, I've got a playlist of music that's like, big girl based pop. So with a lot a little mix, Taylor Swift. And yeah, I do. And I just run and it's, you know, everything else gets switched off. And that's a really nice for me to just let the rest of the world kind of go away and be in my body again, which is something I think so it's I think, again, going back to the kind of talking about mental health and sport I think it's really interesting that there is it's it's almost like there's a sort of a line at which people start you know, people are always going to go exercise it's so good for your mental health is so good for your mental health. And then they start people when people start putting expectations on you and pressure on you and labelling you as an elite athlete. play as a sports person, it takes the fun out of it. And it puts the pressure on. Yeah. And it stops being Yeah, Think for yourself,</w:t>
      </w:r>
    </w:p>
    <w:p>
      <w:pPr>
        <w:spacing w:after="0"/>
      </w:pPr>
    </w:p>
    <w:p>
      <w:pPr>
        <w:spacing w:after="0"/>
      </w:pPr>
      <w:r>
        <w:rPr>
          <w:rFonts w:ascii="Arial" w:hAnsi="Arial"/>
          <w:color w:val="5D7284"/>
          <w:sz w:val="22"/>
        </w:rPr>
        <w:t>45:07</w:t>
      </w:r>
    </w:p>
    <w:p>
      <w:pPr>
        <w:spacing w:after="0"/>
      </w:pPr>
      <w:r>
        <w:rPr>
          <w:rFonts w:ascii="Arial" w:hAnsi="Arial"/>
          <w:sz w:val="22"/>
        </w:rPr>
        <w:t>oh, honestly, the the amount of people who I was in squad with who they get to about 15 or 16, and they'd quit the sport, they'd just be out of there. And it would be for a number of reasons whether, you know, it was because they wanted to focus on their schoolwork, or they discovered the opposite, or the same sex, or they just had had enough they just didn't love or enjoy. So one of my one of my other really good friends, she was a really good swimmer. And she left the sport purely because she didn't enjoy it anymore. And for me, I'll be honest with you, I retired when I did, I probably could have easily have gone on another four years, I'll certainly young enough to do so. But I wasn't as in love with the sport anymore. And there's no point forcing or I don't believe there's any point in forcing yourself to be getting up at 4:30am every morning to go down to a pool for two hours when you're not absolutely loving that sport. What's the point? So, you know, there certainly has to, you know, I think that's the thing with elite sport that there ends up being this expectation that you're there to perform for the public. And what the public have to remember is that know, you're there to be the best that you can be in your sport on that day. And it means you come first you come first if that means you come eight in a swimming race. In the final you come eight. If that means you just swim a personal best time. That's great. That's every time I swam. That was all I aimed for. I was like if I can just swim the fastest version of this race that I've ever swum, then even if I come eight, I can walk away happy. And and I think that's what so many people outside who aren't elite sports people have to remember is that elite sports people are human beings as well. And all you're trying to do is to be the best sports person that you can be.</w:t>
      </w:r>
    </w:p>
    <w:p>
      <w:pPr>
        <w:spacing w:after="0"/>
      </w:pPr>
    </w:p>
    <w:p>
      <w:pPr>
        <w:spacing w:after="0"/>
      </w:pPr>
      <w:r>
        <w:rPr>
          <w:rFonts w:ascii="Arial" w:hAnsi="Arial"/>
          <w:b/>
          <w:sz w:val="22"/>
        </w:rPr>
        <w:t xml:space="preserve">Alice  </w:t>
      </w:r>
      <w:r>
        <w:rPr>
          <w:rFonts w:ascii="Arial" w:hAnsi="Arial"/>
          <w:color w:val="5D7284"/>
          <w:sz w:val="22"/>
        </w:rPr>
        <w:t>47:03</w:t>
      </w:r>
    </w:p>
    <w:p>
      <w:pPr>
        <w:spacing w:after="0"/>
      </w:pPr>
      <w:r>
        <w:rPr>
          <w:rFonts w:ascii="Arial" w:hAnsi="Arial"/>
          <w:sz w:val="22"/>
        </w:rPr>
        <w:t>And I think it's really important as well, to kind of for those of us sitting outside and watching and I always think this when I my dad and my brother are watching rugby or football and criticising people and I sort of want to see how well you do. I would like you know, Susan from accounts,</w:t>
      </w:r>
    </w:p>
    <w:p>
      <w:pPr>
        <w:spacing w:after="0"/>
      </w:pPr>
    </w:p>
    <w:p>
      <w:pPr>
        <w:spacing w:after="0"/>
      </w:pPr>
      <w:r>
        <w:rPr>
          <w:rFonts w:ascii="Arial" w:hAnsi="Arial"/>
          <w:b/>
          <w:sz w:val="22"/>
        </w:rPr>
        <w:t xml:space="preserve">Lucy  </w:t>
      </w:r>
      <w:r>
        <w:rPr>
          <w:rFonts w:ascii="Arial" w:hAnsi="Arial"/>
          <w:color w:val="5D7284"/>
          <w:sz w:val="22"/>
        </w:rPr>
        <w:t>47:31</w:t>
      </w:r>
    </w:p>
    <w:p>
      <w:pPr>
        <w:spacing w:after="0"/>
      </w:pPr>
      <w:r>
        <w:rPr>
          <w:rFonts w:ascii="Arial" w:hAnsi="Arial"/>
          <w:sz w:val="22"/>
        </w:rPr>
        <w:t>Susan's back</w:t>
      </w:r>
    </w:p>
    <w:p>
      <w:pPr>
        <w:spacing w:after="0"/>
      </w:pPr>
    </w:p>
    <w:p>
      <w:pPr>
        <w:spacing w:after="0"/>
      </w:pPr>
      <w:r>
        <w:rPr>
          <w:rFonts w:ascii="Arial" w:hAnsi="Arial"/>
          <w:b/>
          <w:sz w:val="22"/>
        </w:rPr>
        <w:t xml:space="preserve">Alice  </w:t>
      </w:r>
      <w:r>
        <w:rPr>
          <w:rFonts w:ascii="Arial" w:hAnsi="Arial"/>
          <w:color w:val="5D7284"/>
          <w:sz w:val="22"/>
        </w:rPr>
        <w:t>47:32</w:t>
      </w:r>
    </w:p>
    <w:p>
      <w:pPr>
        <w:spacing w:after="0"/>
      </w:pPr>
      <w:r>
        <w:rPr>
          <w:rFonts w:ascii="Arial" w:hAnsi="Arial"/>
          <w:sz w:val="22"/>
        </w:rPr>
        <w:t>who sitting there bad mouthing Tom Daley, because he can't he's not concentrating on the race because he's knitting so he doesn't come first or whatever</w:t>
      </w:r>
    </w:p>
    <w:p>
      <w:pPr>
        <w:spacing w:after="0"/>
      </w:pPr>
    </w:p>
    <w:p>
      <w:pPr>
        <w:spacing w:after="0"/>
      </w:pPr>
      <w:r>
        <w:rPr>
          <w:rFonts w:ascii="Arial" w:hAnsi="Arial"/>
          <w:b/>
          <w:sz w:val="22"/>
        </w:rPr>
        <w:t xml:space="preserve">Lucy  </w:t>
      </w:r>
      <w:r>
        <w:rPr>
          <w:rFonts w:ascii="Arial" w:hAnsi="Arial"/>
          <w:color w:val="5D7284"/>
          <w:sz w:val="22"/>
        </w:rPr>
        <w:t>47:42</w:t>
      </w:r>
    </w:p>
    <w:p>
      <w:pPr>
        <w:spacing w:after="0"/>
      </w:pPr>
      <w:r>
        <w:rPr>
          <w:rFonts w:ascii="Arial" w:hAnsi="Arial"/>
          <w:sz w:val="22"/>
        </w:rPr>
        <w:t>He's still swimming whilst he's knitting. I mean that deserves like a platinum level, never mind a gold</w:t>
      </w:r>
    </w:p>
    <w:p>
      <w:pPr>
        <w:spacing w:after="0"/>
      </w:pPr>
    </w:p>
    <w:p>
      <w:pPr>
        <w:spacing w:after="0"/>
      </w:pPr>
      <w:r>
        <w:rPr>
          <w:rFonts w:ascii="Arial" w:hAnsi="Arial"/>
          <w:b/>
          <w:sz w:val="22"/>
        </w:rPr>
        <w:t xml:space="preserve">Alice  </w:t>
      </w:r>
      <w:r>
        <w:rPr>
          <w:rFonts w:ascii="Arial" w:hAnsi="Arial"/>
          <w:color w:val="5D7284"/>
          <w:sz w:val="22"/>
        </w:rPr>
        <w:t>47:48</w:t>
      </w:r>
    </w:p>
    <w:p>
      <w:pPr>
        <w:spacing w:after="0"/>
      </w:pPr>
      <w:r>
        <w:rPr>
          <w:rFonts w:ascii="Arial" w:hAnsi="Arial"/>
          <w:sz w:val="22"/>
        </w:rPr>
        <w:t>you have a go Susan lets see how you do. You'll sink like a stone</w:t>
      </w:r>
    </w:p>
    <w:p>
      <w:pPr>
        <w:spacing w:after="0"/>
      </w:pPr>
    </w:p>
    <w:p>
      <w:pPr>
        <w:spacing w:after="0"/>
      </w:pPr>
      <w:r>
        <w:rPr>
          <w:rFonts w:ascii="Arial" w:hAnsi="Arial"/>
          <w:b/>
          <w:sz w:val="22"/>
        </w:rPr>
        <w:t xml:space="preserve">Lucy  </w:t>
      </w:r>
      <w:r>
        <w:rPr>
          <w:rFonts w:ascii="Arial" w:hAnsi="Arial"/>
          <w:color w:val="5D7284"/>
          <w:sz w:val="22"/>
        </w:rPr>
        <w:t>47:50</w:t>
      </w:r>
    </w:p>
    <w:p>
      <w:pPr>
        <w:spacing w:after="0"/>
      </w:pPr>
      <w:r>
        <w:rPr>
          <w:rFonts w:ascii="Arial" w:hAnsi="Arial"/>
          <w:sz w:val="22"/>
        </w:rPr>
        <w:t xml:space="preserve">Like, come on sue get your cossie on </w:t>
      </w:r>
    </w:p>
    <w:p>
      <w:pPr>
        <w:spacing w:after="0"/>
      </w:pPr>
    </w:p>
    <w:p>
      <w:pPr>
        <w:spacing w:after="0"/>
      </w:pPr>
      <w:r>
        <w:rPr>
          <w:rFonts w:ascii="Arial" w:hAnsi="Arial"/>
          <w:b/>
          <w:sz w:val="22"/>
        </w:rPr>
        <w:t xml:space="preserve">Liz Wright  </w:t>
      </w:r>
      <w:r>
        <w:rPr>
          <w:rFonts w:ascii="Arial" w:hAnsi="Arial"/>
          <w:color w:val="5D7284"/>
          <w:sz w:val="22"/>
        </w:rPr>
        <w:t>47:58</w:t>
      </w:r>
    </w:p>
    <w:p>
      <w:pPr>
        <w:spacing w:after="0"/>
      </w:pPr>
      <w:r>
        <w:rPr>
          <w:rFonts w:ascii="Arial" w:hAnsi="Arial"/>
          <w:sz w:val="22"/>
        </w:rPr>
        <w:t>It's like come on Susan ill take you on let's meet down at the pool. Yeah.</w:t>
      </w:r>
    </w:p>
    <w:p>
      <w:pPr>
        <w:spacing w:after="0"/>
      </w:pPr>
    </w:p>
    <w:p>
      <w:pPr>
        <w:spacing w:after="0"/>
      </w:pPr>
      <w:r>
        <w:rPr>
          <w:rFonts w:ascii="Arial" w:hAnsi="Arial"/>
          <w:b/>
          <w:sz w:val="22"/>
        </w:rPr>
        <w:t xml:space="preserve">Lucy  </w:t>
      </w:r>
      <w:r>
        <w:rPr>
          <w:rFonts w:ascii="Arial" w:hAnsi="Arial"/>
          <w:color w:val="5D7284"/>
          <w:sz w:val="22"/>
        </w:rPr>
        <w:t>48:04</w:t>
      </w:r>
    </w:p>
    <w:p>
      <w:pPr>
        <w:spacing w:after="0"/>
      </w:pPr>
      <w:r>
        <w:rPr>
          <w:rFonts w:ascii="Arial" w:hAnsi="Arial"/>
          <w:sz w:val="22"/>
        </w:rPr>
        <w:t>Yeah. Liz, the one thing that I'm really interested in, because nobody ever really talks about it, or I've never I've certainly I've never heard any sports person talk about it. But the decision for you to go. Okay. Do you know what I think? I think I'm done here. Like, is that like an overnight thing? It's all you like wrestling with your your, you know is it keeping you up at night? And I'm what, how do people react like your coach, for instance, when you say I've really had enough of this now I think it's time I stop and go and do something else. What isn't a level of Please come back. I love you. That kind of thing.</w:t>
      </w:r>
    </w:p>
    <w:p>
      <w:pPr>
        <w:spacing w:after="0"/>
      </w:pPr>
    </w:p>
    <w:p>
      <w:pPr>
        <w:spacing w:after="0"/>
      </w:pPr>
      <w:r>
        <w:rPr>
          <w:rFonts w:ascii="Arial" w:hAnsi="Arial"/>
          <w:b/>
          <w:sz w:val="22"/>
        </w:rPr>
        <w:t xml:space="preserve">Liz Wright  </w:t>
      </w:r>
      <w:r>
        <w:rPr>
          <w:rFonts w:ascii="Arial" w:hAnsi="Arial"/>
          <w:color w:val="5D7284"/>
          <w:sz w:val="22"/>
        </w:rPr>
        <w:t>48:48</w:t>
      </w:r>
    </w:p>
    <w:p>
      <w:pPr>
        <w:spacing w:after="0"/>
      </w:pPr>
      <w:r>
        <w:rPr>
          <w:rFonts w:ascii="Arial" w:hAnsi="Arial"/>
          <w:sz w:val="22"/>
        </w:rPr>
        <w:t>The thing is, I'm still in touch with my two coaches that I had. We haven't fully broke it up. But yeah, it's kind of you know what, I'll be honest with me. And I think it's different for everyone really. But for me, I was I was 13 when it was announced that Sydney had won the right to host the games. And I remember turning to my parents and saying to them, I really want to swim at those games. And so the Sydney 2000 games because they'll my home games, they were my Oh, they were just my absolute focus through all the several years that I was training. You know, even when I went to Atlanta, I looked at, I looked at the Atlanta Paralympics as a bit of a test run for the Sydney games that was the way i was looking at it, which seems a bit ridiculous now looking back, but it's the way that I did look at it because my whole focus was on the Sydney games. And I knew, like I knew, probably that I would retire after the Sydney games. But up until about a year beforehand, I kind of still wasn't 100% certain I thought oh might continue on another four years. I might see how I go and, and so on and so forth, but about a year. out, I kind of made that decision because I knew that I knew that, you know, my world world standings at that time, were good enough that I was pretty confident that I would make the team. I mean, you know, obviously things can happen. So you might not but you know, my times and everything in my world standings, and I was pretty confident I'd make the team so I'd kind of taken that pressure off myself and was like, could really then think about, did I want to continue on. And I think I realised that no, because I was looking at my friends who were kind of having all these other life experiences that I couldn't have, because I was too busy training, or I was too tired from training, or I was trying to study at the same time as training and I just, you know, you try to cram so much into into your life. And at that point, you focus has to be your sport  it always has to come first. And I realised that I didn't necessarily want that for another four years. So I told my coach, I think, you know, I talked to her before about maybe retiring after the Sydney games, and I told my coach and he accepted it. Good old Ross, love, ya Ross. But I would be lying if I said he didn't try to talk me out of it sometimes. Um, you know, certainly, in the months leading up to the Sydney games, he just dropped it in conversation every now and then, you know, do you want to have a think about it again, I think you could easily go on another four years, I think we could really get your times down even further. And. And ultimately, in the end, I just didn't, I just didn't want to do it. My heart wasn't in it anymore. Like it used to be. And honestly, the amount of training that you do like you, your heart has to be in it. You have to want to be there. 100% and if you're not, it really is that there's no point and you know, I was I was at the Sydney games 100% but I knew as soon as I swim, my last race, I'd be out of that pool. And like, that's not 100% anymore. And that's what happened. So, so I went out partied after my last race got drunk. Got a piggy back from my friend's boyfriend back to the athletes village. She was in a wheelchair, and my legs were sore so Joe gave me a piggyback it's all good there's nothing dodgy about it.</w:t>
      </w:r>
    </w:p>
    <w:p>
      <w:pPr>
        <w:spacing w:after="0"/>
      </w:pPr>
    </w:p>
    <w:p>
      <w:pPr>
        <w:spacing w:after="0"/>
      </w:pPr>
      <w:r>
        <w:rPr>
          <w:rFonts w:ascii="Arial" w:hAnsi="Arial"/>
          <w:b/>
          <w:sz w:val="22"/>
        </w:rPr>
        <w:t xml:space="preserve">Lucy  </w:t>
      </w:r>
      <w:r>
        <w:rPr>
          <w:rFonts w:ascii="Arial" w:hAnsi="Arial"/>
          <w:color w:val="5D7284"/>
          <w:sz w:val="22"/>
        </w:rPr>
        <w:t>52:33</w:t>
      </w:r>
    </w:p>
    <w:p>
      <w:pPr>
        <w:spacing w:after="0"/>
      </w:pPr>
      <w:r>
        <w:rPr>
          <w:rFonts w:ascii="Arial" w:hAnsi="Arial"/>
          <w:sz w:val="22"/>
        </w:rPr>
        <w:t>Now it's always fascinated me like, cuz you know, when they tell you I'm deciding, you know, I've retired or whatever. I always think to myself, I wonder what that conversation behind closed like, Please don't go. You're the best sports person i've ever trained, please don't leave me</w:t>
      </w:r>
    </w:p>
    <w:p>
      <w:pPr>
        <w:spacing w:after="0"/>
      </w:pPr>
    </w:p>
    <w:p>
      <w:pPr>
        <w:spacing w:after="0"/>
      </w:pPr>
      <w:r>
        <w:rPr>
          <w:rFonts w:ascii="Arial" w:hAnsi="Arial"/>
          <w:b/>
          <w:sz w:val="22"/>
        </w:rPr>
        <w:t xml:space="preserve">Liz Wright  </w:t>
      </w:r>
      <w:r>
        <w:rPr>
          <w:rFonts w:ascii="Arial" w:hAnsi="Arial"/>
          <w:color w:val="5D7284"/>
          <w:sz w:val="22"/>
        </w:rPr>
        <w:t>52:49</w:t>
      </w:r>
    </w:p>
    <w:p>
      <w:pPr>
        <w:spacing w:after="0"/>
      </w:pPr>
      <w:r>
        <w:rPr>
          <w:rFonts w:ascii="Arial" w:hAnsi="Arial"/>
          <w:sz w:val="22"/>
        </w:rPr>
        <w:t>My coach Ross. Certainly. He always told me I was the best swimmer he ever coached. I didn't know what he was just trying to butter me up all the time. I'm certainly you know, there's conversations to have I remember there was an official and I'll never forget and I had such a love hate relationship with her. But she was trying to talk me out of it. You know, I did have people seriously trying to talk me out of it. But you want to hear the funniest statistic about the Sydney games after the Sydney Paralympic Games. Three quarters of the Australian Paralympic swim team retired. Basically, everyone was just holding on to these home games and then it's enough now you can you can get new people to torture for now on.</w:t>
      </w:r>
    </w:p>
    <w:p>
      <w:pPr>
        <w:spacing w:after="0"/>
      </w:pPr>
    </w:p>
    <w:p>
      <w:pPr>
        <w:spacing w:after="0"/>
      </w:pPr>
      <w:r>
        <w:rPr>
          <w:rFonts w:ascii="Arial" w:hAnsi="Arial"/>
          <w:b/>
          <w:sz w:val="22"/>
        </w:rPr>
        <w:t xml:space="preserve">Lucy  </w:t>
      </w:r>
      <w:r>
        <w:rPr>
          <w:rFonts w:ascii="Arial" w:hAnsi="Arial"/>
          <w:color w:val="5D7284"/>
          <w:sz w:val="22"/>
        </w:rPr>
        <w:t>53:40</w:t>
      </w:r>
    </w:p>
    <w:p>
      <w:pPr>
        <w:spacing w:after="0"/>
      </w:pPr>
      <w:r>
        <w:rPr>
          <w:rFonts w:ascii="Arial" w:hAnsi="Arial"/>
          <w:sz w:val="22"/>
        </w:rPr>
        <w:t>Always, that sort of stuff always fascinates me.</w:t>
      </w:r>
    </w:p>
    <w:p>
      <w:pPr>
        <w:spacing w:after="0"/>
      </w:pPr>
    </w:p>
    <w:p>
      <w:pPr>
        <w:spacing w:after="0"/>
      </w:pPr>
      <w:r>
        <w:rPr>
          <w:rFonts w:ascii="Arial" w:hAnsi="Arial"/>
          <w:b/>
          <w:sz w:val="22"/>
        </w:rPr>
        <w:t xml:space="preserve">Alice  </w:t>
      </w:r>
      <w:r>
        <w:rPr>
          <w:rFonts w:ascii="Arial" w:hAnsi="Arial"/>
          <w:color w:val="5D7284"/>
          <w:sz w:val="22"/>
        </w:rPr>
        <w:t>53:44</w:t>
      </w:r>
    </w:p>
    <w:p>
      <w:pPr>
        <w:spacing w:after="0"/>
      </w:pPr>
      <w:r>
        <w:rPr>
          <w:rFonts w:ascii="Arial" w:hAnsi="Arial"/>
          <w:sz w:val="22"/>
        </w:rPr>
        <w:t>Do you still swim Liz?</w:t>
      </w:r>
    </w:p>
    <w:p>
      <w:pPr>
        <w:spacing w:after="0"/>
      </w:pPr>
    </w:p>
    <w:p>
      <w:pPr>
        <w:spacing w:after="0"/>
      </w:pPr>
      <w:r>
        <w:rPr>
          <w:rFonts w:ascii="Arial" w:hAnsi="Arial"/>
          <w:b/>
          <w:sz w:val="22"/>
        </w:rPr>
        <w:t xml:space="preserve">Liz Wright  </w:t>
      </w:r>
      <w:r>
        <w:rPr>
          <w:rFonts w:ascii="Arial" w:hAnsi="Arial"/>
          <w:color w:val="5D7284"/>
          <w:sz w:val="22"/>
        </w:rPr>
        <w:t>53:46</w:t>
      </w:r>
    </w:p>
    <w:p>
      <w:pPr>
        <w:spacing w:after="0"/>
      </w:pPr>
      <w:r>
        <w:rPr>
          <w:rFonts w:ascii="Arial" w:hAnsi="Arial"/>
          <w:sz w:val="22"/>
        </w:rPr>
        <w:t>Not so much here because I'm going to sound like a real pool snob here and say I don't like many of the pools in the UK they're not as good as the Aussie ones. But whenever I do go back to Australia, so my dad's partner, she does a lot of swimming and then Leslie's always like do you want to hop in the car with me? And I'm like, Yes, please. Um, and then I realised how unfit I actually am so I barely make it to a kilometre I'm like oh gonna like not be able to get out of the pool. But you know, which is, you know, par for the course I guess you might say some, it's certainly different. But you know, I think I would like to get back into swimming. I think for me, it's a sport that is a lot easier for me in terms of my disability. So I've tried walking and hiking and stuff like that but I get sore backs and sore legs and shin splints and all that yucky stuff and I'm in blisters because my prosthetic hate it so you know for me, I think swimming really is the best sport to keep fit. So it is something I would like to get back into and not at that level of fierce.</w:t>
      </w:r>
    </w:p>
    <w:p>
      <w:pPr>
        <w:spacing w:after="0"/>
      </w:pPr>
    </w:p>
    <w:p>
      <w:pPr>
        <w:spacing w:after="0"/>
      </w:pPr>
      <w:r>
        <w:rPr>
          <w:rFonts w:ascii="Arial" w:hAnsi="Arial"/>
          <w:b/>
          <w:sz w:val="22"/>
        </w:rPr>
        <w:t xml:space="preserve">Lucy  </w:t>
      </w:r>
      <w:r>
        <w:rPr>
          <w:rFonts w:ascii="Arial" w:hAnsi="Arial"/>
          <w:color w:val="5D7284"/>
          <w:sz w:val="22"/>
        </w:rPr>
        <w:t>54:55</w:t>
      </w:r>
    </w:p>
    <w:p>
      <w:pPr>
        <w:spacing w:after="0"/>
      </w:pPr>
      <w:r>
        <w:rPr>
          <w:rFonts w:ascii="Arial" w:hAnsi="Arial"/>
          <w:sz w:val="22"/>
        </w:rPr>
        <w:t>But you know, they can try to return back to the Paralympics</w:t>
      </w:r>
    </w:p>
    <w:p>
      <w:pPr>
        <w:spacing w:after="0"/>
      </w:pPr>
    </w:p>
    <w:p>
      <w:pPr>
        <w:spacing w:after="0"/>
      </w:pPr>
      <w:r>
        <w:rPr>
          <w:rFonts w:ascii="Arial" w:hAnsi="Arial"/>
          <w:b/>
          <w:sz w:val="22"/>
        </w:rPr>
        <w:t xml:space="preserve">Alice  </w:t>
      </w:r>
      <w:r>
        <w:rPr>
          <w:rFonts w:ascii="Arial" w:hAnsi="Arial"/>
          <w:color w:val="5D7284"/>
          <w:sz w:val="22"/>
        </w:rPr>
        <w:t>54:58</w:t>
      </w:r>
    </w:p>
    <w:p>
      <w:pPr>
        <w:spacing w:after="0"/>
      </w:pPr>
      <w:r>
        <w:rPr>
          <w:rFonts w:ascii="Arial" w:hAnsi="Arial"/>
          <w:sz w:val="22"/>
        </w:rPr>
        <w:t xml:space="preserve">is this the big announcement </w:t>
      </w:r>
    </w:p>
    <w:p>
      <w:pPr>
        <w:spacing w:after="0"/>
      </w:pPr>
    </w:p>
    <w:p>
      <w:pPr>
        <w:spacing w:after="0"/>
      </w:pPr>
      <w:r>
        <w:rPr>
          <w:rFonts w:ascii="Arial" w:hAnsi="Arial"/>
          <w:color w:val="5D7284"/>
          <w:sz w:val="22"/>
        </w:rPr>
        <w:t>55:01</w:t>
      </w:r>
    </w:p>
    <w:p>
      <w:pPr>
        <w:spacing w:after="0"/>
      </w:pPr>
      <w:r>
        <w:rPr>
          <w:rFonts w:ascii="Arial" w:hAnsi="Arial"/>
          <w:sz w:val="22"/>
        </w:rPr>
        <w:t>context right? Right, this is context so why am I swear? It's Friday, isn't it Friday we're recording and I've got complete and utter brain fog, but Paralympian Ellie, Ellie, Ellie whats her last name?</w:t>
      </w:r>
    </w:p>
    <w:p>
      <w:pPr>
        <w:spacing w:after="0"/>
      </w:pPr>
    </w:p>
    <w:p>
      <w:pPr>
        <w:spacing w:after="0"/>
      </w:pPr>
      <w:r>
        <w:rPr>
          <w:rFonts w:ascii="Arial" w:hAnsi="Arial"/>
          <w:b/>
          <w:sz w:val="22"/>
        </w:rPr>
        <w:t xml:space="preserve">Lucy  </w:t>
      </w:r>
      <w:r>
        <w:rPr>
          <w:rFonts w:ascii="Arial" w:hAnsi="Arial"/>
          <w:color w:val="5D7284"/>
          <w:sz w:val="22"/>
        </w:rPr>
        <w:t>55:18</w:t>
      </w:r>
    </w:p>
    <w:p>
      <w:pPr>
        <w:spacing w:after="0"/>
      </w:pPr>
      <w:r>
        <w:rPr>
          <w:rFonts w:ascii="Arial" w:hAnsi="Arial"/>
          <w:sz w:val="22"/>
        </w:rPr>
        <w:t>Oh, Ellie Simmons. That's it. Yeah, I</w:t>
      </w:r>
    </w:p>
    <w:p>
      <w:pPr>
        <w:spacing w:after="0"/>
      </w:pPr>
    </w:p>
    <w:p>
      <w:pPr>
        <w:spacing w:after="0"/>
      </w:pPr>
      <w:r>
        <w:rPr>
          <w:rFonts w:ascii="Arial" w:hAnsi="Arial"/>
          <w:b/>
          <w:sz w:val="22"/>
        </w:rPr>
        <w:t xml:space="preserve">Liz Wright  </w:t>
      </w:r>
      <w:r>
        <w:rPr>
          <w:rFonts w:ascii="Arial" w:hAnsi="Arial"/>
          <w:color w:val="5D7284"/>
          <w:sz w:val="22"/>
        </w:rPr>
        <w:t>55:21</w:t>
      </w:r>
    </w:p>
    <w:p>
      <w:pPr>
        <w:spacing w:after="0"/>
      </w:pPr>
      <w:r>
        <w:rPr>
          <w:rFonts w:ascii="Arial" w:hAnsi="Arial"/>
          <w:sz w:val="22"/>
        </w:rPr>
        <w:t>swear, I'm just can't remember it today seems to be the day for me not remembering last names. Yeah, so she swam at the London Games. Yeah. And she was the same cost Oh, she's the same classification as I was so an F6, and, and she won the gold in London in the 400 metre freestyle. Now that was the race that I won my silver in in Sydney. So literally 12 years after I won my silver in Sydney, she won the gold in a time over a minute quicker than what my time was as we were the same classification. So there's no way I'm making a comeback? Because there's no way I can catch up to that time.</w:t>
      </w:r>
    </w:p>
    <w:p>
      <w:pPr>
        <w:spacing w:after="0"/>
      </w:pPr>
    </w:p>
    <w:p>
      <w:pPr>
        <w:spacing w:after="0"/>
      </w:pPr>
      <w:r>
        <w:rPr>
          <w:rFonts w:ascii="Arial" w:hAnsi="Arial"/>
          <w:b/>
          <w:sz w:val="22"/>
        </w:rPr>
        <w:t xml:space="preserve">Lucy  </w:t>
      </w:r>
      <w:r>
        <w:rPr>
          <w:rFonts w:ascii="Arial" w:hAnsi="Arial"/>
          <w:color w:val="5D7284"/>
          <w:sz w:val="22"/>
        </w:rPr>
        <w:t>55:39</w:t>
      </w:r>
    </w:p>
    <w:p>
      <w:pPr>
        <w:spacing w:after="0"/>
      </w:pPr>
      <w:r>
        <w:rPr>
          <w:rFonts w:ascii="Arial" w:hAnsi="Arial"/>
          <w:sz w:val="22"/>
        </w:rPr>
        <w:t>Wow. That is crazy. Isn't it</w:t>
      </w:r>
    </w:p>
    <w:p>
      <w:pPr>
        <w:spacing w:after="0"/>
      </w:pPr>
    </w:p>
    <w:p>
      <w:pPr>
        <w:spacing w:after="0"/>
      </w:pPr>
      <w:r>
        <w:rPr>
          <w:rFonts w:ascii="Arial" w:hAnsi="Arial"/>
          <w:color w:val="5D7284"/>
          <w:sz w:val="22"/>
        </w:rPr>
        <w:t>56:11</w:t>
      </w:r>
    </w:p>
    <w:p>
      <w:pPr>
        <w:spacing w:after="0"/>
      </w:pPr>
      <w:r>
        <w:rPr>
          <w:rFonts w:ascii="Arial" w:hAnsi="Arial"/>
          <w:sz w:val="22"/>
        </w:rPr>
        <w:t>Just I think it just goes to show how far Paralympic sport has come. I mean, we, we certainly started getting a lot treated a lot more the same when I was swimming as the Olympians and getting that support. But I think it's certainly shifted a lot. I know in Australia, definitely. I think it's similar here in the UK. But um, you know, the Olympians for quite a long time used to get funding through the government. So if you were like in the top eight in the world, you get a certain amount of funding. If you're in the top 16, you'd get some funding like not quite the same amount as the top eight, but you you'd still get some funding and Paralympians didn't but now the Paralympians do in Australia, and I believe it's the same here in the UK now, and and that funding obviously really helps because it means if you do have to work, you might then be able to just work part time because you're getting that that funding in support, which, you know, I certainly didn't have at all. And I was just really fortunate that and I do recognise my privilege and in this that I had parents who were able to afford to support me while I was training and to pay for my training and stuff like that, and be able to drive me to competitions and stuff like that, because certainly there is privilege in that because there are a lot of very talented young sports people out there who, whose families perhaps can't do the same for them. So yeah, it's I think there's been a huge shift in the support the Paralympians get and I think we really start to see that in in the times, and how fast some of the Paralympians are going. I mean, I I absolutely blow kids minds when I tell them that it's predicted that not not long to go probably in a few years, let's say five to 10 years. Paralympic runners with the amazing technology going into prosthetic legs will be faster than non disabled runners. And you will see the kids go like whattttt and i'm like yeah they're going to be faster than Usain Bolt</w:t>
      </w:r>
    </w:p>
    <w:p>
      <w:pPr>
        <w:spacing w:after="0"/>
      </w:pPr>
    </w:p>
    <w:p>
      <w:pPr>
        <w:spacing w:after="0"/>
      </w:pPr>
      <w:r>
        <w:rPr>
          <w:rFonts w:ascii="Arial" w:hAnsi="Arial"/>
          <w:b/>
          <w:sz w:val="22"/>
        </w:rPr>
        <w:t xml:space="preserve">Liz Wright  </w:t>
      </w:r>
      <w:r>
        <w:rPr>
          <w:rFonts w:ascii="Arial" w:hAnsi="Arial"/>
          <w:color w:val="5D7284"/>
          <w:sz w:val="22"/>
        </w:rPr>
        <w:t>58:15</w:t>
      </w:r>
    </w:p>
    <w:p>
      <w:pPr>
        <w:spacing w:after="0"/>
      </w:pPr>
      <w:r>
        <w:rPr>
          <w:rFonts w:ascii="Arial" w:hAnsi="Arial"/>
          <w:sz w:val="22"/>
        </w:rPr>
        <w:t>Exactly. It's like we disabled people kick ass thank you</w:t>
      </w:r>
    </w:p>
    <w:p>
      <w:pPr>
        <w:spacing w:after="0"/>
      </w:pPr>
    </w:p>
    <w:p>
      <w:pPr>
        <w:spacing w:after="0"/>
      </w:pPr>
      <w:r>
        <w:rPr>
          <w:rFonts w:ascii="Arial" w:hAnsi="Arial"/>
          <w:b/>
          <w:sz w:val="22"/>
        </w:rPr>
        <w:t xml:space="preserve">Alice  </w:t>
      </w:r>
      <w:r>
        <w:rPr>
          <w:rFonts w:ascii="Arial" w:hAnsi="Arial"/>
          <w:color w:val="5D7284"/>
          <w:sz w:val="22"/>
        </w:rPr>
        <w:t>58:20</w:t>
      </w:r>
    </w:p>
    <w:p>
      <w:pPr>
        <w:spacing w:after="0"/>
      </w:pPr>
      <w:r>
        <w:rPr>
          <w:rFonts w:ascii="Arial" w:hAnsi="Arial"/>
          <w:sz w:val="22"/>
        </w:rPr>
        <w:t>like to see little kids like, Oh, Mum, I'm just gonna saw my leg off because then i'll run faster</w:t>
      </w:r>
    </w:p>
    <w:p>
      <w:pPr>
        <w:spacing w:after="0"/>
      </w:pPr>
    </w:p>
    <w:p>
      <w:pPr>
        <w:spacing w:after="0"/>
      </w:pPr>
      <w:r>
        <w:rPr>
          <w:rFonts w:ascii="Arial" w:hAnsi="Arial"/>
          <w:b/>
          <w:sz w:val="22"/>
        </w:rPr>
        <w:t xml:space="preserve">Lucy  </w:t>
      </w:r>
      <w:r>
        <w:rPr>
          <w:rFonts w:ascii="Arial" w:hAnsi="Arial"/>
          <w:color w:val="5D7284"/>
          <w:sz w:val="22"/>
        </w:rPr>
        <w:t>58:30</w:t>
      </w:r>
    </w:p>
    <w:p>
      <w:pPr>
        <w:spacing w:after="0"/>
      </w:pPr>
      <w:r>
        <w:rPr>
          <w:rFonts w:ascii="Arial" w:hAnsi="Arial"/>
          <w:sz w:val="22"/>
        </w:rPr>
        <w:t xml:space="preserve">Like, just stop at the knee. </w:t>
      </w:r>
    </w:p>
    <w:p>
      <w:pPr>
        <w:spacing w:after="0"/>
      </w:pPr>
    </w:p>
    <w:p>
      <w:pPr>
        <w:spacing w:after="0"/>
      </w:pPr>
      <w:r>
        <w:rPr>
          <w:rFonts w:ascii="Arial" w:hAnsi="Arial"/>
          <w:b/>
          <w:sz w:val="22"/>
        </w:rPr>
        <w:t xml:space="preserve">Liz Wright  </w:t>
      </w:r>
      <w:r>
        <w:rPr>
          <w:rFonts w:ascii="Arial" w:hAnsi="Arial"/>
          <w:color w:val="5D7284"/>
          <w:sz w:val="22"/>
        </w:rPr>
        <w:t>58:32</w:t>
      </w:r>
    </w:p>
    <w:p>
      <w:pPr>
        <w:spacing w:after="0"/>
      </w:pPr>
      <w:r>
        <w:rPr>
          <w:rFonts w:ascii="Arial" w:hAnsi="Arial"/>
          <w:sz w:val="22"/>
        </w:rPr>
        <w:t xml:space="preserve">It's so so true. </w:t>
      </w:r>
    </w:p>
    <w:p>
      <w:pPr>
        <w:spacing w:after="0"/>
      </w:pPr>
    </w:p>
    <w:p>
      <w:pPr>
        <w:spacing w:after="0"/>
      </w:pPr>
      <w:r>
        <w:rPr>
          <w:rFonts w:ascii="Arial" w:hAnsi="Arial"/>
          <w:b/>
          <w:sz w:val="22"/>
        </w:rPr>
        <w:t xml:space="preserve">Lucy  </w:t>
      </w:r>
      <w:r>
        <w:rPr>
          <w:rFonts w:ascii="Arial" w:hAnsi="Arial"/>
          <w:color w:val="5D7284"/>
          <w:sz w:val="22"/>
        </w:rPr>
        <w:t>58:36</w:t>
      </w:r>
    </w:p>
    <w:p>
      <w:pPr>
        <w:spacing w:after="0"/>
      </w:pPr>
      <w:r>
        <w:rPr>
          <w:rFonts w:ascii="Arial" w:hAnsi="Arial"/>
          <w:sz w:val="22"/>
        </w:rPr>
        <w:t>I always think, though, that I was like at this point in the Olympic season. So just as the Olympics are finishing, and we are the Olympic we get we're getting quite good at it. And so I think at the moment when we're recording this, I think we're fourth in the medal table.</w:t>
      </w:r>
    </w:p>
    <w:p>
      <w:pPr>
        <w:spacing w:after="0"/>
      </w:pPr>
    </w:p>
    <w:p>
      <w:pPr>
        <w:spacing w:after="0"/>
      </w:pPr>
      <w:r>
        <w:rPr>
          <w:rFonts w:ascii="Arial" w:hAnsi="Arial"/>
          <w:b/>
          <w:sz w:val="22"/>
        </w:rPr>
        <w:t xml:space="preserve">Liz Wright  </w:t>
      </w:r>
      <w:r>
        <w:rPr>
          <w:rFonts w:ascii="Arial" w:hAnsi="Arial"/>
          <w:color w:val="5D7284"/>
          <w:sz w:val="22"/>
        </w:rPr>
        <w:t>58:53</w:t>
      </w:r>
    </w:p>
    <w:p>
      <w:pPr>
        <w:spacing w:after="0"/>
      </w:pPr>
      <w:r>
        <w:rPr>
          <w:rFonts w:ascii="Arial" w:hAnsi="Arial"/>
          <w:sz w:val="22"/>
        </w:rPr>
        <w:t>Oh, I might check now because I know Australia's up around there too ooo a bit of  competition, time.</w:t>
      </w:r>
    </w:p>
    <w:p>
      <w:pPr>
        <w:spacing w:after="0"/>
      </w:pPr>
    </w:p>
    <w:p>
      <w:pPr>
        <w:spacing w:after="0"/>
      </w:pPr>
      <w:r>
        <w:rPr>
          <w:rFonts w:ascii="Arial" w:hAnsi="Arial"/>
          <w:b/>
          <w:sz w:val="22"/>
        </w:rPr>
        <w:t xml:space="preserve">Alice  </w:t>
      </w:r>
      <w:r>
        <w:rPr>
          <w:rFonts w:ascii="Arial" w:hAnsi="Arial"/>
          <w:color w:val="5D7284"/>
          <w:sz w:val="22"/>
        </w:rPr>
        <w:t>58:59</w:t>
      </w:r>
    </w:p>
    <w:p>
      <w:pPr>
        <w:spacing w:after="0"/>
      </w:pPr>
      <w:r>
        <w:rPr>
          <w:rFonts w:ascii="Arial" w:hAnsi="Arial"/>
          <w:sz w:val="22"/>
        </w:rPr>
        <w:t>When I heard yesterday we were sixth. But that was yesterday. A lot changes.</w:t>
      </w:r>
    </w:p>
    <w:p>
      <w:pPr>
        <w:spacing w:after="0"/>
      </w:pPr>
    </w:p>
    <w:p>
      <w:pPr>
        <w:spacing w:after="0"/>
      </w:pPr>
      <w:r>
        <w:rPr>
          <w:rFonts w:ascii="Arial" w:hAnsi="Arial"/>
          <w:b/>
          <w:sz w:val="22"/>
        </w:rPr>
        <w:t xml:space="preserve">Lucy  </w:t>
      </w:r>
      <w:r>
        <w:rPr>
          <w:rFonts w:ascii="Arial" w:hAnsi="Arial"/>
          <w:color w:val="5D7284"/>
          <w:sz w:val="22"/>
        </w:rPr>
        <w:t>59:06</w:t>
      </w:r>
    </w:p>
    <w:p>
      <w:pPr>
        <w:spacing w:after="0"/>
      </w:pPr>
      <w:r>
        <w:rPr>
          <w:rFonts w:ascii="Arial" w:hAnsi="Arial"/>
          <w:sz w:val="22"/>
        </w:rPr>
        <w:t>But you get to this point in the Olympics, and I'm like, right, stand aside now peasants.</w:t>
      </w:r>
    </w:p>
    <w:p>
      <w:pPr>
        <w:spacing w:after="0"/>
      </w:pPr>
    </w:p>
    <w:p>
      <w:pPr>
        <w:spacing w:after="0"/>
      </w:pPr>
      <w:r>
        <w:rPr>
          <w:rFonts w:ascii="Arial" w:hAnsi="Arial"/>
          <w:b/>
          <w:sz w:val="22"/>
        </w:rPr>
        <w:t xml:space="preserve">Liz Wright  </w:t>
      </w:r>
      <w:r>
        <w:rPr>
          <w:rFonts w:ascii="Arial" w:hAnsi="Arial"/>
          <w:color w:val="5D7284"/>
          <w:sz w:val="22"/>
        </w:rPr>
        <w:t>59:14</w:t>
      </w:r>
    </w:p>
    <w:p>
      <w:pPr>
        <w:spacing w:after="0"/>
      </w:pPr>
      <w:r>
        <w:rPr>
          <w:rFonts w:ascii="Arial" w:hAnsi="Arial"/>
          <w:sz w:val="22"/>
        </w:rPr>
        <w:t>Thanks for testing like the pool tracking app for us, but we're ready.</w:t>
      </w:r>
    </w:p>
    <w:p>
      <w:pPr>
        <w:spacing w:after="0"/>
      </w:pPr>
    </w:p>
    <w:p>
      <w:pPr>
        <w:spacing w:after="0"/>
      </w:pPr>
      <w:r>
        <w:rPr>
          <w:rFonts w:ascii="Arial" w:hAnsi="Arial"/>
          <w:b/>
          <w:sz w:val="22"/>
        </w:rPr>
        <w:t xml:space="preserve">Lucy  </w:t>
      </w:r>
      <w:r>
        <w:rPr>
          <w:rFonts w:ascii="Arial" w:hAnsi="Arial"/>
          <w:color w:val="5D7284"/>
          <w:sz w:val="22"/>
        </w:rPr>
        <w:t>59:19</w:t>
      </w:r>
    </w:p>
    <w:p>
      <w:pPr>
        <w:spacing w:after="0"/>
      </w:pPr>
      <w:r>
        <w:rPr>
          <w:rFonts w:ascii="Arial" w:hAnsi="Arial"/>
          <w:sz w:val="22"/>
        </w:rPr>
        <w:t>Yeah, just just watch this. Like if I was a Paralympian I would definitely definitely, definitely wear a crown. carry around by funky, burly man. Just lift my chair so we're gonna have to cut</w:t>
      </w:r>
    </w:p>
    <w:p>
      <w:pPr>
        <w:spacing w:after="0"/>
      </w:pPr>
    </w:p>
    <w:p>
      <w:pPr>
        <w:spacing w:after="0"/>
      </w:pPr>
      <w:r>
        <w:rPr>
          <w:rFonts w:ascii="Arial" w:hAnsi="Arial"/>
          <w:b/>
          <w:sz w:val="22"/>
        </w:rPr>
        <w:t xml:space="preserve">Alice  </w:t>
      </w:r>
      <w:r>
        <w:rPr>
          <w:rFonts w:ascii="Arial" w:hAnsi="Arial"/>
          <w:color w:val="5D7284"/>
          <w:sz w:val="22"/>
        </w:rPr>
        <w:t>59:39</w:t>
      </w:r>
    </w:p>
    <w:p>
      <w:pPr>
        <w:spacing w:after="0"/>
      </w:pPr>
      <w:r>
        <w:rPr>
          <w:rFonts w:ascii="Arial" w:hAnsi="Arial"/>
          <w:sz w:val="22"/>
        </w:rPr>
        <w:t>sorry, Tom, Tom. Who?</w:t>
      </w:r>
    </w:p>
    <w:p>
      <w:pPr>
        <w:spacing w:after="0"/>
      </w:pPr>
    </w:p>
    <w:p>
      <w:pPr>
        <w:spacing w:after="0"/>
      </w:pPr>
      <w:r>
        <w:rPr>
          <w:rFonts w:ascii="Arial" w:hAnsi="Arial"/>
          <w:b/>
          <w:sz w:val="22"/>
        </w:rPr>
        <w:t xml:space="preserve">Lucy  </w:t>
      </w:r>
      <w:r>
        <w:rPr>
          <w:rFonts w:ascii="Arial" w:hAnsi="Arial"/>
          <w:color w:val="5D7284"/>
          <w:sz w:val="22"/>
        </w:rPr>
        <w:t>59:50</w:t>
      </w:r>
    </w:p>
    <w:p>
      <w:pPr>
        <w:spacing w:after="0"/>
      </w:pPr>
      <w:r>
        <w:rPr>
          <w:rFonts w:ascii="Arial" w:hAnsi="Arial"/>
          <w:sz w:val="22"/>
        </w:rPr>
        <w:t>Excuse me, I'm from Staffordshire as well. I know if I want a medal I would be insufferable</w:t>
      </w:r>
    </w:p>
    <w:p>
      <w:pPr>
        <w:spacing w:after="0"/>
      </w:pPr>
    </w:p>
    <w:p>
      <w:pPr>
        <w:spacing w:after="0"/>
      </w:pPr>
      <w:r>
        <w:rPr>
          <w:rFonts w:ascii="Arial" w:hAnsi="Arial"/>
          <w:b/>
          <w:sz w:val="22"/>
        </w:rPr>
        <w:t xml:space="preserve">Alice  </w:t>
      </w:r>
      <w:r>
        <w:rPr>
          <w:rFonts w:ascii="Arial" w:hAnsi="Arial"/>
          <w:color w:val="5D7284"/>
          <w:sz w:val="22"/>
        </w:rPr>
        <w:t>1:00:00</w:t>
      </w:r>
    </w:p>
    <w:p>
      <w:pPr>
        <w:spacing w:after="0"/>
      </w:pPr>
      <w:r>
        <w:rPr>
          <w:rFonts w:ascii="Arial" w:hAnsi="Arial"/>
          <w:sz w:val="22"/>
        </w:rPr>
        <w:t xml:space="preserve">She talks about when she worked at the BBC 10 years ago </w:t>
      </w:r>
    </w:p>
    <w:p>
      <w:pPr>
        <w:spacing w:after="0"/>
      </w:pPr>
    </w:p>
    <w:p>
      <w:pPr>
        <w:spacing w:after="0"/>
      </w:pPr>
      <w:r>
        <w:rPr>
          <w:rFonts w:ascii="Arial" w:hAnsi="Arial"/>
          <w:b/>
          <w:sz w:val="22"/>
        </w:rPr>
        <w:t xml:space="preserve">Lucy  </w:t>
      </w:r>
      <w:r>
        <w:rPr>
          <w:rFonts w:ascii="Arial" w:hAnsi="Arial"/>
          <w:color w:val="5D7284"/>
          <w:sz w:val="22"/>
        </w:rPr>
        <w:t>1:00:05</w:t>
      </w:r>
    </w:p>
    <w:p>
      <w:pPr>
        <w:spacing w:after="0"/>
      </w:pPr>
      <w:r>
        <w:rPr>
          <w:rFonts w:ascii="Arial" w:hAnsi="Arial"/>
          <w:sz w:val="22"/>
        </w:rPr>
        <w:t>True story</w:t>
      </w:r>
    </w:p>
    <w:p>
      <w:pPr>
        <w:spacing w:after="0"/>
      </w:pPr>
    </w:p>
    <w:p>
      <w:pPr>
        <w:spacing w:after="0"/>
      </w:pPr>
      <w:r>
        <w:rPr>
          <w:rFonts w:ascii="Arial" w:hAnsi="Arial"/>
          <w:b/>
          <w:sz w:val="22"/>
        </w:rPr>
        <w:t xml:space="preserve">Liz Wright  </w:t>
      </w:r>
      <w:r>
        <w:rPr>
          <w:rFonts w:ascii="Arial" w:hAnsi="Arial"/>
          <w:color w:val="5D7284"/>
          <w:sz w:val="22"/>
        </w:rPr>
        <w:t>1:00:07</w:t>
      </w:r>
    </w:p>
    <w:p>
      <w:pPr>
        <w:spacing w:after="0"/>
      </w:pPr>
      <w:r>
        <w:rPr>
          <w:rFonts w:ascii="Arial" w:hAnsi="Arial"/>
          <w:sz w:val="22"/>
        </w:rPr>
        <w:t>Toates be proud of that Lucy honestly</w:t>
      </w:r>
    </w:p>
    <w:p>
      <w:pPr>
        <w:spacing w:after="0"/>
      </w:pPr>
    </w:p>
    <w:p>
      <w:pPr>
        <w:spacing w:after="0"/>
      </w:pPr>
      <w:r>
        <w:rPr>
          <w:rFonts w:ascii="Arial" w:hAnsi="Arial"/>
          <w:b/>
          <w:sz w:val="22"/>
        </w:rPr>
        <w:t xml:space="preserve">Alice  </w:t>
      </w:r>
      <w:r>
        <w:rPr>
          <w:rFonts w:ascii="Arial" w:hAnsi="Arial"/>
          <w:color w:val="5D7284"/>
          <w:sz w:val="22"/>
        </w:rPr>
        <w:t>1:00:10</w:t>
      </w:r>
    </w:p>
    <w:p>
      <w:pPr>
        <w:spacing w:after="0"/>
      </w:pPr>
      <w:r>
        <w:rPr>
          <w:rFonts w:ascii="Arial" w:hAnsi="Arial"/>
          <w:sz w:val="22"/>
        </w:rPr>
        <w:t>well that was one of the things in our very I think it's our very very first or possibly our second episode Lucy talks about when she worked at the BBC and she's, she has a little bit of a Lucy has a bit of a bee in her bonnet about words like inspiration. And she when we first met she also has a tendency to go you know, people talk about a go on about Paralympian so I'm not an inspiration. I'm not a Paralympian. I'm just doing what I sort of, you know what I want to do, and I can remember saying to her Luzy, do you know how impressive it is working at the BBC. Like you're saying, Oh, you know, everybody goes, like I've done something amazing. Like, I'm sorry, I got a Paralympian and so I'm so inspirational. It's like all I did was work for the BBC. And I'm like, baby, step, baby.</w:t>
      </w:r>
    </w:p>
    <w:p>
      <w:pPr>
        <w:spacing w:after="0"/>
      </w:pPr>
    </w:p>
    <w:p>
      <w:pPr>
        <w:spacing w:after="0"/>
      </w:pPr>
      <w:r>
        <w:rPr>
          <w:rFonts w:ascii="Arial" w:hAnsi="Arial"/>
          <w:b/>
          <w:sz w:val="22"/>
        </w:rPr>
        <w:t xml:space="preserve">Lucy  </w:t>
      </w:r>
      <w:r>
        <w:rPr>
          <w:rFonts w:ascii="Arial" w:hAnsi="Arial"/>
          <w:color w:val="5D7284"/>
          <w:sz w:val="22"/>
        </w:rPr>
        <w:t>1:00:55</w:t>
      </w:r>
    </w:p>
    <w:p>
      <w:pPr>
        <w:spacing w:after="0"/>
      </w:pPr>
      <w:r>
        <w:rPr>
          <w:rFonts w:ascii="Arial" w:hAnsi="Arial"/>
          <w:sz w:val="22"/>
        </w:rPr>
        <w:t>It's very hard to see myself as an inspiring individual. When all I did most of the time at the BBC, I spent fighting with the photocopier calling people from IT going can somebody come and sort this out? Because I've made it worse. Somebody will be with you in an hour and a half to two hours</w:t>
      </w:r>
    </w:p>
    <w:p>
      <w:pPr>
        <w:spacing w:after="0"/>
      </w:pPr>
    </w:p>
    <w:p>
      <w:pPr>
        <w:spacing w:after="0"/>
      </w:pPr>
      <w:r>
        <w:rPr>
          <w:rFonts w:ascii="Arial" w:hAnsi="Arial"/>
          <w:b/>
          <w:sz w:val="22"/>
        </w:rPr>
        <w:t xml:space="preserve">Liz Wright  </w:t>
      </w:r>
      <w:r>
        <w:rPr>
          <w:rFonts w:ascii="Arial" w:hAnsi="Arial"/>
          <w:color w:val="5D7284"/>
          <w:sz w:val="22"/>
        </w:rPr>
        <w:t>1:01:22</w:t>
      </w:r>
    </w:p>
    <w:p>
      <w:pPr>
        <w:spacing w:after="0"/>
      </w:pPr>
      <w:r>
        <w:rPr>
          <w:rFonts w:ascii="Arial" w:hAnsi="Arial"/>
          <w:sz w:val="22"/>
        </w:rPr>
        <w:t>you see Luzy you've just gotta leave that bit out. Yeah. BBC you should like serve me Get down on your hands and knees and kiss my feet.</w:t>
      </w:r>
    </w:p>
    <w:p>
      <w:pPr>
        <w:spacing w:after="0"/>
      </w:pPr>
    </w:p>
    <w:p>
      <w:pPr>
        <w:spacing w:after="0"/>
      </w:pPr>
      <w:r>
        <w:rPr>
          <w:rFonts w:ascii="Arial" w:hAnsi="Arial"/>
          <w:b/>
          <w:sz w:val="22"/>
        </w:rPr>
        <w:t xml:space="preserve">Alice  </w:t>
      </w:r>
      <w:r>
        <w:rPr>
          <w:rFonts w:ascii="Arial" w:hAnsi="Arial"/>
          <w:color w:val="5D7284"/>
          <w:sz w:val="22"/>
        </w:rPr>
        <w:t>1:01:32</w:t>
      </w:r>
    </w:p>
    <w:p>
      <w:pPr>
        <w:spacing w:after="0"/>
      </w:pPr>
      <w:r>
        <w:rPr>
          <w:rFonts w:ascii="Arial" w:hAnsi="Arial"/>
          <w:sz w:val="22"/>
        </w:rPr>
        <w:t>I'm sure that there are elements of you know, being a Paralympian that is the the Paralympic equivalent of standing by the photocopier go Where do you work, but then you also go around and say i've go two medals, actuall bronze and silver paralympian</w:t>
      </w:r>
    </w:p>
    <w:p>
      <w:pPr>
        <w:spacing w:after="0"/>
      </w:pPr>
    </w:p>
    <w:p>
      <w:pPr>
        <w:spacing w:after="0"/>
      </w:pPr>
      <w:r>
        <w:rPr>
          <w:rFonts w:ascii="Arial" w:hAnsi="Arial"/>
          <w:b/>
          <w:sz w:val="22"/>
        </w:rPr>
        <w:t xml:space="preserve">Lucy  </w:t>
      </w:r>
      <w:r>
        <w:rPr>
          <w:rFonts w:ascii="Arial" w:hAnsi="Arial"/>
          <w:color w:val="5D7284"/>
          <w:sz w:val="22"/>
        </w:rPr>
        <w:t>1:01:50</w:t>
      </w:r>
    </w:p>
    <w:p>
      <w:pPr>
        <w:spacing w:after="0"/>
      </w:pPr>
      <w:r>
        <w:rPr>
          <w:rFonts w:ascii="Arial" w:hAnsi="Arial"/>
          <w:sz w:val="22"/>
        </w:rPr>
        <w:t>my neck feels really heavy.</w:t>
      </w:r>
    </w:p>
    <w:p>
      <w:pPr>
        <w:spacing w:after="0"/>
      </w:pPr>
    </w:p>
    <w:p>
      <w:pPr>
        <w:spacing w:after="0"/>
      </w:pPr>
      <w:r>
        <w:rPr>
          <w:rFonts w:ascii="Arial" w:hAnsi="Arial"/>
          <w:b/>
          <w:sz w:val="22"/>
        </w:rPr>
        <w:t xml:space="preserve">Liz Wright  </w:t>
      </w:r>
      <w:r>
        <w:rPr>
          <w:rFonts w:ascii="Arial" w:hAnsi="Arial"/>
          <w:color w:val="5D7284"/>
          <w:sz w:val="22"/>
        </w:rPr>
        <w:t>1:01:55</w:t>
      </w:r>
    </w:p>
    <w:p>
      <w:pPr>
        <w:spacing w:after="0"/>
      </w:pPr>
      <w:r>
        <w:rPr>
          <w:rFonts w:ascii="Arial" w:hAnsi="Arial"/>
          <w:sz w:val="22"/>
        </w:rPr>
        <w:t>Well, you know, to have the glamorous, you've got to have the unglamorous stuff as well, right?</w:t>
      </w:r>
    </w:p>
    <w:p>
      <w:pPr>
        <w:spacing w:after="0"/>
      </w:pPr>
    </w:p>
    <w:p>
      <w:pPr>
        <w:spacing w:after="0"/>
      </w:pPr>
      <w:r>
        <w:rPr>
          <w:rFonts w:ascii="Arial" w:hAnsi="Arial"/>
          <w:b/>
          <w:sz w:val="22"/>
        </w:rPr>
        <w:t xml:space="preserve">Lucy  </w:t>
      </w:r>
      <w:r>
        <w:rPr>
          <w:rFonts w:ascii="Arial" w:hAnsi="Arial"/>
          <w:color w:val="5D7284"/>
          <w:sz w:val="22"/>
        </w:rPr>
        <w:t>1:01:59</w:t>
      </w:r>
    </w:p>
    <w:p>
      <w:pPr>
        <w:spacing w:after="0"/>
      </w:pPr>
      <w:r>
        <w:rPr>
          <w:rFonts w:ascii="Arial" w:hAnsi="Arial"/>
          <w:sz w:val="22"/>
        </w:rPr>
        <w:t>Absolutely. Absolutely. No, it's, you know, I always say, you know, I, you know, I'm not apparently because I think as well there is a tendency for non disabled people to there is either you're a drain on the society, and you don't do anything with your life or you are a Paralympian and if you're somewhere in the middle, like I contribute to society, but I'm not a Paralympian Why have I not? You know why? You know,</w:t>
      </w:r>
    </w:p>
    <w:p>
      <w:pPr>
        <w:spacing w:after="0"/>
      </w:pPr>
    </w:p>
    <w:p>
      <w:pPr>
        <w:spacing w:after="0"/>
      </w:pPr>
      <w:r>
        <w:rPr>
          <w:rFonts w:ascii="Arial" w:hAnsi="Arial"/>
          <w:color w:val="5D7284"/>
          <w:sz w:val="22"/>
        </w:rPr>
        <w:t>1:02:28</w:t>
      </w:r>
    </w:p>
    <w:p>
      <w:pPr>
        <w:spacing w:after="0"/>
      </w:pPr>
      <w:r>
        <w:rPr>
          <w:rFonts w:ascii="Arial" w:hAnsi="Arial"/>
          <w:sz w:val="22"/>
        </w:rPr>
        <w:t>you know what I absolutely hate is when like, because I know this has happened to quite a few well, probably a lot of disabled people to be honest, but they get told by non disabled people. Why don't you go and do the Paralympics? And my answer to those people is always do something like does everything well if you're a non disabled person, why don't you go and try out for the Olympics? Every non disabled person want to be an Olympian No, does every disabled person want to be a Paralympian? No.</w:t>
      </w:r>
    </w:p>
    <w:p>
      <w:pPr>
        <w:spacing w:after="0"/>
      </w:pPr>
    </w:p>
    <w:p>
      <w:pPr>
        <w:spacing w:after="0"/>
      </w:pPr>
      <w:r>
        <w:rPr>
          <w:rFonts w:ascii="Arial" w:hAnsi="Arial"/>
          <w:b/>
          <w:sz w:val="22"/>
        </w:rPr>
        <w:t xml:space="preserve">Lucy  </w:t>
      </w:r>
      <w:r>
        <w:rPr>
          <w:rFonts w:ascii="Arial" w:hAnsi="Arial"/>
          <w:color w:val="5D7284"/>
          <w:sz w:val="22"/>
        </w:rPr>
        <w:t>1:03:01</w:t>
      </w:r>
    </w:p>
    <w:p>
      <w:pPr>
        <w:spacing w:after="0"/>
      </w:pPr>
      <w:r>
        <w:rPr>
          <w:rFonts w:ascii="Arial" w:hAnsi="Arial"/>
          <w:sz w:val="22"/>
        </w:rPr>
        <w:t>I was once coerced by one of my PE teachers at school because he thought I'd be good at sport. Spoiler alert. I'm not</w:t>
      </w:r>
    </w:p>
    <w:p>
      <w:pPr>
        <w:spacing w:after="0"/>
      </w:pPr>
    </w:p>
    <w:p>
      <w:pPr>
        <w:spacing w:after="0"/>
      </w:pPr>
      <w:r>
        <w:rPr>
          <w:rFonts w:ascii="Arial" w:hAnsi="Arial"/>
          <w:b/>
          <w:sz w:val="22"/>
        </w:rPr>
        <w:t xml:space="preserve">Alice  </w:t>
      </w:r>
      <w:r>
        <w:rPr>
          <w:rFonts w:ascii="Arial" w:hAnsi="Arial"/>
          <w:color w:val="5D7284"/>
          <w:sz w:val="22"/>
        </w:rPr>
        <w:t>1:03:08</w:t>
      </w:r>
    </w:p>
    <w:p>
      <w:pPr>
        <w:spacing w:after="0"/>
      </w:pPr>
      <w:r>
        <w:rPr>
          <w:rFonts w:ascii="Arial" w:hAnsi="Arial"/>
          <w:sz w:val="22"/>
        </w:rPr>
        <w:t>That is not a spoiler alert Lucy you made that very clear</w:t>
      </w:r>
    </w:p>
    <w:p>
      <w:pPr>
        <w:spacing w:after="0"/>
      </w:pPr>
    </w:p>
    <w:p>
      <w:pPr>
        <w:spacing w:after="0"/>
      </w:pPr>
      <w:r>
        <w:rPr>
          <w:rFonts w:ascii="Arial" w:hAnsi="Arial"/>
          <w:b/>
          <w:sz w:val="22"/>
        </w:rPr>
        <w:t xml:space="preserve">Lucy  </w:t>
      </w:r>
      <w:r>
        <w:rPr>
          <w:rFonts w:ascii="Arial" w:hAnsi="Arial"/>
          <w:color w:val="5D7284"/>
          <w:sz w:val="22"/>
        </w:rPr>
        <w:t>1:03:14</w:t>
      </w:r>
    </w:p>
    <w:p>
      <w:pPr>
        <w:spacing w:after="0"/>
      </w:pPr>
      <w:r>
        <w:rPr>
          <w:rFonts w:ascii="Arial" w:hAnsi="Arial"/>
          <w:sz w:val="22"/>
        </w:rPr>
        <w:t>I mean, I do resemble like a small sack of potatoes to be honest, I'm not I'm not at all fit. And trim and anything like that. But um, yeah, I'm just like, No, you be really good this what we went to the Alexandra stadium to do like start track and field stuff. And I came last in my wheelchair race. But I still got a medal because I was the only person in my age category. So I don't know how that really works. And then I went I ate too many Jaffa cakes and made myself feel sick and had to go home early because I got really bad sunburn on my shoulders</w:t>
      </w:r>
    </w:p>
    <w:p>
      <w:pPr>
        <w:spacing w:after="0"/>
      </w:pPr>
    </w:p>
    <w:p>
      <w:pPr>
        <w:spacing w:after="0"/>
      </w:pPr>
      <w:r>
        <w:rPr>
          <w:rFonts w:ascii="Arial" w:hAnsi="Arial"/>
          <w:b/>
          <w:sz w:val="22"/>
        </w:rPr>
        <w:t xml:space="preserve">Alice  </w:t>
      </w:r>
      <w:r>
        <w:rPr>
          <w:rFonts w:ascii="Arial" w:hAnsi="Arial"/>
          <w:color w:val="5D7284"/>
          <w:sz w:val="22"/>
        </w:rPr>
        <w:t>1:03:57</w:t>
      </w:r>
    </w:p>
    <w:p>
      <w:pPr>
        <w:spacing w:after="0"/>
      </w:pPr>
      <w:r>
        <w:rPr>
          <w:rFonts w:ascii="Arial" w:hAnsi="Arial"/>
          <w:sz w:val="22"/>
        </w:rPr>
        <w:t>That's a very Lucy story</w:t>
      </w:r>
    </w:p>
    <w:p>
      <w:pPr>
        <w:spacing w:after="0"/>
      </w:pPr>
    </w:p>
    <w:p>
      <w:pPr>
        <w:spacing w:after="0"/>
      </w:pPr>
      <w:r>
        <w:rPr>
          <w:rFonts w:ascii="Arial" w:hAnsi="Arial"/>
          <w:b/>
          <w:sz w:val="22"/>
        </w:rPr>
        <w:t xml:space="preserve">Lucy  </w:t>
      </w:r>
      <w:r>
        <w:rPr>
          <w:rFonts w:ascii="Arial" w:hAnsi="Arial"/>
          <w:color w:val="5D7284"/>
          <w:sz w:val="22"/>
        </w:rPr>
        <w:t>1:04:02</w:t>
      </w:r>
    </w:p>
    <w:p>
      <w:pPr>
        <w:spacing w:after="0"/>
      </w:pPr>
      <w:r>
        <w:rPr>
          <w:rFonts w:ascii="Arial" w:hAnsi="Arial"/>
          <w:sz w:val="22"/>
        </w:rPr>
        <w:t>friend who was actually quite a really good like runner he was just looking at me shaking his head as if to say I can't look at the state of you you're covered in jaffa cakes whats wrong with you.</w:t>
      </w:r>
    </w:p>
    <w:p>
      <w:pPr>
        <w:spacing w:after="0"/>
      </w:pPr>
    </w:p>
    <w:p>
      <w:pPr>
        <w:spacing w:after="0"/>
      </w:pPr>
      <w:r>
        <w:rPr>
          <w:rFonts w:ascii="Arial" w:hAnsi="Arial"/>
          <w:b/>
          <w:sz w:val="22"/>
        </w:rPr>
        <w:t xml:space="preserve">Liz Wright  </w:t>
      </w:r>
      <w:r>
        <w:rPr>
          <w:rFonts w:ascii="Arial" w:hAnsi="Arial"/>
          <w:color w:val="5D7284"/>
          <w:sz w:val="22"/>
        </w:rPr>
        <w:t>1:04:14</w:t>
      </w:r>
    </w:p>
    <w:p>
      <w:pPr>
        <w:spacing w:after="0"/>
      </w:pPr>
      <w:r>
        <w:rPr>
          <w:rFonts w:ascii="Arial" w:hAnsi="Arial"/>
          <w:sz w:val="22"/>
        </w:rPr>
        <w:t xml:space="preserve">Well to be fair Jaffa Jaffa cakes are damn delicious right? </w:t>
      </w:r>
    </w:p>
    <w:p>
      <w:pPr>
        <w:spacing w:after="0"/>
      </w:pPr>
    </w:p>
    <w:p>
      <w:pPr>
        <w:spacing w:after="0"/>
      </w:pPr>
      <w:r>
        <w:rPr>
          <w:rFonts w:ascii="Arial" w:hAnsi="Arial"/>
          <w:b/>
          <w:sz w:val="22"/>
        </w:rPr>
        <w:t xml:space="preserve">Lucy  </w:t>
      </w:r>
      <w:r>
        <w:rPr>
          <w:rFonts w:ascii="Arial" w:hAnsi="Arial"/>
          <w:color w:val="5D7284"/>
          <w:sz w:val="22"/>
        </w:rPr>
        <w:t>1:04:18</w:t>
      </w:r>
    </w:p>
    <w:p>
      <w:pPr>
        <w:spacing w:after="0"/>
      </w:pPr>
      <w:r>
        <w:rPr>
          <w:rFonts w:ascii="Arial" w:hAnsi="Arial"/>
          <w:sz w:val="22"/>
        </w:rPr>
        <w:t>Yeah they are. Do you have Jaffa cakes in Australia or is that delicacy that you discovered while you're over here?</w:t>
      </w:r>
    </w:p>
    <w:p>
      <w:pPr>
        <w:spacing w:after="0"/>
      </w:pPr>
    </w:p>
    <w:p>
      <w:pPr>
        <w:spacing w:after="0"/>
      </w:pPr>
      <w:r>
        <w:rPr>
          <w:rFonts w:ascii="Arial" w:hAnsi="Arial"/>
          <w:b/>
          <w:sz w:val="22"/>
        </w:rPr>
        <w:t xml:space="preserve">Alice  </w:t>
      </w:r>
      <w:r>
        <w:rPr>
          <w:rFonts w:ascii="Arial" w:hAnsi="Arial"/>
          <w:color w:val="5D7284"/>
          <w:sz w:val="22"/>
        </w:rPr>
        <w:t>1:04:24</w:t>
      </w:r>
    </w:p>
    <w:p>
      <w:pPr>
        <w:spacing w:after="0"/>
      </w:pPr>
      <w:r>
        <w:rPr>
          <w:rFonts w:ascii="Arial" w:hAnsi="Arial"/>
          <w:sz w:val="22"/>
        </w:rPr>
        <w:t>That's the only reason she's still here</w:t>
      </w:r>
    </w:p>
    <w:p>
      <w:pPr>
        <w:spacing w:after="0"/>
      </w:pPr>
    </w:p>
    <w:p>
      <w:pPr>
        <w:spacing w:after="0"/>
      </w:pPr>
      <w:r>
        <w:rPr>
          <w:rFonts w:ascii="Arial" w:hAnsi="Arial"/>
          <w:b/>
          <w:sz w:val="22"/>
        </w:rPr>
        <w:t xml:space="preserve">Liz Wright  </w:t>
      </w:r>
      <w:r>
        <w:rPr>
          <w:rFonts w:ascii="Arial" w:hAnsi="Arial"/>
          <w:color w:val="5D7284"/>
          <w:sz w:val="22"/>
        </w:rPr>
        <w:t>1:04:26</w:t>
      </w:r>
    </w:p>
    <w:p>
      <w:pPr>
        <w:spacing w:after="0"/>
      </w:pPr>
      <w:r>
        <w:rPr>
          <w:rFonts w:ascii="Arial" w:hAnsi="Arial"/>
          <w:sz w:val="22"/>
        </w:rPr>
        <w:t>it is pretty much that is true Alice actually bloody Jaffa cakes they're beautiful. We don't have we don't have them in Australia. We have other things so like, like in Australia, my favourite chocolate. It is a cadbury chocolate but it is actually a cadbury one that you can't get here. It's called snack chocolate snack bar chocolate and it's like all different flavours. It's got that like you got pineapple flavour in there and orange right like is probably full of absolute sugar and shit right? But sooo Tasty. Oh my god, I love it. And I can't get it here. But on the flip side Yes, back in Australia can't get  Jaffa cakes so</w:t>
      </w:r>
    </w:p>
    <w:p>
      <w:pPr>
        <w:spacing w:after="0"/>
      </w:pPr>
    </w:p>
    <w:p>
      <w:pPr>
        <w:spacing w:after="0"/>
      </w:pPr>
      <w:r>
        <w:rPr>
          <w:rFonts w:ascii="Arial" w:hAnsi="Arial"/>
          <w:b/>
          <w:sz w:val="22"/>
        </w:rPr>
        <w:t xml:space="preserve">Alice  </w:t>
      </w:r>
      <w:r>
        <w:rPr>
          <w:rFonts w:ascii="Arial" w:hAnsi="Arial"/>
          <w:color w:val="5D7284"/>
          <w:sz w:val="22"/>
        </w:rPr>
        <w:t>1:05:10</w:t>
      </w:r>
    </w:p>
    <w:p>
      <w:pPr>
        <w:spacing w:after="0"/>
      </w:pPr>
      <w:r>
        <w:rPr>
          <w:rFonts w:ascii="Arial" w:hAnsi="Arial"/>
          <w:sz w:val="22"/>
        </w:rPr>
        <w:t>i don't think i don't think British people like fruit very much it's suspiciously healthy to us like</w:t>
      </w:r>
    </w:p>
    <w:p>
      <w:pPr>
        <w:spacing w:after="0"/>
      </w:pPr>
    </w:p>
    <w:p>
      <w:pPr>
        <w:spacing w:after="0"/>
      </w:pPr>
      <w:r>
        <w:rPr>
          <w:rFonts w:ascii="Arial" w:hAnsi="Arial"/>
          <w:b/>
          <w:sz w:val="22"/>
        </w:rPr>
        <w:t xml:space="preserve">Liz Wright  </w:t>
      </w:r>
      <w:r>
        <w:rPr>
          <w:rFonts w:ascii="Arial" w:hAnsi="Arial"/>
          <w:color w:val="5D7284"/>
          <w:sz w:val="22"/>
        </w:rPr>
        <w:t>1:05:17</w:t>
      </w:r>
    </w:p>
    <w:p>
      <w:pPr>
        <w:spacing w:after="0"/>
      </w:pPr>
      <w:r>
        <w:rPr>
          <w:rFonts w:ascii="Arial" w:hAnsi="Arial"/>
          <w:sz w:val="22"/>
        </w:rPr>
        <w:t>literally probably full of palm oil sugar flavouring so you know all the good stuff for my body</w:t>
      </w:r>
    </w:p>
    <w:p>
      <w:pPr>
        <w:spacing w:after="0"/>
      </w:pPr>
    </w:p>
    <w:p>
      <w:pPr>
        <w:spacing w:after="0"/>
      </w:pPr>
      <w:r>
        <w:rPr>
          <w:rFonts w:ascii="Arial" w:hAnsi="Arial"/>
          <w:b/>
          <w:sz w:val="22"/>
        </w:rPr>
        <w:t xml:space="preserve">Lucy  </w:t>
      </w:r>
      <w:r>
        <w:rPr>
          <w:rFonts w:ascii="Arial" w:hAnsi="Arial"/>
          <w:color w:val="5D7284"/>
          <w:sz w:val="22"/>
        </w:rPr>
        <w:t>1:05:26</w:t>
      </w:r>
    </w:p>
    <w:p>
      <w:pPr>
        <w:spacing w:after="0"/>
      </w:pPr>
      <w:r>
        <w:rPr>
          <w:rFonts w:ascii="Arial" w:hAnsi="Arial"/>
          <w:sz w:val="22"/>
        </w:rPr>
        <w:t>Yeah. No, it's uh, yeah, I wish I was sporty because I do look at these people I was like, Oh, my god that is quite amazing. You know, I mean, my mom will jokingly watch things on the telly, i can remember the last time she did it jokingly, there was a man on the telly, who solved a Rubik's cube with his mouth. And my mum just looked at me and my this man he had no arms. And my mum just looked at me and said look see how lazy you are</w:t>
      </w:r>
    </w:p>
    <w:p>
      <w:pPr>
        <w:spacing w:after="0"/>
      </w:pPr>
    </w:p>
    <w:p>
      <w:pPr>
        <w:spacing w:after="0"/>
      </w:pPr>
      <w:r>
        <w:rPr>
          <w:rFonts w:ascii="Arial" w:hAnsi="Arial"/>
          <w:b/>
          <w:sz w:val="22"/>
        </w:rPr>
        <w:t xml:space="preserve">Liz Wright  </w:t>
      </w:r>
      <w:r>
        <w:rPr>
          <w:rFonts w:ascii="Arial" w:hAnsi="Arial"/>
          <w:color w:val="5D7284"/>
          <w:sz w:val="22"/>
        </w:rPr>
        <w:t>1:06:05</w:t>
      </w:r>
    </w:p>
    <w:p>
      <w:pPr>
        <w:spacing w:after="0"/>
      </w:pPr>
      <w:r>
        <w:rPr>
          <w:rFonts w:ascii="Arial" w:hAnsi="Arial"/>
          <w:sz w:val="22"/>
        </w:rPr>
        <w:t>To be fair, I use my disability all the time to get out of stuff. It's like, Hey, can you wash this up? Oh, my back's a bit sore today. I've got a blister on my prosthetic leg. I just can't do it. I just can't do it. Like, yeah, I probably could. But you know.</w:t>
      </w:r>
    </w:p>
    <w:p>
      <w:pPr>
        <w:spacing w:after="0"/>
      </w:pPr>
    </w:p>
    <w:p>
      <w:pPr>
        <w:spacing w:after="0"/>
      </w:pPr>
      <w:r>
        <w:rPr>
          <w:rFonts w:ascii="Arial" w:hAnsi="Arial"/>
          <w:b/>
          <w:sz w:val="22"/>
        </w:rPr>
        <w:t xml:space="preserve">Lucy  </w:t>
      </w:r>
      <w:r>
        <w:rPr>
          <w:rFonts w:ascii="Arial" w:hAnsi="Arial"/>
          <w:color w:val="5D7284"/>
          <w:sz w:val="22"/>
        </w:rPr>
        <w:t>1:06:22</w:t>
      </w:r>
    </w:p>
    <w:p>
      <w:pPr>
        <w:spacing w:after="0"/>
      </w:pPr>
      <w:r>
        <w:rPr>
          <w:rFonts w:ascii="Arial" w:hAnsi="Arial"/>
          <w:sz w:val="22"/>
        </w:rPr>
        <w:t>We're not because I jokingly said to somebody once. I like to, you know, occasionally to get out of things. I will play the disability card anybody who was disabled and tells you I don't pay the disability card is lying. 100% everybody does it. And this person I was saying I jokingly said, Oh, sometimes I play the disability card an actual thing?</w:t>
      </w:r>
    </w:p>
    <w:p>
      <w:pPr>
        <w:spacing w:after="0"/>
      </w:pPr>
    </w:p>
    <w:p>
      <w:pPr>
        <w:spacing w:after="0"/>
      </w:pPr>
      <w:r>
        <w:rPr>
          <w:rFonts w:ascii="Arial" w:hAnsi="Arial"/>
          <w:b/>
          <w:sz w:val="22"/>
        </w:rPr>
        <w:t xml:space="preserve">Alice  </w:t>
      </w:r>
      <w:r>
        <w:rPr>
          <w:rFonts w:ascii="Arial" w:hAnsi="Arial"/>
          <w:color w:val="5D7284"/>
          <w:sz w:val="22"/>
        </w:rPr>
        <w:t>1:06:51</w:t>
      </w:r>
    </w:p>
    <w:p>
      <w:pPr>
        <w:spacing w:after="0"/>
      </w:pPr>
      <w:r>
        <w:rPr>
          <w:rFonts w:ascii="Arial" w:hAnsi="Arial"/>
          <w:sz w:val="22"/>
        </w:rPr>
        <w:t>back pocket. I just whip it out. You know what I mean? I need my disability discount. I wish we had that. It would be amazing. You get a discount for however much like if you're if you're missing if you're missing some leg. That's how much discount you get off</w:t>
      </w:r>
    </w:p>
    <w:p>
      <w:pPr>
        <w:spacing w:after="0"/>
      </w:pPr>
    </w:p>
    <w:p>
      <w:pPr>
        <w:spacing w:after="0"/>
      </w:pPr>
      <w:r>
        <w:rPr>
          <w:rFonts w:ascii="Arial" w:hAnsi="Arial"/>
          <w:b/>
          <w:sz w:val="22"/>
        </w:rPr>
        <w:t xml:space="preserve">Liz Wright  </w:t>
      </w:r>
      <w:r>
        <w:rPr>
          <w:rFonts w:ascii="Arial" w:hAnsi="Arial"/>
          <w:color w:val="5D7284"/>
          <w:sz w:val="22"/>
        </w:rPr>
        <w:t>1:07:12</w:t>
      </w:r>
    </w:p>
    <w:p>
      <w:pPr>
        <w:spacing w:after="0"/>
      </w:pPr>
      <w:r>
        <w:rPr>
          <w:rFonts w:ascii="Arial" w:hAnsi="Arial"/>
          <w:sz w:val="22"/>
        </w:rPr>
        <w:t>Yes, you're missing. i'm missing half my right arm and half my right leg. I deserve a 50% discount thanks</w:t>
      </w:r>
    </w:p>
    <w:p>
      <w:pPr>
        <w:spacing w:after="0"/>
      </w:pPr>
    </w:p>
    <w:p>
      <w:pPr>
        <w:spacing w:after="0"/>
      </w:pPr>
      <w:r>
        <w:rPr>
          <w:rFonts w:ascii="Arial" w:hAnsi="Arial"/>
          <w:b/>
          <w:sz w:val="22"/>
        </w:rPr>
        <w:t xml:space="preserve">Alice  </w:t>
      </w:r>
      <w:r>
        <w:rPr>
          <w:rFonts w:ascii="Arial" w:hAnsi="Arial"/>
          <w:color w:val="5D7284"/>
          <w:sz w:val="22"/>
        </w:rPr>
        <w:t>1:07:16</w:t>
      </w:r>
    </w:p>
    <w:p>
      <w:pPr>
        <w:spacing w:after="0"/>
      </w:pPr>
      <w:r>
        <w:rPr>
          <w:rFonts w:ascii="Arial" w:hAnsi="Arial"/>
          <w:sz w:val="22"/>
        </w:rPr>
        <w:t>Absolutely.</w:t>
      </w:r>
    </w:p>
    <w:p>
      <w:pPr>
        <w:spacing w:after="0"/>
      </w:pPr>
    </w:p>
    <w:p>
      <w:pPr>
        <w:spacing w:after="0"/>
      </w:pPr>
      <w:r>
        <w:rPr>
          <w:rFonts w:ascii="Arial" w:hAnsi="Arial"/>
          <w:b/>
          <w:sz w:val="22"/>
        </w:rPr>
        <w:t xml:space="preserve">Lucy  </w:t>
      </w:r>
      <w:r>
        <w:rPr>
          <w:rFonts w:ascii="Arial" w:hAnsi="Arial"/>
          <w:color w:val="5D7284"/>
          <w:sz w:val="22"/>
        </w:rPr>
        <w:t>1:07:20</w:t>
      </w:r>
    </w:p>
    <w:p>
      <w:pPr>
        <w:spacing w:after="0"/>
      </w:pPr>
      <w:r>
        <w:rPr>
          <w:rFonts w:ascii="Arial" w:hAnsi="Arial"/>
          <w:sz w:val="22"/>
        </w:rPr>
        <w:t>actually went like a property. I'm like no, no. ration book. Collecting disabilities don't you know? collected</w:t>
      </w:r>
    </w:p>
    <w:p>
      <w:pPr>
        <w:spacing w:after="0"/>
      </w:pPr>
    </w:p>
    <w:p>
      <w:pPr>
        <w:spacing w:after="0"/>
      </w:pPr>
      <w:r>
        <w:rPr>
          <w:rFonts w:ascii="Arial" w:hAnsi="Arial"/>
          <w:b/>
          <w:sz w:val="22"/>
        </w:rPr>
        <w:t xml:space="preserve">Alice  </w:t>
      </w:r>
      <w:r>
        <w:rPr>
          <w:rFonts w:ascii="Arial" w:hAnsi="Arial"/>
          <w:color w:val="5D7284"/>
          <w:sz w:val="22"/>
        </w:rPr>
        <w:t>1:07:32</w:t>
      </w:r>
    </w:p>
    <w:p>
      <w:pPr>
        <w:spacing w:after="0"/>
      </w:pPr>
      <w:r>
        <w:rPr>
          <w:rFonts w:ascii="Arial" w:hAnsi="Arial"/>
          <w:sz w:val="22"/>
        </w:rPr>
        <w:t>disability? disability Bingo. Yeah,</w:t>
      </w:r>
    </w:p>
    <w:p>
      <w:pPr>
        <w:spacing w:after="0"/>
      </w:pPr>
    </w:p>
    <w:p>
      <w:pPr>
        <w:spacing w:after="0"/>
      </w:pPr>
      <w:r>
        <w:rPr>
          <w:rFonts w:ascii="Arial" w:hAnsi="Arial"/>
          <w:b/>
          <w:sz w:val="22"/>
        </w:rPr>
        <w:t xml:space="preserve">Lucy  </w:t>
      </w:r>
      <w:r>
        <w:rPr>
          <w:rFonts w:ascii="Arial" w:hAnsi="Arial"/>
          <w:color w:val="5D7284"/>
          <w:sz w:val="22"/>
        </w:rPr>
        <w:t>1:07:37</w:t>
      </w:r>
    </w:p>
    <w:p>
      <w:pPr>
        <w:spacing w:after="0"/>
      </w:pPr>
      <w:r>
        <w:rPr>
          <w:rFonts w:ascii="Arial" w:hAnsi="Arial"/>
          <w:sz w:val="22"/>
        </w:rPr>
        <w:t>that's a good name for a podcast that Alice Disability Bingo.</w:t>
      </w:r>
    </w:p>
    <w:p>
      <w:pPr>
        <w:spacing w:after="0"/>
      </w:pPr>
    </w:p>
    <w:p>
      <w:pPr>
        <w:spacing w:after="0"/>
      </w:pPr>
      <w:r>
        <w:rPr>
          <w:rFonts w:ascii="Arial" w:hAnsi="Arial"/>
          <w:b/>
          <w:sz w:val="22"/>
        </w:rPr>
        <w:t xml:space="preserve">Alice  </w:t>
      </w:r>
      <w:r>
        <w:rPr>
          <w:rFonts w:ascii="Arial" w:hAnsi="Arial"/>
          <w:color w:val="5D7284"/>
          <w:sz w:val="22"/>
        </w:rPr>
        <w:t>1:07:40</w:t>
      </w:r>
    </w:p>
    <w:p>
      <w:pPr>
        <w:spacing w:after="0"/>
      </w:pPr>
      <w:r>
        <w:rPr>
          <w:rFonts w:ascii="Arial" w:hAnsi="Arial"/>
          <w:sz w:val="22"/>
        </w:rPr>
        <w:t>There was I have a 100% my I'm stealing it from another organisation which probably cut all of this out because I want to do it at some point in the future. But there was like a benefit or something in the states and a disability advocacy charity was like this is gonna be 90 minutes of it was like one of those telethons that they have it was good minutes. So people. Oh, how sad is it for these disabled people. They've got this terrible life. And so they had like an online bingo for whenever somebody said something that was here about this. Yeah. I was like, Yes, that sounds like a brilliant and hilarious. But you also have you turn in some kind of drinking game? Yeah, yeah. Yeah, it'd be great. But</w:t>
      </w:r>
    </w:p>
    <w:p>
      <w:pPr>
        <w:spacing w:after="0"/>
      </w:pPr>
    </w:p>
    <w:p>
      <w:pPr>
        <w:spacing w:after="0"/>
      </w:pPr>
      <w:r>
        <w:rPr>
          <w:rFonts w:ascii="Arial" w:hAnsi="Arial"/>
          <w:b/>
          <w:sz w:val="22"/>
        </w:rPr>
        <w:t xml:space="preserve">Lucy  </w:t>
      </w:r>
      <w:r>
        <w:rPr>
          <w:rFonts w:ascii="Arial" w:hAnsi="Arial"/>
          <w:color w:val="5D7284"/>
          <w:sz w:val="22"/>
        </w:rPr>
        <w:t>1:08:28</w:t>
      </w:r>
    </w:p>
    <w:p>
      <w:pPr>
        <w:spacing w:after="0"/>
      </w:pPr>
      <w:r>
        <w:rPr>
          <w:rFonts w:ascii="Arial" w:hAnsi="Arial"/>
          <w:sz w:val="22"/>
        </w:rPr>
        <w:t>you see, it's like things like children in need. So over here, as you probably know about children, I do. Unfortunately, when I was when I was a kid, we were we were taught to, you know, you should support children in it, because it's helping children like yeah, and, you know, be being aware of other people's differences, which is fair enough. But now as an adult, you kind of go, or this is a bit.</w:t>
      </w:r>
    </w:p>
    <w:p>
      <w:pPr>
        <w:spacing w:after="0"/>
      </w:pPr>
    </w:p>
    <w:p>
      <w:pPr>
        <w:spacing w:after="0"/>
      </w:pPr>
      <w:r>
        <w:rPr>
          <w:rFonts w:ascii="Arial" w:hAnsi="Arial"/>
          <w:b/>
          <w:sz w:val="22"/>
        </w:rPr>
        <w:t xml:space="preserve">Alice  </w:t>
      </w:r>
      <w:r>
        <w:rPr>
          <w:rFonts w:ascii="Arial" w:hAnsi="Arial"/>
          <w:color w:val="5D7284"/>
          <w:sz w:val="22"/>
        </w:rPr>
        <w:t>1:08:48</w:t>
      </w:r>
    </w:p>
    <w:p>
      <w:pPr>
        <w:spacing w:after="0"/>
      </w:pPr>
      <w:r>
        <w:rPr>
          <w:rFonts w:ascii="Arial" w:hAnsi="Arial"/>
          <w:sz w:val="22"/>
        </w:rPr>
        <w:t>I have real mixed feelings about children in need, because children in need funded some of the first mental health services that I made use of and yeah, that's the thing that is the work they do for people in economic strife and families. That is a big deal for me. But it's, as you say, as a disabled adult. I'm also a bit like, Can I can I pick which parts of Children in Need I donate to and you don't actually, you don't you don't fund this bit. You only fund the bits that I like,</w:t>
      </w:r>
    </w:p>
    <w:p>
      <w:pPr>
        <w:spacing w:after="0"/>
      </w:pPr>
    </w:p>
    <w:p>
      <w:pPr>
        <w:spacing w:after="0"/>
      </w:pPr>
      <w:r>
        <w:rPr>
          <w:rFonts w:ascii="Arial" w:hAnsi="Arial"/>
          <w:b/>
          <w:sz w:val="22"/>
        </w:rPr>
        <w:t xml:space="preserve">Liz Wright  </w:t>
      </w:r>
      <w:r>
        <w:rPr>
          <w:rFonts w:ascii="Arial" w:hAnsi="Arial"/>
          <w:color w:val="5D7284"/>
          <w:sz w:val="22"/>
        </w:rPr>
        <w:t>1:09:26</w:t>
      </w:r>
    </w:p>
    <w:p>
      <w:pPr>
        <w:spacing w:after="0"/>
      </w:pPr>
      <w:r>
        <w:rPr>
          <w:rFonts w:ascii="Arial" w:hAnsi="Arial"/>
          <w:sz w:val="22"/>
        </w:rPr>
        <w:t>or make it even better. Why don't they get some disabled adults on the creative team and the production team? Who can actually maybe make it not icky? So you still raising the money but you're doing it in a really non patronising non icky way. That's a simple fix as far as I'm concerned.</w:t>
      </w:r>
    </w:p>
    <w:p>
      <w:pPr>
        <w:spacing w:after="0"/>
      </w:pPr>
    </w:p>
    <w:p>
      <w:pPr>
        <w:spacing w:after="0"/>
      </w:pPr>
      <w:r>
        <w:rPr>
          <w:rFonts w:ascii="Arial" w:hAnsi="Arial"/>
          <w:b/>
          <w:sz w:val="22"/>
        </w:rPr>
        <w:t xml:space="preserve">Lucy  </w:t>
      </w:r>
      <w:r>
        <w:rPr>
          <w:rFonts w:ascii="Arial" w:hAnsi="Arial"/>
          <w:color w:val="5D7284"/>
          <w:sz w:val="22"/>
        </w:rPr>
        <w:t>1:09:46</w:t>
      </w:r>
    </w:p>
    <w:p>
      <w:pPr>
        <w:spacing w:after="0"/>
      </w:pPr>
      <w:r>
        <w:rPr>
          <w:rFonts w:ascii="Arial" w:hAnsi="Arial"/>
          <w:sz w:val="22"/>
        </w:rPr>
        <w:t>I mean, I mean, releasing a song in aid of children in need, which is a rework of cold plays please fix you. It's just like, Oh, i don't need fixing. No, and and, you know, When I when I worked for the BBC for a while, for about three weeks actually, I was put on children in needs, like their appeal desk because they were running short of people. And I was in charge of handing out the pods of assets in the Birmingham area. Alice did you know that Pudsey bear actually has a code of conduct? Oh,</w:t>
      </w:r>
    </w:p>
    <w:p>
      <w:pPr>
        <w:spacing w:after="0"/>
      </w:pPr>
    </w:p>
    <w:p>
      <w:pPr>
        <w:spacing w:after="0"/>
      </w:pPr>
      <w:r>
        <w:rPr>
          <w:rFonts w:ascii="Arial" w:hAnsi="Arial"/>
          <w:b/>
          <w:sz w:val="22"/>
        </w:rPr>
        <w:t xml:space="preserve">Alice  </w:t>
      </w:r>
      <w:r>
        <w:rPr>
          <w:rFonts w:ascii="Arial" w:hAnsi="Arial"/>
          <w:color w:val="5D7284"/>
          <w:sz w:val="22"/>
        </w:rPr>
        <w:t>1:10:29</w:t>
      </w:r>
    </w:p>
    <w:p>
      <w:pPr>
        <w:spacing w:after="0"/>
      </w:pPr>
      <w:r>
        <w:rPr>
          <w:rFonts w:ascii="Arial" w:hAnsi="Arial"/>
          <w:sz w:val="22"/>
        </w:rPr>
        <w:t>you could you can, I can 100% believe that, because, you know, some weirdo was wearing a Pudsey bear suit, and he got his cock out.</w:t>
      </w:r>
    </w:p>
    <w:p>
      <w:pPr>
        <w:spacing w:after="0"/>
      </w:pPr>
    </w:p>
    <w:p>
      <w:pPr>
        <w:spacing w:after="0"/>
      </w:pPr>
      <w:r>
        <w:rPr>
          <w:rFonts w:ascii="Arial" w:hAnsi="Arial"/>
          <w:b/>
          <w:sz w:val="22"/>
        </w:rPr>
        <w:t xml:space="preserve">Lucy  </w:t>
      </w:r>
      <w:r>
        <w:rPr>
          <w:rFonts w:ascii="Arial" w:hAnsi="Arial"/>
          <w:color w:val="5D7284"/>
          <w:sz w:val="22"/>
        </w:rPr>
        <w:t>1:10:45</w:t>
      </w:r>
    </w:p>
    <w:p>
      <w:pPr>
        <w:spacing w:after="0"/>
      </w:pPr>
      <w:r>
        <w:rPr>
          <w:rFonts w:ascii="Arial" w:hAnsi="Arial"/>
          <w:sz w:val="22"/>
        </w:rPr>
        <w:t>But yeah, yeah, there's, there's nothing, he can't, he can't take his head off, he can't be left unattended, he can't scratch his arse if he has an itch. And I was like, this is it this is. So I use that as like a that is that peak pub quiz knowledge is stored away inside my brain. And, you know, you'd you'd ring up the charities that they fund and they'd be so grateful for the money. So in that respect, like Alice says, you know, you have to applaud them.</w:t>
      </w:r>
    </w:p>
    <w:p>
      <w:pPr>
        <w:spacing w:after="0"/>
      </w:pPr>
    </w:p>
    <w:p>
      <w:pPr>
        <w:spacing w:after="0"/>
      </w:pPr>
      <w:r>
        <w:rPr>
          <w:rFonts w:ascii="Arial" w:hAnsi="Arial"/>
          <w:b/>
          <w:sz w:val="22"/>
        </w:rPr>
        <w:t xml:space="preserve">Liz Wright  </w:t>
      </w:r>
      <w:r>
        <w:rPr>
          <w:rFonts w:ascii="Arial" w:hAnsi="Arial"/>
          <w:color w:val="5D7284"/>
          <w:sz w:val="22"/>
        </w:rPr>
        <w:t>1:11:15</w:t>
      </w:r>
    </w:p>
    <w:p>
      <w:pPr>
        <w:spacing w:after="0"/>
      </w:pPr>
      <w:r>
        <w:rPr>
          <w:rFonts w:ascii="Arial" w:hAnsi="Arial"/>
          <w:sz w:val="22"/>
        </w:rPr>
        <w:t>I think it just comes back to that representation, doesn't it? It's, it's, it's and this is why I say, you know, it's so important to have disabled people on like, in the production team and stuff like that, because, or in the creative, like, you know, generating the ideas, what are we doing for Children in Need to even necessarily need that name? Can we change it to something else can we make sure that, that we're kind of like, or just being really careful around that representation that we're actually showing, and, and I mean, you know, to be to be fair, I, I see it, you know, even we'd like stand up to cancer and stuff like that. I mean, I think there's just, there's certain certain ways of doing things which can be problematic, but they don't have to be. There's always alternatives that that you can do. But I think society at large is so stuck in this general idea of how we should talk about disability or illness and, and it kind of really is not reflective at all of the actual reality of it.</w:t>
      </w:r>
    </w:p>
    <w:p>
      <w:pPr>
        <w:spacing w:after="0"/>
      </w:pPr>
    </w:p>
    <w:p>
      <w:pPr>
        <w:spacing w:after="0"/>
      </w:pPr>
      <w:r>
        <w:rPr>
          <w:rFonts w:ascii="Arial" w:hAnsi="Arial"/>
          <w:b/>
          <w:sz w:val="22"/>
        </w:rPr>
        <w:t xml:space="preserve">Lucy  </w:t>
      </w:r>
      <w:r>
        <w:rPr>
          <w:rFonts w:ascii="Arial" w:hAnsi="Arial"/>
          <w:color w:val="5D7284"/>
          <w:sz w:val="22"/>
        </w:rPr>
        <w:t>1:12:27</w:t>
      </w:r>
    </w:p>
    <w:p>
      <w:pPr>
        <w:spacing w:after="0"/>
      </w:pPr>
      <w:r>
        <w:rPr>
          <w:rFonts w:ascii="Arial" w:hAnsi="Arial"/>
          <w:sz w:val="22"/>
        </w:rPr>
        <w:t>I think so much of it, is that people see the disability and they think that is the be all and end all of our lives. That's it, that's all we ever want to talk about. All we ever want to you know, that's that's the only thing you've ever allowed to ask us about. What happened to you then, and not the fact that you know, what are your hobbies? You know, what, what's your favourite drink in the pub? What What can I get you to drink? what's what's your favourite food that they're not? nobody's interested in... Like, where did you get that nice dress from? It's like, everyday must be about disability, and therefore, because it's such a big part of your your life, it must be the only thing you want to talk about. And it's not. And I think that again, is part of the problem.</w:t>
      </w:r>
    </w:p>
    <w:p>
      <w:pPr>
        <w:spacing w:after="0"/>
      </w:pPr>
    </w:p>
    <w:p>
      <w:pPr>
        <w:spacing w:after="0"/>
      </w:pPr>
      <w:r>
        <w:rPr>
          <w:rFonts w:ascii="Arial" w:hAnsi="Arial"/>
          <w:b/>
          <w:sz w:val="22"/>
        </w:rPr>
        <w:t xml:space="preserve">Alice  </w:t>
      </w:r>
      <w:r>
        <w:rPr>
          <w:rFonts w:ascii="Arial" w:hAnsi="Arial"/>
          <w:color w:val="5D7284"/>
          <w:sz w:val="22"/>
        </w:rPr>
        <w:t>1:13:17</w:t>
      </w:r>
    </w:p>
    <w:p>
      <w:pPr>
        <w:spacing w:after="0"/>
      </w:pPr>
      <w:r>
        <w:rPr>
          <w:rFonts w:ascii="Arial" w:hAnsi="Arial"/>
          <w:sz w:val="22"/>
        </w:rPr>
        <w:t xml:space="preserve"> I was just gonna say it just continues to kind of segregate people and label people as different, different different, like, you know, you only want to talk about your disability, because that's the only thing about you, you're you're different from me, the only thing that you want to talk about is how different you are from me, and that, to sort of bring it a little bit back to sport, some of the stuff that you've just been saying made me think a little bit about not perhaps not something a person that Disabled Sports people really want to Herold as a, as someone to be proud of. But, you know, you look at Oscar Pistorius and his choice to run in a in a non disabled race because for him, it was not about the his limb difference, you know, it was about the sport. And actually, I think that that's, that's quite important to recognise that what he was doing there. And, and one of the things you know, that I think is similarly to the children in need thing is the slightly difficult kind of the taking the, the kind of the good and the bad element of it with, you know, the the Paralympics, as amazing as they are and as amazing as the contestants are. It is separating these people because they are different. And so there's that and I appreciate that, you know, for lots of Disabled Sports people, their experience of sport is going to be different for non disabled people, but also it's just driving home. That you know to the audiences who are sitting and watching at home these people are different.</w:t>
      </w:r>
    </w:p>
    <w:p>
      <w:pPr>
        <w:spacing w:after="0"/>
      </w:pPr>
    </w:p>
    <w:p>
      <w:pPr>
        <w:spacing w:after="0"/>
      </w:pPr>
      <w:r>
        <w:rPr>
          <w:rFonts w:ascii="Arial" w:hAnsi="Arial"/>
          <w:b/>
          <w:sz w:val="22"/>
        </w:rPr>
        <w:t xml:space="preserve">Liz Wright  </w:t>
      </w:r>
      <w:r>
        <w:rPr>
          <w:rFonts w:ascii="Arial" w:hAnsi="Arial"/>
          <w:color w:val="5D7284"/>
          <w:sz w:val="22"/>
        </w:rPr>
        <w:t>1:15:05</w:t>
      </w:r>
    </w:p>
    <w:p>
      <w:pPr>
        <w:spacing w:after="0"/>
      </w:pPr>
      <w:r>
        <w:rPr>
          <w:rFonts w:ascii="Arial" w:hAnsi="Arial"/>
          <w:sz w:val="22"/>
        </w:rPr>
        <w:t>Yeah, I think we really saw that in in with the London Games I know that a lot of disabled people you know the channel for calling the Paralympian superhumans was very contentious that that title and I you know, where's the Olympians didn't get a special name like that. And, and I think that's the issues for me as a swimmer, one of the biggest frustrations would be you were kind of just being seen as, Oh, you're amazing, just because you're getting in there and having a go and it's like, no, hang on, hang on a sec. I work as bloody hard as those Olympians do. I've worked my butt off for this. And that's not being recognised. You're just like giving me a pat on the head and saying all once you clever for having to go in the swimming pool. It's like, No, I've worked my bloody butt off for this and I want to be recognised for that if you want to call me inspirational call me inspirational for having that dedication to a sport. Actually achieve that elite level not because I'm doing sport and have a disability. I</w:t>
      </w:r>
    </w:p>
    <w:p>
      <w:pPr>
        <w:spacing w:after="0"/>
      </w:pPr>
    </w:p>
    <w:p>
      <w:pPr>
        <w:spacing w:after="0"/>
      </w:pPr>
      <w:r>
        <w:rPr>
          <w:rFonts w:ascii="Arial" w:hAnsi="Arial"/>
          <w:b/>
          <w:sz w:val="22"/>
        </w:rPr>
        <w:t xml:space="preserve">Alice  </w:t>
      </w:r>
      <w:r>
        <w:rPr>
          <w:rFonts w:ascii="Arial" w:hAnsi="Arial"/>
          <w:color w:val="5D7284"/>
          <w:sz w:val="22"/>
        </w:rPr>
        <w:t>1:16:08</w:t>
      </w:r>
    </w:p>
    <w:p>
      <w:pPr>
        <w:spacing w:after="0"/>
      </w:pPr>
      <w:r>
        <w:rPr>
          <w:rFonts w:ascii="Arial" w:hAnsi="Arial"/>
          <w:sz w:val="22"/>
        </w:rPr>
        <w:t xml:space="preserve">I can't remember Liz  when you when you swam and competed did you wear your prosthetics? </w:t>
      </w:r>
    </w:p>
    <w:p>
      <w:pPr>
        <w:spacing w:after="0"/>
      </w:pPr>
    </w:p>
    <w:p>
      <w:pPr>
        <w:spacing w:after="0"/>
      </w:pPr>
      <w:r>
        <w:rPr>
          <w:rFonts w:ascii="Arial" w:hAnsi="Arial"/>
          <w:b/>
          <w:sz w:val="22"/>
        </w:rPr>
        <w:t xml:space="preserve">Liz Wright  </w:t>
      </w:r>
      <w:r>
        <w:rPr>
          <w:rFonts w:ascii="Arial" w:hAnsi="Arial"/>
          <w:color w:val="5D7284"/>
          <w:sz w:val="22"/>
        </w:rPr>
        <w:t>1:16:13</w:t>
      </w:r>
    </w:p>
    <w:p>
      <w:pPr>
        <w:spacing w:after="0"/>
      </w:pPr>
      <w:r>
        <w:rPr>
          <w:rFonts w:ascii="Arial" w:hAnsi="Arial"/>
          <w:sz w:val="22"/>
        </w:rPr>
        <w:t>No, no, no. I think I'd sink to the bottom of the pool if i did that</w:t>
      </w:r>
    </w:p>
    <w:p>
      <w:pPr>
        <w:spacing w:after="0"/>
      </w:pPr>
    </w:p>
    <w:p>
      <w:pPr>
        <w:spacing w:after="0"/>
      </w:pPr>
      <w:r>
        <w:rPr>
          <w:rFonts w:ascii="Arial" w:hAnsi="Arial"/>
          <w:b/>
          <w:sz w:val="22"/>
        </w:rPr>
        <w:t xml:space="preserve">Lucy  </w:t>
      </w:r>
      <w:r>
        <w:rPr>
          <w:rFonts w:ascii="Arial" w:hAnsi="Arial"/>
          <w:color w:val="5D7284"/>
          <w:sz w:val="22"/>
        </w:rPr>
        <w:t>1:16:20</w:t>
      </w:r>
    </w:p>
    <w:p>
      <w:pPr>
        <w:spacing w:after="0"/>
      </w:pPr>
      <w:r>
        <w:rPr>
          <w:rFonts w:ascii="Arial" w:hAnsi="Arial"/>
          <w:sz w:val="22"/>
        </w:rPr>
        <w:t>If Liz wore her prosthetics, she'd swim like me.</w:t>
      </w:r>
    </w:p>
    <w:p>
      <w:pPr>
        <w:spacing w:after="0"/>
      </w:pPr>
    </w:p>
    <w:p>
      <w:pPr>
        <w:spacing w:after="0"/>
      </w:pPr>
      <w:r>
        <w:rPr>
          <w:rFonts w:ascii="Arial" w:hAnsi="Arial"/>
          <w:b/>
          <w:sz w:val="22"/>
        </w:rPr>
        <w:t xml:space="preserve">Alice  </w:t>
      </w:r>
      <w:r>
        <w:rPr>
          <w:rFonts w:ascii="Arial" w:hAnsi="Arial"/>
          <w:color w:val="5D7284"/>
          <w:sz w:val="22"/>
        </w:rPr>
        <w:t>1:16:24</w:t>
      </w:r>
    </w:p>
    <w:p>
      <w:pPr>
        <w:spacing w:after="0"/>
      </w:pPr>
      <w:r>
        <w:rPr>
          <w:rFonts w:ascii="Arial" w:hAnsi="Arial"/>
          <w:sz w:val="22"/>
        </w:rPr>
        <w:t>cant they give you like special ones that are basically like armbands, but like, you know, so they're just rubber filled with air. So you know, you just float</w:t>
      </w:r>
    </w:p>
    <w:p>
      <w:pPr>
        <w:spacing w:after="0"/>
      </w:pPr>
    </w:p>
    <w:p>
      <w:pPr>
        <w:spacing w:after="0"/>
      </w:pPr>
      <w:r>
        <w:rPr>
          <w:rFonts w:ascii="Arial" w:hAnsi="Arial"/>
          <w:b/>
          <w:sz w:val="22"/>
        </w:rPr>
        <w:t xml:space="preserve">Liz Wright  </w:t>
      </w:r>
      <w:r>
        <w:rPr>
          <w:rFonts w:ascii="Arial" w:hAnsi="Arial"/>
          <w:color w:val="5D7284"/>
          <w:sz w:val="22"/>
        </w:rPr>
        <w:t>1:16:36</w:t>
      </w:r>
    </w:p>
    <w:p>
      <w:pPr>
        <w:spacing w:after="0"/>
      </w:pPr>
      <w:r>
        <w:rPr>
          <w:rFonts w:ascii="Arial" w:hAnsi="Arial"/>
          <w:sz w:val="22"/>
        </w:rPr>
        <w:t>My butt's big enough, that helps.</w:t>
      </w:r>
    </w:p>
    <w:p>
      <w:pPr>
        <w:spacing w:after="0"/>
      </w:pPr>
    </w:p>
    <w:p>
      <w:pPr>
        <w:spacing w:after="0"/>
      </w:pPr>
      <w:r>
        <w:rPr>
          <w:rFonts w:ascii="Arial" w:hAnsi="Arial"/>
          <w:b/>
          <w:sz w:val="22"/>
        </w:rPr>
        <w:t xml:space="preserve">Lucy  </w:t>
      </w:r>
      <w:r>
        <w:rPr>
          <w:rFonts w:ascii="Arial" w:hAnsi="Arial"/>
          <w:color w:val="5D7284"/>
          <w:sz w:val="22"/>
        </w:rPr>
        <w:t>1:16:40</w:t>
      </w:r>
    </w:p>
    <w:p>
      <w:pPr>
        <w:spacing w:after="0"/>
      </w:pPr>
      <w:r>
        <w:rPr>
          <w:rFonts w:ascii="Arial" w:hAnsi="Arial"/>
          <w:sz w:val="22"/>
        </w:rPr>
        <w:t>My mum always says that my boobs are big enough to sve me when i start drowning.</w:t>
      </w:r>
    </w:p>
    <w:p>
      <w:pPr>
        <w:spacing w:after="0"/>
      </w:pPr>
    </w:p>
    <w:p>
      <w:pPr>
        <w:spacing w:after="0"/>
      </w:pPr>
      <w:r>
        <w:rPr>
          <w:rFonts w:ascii="Arial" w:hAnsi="Arial"/>
          <w:b/>
          <w:sz w:val="22"/>
        </w:rPr>
        <w:t xml:space="preserve">Liz Wright  </w:t>
      </w:r>
      <w:r>
        <w:rPr>
          <w:rFonts w:ascii="Arial" w:hAnsi="Arial"/>
          <w:color w:val="5D7284"/>
          <w:sz w:val="22"/>
        </w:rPr>
        <w:t>1:16:48</w:t>
      </w:r>
    </w:p>
    <w:p>
      <w:pPr>
        <w:spacing w:after="0"/>
      </w:pPr>
      <w:r>
        <w:rPr>
          <w:rFonts w:ascii="Arial" w:hAnsi="Arial"/>
          <w:sz w:val="22"/>
        </w:rPr>
        <w:t>It's, it's, it's interesting, because, um, yeah, it's, I do get asked that quite a bit, actually, if I if I did ever wear like a prosthetic limb in the pool and stuff like that. But I think it's interesting to see, especially when I'm in schools, and I'm showing them a video of my silver medal winning race. And quite often it's like, they watch the race. And then it's like, yeah, you won a silver medal. And then they're like, at the beginning of the race, why were you on the diving block? And why did that lady start in the water? And why that, why that and, and it's kind of, you know, trying to explain to, you know, especially non disabled people, or even to a certain degree disabled people who maybe aren't into his sport like you, or the Paralympics or anything like that, which is completely understandable. But yeah, like in the pool, we don't use any other assistive AIDS. So, you know, unlike the track athletes that get these really cool, amazing prosthetic legs. Yeah, we just have to use what we got right? to swim as fast as we can.</w:t>
      </w:r>
    </w:p>
    <w:p>
      <w:pPr>
        <w:spacing w:after="0"/>
      </w:pPr>
    </w:p>
    <w:p>
      <w:pPr>
        <w:spacing w:after="0"/>
      </w:pPr>
      <w:r>
        <w:rPr>
          <w:rFonts w:ascii="Arial" w:hAnsi="Arial"/>
          <w:b/>
          <w:sz w:val="22"/>
        </w:rPr>
        <w:t xml:space="preserve">Alice  </w:t>
      </w:r>
      <w:r>
        <w:rPr>
          <w:rFonts w:ascii="Arial" w:hAnsi="Arial"/>
          <w:color w:val="5D7284"/>
          <w:sz w:val="22"/>
        </w:rPr>
        <w:t>1:17:55</w:t>
      </w:r>
    </w:p>
    <w:p>
      <w:pPr>
        <w:spacing w:after="0"/>
      </w:pPr>
      <w:r>
        <w:rPr>
          <w:rFonts w:ascii="Arial" w:hAnsi="Arial"/>
          <w:sz w:val="22"/>
        </w:rPr>
        <w:t>Yeah, it's, it's just sort of the reason I ask is because obviously, you know, if I imagine the technology is out there, if you wanted to use a prosthetic in the water, you would, you would, it's your your limb difference would be less of an issue. So surely, you know, again, similarly to Pistorius, you could compete with non disabled athletes, and there is a part of me that sort of wants to say, Well, you know, where that if that's a possibility, you know, if I were, if I were a swimmer, I'd need a guide swimmer. But yeah, but actually, in terms of my my limbs in my physical sort of outside body. I am not, I don't have a physical disability, I have a sensory disability. So, you know, is that is there a future? Is there a world where disabled athletes and non disabled athletes are competing together? Because those differences and those different needs are changed and taken?</w:t>
      </w:r>
    </w:p>
    <w:p>
      <w:pPr>
        <w:spacing w:after="0"/>
      </w:pPr>
    </w:p>
    <w:p>
      <w:pPr>
        <w:spacing w:after="0"/>
      </w:pPr>
      <w:r>
        <w:rPr>
          <w:rFonts w:ascii="Arial" w:hAnsi="Arial"/>
          <w:b/>
          <w:sz w:val="22"/>
        </w:rPr>
        <w:t xml:space="preserve">Lucy  </w:t>
      </w:r>
      <w:r>
        <w:rPr>
          <w:rFonts w:ascii="Arial" w:hAnsi="Arial"/>
          <w:color w:val="5D7284"/>
          <w:sz w:val="22"/>
        </w:rPr>
        <w:t>1:18:59</w:t>
      </w:r>
    </w:p>
    <w:p>
      <w:pPr>
        <w:spacing w:after="0"/>
      </w:pPr>
      <w:r>
        <w:rPr>
          <w:rFonts w:ascii="Arial" w:hAnsi="Arial"/>
          <w:sz w:val="22"/>
        </w:rPr>
        <w:t>Yeah, like the the line becomes blurred?</w:t>
      </w:r>
    </w:p>
    <w:p>
      <w:pPr>
        <w:spacing w:after="0"/>
      </w:pPr>
    </w:p>
    <w:p>
      <w:pPr>
        <w:spacing w:after="0"/>
      </w:pPr>
      <w:r>
        <w:rPr>
          <w:rFonts w:ascii="Arial" w:hAnsi="Arial"/>
          <w:b/>
          <w:sz w:val="22"/>
        </w:rPr>
        <w:t xml:space="preserve">Liz Wright  </w:t>
      </w:r>
      <w:r>
        <w:rPr>
          <w:rFonts w:ascii="Arial" w:hAnsi="Arial"/>
          <w:color w:val="5D7284"/>
          <w:sz w:val="22"/>
        </w:rPr>
        <w:t>1:19:03</w:t>
      </w:r>
    </w:p>
    <w:p>
      <w:pPr>
        <w:spacing w:after="0"/>
      </w:pPr>
      <w:r>
        <w:rPr>
          <w:rFonts w:ascii="Arial" w:hAnsi="Arial"/>
          <w:sz w:val="22"/>
        </w:rPr>
        <w:t>I don't I don't know if that would be possible for every one. So yeah, when I think of the swimming pool, so you know, in Paralympic swimming, you've got the different categories, you've got s one, which I you know, it's kind of the more severe impairments and conditions through to s 10. So s one to S 10 is physical disability. So s one my severe s 10 least severe physical impairment or condition. And then you've got s 11 to S 13, which is visual impairment. I think that's right as long until Yeah. 13. And then, before the Spanish basketball team, intellectually disabled basketball teams stuffed up in Sydney, where half the team weren't intellectually disabled, and got the classification kicked out of Paralympic sport. There was s 14 intellectual disability</w:t>
      </w:r>
    </w:p>
    <w:p>
      <w:pPr>
        <w:spacing w:after="0"/>
      </w:pPr>
    </w:p>
    <w:p>
      <w:pPr>
        <w:spacing w:after="0"/>
      </w:pPr>
      <w:r>
        <w:rPr>
          <w:rFonts w:ascii="Arial" w:hAnsi="Arial"/>
          <w:b/>
          <w:sz w:val="22"/>
        </w:rPr>
        <w:t xml:space="preserve">Lucy  </w:t>
      </w:r>
      <w:r>
        <w:rPr>
          <w:rFonts w:ascii="Arial" w:hAnsi="Arial"/>
          <w:color w:val="5D7284"/>
          <w:sz w:val="22"/>
        </w:rPr>
        <w:t>1:19:59</w:t>
      </w:r>
    </w:p>
    <w:p>
      <w:pPr>
        <w:spacing w:after="0"/>
      </w:pPr>
      <w:r>
        <w:rPr>
          <w:rFonts w:ascii="Arial" w:hAnsi="Arial"/>
          <w:sz w:val="22"/>
        </w:rPr>
        <w:t>well Whoa, whoa, whoa, whoa whoa</w:t>
      </w:r>
    </w:p>
    <w:p>
      <w:pPr>
        <w:spacing w:after="0"/>
      </w:pPr>
    </w:p>
    <w:p>
      <w:pPr>
        <w:spacing w:after="0"/>
      </w:pPr>
      <w:r>
        <w:rPr>
          <w:rFonts w:ascii="Arial" w:hAnsi="Arial"/>
          <w:b/>
          <w:sz w:val="22"/>
        </w:rPr>
        <w:t xml:space="preserve">Liz Wright  </w:t>
      </w:r>
      <w:r>
        <w:rPr>
          <w:rFonts w:ascii="Arial" w:hAnsi="Arial"/>
          <w:color w:val="5D7284"/>
          <w:sz w:val="22"/>
        </w:rPr>
        <w:t>1:20:06</w:t>
      </w:r>
    </w:p>
    <w:p>
      <w:pPr>
        <w:spacing w:after="0"/>
      </w:pPr>
      <w:r>
        <w:rPr>
          <w:rFonts w:ascii="Arial" w:hAnsi="Arial"/>
          <w:sz w:val="22"/>
        </w:rPr>
        <w:t>controversy at the basically half basically half the Spanish Paralympic intellectually disabled basketball team were made up of basically people who tried out for the Olympics but didn't get in so like they basically just like, oh, put you in Paralympic team because why not?</w:t>
      </w:r>
    </w:p>
    <w:p>
      <w:pPr>
        <w:spacing w:after="0"/>
      </w:pPr>
    </w:p>
    <w:p>
      <w:pPr>
        <w:spacing w:after="0"/>
      </w:pPr>
      <w:r>
        <w:rPr>
          <w:rFonts w:ascii="Arial" w:hAnsi="Arial"/>
          <w:b/>
          <w:sz w:val="22"/>
        </w:rPr>
        <w:t xml:space="preserve">Lucy  </w:t>
      </w:r>
      <w:r>
        <w:rPr>
          <w:rFonts w:ascii="Arial" w:hAnsi="Arial"/>
          <w:color w:val="5D7284"/>
          <w:sz w:val="22"/>
        </w:rPr>
        <w:t>1:20:26</w:t>
      </w:r>
    </w:p>
    <w:p>
      <w:pPr>
        <w:spacing w:after="0"/>
      </w:pPr>
      <w:r>
        <w:rPr>
          <w:rFonts w:ascii="Arial" w:hAnsi="Arial"/>
          <w:sz w:val="22"/>
        </w:rPr>
        <w:t>So they pretended to be intellectually? Yeah. And they won the gold. They did win the god. I'm sorry, my camera's turned off but I am.</w:t>
      </w:r>
    </w:p>
    <w:p>
      <w:pPr>
        <w:spacing w:after="0"/>
      </w:pPr>
    </w:p>
    <w:p>
      <w:pPr>
        <w:spacing w:after="0"/>
      </w:pPr>
      <w:r>
        <w:rPr>
          <w:rFonts w:ascii="Arial" w:hAnsi="Arial"/>
          <w:b/>
          <w:sz w:val="22"/>
        </w:rPr>
        <w:t xml:space="preserve">Liz Wright  </w:t>
      </w:r>
      <w:r>
        <w:rPr>
          <w:rFonts w:ascii="Arial" w:hAnsi="Arial"/>
          <w:color w:val="5D7284"/>
          <w:sz w:val="22"/>
        </w:rPr>
        <w:t>1:20:37</w:t>
      </w:r>
    </w:p>
    <w:p>
      <w:pPr>
        <w:spacing w:after="0"/>
      </w:pPr>
      <w:r>
        <w:rPr>
          <w:rFonts w:ascii="Arial" w:hAnsi="Arial"/>
          <w:sz w:val="22"/>
        </w:rPr>
        <w:t>Here Yep. Yep, it's true. Look it up. Look it up. Everyone look it up, Lucy. But, you know, there's, you know, certainly in swimming, I when I think of the s 10s, with least severe impairment or condition. These swimmers already in the pool are almost as fast as their non disabled counterparts. So, you know, I remember Justin who was on the team with me, who's an S 10. And I'm sure if I remembering correctly, he was down to like about 2324 seconds for 50 metres freestyle, like front crawl. And, and his his condition or his impairment was he lost a foot in a farming accident? I think so. He was a lower lower leg amputee. And he was almost as fast now, no doubt. I mean, this was obviously going back over 20 years ago now. So they're fast, they definitely for sure are faster now. So I think, you know, it's, I don't think that can be achievable for every one, I think even if you did bring in certain prosthetics or supports that could help. So I don't think you ever gonna have a world necessarily where we can completely mix people. I don't think in terms of fairness. I mean, we know already that there's issues around classification in the Paralympics already. And certain examples of unfairness coming out, and even even when I was swimming, I, there was a girl in my classification options, Hey, girl, there's a woman in my classification. Who, at the Sydney games, who won a lot of races and then by the next Paralympics, even though I wasn't competing, I heard that she'd been reclassified out a classification, which means less to be impairment or condition, but she didn't have to hand her medals back or anything like that. So, you know, there's certainly issues of fairness, even within Paralympic sport. So I think I think that's the danger of if you start to kind of try and include disabled athletes in non disabled sport, it's, I think there's just going to be a few more issues around</w:t>
      </w:r>
    </w:p>
    <w:p>
      <w:pPr>
        <w:spacing w:after="0"/>
      </w:pPr>
    </w:p>
    <w:p>
      <w:pPr>
        <w:spacing w:after="0"/>
      </w:pPr>
      <w:r>
        <w:rPr>
          <w:rFonts w:ascii="Arial" w:hAnsi="Arial"/>
          <w:b/>
          <w:sz w:val="22"/>
        </w:rPr>
        <w:t xml:space="preserve">Alice  </w:t>
      </w:r>
      <w:r>
        <w:rPr>
          <w:rFonts w:ascii="Arial" w:hAnsi="Arial"/>
          <w:color w:val="5D7284"/>
          <w:sz w:val="22"/>
        </w:rPr>
        <w:t>1:22:54</w:t>
      </w:r>
    </w:p>
    <w:p>
      <w:pPr>
        <w:spacing w:after="0"/>
      </w:pPr>
      <w:r>
        <w:rPr>
          <w:rFonts w:ascii="Arial" w:hAnsi="Arial"/>
          <w:sz w:val="22"/>
        </w:rPr>
        <w:t>Yeah. I think it's a it's a really, that was kind of what I wanted to sort of explore a little bit, because I think it's a an interesting conversation that happens a lot around inclusivity, in general, as well as there's that obviously, including people, non disabled people, wherever is possible, you know, in mainstream, quote, unquote, mainstream society is really important, but there are also elements of and I guess, this is me showing my sort of true colours and, and my feelings about the social model of disability is I feel that there are some ways in which there are no reasonable adjustments that are ever going to take my personality away, are never going to make me be able to be fully included, physically in a society because of my disability. And it's just I think it's important and interesting to have these conversations because I think that you know, it as much as saying, you know, what, what Pistorius did was, I think important for Disability Awareness</w:t>
      </w:r>
    </w:p>
    <w:p>
      <w:pPr>
        <w:spacing w:after="0"/>
      </w:pPr>
    </w:p>
    <w:p>
      <w:pPr>
        <w:spacing w:after="0"/>
      </w:pPr>
      <w:r>
        <w:rPr>
          <w:rFonts w:ascii="Arial" w:hAnsi="Arial"/>
          <w:b/>
          <w:sz w:val="22"/>
        </w:rPr>
        <w:t xml:space="preserve">Lucy  </w:t>
      </w:r>
      <w:r>
        <w:rPr>
          <w:rFonts w:ascii="Arial" w:hAnsi="Arial"/>
          <w:color w:val="5D7284"/>
          <w:sz w:val="22"/>
        </w:rPr>
        <w:t>1:24:12</w:t>
      </w:r>
    </w:p>
    <w:p>
      <w:pPr>
        <w:spacing w:after="0"/>
      </w:pPr>
      <w:r>
        <w:rPr>
          <w:rFonts w:ascii="Arial" w:hAnsi="Arial"/>
          <w:sz w:val="22"/>
        </w:rPr>
        <w:t>when we're talking about the sport.</w:t>
      </w:r>
    </w:p>
    <w:p>
      <w:pPr>
        <w:spacing w:after="0"/>
      </w:pPr>
    </w:p>
    <w:p>
      <w:pPr>
        <w:spacing w:after="0"/>
      </w:pPr>
      <w:r>
        <w:rPr>
          <w:rFonts w:ascii="Arial" w:hAnsi="Arial"/>
          <w:b/>
          <w:sz w:val="22"/>
        </w:rPr>
        <w:t xml:space="preserve">Alice  </w:t>
      </w:r>
      <w:r>
        <w:rPr>
          <w:rFonts w:ascii="Arial" w:hAnsi="Arial"/>
          <w:color w:val="5D7284"/>
          <w:sz w:val="22"/>
        </w:rPr>
        <w:t>1:24:19</w:t>
      </w:r>
    </w:p>
    <w:p>
      <w:pPr>
        <w:spacing w:after="0"/>
      </w:pPr>
      <w:r>
        <w:rPr>
          <w:rFonts w:ascii="Arial" w:hAnsi="Arial"/>
          <w:sz w:val="22"/>
        </w:rPr>
        <w:t>I mean, what,</w:t>
      </w:r>
    </w:p>
    <w:p>
      <w:pPr>
        <w:spacing w:after="0"/>
      </w:pPr>
    </w:p>
    <w:p>
      <w:pPr>
        <w:spacing w:after="0"/>
      </w:pPr>
      <w:r>
        <w:rPr>
          <w:rFonts w:ascii="Arial" w:hAnsi="Arial"/>
          <w:b/>
          <w:sz w:val="22"/>
        </w:rPr>
        <w:t xml:space="preserve">Lucy  </w:t>
      </w:r>
      <w:r>
        <w:rPr>
          <w:rFonts w:ascii="Arial" w:hAnsi="Arial"/>
          <w:color w:val="5D7284"/>
          <w:sz w:val="22"/>
        </w:rPr>
        <w:t>1:24:23</w:t>
      </w:r>
    </w:p>
    <w:p>
      <w:pPr>
        <w:spacing w:after="0"/>
      </w:pPr>
      <w:r>
        <w:rPr>
          <w:rFonts w:ascii="Arial" w:hAnsi="Arial"/>
          <w:sz w:val="22"/>
        </w:rPr>
        <w:t>let's just clarify that.</w:t>
      </w:r>
    </w:p>
    <w:p>
      <w:pPr>
        <w:spacing w:after="0"/>
      </w:pPr>
    </w:p>
    <w:p>
      <w:pPr>
        <w:spacing w:after="0"/>
      </w:pPr>
      <w:r>
        <w:rPr>
          <w:rFonts w:ascii="Arial" w:hAnsi="Arial"/>
          <w:b/>
          <w:sz w:val="22"/>
        </w:rPr>
        <w:t xml:space="preserve">Alice  </w:t>
      </w:r>
      <w:r>
        <w:rPr>
          <w:rFonts w:ascii="Arial" w:hAnsi="Arial"/>
          <w:color w:val="5D7284"/>
          <w:sz w:val="22"/>
        </w:rPr>
        <w:t>1:24:25</w:t>
      </w:r>
    </w:p>
    <w:p>
      <w:pPr>
        <w:spacing w:after="0"/>
      </w:pPr>
      <w:r>
        <w:rPr>
          <w:rFonts w:ascii="Arial" w:hAnsi="Arial"/>
          <w:sz w:val="22"/>
        </w:rPr>
        <w:t>I mean, I will say, I think what Pistorius did to his fiance is very important, and that's why he's in prison. Or house arrest his house arrest now they</w:t>
      </w:r>
    </w:p>
    <w:p>
      <w:pPr>
        <w:spacing w:after="0"/>
      </w:pPr>
    </w:p>
    <w:p>
      <w:pPr>
        <w:spacing w:after="0"/>
      </w:pPr>
      <w:r>
        <w:rPr>
          <w:rFonts w:ascii="Arial" w:hAnsi="Arial"/>
          <w:b/>
          <w:sz w:val="22"/>
        </w:rPr>
        <w:t xml:space="preserve">Lucy  </w:t>
      </w:r>
      <w:r>
        <w:rPr>
          <w:rFonts w:ascii="Arial" w:hAnsi="Arial"/>
          <w:color w:val="5D7284"/>
          <w:sz w:val="22"/>
        </w:rPr>
        <w:t>1:24:36</w:t>
      </w:r>
    </w:p>
    <w:p>
      <w:pPr>
        <w:spacing w:after="0"/>
      </w:pPr>
      <w:r>
        <w:rPr>
          <w:rFonts w:ascii="Arial" w:hAnsi="Arial"/>
          <w:sz w:val="22"/>
        </w:rPr>
        <w:t xml:space="preserve">didn't get out. Yeah, yeah, that's because he he tried to play the disability card. </w:t>
      </w:r>
    </w:p>
    <w:p>
      <w:pPr>
        <w:spacing w:after="0"/>
      </w:pPr>
    </w:p>
    <w:p>
      <w:pPr>
        <w:spacing w:after="0"/>
      </w:pPr>
      <w:r>
        <w:rPr>
          <w:rFonts w:ascii="Arial" w:hAnsi="Arial"/>
          <w:b/>
          <w:sz w:val="22"/>
        </w:rPr>
        <w:t xml:space="preserve">Liz Wright  </w:t>
      </w:r>
      <w:r>
        <w:rPr>
          <w:rFonts w:ascii="Arial" w:hAnsi="Arial"/>
          <w:color w:val="5D7284"/>
          <w:sz w:val="22"/>
        </w:rPr>
        <w:t>1:24:43</w:t>
      </w:r>
    </w:p>
    <w:p>
      <w:pPr>
        <w:spacing w:after="0"/>
      </w:pPr>
      <w:r>
        <w:rPr>
          <w:rFonts w:ascii="Arial" w:hAnsi="Arial"/>
          <w:sz w:val="22"/>
        </w:rPr>
        <w:t>That's when you shouldn't get away with playing the disability card</w:t>
      </w:r>
    </w:p>
    <w:p>
      <w:pPr>
        <w:spacing w:after="0"/>
      </w:pPr>
    </w:p>
    <w:p>
      <w:pPr>
        <w:spacing w:after="0"/>
      </w:pPr>
      <w:r>
        <w:rPr>
          <w:rFonts w:ascii="Arial" w:hAnsi="Arial"/>
          <w:b/>
          <w:sz w:val="22"/>
        </w:rPr>
        <w:t xml:space="preserve">Alice  </w:t>
      </w:r>
      <w:r>
        <w:rPr>
          <w:rFonts w:ascii="Arial" w:hAnsi="Arial"/>
          <w:color w:val="5D7284"/>
          <w:sz w:val="22"/>
        </w:rPr>
        <w:t>1:24:46</w:t>
      </w:r>
    </w:p>
    <w:p>
      <w:pPr>
        <w:spacing w:after="0"/>
      </w:pPr>
      <w:r>
        <w:rPr>
          <w:rFonts w:ascii="Arial" w:hAnsi="Arial"/>
          <w:sz w:val="22"/>
        </w:rPr>
        <w:t xml:space="preserve">I guess I think that's another episode in itself. But yeah, I think it's it's just very, it's a very interesting topic. I think there's a lot of different facets Because I think it's really important to try and promote inclusivity and representation of disabled people in the mainstream. But I think it's also really important to recognise that there's an element of, you know, when you talk about fairness, actually, the the unfair element of it is making sure that those disabled people have their needs met, and that they're supported and given the extra support that they may need a non disabled athlete wouldn't. </w:t>
      </w:r>
    </w:p>
    <w:p>
      <w:pPr>
        <w:spacing w:after="0"/>
      </w:pPr>
    </w:p>
    <w:p>
      <w:pPr>
        <w:spacing w:after="0"/>
      </w:pPr>
      <w:r>
        <w:rPr>
          <w:rFonts w:ascii="Arial" w:hAnsi="Arial"/>
          <w:b/>
          <w:sz w:val="22"/>
        </w:rPr>
        <w:t xml:space="preserve">Liz Wright  </w:t>
      </w:r>
      <w:r>
        <w:rPr>
          <w:rFonts w:ascii="Arial" w:hAnsi="Arial"/>
          <w:color w:val="5D7284"/>
          <w:sz w:val="22"/>
        </w:rPr>
        <w:t>1:25:28</w:t>
      </w:r>
    </w:p>
    <w:p>
      <w:pPr>
        <w:spacing w:after="0"/>
      </w:pPr>
      <w:r>
        <w:rPr>
          <w:rFonts w:ascii="Arial" w:hAnsi="Arial"/>
          <w:sz w:val="22"/>
        </w:rPr>
        <w:t>Absolutely, and I yeah, I totally agree. I think that has to play out across society as well. It's so I you know, when I was saying earlier that looking for some of the positives that come out of a pandemic, such as that we're in and around flexible working, being able to work from home more and having those supports that perhaps is actually more enabling and empowering of disabled people to to do work or in the case of the Paralympics, do sport. I think for me that the the main aim with Paralympics should really be about getting that equality of recognition with the Olympics, so that you have the same levels of Paralympians getting sponsorship from big neck big brand companies, and they're all they're being seen on the TV as much as the Olympian said, they're being recognised for the hard work of around this sport not defined by their disability or that they're overcoming like him saying this in quotation marks saying the word overcoming they're not overcoming their disability to play the sport, they are just sports people who are working their butts off to be the best sports person that they can. And same as the Olympians, and just having that equality of recognition, I think is is important.</w:t>
      </w:r>
    </w:p>
    <w:p>
      <w:pPr>
        <w:spacing w:after="0"/>
      </w:pPr>
    </w:p>
    <w:p>
      <w:pPr>
        <w:spacing w:after="0"/>
      </w:pPr>
      <w:r>
        <w:rPr>
          <w:rFonts w:ascii="Arial" w:hAnsi="Arial"/>
          <w:b/>
          <w:sz w:val="22"/>
        </w:rPr>
        <w:t xml:space="preserve">Alice  </w:t>
      </w:r>
      <w:r>
        <w:rPr>
          <w:rFonts w:ascii="Arial" w:hAnsi="Arial"/>
          <w:color w:val="5D7284"/>
          <w:sz w:val="22"/>
        </w:rPr>
        <w:t>1:26:45</w:t>
      </w:r>
    </w:p>
    <w:p>
      <w:pPr>
        <w:spacing w:after="0"/>
      </w:pPr>
      <w:r>
        <w:rPr>
          <w:rFonts w:ascii="Arial" w:hAnsi="Arial"/>
          <w:sz w:val="22"/>
        </w:rPr>
        <w:t>You know, I think I'd like to see, I'd like to see the Tokyo you know, the swimming games, and you have your divers and you have, you know, 400 metres and stuff like that. And then you instead of having that separate This is the Paralympic Games Wouldn't it be nice to just have a now we're going to have the Paralympic 400 metres and brought because there is something I mean, it's, it's, it's kind of cool that we're like, hey, this is our game</w:t>
      </w:r>
    </w:p>
    <w:p>
      <w:pPr>
        <w:spacing w:after="0"/>
      </w:pPr>
    </w:p>
    <w:p>
      <w:pPr>
        <w:spacing w:after="0"/>
      </w:pPr>
      <w:r>
        <w:rPr>
          <w:rFonts w:ascii="Arial" w:hAnsi="Arial"/>
          <w:b/>
          <w:sz w:val="22"/>
        </w:rPr>
        <w:t xml:space="preserve">Lucy  </w:t>
      </w:r>
      <w:r>
        <w:rPr>
          <w:rFonts w:ascii="Arial" w:hAnsi="Arial"/>
          <w:color w:val="5D7284"/>
          <w:sz w:val="22"/>
        </w:rPr>
        <w:t>1:27:18</w:t>
      </w:r>
    </w:p>
    <w:p>
      <w:pPr>
        <w:spacing w:after="0"/>
      </w:pPr>
      <w:r>
        <w:rPr>
          <w:rFonts w:ascii="Arial" w:hAnsi="Arial"/>
          <w:sz w:val="22"/>
        </w:rPr>
        <w:t>Stand aside bitches</w:t>
      </w:r>
    </w:p>
    <w:p>
      <w:pPr>
        <w:spacing w:after="0"/>
      </w:pPr>
    </w:p>
    <w:p>
      <w:pPr>
        <w:spacing w:after="0"/>
      </w:pPr>
      <w:r>
        <w:rPr>
          <w:rFonts w:ascii="Arial" w:hAnsi="Arial"/>
          <w:b/>
          <w:sz w:val="22"/>
        </w:rPr>
        <w:t xml:space="preserve">Alice  </w:t>
      </w:r>
      <w:r>
        <w:rPr>
          <w:rFonts w:ascii="Arial" w:hAnsi="Arial"/>
          <w:color w:val="5D7284"/>
          <w:sz w:val="22"/>
        </w:rPr>
        <w:t>1:27:21</w:t>
      </w:r>
    </w:p>
    <w:p>
      <w:pPr>
        <w:spacing w:after="0"/>
      </w:pPr>
      <w:r>
        <w:rPr>
          <w:rFonts w:ascii="Arial" w:hAnsi="Arial"/>
          <w:sz w:val="22"/>
        </w:rPr>
        <w:t>But also, you know, there's gonna be a change in audience and stuff like that for people who are choosing to not watch the Paralympic Games because they don't need to see disabled people doing stuff. And it's just, I think there's a lot of different options to explore there. And yet we're still we're still stuck on being called superhumans.</w:t>
      </w:r>
    </w:p>
    <w:p>
      <w:pPr>
        <w:spacing w:after="0"/>
      </w:pPr>
    </w:p>
    <w:p>
      <w:pPr>
        <w:spacing w:after="0"/>
      </w:pPr>
      <w:r>
        <w:rPr>
          <w:rFonts w:ascii="Arial" w:hAnsi="Arial"/>
          <w:b/>
          <w:sz w:val="22"/>
        </w:rPr>
        <w:t xml:space="preserve">Lucy  </w:t>
      </w:r>
      <w:r>
        <w:rPr>
          <w:rFonts w:ascii="Arial" w:hAnsi="Arial"/>
          <w:color w:val="5D7284"/>
          <w:sz w:val="22"/>
        </w:rPr>
        <w:t>1:27:42</w:t>
      </w:r>
    </w:p>
    <w:p>
      <w:pPr>
        <w:spacing w:after="0"/>
      </w:pPr>
      <w:r>
        <w:rPr>
          <w:rFonts w:ascii="Arial" w:hAnsi="Arial"/>
          <w:sz w:val="22"/>
        </w:rPr>
        <w:t>I er, I am bracing myself for the next two, three weeks of "oh you should try that. You should -" and just think I can just leave it to eat this Ben and Jerry's on my own. Because I can smash this in under an hour.</w:t>
      </w:r>
    </w:p>
    <w:p>
      <w:pPr>
        <w:spacing w:after="0"/>
      </w:pPr>
    </w:p>
    <w:p>
      <w:pPr>
        <w:spacing w:after="0"/>
      </w:pPr>
      <w:r>
        <w:rPr>
          <w:rFonts w:ascii="Arial" w:hAnsi="Arial"/>
          <w:b/>
          <w:sz w:val="22"/>
        </w:rPr>
        <w:t xml:space="preserve">Alice  </w:t>
      </w:r>
      <w:r>
        <w:rPr>
          <w:rFonts w:ascii="Arial" w:hAnsi="Arial"/>
          <w:color w:val="5D7284"/>
          <w:sz w:val="22"/>
        </w:rPr>
        <w:t>1:27:59</w:t>
      </w:r>
    </w:p>
    <w:p>
      <w:pPr>
        <w:spacing w:after="0"/>
      </w:pPr>
      <w:r>
        <w:rPr>
          <w:rFonts w:ascii="Arial" w:hAnsi="Arial"/>
          <w:sz w:val="22"/>
        </w:rPr>
        <w:t>I was gonna say, that's her Paralympic sport!</w:t>
      </w:r>
    </w:p>
    <w:p>
      <w:pPr>
        <w:spacing w:after="0"/>
      </w:pPr>
    </w:p>
    <w:p>
      <w:pPr>
        <w:spacing w:after="0"/>
      </w:pPr>
      <w:r>
        <w:rPr>
          <w:rFonts w:ascii="Arial" w:hAnsi="Arial"/>
          <w:b/>
          <w:sz w:val="22"/>
        </w:rPr>
        <w:t xml:space="preserve">Liz Wright  </w:t>
      </w:r>
      <w:r>
        <w:rPr>
          <w:rFonts w:ascii="Arial" w:hAnsi="Arial"/>
          <w:color w:val="5D7284"/>
          <w:sz w:val="22"/>
        </w:rPr>
        <w:t>1:28:01</w:t>
      </w:r>
    </w:p>
    <w:p>
      <w:pPr>
        <w:spacing w:after="0"/>
      </w:pPr>
      <w:r>
        <w:rPr>
          <w:rFonts w:ascii="Arial" w:hAnsi="Arial"/>
          <w:sz w:val="22"/>
        </w:rPr>
        <w:t>Paralympic gold in Ben and Jerry's ice cream eating, so...</w:t>
      </w:r>
    </w:p>
    <w:p>
      <w:pPr>
        <w:spacing w:after="0"/>
      </w:pPr>
    </w:p>
    <w:p>
      <w:pPr>
        <w:spacing w:after="0"/>
      </w:pPr>
      <w:r>
        <w:rPr>
          <w:rFonts w:ascii="Arial" w:hAnsi="Arial"/>
          <w:b/>
          <w:sz w:val="22"/>
        </w:rPr>
        <w:t xml:space="preserve">Lucy  </w:t>
      </w:r>
      <w:r>
        <w:rPr>
          <w:rFonts w:ascii="Arial" w:hAnsi="Arial"/>
          <w:color w:val="5D7284"/>
          <w:sz w:val="22"/>
        </w:rPr>
        <w:t>1:28:05</w:t>
      </w:r>
    </w:p>
    <w:p>
      <w:pPr>
        <w:spacing w:after="0"/>
      </w:pPr>
      <w:r>
        <w:rPr>
          <w:rFonts w:ascii="Arial" w:hAnsi="Arial"/>
          <w:sz w:val="22"/>
        </w:rPr>
        <w:t>Yeah. And, and also I am the world champion at musical chairs. Never lost a game. Ever.</w:t>
      </w:r>
    </w:p>
    <w:p>
      <w:pPr>
        <w:spacing w:after="0"/>
      </w:pPr>
    </w:p>
    <w:p>
      <w:pPr>
        <w:spacing w:after="0"/>
      </w:pPr>
      <w:r>
        <w:rPr>
          <w:rFonts w:ascii="Arial" w:hAnsi="Arial"/>
          <w:b/>
          <w:sz w:val="22"/>
        </w:rPr>
        <w:t xml:space="preserve">all  </w:t>
      </w:r>
      <w:r>
        <w:rPr>
          <w:rFonts w:ascii="Arial" w:hAnsi="Arial"/>
          <w:color w:val="5D7284"/>
          <w:sz w:val="22"/>
        </w:rPr>
        <w:t>1:28:11</w:t>
      </w:r>
    </w:p>
    <w:p>
      <w:pPr>
        <w:spacing w:after="0"/>
      </w:pPr>
      <w:r>
        <w:rPr>
          <w:rFonts w:ascii="Arial" w:hAnsi="Arial"/>
          <w:sz w:val="22"/>
        </w:rPr>
        <w:t>[laughing]</w:t>
      </w:r>
    </w:p>
    <w:p>
      <w:pPr>
        <w:spacing w:after="0"/>
      </w:pPr>
    </w:p>
    <w:p>
      <w:pPr>
        <w:spacing w:after="0"/>
      </w:pPr>
      <w:r>
        <w:rPr>
          <w:rFonts w:ascii="Arial" w:hAnsi="Arial"/>
          <w:b/>
          <w:sz w:val="22"/>
        </w:rPr>
        <w:t xml:space="preserve">Lucy  </w:t>
      </w:r>
      <w:r>
        <w:rPr>
          <w:rFonts w:ascii="Arial" w:hAnsi="Arial"/>
          <w:color w:val="5D7284"/>
          <w:sz w:val="22"/>
        </w:rPr>
        <w:t>1:28:14</w:t>
      </w:r>
    </w:p>
    <w:p>
      <w:pPr>
        <w:spacing w:after="0"/>
      </w:pPr>
      <w:r>
        <w:rPr>
          <w:rFonts w:ascii="Arial" w:hAnsi="Arial"/>
          <w:sz w:val="22"/>
        </w:rPr>
        <w:t>So you know. Liz, that's great. So can we ask you what is what does the future have in store f-for you Liz and with your magazines and editing work? Because it's really interesting to learn about that, and I think our listeners will be really interested too</w:t>
      </w:r>
    </w:p>
    <w:p>
      <w:pPr>
        <w:spacing w:after="0"/>
      </w:pPr>
    </w:p>
    <w:p>
      <w:pPr>
        <w:spacing w:after="0"/>
      </w:pPr>
      <w:r>
        <w:rPr>
          <w:rFonts w:ascii="Arial" w:hAnsi="Arial"/>
          <w:b/>
          <w:sz w:val="22"/>
        </w:rPr>
        <w:t xml:space="preserve">Liz Wright  </w:t>
      </w:r>
      <w:r>
        <w:rPr>
          <w:rFonts w:ascii="Arial" w:hAnsi="Arial"/>
          <w:color w:val="5D7284"/>
          <w:sz w:val="22"/>
        </w:rPr>
        <w:t>1:28:33</w:t>
      </w:r>
    </w:p>
    <w:p>
      <w:pPr>
        <w:spacing w:after="0"/>
      </w:pPr>
      <w:r>
        <w:rPr>
          <w:rFonts w:ascii="Arial" w:hAnsi="Arial"/>
          <w:sz w:val="22"/>
        </w:rPr>
        <w:t>Yeah, yeah, I'm very passionate about disability representation always have been actually my when I did my fine art degrees in uni in my 20s, I really focused on exploring the visual representation of disability, you know, kind of really tapping into that authentic lived experience, which I think is so so important. And like I said, I'm I'm editing three disability focus magazine. So one is called disability review magazine, which is my first experience in editing and magazine in my entire life when they rang me up and said, We want you to edit our magazine. And I'm like, you know, I've never done any editing at all before. Yes, I'm a writer. I've done some writing before, but certainly not edited. No, we want you so I was like, Who am I to say no. And, um, but you know, I'm always up for a challenge. And so I did say yes. And what I discovered is that I'm actually quite good at editing magazines and actually really, really enjoy that process of connecting with disabled writers disabled creatives, and really curating and cultivating something powerful for, for disabled people to really feel seen and reflected in in the magazines that I'm producing and editing and so disability review magazine was the first and when I started doing that, I had actually started a publication on medium called conscious being and I decided that I was that good at editing, right? Just conscious being into an actual magazine. So So I started working on that earlier this year and we launched our first issue in June. June Yeah, June and when making I know kind of Oh god, this is gone so quick already, right? It's just just yeah. overwhelming. But um, yeah. And in the meantime, while that was happening, I was asked to, to come on board with a startup magazine, not your monolith and, and they're all they're all. I see them all as very different magazines, but all important in their own right. I feel like disability review magazine is very much kind of your stereotypical kind of like lifestyle mag with, like, issues, coming back to using that word, but inspirational stories, informative pieces, advertorials, things like that, where maybe from the disability industry, you might be having people like, you know, get this chairlift, it's amazing, you'll get this, you know, this adaption in your car will make you drive even better kind of thing. Like that's very much DRM. And I love the magazine, and I love the team behind it. But it's kind of very different to to the other magazines that I edit. So not your monolith, like I mentioned earlier, is very much about employing disabled creatives, but not necessarily having that disability focus in terms of the articles. Whereas conscious being, which is the one that I created, it's very much by and for disabled women and non binary folks. So really want to just for me, with conscious being, it's so much about that authentic voice and story and getting that representation out there. And really talking about issues that that we all have not, not the whole, like what non disabled think of as disability issues. So you know, not necessarily medical, all the time or anything like that. But you know, just the day to day life crap that we all have to put up with, yeah, sometimes that we experience or the successes that we have, or, you know, for example, in issue two, which comes out in September, I did an interview with indigenous Indonesian disabled women who are doing amazing work around climate change in the global south. And now there are voices that are very, very rarely heard. I think they deserve to be heard, I think they need to be heard.</w:t>
      </w:r>
    </w:p>
    <w:p>
      <w:pPr>
        <w:spacing w:after="0"/>
      </w:pPr>
    </w:p>
    <w:p>
      <w:pPr>
        <w:spacing w:after="0"/>
      </w:pPr>
      <w:r>
        <w:rPr>
          <w:rFonts w:ascii="Arial" w:hAnsi="Arial"/>
          <w:b/>
          <w:sz w:val="22"/>
        </w:rPr>
        <w:t xml:space="preserve">Alice  </w:t>
      </w:r>
      <w:r>
        <w:rPr>
          <w:rFonts w:ascii="Arial" w:hAnsi="Arial"/>
          <w:color w:val="5D7284"/>
          <w:sz w:val="22"/>
        </w:rPr>
        <w:t>1:32:35</w:t>
      </w:r>
    </w:p>
    <w:p>
      <w:pPr>
        <w:spacing w:after="0"/>
      </w:pPr>
      <w:r>
        <w:rPr>
          <w:rFonts w:ascii="Arial" w:hAnsi="Arial"/>
          <w:sz w:val="22"/>
        </w:rPr>
        <w:t>Mmm!</w:t>
      </w:r>
    </w:p>
    <w:p>
      <w:pPr>
        <w:spacing w:after="0"/>
      </w:pPr>
    </w:p>
    <w:p>
      <w:pPr>
        <w:spacing w:after="0"/>
      </w:pPr>
      <w:r>
        <w:rPr>
          <w:rFonts w:ascii="Arial" w:hAnsi="Arial"/>
          <w:b/>
          <w:sz w:val="22"/>
        </w:rPr>
        <w:t xml:space="preserve">Liz Wright  </w:t>
      </w:r>
      <w:r>
        <w:rPr>
          <w:rFonts w:ascii="Arial" w:hAnsi="Arial"/>
          <w:color w:val="5D7284"/>
          <w:sz w:val="22"/>
        </w:rPr>
        <w:t>1:32:36</w:t>
      </w:r>
    </w:p>
    <w:p>
      <w:pPr>
        <w:spacing w:after="0"/>
      </w:pPr>
      <w:r>
        <w:rPr>
          <w:rFonts w:ascii="Arial" w:hAnsi="Arial"/>
          <w:sz w:val="22"/>
        </w:rPr>
        <w:t>Right through to Jenny Greenberg, who's written for us before who's written an amazing article about how time she spent in a psychiatric hospital, how music therapy helped her connect to her grandmother who had mental illness as well. So it's just really kind of ensuring that there's this, you know, wide range of representation and voices, and that being heard to me that that's really important. And that's the wonderful thing about being an editor is that, you know, I feel like I've had my time in the spotlight. And now it's time for me to use the platform, I have to lift up other disabled women and non binary folk, to kind of say, everyone, you need to listen to these people, because they've got something important to tell you in something important to say. And that could really challenge you. And make you question everything. Make you think about life and the way that society's structured and actually, maybe, you know, be that call to action for, for you to make positive change for for all of us. Yeah,</w:t>
      </w:r>
    </w:p>
    <w:p>
      <w:pPr>
        <w:spacing w:after="0"/>
      </w:pPr>
    </w:p>
    <w:p>
      <w:pPr>
        <w:spacing w:after="0"/>
      </w:pPr>
      <w:r>
        <w:rPr>
          <w:rFonts w:ascii="Arial" w:hAnsi="Arial"/>
          <w:b/>
          <w:sz w:val="22"/>
        </w:rPr>
        <w:t xml:space="preserve">Alice  </w:t>
      </w:r>
      <w:r>
        <w:rPr>
          <w:rFonts w:ascii="Arial" w:hAnsi="Arial"/>
          <w:color w:val="5D7284"/>
          <w:sz w:val="22"/>
        </w:rPr>
        <w:t>1:33:41</w:t>
      </w:r>
    </w:p>
    <w:p>
      <w:pPr>
        <w:spacing w:after="0"/>
      </w:pPr>
      <w:r>
        <w:rPr>
          <w:rFonts w:ascii="Arial" w:hAnsi="Arial"/>
          <w:sz w:val="22"/>
        </w:rPr>
        <w:t>I think that's really cool. And you you can subscribe, pay subscription for the conscious being can't use that. You can. Yeah,</w:t>
      </w:r>
    </w:p>
    <w:p>
      <w:pPr>
        <w:spacing w:after="0"/>
      </w:pPr>
    </w:p>
    <w:p>
      <w:pPr>
        <w:spacing w:after="0"/>
      </w:pPr>
      <w:r>
        <w:rPr>
          <w:rFonts w:ascii="Arial" w:hAnsi="Arial"/>
          <w:b/>
          <w:sz w:val="22"/>
        </w:rPr>
        <w:t xml:space="preserve">Liz Wright  </w:t>
      </w:r>
      <w:r>
        <w:rPr>
          <w:rFonts w:ascii="Arial" w:hAnsi="Arial"/>
          <w:color w:val="5D7284"/>
          <w:sz w:val="22"/>
        </w:rPr>
        <w:t>1:33:49</w:t>
      </w:r>
    </w:p>
    <w:p>
      <w:pPr>
        <w:spacing w:after="0"/>
      </w:pPr>
      <w:r>
        <w:rPr>
          <w:rFonts w:ascii="Arial" w:hAnsi="Arial"/>
          <w:sz w:val="22"/>
        </w:rPr>
        <w:t xml:space="preserve">yeah. So that's, um, </w:t>
      </w:r>
    </w:p>
    <w:p>
      <w:pPr>
        <w:spacing w:after="0"/>
      </w:pPr>
    </w:p>
    <w:p>
      <w:pPr>
        <w:spacing w:after="0"/>
      </w:pPr>
      <w:r>
        <w:rPr>
          <w:rFonts w:ascii="Arial" w:hAnsi="Arial"/>
          <w:b/>
          <w:sz w:val="22"/>
        </w:rPr>
        <w:t xml:space="preserve">Lucy  </w:t>
      </w:r>
      <w:r>
        <w:rPr>
          <w:rFonts w:ascii="Arial" w:hAnsi="Arial"/>
          <w:color w:val="5D7284"/>
          <w:sz w:val="22"/>
        </w:rPr>
        <w:t>1:33:51</w:t>
      </w:r>
    </w:p>
    <w:p>
      <w:pPr>
        <w:spacing w:after="0"/>
      </w:pPr>
      <w:r>
        <w:rPr>
          <w:rFonts w:ascii="Arial" w:hAnsi="Arial"/>
          <w:sz w:val="22"/>
        </w:rPr>
        <w:t>We'll put all the</w:t>
      </w:r>
    </w:p>
    <w:p>
      <w:pPr>
        <w:spacing w:after="0"/>
      </w:pPr>
    </w:p>
    <w:p>
      <w:pPr>
        <w:spacing w:after="0"/>
      </w:pPr>
      <w:r>
        <w:rPr>
          <w:rFonts w:ascii="Arial" w:hAnsi="Arial"/>
          <w:b/>
          <w:sz w:val="22"/>
        </w:rPr>
        <w:t xml:space="preserve">Liz Wright  </w:t>
      </w:r>
      <w:r>
        <w:rPr>
          <w:rFonts w:ascii="Arial" w:hAnsi="Arial"/>
          <w:color w:val="5D7284"/>
          <w:sz w:val="22"/>
        </w:rPr>
        <w:t>1:33:52</w:t>
      </w:r>
    </w:p>
    <w:p>
      <w:pPr>
        <w:spacing w:after="0"/>
      </w:pPr>
      <w:r>
        <w:rPr>
          <w:rFonts w:ascii="Arial" w:hAnsi="Arial"/>
          <w:sz w:val="22"/>
        </w:rPr>
        <w:t xml:space="preserve">Yeah, ah that. </w:t>
      </w:r>
    </w:p>
    <w:p>
      <w:pPr>
        <w:spacing w:after="0"/>
      </w:pPr>
    </w:p>
    <w:p>
      <w:pPr>
        <w:spacing w:after="0"/>
      </w:pPr>
      <w:r>
        <w:rPr>
          <w:rFonts w:ascii="Arial" w:hAnsi="Arial"/>
          <w:b/>
          <w:sz w:val="22"/>
        </w:rPr>
        <w:t xml:space="preserve">Lucy  </w:t>
      </w:r>
      <w:r>
        <w:rPr>
          <w:rFonts w:ascii="Arial" w:hAnsi="Arial"/>
          <w:color w:val="5D7284"/>
          <w:sz w:val="22"/>
        </w:rPr>
        <w:t>1:33:54</w:t>
      </w:r>
    </w:p>
    <w:p>
      <w:pPr>
        <w:spacing w:after="0"/>
      </w:pPr>
      <w:r>
        <w:rPr>
          <w:rFonts w:ascii="Arial" w:hAnsi="Arial"/>
          <w:sz w:val="22"/>
        </w:rPr>
        <w:t>Yeah, we'll put all the details on our episode guide.</w:t>
      </w:r>
    </w:p>
    <w:p>
      <w:pPr>
        <w:spacing w:after="0"/>
      </w:pPr>
    </w:p>
    <w:p>
      <w:pPr>
        <w:spacing w:after="0"/>
      </w:pPr>
      <w:r>
        <w:rPr>
          <w:rFonts w:ascii="Arial" w:hAnsi="Arial"/>
          <w:b/>
          <w:sz w:val="22"/>
        </w:rPr>
        <w:t xml:space="preserve">Alice  </w:t>
      </w:r>
      <w:r>
        <w:rPr>
          <w:rFonts w:ascii="Arial" w:hAnsi="Arial"/>
          <w:color w:val="5D7284"/>
          <w:sz w:val="22"/>
        </w:rPr>
        <w:t>1:33:57</w:t>
      </w:r>
    </w:p>
    <w:p>
      <w:pPr>
        <w:spacing w:after="0"/>
      </w:pPr>
      <w:r>
        <w:rPr>
          <w:rFonts w:ascii="Arial" w:hAnsi="Arial"/>
          <w:sz w:val="22"/>
        </w:rPr>
        <w:t>Yeah</w:t>
      </w:r>
    </w:p>
    <w:p>
      <w:pPr>
        <w:spacing w:after="0"/>
      </w:pPr>
    </w:p>
    <w:p>
      <w:pPr>
        <w:spacing w:after="0"/>
      </w:pPr>
      <w:r>
        <w:rPr>
          <w:rFonts w:ascii="Arial" w:hAnsi="Arial"/>
          <w:b/>
          <w:sz w:val="22"/>
        </w:rPr>
        <w:t xml:space="preserve">Liz Wright  </w:t>
      </w:r>
      <w:r>
        <w:rPr>
          <w:rFonts w:ascii="Arial" w:hAnsi="Arial"/>
          <w:color w:val="5D7284"/>
          <w:sz w:val="22"/>
        </w:rPr>
        <w:t>1:33:57</w:t>
      </w:r>
    </w:p>
    <w:p>
      <w:pPr>
        <w:spacing w:after="0"/>
      </w:pPr>
      <w:r>
        <w:rPr>
          <w:rFonts w:ascii="Arial" w:hAnsi="Arial"/>
          <w:sz w:val="22"/>
        </w:rPr>
        <w:t>Oh that would be awesome. Thanks. Thanks, Alice. Thanks. Lucy. And the I mean, the exciting thing with conscious being is we did a poll the other day on social media and apparently people want a print version. So keep your eyes peeled. We'll be doing a print version soon!</w:t>
      </w:r>
    </w:p>
    <w:p>
      <w:pPr>
        <w:spacing w:after="0"/>
      </w:pPr>
    </w:p>
    <w:p>
      <w:pPr>
        <w:spacing w:after="0"/>
      </w:pPr>
      <w:r>
        <w:rPr>
          <w:rFonts w:ascii="Arial" w:hAnsi="Arial"/>
          <w:b/>
          <w:sz w:val="22"/>
        </w:rPr>
        <w:t xml:space="preserve">Alice  </w:t>
      </w:r>
      <w:r>
        <w:rPr>
          <w:rFonts w:ascii="Arial" w:hAnsi="Arial"/>
          <w:color w:val="5D7284"/>
          <w:sz w:val="22"/>
        </w:rPr>
        <w:t>1:34:12</w:t>
      </w:r>
    </w:p>
    <w:p>
      <w:pPr>
        <w:spacing w:after="0"/>
      </w:pPr>
      <w:r>
        <w:rPr>
          <w:rFonts w:ascii="Arial" w:hAnsi="Arial"/>
          <w:sz w:val="22"/>
        </w:rPr>
        <w:t>Amazing!</w:t>
      </w:r>
    </w:p>
    <w:p>
      <w:pPr>
        <w:spacing w:after="0"/>
      </w:pPr>
    </w:p>
    <w:p>
      <w:pPr>
        <w:spacing w:after="0"/>
      </w:pPr>
      <w:r>
        <w:rPr>
          <w:rFonts w:ascii="Arial" w:hAnsi="Arial"/>
          <w:b/>
          <w:sz w:val="22"/>
        </w:rPr>
        <w:t xml:space="preserve">Lucy  </w:t>
      </w:r>
      <w:r>
        <w:rPr>
          <w:rFonts w:ascii="Arial" w:hAnsi="Arial"/>
          <w:color w:val="5D7284"/>
          <w:sz w:val="22"/>
        </w:rPr>
        <w:t>1:34:12</w:t>
      </w:r>
    </w:p>
    <w:p>
      <w:pPr>
        <w:spacing w:after="0"/>
      </w:pPr>
      <w:r>
        <w:rPr>
          <w:rFonts w:ascii="Arial" w:hAnsi="Arial"/>
          <w:sz w:val="22"/>
        </w:rPr>
        <w:t>Well if you want if you want some cover stars</w:t>
      </w:r>
    </w:p>
    <w:p>
      <w:pPr>
        <w:spacing w:after="0"/>
      </w:pPr>
    </w:p>
    <w:p>
      <w:pPr>
        <w:spacing w:after="0"/>
      </w:pPr>
      <w:r>
        <w:rPr>
          <w:rFonts w:ascii="Arial" w:hAnsi="Arial"/>
          <w:b/>
          <w:sz w:val="22"/>
        </w:rPr>
        <w:t xml:space="preserve">Alice  </w:t>
      </w:r>
      <w:r>
        <w:rPr>
          <w:rFonts w:ascii="Arial" w:hAnsi="Arial"/>
          <w:color w:val="5D7284"/>
          <w:sz w:val="22"/>
        </w:rPr>
        <w:t>1:34:17</w:t>
      </w:r>
    </w:p>
    <w:p>
      <w:pPr>
        <w:spacing w:after="0"/>
      </w:pPr>
      <w:r>
        <w:rPr>
          <w:rFonts w:ascii="Arial" w:hAnsi="Arial"/>
          <w:sz w:val="22"/>
        </w:rPr>
        <w:t>[laughs]</w:t>
      </w:r>
    </w:p>
    <w:p>
      <w:pPr>
        <w:spacing w:after="0"/>
      </w:pPr>
    </w:p>
    <w:p>
      <w:pPr>
        <w:spacing w:after="0"/>
      </w:pPr>
      <w:r>
        <w:rPr>
          <w:rFonts w:ascii="Arial" w:hAnsi="Arial"/>
          <w:b/>
          <w:sz w:val="22"/>
        </w:rPr>
        <w:t xml:space="preserve">Liz Wright  </w:t>
      </w:r>
      <w:r>
        <w:rPr>
          <w:rFonts w:ascii="Arial" w:hAnsi="Arial"/>
          <w:color w:val="5D7284"/>
          <w:sz w:val="22"/>
        </w:rPr>
        <w:t>1:34:17</w:t>
      </w:r>
    </w:p>
    <w:p>
      <w:pPr>
        <w:spacing w:after="0"/>
      </w:pPr>
      <w:r>
        <w:rPr>
          <w:rFonts w:ascii="Arial" w:hAnsi="Arial"/>
          <w:sz w:val="22"/>
        </w:rPr>
        <w:t>I've already got you guys down I'm I am I will admit, I'll be honest, I am actually reviewing the dope black I'm disabled podcast for this second issue. But your podcast is definitely going to be reviewed for a third issue. You're on the list!</w:t>
      </w:r>
    </w:p>
    <w:p>
      <w:pPr>
        <w:spacing w:after="0"/>
      </w:pPr>
    </w:p>
    <w:p>
      <w:pPr>
        <w:spacing w:after="0"/>
      </w:pPr>
      <w:r>
        <w:rPr>
          <w:rFonts w:ascii="Arial" w:hAnsi="Arial"/>
          <w:b/>
          <w:sz w:val="22"/>
        </w:rPr>
        <w:t xml:space="preserve">Lucy  </w:t>
      </w:r>
      <w:r>
        <w:rPr>
          <w:rFonts w:ascii="Arial" w:hAnsi="Arial"/>
          <w:color w:val="5D7284"/>
          <w:sz w:val="22"/>
        </w:rPr>
        <w:t>1:34:34</w:t>
      </w:r>
    </w:p>
    <w:p>
      <w:pPr>
        <w:spacing w:after="0"/>
      </w:pPr>
      <w:r>
        <w:rPr>
          <w:rFonts w:ascii="Arial" w:hAnsi="Arial"/>
          <w:sz w:val="22"/>
        </w:rPr>
        <w:t>Can't wait for that! Liz It's been absolutely a joy to speak to you. I feel no longer frightened of Paralympians. I'm not comparing myself to Paralympian anymore. It's brilliant.</w:t>
      </w:r>
    </w:p>
    <w:p>
      <w:pPr>
        <w:spacing w:after="0"/>
      </w:pPr>
    </w:p>
    <w:p>
      <w:pPr>
        <w:spacing w:after="0"/>
      </w:pPr>
      <w:r>
        <w:rPr>
          <w:rFonts w:ascii="Arial" w:hAnsi="Arial"/>
          <w:b/>
          <w:sz w:val="22"/>
        </w:rPr>
        <w:t xml:space="preserve">Liz Wright  </w:t>
      </w:r>
      <w:r>
        <w:rPr>
          <w:rFonts w:ascii="Arial" w:hAnsi="Arial"/>
          <w:color w:val="5D7284"/>
          <w:sz w:val="22"/>
        </w:rPr>
        <w:t>1:34:49</w:t>
      </w:r>
    </w:p>
    <w:p>
      <w:pPr>
        <w:spacing w:after="0"/>
      </w:pPr>
      <w:r>
        <w:rPr>
          <w:rFonts w:ascii="Arial" w:hAnsi="Arial"/>
          <w:sz w:val="22"/>
        </w:rPr>
        <w:t xml:space="preserve">We're not scary! </w:t>
      </w:r>
    </w:p>
    <w:p>
      <w:pPr>
        <w:spacing w:after="0"/>
      </w:pPr>
    </w:p>
    <w:p>
      <w:pPr>
        <w:spacing w:after="0"/>
      </w:pPr>
      <w:r>
        <w:rPr>
          <w:rFonts w:ascii="Arial" w:hAnsi="Arial"/>
          <w:b/>
          <w:sz w:val="22"/>
        </w:rPr>
        <w:t xml:space="preserve">Lucy  </w:t>
      </w:r>
      <w:r>
        <w:rPr>
          <w:rFonts w:ascii="Arial" w:hAnsi="Arial"/>
          <w:color w:val="5D7284"/>
          <w:sz w:val="22"/>
        </w:rPr>
        <w:t>1:34:51</w:t>
      </w:r>
    </w:p>
    <w:p>
      <w:pPr>
        <w:spacing w:after="0"/>
      </w:pPr>
      <w:r>
        <w:rPr>
          <w:rFonts w:ascii="Arial" w:hAnsi="Arial"/>
          <w:sz w:val="22"/>
        </w:rPr>
        <w:t>It's, not, not scary at all! I think Alice has calmed down now, erm...</w:t>
      </w:r>
    </w:p>
    <w:p>
      <w:pPr>
        <w:spacing w:after="0"/>
      </w:pPr>
    </w:p>
    <w:p>
      <w:pPr>
        <w:spacing w:after="0"/>
      </w:pPr>
      <w:r>
        <w:rPr>
          <w:rFonts w:ascii="Arial" w:hAnsi="Arial"/>
          <w:b/>
          <w:sz w:val="22"/>
        </w:rPr>
        <w:t xml:space="preserve">Alice  </w:t>
      </w:r>
      <w:r>
        <w:rPr>
          <w:rFonts w:ascii="Arial" w:hAnsi="Arial"/>
          <w:color w:val="5D7284"/>
          <w:sz w:val="22"/>
        </w:rPr>
        <w:t>1:34:54</w:t>
      </w:r>
    </w:p>
    <w:p>
      <w:pPr>
        <w:spacing w:after="0"/>
      </w:pPr>
      <w:r>
        <w:rPr>
          <w:rFonts w:ascii="Arial" w:hAnsi="Arial"/>
          <w:sz w:val="22"/>
        </w:rPr>
        <w:t>Yeah I have, I have. Sorry, I didn't mean to sound like a weird crazy stalker.</w:t>
      </w:r>
    </w:p>
    <w:p>
      <w:pPr>
        <w:spacing w:after="0"/>
      </w:pPr>
    </w:p>
    <w:p>
      <w:pPr>
        <w:spacing w:after="0"/>
      </w:pPr>
      <w:r>
        <w:rPr>
          <w:rFonts w:ascii="Arial" w:hAnsi="Arial"/>
          <w:b/>
          <w:sz w:val="22"/>
        </w:rPr>
        <w:t xml:space="preserve">Lucy  </w:t>
      </w:r>
      <w:r>
        <w:rPr>
          <w:rFonts w:ascii="Arial" w:hAnsi="Arial"/>
          <w:color w:val="5D7284"/>
          <w:sz w:val="22"/>
        </w:rPr>
        <w:t>1:34:58</w:t>
      </w:r>
    </w:p>
    <w:p>
      <w:pPr>
        <w:spacing w:after="0"/>
      </w:pPr>
      <w:r>
        <w:rPr>
          <w:rFonts w:ascii="Arial" w:hAnsi="Arial"/>
          <w:sz w:val="22"/>
        </w:rPr>
        <w:t xml:space="preserve">I I would check your bins... </w:t>
      </w:r>
    </w:p>
    <w:p>
      <w:pPr>
        <w:spacing w:after="0"/>
      </w:pPr>
    </w:p>
    <w:p>
      <w:pPr>
        <w:spacing w:after="0"/>
      </w:pPr>
      <w:r>
        <w:rPr>
          <w:rFonts w:ascii="Arial" w:hAnsi="Arial"/>
          <w:b/>
          <w:sz w:val="22"/>
        </w:rPr>
        <w:t xml:space="preserve">Alice  </w:t>
      </w:r>
      <w:r>
        <w:rPr>
          <w:rFonts w:ascii="Arial" w:hAnsi="Arial"/>
          <w:color w:val="5D7284"/>
          <w:sz w:val="22"/>
        </w:rPr>
        <w:t>1:35:00</w:t>
      </w:r>
    </w:p>
    <w:p>
      <w:pPr>
        <w:spacing w:after="0"/>
      </w:pPr>
      <w:r>
        <w:rPr>
          <w:rFonts w:ascii="Arial" w:hAnsi="Arial"/>
          <w:sz w:val="22"/>
        </w:rPr>
        <w:t>[laughs]</w:t>
      </w:r>
    </w:p>
    <w:p>
      <w:pPr>
        <w:spacing w:after="0"/>
      </w:pPr>
    </w:p>
    <w:p>
      <w:pPr>
        <w:spacing w:after="0"/>
      </w:pPr>
      <w:r>
        <w:rPr>
          <w:rFonts w:ascii="Arial" w:hAnsi="Arial"/>
          <w:b/>
          <w:sz w:val="22"/>
        </w:rPr>
        <w:t xml:space="preserve">Liz Wright  </w:t>
      </w:r>
      <w:r>
        <w:rPr>
          <w:rFonts w:ascii="Arial" w:hAnsi="Arial"/>
          <w:color w:val="5D7284"/>
          <w:sz w:val="22"/>
        </w:rPr>
        <w:t>1:35:00</w:t>
      </w:r>
    </w:p>
    <w:p>
      <w:pPr>
        <w:spacing w:after="0"/>
      </w:pPr>
      <w:r>
        <w:rPr>
          <w:rFonts w:ascii="Arial" w:hAnsi="Arial"/>
          <w:sz w:val="22"/>
        </w:rPr>
        <w:t>It's fine Alice, it's fine. I'm going to go change number now.</w:t>
      </w:r>
    </w:p>
    <w:p>
      <w:pPr>
        <w:spacing w:after="0"/>
      </w:pPr>
    </w:p>
    <w:p>
      <w:pPr>
        <w:spacing w:after="0"/>
      </w:pPr>
      <w:r>
        <w:rPr>
          <w:rFonts w:ascii="Arial" w:hAnsi="Arial"/>
          <w:b/>
          <w:sz w:val="22"/>
        </w:rPr>
        <w:t xml:space="preserve">Lucy  </w:t>
      </w:r>
      <w:r>
        <w:rPr>
          <w:rFonts w:ascii="Arial" w:hAnsi="Arial"/>
          <w:color w:val="5D7284"/>
          <w:sz w:val="22"/>
        </w:rPr>
        <w:t>1:35:03</w:t>
      </w:r>
    </w:p>
    <w:p>
      <w:pPr>
        <w:spacing w:after="0"/>
      </w:pPr>
      <w:r>
        <w:rPr>
          <w:rFonts w:ascii="Arial" w:hAnsi="Arial"/>
          <w:sz w:val="22"/>
        </w:rPr>
        <w:t>I would check your bins before you go to bed...  [laughs] Change your email address. No. Check. Check your bins before you go to bed just in case she's in there.</w:t>
      </w:r>
    </w:p>
    <w:p>
      <w:pPr>
        <w:spacing w:after="0"/>
      </w:pPr>
    </w:p>
    <w:p>
      <w:pPr>
        <w:spacing w:after="0"/>
      </w:pPr>
      <w:r>
        <w:rPr>
          <w:rFonts w:ascii="Arial" w:hAnsi="Arial"/>
          <w:b/>
          <w:sz w:val="22"/>
        </w:rPr>
        <w:t xml:space="preserve">Liz Wright  </w:t>
      </w:r>
      <w:r>
        <w:rPr>
          <w:rFonts w:ascii="Arial" w:hAnsi="Arial"/>
          <w:color w:val="5D7284"/>
          <w:sz w:val="22"/>
        </w:rPr>
        <w:t>1:35:15</w:t>
      </w:r>
    </w:p>
    <w:p>
      <w:pPr>
        <w:spacing w:after="0"/>
      </w:pPr>
      <w:r>
        <w:rPr>
          <w:rFonts w:ascii="Arial" w:hAnsi="Arial"/>
          <w:sz w:val="22"/>
        </w:rPr>
        <w:t xml:space="preserve">[laughs] I did mention I lived in Leeds, right? </w:t>
      </w:r>
    </w:p>
    <w:p>
      <w:pPr>
        <w:spacing w:after="0"/>
      </w:pPr>
    </w:p>
    <w:p>
      <w:pPr>
        <w:spacing w:after="0"/>
      </w:pPr>
      <w:r>
        <w:rPr>
          <w:rFonts w:ascii="Arial" w:hAnsi="Arial"/>
          <w:b/>
          <w:sz w:val="22"/>
        </w:rPr>
        <w:t xml:space="preserve">all  </w:t>
      </w:r>
      <w:r>
        <w:rPr>
          <w:rFonts w:ascii="Arial" w:hAnsi="Arial"/>
          <w:color w:val="5D7284"/>
          <w:sz w:val="22"/>
        </w:rPr>
        <w:t>1:35:21</w:t>
      </w:r>
    </w:p>
    <w:p>
      <w:pPr>
        <w:spacing w:after="0"/>
      </w:pPr>
      <w:r>
        <w:rPr>
          <w:rFonts w:ascii="Arial" w:hAnsi="Arial"/>
          <w:sz w:val="22"/>
        </w:rPr>
        <w:t>[laughing]</w:t>
      </w:r>
    </w:p>
    <w:p>
      <w:pPr>
        <w:spacing w:after="0"/>
      </w:pPr>
    </w:p>
    <w:p>
      <w:pPr>
        <w:spacing w:after="0"/>
      </w:pPr>
      <w:r>
        <w:rPr>
          <w:rFonts w:ascii="Arial" w:hAnsi="Arial"/>
          <w:b/>
          <w:sz w:val="22"/>
        </w:rPr>
        <w:t xml:space="preserve">Lucy  </w:t>
      </w:r>
      <w:r>
        <w:rPr>
          <w:rFonts w:ascii="Arial" w:hAnsi="Arial"/>
          <w:color w:val="5D7284"/>
          <w:sz w:val="22"/>
        </w:rPr>
        <w:t>1:35:22</w:t>
      </w:r>
    </w:p>
    <w:p>
      <w:pPr>
        <w:spacing w:after="0"/>
      </w:pPr>
      <w:r>
        <w:rPr>
          <w:rFonts w:ascii="Arial" w:hAnsi="Arial"/>
          <w:sz w:val="22"/>
        </w:rPr>
        <w:t xml:space="preserve">Thank you so much for your time today Liz. It's been an absolute joy and a pleasure. </w:t>
      </w:r>
    </w:p>
    <w:p>
      <w:pPr>
        <w:spacing w:after="0"/>
      </w:pPr>
    </w:p>
    <w:p>
      <w:pPr>
        <w:spacing w:after="0"/>
      </w:pPr>
      <w:r>
        <w:rPr>
          <w:rFonts w:ascii="Arial" w:hAnsi="Arial"/>
          <w:b/>
          <w:sz w:val="22"/>
        </w:rPr>
        <w:t xml:space="preserve">Liz Wright  </w:t>
      </w:r>
      <w:r>
        <w:rPr>
          <w:rFonts w:ascii="Arial" w:hAnsi="Arial"/>
          <w:color w:val="5D7284"/>
          <w:sz w:val="22"/>
        </w:rPr>
        <w:t>1:35:26</w:t>
      </w:r>
    </w:p>
    <w:p>
      <w:pPr>
        <w:spacing w:after="0"/>
      </w:pPr>
      <w:r>
        <w:rPr>
          <w:rFonts w:ascii="Arial" w:hAnsi="Arial"/>
          <w:sz w:val="22"/>
        </w:rPr>
        <w:t>Oh thank you. Thank you, Lucy. Thank you, Alice so much. It's been so much fun. chatting with you both and actually getting to speak to you face to face like social media is amazing, but nothing beats this right.</w:t>
      </w:r>
    </w:p>
    <w:p>
      <w:pPr>
        <w:spacing w:after="0"/>
      </w:pPr>
    </w:p>
    <w:p>
      <w:pPr>
        <w:spacing w:after="0"/>
      </w:pPr>
      <w:r>
        <w:rPr>
          <w:rFonts w:ascii="Arial" w:hAnsi="Arial"/>
          <w:b/>
          <w:sz w:val="22"/>
        </w:rPr>
        <w:t xml:space="preserve">Lucy  </w:t>
      </w:r>
      <w:r>
        <w:rPr>
          <w:rFonts w:ascii="Arial" w:hAnsi="Arial"/>
          <w:color w:val="5D7284"/>
          <w:sz w:val="22"/>
        </w:rPr>
        <w:t>1:35:37</w:t>
      </w:r>
    </w:p>
    <w:p>
      <w:pPr>
        <w:spacing w:after="0"/>
      </w:pPr>
      <w:r>
        <w:rPr>
          <w:rFonts w:ascii="Arial" w:hAnsi="Arial"/>
          <w:sz w:val="22"/>
        </w:rPr>
        <w:t>Yeah, yeah exactly.</w:t>
      </w:r>
    </w:p>
    <w:p>
      <w:pPr>
        <w:spacing w:after="0"/>
      </w:pPr>
    </w:p>
    <w:p>
      <w:pPr>
        <w:spacing w:after="0"/>
      </w:pPr>
      <w:r>
        <w:rPr>
          <w:rFonts w:ascii="Arial" w:hAnsi="Arial"/>
          <w:b/>
          <w:sz w:val="22"/>
        </w:rPr>
        <w:t xml:space="preserve">Alice  </w:t>
      </w:r>
      <w:r>
        <w:rPr>
          <w:rFonts w:ascii="Arial" w:hAnsi="Arial"/>
          <w:color w:val="5D7284"/>
          <w:sz w:val="22"/>
        </w:rPr>
        <w:t>1:35:40</w:t>
      </w:r>
    </w:p>
    <w:p>
      <w:pPr>
        <w:spacing w:after="0"/>
      </w:pPr>
      <w:r>
        <w:rPr>
          <w:rFonts w:ascii="Arial" w:hAnsi="Arial"/>
          <w:sz w:val="22"/>
        </w:rPr>
        <w:t>And, guys, if you've enjoyed this week's episode, please make sure that you go off and you rate and review and subscribe. You can donate to our GoFundMe and tell your friends and all of those things because we want everybody to hear what we've got to say. I think that's that's done Luce.</w:t>
      </w:r>
    </w:p>
    <w:p>
      <w:pPr>
        <w:spacing w:after="0"/>
      </w:pPr>
    </w:p>
    <w:p>
      <w:pPr>
        <w:spacing w:after="0"/>
      </w:pPr>
      <w:r>
        <w:rPr>
          <w:rFonts w:ascii="Arial" w:hAnsi="Arial"/>
          <w:b/>
          <w:sz w:val="22"/>
        </w:rPr>
        <w:t xml:space="preserve">Lucy  </w:t>
      </w:r>
      <w:r>
        <w:rPr>
          <w:rFonts w:ascii="Arial" w:hAnsi="Arial"/>
          <w:color w:val="5D7284"/>
          <w:sz w:val="22"/>
        </w:rPr>
        <w:t>1:36:01</w:t>
      </w:r>
    </w:p>
    <w:p>
      <w:pPr>
        <w:spacing w:after="0"/>
      </w:pPr>
      <w:r>
        <w:rPr>
          <w:rFonts w:ascii="Arial" w:hAnsi="Arial"/>
          <w:sz w:val="22"/>
        </w:rPr>
        <w:t>I think so. I'm gonna go to the pub now.</w:t>
      </w:r>
    </w:p>
    <w:p>
      <w:pPr>
        <w:spacing w:after="0"/>
      </w:pPr>
    </w:p>
    <w:p>
      <w:pPr>
        <w:spacing w:after="0"/>
      </w:pPr>
      <w:r>
        <w:rPr>
          <w:rFonts w:ascii="Arial" w:hAnsi="Arial"/>
          <w:b/>
          <w:sz w:val="22"/>
        </w:rPr>
        <w:t xml:space="preserve">Alice  </w:t>
      </w:r>
      <w:r>
        <w:rPr>
          <w:rFonts w:ascii="Arial" w:hAnsi="Arial"/>
          <w:color w:val="5D7284"/>
          <w:sz w:val="22"/>
        </w:rPr>
        <w:t>1:36:03</w:t>
      </w:r>
    </w:p>
    <w:p>
      <w:pPr>
        <w:spacing w:after="0"/>
      </w:pPr>
      <w:r>
        <w:rPr>
          <w:rFonts w:ascii="Arial" w:hAnsi="Arial"/>
          <w:sz w:val="22"/>
        </w:rPr>
        <w:t>Very nice. Have fun.</w:t>
      </w:r>
    </w:p>
    <w:p>
      <w:pPr>
        <w:spacing w:after="0"/>
      </w:pPr>
    </w:p>
    <w:p>
      <w:pPr>
        <w:spacing w:after="0"/>
      </w:pPr>
      <w:r>
        <w:rPr>
          <w:rFonts w:ascii="Arial" w:hAnsi="Arial"/>
          <w:b/>
          <w:sz w:val="22"/>
        </w:rPr>
        <w:t xml:space="preserve">Lucy  </w:t>
      </w:r>
      <w:r>
        <w:rPr>
          <w:rFonts w:ascii="Arial" w:hAnsi="Arial"/>
          <w:color w:val="5D7284"/>
          <w:sz w:val="22"/>
        </w:rPr>
        <w:t>1:36:04</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1:36:05</w:t>
      </w:r>
    </w:p>
    <w:p>
      <w:pPr>
        <w:spacing w:after="0"/>
      </w:pPr>
      <w:r>
        <w:rPr>
          <w:rFonts w:ascii="Arial" w:hAnsi="Arial"/>
          <w:sz w:val="22"/>
        </w:rPr>
        <w:t>All right. We'll see everybody next time.</w:t>
      </w:r>
    </w:p>
    <w:p>
      <w:pPr>
        <w:spacing w:after="0"/>
      </w:pPr>
    </w:p>
    <w:p>
      <w:pPr>
        <w:spacing w:after="0"/>
      </w:pPr>
      <w:r>
        <w:rPr>
          <w:rFonts w:ascii="Arial" w:hAnsi="Arial"/>
          <w:b/>
          <w:sz w:val="22"/>
        </w:rPr>
        <w:t xml:space="preserve">Alice Evans &amp; Lucy Wood  </w:t>
      </w:r>
      <w:r>
        <w:rPr>
          <w:rFonts w:ascii="Arial" w:hAnsi="Arial"/>
          <w:color w:val="5D7284"/>
          <w:sz w:val="22"/>
        </w:rPr>
        <w:t>1:36:08</w:t>
      </w:r>
    </w:p>
    <w:p>
      <w:pPr>
        <w:spacing w:after="0"/>
      </w:pPr>
      <w:r>
        <w:rPr>
          <w:rFonts w:ascii="Arial" w:hAnsi="Arial"/>
          <w:sz w:val="22"/>
        </w:rPr>
        <w:t>Bye!</w:t>
      </w:r>
    </w:p>
    <w:p>
      <w:pPr>
        <w:spacing w:after="0"/>
      </w:pPr>
    </w:p>
    <w:p>
      <w:pPr>
        <w:spacing w:after="0"/>
      </w:pPr>
      <w:r>
        <w:rPr>
          <w:rFonts w:ascii="Arial" w:hAnsi="Arial"/>
          <w:b/>
          <w:sz w:val="22"/>
        </w:rPr>
        <w:t xml:space="preserve">Alice  </w:t>
      </w:r>
      <w:r>
        <w:rPr>
          <w:rFonts w:ascii="Arial" w:hAnsi="Arial"/>
          <w:color w:val="5D7284"/>
          <w:sz w:val="22"/>
        </w:rPr>
        <w:t>1:36:13</w:t>
      </w:r>
    </w:p>
    <w:p>
      <w:pPr>
        <w:spacing w:after="0"/>
      </w:pPr>
      <w:r>
        <w:rPr>
          <w:rFonts w:ascii="Arial" w:hAnsi="Arial"/>
          <w:sz w:val="22"/>
        </w:rPr>
        <w:t>Thanks for listening to the lABLEd podcast. If you like the show, please rate review and subscribe.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1:36:23</w:t>
      </w:r>
    </w:p>
    <w:p>
      <w:pPr>
        <w:spacing w:after="0"/>
      </w:pPr>
      <w:r>
        <w:rPr>
          <w:rFonts w:ascii="Arial" w:hAnsi="Arial"/>
          <w:sz w:val="22"/>
        </w:rPr>
        <w:t>Our thanks go to our editor Adam Hall, our music composer paisy Crunden and graphic designers Sarah Colley..</w:t>
      </w:r>
    </w:p>
    <w:p>
      <w:pPr>
        <w:spacing w:after="0"/>
      </w:pPr>
    </w:p>
    <w:p>
      <w:pPr>
        <w:spacing w:after="0"/>
      </w:pPr>
      <w:r>
        <w:rPr>
          <w:rFonts w:ascii="Arial" w:hAnsi="Arial"/>
          <w:b/>
          <w:sz w:val="22"/>
        </w:rPr>
        <w:t xml:space="preserve">Alice Evans &amp; Lucy Wood  </w:t>
      </w:r>
      <w:r>
        <w:rPr>
          <w:rFonts w:ascii="Arial" w:hAnsi="Arial"/>
          <w:color w:val="5D7284"/>
          <w:sz w:val="22"/>
        </w:rPr>
        <w:t>1:36:32</w:t>
      </w:r>
    </w:p>
    <w:p>
      <w:pPr>
        <w:spacing w:after="0"/>
      </w:pPr>
      <w:r>
        <w:rPr>
          <w:rFonts w:ascii="Arial" w:hAnsi="Arial"/>
          <w:sz w:val="22"/>
        </w:rPr>
        <w:t>We'll see you next time!</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