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4E3706" w14:textId="2911F772" w:rsidR="00991E93" w:rsidRPr="009210F4" w:rsidRDefault="00F7615C" w:rsidP="009210F4">
      <w:pPr>
        <w:pStyle w:val="NoSpacing"/>
        <w:rPr>
          <w:rFonts w:asciiTheme="majorHAnsi" w:hAnsiTheme="majorHAnsi" w:cstheme="majorHAnsi"/>
          <w:b/>
          <w:bCs/>
        </w:rPr>
      </w:pPr>
      <w:r w:rsidRPr="009210F4">
        <w:rPr>
          <w:rFonts w:asciiTheme="majorHAnsi" w:hAnsiTheme="majorHAnsi" w:cstheme="majorHAnsi"/>
          <w:b/>
          <w:bCs/>
        </w:rPr>
        <w:t xml:space="preserve">lABLEd podcast black History Month 2021 - History Lesson </w:t>
      </w:r>
    </w:p>
    <w:p w14:paraId="41A1B9D2" w14:textId="77777777" w:rsidR="00991E93" w:rsidRPr="009210F4" w:rsidRDefault="00991E93" w:rsidP="009210F4">
      <w:pPr>
        <w:pStyle w:val="NoSpacing"/>
        <w:rPr>
          <w:rFonts w:asciiTheme="majorHAnsi" w:hAnsiTheme="majorHAnsi" w:cstheme="majorHAnsi"/>
        </w:rPr>
      </w:pPr>
    </w:p>
    <w:p w14:paraId="7462828E" w14:textId="5912303E"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Lucy</w:t>
      </w:r>
      <w:r w:rsidR="00D23E9C" w:rsidRPr="009210F4">
        <w:rPr>
          <w:rFonts w:asciiTheme="majorHAnsi" w:hAnsiTheme="majorHAnsi" w:cstheme="majorHAnsi"/>
        </w:rPr>
        <w:t xml:space="preserve"> </w:t>
      </w:r>
      <w:r w:rsidRPr="009210F4">
        <w:rPr>
          <w:rFonts w:asciiTheme="majorHAnsi" w:hAnsiTheme="majorHAnsi" w:cstheme="majorHAnsi"/>
        </w:rPr>
        <w:t>00:01</w:t>
      </w:r>
    </w:p>
    <w:p w14:paraId="0237768E" w14:textId="14B7052B"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Welcome to the lABLEd podcast</w:t>
      </w:r>
      <w:r w:rsidR="005006D0" w:rsidRPr="009210F4">
        <w:rPr>
          <w:rFonts w:asciiTheme="majorHAnsi" w:hAnsiTheme="majorHAnsi" w:cstheme="majorHAnsi"/>
        </w:rPr>
        <w:t>,</w:t>
      </w:r>
      <w:r w:rsidRPr="009210F4">
        <w:rPr>
          <w:rFonts w:asciiTheme="majorHAnsi" w:hAnsiTheme="majorHAnsi" w:cstheme="majorHAnsi"/>
        </w:rPr>
        <w:t xml:space="preserve"> a show about disability</w:t>
      </w:r>
      <w:r w:rsidR="005006D0" w:rsidRPr="009210F4">
        <w:rPr>
          <w:rFonts w:asciiTheme="majorHAnsi" w:hAnsiTheme="majorHAnsi" w:cstheme="majorHAnsi"/>
        </w:rPr>
        <w:t>,</w:t>
      </w:r>
      <w:r w:rsidRPr="009210F4">
        <w:rPr>
          <w:rFonts w:asciiTheme="majorHAnsi" w:hAnsiTheme="majorHAnsi" w:cstheme="majorHAnsi"/>
        </w:rPr>
        <w:t xml:space="preserve"> illness and difference </w:t>
      </w:r>
    </w:p>
    <w:p w14:paraId="66AE88E1" w14:textId="77777777" w:rsidR="00CE4443" w:rsidRPr="009210F4" w:rsidRDefault="00CE4443" w:rsidP="009210F4">
      <w:pPr>
        <w:pStyle w:val="NoSpacing"/>
        <w:rPr>
          <w:rStyle w:val="s2"/>
          <w:rFonts w:asciiTheme="majorHAnsi" w:hAnsiTheme="majorHAnsi" w:cstheme="majorHAnsi"/>
        </w:rPr>
      </w:pPr>
    </w:p>
    <w:p w14:paraId="14A35E7A" w14:textId="3297052E" w:rsidR="006C0498" w:rsidRPr="009210F4" w:rsidRDefault="006C0498" w:rsidP="009210F4">
      <w:pPr>
        <w:pStyle w:val="NoSpacing"/>
        <w:rPr>
          <w:rStyle w:val="s2"/>
          <w:rFonts w:asciiTheme="majorHAnsi" w:hAnsiTheme="majorHAnsi" w:cstheme="majorHAnsi"/>
        </w:rPr>
      </w:pPr>
      <w:r w:rsidRPr="009210F4">
        <w:rPr>
          <w:rStyle w:val="s2"/>
          <w:rFonts w:asciiTheme="majorHAnsi" w:hAnsiTheme="majorHAnsi" w:cstheme="majorHAnsi"/>
        </w:rPr>
        <w:t xml:space="preserve">Daisy: And history! </w:t>
      </w:r>
    </w:p>
    <w:p w14:paraId="59968B50" w14:textId="77777777" w:rsidR="00CE4443" w:rsidRPr="009210F4" w:rsidRDefault="00CE4443" w:rsidP="009210F4">
      <w:pPr>
        <w:pStyle w:val="NoSpacing"/>
        <w:rPr>
          <w:rStyle w:val="s2"/>
          <w:rFonts w:asciiTheme="majorHAnsi" w:hAnsiTheme="majorHAnsi" w:cstheme="majorHAnsi"/>
        </w:rPr>
      </w:pPr>
    </w:p>
    <w:p w14:paraId="029E322C" w14:textId="50C61167" w:rsidR="006C0498" w:rsidRPr="009210F4" w:rsidRDefault="006C0498" w:rsidP="009210F4">
      <w:pPr>
        <w:pStyle w:val="NoSpacing"/>
        <w:rPr>
          <w:rStyle w:val="s2"/>
          <w:rFonts w:asciiTheme="majorHAnsi" w:hAnsiTheme="majorHAnsi" w:cstheme="majorHAnsi"/>
        </w:rPr>
      </w:pPr>
      <w:r w:rsidRPr="009210F4">
        <w:rPr>
          <w:rStyle w:val="s2"/>
          <w:rFonts w:asciiTheme="majorHAnsi" w:hAnsiTheme="majorHAnsi" w:cstheme="majorHAnsi"/>
        </w:rPr>
        <w:t>Lucy: I’m Lucy</w:t>
      </w:r>
    </w:p>
    <w:p w14:paraId="52CE5BF8" w14:textId="77777777" w:rsidR="00CE4443" w:rsidRPr="009210F4" w:rsidRDefault="00CE4443" w:rsidP="009210F4">
      <w:pPr>
        <w:pStyle w:val="NoSpacing"/>
        <w:rPr>
          <w:rStyle w:val="s2"/>
          <w:rFonts w:asciiTheme="majorHAnsi" w:hAnsiTheme="majorHAnsi" w:cstheme="majorHAnsi"/>
        </w:rPr>
      </w:pPr>
    </w:p>
    <w:p w14:paraId="4B0894CE" w14:textId="7F6B4F4E" w:rsidR="006C0498" w:rsidRPr="009210F4" w:rsidRDefault="006C0498" w:rsidP="009210F4">
      <w:pPr>
        <w:pStyle w:val="NoSpacing"/>
        <w:rPr>
          <w:rFonts w:asciiTheme="majorHAnsi" w:hAnsiTheme="majorHAnsi" w:cstheme="majorHAnsi"/>
        </w:rPr>
      </w:pPr>
      <w:r w:rsidRPr="009210F4">
        <w:rPr>
          <w:rStyle w:val="s2"/>
          <w:rFonts w:asciiTheme="majorHAnsi" w:hAnsiTheme="majorHAnsi" w:cstheme="majorHAnsi"/>
        </w:rPr>
        <w:t>Alice: And I’m Alice</w:t>
      </w:r>
      <w:r w:rsidRPr="009210F4">
        <w:rPr>
          <w:rFonts w:asciiTheme="majorHAnsi" w:hAnsiTheme="majorHAnsi" w:cstheme="majorHAnsi"/>
        </w:rPr>
        <w:t xml:space="preserve"> </w:t>
      </w:r>
    </w:p>
    <w:p w14:paraId="2D918F03" w14:textId="77777777" w:rsidR="00CE4443" w:rsidRPr="009210F4" w:rsidRDefault="00CE4443" w:rsidP="009210F4">
      <w:pPr>
        <w:pStyle w:val="NoSpacing"/>
        <w:rPr>
          <w:rStyle w:val="s2"/>
          <w:rFonts w:asciiTheme="majorHAnsi" w:hAnsiTheme="majorHAnsi" w:cstheme="majorHAnsi"/>
        </w:rPr>
      </w:pPr>
    </w:p>
    <w:p w14:paraId="0953FC76" w14:textId="51AB2404" w:rsidR="006C0498" w:rsidRPr="009210F4" w:rsidRDefault="006C0498" w:rsidP="009210F4">
      <w:pPr>
        <w:pStyle w:val="NoSpacing"/>
        <w:rPr>
          <w:rStyle w:val="s2"/>
          <w:rFonts w:asciiTheme="majorHAnsi" w:hAnsiTheme="majorHAnsi" w:cstheme="majorHAnsi"/>
        </w:rPr>
      </w:pPr>
      <w:r w:rsidRPr="009210F4">
        <w:rPr>
          <w:rStyle w:val="s2"/>
          <w:rFonts w:asciiTheme="majorHAnsi" w:hAnsiTheme="majorHAnsi" w:cstheme="majorHAnsi"/>
        </w:rPr>
        <w:t xml:space="preserve">Daisy: I’m Daisy! </w:t>
      </w:r>
    </w:p>
    <w:p w14:paraId="5443C07F" w14:textId="77777777" w:rsidR="00CE4443" w:rsidRPr="009210F4" w:rsidRDefault="00CE4443" w:rsidP="009210F4">
      <w:pPr>
        <w:pStyle w:val="NoSpacing"/>
        <w:rPr>
          <w:rStyle w:val="s5"/>
          <w:rFonts w:asciiTheme="majorHAnsi" w:hAnsiTheme="majorHAnsi" w:cstheme="majorHAnsi"/>
        </w:rPr>
      </w:pPr>
    </w:p>
    <w:p w14:paraId="28D4D092" w14:textId="44282C99" w:rsidR="006C0498" w:rsidRPr="009210F4" w:rsidRDefault="006C0498" w:rsidP="009210F4">
      <w:pPr>
        <w:pStyle w:val="NoSpacing"/>
        <w:rPr>
          <w:rFonts w:asciiTheme="majorHAnsi" w:hAnsiTheme="majorHAnsi" w:cstheme="majorHAnsi"/>
        </w:rPr>
      </w:pPr>
      <w:r w:rsidRPr="009210F4">
        <w:rPr>
          <w:rStyle w:val="s5"/>
          <w:rFonts w:asciiTheme="majorHAnsi" w:hAnsiTheme="majorHAnsi" w:cstheme="majorHAnsi"/>
        </w:rPr>
        <w:t>{lABLEd theme tune plays}</w:t>
      </w:r>
    </w:p>
    <w:p w14:paraId="0752286A" w14:textId="77777777" w:rsidR="006C0498" w:rsidRPr="009210F4" w:rsidRDefault="006C0498" w:rsidP="009210F4">
      <w:pPr>
        <w:pStyle w:val="NoSpacing"/>
        <w:rPr>
          <w:rFonts w:asciiTheme="majorHAnsi" w:hAnsiTheme="majorHAnsi" w:cstheme="majorHAnsi"/>
          <w:i/>
          <w:iCs/>
        </w:rPr>
      </w:pPr>
      <w:r w:rsidRPr="009210F4">
        <w:rPr>
          <w:rStyle w:val="s5"/>
          <w:rFonts w:asciiTheme="majorHAnsi" w:hAnsiTheme="majorHAnsi" w:cstheme="majorHAnsi"/>
          <w:i/>
          <w:iCs/>
        </w:rPr>
        <w:t xml:space="preserve">Though I might not fit in socially, I’m so much more than what you see, </w:t>
      </w:r>
    </w:p>
    <w:p w14:paraId="75E526E6" w14:textId="77777777" w:rsidR="006C0498" w:rsidRPr="009210F4" w:rsidRDefault="006C0498" w:rsidP="009210F4">
      <w:pPr>
        <w:pStyle w:val="NoSpacing"/>
        <w:rPr>
          <w:rFonts w:asciiTheme="majorHAnsi" w:hAnsiTheme="majorHAnsi" w:cstheme="majorHAnsi"/>
          <w:i/>
          <w:iCs/>
        </w:rPr>
      </w:pPr>
      <w:r w:rsidRPr="009210F4">
        <w:rPr>
          <w:rStyle w:val="s5"/>
          <w:rFonts w:asciiTheme="majorHAnsi" w:hAnsiTheme="majorHAnsi" w:cstheme="majorHAnsi"/>
          <w:i/>
          <w:iCs/>
        </w:rPr>
        <w:t>We all live our lives differently </w:t>
      </w:r>
    </w:p>
    <w:p w14:paraId="73122ED3" w14:textId="77777777" w:rsidR="006C0498" w:rsidRPr="009210F4" w:rsidRDefault="006C0498" w:rsidP="009210F4">
      <w:pPr>
        <w:pStyle w:val="NoSpacing"/>
        <w:rPr>
          <w:rStyle w:val="s5"/>
          <w:rFonts w:asciiTheme="majorHAnsi" w:hAnsiTheme="majorHAnsi" w:cstheme="majorHAnsi"/>
          <w:i/>
          <w:iCs/>
        </w:rPr>
      </w:pPr>
      <w:r w:rsidRPr="009210F4">
        <w:rPr>
          <w:rStyle w:val="s5"/>
          <w:rFonts w:asciiTheme="majorHAnsi" w:hAnsiTheme="majorHAnsi" w:cstheme="majorHAnsi"/>
          <w:i/>
          <w:iCs/>
        </w:rPr>
        <w:t>Kaleidoscope Identity, and this is who I’m meant to be, I’m just labelled me.</w:t>
      </w:r>
    </w:p>
    <w:p w14:paraId="1B9B5CCD" w14:textId="77777777" w:rsidR="006C0498" w:rsidRPr="009210F4" w:rsidRDefault="006C0498" w:rsidP="009210F4">
      <w:pPr>
        <w:pStyle w:val="NoSpacing"/>
        <w:rPr>
          <w:rStyle w:val="s5"/>
          <w:rFonts w:asciiTheme="majorHAnsi" w:hAnsiTheme="majorHAnsi" w:cstheme="majorHAnsi"/>
        </w:rPr>
      </w:pPr>
    </w:p>
    <w:p w14:paraId="4C4DF6B2" w14:textId="6B6300DB" w:rsidR="006C0498" w:rsidRPr="009210F4" w:rsidRDefault="006C0498" w:rsidP="009210F4">
      <w:pPr>
        <w:pStyle w:val="NoSpacing"/>
        <w:rPr>
          <w:rFonts w:asciiTheme="majorHAnsi" w:hAnsiTheme="majorHAnsi" w:cstheme="majorHAnsi"/>
        </w:rPr>
      </w:pPr>
      <w:r w:rsidRPr="009210F4">
        <w:rPr>
          <w:rFonts w:asciiTheme="majorHAnsi" w:hAnsiTheme="majorHAnsi" w:cstheme="majorHAnsi"/>
        </w:rPr>
        <w:t>Daisy: In this episode along with Lucy crying and Alice swearing, there is going to be a number of</w:t>
      </w:r>
      <w:r w:rsidR="00D23E9C" w:rsidRPr="009210F4">
        <w:rPr>
          <w:rFonts w:asciiTheme="majorHAnsi" w:hAnsiTheme="majorHAnsi" w:cstheme="majorHAnsi"/>
        </w:rPr>
        <w:t xml:space="preserve"> </w:t>
      </w:r>
      <w:r w:rsidRPr="009210F4">
        <w:rPr>
          <w:rFonts w:asciiTheme="majorHAnsi" w:hAnsiTheme="majorHAnsi" w:cstheme="majorHAnsi"/>
        </w:rPr>
        <w:t xml:space="preserve">historical terms for disability that are now considered </w:t>
      </w:r>
      <w:r w:rsidRPr="009210F4">
        <w:rPr>
          <w:rFonts w:asciiTheme="majorHAnsi" w:hAnsiTheme="majorHAnsi" w:cstheme="majorHAnsi"/>
          <w:i/>
          <w:iCs/>
        </w:rPr>
        <w:t>extremely</w:t>
      </w:r>
      <w:r w:rsidRPr="009210F4">
        <w:rPr>
          <w:rFonts w:asciiTheme="majorHAnsi" w:hAnsiTheme="majorHAnsi" w:cstheme="majorHAnsi"/>
        </w:rPr>
        <w:t xml:space="preserve"> offensive </w:t>
      </w:r>
    </w:p>
    <w:p w14:paraId="5637331F" w14:textId="77777777" w:rsidR="006E4C2A" w:rsidRPr="009210F4" w:rsidRDefault="006E4C2A" w:rsidP="009210F4">
      <w:pPr>
        <w:pStyle w:val="NoSpacing"/>
        <w:rPr>
          <w:rFonts w:asciiTheme="majorHAnsi" w:hAnsiTheme="majorHAnsi" w:cstheme="majorHAnsi"/>
        </w:rPr>
      </w:pPr>
    </w:p>
    <w:p w14:paraId="14F317FE" w14:textId="3F6D1123"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Alice</w:t>
      </w:r>
      <w:r w:rsidR="00D23E9C" w:rsidRPr="009210F4">
        <w:rPr>
          <w:rFonts w:asciiTheme="majorHAnsi" w:hAnsiTheme="majorHAnsi" w:cstheme="majorHAnsi"/>
        </w:rPr>
        <w:t xml:space="preserve"> </w:t>
      </w:r>
      <w:r w:rsidRPr="009210F4">
        <w:rPr>
          <w:rFonts w:asciiTheme="majorHAnsi" w:hAnsiTheme="majorHAnsi" w:cstheme="majorHAnsi"/>
        </w:rPr>
        <w:t>00:50</w:t>
      </w:r>
    </w:p>
    <w:p w14:paraId="32A56C33" w14:textId="77777777" w:rsidR="002A24AE" w:rsidRPr="009210F4" w:rsidRDefault="002A24AE" w:rsidP="009210F4">
      <w:pPr>
        <w:pStyle w:val="NoSpacing"/>
        <w:rPr>
          <w:rFonts w:asciiTheme="majorHAnsi" w:hAnsiTheme="majorHAnsi" w:cstheme="majorHAnsi"/>
        </w:rPr>
      </w:pPr>
      <w:r w:rsidRPr="009210F4">
        <w:rPr>
          <w:rFonts w:asciiTheme="majorHAnsi" w:hAnsiTheme="majorHAnsi" w:cstheme="majorHAnsi"/>
        </w:rPr>
        <w:t>Hello everyone, w</w:t>
      </w:r>
      <w:r w:rsidR="00F7615C" w:rsidRPr="009210F4">
        <w:rPr>
          <w:rFonts w:asciiTheme="majorHAnsi" w:hAnsiTheme="majorHAnsi" w:cstheme="majorHAnsi"/>
        </w:rPr>
        <w:t xml:space="preserve">elcome to another history lesson episode of the lABLEd podcast with me and Lucy </w:t>
      </w:r>
    </w:p>
    <w:p w14:paraId="08DC3E44" w14:textId="77777777" w:rsidR="006E4C2A" w:rsidRPr="009210F4" w:rsidRDefault="006E4C2A" w:rsidP="009210F4">
      <w:pPr>
        <w:pStyle w:val="NoSpacing"/>
        <w:rPr>
          <w:rFonts w:asciiTheme="majorHAnsi" w:hAnsiTheme="majorHAnsi" w:cstheme="majorHAnsi"/>
        </w:rPr>
      </w:pPr>
    </w:p>
    <w:p w14:paraId="5E98E7EB" w14:textId="1EB10A13" w:rsidR="002A24AE" w:rsidRPr="009210F4" w:rsidRDefault="002A24AE" w:rsidP="009210F4">
      <w:pPr>
        <w:pStyle w:val="NoSpacing"/>
        <w:rPr>
          <w:rFonts w:asciiTheme="majorHAnsi" w:hAnsiTheme="majorHAnsi" w:cstheme="majorHAnsi"/>
        </w:rPr>
      </w:pPr>
      <w:r w:rsidRPr="009210F4">
        <w:rPr>
          <w:rFonts w:asciiTheme="majorHAnsi" w:hAnsiTheme="majorHAnsi" w:cstheme="majorHAnsi"/>
        </w:rPr>
        <w:t>Lucy: Hello!</w:t>
      </w:r>
    </w:p>
    <w:p w14:paraId="2AA144DB" w14:textId="77777777" w:rsidR="006E4C2A" w:rsidRPr="009210F4" w:rsidRDefault="006E4C2A" w:rsidP="009210F4">
      <w:pPr>
        <w:pStyle w:val="NoSpacing"/>
        <w:rPr>
          <w:rFonts w:asciiTheme="majorHAnsi" w:hAnsiTheme="majorHAnsi" w:cstheme="majorHAnsi"/>
        </w:rPr>
      </w:pPr>
    </w:p>
    <w:p w14:paraId="59E4A8EF" w14:textId="16AAC497" w:rsidR="002A24AE" w:rsidRPr="009210F4" w:rsidRDefault="002A24AE" w:rsidP="009210F4">
      <w:pPr>
        <w:pStyle w:val="NoSpacing"/>
        <w:rPr>
          <w:rFonts w:asciiTheme="majorHAnsi" w:hAnsiTheme="majorHAnsi" w:cstheme="majorHAnsi"/>
        </w:rPr>
      </w:pPr>
      <w:r w:rsidRPr="009210F4">
        <w:rPr>
          <w:rFonts w:asciiTheme="majorHAnsi" w:hAnsiTheme="majorHAnsi" w:cstheme="majorHAnsi"/>
        </w:rPr>
        <w:t xml:space="preserve">Alice: And </w:t>
      </w:r>
      <w:r w:rsidR="006E4C2A" w:rsidRPr="009210F4">
        <w:rPr>
          <w:rFonts w:asciiTheme="majorHAnsi" w:hAnsiTheme="majorHAnsi" w:cstheme="majorHAnsi"/>
        </w:rPr>
        <w:t>of course,</w:t>
      </w:r>
      <w:r w:rsidR="00F7615C" w:rsidRPr="009210F4">
        <w:rPr>
          <w:rFonts w:asciiTheme="majorHAnsi" w:hAnsiTheme="majorHAnsi" w:cstheme="majorHAnsi"/>
        </w:rPr>
        <w:t xml:space="preserve"> we've got Daisy </w:t>
      </w:r>
    </w:p>
    <w:p w14:paraId="5EDF88F8" w14:textId="77777777" w:rsidR="006E4C2A" w:rsidRPr="009210F4" w:rsidRDefault="006E4C2A" w:rsidP="009210F4">
      <w:pPr>
        <w:pStyle w:val="NoSpacing"/>
        <w:rPr>
          <w:rFonts w:asciiTheme="majorHAnsi" w:hAnsiTheme="majorHAnsi" w:cstheme="majorHAnsi"/>
        </w:rPr>
      </w:pPr>
    </w:p>
    <w:p w14:paraId="3D0CEADD" w14:textId="04918D1F" w:rsidR="002A24AE" w:rsidRPr="009210F4" w:rsidRDefault="002A24AE" w:rsidP="009210F4">
      <w:pPr>
        <w:pStyle w:val="NoSpacing"/>
        <w:rPr>
          <w:rFonts w:asciiTheme="majorHAnsi" w:hAnsiTheme="majorHAnsi" w:cstheme="majorHAnsi"/>
        </w:rPr>
      </w:pPr>
      <w:r w:rsidRPr="009210F4">
        <w:rPr>
          <w:rFonts w:asciiTheme="majorHAnsi" w:hAnsiTheme="majorHAnsi" w:cstheme="majorHAnsi"/>
        </w:rPr>
        <w:t>Daisy: H</w:t>
      </w:r>
      <w:r w:rsidR="00F7615C" w:rsidRPr="009210F4">
        <w:rPr>
          <w:rFonts w:asciiTheme="majorHAnsi" w:hAnsiTheme="majorHAnsi" w:cstheme="majorHAnsi"/>
        </w:rPr>
        <w:t xml:space="preserve">ello </w:t>
      </w:r>
    </w:p>
    <w:p w14:paraId="68CB1E0F" w14:textId="77777777" w:rsidR="006E4C2A" w:rsidRPr="009210F4" w:rsidRDefault="006E4C2A" w:rsidP="009210F4">
      <w:pPr>
        <w:pStyle w:val="NoSpacing"/>
        <w:rPr>
          <w:rFonts w:asciiTheme="majorHAnsi" w:hAnsiTheme="majorHAnsi" w:cstheme="majorHAnsi"/>
        </w:rPr>
      </w:pPr>
    </w:p>
    <w:p w14:paraId="239B36BE" w14:textId="7D9DB4CF" w:rsidR="002A24AE" w:rsidRPr="009210F4" w:rsidRDefault="002A24AE" w:rsidP="009210F4">
      <w:pPr>
        <w:pStyle w:val="NoSpacing"/>
        <w:rPr>
          <w:rFonts w:asciiTheme="majorHAnsi" w:hAnsiTheme="majorHAnsi" w:cstheme="majorHAnsi"/>
        </w:rPr>
      </w:pPr>
      <w:r w:rsidRPr="009210F4">
        <w:rPr>
          <w:rFonts w:asciiTheme="majorHAnsi" w:hAnsiTheme="majorHAnsi" w:cstheme="majorHAnsi"/>
        </w:rPr>
        <w:t>Alice: A</w:t>
      </w:r>
      <w:r w:rsidR="00F7615C" w:rsidRPr="009210F4">
        <w:rPr>
          <w:rFonts w:asciiTheme="majorHAnsi" w:hAnsiTheme="majorHAnsi" w:cstheme="majorHAnsi"/>
        </w:rPr>
        <w:t xml:space="preserve">nd we've got a special guest this week because this week we are doing a </w:t>
      </w:r>
      <w:r w:rsidRPr="009210F4">
        <w:rPr>
          <w:rFonts w:asciiTheme="majorHAnsi" w:hAnsiTheme="majorHAnsi" w:cstheme="majorHAnsi"/>
        </w:rPr>
        <w:t>B</w:t>
      </w:r>
      <w:r w:rsidR="00F7615C" w:rsidRPr="009210F4">
        <w:rPr>
          <w:rFonts w:asciiTheme="majorHAnsi" w:hAnsiTheme="majorHAnsi" w:cstheme="majorHAnsi"/>
        </w:rPr>
        <w:t xml:space="preserve">lack History </w:t>
      </w:r>
      <w:r w:rsidRPr="009210F4">
        <w:rPr>
          <w:rFonts w:asciiTheme="majorHAnsi" w:hAnsiTheme="majorHAnsi" w:cstheme="majorHAnsi"/>
        </w:rPr>
        <w:t>M</w:t>
      </w:r>
      <w:r w:rsidR="00F7615C" w:rsidRPr="009210F4">
        <w:rPr>
          <w:rFonts w:asciiTheme="majorHAnsi" w:hAnsiTheme="majorHAnsi" w:cstheme="majorHAnsi"/>
        </w:rPr>
        <w:t>onth episode</w:t>
      </w:r>
      <w:r w:rsidR="006E4C2A" w:rsidRPr="009210F4">
        <w:rPr>
          <w:rFonts w:asciiTheme="majorHAnsi" w:hAnsiTheme="majorHAnsi" w:cstheme="majorHAnsi"/>
        </w:rPr>
        <w:t>,</w:t>
      </w:r>
      <w:r w:rsidR="00F7615C" w:rsidRPr="009210F4">
        <w:rPr>
          <w:rFonts w:asciiTheme="majorHAnsi" w:hAnsiTheme="majorHAnsi" w:cstheme="majorHAnsi"/>
        </w:rPr>
        <w:t xml:space="preserve"> so this week we have got</w:t>
      </w:r>
      <w:r w:rsidR="00820759" w:rsidRPr="009210F4">
        <w:rPr>
          <w:rFonts w:asciiTheme="majorHAnsi" w:hAnsiTheme="majorHAnsi" w:cstheme="majorHAnsi"/>
        </w:rPr>
        <w:t xml:space="preserve"> Kimmy </w:t>
      </w:r>
      <w:r w:rsidR="00F7615C" w:rsidRPr="009210F4">
        <w:rPr>
          <w:rFonts w:asciiTheme="majorHAnsi" w:hAnsiTheme="majorHAnsi" w:cstheme="majorHAnsi"/>
        </w:rPr>
        <w:t xml:space="preserve">here from the </w:t>
      </w:r>
      <w:r w:rsidRPr="009210F4">
        <w:rPr>
          <w:rFonts w:asciiTheme="majorHAnsi" w:hAnsiTheme="majorHAnsi" w:cstheme="majorHAnsi"/>
        </w:rPr>
        <w:t>D</w:t>
      </w:r>
      <w:r w:rsidR="00F7615C" w:rsidRPr="009210F4">
        <w:rPr>
          <w:rFonts w:asciiTheme="majorHAnsi" w:hAnsiTheme="majorHAnsi" w:cstheme="majorHAnsi"/>
        </w:rPr>
        <w:t xml:space="preserve">ope </w:t>
      </w:r>
      <w:r w:rsidRPr="009210F4">
        <w:rPr>
          <w:rFonts w:asciiTheme="majorHAnsi" w:hAnsiTheme="majorHAnsi" w:cstheme="majorHAnsi"/>
        </w:rPr>
        <w:t>B</w:t>
      </w:r>
      <w:r w:rsidR="00F7615C" w:rsidRPr="009210F4">
        <w:rPr>
          <w:rFonts w:asciiTheme="majorHAnsi" w:hAnsiTheme="majorHAnsi" w:cstheme="majorHAnsi"/>
        </w:rPr>
        <w:t xml:space="preserve">lack </w:t>
      </w:r>
      <w:r w:rsidRPr="009210F4">
        <w:rPr>
          <w:rFonts w:asciiTheme="majorHAnsi" w:hAnsiTheme="majorHAnsi" w:cstheme="majorHAnsi"/>
        </w:rPr>
        <w:t>D</w:t>
      </w:r>
      <w:r w:rsidR="00F7615C" w:rsidRPr="009210F4">
        <w:rPr>
          <w:rFonts w:asciiTheme="majorHAnsi" w:hAnsiTheme="majorHAnsi" w:cstheme="majorHAnsi"/>
        </w:rPr>
        <w:t xml:space="preserve">isabled podcast </w:t>
      </w:r>
    </w:p>
    <w:p w14:paraId="561618EC" w14:textId="77777777" w:rsidR="006E4C2A" w:rsidRPr="009210F4" w:rsidRDefault="006E4C2A" w:rsidP="009210F4">
      <w:pPr>
        <w:pStyle w:val="NoSpacing"/>
        <w:rPr>
          <w:rFonts w:asciiTheme="majorHAnsi" w:hAnsiTheme="majorHAnsi" w:cstheme="majorHAnsi"/>
        </w:rPr>
      </w:pPr>
    </w:p>
    <w:p w14:paraId="1C3BA9B2" w14:textId="30A1EFE3" w:rsidR="002A24AE" w:rsidRPr="009210F4" w:rsidRDefault="00820759" w:rsidP="009210F4">
      <w:pPr>
        <w:pStyle w:val="NoSpacing"/>
        <w:rPr>
          <w:rFonts w:asciiTheme="majorHAnsi" w:hAnsiTheme="majorHAnsi" w:cstheme="majorHAnsi"/>
        </w:rPr>
      </w:pPr>
      <w:r w:rsidRPr="009210F4">
        <w:rPr>
          <w:rFonts w:asciiTheme="majorHAnsi" w:hAnsiTheme="majorHAnsi" w:cstheme="majorHAnsi"/>
        </w:rPr>
        <w:t>Kimmy:</w:t>
      </w:r>
      <w:r w:rsidR="002A24AE" w:rsidRPr="009210F4">
        <w:rPr>
          <w:rFonts w:asciiTheme="majorHAnsi" w:hAnsiTheme="majorHAnsi" w:cstheme="majorHAnsi"/>
        </w:rPr>
        <w:t xml:space="preserve"> H</w:t>
      </w:r>
      <w:r w:rsidR="00F7615C" w:rsidRPr="009210F4">
        <w:rPr>
          <w:rFonts w:asciiTheme="majorHAnsi" w:hAnsiTheme="majorHAnsi" w:cstheme="majorHAnsi"/>
        </w:rPr>
        <w:t xml:space="preserve">ello </w:t>
      </w:r>
    </w:p>
    <w:p w14:paraId="75966CE7" w14:textId="77777777" w:rsidR="006E4C2A" w:rsidRPr="009210F4" w:rsidRDefault="006E4C2A" w:rsidP="009210F4">
      <w:pPr>
        <w:pStyle w:val="NoSpacing"/>
        <w:rPr>
          <w:rFonts w:asciiTheme="majorHAnsi" w:hAnsiTheme="majorHAnsi" w:cstheme="majorHAnsi"/>
        </w:rPr>
      </w:pPr>
    </w:p>
    <w:p w14:paraId="520EDCF3" w14:textId="28C701A2" w:rsidR="00BD5A32" w:rsidRPr="009210F4" w:rsidRDefault="002A24AE" w:rsidP="009210F4">
      <w:pPr>
        <w:pStyle w:val="NoSpacing"/>
        <w:rPr>
          <w:rFonts w:asciiTheme="majorHAnsi" w:hAnsiTheme="majorHAnsi" w:cstheme="majorHAnsi"/>
        </w:rPr>
      </w:pPr>
      <w:r w:rsidRPr="009210F4">
        <w:rPr>
          <w:rFonts w:asciiTheme="majorHAnsi" w:hAnsiTheme="majorHAnsi" w:cstheme="majorHAnsi"/>
        </w:rPr>
        <w:t>Alice: F</w:t>
      </w:r>
      <w:r w:rsidR="00F7615C" w:rsidRPr="009210F4">
        <w:rPr>
          <w:rFonts w:asciiTheme="majorHAnsi" w:hAnsiTheme="majorHAnsi" w:cstheme="majorHAnsi"/>
        </w:rPr>
        <w:t>or those of you out there who don't know</w:t>
      </w:r>
      <w:r w:rsidRPr="009210F4">
        <w:rPr>
          <w:rFonts w:asciiTheme="majorHAnsi" w:hAnsiTheme="majorHAnsi" w:cstheme="majorHAnsi"/>
        </w:rPr>
        <w:t>,</w:t>
      </w:r>
      <w:r w:rsidR="00F7615C" w:rsidRPr="009210F4">
        <w:rPr>
          <w:rFonts w:asciiTheme="majorHAnsi" w:hAnsiTheme="majorHAnsi" w:cstheme="majorHAnsi"/>
        </w:rPr>
        <w:t xml:space="preserve"> </w:t>
      </w:r>
      <w:r w:rsidRPr="009210F4">
        <w:rPr>
          <w:rFonts w:asciiTheme="majorHAnsi" w:hAnsiTheme="majorHAnsi" w:cstheme="majorHAnsi"/>
        </w:rPr>
        <w:t xml:space="preserve">October </w:t>
      </w:r>
      <w:r w:rsidR="00F7615C" w:rsidRPr="009210F4">
        <w:rPr>
          <w:rFonts w:asciiTheme="majorHAnsi" w:hAnsiTheme="majorHAnsi" w:cstheme="majorHAnsi"/>
        </w:rPr>
        <w:t>here in the UK is black history month</w:t>
      </w:r>
      <w:r w:rsidR="00BD5A32" w:rsidRPr="009210F4">
        <w:rPr>
          <w:rFonts w:asciiTheme="majorHAnsi" w:hAnsiTheme="majorHAnsi" w:cstheme="majorHAnsi"/>
        </w:rPr>
        <w:t>,</w:t>
      </w:r>
      <w:r w:rsidR="00F7615C" w:rsidRPr="009210F4">
        <w:rPr>
          <w:rFonts w:asciiTheme="majorHAnsi" w:hAnsiTheme="majorHAnsi" w:cstheme="majorHAnsi"/>
        </w:rPr>
        <w:t xml:space="preserve"> I think it's February in America</w:t>
      </w:r>
      <w:r w:rsidR="00BD5A32" w:rsidRPr="009210F4">
        <w:rPr>
          <w:rFonts w:asciiTheme="majorHAnsi" w:hAnsiTheme="majorHAnsi" w:cstheme="majorHAnsi"/>
        </w:rPr>
        <w:t>?</w:t>
      </w:r>
    </w:p>
    <w:p w14:paraId="023B427E" w14:textId="77777777" w:rsidR="006E4C2A" w:rsidRPr="009210F4" w:rsidRDefault="006E4C2A" w:rsidP="009210F4">
      <w:pPr>
        <w:pStyle w:val="NoSpacing"/>
        <w:rPr>
          <w:rFonts w:asciiTheme="majorHAnsi" w:hAnsiTheme="majorHAnsi" w:cstheme="majorHAnsi"/>
        </w:rPr>
      </w:pPr>
    </w:p>
    <w:p w14:paraId="342054C0" w14:textId="4F7CA624" w:rsidR="00BD5A32" w:rsidRPr="009210F4" w:rsidRDefault="00820759" w:rsidP="009210F4">
      <w:pPr>
        <w:pStyle w:val="NoSpacing"/>
        <w:rPr>
          <w:rFonts w:asciiTheme="majorHAnsi" w:hAnsiTheme="majorHAnsi" w:cstheme="majorHAnsi"/>
        </w:rPr>
      </w:pPr>
      <w:r w:rsidRPr="009210F4">
        <w:rPr>
          <w:rFonts w:asciiTheme="majorHAnsi" w:hAnsiTheme="majorHAnsi" w:cstheme="majorHAnsi"/>
        </w:rPr>
        <w:t>Kimmy:</w:t>
      </w:r>
      <w:r w:rsidR="00BD5A32" w:rsidRPr="009210F4">
        <w:rPr>
          <w:rFonts w:asciiTheme="majorHAnsi" w:hAnsiTheme="majorHAnsi" w:cstheme="majorHAnsi"/>
        </w:rPr>
        <w:t xml:space="preserve"> Y</w:t>
      </w:r>
      <w:r w:rsidR="00F7615C" w:rsidRPr="009210F4">
        <w:rPr>
          <w:rFonts w:asciiTheme="majorHAnsi" w:hAnsiTheme="majorHAnsi" w:cstheme="majorHAnsi"/>
        </w:rPr>
        <w:t>eah</w:t>
      </w:r>
    </w:p>
    <w:p w14:paraId="63338454" w14:textId="77777777" w:rsidR="006E4C2A" w:rsidRPr="009210F4" w:rsidRDefault="006E4C2A" w:rsidP="009210F4">
      <w:pPr>
        <w:pStyle w:val="NoSpacing"/>
        <w:rPr>
          <w:rFonts w:asciiTheme="majorHAnsi" w:hAnsiTheme="majorHAnsi" w:cstheme="majorHAnsi"/>
        </w:rPr>
      </w:pPr>
    </w:p>
    <w:p w14:paraId="4CEC35AD" w14:textId="21B4D025" w:rsidR="00991E93" w:rsidRPr="009210F4" w:rsidRDefault="00BD5A32" w:rsidP="009210F4">
      <w:pPr>
        <w:pStyle w:val="NoSpacing"/>
        <w:rPr>
          <w:rFonts w:asciiTheme="majorHAnsi" w:hAnsiTheme="majorHAnsi" w:cstheme="majorHAnsi"/>
        </w:rPr>
      </w:pPr>
      <w:r w:rsidRPr="009210F4">
        <w:rPr>
          <w:rFonts w:asciiTheme="majorHAnsi" w:hAnsiTheme="majorHAnsi" w:cstheme="majorHAnsi"/>
        </w:rPr>
        <w:t>Alice:</w:t>
      </w:r>
      <w:r w:rsidR="00D23E9C" w:rsidRPr="009210F4">
        <w:rPr>
          <w:rFonts w:asciiTheme="majorHAnsi" w:hAnsiTheme="majorHAnsi" w:cstheme="majorHAnsi"/>
        </w:rPr>
        <w:t xml:space="preserve"> </w:t>
      </w:r>
      <w:r w:rsidR="00F7615C" w:rsidRPr="009210F4">
        <w:rPr>
          <w:rFonts w:asciiTheme="majorHAnsi" w:hAnsiTheme="majorHAnsi" w:cstheme="majorHAnsi"/>
        </w:rPr>
        <w:t>um so we thought</w:t>
      </w:r>
      <w:r w:rsidRPr="009210F4">
        <w:rPr>
          <w:rFonts w:asciiTheme="majorHAnsi" w:hAnsiTheme="majorHAnsi" w:cstheme="majorHAnsi"/>
        </w:rPr>
        <w:t>,</w:t>
      </w:r>
      <w:r w:rsidR="00F7615C" w:rsidRPr="009210F4">
        <w:rPr>
          <w:rFonts w:asciiTheme="majorHAnsi" w:hAnsiTheme="majorHAnsi" w:cstheme="majorHAnsi"/>
        </w:rPr>
        <w:t xml:space="preserve"> you know, disabled history</w:t>
      </w:r>
      <w:r w:rsidRPr="009210F4">
        <w:rPr>
          <w:rFonts w:asciiTheme="majorHAnsi" w:hAnsiTheme="majorHAnsi" w:cstheme="majorHAnsi"/>
        </w:rPr>
        <w:t>,</w:t>
      </w:r>
      <w:r w:rsidR="00F7615C" w:rsidRPr="009210F4">
        <w:rPr>
          <w:rFonts w:asciiTheme="majorHAnsi" w:hAnsiTheme="majorHAnsi" w:cstheme="majorHAnsi"/>
        </w:rPr>
        <w:t xml:space="preserve"> it's definitely worth us having a bit of a dive into the diversity amongst disabled people and we thought</w:t>
      </w:r>
      <w:r w:rsidRPr="009210F4">
        <w:rPr>
          <w:rFonts w:asciiTheme="majorHAnsi" w:hAnsiTheme="majorHAnsi" w:cstheme="majorHAnsi"/>
        </w:rPr>
        <w:t>,</w:t>
      </w:r>
      <w:r w:rsidR="00F7615C" w:rsidRPr="009210F4">
        <w:rPr>
          <w:rFonts w:asciiTheme="majorHAnsi" w:hAnsiTheme="majorHAnsi" w:cstheme="majorHAnsi"/>
        </w:rPr>
        <w:t xml:space="preserve"> you</w:t>
      </w:r>
      <w:r w:rsidR="00D23E9C" w:rsidRPr="009210F4">
        <w:rPr>
          <w:rFonts w:asciiTheme="majorHAnsi" w:hAnsiTheme="majorHAnsi" w:cstheme="majorHAnsi"/>
        </w:rPr>
        <w:t xml:space="preserve"> </w:t>
      </w:r>
      <w:r w:rsidR="00F7615C" w:rsidRPr="009210F4">
        <w:rPr>
          <w:rFonts w:asciiTheme="majorHAnsi" w:hAnsiTheme="majorHAnsi" w:cstheme="majorHAnsi"/>
        </w:rPr>
        <w:t xml:space="preserve">know, let's, let's be representative here and not whitewash our way through history the way so many people have done before. </w:t>
      </w:r>
      <w:r w:rsidR="006E4C2A" w:rsidRPr="009210F4">
        <w:rPr>
          <w:rFonts w:asciiTheme="majorHAnsi" w:hAnsiTheme="majorHAnsi" w:cstheme="majorHAnsi"/>
        </w:rPr>
        <w:t>So,</w:t>
      </w:r>
      <w:r w:rsidR="00F7615C" w:rsidRPr="009210F4">
        <w:rPr>
          <w:rFonts w:asciiTheme="majorHAnsi" w:hAnsiTheme="majorHAnsi" w:cstheme="majorHAnsi"/>
        </w:rPr>
        <w:t xml:space="preserve"> </w:t>
      </w:r>
      <w:r w:rsidRPr="009210F4">
        <w:rPr>
          <w:rFonts w:asciiTheme="majorHAnsi" w:hAnsiTheme="majorHAnsi" w:cstheme="majorHAnsi"/>
        </w:rPr>
        <w:t>we invited</w:t>
      </w:r>
      <w:r w:rsidR="00820759" w:rsidRPr="009210F4">
        <w:rPr>
          <w:rFonts w:asciiTheme="majorHAnsi" w:hAnsiTheme="majorHAnsi" w:cstheme="majorHAnsi"/>
        </w:rPr>
        <w:t xml:space="preserve"> Kimmy </w:t>
      </w:r>
      <w:r w:rsidRPr="009210F4">
        <w:rPr>
          <w:rFonts w:asciiTheme="majorHAnsi" w:hAnsiTheme="majorHAnsi" w:cstheme="majorHAnsi"/>
        </w:rPr>
        <w:t>on,</w:t>
      </w:r>
      <w:r w:rsidR="00820759" w:rsidRPr="009210F4">
        <w:rPr>
          <w:rFonts w:asciiTheme="majorHAnsi" w:hAnsiTheme="majorHAnsi" w:cstheme="majorHAnsi"/>
        </w:rPr>
        <w:t xml:space="preserve"> Kimmy</w:t>
      </w:r>
      <w:r w:rsidRPr="009210F4">
        <w:rPr>
          <w:rFonts w:asciiTheme="majorHAnsi" w:hAnsiTheme="majorHAnsi" w:cstheme="majorHAnsi"/>
        </w:rPr>
        <w:t xml:space="preserve">, do </w:t>
      </w:r>
      <w:r w:rsidR="00F7615C" w:rsidRPr="009210F4">
        <w:rPr>
          <w:rFonts w:asciiTheme="majorHAnsi" w:hAnsiTheme="majorHAnsi" w:cstheme="majorHAnsi"/>
        </w:rPr>
        <w:t>you want to introduce yourself and sort of tell everybody about you</w:t>
      </w:r>
      <w:r w:rsidRPr="009210F4">
        <w:rPr>
          <w:rFonts w:asciiTheme="majorHAnsi" w:hAnsiTheme="majorHAnsi" w:cstheme="majorHAnsi"/>
        </w:rPr>
        <w:t>?</w:t>
      </w:r>
    </w:p>
    <w:p w14:paraId="1CD415DA" w14:textId="77777777" w:rsidR="00991E93" w:rsidRPr="009210F4" w:rsidRDefault="00991E93" w:rsidP="009210F4">
      <w:pPr>
        <w:pStyle w:val="NoSpacing"/>
        <w:rPr>
          <w:rFonts w:asciiTheme="majorHAnsi" w:hAnsiTheme="majorHAnsi" w:cstheme="majorHAnsi"/>
        </w:rPr>
      </w:pPr>
    </w:p>
    <w:p w14:paraId="0F57042C" w14:textId="7BFE8246" w:rsidR="00991E93" w:rsidRPr="009210F4" w:rsidRDefault="00820759" w:rsidP="009210F4">
      <w:pPr>
        <w:pStyle w:val="NoSpacing"/>
        <w:rPr>
          <w:rFonts w:asciiTheme="majorHAnsi" w:hAnsiTheme="majorHAnsi" w:cstheme="majorHAnsi"/>
        </w:rPr>
      </w:pPr>
      <w:r w:rsidRPr="009210F4">
        <w:rPr>
          <w:rFonts w:asciiTheme="majorHAnsi" w:hAnsiTheme="majorHAnsi" w:cstheme="majorHAnsi"/>
        </w:rPr>
        <w:t xml:space="preserve">Kimmy </w:t>
      </w:r>
      <w:r w:rsidR="00F7615C" w:rsidRPr="009210F4">
        <w:rPr>
          <w:rFonts w:asciiTheme="majorHAnsi" w:hAnsiTheme="majorHAnsi" w:cstheme="majorHAnsi"/>
        </w:rPr>
        <w:t>01:56</w:t>
      </w:r>
    </w:p>
    <w:p w14:paraId="1847B366" w14:textId="50E4BCA3"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I love this</w:t>
      </w:r>
      <w:r w:rsidR="00BD5A32" w:rsidRPr="009210F4">
        <w:rPr>
          <w:rFonts w:asciiTheme="majorHAnsi" w:hAnsiTheme="majorHAnsi" w:cstheme="majorHAnsi"/>
        </w:rPr>
        <w:t>,</w:t>
      </w:r>
      <w:r w:rsidRPr="009210F4">
        <w:rPr>
          <w:rFonts w:asciiTheme="majorHAnsi" w:hAnsiTheme="majorHAnsi" w:cstheme="majorHAnsi"/>
        </w:rPr>
        <w:t xml:space="preserve"> I love just your introduction</w:t>
      </w:r>
      <w:r w:rsidR="00BD5A32" w:rsidRPr="009210F4">
        <w:rPr>
          <w:rFonts w:asciiTheme="majorHAnsi" w:hAnsiTheme="majorHAnsi" w:cstheme="majorHAnsi"/>
        </w:rPr>
        <w:t xml:space="preserve"> {laughter}</w:t>
      </w:r>
      <w:r w:rsidR="00D23E9C" w:rsidRPr="009210F4">
        <w:rPr>
          <w:rFonts w:asciiTheme="majorHAnsi" w:hAnsiTheme="majorHAnsi" w:cstheme="majorHAnsi"/>
        </w:rPr>
        <w:t xml:space="preserve"> </w:t>
      </w:r>
      <w:r w:rsidRPr="009210F4">
        <w:rPr>
          <w:rFonts w:asciiTheme="majorHAnsi" w:hAnsiTheme="majorHAnsi" w:cstheme="majorHAnsi"/>
        </w:rPr>
        <w:t>My name is</w:t>
      </w:r>
      <w:r w:rsidR="00820759" w:rsidRPr="009210F4">
        <w:rPr>
          <w:rFonts w:asciiTheme="majorHAnsi" w:hAnsiTheme="majorHAnsi" w:cstheme="majorHAnsi"/>
        </w:rPr>
        <w:t xml:space="preserve"> Kimmy </w:t>
      </w:r>
      <w:r w:rsidR="00BD5A32" w:rsidRPr="009210F4">
        <w:rPr>
          <w:rFonts w:asciiTheme="majorHAnsi" w:hAnsiTheme="majorHAnsi" w:cstheme="majorHAnsi"/>
        </w:rPr>
        <w:t>S</w:t>
      </w:r>
      <w:r w:rsidR="009210F4">
        <w:rPr>
          <w:rFonts w:asciiTheme="majorHAnsi" w:hAnsiTheme="majorHAnsi" w:cstheme="majorHAnsi"/>
        </w:rPr>
        <w:t>ok</w:t>
      </w:r>
      <w:r w:rsidR="00BD5A32" w:rsidRPr="009210F4">
        <w:rPr>
          <w:rFonts w:asciiTheme="majorHAnsi" w:hAnsiTheme="majorHAnsi" w:cstheme="majorHAnsi"/>
        </w:rPr>
        <w:t>o,</w:t>
      </w:r>
      <w:r w:rsidRPr="009210F4">
        <w:rPr>
          <w:rFonts w:asciiTheme="majorHAnsi" w:hAnsiTheme="majorHAnsi" w:cstheme="majorHAnsi"/>
        </w:rPr>
        <w:t xml:space="preserve"> I am a disability rights activist</w:t>
      </w:r>
      <w:r w:rsidR="00E47CED" w:rsidRPr="009210F4">
        <w:rPr>
          <w:rFonts w:asciiTheme="majorHAnsi" w:hAnsiTheme="majorHAnsi" w:cstheme="majorHAnsi"/>
        </w:rPr>
        <w:t>,</w:t>
      </w:r>
      <w:r w:rsidRPr="009210F4">
        <w:rPr>
          <w:rFonts w:asciiTheme="majorHAnsi" w:hAnsiTheme="majorHAnsi" w:cstheme="majorHAnsi"/>
        </w:rPr>
        <w:t xml:space="preserve"> I am the community lead at </w:t>
      </w:r>
      <w:r w:rsidR="00427067" w:rsidRPr="009210F4">
        <w:rPr>
          <w:rFonts w:asciiTheme="majorHAnsi" w:hAnsiTheme="majorHAnsi" w:cstheme="majorHAnsi"/>
        </w:rPr>
        <w:t>D</w:t>
      </w:r>
      <w:r w:rsidRPr="009210F4">
        <w:rPr>
          <w:rFonts w:asciiTheme="majorHAnsi" w:hAnsiTheme="majorHAnsi" w:cstheme="majorHAnsi"/>
        </w:rPr>
        <w:t xml:space="preserve">ope </w:t>
      </w:r>
      <w:r w:rsidR="00427067" w:rsidRPr="009210F4">
        <w:rPr>
          <w:rFonts w:asciiTheme="majorHAnsi" w:hAnsiTheme="majorHAnsi" w:cstheme="majorHAnsi"/>
        </w:rPr>
        <w:t>Black D</w:t>
      </w:r>
      <w:r w:rsidRPr="009210F4">
        <w:rPr>
          <w:rFonts w:asciiTheme="majorHAnsi" w:hAnsiTheme="majorHAnsi" w:cstheme="majorHAnsi"/>
        </w:rPr>
        <w:t>isabled. I am also the CEO of</w:t>
      </w:r>
      <w:r w:rsidR="00427067" w:rsidRPr="009210F4">
        <w:rPr>
          <w:rFonts w:asciiTheme="majorHAnsi" w:hAnsiTheme="majorHAnsi" w:cstheme="majorHAnsi"/>
        </w:rPr>
        <w:t xml:space="preserve"> </w:t>
      </w:r>
      <w:r w:rsidR="00F83B7F" w:rsidRPr="009210F4">
        <w:rPr>
          <w:rFonts w:asciiTheme="majorHAnsi" w:hAnsiTheme="majorHAnsi" w:cstheme="majorHAnsi"/>
        </w:rPr>
        <w:t>C</w:t>
      </w:r>
      <w:r w:rsidR="00427067" w:rsidRPr="009210F4">
        <w:rPr>
          <w:rFonts w:asciiTheme="majorHAnsi" w:hAnsiTheme="majorHAnsi" w:cstheme="majorHAnsi"/>
        </w:rPr>
        <w:t xml:space="preserve">BQ which is a Disability DEI </w:t>
      </w:r>
      <w:r w:rsidR="00F83B7F" w:rsidRPr="009210F4">
        <w:rPr>
          <w:rFonts w:asciiTheme="majorHAnsi" w:hAnsiTheme="majorHAnsi" w:cstheme="majorHAnsi"/>
        </w:rPr>
        <w:t xml:space="preserve">training </w:t>
      </w:r>
      <w:r w:rsidR="00E47CED" w:rsidRPr="009210F4">
        <w:rPr>
          <w:rFonts w:asciiTheme="majorHAnsi" w:hAnsiTheme="majorHAnsi" w:cstheme="majorHAnsi"/>
        </w:rPr>
        <w:t>f</w:t>
      </w:r>
      <w:r w:rsidR="00427067" w:rsidRPr="009210F4">
        <w:rPr>
          <w:rFonts w:asciiTheme="majorHAnsi" w:hAnsiTheme="majorHAnsi" w:cstheme="majorHAnsi"/>
        </w:rPr>
        <w:t>irm</w:t>
      </w:r>
      <w:r w:rsidR="00D23E9C" w:rsidRPr="009210F4">
        <w:rPr>
          <w:rFonts w:asciiTheme="majorHAnsi" w:hAnsiTheme="majorHAnsi" w:cstheme="majorHAnsi"/>
        </w:rPr>
        <w:t xml:space="preserve"> </w:t>
      </w:r>
      <w:r w:rsidRPr="009210F4">
        <w:rPr>
          <w:rFonts w:asciiTheme="majorHAnsi" w:hAnsiTheme="majorHAnsi" w:cstheme="majorHAnsi"/>
        </w:rPr>
        <w:t>and I also do the digital brand strategy with my firm but the main crux of my purpose is to make the world a better place for disabled people</w:t>
      </w:r>
      <w:r w:rsidR="00F83B7F" w:rsidRPr="009210F4">
        <w:rPr>
          <w:rFonts w:asciiTheme="majorHAnsi" w:hAnsiTheme="majorHAnsi" w:cstheme="majorHAnsi"/>
        </w:rPr>
        <w:t>, s</w:t>
      </w:r>
      <w:r w:rsidRPr="009210F4">
        <w:rPr>
          <w:rFonts w:asciiTheme="majorHAnsi" w:hAnsiTheme="majorHAnsi" w:cstheme="majorHAnsi"/>
        </w:rPr>
        <w:t>o through my disability activism, I do a lot of speaking engagements</w:t>
      </w:r>
      <w:r w:rsidR="00F83B7F" w:rsidRPr="009210F4">
        <w:rPr>
          <w:rFonts w:asciiTheme="majorHAnsi" w:hAnsiTheme="majorHAnsi" w:cstheme="majorHAnsi"/>
        </w:rPr>
        <w:t>,</w:t>
      </w:r>
      <w:r w:rsidRPr="009210F4">
        <w:rPr>
          <w:rFonts w:asciiTheme="majorHAnsi" w:hAnsiTheme="majorHAnsi" w:cstheme="majorHAnsi"/>
        </w:rPr>
        <w:t xml:space="preserve"> I do a lot of panels</w:t>
      </w:r>
      <w:r w:rsidR="00F83B7F" w:rsidRPr="009210F4">
        <w:rPr>
          <w:rFonts w:asciiTheme="majorHAnsi" w:hAnsiTheme="majorHAnsi" w:cstheme="majorHAnsi"/>
        </w:rPr>
        <w:t>,</w:t>
      </w:r>
      <w:r w:rsidRPr="009210F4">
        <w:rPr>
          <w:rFonts w:asciiTheme="majorHAnsi" w:hAnsiTheme="majorHAnsi" w:cstheme="majorHAnsi"/>
        </w:rPr>
        <w:t xml:space="preserve"> I do a lot of media, like you know, quotes for articles and like news interviews and stuff like that. And that's all great and good and I do like fun stuff</w:t>
      </w:r>
      <w:r w:rsidR="00F83B7F" w:rsidRPr="009210F4">
        <w:rPr>
          <w:rFonts w:asciiTheme="majorHAnsi" w:hAnsiTheme="majorHAnsi" w:cstheme="majorHAnsi"/>
        </w:rPr>
        <w:t>,</w:t>
      </w:r>
      <w:r w:rsidRPr="009210F4">
        <w:rPr>
          <w:rFonts w:asciiTheme="majorHAnsi" w:hAnsiTheme="majorHAnsi" w:cstheme="majorHAnsi"/>
        </w:rPr>
        <w:t xml:space="preserve"> like I was on the latest </w:t>
      </w:r>
      <w:r w:rsidR="00F83B7F" w:rsidRPr="009210F4">
        <w:rPr>
          <w:rFonts w:asciiTheme="majorHAnsi" w:hAnsiTheme="majorHAnsi" w:cstheme="majorHAnsi"/>
        </w:rPr>
        <w:t>C</w:t>
      </w:r>
      <w:r w:rsidRPr="009210F4">
        <w:rPr>
          <w:rFonts w:asciiTheme="majorHAnsi" w:hAnsiTheme="majorHAnsi" w:cstheme="majorHAnsi"/>
        </w:rPr>
        <w:t xml:space="preserve">elebrity </w:t>
      </w:r>
      <w:r w:rsidR="00F83B7F" w:rsidRPr="009210F4">
        <w:rPr>
          <w:rFonts w:asciiTheme="majorHAnsi" w:hAnsiTheme="majorHAnsi" w:cstheme="majorHAnsi"/>
        </w:rPr>
        <w:t>G</w:t>
      </w:r>
      <w:r w:rsidRPr="009210F4">
        <w:rPr>
          <w:rFonts w:asciiTheme="majorHAnsi" w:hAnsiTheme="majorHAnsi" w:cstheme="majorHAnsi"/>
        </w:rPr>
        <w:t>ogglebox</w:t>
      </w:r>
      <w:r w:rsidR="00F83B7F" w:rsidRPr="009210F4">
        <w:rPr>
          <w:rFonts w:asciiTheme="majorHAnsi" w:hAnsiTheme="majorHAnsi" w:cstheme="majorHAnsi"/>
        </w:rPr>
        <w:t>,</w:t>
      </w:r>
      <w:r w:rsidRPr="009210F4">
        <w:rPr>
          <w:rFonts w:asciiTheme="majorHAnsi" w:hAnsiTheme="majorHAnsi" w:cstheme="majorHAnsi"/>
        </w:rPr>
        <w:t xml:space="preserve"> </w:t>
      </w:r>
      <w:r w:rsidR="00F83B7F" w:rsidRPr="009210F4">
        <w:rPr>
          <w:rFonts w:asciiTheme="majorHAnsi" w:hAnsiTheme="majorHAnsi" w:cstheme="majorHAnsi"/>
        </w:rPr>
        <w:t>s</w:t>
      </w:r>
      <w:r w:rsidRPr="009210F4">
        <w:rPr>
          <w:rFonts w:asciiTheme="majorHAnsi" w:hAnsiTheme="majorHAnsi" w:cstheme="majorHAnsi"/>
        </w:rPr>
        <w:t xml:space="preserve">o that's the fun side of things, but the grit of it and the stuff I live for is </w:t>
      </w:r>
      <w:r w:rsidR="00F83B7F" w:rsidRPr="009210F4">
        <w:rPr>
          <w:rFonts w:asciiTheme="majorHAnsi" w:hAnsiTheme="majorHAnsi" w:cstheme="majorHAnsi"/>
        </w:rPr>
        <w:t xml:space="preserve">the </w:t>
      </w:r>
      <w:r w:rsidRPr="009210F4">
        <w:rPr>
          <w:rFonts w:asciiTheme="majorHAnsi" w:hAnsiTheme="majorHAnsi" w:cstheme="majorHAnsi"/>
        </w:rPr>
        <w:t>supporting a community of disabled people and</w:t>
      </w:r>
      <w:r w:rsidR="00F83B7F" w:rsidRPr="009210F4">
        <w:rPr>
          <w:rFonts w:asciiTheme="majorHAnsi" w:hAnsiTheme="majorHAnsi" w:cstheme="majorHAnsi"/>
        </w:rPr>
        <w:t>,</w:t>
      </w:r>
      <w:r w:rsidRPr="009210F4">
        <w:rPr>
          <w:rFonts w:asciiTheme="majorHAnsi" w:hAnsiTheme="majorHAnsi" w:cstheme="majorHAnsi"/>
        </w:rPr>
        <w:t xml:space="preserve"> you know, being there for people that are a niche within a niche and, and bringing kind of representation just through being present</w:t>
      </w:r>
      <w:r w:rsidR="00F83B7F" w:rsidRPr="009210F4">
        <w:rPr>
          <w:rFonts w:asciiTheme="majorHAnsi" w:hAnsiTheme="majorHAnsi" w:cstheme="majorHAnsi"/>
        </w:rPr>
        <w:t>,</w:t>
      </w:r>
      <w:r w:rsidRPr="009210F4">
        <w:rPr>
          <w:rFonts w:asciiTheme="majorHAnsi" w:hAnsiTheme="majorHAnsi" w:cstheme="majorHAnsi"/>
        </w:rPr>
        <w:t xml:space="preserve"> just through voicing my</w:t>
      </w:r>
      <w:r w:rsidR="00F83B7F" w:rsidRPr="009210F4">
        <w:rPr>
          <w:rFonts w:asciiTheme="majorHAnsi" w:hAnsiTheme="majorHAnsi" w:cstheme="majorHAnsi"/>
        </w:rPr>
        <w:t>,</w:t>
      </w:r>
      <w:r w:rsidRPr="009210F4">
        <w:rPr>
          <w:rFonts w:asciiTheme="majorHAnsi" w:hAnsiTheme="majorHAnsi" w:cstheme="majorHAnsi"/>
        </w:rPr>
        <w:t xml:space="preserve"> like just saying </w:t>
      </w:r>
      <w:r w:rsidR="00F83B7F" w:rsidRPr="009210F4">
        <w:rPr>
          <w:rFonts w:asciiTheme="majorHAnsi" w:hAnsiTheme="majorHAnsi" w:cstheme="majorHAnsi"/>
        </w:rPr>
        <w:t>‘</w:t>
      </w:r>
      <w:r w:rsidRPr="009210F4">
        <w:rPr>
          <w:rFonts w:asciiTheme="majorHAnsi" w:hAnsiTheme="majorHAnsi" w:cstheme="majorHAnsi"/>
        </w:rPr>
        <w:t xml:space="preserve">the system is </w:t>
      </w:r>
      <w:r w:rsidR="009210F4" w:rsidRPr="009210F4">
        <w:rPr>
          <w:rFonts w:asciiTheme="majorHAnsi" w:hAnsiTheme="majorHAnsi" w:cstheme="majorHAnsi"/>
        </w:rPr>
        <w:t>broken</w:t>
      </w:r>
      <w:r w:rsidRPr="009210F4">
        <w:rPr>
          <w:rFonts w:asciiTheme="majorHAnsi" w:hAnsiTheme="majorHAnsi" w:cstheme="majorHAnsi"/>
        </w:rPr>
        <w:t>, we need to fix it</w:t>
      </w:r>
      <w:r w:rsidR="007B4CD7" w:rsidRPr="009210F4">
        <w:rPr>
          <w:rFonts w:asciiTheme="majorHAnsi" w:hAnsiTheme="majorHAnsi" w:cstheme="majorHAnsi"/>
        </w:rPr>
        <w:t>’</w:t>
      </w:r>
      <w:r w:rsidRPr="009210F4">
        <w:rPr>
          <w:rFonts w:asciiTheme="majorHAnsi" w:hAnsiTheme="majorHAnsi" w:cstheme="majorHAnsi"/>
        </w:rPr>
        <w:t xml:space="preserve"> and making that your existence and your sole purpose and building your purpose upon it. </w:t>
      </w:r>
      <w:r w:rsidR="00E47CED" w:rsidRPr="009210F4">
        <w:rPr>
          <w:rFonts w:asciiTheme="majorHAnsi" w:hAnsiTheme="majorHAnsi" w:cstheme="majorHAnsi"/>
        </w:rPr>
        <w:t>So,</w:t>
      </w:r>
      <w:r w:rsidRPr="009210F4">
        <w:rPr>
          <w:rFonts w:asciiTheme="majorHAnsi" w:hAnsiTheme="majorHAnsi" w:cstheme="majorHAnsi"/>
        </w:rPr>
        <w:t xml:space="preserve"> every speaking engagement</w:t>
      </w:r>
      <w:r w:rsidR="00E47CED" w:rsidRPr="009210F4">
        <w:rPr>
          <w:rFonts w:asciiTheme="majorHAnsi" w:hAnsiTheme="majorHAnsi" w:cstheme="majorHAnsi"/>
        </w:rPr>
        <w:t>,</w:t>
      </w:r>
      <w:r w:rsidRPr="009210F4">
        <w:rPr>
          <w:rFonts w:asciiTheme="majorHAnsi" w:hAnsiTheme="majorHAnsi" w:cstheme="majorHAnsi"/>
        </w:rPr>
        <w:t xml:space="preserve"> every</w:t>
      </w:r>
      <w:r w:rsidR="007B4CD7" w:rsidRPr="009210F4">
        <w:rPr>
          <w:rFonts w:asciiTheme="majorHAnsi" w:hAnsiTheme="majorHAnsi" w:cstheme="majorHAnsi"/>
        </w:rPr>
        <w:t>,</w:t>
      </w:r>
      <w:r w:rsidRPr="009210F4">
        <w:rPr>
          <w:rFonts w:asciiTheme="majorHAnsi" w:hAnsiTheme="majorHAnsi" w:cstheme="majorHAnsi"/>
        </w:rPr>
        <w:t xml:space="preserve"> every time I speak one to one with a person</w:t>
      </w:r>
      <w:r w:rsidR="007B4CD7" w:rsidRPr="009210F4">
        <w:rPr>
          <w:rFonts w:asciiTheme="majorHAnsi" w:hAnsiTheme="majorHAnsi" w:cstheme="majorHAnsi"/>
        </w:rPr>
        <w:t>,</w:t>
      </w:r>
      <w:r w:rsidRPr="009210F4">
        <w:rPr>
          <w:rFonts w:asciiTheme="majorHAnsi" w:hAnsiTheme="majorHAnsi" w:cstheme="majorHAnsi"/>
        </w:rPr>
        <w:t xml:space="preserve"> every time I support an athlete that's in </w:t>
      </w:r>
      <w:r w:rsidR="009210F4" w:rsidRPr="009210F4">
        <w:rPr>
          <w:rFonts w:asciiTheme="majorHAnsi" w:hAnsiTheme="majorHAnsi" w:cstheme="majorHAnsi"/>
        </w:rPr>
        <w:t>Tokyo</w:t>
      </w:r>
      <w:r w:rsidRPr="009210F4">
        <w:rPr>
          <w:rFonts w:asciiTheme="majorHAnsi" w:hAnsiTheme="majorHAnsi" w:cstheme="majorHAnsi"/>
        </w:rPr>
        <w:t xml:space="preserve"> doing the Paralympics</w:t>
      </w:r>
      <w:r w:rsidR="007B4CD7" w:rsidRPr="009210F4">
        <w:rPr>
          <w:rFonts w:asciiTheme="majorHAnsi" w:hAnsiTheme="majorHAnsi" w:cstheme="majorHAnsi"/>
        </w:rPr>
        <w:t>,</w:t>
      </w:r>
      <w:r w:rsidRPr="009210F4">
        <w:rPr>
          <w:rFonts w:asciiTheme="majorHAnsi" w:hAnsiTheme="majorHAnsi" w:cstheme="majorHAnsi"/>
        </w:rPr>
        <w:t xml:space="preserve"> every time I am</w:t>
      </w:r>
      <w:r w:rsidR="007B4CD7" w:rsidRPr="009210F4">
        <w:rPr>
          <w:rFonts w:asciiTheme="majorHAnsi" w:hAnsiTheme="majorHAnsi" w:cstheme="majorHAnsi"/>
        </w:rPr>
        <w:t>,</w:t>
      </w:r>
      <w:r w:rsidRPr="009210F4">
        <w:rPr>
          <w:rFonts w:asciiTheme="majorHAnsi" w:hAnsiTheme="majorHAnsi" w:cstheme="majorHAnsi"/>
        </w:rPr>
        <w:t xml:space="preserve"> you know, every time I'm doing the work I'm like I am bringing justice</w:t>
      </w:r>
      <w:r w:rsidR="007B4CD7" w:rsidRPr="009210F4">
        <w:rPr>
          <w:rFonts w:asciiTheme="majorHAnsi" w:hAnsiTheme="majorHAnsi" w:cstheme="majorHAnsi"/>
        </w:rPr>
        <w:t>,</w:t>
      </w:r>
      <w:r w:rsidRPr="009210F4">
        <w:rPr>
          <w:rFonts w:asciiTheme="majorHAnsi" w:hAnsiTheme="majorHAnsi" w:cstheme="majorHAnsi"/>
        </w:rPr>
        <w:t xml:space="preserve"> I'm bringing a representation to someone who needs it. I'm bringing representation to a community that is </w:t>
      </w:r>
      <w:r w:rsidR="007B4CD7" w:rsidRPr="009210F4">
        <w:rPr>
          <w:rFonts w:asciiTheme="majorHAnsi" w:hAnsiTheme="majorHAnsi" w:cstheme="majorHAnsi"/>
        </w:rPr>
        <w:t xml:space="preserve">a faction </w:t>
      </w:r>
      <w:r w:rsidRPr="009210F4">
        <w:rPr>
          <w:rFonts w:asciiTheme="majorHAnsi" w:hAnsiTheme="majorHAnsi" w:cstheme="majorHAnsi"/>
        </w:rPr>
        <w:t>within</w:t>
      </w:r>
      <w:r w:rsidR="007B4CD7" w:rsidRPr="009210F4">
        <w:rPr>
          <w:rFonts w:asciiTheme="majorHAnsi" w:hAnsiTheme="majorHAnsi" w:cstheme="majorHAnsi"/>
        </w:rPr>
        <w:t xml:space="preserve"> a faction</w:t>
      </w:r>
      <w:r w:rsidRPr="009210F4">
        <w:rPr>
          <w:rFonts w:asciiTheme="majorHAnsi" w:hAnsiTheme="majorHAnsi" w:cstheme="majorHAnsi"/>
        </w:rPr>
        <w:t>. And it's</w:t>
      </w:r>
      <w:r w:rsidR="007B4CD7" w:rsidRPr="009210F4">
        <w:rPr>
          <w:rFonts w:asciiTheme="majorHAnsi" w:hAnsiTheme="majorHAnsi" w:cstheme="majorHAnsi"/>
        </w:rPr>
        <w:t>, it’s</w:t>
      </w:r>
      <w:r w:rsidR="00D23E9C" w:rsidRPr="009210F4">
        <w:rPr>
          <w:rFonts w:asciiTheme="majorHAnsi" w:hAnsiTheme="majorHAnsi" w:cstheme="majorHAnsi"/>
        </w:rPr>
        <w:t xml:space="preserve"> </w:t>
      </w:r>
      <w:r w:rsidRPr="009210F4">
        <w:rPr>
          <w:rFonts w:asciiTheme="majorHAnsi" w:hAnsiTheme="majorHAnsi" w:cstheme="majorHAnsi"/>
        </w:rPr>
        <w:t xml:space="preserve">a joy so yeah, </w:t>
      </w:r>
      <w:r w:rsidR="007B4CD7" w:rsidRPr="009210F4">
        <w:rPr>
          <w:rFonts w:asciiTheme="majorHAnsi" w:hAnsiTheme="majorHAnsi" w:cstheme="majorHAnsi"/>
        </w:rPr>
        <w:t>D</w:t>
      </w:r>
      <w:r w:rsidRPr="009210F4">
        <w:rPr>
          <w:rFonts w:asciiTheme="majorHAnsi" w:hAnsiTheme="majorHAnsi" w:cstheme="majorHAnsi"/>
        </w:rPr>
        <w:t xml:space="preserve">ope </w:t>
      </w:r>
      <w:r w:rsidR="007B4CD7" w:rsidRPr="009210F4">
        <w:rPr>
          <w:rFonts w:asciiTheme="majorHAnsi" w:hAnsiTheme="majorHAnsi" w:cstheme="majorHAnsi"/>
        </w:rPr>
        <w:t>Black D</w:t>
      </w:r>
      <w:r w:rsidRPr="009210F4">
        <w:rPr>
          <w:rFonts w:asciiTheme="majorHAnsi" w:hAnsiTheme="majorHAnsi" w:cstheme="majorHAnsi"/>
        </w:rPr>
        <w:t>isabled</w:t>
      </w:r>
      <w:r w:rsidR="007B4CD7" w:rsidRPr="009210F4">
        <w:rPr>
          <w:rFonts w:asciiTheme="majorHAnsi" w:hAnsiTheme="majorHAnsi" w:cstheme="majorHAnsi"/>
        </w:rPr>
        <w:t>,</w:t>
      </w:r>
      <w:r w:rsidRPr="009210F4">
        <w:rPr>
          <w:rFonts w:asciiTheme="majorHAnsi" w:hAnsiTheme="majorHAnsi" w:cstheme="majorHAnsi"/>
        </w:rPr>
        <w:t xml:space="preserve"> we have a podcast, the </w:t>
      </w:r>
      <w:r w:rsidR="007B4CD7" w:rsidRPr="009210F4">
        <w:rPr>
          <w:rFonts w:asciiTheme="majorHAnsi" w:hAnsiTheme="majorHAnsi" w:cstheme="majorHAnsi"/>
        </w:rPr>
        <w:t>D</w:t>
      </w:r>
      <w:r w:rsidRPr="009210F4">
        <w:rPr>
          <w:rFonts w:asciiTheme="majorHAnsi" w:hAnsiTheme="majorHAnsi" w:cstheme="majorHAnsi"/>
        </w:rPr>
        <w:t>ope</w:t>
      </w:r>
      <w:r w:rsidR="007B4CD7" w:rsidRPr="009210F4">
        <w:rPr>
          <w:rFonts w:asciiTheme="majorHAnsi" w:hAnsiTheme="majorHAnsi" w:cstheme="majorHAnsi"/>
        </w:rPr>
        <w:t xml:space="preserve"> Black</w:t>
      </w:r>
      <w:r w:rsidRPr="009210F4">
        <w:rPr>
          <w:rFonts w:asciiTheme="majorHAnsi" w:hAnsiTheme="majorHAnsi" w:cstheme="majorHAnsi"/>
        </w:rPr>
        <w:t xml:space="preserve"> </w:t>
      </w:r>
      <w:r w:rsidR="007B4CD7" w:rsidRPr="009210F4">
        <w:rPr>
          <w:rFonts w:asciiTheme="majorHAnsi" w:hAnsiTheme="majorHAnsi" w:cstheme="majorHAnsi"/>
        </w:rPr>
        <w:t>D</w:t>
      </w:r>
      <w:r w:rsidRPr="009210F4">
        <w:rPr>
          <w:rFonts w:asciiTheme="majorHAnsi" w:hAnsiTheme="majorHAnsi" w:cstheme="majorHAnsi"/>
        </w:rPr>
        <w:t xml:space="preserve">isabled podcast, we have a community safe space, a private </w:t>
      </w:r>
      <w:r w:rsidR="00E47CED" w:rsidRPr="009210F4">
        <w:rPr>
          <w:rFonts w:asciiTheme="majorHAnsi" w:hAnsiTheme="majorHAnsi" w:cstheme="majorHAnsi"/>
        </w:rPr>
        <w:t>WhatsApp</w:t>
      </w:r>
      <w:r w:rsidRPr="009210F4">
        <w:rPr>
          <w:rFonts w:asciiTheme="majorHAnsi" w:hAnsiTheme="majorHAnsi" w:cstheme="majorHAnsi"/>
        </w:rPr>
        <w:t xml:space="preserve"> group</w:t>
      </w:r>
      <w:r w:rsidR="007B4CD7" w:rsidRPr="009210F4">
        <w:rPr>
          <w:rFonts w:asciiTheme="majorHAnsi" w:hAnsiTheme="majorHAnsi" w:cstheme="majorHAnsi"/>
        </w:rPr>
        <w:t xml:space="preserve">, but we also have </w:t>
      </w:r>
      <w:r w:rsidRPr="009210F4">
        <w:rPr>
          <w:rFonts w:asciiTheme="majorHAnsi" w:hAnsiTheme="majorHAnsi" w:cstheme="majorHAnsi"/>
        </w:rPr>
        <w:t xml:space="preserve">Instagram and </w:t>
      </w:r>
      <w:r w:rsidR="009210F4" w:rsidRPr="009210F4">
        <w:rPr>
          <w:rFonts w:asciiTheme="majorHAnsi" w:hAnsiTheme="majorHAnsi" w:cstheme="majorHAnsi"/>
        </w:rPr>
        <w:t>Facebook</w:t>
      </w:r>
      <w:r w:rsidRPr="009210F4">
        <w:rPr>
          <w:rFonts w:asciiTheme="majorHAnsi" w:hAnsiTheme="majorHAnsi" w:cstheme="majorHAnsi"/>
        </w:rPr>
        <w:t xml:space="preserve"> and Twitter which you can follow us on and that's my schpeel</w:t>
      </w:r>
    </w:p>
    <w:p w14:paraId="11BA185D" w14:textId="77777777" w:rsidR="00991E93" w:rsidRPr="009210F4" w:rsidRDefault="00991E93" w:rsidP="009210F4">
      <w:pPr>
        <w:pStyle w:val="NoSpacing"/>
        <w:rPr>
          <w:rFonts w:asciiTheme="majorHAnsi" w:hAnsiTheme="majorHAnsi" w:cstheme="majorHAnsi"/>
        </w:rPr>
      </w:pPr>
    </w:p>
    <w:p w14:paraId="2B456621" w14:textId="6011B6A6"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Lucy</w:t>
      </w:r>
      <w:r w:rsidR="00D23E9C" w:rsidRPr="009210F4">
        <w:rPr>
          <w:rFonts w:asciiTheme="majorHAnsi" w:hAnsiTheme="majorHAnsi" w:cstheme="majorHAnsi"/>
        </w:rPr>
        <w:t xml:space="preserve"> </w:t>
      </w:r>
      <w:r w:rsidRPr="009210F4">
        <w:rPr>
          <w:rFonts w:asciiTheme="majorHAnsi" w:hAnsiTheme="majorHAnsi" w:cstheme="majorHAnsi"/>
        </w:rPr>
        <w:t>04:09</w:t>
      </w:r>
    </w:p>
    <w:p w14:paraId="206BB843" w14:textId="0168441C"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That is amazing</w:t>
      </w:r>
      <w:r w:rsidR="007B4CD7" w:rsidRPr="009210F4">
        <w:rPr>
          <w:rFonts w:asciiTheme="majorHAnsi" w:hAnsiTheme="majorHAnsi" w:cstheme="majorHAnsi"/>
        </w:rPr>
        <w:t>, and c</w:t>
      </w:r>
      <w:r w:rsidRPr="009210F4">
        <w:rPr>
          <w:rFonts w:asciiTheme="majorHAnsi" w:hAnsiTheme="majorHAnsi" w:cstheme="majorHAnsi"/>
        </w:rPr>
        <w:t xml:space="preserve">an I just say </w:t>
      </w:r>
      <w:r w:rsidR="007B4CD7" w:rsidRPr="009210F4">
        <w:rPr>
          <w:rFonts w:asciiTheme="majorHAnsi" w:hAnsiTheme="majorHAnsi" w:cstheme="majorHAnsi"/>
        </w:rPr>
        <w:t xml:space="preserve">as well, </w:t>
      </w:r>
      <w:r w:rsidRPr="009210F4">
        <w:rPr>
          <w:rFonts w:asciiTheme="majorHAnsi" w:hAnsiTheme="majorHAnsi" w:cstheme="majorHAnsi"/>
        </w:rPr>
        <w:t xml:space="preserve">I watched, I watched </w:t>
      </w:r>
      <w:r w:rsidR="007B4CD7" w:rsidRPr="009210F4">
        <w:rPr>
          <w:rFonts w:asciiTheme="majorHAnsi" w:hAnsiTheme="majorHAnsi" w:cstheme="majorHAnsi"/>
        </w:rPr>
        <w:t>C</w:t>
      </w:r>
      <w:r w:rsidRPr="009210F4">
        <w:rPr>
          <w:rFonts w:asciiTheme="majorHAnsi" w:hAnsiTheme="majorHAnsi" w:cstheme="majorHAnsi"/>
        </w:rPr>
        <w:t xml:space="preserve">elebrity </w:t>
      </w:r>
      <w:r w:rsidR="007B4CD7" w:rsidRPr="009210F4">
        <w:rPr>
          <w:rFonts w:asciiTheme="majorHAnsi" w:hAnsiTheme="majorHAnsi" w:cstheme="majorHAnsi"/>
        </w:rPr>
        <w:t>G</w:t>
      </w:r>
      <w:r w:rsidRPr="009210F4">
        <w:rPr>
          <w:rFonts w:asciiTheme="majorHAnsi" w:hAnsiTheme="majorHAnsi" w:cstheme="majorHAnsi"/>
        </w:rPr>
        <w:t xml:space="preserve">ogglebox </w:t>
      </w:r>
      <w:r w:rsidR="007B4CD7" w:rsidRPr="009210F4">
        <w:rPr>
          <w:rFonts w:asciiTheme="majorHAnsi" w:hAnsiTheme="majorHAnsi" w:cstheme="majorHAnsi"/>
        </w:rPr>
        <w:t xml:space="preserve">a </w:t>
      </w:r>
      <w:r w:rsidRPr="009210F4">
        <w:rPr>
          <w:rFonts w:asciiTheme="majorHAnsi" w:hAnsiTheme="majorHAnsi" w:cstheme="majorHAnsi"/>
        </w:rPr>
        <w:t>few weeks ago, and when I saw your name on the screen, I was like, hang on a minute</w:t>
      </w:r>
      <w:r w:rsidR="007B4CD7" w:rsidRPr="009210F4">
        <w:rPr>
          <w:rFonts w:asciiTheme="majorHAnsi" w:hAnsiTheme="majorHAnsi" w:cstheme="majorHAnsi"/>
        </w:rPr>
        <w:t>, h</w:t>
      </w:r>
      <w:r w:rsidRPr="009210F4">
        <w:rPr>
          <w:rFonts w:asciiTheme="majorHAnsi" w:hAnsiTheme="majorHAnsi" w:cstheme="majorHAnsi"/>
        </w:rPr>
        <w:t>ang on a minute</w:t>
      </w:r>
      <w:r w:rsidR="007B4CD7" w:rsidRPr="009210F4">
        <w:rPr>
          <w:rFonts w:asciiTheme="majorHAnsi" w:hAnsiTheme="majorHAnsi" w:cstheme="majorHAnsi"/>
        </w:rPr>
        <w:t>,</w:t>
      </w:r>
      <w:r w:rsidR="00E33321" w:rsidRPr="009210F4">
        <w:rPr>
          <w:rFonts w:asciiTheme="majorHAnsi" w:hAnsiTheme="majorHAnsi" w:cstheme="majorHAnsi"/>
        </w:rPr>
        <w:t xml:space="preserve"> woah,</w:t>
      </w:r>
      <w:r w:rsidR="00D23E9C" w:rsidRPr="009210F4">
        <w:rPr>
          <w:rFonts w:asciiTheme="majorHAnsi" w:hAnsiTheme="majorHAnsi" w:cstheme="majorHAnsi"/>
        </w:rPr>
        <w:t xml:space="preserve"> </w:t>
      </w:r>
      <w:r w:rsidRPr="009210F4">
        <w:rPr>
          <w:rFonts w:asciiTheme="majorHAnsi" w:hAnsiTheme="majorHAnsi" w:cstheme="majorHAnsi"/>
        </w:rPr>
        <w:t>we're interviewing that lady</w:t>
      </w:r>
      <w:r w:rsidR="00E33321" w:rsidRPr="009210F4">
        <w:rPr>
          <w:rFonts w:asciiTheme="majorHAnsi" w:hAnsiTheme="majorHAnsi" w:cstheme="majorHAnsi"/>
        </w:rPr>
        <w:t>, w</w:t>
      </w:r>
      <w:r w:rsidRPr="009210F4">
        <w:rPr>
          <w:rFonts w:asciiTheme="majorHAnsi" w:hAnsiTheme="majorHAnsi" w:cstheme="majorHAnsi"/>
        </w:rPr>
        <w:t xml:space="preserve">e're </w:t>
      </w:r>
      <w:r w:rsidR="00E33321" w:rsidRPr="009210F4">
        <w:rPr>
          <w:rFonts w:asciiTheme="majorHAnsi" w:hAnsiTheme="majorHAnsi" w:cstheme="majorHAnsi"/>
        </w:rPr>
        <w:t xml:space="preserve">interviewing her, I got </w:t>
      </w:r>
      <w:r w:rsidRPr="009210F4">
        <w:rPr>
          <w:rFonts w:asciiTheme="majorHAnsi" w:hAnsiTheme="majorHAnsi" w:cstheme="majorHAnsi"/>
        </w:rPr>
        <w:t>very excited</w:t>
      </w:r>
      <w:r w:rsidR="00E33321" w:rsidRPr="009210F4">
        <w:rPr>
          <w:rFonts w:asciiTheme="majorHAnsi" w:hAnsiTheme="majorHAnsi" w:cstheme="majorHAnsi"/>
        </w:rPr>
        <w:t>! {laughter}</w:t>
      </w:r>
    </w:p>
    <w:p w14:paraId="61534CC2" w14:textId="77777777" w:rsidR="00C64C06" w:rsidRPr="009210F4" w:rsidRDefault="00C64C06" w:rsidP="009210F4">
      <w:pPr>
        <w:pStyle w:val="NoSpacing"/>
        <w:rPr>
          <w:rFonts w:asciiTheme="majorHAnsi" w:hAnsiTheme="majorHAnsi" w:cstheme="majorHAnsi"/>
        </w:rPr>
      </w:pPr>
    </w:p>
    <w:p w14:paraId="30E082FD" w14:textId="2BE3DC3A" w:rsidR="00E33321" w:rsidRPr="009210F4" w:rsidRDefault="00820759" w:rsidP="009210F4">
      <w:pPr>
        <w:pStyle w:val="NoSpacing"/>
        <w:rPr>
          <w:rFonts w:asciiTheme="majorHAnsi" w:hAnsiTheme="majorHAnsi" w:cstheme="majorHAnsi"/>
        </w:rPr>
      </w:pPr>
      <w:r w:rsidRPr="009210F4">
        <w:rPr>
          <w:rFonts w:asciiTheme="majorHAnsi" w:hAnsiTheme="majorHAnsi" w:cstheme="majorHAnsi"/>
        </w:rPr>
        <w:t xml:space="preserve"> Kimmy:</w:t>
      </w:r>
      <w:r w:rsidR="00E33321" w:rsidRPr="009210F4">
        <w:rPr>
          <w:rFonts w:asciiTheme="majorHAnsi" w:hAnsiTheme="majorHAnsi" w:cstheme="majorHAnsi"/>
        </w:rPr>
        <w:t xml:space="preserve"> Thank you </w:t>
      </w:r>
    </w:p>
    <w:p w14:paraId="5F88A5A0" w14:textId="77777777" w:rsidR="00991E93" w:rsidRPr="009210F4" w:rsidRDefault="00991E93" w:rsidP="009210F4">
      <w:pPr>
        <w:pStyle w:val="NoSpacing"/>
        <w:rPr>
          <w:rFonts w:asciiTheme="majorHAnsi" w:hAnsiTheme="majorHAnsi" w:cstheme="majorHAnsi"/>
        </w:rPr>
      </w:pPr>
    </w:p>
    <w:p w14:paraId="53B570DE" w14:textId="77777777" w:rsidR="00C64C06" w:rsidRPr="009210F4" w:rsidRDefault="00F7615C" w:rsidP="009210F4">
      <w:pPr>
        <w:pStyle w:val="NoSpacing"/>
        <w:rPr>
          <w:rFonts w:asciiTheme="majorHAnsi" w:hAnsiTheme="majorHAnsi" w:cstheme="majorHAnsi"/>
        </w:rPr>
      </w:pPr>
      <w:r w:rsidRPr="009210F4">
        <w:rPr>
          <w:rFonts w:asciiTheme="majorHAnsi" w:hAnsiTheme="majorHAnsi" w:cstheme="majorHAnsi"/>
        </w:rPr>
        <w:t>Alice</w:t>
      </w:r>
      <w:r w:rsidR="00D23E9C" w:rsidRPr="009210F4">
        <w:rPr>
          <w:rFonts w:asciiTheme="majorHAnsi" w:hAnsiTheme="majorHAnsi" w:cstheme="majorHAnsi"/>
        </w:rPr>
        <w:t xml:space="preserve"> </w:t>
      </w:r>
      <w:r w:rsidRPr="009210F4">
        <w:rPr>
          <w:rFonts w:asciiTheme="majorHAnsi" w:hAnsiTheme="majorHAnsi" w:cstheme="majorHAnsi"/>
        </w:rPr>
        <w:t>04:26</w:t>
      </w:r>
    </w:p>
    <w:p w14:paraId="2648651B" w14:textId="53B4A1F1" w:rsidR="00E33321" w:rsidRPr="009210F4" w:rsidRDefault="00F7615C" w:rsidP="009210F4">
      <w:pPr>
        <w:pStyle w:val="NoSpacing"/>
        <w:rPr>
          <w:rFonts w:asciiTheme="majorHAnsi" w:hAnsiTheme="majorHAnsi" w:cstheme="majorHAnsi"/>
        </w:rPr>
      </w:pPr>
      <w:r w:rsidRPr="009210F4">
        <w:rPr>
          <w:rFonts w:asciiTheme="majorHAnsi" w:hAnsiTheme="majorHAnsi" w:cstheme="majorHAnsi"/>
        </w:rPr>
        <w:t xml:space="preserve">Yes, I feel like I've missed </w:t>
      </w:r>
      <w:r w:rsidR="00E33321" w:rsidRPr="009210F4">
        <w:rPr>
          <w:rFonts w:asciiTheme="majorHAnsi" w:hAnsiTheme="majorHAnsi" w:cstheme="majorHAnsi"/>
        </w:rPr>
        <w:t xml:space="preserve">out, </w:t>
      </w:r>
      <w:r w:rsidRPr="009210F4">
        <w:rPr>
          <w:rFonts w:asciiTheme="majorHAnsi" w:hAnsiTheme="majorHAnsi" w:cstheme="majorHAnsi"/>
        </w:rPr>
        <w:t xml:space="preserve">I don't watch TV </w:t>
      </w:r>
    </w:p>
    <w:p w14:paraId="11E95288" w14:textId="77777777" w:rsidR="00C64C06" w:rsidRPr="009210F4" w:rsidRDefault="00C64C06" w:rsidP="009210F4">
      <w:pPr>
        <w:pStyle w:val="NoSpacing"/>
        <w:rPr>
          <w:rFonts w:asciiTheme="majorHAnsi" w:hAnsiTheme="majorHAnsi" w:cstheme="majorHAnsi"/>
        </w:rPr>
      </w:pPr>
    </w:p>
    <w:p w14:paraId="6EA5C1E6" w14:textId="5CD9FF28" w:rsidR="00991E93" w:rsidRPr="009210F4" w:rsidRDefault="00E33321" w:rsidP="009210F4">
      <w:pPr>
        <w:pStyle w:val="NoSpacing"/>
        <w:rPr>
          <w:rFonts w:asciiTheme="majorHAnsi" w:hAnsiTheme="majorHAnsi" w:cstheme="majorHAnsi"/>
        </w:rPr>
      </w:pPr>
      <w:r w:rsidRPr="009210F4">
        <w:rPr>
          <w:rFonts w:asciiTheme="majorHAnsi" w:hAnsiTheme="majorHAnsi" w:cstheme="majorHAnsi"/>
        </w:rPr>
        <w:t>Lucy:</w:t>
      </w:r>
      <w:r w:rsidR="00C64C06" w:rsidRPr="009210F4">
        <w:rPr>
          <w:rFonts w:asciiTheme="majorHAnsi" w:hAnsiTheme="majorHAnsi" w:cstheme="majorHAnsi"/>
        </w:rPr>
        <w:t xml:space="preserve"> </w:t>
      </w:r>
      <w:r w:rsidR="00F7615C" w:rsidRPr="009210F4">
        <w:rPr>
          <w:rFonts w:asciiTheme="majorHAnsi" w:hAnsiTheme="majorHAnsi" w:cstheme="majorHAnsi"/>
        </w:rPr>
        <w:t>No</w:t>
      </w:r>
    </w:p>
    <w:p w14:paraId="604AC5BC" w14:textId="77777777" w:rsidR="00C64C06" w:rsidRPr="009210F4" w:rsidRDefault="00C64C06" w:rsidP="009210F4">
      <w:pPr>
        <w:pStyle w:val="NoSpacing"/>
        <w:rPr>
          <w:rFonts w:asciiTheme="majorHAnsi" w:hAnsiTheme="majorHAnsi" w:cstheme="majorHAnsi"/>
        </w:rPr>
      </w:pPr>
    </w:p>
    <w:p w14:paraId="444F3843" w14:textId="0CC0603D" w:rsidR="00991E93" w:rsidRPr="009210F4" w:rsidRDefault="00820759" w:rsidP="009210F4">
      <w:pPr>
        <w:pStyle w:val="NoSpacing"/>
        <w:rPr>
          <w:rFonts w:asciiTheme="majorHAnsi" w:hAnsiTheme="majorHAnsi" w:cstheme="majorHAnsi"/>
        </w:rPr>
      </w:pPr>
      <w:r w:rsidRPr="009210F4">
        <w:rPr>
          <w:rFonts w:asciiTheme="majorHAnsi" w:hAnsiTheme="majorHAnsi" w:cstheme="majorHAnsi"/>
        </w:rPr>
        <w:t xml:space="preserve"> Kimmy </w:t>
      </w:r>
      <w:r w:rsidR="00F7615C" w:rsidRPr="009210F4">
        <w:rPr>
          <w:rFonts w:asciiTheme="majorHAnsi" w:hAnsiTheme="majorHAnsi" w:cstheme="majorHAnsi"/>
        </w:rPr>
        <w:t>04:32</w:t>
      </w:r>
    </w:p>
    <w:p w14:paraId="2E2E28A0" w14:textId="6B2E0B30"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that is a beautiful flex</w:t>
      </w:r>
      <w:r w:rsidR="00E33321" w:rsidRPr="009210F4">
        <w:rPr>
          <w:rFonts w:asciiTheme="majorHAnsi" w:hAnsiTheme="majorHAnsi" w:cstheme="majorHAnsi"/>
        </w:rPr>
        <w:t xml:space="preserve"> {laughter} </w:t>
      </w:r>
    </w:p>
    <w:p w14:paraId="3BD94423" w14:textId="77777777" w:rsidR="00991E93" w:rsidRPr="009210F4" w:rsidRDefault="00991E93" w:rsidP="009210F4">
      <w:pPr>
        <w:pStyle w:val="NoSpacing"/>
        <w:rPr>
          <w:rFonts w:asciiTheme="majorHAnsi" w:hAnsiTheme="majorHAnsi" w:cstheme="majorHAnsi"/>
        </w:rPr>
      </w:pPr>
    </w:p>
    <w:p w14:paraId="1917CD88" w14:textId="10C9E341"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Alice</w:t>
      </w:r>
      <w:r w:rsidR="00D23E9C" w:rsidRPr="009210F4">
        <w:rPr>
          <w:rFonts w:asciiTheme="majorHAnsi" w:hAnsiTheme="majorHAnsi" w:cstheme="majorHAnsi"/>
        </w:rPr>
        <w:t xml:space="preserve"> </w:t>
      </w:r>
      <w:r w:rsidRPr="009210F4">
        <w:rPr>
          <w:rFonts w:asciiTheme="majorHAnsi" w:hAnsiTheme="majorHAnsi" w:cstheme="majorHAnsi"/>
        </w:rPr>
        <w:t>04:37</w:t>
      </w:r>
    </w:p>
    <w:p w14:paraId="41349394" w14:textId="71A21C3C"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 xml:space="preserve">I do occasionally but mostly I read </w:t>
      </w:r>
      <w:r w:rsidR="009210F4" w:rsidRPr="009210F4">
        <w:rPr>
          <w:rFonts w:asciiTheme="majorHAnsi" w:hAnsiTheme="majorHAnsi" w:cstheme="majorHAnsi"/>
        </w:rPr>
        <w:t>books</w:t>
      </w:r>
      <w:r w:rsidRPr="009210F4">
        <w:rPr>
          <w:rFonts w:asciiTheme="majorHAnsi" w:hAnsiTheme="majorHAnsi" w:cstheme="majorHAnsi"/>
        </w:rPr>
        <w:t xml:space="preserve"> and talk to my dogs. So</w:t>
      </w:r>
    </w:p>
    <w:p w14:paraId="190E5EF3" w14:textId="77777777" w:rsidR="00991E93" w:rsidRPr="009210F4" w:rsidRDefault="00991E93" w:rsidP="009210F4">
      <w:pPr>
        <w:pStyle w:val="NoSpacing"/>
        <w:rPr>
          <w:rFonts w:asciiTheme="majorHAnsi" w:hAnsiTheme="majorHAnsi" w:cstheme="majorHAnsi"/>
        </w:rPr>
      </w:pPr>
    </w:p>
    <w:p w14:paraId="575D3D02" w14:textId="5DB31C10"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Daisy</w:t>
      </w:r>
      <w:r w:rsidR="00D23E9C" w:rsidRPr="009210F4">
        <w:rPr>
          <w:rFonts w:asciiTheme="majorHAnsi" w:hAnsiTheme="majorHAnsi" w:cstheme="majorHAnsi"/>
        </w:rPr>
        <w:t xml:space="preserve"> </w:t>
      </w:r>
      <w:r w:rsidRPr="009210F4">
        <w:rPr>
          <w:rFonts w:asciiTheme="majorHAnsi" w:hAnsiTheme="majorHAnsi" w:cstheme="majorHAnsi"/>
        </w:rPr>
        <w:t>04:45</w:t>
      </w:r>
    </w:p>
    <w:p w14:paraId="2EFA606D" w14:textId="526C3E0E" w:rsidR="00991E93" w:rsidRPr="009210F4" w:rsidRDefault="00E33321" w:rsidP="009210F4">
      <w:pPr>
        <w:pStyle w:val="NoSpacing"/>
        <w:rPr>
          <w:rFonts w:asciiTheme="majorHAnsi" w:hAnsiTheme="majorHAnsi" w:cstheme="majorHAnsi"/>
        </w:rPr>
      </w:pPr>
      <w:r w:rsidRPr="009210F4">
        <w:rPr>
          <w:rFonts w:asciiTheme="majorHAnsi" w:hAnsiTheme="majorHAnsi" w:cstheme="majorHAnsi"/>
        </w:rPr>
        <w:t>I</w:t>
      </w:r>
      <w:r w:rsidR="00F7615C" w:rsidRPr="009210F4">
        <w:rPr>
          <w:rFonts w:asciiTheme="majorHAnsi" w:hAnsiTheme="majorHAnsi" w:cstheme="majorHAnsi"/>
        </w:rPr>
        <w:t>ntellectual</w:t>
      </w:r>
      <w:r w:rsidRPr="009210F4">
        <w:rPr>
          <w:rFonts w:asciiTheme="majorHAnsi" w:hAnsiTheme="majorHAnsi" w:cstheme="majorHAnsi"/>
        </w:rPr>
        <w:t xml:space="preserve"> {laughter}</w:t>
      </w:r>
    </w:p>
    <w:p w14:paraId="57DFACA1" w14:textId="77777777" w:rsidR="00C64C06" w:rsidRPr="009210F4" w:rsidRDefault="00C64C06" w:rsidP="009210F4">
      <w:pPr>
        <w:pStyle w:val="NoSpacing"/>
        <w:rPr>
          <w:rFonts w:asciiTheme="majorHAnsi" w:hAnsiTheme="majorHAnsi" w:cstheme="majorHAnsi"/>
        </w:rPr>
      </w:pPr>
    </w:p>
    <w:p w14:paraId="1D9584FE" w14:textId="3AEE7F78" w:rsidR="00A665B2" w:rsidRPr="009210F4" w:rsidRDefault="00A665B2" w:rsidP="009210F4">
      <w:pPr>
        <w:pStyle w:val="NoSpacing"/>
        <w:rPr>
          <w:rFonts w:asciiTheme="majorHAnsi" w:hAnsiTheme="majorHAnsi" w:cstheme="majorHAnsi"/>
        </w:rPr>
      </w:pPr>
      <w:r w:rsidRPr="009210F4">
        <w:rPr>
          <w:rFonts w:asciiTheme="majorHAnsi" w:hAnsiTheme="majorHAnsi" w:cstheme="majorHAnsi"/>
        </w:rPr>
        <w:t>Lucy: Drinking gin in the bath like</w:t>
      </w:r>
      <w:r w:rsidR="00C64C06" w:rsidRPr="009210F4">
        <w:rPr>
          <w:rFonts w:asciiTheme="majorHAnsi" w:hAnsiTheme="majorHAnsi" w:cstheme="majorHAnsi"/>
        </w:rPr>
        <w:t xml:space="preserve"> </w:t>
      </w:r>
      <w:r w:rsidRPr="009210F4">
        <w:rPr>
          <w:rFonts w:asciiTheme="majorHAnsi" w:hAnsiTheme="majorHAnsi" w:cstheme="majorHAnsi"/>
        </w:rPr>
        <w:t>some</w:t>
      </w:r>
      <w:r w:rsidR="00D23E9C" w:rsidRPr="009210F4">
        <w:rPr>
          <w:rFonts w:asciiTheme="majorHAnsi" w:hAnsiTheme="majorHAnsi" w:cstheme="majorHAnsi"/>
        </w:rPr>
        <w:t xml:space="preserve"> </w:t>
      </w:r>
    </w:p>
    <w:p w14:paraId="22A5EF7D" w14:textId="77777777" w:rsidR="00C64C06" w:rsidRPr="009210F4" w:rsidRDefault="00C64C06" w:rsidP="009210F4">
      <w:pPr>
        <w:pStyle w:val="NoSpacing"/>
        <w:rPr>
          <w:rFonts w:asciiTheme="majorHAnsi" w:hAnsiTheme="majorHAnsi" w:cstheme="majorHAnsi"/>
        </w:rPr>
      </w:pPr>
    </w:p>
    <w:p w14:paraId="232D241F" w14:textId="58266E31" w:rsidR="00991E93" w:rsidRPr="009210F4" w:rsidRDefault="00820759" w:rsidP="009210F4">
      <w:pPr>
        <w:pStyle w:val="NoSpacing"/>
        <w:rPr>
          <w:rFonts w:asciiTheme="majorHAnsi" w:hAnsiTheme="majorHAnsi" w:cstheme="majorHAnsi"/>
        </w:rPr>
      </w:pPr>
      <w:r w:rsidRPr="009210F4">
        <w:rPr>
          <w:rFonts w:asciiTheme="majorHAnsi" w:hAnsiTheme="majorHAnsi" w:cstheme="majorHAnsi"/>
        </w:rPr>
        <w:t xml:space="preserve"> Kimmy </w:t>
      </w:r>
      <w:r w:rsidR="00F7615C" w:rsidRPr="009210F4">
        <w:rPr>
          <w:rFonts w:asciiTheme="majorHAnsi" w:hAnsiTheme="majorHAnsi" w:cstheme="majorHAnsi"/>
        </w:rPr>
        <w:t>04:51</w:t>
      </w:r>
    </w:p>
    <w:p w14:paraId="15CF8F0F" w14:textId="2C996909"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plays classical music in the background</w:t>
      </w:r>
      <w:r w:rsidR="00E33321" w:rsidRPr="009210F4">
        <w:rPr>
          <w:rFonts w:asciiTheme="majorHAnsi" w:hAnsiTheme="majorHAnsi" w:cstheme="majorHAnsi"/>
        </w:rPr>
        <w:t xml:space="preserve"> {laughter} </w:t>
      </w:r>
    </w:p>
    <w:p w14:paraId="56AFE51A" w14:textId="77777777" w:rsidR="00991E93" w:rsidRPr="009210F4" w:rsidRDefault="00991E93" w:rsidP="009210F4">
      <w:pPr>
        <w:pStyle w:val="NoSpacing"/>
        <w:rPr>
          <w:rFonts w:asciiTheme="majorHAnsi" w:hAnsiTheme="majorHAnsi" w:cstheme="majorHAnsi"/>
        </w:rPr>
      </w:pPr>
    </w:p>
    <w:p w14:paraId="34F4E831" w14:textId="2A704DE7"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Alice</w:t>
      </w:r>
      <w:r w:rsidR="00D23E9C" w:rsidRPr="009210F4">
        <w:rPr>
          <w:rFonts w:asciiTheme="majorHAnsi" w:hAnsiTheme="majorHAnsi" w:cstheme="majorHAnsi"/>
        </w:rPr>
        <w:t xml:space="preserve"> </w:t>
      </w:r>
      <w:r w:rsidRPr="009210F4">
        <w:rPr>
          <w:rFonts w:asciiTheme="majorHAnsi" w:hAnsiTheme="majorHAnsi" w:cstheme="majorHAnsi"/>
        </w:rPr>
        <w:t>04:54</w:t>
      </w:r>
    </w:p>
    <w:p w14:paraId="327C8029" w14:textId="2A2B6DB1"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No pla</w:t>
      </w:r>
      <w:r w:rsidR="00C64C06" w:rsidRPr="009210F4">
        <w:rPr>
          <w:rFonts w:asciiTheme="majorHAnsi" w:hAnsiTheme="majorHAnsi" w:cstheme="majorHAnsi"/>
        </w:rPr>
        <w:t>y</w:t>
      </w:r>
      <w:r w:rsidRPr="009210F4">
        <w:rPr>
          <w:rFonts w:asciiTheme="majorHAnsi" w:hAnsiTheme="majorHAnsi" w:cstheme="majorHAnsi"/>
        </w:rPr>
        <w:t xml:space="preserve"> Taylor </w:t>
      </w:r>
      <w:r w:rsidR="00E33321" w:rsidRPr="009210F4">
        <w:rPr>
          <w:rFonts w:asciiTheme="majorHAnsi" w:hAnsiTheme="majorHAnsi" w:cstheme="majorHAnsi"/>
        </w:rPr>
        <w:t xml:space="preserve">Swift in the background while </w:t>
      </w:r>
      <w:r w:rsidR="00A665B2" w:rsidRPr="009210F4">
        <w:rPr>
          <w:rFonts w:asciiTheme="majorHAnsi" w:hAnsiTheme="majorHAnsi" w:cstheme="majorHAnsi"/>
        </w:rPr>
        <w:t xml:space="preserve">I dance around with </w:t>
      </w:r>
      <w:r w:rsidR="00C64C06" w:rsidRPr="009210F4">
        <w:rPr>
          <w:rFonts w:asciiTheme="majorHAnsi" w:hAnsiTheme="majorHAnsi" w:cstheme="majorHAnsi"/>
        </w:rPr>
        <w:t>m</w:t>
      </w:r>
      <w:r w:rsidRPr="009210F4">
        <w:rPr>
          <w:rFonts w:asciiTheme="majorHAnsi" w:hAnsiTheme="majorHAnsi" w:cstheme="majorHAnsi"/>
        </w:rPr>
        <w:t xml:space="preserve">y cat, </w:t>
      </w:r>
      <w:r w:rsidR="00A665B2" w:rsidRPr="009210F4">
        <w:rPr>
          <w:rFonts w:asciiTheme="majorHAnsi" w:hAnsiTheme="majorHAnsi" w:cstheme="majorHAnsi"/>
        </w:rPr>
        <w:t xml:space="preserve">telling him to </w:t>
      </w:r>
      <w:r w:rsidRPr="009210F4">
        <w:rPr>
          <w:rFonts w:asciiTheme="majorHAnsi" w:hAnsiTheme="majorHAnsi" w:cstheme="majorHAnsi"/>
        </w:rPr>
        <w:t>shake it off</w:t>
      </w:r>
    </w:p>
    <w:p w14:paraId="6D4D6EFF" w14:textId="77777777" w:rsidR="00991E93" w:rsidRPr="009210F4" w:rsidRDefault="00991E93" w:rsidP="009210F4">
      <w:pPr>
        <w:pStyle w:val="NoSpacing"/>
        <w:rPr>
          <w:rFonts w:asciiTheme="majorHAnsi" w:hAnsiTheme="majorHAnsi" w:cstheme="majorHAnsi"/>
        </w:rPr>
      </w:pPr>
    </w:p>
    <w:p w14:paraId="4EA81F20" w14:textId="301B4D92"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Daisy</w:t>
      </w:r>
      <w:r w:rsidR="00D23E9C" w:rsidRPr="009210F4">
        <w:rPr>
          <w:rFonts w:asciiTheme="majorHAnsi" w:hAnsiTheme="majorHAnsi" w:cstheme="majorHAnsi"/>
        </w:rPr>
        <w:t xml:space="preserve"> </w:t>
      </w:r>
      <w:r w:rsidRPr="009210F4">
        <w:rPr>
          <w:rFonts w:asciiTheme="majorHAnsi" w:hAnsiTheme="majorHAnsi" w:cstheme="majorHAnsi"/>
        </w:rPr>
        <w:t>05:02</w:t>
      </w:r>
    </w:p>
    <w:p w14:paraId="22BEFD72" w14:textId="3911EDD1"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 xml:space="preserve">I bet you've got one of those little trays that goes over the bath as well that you can </w:t>
      </w:r>
      <w:r w:rsidR="00A665B2" w:rsidRPr="009210F4">
        <w:rPr>
          <w:rFonts w:asciiTheme="majorHAnsi" w:hAnsiTheme="majorHAnsi" w:cstheme="majorHAnsi"/>
        </w:rPr>
        <w:t xml:space="preserve">stand </w:t>
      </w:r>
      <w:r w:rsidRPr="009210F4">
        <w:rPr>
          <w:rFonts w:asciiTheme="majorHAnsi" w:hAnsiTheme="majorHAnsi" w:cstheme="majorHAnsi"/>
        </w:rPr>
        <w:t xml:space="preserve">a </w:t>
      </w:r>
      <w:r w:rsidR="009210F4" w:rsidRPr="009210F4">
        <w:rPr>
          <w:rFonts w:asciiTheme="majorHAnsi" w:hAnsiTheme="majorHAnsi" w:cstheme="majorHAnsi"/>
        </w:rPr>
        <w:t>book</w:t>
      </w:r>
      <w:r w:rsidRPr="009210F4">
        <w:rPr>
          <w:rFonts w:asciiTheme="majorHAnsi" w:hAnsiTheme="majorHAnsi" w:cstheme="majorHAnsi"/>
        </w:rPr>
        <w:t xml:space="preserve"> </w:t>
      </w:r>
      <w:r w:rsidR="00A665B2" w:rsidRPr="009210F4">
        <w:rPr>
          <w:rFonts w:asciiTheme="majorHAnsi" w:hAnsiTheme="majorHAnsi" w:cstheme="majorHAnsi"/>
        </w:rPr>
        <w:t>in, t</w:t>
      </w:r>
      <w:r w:rsidRPr="009210F4">
        <w:rPr>
          <w:rFonts w:asciiTheme="majorHAnsi" w:hAnsiTheme="majorHAnsi" w:cstheme="majorHAnsi"/>
        </w:rPr>
        <w:t xml:space="preserve">hat's the height of posh to </w:t>
      </w:r>
      <w:r w:rsidR="00A665B2" w:rsidRPr="009210F4">
        <w:rPr>
          <w:rFonts w:asciiTheme="majorHAnsi" w:hAnsiTheme="majorHAnsi" w:cstheme="majorHAnsi"/>
        </w:rPr>
        <w:t xml:space="preserve">me </w:t>
      </w:r>
    </w:p>
    <w:p w14:paraId="140DCAB2" w14:textId="77777777" w:rsidR="00991E93" w:rsidRPr="009210F4" w:rsidRDefault="00991E93" w:rsidP="009210F4">
      <w:pPr>
        <w:pStyle w:val="NoSpacing"/>
        <w:rPr>
          <w:rFonts w:asciiTheme="majorHAnsi" w:hAnsiTheme="majorHAnsi" w:cstheme="majorHAnsi"/>
        </w:rPr>
      </w:pPr>
    </w:p>
    <w:p w14:paraId="7025BEB1" w14:textId="7CDEE55C"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Alice</w:t>
      </w:r>
      <w:r w:rsidR="00D23E9C" w:rsidRPr="009210F4">
        <w:rPr>
          <w:rFonts w:asciiTheme="majorHAnsi" w:hAnsiTheme="majorHAnsi" w:cstheme="majorHAnsi"/>
        </w:rPr>
        <w:t xml:space="preserve"> </w:t>
      </w:r>
      <w:r w:rsidRPr="009210F4">
        <w:rPr>
          <w:rFonts w:asciiTheme="majorHAnsi" w:hAnsiTheme="majorHAnsi" w:cstheme="majorHAnsi"/>
        </w:rPr>
        <w:t>05:09</w:t>
      </w:r>
    </w:p>
    <w:p w14:paraId="731176B2" w14:textId="5615E5D6"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No, I balanced my iPad on the toilet</w:t>
      </w:r>
    </w:p>
    <w:p w14:paraId="0003882C" w14:textId="77777777" w:rsidR="00991E93" w:rsidRPr="009210F4" w:rsidRDefault="00991E93" w:rsidP="009210F4">
      <w:pPr>
        <w:pStyle w:val="NoSpacing"/>
        <w:rPr>
          <w:rFonts w:asciiTheme="majorHAnsi" w:hAnsiTheme="majorHAnsi" w:cstheme="majorHAnsi"/>
        </w:rPr>
      </w:pPr>
    </w:p>
    <w:p w14:paraId="228BBD0E" w14:textId="5F47C638"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Lucy</w:t>
      </w:r>
      <w:r w:rsidR="00D23E9C" w:rsidRPr="009210F4">
        <w:rPr>
          <w:rFonts w:asciiTheme="majorHAnsi" w:hAnsiTheme="majorHAnsi" w:cstheme="majorHAnsi"/>
        </w:rPr>
        <w:t xml:space="preserve"> </w:t>
      </w:r>
      <w:r w:rsidRPr="009210F4">
        <w:rPr>
          <w:rFonts w:asciiTheme="majorHAnsi" w:hAnsiTheme="majorHAnsi" w:cstheme="majorHAnsi"/>
        </w:rPr>
        <w:t>05:13</w:t>
      </w:r>
    </w:p>
    <w:p w14:paraId="65E076FC" w14:textId="0577B7CA" w:rsidR="00991E93" w:rsidRPr="009210F4" w:rsidRDefault="00FD14DF" w:rsidP="009210F4">
      <w:pPr>
        <w:pStyle w:val="NoSpacing"/>
        <w:rPr>
          <w:rFonts w:asciiTheme="majorHAnsi" w:hAnsiTheme="majorHAnsi" w:cstheme="majorHAnsi"/>
        </w:rPr>
      </w:pPr>
      <w:r w:rsidRPr="009210F4">
        <w:rPr>
          <w:rFonts w:asciiTheme="majorHAnsi" w:hAnsiTheme="majorHAnsi" w:cstheme="majorHAnsi"/>
        </w:rPr>
        <w:t xml:space="preserve">{laughs} </w:t>
      </w:r>
      <w:r w:rsidR="00F7615C" w:rsidRPr="009210F4">
        <w:rPr>
          <w:rFonts w:asciiTheme="majorHAnsi" w:hAnsiTheme="majorHAnsi" w:cstheme="majorHAnsi"/>
        </w:rPr>
        <w:t>Did you know that chocolate</w:t>
      </w:r>
      <w:r w:rsidRPr="009210F4">
        <w:rPr>
          <w:rFonts w:asciiTheme="majorHAnsi" w:hAnsiTheme="majorHAnsi" w:cstheme="majorHAnsi"/>
        </w:rPr>
        <w:t>,</w:t>
      </w:r>
      <w:r w:rsidR="00F7615C" w:rsidRPr="009210F4">
        <w:rPr>
          <w:rFonts w:asciiTheme="majorHAnsi" w:hAnsiTheme="majorHAnsi" w:cstheme="majorHAnsi"/>
        </w:rPr>
        <w:t xml:space="preserve"> boxes of </w:t>
      </w:r>
      <w:r w:rsidRPr="009210F4">
        <w:rPr>
          <w:rFonts w:asciiTheme="majorHAnsi" w:hAnsiTheme="majorHAnsi" w:cstheme="majorHAnsi"/>
        </w:rPr>
        <w:t>C</w:t>
      </w:r>
      <w:r w:rsidR="00F7615C" w:rsidRPr="009210F4">
        <w:rPr>
          <w:rFonts w:asciiTheme="majorHAnsi" w:hAnsiTheme="majorHAnsi" w:cstheme="majorHAnsi"/>
        </w:rPr>
        <w:t xml:space="preserve">hocolate </w:t>
      </w:r>
      <w:r w:rsidRPr="009210F4">
        <w:rPr>
          <w:rFonts w:asciiTheme="majorHAnsi" w:hAnsiTheme="majorHAnsi" w:cstheme="majorHAnsi"/>
        </w:rPr>
        <w:t>F</w:t>
      </w:r>
      <w:r w:rsidR="00F7615C" w:rsidRPr="009210F4">
        <w:rPr>
          <w:rFonts w:asciiTheme="majorHAnsi" w:hAnsiTheme="majorHAnsi" w:cstheme="majorHAnsi"/>
        </w:rPr>
        <w:t>ingers float in the bath? Did you know that?</w:t>
      </w:r>
    </w:p>
    <w:p w14:paraId="6F419259" w14:textId="77777777" w:rsidR="00991E93" w:rsidRPr="009210F4" w:rsidRDefault="00991E93" w:rsidP="009210F4">
      <w:pPr>
        <w:pStyle w:val="NoSpacing"/>
        <w:rPr>
          <w:rFonts w:asciiTheme="majorHAnsi" w:hAnsiTheme="majorHAnsi" w:cstheme="majorHAnsi"/>
        </w:rPr>
      </w:pPr>
    </w:p>
    <w:p w14:paraId="41985EF6" w14:textId="2378CB5B"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Alice</w:t>
      </w:r>
      <w:r w:rsidR="00D23E9C" w:rsidRPr="009210F4">
        <w:rPr>
          <w:rFonts w:asciiTheme="majorHAnsi" w:hAnsiTheme="majorHAnsi" w:cstheme="majorHAnsi"/>
        </w:rPr>
        <w:t xml:space="preserve"> </w:t>
      </w:r>
      <w:r w:rsidRPr="009210F4">
        <w:rPr>
          <w:rFonts w:asciiTheme="majorHAnsi" w:hAnsiTheme="majorHAnsi" w:cstheme="majorHAnsi"/>
        </w:rPr>
        <w:t>05:19</w:t>
      </w:r>
    </w:p>
    <w:p w14:paraId="0D7FDC4F" w14:textId="4F542A33"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I didn't know</w:t>
      </w:r>
      <w:r w:rsidR="00FD14DF" w:rsidRPr="009210F4">
        <w:rPr>
          <w:rFonts w:asciiTheme="majorHAnsi" w:hAnsiTheme="majorHAnsi" w:cstheme="majorHAnsi"/>
        </w:rPr>
        <w:t xml:space="preserve"> that!</w:t>
      </w:r>
      <w:r w:rsidRPr="009210F4">
        <w:rPr>
          <w:rFonts w:asciiTheme="majorHAnsi" w:hAnsiTheme="majorHAnsi" w:cstheme="majorHAnsi"/>
        </w:rPr>
        <w:t xml:space="preserve"> </w:t>
      </w:r>
      <w:r w:rsidR="00FD14DF" w:rsidRPr="009210F4">
        <w:rPr>
          <w:rFonts w:asciiTheme="majorHAnsi" w:hAnsiTheme="majorHAnsi" w:cstheme="majorHAnsi"/>
        </w:rPr>
        <w:t xml:space="preserve">Something worth knowing for </w:t>
      </w:r>
      <w:r w:rsidR="00C64C06" w:rsidRPr="009210F4">
        <w:rPr>
          <w:rFonts w:asciiTheme="majorHAnsi" w:hAnsiTheme="majorHAnsi" w:cstheme="majorHAnsi"/>
        </w:rPr>
        <w:t>t</w:t>
      </w:r>
      <w:r w:rsidRPr="009210F4">
        <w:rPr>
          <w:rFonts w:asciiTheme="majorHAnsi" w:hAnsiTheme="majorHAnsi" w:cstheme="majorHAnsi"/>
        </w:rPr>
        <w:t>he future</w:t>
      </w:r>
    </w:p>
    <w:p w14:paraId="3C9CFBBD" w14:textId="77777777" w:rsidR="00C64C06" w:rsidRPr="009210F4" w:rsidRDefault="00C64C06" w:rsidP="009210F4">
      <w:pPr>
        <w:pStyle w:val="NoSpacing"/>
        <w:rPr>
          <w:rFonts w:asciiTheme="majorHAnsi" w:hAnsiTheme="majorHAnsi" w:cstheme="majorHAnsi"/>
        </w:rPr>
      </w:pPr>
    </w:p>
    <w:p w14:paraId="3DC765CD" w14:textId="6AE3B4D3"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Lucy</w:t>
      </w:r>
      <w:r w:rsidR="00D23E9C" w:rsidRPr="009210F4">
        <w:rPr>
          <w:rFonts w:asciiTheme="majorHAnsi" w:hAnsiTheme="majorHAnsi" w:cstheme="majorHAnsi"/>
        </w:rPr>
        <w:t xml:space="preserve"> </w:t>
      </w:r>
      <w:r w:rsidRPr="009210F4">
        <w:rPr>
          <w:rFonts w:asciiTheme="majorHAnsi" w:hAnsiTheme="majorHAnsi" w:cstheme="majorHAnsi"/>
        </w:rPr>
        <w:t>05:23</w:t>
      </w:r>
    </w:p>
    <w:p w14:paraId="0151016A" w14:textId="380F1A95"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Yeah, exactly</w:t>
      </w:r>
    </w:p>
    <w:p w14:paraId="547B2E36" w14:textId="77777777" w:rsidR="00C64C06" w:rsidRPr="009210F4" w:rsidRDefault="00C64C06" w:rsidP="009210F4">
      <w:pPr>
        <w:pStyle w:val="NoSpacing"/>
        <w:rPr>
          <w:rFonts w:asciiTheme="majorHAnsi" w:hAnsiTheme="majorHAnsi" w:cstheme="majorHAnsi"/>
        </w:rPr>
      </w:pPr>
    </w:p>
    <w:p w14:paraId="1BAFF216" w14:textId="174BF9F4" w:rsidR="00991E93" w:rsidRPr="009210F4" w:rsidRDefault="00820759" w:rsidP="009210F4">
      <w:pPr>
        <w:pStyle w:val="NoSpacing"/>
        <w:rPr>
          <w:rFonts w:asciiTheme="majorHAnsi" w:hAnsiTheme="majorHAnsi" w:cstheme="majorHAnsi"/>
        </w:rPr>
      </w:pPr>
      <w:r w:rsidRPr="009210F4">
        <w:rPr>
          <w:rFonts w:asciiTheme="majorHAnsi" w:hAnsiTheme="majorHAnsi" w:cstheme="majorHAnsi"/>
        </w:rPr>
        <w:t xml:space="preserve"> Kimmy </w:t>
      </w:r>
      <w:r w:rsidR="00F7615C" w:rsidRPr="009210F4">
        <w:rPr>
          <w:rFonts w:asciiTheme="majorHAnsi" w:hAnsiTheme="majorHAnsi" w:cstheme="majorHAnsi"/>
        </w:rPr>
        <w:t>05:26</w:t>
      </w:r>
    </w:p>
    <w:p w14:paraId="0415758D" w14:textId="53446D6B" w:rsidR="00991E93" w:rsidRPr="009210F4" w:rsidRDefault="00C64C06" w:rsidP="009210F4">
      <w:pPr>
        <w:pStyle w:val="NoSpacing"/>
        <w:rPr>
          <w:rFonts w:asciiTheme="majorHAnsi" w:hAnsiTheme="majorHAnsi" w:cstheme="majorHAnsi"/>
        </w:rPr>
      </w:pPr>
      <w:r w:rsidRPr="009210F4">
        <w:rPr>
          <w:rFonts w:asciiTheme="majorHAnsi" w:hAnsiTheme="majorHAnsi" w:cstheme="majorHAnsi"/>
        </w:rPr>
        <w:t>So,</w:t>
      </w:r>
      <w:r w:rsidR="00F7615C" w:rsidRPr="009210F4">
        <w:rPr>
          <w:rFonts w:asciiTheme="majorHAnsi" w:hAnsiTheme="majorHAnsi" w:cstheme="majorHAnsi"/>
        </w:rPr>
        <w:t xml:space="preserve"> can I just like address the elephant in the room? Because there's a lot of background noise here. And can I tell the listeners</w:t>
      </w:r>
      <w:r w:rsidR="0084277D" w:rsidRPr="009210F4">
        <w:rPr>
          <w:rFonts w:asciiTheme="majorHAnsi" w:hAnsiTheme="majorHAnsi" w:cstheme="majorHAnsi"/>
        </w:rPr>
        <w:t xml:space="preserve"> why they’re hearing commotion?</w:t>
      </w:r>
      <w:r w:rsidR="00D23E9C" w:rsidRPr="009210F4">
        <w:rPr>
          <w:rFonts w:asciiTheme="majorHAnsi" w:hAnsiTheme="majorHAnsi" w:cstheme="majorHAnsi"/>
        </w:rPr>
        <w:t xml:space="preserve"> </w:t>
      </w:r>
    </w:p>
    <w:p w14:paraId="79A38169" w14:textId="77777777" w:rsidR="00C64C06" w:rsidRPr="009210F4" w:rsidRDefault="00C64C06" w:rsidP="009210F4">
      <w:pPr>
        <w:pStyle w:val="NoSpacing"/>
        <w:rPr>
          <w:rFonts w:asciiTheme="majorHAnsi" w:hAnsiTheme="majorHAnsi" w:cstheme="majorHAnsi"/>
        </w:rPr>
      </w:pPr>
    </w:p>
    <w:p w14:paraId="464B5446" w14:textId="0326915E"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Alice</w:t>
      </w:r>
      <w:r w:rsidR="00D23E9C" w:rsidRPr="009210F4">
        <w:rPr>
          <w:rFonts w:asciiTheme="majorHAnsi" w:hAnsiTheme="majorHAnsi" w:cstheme="majorHAnsi"/>
        </w:rPr>
        <w:t xml:space="preserve"> </w:t>
      </w:r>
      <w:r w:rsidRPr="009210F4">
        <w:rPr>
          <w:rFonts w:asciiTheme="majorHAnsi" w:hAnsiTheme="majorHAnsi" w:cstheme="majorHAnsi"/>
        </w:rPr>
        <w:t>05:36</w:t>
      </w:r>
    </w:p>
    <w:p w14:paraId="6593217E" w14:textId="758C18D2" w:rsidR="00991E93" w:rsidRPr="009210F4" w:rsidRDefault="0084277D" w:rsidP="009210F4">
      <w:pPr>
        <w:pStyle w:val="NoSpacing"/>
        <w:rPr>
          <w:rFonts w:asciiTheme="majorHAnsi" w:hAnsiTheme="majorHAnsi" w:cstheme="majorHAnsi"/>
        </w:rPr>
      </w:pPr>
      <w:r w:rsidRPr="009210F4">
        <w:rPr>
          <w:rFonts w:asciiTheme="majorHAnsi" w:hAnsiTheme="majorHAnsi" w:cstheme="majorHAnsi"/>
        </w:rPr>
        <w:t xml:space="preserve">Yes, I was just gonna ask you, I was just gonna ask </w:t>
      </w:r>
      <w:r w:rsidR="00F7615C" w:rsidRPr="009210F4">
        <w:rPr>
          <w:rFonts w:asciiTheme="majorHAnsi" w:hAnsiTheme="majorHAnsi" w:cstheme="majorHAnsi"/>
        </w:rPr>
        <w:t xml:space="preserve">you to tell everybody </w:t>
      </w:r>
      <w:r w:rsidRPr="009210F4">
        <w:rPr>
          <w:rFonts w:asciiTheme="majorHAnsi" w:hAnsiTheme="majorHAnsi" w:cstheme="majorHAnsi"/>
        </w:rPr>
        <w:t xml:space="preserve">where </w:t>
      </w:r>
      <w:r w:rsidR="00F7615C" w:rsidRPr="009210F4">
        <w:rPr>
          <w:rFonts w:asciiTheme="majorHAnsi" w:hAnsiTheme="majorHAnsi" w:cstheme="majorHAnsi"/>
        </w:rPr>
        <w:t>you are</w:t>
      </w:r>
      <w:r w:rsidRPr="009210F4">
        <w:rPr>
          <w:rFonts w:asciiTheme="majorHAnsi" w:hAnsiTheme="majorHAnsi" w:cstheme="majorHAnsi"/>
        </w:rPr>
        <w:t>,</w:t>
      </w:r>
      <w:r w:rsidR="00F7615C" w:rsidRPr="009210F4">
        <w:rPr>
          <w:rFonts w:asciiTheme="majorHAnsi" w:hAnsiTheme="majorHAnsi" w:cstheme="majorHAnsi"/>
        </w:rPr>
        <w:t xml:space="preserve"> the realities of life as a disabled person</w:t>
      </w:r>
    </w:p>
    <w:p w14:paraId="1AA13A16" w14:textId="77777777" w:rsidR="0084277D" w:rsidRPr="009210F4" w:rsidRDefault="0084277D" w:rsidP="009210F4">
      <w:pPr>
        <w:pStyle w:val="NoSpacing"/>
        <w:rPr>
          <w:rFonts w:asciiTheme="majorHAnsi" w:hAnsiTheme="majorHAnsi" w:cstheme="majorHAnsi"/>
        </w:rPr>
      </w:pPr>
    </w:p>
    <w:p w14:paraId="5878CC3E" w14:textId="74CCA298" w:rsidR="00991E93" w:rsidRPr="009210F4" w:rsidRDefault="00820759" w:rsidP="009210F4">
      <w:pPr>
        <w:pStyle w:val="NoSpacing"/>
        <w:rPr>
          <w:rFonts w:asciiTheme="majorHAnsi" w:hAnsiTheme="majorHAnsi" w:cstheme="majorHAnsi"/>
        </w:rPr>
      </w:pPr>
      <w:r w:rsidRPr="009210F4">
        <w:rPr>
          <w:rFonts w:asciiTheme="majorHAnsi" w:hAnsiTheme="majorHAnsi" w:cstheme="majorHAnsi"/>
        </w:rPr>
        <w:t xml:space="preserve"> Kimmy </w:t>
      </w:r>
      <w:r w:rsidR="00F7615C" w:rsidRPr="009210F4">
        <w:rPr>
          <w:rFonts w:asciiTheme="majorHAnsi" w:hAnsiTheme="majorHAnsi" w:cstheme="majorHAnsi"/>
        </w:rPr>
        <w:t>05:45</w:t>
      </w:r>
    </w:p>
    <w:p w14:paraId="2D404ED3" w14:textId="7364614C"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So as we speak, I am deep into my admission</w:t>
      </w:r>
      <w:r w:rsidR="0084277D" w:rsidRPr="009210F4">
        <w:rPr>
          <w:rFonts w:asciiTheme="majorHAnsi" w:hAnsiTheme="majorHAnsi" w:cstheme="majorHAnsi"/>
        </w:rPr>
        <w:t>,</w:t>
      </w:r>
      <w:r w:rsidRPr="009210F4">
        <w:rPr>
          <w:rFonts w:asciiTheme="majorHAnsi" w:hAnsiTheme="majorHAnsi" w:cstheme="majorHAnsi"/>
        </w:rPr>
        <w:t xml:space="preserve"> </w:t>
      </w:r>
      <w:r w:rsidR="0084277D" w:rsidRPr="009210F4">
        <w:rPr>
          <w:rFonts w:asciiTheme="majorHAnsi" w:hAnsiTheme="majorHAnsi" w:cstheme="majorHAnsi"/>
        </w:rPr>
        <w:t xml:space="preserve">a </w:t>
      </w:r>
      <w:r w:rsidRPr="009210F4">
        <w:rPr>
          <w:rFonts w:asciiTheme="majorHAnsi" w:hAnsiTheme="majorHAnsi" w:cstheme="majorHAnsi"/>
        </w:rPr>
        <w:t>week deep into my admission at Luton and Dunstable hospital and I have had</w:t>
      </w:r>
      <w:r w:rsidR="0084277D" w:rsidRPr="009210F4">
        <w:rPr>
          <w:rFonts w:asciiTheme="majorHAnsi" w:hAnsiTheme="majorHAnsi" w:cstheme="majorHAnsi"/>
        </w:rPr>
        <w:t>,</w:t>
      </w:r>
      <w:r w:rsidRPr="009210F4">
        <w:rPr>
          <w:rFonts w:asciiTheme="majorHAnsi" w:hAnsiTheme="majorHAnsi" w:cstheme="majorHAnsi"/>
        </w:rPr>
        <w:t xml:space="preserve"> you know, two blood transfusions</w:t>
      </w:r>
      <w:r w:rsidR="00C64C06" w:rsidRPr="009210F4">
        <w:rPr>
          <w:rFonts w:asciiTheme="majorHAnsi" w:hAnsiTheme="majorHAnsi" w:cstheme="majorHAnsi"/>
        </w:rPr>
        <w:t>,</w:t>
      </w:r>
      <w:r w:rsidRPr="009210F4">
        <w:rPr>
          <w:rFonts w:asciiTheme="majorHAnsi" w:hAnsiTheme="majorHAnsi" w:cstheme="majorHAnsi"/>
        </w:rPr>
        <w:t xml:space="preserve"> an</w:t>
      </w:r>
      <w:r w:rsidR="0084277D" w:rsidRPr="009210F4">
        <w:rPr>
          <w:rFonts w:asciiTheme="majorHAnsi" w:hAnsiTheme="majorHAnsi" w:cstheme="majorHAnsi"/>
        </w:rPr>
        <w:t xml:space="preserve"> iron</w:t>
      </w:r>
      <w:r w:rsidR="00D23E9C" w:rsidRPr="009210F4">
        <w:rPr>
          <w:rFonts w:asciiTheme="majorHAnsi" w:hAnsiTheme="majorHAnsi" w:cstheme="majorHAnsi"/>
        </w:rPr>
        <w:t xml:space="preserve"> </w:t>
      </w:r>
      <w:r w:rsidRPr="009210F4">
        <w:rPr>
          <w:rFonts w:asciiTheme="majorHAnsi" w:hAnsiTheme="majorHAnsi" w:cstheme="majorHAnsi"/>
        </w:rPr>
        <w:t xml:space="preserve">transfusion and </w:t>
      </w:r>
      <w:r w:rsidR="0084277D" w:rsidRPr="009210F4">
        <w:rPr>
          <w:rFonts w:asciiTheme="majorHAnsi" w:hAnsiTheme="majorHAnsi" w:cstheme="majorHAnsi"/>
        </w:rPr>
        <w:t xml:space="preserve">I’m </w:t>
      </w:r>
      <w:r w:rsidRPr="009210F4">
        <w:rPr>
          <w:rFonts w:asciiTheme="majorHAnsi" w:hAnsiTheme="majorHAnsi" w:cstheme="majorHAnsi"/>
        </w:rPr>
        <w:t>wait</w:t>
      </w:r>
      <w:r w:rsidR="0084277D" w:rsidRPr="009210F4">
        <w:rPr>
          <w:rFonts w:asciiTheme="majorHAnsi" w:hAnsiTheme="majorHAnsi" w:cstheme="majorHAnsi"/>
        </w:rPr>
        <w:t>ing</w:t>
      </w:r>
      <w:r w:rsidR="00D23E9C" w:rsidRPr="009210F4">
        <w:rPr>
          <w:rFonts w:asciiTheme="majorHAnsi" w:hAnsiTheme="majorHAnsi" w:cstheme="majorHAnsi"/>
        </w:rPr>
        <w:t xml:space="preserve"> </w:t>
      </w:r>
      <w:r w:rsidRPr="009210F4">
        <w:rPr>
          <w:rFonts w:asciiTheme="majorHAnsi" w:hAnsiTheme="majorHAnsi" w:cstheme="majorHAnsi"/>
        </w:rPr>
        <w:t>for another iron transfusion and I'm possibly going to have a procedure to remove my heart</w:t>
      </w:r>
      <w:r w:rsidR="00C64C06" w:rsidRPr="009210F4">
        <w:rPr>
          <w:rFonts w:asciiTheme="majorHAnsi" w:hAnsiTheme="majorHAnsi" w:cstheme="majorHAnsi"/>
        </w:rPr>
        <w:t>,</w:t>
      </w:r>
      <w:r w:rsidRPr="009210F4">
        <w:rPr>
          <w:rFonts w:asciiTheme="majorHAnsi" w:hAnsiTheme="majorHAnsi" w:cstheme="majorHAnsi"/>
        </w:rPr>
        <w:t xml:space="preserve"> </w:t>
      </w:r>
      <w:r w:rsidR="00C64C06" w:rsidRPr="009210F4">
        <w:rPr>
          <w:rFonts w:asciiTheme="majorHAnsi" w:hAnsiTheme="majorHAnsi" w:cstheme="majorHAnsi"/>
        </w:rPr>
        <w:t>m</w:t>
      </w:r>
      <w:r w:rsidRPr="009210F4">
        <w:rPr>
          <w:rFonts w:asciiTheme="majorHAnsi" w:hAnsiTheme="majorHAnsi" w:cstheme="majorHAnsi"/>
        </w:rPr>
        <w:t>y implanted heart device so at the moment I am not in the best of shape but I brought my laptop to hospital</w:t>
      </w:r>
      <w:r w:rsidR="00C64C06" w:rsidRPr="009210F4">
        <w:rPr>
          <w:rFonts w:asciiTheme="majorHAnsi" w:hAnsiTheme="majorHAnsi" w:cstheme="majorHAnsi"/>
        </w:rPr>
        <w:t>,</w:t>
      </w:r>
      <w:r w:rsidRPr="009210F4">
        <w:rPr>
          <w:rFonts w:asciiTheme="majorHAnsi" w:hAnsiTheme="majorHAnsi" w:cstheme="majorHAnsi"/>
        </w:rPr>
        <w:t xml:space="preserve"> I'm doing work as we speak</w:t>
      </w:r>
      <w:r w:rsidR="00C64C06" w:rsidRPr="009210F4">
        <w:rPr>
          <w:rFonts w:asciiTheme="majorHAnsi" w:hAnsiTheme="majorHAnsi" w:cstheme="majorHAnsi"/>
        </w:rPr>
        <w:t>.</w:t>
      </w:r>
      <w:r w:rsidRPr="009210F4">
        <w:rPr>
          <w:rFonts w:asciiTheme="majorHAnsi" w:hAnsiTheme="majorHAnsi" w:cstheme="majorHAnsi"/>
        </w:rPr>
        <w:t xml:space="preserve"> I'm running my company </w:t>
      </w:r>
      <w:r w:rsidR="00C45046" w:rsidRPr="009210F4">
        <w:rPr>
          <w:rFonts w:asciiTheme="majorHAnsi" w:hAnsiTheme="majorHAnsi" w:cstheme="majorHAnsi"/>
        </w:rPr>
        <w:t xml:space="preserve">from </w:t>
      </w:r>
      <w:r w:rsidRPr="009210F4">
        <w:rPr>
          <w:rFonts w:asciiTheme="majorHAnsi" w:hAnsiTheme="majorHAnsi" w:cstheme="majorHAnsi"/>
        </w:rPr>
        <w:t>my hospital bed</w:t>
      </w:r>
      <w:r w:rsidR="00C45046" w:rsidRPr="009210F4">
        <w:rPr>
          <w:rFonts w:asciiTheme="majorHAnsi" w:hAnsiTheme="majorHAnsi" w:cstheme="majorHAnsi"/>
        </w:rPr>
        <w:t>,</w:t>
      </w:r>
      <w:r w:rsidRPr="009210F4">
        <w:rPr>
          <w:rFonts w:asciiTheme="majorHAnsi" w:hAnsiTheme="majorHAnsi" w:cstheme="majorHAnsi"/>
        </w:rPr>
        <w:t xml:space="preserve"> recording my podcast from side rooms and</w:t>
      </w:r>
      <w:r w:rsidR="00C45046" w:rsidRPr="009210F4">
        <w:rPr>
          <w:rFonts w:asciiTheme="majorHAnsi" w:hAnsiTheme="majorHAnsi" w:cstheme="majorHAnsi"/>
        </w:rPr>
        <w:t>,</w:t>
      </w:r>
      <w:r w:rsidRPr="009210F4">
        <w:rPr>
          <w:rFonts w:asciiTheme="majorHAnsi" w:hAnsiTheme="majorHAnsi" w:cstheme="majorHAnsi"/>
        </w:rPr>
        <w:t xml:space="preserve"> you know</w:t>
      </w:r>
      <w:r w:rsidR="00C45046" w:rsidRPr="009210F4">
        <w:rPr>
          <w:rFonts w:asciiTheme="majorHAnsi" w:hAnsiTheme="majorHAnsi" w:cstheme="majorHAnsi"/>
        </w:rPr>
        <w:t>,</w:t>
      </w:r>
      <w:r w:rsidRPr="009210F4">
        <w:rPr>
          <w:rFonts w:asciiTheme="majorHAnsi" w:hAnsiTheme="majorHAnsi" w:cstheme="majorHAnsi"/>
        </w:rPr>
        <w:t xml:space="preserve"> like so as I speak right now I'm in a storage closet so when you hear anything</w:t>
      </w:r>
      <w:r w:rsidR="00C45046" w:rsidRPr="009210F4">
        <w:rPr>
          <w:rFonts w:asciiTheme="majorHAnsi" w:hAnsiTheme="majorHAnsi" w:cstheme="majorHAnsi"/>
        </w:rPr>
        <w:t>,</w:t>
      </w:r>
      <w:r w:rsidRPr="009210F4">
        <w:rPr>
          <w:rFonts w:asciiTheme="majorHAnsi" w:hAnsiTheme="majorHAnsi" w:cstheme="majorHAnsi"/>
        </w:rPr>
        <w:t xml:space="preserve"> nurses and</w:t>
      </w:r>
      <w:r w:rsidR="00C45046" w:rsidRPr="009210F4">
        <w:rPr>
          <w:rFonts w:asciiTheme="majorHAnsi" w:hAnsiTheme="majorHAnsi" w:cstheme="majorHAnsi"/>
        </w:rPr>
        <w:t>,</w:t>
      </w:r>
      <w:r w:rsidRPr="009210F4">
        <w:rPr>
          <w:rFonts w:asciiTheme="majorHAnsi" w:hAnsiTheme="majorHAnsi" w:cstheme="majorHAnsi"/>
        </w:rPr>
        <w:t xml:space="preserve"> you know</w:t>
      </w:r>
      <w:r w:rsidR="00C45046" w:rsidRPr="009210F4">
        <w:rPr>
          <w:rFonts w:asciiTheme="majorHAnsi" w:hAnsiTheme="majorHAnsi" w:cstheme="majorHAnsi"/>
        </w:rPr>
        <w:t>,</w:t>
      </w:r>
      <w:r w:rsidRPr="009210F4">
        <w:rPr>
          <w:rFonts w:asciiTheme="majorHAnsi" w:hAnsiTheme="majorHAnsi" w:cstheme="majorHAnsi"/>
        </w:rPr>
        <w:t xml:space="preserve"> healthcare </w:t>
      </w:r>
      <w:r w:rsidR="00C45046" w:rsidRPr="009210F4">
        <w:rPr>
          <w:rFonts w:asciiTheme="majorHAnsi" w:hAnsiTheme="majorHAnsi" w:cstheme="majorHAnsi"/>
        </w:rPr>
        <w:t xml:space="preserve">assistants </w:t>
      </w:r>
      <w:r w:rsidRPr="009210F4">
        <w:rPr>
          <w:rFonts w:asciiTheme="majorHAnsi" w:hAnsiTheme="majorHAnsi" w:cstheme="majorHAnsi"/>
        </w:rPr>
        <w:t>coming in and getting pads for like you know, elderly patients</w:t>
      </w:r>
      <w:r w:rsidR="00C45046" w:rsidRPr="009210F4">
        <w:rPr>
          <w:rFonts w:asciiTheme="majorHAnsi" w:hAnsiTheme="majorHAnsi" w:cstheme="majorHAnsi"/>
        </w:rPr>
        <w:t>, getting</w:t>
      </w:r>
      <w:r w:rsidR="00D23E9C" w:rsidRPr="009210F4">
        <w:rPr>
          <w:rFonts w:asciiTheme="majorHAnsi" w:hAnsiTheme="majorHAnsi" w:cstheme="majorHAnsi"/>
        </w:rPr>
        <w:t xml:space="preserve"> </w:t>
      </w:r>
      <w:r w:rsidR="00C45046" w:rsidRPr="009210F4">
        <w:rPr>
          <w:rFonts w:asciiTheme="majorHAnsi" w:hAnsiTheme="majorHAnsi" w:cstheme="majorHAnsi"/>
        </w:rPr>
        <w:t>g</w:t>
      </w:r>
      <w:r w:rsidRPr="009210F4">
        <w:rPr>
          <w:rFonts w:asciiTheme="majorHAnsi" w:hAnsiTheme="majorHAnsi" w:cstheme="majorHAnsi"/>
        </w:rPr>
        <w:t>loves and such and literally reaching over me and then the other</w:t>
      </w:r>
      <w:r w:rsidR="00C64C06" w:rsidRPr="009210F4">
        <w:rPr>
          <w:rFonts w:asciiTheme="majorHAnsi" w:hAnsiTheme="majorHAnsi" w:cstheme="majorHAnsi"/>
        </w:rPr>
        <w:t>,</w:t>
      </w:r>
      <w:r w:rsidRPr="009210F4">
        <w:rPr>
          <w:rFonts w:asciiTheme="majorHAnsi" w:hAnsiTheme="majorHAnsi" w:cstheme="majorHAnsi"/>
        </w:rPr>
        <w:t xml:space="preserve"> you know the nurses that are taking care of me that </w:t>
      </w:r>
      <w:r w:rsidR="00C45046" w:rsidRPr="009210F4">
        <w:rPr>
          <w:rFonts w:asciiTheme="majorHAnsi" w:hAnsiTheme="majorHAnsi" w:cstheme="majorHAnsi"/>
        </w:rPr>
        <w:t xml:space="preserve">are, </w:t>
      </w:r>
      <w:r w:rsidRPr="009210F4">
        <w:rPr>
          <w:rFonts w:asciiTheme="majorHAnsi" w:hAnsiTheme="majorHAnsi" w:cstheme="majorHAnsi"/>
        </w:rPr>
        <w:t>like</w:t>
      </w:r>
      <w:r w:rsidR="00C45046" w:rsidRPr="009210F4">
        <w:rPr>
          <w:rFonts w:asciiTheme="majorHAnsi" w:hAnsiTheme="majorHAnsi" w:cstheme="majorHAnsi"/>
        </w:rPr>
        <w:t>,</w:t>
      </w:r>
      <w:r w:rsidRPr="009210F4">
        <w:rPr>
          <w:rFonts w:asciiTheme="majorHAnsi" w:hAnsiTheme="majorHAnsi" w:cstheme="majorHAnsi"/>
        </w:rPr>
        <w:t xml:space="preserve"> </w:t>
      </w:r>
      <w:r w:rsidR="00C45046" w:rsidRPr="009210F4">
        <w:rPr>
          <w:rFonts w:asciiTheme="majorHAnsi" w:hAnsiTheme="majorHAnsi" w:cstheme="majorHAnsi"/>
        </w:rPr>
        <w:t xml:space="preserve">‘have </w:t>
      </w:r>
      <w:r w:rsidRPr="009210F4">
        <w:rPr>
          <w:rFonts w:asciiTheme="majorHAnsi" w:hAnsiTheme="majorHAnsi" w:cstheme="majorHAnsi"/>
        </w:rPr>
        <w:t>you take</w:t>
      </w:r>
      <w:r w:rsidR="00C45046" w:rsidRPr="009210F4">
        <w:rPr>
          <w:rFonts w:asciiTheme="majorHAnsi" w:hAnsiTheme="majorHAnsi" w:cstheme="majorHAnsi"/>
        </w:rPr>
        <w:t>n</w:t>
      </w:r>
      <w:r w:rsidRPr="009210F4">
        <w:rPr>
          <w:rFonts w:asciiTheme="majorHAnsi" w:hAnsiTheme="majorHAnsi" w:cstheme="majorHAnsi"/>
        </w:rPr>
        <w:t xml:space="preserve"> this </w:t>
      </w:r>
      <w:r w:rsidR="00C45046" w:rsidRPr="009210F4">
        <w:rPr>
          <w:rFonts w:asciiTheme="majorHAnsi" w:hAnsiTheme="majorHAnsi" w:cstheme="majorHAnsi"/>
        </w:rPr>
        <w:t>p</w:t>
      </w:r>
      <w:r w:rsidRPr="009210F4">
        <w:rPr>
          <w:rFonts w:asciiTheme="majorHAnsi" w:hAnsiTheme="majorHAnsi" w:cstheme="majorHAnsi"/>
        </w:rPr>
        <w:t>ill</w:t>
      </w:r>
      <w:r w:rsidR="00C45046" w:rsidRPr="009210F4">
        <w:rPr>
          <w:rFonts w:asciiTheme="majorHAnsi" w:hAnsiTheme="majorHAnsi" w:cstheme="majorHAnsi"/>
        </w:rPr>
        <w:t>,</w:t>
      </w:r>
      <w:r w:rsidRPr="009210F4">
        <w:rPr>
          <w:rFonts w:asciiTheme="majorHAnsi" w:hAnsiTheme="majorHAnsi" w:cstheme="majorHAnsi"/>
        </w:rPr>
        <w:t xml:space="preserve"> </w:t>
      </w:r>
      <w:r w:rsidR="00C64C06" w:rsidRPr="009210F4">
        <w:rPr>
          <w:rFonts w:asciiTheme="majorHAnsi" w:hAnsiTheme="majorHAnsi" w:cstheme="majorHAnsi"/>
        </w:rPr>
        <w:t>h</w:t>
      </w:r>
      <w:r w:rsidRPr="009210F4">
        <w:rPr>
          <w:rFonts w:asciiTheme="majorHAnsi" w:hAnsiTheme="majorHAnsi" w:cstheme="majorHAnsi"/>
        </w:rPr>
        <w:t>ave you taken this</w:t>
      </w:r>
      <w:r w:rsidR="00C45046" w:rsidRPr="009210F4">
        <w:rPr>
          <w:rFonts w:asciiTheme="majorHAnsi" w:hAnsiTheme="majorHAnsi" w:cstheme="majorHAnsi"/>
        </w:rPr>
        <w:t>, have you taken that?’ So</w:t>
      </w:r>
      <w:r w:rsidR="00D23E9C" w:rsidRPr="009210F4">
        <w:rPr>
          <w:rFonts w:asciiTheme="majorHAnsi" w:hAnsiTheme="majorHAnsi" w:cstheme="majorHAnsi"/>
        </w:rPr>
        <w:t xml:space="preserve"> </w:t>
      </w:r>
      <w:r w:rsidRPr="009210F4">
        <w:rPr>
          <w:rFonts w:asciiTheme="majorHAnsi" w:hAnsiTheme="majorHAnsi" w:cstheme="majorHAnsi"/>
        </w:rPr>
        <w:t>I am sitting in a wheelchair in the supply closet</w:t>
      </w:r>
      <w:r w:rsidR="00C45046" w:rsidRPr="009210F4">
        <w:rPr>
          <w:rFonts w:asciiTheme="majorHAnsi" w:hAnsiTheme="majorHAnsi" w:cstheme="majorHAnsi"/>
        </w:rPr>
        <w:t xml:space="preserve">, {laughter} Let me set </w:t>
      </w:r>
      <w:r w:rsidRPr="009210F4">
        <w:rPr>
          <w:rFonts w:asciiTheme="majorHAnsi" w:hAnsiTheme="majorHAnsi" w:cstheme="majorHAnsi"/>
        </w:rPr>
        <w:t>the visual</w:t>
      </w:r>
      <w:r w:rsidR="00C45046" w:rsidRPr="009210F4">
        <w:rPr>
          <w:rFonts w:asciiTheme="majorHAnsi" w:hAnsiTheme="majorHAnsi" w:cstheme="majorHAnsi"/>
        </w:rPr>
        <w:t>,</w:t>
      </w:r>
      <w:r w:rsidRPr="009210F4">
        <w:rPr>
          <w:rFonts w:asciiTheme="majorHAnsi" w:hAnsiTheme="majorHAnsi" w:cstheme="majorHAnsi"/>
        </w:rPr>
        <w:t xml:space="preserve"> we're </w:t>
      </w:r>
      <w:r w:rsidR="00C45046" w:rsidRPr="009210F4">
        <w:rPr>
          <w:rFonts w:asciiTheme="majorHAnsi" w:hAnsiTheme="majorHAnsi" w:cstheme="majorHAnsi"/>
        </w:rPr>
        <w:t xml:space="preserve">only a </w:t>
      </w:r>
      <w:r w:rsidRPr="009210F4">
        <w:rPr>
          <w:rFonts w:asciiTheme="majorHAnsi" w:hAnsiTheme="majorHAnsi" w:cstheme="majorHAnsi"/>
        </w:rPr>
        <w:t>do rag</w:t>
      </w:r>
    </w:p>
    <w:p w14:paraId="171CC880" w14:textId="77777777" w:rsidR="00991E93" w:rsidRPr="009210F4" w:rsidRDefault="00991E93" w:rsidP="009210F4">
      <w:pPr>
        <w:pStyle w:val="NoSpacing"/>
        <w:rPr>
          <w:rFonts w:asciiTheme="majorHAnsi" w:hAnsiTheme="majorHAnsi" w:cstheme="majorHAnsi"/>
        </w:rPr>
      </w:pPr>
    </w:p>
    <w:p w14:paraId="464493CB" w14:textId="11891124"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Lucy</w:t>
      </w:r>
      <w:r w:rsidR="00D23E9C" w:rsidRPr="009210F4">
        <w:rPr>
          <w:rFonts w:asciiTheme="majorHAnsi" w:hAnsiTheme="majorHAnsi" w:cstheme="majorHAnsi"/>
        </w:rPr>
        <w:t xml:space="preserve"> </w:t>
      </w:r>
      <w:r w:rsidRPr="009210F4">
        <w:rPr>
          <w:rFonts w:asciiTheme="majorHAnsi" w:hAnsiTheme="majorHAnsi" w:cstheme="majorHAnsi"/>
        </w:rPr>
        <w:t>07:12</w:t>
      </w:r>
    </w:p>
    <w:p w14:paraId="4FE69C8D" w14:textId="45826B14" w:rsidR="00991E93" w:rsidRPr="009210F4" w:rsidRDefault="008A4D40" w:rsidP="009210F4">
      <w:pPr>
        <w:pStyle w:val="NoSpacing"/>
        <w:rPr>
          <w:rFonts w:asciiTheme="majorHAnsi" w:hAnsiTheme="majorHAnsi" w:cstheme="majorHAnsi"/>
        </w:rPr>
      </w:pPr>
      <w:r w:rsidRPr="009210F4">
        <w:rPr>
          <w:rFonts w:asciiTheme="majorHAnsi" w:hAnsiTheme="majorHAnsi" w:cstheme="majorHAnsi"/>
        </w:rPr>
        <w:t>Us podcasters</w:t>
      </w:r>
      <w:r w:rsidR="00477AD6" w:rsidRPr="009210F4">
        <w:rPr>
          <w:rFonts w:asciiTheme="majorHAnsi" w:hAnsiTheme="majorHAnsi" w:cstheme="majorHAnsi"/>
        </w:rPr>
        <w:t>, we’re</w:t>
      </w:r>
      <w:r w:rsidR="00D23E9C" w:rsidRPr="009210F4">
        <w:rPr>
          <w:rFonts w:asciiTheme="majorHAnsi" w:hAnsiTheme="majorHAnsi" w:cstheme="majorHAnsi"/>
        </w:rPr>
        <w:t xml:space="preserve"> </w:t>
      </w:r>
      <w:r w:rsidRPr="009210F4">
        <w:rPr>
          <w:rFonts w:asciiTheme="majorHAnsi" w:hAnsiTheme="majorHAnsi" w:cstheme="majorHAnsi"/>
        </w:rPr>
        <w:t xml:space="preserve">so </w:t>
      </w:r>
      <w:r w:rsidR="00F7615C" w:rsidRPr="009210F4">
        <w:rPr>
          <w:rFonts w:asciiTheme="majorHAnsi" w:hAnsiTheme="majorHAnsi" w:cstheme="majorHAnsi"/>
        </w:rPr>
        <w:t>glamorous isn't it really</w:t>
      </w:r>
      <w:r w:rsidR="00477AD6" w:rsidRPr="009210F4">
        <w:rPr>
          <w:rFonts w:asciiTheme="majorHAnsi" w:hAnsiTheme="majorHAnsi" w:cstheme="majorHAnsi"/>
        </w:rPr>
        <w:t>, so glamorous</w:t>
      </w:r>
      <w:r w:rsidR="00D23E9C" w:rsidRPr="009210F4">
        <w:rPr>
          <w:rFonts w:asciiTheme="majorHAnsi" w:hAnsiTheme="majorHAnsi" w:cstheme="majorHAnsi"/>
        </w:rPr>
        <w:t xml:space="preserve"> </w:t>
      </w:r>
    </w:p>
    <w:p w14:paraId="5D10A3D7" w14:textId="77777777" w:rsidR="00991E93" w:rsidRPr="009210F4" w:rsidRDefault="00991E93" w:rsidP="009210F4">
      <w:pPr>
        <w:pStyle w:val="NoSpacing"/>
        <w:rPr>
          <w:rFonts w:asciiTheme="majorHAnsi" w:hAnsiTheme="majorHAnsi" w:cstheme="majorHAnsi"/>
        </w:rPr>
      </w:pPr>
    </w:p>
    <w:p w14:paraId="626A480B" w14:textId="6A257DD9" w:rsidR="00991E93" w:rsidRPr="009210F4" w:rsidRDefault="00820759" w:rsidP="009210F4">
      <w:pPr>
        <w:pStyle w:val="NoSpacing"/>
        <w:rPr>
          <w:rFonts w:asciiTheme="majorHAnsi" w:hAnsiTheme="majorHAnsi" w:cstheme="majorHAnsi"/>
        </w:rPr>
      </w:pPr>
      <w:r w:rsidRPr="009210F4">
        <w:rPr>
          <w:rFonts w:asciiTheme="majorHAnsi" w:hAnsiTheme="majorHAnsi" w:cstheme="majorHAnsi"/>
        </w:rPr>
        <w:t xml:space="preserve"> Kimmy </w:t>
      </w:r>
      <w:r w:rsidR="00F7615C" w:rsidRPr="009210F4">
        <w:rPr>
          <w:rFonts w:asciiTheme="majorHAnsi" w:hAnsiTheme="majorHAnsi" w:cstheme="majorHAnsi"/>
        </w:rPr>
        <w:t>07:</w:t>
      </w:r>
    </w:p>
    <w:p w14:paraId="225ABF24" w14:textId="036EA2A9" w:rsidR="00991E93" w:rsidRPr="009210F4" w:rsidRDefault="00477AD6" w:rsidP="009210F4">
      <w:pPr>
        <w:pStyle w:val="NoSpacing"/>
        <w:rPr>
          <w:rFonts w:asciiTheme="majorHAnsi" w:hAnsiTheme="majorHAnsi" w:cstheme="majorHAnsi"/>
        </w:rPr>
      </w:pPr>
      <w:r w:rsidRPr="009210F4">
        <w:rPr>
          <w:rFonts w:asciiTheme="majorHAnsi" w:hAnsiTheme="majorHAnsi" w:cstheme="majorHAnsi"/>
        </w:rPr>
        <w:t xml:space="preserve">With a </w:t>
      </w:r>
      <w:r w:rsidR="00EA2930" w:rsidRPr="009210F4">
        <w:rPr>
          <w:rFonts w:asciiTheme="majorHAnsi" w:hAnsiTheme="majorHAnsi" w:cstheme="majorHAnsi"/>
        </w:rPr>
        <w:t>mid-line</w:t>
      </w:r>
      <w:r w:rsidRPr="009210F4">
        <w:rPr>
          <w:rFonts w:asciiTheme="majorHAnsi" w:hAnsiTheme="majorHAnsi" w:cstheme="majorHAnsi"/>
        </w:rPr>
        <w:t xml:space="preserve"> </w:t>
      </w:r>
      <w:r w:rsidR="00F7615C" w:rsidRPr="009210F4">
        <w:rPr>
          <w:rFonts w:asciiTheme="majorHAnsi" w:hAnsiTheme="majorHAnsi" w:cstheme="majorHAnsi"/>
        </w:rPr>
        <w:t xml:space="preserve">in my arm and </w:t>
      </w:r>
      <w:r w:rsidRPr="009210F4">
        <w:rPr>
          <w:rFonts w:asciiTheme="majorHAnsi" w:hAnsiTheme="majorHAnsi" w:cstheme="majorHAnsi"/>
        </w:rPr>
        <w:t xml:space="preserve">my </w:t>
      </w:r>
      <w:r w:rsidR="00F7615C" w:rsidRPr="009210F4">
        <w:rPr>
          <w:rFonts w:asciiTheme="majorHAnsi" w:hAnsiTheme="majorHAnsi" w:cstheme="majorHAnsi"/>
        </w:rPr>
        <w:t xml:space="preserve">hospital badge </w:t>
      </w:r>
      <w:r w:rsidRPr="009210F4">
        <w:rPr>
          <w:rFonts w:asciiTheme="majorHAnsi" w:hAnsiTheme="majorHAnsi" w:cstheme="majorHAnsi"/>
        </w:rPr>
        <w:t xml:space="preserve">as </w:t>
      </w:r>
      <w:r w:rsidR="00F7615C" w:rsidRPr="009210F4">
        <w:rPr>
          <w:rFonts w:asciiTheme="majorHAnsi" w:hAnsiTheme="majorHAnsi" w:cstheme="majorHAnsi"/>
        </w:rPr>
        <w:t>accessories</w:t>
      </w:r>
      <w:r w:rsidRPr="009210F4">
        <w:rPr>
          <w:rFonts w:asciiTheme="majorHAnsi" w:hAnsiTheme="majorHAnsi" w:cstheme="majorHAnsi"/>
        </w:rPr>
        <w:t>, I feel</w:t>
      </w:r>
      <w:r w:rsidR="00D23E9C" w:rsidRPr="009210F4">
        <w:rPr>
          <w:rFonts w:asciiTheme="majorHAnsi" w:hAnsiTheme="majorHAnsi" w:cstheme="majorHAnsi"/>
        </w:rPr>
        <w:t xml:space="preserve"> </w:t>
      </w:r>
      <w:r w:rsidR="00F7615C" w:rsidRPr="009210F4">
        <w:rPr>
          <w:rFonts w:asciiTheme="majorHAnsi" w:hAnsiTheme="majorHAnsi" w:cstheme="majorHAnsi"/>
        </w:rPr>
        <w:t xml:space="preserve">so sexy like </w:t>
      </w:r>
      <w:r w:rsidRPr="009210F4">
        <w:rPr>
          <w:rFonts w:asciiTheme="majorHAnsi" w:hAnsiTheme="majorHAnsi" w:cstheme="majorHAnsi"/>
        </w:rPr>
        <w:t>M</w:t>
      </w:r>
      <w:r w:rsidR="00F7615C" w:rsidRPr="009210F4">
        <w:rPr>
          <w:rFonts w:asciiTheme="majorHAnsi" w:hAnsiTheme="majorHAnsi" w:cstheme="majorHAnsi"/>
        </w:rPr>
        <w:t>et Gala</w:t>
      </w:r>
      <w:r w:rsidRPr="009210F4">
        <w:rPr>
          <w:rFonts w:asciiTheme="majorHAnsi" w:hAnsiTheme="majorHAnsi" w:cstheme="majorHAnsi"/>
        </w:rPr>
        <w:t>,</w:t>
      </w:r>
      <w:r w:rsidR="00F7615C" w:rsidRPr="009210F4">
        <w:rPr>
          <w:rFonts w:asciiTheme="majorHAnsi" w:hAnsiTheme="majorHAnsi" w:cstheme="majorHAnsi"/>
        </w:rPr>
        <w:t xml:space="preserve"> </w:t>
      </w:r>
      <w:r w:rsidR="00EA2930" w:rsidRPr="009210F4">
        <w:rPr>
          <w:rFonts w:asciiTheme="majorHAnsi" w:hAnsiTheme="majorHAnsi" w:cstheme="majorHAnsi"/>
        </w:rPr>
        <w:t>l</w:t>
      </w:r>
      <w:r w:rsidR="00F7615C" w:rsidRPr="009210F4">
        <w:rPr>
          <w:rFonts w:asciiTheme="majorHAnsi" w:hAnsiTheme="majorHAnsi" w:cstheme="majorHAnsi"/>
        </w:rPr>
        <w:t>ike</w:t>
      </w:r>
      <w:r w:rsidRPr="009210F4">
        <w:rPr>
          <w:rFonts w:asciiTheme="majorHAnsi" w:hAnsiTheme="majorHAnsi" w:cstheme="majorHAnsi"/>
        </w:rPr>
        <w:t>,</w:t>
      </w:r>
      <w:r w:rsidR="00F7615C" w:rsidRPr="009210F4">
        <w:rPr>
          <w:rFonts w:asciiTheme="majorHAnsi" w:hAnsiTheme="majorHAnsi" w:cstheme="majorHAnsi"/>
        </w:rPr>
        <w:t xml:space="preserve"> </w:t>
      </w:r>
      <w:r w:rsidRPr="009210F4">
        <w:rPr>
          <w:rFonts w:asciiTheme="majorHAnsi" w:hAnsiTheme="majorHAnsi" w:cstheme="majorHAnsi"/>
        </w:rPr>
        <w:t xml:space="preserve">where are you? {laughter} </w:t>
      </w:r>
      <w:r w:rsidR="00F7615C" w:rsidRPr="009210F4">
        <w:rPr>
          <w:rFonts w:asciiTheme="majorHAnsi" w:hAnsiTheme="majorHAnsi" w:cstheme="majorHAnsi"/>
        </w:rPr>
        <w:t>So yeah, that's</w:t>
      </w:r>
      <w:r w:rsidRPr="009210F4">
        <w:rPr>
          <w:rFonts w:asciiTheme="majorHAnsi" w:hAnsiTheme="majorHAnsi" w:cstheme="majorHAnsi"/>
        </w:rPr>
        <w:t>,</w:t>
      </w:r>
      <w:r w:rsidR="00F7615C" w:rsidRPr="009210F4">
        <w:rPr>
          <w:rFonts w:asciiTheme="majorHAnsi" w:hAnsiTheme="majorHAnsi" w:cstheme="majorHAnsi"/>
        </w:rPr>
        <w:t xml:space="preserve"> that's</w:t>
      </w:r>
      <w:r w:rsidR="00EA2930" w:rsidRPr="009210F4">
        <w:rPr>
          <w:rFonts w:asciiTheme="majorHAnsi" w:hAnsiTheme="majorHAnsi" w:cstheme="majorHAnsi"/>
        </w:rPr>
        <w:t>,</w:t>
      </w:r>
      <w:r w:rsidR="00F7615C" w:rsidRPr="009210F4">
        <w:rPr>
          <w:rFonts w:asciiTheme="majorHAnsi" w:hAnsiTheme="majorHAnsi" w:cstheme="majorHAnsi"/>
        </w:rPr>
        <w:t xml:space="preserve"> that's my environment at this point. I feel like I'm just setting a record</w:t>
      </w:r>
      <w:r w:rsidRPr="009210F4">
        <w:rPr>
          <w:rFonts w:asciiTheme="majorHAnsi" w:hAnsiTheme="majorHAnsi" w:cstheme="majorHAnsi"/>
        </w:rPr>
        <w:t>,</w:t>
      </w:r>
      <w:r w:rsidR="00F7615C" w:rsidRPr="009210F4">
        <w:rPr>
          <w:rFonts w:asciiTheme="majorHAnsi" w:hAnsiTheme="majorHAnsi" w:cstheme="majorHAnsi"/>
        </w:rPr>
        <w:t xml:space="preserve"> Guinness World </w:t>
      </w:r>
      <w:r w:rsidRPr="009210F4">
        <w:rPr>
          <w:rFonts w:asciiTheme="majorHAnsi" w:hAnsiTheme="majorHAnsi" w:cstheme="majorHAnsi"/>
        </w:rPr>
        <w:t>R</w:t>
      </w:r>
      <w:r w:rsidR="00F7615C" w:rsidRPr="009210F4">
        <w:rPr>
          <w:rFonts w:asciiTheme="majorHAnsi" w:hAnsiTheme="majorHAnsi" w:cstheme="majorHAnsi"/>
        </w:rPr>
        <w:t xml:space="preserve">ecord </w:t>
      </w:r>
    </w:p>
    <w:p w14:paraId="0E638632" w14:textId="77777777" w:rsidR="00991E93" w:rsidRPr="009210F4" w:rsidRDefault="00991E93" w:rsidP="009210F4">
      <w:pPr>
        <w:pStyle w:val="NoSpacing"/>
        <w:rPr>
          <w:rFonts w:asciiTheme="majorHAnsi" w:hAnsiTheme="majorHAnsi" w:cstheme="majorHAnsi"/>
        </w:rPr>
      </w:pPr>
    </w:p>
    <w:p w14:paraId="1B1FF5E5" w14:textId="0828F373"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Alice</w:t>
      </w:r>
      <w:r w:rsidR="00D23E9C" w:rsidRPr="009210F4">
        <w:rPr>
          <w:rFonts w:asciiTheme="majorHAnsi" w:hAnsiTheme="majorHAnsi" w:cstheme="majorHAnsi"/>
        </w:rPr>
        <w:t xml:space="preserve"> </w:t>
      </w:r>
      <w:r w:rsidRPr="009210F4">
        <w:rPr>
          <w:rFonts w:asciiTheme="majorHAnsi" w:hAnsiTheme="majorHAnsi" w:cstheme="majorHAnsi"/>
        </w:rPr>
        <w:t>07:38</w:t>
      </w:r>
    </w:p>
    <w:p w14:paraId="798C2E3C" w14:textId="77777777" w:rsidR="00477AD6" w:rsidRPr="009210F4" w:rsidRDefault="00477AD6" w:rsidP="009210F4">
      <w:pPr>
        <w:pStyle w:val="NoSpacing"/>
        <w:rPr>
          <w:rFonts w:asciiTheme="majorHAnsi" w:hAnsiTheme="majorHAnsi" w:cstheme="majorHAnsi"/>
        </w:rPr>
      </w:pPr>
      <w:r w:rsidRPr="009210F4">
        <w:rPr>
          <w:rFonts w:asciiTheme="majorHAnsi" w:hAnsiTheme="majorHAnsi" w:cstheme="majorHAnsi"/>
        </w:rPr>
        <w:t>Yeah, h</w:t>
      </w:r>
      <w:r w:rsidR="00F7615C" w:rsidRPr="009210F4">
        <w:rPr>
          <w:rFonts w:asciiTheme="majorHAnsi" w:hAnsiTheme="majorHAnsi" w:cstheme="majorHAnsi"/>
        </w:rPr>
        <w:t xml:space="preserve">ow many podcasts </w:t>
      </w:r>
      <w:r w:rsidRPr="009210F4">
        <w:rPr>
          <w:rFonts w:asciiTheme="majorHAnsi" w:hAnsiTheme="majorHAnsi" w:cstheme="majorHAnsi"/>
        </w:rPr>
        <w:t xml:space="preserve">can </w:t>
      </w:r>
      <w:r w:rsidR="00F7615C" w:rsidRPr="009210F4">
        <w:rPr>
          <w:rFonts w:asciiTheme="majorHAnsi" w:hAnsiTheme="majorHAnsi" w:cstheme="majorHAnsi"/>
        </w:rPr>
        <w:t xml:space="preserve">one person record from hospital? </w:t>
      </w:r>
    </w:p>
    <w:p w14:paraId="589930DB" w14:textId="77777777" w:rsidR="00EA2930" w:rsidRPr="009210F4" w:rsidRDefault="00EA2930" w:rsidP="009210F4">
      <w:pPr>
        <w:pStyle w:val="NoSpacing"/>
        <w:rPr>
          <w:rFonts w:asciiTheme="majorHAnsi" w:hAnsiTheme="majorHAnsi" w:cstheme="majorHAnsi"/>
        </w:rPr>
      </w:pPr>
    </w:p>
    <w:p w14:paraId="342921D7" w14:textId="751DD97B" w:rsidR="00991E93" w:rsidRPr="009210F4" w:rsidRDefault="00820759" w:rsidP="009210F4">
      <w:pPr>
        <w:pStyle w:val="NoSpacing"/>
        <w:rPr>
          <w:rFonts w:asciiTheme="majorHAnsi" w:hAnsiTheme="majorHAnsi" w:cstheme="majorHAnsi"/>
        </w:rPr>
      </w:pPr>
      <w:r w:rsidRPr="009210F4">
        <w:rPr>
          <w:rFonts w:asciiTheme="majorHAnsi" w:hAnsiTheme="majorHAnsi" w:cstheme="majorHAnsi"/>
        </w:rPr>
        <w:t xml:space="preserve"> Kimmy:</w:t>
      </w:r>
      <w:r w:rsidR="00477AD6" w:rsidRPr="009210F4">
        <w:rPr>
          <w:rFonts w:asciiTheme="majorHAnsi" w:hAnsiTheme="majorHAnsi" w:cstheme="majorHAnsi"/>
        </w:rPr>
        <w:t xml:space="preserve"> </w:t>
      </w:r>
      <w:r w:rsidR="00F7615C" w:rsidRPr="009210F4">
        <w:rPr>
          <w:rFonts w:asciiTheme="majorHAnsi" w:hAnsiTheme="majorHAnsi" w:cstheme="majorHAnsi"/>
        </w:rPr>
        <w:t>Yes</w:t>
      </w:r>
      <w:r w:rsidR="00477AD6" w:rsidRPr="009210F4">
        <w:rPr>
          <w:rFonts w:asciiTheme="majorHAnsi" w:hAnsiTheme="majorHAnsi" w:cstheme="majorHAnsi"/>
        </w:rPr>
        <w:t xml:space="preserve">, two so far {laughter} </w:t>
      </w:r>
    </w:p>
    <w:p w14:paraId="2904122B" w14:textId="77777777" w:rsidR="00991E93" w:rsidRPr="009210F4" w:rsidRDefault="00991E93" w:rsidP="009210F4">
      <w:pPr>
        <w:pStyle w:val="NoSpacing"/>
        <w:rPr>
          <w:rFonts w:asciiTheme="majorHAnsi" w:hAnsiTheme="majorHAnsi" w:cstheme="majorHAnsi"/>
        </w:rPr>
      </w:pPr>
    </w:p>
    <w:p w14:paraId="2B891939" w14:textId="576E483E" w:rsidR="00477AD6" w:rsidRPr="009210F4" w:rsidRDefault="00F7615C" w:rsidP="009210F4">
      <w:pPr>
        <w:pStyle w:val="NoSpacing"/>
        <w:rPr>
          <w:rFonts w:asciiTheme="majorHAnsi" w:hAnsiTheme="majorHAnsi" w:cstheme="majorHAnsi"/>
        </w:rPr>
      </w:pPr>
      <w:r w:rsidRPr="009210F4">
        <w:rPr>
          <w:rFonts w:asciiTheme="majorHAnsi" w:hAnsiTheme="majorHAnsi" w:cstheme="majorHAnsi"/>
        </w:rPr>
        <w:t>Lucy</w:t>
      </w:r>
      <w:r w:rsidR="00D23E9C" w:rsidRPr="009210F4">
        <w:rPr>
          <w:rFonts w:asciiTheme="majorHAnsi" w:hAnsiTheme="majorHAnsi" w:cstheme="majorHAnsi"/>
        </w:rPr>
        <w:t xml:space="preserve"> </w:t>
      </w:r>
      <w:r w:rsidRPr="009210F4">
        <w:rPr>
          <w:rFonts w:asciiTheme="majorHAnsi" w:hAnsiTheme="majorHAnsi" w:cstheme="majorHAnsi"/>
        </w:rPr>
        <w:t>07:45</w:t>
      </w:r>
    </w:p>
    <w:p w14:paraId="6F6EBC2D" w14:textId="2A672C67" w:rsidR="00991E93" w:rsidRPr="009210F4" w:rsidRDefault="00477AD6" w:rsidP="009210F4">
      <w:pPr>
        <w:pStyle w:val="NoSpacing"/>
        <w:rPr>
          <w:rFonts w:asciiTheme="majorHAnsi" w:hAnsiTheme="majorHAnsi" w:cstheme="majorHAnsi"/>
        </w:rPr>
      </w:pPr>
      <w:r w:rsidRPr="009210F4">
        <w:rPr>
          <w:rFonts w:asciiTheme="majorHAnsi" w:hAnsiTheme="majorHAnsi" w:cstheme="majorHAnsi"/>
        </w:rPr>
        <w:t xml:space="preserve">Right then Daisy, </w:t>
      </w:r>
      <w:r w:rsidR="007366EA" w:rsidRPr="009210F4">
        <w:rPr>
          <w:rFonts w:asciiTheme="majorHAnsi" w:hAnsiTheme="majorHAnsi" w:cstheme="majorHAnsi"/>
        </w:rPr>
        <w:t xml:space="preserve">do you </w:t>
      </w:r>
    </w:p>
    <w:p w14:paraId="06360F0D" w14:textId="77777777" w:rsidR="00991E93" w:rsidRPr="009210F4" w:rsidRDefault="00991E93" w:rsidP="009210F4">
      <w:pPr>
        <w:pStyle w:val="NoSpacing"/>
        <w:rPr>
          <w:rFonts w:asciiTheme="majorHAnsi" w:hAnsiTheme="majorHAnsi" w:cstheme="majorHAnsi"/>
        </w:rPr>
      </w:pPr>
    </w:p>
    <w:p w14:paraId="62EC0D35" w14:textId="03144AC8"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Alice</w:t>
      </w:r>
      <w:r w:rsidR="00D23E9C" w:rsidRPr="009210F4">
        <w:rPr>
          <w:rFonts w:asciiTheme="majorHAnsi" w:hAnsiTheme="majorHAnsi" w:cstheme="majorHAnsi"/>
        </w:rPr>
        <w:t xml:space="preserve"> </w:t>
      </w:r>
      <w:r w:rsidRPr="009210F4">
        <w:rPr>
          <w:rFonts w:asciiTheme="majorHAnsi" w:hAnsiTheme="majorHAnsi" w:cstheme="majorHAnsi"/>
        </w:rPr>
        <w:t>07:48</w:t>
      </w:r>
    </w:p>
    <w:p w14:paraId="14C39FE5" w14:textId="5AFBA69E" w:rsidR="00991E93" w:rsidRPr="009210F4" w:rsidRDefault="007366EA" w:rsidP="009210F4">
      <w:pPr>
        <w:pStyle w:val="NoSpacing"/>
        <w:rPr>
          <w:rFonts w:asciiTheme="majorHAnsi" w:hAnsiTheme="majorHAnsi" w:cstheme="majorHAnsi"/>
        </w:rPr>
      </w:pPr>
      <w:r w:rsidRPr="009210F4">
        <w:rPr>
          <w:rFonts w:asciiTheme="majorHAnsi" w:hAnsiTheme="majorHAnsi" w:cstheme="majorHAnsi"/>
        </w:rPr>
        <w:t>Should w</w:t>
      </w:r>
      <w:r w:rsidR="00F7615C" w:rsidRPr="009210F4">
        <w:rPr>
          <w:rFonts w:asciiTheme="majorHAnsi" w:hAnsiTheme="majorHAnsi" w:cstheme="majorHAnsi"/>
        </w:rPr>
        <w:t>e get on with some history?</w:t>
      </w:r>
    </w:p>
    <w:p w14:paraId="2FD9CE69" w14:textId="77777777" w:rsidR="00991E93" w:rsidRPr="009210F4" w:rsidRDefault="00991E93" w:rsidP="009210F4">
      <w:pPr>
        <w:pStyle w:val="NoSpacing"/>
        <w:rPr>
          <w:rFonts w:asciiTheme="majorHAnsi" w:hAnsiTheme="majorHAnsi" w:cstheme="majorHAnsi"/>
        </w:rPr>
      </w:pPr>
    </w:p>
    <w:p w14:paraId="51D07127" w14:textId="6AF81C88"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Daisy</w:t>
      </w:r>
      <w:r w:rsidR="00D23E9C" w:rsidRPr="009210F4">
        <w:rPr>
          <w:rFonts w:asciiTheme="majorHAnsi" w:hAnsiTheme="majorHAnsi" w:cstheme="majorHAnsi"/>
        </w:rPr>
        <w:t xml:space="preserve"> </w:t>
      </w:r>
      <w:r w:rsidRPr="009210F4">
        <w:rPr>
          <w:rFonts w:asciiTheme="majorHAnsi" w:hAnsiTheme="majorHAnsi" w:cstheme="majorHAnsi"/>
        </w:rPr>
        <w:t>07:49</w:t>
      </w:r>
    </w:p>
    <w:p w14:paraId="4491CB4C" w14:textId="3648281A"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Yeah, but this kind of sounds like I'm being given the responsibility of making</w:t>
      </w:r>
      <w:r w:rsidR="00820759" w:rsidRPr="009210F4">
        <w:rPr>
          <w:rFonts w:asciiTheme="majorHAnsi" w:hAnsiTheme="majorHAnsi" w:cstheme="majorHAnsi"/>
        </w:rPr>
        <w:t xml:space="preserve"> Kimmy </w:t>
      </w:r>
      <w:r w:rsidRPr="009210F4">
        <w:rPr>
          <w:rFonts w:asciiTheme="majorHAnsi" w:hAnsiTheme="majorHAnsi" w:cstheme="majorHAnsi"/>
        </w:rPr>
        <w:t>feel better</w:t>
      </w:r>
    </w:p>
    <w:p w14:paraId="2830EC31" w14:textId="77777777" w:rsidR="00991E93" w:rsidRPr="009210F4" w:rsidRDefault="00991E93" w:rsidP="009210F4">
      <w:pPr>
        <w:pStyle w:val="NoSpacing"/>
        <w:rPr>
          <w:rFonts w:asciiTheme="majorHAnsi" w:hAnsiTheme="majorHAnsi" w:cstheme="majorHAnsi"/>
        </w:rPr>
      </w:pPr>
    </w:p>
    <w:p w14:paraId="77E1D583" w14:textId="2565235F" w:rsidR="00991E93" w:rsidRPr="009210F4" w:rsidRDefault="00820759" w:rsidP="009210F4">
      <w:pPr>
        <w:pStyle w:val="NoSpacing"/>
        <w:rPr>
          <w:rFonts w:asciiTheme="majorHAnsi" w:hAnsiTheme="majorHAnsi" w:cstheme="majorHAnsi"/>
        </w:rPr>
      </w:pPr>
      <w:r w:rsidRPr="009210F4">
        <w:rPr>
          <w:rFonts w:asciiTheme="majorHAnsi" w:hAnsiTheme="majorHAnsi" w:cstheme="majorHAnsi"/>
        </w:rPr>
        <w:t xml:space="preserve"> Kimmy </w:t>
      </w:r>
      <w:r w:rsidR="00F7615C" w:rsidRPr="009210F4">
        <w:rPr>
          <w:rFonts w:asciiTheme="majorHAnsi" w:hAnsiTheme="majorHAnsi" w:cstheme="majorHAnsi"/>
        </w:rPr>
        <w:t>07:56</w:t>
      </w:r>
    </w:p>
    <w:p w14:paraId="2DC8E7E5" w14:textId="4FB1EE3B" w:rsidR="00991E93" w:rsidRPr="009210F4" w:rsidRDefault="007366EA" w:rsidP="009210F4">
      <w:pPr>
        <w:pStyle w:val="NoSpacing"/>
        <w:rPr>
          <w:rFonts w:asciiTheme="majorHAnsi" w:hAnsiTheme="majorHAnsi" w:cstheme="majorHAnsi"/>
        </w:rPr>
      </w:pPr>
      <w:r w:rsidRPr="009210F4">
        <w:rPr>
          <w:rFonts w:asciiTheme="majorHAnsi" w:hAnsiTheme="majorHAnsi" w:cstheme="majorHAnsi"/>
        </w:rPr>
        <w:t>You actually a</w:t>
      </w:r>
      <w:r w:rsidR="00F7615C" w:rsidRPr="009210F4">
        <w:rPr>
          <w:rFonts w:asciiTheme="majorHAnsi" w:hAnsiTheme="majorHAnsi" w:cstheme="majorHAnsi"/>
        </w:rPr>
        <w:t>re</w:t>
      </w:r>
      <w:r w:rsidRPr="009210F4">
        <w:rPr>
          <w:rFonts w:asciiTheme="majorHAnsi" w:hAnsiTheme="majorHAnsi" w:cstheme="majorHAnsi"/>
        </w:rPr>
        <w:t>,</w:t>
      </w:r>
      <w:r w:rsidR="00F7615C" w:rsidRPr="009210F4">
        <w:rPr>
          <w:rFonts w:asciiTheme="majorHAnsi" w:hAnsiTheme="majorHAnsi" w:cstheme="majorHAnsi"/>
        </w:rPr>
        <w:t xml:space="preserve"> you </w:t>
      </w:r>
      <w:r w:rsidRPr="009210F4">
        <w:rPr>
          <w:rFonts w:asciiTheme="majorHAnsi" w:hAnsiTheme="majorHAnsi" w:cstheme="majorHAnsi"/>
        </w:rPr>
        <w:t xml:space="preserve">are </w:t>
      </w:r>
      <w:r w:rsidR="00F7615C" w:rsidRPr="009210F4">
        <w:rPr>
          <w:rFonts w:asciiTheme="majorHAnsi" w:hAnsiTheme="majorHAnsi" w:cstheme="majorHAnsi"/>
        </w:rPr>
        <w:t>my healing bomb</w:t>
      </w:r>
      <w:r w:rsidRPr="009210F4">
        <w:rPr>
          <w:rFonts w:asciiTheme="majorHAnsi" w:hAnsiTheme="majorHAnsi" w:cstheme="majorHAnsi"/>
        </w:rPr>
        <w:t xml:space="preserve"> {laughter}</w:t>
      </w:r>
    </w:p>
    <w:p w14:paraId="0F7505D9" w14:textId="77777777" w:rsidR="00991E93" w:rsidRPr="009210F4" w:rsidRDefault="00991E93" w:rsidP="009210F4">
      <w:pPr>
        <w:pStyle w:val="NoSpacing"/>
        <w:rPr>
          <w:rFonts w:asciiTheme="majorHAnsi" w:hAnsiTheme="majorHAnsi" w:cstheme="majorHAnsi"/>
        </w:rPr>
      </w:pPr>
    </w:p>
    <w:p w14:paraId="176E1E84" w14:textId="7658801C"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Daisy</w:t>
      </w:r>
      <w:r w:rsidR="00D23E9C" w:rsidRPr="009210F4">
        <w:rPr>
          <w:rFonts w:asciiTheme="majorHAnsi" w:hAnsiTheme="majorHAnsi" w:cstheme="majorHAnsi"/>
        </w:rPr>
        <w:t xml:space="preserve"> </w:t>
      </w:r>
      <w:r w:rsidRPr="009210F4">
        <w:rPr>
          <w:rFonts w:asciiTheme="majorHAnsi" w:hAnsiTheme="majorHAnsi" w:cstheme="majorHAnsi"/>
        </w:rPr>
        <w:t>07:59</w:t>
      </w:r>
    </w:p>
    <w:p w14:paraId="769568C5" w14:textId="3D2F97AB" w:rsidR="00991E93" w:rsidRPr="009210F4" w:rsidRDefault="007366EA" w:rsidP="009210F4">
      <w:pPr>
        <w:pStyle w:val="NoSpacing"/>
        <w:rPr>
          <w:rFonts w:asciiTheme="majorHAnsi" w:hAnsiTheme="majorHAnsi" w:cstheme="majorHAnsi"/>
        </w:rPr>
      </w:pPr>
      <w:r w:rsidRPr="009210F4">
        <w:rPr>
          <w:rFonts w:asciiTheme="majorHAnsi" w:hAnsiTheme="majorHAnsi" w:cstheme="majorHAnsi"/>
        </w:rPr>
        <w:t>Ah no, t</w:t>
      </w:r>
      <w:r w:rsidR="00F7615C" w:rsidRPr="009210F4">
        <w:rPr>
          <w:rFonts w:asciiTheme="majorHAnsi" w:hAnsiTheme="majorHAnsi" w:cstheme="majorHAnsi"/>
        </w:rPr>
        <w:t>hat's unfortunat</w:t>
      </w:r>
      <w:r w:rsidRPr="009210F4">
        <w:rPr>
          <w:rFonts w:asciiTheme="majorHAnsi" w:hAnsiTheme="majorHAnsi" w:cstheme="majorHAnsi"/>
        </w:rPr>
        <w:t>e</w:t>
      </w:r>
    </w:p>
    <w:p w14:paraId="5CE13DF5" w14:textId="77777777" w:rsidR="00991E93" w:rsidRPr="009210F4" w:rsidRDefault="00991E93" w:rsidP="009210F4">
      <w:pPr>
        <w:pStyle w:val="NoSpacing"/>
        <w:rPr>
          <w:rFonts w:asciiTheme="majorHAnsi" w:hAnsiTheme="majorHAnsi" w:cstheme="majorHAnsi"/>
        </w:rPr>
      </w:pPr>
    </w:p>
    <w:p w14:paraId="4812CB87" w14:textId="1B63DF2A" w:rsidR="00991E93" w:rsidRPr="009210F4" w:rsidRDefault="00820759" w:rsidP="009210F4">
      <w:pPr>
        <w:pStyle w:val="NoSpacing"/>
        <w:rPr>
          <w:rFonts w:asciiTheme="majorHAnsi" w:hAnsiTheme="majorHAnsi" w:cstheme="majorHAnsi"/>
        </w:rPr>
      </w:pPr>
      <w:r w:rsidRPr="009210F4">
        <w:rPr>
          <w:rFonts w:asciiTheme="majorHAnsi" w:hAnsiTheme="majorHAnsi" w:cstheme="majorHAnsi"/>
        </w:rPr>
        <w:t xml:space="preserve"> Kimmy </w:t>
      </w:r>
      <w:r w:rsidR="00F7615C" w:rsidRPr="009210F4">
        <w:rPr>
          <w:rFonts w:asciiTheme="majorHAnsi" w:hAnsiTheme="majorHAnsi" w:cstheme="majorHAnsi"/>
        </w:rPr>
        <w:t>08:04</w:t>
      </w:r>
    </w:p>
    <w:p w14:paraId="1416C69F" w14:textId="61F16E5A" w:rsidR="00991E93" w:rsidRPr="009210F4" w:rsidRDefault="007366EA" w:rsidP="009210F4">
      <w:pPr>
        <w:pStyle w:val="NoSpacing"/>
        <w:rPr>
          <w:rFonts w:asciiTheme="majorHAnsi" w:hAnsiTheme="majorHAnsi" w:cstheme="majorHAnsi"/>
        </w:rPr>
      </w:pPr>
      <w:r w:rsidRPr="009210F4">
        <w:rPr>
          <w:rFonts w:asciiTheme="majorHAnsi" w:hAnsiTheme="majorHAnsi" w:cstheme="majorHAnsi"/>
        </w:rPr>
        <w:t>Well now girl, you’re gonna feel baaaad {laughter}</w:t>
      </w:r>
    </w:p>
    <w:p w14:paraId="48CE8DAA" w14:textId="77777777" w:rsidR="00991E93" w:rsidRPr="009210F4" w:rsidRDefault="00991E93" w:rsidP="009210F4">
      <w:pPr>
        <w:pStyle w:val="NoSpacing"/>
        <w:rPr>
          <w:rFonts w:asciiTheme="majorHAnsi" w:hAnsiTheme="majorHAnsi" w:cstheme="majorHAnsi"/>
        </w:rPr>
      </w:pPr>
    </w:p>
    <w:p w14:paraId="371D8CAC" w14:textId="3C11293F"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Alice</w:t>
      </w:r>
      <w:r w:rsidR="00D23E9C" w:rsidRPr="009210F4">
        <w:rPr>
          <w:rFonts w:asciiTheme="majorHAnsi" w:hAnsiTheme="majorHAnsi" w:cstheme="majorHAnsi"/>
        </w:rPr>
        <w:t xml:space="preserve"> </w:t>
      </w:r>
      <w:r w:rsidRPr="009210F4">
        <w:rPr>
          <w:rFonts w:asciiTheme="majorHAnsi" w:hAnsiTheme="majorHAnsi" w:cstheme="majorHAnsi"/>
        </w:rPr>
        <w:t>08:07</w:t>
      </w:r>
    </w:p>
    <w:p w14:paraId="03AA7B21" w14:textId="73062F14"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Yeah, you should</w:t>
      </w:r>
      <w:r w:rsidR="007366EA" w:rsidRPr="009210F4">
        <w:rPr>
          <w:rFonts w:asciiTheme="majorHAnsi" w:hAnsiTheme="majorHAnsi" w:cstheme="majorHAnsi"/>
        </w:rPr>
        <w:t>,</w:t>
      </w:r>
      <w:r w:rsidR="00D23E9C" w:rsidRPr="009210F4">
        <w:rPr>
          <w:rFonts w:asciiTheme="majorHAnsi" w:hAnsiTheme="majorHAnsi" w:cstheme="majorHAnsi"/>
        </w:rPr>
        <w:t xml:space="preserve"> </w:t>
      </w:r>
      <w:r w:rsidR="007366EA" w:rsidRPr="009210F4">
        <w:rPr>
          <w:rFonts w:asciiTheme="majorHAnsi" w:hAnsiTheme="majorHAnsi" w:cstheme="majorHAnsi"/>
        </w:rPr>
        <w:t>w</w:t>
      </w:r>
      <w:r w:rsidRPr="009210F4">
        <w:rPr>
          <w:rFonts w:asciiTheme="majorHAnsi" w:hAnsiTheme="majorHAnsi" w:cstheme="majorHAnsi"/>
        </w:rPr>
        <w:t>e</w:t>
      </w:r>
      <w:r w:rsidR="00820759" w:rsidRPr="009210F4">
        <w:rPr>
          <w:rFonts w:asciiTheme="majorHAnsi" w:hAnsiTheme="majorHAnsi" w:cstheme="majorHAnsi"/>
        </w:rPr>
        <w:t>,</w:t>
      </w:r>
      <w:r w:rsidRPr="009210F4">
        <w:rPr>
          <w:rFonts w:asciiTheme="majorHAnsi" w:hAnsiTheme="majorHAnsi" w:cstheme="majorHAnsi"/>
        </w:rPr>
        <w:t xml:space="preserve"> we've discussed previously on the show about having some kind of Nazi klaxon for just how frequently they appear throughout our discussions of history. </w:t>
      </w:r>
      <w:r w:rsidR="00820759" w:rsidRPr="009210F4">
        <w:rPr>
          <w:rFonts w:asciiTheme="majorHAnsi" w:hAnsiTheme="majorHAnsi" w:cstheme="majorHAnsi"/>
        </w:rPr>
        <w:t>So,</w:t>
      </w:r>
      <w:r w:rsidRPr="009210F4">
        <w:rPr>
          <w:rFonts w:asciiTheme="majorHAnsi" w:hAnsiTheme="majorHAnsi" w:cstheme="majorHAnsi"/>
        </w:rPr>
        <w:t xml:space="preserve"> I'd be slightly</w:t>
      </w:r>
      <w:r w:rsidR="007366EA" w:rsidRPr="009210F4">
        <w:rPr>
          <w:rFonts w:asciiTheme="majorHAnsi" w:hAnsiTheme="majorHAnsi" w:cstheme="majorHAnsi"/>
        </w:rPr>
        <w:t>,</w:t>
      </w:r>
      <w:r w:rsidRPr="009210F4">
        <w:rPr>
          <w:rFonts w:asciiTheme="majorHAnsi" w:hAnsiTheme="majorHAnsi" w:cstheme="majorHAnsi"/>
        </w:rPr>
        <w:t xml:space="preserve"> I'd be slightly dubious about a history lesson making you feel</w:t>
      </w:r>
      <w:r w:rsidR="007366EA" w:rsidRPr="009210F4">
        <w:rPr>
          <w:rFonts w:asciiTheme="majorHAnsi" w:hAnsiTheme="majorHAnsi" w:cstheme="majorHAnsi"/>
        </w:rPr>
        <w:t xml:space="preserve"> </w:t>
      </w:r>
      <w:r w:rsidR="00C37F57" w:rsidRPr="009210F4">
        <w:rPr>
          <w:rFonts w:asciiTheme="majorHAnsi" w:hAnsiTheme="majorHAnsi" w:cstheme="majorHAnsi"/>
        </w:rPr>
        <w:t xml:space="preserve">bad </w:t>
      </w:r>
    </w:p>
    <w:p w14:paraId="3E424FE5" w14:textId="77777777" w:rsidR="00991E93" w:rsidRPr="009210F4" w:rsidRDefault="00991E93" w:rsidP="009210F4">
      <w:pPr>
        <w:pStyle w:val="NoSpacing"/>
        <w:rPr>
          <w:rFonts w:asciiTheme="majorHAnsi" w:hAnsiTheme="majorHAnsi" w:cstheme="majorHAnsi"/>
        </w:rPr>
      </w:pPr>
    </w:p>
    <w:p w14:paraId="10FFD2CB" w14:textId="23032A45"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Lucy</w:t>
      </w:r>
      <w:r w:rsidR="00D23E9C" w:rsidRPr="009210F4">
        <w:rPr>
          <w:rFonts w:asciiTheme="majorHAnsi" w:hAnsiTheme="majorHAnsi" w:cstheme="majorHAnsi"/>
        </w:rPr>
        <w:t xml:space="preserve"> </w:t>
      </w:r>
      <w:r w:rsidRPr="009210F4">
        <w:rPr>
          <w:rFonts w:asciiTheme="majorHAnsi" w:hAnsiTheme="majorHAnsi" w:cstheme="majorHAnsi"/>
        </w:rPr>
        <w:t>08:25</w:t>
      </w:r>
    </w:p>
    <w:p w14:paraId="70F28EBD" w14:textId="77777777" w:rsidR="00820759" w:rsidRPr="009210F4" w:rsidRDefault="00C37F57" w:rsidP="009210F4">
      <w:pPr>
        <w:pStyle w:val="NoSpacing"/>
        <w:rPr>
          <w:rFonts w:asciiTheme="majorHAnsi" w:hAnsiTheme="majorHAnsi" w:cstheme="majorHAnsi"/>
        </w:rPr>
      </w:pPr>
      <w:r w:rsidRPr="009210F4">
        <w:rPr>
          <w:rFonts w:asciiTheme="majorHAnsi" w:hAnsiTheme="majorHAnsi" w:cstheme="majorHAnsi"/>
        </w:rPr>
        <w:t>Daisy often sends me e</w:t>
      </w:r>
      <w:r w:rsidR="00F7615C" w:rsidRPr="009210F4">
        <w:rPr>
          <w:rFonts w:asciiTheme="majorHAnsi" w:hAnsiTheme="majorHAnsi" w:cstheme="majorHAnsi"/>
        </w:rPr>
        <w:t>mails about people that we're going to do for history lessons and</w:t>
      </w:r>
      <w:r w:rsidRPr="009210F4">
        <w:rPr>
          <w:rFonts w:asciiTheme="majorHAnsi" w:hAnsiTheme="majorHAnsi" w:cstheme="majorHAnsi"/>
        </w:rPr>
        <w:t>,</w:t>
      </w:r>
      <w:r w:rsidR="00F7615C" w:rsidRPr="009210F4">
        <w:rPr>
          <w:rFonts w:asciiTheme="majorHAnsi" w:hAnsiTheme="majorHAnsi" w:cstheme="majorHAnsi"/>
        </w:rPr>
        <w:t xml:space="preserve"> </w:t>
      </w:r>
      <w:r w:rsidRPr="009210F4">
        <w:rPr>
          <w:rFonts w:asciiTheme="majorHAnsi" w:hAnsiTheme="majorHAnsi" w:cstheme="majorHAnsi"/>
        </w:rPr>
        <w:t>‘</w:t>
      </w:r>
      <w:r w:rsidR="00F7615C" w:rsidRPr="009210F4">
        <w:rPr>
          <w:rFonts w:asciiTheme="majorHAnsi" w:hAnsiTheme="majorHAnsi" w:cstheme="majorHAnsi"/>
        </w:rPr>
        <w:t>good news</w:t>
      </w:r>
      <w:r w:rsidRPr="009210F4">
        <w:rPr>
          <w:rFonts w:asciiTheme="majorHAnsi" w:hAnsiTheme="majorHAnsi" w:cstheme="majorHAnsi"/>
        </w:rPr>
        <w:t>,</w:t>
      </w:r>
      <w:r w:rsidR="00F7615C" w:rsidRPr="009210F4">
        <w:rPr>
          <w:rFonts w:asciiTheme="majorHAnsi" w:hAnsiTheme="majorHAnsi" w:cstheme="majorHAnsi"/>
        </w:rPr>
        <w:t xml:space="preserve"> not </w:t>
      </w:r>
      <w:r w:rsidRPr="009210F4">
        <w:rPr>
          <w:rFonts w:asciiTheme="majorHAnsi" w:hAnsiTheme="majorHAnsi" w:cstheme="majorHAnsi"/>
        </w:rPr>
        <w:t>a Nazi’ {laughter}</w:t>
      </w:r>
    </w:p>
    <w:p w14:paraId="4C42D373" w14:textId="77777777" w:rsidR="00820759" w:rsidRPr="009210F4" w:rsidRDefault="00820759" w:rsidP="009210F4">
      <w:pPr>
        <w:pStyle w:val="NoSpacing"/>
        <w:rPr>
          <w:rFonts w:asciiTheme="majorHAnsi" w:hAnsiTheme="majorHAnsi" w:cstheme="majorHAnsi"/>
        </w:rPr>
      </w:pPr>
    </w:p>
    <w:p w14:paraId="5754DDB0" w14:textId="245AD8FB" w:rsidR="00C37F57" w:rsidRPr="009210F4" w:rsidRDefault="00C37F57" w:rsidP="009210F4">
      <w:pPr>
        <w:pStyle w:val="NoSpacing"/>
        <w:rPr>
          <w:rFonts w:asciiTheme="majorHAnsi" w:hAnsiTheme="majorHAnsi" w:cstheme="majorHAnsi"/>
        </w:rPr>
      </w:pPr>
      <w:r w:rsidRPr="009210F4">
        <w:rPr>
          <w:rFonts w:asciiTheme="majorHAnsi" w:hAnsiTheme="majorHAnsi" w:cstheme="majorHAnsi"/>
        </w:rPr>
        <w:t>Daisy: ‘This guy’s definitely not a Nazi’</w:t>
      </w:r>
    </w:p>
    <w:p w14:paraId="0F1B6ED3" w14:textId="77777777" w:rsidR="00820759" w:rsidRPr="009210F4" w:rsidRDefault="00820759" w:rsidP="009210F4">
      <w:pPr>
        <w:pStyle w:val="NoSpacing"/>
        <w:rPr>
          <w:rFonts w:asciiTheme="majorHAnsi" w:hAnsiTheme="majorHAnsi" w:cstheme="majorHAnsi"/>
        </w:rPr>
      </w:pPr>
    </w:p>
    <w:p w14:paraId="010D06A0" w14:textId="3AB6BA72" w:rsidR="00C37F57" w:rsidRPr="009210F4" w:rsidRDefault="00C37F57" w:rsidP="009210F4">
      <w:pPr>
        <w:pStyle w:val="NoSpacing"/>
        <w:rPr>
          <w:rFonts w:asciiTheme="majorHAnsi" w:hAnsiTheme="majorHAnsi" w:cstheme="majorHAnsi"/>
        </w:rPr>
      </w:pPr>
      <w:r w:rsidRPr="009210F4">
        <w:rPr>
          <w:rFonts w:asciiTheme="majorHAnsi" w:hAnsiTheme="majorHAnsi" w:cstheme="majorHAnsi"/>
        </w:rPr>
        <w:t>Lucy: Wooo!</w:t>
      </w:r>
    </w:p>
    <w:p w14:paraId="3DAF44CE" w14:textId="77777777" w:rsidR="00820759" w:rsidRPr="009210F4" w:rsidRDefault="00820759" w:rsidP="009210F4">
      <w:pPr>
        <w:pStyle w:val="NoSpacing"/>
        <w:rPr>
          <w:rFonts w:asciiTheme="majorHAnsi" w:hAnsiTheme="majorHAnsi" w:cstheme="majorHAnsi"/>
        </w:rPr>
      </w:pPr>
    </w:p>
    <w:p w14:paraId="0283D358" w14:textId="6525E90C" w:rsidR="00991E93" w:rsidRPr="009210F4" w:rsidRDefault="00820759" w:rsidP="009210F4">
      <w:pPr>
        <w:pStyle w:val="NoSpacing"/>
        <w:rPr>
          <w:rFonts w:asciiTheme="majorHAnsi" w:hAnsiTheme="majorHAnsi" w:cstheme="majorHAnsi"/>
        </w:rPr>
      </w:pPr>
      <w:r w:rsidRPr="009210F4">
        <w:rPr>
          <w:rFonts w:asciiTheme="majorHAnsi" w:hAnsiTheme="majorHAnsi" w:cstheme="majorHAnsi"/>
        </w:rPr>
        <w:t xml:space="preserve"> Kimmy </w:t>
      </w:r>
      <w:r w:rsidR="00F7615C" w:rsidRPr="009210F4">
        <w:rPr>
          <w:rFonts w:asciiTheme="majorHAnsi" w:hAnsiTheme="majorHAnsi" w:cstheme="majorHAnsi"/>
        </w:rPr>
        <w:t>08:36</w:t>
      </w:r>
    </w:p>
    <w:p w14:paraId="06CF2E73" w14:textId="0CDE0418" w:rsidR="00991E93" w:rsidRPr="009210F4" w:rsidRDefault="00C37F57" w:rsidP="009210F4">
      <w:pPr>
        <w:pStyle w:val="NoSpacing"/>
        <w:rPr>
          <w:rFonts w:asciiTheme="majorHAnsi" w:hAnsiTheme="majorHAnsi" w:cstheme="majorHAnsi"/>
        </w:rPr>
      </w:pPr>
      <w:r w:rsidRPr="009210F4">
        <w:rPr>
          <w:rFonts w:asciiTheme="majorHAnsi" w:hAnsiTheme="majorHAnsi" w:cstheme="majorHAnsi"/>
        </w:rPr>
        <w:t>At t</w:t>
      </w:r>
      <w:r w:rsidR="00F7615C" w:rsidRPr="009210F4">
        <w:rPr>
          <w:rFonts w:asciiTheme="majorHAnsi" w:hAnsiTheme="majorHAnsi" w:cstheme="majorHAnsi"/>
        </w:rPr>
        <w:t>his poin</w:t>
      </w:r>
      <w:r w:rsidRPr="009210F4">
        <w:rPr>
          <w:rFonts w:asciiTheme="majorHAnsi" w:hAnsiTheme="majorHAnsi" w:cstheme="majorHAnsi"/>
        </w:rPr>
        <w:t xml:space="preserve">t, uh, {whispers} </w:t>
      </w:r>
      <w:r w:rsidR="00F7615C" w:rsidRPr="009210F4">
        <w:rPr>
          <w:rFonts w:asciiTheme="majorHAnsi" w:hAnsiTheme="majorHAnsi" w:cstheme="majorHAnsi"/>
        </w:rPr>
        <w:t>Isn't ther</w:t>
      </w:r>
      <w:r w:rsidRPr="009210F4">
        <w:rPr>
          <w:rFonts w:asciiTheme="majorHAnsi" w:hAnsiTheme="majorHAnsi" w:cstheme="majorHAnsi"/>
        </w:rPr>
        <w:t xml:space="preserve">e, like, </w:t>
      </w:r>
      <w:r w:rsidR="00F7615C" w:rsidRPr="009210F4">
        <w:rPr>
          <w:rFonts w:asciiTheme="majorHAnsi" w:hAnsiTheme="majorHAnsi" w:cstheme="majorHAnsi"/>
        </w:rPr>
        <w:t>slavery gonna be talked about? I'm not gonna feel bette</w:t>
      </w:r>
      <w:r w:rsidRPr="009210F4">
        <w:rPr>
          <w:rFonts w:asciiTheme="majorHAnsi" w:hAnsiTheme="majorHAnsi" w:cstheme="majorHAnsi"/>
        </w:rPr>
        <w:t>r, mmm, mmm, I’m gonna feel worse</w:t>
      </w:r>
      <w:r w:rsidR="00D23E9C" w:rsidRPr="009210F4">
        <w:rPr>
          <w:rFonts w:asciiTheme="majorHAnsi" w:hAnsiTheme="majorHAnsi" w:cstheme="majorHAnsi"/>
        </w:rPr>
        <w:t xml:space="preserve"> </w:t>
      </w:r>
    </w:p>
    <w:p w14:paraId="08DB06FF" w14:textId="77777777" w:rsidR="00820759" w:rsidRPr="009210F4" w:rsidRDefault="00820759" w:rsidP="009210F4">
      <w:pPr>
        <w:pStyle w:val="NoSpacing"/>
        <w:rPr>
          <w:rFonts w:asciiTheme="majorHAnsi" w:hAnsiTheme="majorHAnsi" w:cstheme="majorHAnsi"/>
        </w:rPr>
      </w:pPr>
    </w:p>
    <w:p w14:paraId="5535B6DC" w14:textId="07EF77FE"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Alice</w:t>
      </w:r>
      <w:r w:rsidR="00D23E9C" w:rsidRPr="009210F4">
        <w:rPr>
          <w:rFonts w:asciiTheme="majorHAnsi" w:hAnsiTheme="majorHAnsi" w:cstheme="majorHAnsi"/>
        </w:rPr>
        <w:t xml:space="preserve"> </w:t>
      </w:r>
      <w:r w:rsidRPr="009210F4">
        <w:rPr>
          <w:rFonts w:asciiTheme="majorHAnsi" w:hAnsiTheme="majorHAnsi" w:cstheme="majorHAnsi"/>
        </w:rPr>
        <w:t>08:43</w:t>
      </w:r>
    </w:p>
    <w:p w14:paraId="08B501E6" w14:textId="55A80F32"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Yeah, this is true. I think actually, Daisy, we had a bit of a chat about who Daisy wanted to focus on and Daisy being a millennial historian was like, it's, you know, with</w:t>
      </w:r>
      <w:r w:rsidR="00820759" w:rsidRPr="009210F4">
        <w:rPr>
          <w:rFonts w:asciiTheme="majorHAnsi" w:hAnsiTheme="majorHAnsi" w:cstheme="majorHAnsi"/>
        </w:rPr>
        <w:t>,</w:t>
      </w:r>
      <w:r w:rsidRPr="009210F4">
        <w:rPr>
          <w:rFonts w:asciiTheme="majorHAnsi" w:hAnsiTheme="majorHAnsi" w:cstheme="majorHAnsi"/>
        </w:rPr>
        <w:t xml:space="preserve"> with</w:t>
      </w:r>
      <w:r w:rsidR="005E688E" w:rsidRPr="009210F4">
        <w:rPr>
          <w:rFonts w:asciiTheme="majorHAnsi" w:hAnsiTheme="majorHAnsi" w:cstheme="majorHAnsi"/>
        </w:rPr>
        <w:t xml:space="preserve"> all,</w:t>
      </w:r>
      <w:r w:rsidRPr="009210F4">
        <w:rPr>
          <w:rFonts w:asciiTheme="majorHAnsi" w:hAnsiTheme="majorHAnsi" w:cstheme="majorHAnsi"/>
        </w:rPr>
        <w:t xml:space="preserve"> Harriet Tubman is so done, like</w:t>
      </w:r>
      <w:r w:rsidR="005E688E" w:rsidRPr="009210F4">
        <w:rPr>
          <w:rFonts w:asciiTheme="majorHAnsi" w:hAnsiTheme="majorHAnsi" w:cstheme="majorHAnsi"/>
        </w:rPr>
        <w:t xml:space="preserve"> let’s do someone different</w:t>
      </w:r>
      <w:r w:rsidR="00D23E9C" w:rsidRPr="009210F4">
        <w:rPr>
          <w:rFonts w:asciiTheme="majorHAnsi" w:hAnsiTheme="majorHAnsi" w:cstheme="majorHAnsi"/>
        </w:rPr>
        <w:t xml:space="preserve"> </w:t>
      </w:r>
    </w:p>
    <w:p w14:paraId="23167E38" w14:textId="77777777" w:rsidR="00991E93" w:rsidRPr="009210F4" w:rsidRDefault="00991E93" w:rsidP="009210F4">
      <w:pPr>
        <w:pStyle w:val="NoSpacing"/>
        <w:rPr>
          <w:rFonts w:asciiTheme="majorHAnsi" w:hAnsiTheme="majorHAnsi" w:cstheme="majorHAnsi"/>
        </w:rPr>
      </w:pPr>
    </w:p>
    <w:p w14:paraId="30F4DD85" w14:textId="3F6694E6"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Lucy</w:t>
      </w:r>
      <w:r w:rsidR="00D23E9C" w:rsidRPr="009210F4">
        <w:rPr>
          <w:rFonts w:asciiTheme="majorHAnsi" w:hAnsiTheme="majorHAnsi" w:cstheme="majorHAnsi"/>
        </w:rPr>
        <w:t xml:space="preserve"> </w:t>
      </w:r>
      <w:r w:rsidRPr="009210F4">
        <w:rPr>
          <w:rFonts w:asciiTheme="majorHAnsi" w:hAnsiTheme="majorHAnsi" w:cstheme="majorHAnsi"/>
        </w:rPr>
        <w:t>09:06</w:t>
      </w:r>
    </w:p>
    <w:p w14:paraId="3CE3137B" w14:textId="2B5BD199" w:rsidR="00991E93" w:rsidRPr="009210F4" w:rsidRDefault="005E688E" w:rsidP="009210F4">
      <w:pPr>
        <w:pStyle w:val="NoSpacing"/>
        <w:rPr>
          <w:rFonts w:asciiTheme="majorHAnsi" w:hAnsiTheme="majorHAnsi" w:cstheme="majorHAnsi"/>
        </w:rPr>
      </w:pPr>
      <w:r w:rsidRPr="009210F4">
        <w:rPr>
          <w:rFonts w:asciiTheme="majorHAnsi" w:hAnsiTheme="majorHAnsi" w:cstheme="majorHAnsi"/>
        </w:rPr>
        <w:t>You may have said something s</w:t>
      </w:r>
      <w:r w:rsidR="00F7615C" w:rsidRPr="009210F4">
        <w:rPr>
          <w:rFonts w:asciiTheme="majorHAnsi" w:hAnsiTheme="majorHAnsi" w:cstheme="majorHAnsi"/>
        </w:rPr>
        <w:t xml:space="preserve">imilar </w:t>
      </w:r>
      <w:r w:rsidRPr="009210F4">
        <w:rPr>
          <w:rFonts w:asciiTheme="majorHAnsi" w:hAnsiTheme="majorHAnsi" w:cstheme="majorHAnsi"/>
        </w:rPr>
        <w:t>to that Daisy</w:t>
      </w:r>
    </w:p>
    <w:p w14:paraId="7C84ABA7" w14:textId="77777777" w:rsidR="00820759" w:rsidRPr="009210F4" w:rsidRDefault="00820759" w:rsidP="009210F4">
      <w:pPr>
        <w:pStyle w:val="NoSpacing"/>
        <w:rPr>
          <w:rFonts w:asciiTheme="majorHAnsi" w:hAnsiTheme="majorHAnsi" w:cstheme="majorHAnsi"/>
        </w:rPr>
      </w:pPr>
    </w:p>
    <w:p w14:paraId="6DC44039" w14:textId="0747E754" w:rsidR="005E688E" w:rsidRPr="009210F4" w:rsidRDefault="005E688E" w:rsidP="009210F4">
      <w:pPr>
        <w:pStyle w:val="NoSpacing"/>
        <w:rPr>
          <w:rFonts w:asciiTheme="majorHAnsi" w:hAnsiTheme="majorHAnsi" w:cstheme="majorHAnsi"/>
        </w:rPr>
      </w:pPr>
      <w:r w:rsidRPr="009210F4">
        <w:rPr>
          <w:rFonts w:asciiTheme="majorHAnsi" w:hAnsiTheme="majorHAnsi" w:cstheme="majorHAnsi"/>
        </w:rPr>
        <w:t xml:space="preserve">Daisy: I did not </w:t>
      </w:r>
    </w:p>
    <w:p w14:paraId="659F8C89" w14:textId="77777777" w:rsidR="00820759" w:rsidRPr="009210F4" w:rsidRDefault="00820759" w:rsidP="009210F4">
      <w:pPr>
        <w:pStyle w:val="NoSpacing"/>
        <w:rPr>
          <w:rFonts w:asciiTheme="majorHAnsi" w:hAnsiTheme="majorHAnsi" w:cstheme="majorHAnsi"/>
        </w:rPr>
      </w:pPr>
    </w:p>
    <w:p w14:paraId="77870A96" w14:textId="03DD154A" w:rsidR="00820759" w:rsidRPr="009210F4" w:rsidRDefault="00820759" w:rsidP="009210F4">
      <w:pPr>
        <w:pStyle w:val="NoSpacing"/>
        <w:rPr>
          <w:rFonts w:asciiTheme="majorHAnsi" w:hAnsiTheme="majorHAnsi" w:cstheme="majorHAnsi"/>
        </w:rPr>
      </w:pPr>
      <w:r w:rsidRPr="009210F4">
        <w:rPr>
          <w:rFonts w:asciiTheme="majorHAnsi" w:hAnsiTheme="majorHAnsi" w:cstheme="majorHAnsi"/>
        </w:rPr>
        <w:t xml:space="preserve"> Kimmy:</w:t>
      </w:r>
      <w:r w:rsidR="005E688E" w:rsidRPr="009210F4">
        <w:rPr>
          <w:rFonts w:asciiTheme="majorHAnsi" w:hAnsiTheme="majorHAnsi" w:cstheme="majorHAnsi"/>
        </w:rPr>
        <w:t xml:space="preserve"> Ex-squeeze me?! Mc-</w:t>
      </w:r>
      <w:r w:rsidR="004A7C1C" w:rsidRPr="009210F4">
        <w:rPr>
          <w:rFonts w:asciiTheme="majorHAnsi" w:hAnsiTheme="majorHAnsi" w:cstheme="majorHAnsi"/>
        </w:rPr>
        <w:t>s</w:t>
      </w:r>
      <w:r w:rsidR="005E688E" w:rsidRPr="009210F4">
        <w:rPr>
          <w:rFonts w:asciiTheme="majorHAnsi" w:hAnsiTheme="majorHAnsi" w:cstheme="majorHAnsi"/>
        </w:rPr>
        <w:t>cuse</w:t>
      </w:r>
      <w:r w:rsidR="00D23E9C" w:rsidRPr="009210F4">
        <w:rPr>
          <w:rFonts w:asciiTheme="majorHAnsi" w:hAnsiTheme="majorHAnsi" w:cstheme="majorHAnsi"/>
        </w:rPr>
        <w:t xml:space="preserve"> </w:t>
      </w:r>
      <w:r w:rsidR="005E688E" w:rsidRPr="009210F4">
        <w:rPr>
          <w:rFonts w:asciiTheme="majorHAnsi" w:hAnsiTheme="majorHAnsi" w:cstheme="majorHAnsi"/>
        </w:rPr>
        <w:t>me</w:t>
      </w:r>
      <w:r w:rsidR="00D23E9C" w:rsidRPr="009210F4">
        <w:rPr>
          <w:rFonts w:asciiTheme="majorHAnsi" w:hAnsiTheme="majorHAnsi" w:cstheme="majorHAnsi"/>
        </w:rPr>
        <w:t xml:space="preserve"> </w:t>
      </w:r>
    </w:p>
    <w:p w14:paraId="39A16C3E" w14:textId="77777777" w:rsidR="00820759" w:rsidRPr="009210F4" w:rsidRDefault="00820759" w:rsidP="009210F4">
      <w:pPr>
        <w:pStyle w:val="NoSpacing"/>
        <w:rPr>
          <w:rFonts w:asciiTheme="majorHAnsi" w:hAnsiTheme="majorHAnsi" w:cstheme="majorHAnsi"/>
        </w:rPr>
      </w:pPr>
    </w:p>
    <w:p w14:paraId="37265FE4" w14:textId="12AE0924"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Daisy</w:t>
      </w:r>
      <w:r w:rsidR="00D23E9C" w:rsidRPr="009210F4">
        <w:rPr>
          <w:rFonts w:asciiTheme="majorHAnsi" w:hAnsiTheme="majorHAnsi" w:cstheme="majorHAnsi"/>
        </w:rPr>
        <w:t xml:space="preserve"> </w:t>
      </w:r>
      <w:r w:rsidRPr="009210F4">
        <w:rPr>
          <w:rFonts w:asciiTheme="majorHAnsi" w:hAnsiTheme="majorHAnsi" w:cstheme="majorHAnsi"/>
        </w:rPr>
        <w:t>09:15</w:t>
      </w:r>
    </w:p>
    <w:p w14:paraId="68354C25" w14:textId="2BC22D15" w:rsidR="0086023E" w:rsidRPr="009210F4" w:rsidRDefault="005E688E" w:rsidP="009210F4">
      <w:pPr>
        <w:pStyle w:val="NoSpacing"/>
        <w:rPr>
          <w:rFonts w:asciiTheme="majorHAnsi" w:hAnsiTheme="majorHAnsi" w:cstheme="majorHAnsi"/>
        </w:rPr>
      </w:pPr>
      <w:r w:rsidRPr="009210F4">
        <w:rPr>
          <w:rFonts w:asciiTheme="majorHAnsi" w:hAnsiTheme="majorHAnsi" w:cstheme="majorHAnsi"/>
        </w:rPr>
        <w:t xml:space="preserve">I absolutely did not. </w:t>
      </w:r>
      <w:r w:rsidR="00F7615C" w:rsidRPr="009210F4">
        <w:rPr>
          <w:rFonts w:asciiTheme="majorHAnsi" w:hAnsiTheme="majorHAnsi" w:cstheme="majorHAnsi"/>
        </w:rPr>
        <w:t xml:space="preserve">What I was saying is that a lot of the history, particularly surrounding black history, about </w:t>
      </w:r>
      <w:r w:rsidR="00820759" w:rsidRPr="009210F4">
        <w:rPr>
          <w:rFonts w:asciiTheme="majorHAnsi" w:hAnsiTheme="majorHAnsi" w:cstheme="majorHAnsi"/>
        </w:rPr>
        <w:t xml:space="preserve">the, </w:t>
      </w:r>
      <w:r w:rsidR="00F7615C" w:rsidRPr="009210F4">
        <w:rPr>
          <w:rFonts w:asciiTheme="majorHAnsi" w:hAnsiTheme="majorHAnsi" w:cstheme="majorHAnsi"/>
        </w:rPr>
        <w:t>particularly surround</w:t>
      </w:r>
      <w:r w:rsidR="0086023E" w:rsidRPr="009210F4">
        <w:rPr>
          <w:rFonts w:asciiTheme="majorHAnsi" w:hAnsiTheme="majorHAnsi" w:cstheme="majorHAnsi"/>
        </w:rPr>
        <w:t>ing</w:t>
      </w:r>
      <w:r w:rsidR="00F7615C" w:rsidRPr="009210F4">
        <w:rPr>
          <w:rFonts w:asciiTheme="majorHAnsi" w:hAnsiTheme="majorHAnsi" w:cstheme="majorHAnsi"/>
        </w:rPr>
        <w:t xml:space="preserve"> disability around black history</w:t>
      </w:r>
      <w:r w:rsidR="0086023E" w:rsidRPr="009210F4">
        <w:rPr>
          <w:rFonts w:asciiTheme="majorHAnsi" w:hAnsiTheme="majorHAnsi" w:cstheme="majorHAnsi"/>
        </w:rPr>
        <w:t xml:space="preserve">. </w:t>
      </w:r>
      <w:r w:rsidR="00820759" w:rsidRPr="009210F4">
        <w:rPr>
          <w:rFonts w:asciiTheme="majorHAnsi" w:hAnsiTheme="majorHAnsi" w:cstheme="majorHAnsi"/>
        </w:rPr>
        <w:t>So,</w:t>
      </w:r>
      <w:r w:rsidR="00F7615C" w:rsidRPr="009210F4">
        <w:rPr>
          <w:rFonts w:asciiTheme="majorHAnsi" w:hAnsiTheme="majorHAnsi" w:cstheme="majorHAnsi"/>
        </w:rPr>
        <w:t xml:space="preserve"> it tends to be from a very specific place and a very specific time period. </w:t>
      </w:r>
    </w:p>
    <w:p w14:paraId="1709E134" w14:textId="77777777" w:rsidR="00820759" w:rsidRPr="009210F4" w:rsidRDefault="00820759" w:rsidP="009210F4">
      <w:pPr>
        <w:pStyle w:val="NoSpacing"/>
        <w:rPr>
          <w:rFonts w:asciiTheme="majorHAnsi" w:hAnsiTheme="majorHAnsi" w:cstheme="majorHAnsi"/>
        </w:rPr>
      </w:pPr>
    </w:p>
    <w:p w14:paraId="49A919F7" w14:textId="53484848" w:rsidR="0086023E" w:rsidRPr="009210F4" w:rsidRDefault="0086023E" w:rsidP="009210F4">
      <w:pPr>
        <w:pStyle w:val="NoSpacing"/>
        <w:rPr>
          <w:rFonts w:asciiTheme="majorHAnsi" w:hAnsiTheme="majorHAnsi" w:cstheme="majorHAnsi"/>
        </w:rPr>
      </w:pPr>
      <w:r w:rsidRPr="009210F4">
        <w:rPr>
          <w:rFonts w:asciiTheme="majorHAnsi" w:hAnsiTheme="majorHAnsi" w:cstheme="majorHAnsi"/>
        </w:rPr>
        <w:t xml:space="preserve">Alice: </w:t>
      </w:r>
      <w:r w:rsidR="00F7615C" w:rsidRPr="009210F4">
        <w:rPr>
          <w:rFonts w:asciiTheme="majorHAnsi" w:hAnsiTheme="majorHAnsi" w:cstheme="majorHAnsi"/>
        </w:rPr>
        <w:t xml:space="preserve">Yes </w:t>
      </w:r>
    </w:p>
    <w:p w14:paraId="3E390A26" w14:textId="77777777" w:rsidR="00820759" w:rsidRPr="009210F4" w:rsidRDefault="00820759" w:rsidP="009210F4">
      <w:pPr>
        <w:pStyle w:val="NoSpacing"/>
        <w:rPr>
          <w:rFonts w:asciiTheme="majorHAnsi" w:hAnsiTheme="majorHAnsi" w:cstheme="majorHAnsi"/>
        </w:rPr>
      </w:pPr>
    </w:p>
    <w:p w14:paraId="563987AB" w14:textId="711142B5" w:rsidR="00991E93" w:rsidRPr="009210F4" w:rsidRDefault="0086023E" w:rsidP="009210F4">
      <w:pPr>
        <w:pStyle w:val="NoSpacing"/>
        <w:rPr>
          <w:rFonts w:asciiTheme="majorHAnsi" w:hAnsiTheme="majorHAnsi" w:cstheme="majorHAnsi"/>
        </w:rPr>
      </w:pPr>
      <w:r w:rsidRPr="009210F4">
        <w:rPr>
          <w:rFonts w:asciiTheme="majorHAnsi" w:hAnsiTheme="majorHAnsi" w:cstheme="majorHAnsi"/>
        </w:rPr>
        <w:t xml:space="preserve">Daisy: </w:t>
      </w:r>
      <w:r w:rsidR="00F7615C" w:rsidRPr="009210F4">
        <w:rPr>
          <w:rFonts w:asciiTheme="majorHAnsi" w:hAnsiTheme="majorHAnsi" w:cstheme="majorHAnsi"/>
        </w:rPr>
        <w:t xml:space="preserve">So that </w:t>
      </w:r>
      <w:r w:rsidRPr="009210F4">
        <w:rPr>
          <w:rFonts w:asciiTheme="majorHAnsi" w:hAnsiTheme="majorHAnsi" w:cstheme="majorHAnsi"/>
        </w:rPr>
        <w:t xml:space="preserve">it </w:t>
      </w:r>
      <w:r w:rsidR="00F7615C" w:rsidRPr="009210F4">
        <w:rPr>
          <w:rFonts w:asciiTheme="majorHAnsi" w:hAnsiTheme="majorHAnsi" w:cstheme="majorHAnsi"/>
        </w:rPr>
        <w:t>is entirely, you know, around slavery in the Americas</w:t>
      </w:r>
    </w:p>
    <w:p w14:paraId="78167CCA" w14:textId="77777777" w:rsidR="00991E93" w:rsidRPr="009210F4" w:rsidRDefault="00991E93" w:rsidP="009210F4">
      <w:pPr>
        <w:pStyle w:val="NoSpacing"/>
        <w:rPr>
          <w:rFonts w:asciiTheme="majorHAnsi" w:hAnsiTheme="majorHAnsi" w:cstheme="majorHAnsi"/>
        </w:rPr>
      </w:pPr>
    </w:p>
    <w:p w14:paraId="11BE5124" w14:textId="28107FD4"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Alice</w:t>
      </w:r>
      <w:r w:rsidR="00D23E9C" w:rsidRPr="009210F4">
        <w:rPr>
          <w:rFonts w:asciiTheme="majorHAnsi" w:hAnsiTheme="majorHAnsi" w:cstheme="majorHAnsi"/>
        </w:rPr>
        <w:t xml:space="preserve"> </w:t>
      </w:r>
      <w:r w:rsidRPr="009210F4">
        <w:rPr>
          <w:rFonts w:asciiTheme="majorHAnsi" w:hAnsiTheme="majorHAnsi" w:cstheme="majorHAnsi"/>
        </w:rPr>
        <w:t>09:32</w:t>
      </w:r>
    </w:p>
    <w:p w14:paraId="4D3B7A04" w14:textId="11E05D1E"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Yes</w:t>
      </w:r>
    </w:p>
    <w:p w14:paraId="7DC4BE2C" w14:textId="77777777" w:rsidR="00991E93" w:rsidRPr="009210F4" w:rsidRDefault="00991E93" w:rsidP="009210F4">
      <w:pPr>
        <w:pStyle w:val="NoSpacing"/>
        <w:rPr>
          <w:rFonts w:asciiTheme="majorHAnsi" w:hAnsiTheme="majorHAnsi" w:cstheme="majorHAnsi"/>
        </w:rPr>
      </w:pPr>
    </w:p>
    <w:p w14:paraId="7FC08C33" w14:textId="7A6A5F47" w:rsidR="00991E93" w:rsidRPr="009210F4" w:rsidRDefault="00820759" w:rsidP="009210F4">
      <w:pPr>
        <w:pStyle w:val="NoSpacing"/>
        <w:rPr>
          <w:rFonts w:asciiTheme="majorHAnsi" w:hAnsiTheme="majorHAnsi" w:cstheme="majorHAnsi"/>
        </w:rPr>
      </w:pPr>
      <w:r w:rsidRPr="009210F4">
        <w:rPr>
          <w:rFonts w:asciiTheme="majorHAnsi" w:hAnsiTheme="majorHAnsi" w:cstheme="majorHAnsi"/>
        </w:rPr>
        <w:t xml:space="preserve">Kimmy </w:t>
      </w:r>
      <w:r w:rsidR="00F7615C" w:rsidRPr="009210F4">
        <w:rPr>
          <w:rFonts w:asciiTheme="majorHAnsi" w:hAnsiTheme="majorHAnsi" w:cstheme="majorHAnsi"/>
        </w:rPr>
        <w:t>09:33</w:t>
      </w:r>
    </w:p>
    <w:p w14:paraId="18CF883A" w14:textId="2383AAAF"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Auntie Harriet deserves her flowers</w:t>
      </w:r>
      <w:r w:rsidR="0086023E" w:rsidRPr="009210F4">
        <w:rPr>
          <w:rFonts w:asciiTheme="majorHAnsi" w:hAnsiTheme="majorHAnsi" w:cstheme="majorHAnsi"/>
        </w:rPr>
        <w:t xml:space="preserve"> </w:t>
      </w:r>
      <w:r w:rsidR="00A72993" w:rsidRPr="009210F4">
        <w:rPr>
          <w:rFonts w:asciiTheme="majorHAnsi" w:hAnsiTheme="majorHAnsi" w:cstheme="majorHAnsi"/>
        </w:rPr>
        <w:t>OK</w:t>
      </w:r>
      <w:r w:rsidR="0086023E" w:rsidRPr="009210F4">
        <w:rPr>
          <w:rFonts w:asciiTheme="majorHAnsi" w:hAnsiTheme="majorHAnsi" w:cstheme="majorHAnsi"/>
        </w:rPr>
        <w:t>,</w:t>
      </w:r>
      <w:r w:rsidRPr="009210F4">
        <w:rPr>
          <w:rFonts w:asciiTheme="majorHAnsi" w:hAnsiTheme="majorHAnsi" w:cstheme="majorHAnsi"/>
        </w:rPr>
        <w:t xml:space="preserve"> I don't care what you say</w:t>
      </w:r>
    </w:p>
    <w:p w14:paraId="789219C3" w14:textId="77777777" w:rsidR="00820759" w:rsidRPr="009210F4" w:rsidRDefault="00820759" w:rsidP="009210F4">
      <w:pPr>
        <w:pStyle w:val="NoSpacing"/>
        <w:rPr>
          <w:rFonts w:asciiTheme="majorHAnsi" w:hAnsiTheme="majorHAnsi" w:cstheme="majorHAnsi"/>
        </w:rPr>
      </w:pPr>
    </w:p>
    <w:p w14:paraId="6CA9CABF" w14:textId="5DD6128A" w:rsidR="00991E93" w:rsidRPr="009210F4" w:rsidRDefault="0086023E" w:rsidP="009210F4">
      <w:pPr>
        <w:pStyle w:val="NoSpacing"/>
        <w:rPr>
          <w:rFonts w:asciiTheme="majorHAnsi" w:hAnsiTheme="majorHAnsi" w:cstheme="majorHAnsi"/>
        </w:rPr>
      </w:pPr>
      <w:r w:rsidRPr="009210F4">
        <w:rPr>
          <w:rFonts w:asciiTheme="majorHAnsi" w:hAnsiTheme="majorHAnsi" w:cstheme="majorHAnsi"/>
        </w:rPr>
        <w:t xml:space="preserve">Daisy: I never said that she didn’t </w:t>
      </w:r>
    </w:p>
    <w:p w14:paraId="6A2B8328" w14:textId="77777777" w:rsidR="00820759" w:rsidRPr="009210F4" w:rsidRDefault="00820759" w:rsidP="009210F4">
      <w:pPr>
        <w:pStyle w:val="NoSpacing"/>
        <w:rPr>
          <w:rFonts w:asciiTheme="majorHAnsi" w:hAnsiTheme="majorHAnsi" w:cstheme="majorHAnsi"/>
        </w:rPr>
      </w:pPr>
    </w:p>
    <w:p w14:paraId="0BEBD188" w14:textId="369A3ADB" w:rsidR="0086023E" w:rsidRPr="009210F4" w:rsidRDefault="00820759" w:rsidP="009210F4">
      <w:pPr>
        <w:pStyle w:val="NoSpacing"/>
        <w:rPr>
          <w:rFonts w:asciiTheme="majorHAnsi" w:hAnsiTheme="majorHAnsi" w:cstheme="majorHAnsi"/>
        </w:rPr>
      </w:pPr>
      <w:r w:rsidRPr="009210F4">
        <w:rPr>
          <w:rFonts w:asciiTheme="majorHAnsi" w:hAnsiTheme="majorHAnsi" w:cstheme="majorHAnsi"/>
        </w:rPr>
        <w:t>Kimmy</w:t>
      </w:r>
      <w:r w:rsidR="0086023E" w:rsidRPr="009210F4">
        <w:rPr>
          <w:rFonts w:asciiTheme="majorHAnsi" w:hAnsiTheme="majorHAnsi" w:cstheme="majorHAnsi"/>
        </w:rPr>
        <w:t xml:space="preserve">: Auntie Harriet deserves her flowers </w:t>
      </w:r>
    </w:p>
    <w:p w14:paraId="222B4334" w14:textId="77777777" w:rsidR="00820759" w:rsidRPr="009210F4" w:rsidRDefault="00820759" w:rsidP="009210F4">
      <w:pPr>
        <w:pStyle w:val="NoSpacing"/>
        <w:rPr>
          <w:rFonts w:asciiTheme="majorHAnsi" w:hAnsiTheme="majorHAnsi" w:cstheme="majorHAnsi"/>
        </w:rPr>
      </w:pPr>
    </w:p>
    <w:p w14:paraId="48D3EBA3" w14:textId="76547C23"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Alice</w:t>
      </w:r>
      <w:r w:rsidR="00D23E9C" w:rsidRPr="009210F4">
        <w:rPr>
          <w:rFonts w:asciiTheme="majorHAnsi" w:hAnsiTheme="majorHAnsi" w:cstheme="majorHAnsi"/>
        </w:rPr>
        <w:t xml:space="preserve"> </w:t>
      </w:r>
      <w:r w:rsidRPr="009210F4">
        <w:rPr>
          <w:rFonts w:asciiTheme="majorHAnsi" w:hAnsiTheme="majorHAnsi" w:cstheme="majorHAnsi"/>
        </w:rPr>
        <w:t>09:43</w:t>
      </w:r>
    </w:p>
    <w:p w14:paraId="05039593" w14:textId="438A0574"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Well, I think what we're saying is</w:t>
      </w:r>
      <w:r w:rsidR="0086023E" w:rsidRPr="009210F4">
        <w:rPr>
          <w:rFonts w:asciiTheme="majorHAnsi" w:hAnsiTheme="majorHAnsi" w:cstheme="majorHAnsi"/>
        </w:rPr>
        <w:t>,</w:t>
      </w:r>
      <w:r w:rsidRPr="009210F4">
        <w:rPr>
          <w:rFonts w:asciiTheme="majorHAnsi" w:hAnsiTheme="majorHAnsi" w:cstheme="majorHAnsi"/>
        </w:rPr>
        <w:t xml:space="preserve"> what Daisy is saying is that there is more to black disabled history than Harriet Tubman and the story of slaves. And I think that's what we're going to hear about today. </w:t>
      </w:r>
      <w:r w:rsidR="00820759" w:rsidRPr="009210F4">
        <w:rPr>
          <w:rFonts w:asciiTheme="majorHAnsi" w:hAnsiTheme="majorHAnsi" w:cstheme="majorHAnsi"/>
        </w:rPr>
        <w:t>So,</w:t>
      </w:r>
      <w:r w:rsidRPr="009210F4">
        <w:rPr>
          <w:rFonts w:asciiTheme="majorHAnsi" w:hAnsiTheme="majorHAnsi" w:cstheme="majorHAnsi"/>
        </w:rPr>
        <w:t xml:space="preserve"> I think </w:t>
      </w:r>
      <w:r w:rsidR="0086023E" w:rsidRPr="009210F4">
        <w:rPr>
          <w:rFonts w:asciiTheme="majorHAnsi" w:hAnsiTheme="majorHAnsi" w:cstheme="majorHAnsi"/>
        </w:rPr>
        <w:t xml:space="preserve">it’ll </w:t>
      </w:r>
      <w:r w:rsidRPr="009210F4">
        <w:rPr>
          <w:rFonts w:asciiTheme="majorHAnsi" w:hAnsiTheme="majorHAnsi" w:cstheme="majorHAnsi"/>
        </w:rPr>
        <w:t>be really interesting</w:t>
      </w:r>
      <w:r w:rsidR="0086023E" w:rsidRPr="009210F4">
        <w:rPr>
          <w:rFonts w:asciiTheme="majorHAnsi" w:hAnsiTheme="majorHAnsi" w:cstheme="majorHAnsi"/>
        </w:rPr>
        <w:t>,</w:t>
      </w:r>
      <w:r w:rsidRPr="009210F4">
        <w:rPr>
          <w:rFonts w:asciiTheme="majorHAnsi" w:hAnsiTheme="majorHAnsi" w:cstheme="majorHAnsi"/>
        </w:rPr>
        <w:t xml:space="preserve"> </w:t>
      </w:r>
      <w:r w:rsidR="00D5574A" w:rsidRPr="009210F4">
        <w:rPr>
          <w:rFonts w:asciiTheme="majorHAnsi" w:hAnsiTheme="majorHAnsi" w:cstheme="majorHAnsi"/>
        </w:rPr>
        <w:t xml:space="preserve">it’ll </w:t>
      </w:r>
      <w:r w:rsidRPr="009210F4">
        <w:rPr>
          <w:rFonts w:asciiTheme="majorHAnsi" w:hAnsiTheme="majorHAnsi" w:cstheme="majorHAnsi"/>
        </w:rPr>
        <w:t>be something really different</w:t>
      </w:r>
    </w:p>
    <w:p w14:paraId="758DD535" w14:textId="77777777" w:rsidR="00991E93" w:rsidRPr="009210F4" w:rsidRDefault="00991E93" w:rsidP="009210F4">
      <w:pPr>
        <w:pStyle w:val="NoSpacing"/>
        <w:rPr>
          <w:rFonts w:asciiTheme="majorHAnsi" w:hAnsiTheme="majorHAnsi" w:cstheme="majorHAnsi"/>
        </w:rPr>
      </w:pPr>
    </w:p>
    <w:p w14:paraId="5D3943EB" w14:textId="21001E4A" w:rsidR="00991E93" w:rsidRPr="009210F4" w:rsidRDefault="00820759" w:rsidP="009210F4">
      <w:pPr>
        <w:pStyle w:val="NoSpacing"/>
        <w:rPr>
          <w:rFonts w:asciiTheme="majorHAnsi" w:hAnsiTheme="majorHAnsi" w:cstheme="majorHAnsi"/>
        </w:rPr>
      </w:pPr>
      <w:r w:rsidRPr="009210F4">
        <w:rPr>
          <w:rFonts w:asciiTheme="majorHAnsi" w:hAnsiTheme="majorHAnsi" w:cstheme="majorHAnsi"/>
        </w:rPr>
        <w:t xml:space="preserve">Kimmy </w:t>
      </w:r>
      <w:r w:rsidR="00F7615C" w:rsidRPr="009210F4">
        <w:rPr>
          <w:rFonts w:asciiTheme="majorHAnsi" w:hAnsiTheme="majorHAnsi" w:cstheme="majorHAnsi"/>
        </w:rPr>
        <w:t>09:57</w:t>
      </w:r>
    </w:p>
    <w:p w14:paraId="78EF7D56" w14:textId="52143535" w:rsidR="00991E93" w:rsidRPr="009210F4" w:rsidRDefault="00820759" w:rsidP="009210F4">
      <w:pPr>
        <w:pStyle w:val="NoSpacing"/>
        <w:rPr>
          <w:rFonts w:asciiTheme="majorHAnsi" w:hAnsiTheme="majorHAnsi" w:cstheme="majorHAnsi"/>
        </w:rPr>
      </w:pPr>
      <w:r w:rsidRPr="009210F4">
        <w:rPr>
          <w:rFonts w:asciiTheme="majorHAnsi" w:hAnsiTheme="majorHAnsi" w:cstheme="majorHAnsi"/>
        </w:rPr>
        <w:t>So,</w:t>
      </w:r>
      <w:r w:rsidR="00F7615C" w:rsidRPr="009210F4">
        <w:rPr>
          <w:rFonts w:asciiTheme="majorHAnsi" w:hAnsiTheme="majorHAnsi" w:cstheme="majorHAnsi"/>
        </w:rPr>
        <w:t xml:space="preserve"> you're</w:t>
      </w:r>
      <w:r w:rsidR="00D5574A" w:rsidRPr="009210F4">
        <w:rPr>
          <w:rFonts w:asciiTheme="majorHAnsi" w:hAnsiTheme="majorHAnsi" w:cstheme="majorHAnsi"/>
        </w:rPr>
        <w:t xml:space="preserve"> gonna change my mind,</w:t>
      </w:r>
      <w:r w:rsidR="00D23E9C" w:rsidRPr="009210F4">
        <w:rPr>
          <w:rFonts w:asciiTheme="majorHAnsi" w:hAnsiTheme="majorHAnsi" w:cstheme="majorHAnsi"/>
        </w:rPr>
        <w:t xml:space="preserve"> </w:t>
      </w:r>
      <w:r w:rsidR="00A72993" w:rsidRPr="009210F4">
        <w:rPr>
          <w:rFonts w:asciiTheme="majorHAnsi" w:hAnsiTheme="majorHAnsi" w:cstheme="majorHAnsi"/>
        </w:rPr>
        <w:t>OK</w:t>
      </w:r>
      <w:r w:rsidR="00D5574A" w:rsidRPr="009210F4">
        <w:rPr>
          <w:rFonts w:asciiTheme="majorHAnsi" w:hAnsiTheme="majorHAnsi" w:cstheme="majorHAnsi"/>
        </w:rPr>
        <w:t xml:space="preserve"> </w:t>
      </w:r>
      <w:r w:rsidR="00F7615C" w:rsidRPr="009210F4">
        <w:rPr>
          <w:rFonts w:asciiTheme="majorHAnsi" w:hAnsiTheme="majorHAnsi" w:cstheme="majorHAnsi"/>
        </w:rPr>
        <w:t>girl</w:t>
      </w:r>
      <w:r w:rsidR="00D5574A" w:rsidRPr="009210F4">
        <w:rPr>
          <w:rFonts w:asciiTheme="majorHAnsi" w:hAnsiTheme="majorHAnsi" w:cstheme="majorHAnsi"/>
        </w:rPr>
        <w:t xml:space="preserve"> {laughter} I’m </w:t>
      </w:r>
      <w:r w:rsidR="009210F4" w:rsidRPr="009210F4">
        <w:rPr>
          <w:rFonts w:asciiTheme="majorHAnsi" w:hAnsiTheme="majorHAnsi" w:cstheme="majorHAnsi"/>
        </w:rPr>
        <w:t>j</w:t>
      </w:r>
      <w:r w:rsidR="009210F4">
        <w:rPr>
          <w:rFonts w:asciiTheme="majorHAnsi" w:hAnsiTheme="majorHAnsi" w:cstheme="majorHAnsi"/>
        </w:rPr>
        <w:t>ok</w:t>
      </w:r>
      <w:r w:rsidR="009210F4" w:rsidRPr="009210F4">
        <w:rPr>
          <w:rFonts w:asciiTheme="majorHAnsi" w:hAnsiTheme="majorHAnsi" w:cstheme="majorHAnsi"/>
        </w:rPr>
        <w:t>ing</w:t>
      </w:r>
      <w:r w:rsidR="00D5574A" w:rsidRPr="009210F4">
        <w:rPr>
          <w:rFonts w:asciiTheme="majorHAnsi" w:hAnsiTheme="majorHAnsi" w:cstheme="majorHAnsi"/>
        </w:rPr>
        <w:t xml:space="preserve"> </w:t>
      </w:r>
    </w:p>
    <w:p w14:paraId="16A84CD2" w14:textId="77777777" w:rsidR="00991E93" w:rsidRPr="009210F4" w:rsidRDefault="00991E93" w:rsidP="009210F4">
      <w:pPr>
        <w:pStyle w:val="NoSpacing"/>
        <w:rPr>
          <w:rFonts w:asciiTheme="majorHAnsi" w:hAnsiTheme="majorHAnsi" w:cstheme="majorHAnsi"/>
        </w:rPr>
      </w:pPr>
    </w:p>
    <w:p w14:paraId="5197E270" w14:textId="6D6A7AC8"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Daisy</w:t>
      </w:r>
      <w:r w:rsidR="00D23E9C" w:rsidRPr="009210F4">
        <w:rPr>
          <w:rFonts w:asciiTheme="majorHAnsi" w:hAnsiTheme="majorHAnsi" w:cstheme="majorHAnsi"/>
        </w:rPr>
        <w:t xml:space="preserve"> </w:t>
      </w:r>
      <w:r w:rsidRPr="009210F4">
        <w:rPr>
          <w:rFonts w:asciiTheme="majorHAnsi" w:hAnsiTheme="majorHAnsi" w:cstheme="majorHAnsi"/>
        </w:rPr>
        <w:t>10:05</w:t>
      </w:r>
    </w:p>
    <w:p w14:paraId="4AD6CDD6" w14:textId="07F3D89D" w:rsidR="00991E93" w:rsidRPr="009210F4" w:rsidRDefault="00256CFC" w:rsidP="009210F4">
      <w:pPr>
        <w:pStyle w:val="NoSpacing"/>
        <w:rPr>
          <w:rFonts w:asciiTheme="majorHAnsi" w:hAnsiTheme="majorHAnsi" w:cstheme="majorHAnsi"/>
        </w:rPr>
      </w:pPr>
      <w:r w:rsidRPr="009210F4">
        <w:rPr>
          <w:rFonts w:asciiTheme="majorHAnsi" w:hAnsiTheme="majorHAnsi" w:cstheme="majorHAnsi"/>
        </w:rPr>
        <w:t>OK</w:t>
      </w:r>
      <w:r w:rsidR="00F7615C" w:rsidRPr="009210F4">
        <w:rPr>
          <w:rFonts w:asciiTheme="majorHAnsi" w:hAnsiTheme="majorHAnsi" w:cstheme="majorHAnsi"/>
        </w:rPr>
        <w:t xml:space="preserve">, </w:t>
      </w:r>
      <w:r w:rsidR="00D5574A" w:rsidRPr="009210F4">
        <w:rPr>
          <w:rFonts w:asciiTheme="majorHAnsi" w:hAnsiTheme="majorHAnsi" w:cstheme="majorHAnsi"/>
        </w:rPr>
        <w:t>I feel bad about this, t</w:t>
      </w:r>
      <w:r w:rsidR="00F7615C" w:rsidRPr="009210F4">
        <w:rPr>
          <w:rFonts w:asciiTheme="majorHAnsi" w:hAnsiTheme="majorHAnsi" w:cstheme="majorHAnsi"/>
        </w:rPr>
        <w:t>his is why I shouldn't talk to you</w:t>
      </w:r>
      <w:r w:rsidR="00D5574A" w:rsidRPr="009210F4">
        <w:rPr>
          <w:rFonts w:asciiTheme="majorHAnsi" w:hAnsiTheme="majorHAnsi" w:cstheme="majorHAnsi"/>
        </w:rPr>
        <w:t xml:space="preserve"> {laughter} </w:t>
      </w:r>
    </w:p>
    <w:p w14:paraId="2DA35AD8" w14:textId="77777777" w:rsidR="00991E93" w:rsidRPr="009210F4" w:rsidRDefault="00991E93" w:rsidP="009210F4">
      <w:pPr>
        <w:pStyle w:val="NoSpacing"/>
        <w:rPr>
          <w:rFonts w:asciiTheme="majorHAnsi" w:hAnsiTheme="majorHAnsi" w:cstheme="majorHAnsi"/>
        </w:rPr>
      </w:pPr>
    </w:p>
    <w:p w14:paraId="6EE0CA9C" w14:textId="60ED3DA4"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Alice</w:t>
      </w:r>
      <w:r w:rsidR="00D23E9C" w:rsidRPr="009210F4">
        <w:rPr>
          <w:rFonts w:asciiTheme="majorHAnsi" w:hAnsiTheme="majorHAnsi" w:cstheme="majorHAnsi"/>
        </w:rPr>
        <w:t xml:space="preserve"> </w:t>
      </w:r>
      <w:r w:rsidRPr="009210F4">
        <w:rPr>
          <w:rFonts w:asciiTheme="majorHAnsi" w:hAnsiTheme="majorHAnsi" w:cstheme="majorHAnsi"/>
        </w:rPr>
        <w:t>10:11</w:t>
      </w:r>
    </w:p>
    <w:p w14:paraId="1700E03A" w14:textId="4692FD81"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I</w:t>
      </w:r>
      <w:r w:rsidR="00D5574A" w:rsidRPr="009210F4">
        <w:rPr>
          <w:rFonts w:asciiTheme="majorHAnsi" w:hAnsiTheme="majorHAnsi" w:cstheme="majorHAnsi"/>
        </w:rPr>
        <w:t xml:space="preserve"> am,</w:t>
      </w:r>
      <w:r w:rsidRPr="009210F4">
        <w:rPr>
          <w:rFonts w:asciiTheme="majorHAnsi" w:hAnsiTheme="majorHAnsi" w:cstheme="majorHAnsi"/>
        </w:rPr>
        <w:t xml:space="preserve"> I am notorious amongst my</w:t>
      </w:r>
      <w:r w:rsidR="00D5574A" w:rsidRPr="009210F4">
        <w:rPr>
          <w:rFonts w:asciiTheme="majorHAnsi" w:hAnsiTheme="majorHAnsi" w:cstheme="majorHAnsi"/>
        </w:rPr>
        <w:t>,</w:t>
      </w:r>
      <w:r w:rsidRPr="009210F4">
        <w:rPr>
          <w:rFonts w:asciiTheme="majorHAnsi" w:hAnsiTheme="majorHAnsi" w:cstheme="majorHAnsi"/>
        </w:rPr>
        <w:t xml:space="preserve"> my IRL friends for not being able to keep</w:t>
      </w:r>
      <w:r w:rsidR="00D5574A" w:rsidRPr="009210F4">
        <w:rPr>
          <w:rFonts w:asciiTheme="majorHAnsi" w:hAnsiTheme="majorHAnsi" w:cstheme="majorHAnsi"/>
        </w:rPr>
        <w:t xml:space="preserve"> my,</w:t>
      </w:r>
      <w:r w:rsidR="00D23E9C" w:rsidRPr="009210F4">
        <w:rPr>
          <w:rFonts w:asciiTheme="majorHAnsi" w:hAnsiTheme="majorHAnsi" w:cstheme="majorHAnsi"/>
        </w:rPr>
        <w:t xml:space="preserve"> </w:t>
      </w:r>
      <w:r w:rsidR="00D5574A" w:rsidRPr="009210F4">
        <w:rPr>
          <w:rFonts w:asciiTheme="majorHAnsi" w:hAnsiTheme="majorHAnsi" w:cstheme="majorHAnsi"/>
        </w:rPr>
        <w:t xml:space="preserve">to </w:t>
      </w:r>
      <w:r w:rsidRPr="009210F4">
        <w:rPr>
          <w:rFonts w:asciiTheme="majorHAnsi" w:hAnsiTheme="majorHAnsi" w:cstheme="majorHAnsi"/>
        </w:rPr>
        <w:t xml:space="preserve">keep </w:t>
      </w:r>
      <w:r w:rsidR="00D5574A" w:rsidRPr="009210F4">
        <w:rPr>
          <w:rFonts w:asciiTheme="majorHAnsi" w:hAnsiTheme="majorHAnsi" w:cstheme="majorHAnsi"/>
        </w:rPr>
        <w:t xml:space="preserve">a </w:t>
      </w:r>
      <w:r w:rsidRPr="009210F4">
        <w:rPr>
          <w:rFonts w:asciiTheme="majorHAnsi" w:hAnsiTheme="majorHAnsi" w:cstheme="majorHAnsi"/>
        </w:rPr>
        <w:t>secret</w:t>
      </w:r>
      <w:r w:rsidR="00D5574A" w:rsidRPr="009210F4">
        <w:rPr>
          <w:rFonts w:asciiTheme="majorHAnsi" w:hAnsiTheme="majorHAnsi" w:cstheme="majorHAnsi"/>
        </w:rPr>
        <w:t xml:space="preserve"> and </w:t>
      </w:r>
      <w:r w:rsidRPr="009210F4">
        <w:rPr>
          <w:rFonts w:asciiTheme="majorHAnsi" w:hAnsiTheme="majorHAnsi" w:cstheme="majorHAnsi"/>
        </w:rPr>
        <w:t>keep my mouth shut, so people will just stop telling me stuff now. I'm like the last person to hear anything</w:t>
      </w:r>
      <w:r w:rsidR="002B5DE4" w:rsidRPr="009210F4">
        <w:rPr>
          <w:rFonts w:asciiTheme="majorHAnsi" w:hAnsiTheme="majorHAnsi" w:cstheme="majorHAnsi"/>
        </w:rPr>
        <w:t>, so</w:t>
      </w:r>
      <w:r w:rsidR="00A72FF2" w:rsidRPr="009210F4">
        <w:rPr>
          <w:rFonts w:asciiTheme="majorHAnsi" w:hAnsiTheme="majorHAnsi" w:cstheme="majorHAnsi"/>
        </w:rPr>
        <w:t>,</w:t>
      </w:r>
      <w:r w:rsidR="00D23E9C" w:rsidRPr="009210F4">
        <w:rPr>
          <w:rFonts w:asciiTheme="majorHAnsi" w:hAnsiTheme="majorHAnsi" w:cstheme="majorHAnsi"/>
        </w:rPr>
        <w:t xml:space="preserve"> </w:t>
      </w:r>
      <w:r w:rsidRPr="009210F4">
        <w:rPr>
          <w:rFonts w:asciiTheme="majorHAnsi" w:hAnsiTheme="majorHAnsi" w:cstheme="majorHAnsi"/>
        </w:rPr>
        <w:t xml:space="preserve">you've </w:t>
      </w:r>
      <w:r w:rsidR="002B5DE4" w:rsidRPr="009210F4">
        <w:rPr>
          <w:rFonts w:asciiTheme="majorHAnsi" w:hAnsiTheme="majorHAnsi" w:cstheme="majorHAnsi"/>
        </w:rPr>
        <w:t>learned now Daisy</w:t>
      </w:r>
    </w:p>
    <w:p w14:paraId="101429B0" w14:textId="77777777" w:rsidR="00A72FF2" w:rsidRPr="009210F4" w:rsidRDefault="00A72FF2" w:rsidP="009210F4">
      <w:pPr>
        <w:pStyle w:val="NoSpacing"/>
        <w:rPr>
          <w:rFonts w:asciiTheme="majorHAnsi" w:hAnsiTheme="majorHAnsi" w:cstheme="majorHAnsi"/>
        </w:rPr>
      </w:pPr>
    </w:p>
    <w:p w14:paraId="17A6E13F" w14:textId="1976CC37"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Daisy</w:t>
      </w:r>
      <w:r w:rsidR="00D23E9C" w:rsidRPr="009210F4">
        <w:rPr>
          <w:rFonts w:asciiTheme="majorHAnsi" w:hAnsiTheme="majorHAnsi" w:cstheme="majorHAnsi"/>
        </w:rPr>
        <w:t xml:space="preserve"> </w:t>
      </w:r>
      <w:r w:rsidRPr="009210F4">
        <w:rPr>
          <w:rFonts w:asciiTheme="majorHAnsi" w:hAnsiTheme="majorHAnsi" w:cstheme="majorHAnsi"/>
        </w:rPr>
        <w:t>10:28</w:t>
      </w:r>
    </w:p>
    <w:p w14:paraId="29A9F192" w14:textId="7584661C" w:rsidR="002B5DE4" w:rsidRPr="009210F4" w:rsidRDefault="00F7615C" w:rsidP="009210F4">
      <w:pPr>
        <w:pStyle w:val="NoSpacing"/>
        <w:rPr>
          <w:rFonts w:asciiTheme="majorHAnsi" w:hAnsiTheme="majorHAnsi" w:cstheme="majorHAnsi"/>
        </w:rPr>
      </w:pPr>
      <w:r w:rsidRPr="009210F4">
        <w:rPr>
          <w:rFonts w:asciiTheme="majorHAnsi" w:hAnsiTheme="majorHAnsi" w:cstheme="majorHAnsi"/>
        </w:rPr>
        <w:t>Yeah,</w:t>
      </w:r>
      <w:r w:rsidR="002B5DE4" w:rsidRPr="009210F4">
        <w:rPr>
          <w:rFonts w:asciiTheme="majorHAnsi" w:hAnsiTheme="majorHAnsi" w:cstheme="majorHAnsi"/>
        </w:rPr>
        <w:t xml:space="preserve"> yeah,</w:t>
      </w:r>
      <w:r w:rsidRPr="009210F4">
        <w:rPr>
          <w:rFonts w:asciiTheme="majorHAnsi" w:hAnsiTheme="majorHAnsi" w:cstheme="majorHAnsi"/>
        </w:rPr>
        <w:t xml:space="preserve"> </w:t>
      </w:r>
      <w:r w:rsidR="002B5DE4" w:rsidRPr="009210F4">
        <w:rPr>
          <w:rFonts w:asciiTheme="majorHAnsi" w:hAnsiTheme="majorHAnsi" w:cstheme="majorHAnsi"/>
        </w:rPr>
        <w:t xml:space="preserve">it’s not even a </w:t>
      </w:r>
      <w:r w:rsidRPr="009210F4">
        <w:rPr>
          <w:rFonts w:asciiTheme="majorHAnsi" w:hAnsiTheme="majorHAnsi" w:cstheme="majorHAnsi"/>
        </w:rPr>
        <w:t>secret</w:t>
      </w:r>
      <w:r w:rsidR="002B5DE4" w:rsidRPr="009210F4">
        <w:rPr>
          <w:rFonts w:asciiTheme="majorHAnsi" w:hAnsiTheme="majorHAnsi" w:cstheme="majorHAnsi"/>
        </w:rPr>
        <w:t>, it’s just {laughter}</w:t>
      </w:r>
      <w:r w:rsidR="00D23E9C" w:rsidRPr="009210F4">
        <w:rPr>
          <w:rFonts w:asciiTheme="majorHAnsi" w:hAnsiTheme="majorHAnsi" w:cstheme="majorHAnsi"/>
        </w:rPr>
        <w:t xml:space="preserve"> </w:t>
      </w:r>
      <w:r w:rsidR="002B5DE4" w:rsidRPr="009210F4">
        <w:rPr>
          <w:rFonts w:asciiTheme="majorHAnsi" w:hAnsiTheme="majorHAnsi" w:cstheme="majorHAnsi"/>
        </w:rPr>
        <w:t>it doesn’t matter.</w:t>
      </w:r>
      <w:r w:rsidRPr="009210F4">
        <w:rPr>
          <w:rFonts w:asciiTheme="majorHAnsi" w:hAnsiTheme="majorHAnsi" w:cstheme="majorHAnsi"/>
        </w:rPr>
        <w:t xml:space="preserve"> </w:t>
      </w:r>
    </w:p>
    <w:p w14:paraId="2BE8B6BA" w14:textId="77777777" w:rsidR="001E095C" w:rsidRPr="009210F4" w:rsidRDefault="001E095C" w:rsidP="009210F4">
      <w:pPr>
        <w:pStyle w:val="NoSpacing"/>
        <w:rPr>
          <w:rFonts w:asciiTheme="majorHAnsi" w:hAnsiTheme="majorHAnsi" w:cstheme="majorHAnsi"/>
        </w:rPr>
      </w:pPr>
    </w:p>
    <w:p w14:paraId="4553E5A4" w14:textId="4A153D97" w:rsidR="002B5DE4" w:rsidRPr="009210F4" w:rsidRDefault="002B5DE4" w:rsidP="009210F4">
      <w:pPr>
        <w:pStyle w:val="NoSpacing"/>
        <w:rPr>
          <w:rFonts w:asciiTheme="majorHAnsi" w:hAnsiTheme="majorHAnsi" w:cstheme="majorHAnsi"/>
        </w:rPr>
      </w:pPr>
      <w:r w:rsidRPr="009210F4">
        <w:rPr>
          <w:rFonts w:asciiTheme="majorHAnsi" w:hAnsiTheme="majorHAnsi" w:cstheme="majorHAnsi"/>
        </w:rPr>
        <w:t>Alice: Love you Daisy!</w:t>
      </w:r>
    </w:p>
    <w:p w14:paraId="16028DDD" w14:textId="77777777" w:rsidR="001E095C" w:rsidRPr="009210F4" w:rsidRDefault="001E095C" w:rsidP="009210F4">
      <w:pPr>
        <w:pStyle w:val="NoSpacing"/>
        <w:rPr>
          <w:rFonts w:asciiTheme="majorHAnsi" w:hAnsiTheme="majorHAnsi" w:cstheme="majorHAnsi"/>
        </w:rPr>
      </w:pPr>
    </w:p>
    <w:p w14:paraId="62ACA6EB" w14:textId="26649B1B" w:rsidR="00991E93" w:rsidRPr="009210F4" w:rsidRDefault="002B5DE4" w:rsidP="009210F4">
      <w:pPr>
        <w:pStyle w:val="NoSpacing"/>
        <w:rPr>
          <w:rFonts w:asciiTheme="majorHAnsi" w:hAnsiTheme="majorHAnsi" w:cstheme="majorHAnsi"/>
        </w:rPr>
      </w:pPr>
      <w:r w:rsidRPr="009210F4">
        <w:rPr>
          <w:rFonts w:asciiTheme="majorHAnsi" w:hAnsiTheme="majorHAnsi" w:cstheme="majorHAnsi"/>
        </w:rPr>
        <w:t xml:space="preserve">Daisy: </w:t>
      </w:r>
      <w:r w:rsidR="001E095C" w:rsidRPr="009210F4">
        <w:rPr>
          <w:rFonts w:asciiTheme="majorHAnsi" w:hAnsiTheme="majorHAnsi" w:cstheme="majorHAnsi"/>
        </w:rPr>
        <w:t>So,</w:t>
      </w:r>
      <w:r w:rsidR="00F7615C" w:rsidRPr="009210F4">
        <w:rPr>
          <w:rFonts w:asciiTheme="majorHAnsi" w:hAnsiTheme="majorHAnsi" w:cstheme="majorHAnsi"/>
        </w:rPr>
        <w:t xml:space="preserve"> we are going back to the 13th centur</w:t>
      </w:r>
      <w:r w:rsidRPr="009210F4">
        <w:rPr>
          <w:rFonts w:asciiTheme="majorHAnsi" w:hAnsiTheme="majorHAnsi" w:cstheme="majorHAnsi"/>
        </w:rPr>
        <w:t xml:space="preserve">y </w:t>
      </w:r>
    </w:p>
    <w:p w14:paraId="7228CF65" w14:textId="77777777" w:rsidR="002B5DE4" w:rsidRPr="009210F4" w:rsidRDefault="002B5DE4" w:rsidP="009210F4">
      <w:pPr>
        <w:pStyle w:val="NoSpacing"/>
        <w:rPr>
          <w:rFonts w:asciiTheme="majorHAnsi" w:hAnsiTheme="majorHAnsi" w:cstheme="majorHAnsi"/>
        </w:rPr>
      </w:pPr>
    </w:p>
    <w:p w14:paraId="148C6FFF" w14:textId="1CD76B50"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Lucy</w:t>
      </w:r>
      <w:r w:rsidR="00D23E9C" w:rsidRPr="009210F4">
        <w:rPr>
          <w:rFonts w:asciiTheme="majorHAnsi" w:hAnsiTheme="majorHAnsi" w:cstheme="majorHAnsi"/>
        </w:rPr>
        <w:t xml:space="preserve"> </w:t>
      </w:r>
      <w:r w:rsidRPr="009210F4">
        <w:rPr>
          <w:rFonts w:asciiTheme="majorHAnsi" w:hAnsiTheme="majorHAnsi" w:cstheme="majorHAnsi"/>
        </w:rPr>
        <w:t>10:39</w:t>
      </w:r>
    </w:p>
    <w:p w14:paraId="64BB4663" w14:textId="73BB7D1A" w:rsidR="002B5DE4" w:rsidRPr="009210F4" w:rsidRDefault="00F7615C" w:rsidP="009210F4">
      <w:pPr>
        <w:pStyle w:val="NoSpacing"/>
        <w:rPr>
          <w:rFonts w:asciiTheme="majorHAnsi" w:hAnsiTheme="majorHAnsi" w:cstheme="majorHAnsi"/>
        </w:rPr>
      </w:pPr>
      <w:r w:rsidRPr="009210F4">
        <w:rPr>
          <w:rFonts w:asciiTheme="majorHAnsi" w:hAnsiTheme="majorHAnsi" w:cstheme="majorHAnsi"/>
        </w:rPr>
        <w:t>Wow</w:t>
      </w:r>
      <w:r w:rsidR="002B5DE4" w:rsidRPr="009210F4">
        <w:rPr>
          <w:rFonts w:asciiTheme="majorHAnsi" w:hAnsiTheme="majorHAnsi" w:cstheme="majorHAnsi"/>
        </w:rPr>
        <w:t>, that’s quite a way</w:t>
      </w:r>
      <w:r w:rsidR="001E095C" w:rsidRPr="009210F4">
        <w:rPr>
          <w:rFonts w:asciiTheme="majorHAnsi" w:hAnsiTheme="majorHAnsi" w:cstheme="majorHAnsi"/>
        </w:rPr>
        <w:t>,</w:t>
      </w:r>
      <w:r w:rsidR="002B5DE4" w:rsidRPr="009210F4">
        <w:rPr>
          <w:rFonts w:asciiTheme="majorHAnsi" w:hAnsiTheme="majorHAnsi" w:cstheme="majorHAnsi"/>
        </w:rPr>
        <w:t xml:space="preserve"> way</w:t>
      </w:r>
      <w:r w:rsidR="00D23E9C" w:rsidRPr="009210F4">
        <w:rPr>
          <w:rFonts w:asciiTheme="majorHAnsi" w:hAnsiTheme="majorHAnsi" w:cstheme="majorHAnsi"/>
        </w:rPr>
        <w:t xml:space="preserve"> </w:t>
      </w:r>
      <w:r w:rsidR="002B5DE4" w:rsidRPr="009210F4">
        <w:rPr>
          <w:rFonts w:asciiTheme="majorHAnsi" w:hAnsiTheme="majorHAnsi" w:cstheme="majorHAnsi"/>
        </w:rPr>
        <w:t xml:space="preserve">back </w:t>
      </w:r>
    </w:p>
    <w:p w14:paraId="015D855F" w14:textId="77777777" w:rsidR="001E095C" w:rsidRPr="009210F4" w:rsidRDefault="001E095C" w:rsidP="009210F4">
      <w:pPr>
        <w:pStyle w:val="NoSpacing"/>
        <w:rPr>
          <w:rFonts w:asciiTheme="majorHAnsi" w:hAnsiTheme="majorHAnsi" w:cstheme="majorHAnsi"/>
        </w:rPr>
      </w:pPr>
    </w:p>
    <w:p w14:paraId="6AB14F51" w14:textId="7C9F2BBA" w:rsidR="00991E93" w:rsidRPr="009210F4" w:rsidRDefault="002B5DE4" w:rsidP="009210F4">
      <w:pPr>
        <w:pStyle w:val="NoSpacing"/>
        <w:rPr>
          <w:rFonts w:asciiTheme="majorHAnsi" w:hAnsiTheme="majorHAnsi" w:cstheme="majorHAnsi"/>
        </w:rPr>
      </w:pPr>
      <w:r w:rsidRPr="009210F4">
        <w:rPr>
          <w:rFonts w:asciiTheme="majorHAnsi" w:hAnsiTheme="majorHAnsi" w:cstheme="majorHAnsi"/>
        </w:rPr>
        <w:t xml:space="preserve">Alice: Wow </w:t>
      </w:r>
    </w:p>
    <w:p w14:paraId="3DBF6CBE" w14:textId="77777777" w:rsidR="001E095C" w:rsidRPr="009210F4" w:rsidRDefault="001E095C" w:rsidP="009210F4">
      <w:pPr>
        <w:pStyle w:val="NoSpacing"/>
        <w:rPr>
          <w:rFonts w:asciiTheme="majorHAnsi" w:hAnsiTheme="majorHAnsi" w:cstheme="majorHAnsi"/>
        </w:rPr>
      </w:pPr>
    </w:p>
    <w:p w14:paraId="5986BCAE" w14:textId="6899047A" w:rsidR="002B5DE4" w:rsidRPr="009210F4" w:rsidRDefault="00820759" w:rsidP="009210F4">
      <w:pPr>
        <w:pStyle w:val="NoSpacing"/>
        <w:rPr>
          <w:rFonts w:asciiTheme="majorHAnsi" w:hAnsiTheme="majorHAnsi" w:cstheme="majorHAnsi"/>
        </w:rPr>
      </w:pPr>
      <w:r w:rsidRPr="009210F4">
        <w:rPr>
          <w:rFonts w:asciiTheme="majorHAnsi" w:hAnsiTheme="majorHAnsi" w:cstheme="majorHAnsi"/>
        </w:rPr>
        <w:t>Kimmy:</w:t>
      </w:r>
      <w:r w:rsidR="002B5DE4" w:rsidRPr="009210F4">
        <w:rPr>
          <w:rFonts w:asciiTheme="majorHAnsi" w:hAnsiTheme="majorHAnsi" w:cstheme="majorHAnsi"/>
        </w:rPr>
        <w:t xml:space="preserve"> </w:t>
      </w:r>
      <w:r w:rsidR="00A72993" w:rsidRPr="009210F4">
        <w:rPr>
          <w:rFonts w:asciiTheme="majorHAnsi" w:hAnsiTheme="majorHAnsi" w:cstheme="majorHAnsi"/>
        </w:rPr>
        <w:t>OK</w:t>
      </w:r>
      <w:r w:rsidR="002B5DE4" w:rsidRPr="009210F4">
        <w:rPr>
          <w:rFonts w:asciiTheme="majorHAnsi" w:hAnsiTheme="majorHAnsi" w:cstheme="majorHAnsi"/>
        </w:rPr>
        <w:t xml:space="preserve"> yeah</w:t>
      </w:r>
    </w:p>
    <w:p w14:paraId="2F3CD3C8" w14:textId="77777777" w:rsidR="00991E93" w:rsidRPr="009210F4" w:rsidRDefault="00991E93" w:rsidP="009210F4">
      <w:pPr>
        <w:pStyle w:val="NoSpacing"/>
        <w:rPr>
          <w:rFonts w:asciiTheme="majorHAnsi" w:hAnsiTheme="majorHAnsi" w:cstheme="majorHAnsi"/>
        </w:rPr>
      </w:pPr>
    </w:p>
    <w:p w14:paraId="4B957513" w14:textId="1C0406B8"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Daisy</w:t>
      </w:r>
      <w:r w:rsidR="00D23E9C" w:rsidRPr="009210F4">
        <w:rPr>
          <w:rFonts w:asciiTheme="majorHAnsi" w:hAnsiTheme="majorHAnsi" w:cstheme="majorHAnsi"/>
        </w:rPr>
        <w:t xml:space="preserve"> </w:t>
      </w:r>
      <w:r w:rsidRPr="009210F4">
        <w:rPr>
          <w:rFonts w:asciiTheme="majorHAnsi" w:hAnsiTheme="majorHAnsi" w:cstheme="majorHAnsi"/>
        </w:rPr>
        <w:t>10:43</w:t>
      </w:r>
    </w:p>
    <w:p w14:paraId="70216EE0" w14:textId="1D141425" w:rsidR="00ED2DE7" w:rsidRPr="009210F4" w:rsidRDefault="001E095C" w:rsidP="009210F4">
      <w:pPr>
        <w:pStyle w:val="NoSpacing"/>
        <w:rPr>
          <w:rFonts w:asciiTheme="majorHAnsi" w:hAnsiTheme="majorHAnsi" w:cstheme="majorHAnsi"/>
        </w:rPr>
      </w:pPr>
      <w:r w:rsidRPr="009210F4">
        <w:rPr>
          <w:rFonts w:asciiTheme="majorHAnsi" w:hAnsiTheme="majorHAnsi" w:cstheme="majorHAnsi"/>
        </w:rPr>
        <w:t>So,</w:t>
      </w:r>
      <w:r w:rsidR="00F7615C" w:rsidRPr="009210F4">
        <w:rPr>
          <w:rFonts w:asciiTheme="majorHAnsi" w:hAnsiTheme="majorHAnsi" w:cstheme="majorHAnsi"/>
        </w:rPr>
        <w:t xml:space="preserve"> this is why</w:t>
      </w:r>
      <w:r w:rsidR="002B5DE4" w:rsidRPr="009210F4">
        <w:rPr>
          <w:rFonts w:asciiTheme="majorHAnsi" w:hAnsiTheme="majorHAnsi" w:cstheme="majorHAnsi"/>
        </w:rPr>
        <w:t>,</w:t>
      </w:r>
      <w:r w:rsidR="00F7615C" w:rsidRPr="009210F4">
        <w:rPr>
          <w:rFonts w:asciiTheme="majorHAnsi" w:hAnsiTheme="majorHAnsi" w:cstheme="majorHAnsi"/>
        </w:rPr>
        <w:t xml:space="preserve"> there is no Nazis</w:t>
      </w:r>
      <w:r w:rsidR="002B5DE4" w:rsidRPr="009210F4">
        <w:rPr>
          <w:rFonts w:asciiTheme="majorHAnsi" w:hAnsiTheme="majorHAnsi" w:cstheme="majorHAnsi"/>
        </w:rPr>
        <w:t>m</w:t>
      </w:r>
      <w:r w:rsidR="00F7615C" w:rsidRPr="009210F4">
        <w:rPr>
          <w:rFonts w:asciiTheme="majorHAnsi" w:hAnsiTheme="majorHAnsi" w:cstheme="majorHAnsi"/>
        </w:rPr>
        <w:t xml:space="preserve">, because it wasn't invented yet. </w:t>
      </w:r>
      <w:r w:rsidRPr="009210F4">
        <w:rPr>
          <w:rFonts w:asciiTheme="majorHAnsi" w:hAnsiTheme="majorHAnsi" w:cstheme="majorHAnsi"/>
        </w:rPr>
        <w:t>So,</w:t>
      </w:r>
      <w:r w:rsidR="00F7615C" w:rsidRPr="009210F4">
        <w:rPr>
          <w:rFonts w:asciiTheme="majorHAnsi" w:hAnsiTheme="majorHAnsi" w:cstheme="majorHAnsi"/>
        </w:rPr>
        <w:t xml:space="preserve"> this is going back to</w:t>
      </w:r>
      <w:r w:rsidR="002B5DE4" w:rsidRPr="009210F4">
        <w:rPr>
          <w:rFonts w:asciiTheme="majorHAnsi" w:hAnsiTheme="majorHAnsi" w:cstheme="majorHAnsi"/>
        </w:rPr>
        <w:t>,</w:t>
      </w:r>
      <w:r w:rsidR="00F7615C" w:rsidRPr="009210F4">
        <w:rPr>
          <w:rFonts w:asciiTheme="majorHAnsi" w:hAnsiTheme="majorHAnsi" w:cstheme="majorHAnsi"/>
        </w:rPr>
        <w:t xml:space="preserve"> right at the beginning of the Mali Empire. </w:t>
      </w:r>
      <w:r w:rsidRPr="009210F4">
        <w:rPr>
          <w:rFonts w:asciiTheme="majorHAnsi" w:hAnsiTheme="majorHAnsi" w:cstheme="majorHAnsi"/>
        </w:rPr>
        <w:t>Y</w:t>
      </w:r>
      <w:r w:rsidR="00F7615C" w:rsidRPr="009210F4">
        <w:rPr>
          <w:rFonts w:asciiTheme="majorHAnsi" w:hAnsiTheme="majorHAnsi" w:cstheme="majorHAnsi"/>
        </w:rPr>
        <w:t xml:space="preserve">ou may well have heard of certain people from the Mali Empire, but not necessarily this person who was basically the start of it. </w:t>
      </w:r>
      <w:r w:rsidRPr="009210F4">
        <w:rPr>
          <w:rFonts w:asciiTheme="majorHAnsi" w:hAnsiTheme="majorHAnsi" w:cstheme="majorHAnsi"/>
        </w:rPr>
        <w:t>So,</w:t>
      </w:r>
      <w:r w:rsidR="00F7615C" w:rsidRPr="009210F4">
        <w:rPr>
          <w:rFonts w:asciiTheme="majorHAnsi" w:hAnsiTheme="majorHAnsi" w:cstheme="majorHAnsi"/>
        </w:rPr>
        <w:t xml:space="preserve"> this is </w:t>
      </w:r>
      <w:r w:rsidR="00212EED" w:rsidRPr="009210F4">
        <w:rPr>
          <w:rFonts w:asciiTheme="majorHAnsi" w:hAnsiTheme="majorHAnsi" w:cstheme="majorHAnsi"/>
        </w:rPr>
        <w:t>Mansa Sundiata Keita</w:t>
      </w:r>
      <w:r w:rsidR="006E37AF" w:rsidRPr="009210F4">
        <w:rPr>
          <w:rFonts w:asciiTheme="majorHAnsi" w:hAnsiTheme="majorHAnsi" w:cstheme="majorHAnsi"/>
        </w:rPr>
        <w:t>, w</w:t>
      </w:r>
      <w:r w:rsidR="00F7615C" w:rsidRPr="009210F4">
        <w:rPr>
          <w:rFonts w:asciiTheme="majorHAnsi" w:hAnsiTheme="majorHAnsi" w:cstheme="majorHAnsi"/>
        </w:rPr>
        <w:t xml:space="preserve">ho's the </w:t>
      </w:r>
      <w:r w:rsidR="00ED2DE7" w:rsidRPr="009210F4">
        <w:rPr>
          <w:rFonts w:asciiTheme="majorHAnsi" w:hAnsiTheme="majorHAnsi" w:cstheme="majorHAnsi"/>
        </w:rPr>
        <w:t>so-called L</w:t>
      </w:r>
      <w:r w:rsidR="00F7615C" w:rsidRPr="009210F4">
        <w:rPr>
          <w:rFonts w:asciiTheme="majorHAnsi" w:hAnsiTheme="majorHAnsi" w:cstheme="majorHAnsi"/>
        </w:rPr>
        <w:t xml:space="preserve">ion </w:t>
      </w:r>
      <w:r w:rsidR="00ED2DE7" w:rsidRPr="009210F4">
        <w:rPr>
          <w:rFonts w:asciiTheme="majorHAnsi" w:hAnsiTheme="majorHAnsi" w:cstheme="majorHAnsi"/>
        </w:rPr>
        <w:t>K</w:t>
      </w:r>
      <w:r w:rsidR="00F7615C" w:rsidRPr="009210F4">
        <w:rPr>
          <w:rFonts w:asciiTheme="majorHAnsi" w:hAnsiTheme="majorHAnsi" w:cstheme="majorHAnsi"/>
        </w:rPr>
        <w:t>ing of Mali</w:t>
      </w:r>
      <w:r w:rsidR="006E37AF" w:rsidRPr="009210F4">
        <w:rPr>
          <w:rFonts w:asciiTheme="majorHAnsi" w:hAnsiTheme="majorHAnsi" w:cstheme="majorHAnsi"/>
        </w:rPr>
        <w:t xml:space="preserve"> </w:t>
      </w:r>
    </w:p>
    <w:p w14:paraId="3B8BEC06" w14:textId="77777777" w:rsidR="001E095C" w:rsidRPr="009210F4" w:rsidRDefault="001E095C" w:rsidP="009210F4">
      <w:pPr>
        <w:pStyle w:val="NoSpacing"/>
        <w:rPr>
          <w:rFonts w:asciiTheme="majorHAnsi" w:hAnsiTheme="majorHAnsi" w:cstheme="majorHAnsi"/>
        </w:rPr>
      </w:pPr>
    </w:p>
    <w:p w14:paraId="6C1A571D" w14:textId="26559042"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Alice</w:t>
      </w:r>
      <w:r w:rsidR="00D23E9C" w:rsidRPr="009210F4">
        <w:rPr>
          <w:rFonts w:asciiTheme="majorHAnsi" w:hAnsiTheme="majorHAnsi" w:cstheme="majorHAnsi"/>
        </w:rPr>
        <w:t xml:space="preserve"> </w:t>
      </w:r>
      <w:r w:rsidRPr="009210F4">
        <w:rPr>
          <w:rFonts w:asciiTheme="majorHAnsi" w:hAnsiTheme="majorHAnsi" w:cstheme="majorHAnsi"/>
        </w:rPr>
        <w:t>11:18</w:t>
      </w:r>
    </w:p>
    <w:p w14:paraId="498CF59C" w14:textId="3571F37B" w:rsidR="00991E93" w:rsidRPr="009210F4" w:rsidRDefault="00ED2DE7" w:rsidP="009210F4">
      <w:pPr>
        <w:pStyle w:val="NoSpacing"/>
        <w:rPr>
          <w:rFonts w:asciiTheme="majorHAnsi" w:hAnsiTheme="majorHAnsi" w:cstheme="majorHAnsi"/>
        </w:rPr>
      </w:pPr>
      <w:r w:rsidRPr="009210F4">
        <w:rPr>
          <w:rFonts w:asciiTheme="majorHAnsi" w:hAnsiTheme="majorHAnsi" w:cstheme="majorHAnsi"/>
        </w:rPr>
        <w:t xml:space="preserve">Ahh, </w:t>
      </w:r>
      <w:r w:rsidR="00F7615C" w:rsidRPr="009210F4">
        <w:rPr>
          <w:rFonts w:asciiTheme="majorHAnsi" w:hAnsiTheme="majorHAnsi" w:cstheme="majorHAnsi"/>
        </w:rPr>
        <w:t xml:space="preserve">I'm excited </w:t>
      </w:r>
      <w:r w:rsidRPr="009210F4">
        <w:rPr>
          <w:rFonts w:asciiTheme="majorHAnsi" w:hAnsiTheme="majorHAnsi" w:cstheme="majorHAnsi"/>
        </w:rPr>
        <w:t xml:space="preserve">now </w:t>
      </w:r>
    </w:p>
    <w:p w14:paraId="3FB74819" w14:textId="77777777" w:rsidR="00991E93" w:rsidRPr="009210F4" w:rsidRDefault="00991E93" w:rsidP="009210F4">
      <w:pPr>
        <w:pStyle w:val="NoSpacing"/>
        <w:rPr>
          <w:rFonts w:asciiTheme="majorHAnsi" w:hAnsiTheme="majorHAnsi" w:cstheme="majorHAnsi"/>
        </w:rPr>
      </w:pPr>
    </w:p>
    <w:p w14:paraId="7555CC88" w14:textId="01EA76ED" w:rsidR="00991E93" w:rsidRPr="009210F4" w:rsidRDefault="00820759" w:rsidP="009210F4">
      <w:pPr>
        <w:pStyle w:val="NoSpacing"/>
        <w:rPr>
          <w:rFonts w:asciiTheme="majorHAnsi" w:hAnsiTheme="majorHAnsi" w:cstheme="majorHAnsi"/>
        </w:rPr>
      </w:pPr>
      <w:r w:rsidRPr="009210F4">
        <w:rPr>
          <w:rFonts w:asciiTheme="majorHAnsi" w:hAnsiTheme="majorHAnsi" w:cstheme="majorHAnsi"/>
        </w:rPr>
        <w:t xml:space="preserve">Kimmy </w:t>
      </w:r>
      <w:r w:rsidR="00F7615C" w:rsidRPr="009210F4">
        <w:rPr>
          <w:rFonts w:asciiTheme="majorHAnsi" w:hAnsiTheme="majorHAnsi" w:cstheme="majorHAnsi"/>
        </w:rPr>
        <w:t>11:21</w:t>
      </w:r>
    </w:p>
    <w:p w14:paraId="77947B5C" w14:textId="4A867D3D" w:rsidR="00991E93" w:rsidRPr="009210F4" w:rsidRDefault="001E095C" w:rsidP="009210F4">
      <w:pPr>
        <w:pStyle w:val="NoSpacing"/>
        <w:rPr>
          <w:rFonts w:asciiTheme="majorHAnsi" w:hAnsiTheme="majorHAnsi" w:cstheme="majorHAnsi"/>
        </w:rPr>
      </w:pPr>
      <w:r w:rsidRPr="009210F4">
        <w:rPr>
          <w:rFonts w:asciiTheme="majorHAnsi" w:hAnsiTheme="majorHAnsi" w:cstheme="majorHAnsi"/>
        </w:rPr>
        <w:t>S</w:t>
      </w:r>
      <w:r w:rsidR="00F7615C" w:rsidRPr="009210F4">
        <w:rPr>
          <w:rFonts w:asciiTheme="majorHAnsi" w:hAnsiTheme="majorHAnsi" w:cstheme="majorHAnsi"/>
        </w:rPr>
        <w:t xml:space="preserve">ymbol </w:t>
      </w:r>
      <w:r w:rsidR="00F957F5" w:rsidRPr="009210F4">
        <w:rPr>
          <w:rFonts w:asciiTheme="majorHAnsi" w:hAnsiTheme="majorHAnsi" w:cstheme="majorHAnsi"/>
        </w:rPr>
        <w:t xml:space="preserve">of </w:t>
      </w:r>
      <w:r w:rsidR="00F7615C" w:rsidRPr="009210F4">
        <w:rPr>
          <w:rFonts w:asciiTheme="majorHAnsi" w:hAnsiTheme="majorHAnsi" w:cstheme="majorHAnsi"/>
        </w:rPr>
        <w:t>the Lion King, but go ahead</w:t>
      </w:r>
    </w:p>
    <w:p w14:paraId="164D5F4D" w14:textId="77777777" w:rsidR="00991E93" w:rsidRPr="009210F4" w:rsidRDefault="00991E93" w:rsidP="009210F4">
      <w:pPr>
        <w:pStyle w:val="NoSpacing"/>
        <w:rPr>
          <w:rFonts w:asciiTheme="majorHAnsi" w:hAnsiTheme="majorHAnsi" w:cstheme="majorHAnsi"/>
        </w:rPr>
      </w:pPr>
    </w:p>
    <w:p w14:paraId="314DCF96" w14:textId="56EAD880"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Daisy</w:t>
      </w:r>
      <w:r w:rsidR="00D23E9C" w:rsidRPr="009210F4">
        <w:rPr>
          <w:rFonts w:asciiTheme="majorHAnsi" w:hAnsiTheme="majorHAnsi" w:cstheme="majorHAnsi"/>
        </w:rPr>
        <w:t xml:space="preserve"> </w:t>
      </w:r>
      <w:r w:rsidRPr="009210F4">
        <w:rPr>
          <w:rFonts w:asciiTheme="majorHAnsi" w:hAnsiTheme="majorHAnsi" w:cstheme="majorHAnsi"/>
        </w:rPr>
        <w:t>11:25</w:t>
      </w:r>
    </w:p>
    <w:p w14:paraId="4FFA47E2" w14:textId="30AA3C54" w:rsidR="00342380" w:rsidRPr="009210F4" w:rsidRDefault="00F7615C" w:rsidP="009210F4">
      <w:pPr>
        <w:pStyle w:val="NoSpacing"/>
        <w:rPr>
          <w:rFonts w:asciiTheme="majorHAnsi" w:hAnsiTheme="majorHAnsi" w:cstheme="majorHAnsi"/>
        </w:rPr>
      </w:pPr>
      <w:r w:rsidRPr="009210F4">
        <w:rPr>
          <w:rFonts w:asciiTheme="majorHAnsi" w:hAnsiTheme="majorHAnsi" w:cstheme="majorHAnsi"/>
        </w:rPr>
        <w:t>Yeah, so that will be coming up.</w:t>
      </w:r>
      <w:r w:rsidR="00D23E9C" w:rsidRPr="009210F4">
        <w:rPr>
          <w:rFonts w:asciiTheme="majorHAnsi" w:hAnsiTheme="majorHAnsi" w:cstheme="majorHAnsi"/>
        </w:rPr>
        <w:t xml:space="preserve"> </w:t>
      </w:r>
      <w:r w:rsidR="00F957F5" w:rsidRPr="009210F4">
        <w:rPr>
          <w:rFonts w:asciiTheme="majorHAnsi" w:hAnsiTheme="majorHAnsi" w:cstheme="majorHAnsi"/>
        </w:rPr>
        <w:t xml:space="preserve">{laughter} </w:t>
      </w:r>
      <w:r w:rsidRPr="009210F4">
        <w:rPr>
          <w:rFonts w:asciiTheme="majorHAnsi" w:hAnsiTheme="majorHAnsi" w:cstheme="majorHAnsi"/>
        </w:rPr>
        <w:t xml:space="preserve">So this, this was the first ruler of the empire of Mali, and he was the creator of it back then. </w:t>
      </w:r>
      <w:r w:rsidR="001E095C" w:rsidRPr="009210F4">
        <w:rPr>
          <w:rFonts w:asciiTheme="majorHAnsi" w:hAnsiTheme="majorHAnsi" w:cstheme="majorHAnsi"/>
        </w:rPr>
        <w:t>So,</w:t>
      </w:r>
      <w:r w:rsidRPr="009210F4">
        <w:rPr>
          <w:rFonts w:asciiTheme="majorHAnsi" w:hAnsiTheme="majorHAnsi" w:cstheme="majorHAnsi"/>
        </w:rPr>
        <w:t xml:space="preserve"> prior to this place he was born, which is the </w:t>
      </w:r>
      <w:r w:rsidR="001E095C" w:rsidRPr="009210F4">
        <w:rPr>
          <w:rFonts w:asciiTheme="majorHAnsi" w:hAnsiTheme="majorHAnsi" w:cstheme="majorHAnsi"/>
        </w:rPr>
        <w:t>M</w:t>
      </w:r>
      <w:r w:rsidRPr="009210F4">
        <w:rPr>
          <w:rFonts w:asciiTheme="majorHAnsi" w:hAnsiTheme="majorHAnsi" w:cstheme="majorHAnsi"/>
        </w:rPr>
        <w:t>al</w:t>
      </w:r>
      <w:r w:rsidR="00F957F5" w:rsidRPr="009210F4">
        <w:rPr>
          <w:rFonts w:asciiTheme="majorHAnsi" w:hAnsiTheme="majorHAnsi" w:cstheme="majorHAnsi"/>
        </w:rPr>
        <w:t>i</w:t>
      </w:r>
      <w:r w:rsidRPr="009210F4">
        <w:rPr>
          <w:rFonts w:asciiTheme="majorHAnsi" w:hAnsiTheme="majorHAnsi" w:cstheme="majorHAnsi"/>
        </w:rPr>
        <w:t>nk</w:t>
      </w:r>
      <w:r w:rsidR="00F957F5" w:rsidRPr="009210F4">
        <w:rPr>
          <w:rFonts w:asciiTheme="majorHAnsi" w:hAnsiTheme="majorHAnsi" w:cstheme="majorHAnsi"/>
        </w:rPr>
        <w:t>e</w:t>
      </w:r>
      <w:r w:rsidRPr="009210F4">
        <w:rPr>
          <w:rFonts w:asciiTheme="majorHAnsi" w:hAnsiTheme="majorHAnsi" w:cstheme="majorHAnsi"/>
        </w:rPr>
        <w:t xml:space="preserve"> Kingdom had been part of the Ghanian Empire which </w:t>
      </w:r>
      <w:r w:rsidR="00F957F5" w:rsidRPr="009210F4">
        <w:rPr>
          <w:rFonts w:asciiTheme="majorHAnsi" w:hAnsiTheme="majorHAnsi" w:cstheme="majorHAnsi"/>
        </w:rPr>
        <w:t xml:space="preserve">was </w:t>
      </w:r>
      <w:r w:rsidRPr="009210F4">
        <w:rPr>
          <w:rFonts w:asciiTheme="majorHAnsi" w:hAnsiTheme="majorHAnsi" w:cstheme="majorHAnsi"/>
        </w:rPr>
        <w:t xml:space="preserve">sort of </w:t>
      </w:r>
      <w:r w:rsidR="00F957F5" w:rsidRPr="009210F4">
        <w:rPr>
          <w:rFonts w:asciiTheme="majorHAnsi" w:hAnsiTheme="majorHAnsi" w:cstheme="majorHAnsi"/>
        </w:rPr>
        <w:t xml:space="preserve">next door, </w:t>
      </w:r>
      <w:r w:rsidRPr="009210F4">
        <w:rPr>
          <w:rFonts w:asciiTheme="majorHAnsi" w:hAnsiTheme="majorHAnsi" w:cstheme="majorHAnsi"/>
        </w:rPr>
        <w:t xml:space="preserve">but </w:t>
      </w:r>
      <w:r w:rsidR="00F957F5" w:rsidRPr="009210F4">
        <w:rPr>
          <w:rFonts w:asciiTheme="majorHAnsi" w:hAnsiTheme="majorHAnsi" w:cstheme="majorHAnsi"/>
        </w:rPr>
        <w:t xml:space="preserve">this kingdom had its own rulers, </w:t>
      </w:r>
      <w:r w:rsidRPr="009210F4">
        <w:rPr>
          <w:rFonts w:asciiTheme="majorHAnsi" w:hAnsiTheme="majorHAnsi" w:cstheme="majorHAnsi"/>
        </w:rPr>
        <w:t>kind of</w:t>
      </w:r>
      <w:r w:rsidR="00F957F5" w:rsidRPr="009210F4">
        <w:rPr>
          <w:rFonts w:asciiTheme="majorHAnsi" w:hAnsiTheme="majorHAnsi" w:cstheme="majorHAnsi"/>
        </w:rPr>
        <w:t>,</w:t>
      </w:r>
      <w:r w:rsidRPr="009210F4">
        <w:rPr>
          <w:rFonts w:asciiTheme="majorHAnsi" w:hAnsiTheme="majorHAnsi" w:cstheme="majorHAnsi"/>
        </w:rPr>
        <w:t xml:space="preserve"> like a federation almost</w:t>
      </w:r>
      <w:r w:rsidR="00F957F5" w:rsidRPr="009210F4">
        <w:rPr>
          <w:rFonts w:asciiTheme="majorHAnsi" w:hAnsiTheme="majorHAnsi" w:cstheme="majorHAnsi"/>
        </w:rPr>
        <w:t>,</w:t>
      </w:r>
      <w:r w:rsidRPr="009210F4">
        <w:rPr>
          <w:rFonts w:asciiTheme="majorHAnsi" w:hAnsiTheme="majorHAnsi" w:cstheme="majorHAnsi"/>
        </w:rPr>
        <w:t xml:space="preserve"> sort of different kingdoms with different rulers, but pretty much all we know about this guy's life was passed down in that form of</w:t>
      </w:r>
      <w:r w:rsidR="00342380" w:rsidRPr="009210F4">
        <w:rPr>
          <w:rFonts w:asciiTheme="majorHAnsi" w:hAnsiTheme="majorHAnsi" w:cstheme="majorHAnsi"/>
        </w:rPr>
        <w:t>,</w:t>
      </w:r>
      <w:r w:rsidRPr="009210F4">
        <w:rPr>
          <w:rFonts w:asciiTheme="majorHAnsi" w:hAnsiTheme="majorHAnsi" w:cstheme="majorHAnsi"/>
        </w:rPr>
        <w:t xml:space="preserve"> kind of</w:t>
      </w:r>
      <w:r w:rsidR="00342380" w:rsidRPr="009210F4">
        <w:rPr>
          <w:rFonts w:asciiTheme="majorHAnsi" w:hAnsiTheme="majorHAnsi" w:cstheme="majorHAnsi"/>
        </w:rPr>
        <w:t>,</w:t>
      </w:r>
      <w:r w:rsidRPr="009210F4">
        <w:rPr>
          <w:rFonts w:asciiTheme="majorHAnsi" w:hAnsiTheme="majorHAnsi" w:cstheme="majorHAnsi"/>
        </w:rPr>
        <w:t xml:space="preserve"> oral history</w:t>
      </w:r>
      <w:r w:rsidR="00342380" w:rsidRPr="009210F4">
        <w:rPr>
          <w:rFonts w:asciiTheme="majorHAnsi" w:hAnsiTheme="majorHAnsi" w:cstheme="majorHAnsi"/>
        </w:rPr>
        <w:t>,</w:t>
      </w:r>
      <w:r w:rsidRPr="009210F4">
        <w:rPr>
          <w:rFonts w:asciiTheme="majorHAnsi" w:hAnsiTheme="majorHAnsi" w:cstheme="majorHAnsi"/>
        </w:rPr>
        <w:t xml:space="preserve"> epic poem. This is why so much of it is kind of up in the air. </w:t>
      </w:r>
    </w:p>
    <w:p w14:paraId="5FB6FA35" w14:textId="77777777" w:rsidR="001E095C" w:rsidRPr="009210F4" w:rsidRDefault="001E095C" w:rsidP="009210F4">
      <w:pPr>
        <w:pStyle w:val="NoSpacing"/>
        <w:rPr>
          <w:rFonts w:asciiTheme="majorHAnsi" w:hAnsiTheme="majorHAnsi" w:cstheme="majorHAnsi"/>
        </w:rPr>
      </w:pPr>
    </w:p>
    <w:p w14:paraId="65284180" w14:textId="2921AD96" w:rsidR="00342380" w:rsidRPr="009210F4" w:rsidRDefault="00342380" w:rsidP="009210F4">
      <w:pPr>
        <w:pStyle w:val="NoSpacing"/>
        <w:rPr>
          <w:rFonts w:asciiTheme="majorHAnsi" w:hAnsiTheme="majorHAnsi" w:cstheme="majorHAnsi"/>
        </w:rPr>
      </w:pPr>
      <w:r w:rsidRPr="009210F4">
        <w:rPr>
          <w:rFonts w:asciiTheme="majorHAnsi" w:hAnsiTheme="majorHAnsi" w:cstheme="majorHAnsi"/>
        </w:rPr>
        <w:t xml:space="preserve">Lucy: </w:t>
      </w:r>
      <w:r w:rsidR="00A72993" w:rsidRPr="009210F4">
        <w:rPr>
          <w:rFonts w:asciiTheme="majorHAnsi" w:hAnsiTheme="majorHAnsi" w:cstheme="majorHAnsi"/>
        </w:rPr>
        <w:t>OK</w:t>
      </w:r>
    </w:p>
    <w:p w14:paraId="4BD9C96F" w14:textId="77777777" w:rsidR="001E095C" w:rsidRPr="009210F4" w:rsidRDefault="001E095C" w:rsidP="009210F4">
      <w:pPr>
        <w:pStyle w:val="NoSpacing"/>
        <w:rPr>
          <w:rFonts w:asciiTheme="majorHAnsi" w:hAnsiTheme="majorHAnsi" w:cstheme="majorHAnsi"/>
        </w:rPr>
      </w:pPr>
    </w:p>
    <w:p w14:paraId="6C789E21" w14:textId="09A9A2DE" w:rsidR="00342380" w:rsidRPr="009210F4" w:rsidRDefault="00342380" w:rsidP="009210F4">
      <w:pPr>
        <w:pStyle w:val="NoSpacing"/>
        <w:rPr>
          <w:rFonts w:asciiTheme="majorHAnsi" w:hAnsiTheme="majorHAnsi" w:cstheme="majorHAnsi"/>
        </w:rPr>
      </w:pPr>
      <w:r w:rsidRPr="009210F4">
        <w:rPr>
          <w:rFonts w:asciiTheme="majorHAnsi" w:hAnsiTheme="majorHAnsi" w:cstheme="majorHAnsi"/>
        </w:rPr>
        <w:t xml:space="preserve">Daisy: </w:t>
      </w:r>
      <w:r w:rsidR="00F7615C" w:rsidRPr="009210F4">
        <w:rPr>
          <w:rFonts w:asciiTheme="majorHAnsi" w:hAnsiTheme="majorHAnsi" w:cstheme="majorHAnsi"/>
        </w:rPr>
        <w:t>and all of my history kind of comes with a shrug</w:t>
      </w:r>
    </w:p>
    <w:p w14:paraId="2F62FEC8" w14:textId="77777777" w:rsidR="001E095C" w:rsidRPr="009210F4" w:rsidRDefault="001E095C" w:rsidP="009210F4">
      <w:pPr>
        <w:pStyle w:val="NoSpacing"/>
        <w:rPr>
          <w:rFonts w:asciiTheme="majorHAnsi" w:hAnsiTheme="majorHAnsi" w:cstheme="majorHAnsi"/>
        </w:rPr>
      </w:pPr>
    </w:p>
    <w:p w14:paraId="280C1ECF" w14:textId="21F42CAF"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Lucy</w:t>
      </w:r>
      <w:r w:rsidR="00D23E9C" w:rsidRPr="009210F4">
        <w:rPr>
          <w:rFonts w:asciiTheme="majorHAnsi" w:hAnsiTheme="majorHAnsi" w:cstheme="majorHAnsi"/>
        </w:rPr>
        <w:t xml:space="preserve"> </w:t>
      </w:r>
      <w:r w:rsidRPr="009210F4">
        <w:rPr>
          <w:rFonts w:asciiTheme="majorHAnsi" w:hAnsiTheme="majorHAnsi" w:cstheme="majorHAnsi"/>
        </w:rPr>
        <w:t>12:13</w:t>
      </w:r>
    </w:p>
    <w:p w14:paraId="7406A21E" w14:textId="1B4D4551" w:rsidR="00991E93" w:rsidRPr="009210F4" w:rsidRDefault="00A72993" w:rsidP="009210F4">
      <w:pPr>
        <w:pStyle w:val="NoSpacing"/>
        <w:rPr>
          <w:rFonts w:asciiTheme="majorHAnsi" w:hAnsiTheme="majorHAnsi" w:cstheme="majorHAnsi"/>
        </w:rPr>
      </w:pPr>
      <w:r w:rsidRPr="009210F4">
        <w:rPr>
          <w:rFonts w:asciiTheme="majorHAnsi" w:hAnsiTheme="majorHAnsi" w:cstheme="majorHAnsi"/>
        </w:rPr>
        <w:t>OK</w:t>
      </w:r>
      <w:r w:rsidR="00342380" w:rsidRPr="009210F4">
        <w:rPr>
          <w:rFonts w:asciiTheme="majorHAnsi" w:hAnsiTheme="majorHAnsi" w:cstheme="majorHAnsi"/>
        </w:rPr>
        <w:t>, b</w:t>
      </w:r>
      <w:r w:rsidR="00F7615C" w:rsidRPr="009210F4">
        <w:rPr>
          <w:rFonts w:asciiTheme="majorHAnsi" w:hAnsiTheme="majorHAnsi" w:cstheme="majorHAnsi"/>
        </w:rPr>
        <w:t xml:space="preserve">it of a grey </w:t>
      </w:r>
      <w:proofErr w:type="gramStart"/>
      <w:r w:rsidR="00F7615C" w:rsidRPr="009210F4">
        <w:rPr>
          <w:rFonts w:asciiTheme="majorHAnsi" w:hAnsiTheme="majorHAnsi" w:cstheme="majorHAnsi"/>
        </w:rPr>
        <w:t>area</w:t>
      </w:r>
      <w:proofErr w:type="gramEnd"/>
      <w:r w:rsidR="00F7615C" w:rsidRPr="009210F4">
        <w:rPr>
          <w:rFonts w:asciiTheme="majorHAnsi" w:hAnsiTheme="majorHAnsi" w:cstheme="majorHAnsi"/>
        </w:rPr>
        <w:t xml:space="preserve"> is it</w:t>
      </w:r>
      <w:r w:rsidR="00342380" w:rsidRPr="009210F4">
        <w:rPr>
          <w:rFonts w:asciiTheme="majorHAnsi" w:hAnsiTheme="majorHAnsi" w:cstheme="majorHAnsi"/>
        </w:rPr>
        <w:t>?</w:t>
      </w:r>
    </w:p>
    <w:p w14:paraId="3D865E92" w14:textId="77777777" w:rsidR="00991E93" w:rsidRPr="009210F4" w:rsidRDefault="00991E93" w:rsidP="009210F4">
      <w:pPr>
        <w:pStyle w:val="NoSpacing"/>
        <w:rPr>
          <w:rFonts w:asciiTheme="majorHAnsi" w:hAnsiTheme="majorHAnsi" w:cstheme="majorHAnsi"/>
        </w:rPr>
      </w:pPr>
    </w:p>
    <w:p w14:paraId="66E6E2AD" w14:textId="4B885E0B"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Daisy</w:t>
      </w:r>
      <w:r w:rsidR="00D23E9C" w:rsidRPr="009210F4">
        <w:rPr>
          <w:rFonts w:asciiTheme="majorHAnsi" w:hAnsiTheme="majorHAnsi" w:cstheme="majorHAnsi"/>
        </w:rPr>
        <w:t xml:space="preserve"> </w:t>
      </w:r>
      <w:r w:rsidRPr="009210F4">
        <w:rPr>
          <w:rFonts w:asciiTheme="majorHAnsi" w:hAnsiTheme="majorHAnsi" w:cstheme="majorHAnsi"/>
        </w:rPr>
        <w:t>12:16</w:t>
      </w:r>
    </w:p>
    <w:p w14:paraId="4292E64E" w14:textId="4FA3D318" w:rsidR="00991E93" w:rsidRPr="009210F4" w:rsidRDefault="00342380" w:rsidP="009210F4">
      <w:pPr>
        <w:pStyle w:val="NoSpacing"/>
        <w:rPr>
          <w:rFonts w:asciiTheme="majorHAnsi" w:hAnsiTheme="majorHAnsi" w:cstheme="majorHAnsi"/>
        </w:rPr>
      </w:pPr>
      <w:r w:rsidRPr="009210F4">
        <w:rPr>
          <w:rFonts w:asciiTheme="majorHAnsi" w:hAnsiTheme="majorHAnsi" w:cstheme="majorHAnsi"/>
        </w:rPr>
        <w:t xml:space="preserve">Yeah, </w:t>
      </w:r>
      <w:r w:rsidR="00F7615C" w:rsidRPr="009210F4">
        <w:rPr>
          <w:rFonts w:asciiTheme="majorHAnsi" w:hAnsiTheme="majorHAnsi" w:cstheme="majorHAnsi"/>
        </w:rPr>
        <w:t>a bit</w:t>
      </w:r>
      <w:r w:rsidRPr="009210F4">
        <w:rPr>
          <w:rFonts w:asciiTheme="majorHAnsi" w:hAnsiTheme="majorHAnsi" w:cstheme="majorHAnsi"/>
        </w:rPr>
        <w:t>,</w:t>
      </w:r>
      <w:r w:rsidR="00F7615C" w:rsidRPr="009210F4">
        <w:rPr>
          <w:rFonts w:asciiTheme="majorHAnsi" w:hAnsiTheme="majorHAnsi" w:cstheme="majorHAnsi"/>
        </w:rPr>
        <w:t xml:space="preserve"> in the same way that kind of like you say it's really a long way back so anything from that sort of time is a bit of a grey area. </w:t>
      </w:r>
      <w:r w:rsidR="00A72993" w:rsidRPr="009210F4">
        <w:rPr>
          <w:rFonts w:asciiTheme="majorHAnsi" w:hAnsiTheme="majorHAnsi" w:cstheme="majorHAnsi"/>
        </w:rPr>
        <w:t>So,</w:t>
      </w:r>
      <w:r w:rsidR="00F7615C" w:rsidRPr="009210F4">
        <w:rPr>
          <w:rFonts w:asciiTheme="majorHAnsi" w:hAnsiTheme="majorHAnsi" w:cstheme="majorHAnsi"/>
        </w:rPr>
        <w:t xml:space="preserve"> it was written down for the first time in the kind of early 1900s</w:t>
      </w:r>
    </w:p>
    <w:p w14:paraId="189A27EA" w14:textId="77777777" w:rsidR="00991E93" w:rsidRPr="009210F4" w:rsidRDefault="00991E93" w:rsidP="009210F4">
      <w:pPr>
        <w:pStyle w:val="NoSpacing"/>
        <w:rPr>
          <w:rFonts w:asciiTheme="majorHAnsi" w:hAnsiTheme="majorHAnsi" w:cstheme="majorHAnsi"/>
        </w:rPr>
      </w:pPr>
    </w:p>
    <w:p w14:paraId="6CF9ECDC" w14:textId="337AF7A6"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Alice</w:t>
      </w:r>
      <w:r w:rsidR="00D23E9C" w:rsidRPr="009210F4">
        <w:rPr>
          <w:rFonts w:asciiTheme="majorHAnsi" w:hAnsiTheme="majorHAnsi" w:cstheme="majorHAnsi"/>
        </w:rPr>
        <w:t xml:space="preserve"> </w:t>
      </w:r>
      <w:r w:rsidRPr="009210F4">
        <w:rPr>
          <w:rFonts w:asciiTheme="majorHAnsi" w:hAnsiTheme="majorHAnsi" w:cstheme="majorHAnsi"/>
        </w:rPr>
        <w:t>12:28</w:t>
      </w:r>
    </w:p>
    <w:p w14:paraId="4B009E3F" w14:textId="77777777"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Oh, wow.</w:t>
      </w:r>
    </w:p>
    <w:p w14:paraId="71C3A722" w14:textId="77777777" w:rsidR="00991E93" w:rsidRPr="009210F4" w:rsidRDefault="00991E93" w:rsidP="009210F4">
      <w:pPr>
        <w:pStyle w:val="NoSpacing"/>
        <w:rPr>
          <w:rFonts w:asciiTheme="majorHAnsi" w:hAnsiTheme="majorHAnsi" w:cstheme="majorHAnsi"/>
        </w:rPr>
      </w:pPr>
    </w:p>
    <w:p w14:paraId="79EFB1CB" w14:textId="5AE631FC" w:rsidR="00991E93" w:rsidRPr="009210F4" w:rsidRDefault="00820759" w:rsidP="009210F4">
      <w:pPr>
        <w:pStyle w:val="NoSpacing"/>
        <w:rPr>
          <w:rFonts w:asciiTheme="majorHAnsi" w:hAnsiTheme="majorHAnsi" w:cstheme="majorHAnsi"/>
        </w:rPr>
      </w:pPr>
      <w:r w:rsidRPr="009210F4">
        <w:rPr>
          <w:rFonts w:asciiTheme="majorHAnsi" w:hAnsiTheme="majorHAnsi" w:cstheme="majorHAnsi"/>
        </w:rPr>
        <w:t xml:space="preserve">Kimmy </w:t>
      </w:r>
      <w:r w:rsidR="00F7615C" w:rsidRPr="009210F4">
        <w:rPr>
          <w:rFonts w:asciiTheme="majorHAnsi" w:hAnsiTheme="majorHAnsi" w:cstheme="majorHAnsi"/>
        </w:rPr>
        <w:t>12:29</w:t>
      </w:r>
    </w:p>
    <w:p w14:paraId="7B84AF0E" w14:textId="58AE957E" w:rsidR="00991E93" w:rsidRPr="009210F4" w:rsidRDefault="00A72993" w:rsidP="009210F4">
      <w:pPr>
        <w:pStyle w:val="NoSpacing"/>
        <w:rPr>
          <w:rFonts w:asciiTheme="majorHAnsi" w:hAnsiTheme="majorHAnsi" w:cstheme="majorHAnsi"/>
        </w:rPr>
      </w:pPr>
      <w:r w:rsidRPr="009210F4">
        <w:rPr>
          <w:rFonts w:asciiTheme="majorHAnsi" w:hAnsiTheme="majorHAnsi" w:cstheme="majorHAnsi"/>
        </w:rPr>
        <w:t>So,</w:t>
      </w:r>
      <w:r w:rsidR="00F7615C" w:rsidRPr="009210F4">
        <w:rPr>
          <w:rFonts w:asciiTheme="majorHAnsi" w:hAnsiTheme="majorHAnsi" w:cstheme="majorHAnsi"/>
        </w:rPr>
        <w:t xml:space="preserve"> do you think they've taken artistic licen</w:t>
      </w:r>
      <w:r w:rsidR="0081757D" w:rsidRPr="009210F4">
        <w:rPr>
          <w:rFonts w:asciiTheme="majorHAnsi" w:hAnsiTheme="majorHAnsi" w:cstheme="majorHAnsi"/>
        </w:rPr>
        <w:t>s</w:t>
      </w:r>
      <w:r w:rsidR="00F7615C" w:rsidRPr="009210F4">
        <w:rPr>
          <w:rFonts w:asciiTheme="majorHAnsi" w:hAnsiTheme="majorHAnsi" w:cstheme="majorHAnsi"/>
        </w:rPr>
        <w:t xml:space="preserve">e during </w:t>
      </w:r>
      <w:r w:rsidR="0081757D" w:rsidRPr="009210F4">
        <w:rPr>
          <w:rFonts w:asciiTheme="majorHAnsi" w:hAnsiTheme="majorHAnsi" w:cstheme="majorHAnsi"/>
        </w:rPr>
        <w:t xml:space="preserve">that </w:t>
      </w:r>
      <w:r w:rsidR="00F7615C" w:rsidRPr="009210F4">
        <w:rPr>
          <w:rFonts w:asciiTheme="majorHAnsi" w:hAnsiTheme="majorHAnsi" w:cstheme="majorHAnsi"/>
        </w:rPr>
        <w:t>time</w:t>
      </w:r>
      <w:r w:rsidR="0081757D" w:rsidRPr="009210F4">
        <w:rPr>
          <w:rFonts w:asciiTheme="majorHAnsi" w:hAnsiTheme="majorHAnsi" w:cstheme="majorHAnsi"/>
        </w:rPr>
        <w:t>?</w:t>
      </w:r>
    </w:p>
    <w:p w14:paraId="2C3CA519" w14:textId="77777777" w:rsidR="00991E93" w:rsidRPr="009210F4" w:rsidRDefault="00991E93" w:rsidP="009210F4">
      <w:pPr>
        <w:pStyle w:val="NoSpacing"/>
        <w:rPr>
          <w:rFonts w:asciiTheme="majorHAnsi" w:hAnsiTheme="majorHAnsi" w:cstheme="majorHAnsi"/>
        </w:rPr>
      </w:pPr>
    </w:p>
    <w:p w14:paraId="2D96710C" w14:textId="0C69D3B7"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Daisy</w:t>
      </w:r>
      <w:r w:rsidR="00D23E9C" w:rsidRPr="009210F4">
        <w:rPr>
          <w:rFonts w:asciiTheme="majorHAnsi" w:hAnsiTheme="majorHAnsi" w:cstheme="majorHAnsi"/>
        </w:rPr>
        <w:t xml:space="preserve"> </w:t>
      </w:r>
      <w:r w:rsidRPr="009210F4">
        <w:rPr>
          <w:rFonts w:asciiTheme="majorHAnsi" w:hAnsiTheme="majorHAnsi" w:cstheme="majorHAnsi"/>
        </w:rPr>
        <w:t>12:33</w:t>
      </w:r>
    </w:p>
    <w:p w14:paraId="7F7B9F57" w14:textId="1ED2F31E" w:rsidR="00991E93" w:rsidRPr="009210F4" w:rsidRDefault="0081757D" w:rsidP="009210F4">
      <w:pPr>
        <w:pStyle w:val="NoSpacing"/>
        <w:rPr>
          <w:rFonts w:asciiTheme="majorHAnsi" w:hAnsiTheme="majorHAnsi" w:cstheme="majorHAnsi"/>
        </w:rPr>
      </w:pPr>
      <w:r w:rsidRPr="009210F4">
        <w:rPr>
          <w:rFonts w:asciiTheme="majorHAnsi" w:hAnsiTheme="majorHAnsi" w:cstheme="majorHAnsi"/>
        </w:rPr>
        <w:t>Er, t</w:t>
      </w:r>
      <w:r w:rsidR="00F7615C" w:rsidRPr="009210F4">
        <w:rPr>
          <w:rFonts w:asciiTheme="majorHAnsi" w:hAnsiTheme="majorHAnsi" w:cstheme="majorHAnsi"/>
        </w:rPr>
        <w:t>here's a chance</w:t>
      </w:r>
      <w:r w:rsidRPr="009210F4">
        <w:rPr>
          <w:rFonts w:asciiTheme="majorHAnsi" w:hAnsiTheme="majorHAnsi" w:cstheme="majorHAnsi"/>
        </w:rPr>
        <w:t>,</w:t>
      </w:r>
      <w:r w:rsidR="00F7615C" w:rsidRPr="009210F4">
        <w:rPr>
          <w:rFonts w:asciiTheme="majorHAnsi" w:hAnsiTheme="majorHAnsi" w:cstheme="majorHAnsi"/>
        </w:rPr>
        <w:t xml:space="preserve"> so what seems to have happened in a lot of places is that different regions have different versions of the story and it isn't often that they're completely different it's just some have details in that the others have kind of</w:t>
      </w:r>
      <w:r w:rsidRPr="009210F4">
        <w:rPr>
          <w:rFonts w:asciiTheme="majorHAnsi" w:hAnsiTheme="majorHAnsi" w:cstheme="majorHAnsi"/>
        </w:rPr>
        <w:t>,</w:t>
      </w:r>
      <w:r w:rsidR="00F7615C" w:rsidRPr="009210F4">
        <w:rPr>
          <w:rFonts w:asciiTheme="majorHAnsi" w:hAnsiTheme="majorHAnsi" w:cstheme="majorHAnsi"/>
        </w:rPr>
        <w:t xml:space="preserve"> you know, forgotten and just sort of skipped on to the next </w:t>
      </w:r>
      <w:r w:rsidRPr="009210F4">
        <w:rPr>
          <w:rFonts w:asciiTheme="majorHAnsi" w:hAnsiTheme="majorHAnsi" w:cstheme="majorHAnsi"/>
        </w:rPr>
        <w:t xml:space="preserve">bit, </w:t>
      </w:r>
      <w:r w:rsidR="00F7615C" w:rsidRPr="009210F4">
        <w:rPr>
          <w:rFonts w:asciiTheme="majorHAnsi" w:hAnsiTheme="majorHAnsi" w:cstheme="majorHAnsi"/>
        </w:rPr>
        <w:t>so they had this whole sort of you know, project thing which was putting all of these things together but based on the other things we do know it does seem to match up</w:t>
      </w:r>
    </w:p>
    <w:p w14:paraId="449CBF78" w14:textId="77777777" w:rsidR="00991E93" w:rsidRPr="009210F4" w:rsidRDefault="00991E93" w:rsidP="009210F4">
      <w:pPr>
        <w:pStyle w:val="NoSpacing"/>
        <w:rPr>
          <w:rFonts w:asciiTheme="majorHAnsi" w:hAnsiTheme="majorHAnsi" w:cstheme="majorHAnsi"/>
        </w:rPr>
      </w:pPr>
    </w:p>
    <w:p w14:paraId="4C6A49F7" w14:textId="39D21B76"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Alice</w:t>
      </w:r>
      <w:r w:rsidR="00D23E9C" w:rsidRPr="009210F4">
        <w:rPr>
          <w:rFonts w:asciiTheme="majorHAnsi" w:hAnsiTheme="majorHAnsi" w:cstheme="majorHAnsi"/>
        </w:rPr>
        <w:t xml:space="preserve"> </w:t>
      </w:r>
      <w:r w:rsidRPr="009210F4">
        <w:rPr>
          <w:rFonts w:asciiTheme="majorHAnsi" w:hAnsiTheme="majorHAnsi" w:cstheme="majorHAnsi"/>
        </w:rPr>
        <w:t>13:00</w:t>
      </w:r>
    </w:p>
    <w:p w14:paraId="1029938B" w14:textId="5D3C9FAB" w:rsidR="0081757D" w:rsidRPr="009210F4" w:rsidRDefault="00F7615C" w:rsidP="009210F4">
      <w:pPr>
        <w:pStyle w:val="NoSpacing"/>
        <w:rPr>
          <w:rFonts w:asciiTheme="majorHAnsi" w:hAnsiTheme="majorHAnsi" w:cstheme="majorHAnsi"/>
        </w:rPr>
      </w:pPr>
      <w:r w:rsidRPr="009210F4">
        <w:rPr>
          <w:rFonts w:asciiTheme="majorHAnsi" w:hAnsiTheme="majorHAnsi" w:cstheme="majorHAnsi"/>
        </w:rPr>
        <w:t xml:space="preserve">I think you </w:t>
      </w:r>
      <w:r w:rsidR="0081757D" w:rsidRPr="009210F4">
        <w:rPr>
          <w:rFonts w:asciiTheme="majorHAnsi" w:hAnsiTheme="majorHAnsi" w:cstheme="majorHAnsi"/>
        </w:rPr>
        <w:t xml:space="preserve">do </w:t>
      </w:r>
      <w:r w:rsidRPr="009210F4">
        <w:rPr>
          <w:rFonts w:asciiTheme="majorHAnsi" w:hAnsiTheme="majorHAnsi" w:cstheme="majorHAnsi"/>
        </w:rPr>
        <w:t xml:space="preserve">get that quite a lot </w:t>
      </w:r>
      <w:r w:rsidR="0081757D" w:rsidRPr="009210F4">
        <w:rPr>
          <w:rFonts w:asciiTheme="majorHAnsi" w:hAnsiTheme="majorHAnsi" w:cstheme="majorHAnsi"/>
        </w:rPr>
        <w:t xml:space="preserve">with </w:t>
      </w:r>
      <w:r w:rsidRPr="009210F4">
        <w:rPr>
          <w:rFonts w:asciiTheme="majorHAnsi" w:hAnsiTheme="majorHAnsi" w:cstheme="majorHAnsi"/>
        </w:rPr>
        <w:t>oral histories</w:t>
      </w:r>
      <w:r w:rsidR="0081757D" w:rsidRPr="009210F4">
        <w:rPr>
          <w:rFonts w:asciiTheme="majorHAnsi" w:hAnsiTheme="majorHAnsi" w:cstheme="majorHAnsi"/>
        </w:rPr>
        <w:t>,</w:t>
      </w:r>
      <w:r w:rsidRPr="009210F4">
        <w:rPr>
          <w:rFonts w:asciiTheme="majorHAnsi" w:hAnsiTheme="majorHAnsi" w:cstheme="majorHAnsi"/>
        </w:rPr>
        <w:t xml:space="preserve"> is where you get</w:t>
      </w:r>
      <w:r w:rsidR="0081757D" w:rsidRPr="009210F4">
        <w:rPr>
          <w:rFonts w:asciiTheme="majorHAnsi" w:hAnsiTheme="majorHAnsi" w:cstheme="majorHAnsi"/>
        </w:rPr>
        <w:t>,</w:t>
      </w:r>
      <w:r w:rsidRPr="009210F4">
        <w:rPr>
          <w:rFonts w:asciiTheme="majorHAnsi" w:hAnsiTheme="majorHAnsi" w:cstheme="majorHAnsi"/>
        </w:rPr>
        <w:t xml:space="preserve"> like</w:t>
      </w:r>
      <w:r w:rsidR="0081757D" w:rsidRPr="009210F4">
        <w:rPr>
          <w:rFonts w:asciiTheme="majorHAnsi" w:hAnsiTheme="majorHAnsi" w:cstheme="majorHAnsi"/>
        </w:rPr>
        <w:t>,</w:t>
      </w:r>
      <w:r w:rsidRPr="009210F4">
        <w:rPr>
          <w:rFonts w:asciiTheme="majorHAnsi" w:hAnsiTheme="majorHAnsi" w:cstheme="majorHAnsi"/>
        </w:rPr>
        <w:t xml:space="preserve"> one story where they fought a lion </w:t>
      </w:r>
      <w:r w:rsidR="00A72993" w:rsidRPr="009210F4">
        <w:rPr>
          <w:rFonts w:asciiTheme="majorHAnsi" w:hAnsiTheme="majorHAnsi" w:cstheme="majorHAnsi"/>
        </w:rPr>
        <w:t>but, in another story,</w:t>
      </w:r>
      <w:r w:rsidRPr="009210F4">
        <w:rPr>
          <w:rFonts w:asciiTheme="majorHAnsi" w:hAnsiTheme="majorHAnsi" w:cstheme="majorHAnsi"/>
        </w:rPr>
        <w:t xml:space="preserve"> they fought a tiger and in another </w:t>
      </w:r>
      <w:proofErr w:type="gramStart"/>
      <w:r w:rsidRPr="009210F4">
        <w:rPr>
          <w:rFonts w:asciiTheme="majorHAnsi" w:hAnsiTheme="majorHAnsi" w:cstheme="majorHAnsi"/>
        </w:rPr>
        <w:t>story</w:t>
      </w:r>
      <w:proofErr w:type="gramEnd"/>
      <w:r w:rsidRPr="009210F4">
        <w:rPr>
          <w:rFonts w:asciiTheme="majorHAnsi" w:hAnsiTheme="majorHAnsi" w:cstheme="majorHAnsi"/>
        </w:rPr>
        <w:t xml:space="preserve"> it was</w:t>
      </w:r>
      <w:r w:rsidR="0081757D" w:rsidRPr="009210F4">
        <w:rPr>
          <w:rFonts w:asciiTheme="majorHAnsi" w:hAnsiTheme="majorHAnsi" w:cstheme="majorHAnsi"/>
        </w:rPr>
        <w:t>, er,</w:t>
      </w:r>
      <w:r w:rsidR="00D23E9C" w:rsidRPr="009210F4">
        <w:rPr>
          <w:rFonts w:asciiTheme="majorHAnsi" w:hAnsiTheme="majorHAnsi" w:cstheme="majorHAnsi"/>
        </w:rPr>
        <w:t xml:space="preserve"> </w:t>
      </w:r>
      <w:r w:rsidR="0081757D" w:rsidRPr="009210F4">
        <w:rPr>
          <w:rFonts w:asciiTheme="majorHAnsi" w:hAnsiTheme="majorHAnsi" w:cstheme="majorHAnsi"/>
        </w:rPr>
        <w:t xml:space="preserve">a </w:t>
      </w:r>
      <w:r w:rsidRPr="009210F4">
        <w:rPr>
          <w:rFonts w:asciiTheme="majorHAnsi" w:hAnsiTheme="majorHAnsi" w:cstheme="majorHAnsi"/>
        </w:rPr>
        <w:t xml:space="preserve">moose, </w:t>
      </w:r>
    </w:p>
    <w:p w14:paraId="02CE9304" w14:textId="77777777" w:rsidR="0081757D" w:rsidRPr="009210F4" w:rsidRDefault="0081757D" w:rsidP="009210F4">
      <w:pPr>
        <w:pStyle w:val="NoSpacing"/>
        <w:rPr>
          <w:rFonts w:asciiTheme="majorHAnsi" w:hAnsiTheme="majorHAnsi" w:cstheme="majorHAnsi"/>
        </w:rPr>
      </w:pPr>
    </w:p>
    <w:p w14:paraId="41A86297" w14:textId="15299C12" w:rsidR="0081757D" w:rsidRPr="009210F4" w:rsidRDefault="00820759" w:rsidP="009210F4">
      <w:pPr>
        <w:pStyle w:val="NoSpacing"/>
        <w:rPr>
          <w:rFonts w:asciiTheme="majorHAnsi" w:hAnsiTheme="majorHAnsi" w:cstheme="majorHAnsi"/>
        </w:rPr>
      </w:pPr>
      <w:r w:rsidRPr="009210F4">
        <w:rPr>
          <w:rFonts w:asciiTheme="majorHAnsi" w:hAnsiTheme="majorHAnsi" w:cstheme="majorHAnsi"/>
        </w:rPr>
        <w:t>Kimmy:</w:t>
      </w:r>
      <w:r w:rsidR="0081757D" w:rsidRPr="009210F4">
        <w:rPr>
          <w:rFonts w:asciiTheme="majorHAnsi" w:hAnsiTheme="majorHAnsi" w:cstheme="majorHAnsi"/>
        </w:rPr>
        <w:t xml:space="preserve"> M</w:t>
      </w:r>
      <w:r w:rsidR="00F7615C" w:rsidRPr="009210F4">
        <w:rPr>
          <w:rFonts w:asciiTheme="majorHAnsi" w:hAnsiTheme="majorHAnsi" w:cstheme="majorHAnsi"/>
        </w:rPr>
        <w:t>oose</w:t>
      </w:r>
      <w:r w:rsidR="0081757D" w:rsidRPr="009210F4">
        <w:rPr>
          <w:rFonts w:asciiTheme="majorHAnsi" w:hAnsiTheme="majorHAnsi" w:cstheme="majorHAnsi"/>
        </w:rPr>
        <w:t>?! {laughter}</w:t>
      </w:r>
    </w:p>
    <w:p w14:paraId="4805F98B" w14:textId="77777777" w:rsidR="00A72993" w:rsidRPr="009210F4" w:rsidRDefault="00A72993" w:rsidP="009210F4">
      <w:pPr>
        <w:pStyle w:val="NoSpacing"/>
        <w:rPr>
          <w:rFonts w:asciiTheme="majorHAnsi" w:hAnsiTheme="majorHAnsi" w:cstheme="majorHAnsi"/>
        </w:rPr>
      </w:pPr>
    </w:p>
    <w:p w14:paraId="24A46DBC" w14:textId="79C6505D" w:rsidR="00991E93" w:rsidRPr="009210F4" w:rsidRDefault="0081757D" w:rsidP="009210F4">
      <w:pPr>
        <w:pStyle w:val="NoSpacing"/>
        <w:rPr>
          <w:rFonts w:asciiTheme="majorHAnsi" w:hAnsiTheme="majorHAnsi" w:cstheme="majorHAnsi"/>
        </w:rPr>
      </w:pPr>
      <w:r w:rsidRPr="009210F4">
        <w:rPr>
          <w:rFonts w:asciiTheme="majorHAnsi" w:hAnsiTheme="majorHAnsi" w:cstheme="majorHAnsi"/>
        </w:rPr>
        <w:t>Alice: T</w:t>
      </w:r>
      <w:r w:rsidR="00F7615C" w:rsidRPr="009210F4">
        <w:rPr>
          <w:rFonts w:asciiTheme="majorHAnsi" w:hAnsiTheme="majorHAnsi" w:cstheme="majorHAnsi"/>
        </w:rPr>
        <w:t>here's a lot of moose in the same places where there are tigers and lions</w:t>
      </w:r>
    </w:p>
    <w:p w14:paraId="53129971" w14:textId="77777777" w:rsidR="00991E93" w:rsidRPr="009210F4" w:rsidRDefault="00991E93" w:rsidP="009210F4">
      <w:pPr>
        <w:pStyle w:val="NoSpacing"/>
        <w:rPr>
          <w:rFonts w:asciiTheme="majorHAnsi" w:hAnsiTheme="majorHAnsi" w:cstheme="majorHAnsi"/>
        </w:rPr>
      </w:pPr>
    </w:p>
    <w:p w14:paraId="0B955D38" w14:textId="284329C8" w:rsidR="00991E93" w:rsidRPr="009210F4" w:rsidRDefault="00820759" w:rsidP="009210F4">
      <w:pPr>
        <w:pStyle w:val="NoSpacing"/>
        <w:rPr>
          <w:rFonts w:asciiTheme="majorHAnsi" w:hAnsiTheme="majorHAnsi" w:cstheme="majorHAnsi"/>
        </w:rPr>
      </w:pPr>
      <w:r w:rsidRPr="009210F4">
        <w:rPr>
          <w:rFonts w:asciiTheme="majorHAnsi" w:hAnsiTheme="majorHAnsi" w:cstheme="majorHAnsi"/>
        </w:rPr>
        <w:t xml:space="preserve">Kimmy </w:t>
      </w:r>
      <w:r w:rsidR="00F7615C" w:rsidRPr="009210F4">
        <w:rPr>
          <w:rFonts w:asciiTheme="majorHAnsi" w:hAnsiTheme="majorHAnsi" w:cstheme="majorHAnsi"/>
        </w:rPr>
        <w:t>13:20</w:t>
      </w:r>
    </w:p>
    <w:p w14:paraId="7C25E6A9" w14:textId="62FB7E8F"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 xml:space="preserve">lions </w:t>
      </w:r>
      <w:r w:rsidR="0081757D" w:rsidRPr="009210F4">
        <w:rPr>
          <w:rFonts w:asciiTheme="majorHAnsi" w:hAnsiTheme="majorHAnsi" w:cstheme="majorHAnsi"/>
        </w:rPr>
        <w:t xml:space="preserve">aren’t </w:t>
      </w:r>
      <w:r w:rsidRPr="009210F4">
        <w:rPr>
          <w:rFonts w:asciiTheme="majorHAnsi" w:hAnsiTheme="majorHAnsi" w:cstheme="majorHAnsi"/>
        </w:rPr>
        <w:t xml:space="preserve">in the same places as Tigers unless </w:t>
      </w:r>
      <w:r w:rsidR="00FB1AA1" w:rsidRPr="009210F4">
        <w:rPr>
          <w:rFonts w:asciiTheme="majorHAnsi" w:hAnsiTheme="majorHAnsi" w:cstheme="majorHAnsi"/>
        </w:rPr>
        <w:t xml:space="preserve">it’s in zoos </w:t>
      </w:r>
    </w:p>
    <w:p w14:paraId="550EDFDF" w14:textId="77777777" w:rsidR="00991E93" w:rsidRPr="009210F4" w:rsidRDefault="00991E93" w:rsidP="009210F4">
      <w:pPr>
        <w:pStyle w:val="NoSpacing"/>
        <w:rPr>
          <w:rFonts w:asciiTheme="majorHAnsi" w:hAnsiTheme="majorHAnsi" w:cstheme="majorHAnsi"/>
        </w:rPr>
      </w:pPr>
    </w:p>
    <w:p w14:paraId="36AF5F3B" w14:textId="407D6648"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Alice</w:t>
      </w:r>
      <w:r w:rsidR="00D23E9C" w:rsidRPr="009210F4">
        <w:rPr>
          <w:rFonts w:asciiTheme="majorHAnsi" w:hAnsiTheme="majorHAnsi" w:cstheme="majorHAnsi"/>
        </w:rPr>
        <w:t xml:space="preserve"> </w:t>
      </w:r>
      <w:r w:rsidRPr="009210F4">
        <w:rPr>
          <w:rFonts w:asciiTheme="majorHAnsi" w:hAnsiTheme="majorHAnsi" w:cstheme="majorHAnsi"/>
        </w:rPr>
        <w:t>13:26</w:t>
      </w:r>
    </w:p>
    <w:p w14:paraId="70F6F6EC" w14:textId="1A735BFF" w:rsidR="00991E93" w:rsidRPr="009210F4" w:rsidRDefault="00FB1AA1" w:rsidP="009210F4">
      <w:pPr>
        <w:pStyle w:val="NoSpacing"/>
        <w:rPr>
          <w:rFonts w:asciiTheme="majorHAnsi" w:hAnsiTheme="majorHAnsi" w:cstheme="majorHAnsi"/>
        </w:rPr>
      </w:pPr>
      <w:r w:rsidRPr="009210F4">
        <w:rPr>
          <w:rFonts w:asciiTheme="majorHAnsi" w:hAnsiTheme="majorHAnsi" w:cstheme="majorHAnsi"/>
        </w:rPr>
        <w:t>Yes, that’s also true, {laughter} s</w:t>
      </w:r>
      <w:r w:rsidR="00F7615C" w:rsidRPr="009210F4">
        <w:rPr>
          <w:rFonts w:asciiTheme="majorHAnsi" w:hAnsiTheme="majorHAnsi" w:cstheme="majorHAnsi"/>
        </w:rPr>
        <w:t xml:space="preserve">o </w:t>
      </w:r>
      <w:r w:rsidRPr="009210F4">
        <w:rPr>
          <w:rFonts w:asciiTheme="majorHAnsi" w:hAnsiTheme="majorHAnsi" w:cstheme="majorHAnsi"/>
        </w:rPr>
        <w:t xml:space="preserve">it sounds like you’d go to an ancient </w:t>
      </w:r>
      <w:r w:rsidR="00A72993" w:rsidRPr="009210F4">
        <w:rPr>
          <w:rFonts w:asciiTheme="majorHAnsi" w:hAnsiTheme="majorHAnsi" w:cstheme="majorHAnsi"/>
        </w:rPr>
        <w:t>z</w:t>
      </w:r>
      <w:r w:rsidR="00F7615C" w:rsidRPr="009210F4">
        <w:rPr>
          <w:rFonts w:asciiTheme="majorHAnsi" w:hAnsiTheme="majorHAnsi" w:cstheme="majorHAnsi"/>
        </w:rPr>
        <w:t xml:space="preserve">oo to </w:t>
      </w:r>
      <w:r w:rsidR="009C7361" w:rsidRPr="009210F4">
        <w:rPr>
          <w:rFonts w:asciiTheme="majorHAnsi" w:hAnsiTheme="majorHAnsi" w:cstheme="majorHAnsi"/>
        </w:rPr>
        <w:t xml:space="preserve">find </w:t>
      </w:r>
      <w:r w:rsidR="00F7615C" w:rsidRPr="009210F4">
        <w:rPr>
          <w:rFonts w:asciiTheme="majorHAnsi" w:hAnsiTheme="majorHAnsi" w:cstheme="majorHAnsi"/>
        </w:rPr>
        <w:t xml:space="preserve">all these different </w:t>
      </w:r>
      <w:proofErr w:type="gramStart"/>
      <w:r w:rsidR="00F7615C" w:rsidRPr="009210F4">
        <w:rPr>
          <w:rFonts w:asciiTheme="majorHAnsi" w:hAnsiTheme="majorHAnsi" w:cstheme="majorHAnsi"/>
        </w:rPr>
        <w:t>animals</w:t>
      </w:r>
      <w:r w:rsidR="009C7361" w:rsidRPr="009210F4">
        <w:rPr>
          <w:rFonts w:asciiTheme="majorHAnsi" w:hAnsiTheme="majorHAnsi" w:cstheme="majorHAnsi"/>
        </w:rPr>
        <w:t xml:space="preserve"> ,</w:t>
      </w:r>
      <w:proofErr w:type="gramEnd"/>
      <w:r w:rsidR="009C7361" w:rsidRPr="009210F4">
        <w:rPr>
          <w:rFonts w:asciiTheme="majorHAnsi" w:hAnsiTheme="majorHAnsi" w:cstheme="majorHAnsi"/>
        </w:rPr>
        <w:t xml:space="preserve"> they found them all together</w:t>
      </w:r>
      <w:r w:rsidR="00D23E9C" w:rsidRPr="009210F4">
        <w:rPr>
          <w:rFonts w:asciiTheme="majorHAnsi" w:hAnsiTheme="majorHAnsi" w:cstheme="majorHAnsi"/>
        </w:rPr>
        <w:t xml:space="preserve"> </w:t>
      </w:r>
    </w:p>
    <w:p w14:paraId="62241BA4" w14:textId="77777777" w:rsidR="00A72993" w:rsidRPr="009210F4" w:rsidRDefault="00A72993" w:rsidP="009210F4">
      <w:pPr>
        <w:pStyle w:val="NoSpacing"/>
        <w:rPr>
          <w:rFonts w:asciiTheme="majorHAnsi" w:hAnsiTheme="majorHAnsi" w:cstheme="majorHAnsi"/>
        </w:rPr>
      </w:pPr>
    </w:p>
    <w:p w14:paraId="4D6BB21F" w14:textId="569D0DB7"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Daisy</w:t>
      </w:r>
      <w:r w:rsidR="00D23E9C" w:rsidRPr="009210F4">
        <w:rPr>
          <w:rFonts w:asciiTheme="majorHAnsi" w:hAnsiTheme="majorHAnsi" w:cstheme="majorHAnsi"/>
        </w:rPr>
        <w:t xml:space="preserve"> </w:t>
      </w:r>
      <w:r w:rsidRPr="009210F4">
        <w:rPr>
          <w:rFonts w:asciiTheme="majorHAnsi" w:hAnsiTheme="majorHAnsi" w:cstheme="majorHAnsi"/>
        </w:rPr>
        <w:t>13:33</w:t>
      </w:r>
    </w:p>
    <w:p w14:paraId="43ACD1E1" w14:textId="6AEA568D" w:rsidR="004B13E4" w:rsidRPr="009210F4" w:rsidRDefault="004B13E4" w:rsidP="009210F4">
      <w:pPr>
        <w:pStyle w:val="NoSpacing"/>
        <w:rPr>
          <w:rFonts w:asciiTheme="majorHAnsi" w:hAnsiTheme="majorHAnsi" w:cstheme="majorHAnsi"/>
        </w:rPr>
      </w:pPr>
      <w:r w:rsidRPr="009210F4">
        <w:rPr>
          <w:rFonts w:asciiTheme="majorHAnsi" w:hAnsiTheme="majorHAnsi" w:cstheme="majorHAnsi"/>
        </w:rPr>
        <w:t xml:space="preserve">Yeah, so there’s a bit of this sort of </w:t>
      </w:r>
      <w:r w:rsidR="00F7615C" w:rsidRPr="009210F4">
        <w:rPr>
          <w:rFonts w:asciiTheme="majorHAnsi" w:hAnsiTheme="majorHAnsi" w:cstheme="majorHAnsi"/>
        </w:rPr>
        <w:t>thing that I've wrote down</w:t>
      </w:r>
      <w:r w:rsidRPr="009210F4">
        <w:rPr>
          <w:rFonts w:asciiTheme="majorHAnsi" w:hAnsiTheme="majorHAnsi" w:cstheme="majorHAnsi"/>
        </w:rPr>
        <w:t>,</w:t>
      </w:r>
      <w:r w:rsidR="00D23E9C" w:rsidRPr="009210F4">
        <w:rPr>
          <w:rFonts w:asciiTheme="majorHAnsi" w:hAnsiTheme="majorHAnsi" w:cstheme="majorHAnsi"/>
        </w:rPr>
        <w:t xml:space="preserve"> </w:t>
      </w:r>
      <w:r w:rsidRPr="009210F4">
        <w:rPr>
          <w:rFonts w:asciiTheme="majorHAnsi" w:hAnsiTheme="majorHAnsi" w:cstheme="majorHAnsi"/>
        </w:rPr>
        <w:t xml:space="preserve">because it’s like, </w:t>
      </w:r>
      <w:r w:rsidR="00F7615C" w:rsidRPr="009210F4">
        <w:rPr>
          <w:rFonts w:asciiTheme="majorHAnsi" w:hAnsiTheme="majorHAnsi" w:cstheme="majorHAnsi"/>
        </w:rPr>
        <w:t xml:space="preserve">there is this idea that oral histories that passed down through generations are more susceptible to </w:t>
      </w:r>
      <w:r w:rsidR="00A72993" w:rsidRPr="009210F4">
        <w:rPr>
          <w:rFonts w:asciiTheme="majorHAnsi" w:hAnsiTheme="majorHAnsi" w:cstheme="majorHAnsi"/>
        </w:rPr>
        <w:t>those kinds of errors</w:t>
      </w:r>
      <w:r w:rsidR="00F7615C" w:rsidRPr="009210F4">
        <w:rPr>
          <w:rFonts w:asciiTheme="majorHAnsi" w:hAnsiTheme="majorHAnsi" w:cstheme="majorHAnsi"/>
        </w:rPr>
        <w:t xml:space="preserve"> than written histories. That isn't particularly true because you know, anything that's written down is written </w:t>
      </w:r>
      <w:r w:rsidRPr="009210F4">
        <w:rPr>
          <w:rFonts w:asciiTheme="majorHAnsi" w:hAnsiTheme="majorHAnsi" w:cstheme="majorHAnsi"/>
        </w:rPr>
        <w:t xml:space="preserve">but, er, </w:t>
      </w:r>
      <w:r w:rsidR="00A72993" w:rsidRPr="009210F4">
        <w:rPr>
          <w:rFonts w:asciiTheme="majorHAnsi" w:hAnsiTheme="majorHAnsi" w:cstheme="majorHAnsi"/>
        </w:rPr>
        <w:t>so</w:t>
      </w:r>
      <w:r w:rsidR="00F7615C" w:rsidRPr="009210F4">
        <w:rPr>
          <w:rFonts w:asciiTheme="majorHAnsi" w:hAnsiTheme="majorHAnsi" w:cstheme="majorHAnsi"/>
        </w:rPr>
        <w:t xml:space="preserve"> historically in this country, it was written down by monks because they were the only people who could read and write so </w:t>
      </w:r>
      <w:r w:rsidRPr="009210F4">
        <w:rPr>
          <w:rFonts w:asciiTheme="majorHAnsi" w:hAnsiTheme="majorHAnsi" w:cstheme="majorHAnsi"/>
        </w:rPr>
        <w:t xml:space="preserve">it could say </w:t>
      </w:r>
      <w:r w:rsidR="00F7615C" w:rsidRPr="009210F4">
        <w:rPr>
          <w:rFonts w:asciiTheme="majorHAnsi" w:hAnsiTheme="majorHAnsi" w:cstheme="majorHAnsi"/>
        </w:rPr>
        <w:t>whatever they want</w:t>
      </w:r>
      <w:r w:rsidRPr="009210F4">
        <w:rPr>
          <w:rFonts w:asciiTheme="majorHAnsi" w:hAnsiTheme="majorHAnsi" w:cstheme="majorHAnsi"/>
        </w:rPr>
        <w:t>ed</w:t>
      </w:r>
      <w:r w:rsidR="00F7615C" w:rsidRPr="009210F4">
        <w:rPr>
          <w:rFonts w:asciiTheme="majorHAnsi" w:hAnsiTheme="majorHAnsi" w:cstheme="majorHAnsi"/>
        </w:rPr>
        <w:t xml:space="preserve"> </w:t>
      </w:r>
      <w:r w:rsidRPr="009210F4">
        <w:rPr>
          <w:rFonts w:asciiTheme="majorHAnsi" w:hAnsiTheme="majorHAnsi" w:cstheme="majorHAnsi"/>
        </w:rPr>
        <w:t xml:space="preserve">it </w:t>
      </w:r>
      <w:r w:rsidR="00F7615C" w:rsidRPr="009210F4">
        <w:rPr>
          <w:rFonts w:asciiTheme="majorHAnsi" w:hAnsiTheme="majorHAnsi" w:cstheme="majorHAnsi"/>
        </w:rPr>
        <w:t>to say</w:t>
      </w:r>
    </w:p>
    <w:p w14:paraId="30CBB672" w14:textId="77777777" w:rsidR="00A72993" w:rsidRPr="009210F4" w:rsidRDefault="00A72993" w:rsidP="009210F4">
      <w:pPr>
        <w:pStyle w:val="NoSpacing"/>
        <w:rPr>
          <w:rFonts w:asciiTheme="majorHAnsi" w:hAnsiTheme="majorHAnsi" w:cstheme="majorHAnsi"/>
        </w:rPr>
      </w:pPr>
    </w:p>
    <w:p w14:paraId="4C5A9CC6" w14:textId="22D3C224" w:rsidR="004B13E4" w:rsidRPr="009210F4" w:rsidRDefault="00820759" w:rsidP="009210F4">
      <w:pPr>
        <w:pStyle w:val="NoSpacing"/>
        <w:rPr>
          <w:rFonts w:asciiTheme="majorHAnsi" w:hAnsiTheme="majorHAnsi" w:cstheme="majorHAnsi"/>
        </w:rPr>
      </w:pPr>
      <w:r w:rsidRPr="009210F4">
        <w:rPr>
          <w:rFonts w:asciiTheme="majorHAnsi" w:hAnsiTheme="majorHAnsi" w:cstheme="majorHAnsi"/>
        </w:rPr>
        <w:t>Kimmy:</w:t>
      </w:r>
      <w:r w:rsidR="004B13E4" w:rsidRPr="009210F4">
        <w:rPr>
          <w:rFonts w:asciiTheme="majorHAnsi" w:hAnsiTheme="majorHAnsi" w:cstheme="majorHAnsi"/>
        </w:rPr>
        <w:t xml:space="preserve"> Wow </w:t>
      </w:r>
    </w:p>
    <w:p w14:paraId="648F95FE" w14:textId="77777777" w:rsidR="00A72993" w:rsidRPr="009210F4" w:rsidRDefault="00A72993" w:rsidP="009210F4">
      <w:pPr>
        <w:pStyle w:val="NoSpacing"/>
        <w:rPr>
          <w:rFonts w:asciiTheme="majorHAnsi" w:hAnsiTheme="majorHAnsi" w:cstheme="majorHAnsi"/>
        </w:rPr>
      </w:pPr>
    </w:p>
    <w:p w14:paraId="379D3457" w14:textId="2382595F" w:rsidR="00991E93" w:rsidRPr="009210F4" w:rsidRDefault="004B13E4" w:rsidP="009210F4">
      <w:pPr>
        <w:pStyle w:val="NoSpacing"/>
        <w:rPr>
          <w:rFonts w:asciiTheme="majorHAnsi" w:hAnsiTheme="majorHAnsi" w:cstheme="majorHAnsi"/>
        </w:rPr>
      </w:pPr>
      <w:r w:rsidRPr="009210F4">
        <w:rPr>
          <w:rFonts w:asciiTheme="majorHAnsi" w:hAnsiTheme="majorHAnsi" w:cstheme="majorHAnsi"/>
        </w:rPr>
        <w:t>Daisy: A</w:t>
      </w:r>
      <w:r w:rsidR="00F7615C" w:rsidRPr="009210F4">
        <w:rPr>
          <w:rFonts w:asciiTheme="majorHAnsi" w:hAnsiTheme="majorHAnsi" w:cstheme="majorHAnsi"/>
        </w:rPr>
        <w:t xml:space="preserve">nd then it would get lost somewhere and then it would get rewritten. </w:t>
      </w:r>
      <w:r w:rsidR="00A72993" w:rsidRPr="009210F4">
        <w:rPr>
          <w:rFonts w:asciiTheme="majorHAnsi" w:hAnsiTheme="majorHAnsi" w:cstheme="majorHAnsi"/>
        </w:rPr>
        <w:t>So,</w:t>
      </w:r>
      <w:r w:rsidR="00F7615C" w:rsidRPr="009210F4">
        <w:rPr>
          <w:rFonts w:asciiTheme="majorHAnsi" w:hAnsiTheme="majorHAnsi" w:cstheme="majorHAnsi"/>
        </w:rPr>
        <w:t xml:space="preserve"> I think often this kind of idea that the oral histories are more erroneous than the others is down to this kind of intellectual superiority thing about reading and writing and probably a certain amount of</w:t>
      </w:r>
      <w:r w:rsidR="00773301" w:rsidRPr="009210F4">
        <w:rPr>
          <w:rFonts w:asciiTheme="majorHAnsi" w:hAnsiTheme="majorHAnsi" w:cstheme="majorHAnsi"/>
        </w:rPr>
        <w:t>,</w:t>
      </w:r>
      <w:r w:rsidR="00F7615C" w:rsidRPr="009210F4">
        <w:rPr>
          <w:rFonts w:asciiTheme="majorHAnsi" w:hAnsiTheme="majorHAnsi" w:cstheme="majorHAnsi"/>
        </w:rPr>
        <w:t xml:space="preserve"> you know</w:t>
      </w:r>
      <w:r w:rsidR="00773301" w:rsidRPr="009210F4">
        <w:rPr>
          <w:rFonts w:asciiTheme="majorHAnsi" w:hAnsiTheme="majorHAnsi" w:cstheme="majorHAnsi"/>
        </w:rPr>
        <w:t>,</w:t>
      </w:r>
      <w:r w:rsidR="00F7615C" w:rsidRPr="009210F4">
        <w:rPr>
          <w:rFonts w:asciiTheme="majorHAnsi" w:hAnsiTheme="majorHAnsi" w:cstheme="majorHAnsi"/>
        </w:rPr>
        <w:t xml:space="preserve"> colonialism invading as well</w:t>
      </w:r>
      <w:r w:rsidR="00773301" w:rsidRPr="009210F4">
        <w:rPr>
          <w:rFonts w:asciiTheme="majorHAnsi" w:hAnsiTheme="majorHAnsi" w:cstheme="majorHAnsi"/>
        </w:rPr>
        <w:t>,</w:t>
      </w:r>
      <w:r w:rsidR="00F7615C" w:rsidRPr="009210F4">
        <w:rPr>
          <w:rFonts w:asciiTheme="majorHAnsi" w:hAnsiTheme="majorHAnsi" w:cstheme="majorHAnsi"/>
        </w:rPr>
        <w:t xml:space="preserve"> kind of</w:t>
      </w:r>
      <w:r w:rsidR="00773301" w:rsidRPr="009210F4">
        <w:rPr>
          <w:rFonts w:asciiTheme="majorHAnsi" w:hAnsiTheme="majorHAnsi" w:cstheme="majorHAnsi"/>
        </w:rPr>
        <w:t>,</w:t>
      </w:r>
      <w:r w:rsidR="00F7615C" w:rsidRPr="009210F4">
        <w:rPr>
          <w:rFonts w:asciiTheme="majorHAnsi" w:hAnsiTheme="majorHAnsi" w:cstheme="majorHAnsi"/>
        </w:rPr>
        <w:t xml:space="preserve"> you know</w:t>
      </w:r>
    </w:p>
    <w:p w14:paraId="24EDC8B8" w14:textId="77777777" w:rsidR="00991E93" w:rsidRPr="009210F4" w:rsidRDefault="00991E93" w:rsidP="009210F4">
      <w:pPr>
        <w:pStyle w:val="NoSpacing"/>
        <w:rPr>
          <w:rFonts w:asciiTheme="majorHAnsi" w:hAnsiTheme="majorHAnsi" w:cstheme="majorHAnsi"/>
        </w:rPr>
      </w:pPr>
    </w:p>
    <w:p w14:paraId="513A0FE3" w14:textId="1EBAD67C"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Alice</w:t>
      </w:r>
      <w:r w:rsidR="00D23E9C" w:rsidRPr="009210F4">
        <w:rPr>
          <w:rFonts w:asciiTheme="majorHAnsi" w:hAnsiTheme="majorHAnsi" w:cstheme="majorHAnsi"/>
        </w:rPr>
        <w:t xml:space="preserve"> </w:t>
      </w:r>
      <w:r w:rsidRPr="009210F4">
        <w:rPr>
          <w:rFonts w:asciiTheme="majorHAnsi" w:hAnsiTheme="majorHAnsi" w:cstheme="majorHAnsi"/>
        </w:rPr>
        <w:t>14:23</w:t>
      </w:r>
    </w:p>
    <w:p w14:paraId="3B805786" w14:textId="7AB5B639" w:rsidR="00991E93" w:rsidRPr="009210F4" w:rsidRDefault="00A72993" w:rsidP="009210F4">
      <w:pPr>
        <w:pStyle w:val="NoSpacing"/>
        <w:rPr>
          <w:rFonts w:asciiTheme="majorHAnsi" w:hAnsiTheme="majorHAnsi" w:cstheme="majorHAnsi"/>
        </w:rPr>
      </w:pPr>
      <w:r w:rsidRPr="009210F4">
        <w:rPr>
          <w:rFonts w:asciiTheme="majorHAnsi" w:hAnsiTheme="majorHAnsi" w:cstheme="majorHAnsi"/>
        </w:rPr>
        <w:t>T</w:t>
      </w:r>
      <w:r w:rsidR="00F7615C" w:rsidRPr="009210F4">
        <w:rPr>
          <w:rFonts w:asciiTheme="majorHAnsi" w:hAnsiTheme="majorHAnsi" w:cstheme="majorHAnsi"/>
        </w:rPr>
        <w:t>hat everybody</w:t>
      </w:r>
      <w:r w:rsidR="00773301" w:rsidRPr="009210F4">
        <w:rPr>
          <w:rFonts w:asciiTheme="majorHAnsi" w:hAnsiTheme="majorHAnsi" w:cstheme="majorHAnsi"/>
        </w:rPr>
        <w:t>,</w:t>
      </w:r>
      <w:r w:rsidR="00F7615C" w:rsidRPr="009210F4">
        <w:rPr>
          <w:rFonts w:asciiTheme="majorHAnsi" w:hAnsiTheme="majorHAnsi" w:cstheme="majorHAnsi"/>
        </w:rPr>
        <w:t xml:space="preserve"> is Daisy getting me back for what I said earlier</w:t>
      </w:r>
      <w:r w:rsidR="00773301" w:rsidRPr="009210F4">
        <w:rPr>
          <w:rFonts w:asciiTheme="majorHAnsi" w:hAnsiTheme="majorHAnsi" w:cstheme="majorHAnsi"/>
        </w:rPr>
        <w:t>,</w:t>
      </w:r>
      <w:r w:rsidR="00F7615C" w:rsidRPr="009210F4">
        <w:rPr>
          <w:rFonts w:asciiTheme="majorHAnsi" w:hAnsiTheme="majorHAnsi" w:cstheme="majorHAnsi"/>
        </w:rPr>
        <w:t xml:space="preserve"> basically going </w:t>
      </w:r>
      <w:r w:rsidR="00773301" w:rsidRPr="009210F4">
        <w:rPr>
          <w:rFonts w:asciiTheme="majorHAnsi" w:hAnsiTheme="majorHAnsi" w:cstheme="majorHAnsi"/>
        </w:rPr>
        <w:t>‘</w:t>
      </w:r>
      <w:r w:rsidR="00F7615C" w:rsidRPr="009210F4">
        <w:rPr>
          <w:rFonts w:asciiTheme="majorHAnsi" w:hAnsiTheme="majorHAnsi" w:cstheme="majorHAnsi"/>
        </w:rPr>
        <w:t>you're wrong</w:t>
      </w:r>
      <w:r w:rsidR="00773301" w:rsidRPr="009210F4">
        <w:rPr>
          <w:rFonts w:asciiTheme="majorHAnsi" w:hAnsiTheme="majorHAnsi" w:cstheme="majorHAnsi"/>
        </w:rPr>
        <w:t>, l</w:t>
      </w:r>
      <w:r w:rsidR="00F7615C" w:rsidRPr="009210F4">
        <w:rPr>
          <w:rFonts w:asciiTheme="majorHAnsi" w:hAnsiTheme="majorHAnsi" w:cstheme="majorHAnsi"/>
        </w:rPr>
        <w:t xml:space="preserve">ike </w:t>
      </w:r>
      <w:proofErr w:type="gramStart"/>
      <w:r w:rsidR="00773301" w:rsidRPr="009210F4">
        <w:rPr>
          <w:rFonts w:asciiTheme="majorHAnsi" w:hAnsiTheme="majorHAnsi" w:cstheme="majorHAnsi"/>
        </w:rPr>
        <w:t>you</w:t>
      </w:r>
      <w:proofErr w:type="gramEnd"/>
      <w:r w:rsidR="00773301" w:rsidRPr="009210F4">
        <w:rPr>
          <w:rFonts w:asciiTheme="majorHAnsi" w:hAnsiTheme="majorHAnsi" w:cstheme="majorHAnsi"/>
        </w:rPr>
        <w:t xml:space="preserve"> white </w:t>
      </w:r>
      <w:r w:rsidR="00F7615C" w:rsidRPr="009210F4">
        <w:rPr>
          <w:rFonts w:asciiTheme="majorHAnsi" w:hAnsiTheme="majorHAnsi" w:cstheme="majorHAnsi"/>
        </w:rPr>
        <w:t>colonialist</w:t>
      </w:r>
      <w:r w:rsidR="00773301" w:rsidRPr="009210F4">
        <w:rPr>
          <w:rFonts w:asciiTheme="majorHAnsi" w:hAnsiTheme="majorHAnsi" w:cstheme="majorHAnsi"/>
        </w:rPr>
        <w:t xml:space="preserve"> pig’ {Lucy laughs}</w:t>
      </w:r>
      <w:r w:rsidR="00D23E9C" w:rsidRPr="009210F4">
        <w:rPr>
          <w:rFonts w:asciiTheme="majorHAnsi" w:hAnsiTheme="majorHAnsi" w:cstheme="majorHAnsi"/>
        </w:rPr>
        <w:t xml:space="preserve"> </w:t>
      </w:r>
    </w:p>
    <w:p w14:paraId="45AA8446" w14:textId="77777777" w:rsidR="00991E93" w:rsidRPr="009210F4" w:rsidRDefault="00991E93" w:rsidP="009210F4">
      <w:pPr>
        <w:pStyle w:val="NoSpacing"/>
        <w:rPr>
          <w:rFonts w:asciiTheme="majorHAnsi" w:hAnsiTheme="majorHAnsi" w:cstheme="majorHAnsi"/>
        </w:rPr>
      </w:pPr>
    </w:p>
    <w:p w14:paraId="39A14E0B" w14:textId="281C9F8C" w:rsidR="00991E93" w:rsidRPr="009210F4" w:rsidRDefault="00820759" w:rsidP="009210F4">
      <w:pPr>
        <w:pStyle w:val="NoSpacing"/>
        <w:rPr>
          <w:rFonts w:asciiTheme="majorHAnsi" w:hAnsiTheme="majorHAnsi" w:cstheme="majorHAnsi"/>
        </w:rPr>
      </w:pPr>
      <w:r w:rsidRPr="009210F4">
        <w:rPr>
          <w:rFonts w:asciiTheme="majorHAnsi" w:hAnsiTheme="majorHAnsi" w:cstheme="majorHAnsi"/>
        </w:rPr>
        <w:t xml:space="preserve">Kimmy </w:t>
      </w:r>
      <w:r w:rsidR="00F7615C" w:rsidRPr="009210F4">
        <w:rPr>
          <w:rFonts w:asciiTheme="majorHAnsi" w:hAnsiTheme="majorHAnsi" w:cstheme="majorHAnsi"/>
        </w:rPr>
        <w:t>14:34</w:t>
      </w:r>
    </w:p>
    <w:p w14:paraId="7C3BC2F3" w14:textId="67073ABC" w:rsidR="00991E93" w:rsidRPr="009210F4" w:rsidRDefault="00773301" w:rsidP="009210F4">
      <w:pPr>
        <w:pStyle w:val="NoSpacing"/>
        <w:rPr>
          <w:rFonts w:asciiTheme="majorHAnsi" w:hAnsiTheme="majorHAnsi" w:cstheme="majorHAnsi"/>
        </w:rPr>
      </w:pPr>
      <w:r w:rsidRPr="009210F4">
        <w:rPr>
          <w:rFonts w:asciiTheme="majorHAnsi" w:hAnsiTheme="majorHAnsi" w:cstheme="majorHAnsi"/>
        </w:rPr>
        <w:t xml:space="preserve">But </w:t>
      </w:r>
      <w:r w:rsidR="00A72993" w:rsidRPr="009210F4">
        <w:rPr>
          <w:rFonts w:asciiTheme="majorHAnsi" w:hAnsiTheme="majorHAnsi" w:cstheme="majorHAnsi"/>
        </w:rPr>
        <w:t>also,</w:t>
      </w:r>
      <w:r w:rsidRPr="009210F4">
        <w:rPr>
          <w:rFonts w:asciiTheme="majorHAnsi" w:hAnsiTheme="majorHAnsi" w:cstheme="majorHAnsi"/>
        </w:rPr>
        <w:t xml:space="preserve"> I think m</w:t>
      </w:r>
      <w:r w:rsidR="00F7615C" w:rsidRPr="009210F4">
        <w:rPr>
          <w:rFonts w:asciiTheme="majorHAnsi" w:hAnsiTheme="majorHAnsi" w:cstheme="majorHAnsi"/>
        </w:rPr>
        <w:t>onks would have written it with a veil of</w:t>
      </w:r>
      <w:r w:rsidRPr="009210F4">
        <w:rPr>
          <w:rFonts w:asciiTheme="majorHAnsi" w:hAnsiTheme="majorHAnsi" w:cstheme="majorHAnsi"/>
        </w:rPr>
        <w:t>,</w:t>
      </w:r>
      <w:r w:rsidR="00F7615C" w:rsidRPr="009210F4">
        <w:rPr>
          <w:rFonts w:asciiTheme="majorHAnsi" w:hAnsiTheme="majorHAnsi" w:cstheme="majorHAnsi"/>
        </w:rPr>
        <w:t xml:space="preserve"> like this Puritan like</w:t>
      </w:r>
      <w:r w:rsidRPr="009210F4">
        <w:rPr>
          <w:rFonts w:asciiTheme="majorHAnsi" w:hAnsiTheme="majorHAnsi" w:cstheme="majorHAnsi"/>
        </w:rPr>
        <w:t>,</w:t>
      </w:r>
      <w:r w:rsidR="00F7615C" w:rsidRPr="009210F4">
        <w:rPr>
          <w:rFonts w:asciiTheme="majorHAnsi" w:hAnsiTheme="majorHAnsi" w:cstheme="majorHAnsi"/>
        </w:rPr>
        <w:t xml:space="preserve"> this</w:t>
      </w:r>
      <w:r w:rsidRPr="009210F4">
        <w:rPr>
          <w:rFonts w:asciiTheme="majorHAnsi" w:hAnsiTheme="majorHAnsi" w:cstheme="majorHAnsi"/>
        </w:rPr>
        <w:t>,</w:t>
      </w:r>
      <w:r w:rsidR="00F7615C" w:rsidRPr="009210F4">
        <w:rPr>
          <w:rFonts w:asciiTheme="majorHAnsi" w:hAnsiTheme="majorHAnsi" w:cstheme="majorHAnsi"/>
        </w:rPr>
        <w:t xml:space="preserve"> this religious pure thing</w:t>
      </w:r>
      <w:r w:rsidRPr="009210F4">
        <w:rPr>
          <w:rFonts w:asciiTheme="majorHAnsi" w:hAnsiTheme="majorHAnsi" w:cstheme="majorHAnsi"/>
        </w:rPr>
        <w:t>,</w:t>
      </w:r>
      <w:r w:rsidR="00F7615C" w:rsidRPr="009210F4">
        <w:rPr>
          <w:rFonts w:asciiTheme="majorHAnsi" w:hAnsiTheme="majorHAnsi" w:cstheme="majorHAnsi"/>
        </w:rPr>
        <w:t xml:space="preserve"> you know, they would have washed it with that</w:t>
      </w:r>
    </w:p>
    <w:p w14:paraId="1BB2E502" w14:textId="77777777" w:rsidR="00991E93" w:rsidRPr="009210F4" w:rsidRDefault="00991E93" w:rsidP="009210F4">
      <w:pPr>
        <w:pStyle w:val="NoSpacing"/>
        <w:rPr>
          <w:rFonts w:asciiTheme="majorHAnsi" w:hAnsiTheme="majorHAnsi" w:cstheme="majorHAnsi"/>
        </w:rPr>
      </w:pPr>
    </w:p>
    <w:p w14:paraId="3908339A" w14:textId="331023E7"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Lucy</w:t>
      </w:r>
      <w:r w:rsidR="00D23E9C" w:rsidRPr="009210F4">
        <w:rPr>
          <w:rFonts w:asciiTheme="majorHAnsi" w:hAnsiTheme="majorHAnsi" w:cstheme="majorHAnsi"/>
        </w:rPr>
        <w:t xml:space="preserve"> </w:t>
      </w:r>
      <w:r w:rsidRPr="009210F4">
        <w:rPr>
          <w:rFonts w:asciiTheme="majorHAnsi" w:hAnsiTheme="majorHAnsi" w:cstheme="majorHAnsi"/>
        </w:rPr>
        <w:t>14:44</w:t>
      </w:r>
    </w:p>
    <w:p w14:paraId="2C2FCF34" w14:textId="132D47EE"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 xml:space="preserve">Yeah, and there's nothing to say that these monks </w:t>
      </w:r>
      <w:r w:rsidR="00A72993" w:rsidRPr="009210F4">
        <w:rPr>
          <w:rFonts w:asciiTheme="majorHAnsi" w:hAnsiTheme="majorHAnsi" w:cstheme="majorHAnsi"/>
        </w:rPr>
        <w:t>c</w:t>
      </w:r>
      <w:r w:rsidRPr="009210F4">
        <w:rPr>
          <w:rFonts w:asciiTheme="majorHAnsi" w:hAnsiTheme="majorHAnsi" w:cstheme="majorHAnsi"/>
        </w:rPr>
        <w:t>an't</w:t>
      </w:r>
      <w:r w:rsidR="00773301" w:rsidRPr="009210F4">
        <w:rPr>
          <w:rFonts w:asciiTheme="majorHAnsi" w:hAnsiTheme="majorHAnsi" w:cstheme="majorHAnsi"/>
        </w:rPr>
        <w:t>,</w:t>
      </w:r>
      <w:r w:rsidRPr="009210F4">
        <w:rPr>
          <w:rFonts w:asciiTheme="majorHAnsi" w:hAnsiTheme="majorHAnsi" w:cstheme="majorHAnsi"/>
        </w:rPr>
        <w:t xml:space="preserve"> you know</w:t>
      </w:r>
      <w:r w:rsidR="00773301" w:rsidRPr="009210F4">
        <w:rPr>
          <w:rFonts w:asciiTheme="majorHAnsi" w:hAnsiTheme="majorHAnsi" w:cstheme="majorHAnsi"/>
        </w:rPr>
        <w:t>,</w:t>
      </w:r>
      <w:r w:rsidRPr="009210F4">
        <w:rPr>
          <w:rFonts w:asciiTheme="majorHAnsi" w:hAnsiTheme="majorHAnsi" w:cstheme="majorHAnsi"/>
        </w:rPr>
        <w:t xml:space="preserve"> we</w:t>
      </w:r>
      <w:r w:rsidR="00773301" w:rsidRPr="009210F4">
        <w:rPr>
          <w:rFonts w:asciiTheme="majorHAnsi" w:hAnsiTheme="majorHAnsi" w:cstheme="majorHAnsi"/>
        </w:rPr>
        <w:t xml:space="preserve"> </w:t>
      </w:r>
      <w:r w:rsidRPr="009210F4">
        <w:rPr>
          <w:rFonts w:asciiTheme="majorHAnsi" w:hAnsiTheme="majorHAnsi" w:cstheme="majorHAnsi"/>
        </w:rPr>
        <w:t>all</w:t>
      </w:r>
      <w:r w:rsidR="00773301" w:rsidRPr="009210F4">
        <w:rPr>
          <w:rFonts w:asciiTheme="majorHAnsi" w:hAnsiTheme="majorHAnsi" w:cstheme="majorHAnsi"/>
        </w:rPr>
        <w:t xml:space="preserve">, we’ve all got </w:t>
      </w:r>
      <w:r w:rsidRPr="009210F4">
        <w:rPr>
          <w:rFonts w:asciiTheme="majorHAnsi" w:hAnsiTheme="majorHAnsi" w:cstheme="majorHAnsi"/>
        </w:rPr>
        <w:t xml:space="preserve">that one </w:t>
      </w:r>
      <w:r w:rsidR="00773301" w:rsidRPr="009210F4">
        <w:rPr>
          <w:rFonts w:asciiTheme="majorHAnsi" w:hAnsiTheme="majorHAnsi" w:cstheme="majorHAnsi"/>
        </w:rPr>
        <w:t xml:space="preserve">mate who </w:t>
      </w:r>
      <w:r w:rsidRPr="009210F4">
        <w:rPr>
          <w:rFonts w:asciiTheme="majorHAnsi" w:hAnsiTheme="majorHAnsi" w:cstheme="majorHAnsi"/>
        </w:rPr>
        <w:t>over egg</w:t>
      </w:r>
      <w:r w:rsidR="00773301" w:rsidRPr="009210F4">
        <w:rPr>
          <w:rFonts w:asciiTheme="majorHAnsi" w:hAnsiTheme="majorHAnsi" w:cstheme="majorHAnsi"/>
        </w:rPr>
        <w:t>s</w:t>
      </w:r>
      <w:r w:rsidRPr="009210F4">
        <w:rPr>
          <w:rFonts w:asciiTheme="majorHAnsi" w:hAnsiTheme="majorHAnsi" w:cstheme="majorHAnsi"/>
        </w:rPr>
        <w:t xml:space="preserve"> the pudding</w:t>
      </w:r>
      <w:r w:rsidR="0066765D" w:rsidRPr="009210F4">
        <w:rPr>
          <w:rFonts w:asciiTheme="majorHAnsi" w:hAnsiTheme="majorHAnsi" w:cstheme="majorHAnsi"/>
        </w:rPr>
        <w:t xml:space="preserve"> with stories</w:t>
      </w:r>
      <w:r w:rsidR="00D23E9C" w:rsidRPr="009210F4">
        <w:rPr>
          <w:rFonts w:asciiTheme="majorHAnsi" w:hAnsiTheme="majorHAnsi" w:cstheme="majorHAnsi"/>
        </w:rPr>
        <w:t xml:space="preserve"> </w:t>
      </w:r>
      <w:r w:rsidR="0066765D" w:rsidRPr="009210F4">
        <w:rPr>
          <w:rFonts w:asciiTheme="majorHAnsi" w:hAnsiTheme="majorHAnsi" w:cstheme="majorHAnsi"/>
        </w:rPr>
        <w:t xml:space="preserve">a </w:t>
      </w:r>
      <w:r w:rsidRPr="009210F4">
        <w:rPr>
          <w:rFonts w:asciiTheme="majorHAnsi" w:hAnsiTheme="majorHAnsi" w:cstheme="majorHAnsi"/>
        </w:rPr>
        <w:t>little bit</w:t>
      </w:r>
      <w:r w:rsidR="0066765D" w:rsidRPr="009210F4">
        <w:rPr>
          <w:rFonts w:asciiTheme="majorHAnsi" w:hAnsiTheme="majorHAnsi" w:cstheme="majorHAnsi"/>
        </w:rPr>
        <w:t>, don’t we,</w:t>
      </w:r>
      <w:r w:rsidR="00D23E9C" w:rsidRPr="009210F4">
        <w:rPr>
          <w:rFonts w:asciiTheme="majorHAnsi" w:hAnsiTheme="majorHAnsi" w:cstheme="majorHAnsi"/>
        </w:rPr>
        <w:t xml:space="preserve"> </w:t>
      </w:r>
      <w:r w:rsidR="0066765D" w:rsidRPr="009210F4">
        <w:rPr>
          <w:rFonts w:asciiTheme="majorHAnsi" w:hAnsiTheme="majorHAnsi" w:cstheme="majorHAnsi"/>
        </w:rPr>
        <w:t xml:space="preserve">and </w:t>
      </w:r>
      <w:r w:rsidRPr="009210F4">
        <w:rPr>
          <w:rFonts w:asciiTheme="majorHAnsi" w:hAnsiTheme="majorHAnsi" w:cstheme="majorHAnsi"/>
        </w:rPr>
        <w:t xml:space="preserve">go like </w:t>
      </w:r>
      <w:r w:rsidR="0066765D" w:rsidRPr="009210F4">
        <w:rPr>
          <w:rFonts w:asciiTheme="majorHAnsi" w:hAnsiTheme="majorHAnsi" w:cstheme="majorHAnsi"/>
        </w:rPr>
        <w:t>‘</w:t>
      </w:r>
      <w:r w:rsidRPr="009210F4">
        <w:rPr>
          <w:rFonts w:asciiTheme="majorHAnsi" w:hAnsiTheme="majorHAnsi" w:cstheme="majorHAnsi"/>
        </w:rPr>
        <w:t xml:space="preserve">Oh, </w:t>
      </w:r>
      <w:r w:rsidR="0066765D" w:rsidRPr="009210F4">
        <w:rPr>
          <w:rFonts w:asciiTheme="majorHAnsi" w:hAnsiTheme="majorHAnsi" w:cstheme="majorHAnsi"/>
        </w:rPr>
        <w:t xml:space="preserve">Clarg the </w:t>
      </w:r>
      <w:r w:rsidRPr="009210F4">
        <w:rPr>
          <w:rFonts w:asciiTheme="majorHAnsi" w:hAnsiTheme="majorHAnsi" w:cstheme="majorHAnsi"/>
        </w:rPr>
        <w:t>monk</w:t>
      </w:r>
      <w:r w:rsidR="0066765D" w:rsidRPr="009210F4">
        <w:rPr>
          <w:rFonts w:asciiTheme="majorHAnsi" w:hAnsiTheme="majorHAnsi" w:cstheme="majorHAnsi"/>
        </w:rPr>
        <w:t>’</w:t>
      </w:r>
      <w:r w:rsidRPr="009210F4">
        <w:rPr>
          <w:rFonts w:asciiTheme="majorHAnsi" w:hAnsiTheme="majorHAnsi" w:cstheme="majorHAnsi"/>
        </w:rPr>
        <w:t xml:space="preserve">s </w:t>
      </w:r>
      <w:r w:rsidR="0066765D" w:rsidRPr="009210F4">
        <w:rPr>
          <w:rFonts w:asciiTheme="majorHAnsi" w:hAnsiTheme="majorHAnsi" w:cstheme="majorHAnsi"/>
        </w:rPr>
        <w:t xml:space="preserve">off on one </w:t>
      </w:r>
      <w:r w:rsidRPr="009210F4">
        <w:rPr>
          <w:rFonts w:asciiTheme="majorHAnsi" w:hAnsiTheme="majorHAnsi" w:cstheme="majorHAnsi"/>
        </w:rPr>
        <w:t>again</w:t>
      </w:r>
      <w:r w:rsidR="0066765D" w:rsidRPr="009210F4">
        <w:rPr>
          <w:rFonts w:asciiTheme="majorHAnsi" w:hAnsiTheme="majorHAnsi" w:cstheme="majorHAnsi"/>
        </w:rPr>
        <w:t>’, you know</w:t>
      </w:r>
    </w:p>
    <w:p w14:paraId="1EADAF2E" w14:textId="77777777" w:rsidR="00A72993" w:rsidRPr="009210F4" w:rsidRDefault="00A72993" w:rsidP="009210F4">
      <w:pPr>
        <w:pStyle w:val="NoSpacing"/>
        <w:rPr>
          <w:rFonts w:asciiTheme="majorHAnsi" w:hAnsiTheme="majorHAnsi" w:cstheme="majorHAnsi"/>
        </w:rPr>
      </w:pPr>
    </w:p>
    <w:p w14:paraId="412CD81B" w14:textId="4B2D29E9"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Daisy</w:t>
      </w:r>
      <w:r w:rsidR="00D23E9C" w:rsidRPr="009210F4">
        <w:rPr>
          <w:rFonts w:asciiTheme="majorHAnsi" w:hAnsiTheme="majorHAnsi" w:cstheme="majorHAnsi"/>
        </w:rPr>
        <w:t xml:space="preserve"> </w:t>
      </w:r>
      <w:r w:rsidRPr="009210F4">
        <w:rPr>
          <w:rFonts w:asciiTheme="majorHAnsi" w:hAnsiTheme="majorHAnsi" w:cstheme="majorHAnsi"/>
        </w:rPr>
        <w:t>14:56</w:t>
      </w:r>
    </w:p>
    <w:p w14:paraId="0DF4EEC2" w14:textId="108C80FB" w:rsidR="0066765D" w:rsidRPr="009210F4" w:rsidRDefault="0066765D" w:rsidP="009210F4">
      <w:pPr>
        <w:pStyle w:val="NoSpacing"/>
        <w:rPr>
          <w:rFonts w:asciiTheme="majorHAnsi" w:hAnsiTheme="majorHAnsi" w:cstheme="majorHAnsi"/>
        </w:rPr>
      </w:pPr>
      <w:r w:rsidRPr="009210F4">
        <w:rPr>
          <w:rFonts w:asciiTheme="majorHAnsi" w:hAnsiTheme="majorHAnsi" w:cstheme="majorHAnsi"/>
        </w:rPr>
        <w:t xml:space="preserve">But </w:t>
      </w:r>
      <w:r w:rsidR="00A72993" w:rsidRPr="009210F4">
        <w:rPr>
          <w:rFonts w:asciiTheme="majorHAnsi" w:hAnsiTheme="majorHAnsi" w:cstheme="majorHAnsi"/>
        </w:rPr>
        <w:t>also,</w:t>
      </w:r>
      <w:r w:rsidR="00F7615C" w:rsidRPr="009210F4">
        <w:rPr>
          <w:rFonts w:asciiTheme="majorHAnsi" w:hAnsiTheme="majorHAnsi" w:cstheme="majorHAnsi"/>
        </w:rPr>
        <w:t xml:space="preserve"> the monks </w:t>
      </w:r>
      <w:r w:rsidRPr="009210F4">
        <w:rPr>
          <w:rFonts w:asciiTheme="majorHAnsi" w:hAnsiTheme="majorHAnsi" w:cstheme="majorHAnsi"/>
        </w:rPr>
        <w:t xml:space="preserve">were </w:t>
      </w:r>
      <w:r w:rsidR="00F7615C" w:rsidRPr="009210F4">
        <w:rPr>
          <w:rFonts w:asciiTheme="majorHAnsi" w:hAnsiTheme="majorHAnsi" w:cstheme="majorHAnsi"/>
        </w:rPr>
        <w:t>essentially available to hire</w:t>
      </w:r>
    </w:p>
    <w:p w14:paraId="2C126118" w14:textId="77777777" w:rsidR="00A72993" w:rsidRPr="009210F4" w:rsidRDefault="00A72993" w:rsidP="009210F4">
      <w:pPr>
        <w:pStyle w:val="NoSpacing"/>
        <w:rPr>
          <w:rFonts w:asciiTheme="majorHAnsi" w:hAnsiTheme="majorHAnsi" w:cstheme="majorHAnsi"/>
        </w:rPr>
      </w:pPr>
    </w:p>
    <w:p w14:paraId="3A6349C0" w14:textId="35E93F71" w:rsidR="0066765D" w:rsidRPr="009210F4" w:rsidRDefault="0066765D" w:rsidP="009210F4">
      <w:pPr>
        <w:pStyle w:val="NoSpacing"/>
        <w:rPr>
          <w:rFonts w:asciiTheme="majorHAnsi" w:hAnsiTheme="majorHAnsi" w:cstheme="majorHAnsi"/>
        </w:rPr>
      </w:pPr>
      <w:r w:rsidRPr="009210F4">
        <w:rPr>
          <w:rFonts w:asciiTheme="majorHAnsi" w:hAnsiTheme="majorHAnsi" w:cstheme="majorHAnsi"/>
        </w:rPr>
        <w:t xml:space="preserve">Lucy: </w:t>
      </w:r>
      <w:r w:rsidR="00F7615C" w:rsidRPr="009210F4">
        <w:rPr>
          <w:rFonts w:asciiTheme="majorHAnsi" w:hAnsiTheme="majorHAnsi" w:cstheme="majorHAnsi"/>
        </w:rPr>
        <w:t xml:space="preserve">Yeah, </w:t>
      </w:r>
      <w:r w:rsidR="00A72993" w:rsidRPr="009210F4">
        <w:rPr>
          <w:rFonts w:asciiTheme="majorHAnsi" w:hAnsiTheme="majorHAnsi" w:cstheme="majorHAnsi"/>
        </w:rPr>
        <w:t>e</w:t>
      </w:r>
      <w:r w:rsidR="00F7615C" w:rsidRPr="009210F4">
        <w:rPr>
          <w:rFonts w:asciiTheme="majorHAnsi" w:hAnsiTheme="majorHAnsi" w:cstheme="majorHAnsi"/>
        </w:rPr>
        <w:t xml:space="preserve">xactly </w:t>
      </w:r>
    </w:p>
    <w:p w14:paraId="6BF613E9" w14:textId="77777777" w:rsidR="00A72993" w:rsidRPr="009210F4" w:rsidRDefault="00A72993" w:rsidP="009210F4">
      <w:pPr>
        <w:pStyle w:val="NoSpacing"/>
        <w:rPr>
          <w:rFonts w:asciiTheme="majorHAnsi" w:hAnsiTheme="majorHAnsi" w:cstheme="majorHAnsi"/>
        </w:rPr>
      </w:pPr>
    </w:p>
    <w:p w14:paraId="60340F26" w14:textId="27191E4A" w:rsidR="00991E93" w:rsidRPr="009210F4" w:rsidRDefault="0066765D" w:rsidP="009210F4">
      <w:pPr>
        <w:pStyle w:val="NoSpacing"/>
        <w:rPr>
          <w:rFonts w:asciiTheme="majorHAnsi" w:hAnsiTheme="majorHAnsi" w:cstheme="majorHAnsi"/>
        </w:rPr>
      </w:pPr>
      <w:r w:rsidRPr="009210F4">
        <w:rPr>
          <w:rFonts w:asciiTheme="majorHAnsi" w:hAnsiTheme="majorHAnsi" w:cstheme="majorHAnsi"/>
        </w:rPr>
        <w:t>Daisy: Y</w:t>
      </w:r>
      <w:r w:rsidR="00F7615C" w:rsidRPr="009210F4">
        <w:rPr>
          <w:rFonts w:asciiTheme="majorHAnsi" w:hAnsiTheme="majorHAnsi" w:cstheme="majorHAnsi"/>
        </w:rPr>
        <w:t>ou know, it was</w:t>
      </w:r>
      <w:r w:rsidR="00A72993" w:rsidRPr="009210F4">
        <w:rPr>
          <w:rFonts w:asciiTheme="majorHAnsi" w:hAnsiTheme="majorHAnsi" w:cstheme="majorHAnsi"/>
        </w:rPr>
        <w:t>,</w:t>
      </w:r>
      <w:r w:rsidR="00F7615C" w:rsidRPr="009210F4">
        <w:rPr>
          <w:rFonts w:asciiTheme="majorHAnsi" w:hAnsiTheme="majorHAnsi" w:cstheme="majorHAnsi"/>
        </w:rPr>
        <w:t xml:space="preserve"> it was for anyone who wanted the, you know, a story written down. </w:t>
      </w:r>
      <w:r w:rsidR="00A72993" w:rsidRPr="009210F4">
        <w:rPr>
          <w:rFonts w:asciiTheme="majorHAnsi" w:hAnsiTheme="majorHAnsi" w:cstheme="majorHAnsi"/>
        </w:rPr>
        <w:t>T</w:t>
      </w:r>
      <w:r w:rsidR="00F7615C" w:rsidRPr="009210F4">
        <w:rPr>
          <w:rFonts w:asciiTheme="majorHAnsi" w:hAnsiTheme="majorHAnsi" w:cstheme="majorHAnsi"/>
        </w:rPr>
        <w:t>here's a</w:t>
      </w:r>
      <w:r w:rsidR="00A72993" w:rsidRPr="009210F4">
        <w:rPr>
          <w:rFonts w:asciiTheme="majorHAnsi" w:hAnsiTheme="majorHAnsi" w:cstheme="majorHAnsi"/>
        </w:rPr>
        <w:t>,</w:t>
      </w:r>
      <w:r w:rsidR="00F7615C" w:rsidRPr="009210F4">
        <w:rPr>
          <w:rFonts w:asciiTheme="majorHAnsi" w:hAnsiTheme="majorHAnsi" w:cstheme="majorHAnsi"/>
        </w:rPr>
        <w:t xml:space="preserve"> there's a sketch in </w:t>
      </w:r>
      <w:r w:rsidRPr="009210F4">
        <w:rPr>
          <w:rFonts w:asciiTheme="majorHAnsi" w:hAnsiTheme="majorHAnsi" w:cstheme="majorHAnsi"/>
        </w:rPr>
        <w:t>H</w:t>
      </w:r>
      <w:r w:rsidR="00F7615C" w:rsidRPr="009210F4">
        <w:rPr>
          <w:rFonts w:asciiTheme="majorHAnsi" w:hAnsiTheme="majorHAnsi" w:cstheme="majorHAnsi"/>
        </w:rPr>
        <w:t xml:space="preserve">orrible </w:t>
      </w:r>
      <w:r w:rsidRPr="009210F4">
        <w:rPr>
          <w:rFonts w:asciiTheme="majorHAnsi" w:hAnsiTheme="majorHAnsi" w:cstheme="majorHAnsi"/>
        </w:rPr>
        <w:t>H</w:t>
      </w:r>
      <w:r w:rsidR="00F7615C" w:rsidRPr="009210F4">
        <w:rPr>
          <w:rFonts w:asciiTheme="majorHAnsi" w:hAnsiTheme="majorHAnsi" w:cstheme="majorHAnsi"/>
        </w:rPr>
        <w:t xml:space="preserve">istories where they kind of invade somewhere and they just keep going </w:t>
      </w:r>
      <w:r w:rsidR="0036371B" w:rsidRPr="009210F4">
        <w:rPr>
          <w:rFonts w:asciiTheme="majorHAnsi" w:hAnsiTheme="majorHAnsi" w:cstheme="majorHAnsi"/>
        </w:rPr>
        <w:t xml:space="preserve">‘come on, go on, write that I was really </w:t>
      </w:r>
      <w:r w:rsidR="00F7615C" w:rsidRPr="009210F4">
        <w:rPr>
          <w:rFonts w:asciiTheme="majorHAnsi" w:hAnsiTheme="majorHAnsi" w:cstheme="majorHAnsi"/>
        </w:rPr>
        <w:t>tall</w:t>
      </w:r>
      <w:r w:rsidR="0036371B" w:rsidRPr="009210F4">
        <w:rPr>
          <w:rFonts w:asciiTheme="majorHAnsi" w:hAnsiTheme="majorHAnsi" w:cstheme="majorHAnsi"/>
        </w:rPr>
        <w:t xml:space="preserve"> and brave and handsome</w:t>
      </w:r>
      <w:r w:rsidR="004B273A" w:rsidRPr="009210F4">
        <w:rPr>
          <w:rFonts w:asciiTheme="majorHAnsi" w:hAnsiTheme="majorHAnsi" w:cstheme="majorHAnsi"/>
        </w:rPr>
        <w:t>, go on, go on</w:t>
      </w:r>
      <w:r w:rsidR="0036371B" w:rsidRPr="009210F4">
        <w:rPr>
          <w:rFonts w:asciiTheme="majorHAnsi" w:hAnsiTheme="majorHAnsi" w:cstheme="majorHAnsi"/>
        </w:rPr>
        <w:t>’,</w:t>
      </w:r>
      <w:r w:rsidR="00D23E9C" w:rsidRPr="009210F4">
        <w:rPr>
          <w:rFonts w:asciiTheme="majorHAnsi" w:hAnsiTheme="majorHAnsi" w:cstheme="majorHAnsi"/>
        </w:rPr>
        <w:t xml:space="preserve"> </w:t>
      </w:r>
      <w:r w:rsidR="00F7615C" w:rsidRPr="009210F4">
        <w:rPr>
          <w:rFonts w:asciiTheme="majorHAnsi" w:hAnsiTheme="majorHAnsi" w:cstheme="majorHAnsi"/>
        </w:rPr>
        <w:t>It was kinda like tha</w:t>
      </w:r>
      <w:r w:rsidR="0036371B" w:rsidRPr="009210F4">
        <w:rPr>
          <w:rFonts w:asciiTheme="majorHAnsi" w:hAnsiTheme="majorHAnsi" w:cstheme="majorHAnsi"/>
        </w:rPr>
        <w:t>t.</w:t>
      </w:r>
    </w:p>
    <w:p w14:paraId="4C1F4483" w14:textId="77777777" w:rsidR="00A72993" w:rsidRPr="009210F4" w:rsidRDefault="00A72993" w:rsidP="009210F4">
      <w:pPr>
        <w:pStyle w:val="NoSpacing"/>
        <w:rPr>
          <w:rFonts w:asciiTheme="majorHAnsi" w:hAnsiTheme="majorHAnsi" w:cstheme="majorHAnsi"/>
        </w:rPr>
      </w:pPr>
    </w:p>
    <w:p w14:paraId="48361B6A" w14:textId="2AD518A5" w:rsidR="00991E93" w:rsidRPr="009210F4" w:rsidRDefault="00820759" w:rsidP="009210F4">
      <w:pPr>
        <w:pStyle w:val="NoSpacing"/>
        <w:rPr>
          <w:rFonts w:asciiTheme="majorHAnsi" w:hAnsiTheme="majorHAnsi" w:cstheme="majorHAnsi"/>
        </w:rPr>
      </w:pPr>
      <w:r w:rsidRPr="009210F4">
        <w:rPr>
          <w:rFonts w:asciiTheme="majorHAnsi" w:hAnsiTheme="majorHAnsi" w:cstheme="majorHAnsi"/>
        </w:rPr>
        <w:t xml:space="preserve">Kimmy </w:t>
      </w:r>
      <w:r w:rsidR="00F7615C" w:rsidRPr="009210F4">
        <w:rPr>
          <w:rFonts w:asciiTheme="majorHAnsi" w:hAnsiTheme="majorHAnsi" w:cstheme="majorHAnsi"/>
        </w:rPr>
        <w:t>5:15</w:t>
      </w:r>
    </w:p>
    <w:p w14:paraId="41CB691C" w14:textId="537BD863" w:rsidR="004B273A" w:rsidRPr="009210F4" w:rsidRDefault="00F7615C" w:rsidP="009210F4">
      <w:pPr>
        <w:pStyle w:val="NoSpacing"/>
        <w:rPr>
          <w:rFonts w:asciiTheme="majorHAnsi" w:hAnsiTheme="majorHAnsi" w:cstheme="majorHAnsi"/>
        </w:rPr>
      </w:pPr>
      <w:r w:rsidRPr="009210F4">
        <w:rPr>
          <w:rFonts w:asciiTheme="majorHAnsi" w:hAnsiTheme="majorHAnsi" w:cstheme="majorHAnsi"/>
        </w:rPr>
        <w:t>It's like that King, that Spanish King</w:t>
      </w:r>
      <w:r w:rsidR="004B273A" w:rsidRPr="009210F4">
        <w:rPr>
          <w:rFonts w:asciiTheme="majorHAnsi" w:hAnsiTheme="majorHAnsi" w:cstheme="majorHAnsi"/>
        </w:rPr>
        <w:t>, er,</w:t>
      </w:r>
      <w:r w:rsidR="00D23E9C" w:rsidRPr="009210F4">
        <w:rPr>
          <w:rFonts w:asciiTheme="majorHAnsi" w:hAnsiTheme="majorHAnsi" w:cstheme="majorHAnsi"/>
        </w:rPr>
        <w:t xml:space="preserve"> </w:t>
      </w:r>
      <w:r w:rsidRPr="009210F4">
        <w:rPr>
          <w:rFonts w:asciiTheme="majorHAnsi" w:hAnsiTheme="majorHAnsi" w:cstheme="majorHAnsi"/>
        </w:rPr>
        <w:t xml:space="preserve">can't remember his name, his, his portraits are different depending on who drew them </w:t>
      </w:r>
    </w:p>
    <w:p w14:paraId="5EE39582" w14:textId="77777777" w:rsidR="00A72993" w:rsidRPr="009210F4" w:rsidRDefault="00A72993" w:rsidP="009210F4">
      <w:pPr>
        <w:pStyle w:val="NoSpacing"/>
        <w:rPr>
          <w:rFonts w:asciiTheme="majorHAnsi" w:hAnsiTheme="majorHAnsi" w:cstheme="majorHAnsi"/>
        </w:rPr>
      </w:pPr>
    </w:p>
    <w:p w14:paraId="4EE6523F" w14:textId="669435DF" w:rsidR="004B273A" w:rsidRPr="009210F4" w:rsidRDefault="004B273A" w:rsidP="009210F4">
      <w:pPr>
        <w:pStyle w:val="NoSpacing"/>
        <w:rPr>
          <w:rFonts w:asciiTheme="majorHAnsi" w:hAnsiTheme="majorHAnsi" w:cstheme="majorHAnsi"/>
        </w:rPr>
      </w:pPr>
      <w:r w:rsidRPr="009210F4">
        <w:rPr>
          <w:rFonts w:asciiTheme="majorHAnsi" w:hAnsiTheme="majorHAnsi" w:cstheme="majorHAnsi"/>
        </w:rPr>
        <w:t xml:space="preserve">Lucy: </w:t>
      </w:r>
      <w:r w:rsidR="00F7615C" w:rsidRPr="009210F4">
        <w:rPr>
          <w:rFonts w:asciiTheme="majorHAnsi" w:hAnsiTheme="majorHAnsi" w:cstheme="majorHAnsi"/>
        </w:rPr>
        <w:t xml:space="preserve">Yes </w:t>
      </w:r>
    </w:p>
    <w:p w14:paraId="2D2CA33D" w14:textId="77777777" w:rsidR="00A72993" w:rsidRPr="009210F4" w:rsidRDefault="00A72993" w:rsidP="009210F4">
      <w:pPr>
        <w:pStyle w:val="NoSpacing"/>
        <w:rPr>
          <w:rFonts w:asciiTheme="majorHAnsi" w:hAnsiTheme="majorHAnsi" w:cstheme="majorHAnsi"/>
        </w:rPr>
      </w:pPr>
    </w:p>
    <w:p w14:paraId="5B2B1D0E" w14:textId="3BF67724" w:rsidR="004B273A" w:rsidRPr="009210F4" w:rsidRDefault="00820759" w:rsidP="009210F4">
      <w:pPr>
        <w:pStyle w:val="NoSpacing"/>
        <w:rPr>
          <w:rFonts w:asciiTheme="majorHAnsi" w:hAnsiTheme="majorHAnsi" w:cstheme="majorHAnsi"/>
        </w:rPr>
      </w:pPr>
      <w:r w:rsidRPr="009210F4">
        <w:rPr>
          <w:rFonts w:asciiTheme="majorHAnsi" w:hAnsiTheme="majorHAnsi" w:cstheme="majorHAnsi"/>
        </w:rPr>
        <w:t>Kimmy:</w:t>
      </w:r>
      <w:r w:rsidR="004B273A" w:rsidRPr="009210F4">
        <w:rPr>
          <w:rFonts w:asciiTheme="majorHAnsi" w:hAnsiTheme="majorHAnsi" w:cstheme="majorHAnsi"/>
        </w:rPr>
        <w:t xml:space="preserve"> He’s got</w:t>
      </w:r>
      <w:r w:rsidR="00D23E9C" w:rsidRPr="009210F4">
        <w:rPr>
          <w:rFonts w:asciiTheme="majorHAnsi" w:hAnsiTheme="majorHAnsi" w:cstheme="majorHAnsi"/>
        </w:rPr>
        <w:t xml:space="preserve"> </w:t>
      </w:r>
      <w:r w:rsidR="004B273A" w:rsidRPr="009210F4">
        <w:rPr>
          <w:rFonts w:asciiTheme="majorHAnsi" w:hAnsiTheme="majorHAnsi" w:cstheme="majorHAnsi"/>
        </w:rPr>
        <w:t xml:space="preserve">a </w:t>
      </w:r>
      <w:r w:rsidR="00A72993" w:rsidRPr="009210F4">
        <w:rPr>
          <w:rFonts w:asciiTheme="majorHAnsi" w:hAnsiTheme="majorHAnsi" w:cstheme="majorHAnsi"/>
        </w:rPr>
        <w:t>v</w:t>
      </w:r>
      <w:r w:rsidR="00F7615C" w:rsidRPr="009210F4">
        <w:rPr>
          <w:rFonts w:asciiTheme="majorHAnsi" w:hAnsiTheme="majorHAnsi" w:cstheme="majorHAnsi"/>
        </w:rPr>
        <w:t>ery and his, his, bless his heart</w:t>
      </w:r>
      <w:r w:rsidR="004B273A" w:rsidRPr="009210F4">
        <w:rPr>
          <w:rFonts w:asciiTheme="majorHAnsi" w:hAnsiTheme="majorHAnsi" w:cstheme="majorHAnsi"/>
        </w:rPr>
        <w:t>, y</w:t>
      </w:r>
      <w:r w:rsidR="00F7615C" w:rsidRPr="009210F4">
        <w:rPr>
          <w:rFonts w:asciiTheme="majorHAnsi" w:hAnsiTheme="majorHAnsi" w:cstheme="majorHAnsi"/>
        </w:rPr>
        <w:t xml:space="preserve">ou know, </w:t>
      </w:r>
      <w:r w:rsidR="004B273A" w:rsidRPr="009210F4">
        <w:rPr>
          <w:rFonts w:asciiTheme="majorHAnsi" w:hAnsiTheme="majorHAnsi" w:cstheme="majorHAnsi"/>
        </w:rPr>
        <w:t xml:space="preserve">he isn’t, </w:t>
      </w:r>
      <w:r w:rsidR="00F7615C" w:rsidRPr="009210F4">
        <w:rPr>
          <w:rFonts w:asciiTheme="majorHAnsi" w:hAnsiTheme="majorHAnsi" w:cstheme="majorHAnsi"/>
        </w:rPr>
        <w:t>like, conventionally attractive</w:t>
      </w:r>
    </w:p>
    <w:p w14:paraId="7B00EB6B" w14:textId="77777777" w:rsidR="00A72993" w:rsidRPr="009210F4" w:rsidRDefault="00A72993" w:rsidP="009210F4">
      <w:pPr>
        <w:pStyle w:val="NoSpacing"/>
        <w:rPr>
          <w:rFonts w:asciiTheme="majorHAnsi" w:hAnsiTheme="majorHAnsi" w:cstheme="majorHAnsi"/>
        </w:rPr>
      </w:pPr>
    </w:p>
    <w:p w14:paraId="51C12F81" w14:textId="794584B4" w:rsidR="004B273A" w:rsidRPr="009210F4" w:rsidRDefault="004B273A" w:rsidP="009210F4">
      <w:pPr>
        <w:pStyle w:val="NoSpacing"/>
        <w:rPr>
          <w:rFonts w:asciiTheme="majorHAnsi" w:hAnsiTheme="majorHAnsi" w:cstheme="majorHAnsi"/>
        </w:rPr>
      </w:pPr>
      <w:r w:rsidRPr="009210F4">
        <w:rPr>
          <w:rFonts w:asciiTheme="majorHAnsi" w:hAnsiTheme="majorHAnsi" w:cstheme="majorHAnsi"/>
        </w:rPr>
        <w:t xml:space="preserve">Lucy: No {laughter} </w:t>
      </w:r>
    </w:p>
    <w:p w14:paraId="576C1234" w14:textId="77777777" w:rsidR="00A72993" w:rsidRPr="009210F4" w:rsidRDefault="00A72993" w:rsidP="009210F4">
      <w:pPr>
        <w:pStyle w:val="NoSpacing"/>
        <w:rPr>
          <w:rFonts w:asciiTheme="majorHAnsi" w:hAnsiTheme="majorHAnsi" w:cstheme="majorHAnsi"/>
        </w:rPr>
      </w:pPr>
    </w:p>
    <w:p w14:paraId="5EC69FF3" w14:textId="294DA4FF" w:rsidR="00991E93" w:rsidRPr="009210F4" w:rsidRDefault="00820759" w:rsidP="009210F4">
      <w:pPr>
        <w:pStyle w:val="NoSpacing"/>
        <w:rPr>
          <w:rFonts w:asciiTheme="majorHAnsi" w:hAnsiTheme="majorHAnsi" w:cstheme="majorHAnsi"/>
        </w:rPr>
      </w:pPr>
      <w:r w:rsidRPr="009210F4">
        <w:rPr>
          <w:rFonts w:asciiTheme="majorHAnsi" w:hAnsiTheme="majorHAnsi" w:cstheme="majorHAnsi"/>
        </w:rPr>
        <w:t>Kimmy:</w:t>
      </w:r>
      <w:r w:rsidR="00D23E9C" w:rsidRPr="009210F4">
        <w:rPr>
          <w:rFonts w:asciiTheme="majorHAnsi" w:hAnsiTheme="majorHAnsi" w:cstheme="majorHAnsi"/>
        </w:rPr>
        <w:t xml:space="preserve"> </w:t>
      </w:r>
      <w:r w:rsidR="004B273A" w:rsidRPr="009210F4">
        <w:rPr>
          <w:rFonts w:asciiTheme="majorHAnsi" w:hAnsiTheme="majorHAnsi" w:cstheme="majorHAnsi"/>
        </w:rPr>
        <w:t>y</w:t>
      </w:r>
      <w:r w:rsidR="00F7615C" w:rsidRPr="009210F4">
        <w:rPr>
          <w:rFonts w:asciiTheme="majorHAnsi" w:hAnsiTheme="majorHAnsi" w:cstheme="majorHAnsi"/>
        </w:rPr>
        <w:t xml:space="preserve">ou know, well, you know, his mama loved his face. And </w:t>
      </w:r>
      <w:r w:rsidR="00A72993" w:rsidRPr="009210F4">
        <w:rPr>
          <w:rFonts w:asciiTheme="majorHAnsi" w:hAnsiTheme="majorHAnsi" w:cstheme="majorHAnsi"/>
        </w:rPr>
        <w:t>so,</w:t>
      </w:r>
      <w:r w:rsidR="00F7615C" w:rsidRPr="009210F4">
        <w:rPr>
          <w:rFonts w:asciiTheme="majorHAnsi" w:hAnsiTheme="majorHAnsi" w:cstheme="majorHAnsi"/>
        </w:rPr>
        <w:t xml:space="preserve"> depending on who did his portrait, some people were generous with his underbite</w:t>
      </w:r>
      <w:r w:rsidR="00AE743D" w:rsidRPr="009210F4">
        <w:rPr>
          <w:rFonts w:asciiTheme="majorHAnsi" w:hAnsiTheme="majorHAnsi" w:cstheme="majorHAnsi"/>
        </w:rPr>
        <w:t>, a</w:t>
      </w:r>
      <w:r w:rsidR="00F7615C" w:rsidRPr="009210F4">
        <w:rPr>
          <w:rFonts w:asciiTheme="majorHAnsi" w:hAnsiTheme="majorHAnsi" w:cstheme="majorHAnsi"/>
        </w:rPr>
        <w:t xml:space="preserve">nd some people just </w:t>
      </w:r>
      <w:r w:rsidR="00AE743D" w:rsidRPr="009210F4">
        <w:rPr>
          <w:rFonts w:asciiTheme="majorHAnsi" w:hAnsiTheme="majorHAnsi" w:cstheme="majorHAnsi"/>
        </w:rPr>
        <w:t xml:space="preserve">weren’t </w:t>
      </w:r>
      <w:r w:rsidR="00F7615C" w:rsidRPr="009210F4">
        <w:rPr>
          <w:rFonts w:asciiTheme="majorHAnsi" w:hAnsiTheme="majorHAnsi" w:cstheme="majorHAnsi"/>
        </w:rPr>
        <w:t>and</w:t>
      </w:r>
      <w:r w:rsidR="00AE743D" w:rsidRPr="009210F4">
        <w:rPr>
          <w:rFonts w:asciiTheme="majorHAnsi" w:hAnsiTheme="majorHAnsi" w:cstheme="majorHAnsi"/>
        </w:rPr>
        <w:t>,</w:t>
      </w:r>
      <w:r w:rsidR="00F7615C" w:rsidRPr="009210F4">
        <w:rPr>
          <w:rFonts w:asciiTheme="majorHAnsi" w:hAnsiTheme="majorHAnsi" w:cstheme="majorHAnsi"/>
        </w:rPr>
        <w:t xml:space="preserve"> you know, I believe it </w:t>
      </w:r>
      <w:r w:rsidR="00AE743D" w:rsidRPr="009210F4">
        <w:rPr>
          <w:rFonts w:asciiTheme="majorHAnsi" w:hAnsiTheme="majorHAnsi" w:cstheme="majorHAnsi"/>
        </w:rPr>
        <w:t xml:space="preserve">depends on, so </w:t>
      </w:r>
      <w:r w:rsidR="00F7615C" w:rsidRPr="009210F4">
        <w:rPr>
          <w:rFonts w:asciiTheme="majorHAnsi" w:hAnsiTheme="majorHAnsi" w:cstheme="majorHAnsi"/>
        </w:rPr>
        <w:t xml:space="preserve">history was written by </w:t>
      </w:r>
      <w:r w:rsidR="00AE743D" w:rsidRPr="009210F4">
        <w:rPr>
          <w:rFonts w:asciiTheme="majorHAnsi" w:hAnsiTheme="majorHAnsi" w:cstheme="majorHAnsi"/>
        </w:rPr>
        <w:t xml:space="preserve">either </w:t>
      </w:r>
      <w:r w:rsidR="00F7615C" w:rsidRPr="009210F4">
        <w:rPr>
          <w:rFonts w:asciiTheme="majorHAnsi" w:hAnsiTheme="majorHAnsi" w:cstheme="majorHAnsi"/>
        </w:rPr>
        <w:t xml:space="preserve">the victor, or the person who was paid to write </w:t>
      </w:r>
      <w:r w:rsidR="00AE743D" w:rsidRPr="009210F4">
        <w:rPr>
          <w:rFonts w:asciiTheme="majorHAnsi" w:hAnsiTheme="majorHAnsi" w:cstheme="majorHAnsi"/>
        </w:rPr>
        <w:t xml:space="preserve">it </w:t>
      </w:r>
      <w:r w:rsidR="00F7615C" w:rsidRPr="009210F4">
        <w:rPr>
          <w:rFonts w:asciiTheme="majorHAnsi" w:hAnsiTheme="majorHAnsi" w:cstheme="majorHAnsi"/>
        </w:rPr>
        <w:t>flatteringly, I</w:t>
      </w:r>
      <w:r w:rsidR="00AE743D" w:rsidRPr="009210F4">
        <w:rPr>
          <w:rFonts w:asciiTheme="majorHAnsi" w:hAnsiTheme="majorHAnsi" w:cstheme="majorHAnsi"/>
        </w:rPr>
        <w:t xml:space="preserve"> believe </w:t>
      </w:r>
    </w:p>
    <w:p w14:paraId="04F32371" w14:textId="77777777" w:rsidR="00991E93" w:rsidRPr="009210F4" w:rsidRDefault="00991E93" w:rsidP="009210F4">
      <w:pPr>
        <w:pStyle w:val="NoSpacing"/>
        <w:rPr>
          <w:rFonts w:asciiTheme="majorHAnsi" w:hAnsiTheme="majorHAnsi" w:cstheme="majorHAnsi"/>
        </w:rPr>
      </w:pPr>
    </w:p>
    <w:p w14:paraId="7EA36AAE" w14:textId="077AF673" w:rsidR="00991E93" w:rsidRPr="009210F4" w:rsidRDefault="00AE743D" w:rsidP="009210F4">
      <w:pPr>
        <w:pStyle w:val="NoSpacing"/>
        <w:rPr>
          <w:rFonts w:asciiTheme="majorHAnsi" w:hAnsiTheme="majorHAnsi" w:cstheme="majorHAnsi"/>
        </w:rPr>
      </w:pPr>
      <w:r w:rsidRPr="009210F4">
        <w:rPr>
          <w:rFonts w:asciiTheme="majorHAnsi" w:hAnsiTheme="majorHAnsi" w:cstheme="majorHAnsi"/>
        </w:rPr>
        <w:t xml:space="preserve">Alice </w:t>
      </w:r>
      <w:r w:rsidR="00F7615C" w:rsidRPr="009210F4">
        <w:rPr>
          <w:rFonts w:asciiTheme="majorHAnsi" w:hAnsiTheme="majorHAnsi" w:cstheme="majorHAnsi"/>
        </w:rPr>
        <w:t>15:57</w:t>
      </w:r>
    </w:p>
    <w:p w14:paraId="5E40A419" w14:textId="134D5220" w:rsidR="00991E93" w:rsidRPr="009210F4" w:rsidRDefault="00AE743D" w:rsidP="009210F4">
      <w:pPr>
        <w:pStyle w:val="NoSpacing"/>
        <w:rPr>
          <w:rFonts w:asciiTheme="majorHAnsi" w:hAnsiTheme="majorHAnsi" w:cstheme="majorHAnsi"/>
        </w:rPr>
      </w:pPr>
      <w:r w:rsidRPr="009210F4">
        <w:rPr>
          <w:rFonts w:asciiTheme="majorHAnsi" w:hAnsiTheme="majorHAnsi" w:cstheme="majorHAnsi"/>
        </w:rPr>
        <w:t>Y</w:t>
      </w:r>
      <w:r w:rsidR="00F7615C" w:rsidRPr="009210F4">
        <w:rPr>
          <w:rFonts w:asciiTheme="majorHAnsi" w:hAnsiTheme="majorHAnsi" w:cstheme="majorHAnsi"/>
        </w:rPr>
        <w:t>eah</w:t>
      </w:r>
    </w:p>
    <w:p w14:paraId="70E43BE7" w14:textId="77777777" w:rsidR="00991E93" w:rsidRPr="009210F4" w:rsidRDefault="00991E93" w:rsidP="009210F4">
      <w:pPr>
        <w:pStyle w:val="NoSpacing"/>
        <w:rPr>
          <w:rFonts w:asciiTheme="majorHAnsi" w:hAnsiTheme="majorHAnsi" w:cstheme="majorHAnsi"/>
        </w:rPr>
      </w:pPr>
    </w:p>
    <w:p w14:paraId="7EDB118A" w14:textId="10F50B54"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Lucy</w:t>
      </w:r>
      <w:r w:rsidR="00D23E9C" w:rsidRPr="009210F4">
        <w:rPr>
          <w:rFonts w:asciiTheme="majorHAnsi" w:hAnsiTheme="majorHAnsi" w:cstheme="majorHAnsi"/>
        </w:rPr>
        <w:t xml:space="preserve"> </w:t>
      </w:r>
      <w:r w:rsidRPr="009210F4">
        <w:rPr>
          <w:rFonts w:asciiTheme="majorHAnsi" w:hAnsiTheme="majorHAnsi" w:cstheme="majorHAnsi"/>
        </w:rPr>
        <w:t>15:58</w:t>
      </w:r>
    </w:p>
    <w:p w14:paraId="353CC874" w14:textId="2B04C5CA" w:rsidR="00991E93" w:rsidRPr="009210F4" w:rsidRDefault="00A72993" w:rsidP="009210F4">
      <w:pPr>
        <w:pStyle w:val="NoSpacing"/>
        <w:rPr>
          <w:rFonts w:asciiTheme="majorHAnsi" w:hAnsiTheme="majorHAnsi" w:cstheme="majorHAnsi"/>
        </w:rPr>
      </w:pPr>
      <w:r w:rsidRPr="009210F4">
        <w:rPr>
          <w:rFonts w:asciiTheme="majorHAnsi" w:hAnsiTheme="majorHAnsi" w:cstheme="majorHAnsi"/>
        </w:rPr>
        <w:t>Y</w:t>
      </w:r>
      <w:r w:rsidR="00F7615C" w:rsidRPr="009210F4">
        <w:rPr>
          <w:rFonts w:asciiTheme="majorHAnsi" w:hAnsiTheme="majorHAnsi" w:cstheme="majorHAnsi"/>
        </w:rPr>
        <w:t xml:space="preserve">eah. Daisy, it's a bit like me saying to somebody who's writing my autobiography, </w:t>
      </w:r>
      <w:r w:rsidR="00AE743D" w:rsidRPr="009210F4">
        <w:rPr>
          <w:rFonts w:asciiTheme="majorHAnsi" w:hAnsiTheme="majorHAnsi" w:cstheme="majorHAnsi"/>
        </w:rPr>
        <w:t>‘</w:t>
      </w:r>
      <w:r w:rsidR="00F7615C" w:rsidRPr="009210F4">
        <w:rPr>
          <w:rFonts w:asciiTheme="majorHAnsi" w:hAnsiTheme="majorHAnsi" w:cstheme="majorHAnsi"/>
        </w:rPr>
        <w:t>tell them I could walk and tell them I had really long legs</w:t>
      </w:r>
      <w:r w:rsidR="00AE743D" w:rsidRPr="009210F4">
        <w:rPr>
          <w:rFonts w:asciiTheme="majorHAnsi" w:hAnsiTheme="majorHAnsi" w:cstheme="majorHAnsi"/>
        </w:rPr>
        <w:t>’</w:t>
      </w:r>
      <w:r w:rsidR="00F7615C" w:rsidRPr="009210F4">
        <w:rPr>
          <w:rFonts w:asciiTheme="majorHAnsi" w:hAnsiTheme="majorHAnsi" w:cstheme="majorHAnsi"/>
        </w:rPr>
        <w:t>, isn't it? You know</w:t>
      </w:r>
      <w:r w:rsidR="00AE743D" w:rsidRPr="009210F4">
        <w:rPr>
          <w:rFonts w:asciiTheme="majorHAnsi" w:hAnsiTheme="majorHAnsi" w:cstheme="majorHAnsi"/>
        </w:rPr>
        <w:t xml:space="preserve"> {laughter} </w:t>
      </w:r>
    </w:p>
    <w:p w14:paraId="77E2E493" w14:textId="77777777" w:rsidR="00991E93" w:rsidRPr="009210F4" w:rsidRDefault="00991E93" w:rsidP="009210F4">
      <w:pPr>
        <w:pStyle w:val="NoSpacing"/>
        <w:rPr>
          <w:rFonts w:asciiTheme="majorHAnsi" w:hAnsiTheme="majorHAnsi" w:cstheme="majorHAnsi"/>
        </w:rPr>
      </w:pPr>
    </w:p>
    <w:p w14:paraId="5667E4D2" w14:textId="20F6DE62"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Alice</w:t>
      </w:r>
      <w:r w:rsidR="00D23E9C" w:rsidRPr="009210F4">
        <w:rPr>
          <w:rFonts w:asciiTheme="majorHAnsi" w:hAnsiTheme="majorHAnsi" w:cstheme="majorHAnsi"/>
        </w:rPr>
        <w:t xml:space="preserve"> </w:t>
      </w:r>
      <w:r w:rsidRPr="009210F4">
        <w:rPr>
          <w:rFonts w:asciiTheme="majorHAnsi" w:hAnsiTheme="majorHAnsi" w:cstheme="majorHAnsi"/>
        </w:rPr>
        <w:t>16:11</w:t>
      </w:r>
    </w:p>
    <w:p w14:paraId="6AC22B39" w14:textId="7124A6C7"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I mean, is that</w:t>
      </w:r>
      <w:r w:rsidR="00A72993" w:rsidRPr="009210F4">
        <w:rPr>
          <w:rFonts w:asciiTheme="majorHAnsi" w:hAnsiTheme="majorHAnsi" w:cstheme="majorHAnsi"/>
        </w:rPr>
        <w:t>,</w:t>
      </w:r>
      <w:r w:rsidRPr="009210F4">
        <w:rPr>
          <w:rFonts w:asciiTheme="majorHAnsi" w:hAnsiTheme="majorHAnsi" w:cstheme="majorHAnsi"/>
        </w:rPr>
        <w:t xml:space="preserve"> is there a difference between kind of bending and stretching the truth for storytelling</w:t>
      </w:r>
      <w:r w:rsidR="00AE743D" w:rsidRPr="009210F4">
        <w:rPr>
          <w:rFonts w:asciiTheme="majorHAnsi" w:hAnsiTheme="majorHAnsi" w:cstheme="majorHAnsi"/>
        </w:rPr>
        <w:t xml:space="preserve"> and </w:t>
      </w:r>
      <w:r w:rsidRPr="009210F4">
        <w:rPr>
          <w:rFonts w:asciiTheme="majorHAnsi" w:hAnsiTheme="majorHAnsi" w:cstheme="majorHAnsi"/>
        </w:rPr>
        <w:t>just flat out lying</w:t>
      </w:r>
      <w:r w:rsidR="00760483" w:rsidRPr="009210F4">
        <w:rPr>
          <w:rFonts w:asciiTheme="majorHAnsi" w:hAnsiTheme="majorHAnsi" w:cstheme="majorHAnsi"/>
        </w:rPr>
        <w:t xml:space="preserve">, Lucy </w:t>
      </w:r>
    </w:p>
    <w:p w14:paraId="360108DE" w14:textId="77777777" w:rsidR="00991E93" w:rsidRPr="009210F4" w:rsidRDefault="00991E93" w:rsidP="009210F4">
      <w:pPr>
        <w:pStyle w:val="NoSpacing"/>
        <w:rPr>
          <w:rFonts w:asciiTheme="majorHAnsi" w:hAnsiTheme="majorHAnsi" w:cstheme="majorHAnsi"/>
        </w:rPr>
      </w:pPr>
    </w:p>
    <w:p w14:paraId="60BDFA59" w14:textId="4A359886"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Daisy</w:t>
      </w:r>
      <w:r w:rsidR="00D23E9C" w:rsidRPr="009210F4">
        <w:rPr>
          <w:rFonts w:asciiTheme="majorHAnsi" w:hAnsiTheme="majorHAnsi" w:cstheme="majorHAnsi"/>
        </w:rPr>
        <w:t xml:space="preserve"> </w:t>
      </w:r>
      <w:r w:rsidRPr="009210F4">
        <w:rPr>
          <w:rFonts w:asciiTheme="majorHAnsi" w:hAnsiTheme="majorHAnsi" w:cstheme="majorHAnsi"/>
        </w:rPr>
        <w:t>16:22</w:t>
      </w:r>
    </w:p>
    <w:p w14:paraId="48A89E7C" w14:textId="77777777" w:rsidR="00760483" w:rsidRPr="009210F4" w:rsidRDefault="00F7615C" w:rsidP="009210F4">
      <w:pPr>
        <w:pStyle w:val="NoSpacing"/>
        <w:rPr>
          <w:rFonts w:asciiTheme="majorHAnsi" w:hAnsiTheme="majorHAnsi" w:cstheme="majorHAnsi"/>
        </w:rPr>
      </w:pPr>
      <w:r w:rsidRPr="009210F4">
        <w:rPr>
          <w:rFonts w:asciiTheme="majorHAnsi" w:hAnsiTheme="majorHAnsi" w:cstheme="majorHAnsi"/>
        </w:rPr>
        <w:t xml:space="preserve">There are a couple of things within the story that we do sort of pretty much know have been massaged </w:t>
      </w:r>
    </w:p>
    <w:p w14:paraId="0E4148E9" w14:textId="77777777" w:rsidR="00256CFC" w:rsidRPr="009210F4" w:rsidRDefault="00256CFC" w:rsidP="009210F4">
      <w:pPr>
        <w:pStyle w:val="NoSpacing"/>
        <w:rPr>
          <w:rFonts w:asciiTheme="majorHAnsi" w:hAnsiTheme="majorHAnsi" w:cstheme="majorHAnsi"/>
        </w:rPr>
      </w:pPr>
    </w:p>
    <w:p w14:paraId="733A1008" w14:textId="41D7C8DB" w:rsidR="00991E93" w:rsidRPr="009210F4" w:rsidRDefault="00760483" w:rsidP="009210F4">
      <w:pPr>
        <w:pStyle w:val="NoSpacing"/>
        <w:rPr>
          <w:rFonts w:asciiTheme="majorHAnsi" w:hAnsiTheme="majorHAnsi" w:cstheme="majorHAnsi"/>
        </w:rPr>
      </w:pPr>
      <w:r w:rsidRPr="009210F4">
        <w:rPr>
          <w:rFonts w:asciiTheme="majorHAnsi" w:hAnsiTheme="majorHAnsi" w:cstheme="majorHAnsi"/>
        </w:rPr>
        <w:t xml:space="preserve">Lucy: </w:t>
      </w:r>
      <w:r w:rsidR="00A72993" w:rsidRPr="009210F4">
        <w:rPr>
          <w:rFonts w:asciiTheme="majorHAnsi" w:hAnsiTheme="majorHAnsi" w:cstheme="majorHAnsi"/>
        </w:rPr>
        <w:t>OK</w:t>
      </w:r>
    </w:p>
    <w:p w14:paraId="1585EBBC" w14:textId="77777777" w:rsidR="00991E93" w:rsidRPr="009210F4" w:rsidRDefault="00991E93" w:rsidP="009210F4">
      <w:pPr>
        <w:pStyle w:val="NoSpacing"/>
        <w:rPr>
          <w:rFonts w:asciiTheme="majorHAnsi" w:hAnsiTheme="majorHAnsi" w:cstheme="majorHAnsi"/>
        </w:rPr>
      </w:pPr>
    </w:p>
    <w:p w14:paraId="4DB14345" w14:textId="7996D3D4" w:rsidR="00991E93" w:rsidRPr="009210F4" w:rsidRDefault="00820759" w:rsidP="009210F4">
      <w:pPr>
        <w:pStyle w:val="NoSpacing"/>
        <w:rPr>
          <w:rFonts w:asciiTheme="majorHAnsi" w:hAnsiTheme="majorHAnsi" w:cstheme="majorHAnsi"/>
        </w:rPr>
      </w:pPr>
      <w:r w:rsidRPr="009210F4">
        <w:rPr>
          <w:rFonts w:asciiTheme="majorHAnsi" w:hAnsiTheme="majorHAnsi" w:cstheme="majorHAnsi"/>
        </w:rPr>
        <w:t xml:space="preserve">Kimmy </w:t>
      </w:r>
      <w:r w:rsidR="00F7615C" w:rsidRPr="009210F4">
        <w:rPr>
          <w:rFonts w:asciiTheme="majorHAnsi" w:hAnsiTheme="majorHAnsi" w:cstheme="majorHAnsi"/>
        </w:rPr>
        <w:t>16:29</w:t>
      </w:r>
    </w:p>
    <w:p w14:paraId="246E7BD8" w14:textId="63A52FF9"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massage, I love that</w:t>
      </w:r>
      <w:r w:rsidR="00C05BFB" w:rsidRPr="009210F4">
        <w:rPr>
          <w:rFonts w:asciiTheme="majorHAnsi" w:hAnsiTheme="majorHAnsi" w:cstheme="majorHAnsi"/>
        </w:rPr>
        <w:t xml:space="preserve"> {laughter}</w:t>
      </w:r>
    </w:p>
    <w:p w14:paraId="3D91D5C6" w14:textId="77777777" w:rsidR="00991E93" w:rsidRPr="009210F4" w:rsidRDefault="00991E93" w:rsidP="009210F4">
      <w:pPr>
        <w:pStyle w:val="NoSpacing"/>
        <w:rPr>
          <w:rFonts w:asciiTheme="majorHAnsi" w:hAnsiTheme="majorHAnsi" w:cstheme="majorHAnsi"/>
        </w:rPr>
      </w:pPr>
    </w:p>
    <w:p w14:paraId="1EC2F1A3" w14:textId="1780C4F0"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Daisy</w:t>
      </w:r>
      <w:r w:rsidR="00D23E9C" w:rsidRPr="009210F4">
        <w:rPr>
          <w:rFonts w:asciiTheme="majorHAnsi" w:hAnsiTheme="majorHAnsi" w:cstheme="majorHAnsi"/>
        </w:rPr>
        <w:t xml:space="preserve"> </w:t>
      </w:r>
      <w:r w:rsidRPr="009210F4">
        <w:rPr>
          <w:rFonts w:asciiTheme="majorHAnsi" w:hAnsiTheme="majorHAnsi" w:cstheme="majorHAnsi"/>
        </w:rPr>
        <w:t>16:33</w:t>
      </w:r>
    </w:p>
    <w:p w14:paraId="37BCB27D" w14:textId="74C2E56C"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But yeah, so not</w:t>
      </w:r>
      <w:r w:rsidR="00256CFC" w:rsidRPr="009210F4">
        <w:rPr>
          <w:rFonts w:asciiTheme="majorHAnsi" w:hAnsiTheme="majorHAnsi" w:cstheme="majorHAnsi"/>
        </w:rPr>
        <w:t>,</w:t>
      </w:r>
      <w:r w:rsidRPr="009210F4">
        <w:rPr>
          <w:rFonts w:asciiTheme="majorHAnsi" w:hAnsiTheme="majorHAnsi" w:cstheme="majorHAnsi"/>
        </w:rPr>
        <w:t xml:space="preserve"> not until a bit later on. </w:t>
      </w:r>
      <w:r w:rsidR="00256CFC" w:rsidRPr="009210F4">
        <w:rPr>
          <w:rFonts w:asciiTheme="majorHAnsi" w:hAnsiTheme="majorHAnsi" w:cstheme="majorHAnsi"/>
        </w:rPr>
        <w:t>So,</w:t>
      </w:r>
      <w:r w:rsidRPr="009210F4">
        <w:rPr>
          <w:rFonts w:asciiTheme="majorHAnsi" w:hAnsiTheme="majorHAnsi" w:cstheme="majorHAnsi"/>
        </w:rPr>
        <w:t xml:space="preserve"> we do have the other sources of people who travelled to the area, like 100 years after he died, who confirmed that he existed</w:t>
      </w:r>
    </w:p>
    <w:p w14:paraId="5D1828B2" w14:textId="77777777" w:rsidR="00991E93" w:rsidRPr="009210F4" w:rsidRDefault="00991E93" w:rsidP="009210F4">
      <w:pPr>
        <w:pStyle w:val="NoSpacing"/>
        <w:rPr>
          <w:rFonts w:asciiTheme="majorHAnsi" w:hAnsiTheme="majorHAnsi" w:cstheme="majorHAnsi"/>
        </w:rPr>
      </w:pPr>
    </w:p>
    <w:p w14:paraId="02DE12DA" w14:textId="788FD263"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Lucy</w:t>
      </w:r>
      <w:r w:rsidR="00D23E9C" w:rsidRPr="009210F4">
        <w:rPr>
          <w:rFonts w:asciiTheme="majorHAnsi" w:hAnsiTheme="majorHAnsi" w:cstheme="majorHAnsi"/>
        </w:rPr>
        <w:t xml:space="preserve"> </w:t>
      </w:r>
      <w:r w:rsidRPr="009210F4">
        <w:rPr>
          <w:rFonts w:asciiTheme="majorHAnsi" w:hAnsiTheme="majorHAnsi" w:cstheme="majorHAnsi"/>
        </w:rPr>
        <w:t>16:45</w:t>
      </w:r>
    </w:p>
    <w:p w14:paraId="1F3D577C" w14:textId="73E847C8" w:rsidR="00C05BFB" w:rsidRPr="009210F4" w:rsidRDefault="00C05BFB" w:rsidP="009210F4">
      <w:pPr>
        <w:pStyle w:val="NoSpacing"/>
        <w:rPr>
          <w:rFonts w:asciiTheme="majorHAnsi" w:hAnsiTheme="majorHAnsi" w:cstheme="majorHAnsi"/>
        </w:rPr>
      </w:pPr>
      <w:r w:rsidRPr="009210F4">
        <w:rPr>
          <w:rFonts w:asciiTheme="majorHAnsi" w:hAnsiTheme="majorHAnsi" w:cstheme="majorHAnsi"/>
        </w:rPr>
        <w:t>R</w:t>
      </w:r>
      <w:r w:rsidR="00F7615C" w:rsidRPr="009210F4">
        <w:rPr>
          <w:rFonts w:asciiTheme="majorHAnsi" w:hAnsiTheme="majorHAnsi" w:cstheme="majorHAnsi"/>
        </w:rPr>
        <w:t>ight</w:t>
      </w:r>
      <w:r w:rsidRPr="009210F4">
        <w:rPr>
          <w:rFonts w:asciiTheme="majorHAnsi" w:hAnsiTheme="majorHAnsi" w:cstheme="majorHAnsi"/>
        </w:rPr>
        <w:t>, s</w:t>
      </w:r>
      <w:r w:rsidR="00F7615C" w:rsidRPr="009210F4">
        <w:rPr>
          <w:rFonts w:asciiTheme="majorHAnsi" w:hAnsiTheme="majorHAnsi" w:cstheme="majorHAnsi"/>
        </w:rPr>
        <w:t xml:space="preserve">o he </w:t>
      </w:r>
      <w:r w:rsidRPr="009210F4">
        <w:rPr>
          <w:rFonts w:asciiTheme="majorHAnsi" w:hAnsiTheme="majorHAnsi" w:cstheme="majorHAnsi"/>
        </w:rPr>
        <w:t xml:space="preserve">did </w:t>
      </w:r>
      <w:r w:rsidR="00F7615C" w:rsidRPr="009210F4">
        <w:rPr>
          <w:rFonts w:asciiTheme="majorHAnsi" w:hAnsiTheme="majorHAnsi" w:cstheme="majorHAnsi"/>
        </w:rPr>
        <w:t>definitely exist</w:t>
      </w:r>
    </w:p>
    <w:p w14:paraId="3116C50F" w14:textId="77777777" w:rsidR="00256CFC" w:rsidRPr="009210F4" w:rsidRDefault="00256CFC" w:rsidP="009210F4">
      <w:pPr>
        <w:pStyle w:val="NoSpacing"/>
        <w:rPr>
          <w:rFonts w:asciiTheme="majorHAnsi" w:hAnsiTheme="majorHAnsi" w:cstheme="majorHAnsi"/>
        </w:rPr>
      </w:pPr>
    </w:p>
    <w:p w14:paraId="1F758EE3" w14:textId="1C1A95A9" w:rsidR="00991E93" w:rsidRPr="009210F4" w:rsidRDefault="00C05BFB" w:rsidP="009210F4">
      <w:pPr>
        <w:pStyle w:val="NoSpacing"/>
        <w:rPr>
          <w:rFonts w:asciiTheme="majorHAnsi" w:hAnsiTheme="majorHAnsi" w:cstheme="majorHAnsi"/>
        </w:rPr>
      </w:pPr>
      <w:r w:rsidRPr="009210F4">
        <w:rPr>
          <w:rFonts w:asciiTheme="majorHAnsi" w:hAnsiTheme="majorHAnsi" w:cstheme="majorHAnsi"/>
        </w:rPr>
        <w:t>Daisy</w:t>
      </w:r>
      <w:r w:rsidR="00D23E9C" w:rsidRPr="009210F4">
        <w:rPr>
          <w:rFonts w:asciiTheme="majorHAnsi" w:hAnsiTheme="majorHAnsi" w:cstheme="majorHAnsi"/>
        </w:rPr>
        <w:t xml:space="preserve"> </w:t>
      </w:r>
      <w:r w:rsidR="00F7615C" w:rsidRPr="009210F4">
        <w:rPr>
          <w:rFonts w:asciiTheme="majorHAnsi" w:hAnsiTheme="majorHAnsi" w:cstheme="majorHAnsi"/>
        </w:rPr>
        <w:t>16:49</w:t>
      </w:r>
    </w:p>
    <w:p w14:paraId="7BF750B6" w14:textId="00DB3EBC"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like, it doesn't sound all that helpful.</w:t>
      </w:r>
      <w:r w:rsidR="00C05BFB" w:rsidRPr="009210F4">
        <w:rPr>
          <w:rFonts w:asciiTheme="majorHAnsi" w:hAnsiTheme="majorHAnsi" w:cstheme="majorHAnsi"/>
        </w:rPr>
        <w:t xml:space="preserve"> Yeah, yeah which l</w:t>
      </w:r>
      <w:r w:rsidRPr="009210F4">
        <w:rPr>
          <w:rFonts w:asciiTheme="majorHAnsi" w:hAnsiTheme="majorHAnsi" w:cstheme="majorHAnsi"/>
        </w:rPr>
        <w:t xml:space="preserve">ike, </w:t>
      </w:r>
      <w:r w:rsidR="00A72993" w:rsidRPr="009210F4">
        <w:rPr>
          <w:rFonts w:asciiTheme="majorHAnsi" w:hAnsiTheme="majorHAnsi" w:cstheme="majorHAnsi"/>
        </w:rPr>
        <w:t>OK</w:t>
      </w:r>
      <w:r w:rsidRPr="009210F4">
        <w:rPr>
          <w:rFonts w:asciiTheme="majorHAnsi" w:hAnsiTheme="majorHAnsi" w:cstheme="majorHAnsi"/>
        </w:rPr>
        <w:t xml:space="preserve">, well, </w:t>
      </w:r>
      <w:r w:rsidR="00691E45" w:rsidRPr="009210F4">
        <w:rPr>
          <w:rFonts w:asciiTheme="majorHAnsi" w:hAnsiTheme="majorHAnsi" w:cstheme="majorHAnsi"/>
        </w:rPr>
        <w:t xml:space="preserve">so, what, </w:t>
      </w:r>
      <w:r w:rsidRPr="009210F4">
        <w:rPr>
          <w:rFonts w:asciiTheme="majorHAnsi" w:hAnsiTheme="majorHAnsi" w:cstheme="majorHAnsi"/>
        </w:rPr>
        <w:t xml:space="preserve">he exists, like, but that is actually quite helpful, particularly when you go this far back. </w:t>
      </w:r>
    </w:p>
    <w:p w14:paraId="59E04370" w14:textId="77777777" w:rsidR="00991E93" w:rsidRPr="009210F4" w:rsidRDefault="00991E93" w:rsidP="009210F4">
      <w:pPr>
        <w:pStyle w:val="NoSpacing"/>
        <w:rPr>
          <w:rFonts w:asciiTheme="majorHAnsi" w:hAnsiTheme="majorHAnsi" w:cstheme="majorHAnsi"/>
        </w:rPr>
      </w:pPr>
    </w:p>
    <w:p w14:paraId="0B87FA21" w14:textId="7D4313D2"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Lucy</w:t>
      </w:r>
      <w:r w:rsidR="00D23E9C" w:rsidRPr="009210F4">
        <w:rPr>
          <w:rFonts w:asciiTheme="majorHAnsi" w:hAnsiTheme="majorHAnsi" w:cstheme="majorHAnsi"/>
        </w:rPr>
        <w:t xml:space="preserve"> </w:t>
      </w:r>
      <w:r w:rsidRPr="009210F4">
        <w:rPr>
          <w:rFonts w:asciiTheme="majorHAnsi" w:hAnsiTheme="majorHAnsi" w:cstheme="majorHAnsi"/>
        </w:rPr>
        <w:t>16:58</w:t>
      </w:r>
    </w:p>
    <w:p w14:paraId="07BC7200" w14:textId="44790145"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 xml:space="preserve">Yeah, he's not like he's not like a </w:t>
      </w:r>
      <w:r w:rsidR="00256CFC" w:rsidRPr="009210F4">
        <w:rPr>
          <w:rFonts w:asciiTheme="majorHAnsi" w:hAnsiTheme="majorHAnsi" w:cstheme="majorHAnsi"/>
        </w:rPr>
        <w:t>made-up</w:t>
      </w:r>
      <w:r w:rsidRPr="009210F4">
        <w:rPr>
          <w:rFonts w:asciiTheme="majorHAnsi" w:hAnsiTheme="majorHAnsi" w:cstheme="majorHAnsi"/>
        </w:rPr>
        <w:t xml:space="preserve"> fictional character</w:t>
      </w:r>
    </w:p>
    <w:p w14:paraId="636E14EF" w14:textId="71329A1E" w:rsidR="00991E93" w:rsidRPr="009210F4" w:rsidRDefault="00820759" w:rsidP="009210F4">
      <w:pPr>
        <w:pStyle w:val="NoSpacing"/>
        <w:rPr>
          <w:rFonts w:asciiTheme="majorHAnsi" w:hAnsiTheme="majorHAnsi" w:cstheme="majorHAnsi"/>
        </w:rPr>
      </w:pPr>
      <w:r w:rsidRPr="009210F4">
        <w:rPr>
          <w:rFonts w:asciiTheme="majorHAnsi" w:hAnsiTheme="majorHAnsi" w:cstheme="majorHAnsi"/>
        </w:rPr>
        <w:t xml:space="preserve">Kimmy </w:t>
      </w:r>
      <w:r w:rsidR="00F7615C" w:rsidRPr="009210F4">
        <w:rPr>
          <w:rFonts w:asciiTheme="majorHAnsi" w:hAnsiTheme="majorHAnsi" w:cstheme="majorHAnsi"/>
        </w:rPr>
        <w:t>17:05</w:t>
      </w:r>
    </w:p>
    <w:p w14:paraId="1125F1BD" w14:textId="1F46DC6B"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A mythical creature</w:t>
      </w:r>
      <w:r w:rsidR="00691E45" w:rsidRPr="009210F4">
        <w:rPr>
          <w:rFonts w:asciiTheme="majorHAnsi" w:hAnsiTheme="majorHAnsi" w:cstheme="majorHAnsi"/>
        </w:rPr>
        <w:t>, he’s not</w:t>
      </w:r>
      <w:r w:rsidR="00D23E9C" w:rsidRPr="009210F4">
        <w:rPr>
          <w:rFonts w:asciiTheme="majorHAnsi" w:hAnsiTheme="majorHAnsi" w:cstheme="majorHAnsi"/>
        </w:rPr>
        <w:t xml:space="preserve"> </w:t>
      </w:r>
    </w:p>
    <w:p w14:paraId="2837AC49" w14:textId="77777777" w:rsidR="00256CFC" w:rsidRPr="009210F4" w:rsidRDefault="00256CFC" w:rsidP="009210F4">
      <w:pPr>
        <w:pStyle w:val="NoSpacing"/>
        <w:rPr>
          <w:rFonts w:asciiTheme="majorHAnsi" w:hAnsiTheme="majorHAnsi" w:cstheme="majorHAnsi"/>
        </w:rPr>
      </w:pPr>
    </w:p>
    <w:p w14:paraId="17781572" w14:textId="3D4F59E0" w:rsidR="00691E45" w:rsidRPr="009210F4" w:rsidRDefault="00691E45" w:rsidP="009210F4">
      <w:pPr>
        <w:pStyle w:val="NoSpacing"/>
        <w:rPr>
          <w:rFonts w:asciiTheme="majorHAnsi" w:hAnsiTheme="majorHAnsi" w:cstheme="majorHAnsi"/>
        </w:rPr>
      </w:pPr>
      <w:r w:rsidRPr="009210F4">
        <w:rPr>
          <w:rFonts w:asciiTheme="majorHAnsi" w:hAnsiTheme="majorHAnsi" w:cstheme="majorHAnsi"/>
        </w:rPr>
        <w:t xml:space="preserve">Daisy: Yeah, yeah, yeah </w:t>
      </w:r>
    </w:p>
    <w:p w14:paraId="77B79C20" w14:textId="77777777" w:rsidR="00991E93" w:rsidRPr="009210F4" w:rsidRDefault="00991E93" w:rsidP="009210F4">
      <w:pPr>
        <w:pStyle w:val="NoSpacing"/>
        <w:rPr>
          <w:rFonts w:asciiTheme="majorHAnsi" w:hAnsiTheme="majorHAnsi" w:cstheme="majorHAnsi"/>
        </w:rPr>
      </w:pPr>
    </w:p>
    <w:p w14:paraId="59ED67DE" w14:textId="3C9243B8"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Alice</w:t>
      </w:r>
      <w:r w:rsidR="00D23E9C" w:rsidRPr="009210F4">
        <w:rPr>
          <w:rFonts w:asciiTheme="majorHAnsi" w:hAnsiTheme="majorHAnsi" w:cstheme="majorHAnsi"/>
        </w:rPr>
        <w:t xml:space="preserve"> </w:t>
      </w:r>
      <w:r w:rsidRPr="009210F4">
        <w:rPr>
          <w:rFonts w:asciiTheme="majorHAnsi" w:hAnsiTheme="majorHAnsi" w:cstheme="majorHAnsi"/>
        </w:rPr>
        <w:t>17:08</w:t>
      </w:r>
    </w:p>
    <w:p w14:paraId="5C0D5FEB" w14:textId="77777777" w:rsidR="00691E45" w:rsidRPr="009210F4" w:rsidRDefault="00F7615C" w:rsidP="009210F4">
      <w:pPr>
        <w:pStyle w:val="NoSpacing"/>
        <w:rPr>
          <w:rFonts w:asciiTheme="majorHAnsi" w:hAnsiTheme="majorHAnsi" w:cstheme="majorHAnsi"/>
        </w:rPr>
      </w:pPr>
      <w:r w:rsidRPr="009210F4">
        <w:rPr>
          <w:rFonts w:asciiTheme="majorHAnsi" w:hAnsiTheme="majorHAnsi" w:cstheme="majorHAnsi"/>
        </w:rPr>
        <w:t>we have that</w:t>
      </w:r>
      <w:r w:rsidR="00691E45" w:rsidRPr="009210F4">
        <w:rPr>
          <w:rFonts w:asciiTheme="majorHAnsi" w:hAnsiTheme="majorHAnsi" w:cstheme="majorHAnsi"/>
        </w:rPr>
        <w:t>,</w:t>
      </w:r>
      <w:r w:rsidRPr="009210F4">
        <w:rPr>
          <w:rFonts w:asciiTheme="majorHAnsi" w:hAnsiTheme="majorHAnsi" w:cstheme="majorHAnsi"/>
        </w:rPr>
        <w:t xml:space="preserve"> don't </w:t>
      </w:r>
      <w:r w:rsidR="00691E45" w:rsidRPr="009210F4">
        <w:rPr>
          <w:rFonts w:asciiTheme="majorHAnsi" w:hAnsiTheme="majorHAnsi" w:cstheme="majorHAnsi"/>
        </w:rPr>
        <w:t xml:space="preserve">we, </w:t>
      </w:r>
      <w:r w:rsidRPr="009210F4">
        <w:rPr>
          <w:rFonts w:asciiTheme="majorHAnsi" w:hAnsiTheme="majorHAnsi" w:cstheme="majorHAnsi"/>
        </w:rPr>
        <w:t>with the</w:t>
      </w:r>
      <w:r w:rsidR="00691E45" w:rsidRPr="009210F4">
        <w:rPr>
          <w:rFonts w:asciiTheme="majorHAnsi" w:hAnsiTheme="majorHAnsi" w:cstheme="majorHAnsi"/>
        </w:rPr>
        <w:t>,</w:t>
      </w:r>
      <w:r w:rsidRPr="009210F4">
        <w:rPr>
          <w:rFonts w:asciiTheme="majorHAnsi" w:hAnsiTheme="majorHAnsi" w:cstheme="majorHAnsi"/>
        </w:rPr>
        <w:t xml:space="preserve"> there's</w:t>
      </w:r>
      <w:r w:rsidR="00691E45" w:rsidRPr="009210F4">
        <w:rPr>
          <w:rFonts w:asciiTheme="majorHAnsi" w:hAnsiTheme="majorHAnsi" w:cstheme="majorHAnsi"/>
        </w:rPr>
        <w:t>,</w:t>
      </w:r>
      <w:r w:rsidRPr="009210F4">
        <w:rPr>
          <w:rFonts w:asciiTheme="majorHAnsi" w:hAnsiTheme="majorHAnsi" w:cstheme="majorHAnsi"/>
        </w:rPr>
        <w:t xml:space="preserve"> there's arguments around whether Arthur was actually a person, King Arthur, whether there was </w:t>
      </w:r>
    </w:p>
    <w:p w14:paraId="41789ED0" w14:textId="77777777" w:rsidR="00256CFC" w:rsidRPr="009210F4" w:rsidRDefault="00256CFC" w:rsidP="009210F4">
      <w:pPr>
        <w:pStyle w:val="NoSpacing"/>
        <w:rPr>
          <w:rFonts w:asciiTheme="majorHAnsi" w:hAnsiTheme="majorHAnsi" w:cstheme="majorHAnsi"/>
        </w:rPr>
      </w:pPr>
    </w:p>
    <w:p w14:paraId="5847AEDD" w14:textId="79620C23" w:rsidR="00691E45" w:rsidRPr="009210F4" w:rsidRDefault="00820759" w:rsidP="009210F4">
      <w:pPr>
        <w:pStyle w:val="NoSpacing"/>
        <w:rPr>
          <w:rFonts w:asciiTheme="majorHAnsi" w:hAnsiTheme="majorHAnsi" w:cstheme="majorHAnsi"/>
        </w:rPr>
      </w:pPr>
      <w:r w:rsidRPr="009210F4">
        <w:rPr>
          <w:rFonts w:asciiTheme="majorHAnsi" w:hAnsiTheme="majorHAnsi" w:cstheme="majorHAnsi"/>
        </w:rPr>
        <w:t>Kimmy:</w:t>
      </w:r>
      <w:r w:rsidR="00691E45" w:rsidRPr="009210F4">
        <w:rPr>
          <w:rFonts w:asciiTheme="majorHAnsi" w:hAnsiTheme="majorHAnsi" w:cstheme="majorHAnsi"/>
        </w:rPr>
        <w:t xml:space="preserve"> Really?!</w:t>
      </w:r>
    </w:p>
    <w:p w14:paraId="5A8B1092" w14:textId="77777777" w:rsidR="00256CFC" w:rsidRPr="009210F4" w:rsidRDefault="00256CFC" w:rsidP="009210F4">
      <w:pPr>
        <w:pStyle w:val="NoSpacing"/>
        <w:rPr>
          <w:rFonts w:asciiTheme="majorHAnsi" w:hAnsiTheme="majorHAnsi" w:cstheme="majorHAnsi"/>
        </w:rPr>
      </w:pPr>
    </w:p>
    <w:p w14:paraId="03B68D63" w14:textId="4B717464" w:rsidR="00991E93" w:rsidRPr="009210F4" w:rsidRDefault="00691E45" w:rsidP="009210F4">
      <w:pPr>
        <w:pStyle w:val="NoSpacing"/>
        <w:rPr>
          <w:rFonts w:asciiTheme="majorHAnsi" w:hAnsiTheme="majorHAnsi" w:cstheme="majorHAnsi"/>
        </w:rPr>
      </w:pPr>
      <w:r w:rsidRPr="009210F4">
        <w:rPr>
          <w:rFonts w:asciiTheme="majorHAnsi" w:hAnsiTheme="majorHAnsi" w:cstheme="majorHAnsi"/>
        </w:rPr>
        <w:t>Alice: Y</w:t>
      </w:r>
      <w:r w:rsidR="00F7615C" w:rsidRPr="009210F4">
        <w:rPr>
          <w:rFonts w:asciiTheme="majorHAnsi" w:hAnsiTheme="majorHAnsi" w:cstheme="majorHAnsi"/>
        </w:rPr>
        <w:t>eah</w:t>
      </w:r>
      <w:r w:rsidRPr="009210F4">
        <w:rPr>
          <w:rFonts w:asciiTheme="majorHAnsi" w:hAnsiTheme="majorHAnsi" w:cstheme="majorHAnsi"/>
        </w:rPr>
        <w:t>,</w:t>
      </w:r>
      <w:r w:rsidR="00F7615C" w:rsidRPr="009210F4">
        <w:rPr>
          <w:rFonts w:asciiTheme="majorHAnsi" w:hAnsiTheme="majorHAnsi" w:cstheme="majorHAnsi"/>
        </w:rPr>
        <w:t xml:space="preserve"> whether there was a couple of people that it may be reflecting on.</w:t>
      </w:r>
      <w:r w:rsidRPr="009210F4">
        <w:rPr>
          <w:rFonts w:asciiTheme="majorHAnsi" w:hAnsiTheme="majorHAnsi" w:cstheme="majorHAnsi"/>
        </w:rPr>
        <w:t xml:space="preserve"> </w:t>
      </w:r>
      <w:r w:rsidR="00F7615C" w:rsidRPr="009210F4">
        <w:rPr>
          <w:rFonts w:asciiTheme="majorHAnsi" w:hAnsiTheme="majorHAnsi" w:cstheme="majorHAnsi"/>
        </w:rPr>
        <w:t>I mean, there's obviously things about it that aren't true</w:t>
      </w:r>
      <w:r w:rsidRPr="009210F4">
        <w:rPr>
          <w:rFonts w:asciiTheme="majorHAnsi" w:hAnsiTheme="majorHAnsi" w:cstheme="majorHAnsi"/>
        </w:rPr>
        <w:t>, l</w:t>
      </w:r>
      <w:r w:rsidR="00F7615C" w:rsidRPr="009210F4">
        <w:rPr>
          <w:rFonts w:asciiTheme="majorHAnsi" w:hAnsiTheme="majorHAnsi" w:cstheme="majorHAnsi"/>
        </w:rPr>
        <w:t>ike the whole magic wizard thin</w:t>
      </w:r>
      <w:r w:rsidRPr="009210F4">
        <w:rPr>
          <w:rFonts w:asciiTheme="majorHAnsi" w:hAnsiTheme="majorHAnsi" w:cstheme="majorHAnsi"/>
        </w:rPr>
        <w:t xml:space="preserve">g </w:t>
      </w:r>
    </w:p>
    <w:p w14:paraId="0D5ACB5C" w14:textId="77777777" w:rsidR="00991E93" w:rsidRPr="009210F4" w:rsidRDefault="00991E93" w:rsidP="009210F4">
      <w:pPr>
        <w:pStyle w:val="NoSpacing"/>
        <w:rPr>
          <w:rFonts w:asciiTheme="majorHAnsi" w:hAnsiTheme="majorHAnsi" w:cstheme="majorHAnsi"/>
        </w:rPr>
      </w:pPr>
    </w:p>
    <w:p w14:paraId="6F384B55" w14:textId="7EEFB078"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Lucy</w:t>
      </w:r>
      <w:r w:rsidR="00D23E9C" w:rsidRPr="009210F4">
        <w:rPr>
          <w:rFonts w:asciiTheme="majorHAnsi" w:hAnsiTheme="majorHAnsi" w:cstheme="majorHAnsi"/>
        </w:rPr>
        <w:t xml:space="preserve"> </w:t>
      </w:r>
      <w:r w:rsidRPr="009210F4">
        <w:rPr>
          <w:rFonts w:asciiTheme="majorHAnsi" w:hAnsiTheme="majorHAnsi" w:cstheme="majorHAnsi"/>
        </w:rPr>
        <w:t>17:28</w:t>
      </w:r>
    </w:p>
    <w:p w14:paraId="5DAEDD95" w14:textId="05FC2F79"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Yeah</w:t>
      </w:r>
      <w:r w:rsidR="00691E45" w:rsidRPr="009210F4">
        <w:rPr>
          <w:rFonts w:asciiTheme="majorHAnsi" w:hAnsiTheme="majorHAnsi" w:cstheme="majorHAnsi"/>
        </w:rPr>
        <w:t>, a</w:t>
      </w:r>
      <w:r w:rsidRPr="009210F4">
        <w:rPr>
          <w:rFonts w:asciiTheme="majorHAnsi" w:hAnsiTheme="majorHAnsi" w:cstheme="majorHAnsi"/>
        </w:rPr>
        <w:t>nd also like Robin Hood</w:t>
      </w:r>
      <w:r w:rsidR="00691E45" w:rsidRPr="009210F4">
        <w:rPr>
          <w:rFonts w:asciiTheme="majorHAnsi" w:hAnsiTheme="majorHAnsi" w:cstheme="majorHAnsi"/>
        </w:rPr>
        <w:t>,</w:t>
      </w:r>
      <w:r w:rsidRPr="009210F4">
        <w:rPr>
          <w:rFonts w:asciiTheme="majorHAnsi" w:hAnsiTheme="majorHAnsi" w:cstheme="majorHAnsi"/>
        </w:rPr>
        <w:t xml:space="preserve"> was Robin</w:t>
      </w:r>
      <w:r w:rsidR="00691E45" w:rsidRPr="009210F4">
        <w:rPr>
          <w:rFonts w:asciiTheme="majorHAnsi" w:hAnsiTheme="majorHAnsi" w:cstheme="majorHAnsi"/>
        </w:rPr>
        <w:t>,</w:t>
      </w:r>
      <w:r w:rsidRPr="009210F4">
        <w:rPr>
          <w:rFonts w:asciiTheme="majorHAnsi" w:hAnsiTheme="majorHAnsi" w:cstheme="majorHAnsi"/>
        </w:rPr>
        <w:t xml:space="preserve"> Robin</w:t>
      </w:r>
      <w:r w:rsidR="00691E45" w:rsidRPr="009210F4">
        <w:rPr>
          <w:rFonts w:asciiTheme="majorHAnsi" w:hAnsiTheme="majorHAnsi" w:cstheme="majorHAnsi"/>
        </w:rPr>
        <w:t>,</w:t>
      </w:r>
      <w:r w:rsidRPr="009210F4">
        <w:rPr>
          <w:rFonts w:asciiTheme="majorHAnsi" w:hAnsiTheme="majorHAnsi" w:cstheme="majorHAnsi"/>
        </w:rPr>
        <w:t xml:space="preserve"> was </w:t>
      </w:r>
      <w:r w:rsidR="00691E45" w:rsidRPr="009210F4">
        <w:rPr>
          <w:rFonts w:asciiTheme="majorHAnsi" w:hAnsiTheme="majorHAnsi" w:cstheme="majorHAnsi"/>
        </w:rPr>
        <w:t xml:space="preserve">Robin Hood an actual </w:t>
      </w:r>
      <w:r w:rsidRPr="009210F4">
        <w:rPr>
          <w:rFonts w:asciiTheme="majorHAnsi" w:hAnsiTheme="majorHAnsi" w:cstheme="majorHAnsi"/>
        </w:rPr>
        <w:t>person</w:t>
      </w:r>
      <w:r w:rsidR="00922E4E" w:rsidRPr="009210F4">
        <w:rPr>
          <w:rFonts w:asciiTheme="majorHAnsi" w:hAnsiTheme="majorHAnsi" w:cstheme="majorHAnsi"/>
        </w:rPr>
        <w:t>?</w:t>
      </w:r>
      <w:r w:rsidRPr="009210F4">
        <w:rPr>
          <w:rFonts w:asciiTheme="majorHAnsi" w:hAnsiTheme="majorHAnsi" w:cstheme="majorHAnsi"/>
        </w:rPr>
        <w:t xml:space="preserve"> I know we're going off topic</w:t>
      </w:r>
    </w:p>
    <w:p w14:paraId="187797F0" w14:textId="77777777" w:rsidR="00991E93" w:rsidRPr="009210F4" w:rsidRDefault="00991E93" w:rsidP="009210F4">
      <w:pPr>
        <w:pStyle w:val="NoSpacing"/>
        <w:rPr>
          <w:rFonts w:asciiTheme="majorHAnsi" w:hAnsiTheme="majorHAnsi" w:cstheme="majorHAnsi"/>
        </w:rPr>
      </w:pPr>
    </w:p>
    <w:p w14:paraId="3F0CA0DD" w14:textId="24078EA0" w:rsidR="00991E93" w:rsidRPr="009210F4" w:rsidRDefault="00820759" w:rsidP="009210F4">
      <w:pPr>
        <w:pStyle w:val="NoSpacing"/>
        <w:rPr>
          <w:rFonts w:asciiTheme="majorHAnsi" w:hAnsiTheme="majorHAnsi" w:cstheme="majorHAnsi"/>
        </w:rPr>
      </w:pPr>
      <w:r w:rsidRPr="009210F4">
        <w:rPr>
          <w:rFonts w:asciiTheme="majorHAnsi" w:hAnsiTheme="majorHAnsi" w:cstheme="majorHAnsi"/>
        </w:rPr>
        <w:t xml:space="preserve">Kimmy </w:t>
      </w:r>
      <w:r w:rsidR="00F7615C" w:rsidRPr="009210F4">
        <w:rPr>
          <w:rFonts w:asciiTheme="majorHAnsi" w:hAnsiTheme="majorHAnsi" w:cstheme="majorHAnsi"/>
        </w:rPr>
        <w:t>17:34</w:t>
      </w:r>
    </w:p>
    <w:p w14:paraId="7F0627A8" w14:textId="436747D7" w:rsidR="00991E93" w:rsidRPr="009210F4" w:rsidRDefault="00256CFC" w:rsidP="009210F4">
      <w:pPr>
        <w:pStyle w:val="NoSpacing"/>
        <w:rPr>
          <w:rFonts w:asciiTheme="majorHAnsi" w:hAnsiTheme="majorHAnsi" w:cstheme="majorHAnsi"/>
        </w:rPr>
      </w:pPr>
      <w:r w:rsidRPr="009210F4">
        <w:rPr>
          <w:rFonts w:asciiTheme="majorHAnsi" w:hAnsiTheme="majorHAnsi" w:cstheme="majorHAnsi"/>
        </w:rPr>
        <w:t>A</w:t>
      </w:r>
      <w:r w:rsidR="00F7615C" w:rsidRPr="009210F4">
        <w:rPr>
          <w:rFonts w:asciiTheme="majorHAnsi" w:hAnsiTheme="majorHAnsi" w:cstheme="majorHAnsi"/>
        </w:rPr>
        <w:t xml:space="preserve">re they saying that king </w:t>
      </w:r>
      <w:r w:rsidR="00922E4E" w:rsidRPr="009210F4">
        <w:rPr>
          <w:rFonts w:asciiTheme="majorHAnsi" w:hAnsiTheme="majorHAnsi" w:cstheme="majorHAnsi"/>
        </w:rPr>
        <w:t xml:space="preserve">Arthur </w:t>
      </w:r>
      <w:r w:rsidR="00F7615C" w:rsidRPr="009210F4">
        <w:rPr>
          <w:rFonts w:asciiTheme="majorHAnsi" w:hAnsiTheme="majorHAnsi" w:cstheme="majorHAnsi"/>
        </w:rPr>
        <w:t xml:space="preserve">and Robin Hood </w:t>
      </w:r>
      <w:r w:rsidR="00922E4E" w:rsidRPr="009210F4">
        <w:rPr>
          <w:rFonts w:asciiTheme="majorHAnsi" w:hAnsiTheme="majorHAnsi" w:cstheme="majorHAnsi"/>
        </w:rPr>
        <w:t xml:space="preserve">were </w:t>
      </w:r>
      <w:r w:rsidR="00F7615C" w:rsidRPr="009210F4">
        <w:rPr>
          <w:rFonts w:asciiTheme="majorHAnsi" w:hAnsiTheme="majorHAnsi" w:cstheme="majorHAnsi"/>
        </w:rPr>
        <w:t>just a vibe, like</w:t>
      </w:r>
      <w:r w:rsidR="00922E4E" w:rsidRPr="009210F4">
        <w:rPr>
          <w:rFonts w:asciiTheme="majorHAnsi" w:hAnsiTheme="majorHAnsi" w:cstheme="majorHAnsi"/>
        </w:rPr>
        <w:t>? {laughter}</w:t>
      </w:r>
    </w:p>
    <w:p w14:paraId="3DE86311" w14:textId="77777777" w:rsidR="00256CFC" w:rsidRPr="009210F4" w:rsidRDefault="00256CFC" w:rsidP="009210F4">
      <w:pPr>
        <w:pStyle w:val="NoSpacing"/>
        <w:rPr>
          <w:rFonts w:asciiTheme="majorHAnsi" w:hAnsiTheme="majorHAnsi" w:cstheme="majorHAnsi"/>
        </w:rPr>
      </w:pPr>
    </w:p>
    <w:p w14:paraId="2A2C6187" w14:textId="50F764F1"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Daisy</w:t>
      </w:r>
      <w:r w:rsidR="00D23E9C" w:rsidRPr="009210F4">
        <w:rPr>
          <w:rFonts w:asciiTheme="majorHAnsi" w:hAnsiTheme="majorHAnsi" w:cstheme="majorHAnsi"/>
        </w:rPr>
        <w:t xml:space="preserve"> </w:t>
      </w:r>
      <w:r w:rsidRPr="009210F4">
        <w:rPr>
          <w:rFonts w:asciiTheme="majorHAnsi" w:hAnsiTheme="majorHAnsi" w:cstheme="majorHAnsi"/>
        </w:rPr>
        <w:t>17:40</w:t>
      </w:r>
    </w:p>
    <w:p w14:paraId="03A63783" w14:textId="61994C59" w:rsidR="00991E93" w:rsidRPr="009210F4" w:rsidRDefault="00922E4E" w:rsidP="009210F4">
      <w:pPr>
        <w:pStyle w:val="NoSpacing"/>
        <w:rPr>
          <w:rFonts w:asciiTheme="majorHAnsi" w:hAnsiTheme="majorHAnsi" w:cstheme="majorHAnsi"/>
        </w:rPr>
      </w:pPr>
      <w:r w:rsidRPr="009210F4">
        <w:rPr>
          <w:rFonts w:asciiTheme="majorHAnsi" w:hAnsiTheme="majorHAnsi" w:cstheme="majorHAnsi"/>
        </w:rPr>
        <w:t>Or they were t</w:t>
      </w:r>
      <w:r w:rsidR="00F7615C" w:rsidRPr="009210F4">
        <w:rPr>
          <w:rFonts w:asciiTheme="majorHAnsi" w:hAnsiTheme="majorHAnsi" w:cstheme="majorHAnsi"/>
        </w:rPr>
        <w:t>he same person</w:t>
      </w:r>
      <w:r w:rsidRPr="009210F4">
        <w:rPr>
          <w:rFonts w:asciiTheme="majorHAnsi" w:hAnsiTheme="majorHAnsi" w:cstheme="majorHAnsi"/>
        </w:rPr>
        <w:t>,</w:t>
      </w:r>
      <w:r w:rsidR="00F7615C" w:rsidRPr="009210F4">
        <w:rPr>
          <w:rFonts w:asciiTheme="majorHAnsi" w:hAnsiTheme="majorHAnsi" w:cstheme="majorHAnsi"/>
        </w:rPr>
        <w:t xml:space="preserve"> they were</w:t>
      </w:r>
      <w:r w:rsidRPr="009210F4">
        <w:rPr>
          <w:rFonts w:asciiTheme="majorHAnsi" w:hAnsiTheme="majorHAnsi" w:cstheme="majorHAnsi"/>
        </w:rPr>
        <w:t xml:space="preserve"> never seen in the same room at the same time</w:t>
      </w:r>
      <w:r w:rsidR="00D23E9C" w:rsidRPr="009210F4">
        <w:rPr>
          <w:rFonts w:asciiTheme="majorHAnsi" w:hAnsiTheme="majorHAnsi" w:cstheme="majorHAnsi"/>
        </w:rPr>
        <w:t xml:space="preserve"> </w:t>
      </w:r>
      <w:r w:rsidRPr="009210F4">
        <w:rPr>
          <w:rFonts w:asciiTheme="majorHAnsi" w:hAnsiTheme="majorHAnsi" w:cstheme="majorHAnsi"/>
        </w:rPr>
        <w:t xml:space="preserve">{laughter} </w:t>
      </w:r>
    </w:p>
    <w:p w14:paraId="1AAC4A4C" w14:textId="77777777" w:rsidR="00991E93" w:rsidRPr="009210F4" w:rsidRDefault="00991E93" w:rsidP="009210F4">
      <w:pPr>
        <w:pStyle w:val="NoSpacing"/>
        <w:rPr>
          <w:rFonts w:asciiTheme="majorHAnsi" w:hAnsiTheme="majorHAnsi" w:cstheme="majorHAnsi"/>
        </w:rPr>
      </w:pPr>
    </w:p>
    <w:p w14:paraId="5EAB17CE" w14:textId="5A40995E"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Alice</w:t>
      </w:r>
      <w:r w:rsidR="00D23E9C" w:rsidRPr="009210F4">
        <w:rPr>
          <w:rFonts w:asciiTheme="majorHAnsi" w:hAnsiTheme="majorHAnsi" w:cstheme="majorHAnsi"/>
        </w:rPr>
        <w:t xml:space="preserve"> </w:t>
      </w:r>
      <w:r w:rsidRPr="009210F4">
        <w:rPr>
          <w:rFonts w:asciiTheme="majorHAnsi" w:hAnsiTheme="majorHAnsi" w:cstheme="majorHAnsi"/>
        </w:rPr>
        <w:t>17:47</w:t>
      </w:r>
    </w:p>
    <w:p w14:paraId="4626F452" w14:textId="2CA35BB9" w:rsidR="00991E93" w:rsidRPr="009210F4" w:rsidRDefault="0068473E" w:rsidP="009210F4">
      <w:pPr>
        <w:pStyle w:val="NoSpacing"/>
        <w:rPr>
          <w:rFonts w:asciiTheme="majorHAnsi" w:hAnsiTheme="majorHAnsi" w:cstheme="majorHAnsi"/>
        </w:rPr>
      </w:pPr>
      <w:r w:rsidRPr="009210F4">
        <w:rPr>
          <w:rFonts w:asciiTheme="majorHAnsi" w:hAnsiTheme="majorHAnsi" w:cstheme="majorHAnsi"/>
        </w:rPr>
        <w:t>It’s actually the Doctor, that’s what it is,</w:t>
      </w:r>
      <w:r w:rsidR="00D23E9C" w:rsidRPr="009210F4">
        <w:rPr>
          <w:rFonts w:asciiTheme="majorHAnsi" w:hAnsiTheme="majorHAnsi" w:cstheme="majorHAnsi"/>
        </w:rPr>
        <w:t xml:space="preserve"> </w:t>
      </w:r>
      <w:r w:rsidRPr="009210F4">
        <w:rPr>
          <w:rFonts w:asciiTheme="majorHAnsi" w:hAnsiTheme="majorHAnsi" w:cstheme="majorHAnsi"/>
        </w:rPr>
        <w:t>the Doctor in a different suit</w:t>
      </w:r>
    </w:p>
    <w:p w14:paraId="44F9C718" w14:textId="77777777" w:rsidR="00256CFC" w:rsidRPr="009210F4" w:rsidRDefault="00256CFC" w:rsidP="009210F4">
      <w:pPr>
        <w:pStyle w:val="NoSpacing"/>
        <w:rPr>
          <w:rFonts w:asciiTheme="majorHAnsi" w:hAnsiTheme="majorHAnsi" w:cstheme="majorHAnsi"/>
        </w:rPr>
      </w:pPr>
    </w:p>
    <w:p w14:paraId="5F77BC2A" w14:textId="4E58EFF1" w:rsidR="00991E93" w:rsidRPr="009210F4" w:rsidRDefault="00820759" w:rsidP="009210F4">
      <w:pPr>
        <w:pStyle w:val="NoSpacing"/>
        <w:rPr>
          <w:rFonts w:asciiTheme="majorHAnsi" w:hAnsiTheme="majorHAnsi" w:cstheme="majorHAnsi"/>
        </w:rPr>
      </w:pPr>
      <w:r w:rsidRPr="009210F4">
        <w:rPr>
          <w:rFonts w:asciiTheme="majorHAnsi" w:hAnsiTheme="majorHAnsi" w:cstheme="majorHAnsi"/>
        </w:rPr>
        <w:t xml:space="preserve">Kimmy </w:t>
      </w:r>
      <w:r w:rsidR="00F7615C" w:rsidRPr="009210F4">
        <w:rPr>
          <w:rFonts w:asciiTheme="majorHAnsi" w:hAnsiTheme="majorHAnsi" w:cstheme="majorHAnsi"/>
        </w:rPr>
        <w:t>17:49</w:t>
      </w:r>
    </w:p>
    <w:p w14:paraId="674BDE03" w14:textId="0990FDBA" w:rsidR="00991E93" w:rsidRPr="009210F4" w:rsidRDefault="0068473E" w:rsidP="009210F4">
      <w:pPr>
        <w:pStyle w:val="NoSpacing"/>
        <w:rPr>
          <w:rFonts w:asciiTheme="majorHAnsi" w:hAnsiTheme="majorHAnsi" w:cstheme="majorHAnsi"/>
        </w:rPr>
      </w:pPr>
      <w:r w:rsidRPr="009210F4">
        <w:rPr>
          <w:rFonts w:asciiTheme="majorHAnsi" w:hAnsiTheme="majorHAnsi" w:cstheme="majorHAnsi"/>
        </w:rPr>
        <w:t>J</w:t>
      </w:r>
      <w:r w:rsidR="00F7615C" w:rsidRPr="009210F4">
        <w:rPr>
          <w:rFonts w:asciiTheme="majorHAnsi" w:hAnsiTheme="majorHAnsi" w:cstheme="majorHAnsi"/>
        </w:rPr>
        <w:t>ust</w:t>
      </w:r>
      <w:r w:rsidRPr="009210F4">
        <w:rPr>
          <w:rFonts w:asciiTheme="majorHAnsi" w:hAnsiTheme="majorHAnsi" w:cstheme="majorHAnsi"/>
        </w:rPr>
        <w:t>,</w:t>
      </w:r>
      <w:r w:rsidR="00F7615C" w:rsidRPr="009210F4">
        <w:rPr>
          <w:rFonts w:asciiTheme="majorHAnsi" w:hAnsiTheme="majorHAnsi" w:cstheme="majorHAnsi"/>
        </w:rPr>
        <w:t xml:space="preserve"> just</w:t>
      </w:r>
      <w:r w:rsidRPr="009210F4">
        <w:rPr>
          <w:rFonts w:asciiTheme="majorHAnsi" w:hAnsiTheme="majorHAnsi" w:cstheme="majorHAnsi"/>
        </w:rPr>
        <w:t>,</w:t>
      </w:r>
      <w:r w:rsidR="00F7615C" w:rsidRPr="009210F4">
        <w:rPr>
          <w:rFonts w:asciiTheme="majorHAnsi" w:hAnsiTheme="majorHAnsi" w:cstheme="majorHAnsi"/>
        </w:rPr>
        <w:t xml:space="preserve"> just believe the </w:t>
      </w:r>
      <w:r w:rsidRPr="009210F4">
        <w:rPr>
          <w:rFonts w:asciiTheme="majorHAnsi" w:hAnsiTheme="majorHAnsi" w:cstheme="majorHAnsi"/>
        </w:rPr>
        <w:t>vibes, that’s what it is</w:t>
      </w:r>
      <w:r w:rsidR="00D23E9C" w:rsidRPr="009210F4">
        <w:rPr>
          <w:rFonts w:asciiTheme="majorHAnsi" w:hAnsiTheme="majorHAnsi" w:cstheme="majorHAnsi"/>
        </w:rPr>
        <w:t xml:space="preserve"> </w:t>
      </w:r>
    </w:p>
    <w:p w14:paraId="68E21633" w14:textId="77777777" w:rsidR="00256CFC" w:rsidRPr="009210F4" w:rsidRDefault="00256CFC" w:rsidP="009210F4">
      <w:pPr>
        <w:pStyle w:val="NoSpacing"/>
        <w:rPr>
          <w:rFonts w:asciiTheme="majorHAnsi" w:hAnsiTheme="majorHAnsi" w:cstheme="majorHAnsi"/>
        </w:rPr>
      </w:pPr>
    </w:p>
    <w:p w14:paraId="6490FAB8" w14:textId="3D57B5B1"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Daisy</w:t>
      </w:r>
      <w:r w:rsidR="00D23E9C" w:rsidRPr="009210F4">
        <w:rPr>
          <w:rFonts w:asciiTheme="majorHAnsi" w:hAnsiTheme="majorHAnsi" w:cstheme="majorHAnsi"/>
        </w:rPr>
        <w:t xml:space="preserve"> </w:t>
      </w:r>
      <w:r w:rsidRPr="009210F4">
        <w:rPr>
          <w:rFonts w:asciiTheme="majorHAnsi" w:hAnsiTheme="majorHAnsi" w:cstheme="majorHAnsi"/>
        </w:rPr>
        <w:t>17:53</w:t>
      </w:r>
    </w:p>
    <w:p w14:paraId="503F1634" w14:textId="2BA243B3"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Yeah, vibes of King Arthur</w:t>
      </w:r>
      <w:r w:rsidR="0068473E" w:rsidRPr="009210F4">
        <w:rPr>
          <w:rFonts w:asciiTheme="majorHAnsi" w:hAnsiTheme="majorHAnsi" w:cstheme="majorHAnsi"/>
        </w:rPr>
        <w:t>, I like that</w:t>
      </w:r>
      <w:r w:rsidR="00256CFC" w:rsidRPr="009210F4">
        <w:rPr>
          <w:rFonts w:asciiTheme="majorHAnsi" w:hAnsiTheme="majorHAnsi" w:cstheme="majorHAnsi"/>
        </w:rPr>
        <w:t>.</w:t>
      </w:r>
      <w:r w:rsidR="00D23E9C" w:rsidRPr="009210F4">
        <w:rPr>
          <w:rFonts w:asciiTheme="majorHAnsi" w:hAnsiTheme="majorHAnsi" w:cstheme="majorHAnsi"/>
        </w:rPr>
        <w:t xml:space="preserve"> </w:t>
      </w:r>
      <w:r w:rsidR="0068473E" w:rsidRPr="009210F4">
        <w:rPr>
          <w:rFonts w:asciiTheme="majorHAnsi" w:hAnsiTheme="majorHAnsi" w:cstheme="majorHAnsi"/>
        </w:rPr>
        <w:t>{laughter} This guy’s father w</w:t>
      </w:r>
      <w:r w:rsidRPr="009210F4">
        <w:rPr>
          <w:rFonts w:asciiTheme="majorHAnsi" w:hAnsiTheme="majorHAnsi" w:cstheme="majorHAnsi"/>
        </w:rPr>
        <w:t>as the king of that particular Kingdo</w:t>
      </w:r>
      <w:r w:rsidR="0068473E" w:rsidRPr="009210F4">
        <w:rPr>
          <w:rFonts w:asciiTheme="majorHAnsi" w:hAnsiTheme="majorHAnsi" w:cstheme="majorHAnsi"/>
        </w:rPr>
        <w:t xml:space="preserve">m, the </w:t>
      </w:r>
      <w:r w:rsidR="00256CFC" w:rsidRPr="009210F4">
        <w:rPr>
          <w:rFonts w:asciiTheme="majorHAnsi" w:hAnsiTheme="majorHAnsi" w:cstheme="majorHAnsi"/>
        </w:rPr>
        <w:t>M</w:t>
      </w:r>
      <w:r w:rsidR="009818ED" w:rsidRPr="009210F4">
        <w:rPr>
          <w:rFonts w:asciiTheme="majorHAnsi" w:hAnsiTheme="majorHAnsi" w:cstheme="majorHAnsi"/>
        </w:rPr>
        <w:t>alinke</w:t>
      </w:r>
      <w:r w:rsidR="00D23E9C" w:rsidRPr="009210F4">
        <w:rPr>
          <w:rFonts w:asciiTheme="majorHAnsi" w:hAnsiTheme="majorHAnsi" w:cstheme="majorHAnsi"/>
        </w:rPr>
        <w:t xml:space="preserve"> </w:t>
      </w:r>
      <w:r w:rsidRPr="009210F4">
        <w:rPr>
          <w:rFonts w:asciiTheme="majorHAnsi" w:hAnsiTheme="majorHAnsi" w:cstheme="majorHAnsi"/>
        </w:rPr>
        <w:t>kingdom</w:t>
      </w:r>
      <w:r w:rsidR="009818ED" w:rsidRPr="009210F4">
        <w:rPr>
          <w:rFonts w:asciiTheme="majorHAnsi" w:hAnsiTheme="majorHAnsi" w:cstheme="majorHAnsi"/>
        </w:rPr>
        <w:t xml:space="preserve"> and h</w:t>
      </w:r>
      <w:r w:rsidRPr="009210F4">
        <w:rPr>
          <w:rFonts w:asciiTheme="majorHAnsi" w:hAnsiTheme="majorHAnsi" w:cstheme="majorHAnsi"/>
        </w:rPr>
        <w:t>e already had a son with one of his wives, but then a soothsayer turned up and predicted that he would have a son who was destined to be a great king, if he married a really ugly woman</w:t>
      </w:r>
    </w:p>
    <w:p w14:paraId="1F43A61B" w14:textId="77777777" w:rsidR="00991E93" w:rsidRPr="009210F4" w:rsidRDefault="00991E93" w:rsidP="009210F4">
      <w:pPr>
        <w:pStyle w:val="NoSpacing"/>
        <w:rPr>
          <w:rFonts w:asciiTheme="majorHAnsi" w:hAnsiTheme="majorHAnsi" w:cstheme="majorHAnsi"/>
        </w:rPr>
      </w:pPr>
    </w:p>
    <w:p w14:paraId="01480BCA" w14:textId="0B5B6F9F"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Lucy</w:t>
      </w:r>
      <w:r w:rsidR="00D23E9C" w:rsidRPr="009210F4">
        <w:rPr>
          <w:rFonts w:asciiTheme="majorHAnsi" w:hAnsiTheme="majorHAnsi" w:cstheme="majorHAnsi"/>
        </w:rPr>
        <w:t xml:space="preserve"> </w:t>
      </w:r>
      <w:r w:rsidRPr="009210F4">
        <w:rPr>
          <w:rFonts w:asciiTheme="majorHAnsi" w:hAnsiTheme="majorHAnsi" w:cstheme="majorHAnsi"/>
        </w:rPr>
        <w:t>18:19</w:t>
      </w:r>
    </w:p>
    <w:p w14:paraId="422C9A61" w14:textId="41CCD896" w:rsidR="00991E93" w:rsidRPr="009210F4" w:rsidRDefault="00A72993" w:rsidP="009210F4">
      <w:pPr>
        <w:pStyle w:val="NoSpacing"/>
        <w:rPr>
          <w:rFonts w:asciiTheme="majorHAnsi" w:hAnsiTheme="majorHAnsi" w:cstheme="majorHAnsi"/>
        </w:rPr>
      </w:pPr>
      <w:r w:rsidRPr="009210F4">
        <w:rPr>
          <w:rFonts w:asciiTheme="majorHAnsi" w:hAnsiTheme="majorHAnsi" w:cstheme="majorHAnsi"/>
        </w:rPr>
        <w:t>OK</w:t>
      </w:r>
      <w:r w:rsidR="009818ED" w:rsidRPr="009210F4">
        <w:rPr>
          <w:rFonts w:asciiTheme="majorHAnsi" w:hAnsiTheme="majorHAnsi" w:cstheme="majorHAnsi"/>
        </w:rPr>
        <w:t xml:space="preserve"> {laughter} </w:t>
      </w:r>
    </w:p>
    <w:p w14:paraId="5AB3EE36" w14:textId="77777777" w:rsidR="00256CFC" w:rsidRPr="009210F4" w:rsidRDefault="00256CFC" w:rsidP="009210F4">
      <w:pPr>
        <w:pStyle w:val="NoSpacing"/>
        <w:rPr>
          <w:rFonts w:asciiTheme="majorHAnsi" w:hAnsiTheme="majorHAnsi" w:cstheme="majorHAnsi"/>
        </w:rPr>
      </w:pPr>
    </w:p>
    <w:p w14:paraId="2AE0D828" w14:textId="43C66296" w:rsidR="001D2CF1" w:rsidRPr="009210F4" w:rsidRDefault="00820759" w:rsidP="009210F4">
      <w:pPr>
        <w:pStyle w:val="NoSpacing"/>
        <w:rPr>
          <w:rFonts w:asciiTheme="majorHAnsi" w:hAnsiTheme="majorHAnsi" w:cstheme="majorHAnsi"/>
        </w:rPr>
      </w:pPr>
      <w:r w:rsidRPr="009210F4">
        <w:rPr>
          <w:rFonts w:asciiTheme="majorHAnsi" w:hAnsiTheme="majorHAnsi" w:cstheme="majorHAnsi"/>
        </w:rPr>
        <w:t>Kimmy:</w:t>
      </w:r>
      <w:r w:rsidR="001D2CF1" w:rsidRPr="009210F4">
        <w:rPr>
          <w:rFonts w:asciiTheme="majorHAnsi" w:hAnsiTheme="majorHAnsi" w:cstheme="majorHAnsi"/>
        </w:rPr>
        <w:t xml:space="preserve"> ‘Marry me boy, I wanna be a Queen!’</w:t>
      </w:r>
      <w:r w:rsidR="00D23E9C" w:rsidRPr="009210F4">
        <w:rPr>
          <w:rFonts w:asciiTheme="majorHAnsi" w:hAnsiTheme="majorHAnsi" w:cstheme="majorHAnsi"/>
        </w:rPr>
        <w:t xml:space="preserve"> </w:t>
      </w:r>
      <w:r w:rsidR="001D2CF1" w:rsidRPr="009210F4">
        <w:rPr>
          <w:rFonts w:asciiTheme="majorHAnsi" w:hAnsiTheme="majorHAnsi" w:cstheme="majorHAnsi"/>
        </w:rPr>
        <w:t xml:space="preserve">{laughter} </w:t>
      </w:r>
    </w:p>
    <w:p w14:paraId="2CC0ED95" w14:textId="77777777" w:rsidR="00256CFC" w:rsidRPr="009210F4" w:rsidRDefault="00256CFC" w:rsidP="009210F4">
      <w:pPr>
        <w:pStyle w:val="NoSpacing"/>
        <w:rPr>
          <w:rFonts w:asciiTheme="majorHAnsi" w:hAnsiTheme="majorHAnsi" w:cstheme="majorHAnsi"/>
        </w:rPr>
      </w:pPr>
    </w:p>
    <w:p w14:paraId="3B38293C" w14:textId="77777777" w:rsidR="00256CFC" w:rsidRPr="009210F4" w:rsidRDefault="001D2CF1" w:rsidP="009210F4">
      <w:pPr>
        <w:pStyle w:val="NoSpacing"/>
        <w:rPr>
          <w:rFonts w:asciiTheme="majorHAnsi" w:hAnsiTheme="majorHAnsi" w:cstheme="majorHAnsi"/>
        </w:rPr>
      </w:pPr>
      <w:r w:rsidRPr="009210F4">
        <w:rPr>
          <w:rFonts w:asciiTheme="majorHAnsi" w:hAnsiTheme="majorHAnsi" w:cstheme="majorHAnsi"/>
        </w:rPr>
        <w:t xml:space="preserve">Daisy: Yeah, so then one day someone turned up </w:t>
      </w:r>
      <w:r w:rsidR="00F7615C" w:rsidRPr="009210F4">
        <w:rPr>
          <w:rFonts w:asciiTheme="majorHAnsi" w:hAnsiTheme="majorHAnsi" w:cstheme="majorHAnsi"/>
        </w:rPr>
        <w:t xml:space="preserve">with this woman who apparently had a hunchback and was sort of quite ugly, and he went, </w:t>
      </w:r>
      <w:r w:rsidRPr="009210F4">
        <w:rPr>
          <w:rFonts w:asciiTheme="majorHAnsi" w:hAnsiTheme="majorHAnsi" w:cstheme="majorHAnsi"/>
        </w:rPr>
        <w:t>‘</w:t>
      </w:r>
      <w:r w:rsidR="00F7615C" w:rsidRPr="009210F4">
        <w:rPr>
          <w:rFonts w:asciiTheme="majorHAnsi" w:hAnsiTheme="majorHAnsi" w:cstheme="majorHAnsi"/>
        </w:rPr>
        <w:t>ah, I remember</w:t>
      </w:r>
      <w:r w:rsidRPr="009210F4">
        <w:rPr>
          <w:rFonts w:asciiTheme="majorHAnsi" w:hAnsiTheme="majorHAnsi" w:cstheme="majorHAnsi"/>
        </w:rPr>
        <w:t xml:space="preserve"> that!’ {laughter}</w:t>
      </w:r>
    </w:p>
    <w:p w14:paraId="3BED97DA" w14:textId="77777777" w:rsidR="00256CFC" w:rsidRPr="009210F4" w:rsidRDefault="00256CFC" w:rsidP="009210F4">
      <w:pPr>
        <w:pStyle w:val="NoSpacing"/>
        <w:rPr>
          <w:rFonts w:asciiTheme="majorHAnsi" w:hAnsiTheme="majorHAnsi" w:cstheme="majorHAnsi"/>
        </w:rPr>
      </w:pPr>
    </w:p>
    <w:p w14:paraId="451D34AC" w14:textId="7492B9C4" w:rsidR="001D2CF1" w:rsidRPr="009210F4" w:rsidRDefault="001D2CF1" w:rsidP="009210F4">
      <w:pPr>
        <w:pStyle w:val="NoSpacing"/>
        <w:rPr>
          <w:rFonts w:asciiTheme="majorHAnsi" w:hAnsiTheme="majorHAnsi" w:cstheme="majorHAnsi"/>
        </w:rPr>
      </w:pPr>
      <w:r w:rsidRPr="009210F4">
        <w:rPr>
          <w:rFonts w:asciiTheme="majorHAnsi" w:hAnsiTheme="majorHAnsi" w:cstheme="majorHAnsi"/>
        </w:rPr>
        <w:t xml:space="preserve">Lucy: ‘I’m gonna marry you!’ </w:t>
      </w:r>
    </w:p>
    <w:p w14:paraId="4787ECBB" w14:textId="77777777" w:rsidR="00991E93" w:rsidRPr="009210F4" w:rsidRDefault="00991E93" w:rsidP="009210F4">
      <w:pPr>
        <w:pStyle w:val="NoSpacing"/>
        <w:rPr>
          <w:rFonts w:asciiTheme="majorHAnsi" w:hAnsiTheme="majorHAnsi" w:cstheme="majorHAnsi"/>
        </w:rPr>
      </w:pPr>
    </w:p>
    <w:p w14:paraId="4491904F" w14:textId="092604C4"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Alice</w:t>
      </w:r>
      <w:r w:rsidR="00D23E9C" w:rsidRPr="009210F4">
        <w:rPr>
          <w:rFonts w:asciiTheme="majorHAnsi" w:hAnsiTheme="majorHAnsi" w:cstheme="majorHAnsi"/>
        </w:rPr>
        <w:t xml:space="preserve"> </w:t>
      </w:r>
      <w:r w:rsidRPr="009210F4">
        <w:rPr>
          <w:rFonts w:asciiTheme="majorHAnsi" w:hAnsiTheme="majorHAnsi" w:cstheme="majorHAnsi"/>
        </w:rPr>
        <w:t>18:37</w:t>
      </w:r>
    </w:p>
    <w:p w14:paraId="1F5A0064" w14:textId="6EC3D069" w:rsidR="00991E93" w:rsidRPr="009210F4" w:rsidRDefault="001D2CF1" w:rsidP="009210F4">
      <w:pPr>
        <w:pStyle w:val="NoSpacing"/>
        <w:rPr>
          <w:rFonts w:asciiTheme="majorHAnsi" w:hAnsiTheme="majorHAnsi" w:cstheme="majorHAnsi"/>
        </w:rPr>
      </w:pPr>
      <w:r w:rsidRPr="009210F4">
        <w:rPr>
          <w:rFonts w:asciiTheme="majorHAnsi" w:hAnsiTheme="majorHAnsi" w:cstheme="majorHAnsi"/>
        </w:rPr>
        <w:t xml:space="preserve">I love that it’s </w:t>
      </w:r>
      <w:r w:rsidR="00256CFC" w:rsidRPr="009210F4">
        <w:rPr>
          <w:rFonts w:asciiTheme="majorHAnsi" w:hAnsiTheme="majorHAnsi" w:cstheme="majorHAnsi"/>
        </w:rPr>
        <w:t>l</w:t>
      </w:r>
      <w:r w:rsidR="00F7615C" w:rsidRPr="009210F4">
        <w:rPr>
          <w:rFonts w:asciiTheme="majorHAnsi" w:hAnsiTheme="majorHAnsi" w:cstheme="majorHAnsi"/>
        </w:rPr>
        <w:t>ike he waits for this</w:t>
      </w:r>
      <w:r w:rsidR="00457B0F" w:rsidRPr="009210F4">
        <w:rPr>
          <w:rFonts w:asciiTheme="majorHAnsi" w:hAnsiTheme="majorHAnsi" w:cstheme="majorHAnsi"/>
        </w:rPr>
        <w:t xml:space="preserve"> particular</w:t>
      </w:r>
      <w:r w:rsidR="00F7615C" w:rsidRPr="009210F4">
        <w:rPr>
          <w:rFonts w:asciiTheme="majorHAnsi" w:hAnsiTheme="majorHAnsi" w:cstheme="majorHAnsi"/>
        </w:rPr>
        <w:t>, but it's not that he meets a woman and falls for her regardless of the fact that she's not conventionally attractive</w:t>
      </w:r>
      <w:r w:rsidR="00457B0F" w:rsidRPr="009210F4">
        <w:rPr>
          <w:rFonts w:asciiTheme="majorHAnsi" w:hAnsiTheme="majorHAnsi" w:cstheme="majorHAnsi"/>
        </w:rPr>
        <w:t>, h</w:t>
      </w:r>
      <w:r w:rsidR="00F7615C" w:rsidRPr="009210F4">
        <w:rPr>
          <w:rFonts w:asciiTheme="majorHAnsi" w:hAnsiTheme="majorHAnsi" w:cstheme="majorHAnsi"/>
        </w:rPr>
        <w:t xml:space="preserve">e goes out and he </w:t>
      </w:r>
      <w:r w:rsidR="00256CFC" w:rsidRPr="009210F4">
        <w:rPr>
          <w:rFonts w:asciiTheme="majorHAnsi" w:hAnsiTheme="majorHAnsi" w:cstheme="majorHAnsi"/>
        </w:rPr>
        <w:t>looks</w:t>
      </w:r>
      <w:r w:rsidR="00F7615C" w:rsidRPr="009210F4">
        <w:rPr>
          <w:rFonts w:asciiTheme="majorHAnsi" w:hAnsiTheme="majorHAnsi" w:cstheme="majorHAnsi"/>
        </w:rPr>
        <w:t xml:space="preserve"> for an ugly woman and he's like </w:t>
      </w:r>
      <w:r w:rsidR="00457B0F" w:rsidRPr="009210F4">
        <w:rPr>
          <w:rFonts w:asciiTheme="majorHAnsi" w:hAnsiTheme="majorHAnsi" w:cstheme="majorHAnsi"/>
        </w:rPr>
        <w:t>‘</w:t>
      </w:r>
      <w:r w:rsidR="00F7615C" w:rsidRPr="009210F4">
        <w:rPr>
          <w:rFonts w:asciiTheme="majorHAnsi" w:hAnsiTheme="majorHAnsi" w:cstheme="majorHAnsi"/>
        </w:rPr>
        <w:t>you</w:t>
      </w:r>
      <w:r w:rsidR="00457B0F" w:rsidRPr="009210F4">
        <w:rPr>
          <w:rFonts w:asciiTheme="majorHAnsi" w:hAnsiTheme="majorHAnsi" w:cstheme="majorHAnsi"/>
        </w:rPr>
        <w:t xml:space="preserve">, you’ll do!’ </w:t>
      </w:r>
    </w:p>
    <w:p w14:paraId="5ACDC010" w14:textId="77777777" w:rsidR="00991E93" w:rsidRPr="009210F4" w:rsidRDefault="00991E93" w:rsidP="009210F4">
      <w:pPr>
        <w:pStyle w:val="NoSpacing"/>
        <w:rPr>
          <w:rFonts w:asciiTheme="majorHAnsi" w:hAnsiTheme="majorHAnsi" w:cstheme="majorHAnsi"/>
        </w:rPr>
      </w:pPr>
    </w:p>
    <w:p w14:paraId="224E0772" w14:textId="691F448D" w:rsidR="00991E93" w:rsidRPr="009210F4" w:rsidRDefault="00820759" w:rsidP="009210F4">
      <w:pPr>
        <w:pStyle w:val="NoSpacing"/>
        <w:rPr>
          <w:rFonts w:asciiTheme="majorHAnsi" w:hAnsiTheme="majorHAnsi" w:cstheme="majorHAnsi"/>
        </w:rPr>
      </w:pPr>
      <w:r w:rsidRPr="009210F4">
        <w:rPr>
          <w:rFonts w:asciiTheme="majorHAnsi" w:hAnsiTheme="majorHAnsi" w:cstheme="majorHAnsi"/>
        </w:rPr>
        <w:t xml:space="preserve">Kimmy </w:t>
      </w:r>
      <w:r w:rsidR="00F7615C" w:rsidRPr="009210F4">
        <w:rPr>
          <w:rFonts w:asciiTheme="majorHAnsi" w:hAnsiTheme="majorHAnsi" w:cstheme="majorHAnsi"/>
        </w:rPr>
        <w:t>18:52</w:t>
      </w:r>
    </w:p>
    <w:p w14:paraId="280496A0" w14:textId="43414803" w:rsidR="00991E93" w:rsidRPr="009210F4" w:rsidRDefault="00457B0F" w:rsidP="009210F4">
      <w:pPr>
        <w:pStyle w:val="NoSpacing"/>
        <w:rPr>
          <w:rFonts w:asciiTheme="majorHAnsi" w:hAnsiTheme="majorHAnsi" w:cstheme="majorHAnsi"/>
        </w:rPr>
      </w:pPr>
      <w:r w:rsidRPr="009210F4">
        <w:rPr>
          <w:rFonts w:asciiTheme="majorHAnsi" w:hAnsiTheme="majorHAnsi" w:cstheme="majorHAnsi"/>
        </w:rPr>
        <w:t>Quasimoda, Quasimodisha come here</w:t>
      </w:r>
      <w:r w:rsidR="00D23E9C" w:rsidRPr="009210F4">
        <w:rPr>
          <w:rFonts w:asciiTheme="majorHAnsi" w:hAnsiTheme="majorHAnsi" w:cstheme="majorHAnsi"/>
        </w:rPr>
        <w:t xml:space="preserve"> </w:t>
      </w:r>
    </w:p>
    <w:p w14:paraId="61940EFE" w14:textId="77777777" w:rsidR="00256CFC" w:rsidRPr="009210F4" w:rsidRDefault="00256CFC" w:rsidP="009210F4">
      <w:pPr>
        <w:pStyle w:val="NoSpacing"/>
        <w:rPr>
          <w:rFonts w:asciiTheme="majorHAnsi" w:hAnsiTheme="majorHAnsi" w:cstheme="majorHAnsi"/>
        </w:rPr>
      </w:pPr>
    </w:p>
    <w:p w14:paraId="531346F3" w14:textId="6F95D187"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Daisy</w:t>
      </w:r>
      <w:r w:rsidR="00D23E9C" w:rsidRPr="009210F4">
        <w:rPr>
          <w:rFonts w:asciiTheme="majorHAnsi" w:hAnsiTheme="majorHAnsi" w:cstheme="majorHAnsi"/>
        </w:rPr>
        <w:t xml:space="preserve"> </w:t>
      </w:r>
      <w:r w:rsidRPr="009210F4">
        <w:rPr>
          <w:rFonts w:asciiTheme="majorHAnsi" w:hAnsiTheme="majorHAnsi" w:cstheme="majorHAnsi"/>
        </w:rPr>
        <w:t>18:55</w:t>
      </w:r>
    </w:p>
    <w:p w14:paraId="2595B56A" w14:textId="7789EB64" w:rsidR="00991E93" w:rsidRPr="009210F4" w:rsidRDefault="008B297A" w:rsidP="009210F4">
      <w:pPr>
        <w:pStyle w:val="NoSpacing"/>
        <w:rPr>
          <w:rFonts w:asciiTheme="majorHAnsi" w:hAnsiTheme="majorHAnsi" w:cstheme="majorHAnsi"/>
        </w:rPr>
      </w:pPr>
      <w:r w:rsidRPr="009210F4">
        <w:rPr>
          <w:rFonts w:asciiTheme="majorHAnsi" w:hAnsiTheme="majorHAnsi" w:cstheme="majorHAnsi"/>
        </w:rPr>
        <w:t>S</w:t>
      </w:r>
      <w:r w:rsidR="00F7615C" w:rsidRPr="009210F4">
        <w:rPr>
          <w:rFonts w:asciiTheme="majorHAnsi" w:hAnsiTheme="majorHAnsi" w:cstheme="majorHAnsi"/>
        </w:rPr>
        <w:t xml:space="preserve">omeone just turned up at his doorstep and went </w:t>
      </w:r>
      <w:r w:rsidR="00457B0F" w:rsidRPr="009210F4">
        <w:rPr>
          <w:rFonts w:asciiTheme="majorHAnsi" w:hAnsiTheme="majorHAnsi" w:cstheme="majorHAnsi"/>
        </w:rPr>
        <w:t>‘</w:t>
      </w:r>
      <w:r w:rsidR="00F7615C" w:rsidRPr="009210F4">
        <w:rPr>
          <w:rFonts w:asciiTheme="majorHAnsi" w:hAnsiTheme="majorHAnsi" w:cstheme="majorHAnsi"/>
        </w:rPr>
        <w:t>found one</w:t>
      </w:r>
      <w:r w:rsidR="00457B0F" w:rsidRPr="009210F4">
        <w:rPr>
          <w:rFonts w:asciiTheme="majorHAnsi" w:hAnsiTheme="majorHAnsi" w:cstheme="majorHAnsi"/>
        </w:rPr>
        <w:t>’</w:t>
      </w:r>
      <w:r w:rsidR="00F7615C" w:rsidRPr="009210F4">
        <w:rPr>
          <w:rFonts w:asciiTheme="majorHAnsi" w:hAnsiTheme="majorHAnsi" w:cstheme="majorHAnsi"/>
        </w:rPr>
        <w:t xml:space="preserve">. </w:t>
      </w:r>
      <w:r w:rsidR="00457B0F" w:rsidRPr="009210F4">
        <w:rPr>
          <w:rFonts w:asciiTheme="majorHAnsi" w:hAnsiTheme="majorHAnsi" w:cstheme="majorHAnsi"/>
        </w:rPr>
        <w:t xml:space="preserve">{laughter} </w:t>
      </w:r>
      <w:r w:rsidR="00F7615C" w:rsidRPr="009210F4">
        <w:rPr>
          <w:rFonts w:asciiTheme="majorHAnsi" w:hAnsiTheme="majorHAnsi" w:cstheme="majorHAnsi"/>
        </w:rPr>
        <w:t>So they got married and had a son who was apparently sickly</w:t>
      </w:r>
      <w:r w:rsidR="00457B0F" w:rsidRPr="009210F4">
        <w:rPr>
          <w:rFonts w:asciiTheme="majorHAnsi" w:hAnsiTheme="majorHAnsi" w:cstheme="majorHAnsi"/>
        </w:rPr>
        <w:t xml:space="preserve">, as </w:t>
      </w:r>
      <w:r w:rsidR="00F7615C" w:rsidRPr="009210F4">
        <w:rPr>
          <w:rFonts w:asciiTheme="majorHAnsi" w:hAnsiTheme="majorHAnsi" w:cstheme="majorHAnsi"/>
        </w:rPr>
        <w:t>people so frequently get described</w:t>
      </w:r>
      <w:r w:rsidR="00D37F32" w:rsidRPr="009210F4">
        <w:rPr>
          <w:rFonts w:asciiTheme="majorHAnsi" w:hAnsiTheme="majorHAnsi" w:cstheme="majorHAnsi"/>
        </w:rPr>
        <w:t>,</w:t>
      </w:r>
      <w:r w:rsidR="00F7615C" w:rsidRPr="009210F4">
        <w:rPr>
          <w:rFonts w:asciiTheme="majorHAnsi" w:hAnsiTheme="majorHAnsi" w:cstheme="majorHAnsi"/>
        </w:rPr>
        <w:t xml:space="preserve"> and unable to walk throughout his childhood although no one explains anything about that ever</w:t>
      </w:r>
    </w:p>
    <w:p w14:paraId="7B5D74E0" w14:textId="77777777" w:rsidR="00991E93" w:rsidRPr="009210F4" w:rsidRDefault="00991E93" w:rsidP="009210F4">
      <w:pPr>
        <w:pStyle w:val="NoSpacing"/>
        <w:rPr>
          <w:rFonts w:asciiTheme="majorHAnsi" w:hAnsiTheme="majorHAnsi" w:cstheme="majorHAnsi"/>
        </w:rPr>
      </w:pPr>
    </w:p>
    <w:p w14:paraId="4D18EF2F" w14:textId="542D8999"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Lucy</w:t>
      </w:r>
      <w:r w:rsidR="00D23E9C" w:rsidRPr="009210F4">
        <w:rPr>
          <w:rFonts w:asciiTheme="majorHAnsi" w:hAnsiTheme="majorHAnsi" w:cstheme="majorHAnsi"/>
        </w:rPr>
        <w:t xml:space="preserve"> </w:t>
      </w:r>
      <w:r w:rsidRPr="009210F4">
        <w:rPr>
          <w:rFonts w:asciiTheme="majorHAnsi" w:hAnsiTheme="majorHAnsi" w:cstheme="majorHAnsi"/>
        </w:rPr>
        <w:t>19:20</w:t>
      </w:r>
    </w:p>
    <w:p w14:paraId="359F80D3" w14:textId="019082CD" w:rsidR="00D37F32" w:rsidRPr="009210F4" w:rsidRDefault="00D37F32" w:rsidP="009210F4">
      <w:pPr>
        <w:pStyle w:val="NoSpacing"/>
        <w:rPr>
          <w:rFonts w:asciiTheme="majorHAnsi" w:hAnsiTheme="majorHAnsi" w:cstheme="majorHAnsi"/>
        </w:rPr>
      </w:pPr>
      <w:r w:rsidRPr="009210F4">
        <w:rPr>
          <w:rFonts w:asciiTheme="majorHAnsi" w:hAnsiTheme="majorHAnsi" w:cstheme="majorHAnsi"/>
        </w:rPr>
        <w:t>Like, why he can’t walk?</w:t>
      </w:r>
    </w:p>
    <w:p w14:paraId="509CAF4C" w14:textId="77777777" w:rsidR="00991E93" w:rsidRPr="009210F4" w:rsidRDefault="00991E93" w:rsidP="009210F4">
      <w:pPr>
        <w:pStyle w:val="NoSpacing"/>
        <w:rPr>
          <w:rFonts w:asciiTheme="majorHAnsi" w:hAnsiTheme="majorHAnsi" w:cstheme="majorHAnsi"/>
        </w:rPr>
      </w:pPr>
    </w:p>
    <w:p w14:paraId="25FDCC8E" w14:textId="33553F5D"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Daisy</w:t>
      </w:r>
      <w:r w:rsidR="00D23E9C" w:rsidRPr="009210F4">
        <w:rPr>
          <w:rFonts w:asciiTheme="majorHAnsi" w:hAnsiTheme="majorHAnsi" w:cstheme="majorHAnsi"/>
        </w:rPr>
        <w:t xml:space="preserve"> </w:t>
      </w:r>
      <w:r w:rsidRPr="009210F4">
        <w:rPr>
          <w:rFonts w:asciiTheme="majorHAnsi" w:hAnsiTheme="majorHAnsi" w:cstheme="majorHAnsi"/>
        </w:rPr>
        <w:t>19:23</w:t>
      </w:r>
    </w:p>
    <w:p w14:paraId="5F8657CE" w14:textId="77777777" w:rsidR="00DF1D51" w:rsidRPr="009210F4" w:rsidRDefault="00DF1D51" w:rsidP="009210F4">
      <w:pPr>
        <w:pStyle w:val="NoSpacing"/>
        <w:rPr>
          <w:rFonts w:asciiTheme="majorHAnsi" w:hAnsiTheme="majorHAnsi" w:cstheme="majorHAnsi"/>
        </w:rPr>
      </w:pPr>
      <w:r w:rsidRPr="009210F4">
        <w:rPr>
          <w:rFonts w:asciiTheme="majorHAnsi" w:hAnsiTheme="majorHAnsi" w:cstheme="majorHAnsi"/>
        </w:rPr>
        <w:t>Yeah, n</w:t>
      </w:r>
      <w:r w:rsidR="00F7615C" w:rsidRPr="009210F4">
        <w:rPr>
          <w:rFonts w:asciiTheme="majorHAnsi" w:hAnsiTheme="majorHAnsi" w:cstheme="majorHAnsi"/>
        </w:rPr>
        <w:t>o idea</w:t>
      </w:r>
      <w:r w:rsidRPr="009210F4">
        <w:rPr>
          <w:rFonts w:asciiTheme="majorHAnsi" w:hAnsiTheme="majorHAnsi" w:cstheme="majorHAnsi"/>
        </w:rPr>
        <w:t xml:space="preserve">, that’s that </w:t>
      </w:r>
    </w:p>
    <w:p w14:paraId="1B3AA7A9" w14:textId="77777777" w:rsidR="008B297A" w:rsidRPr="009210F4" w:rsidRDefault="008B297A" w:rsidP="009210F4">
      <w:pPr>
        <w:pStyle w:val="NoSpacing"/>
        <w:rPr>
          <w:rFonts w:asciiTheme="majorHAnsi" w:hAnsiTheme="majorHAnsi" w:cstheme="majorHAnsi"/>
        </w:rPr>
      </w:pPr>
    </w:p>
    <w:p w14:paraId="04943255" w14:textId="011845CE" w:rsidR="00DF1D51" w:rsidRPr="009210F4" w:rsidRDefault="00DF1D51" w:rsidP="009210F4">
      <w:pPr>
        <w:pStyle w:val="NoSpacing"/>
        <w:rPr>
          <w:rFonts w:asciiTheme="majorHAnsi" w:hAnsiTheme="majorHAnsi" w:cstheme="majorHAnsi"/>
        </w:rPr>
      </w:pPr>
      <w:r w:rsidRPr="009210F4">
        <w:rPr>
          <w:rFonts w:asciiTheme="majorHAnsi" w:hAnsiTheme="majorHAnsi" w:cstheme="majorHAnsi"/>
        </w:rPr>
        <w:t>Lucy: He’s sick</w:t>
      </w:r>
      <w:r w:rsidR="00D23E9C" w:rsidRPr="009210F4">
        <w:rPr>
          <w:rFonts w:asciiTheme="majorHAnsi" w:hAnsiTheme="majorHAnsi" w:cstheme="majorHAnsi"/>
        </w:rPr>
        <w:t xml:space="preserve"> </w:t>
      </w:r>
    </w:p>
    <w:p w14:paraId="6614DFD8" w14:textId="77777777" w:rsidR="008B297A" w:rsidRPr="009210F4" w:rsidRDefault="008B297A" w:rsidP="009210F4">
      <w:pPr>
        <w:pStyle w:val="NoSpacing"/>
        <w:rPr>
          <w:rFonts w:asciiTheme="majorHAnsi" w:hAnsiTheme="majorHAnsi" w:cstheme="majorHAnsi"/>
        </w:rPr>
      </w:pPr>
    </w:p>
    <w:p w14:paraId="149D242D" w14:textId="24921C98" w:rsidR="00991E93" w:rsidRPr="009210F4" w:rsidRDefault="00DF1D51" w:rsidP="009210F4">
      <w:pPr>
        <w:pStyle w:val="NoSpacing"/>
        <w:rPr>
          <w:rFonts w:asciiTheme="majorHAnsi" w:hAnsiTheme="majorHAnsi" w:cstheme="majorHAnsi"/>
        </w:rPr>
      </w:pPr>
      <w:r w:rsidRPr="009210F4">
        <w:rPr>
          <w:rFonts w:asciiTheme="majorHAnsi" w:hAnsiTheme="majorHAnsi" w:cstheme="majorHAnsi"/>
        </w:rPr>
        <w:t xml:space="preserve">Daisy: </w:t>
      </w:r>
      <w:r w:rsidR="00F7615C" w:rsidRPr="009210F4">
        <w:rPr>
          <w:rFonts w:asciiTheme="majorHAnsi" w:hAnsiTheme="majorHAnsi" w:cstheme="majorHAnsi"/>
        </w:rPr>
        <w:t>I guess yeah</w:t>
      </w:r>
      <w:r w:rsidRPr="009210F4">
        <w:rPr>
          <w:rFonts w:asciiTheme="majorHAnsi" w:hAnsiTheme="majorHAnsi" w:cstheme="majorHAnsi"/>
        </w:rPr>
        <w:t xml:space="preserve">, </w:t>
      </w:r>
      <w:r w:rsidR="008B297A" w:rsidRPr="009210F4">
        <w:rPr>
          <w:rFonts w:asciiTheme="majorHAnsi" w:hAnsiTheme="majorHAnsi" w:cstheme="majorHAnsi"/>
        </w:rPr>
        <w:t>or</w:t>
      </w:r>
      <w:r w:rsidR="00F7615C" w:rsidRPr="009210F4">
        <w:rPr>
          <w:rFonts w:asciiTheme="majorHAnsi" w:hAnsiTheme="majorHAnsi" w:cstheme="majorHAnsi"/>
        </w:rPr>
        <w:t xml:space="preserve"> it was just his mother's ugliness</w:t>
      </w:r>
    </w:p>
    <w:p w14:paraId="6B819BDA" w14:textId="77777777" w:rsidR="00991E93" w:rsidRPr="009210F4" w:rsidRDefault="00991E93" w:rsidP="009210F4">
      <w:pPr>
        <w:pStyle w:val="NoSpacing"/>
        <w:rPr>
          <w:rFonts w:asciiTheme="majorHAnsi" w:hAnsiTheme="majorHAnsi" w:cstheme="majorHAnsi"/>
        </w:rPr>
      </w:pPr>
    </w:p>
    <w:p w14:paraId="6644DB4D" w14:textId="43CE9DF8"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Lucy</w:t>
      </w:r>
      <w:r w:rsidR="00D23E9C" w:rsidRPr="009210F4">
        <w:rPr>
          <w:rFonts w:asciiTheme="majorHAnsi" w:hAnsiTheme="majorHAnsi" w:cstheme="majorHAnsi"/>
        </w:rPr>
        <w:t xml:space="preserve"> </w:t>
      </w:r>
      <w:r w:rsidRPr="009210F4">
        <w:rPr>
          <w:rFonts w:asciiTheme="majorHAnsi" w:hAnsiTheme="majorHAnsi" w:cstheme="majorHAnsi"/>
        </w:rPr>
        <w:t>19:29</w:t>
      </w:r>
    </w:p>
    <w:p w14:paraId="7A9E0265" w14:textId="77777777"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Maybe</w:t>
      </w:r>
    </w:p>
    <w:p w14:paraId="1ACECC56" w14:textId="77777777" w:rsidR="00991E93" w:rsidRPr="009210F4" w:rsidRDefault="00991E93" w:rsidP="009210F4">
      <w:pPr>
        <w:pStyle w:val="NoSpacing"/>
        <w:rPr>
          <w:rFonts w:asciiTheme="majorHAnsi" w:hAnsiTheme="majorHAnsi" w:cstheme="majorHAnsi"/>
        </w:rPr>
      </w:pPr>
    </w:p>
    <w:p w14:paraId="0A81CB99" w14:textId="53E173A2"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Daisy</w:t>
      </w:r>
      <w:r w:rsidR="00D23E9C" w:rsidRPr="009210F4">
        <w:rPr>
          <w:rFonts w:asciiTheme="majorHAnsi" w:hAnsiTheme="majorHAnsi" w:cstheme="majorHAnsi"/>
        </w:rPr>
        <w:t xml:space="preserve"> </w:t>
      </w:r>
      <w:r w:rsidRPr="009210F4">
        <w:rPr>
          <w:rFonts w:asciiTheme="majorHAnsi" w:hAnsiTheme="majorHAnsi" w:cstheme="majorHAnsi"/>
        </w:rPr>
        <w:t>19:30</w:t>
      </w:r>
    </w:p>
    <w:p w14:paraId="0D545E9D" w14:textId="77777777" w:rsidR="002317AF" w:rsidRPr="009210F4" w:rsidRDefault="00F7615C" w:rsidP="009210F4">
      <w:pPr>
        <w:pStyle w:val="NoSpacing"/>
        <w:rPr>
          <w:rFonts w:asciiTheme="majorHAnsi" w:hAnsiTheme="majorHAnsi" w:cstheme="majorHAnsi"/>
        </w:rPr>
      </w:pPr>
      <w:r w:rsidRPr="009210F4">
        <w:rPr>
          <w:rFonts w:asciiTheme="majorHAnsi" w:hAnsiTheme="majorHAnsi" w:cstheme="majorHAnsi"/>
        </w:rPr>
        <w:t xml:space="preserve">rendered him </w:t>
      </w:r>
    </w:p>
    <w:p w14:paraId="36CF7237" w14:textId="77777777" w:rsidR="008B297A" w:rsidRPr="009210F4" w:rsidRDefault="008B297A" w:rsidP="009210F4">
      <w:pPr>
        <w:pStyle w:val="NoSpacing"/>
        <w:rPr>
          <w:rFonts w:asciiTheme="majorHAnsi" w:hAnsiTheme="majorHAnsi" w:cstheme="majorHAnsi"/>
        </w:rPr>
      </w:pPr>
    </w:p>
    <w:p w14:paraId="12F57C84" w14:textId="2E081DAF" w:rsidR="00991E93" w:rsidRPr="009210F4" w:rsidRDefault="00820759" w:rsidP="009210F4">
      <w:pPr>
        <w:pStyle w:val="NoSpacing"/>
        <w:rPr>
          <w:rFonts w:asciiTheme="majorHAnsi" w:hAnsiTheme="majorHAnsi" w:cstheme="majorHAnsi"/>
        </w:rPr>
      </w:pPr>
      <w:r w:rsidRPr="009210F4">
        <w:rPr>
          <w:rFonts w:asciiTheme="majorHAnsi" w:hAnsiTheme="majorHAnsi" w:cstheme="majorHAnsi"/>
        </w:rPr>
        <w:t xml:space="preserve">Kimmy </w:t>
      </w:r>
      <w:r w:rsidR="00F7615C" w:rsidRPr="009210F4">
        <w:rPr>
          <w:rFonts w:asciiTheme="majorHAnsi" w:hAnsiTheme="majorHAnsi" w:cstheme="majorHAnsi"/>
        </w:rPr>
        <w:t>19:40</w:t>
      </w:r>
      <w:r w:rsidR="002317AF" w:rsidRPr="009210F4">
        <w:rPr>
          <w:rFonts w:asciiTheme="majorHAnsi" w:hAnsiTheme="majorHAnsi" w:cstheme="majorHAnsi"/>
        </w:rPr>
        <w:t xml:space="preserve"> It was too </w:t>
      </w:r>
      <w:r w:rsidR="008B297A" w:rsidRPr="009210F4">
        <w:rPr>
          <w:rFonts w:asciiTheme="majorHAnsi" w:hAnsiTheme="majorHAnsi" w:cstheme="majorHAnsi"/>
        </w:rPr>
        <w:t>hereditary</w:t>
      </w:r>
      <w:r w:rsidR="002317AF" w:rsidRPr="009210F4">
        <w:rPr>
          <w:rFonts w:asciiTheme="majorHAnsi" w:hAnsiTheme="majorHAnsi" w:cstheme="majorHAnsi"/>
        </w:rPr>
        <w:t xml:space="preserve"> for him </w:t>
      </w:r>
    </w:p>
    <w:p w14:paraId="58A6F48E" w14:textId="77777777" w:rsidR="008B297A" w:rsidRPr="009210F4" w:rsidRDefault="008B297A" w:rsidP="009210F4">
      <w:pPr>
        <w:pStyle w:val="NoSpacing"/>
        <w:rPr>
          <w:rFonts w:asciiTheme="majorHAnsi" w:hAnsiTheme="majorHAnsi" w:cstheme="majorHAnsi"/>
        </w:rPr>
      </w:pPr>
    </w:p>
    <w:p w14:paraId="054D4125" w14:textId="4D33D609" w:rsidR="002317AF" w:rsidRPr="009210F4" w:rsidRDefault="002317AF" w:rsidP="009210F4">
      <w:pPr>
        <w:pStyle w:val="NoSpacing"/>
        <w:rPr>
          <w:rFonts w:asciiTheme="majorHAnsi" w:hAnsiTheme="majorHAnsi" w:cstheme="majorHAnsi"/>
        </w:rPr>
      </w:pPr>
      <w:r w:rsidRPr="009210F4">
        <w:rPr>
          <w:rFonts w:asciiTheme="majorHAnsi" w:hAnsiTheme="majorHAnsi" w:cstheme="majorHAnsi"/>
        </w:rPr>
        <w:t xml:space="preserve">Daisy </w:t>
      </w:r>
      <w:r w:rsidR="00F7615C" w:rsidRPr="009210F4">
        <w:rPr>
          <w:rFonts w:asciiTheme="majorHAnsi" w:hAnsiTheme="majorHAnsi" w:cstheme="majorHAnsi"/>
        </w:rPr>
        <w:t>19:47</w:t>
      </w:r>
      <w:r w:rsidRPr="009210F4">
        <w:rPr>
          <w:rFonts w:asciiTheme="majorHAnsi" w:hAnsiTheme="majorHAnsi" w:cstheme="majorHAnsi"/>
        </w:rPr>
        <w:t xml:space="preserve"> </w:t>
      </w:r>
    </w:p>
    <w:p w14:paraId="6914A0C9" w14:textId="566F8366" w:rsidR="00991E93" w:rsidRPr="009210F4" w:rsidRDefault="002317AF" w:rsidP="009210F4">
      <w:pPr>
        <w:pStyle w:val="NoSpacing"/>
        <w:rPr>
          <w:rFonts w:asciiTheme="majorHAnsi" w:hAnsiTheme="majorHAnsi" w:cstheme="majorHAnsi"/>
        </w:rPr>
      </w:pPr>
      <w:r w:rsidRPr="009210F4">
        <w:rPr>
          <w:rFonts w:asciiTheme="majorHAnsi" w:hAnsiTheme="majorHAnsi" w:cstheme="majorHAnsi"/>
        </w:rPr>
        <w:t xml:space="preserve">Yeah, ‘I’m </w:t>
      </w:r>
      <w:r w:rsidR="00F7615C" w:rsidRPr="009210F4">
        <w:rPr>
          <w:rFonts w:asciiTheme="majorHAnsi" w:hAnsiTheme="majorHAnsi" w:cstheme="majorHAnsi"/>
        </w:rPr>
        <w:t>not getting up until you get</w:t>
      </w:r>
      <w:r w:rsidRPr="009210F4">
        <w:rPr>
          <w:rFonts w:asciiTheme="majorHAnsi" w:hAnsiTheme="majorHAnsi" w:cstheme="majorHAnsi"/>
        </w:rPr>
        <w:t xml:space="preserve"> prettier’ {laughter} </w:t>
      </w:r>
    </w:p>
    <w:p w14:paraId="576922AC" w14:textId="77777777" w:rsidR="00991E93" w:rsidRPr="009210F4" w:rsidRDefault="00991E93" w:rsidP="009210F4">
      <w:pPr>
        <w:pStyle w:val="NoSpacing"/>
        <w:rPr>
          <w:rFonts w:asciiTheme="majorHAnsi" w:hAnsiTheme="majorHAnsi" w:cstheme="majorHAnsi"/>
        </w:rPr>
      </w:pPr>
    </w:p>
    <w:p w14:paraId="776410A6" w14:textId="0867815E" w:rsidR="00991E93" w:rsidRPr="009210F4" w:rsidRDefault="00820759" w:rsidP="009210F4">
      <w:pPr>
        <w:pStyle w:val="NoSpacing"/>
        <w:rPr>
          <w:rFonts w:asciiTheme="majorHAnsi" w:hAnsiTheme="majorHAnsi" w:cstheme="majorHAnsi"/>
        </w:rPr>
      </w:pPr>
      <w:r w:rsidRPr="009210F4">
        <w:rPr>
          <w:rFonts w:asciiTheme="majorHAnsi" w:hAnsiTheme="majorHAnsi" w:cstheme="majorHAnsi"/>
        </w:rPr>
        <w:t xml:space="preserve">Kimmy </w:t>
      </w:r>
      <w:r w:rsidR="00F7615C" w:rsidRPr="009210F4">
        <w:rPr>
          <w:rFonts w:asciiTheme="majorHAnsi" w:hAnsiTheme="majorHAnsi" w:cstheme="majorHAnsi"/>
        </w:rPr>
        <w:t>19:55</w:t>
      </w:r>
    </w:p>
    <w:p w14:paraId="410948B0" w14:textId="2C6FA445" w:rsidR="00BA18AB" w:rsidRPr="009210F4" w:rsidRDefault="009210F4" w:rsidP="009210F4">
      <w:pPr>
        <w:pStyle w:val="NoSpacing"/>
        <w:rPr>
          <w:rFonts w:asciiTheme="majorHAnsi" w:hAnsiTheme="majorHAnsi" w:cstheme="majorHAnsi"/>
        </w:rPr>
      </w:pPr>
      <w:r w:rsidRPr="009210F4">
        <w:rPr>
          <w:rFonts w:asciiTheme="majorHAnsi" w:hAnsiTheme="majorHAnsi" w:cstheme="majorHAnsi"/>
        </w:rPr>
        <w:t>So,</w:t>
      </w:r>
      <w:r w:rsidR="00BA18AB" w:rsidRPr="009210F4">
        <w:rPr>
          <w:rFonts w:asciiTheme="majorHAnsi" w:hAnsiTheme="majorHAnsi" w:cstheme="majorHAnsi"/>
        </w:rPr>
        <w:t xml:space="preserve"> w</w:t>
      </w:r>
      <w:r w:rsidR="002317AF" w:rsidRPr="009210F4">
        <w:rPr>
          <w:rFonts w:asciiTheme="majorHAnsi" w:hAnsiTheme="majorHAnsi" w:cstheme="majorHAnsi"/>
        </w:rPr>
        <w:t xml:space="preserve">hat </w:t>
      </w:r>
      <w:r w:rsidR="00BA18AB" w:rsidRPr="009210F4">
        <w:rPr>
          <w:rFonts w:asciiTheme="majorHAnsi" w:hAnsiTheme="majorHAnsi" w:cstheme="majorHAnsi"/>
        </w:rPr>
        <w:t xml:space="preserve">he </w:t>
      </w:r>
      <w:proofErr w:type="gramStart"/>
      <w:r w:rsidR="002317AF" w:rsidRPr="009210F4">
        <w:rPr>
          <w:rFonts w:asciiTheme="majorHAnsi" w:hAnsiTheme="majorHAnsi" w:cstheme="majorHAnsi"/>
        </w:rPr>
        <w:t>have</w:t>
      </w:r>
      <w:proofErr w:type="gramEnd"/>
      <w:r w:rsidR="002317AF" w:rsidRPr="009210F4">
        <w:rPr>
          <w:rFonts w:asciiTheme="majorHAnsi" w:hAnsiTheme="majorHAnsi" w:cstheme="majorHAnsi"/>
        </w:rPr>
        <w:t xml:space="preserve"> Quadimosation,</w:t>
      </w:r>
      <w:r w:rsidR="00BA18AB" w:rsidRPr="009210F4">
        <w:rPr>
          <w:rFonts w:asciiTheme="majorHAnsi" w:hAnsiTheme="majorHAnsi" w:cstheme="majorHAnsi"/>
        </w:rPr>
        <w:t xml:space="preserve"> Quadimosatia syndrome, that’s what he got, yeah</w:t>
      </w:r>
      <w:r w:rsidR="00D23E9C" w:rsidRPr="009210F4">
        <w:rPr>
          <w:rFonts w:asciiTheme="majorHAnsi" w:hAnsiTheme="majorHAnsi" w:cstheme="majorHAnsi"/>
        </w:rPr>
        <w:t xml:space="preserve"> </w:t>
      </w:r>
    </w:p>
    <w:p w14:paraId="31734B92" w14:textId="77777777" w:rsidR="008B297A" w:rsidRPr="009210F4" w:rsidRDefault="008B297A" w:rsidP="009210F4">
      <w:pPr>
        <w:pStyle w:val="NoSpacing"/>
        <w:rPr>
          <w:rFonts w:asciiTheme="majorHAnsi" w:hAnsiTheme="majorHAnsi" w:cstheme="majorHAnsi"/>
        </w:rPr>
      </w:pPr>
    </w:p>
    <w:p w14:paraId="33AD63AA" w14:textId="05DAAEDF" w:rsidR="00BA18AB" w:rsidRPr="009210F4" w:rsidRDefault="00BA18AB" w:rsidP="009210F4">
      <w:pPr>
        <w:pStyle w:val="NoSpacing"/>
        <w:rPr>
          <w:rFonts w:asciiTheme="majorHAnsi" w:hAnsiTheme="majorHAnsi" w:cstheme="majorHAnsi"/>
        </w:rPr>
      </w:pPr>
      <w:r w:rsidRPr="009210F4">
        <w:rPr>
          <w:rFonts w:asciiTheme="majorHAnsi" w:hAnsiTheme="majorHAnsi" w:cstheme="majorHAnsi"/>
        </w:rPr>
        <w:t xml:space="preserve">Lucy: Daisy I’m going to use that ‘I am not getting up and walking until you get prettier!’ {laughter} </w:t>
      </w:r>
    </w:p>
    <w:p w14:paraId="677E5B0B" w14:textId="77777777" w:rsidR="009210F4" w:rsidRDefault="009210F4" w:rsidP="009210F4">
      <w:pPr>
        <w:pStyle w:val="NoSpacing"/>
        <w:rPr>
          <w:rFonts w:asciiTheme="majorHAnsi" w:hAnsiTheme="majorHAnsi" w:cstheme="majorHAnsi"/>
        </w:rPr>
      </w:pPr>
    </w:p>
    <w:p w14:paraId="29971B47" w14:textId="0EA02CF2" w:rsidR="0045192E" w:rsidRPr="009210F4" w:rsidRDefault="00BA18AB" w:rsidP="009210F4">
      <w:pPr>
        <w:pStyle w:val="NoSpacing"/>
        <w:rPr>
          <w:rFonts w:asciiTheme="majorHAnsi" w:hAnsiTheme="majorHAnsi" w:cstheme="majorHAnsi"/>
        </w:rPr>
      </w:pPr>
      <w:r w:rsidRPr="009210F4">
        <w:rPr>
          <w:rFonts w:asciiTheme="majorHAnsi" w:hAnsiTheme="majorHAnsi" w:cstheme="majorHAnsi"/>
        </w:rPr>
        <w:t xml:space="preserve">Daisy: </w:t>
      </w:r>
      <w:r w:rsidR="0045192E" w:rsidRPr="009210F4">
        <w:rPr>
          <w:rFonts w:asciiTheme="majorHAnsi" w:hAnsiTheme="majorHAnsi" w:cstheme="majorHAnsi"/>
        </w:rPr>
        <w:t>so,</w:t>
      </w:r>
      <w:r w:rsidR="00F7615C" w:rsidRPr="009210F4">
        <w:rPr>
          <w:rFonts w:asciiTheme="majorHAnsi" w:hAnsiTheme="majorHAnsi" w:cstheme="majorHAnsi"/>
        </w:rPr>
        <w:t xml:space="preserve"> by that point, so it's the</w:t>
      </w:r>
      <w:r w:rsidRPr="009210F4">
        <w:rPr>
          <w:rFonts w:asciiTheme="majorHAnsi" w:hAnsiTheme="majorHAnsi" w:cstheme="majorHAnsi"/>
        </w:rPr>
        <w:t>,</w:t>
      </w:r>
      <w:r w:rsidR="00F7615C" w:rsidRPr="009210F4">
        <w:rPr>
          <w:rFonts w:asciiTheme="majorHAnsi" w:hAnsiTheme="majorHAnsi" w:cstheme="majorHAnsi"/>
        </w:rPr>
        <w:t xml:space="preserve"> one of </w:t>
      </w:r>
      <w:r w:rsidRPr="009210F4">
        <w:rPr>
          <w:rFonts w:asciiTheme="majorHAnsi" w:hAnsiTheme="majorHAnsi" w:cstheme="majorHAnsi"/>
        </w:rPr>
        <w:t xml:space="preserve">his </w:t>
      </w:r>
      <w:r w:rsidR="00F7615C" w:rsidRPr="009210F4">
        <w:rPr>
          <w:rFonts w:asciiTheme="majorHAnsi" w:hAnsiTheme="majorHAnsi" w:cstheme="majorHAnsi"/>
        </w:rPr>
        <w:t xml:space="preserve">first </w:t>
      </w:r>
      <w:r w:rsidRPr="009210F4">
        <w:rPr>
          <w:rFonts w:asciiTheme="majorHAnsi" w:hAnsiTheme="majorHAnsi" w:cstheme="majorHAnsi"/>
        </w:rPr>
        <w:t xml:space="preserve">wives </w:t>
      </w:r>
      <w:r w:rsidR="0045192E" w:rsidRPr="009210F4">
        <w:rPr>
          <w:rFonts w:asciiTheme="majorHAnsi" w:hAnsiTheme="majorHAnsi" w:cstheme="majorHAnsi"/>
        </w:rPr>
        <w:t>or,</w:t>
      </w:r>
      <w:r w:rsidRPr="009210F4">
        <w:rPr>
          <w:rFonts w:asciiTheme="majorHAnsi" w:hAnsiTheme="majorHAnsi" w:cstheme="majorHAnsi"/>
        </w:rPr>
        <w:t xml:space="preserve"> so this is </w:t>
      </w:r>
      <w:r w:rsidR="00056D65" w:rsidRPr="009210F4">
        <w:rPr>
          <w:rStyle w:val="mw-headline"/>
          <w:rFonts w:asciiTheme="majorHAnsi" w:hAnsiTheme="majorHAnsi" w:cstheme="majorHAnsi"/>
        </w:rPr>
        <w:t xml:space="preserve">Sundiata’s </w:t>
      </w:r>
      <w:r w:rsidR="0045192E" w:rsidRPr="009210F4">
        <w:rPr>
          <w:rFonts w:asciiTheme="majorHAnsi" w:hAnsiTheme="majorHAnsi" w:cstheme="majorHAnsi"/>
        </w:rPr>
        <w:t>half-brother</w:t>
      </w:r>
      <w:r w:rsidR="00056D65" w:rsidRPr="009210F4">
        <w:rPr>
          <w:rFonts w:asciiTheme="majorHAnsi" w:hAnsiTheme="majorHAnsi" w:cstheme="majorHAnsi"/>
        </w:rPr>
        <w:t>, s</w:t>
      </w:r>
      <w:r w:rsidR="00F7615C" w:rsidRPr="009210F4">
        <w:rPr>
          <w:rFonts w:asciiTheme="majorHAnsi" w:hAnsiTheme="majorHAnsi" w:cstheme="majorHAnsi"/>
        </w:rPr>
        <w:t xml:space="preserve">o the </w:t>
      </w:r>
      <w:r w:rsidR="0045192E" w:rsidRPr="009210F4">
        <w:rPr>
          <w:rFonts w:asciiTheme="majorHAnsi" w:hAnsiTheme="majorHAnsi" w:cstheme="majorHAnsi"/>
        </w:rPr>
        <w:t>half-brother</w:t>
      </w:r>
      <w:r w:rsidR="00F7615C" w:rsidRPr="009210F4">
        <w:rPr>
          <w:rFonts w:asciiTheme="majorHAnsi" w:hAnsiTheme="majorHAnsi" w:cstheme="majorHAnsi"/>
        </w:rPr>
        <w:t xml:space="preserve"> and the </w:t>
      </w:r>
      <w:r w:rsidR="009210F4" w:rsidRPr="009210F4">
        <w:rPr>
          <w:rFonts w:asciiTheme="majorHAnsi" w:hAnsiTheme="majorHAnsi" w:cstheme="majorHAnsi"/>
        </w:rPr>
        <w:t>half-brother’s</w:t>
      </w:r>
      <w:r w:rsidR="00F7615C" w:rsidRPr="009210F4">
        <w:rPr>
          <w:rFonts w:asciiTheme="majorHAnsi" w:hAnsiTheme="majorHAnsi" w:cstheme="majorHAnsi"/>
        </w:rPr>
        <w:t xml:space="preserve"> mother, so I guess </w:t>
      </w:r>
      <w:r w:rsidR="009210F4" w:rsidRPr="009210F4">
        <w:rPr>
          <w:rFonts w:asciiTheme="majorHAnsi" w:hAnsiTheme="majorHAnsi" w:cstheme="majorHAnsi"/>
        </w:rPr>
        <w:t>stepmother</w:t>
      </w:r>
    </w:p>
    <w:p w14:paraId="0B724295" w14:textId="77777777" w:rsidR="009210F4" w:rsidRDefault="009210F4" w:rsidP="009210F4">
      <w:pPr>
        <w:pStyle w:val="NoSpacing"/>
        <w:rPr>
          <w:rFonts w:asciiTheme="majorHAnsi" w:hAnsiTheme="majorHAnsi" w:cstheme="majorHAnsi"/>
        </w:rPr>
      </w:pPr>
    </w:p>
    <w:p w14:paraId="53F053A5" w14:textId="7577AE9A"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Lucy</w:t>
      </w:r>
      <w:r w:rsidR="00D23E9C" w:rsidRPr="009210F4">
        <w:rPr>
          <w:rFonts w:asciiTheme="majorHAnsi" w:hAnsiTheme="majorHAnsi" w:cstheme="majorHAnsi"/>
        </w:rPr>
        <w:t xml:space="preserve"> </w:t>
      </w:r>
      <w:r w:rsidRPr="009210F4">
        <w:rPr>
          <w:rFonts w:asciiTheme="majorHAnsi" w:hAnsiTheme="majorHAnsi" w:cstheme="majorHAnsi"/>
        </w:rPr>
        <w:t>20:10</w:t>
      </w:r>
    </w:p>
    <w:p w14:paraId="1A3BF0BE" w14:textId="77777777" w:rsidR="00056D65" w:rsidRPr="009210F4" w:rsidRDefault="00F7615C" w:rsidP="009210F4">
      <w:pPr>
        <w:pStyle w:val="NoSpacing"/>
        <w:rPr>
          <w:rFonts w:asciiTheme="majorHAnsi" w:hAnsiTheme="majorHAnsi" w:cstheme="majorHAnsi"/>
        </w:rPr>
      </w:pPr>
      <w:r w:rsidRPr="009210F4">
        <w:rPr>
          <w:rFonts w:asciiTheme="majorHAnsi" w:hAnsiTheme="majorHAnsi" w:cstheme="majorHAnsi"/>
        </w:rPr>
        <w:t xml:space="preserve">Yeah </w:t>
      </w:r>
    </w:p>
    <w:p w14:paraId="41E6CB7F" w14:textId="77777777" w:rsidR="009210F4" w:rsidRDefault="009210F4" w:rsidP="009210F4">
      <w:pPr>
        <w:pStyle w:val="NoSpacing"/>
        <w:rPr>
          <w:rFonts w:asciiTheme="majorHAnsi" w:hAnsiTheme="majorHAnsi" w:cstheme="majorHAnsi"/>
        </w:rPr>
      </w:pPr>
    </w:p>
    <w:p w14:paraId="3757A6B5" w14:textId="397112B0" w:rsidR="00056D65" w:rsidRPr="009210F4" w:rsidRDefault="00056D65" w:rsidP="009210F4">
      <w:pPr>
        <w:pStyle w:val="NoSpacing"/>
        <w:rPr>
          <w:rFonts w:asciiTheme="majorHAnsi" w:hAnsiTheme="majorHAnsi" w:cstheme="majorHAnsi"/>
        </w:rPr>
      </w:pPr>
      <w:r w:rsidRPr="009210F4">
        <w:rPr>
          <w:rFonts w:asciiTheme="majorHAnsi" w:hAnsiTheme="majorHAnsi" w:cstheme="majorHAnsi"/>
        </w:rPr>
        <w:t xml:space="preserve">Daisy: </w:t>
      </w:r>
      <w:r w:rsidR="00F7615C" w:rsidRPr="009210F4">
        <w:rPr>
          <w:rFonts w:asciiTheme="majorHAnsi" w:hAnsiTheme="majorHAnsi" w:cstheme="majorHAnsi"/>
        </w:rPr>
        <w:t>I guess</w:t>
      </w:r>
      <w:r w:rsidRPr="009210F4">
        <w:rPr>
          <w:rFonts w:asciiTheme="majorHAnsi" w:hAnsiTheme="majorHAnsi" w:cstheme="majorHAnsi"/>
        </w:rPr>
        <w:t xml:space="preserve">? </w:t>
      </w:r>
    </w:p>
    <w:p w14:paraId="455BC9DC" w14:textId="77777777" w:rsidR="009210F4" w:rsidRDefault="009210F4" w:rsidP="009210F4">
      <w:pPr>
        <w:pStyle w:val="NoSpacing"/>
        <w:rPr>
          <w:rFonts w:asciiTheme="majorHAnsi" w:hAnsiTheme="majorHAnsi" w:cstheme="majorHAnsi"/>
        </w:rPr>
      </w:pPr>
    </w:p>
    <w:p w14:paraId="4F3389F7" w14:textId="6BD458C0" w:rsidR="00991E93" w:rsidRPr="009210F4" w:rsidRDefault="00056D65" w:rsidP="009210F4">
      <w:pPr>
        <w:pStyle w:val="NoSpacing"/>
        <w:rPr>
          <w:rFonts w:asciiTheme="majorHAnsi" w:hAnsiTheme="majorHAnsi" w:cstheme="majorHAnsi"/>
        </w:rPr>
      </w:pPr>
      <w:r w:rsidRPr="009210F4">
        <w:rPr>
          <w:rFonts w:asciiTheme="majorHAnsi" w:hAnsiTheme="majorHAnsi" w:cstheme="majorHAnsi"/>
        </w:rPr>
        <w:t xml:space="preserve">Lucy: The </w:t>
      </w:r>
      <w:r w:rsidR="009210F4" w:rsidRPr="009210F4">
        <w:rPr>
          <w:rFonts w:asciiTheme="majorHAnsi" w:hAnsiTheme="majorHAnsi" w:cstheme="majorHAnsi"/>
        </w:rPr>
        <w:t>half-brother</w:t>
      </w:r>
      <w:r w:rsidRPr="009210F4">
        <w:rPr>
          <w:rFonts w:asciiTheme="majorHAnsi" w:hAnsiTheme="majorHAnsi" w:cstheme="majorHAnsi"/>
        </w:rPr>
        <w:t xml:space="preserve"> and the </w:t>
      </w:r>
      <w:r w:rsidR="009210F4" w:rsidRPr="009210F4">
        <w:rPr>
          <w:rFonts w:asciiTheme="majorHAnsi" w:hAnsiTheme="majorHAnsi" w:cstheme="majorHAnsi"/>
        </w:rPr>
        <w:t>half-brother’s</w:t>
      </w:r>
      <w:r w:rsidRPr="009210F4">
        <w:rPr>
          <w:rFonts w:asciiTheme="majorHAnsi" w:hAnsiTheme="majorHAnsi" w:cstheme="majorHAnsi"/>
        </w:rPr>
        <w:t xml:space="preserve"> mother</w:t>
      </w:r>
      <w:r w:rsidR="00D23E9C" w:rsidRPr="009210F4">
        <w:rPr>
          <w:rFonts w:asciiTheme="majorHAnsi" w:hAnsiTheme="majorHAnsi" w:cstheme="majorHAnsi"/>
        </w:rPr>
        <w:t xml:space="preserve"> </w:t>
      </w:r>
    </w:p>
    <w:p w14:paraId="4033BA9F" w14:textId="77777777" w:rsidR="009210F4" w:rsidRDefault="009210F4" w:rsidP="009210F4">
      <w:pPr>
        <w:pStyle w:val="NoSpacing"/>
        <w:rPr>
          <w:rFonts w:asciiTheme="majorHAnsi" w:hAnsiTheme="majorHAnsi" w:cstheme="majorHAnsi"/>
        </w:rPr>
      </w:pPr>
    </w:p>
    <w:p w14:paraId="07409862" w14:textId="4C5DA946"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Alice</w:t>
      </w:r>
      <w:r w:rsidR="00D23E9C" w:rsidRPr="009210F4">
        <w:rPr>
          <w:rFonts w:asciiTheme="majorHAnsi" w:hAnsiTheme="majorHAnsi" w:cstheme="majorHAnsi"/>
        </w:rPr>
        <w:t xml:space="preserve"> </w:t>
      </w:r>
      <w:r w:rsidRPr="009210F4">
        <w:rPr>
          <w:rFonts w:asciiTheme="majorHAnsi" w:hAnsiTheme="majorHAnsi" w:cstheme="majorHAnsi"/>
        </w:rPr>
        <w:t>20:13</w:t>
      </w:r>
    </w:p>
    <w:p w14:paraId="54229E4C" w14:textId="2295EC7D" w:rsidR="00991E93" w:rsidRPr="009210F4" w:rsidRDefault="009210F4" w:rsidP="009210F4">
      <w:pPr>
        <w:pStyle w:val="NoSpacing"/>
        <w:rPr>
          <w:rFonts w:asciiTheme="majorHAnsi" w:hAnsiTheme="majorHAnsi" w:cstheme="majorHAnsi"/>
        </w:rPr>
      </w:pPr>
      <w:r w:rsidRPr="009210F4">
        <w:rPr>
          <w:rFonts w:asciiTheme="majorHAnsi" w:hAnsiTheme="majorHAnsi" w:cstheme="majorHAnsi"/>
        </w:rPr>
        <w:t>So,</w:t>
      </w:r>
      <w:r w:rsidR="00056D65" w:rsidRPr="009210F4">
        <w:rPr>
          <w:rFonts w:asciiTheme="majorHAnsi" w:hAnsiTheme="majorHAnsi" w:cstheme="majorHAnsi"/>
        </w:rPr>
        <w:t xml:space="preserve"> o</w:t>
      </w:r>
      <w:r w:rsidR="00F7615C" w:rsidRPr="009210F4">
        <w:rPr>
          <w:rFonts w:asciiTheme="majorHAnsi" w:hAnsiTheme="majorHAnsi" w:cstheme="majorHAnsi"/>
        </w:rPr>
        <w:t xml:space="preserve">ne </w:t>
      </w:r>
      <w:r w:rsidR="00056D65" w:rsidRPr="009210F4">
        <w:rPr>
          <w:rFonts w:asciiTheme="majorHAnsi" w:hAnsiTheme="majorHAnsi" w:cstheme="majorHAnsi"/>
        </w:rPr>
        <w:t xml:space="preserve">is </w:t>
      </w:r>
      <w:r w:rsidR="00F7615C" w:rsidRPr="009210F4">
        <w:rPr>
          <w:rFonts w:asciiTheme="majorHAnsi" w:hAnsiTheme="majorHAnsi" w:cstheme="majorHAnsi"/>
        </w:rPr>
        <w:t>his dad's other wives</w:t>
      </w:r>
    </w:p>
    <w:p w14:paraId="4F1FBA60" w14:textId="77777777" w:rsidR="00991E93" w:rsidRPr="009210F4" w:rsidRDefault="00991E93" w:rsidP="009210F4">
      <w:pPr>
        <w:pStyle w:val="NoSpacing"/>
        <w:rPr>
          <w:rFonts w:asciiTheme="majorHAnsi" w:hAnsiTheme="majorHAnsi" w:cstheme="majorHAnsi"/>
        </w:rPr>
      </w:pPr>
    </w:p>
    <w:p w14:paraId="0F3DDCE1" w14:textId="00D104EB"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Daisy</w:t>
      </w:r>
      <w:r w:rsidR="00D23E9C" w:rsidRPr="009210F4">
        <w:rPr>
          <w:rFonts w:asciiTheme="majorHAnsi" w:hAnsiTheme="majorHAnsi" w:cstheme="majorHAnsi"/>
        </w:rPr>
        <w:t xml:space="preserve"> </w:t>
      </w:r>
      <w:r w:rsidRPr="009210F4">
        <w:rPr>
          <w:rFonts w:asciiTheme="majorHAnsi" w:hAnsiTheme="majorHAnsi" w:cstheme="majorHAnsi"/>
        </w:rPr>
        <w:t>20:16</w:t>
      </w:r>
    </w:p>
    <w:p w14:paraId="534F5BB5" w14:textId="60D215A9"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Yeah, yeah</w:t>
      </w:r>
      <w:r w:rsidR="00056D65" w:rsidRPr="009210F4">
        <w:rPr>
          <w:rFonts w:asciiTheme="majorHAnsi" w:hAnsiTheme="majorHAnsi" w:cstheme="majorHAnsi"/>
        </w:rPr>
        <w:t>, t</w:t>
      </w:r>
      <w:r w:rsidRPr="009210F4">
        <w:rPr>
          <w:rFonts w:asciiTheme="majorHAnsi" w:hAnsiTheme="majorHAnsi" w:cstheme="majorHAnsi"/>
        </w:rPr>
        <w:t xml:space="preserve">hey kind of </w:t>
      </w:r>
      <w:r w:rsidR="009210F4" w:rsidRPr="009210F4">
        <w:rPr>
          <w:rFonts w:asciiTheme="majorHAnsi" w:hAnsiTheme="majorHAnsi" w:cstheme="majorHAnsi"/>
        </w:rPr>
        <w:t>ruthlessly,</w:t>
      </w:r>
      <w:r w:rsidR="00D23E9C" w:rsidRPr="009210F4">
        <w:rPr>
          <w:rFonts w:asciiTheme="majorHAnsi" w:hAnsiTheme="majorHAnsi" w:cstheme="majorHAnsi"/>
        </w:rPr>
        <w:t xml:space="preserve"> </w:t>
      </w:r>
      <w:r w:rsidRPr="009210F4">
        <w:rPr>
          <w:rFonts w:asciiTheme="majorHAnsi" w:hAnsiTheme="majorHAnsi" w:cstheme="majorHAnsi"/>
        </w:rPr>
        <w:t xml:space="preserve">you know, mocked him and his mother and </w:t>
      </w:r>
      <w:r w:rsidR="00056D65" w:rsidRPr="009210F4">
        <w:rPr>
          <w:rFonts w:asciiTheme="majorHAnsi" w:hAnsiTheme="majorHAnsi" w:cstheme="majorHAnsi"/>
        </w:rPr>
        <w:t xml:space="preserve">were </w:t>
      </w:r>
      <w:r w:rsidRPr="009210F4">
        <w:rPr>
          <w:rFonts w:asciiTheme="majorHAnsi" w:hAnsiTheme="majorHAnsi" w:cstheme="majorHAnsi"/>
        </w:rPr>
        <w:t>very, very mean, partly I think because they were</w:t>
      </w:r>
      <w:r w:rsidR="00056D65" w:rsidRPr="009210F4">
        <w:rPr>
          <w:rFonts w:asciiTheme="majorHAnsi" w:hAnsiTheme="majorHAnsi" w:cstheme="majorHAnsi"/>
        </w:rPr>
        <w:t>,</w:t>
      </w:r>
      <w:r w:rsidRPr="009210F4">
        <w:rPr>
          <w:rFonts w:asciiTheme="majorHAnsi" w:hAnsiTheme="majorHAnsi" w:cstheme="majorHAnsi"/>
        </w:rPr>
        <w:t xml:space="preserve"> just</w:t>
      </w:r>
      <w:r w:rsidR="00056D65" w:rsidRPr="009210F4">
        <w:rPr>
          <w:rFonts w:asciiTheme="majorHAnsi" w:hAnsiTheme="majorHAnsi" w:cstheme="majorHAnsi"/>
        </w:rPr>
        <w:t>,</w:t>
      </w:r>
      <w:r w:rsidRPr="009210F4">
        <w:rPr>
          <w:rFonts w:asciiTheme="majorHAnsi" w:hAnsiTheme="majorHAnsi" w:cstheme="majorHAnsi"/>
        </w:rPr>
        <w:t xml:space="preserve"> you know, </w:t>
      </w:r>
      <w:r w:rsidR="00056D65" w:rsidRPr="009210F4">
        <w:rPr>
          <w:rFonts w:asciiTheme="majorHAnsi" w:hAnsiTheme="majorHAnsi" w:cstheme="majorHAnsi"/>
        </w:rPr>
        <w:t>dickheads</w:t>
      </w:r>
      <w:r w:rsidRPr="009210F4">
        <w:rPr>
          <w:rFonts w:asciiTheme="majorHAnsi" w:hAnsiTheme="majorHAnsi" w:cstheme="majorHAnsi"/>
        </w:rPr>
        <w:t xml:space="preserve">, but also partly because </w:t>
      </w:r>
      <w:r w:rsidR="00C41AF4" w:rsidRPr="009210F4">
        <w:rPr>
          <w:rFonts w:asciiTheme="majorHAnsi" w:hAnsiTheme="majorHAnsi" w:cstheme="majorHAnsi"/>
        </w:rPr>
        <w:t xml:space="preserve">they were </w:t>
      </w:r>
      <w:r w:rsidRPr="009210F4">
        <w:rPr>
          <w:rFonts w:asciiTheme="majorHAnsi" w:hAnsiTheme="majorHAnsi" w:cstheme="majorHAnsi"/>
        </w:rPr>
        <w:t>intimidated by the prophecy</w:t>
      </w:r>
    </w:p>
    <w:p w14:paraId="267E22E5" w14:textId="77777777" w:rsidR="00991E93" w:rsidRPr="009210F4" w:rsidRDefault="00991E93" w:rsidP="009210F4">
      <w:pPr>
        <w:pStyle w:val="NoSpacing"/>
        <w:rPr>
          <w:rFonts w:asciiTheme="majorHAnsi" w:hAnsiTheme="majorHAnsi" w:cstheme="majorHAnsi"/>
        </w:rPr>
      </w:pPr>
    </w:p>
    <w:p w14:paraId="500D737F" w14:textId="2BB593CB"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Alice</w:t>
      </w:r>
      <w:r w:rsidR="00D23E9C" w:rsidRPr="009210F4">
        <w:rPr>
          <w:rFonts w:asciiTheme="majorHAnsi" w:hAnsiTheme="majorHAnsi" w:cstheme="majorHAnsi"/>
        </w:rPr>
        <w:t xml:space="preserve"> </w:t>
      </w:r>
      <w:r w:rsidRPr="009210F4">
        <w:rPr>
          <w:rFonts w:asciiTheme="majorHAnsi" w:hAnsiTheme="majorHAnsi" w:cstheme="majorHAnsi"/>
        </w:rPr>
        <w:t>20:31</w:t>
      </w:r>
    </w:p>
    <w:p w14:paraId="2F14B3D7" w14:textId="5384A205" w:rsidR="00991E93" w:rsidRPr="009210F4" w:rsidRDefault="00486C37" w:rsidP="009210F4">
      <w:pPr>
        <w:pStyle w:val="NoSpacing"/>
        <w:rPr>
          <w:rFonts w:asciiTheme="majorHAnsi" w:hAnsiTheme="majorHAnsi" w:cstheme="majorHAnsi"/>
        </w:rPr>
      </w:pPr>
      <w:r>
        <w:rPr>
          <w:rFonts w:asciiTheme="majorHAnsi" w:hAnsiTheme="majorHAnsi" w:cstheme="majorHAnsi"/>
        </w:rPr>
        <w:t>B</w:t>
      </w:r>
      <w:r w:rsidR="00F7615C" w:rsidRPr="009210F4">
        <w:rPr>
          <w:rFonts w:asciiTheme="majorHAnsi" w:hAnsiTheme="majorHAnsi" w:cstheme="majorHAnsi"/>
        </w:rPr>
        <w:t>ecause I see that</w:t>
      </w:r>
      <w:r w:rsidR="00C41AF4" w:rsidRPr="009210F4">
        <w:rPr>
          <w:rFonts w:asciiTheme="majorHAnsi" w:hAnsiTheme="majorHAnsi" w:cstheme="majorHAnsi"/>
        </w:rPr>
        <w:t>,</w:t>
      </w:r>
      <w:r w:rsidR="00F7615C" w:rsidRPr="009210F4">
        <w:rPr>
          <w:rFonts w:asciiTheme="majorHAnsi" w:hAnsiTheme="majorHAnsi" w:cstheme="majorHAnsi"/>
        </w:rPr>
        <w:t xml:space="preserve"> as a married person</w:t>
      </w:r>
      <w:r w:rsidR="00C41AF4" w:rsidRPr="009210F4">
        <w:rPr>
          <w:rFonts w:asciiTheme="majorHAnsi" w:hAnsiTheme="majorHAnsi" w:cstheme="majorHAnsi"/>
        </w:rPr>
        <w:t>,</w:t>
      </w:r>
      <w:r w:rsidR="00F7615C" w:rsidRPr="009210F4">
        <w:rPr>
          <w:rFonts w:asciiTheme="majorHAnsi" w:hAnsiTheme="majorHAnsi" w:cstheme="majorHAnsi"/>
        </w:rPr>
        <w:t xml:space="preserve"> I'd also be pretty pissed off. If my husband just went off and was like, </w:t>
      </w:r>
      <w:r w:rsidR="00C41AF4" w:rsidRPr="009210F4">
        <w:rPr>
          <w:rFonts w:asciiTheme="majorHAnsi" w:hAnsiTheme="majorHAnsi" w:cstheme="majorHAnsi"/>
        </w:rPr>
        <w:t>‘</w:t>
      </w:r>
      <w:r w:rsidR="00F7615C" w:rsidRPr="009210F4">
        <w:rPr>
          <w:rFonts w:asciiTheme="majorHAnsi" w:hAnsiTheme="majorHAnsi" w:cstheme="majorHAnsi"/>
        </w:rPr>
        <w:t>I'm gonna marry her</w:t>
      </w:r>
      <w:r w:rsidR="00C41AF4" w:rsidRPr="009210F4">
        <w:rPr>
          <w:rFonts w:asciiTheme="majorHAnsi" w:hAnsiTheme="majorHAnsi" w:cstheme="majorHAnsi"/>
        </w:rPr>
        <w:t xml:space="preserve"> and </w:t>
      </w:r>
      <w:r w:rsidR="00F7615C" w:rsidRPr="009210F4">
        <w:rPr>
          <w:rFonts w:asciiTheme="majorHAnsi" w:hAnsiTheme="majorHAnsi" w:cstheme="majorHAnsi"/>
        </w:rPr>
        <w:t>have another kid with her because of how ugly she is</w:t>
      </w:r>
      <w:r w:rsidR="00C41AF4" w:rsidRPr="009210F4">
        <w:rPr>
          <w:rFonts w:asciiTheme="majorHAnsi" w:hAnsiTheme="majorHAnsi" w:cstheme="majorHAnsi"/>
        </w:rPr>
        <w:t xml:space="preserve">. </w:t>
      </w:r>
      <w:r>
        <w:rPr>
          <w:rFonts w:asciiTheme="majorHAnsi" w:hAnsiTheme="majorHAnsi" w:cstheme="majorHAnsi"/>
        </w:rPr>
        <w:t>S</w:t>
      </w:r>
      <w:r w:rsidR="00F7615C" w:rsidRPr="009210F4">
        <w:rPr>
          <w:rFonts w:asciiTheme="majorHAnsi" w:hAnsiTheme="majorHAnsi" w:cstheme="majorHAnsi"/>
        </w:rPr>
        <w:t>orry, love</w:t>
      </w:r>
      <w:r w:rsidR="00C41AF4" w:rsidRPr="009210F4">
        <w:rPr>
          <w:rFonts w:asciiTheme="majorHAnsi" w:hAnsiTheme="majorHAnsi" w:cstheme="majorHAnsi"/>
        </w:rPr>
        <w:t xml:space="preserve">, </w:t>
      </w:r>
      <w:r w:rsidR="00F7615C" w:rsidRPr="009210F4">
        <w:rPr>
          <w:rFonts w:asciiTheme="majorHAnsi" w:hAnsiTheme="majorHAnsi" w:cstheme="majorHAnsi"/>
        </w:rPr>
        <w:t>I have to</w:t>
      </w:r>
      <w:r w:rsidR="00C41AF4" w:rsidRPr="009210F4">
        <w:rPr>
          <w:rFonts w:asciiTheme="majorHAnsi" w:hAnsiTheme="majorHAnsi" w:cstheme="majorHAnsi"/>
        </w:rPr>
        <w:t>,</w:t>
      </w:r>
      <w:r w:rsidR="00F7615C" w:rsidRPr="009210F4">
        <w:rPr>
          <w:rFonts w:asciiTheme="majorHAnsi" w:hAnsiTheme="majorHAnsi" w:cstheme="majorHAnsi"/>
        </w:rPr>
        <w:t xml:space="preserve"> the </w:t>
      </w:r>
      <w:r w:rsidR="00C41AF4" w:rsidRPr="009210F4">
        <w:rPr>
          <w:rFonts w:asciiTheme="majorHAnsi" w:hAnsiTheme="majorHAnsi" w:cstheme="majorHAnsi"/>
        </w:rPr>
        <w:t xml:space="preserve">prophecy says. </w:t>
      </w:r>
      <w:r w:rsidR="00F7615C" w:rsidRPr="009210F4">
        <w:rPr>
          <w:rFonts w:asciiTheme="majorHAnsi" w:hAnsiTheme="majorHAnsi" w:cstheme="majorHAnsi"/>
        </w:rPr>
        <w:t>It's not cheating if the prophecy</w:t>
      </w:r>
      <w:r>
        <w:rPr>
          <w:rFonts w:asciiTheme="majorHAnsi" w:hAnsiTheme="majorHAnsi" w:cstheme="majorHAnsi"/>
        </w:rPr>
        <w:t xml:space="preserve"> </w:t>
      </w:r>
      <w:r w:rsidR="00C41AF4" w:rsidRPr="009210F4">
        <w:rPr>
          <w:rFonts w:asciiTheme="majorHAnsi" w:hAnsiTheme="majorHAnsi" w:cstheme="majorHAnsi"/>
        </w:rPr>
        <w:t>says’</w:t>
      </w:r>
      <w:r w:rsidR="00F7615C" w:rsidRPr="009210F4">
        <w:rPr>
          <w:rFonts w:asciiTheme="majorHAnsi" w:hAnsiTheme="majorHAnsi" w:cstheme="majorHAnsi"/>
        </w:rPr>
        <w:t>.</w:t>
      </w:r>
    </w:p>
    <w:p w14:paraId="48441DBD" w14:textId="77777777" w:rsidR="00991E93" w:rsidRPr="009210F4" w:rsidRDefault="00991E93" w:rsidP="009210F4">
      <w:pPr>
        <w:pStyle w:val="NoSpacing"/>
        <w:rPr>
          <w:rFonts w:asciiTheme="majorHAnsi" w:hAnsiTheme="majorHAnsi" w:cstheme="majorHAnsi"/>
        </w:rPr>
      </w:pPr>
    </w:p>
    <w:p w14:paraId="7835C54E" w14:textId="6F342A90"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Daisy</w:t>
      </w:r>
      <w:r w:rsidR="00D23E9C" w:rsidRPr="009210F4">
        <w:rPr>
          <w:rFonts w:asciiTheme="majorHAnsi" w:hAnsiTheme="majorHAnsi" w:cstheme="majorHAnsi"/>
        </w:rPr>
        <w:t xml:space="preserve"> </w:t>
      </w:r>
      <w:r w:rsidRPr="009210F4">
        <w:rPr>
          <w:rFonts w:asciiTheme="majorHAnsi" w:hAnsiTheme="majorHAnsi" w:cstheme="majorHAnsi"/>
        </w:rPr>
        <w:t>20:56</w:t>
      </w:r>
    </w:p>
    <w:p w14:paraId="19177BFB" w14:textId="47B08E28" w:rsidR="00C41AF4" w:rsidRPr="009210F4" w:rsidRDefault="00705B7A" w:rsidP="009210F4">
      <w:pPr>
        <w:pStyle w:val="NoSpacing"/>
        <w:rPr>
          <w:rFonts w:asciiTheme="majorHAnsi" w:hAnsiTheme="majorHAnsi" w:cstheme="majorHAnsi"/>
        </w:rPr>
      </w:pPr>
      <w:r w:rsidRPr="009210F4">
        <w:rPr>
          <w:rFonts w:asciiTheme="majorHAnsi" w:hAnsiTheme="majorHAnsi" w:cstheme="majorHAnsi"/>
        </w:rPr>
        <w:t>So,</w:t>
      </w:r>
      <w:r w:rsidR="00F7615C" w:rsidRPr="009210F4">
        <w:rPr>
          <w:rFonts w:asciiTheme="majorHAnsi" w:hAnsiTheme="majorHAnsi" w:cstheme="majorHAnsi"/>
        </w:rPr>
        <w:t xml:space="preserve"> I think the implication is that he had more than one wife before this happened, but so they</w:t>
      </w:r>
      <w:r w:rsidR="00C41AF4" w:rsidRPr="009210F4">
        <w:rPr>
          <w:rFonts w:asciiTheme="majorHAnsi" w:hAnsiTheme="majorHAnsi" w:cstheme="majorHAnsi"/>
        </w:rPr>
        <w:t>,</w:t>
      </w:r>
      <w:r w:rsidR="00F7615C" w:rsidRPr="009210F4">
        <w:rPr>
          <w:rFonts w:asciiTheme="majorHAnsi" w:hAnsiTheme="majorHAnsi" w:cstheme="majorHAnsi"/>
        </w:rPr>
        <w:t xml:space="preserve"> some of the sources refer to his co</w:t>
      </w:r>
      <w:r w:rsidR="00C41AF4" w:rsidRPr="009210F4">
        <w:rPr>
          <w:rFonts w:asciiTheme="majorHAnsi" w:hAnsiTheme="majorHAnsi" w:cstheme="majorHAnsi"/>
        </w:rPr>
        <w:t>-</w:t>
      </w:r>
      <w:r w:rsidR="00F7615C" w:rsidRPr="009210F4">
        <w:rPr>
          <w:rFonts w:asciiTheme="majorHAnsi" w:hAnsiTheme="majorHAnsi" w:cstheme="majorHAnsi"/>
        </w:rPr>
        <w:t>wives</w:t>
      </w:r>
      <w:r w:rsidR="00C41AF4" w:rsidRPr="009210F4">
        <w:rPr>
          <w:rFonts w:asciiTheme="majorHAnsi" w:hAnsiTheme="majorHAnsi" w:cstheme="majorHAnsi"/>
        </w:rPr>
        <w:t>,</w:t>
      </w:r>
      <w:r w:rsidR="00F7615C" w:rsidRPr="009210F4">
        <w:rPr>
          <w:rFonts w:asciiTheme="majorHAnsi" w:hAnsiTheme="majorHAnsi" w:cstheme="majorHAnsi"/>
        </w:rPr>
        <w:t xml:space="preserve"> implying that there was more than two</w:t>
      </w:r>
    </w:p>
    <w:p w14:paraId="523F5B42" w14:textId="77777777" w:rsidR="00705B7A" w:rsidRDefault="00705B7A" w:rsidP="009210F4">
      <w:pPr>
        <w:pStyle w:val="NoSpacing"/>
        <w:rPr>
          <w:rFonts w:asciiTheme="majorHAnsi" w:hAnsiTheme="majorHAnsi" w:cstheme="majorHAnsi"/>
        </w:rPr>
      </w:pPr>
    </w:p>
    <w:p w14:paraId="5BBE6ED1" w14:textId="5B4A738A" w:rsidR="00C41AF4" w:rsidRPr="009210F4" w:rsidRDefault="00C41AF4" w:rsidP="009210F4">
      <w:pPr>
        <w:pStyle w:val="NoSpacing"/>
        <w:rPr>
          <w:rFonts w:asciiTheme="majorHAnsi" w:hAnsiTheme="majorHAnsi" w:cstheme="majorHAnsi"/>
        </w:rPr>
      </w:pPr>
      <w:r w:rsidRPr="009210F4">
        <w:rPr>
          <w:rFonts w:asciiTheme="majorHAnsi" w:hAnsiTheme="majorHAnsi" w:cstheme="majorHAnsi"/>
        </w:rPr>
        <w:t>Alice: I don’t think that was unusual</w:t>
      </w:r>
      <w:r w:rsidR="00D23E9C" w:rsidRPr="009210F4">
        <w:rPr>
          <w:rFonts w:asciiTheme="majorHAnsi" w:hAnsiTheme="majorHAnsi" w:cstheme="majorHAnsi"/>
        </w:rPr>
        <w:t xml:space="preserve"> </w:t>
      </w:r>
    </w:p>
    <w:p w14:paraId="14BA3973" w14:textId="77777777" w:rsidR="00705B7A" w:rsidRDefault="00705B7A" w:rsidP="009210F4">
      <w:pPr>
        <w:pStyle w:val="NoSpacing"/>
        <w:rPr>
          <w:rFonts w:asciiTheme="majorHAnsi" w:hAnsiTheme="majorHAnsi" w:cstheme="majorHAnsi"/>
        </w:rPr>
      </w:pPr>
    </w:p>
    <w:p w14:paraId="41DF45E2" w14:textId="639CE2EB" w:rsidR="00991E93" w:rsidRPr="009210F4" w:rsidRDefault="00C41AF4" w:rsidP="009210F4">
      <w:pPr>
        <w:pStyle w:val="NoSpacing"/>
        <w:rPr>
          <w:rFonts w:asciiTheme="majorHAnsi" w:hAnsiTheme="majorHAnsi" w:cstheme="majorHAnsi"/>
        </w:rPr>
      </w:pPr>
      <w:r w:rsidRPr="009210F4">
        <w:rPr>
          <w:rFonts w:asciiTheme="majorHAnsi" w:hAnsiTheme="majorHAnsi" w:cstheme="majorHAnsi"/>
        </w:rPr>
        <w:t xml:space="preserve">Daisy: </w:t>
      </w:r>
      <w:r w:rsidR="00F7615C" w:rsidRPr="009210F4">
        <w:rPr>
          <w:rFonts w:asciiTheme="majorHAnsi" w:hAnsiTheme="majorHAnsi" w:cstheme="majorHAnsi"/>
        </w:rPr>
        <w:t>No, no, no, it wasn't</w:t>
      </w:r>
    </w:p>
    <w:p w14:paraId="2D88D561" w14:textId="77777777" w:rsidR="00991E93" w:rsidRPr="009210F4" w:rsidRDefault="00991E93" w:rsidP="009210F4">
      <w:pPr>
        <w:pStyle w:val="NoSpacing"/>
        <w:rPr>
          <w:rFonts w:asciiTheme="majorHAnsi" w:hAnsiTheme="majorHAnsi" w:cstheme="majorHAnsi"/>
        </w:rPr>
      </w:pPr>
    </w:p>
    <w:p w14:paraId="756EC1C0" w14:textId="304E0EF9" w:rsidR="00991E93" w:rsidRPr="009210F4" w:rsidRDefault="00705B7A" w:rsidP="009210F4">
      <w:pPr>
        <w:pStyle w:val="NoSpacing"/>
        <w:rPr>
          <w:rFonts w:asciiTheme="majorHAnsi" w:hAnsiTheme="majorHAnsi" w:cstheme="majorHAnsi"/>
        </w:rPr>
      </w:pPr>
      <w:r>
        <w:rPr>
          <w:rFonts w:asciiTheme="majorHAnsi" w:hAnsiTheme="majorHAnsi" w:cstheme="majorHAnsi"/>
        </w:rPr>
        <w:t xml:space="preserve">Kimmy </w:t>
      </w:r>
      <w:r w:rsidR="00F7615C" w:rsidRPr="009210F4">
        <w:rPr>
          <w:rFonts w:asciiTheme="majorHAnsi" w:hAnsiTheme="majorHAnsi" w:cstheme="majorHAnsi"/>
        </w:rPr>
        <w:t>21:18</w:t>
      </w:r>
    </w:p>
    <w:p w14:paraId="350BE8F3" w14:textId="0CA9C8A7" w:rsidR="00991E93" w:rsidRPr="009210F4" w:rsidRDefault="00A011F5" w:rsidP="009210F4">
      <w:pPr>
        <w:pStyle w:val="NoSpacing"/>
        <w:rPr>
          <w:rFonts w:asciiTheme="majorHAnsi" w:hAnsiTheme="majorHAnsi" w:cstheme="majorHAnsi"/>
        </w:rPr>
      </w:pPr>
      <w:r w:rsidRPr="009210F4">
        <w:rPr>
          <w:rFonts w:asciiTheme="majorHAnsi" w:hAnsiTheme="majorHAnsi" w:cstheme="majorHAnsi"/>
        </w:rPr>
        <w:t>Y</w:t>
      </w:r>
      <w:r w:rsidR="00F7615C" w:rsidRPr="009210F4">
        <w:rPr>
          <w:rFonts w:asciiTheme="majorHAnsi" w:hAnsiTheme="majorHAnsi" w:cstheme="majorHAnsi"/>
        </w:rPr>
        <w:t>ou</w:t>
      </w:r>
      <w:r w:rsidRPr="009210F4">
        <w:rPr>
          <w:rFonts w:asciiTheme="majorHAnsi" w:hAnsiTheme="majorHAnsi" w:cstheme="majorHAnsi"/>
        </w:rPr>
        <w:t xml:space="preserve"> know it’s deep when their</w:t>
      </w:r>
      <w:r w:rsidR="00D23E9C" w:rsidRPr="009210F4">
        <w:rPr>
          <w:rFonts w:asciiTheme="majorHAnsi" w:hAnsiTheme="majorHAnsi" w:cstheme="majorHAnsi"/>
        </w:rPr>
        <w:t xml:space="preserve"> </w:t>
      </w:r>
      <w:r w:rsidR="00F7615C" w:rsidRPr="009210F4">
        <w:rPr>
          <w:rFonts w:asciiTheme="majorHAnsi" w:hAnsiTheme="majorHAnsi" w:cstheme="majorHAnsi"/>
        </w:rPr>
        <w:t xml:space="preserve">co </w:t>
      </w:r>
      <w:proofErr w:type="spellStart"/>
      <w:r w:rsidR="00F7615C" w:rsidRPr="009210F4">
        <w:rPr>
          <w:rFonts w:asciiTheme="majorHAnsi" w:hAnsiTheme="majorHAnsi" w:cstheme="majorHAnsi"/>
        </w:rPr>
        <w:t>co</w:t>
      </w:r>
      <w:proofErr w:type="spellEnd"/>
      <w:r w:rsidR="00F7615C" w:rsidRPr="009210F4">
        <w:rPr>
          <w:rFonts w:asciiTheme="majorHAnsi" w:hAnsiTheme="majorHAnsi" w:cstheme="majorHAnsi"/>
        </w:rPr>
        <w:t xml:space="preserve"> wives</w:t>
      </w:r>
    </w:p>
    <w:p w14:paraId="24F4720B" w14:textId="77777777" w:rsidR="00991E93" w:rsidRPr="009210F4" w:rsidRDefault="00991E93" w:rsidP="009210F4">
      <w:pPr>
        <w:pStyle w:val="NoSpacing"/>
        <w:rPr>
          <w:rFonts w:asciiTheme="majorHAnsi" w:hAnsiTheme="majorHAnsi" w:cstheme="majorHAnsi"/>
        </w:rPr>
      </w:pPr>
    </w:p>
    <w:p w14:paraId="50C7D993" w14:textId="1486C989"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Daisy</w:t>
      </w:r>
      <w:r w:rsidR="00D23E9C" w:rsidRPr="009210F4">
        <w:rPr>
          <w:rFonts w:asciiTheme="majorHAnsi" w:hAnsiTheme="majorHAnsi" w:cstheme="majorHAnsi"/>
        </w:rPr>
        <w:t xml:space="preserve"> </w:t>
      </w:r>
      <w:r w:rsidRPr="009210F4">
        <w:rPr>
          <w:rFonts w:asciiTheme="majorHAnsi" w:hAnsiTheme="majorHAnsi" w:cstheme="majorHAnsi"/>
        </w:rPr>
        <w:t>21:22</w:t>
      </w:r>
    </w:p>
    <w:p w14:paraId="1DF2C47B" w14:textId="45315974"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Yeah, but then the only two that ever get referred to by name</w:t>
      </w:r>
      <w:r w:rsidR="00A011F5" w:rsidRPr="009210F4">
        <w:rPr>
          <w:rFonts w:asciiTheme="majorHAnsi" w:hAnsiTheme="majorHAnsi" w:cstheme="majorHAnsi"/>
        </w:rPr>
        <w:t xml:space="preserve"> a</w:t>
      </w:r>
      <w:r w:rsidRPr="009210F4">
        <w:rPr>
          <w:rFonts w:asciiTheme="majorHAnsi" w:hAnsiTheme="majorHAnsi" w:cstheme="majorHAnsi"/>
        </w:rPr>
        <w:t xml:space="preserve">re, you know, his mother </w:t>
      </w:r>
      <w:r w:rsidR="00A011F5" w:rsidRPr="009210F4">
        <w:rPr>
          <w:rFonts w:asciiTheme="majorHAnsi" w:hAnsiTheme="majorHAnsi" w:cstheme="majorHAnsi"/>
        </w:rPr>
        <w:t xml:space="preserve">and </w:t>
      </w:r>
      <w:r w:rsidRPr="009210F4">
        <w:rPr>
          <w:rFonts w:asciiTheme="majorHAnsi" w:hAnsiTheme="majorHAnsi" w:cstheme="majorHAnsi"/>
        </w:rPr>
        <w:t>his, you know, his mother's terrible parents</w:t>
      </w:r>
    </w:p>
    <w:p w14:paraId="056861A1" w14:textId="77777777" w:rsidR="00991E93" w:rsidRPr="009210F4" w:rsidRDefault="00991E93" w:rsidP="009210F4">
      <w:pPr>
        <w:pStyle w:val="NoSpacing"/>
        <w:rPr>
          <w:rFonts w:asciiTheme="majorHAnsi" w:hAnsiTheme="majorHAnsi" w:cstheme="majorHAnsi"/>
        </w:rPr>
      </w:pPr>
    </w:p>
    <w:p w14:paraId="107600C8" w14:textId="0036F39E"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Alice</w:t>
      </w:r>
      <w:r w:rsidR="00D23E9C" w:rsidRPr="009210F4">
        <w:rPr>
          <w:rFonts w:asciiTheme="majorHAnsi" w:hAnsiTheme="majorHAnsi" w:cstheme="majorHAnsi"/>
        </w:rPr>
        <w:t xml:space="preserve"> </w:t>
      </w:r>
      <w:r w:rsidRPr="009210F4">
        <w:rPr>
          <w:rFonts w:asciiTheme="majorHAnsi" w:hAnsiTheme="majorHAnsi" w:cstheme="majorHAnsi"/>
        </w:rPr>
        <w:t>21:34</w:t>
      </w:r>
    </w:p>
    <w:p w14:paraId="14EE4E47" w14:textId="2E9CEF5B" w:rsidR="00A011F5" w:rsidRPr="009210F4" w:rsidRDefault="00F7615C" w:rsidP="009210F4">
      <w:pPr>
        <w:pStyle w:val="NoSpacing"/>
        <w:rPr>
          <w:rFonts w:asciiTheme="majorHAnsi" w:hAnsiTheme="majorHAnsi" w:cstheme="majorHAnsi"/>
        </w:rPr>
      </w:pPr>
      <w:r w:rsidRPr="009210F4">
        <w:rPr>
          <w:rFonts w:asciiTheme="majorHAnsi" w:hAnsiTheme="majorHAnsi" w:cstheme="majorHAnsi"/>
        </w:rPr>
        <w:t>Was she the</w:t>
      </w:r>
      <w:r w:rsidR="00705B7A">
        <w:rPr>
          <w:rFonts w:asciiTheme="majorHAnsi" w:hAnsiTheme="majorHAnsi" w:cstheme="majorHAnsi"/>
        </w:rPr>
        <w:t>,</w:t>
      </w:r>
      <w:r w:rsidRPr="009210F4">
        <w:rPr>
          <w:rFonts w:asciiTheme="majorHAnsi" w:hAnsiTheme="majorHAnsi" w:cstheme="majorHAnsi"/>
        </w:rPr>
        <w:t xml:space="preserve"> was </w:t>
      </w:r>
      <w:r w:rsidR="00A011F5" w:rsidRPr="009210F4">
        <w:rPr>
          <w:rFonts w:asciiTheme="majorHAnsi" w:hAnsiTheme="majorHAnsi" w:cstheme="majorHAnsi"/>
        </w:rPr>
        <w:t xml:space="preserve">his </w:t>
      </w:r>
      <w:r w:rsidR="00705B7A" w:rsidRPr="009210F4">
        <w:rPr>
          <w:rFonts w:asciiTheme="majorHAnsi" w:hAnsiTheme="majorHAnsi" w:cstheme="majorHAnsi"/>
        </w:rPr>
        <w:t>half-brother</w:t>
      </w:r>
      <w:r w:rsidRPr="009210F4">
        <w:rPr>
          <w:rFonts w:asciiTheme="majorHAnsi" w:hAnsiTheme="majorHAnsi" w:cstheme="majorHAnsi"/>
        </w:rPr>
        <w:t xml:space="preserve">, </w:t>
      </w:r>
      <w:r w:rsidR="00A011F5" w:rsidRPr="009210F4">
        <w:rPr>
          <w:rFonts w:asciiTheme="majorHAnsi" w:hAnsiTheme="majorHAnsi" w:cstheme="majorHAnsi"/>
        </w:rPr>
        <w:t xml:space="preserve">the one </w:t>
      </w:r>
      <w:r w:rsidRPr="009210F4">
        <w:rPr>
          <w:rFonts w:asciiTheme="majorHAnsi" w:hAnsiTheme="majorHAnsi" w:cstheme="majorHAnsi"/>
        </w:rPr>
        <w:t>you're referring to</w:t>
      </w:r>
      <w:r w:rsidR="00A011F5" w:rsidRPr="009210F4">
        <w:rPr>
          <w:rFonts w:asciiTheme="majorHAnsi" w:hAnsiTheme="majorHAnsi" w:cstheme="majorHAnsi"/>
        </w:rPr>
        <w:t>,</w:t>
      </w:r>
      <w:r w:rsidRPr="009210F4">
        <w:rPr>
          <w:rFonts w:asciiTheme="majorHAnsi" w:hAnsiTheme="majorHAnsi" w:cstheme="majorHAnsi"/>
        </w:rPr>
        <w:t xml:space="preserve"> the one that was going to go on to be king</w:t>
      </w:r>
      <w:r w:rsidR="00A011F5" w:rsidRPr="009210F4">
        <w:rPr>
          <w:rFonts w:asciiTheme="majorHAnsi" w:hAnsiTheme="majorHAnsi" w:cstheme="majorHAnsi"/>
        </w:rPr>
        <w:t xml:space="preserve"> anyway</w:t>
      </w:r>
      <w:r w:rsidRPr="009210F4">
        <w:rPr>
          <w:rFonts w:asciiTheme="majorHAnsi" w:hAnsiTheme="majorHAnsi" w:cstheme="majorHAnsi"/>
        </w:rPr>
        <w:t xml:space="preserve">? </w:t>
      </w:r>
    </w:p>
    <w:p w14:paraId="25C1E02E" w14:textId="77777777" w:rsidR="00705B7A" w:rsidRDefault="00705B7A" w:rsidP="009210F4">
      <w:pPr>
        <w:pStyle w:val="NoSpacing"/>
        <w:rPr>
          <w:rFonts w:asciiTheme="majorHAnsi" w:hAnsiTheme="majorHAnsi" w:cstheme="majorHAnsi"/>
        </w:rPr>
      </w:pPr>
    </w:p>
    <w:p w14:paraId="5CEDE16C" w14:textId="55973B11" w:rsidR="00991E93" w:rsidRPr="009210F4" w:rsidRDefault="00A011F5" w:rsidP="009210F4">
      <w:pPr>
        <w:pStyle w:val="NoSpacing"/>
        <w:rPr>
          <w:rFonts w:asciiTheme="majorHAnsi" w:hAnsiTheme="majorHAnsi" w:cstheme="majorHAnsi"/>
        </w:rPr>
      </w:pPr>
      <w:r w:rsidRPr="009210F4">
        <w:rPr>
          <w:rFonts w:asciiTheme="majorHAnsi" w:hAnsiTheme="majorHAnsi" w:cstheme="majorHAnsi"/>
        </w:rPr>
        <w:t xml:space="preserve">Daisy: </w:t>
      </w:r>
      <w:r w:rsidR="00F7615C" w:rsidRPr="009210F4">
        <w:rPr>
          <w:rFonts w:asciiTheme="majorHAnsi" w:hAnsiTheme="majorHAnsi" w:cstheme="majorHAnsi"/>
        </w:rPr>
        <w:t>Yeah</w:t>
      </w:r>
    </w:p>
    <w:p w14:paraId="464062B9" w14:textId="77777777" w:rsidR="00705B7A" w:rsidRDefault="00705B7A" w:rsidP="009210F4">
      <w:pPr>
        <w:pStyle w:val="NoSpacing"/>
        <w:rPr>
          <w:rFonts w:asciiTheme="majorHAnsi" w:hAnsiTheme="majorHAnsi" w:cstheme="majorHAnsi"/>
        </w:rPr>
      </w:pPr>
    </w:p>
    <w:p w14:paraId="03F24952" w14:textId="1A7A0AC5" w:rsidR="00A011F5" w:rsidRPr="009210F4" w:rsidRDefault="00A011F5" w:rsidP="009210F4">
      <w:pPr>
        <w:pStyle w:val="NoSpacing"/>
        <w:rPr>
          <w:rFonts w:asciiTheme="majorHAnsi" w:hAnsiTheme="majorHAnsi" w:cstheme="majorHAnsi"/>
        </w:rPr>
      </w:pPr>
      <w:r w:rsidRPr="009210F4">
        <w:rPr>
          <w:rFonts w:asciiTheme="majorHAnsi" w:hAnsiTheme="majorHAnsi" w:cstheme="majorHAnsi"/>
        </w:rPr>
        <w:t>Alice: That’s probably why then, isn’t it</w:t>
      </w:r>
      <w:r w:rsidR="00705B7A">
        <w:rPr>
          <w:rFonts w:asciiTheme="majorHAnsi" w:hAnsiTheme="majorHAnsi" w:cstheme="majorHAnsi"/>
        </w:rPr>
        <w:t>?</w:t>
      </w:r>
      <w:r w:rsidRPr="009210F4">
        <w:rPr>
          <w:rFonts w:asciiTheme="majorHAnsi" w:hAnsiTheme="majorHAnsi" w:cstheme="majorHAnsi"/>
        </w:rPr>
        <w:t xml:space="preserve"> </w:t>
      </w:r>
    </w:p>
    <w:p w14:paraId="4E652CF1" w14:textId="77777777" w:rsidR="00705B7A" w:rsidRDefault="00705B7A" w:rsidP="009210F4">
      <w:pPr>
        <w:pStyle w:val="NoSpacing"/>
        <w:rPr>
          <w:rFonts w:asciiTheme="majorHAnsi" w:hAnsiTheme="majorHAnsi" w:cstheme="majorHAnsi"/>
        </w:rPr>
      </w:pPr>
    </w:p>
    <w:p w14:paraId="2CEDDCA1" w14:textId="2F1832E4"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Daisy</w:t>
      </w:r>
      <w:r w:rsidR="00D23E9C" w:rsidRPr="009210F4">
        <w:rPr>
          <w:rFonts w:asciiTheme="majorHAnsi" w:hAnsiTheme="majorHAnsi" w:cstheme="majorHAnsi"/>
        </w:rPr>
        <w:t xml:space="preserve"> </w:t>
      </w:r>
      <w:r w:rsidRPr="009210F4">
        <w:rPr>
          <w:rFonts w:asciiTheme="majorHAnsi" w:hAnsiTheme="majorHAnsi" w:cstheme="majorHAnsi"/>
        </w:rPr>
        <w:t>21:43</w:t>
      </w:r>
    </w:p>
    <w:p w14:paraId="3C35D1A6" w14:textId="19B28847"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So that was the oldest son and, and also because this is all a epic poem written about</w:t>
      </w:r>
      <w:r w:rsidR="00A011F5" w:rsidRPr="009210F4">
        <w:rPr>
          <w:rFonts w:asciiTheme="majorHAnsi" w:hAnsiTheme="majorHAnsi" w:cstheme="majorHAnsi"/>
        </w:rPr>
        <w:t xml:space="preserve"> </w:t>
      </w:r>
      <w:r w:rsidR="00A011F5" w:rsidRPr="009210F4">
        <w:rPr>
          <w:rStyle w:val="mw-headline"/>
          <w:rFonts w:asciiTheme="majorHAnsi" w:hAnsiTheme="majorHAnsi" w:cstheme="majorHAnsi"/>
        </w:rPr>
        <w:t>Sundiata</w:t>
      </w:r>
      <w:r w:rsidR="008A64C9" w:rsidRPr="009210F4">
        <w:rPr>
          <w:rStyle w:val="mw-headline"/>
          <w:rFonts w:asciiTheme="majorHAnsi" w:hAnsiTheme="majorHAnsi" w:cstheme="majorHAnsi"/>
        </w:rPr>
        <w:t>,</w:t>
      </w:r>
      <w:r w:rsidR="00A011F5" w:rsidRPr="009210F4">
        <w:rPr>
          <w:rStyle w:val="mw-headline"/>
          <w:rFonts w:asciiTheme="majorHAnsi" w:hAnsiTheme="majorHAnsi" w:cstheme="majorHAnsi"/>
        </w:rPr>
        <w:t xml:space="preserve"> </w:t>
      </w:r>
      <w:r w:rsidR="00705B7A">
        <w:rPr>
          <w:rFonts w:asciiTheme="majorHAnsi" w:hAnsiTheme="majorHAnsi" w:cstheme="majorHAnsi"/>
        </w:rPr>
        <w:t>s</w:t>
      </w:r>
      <w:r w:rsidRPr="009210F4">
        <w:rPr>
          <w:rFonts w:asciiTheme="majorHAnsi" w:hAnsiTheme="majorHAnsi" w:cstheme="majorHAnsi"/>
        </w:rPr>
        <w:t>o it's only referencing the</w:t>
      </w:r>
      <w:r w:rsidR="008A64C9" w:rsidRPr="009210F4">
        <w:rPr>
          <w:rFonts w:asciiTheme="majorHAnsi" w:hAnsiTheme="majorHAnsi" w:cstheme="majorHAnsi"/>
        </w:rPr>
        <w:t xml:space="preserve"> people who mattered, essentially</w:t>
      </w:r>
      <w:r w:rsidR="00D23E9C" w:rsidRPr="009210F4">
        <w:rPr>
          <w:rFonts w:asciiTheme="majorHAnsi" w:hAnsiTheme="majorHAnsi" w:cstheme="majorHAnsi"/>
        </w:rPr>
        <w:t xml:space="preserve"> </w:t>
      </w:r>
    </w:p>
    <w:p w14:paraId="77B899E1" w14:textId="77777777" w:rsidR="00991E93" w:rsidRPr="009210F4" w:rsidRDefault="00991E93" w:rsidP="009210F4">
      <w:pPr>
        <w:pStyle w:val="NoSpacing"/>
        <w:rPr>
          <w:rFonts w:asciiTheme="majorHAnsi" w:hAnsiTheme="majorHAnsi" w:cstheme="majorHAnsi"/>
        </w:rPr>
      </w:pPr>
    </w:p>
    <w:p w14:paraId="7FF43F00" w14:textId="77453D97"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Lucy</w:t>
      </w:r>
      <w:r w:rsidR="00D23E9C" w:rsidRPr="009210F4">
        <w:rPr>
          <w:rFonts w:asciiTheme="majorHAnsi" w:hAnsiTheme="majorHAnsi" w:cstheme="majorHAnsi"/>
        </w:rPr>
        <w:t xml:space="preserve"> </w:t>
      </w:r>
      <w:r w:rsidRPr="009210F4">
        <w:rPr>
          <w:rFonts w:asciiTheme="majorHAnsi" w:hAnsiTheme="majorHAnsi" w:cstheme="majorHAnsi"/>
        </w:rPr>
        <w:t>21:53</w:t>
      </w:r>
    </w:p>
    <w:p w14:paraId="6A2141BC" w14:textId="77777777" w:rsidR="008A64C9" w:rsidRPr="009210F4" w:rsidRDefault="00F7615C" w:rsidP="009210F4">
      <w:pPr>
        <w:pStyle w:val="NoSpacing"/>
        <w:rPr>
          <w:rFonts w:asciiTheme="majorHAnsi" w:hAnsiTheme="majorHAnsi" w:cstheme="majorHAnsi"/>
        </w:rPr>
      </w:pPr>
      <w:r w:rsidRPr="009210F4">
        <w:rPr>
          <w:rFonts w:asciiTheme="majorHAnsi" w:hAnsiTheme="majorHAnsi" w:cstheme="majorHAnsi"/>
        </w:rPr>
        <w:t xml:space="preserve">Yeah, </w:t>
      </w:r>
      <w:r w:rsidR="008A64C9" w:rsidRPr="009210F4">
        <w:rPr>
          <w:rFonts w:asciiTheme="majorHAnsi" w:hAnsiTheme="majorHAnsi" w:cstheme="majorHAnsi"/>
        </w:rPr>
        <w:t xml:space="preserve">they’re </w:t>
      </w:r>
      <w:r w:rsidRPr="009210F4">
        <w:rPr>
          <w:rFonts w:asciiTheme="majorHAnsi" w:hAnsiTheme="majorHAnsi" w:cstheme="majorHAnsi"/>
        </w:rPr>
        <w:t>given like, yeah, they're given like the abridged version of his lif</w:t>
      </w:r>
      <w:r w:rsidR="008A64C9" w:rsidRPr="009210F4">
        <w:rPr>
          <w:rFonts w:asciiTheme="majorHAnsi" w:hAnsiTheme="majorHAnsi" w:cstheme="majorHAnsi"/>
        </w:rPr>
        <w:t xml:space="preserve">e aren’t </w:t>
      </w:r>
      <w:r w:rsidRPr="009210F4">
        <w:rPr>
          <w:rFonts w:asciiTheme="majorHAnsi" w:hAnsiTheme="majorHAnsi" w:cstheme="majorHAnsi"/>
        </w:rPr>
        <w:t>they</w:t>
      </w:r>
      <w:r w:rsidR="008A64C9" w:rsidRPr="009210F4">
        <w:rPr>
          <w:rFonts w:asciiTheme="majorHAnsi" w:hAnsiTheme="majorHAnsi" w:cstheme="majorHAnsi"/>
        </w:rPr>
        <w:t>, really</w:t>
      </w:r>
      <w:r w:rsidRPr="009210F4">
        <w:rPr>
          <w:rFonts w:asciiTheme="majorHAnsi" w:hAnsiTheme="majorHAnsi" w:cstheme="majorHAnsi"/>
        </w:rPr>
        <w:t xml:space="preserve">. But also </w:t>
      </w:r>
    </w:p>
    <w:p w14:paraId="6157BA77" w14:textId="77777777" w:rsidR="00705B7A" w:rsidRDefault="00705B7A" w:rsidP="009210F4">
      <w:pPr>
        <w:pStyle w:val="NoSpacing"/>
        <w:rPr>
          <w:rFonts w:asciiTheme="majorHAnsi" w:hAnsiTheme="majorHAnsi" w:cstheme="majorHAnsi"/>
        </w:rPr>
      </w:pPr>
    </w:p>
    <w:p w14:paraId="5821E35A" w14:textId="7D994377" w:rsidR="00991E93" w:rsidRPr="009210F4" w:rsidRDefault="00820759" w:rsidP="009210F4">
      <w:pPr>
        <w:pStyle w:val="NoSpacing"/>
        <w:rPr>
          <w:rFonts w:asciiTheme="majorHAnsi" w:hAnsiTheme="majorHAnsi" w:cstheme="majorHAnsi"/>
        </w:rPr>
      </w:pPr>
      <w:r w:rsidRPr="009210F4">
        <w:rPr>
          <w:rFonts w:asciiTheme="majorHAnsi" w:hAnsiTheme="majorHAnsi" w:cstheme="majorHAnsi"/>
        </w:rPr>
        <w:t>Kimmy:</w:t>
      </w:r>
      <w:r w:rsidR="008A64C9" w:rsidRPr="009210F4">
        <w:rPr>
          <w:rFonts w:asciiTheme="majorHAnsi" w:hAnsiTheme="majorHAnsi" w:cstheme="majorHAnsi"/>
        </w:rPr>
        <w:t xml:space="preserve"> H</w:t>
      </w:r>
      <w:r w:rsidR="00F7615C" w:rsidRPr="009210F4">
        <w:rPr>
          <w:rFonts w:asciiTheme="majorHAnsi" w:hAnsiTheme="majorHAnsi" w:cstheme="majorHAnsi"/>
        </w:rPr>
        <w:t>ighlight reel</w:t>
      </w:r>
    </w:p>
    <w:p w14:paraId="271BD361" w14:textId="77777777" w:rsidR="00991E93" w:rsidRPr="009210F4" w:rsidRDefault="00991E93" w:rsidP="009210F4">
      <w:pPr>
        <w:pStyle w:val="NoSpacing"/>
        <w:rPr>
          <w:rFonts w:asciiTheme="majorHAnsi" w:hAnsiTheme="majorHAnsi" w:cstheme="majorHAnsi"/>
        </w:rPr>
      </w:pPr>
    </w:p>
    <w:p w14:paraId="7189085A" w14:textId="03EB3A34"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Alice</w:t>
      </w:r>
      <w:r w:rsidR="00D23E9C" w:rsidRPr="009210F4">
        <w:rPr>
          <w:rFonts w:asciiTheme="majorHAnsi" w:hAnsiTheme="majorHAnsi" w:cstheme="majorHAnsi"/>
        </w:rPr>
        <w:t xml:space="preserve"> </w:t>
      </w:r>
      <w:r w:rsidRPr="009210F4">
        <w:rPr>
          <w:rFonts w:asciiTheme="majorHAnsi" w:hAnsiTheme="majorHAnsi" w:cstheme="majorHAnsi"/>
        </w:rPr>
        <w:t>22:01</w:t>
      </w:r>
    </w:p>
    <w:p w14:paraId="311255EA" w14:textId="1BEBDE58"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Yeah, but also, you know, women aren't important in history. So why would we need to know the names of these women</w:t>
      </w:r>
      <w:r w:rsidR="008A64C9" w:rsidRPr="009210F4">
        <w:rPr>
          <w:rFonts w:asciiTheme="majorHAnsi" w:hAnsiTheme="majorHAnsi" w:cstheme="majorHAnsi"/>
        </w:rPr>
        <w:t>,</w:t>
      </w:r>
      <w:r w:rsidRPr="009210F4">
        <w:rPr>
          <w:rFonts w:asciiTheme="majorHAnsi" w:hAnsiTheme="majorHAnsi" w:cstheme="majorHAnsi"/>
        </w:rPr>
        <w:t xml:space="preserve"> </w:t>
      </w:r>
      <w:r w:rsidR="008A64C9" w:rsidRPr="009210F4">
        <w:rPr>
          <w:rFonts w:asciiTheme="majorHAnsi" w:hAnsiTheme="majorHAnsi" w:cstheme="majorHAnsi"/>
        </w:rPr>
        <w:t>y</w:t>
      </w:r>
      <w:r w:rsidRPr="009210F4">
        <w:rPr>
          <w:rFonts w:asciiTheme="majorHAnsi" w:hAnsiTheme="majorHAnsi" w:cstheme="majorHAnsi"/>
        </w:rPr>
        <w:t xml:space="preserve">ou know, </w:t>
      </w:r>
      <w:r w:rsidR="008A64C9" w:rsidRPr="009210F4">
        <w:rPr>
          <w:rFonts w:asciiTheme="majorHAnsi" w:hAnsiTheme="majorHAnsi" w:cstheme="majorHAnsi"/>
        </w:rPr>
        <w:t xml:space="preserve">it’s not like they did anything! </w:t>
      </w:r>
    </w:p>
    <w:p w14:paraId="2776B72B" w14:textId="77777777" w:rsidR="00991E93" w:rsidRPr="009210F4" w:rsidRDefault="00991E93" w:rsidP="009210F4">
      <w:pPr>
        <w:pStyle w:val="NoSpacing"/>
        <w:rPr>
          <w:rFonts w:asciiTheme="majorHAnsi" w:hAnsiTheme="majorHAnsi" w:cstheme="majorHAnsi"/>
        </w:rPr>
      </w:pPr>
    </w:p>
    <w:p w14:paraId="105DB933" w14:textId="7DF46CA3"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Daisy</w:t>
      </w:r>
      <w:r w:rsidR="00D23E9C" w:rsidRPr="009210F4">
        <w:rPr>
          <w:rFonts w:asciiTheme="majorHAnsi" w:hAnsiTheme="majorHAnsi" w:cstheme="majorHAnsi"/>
        </w:rPr>
        <w:t xml:space="preserve"> </w:t>
      </w:r>
      <w:r w:rsidRPr="009210F4">
        <w:rPr>
          <w:rFonts w:asciiTheme="majorHAnsi" w:hAnsiTheme="majorHAnsi" w:cstheme="majorHAnsi"/>
        </w:rPr>
        <w:t>22:11</w:t>
      </w:r>
    </w:p>
    <w:p w14:paraId="6D937F31" w14:textId="774FC18F" w:rsidR="008A64C9" w:rsidRPr="009210F4" w:rsidRDefault="00F7615C" w:rsidP="009210F4">
      <w:pPr>
        <w:pStyle w:val="NoSpacing"/>
        <w:rPr>
          <w:rFonts w:asciiTheme="majorHAnsi" w:hAnsiTheme="majorHAnsi" w:cstheme="majorHAnsi"/>
        </w:rPr>
      </w:pPr>
      <w:r w:rsidRPr="009210F4">
        <w:rPr>
          <w:rFonts w:asciiTheme="majorHAnsi" w:hAnsiTheme="majorHAnsi" w:cstheme="majorHAnsi"/>
        </w:rPr>
        <w:t>I mean, we don't know the names of any of the other brothers either. There's none of that. Yeah, so their father died</w:t>
      </w:r>
      <w:r w:rsidR="008A64C9" w:rsidRPr="009210F4">
        <w:rPr>
          <w:rFonts w:asciiTheme="majorHAnsi" w:hAnsiTheme="majorHAnsi" w:cstheme="majorHAnsi"/>
        </w:rPr>
        <w:t xml:space="preserve">, er, </w:t>
      </w:r>
      <w:r w:rsidRPr="009210F4">
        <w:rPr>
          <w:rFonts w:asciiTheme="majorHAnsi" w:hAnsiTheme="majorHAnsi" w:cstheme="majorHAnsi"/>
        </w:rPr>
        <w:t>as you know, happens</w:t>
      </w:r>
      <w:r w:rsidR="008A64C9" w:rsidRPr="009210F4">
        <w:rPr>
          <w:rFonts w:asciiTheme="majorHAnsi" w:hAnsiTheme="majorHAnsi" w:cstheme="majorHAnsi"/>
        </w:rPr>
        <w:t xml:space="preserve"> when {pause then laughter}</w:t>
      </w:r>
      <w:r w:rsidRPr="009210F4">
        <w:rPr>
          <w:rFonts w:asciiTheme="majorHAnsi" w:hAnsiTheme="majorHAnsi" w:cstheme="majorHAnsi"/>
        </w:rPr>
        <w:t xml:space="preserve"> </w:t>
      </w:r>
    </w:p>
    <w:p w14:paraId="476E2AA8" w14:textId="77777777" w:rsidR="00705B7A" w:rsidRDefault="00705B7A" w:rsidP="009210F4">
      <w:pPr>
        <w:pStyle w:val="NoSpacing"/>
        <w:rPr>
          <w:rFonts w:asciiTheme="majorHAnsi" w:hAnsiTheme="majorHAnsi" w:cstheme="majorHAnsi"/>
        </w:rPr>
      </w:pPr>
    </w:p>
    <w:p w14:paraId="5DD1CE92" w14:textId="68675741" w:rsidR="008B4A81" w:rsidRPr="009210F4" w:rsidRDefault="00820759" w:rsidP="009210F4">
      <w:pPr>
        <w:pStyle w:val="NoSpacing"/>
        <w:rPr>
          <w:rFonts w:asciiTheme="majorHAnsi" w:hAnsiTheme="majorHAnsi" w:cstheme="majorHAnsi"/>
        </w:rPr>
      </w:pPr>
      <w:r w:rsidRPr="009210F4">
        <w:rPr>
          <w:rFonts w:asciiTheme="majorHAnsi" w:hAnsiTheme="majorHAnsi" w:cstheme="majorHAnsi"/>
        </w:rPr>
        <w:t>Kimmy:</w:t>
      </w:r>
      <w:r w:rsidR="008A64C9" w:rsidRPr="009210F4">
        <w:rPr>
          <w:rFonts w:asciiTheme="majorHAnsi" w:hAnsiTheme="majorHAnsi" w:cstheme="majorHAnsi"/>
        </w:rPr>
        <w:t xml:space="preserve"> She says, shit happens </w:t>
      </w:r>
    </w:p>
    <w:p w14:paraId="58AF19DA" w14:textId="77777777" w:rsidR="00C12889" w:rsidRDefault="00C12889" w:rsidP="009210F4">
      <w:pPr>
        <w:pStyle w:val="NoSpacing"/>
        <w:rPr>
          <w:rFonts w:asciiTheme="majorHAnsi" w:hAnsiTheme="majorHAnsi" w:cstheme="majorHAnsi"/>
        </w:rPr>
      </w:pPr>
    </w:p>
    <w:p w14:paraId="47D8307F" w14:textId="4EF50839" w:rsidR="007D5A1C" w:rsidRPr="009210F4" w:rsidRDefault="008B4A81" w:rsidP="009210F4">
      <w:pPr>
        <w:pStyle w:val="NoSpacing"/>
        <w:rPr>
          <w:rFonts w:asciiTheme="majorHAnsi" w:hAnsiTheme="majorHAnsi" w:cstheme="majorHAnsi"/>
        </w:rPr>
      </w:pPr>
      <w:r w:rsidRPr="009210F4">
        <w:rPr>
          <w:rFonts w:asciiTheme="majorHAnsi" w:hAnsiTheme="majorHAnsi" w:cstheme="majorHAnsi"/>
        </w:rPr>
        <w:t xml:space="preserve">Daisy: </w:t>
      </w:r>
      <w:r w:rsidR="00F7615C" w:rsidRPr="009210F4">
        <w:rPr>
          <w:rFonts w:asciiTheme="majorHAnsi" w:hAnsiTheme="majorHAnsi" w:cstheme="majorHAnsi"/>
        </w:rPr>
        <w:t>Yeah</w:t>
      </w:r>
      <w:r w:rsidRPr="009210F4">
        <w:rPr>
          <w:rFonts w:asciiTheme="majorHAnsi" w:hAnsiTheme="majorHAnsi" w:cstheme="majorHAnsi"/>
        </w:rPr>
        <w:t>, it happens, who can</w:t>
      </w:r>
      <w:r w:rsidR="00D23E9C" w:rsidRPr="009210F4">
        <w:rPr>
          <w:rFonts w:asciiTheme="majorHAnsi" w:hAnsiTheme="majorHAnsi" w:cstheme="majorHAnsi"/>
        </w:rPr>
        <w:t xml:space="preserve"> </w:t>
      </w:r>
      <w:r w:rsidR="00C12889">
        <w:rPr>
          <w:rFonts w:asciiTheme="majorHAnsi" w:hAnsiTheme="majorHAnsi" w:cstheme="majorHAnsi"/>
        </w:rPr>
        <w:t>s</w:t>
      </w:r>
      <w:r w:rsidR="00F7615C" w:rsidRPr="009210F4">
        <w:rPr>
          <w:rFonts w:asciiTheme="majorHAnsi" w:hAnsiTheme="majorHAnsi" w:cstheme="majorHAnsi"/>
        </w:rPr>
        <w:t>top it</w:t>
      </w:r>
      <w:r w:rsidRPr="009210F4">
        <w:rPr>
          <w:rFonts w:asciiTheme="majorHAnsi" w:hAnsiTheme="majorHAnsi" w:cstheme="majorHAnsi"/>
        </w:rPr>
        <w:t>?</w:t>
      </w:r>
      <w:r w:rsidR="00D23E9C" w:rsidRPr="009210F4">
        <w:rPr>
          <w:rFonts w:asciiTheme="majorHAnsi" w:hAnsiTheme="majorHAnsi" w:cstheme="majorHAnsi"/>
        </w:rPr>
        <w:t xml:space="preserve"> </w:t>
      </w:r>
      <w:r w:rsidR="00C12889" w:rsidRPr="009210F4">
        <w:rPr>
          <w:rFonts w:asciiTheme="majorHAnsi" w:hAnsiTheme="majorHAnsi" w:cstheme="majorHAnsi"/>
        </w:rPr>
        <w:t>So,</w:t>
      </w:r>
      <w:r w:rsidR="00F7615C" w:rsidRPr="009210F4">
        <w:rPr>
          <w:rFonts w:asciiTheme="majorHAnsi" w:hAnsiTheme="majorHAnsi" w:cstheme="majorHAnsi"/>
        </w:rPr>
        <w:t xml:space="preserve"> the </w:t>
      </w:r>
      <w:r w:rsidR="00C12889" w:rsidRPr="009210F4">
        <w:rPr>
          <w:rFonts w:asciiTheme="majorHAnsi" w:hAnsiTheme="majorHAnsi" w:cstheme="majorHAnsi"/>
        </w:rPr>
        <w:t>half-brother</w:t>
      </w:r>
      <w:r w:rsidR="00F7615C" w:rsidRPr="009210F4">
        <w:rPr>
          <w:rFonts w:asciiTheme="majorHAnsi" w:hAnsiTheme="majorHAnsi" w:cstheme="majorHAnsi"/>
        </w:rPr>
        <w:t xml:space="preserve"> </w:t>
      </w:r>
      <w:r w:rsidR="009210F4" w:rsidRPr="009210F4">
        <w:rPr>
          <w:rFonts w:asciiTheme="majorHAnsi" w:hAnsiTheme="majorHAnsi" w:cstheme="majorHAnsi"/>
        </w:rPr>
        <w:t>to</w:t>
      </w:r>
      <w:r w:rsidR="009210F4">
        <w:rPr>
          <w:rFonts w:asciiTheme="majorHAnsi" w:hAnsiTheme="majorHAnsi" w:cstheme="majorHAnsi"/>
        </w:rPr>
        <w:t>ok</w:t>
      </w:r>
      <w:r w:rsidR="00F7615C" w:rsidRPr="009210F4">
        <w:rPr>
          <w:rFonts w:asciiTheme="majorHAnsi" w:hAnsiTheme="majorHAnsi" w:cstheme="majorHAnsi"/>
        </w:rPr>
        <w:t xml:space="preserve"> up the throne against the wishes of the, the </w:t>
      </w:r>
      <w:r w:rsidR="00C12889" w:rsidRPr="009210F4">
        <w:rPr>
          <w:rFonts w:asciiTheme="majorHAnsi" w:hAnsiTheme="majorHAnsi" w:cstheme="majorHAnsi"/>
        </w:rPr>
        <w:t>ex-King</w:t>
      </w:r>
      <w:r w:rsidR="00F7615C" w:rsidRPr="009210F4">
        <w:rPr>
          <w:rFonts w:asciiTheme="majorHAnsi" w:hAnsiTheme="majorHAnsi" w:cstheme="majorHAnsi"/>
        </w:rPr>
        <w:t xml:space="preserve">, I guess, is he still </w:t>
      </w:r>
      <w:r w:rsidR="007D5A1C" w:rsidRPr="009210F4">
        <w:rPr>
          <w:rFonts w:asciiTheme="majorHAnsi" w:hAnsiTheme="majorHAnsi" w:cstheme="majorHAnsi"/>
        </w:rPr>
        <w:t xml:space="preserve">the </w:t>
      </w:r>
      <w:r w:rsidR="00C12889" w:rsidRPr="009210F4">
        <w:rPr>
          <w:rFonts w:asciiTheme="majorHAnsi" w:hAnsiTheme="majorHAnsi" w:cstheme="majorHAnsi"/>
        </w:rPr>
        <w:t>ex-King</w:t>
      </w:r>
      <w:r w:rsidR="007D5A1C" w:rsidRPr="009210F4">
        <w:rPr>
          <w:rFonts w:asciiTheme="majorHAnsi" w:hAnsiTheme="majorHAnsi" w:cstheme="majorHAnsi"/>
        </w:rPr>
        <w:t xml:space="preserve"> i</w:t>
      </w:r>
      <w:r w:rsidR="00F7615C" w:rsidRPr="009210F4">
        <w:rPr>
          <w:rFonts w:asciiTheme="majorHAnsi" w:hAnsiTheme="majorHAnsi" w:cstheme="majorHAnsi"/>
        </w:rPr>
        <w:t>f he's dead</w:t>
      </w:r>
      <w:r w:rsidR="007D5A1C" w:rsidRPr="009210F4">
        <w:rPr>
          <w:rFonts w:asciiTheme="majorHAnsi" w:hAnsiTheme="majorHAnsi" w:cstheme="majorHAnsi"/>
        </w:rPr>
        <w:t>?</w:t>
      </w:r>
      <w:r w:rsidR="00D23E9C" w:rsidRPr="009210F4">
        <w:rPr>
          <w:rFonts w:asciiTheme="majorHAnsi" w:hAnsiTheme="majorHAnsi" w:cstheme="majorHAnsi"/>
        </w:rPr>
        <w:t xml:space="preserve"> </w:t>
      </w:r>
    </w:p>
    <w:p w14:paraId="7DF032AC" w14:textId="77777777" w:rsidR="00C12889" w:rsidRDefault="00C12889" w:rsidP="009210F4">
      <w:pPr>
        <w:pStyle w:val="NoSpacing"/>
        <w:rPr>
          <w:rFonts w:asciiTheme="majorHAnsi" w:hAnsiTheme="majorHAnsi" w:cstheme="majorHAnsi"/>
        </w:rPr>
      </w:pPr>
    </w:p>
    <w:p w14:paraId="10AFF82E" w14:textId="29495936" w:rsidR="007D5A1C" w:rsidRPr="009210F4" w:rsidRDefault="007D5A1C" w:rsidP="009210F4">
      <w:pPr>
        <w:pStyle w:val="NoSpacing"/>
        <w:rPr>
          <w:rFonts w:asciiTheme="majorHAnsi" w:hAnsiTheme="majorHAnsi" w:cstheme="majorHAnsi"/>
        </w:rPr>
      </w:pPr>
      <w:r w:rsidRPr="009210F4">
        <w:rPr>
          <w:rFonts w:asciiTheme="majorHAnsi" w:hAnsiTheme="majorHAnsi" w:cstheme="majorHAnsi"/>
        </w:rPr>
        <w:t xml:space="preserve">Alice: </w:t>
      </w:r>
      <w:r w:rsidR="00F7615C" w:rsidRPr="009210F4">
        <w:rPr>
          <w:rFonts w:asciiTheme="majorHAnsi" w:hAnsiTheme="majorHAnsi" w:cstheme="majorHAnsi"/>
        </w:rPr>
        <w:t xml:space="preserve">late </w:t>
      </w:r>
      <w:r w:rsidRPr="009210F4">
        <w:rPr>
          <w:rFonts w:asciiTheme="majorHAnsi" w:hAnsiTheme="majorHAnsi" w:cstheme="majorHAnsi"/>
        </w:rPr>
        <w:t xml:space="preserve">king </w:t>
      </w:r>
    </w:p>
    <w:p w14:paraId="3D2E0CC1" w14:textId="77777777" w:rsidR="00C12889" w:rsidRDefault="00C12889" w:rsidP="009210F4">
      <w:pPr>
        <w:pStyle w:val="NoSpacing"/>
        <w:rPr>
          <w:rFonts w:asciiTheme="majorHAnsi" w:hAnsiTheme="majorHAnsi" w:cstheme="majorHAnsi"/>
        </w:rPr>
      </w:pPr>
    </w:p>
    <w:p w14:paraId="5D094FB2" w14:textId="3023EC6C" w:rsidR="00991E93" w:rsidRPr="009210F4" w:rsidRDefault="007D5A1C" w:rsidP="009210F4">
      <w:pPr>
        <w:pStyle w:val="NoSpacing"/>
        <w:rPr>
          <w:rFonts w:asciiTheme="majorHAnsi" w:hAnsiTheme="majorHAnsi" w:cstheme="majorHAnsi"/>
        </w:rPr>
      </w:pPr>
      <w:r w:rsidRPr="009210F4">
        <w:rPr>
          <w:rFonts w:asciiTheme="majorHAnsi" w:hAnsiTheme="majorHAnsi" w:cstheme="majorHAnsi"/>
        </w:rPr>
        <w:t xml:space="preserve">Daisy: Yeah, that’s the word I was </w:t>
      </w:r>
      <w:r w:rsidR="009210F4" w:rsidRPr="009210F4">
        <w:rPr>
          <w:rFonts w:asciiTheme="majorHAnsi" w:hAnsiTheme="majorHAnsi" w:cstheme="majorHAnsi"/>
        </w:rPr>
        <w:t>looking</w:t>
      </w:r>
      <w:r w:rsidRPr="009210F4">
        <w:rPr>
          <w:rFonts w:asciiTheme="majorHAnsi" w:hAnsiTheme="majorHAnsi" w:cstheme="majorHAnsi"/>
        </w:rPr>
        <w:t xml:space="preserve"> for. So, </w:t>
      </w:r>
      <w:r w:rsidR="00F7615C" w:rsidRPr="009210F4">
        <w:rPr>
          <w:rFonts w:asciiTheme="majorHAnsi" w:hAnsiTheme="majorHAnsi" w:cstheme="majorHAnsi"/>
        </w:rPr>
        <w:t xml:space="preserve">against the wishes of the </w:t>
      </w:r>
      <w:r w:rsidRPr="009210F4">
        <w:rPr>
          <w:rFonts w:asciiTheme="majorHAnsi" w:hAnsiTheme="majorHAnsi" w:cstheme="majorHAnsi"/>
        </w:rPr>
        <w:t xml:space="preserve">late King </w:t>
      </w:r>
      <w:r w:rsidR="00F7615C" w:rsidRPr="009210F4">
        <w:rPr>
          <w:rFonts w:asciiTheme="majorHAnsi" w:hAnsiTheme="majorHAnsi" w:cstheme="majorHAnsi"/>
        </w:rPr>
        <w:t>who wanted it to go straight to the younger son, because he was the prophe</w:t>
      </w:r>
      <w:r w:rsidRPr="009210F4">
        <w:rPr>
          <w:rFonts w:asciiTheme="majorHAnsi" w:hAnsiTheme="majorHAnsi" w:cstheme="majorHAnsi"/>
        </w:rPr>
        <w:t>c</w:t>
      </w:r>
      <w:r w:rsidR="00F7615C" w:rsidRPr="009210F4">
        <w:rPr>
          <w:rFonts w:asciiTheme="majorHAnsi" w:hAnsiTheme="majorHAnsi" w:cstheme="majorHAnsi"/>
        </w:rPr>
        <w:t xml:space="preserve">y that said, you know, it's going to be an excellent King, </w:t>
      </w:r>
      <w:r w:rsidRPr="009210F4">
        <w:rPr>
          <w:rFonts w:asciiTheme="majorHAnsi" w:hAnsiTheme="majorHAnsi" w:cstheme="majorHAnsi"/>
        </w:rPr>
        <w:t xml:space="preserve">the </w:t>
      </w:r>
      <w:r w:rsidR="00C12889" w:rsidRPr="009210F4">
        <w:rPr>
          <w:rFonts w:asciiTheme="majorHAnsi" w:hAnsiTheme="majorHAnsi" w:cstheme="majorHAnsi"/>
        </w:rPr>
        <w:t>half-brother</w:t>
      </w:r>
      <w:r w:rsidR="00F7615C" w:rsidRPr="009210F4">
        <w:rPr>
          <w:rFonts w:asciiTheme="majorHAnsi" w:hAnsiTheme="majorHAnsi" w:cstheme="majorHAnsi"/>
        </w:rPr>
        <w:t xml:space="preserve"> just went, </w:t>
      </w:r>
      <w:r w:rsidRPr="009210F4">
        <w:rPr>
          <w:rFonts w:asciiTheme="majorHAnsi" w:hAnsiTheme="majorHAnsi" w:cstheme="majorHAnsi"/>
        </w:rPr>
        <w:t xml:space="preserve">‘mmm, yeah, nah, </w:t>
      </w:r>
      <w:r w:rsidR="00F7615C" w:rsidRPr="009210F4">
        <w:rPr>
          <w:rFonts w:asciiTheme="majorHAnsi" w:hAnsiTheme="majorHAnsi" w:cstheme="majorHAnsi"/>
        </w:rPr>
        <w:t>that kind of feels like my job</w:t>
      </w:r>
      <w:r w:rsidRPr="009210F4">
        <w:rPr>
          <w:rFonts w:asciiTheme="majorHAnsi" w:hAnsiTheme="majorHAnsi" w:cstheme="majorHAnsi"/>
        </w:rPr>
        <w:t>’</w:t>
      </w:r>
      <w:r w:rsidR="00F7615C" w:rsidRPr="009210F4">
        <w:rPr>
          <w:rFonts w:asciiTheme="majorHAnsi" w:hAnsiTheme="majorHAnsi" w:cstheme="majorHAnsi"/>
        </w:rPr>
        <w:t>.</w:t>
      </w:r>
      <w:r w:rsidRPr="009210F4">
        <w:rPr>
          <w:rFonts w:asciiTheme="majorHAnsi" w:hAnsiTheme="majorHAnsi" w:cstheme="majorHAnsi"/>
        </w:rPr>
        <w:t xml:space="preserve"> So </w:t>
      </w:r>
      <w:r w:rsidRPr="009210F4">
        <w:rPr>
          <w:rStyle w:val="mw-headline"/>
          <w:rFonts w:asciiTheme="majorHAnsi" w:hAnsiTheme="majorHAnsi" w:cstheme="majorHAnsi"/>
        </w:rPr>
        <w:t>Sundiat</w:t>
      </w:r>
      <w:r w:rsidR="00424086" w:rsidRPr="009210F4">
        <w:rPr>
          <w:rStyle w:val="mw-headline"/>
          <w:rFonts w:asciiTheme="majorHAnsi" w:hAnsiTheme="majorHAnsi" w:cstheme="majorHAnsi"/>
        </w:rPr>
        <w:t xml:space="preserve">a and </w:t>
      </w:r>
      <w:r w:rsidR="00F7615C" w:rsidRPr="009210F4">
        <w:rPr>
          <w:rFonts w:asciiTheme="majorHAnsi" w:hAnsiTheme="majorHAnsi" w:cstheme="majorHAnsi"/>
        </w:rPr>
        <w:t>his mother went off somewhere else</w:t>
      </w:r>
      <w:r w:rsidR="00424086" w:rsidRPr="009210F4">
        <w:rPr>
          <w:rFonts w:asciiTheme="majorHAnsi" w:hAnsiTheme="majorHAnsi" w:cstheme="majorHAnsi"/>
        </w:rPr>
        <w:t xml:space="preserve"> a</w:t>
      </w:r>
      <w:r w:rsidR="00F7615C" w:rsidRPr="009210F4">
        <w:rPr>
          <w:rFonts w:asciiTheme="majorHAnsi" w:hAnsiTheme="majorHAnsi" w:cstheme="majorHAnsi"/>
        </w:rPr>
        <w:t>nd</w:t>
      </w:r>
      <w:r w:rsidR="00424086" w:rsidRPr="009210F4">
        <w:rPr>
          <w:rFonts w:asciiTheme="majorHAnsi" w:hAnsiTheme="majorHAnsi" w:cstheme="majorHAnsi"/>
        </w:rPr>
        <w:t>,</w:t>
      </w:r>
      <w:r w:rsidR="00D23E9C" w:rsidRPr="009210F4">
        <w:rPr>
          <w:rFonts w:asciiTheme="majorHAnsi" w:hAnsiTheme="majorHAnsi" w:cstheme="majorHAnsi"/>
        </w:rPr>
        <w:t xml:space="preserve"> </w:t>
      </w:r>
      <w:r w:rsidR="00424086" w:rsidRPr="009210F4">
        <w:rPr>
          <w:rFonts w:asciiTheme="majorHAnsi" w:hAnsiTheme="majorHAnsi" w:cstheme="majorHAnsi"/>
        </w:rPr>
        <w:t>s</w:t>
      </w:r>
      <w:r w:rsidR="00F7615C" w:rsidRPr="009210F4">
        <w:rPr>
          <w:rFonts w:asciiTheme="majorHAnsi" w:hAnsiTheme="majorHAnsi" w:cstheme="majorHAnsi"/>
        </w:rPr>
        <w:t xml:space="preserve">o they eventually settled in the kingdom called </w:t>
      </w:r>
      <w:proofErr w:type="spellStart"/>
      <w:r w:rsidR="00F7615C" w:rsidRPr="009210F4">
        <w:rPr>
          <w:rFonts w:asciiTheme="majorHAnsi" w:hAnsiTheme="majorHAnsi" w:cstheme="majorHAnsi"/>
        </w:rPr>
        <w:t>Mima</w:t>
      </w:r>
      <w:proofErr w:type="spellEnd"/>
      <w:r w:rsidR="00F7615C" w:rsidRPr="009210F4">
        <w:rPr>
          <w:rFonts w:asciiTheme="majorHAnsi" w:hAnsiTheme="majorHAnsi" w:cstheme="majorHAnsi"/>
        </w:rPr>
        <w:t xml:space="preserve"> or </w:t>
      </w:r>
      <w:proofErr w:type="spellStart"/>
      <w:r w:rsidR="00C12889">
        <w:rPr>
          <w:rFonts w:asciiTheme="majorHAnsi" w:hAnsiTheme="majorHAnsi" w:cstheme="majorHAnsi"/>
        </w:rPr>
        <w:t>M</w:t>
      </w:r>
      <w:r w:rsidR="00F7615C" w:rsidRPr="009210F4">
        <w:rPr>
          <w:rFonts w:asciiTheme="majorHAnsi" w:hAnsiTheme="majorHAnsi" w:cstheme="majorHAnsi"/>
        </w:rPr>
        <w:t>emor</w:t>
      </w:r>
      <w:proofErr w:type="spellEnd"/>
      <w:r w:rsidR="00424086" w:rsidRPr="009210F4">
        <w:rPr>
          <w:rFonts w:asciiTheme="majorHAnsi" w:hAnsiTheme="majorHAnsi" w:cstheme="majorHAnsi"/>
        </w:rPr>
        <w:t xml:space="preserve">, it’s </w:t>
      </w:r>
      <w:r w:rsidR="00F7615C" w:rsidRPr="009210F4">
        <w:rPr>
          <w:rFonts w:asciiTheme="majorHAnsi" w:hAnsiTheme="majorHAnsi" w:cstheme="majorHAnsi"/>
        </w:rPr>
        <w:t>difficult because</w:t>
      </w:r>
      <w:r w:rsidR="00424086" w:rsidRPr="009210F4">
        <w:rPr>
          <w:rFonts w:asciiTheme="majorHAnsi" w:hAnsiTheme="majorHAnsi" w:cstheme="majorHAnsi"/>
        </w:rPr>
        <w:t>, um,</w:t>
      </w:r>
      <w:r w:rsidR="00D23E9C" w:rsidRPr="009210F4">
        <w:rPr>
          <w:rFonts w:asciiTheme="majorHAnsi" w:hAnsiTheme="majorHAnsi" w:cstheme="majorHAnsi"/>
        </w:rPr>
        <w:t xml:space="preserve"> </w:t>
      </w:r>
      <w:r w:rsidR="00F7615C" w:rsidRPr="009210F4">
        <w:rPr>
          <w:rFonts w:asciiTheme="majorHAnsi" w:hAnsiTheme="majorHAnsi" w:cstheme="majorHAnsi"/>
        </w:rPr>
        <w:t xml:space="preserve">none of these places have had pronunciation guides, really, other than the name of the man itself. </w:t>
      </w:r>
      <w:r w:rsidR="00C12889" w:rsidRPr="009210F4">
        <w:rPr>
          <w:rFonts w:asciiTheme="majorHAnsi" w:hAnsiTheme="majorHAnsi" w:cstheme="majorHAnsi"/>
        </w:rPr>
        <w:t>So,</w:t>
      </w:r>
      <w:r w:rsidR="00F7615C" w:rsidRPr="009210F4">
        <w:rPr>
          <w:rFonts w:asciiTheme="majorHAnsi" w:hAnsiTheme="majorHAnsi" w:cstheme="majorHAnsi"/>
        </w:rPr>
        <w:t xml:space="preserve"> I'm trying not to butcher this </w:t>
      </w:r>
    </w:p>
    <w:p w14:paraId="4943426C" w14:textId="77777777" w:rsidR="00991E93" w:rsidRPr="009210F4" w:rsidRDefault="00991E93" w:rsidP="009210F4">
      <w:pPr>
        <w:pStyle w:val="NoSpacing"/>
        <w:rPr>
          <w:rFonts w:asciiTheme="majorHAnsi" w:hAnsiTheme="majorHAnsi" w:cstheme="majorHAnsi"/>
        </w:rPr>
      </w:pPr>
    </w:p>
    <w:p w14:paraId="3457FA88" w14:textId="4D5DCA24"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Alice</w:t>
      </w:r>
      <w:r w:rsidR="00D23E9C" w:rsidRPr="009210F4">
        <w:rPr>
          <w:rFonts w:asciiTheme="majorHAnsi" w:hAnsiTheme="majorHAnsi" w:cstheme="majorHAnsi"/>
        </w:rPr>
        <w:t xml:space="preserve"> </w:t>
      </w:r>
      <w:r w:rsidRPr="009210F4">
        <w:rPr>
          <w:rFonts w:asciiTheme="majorHAnsi" w:hAnsiTheme="majorHAnsi" w:cstheme="majorHAnsi"/>
        </w:rPr>
        <w:t>23:33</w:t>
      </w:r>
    </w:p>
    <w:p w14:paraId="2E331052" w14:textId="77777777"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Do any of them still exist?</w:t>
      </w:r>
    </w:p>
    <w:p w14:paraId="7805D641" w14:textId="77777777" w:rsidR="00991E93" w:rsidRPr="009210F4" w:rsidRDefault="00991E93" w:rsidP="009210F4">
      <w:pPr>
        <w:pStyle w:val="NoSpacing"/>
        <w:rPr>
          <w:rFonts w:asciiTheme="majorHAnsi" w:hAnsiTheme="majorHAnsi" w:cstheme="majorHAnsi"/>
        </w:rPr>
      </w:pPr>
    </w:p>
    <w:p w14:paraId="12F96BDC" w14:textId="740568B9" w:rsidR="00991E93" w:rsidRPr="009210F4" w:rsidRDefault="00820759" w:rsidP="009210F4">
      <w:pPr>
        <w:pStyle w:val="NoSpacing"/>
        <w:rPr>
          <w:rFonts w:asciiTheme="majorHAnsi" w:hAnsiTheme="majorHAnsi" w:cstheme="majorHAnsi"/>
        </w:rPr>
      </w:pPr>
      <w:r w:rsidRPr="009210F4">
        <w:rPr>
          <w:rFonts w:asciiTheme="majorHAnsi" w:hAnsiTheme="majorHAnsi" w:cstheme="majorHAnsi"/>
        </w:rPr>
        <w:t xml:space="preserve">Kimmy </w:t>
      </w:r>
      <w:r w:rsidR="00F7615C" w:rsidRPr="009210F4">
        <w:rPr>
          <w:rFonts w:asciiTheme="majorHAnsi" w:hAnsiTheme="majorHAnsi" w:cstheme="majorHAnsi"/>
        </w:rPr>
        <w:t>23:36</w:t>
      </w:r>
    </w:p>
    <w:p w14:paraId="05AB8E4C" w14:textId="2F98AB2B"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I'm sure they've been renamed by</w:t>
      </w:r>
      <w:r w:rsidR="00424086" w:rsidRPr="009210F4">
        <w:rPr>
          <w:rFonts w:asciiTheme="majorHAnsi" w:hAnsiTheme="majorHAnsi" w:cstheme="majorHAnsi"/>
        </w:rPr>
        <w:t xml:space="preserve"> now, colonization </w:t>
      </w:r>
      <w:r w:rsidR="005A2CCD">
        <w:rPr>
          <w:rFonts w:asciiTheme="majorHAnsi" w:hAnsiTheme="majorHAnsi" w:cstheme="majorHAnsi"/>
        </w:rPr>
        <w:t>a</w:t>
      </w:r>
      <w:r w:rsidRPr="009210F4">
        <w:rPr>
          <w:rFonts w:asciiTheme="majorHAnsi" w:hAnsiTheme="majorHAnsi" w:cstheme="majorHAnsi"/>
        </w:rPr>
        <w:t>nd</w:t>
      </w:r>
      <w:r w:rsidR="00424086" w:rsidRPr="009210F4">
        <w:rPr>
          <w:rFonts w:asciiTheme="majorHAnsi" w:hAnsiTheme="majorHAnsi" w:cstheme="majorHAnsi"/>
        </w:rPr>
        <w:t xml:space="preserve"> stuff </w:t>
      </w:r>
    </w:p>
    <w:p w14:paraId="217EB601" w14:textId="77777777" w:rsidR="00991E93" w:rsidRPr="009210F4" w:rsidRDefault="00991E93" w:rsidP="009210F4">
      <w:pPr>
        <w:pStyle w:val="NoSpacing"/>
        <w:rPr>
          <w:rFonts w:asciiTheme="majorHAnsi" w:hAnsiTheme="majorHAnsi" w:cstheme="majorHAnsi"/>
        </w:rPr>
      </w:pPr>
    </w:p>
    <w:p w14:paraId="15190747" w14:textId="5C0EA368"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Alice</w:t>
      </w:r>
      <w:r w:rsidR="00D23E9C" w:rsidRPr="009210F4">
        <w:rPr>
          <w:rFonts w:asciiTheme="majorHAnsi" w:hAnsiTheme="majorHAnsi" w:cstheme="majorHAnsi"/>
        </w:rPr>
        <w:t xml:space="preserve"> </w:t>
      </w:r>
      <w:r w:rsidRPr="009210F4">
        <w:rPr>
          <w:rFonts w:asciiTheme="majorHAnsi" w:hAnsiTheme="majorHAnsi" w:cstheme="majorHAnsi"/>
        </w:rPr>
        <w:t>23:42</w:t>
      </w:r>
    </w:p>
    <w:p w14:paraId="7C38EA22" w14:textId="78F29BF1" w:rsidR="00991E93" w:rsidRPr="009210F4" w:rsidRDefault="005A2CCD" w:rsidP="009210F4">
      <w:pPr>
        <w:pStyle w:val="NoSpacing"/>
        <w:rPr>
          <w:rFonts w:asciiTheme="majorHAnsi" w:hAnsiTheme="majorHAnsi" w:cstheme="majorHAnsi"/>
        </w:rPr>
      </w:pPr>
      <w:r>
        <w:rPr>
          <w:rFonts w:asciiTheme="majorHAnsi" w:hAnsiTheme="majorHAnsi" w:cstheme="majorHAnsi"/>
        </w:rPr>
        <w:t>W</w:t>
      </w:r>
      <w:r w:rsidR="00F7615C" w:rsidRPr="009210F4">
        <w:rPr>
          <w:rFonts w:asciiTheme="majorHAnsi" w:hAnsiTheme="majorHAnsi" w:cstheme="majorHAnsi"/>
        </w:rPr>
        <w:t>e gave them nice white easy to pronounce</w:t>
      </w:r>
      <w:r w:rsidR="00424086" w:rsidRPr="009210F4">
        <w:rPr>
          <w:rFonts w:asciiTheme="majorHAnsi" w:hAnsiTheme="majorHAnsi" w:cstheme="majorHAnsi"/>
        </w:rPr>
        <w:t xml:space="preserve"> names</w:t>
      </w:r>
    </w:p>
    <w:p w14:paraId="2E7B1529" w14:textId="77777777" w:rsidR="00991E93" w:rsidRPr="009210F4" w:rsidRDefault="00991E93" w:rsidP="009210F4">
      <w:pPr>
        <w:pStyle w:val="NoSpacing"/>
        <w:rPr>
          <w:rFonts w:asciiTheme="majorHAnsi" w:hAnsiTheme="majorHAnsi" w:cstheme="majorHAnsi"/>
        </w:rPr>
      </w:pPr>
    </w:p>
    <w:p w14:paraId="42E794A5" w14:textId="63F82331"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Daisy</w:t>
      </w:r>
      <w:r w:rsidR="00D23E9C" w:rsidRPr="009210F4">
        <w:rPr>
          <w:rFonts w:asciiTheme="majorHAnsi" w:hAnsiTheme="majorHAnsi" w:cstheme="majorHAnsi"/>
        </w:rPr>
        <w:t xml:space="preserve"> </w:t>
      </w:r>
      <w:r w:rsidRPr="009210F4">
        <w:rPr>
          <w:rFonts w:asciiTheme="majorHAnsi" w:hAnsiTheme="majorHAnsi" w:cstheme="majorHAnsi"/>
        </w:rPr>
        <w:t>23:45</w:t>
      </w:r>
    </w:p>
    <w:p w14:paraId="493E541C" w14:textId="67F80FBA"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 xml:space="preserve">Yeah, so </w:t>
      </w:r>
      <w:r w:rsidR="00424086" w:rsidRPr="009210F4">
        <w:rPr>
          <w:rStyle w:val="mw-headline"/>
          <w:rFonts w:asciiTheme="majorHAnsi" w:hAnsiTheme="majorHAnsi" w:cstheme="majorHAnsi"/>
        </w:rPr>
        <w:t xml:space="preserve">Sundiata </w:t>
      </w:r>
      <w:r w:rsidRPr="009210F4">
        <w:rPr>
          <w:rFonts w:asciiTheme="majorHAnsi" w:hAnsiTheme="majorHAnsi" w:cstheme="majorHAnsi"/>
        </w:rPr>
        <w:t xml:space="preserve">became a great warrior there, but there are different versions that give different reasons for why they left. </w:t>
      </w:r>
      <w:r w:rsidR="005A2CCD" w:rsidRPr="009210F4">
        <w:rPr>
          <w:rFonts w:asciiTheme="majorHAnsi" w:hAnsiTheme="majorHAnsi" w:cstheme="majorHAnsi"/>
        </w:rPr>
        <w:t>So,</w:t>
      </w:r>
      <w:r w:rsidRPr="009210F4">
        <w:rPr>
          <w:rFonts w:asciiTheme="majorHAnsi" w:hAnsiTheme="majorHAnsi" w:cstheme="majorHAnsi"/>
        </w:rPr>
        <w:t xml:space="preserve"> some of them say that him and his mother were exiled</w:t>
      </w:r>
      <w:r w:rsidR="008F431E" w:rsidRPr="009210F4">
        <w:rPr>
          <w:rFonts w:asciiTheme="majorHAnsi" w:hAnsiTheme="majorHAnsi" w:cstheme="majorHAnsi"/>
        </w:rPr>
        <w:t>, s</w:t>
      </w:r>
      <w:r w:rsidRPr="009210F4">
        <w:rPr>
          <w:rFonts w:asciiTheme="majorHAnsi" w:hAnsiTheme="majorHAnsi" w:cstheme="majorHAnsi"/>
        </w:rPr>
        <w:t>o they were sent away. Like, forced to leave. And others say that they fled</w:t>
      </w:r>
      <w:r w:rsidR="008F431E" w:rsidRPr="009210F4">
        <w:rPr>
          <w:rFonts w:asciiTheme="majorHAnsi" w:hAnsiTheme="majorHAnsi" w:cstheme="majorHAnsi"/>
        </w:rPr>
        <w:t>,</w:t>
      </w:r>
      <w:r w:rsidRPr="009210F4">
        <w:rPr>
          <w:rFonts w:asciiTheme="majorHAnsi" w:hAnsiTheme="majorHAnsi" w:cstheme="majorHAnsi"/>
        </w:rPr>
        <w:t xml:space="preserve"> because they were worried that the </w:t>
      </w:r>
      <w:r w:rsidR="005A2CCD" w:rsidRPr="009210F4">
        <w:rPr>
          <w:rFonts w:asciiTheme="majorHAnsi" w:hAnsiTheme="majorHAnsi" w:cstheme="majorHAnsi"/>
        </w:rPr>
        <w:t>half-brother</w:t>
      </w:r>
      <w:r w:rsidRPr="009210F4">
        <w:rPr>
          <w:rFonts w:asciiTheme="majorHAnsi" w:hAnsiTheme="majorHAnsi" w:cstheme="majorHAnsi"/>
        </w:rPr>
        <w:t xml:space="preserve"> was going to kill</w:t>
      </w:r>
      <w:r w:rsidR="005A2CCD">
        <w:rPr>
          <w:rFonts w:asciiTheme="majorHAnsi" w:hAnsiTheme="majorHAnsi" w:cstheme="majorHAnsi"/>
        </w:rPr>
        <w:t xml:space="preserve"> </w:t>
      </w:r>
      <w:r w:rsidR="008F431E" w:rsidRPr="009210F4">
        <w:rPr>
          <w:rFonts w:asciiTheme="majorHAnsi" w:hAnsiTheme="majorHAnsi" w:cstheme="majorHAnsi"/>
        </w:rPr>
        <w:t>him</w:t>
      </w:r>
      <w:r w:rsidR="00D23E9C" w:rsidRPr="009210F4">
        <w:rPr>
          <w:rFonts w:asciiTheme="majorHAnsi" w:hAnsiTheme="majorHAnsi" w:cstheme="majorHAnsi"/>
        </w:rPr>
        <w:t xml:space="preserve"> </w:t>
      </w:r>
    </w:p>
    <w:p w14:paraId="772D8BA9" w14:textId="77777777" w:rsidR="00991E93" w:rsidRPr="009210F4" w:rsidRDefault="00991E93" w:rsidP="009210F4">
      <w:pPr>
        <w:pStyle w:val="NoSpacing"/>
        <w:rPr>
          <w:rFonts w:asciiTheme="majorHAnsi" w:hAnsiTheme="majorHAnsi" w:cstheme="majorHAnsi"/>
        </w:rPr>
      </w:pPr>
    </w:p>
    <w:p w14:paraId="2953DC44" w14:textId="2397764F"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Lucy</w:t>
      </w:r>
      <w:r w:rsidR="00D23E9C" w:rsidRPr="009210F4">
        <w:rPr>
          <w:rFonts w:asciiTheme="majorHAnsi" w:hAnsiTheme="majorHAnsi" w:cstheme="majorHAnsi"/>
        </w:rPr>
        <w:t xml:space="preserve"> </w:t>
      </w:r>
      <w:r w:rsidRPr="009210F4">
        <w:rPr>
          <w:rFonts w:asciiTheme="majorHAnsi" w:hAnsiTheme="majorHAnsi" w:cstheme="majorHAnsi"/>
        </w:rPr>
        <w:t>24:15</w:t>
      </w:r>
    </w:p>
    <w:p w14:paraId="1135D893" w14:textId="77777777"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Do we know the reason why they were possibly exiled or do they just say they were exiled with no further explanation?</w:t>
      </w:r>
    </w:p>
    <w:p w14:paraId="59C237E6" w14:textId="77777777" w:rsidR="00991E93" w:rsidRPr="009210F4" w:rsidRDefault="00991E93" w:rsidP="009210F4">
      <w:pPr>
        <w:pStyle w:val="NoSpacing"/>
        <w:rPr>
          <w:rFonts w:asciiTheme="majorHAnsi" w:hAnsiTheme="majorHAnsi" w:cstheme="majorHAnsi"/>
        </w:rPr>
      </w:pPr>
    </w:p>
    <w:p w14:paraId="0AE74AC0" w14:textId="67CADDC4"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Daisy</w:t>
      </w:r>
      <w:r w:rsidR="00D23E9C" w:rsidRPr="009210F4">
        <w:rPr>
          <w:rFonts w:asciiTheme="majorHAnsi" w:hAnsiTheme="majorHAnsi" w:cstheme="majorHAnsi"/>
        </w:rPr>
        <w:t xml:space="preserve"> </w:t>
      </w:r>
      <w:r w:rsidRPr="009210F4">
        <w:rPr>
          <w:rFonts w:asciiTheme="majorHAnsi" w:hAnsiTheme="majorHAnsi" w:cstheme="majorHAnsi"/>
        </w:rPr>
        <w:t>24:23</w:t>
      </w:r>
    </w:p>
    <w:p w14:paraId="662B5335" w14:textId="04D7CC22" w:rsidR="00991E93" w:rsidRPr="009210F4" w:rsidRDefault="005A2CCD" w:rsidP="009210F4">
      <w:pPr>
        <w:pStyle w:val="NoSpacing"/>
        <w:rPr>
          <w:rFonts w:asciiTheme="majorHAnsi" w:hAnsiTheme="majorHAnsi" w:cstheme="majorHAnsi"/>
        </w:rPr>
      </w:pPr>
      <w:r w:rsidRPr="009210F4">
        <w:rPr>
          <w:rFonts w:asciiTheme="majorHAnsi" w:hAnsiTheme="majorHAnsi" w:cstheme="majorHAnsi"/>
        </w:rPr>
        <w:t>Well,</w:t>
      </w:r>
      <w:r w:rsidR="008F431E" w:rsidRPr="009210F4">
        <w:rPr>
          <w:rFonts w:asciiTheme="majorHAnsi" w:hAnsiTheme="majorHAnsi" w:cstheme="majorHAnsi"/>
        </w:rPr>
        <w:t xml:space="preserve"> i</w:t>
      </w:r>
      <w:r w:rsidR="00F7615C" w:rsidRPr="009210F4">
        <w:rPr>
          <w:rFonts w:asciiTheme="majorHAnsi" w:hAnsiTheme="majorHAnsi" w:cstheme="majorHAnsi"/>
        </w:rPr>
        <w:t>f they were exiled it would have been for the same reason</w:t>
      </w:r>
      <w:r w:rsidR="008F431E" w:rsidRPr="009210F4">
        <w:rPr>
          <w:rFonts w:asciiTheme="majorHAnsi" w:hAnsiTheme="majorHAnsi" w:cstheme="majorHAnsi"/>
        </w:rPr>
        <w:t>, for,</w:t>
      </w:r>
      <w:r w:rsidR="00D23E9C" w:rsidRPr="009210F4">
        <w:rPr>
          <w:rFonts w:asciiTheme="majorHAnsi" w:hAnsiTheme="majorHAnsi" w:cstheme="majorHAnsi"/>
        </w:rPr>
        <w:t xml:space="preserve"> </w:t>
      </w:r>
      <w:r w:rsidR="008F431E" w:rsidRPr="009210F4">
        <w:rPr>
          <w:rFonts w:asciiTheme="majorHAnsi" w:hAnsiTheme="majorHAnsi" w:cstheme="majorHAnsi"/>
        </w:rPr>
        <w:t>y</w:t>
      </w:r>
      <w:r w:rsidR="00F7615C" w:rsidRPr="009210F4">
        <w:rPr>
          <w:rFonts w:asciiTheme="majorHAnsi" w:hAnsiTheme="majorHAnsi" w:cstheme="majorHAnsi"/>
        </w:rPr>
        <w:t xml:space="preserve">ou know, </w:t>
      </w:r>
      <w:r w:rsidR="008F431E" w:rsidRPr="009210F4">
        <w:rPr>
          <w:rFonts w:asciiTheme="majorHAnsi" w:hAnsiTheme="majorHAnsi" w:cstheme="majorHAnsi"/>
        </w:rPr>
        <w:t>‘</w:t>
      </w:r>
      <w:r w:rsidR="00F7615C" w:rsidRPr="009210F4">
        <w:rPr>
          <w:rFonts w:asciiTheme="majorHAnsi" w:hAnsiTheme="majorHAnsi" w:cstheme="majorHAnsi"/>
        </w:rPr>
        <w:t>I don't like you and you're going to try and take over the throne</w:t>
      </w:r>
      <w:r w:rsidR="008F431E" w:rsidRPr="009210F4">
        <w:rPr>
          <w:rFonts w:asciiTheme="majorHAnsi" w:hAnsiTheme="majorHAnsi" w:cstheme="majorHAnsi"/>
        </w:rPr>
        <w:t>’</w:t>
      </w:r>
    </w:p>
    <w:p w14:paraId="2723FF95" w14:textId="77777777" w:rsidR="00991E93" w:rsidRPr="009210F4" w:rsidRDefault="00991E93" w:rsidP="009210F4">
      <w:pPr>
        <w:pStyle w:val="NoSpacing"/>
        <w:rPr>
          <w:rFonts w:asciiTheme="majorHAnsi" w:hAnsiTheme="majorHAnsi" w:cstheme="majorHAnsi"/>
        </w:rPr>
      </w:pPr>
    </w:p>
    <w:p w14:paraId="665A2444" w14:textId="77777777" w:rsidR="005A2CCD" w:rsidRDefault="00820759" w:rsidP="009210F4">
      <w:pPr>
        <w:pStyle w:val="NoSpacing"/>
        <w:rPr>
          <w:rFonts w:asciiTheme="majorHAnsi" w:hAnsiTheme="majorHAnsi" w:cstheme="majorHAnsi"/>
        </w:rPr>
      </w:pPr>
      <w:r w:rsidRPr="009210F4">
        <w:rPr>
          <w:rFonts w:asciiTheme="majorHAnsi" w:hAnsiTheme="majorHAnsi" w:cstheme="majorHAnsi"/>
        </w:rPr>
        <w:t xml:space="preserve">Kimmy </w:t>
      </w:r>
      <w:r w:rsidR="00F7615C" w:rsidRPr="009210F4">
        <w:rPr>
          <w:rFonts w:asciiTheme="majorHAnsi" w:hAnsiTheme="majorHAnsi" w:cstheme="majorHAnsi"/>
        </w:rPr>
        <w:t>24:30</w:t>
      </w:r>
    </w:p>
    <w:p w14:paraId="2B10BD1D" w14:textId="68D8F5CA" w:rsidR="00991E93" w:rsidRPr="009210F4" w:rsidRDefault="008F431E" w:rsidP="009210F4">
      <w:pPr>
        <w:pStyle w:val="NoSpacing"/>
        <w:rPr>
          <w:rFonts w:asciiTheme="majorHAnsi" w:hAnsiTheme="majorHAnsi" w:cstheme="majorHAnsi"/>
        </w:rPr>
      </w:pPr>
      <w:r w:rsidRPr="009210F4">
        <w:rPr>
          <w:rFonts w:asciiTheme="majorHAnsi" w:hAnsiTheme="majorHAnsi" w:cstheme="majorHAnsi"/>
        </w:rPr>
        <w:t xml:space="preserve">Proper Game of Thrones </w:t>
      </w:r>
    </w:p>
    <w:p w14:paraId="26C344BA" w14:textId="77777777" w:rsidR="005A2CCD" w:rsidRDefault="005A2CCD" w:rsidP="009210F4">
      <w:pPr>
        <w:pStyle w:val="NoSpacing"/>
        <w:rPr>
          <w:rFonts w:asciiTheme="majorHAnsi" w:hAnsiTheme="majorHAnsi" w:cstheme="majorHAnsi"/>
        </w:rPr>
      </w:pPr>
    </w:p>
    <w:p w14:paraId="529E0788" w14:textId="2B2E3566"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Lucy</w:t>
      </w:r>
      <w:r w:rsidR="00D23E9C" w:rsidRPr="009210F4">
        <w:rPr>
          <w:rFonts w:asciiTheme="majorHAnsi" w:hAnsiTheme="majorHAnsi" w:cstheme="majorHAnsi"/>
        </w:rPr>
        <w:t xml:space="preserve"> </w:t>
      </w:r>
      <w:r w:rsidRPr="009210F4">
        <w:rPr>
          <w:rFonts w:asciiTheme="majorHAnsi" w:hAnsiTheme="majorHAnsi" w:cstheme="majorHAnsi"/>
        </w:rPr>
        <w:t>24:35</w:t>
      </w:r>
    </w:p>
    <w:p w14:paraId="1393D921" w14:textId="77777777"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Proper. Yeah. ruthless</w:t>
      </w:r>
    </w:p>
    <w:p w14:paraId="29FD8FF8" w14:textId="77777777" w:rsidR="00991E93" w:rsidRPr="009210F4" w:rsidRDefault="00991E93" w:rsidP="009210F4">
      <w:pPr>
        <w:pStyle w:val="NoSpacing"/>
        <w:rPr>
          <w:rFonts w:asciiTheme="majorHAnsi" w:hAnsiTheme="majorHAnsi" w:cstheme="majorHAnsi"/>
        </w:rPr>
      </w:pPr>
    </w:p>
    <w:p w14:paraId="7F88F3C8" w14:textId="2DA30BB1"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Alice</w:t>
      </w:r>
      <w:r w:rsidR="00D23E9C" w:rsidRPr="009210F4">
        <w:rPr>
          <w:rFonts w:asciiTheme="majorHAnsi" w:hAnsiTheme="majorHAnsi" w:cstheme="majorHAnsi"/>
        </w:rPr>
        <w:t xml:space="preserve"> </w:t>
      </w:r>
      <w:r w:rsidRPr="009210F4">
        <w:rPr>
          <w:rFonts w:asciiTheme="majorHAnsi" w:hAnsiTheme="majorHAnsi" w:cstheme="majorHAnsi"/>
        </w:rPr>
        <w:t>24:39</w:t>
      </w:r>
    </w:p>
    <w:p w14:paraId="43FD45EE" w14:textId="7535043D" w:rsidR="00991E93" w:rsidRPr="009210F4" w:rsidRDefault="008F431E" w:rsidP="009210F4">
      <w:pPr>
        <w:pStyle w:val="NoSpacing"/>
        <w:rPr>
          <w:rFonts w:asciiTheme="majorHAnsi" w:hAnsiTheme="majorHAnsi" w:cstheme="majorHAnsi"/>
        </w:rPr>
      </w:pPr>
      <w:r w:rsidRPr="009210F4">
        <w:rPr>
          <w:rFonts w:asciiTheme="majorHAnsi" w:hAnsiTheme="majorHAnsi" w:cstheme="majorHAnsi"/>
        </w:rPr>
        <w:t xml:space="preserve">Is </w:t>
      </w:r>
      <w:r w:rsidR="00F7615C" w:rsidRPr="009210F4">
        <w:rPr>
          <w:rFonts w:asciiTheme="majorHAnsi" w:hAnsiTheme="majorHAnsi" w:cstheme="majorHAnsi"/>
        </w:rPr>
        <w:t>he walking at this point</w:t>
      </w:r>
      <w:r w:rsidRPr="009210F4">
        <w:rPr>
          <w:rFonts w:asciiTheme="majorHAnsi" w:hAnsiTheme="majorHAnsi" w:cstheme="majorHAnsi"/>
        </w:rPr>
        <w:t xml:space="preserve">? </w:t>
      </w:r>
      <w:r w:rsidR="00F7615C" w:rsidRPr="009210F4">
        <w:rPr>
          <w:rFonts w:asciiTheme="majorHAnsi" w:hAnsiTheme="majorHAnsi" w:cstheme="majorHAnsi"/>
        </w:rPr>
        <w:t>Does he gain the ability to walk?</w:t>
      </w:r>
    </w:p>
    <w:p w14:paraId="6670821E" w14:textId="77777777" w:rsidR="00991E93" w:rsidRPr="009210F4" w:rsidRDefault="00991E93" w:rsidP="009210F4">
      <w:pPr>
        <w:pStyle w:val="NoSpacing"/>
        <w:rPr>
          <w:rFonts w:asciiTheme="majorHAnsi" w:hAnsiTheme="majorHAnsi" w:cstheme="majorHAnsi"/>
        </w:rPr>
      </w:pPr>
    </w:p>
    <w:p w14:paraId="053C9DC1" w14:textId="37A65210"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Daisy</w:t>
      </w:r>
      <w:r w:rsidR="00D23E9C" w:rsidRPr="009210F4">
        <w:rPr>
          <w:rFonts w:asciiTheme="majorHAnsi" w:hAnsiTheme="majorHAnsi" w:cstheme="majorHAnsi"/>
        </w:rPr>
        <w:t xml:space="preserve"> </w:t>
      </w:r>
      <w:r w:rsidRPr="009210F4">
        <w:rPr>
          <w:rFonts w:asciiTheme="majorHAnsi" w:hAnsiTheme="majorHAnsi" w:cstheme="majorHAnsi"/>
        </w:rPr>
        <w:t>24:45</w:t>
      </w:r>
    </w:p>
    <w:p w14:paraId="017CBB53" w14:textId="73C5C2B8"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He does, but again, we can't be sure which</w:t>
      </w:r>
      <w:r w:rsidR="00352DB6" w:rsidRPr="009210F4">
        <w:rPr>
          <w:rFonts w:asciiTheme="majorHAnsi" w:hAnsiTheme="majorHAnsi" w:cstheme="majorHAnsi"/>
        </w:rPr>
        <w:t>,</w:t>
      </w:r>
      <w:r w:rsidRPr="009210F4">
        <w:rPr>
          <w:rFonts w:asciiTheme="majorHAnsi" w:hAnsiTheme="majorHAnsi" w:cstheme="majorHAnsi"/>
        </w:rPr>
        <w:t xml:space="preserve"> so like theoretically, if it</w:t>
      </w:r>
      <w:r w:rsidR="005A2CCD">
        <w:rPr>
          <w:rFonts w:asciiTheme="majorHAnsi" w:hAnsiTheme="majorHAnsi" w:cstheme="majorHAnsi"/>
        </w:rPr>
        <w:t>,</w:t>
      </w:r>
      <w:r w:rsidRPr="009210F4">
        <w:rPr>
          <w:rFonts w:asciiTheme="majorHAnsi" w:hAnsiTheme="majorHAnsi" w:cstheme="majorHAnsi"/>
        </w:rPr>
        <w:t xml:space="preserve"> it would be viable to think that he would run away because he might be killed because supposedly earlier on </w:t>
      </w:r>
      <w:r w:rsidR="00984F39" w:rsidRPr="009210F4">
        <w:rPr>
          <w:rFonts w:asciiTheme="majorHAnsi" w:hAnsiTheme="majorHAnsi" w:cstheme="majorHAnsi"/>
        </w:rPr>
        <w:t xml:space="preserve">in his </w:t>
      </w:r>
      <w:r w:rsidRPr="009210F4">
        <w:rPr>
          <w:rFonts w:asciiTheme="majorHAnsi" w:hAnsiTheme="majorHAnsi" w:cstheme="majorHAnsi"/>
        </w:rPr>
        <w:t>life there were like, suppose</w:t>
      </w:r>
      <w:r w:rsidR="00984F39" w:rsidRPr="009210F4">
        <w:rPr>
          <w:rFonts w:asciiTheme="majorHAnsi" w:hAnsiTheme="majorHAnsi" w:cstheme="majorHAnsi"/>
        </w:rPr>
        <w:t>dly</w:t>
      </w:r>
      <w:r w:rsidRPr="009210F4">
        <w:rPr>
          <w:rFonts w:asciiTheme="majorHAnsi" w:hAnsiTheme="majorHAnsi" w:cstheme="majorHAnsi"/>
        </w:rPr>
        <w:t xml:space="preserve"> </w:t>
      </w:r>
      <w:r w:rsidR="005A2CCD">
        <w:rPr>
          <w:rFonts w:asciiTheme="majorHAnsi" w:hAnsiTheme="majorHAnsi" w:cstheme="majorHAnsi"/>
        </w:rPr>
        <w:t>t</w:t>
      </w:r>
      <w:r w:rsidRPr="009210F4">
        <w:rPr>
          <w:rFonts w:asciiTheme="majorHAnsi" w:hAnsiTheme="majorHAnsi" w:cstheme="majorHAnsi"/>
        </w:rPr>
        <w:t>here were 12 brothers, who were kind of in line</w:t>
      </w:r>
      <w:r w:rsidR="00984F39" w:rsidRPr="009210F4">
        <w:rPr>
          <w:rFonts w:asciiTheme="majorHAnsi" w:hAnsiTheme="majorHAnsi" w:cstheme="majorHAnsi"/>
        </w:rPr>
        <w:t>, a</w:t>
      </w:r>
      <w:r w:rsidRPr="009210F4">
        <w:rPr>
          <w:rFonts w:asciiTheme="majorHAnsi" w:hAnsiTheme="majorHAnsi" w:cstheme="majorHAnsi"/>
        </w:rPr>
        <w:t>nd all of them were slain by</w:t>
      </w:r>
    </w:p>
    <w:p w14:paraId="2214E302" w14:textId="77777777" w:rsidR="005A2CCD" w:rsidRDefault="005A2CCD" w:rsidP="009210F4">
      <w:pPr>
        <w:pStyle w:val="NoSpacing"/>
        <w:rPr>
          <w:rFonts w:asciiTheme="majorHAnsi" w:hAnsiTheme="majorHAnsi" w:cstheme="majorHAnsi"/>
        </w:rPr>
      </w:pPr>
    </w:p>
    <w:p w14:paraId="7598CF19" w14:textId="04CC0628"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Alice</w:t>
      </w:r>
      <w:r w:rsidR="00D23E9C" w:rsidRPr="009210F4">
        <w:rPr>
          <w:rFonts w:asciiTheme="majorHAnsi" w:hAnsiTheme="majorHAnsi" w:cstheme="majorHAnsi"/>
        </w:rPr>
        <w:t xml:space="preserve"> </w:t>
      </w:r>
      <w:r w:rsidRPr="009210F4">
        <w:rPr>
          <w:rFonts w:asciiTheme="majorHAnsi" w:hAnsiTheme="majorHAnsi" w:cstheme="majorHAnsi"/>
        </w:rPr>
        <w:t>25:08</w:t>
      </w:r>
    </w:p>
    <w:p w14:paraId="024DDCBF" w14:textId="13E1A518"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now hold on</w:t>
      </w:r>
      <w:r w:rsidR="00984F39" w:rsidRPr="009210F4">
        <w:rPr>
          <w:rFonts w:asciiTheme="majorHAnsi" w:hAnsiTheme="majorHAnsi" w:cstheme="majorHAnsi"/>
        </w:rPr>
        <w:t xml:space="preserve">, </w:t>
      </w:r>
      <w:r w:rsidRPr="009210F4">
        <w:rPr>
          <w:rFonts w:asciiTheme="majorHAnsi" w:hAnsiTheme="majorHAnsi" w:cstheme="majorHAnsi"/>
        </w:rPr>
        <w:t xml:space="preserve">I know </w:t>
      </w:r>
      <w:r w:rsidR="00984F39" w:rsidRPr="009210F4">
        <w:rPr>
          <w:rFonts w:asciiTheme="majorHAnsi" w:hAnsiTheme="majorHAnsi" w:cstheme="majorHAnsi"/>
        </w:rPr>
        <w:t xml:space="preserve">this </w:t>
      </w:r>
      <w:r w:rsidRPr="009210F4">
        <w:rPr>
          <w:rFonts w:asciiTheme="majorHAnsi" w:hAnsiTheme="majorHAnsi" w:cstheme="majorHAnsi"/>
        </w:rPr>
        <w:t>story</w:t>
      </w:r>
      <w:r w:rsidR="00984F39" w:rsidRPr="009210F4">
        <w:rPr>
          <w:rFonts w:asciiTheme="majorHAnsi" w:hAnsiTheme="majorHAnsi" w:cstheme="majorHAnsi"/>
        </w:rPr>
        <w:t>, t</w:t>
      </w:r>
      <w:r w:rsidRPr="009210F4">
        <w:rPr>
          <w:rFonts w:asciiTheme="majorHAnsi" w:hAnsiTheme="majorHAnsi" w:cstheme="majorHAnsi"/>
        </w:rPr>
        <w:t xml:space="preserve">his is </w:t>
      </w:r>
      <w:r w:rsidR="00984F39" w:rsidRPr="009210F4">
        <w:rPr>
          <w:rFonts w:asciiTheme="majorHAnsi" w:hAnsiTheme="majorHAnsi" w:cstheme="majorHAnsi"/>
        </w:rPr>
        <w:t xml:space="preserve">Joseph and </w:t>
      </w:r>
      <w:r w:rsidRPr="009210F4">
        <w:rPr>
          <w:rFonts w:asciiTheme="majorHAnsi" w:hAnsiTheme="majorHAnsi" w:cstheme="majorHAnsi"/>
        </w:rPr>
        <w:t xml:space="preserve">his </w:t>
      </w:r>
      <w:proofErr w:type="spellStart"/>
      <w:r w:rsidR="005A2CCD" w:rsidRPr="009210F4">
        <w:rPr>
          <w:rFonts w:asciiTheme="majorHAnsi" w:hAnsiTheme="majorHAnsi" w:cstheme="majorHAnsi"/>
        </w:rPr>
        <w:t>Technicolo</w:t>
      </w:r>
      <w:r w:rsidR="005A2CCD">
        <w:rPr>
          <w:rFonts w:asciiTheme="majorHAnsi" w:hAnsiTheme="majorHAnsi" w:cstheme="majorHAnsi"/>
        </w:rPr>
        <w:t>u</w:t>
      </w:r>
      <w:r w:rsidR="005A2CCD" w:rsidRPr="009210F4">
        <w:rPr>
          <w:rFonts w:asciiTheme="majorHAnsi" w:hAnsiTheme="majorHAnsi" w:cstheme="majorHAnsi"/>
        </w:rPr>
        <w:t>r</w:t>
      </w:r>
      <w:proofErr w:type="spellEnd"/>
      <w:r w:rsidRPr="009210F4">
        <w:rPr>
          <w:rFonts w:asciiTheme="majorHAnsi" w:hAnsiTheme="majorHAnsi" w:cstheme="majorHAnsi"/>
        </w:rPr>
        <w:t xml:space="preserve"> </w:t>
      </w:r>
      <w:proofErr w:type="spellStart"/>
      <w:r w:rsidR="00984F39" w:rsidRPr="009210F4">
        <w:rPr>
          <w:rFonts w:asciiTheme="majorHAnsi" w:hAnsiTheme="majorHAnsi" w:cstheme="majorHAnsi"/>
        </w:rPr>
        <w:t>D</w:t>
      </w:r>
      <w:r w:rsidRPr="009210F4">
        <w:rPr>
          <w:rFonts w:asciiTheme="majorHAnsi" w:hAnsiTheme="majorHAnsi" w:cstheme="majorHAnsi"/>
        </w:rPr>
        <w:t>reamcoat</w:t>
      </w:r>
      <w:proofErr w:type="spellEnd"/>
    </w:p>
    <w:p w14:paraId="001A416A" w14:textId="4C1B1318" w:rsidR="00991E93" w:rsidRPr="009210F4" w:rsidRDefault="00984F39" w:rsidP="009210F4">
      <w:pPr>
        <w:pStyle w:val="NoSpacing"/>
        <w:rPr>
          <w:rFonts w:asciiTheme="majorHAnsi" w:hAnsiTheme="majorHAnsi" w:cstheme="majorHAnsi"/>
        </w:rPr>
      </w:pPr>
      <w:r w:rsidRPr="009210F4">
        <w:rPr>
          <w:rFonts w:asciiTheme="majorHAnsi" w:hAnsiTheme="majorHAnsi" w:cstheme="majorHAnsi"/>
        </w:rPr>
        <w:t>{Pause}</w:t>
      </w:r>
    </w:p>
    <w:p w14:paraId="2A268E9F" w14:textId="77777777" w:rsidR="005A2CCD" w:rsidRDefault="005A2CCD" w:rsidP="009210F4">
      <w:pPr>
        <w:pStyle w:val="NoSpacing"/>
        <w:rPr>
          <w:rFonts w:asciiTheme="majorHAnsi" w:hAnsiTheme="majorHAnsi" w:cstheme="majorHAnsi"/>
        </w:rPr>
      </w:pPr>
    </w:p>
    <w:p w14:paraId="45B85B0E" w14:textId="5287431D" w:rsidR="00984F39" w:rsidRPr="009210F4" w:rsidRDefault="00984F39" w:rsidP="009210F4">
      <w:pPr>
        <w:pStyle w:val="NoSpacing"/>
        <w:rPr>
          <w:rFonts w:asciiTheme="majorHAnsi" w:hAnsiTheme="majorHAnsi" w:cstheme="majorHAnsi"/>
        </w:rPr>
      </w:pPr>
      <w:r w:rsidRPr="009210F4">
        <w:rPr>
          <w:rFonts w:asciiTheme="majorHAnsi" w:hAnsiTheme="majorHAnsi" w:cstheme="majorHAnsi"/>
        </w:rPr>
        <w:t xml:space="preserve">Daisy: Yeah </w:t>
      </w:r>
    </w:p>
    <w:p w14:paraId="67633D98" w14:textId="77777777" w:rsidR="005A2CCD" w:rsidRDefault="005A2CCD" w:rsidP="009210F4">
      <w:pPr>
        <w:pStyle w:val="NoSpacing"/>
        <w:rPr>
          <w:rFonts w:asciiTheme="majorHAnsi" w:hAnsiTheme="majorHAnsi" w:cstheme="majorHAnsi"/>
        </w:rPr>
      </w:pPr>
    </w:p>
    <w:p w14:paraId="0A4C3191" w14:textId="243A307F"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Lucy</w:t>
      </w:r>
      <w:r w:rsidR="00D23E9C" w:rsidRPr="009210F4">
        <w:rPr>
          <w:rFonts w:asciiTheme="majorHAnsi" w:hAnsiTheme="majorHAnsi" w:cstheme="majorHAnsi"/>
        </w:rPr>
        <w:t xml:space="preserve"> </w:t>
      </w:r>
      <w:r w:rsidRPr="009210F4">
        <w:rPr>
          <w:rFonts w:asciiTheme="majorHAnsi" w:hAnsiTheme="majorHAnsi" w:cstheme="majorHAnsi"/>
        </w:rPr>
        <w:t>25:20</w:t>
      </w:r>
    </w:p>
    <w:p w14:paraId="3F9AA44C" w14:textId="77777777" w:rsidR="00984F39" w:rsidRPr="009210F4" w:rsidRDefault="00984F39" w:rsidP="009210F4">
      <w:pPr>
        <w:pStyle w:val="NoSpacing"/>
        <w:rPr>
          <w:rFonts w:asciiTheme="majorHAnsi" w:hAnsiTheme="majorHAnsi" w:cstheme="majorHAnsi"/>
        </w:rPr>
      </w:pPr>
      <w:r w:rsidRPr="009210F4">
        <w:rPr>
          <w:rFonts w:asciiTheme="majorHAnsi" w:hAnsiTheme="majorHAnsi" w:cstheme="majorHAnsi"/>
        </w:rPr>
        <w:t xml:space="preserve">Is it?! </w:t>
      </w:r>
    </w:p>
    <w:p w14:paraId="370AF9E7" w14:textId="77777777" w:rsidR="005A2CCD" w:rsidRDefault="005A2CCD" w:rsidP="009210F4">
      <w:pPr>
        <w:pStyle w:val="NoSpacing"/>
        <w:rPr>
          <w:rFonts w:asciiTheme="majorHAnsi" w:hAnsiTheme="majorHAnsi" w:cstheme="majorHAnsi"/>
        </w:rPr>
      </w:pPr>
    </w:p>
    <w:p w14:paraId="120EF96A" w14:textId="653ED8AB" w:rsidR="00984F39" w:rsidRPr="009210F4" w:rsidRDefault="00984F39" w:rsidP="009210F4">
      <w:pPr>
        <w:pStyle w:val="NoSpacing"/>
        <w:rPr>
          <w:rFonts w:asciiTheme="majorHAnsi" w:hAnsiTheme="majorHAnsi" w:cstheme="majorHAnsi"/>
        </w:rPr>
      </w:pPr>
      <w:r w:rsidRPr="009210F4">
        <w:rPr>
          <w:rFonts w:asciiTheme="majorHAnsi" w:hAnsiTheme="majorHAnsi" w:cstheme="majorHAnsi"/>
        </w:rPr>
        <w:t>Daisy: I mean, er, no. {laughter}</w:t>
      </w:r>
    </w:p>
    <w:p w14:paraId="1FC0FD6F" w14:textId="77777777" w:rsidR="005A2CCD" w:rsidRDefault="005A2CCD" w:rsidP="009210F4">
      <w:pPr>
        <w:pStyle w:val="NoSpacing"/>
        <w:rPr>
          <w:rFonts w:asciiTheme="majorHAnsi" w:hAnsiTheme="majorHAnsi" w:cstheme="majorHAnsi"/>
        </w:rPr>
      </w:pPr>
    </w:p>
    <w:p w14:paraId="7789067E" w14:textId="49C75AE6" w:rsidR="00991E93" w:rsidRPr="009210F4" w:rsidRDefault="00984F39" w:rsidP="009210F4">
      <w:pPr>
        <w:pStyle w:val="NoSpacing"/>
        <w:rPr>
          <w:rFonts w:asciiTheme="majorHAnsi" w:hAnsiTheme="majorHAnsi" w:cstheme="majorHAnsi"/>
        </w:rPr>
      </w:pPr>
      <w:r w:rsidRPr="009210F4">
        <w:rPr>
          <w:rFonts w:asciiTheme="majorHAnsi" w:hAnsiTheme="majorHAnsi" w:cstheme="majorHAnsi"/>
        </w:rPr>
        <w:t>Lucy: I was gon</w:t>
      </w:r>
      <w:r w:rsidR="005A2CCD">
        <w:rPr>
          <w:rFonts w:asciiTheme="majorHAnsi" w:hAnsiTheme="majorHAnsi" w:cstheme="majorHAnsi"/>
        </w:rPr>
        <w:t>n</w:t>
      </w:r>
      <w:r w:rsidRPr="009210F4">
        <w:rPr>
          <w:rFonts w:asciiTheme="majorHAnsi" w:hAnsiTheme="majorHAnsi" w:cstheme="majorHAnsi"/>
        </w:rPr>
        <w:t xml:space="preserve">a </w:t>
      </w:r>
      <w:r w:rsidR="00F7615C" w:rsidRPr="009210F4">
        <w:rPr>
          <w:rFonts w:asciiTheme="majorHAnsi" w:hAnsiTheme="majorHAnsi" w:cstheme="majorHAnsi"/>
        </w:rPr>
        <w:t xml:space="preserve">get really excited then because I know that </w:t>
      </w:r>
      <w:r w:rsidRPr="009210F4">
        <w:rPr>
          <w:rFonts w:asciiTheme="majorHAnsi" w:hAnsiTheme="majorHAnsi" w:cstheme="majorHAnsi"/>
        </w:rPr>
        <w:t xml:space="preserve">off by heart </w:t>
      </w:r>
    </w:p>
    <w:p w14:paraId="41BA51D4" w14:textId="77777777" w:rsidR="005A2CCD" w:rsidRDefault="005A2CCD" w:rsidP="009210F4">
      <w:pPr>
        <w:pStyle w:val="NoSpacing"/>
        <w:rPr>
          <w:rFonts w:asciiTheme="majorHAnsi" w:hAnsiTheme="majorHAnsi" w:cstheme="majorHAnsi"/>
        </w:rPr>
      </w:pPr>
    </w:p>
    <w:p w14:paraId="372F3711" w14:textId="7FF6FFA5" w:rsidR="00984F39" w:rsidRPr="009210F4" w:rsidRDefault="00984F39" w:rsidP="009210F4">
      <w:pPr>
        <w:pStyle w:val="NoSpacing"/>
        <w:rPr>
          <w:rFonts w:asciiTheme="majorHAnsi" w:hAnsiTheme="majorHAnsi" w:cstheme="majorHAnsi"/>
        </w:rPr>
      </w:pPr>
      <w:r w:rsidRPr="009210F4">
        <w:rPr>
          <w:rFonts w:asciiTheme="majorHAnsi" w:hAnsiTheme="majorHAnsi" w:cstheme="majorHAnsi"/>
        </w:rPr>
        <w:t xml:space="preserve">Alice: I love Joseph </w:t>
      </w:r>
    </w:p>
    <w:p w14:paraId="33FE8A6F" w14:textId="77777777" w:rsidR="005A2CCD" w:rsidRDefault="005A2CCD" w:rsidP="009210F4">
      <w:pPr>
        <w:pStyle w:val="NoSpacing"/>
        <w:rPr>
          <w:rFonts w:asciiTheme="majorHAnsi" w:hAnsiTheme="majorHAnsi" w:cstheme="majorHAnsi"/>
        </w:rPr>
      </w:pPr>
    </w:p>
    <w:p w14:paraId="5ECAFD5B" w14:textId="23E219A5"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Daisy</w:t>
      </w:r>
      <w:r w:rsidR="00D23E9C" w:rsidRPr="009210F4">
        <w:rPr>
          <w:rFonts w:asciiTheme="majorHAnsi" w:hAnsiTheme="majorHAnsi" w:cstheme="majorHAnsi"/>
        </w:rPr>
        <w:t xml:space="preserve"> </w:t>
      </w:r>
      <w:r w:rsidRPr="009210F4">
        <w:rPr>
          <w:rFonts w:asciiTheme="majorHAnsi" w:hAnsiTheme="majorHAnsi" w:cstheme="majorHAnsi"/>
        </w:rPr>
        <w:t>25:27</w:t>
      </w:r>
    </w:p>
    <w:p w14:paraId="2C666BBE" w14:textId="32C24629" w:rsidR="00991E93" w:rsidRPr="009210F4" w:rsidRDefault="00984F39" w:rsidP="009210F4">
      <w:pPr>
        <w:pStyle w:val="NoSpacing"/>
        <w:rPr>
          <w:rFonts w:asciiTheme="majorHAnsi" w:hAnsiTheme="majorHAnsi" w:cstheme="majorHAnsi"/>
        </w:rPr>
      </w:pPr>
      <w:r w:rsidRPr="009210F4">
        <w:rPr>
          <w:rFonts w:asciiTheme="majorHAnsi" w:hAnsiTheme="majorHAnsi" w:cstheme="majorHAnsi"/>
        </w:rPr>
        <w:t xml:space="preserve">In Joseph </w:t>
      </w:r>
      <w:r w:rsidR="00F7615C" w:rsidRPr="009210F4">
        <w:rPr>
          <w:rFonts w:asciiTheme="majorHAnsi" w:hAnsiTheme="majorHAnsi" w:cstheme="majorHAnsi"/>
        </w:rPr>
        <w:t xml:space="preserve">one of them gets murdered by 12 of them, </w:t>
      </w:r>
      <w:r w:rsidR="00727704" w:rsidRPr="009210F4">
        <w:rPr>
          <w:rFonts w:asciiTheme="majorHAnsi" w:hAnsiTheme="majorHAnsi" w:cstheme="majorHAnsi"/>
        </w:rPr>
        <w:t>in this one, twelve</w:t>
      </w:r>
      <w:r w:rsidR="00D23E9C" w:rsidRPr="009210F4">
        <w:rPr>
          <w:rFonts w:asciiTheme="majorHAnsi" w:hAnsiTheme="majorHAnsi" w:cstheme="majorHAnsi"/>
        </w:rPr>
        <w:t xml:space="preserve"> </w:t>
      </w:r>
      <w:r w:rsidR="00F7615C" w:rsidRPr="009210F4">
        <w:rPr>
          <w:rFonts w:asciiTheme="majorHAnsi" w:hAnsiTheme="majorHAnsi" w:cstheme="majorHAnsi"/>
        </w:rPr>
        <w:t>of them get murdered by one of them.</w:t>
      </w:r>
    </w:p>
    <w:p w14:paraId="70403023" w14:textId="77777777" w:rsidR="00991E93" w:rsidRPr="009210F4" w:rsidRDefault="00991E93" w:rsidP="009210F4">
      <w:pPr>
        <w:pStyle w:val="NoSpacing"/>
        <w:rPr>
          <w:rFonts w:asciiTheme="majorHAnsi" w:hAnsiTheme="majorHAnsi" w:cstheme="majorHAnsi"/>
        </w:rPr>
      </w:pPr>
    </w:p>
    <w:p w14:paraId="69839FEE" w14:textId="426DB753"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Lucy</w:t>
      </w:r>
      <w:r w:rsidR="00D23E9C" w:rsidRPr="009210F4">
        <w:rPr>
          <w:rFonts w:asciiTheme="majorHAnsi" w:hAnsiTheme="majorHAnsi" w:cstheme="majorHAnsi"/>
        </w:rPr>
        <w:t xml:space="preserve"> </w:t>
      </w:r>
      <w:r w:rsidRPr="009210F4">
        <w:rPr>
          <w:rFonts w:asciiTheme="majorHAnsi" w:hAnsiTheme="majorHAnsi" w:cstheme="majorHAnsi"/>
        </w:rPr>
        <w:t>25:34</w:t>
      </w:r>
    </w:p>
    <w:p w14:paraId="799B58FB" w14:textId="1B3CB0A2" w:rsidR="00991E93" w:rsidRPr="009210F4" w:rsidRDefault="00727704" w:rsidP="009210F4">
      <w:pPr>
        <w:pStyle w:val="NoSpacing"/>
        <w:rPr>
          <w:rFonts w:asciiTheme="majorHAnsi" w:hAnsiTheme="majorHAnsi" w:cstheme="majorHAnsi"/>
        </w:rPr>
      </w:pPr>
      <w:r w:rsidRPr="009210F4">
        <w:rPr>
          <w:rFonts w:asciiTheme="majorHAnsi" w:hAnsiTheme="majorHAnsi" w:cstheme="majorHAnsi"/>
        </w:rPr>
        <w:t xml:space="preserve">Slightly less </w:t>
      </w:r>
      <w:r w:rsidR="00F7615C" w:rsidRPr="009210F4">
        <w:rPr>
          <w:rFonts w:asciiTheme="majorHAnsi" w:hAnsiTheme="majorHAnsi" w:cstheme="majorHAnsi"/>
        </w:rPr>
        <w:t>brutal</w:t>
      </w:r>
    </w:p>
    <w:p w14:paraId="57B1881F" w14:textId="77777777" w:rsidR="00991E93" w:rsidRPr="009210F4" w:rsidRDefault="00991E93" w:rsidP="009210F4">
      <w:pPr>
        <w:pStyle w:val="NoSpacing"/>
        <w:rPr>
          <w:rFonts w:asciiTheme="majorHAnsi" w:hAnsiTheme="majorHAnsi" w:cstheme="majorHAnsi"/>
        </w:rPr>
      </w:pPr>
    </w:p>
    <w:p w14:paraId="50BFFFAD" w14:textId="679D1D3E"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Daisy</w:t>
      </w:r>
      <w:r w:rsidR="00D23E9C" w:rsidRPr="009210F4">
        <w:rPr>
          <w:rFonts w:asciiTheme="majorHAnsi" w:hAnsiTheme="majorHAnsi" w:cstheme="majorHAnsi"/>
        </w:rPr>
        <w:t xml:space="preserve"> </w:t>
      </w:r>
      <w:r w:rsidRPr="009210F4">
        <w:rPr>
          <w:rFonts w:asciiTheme="majorHAnsi" w:hAnsiTheme="majorHAnsi" w:cstheme="majorHAnsi"/>
        </w:rPr>
        <w:t>25:36</w:t>
      </w:r>
    </w:p>
    <w:p w14:paraId="70C077B2" w14:textId="49AFD989"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 xml:space="preserve">Yeah, yeah. </w:t>
      </w:r>
      <w:r w:rsidR="005A2CCD" w:rsidRPr="009210F4">
        <w:rPr>
          <w:rFonts w:asciiTheme="majorHAnsi" w:hAnsiTheme="majorHAnsi" w:cstheme="majorHAnsi"/>
        </w:rPr>
        <w:t>So,</w:t>
      </w:r>
      <w:r w:rsidRPr="009210F4">
        <w:rPr>
          <w:rFonts w:asciiTheme="majorHAnsi" w:hAnsiTheme="majorHAnsi" w:cstheme="majorHAnsi"/>
        </w:rPr>
        <w:t xml:space="preserve"> someone from the neighbouring state, like the ruler from the neighbouring state supposedly came over, you know, in the early days, again, a time which isn't dated, we assume they were children at this point, but I don't know how old</w:t>
      </w:r>
      <w:r w:rsidR="00727704" w:rsidRPr="009210F4">
        <w:rPr>
          <w:rFonts w:asciiTheme="majorHAnsi" w:hAnsiTheme="majorHAnsi" w:cstheme="majorHAnsi"/>
        </w:rPr>
        <w:t>,</w:t>
      </w:r>
      <w:r w:rsidRPr="009210F4">
        <w:rPr>
          <w:rFonts w:asciiTheme="majorHAnsi" w:hAnsiTheme="majorHAnsi" w:cstheme="majorHAnsi"/>
        </w:rPr>
        <w:t xml:space="preserve"> and supposedly they only left </w:t>
      </w:r>
      <w:r w:rsidR="00727704" w:rsidRPr="009210F4">
        <w:rPr>
          <w:rStyle w:val="mw-headline"/>
          <w:rFonts w:asciiTheme="majorHAnsi" w:hAnsiTheme="majorHAnsi" w:cstheme="majorHAnsi"/>
        </w:rPr>
        <w:t xml:space="preserve">Sundiata </w:t>
      </w:r>
      <w:r w:rsidRPr="009210F4">
        <w:rPr>
          <w:rFonts w:asciiTheme="majorHAnsi" w:hAnsiTheme="majorHAnsi" w:cstheme="majorHAnsi"/>
        </w:rPr>
        <w:t xml:space="preserve">alone, because he </w:t>
      </w:r>
      <w:r w:rsidR="009210F4" w:rsidRPr="009210F4">
        <w:rPr>
          <w:rFonts w:asciiTheme="majorHAnsi" w:hAnsiTheme="majorHAnsi" w:cstheme="majorHAnsi"/>
        </w:rPr>
        <w:t>looked</w:t>
      </w:r>
      <w:r w:rsidRPr="009210F4">
        <w:rPr>
          <w:rFonts w:asciiTheme="majorHAnsi" w:hAnsiTheme="majorHAnsi" w:cstheme="majorHAnsi"/>
        </w:rPr>
        <w:t xml:space="preserve"> like he was about to die </w:t>
      </w:r>
      <w:r w:rsidR="00727704" w:rsidRPr="009210F4">
        <w:rPr>
          <w:rFonts w:asciiTheme="majorHAnsi" w:hAnsiTheme="majorHAnsi" w:cstheme="majorHAnsi"/>
        </w:rPr>
        <w:t>anyway {shocked laughter}</w:t>
      </w:r>
      <w:r w:rsidR="005A2CCD">
        <w:rPr>
          <w:rFonts w:asciiTheme="majorHAnsi" w:hAnsiTheme="majorHAnsi" w:cstheme="majorHAnsi"/>
        </w:rPr>
        <w:t xml:space="preserve"> </w:t>
      </w:r>
      <w:r w:rsidR="00727704" w:rsidRPr="009210F4">
        <w:rPr>
          <w:rFonts w:asciiTheme="majorHAnsi" w:hAnsiTheme="majorHAnsi" w:cstheme="majorHAnsi"/>
        </w:rPr>
        <w:t>’We can save ourselves a job and just wait’</w:t>
      </w:r>
      <w:r w:rsidR="00D23E9C" w:rsidRPr="009210F4">
        <w:rPr>
          <w:rFonts w:asciiTheme="majorHAnsi" w:hAnsiTheme="majorHAnsi" w:cstheme="majorHAnsi"/>
        </w:rPr>
        <w:t xml:space="preserve"> </w:t>
      </w:r>
    </w:p>
    <w:p w14:paraId="22BCDE6D" w14:textId="77777777" w:rsidR="00991E93" w:rsidRPr="009210F4" w:rsidRDefault="00991E93" w:rsidP="009210F4">
      <w:pPr>
        <w:pStyle w:val="NoSpacing"/>
        <w:rPr>
          <w:rFonts w:asciiTheme="majorHAnsi" w:hAnsiTheme="majorHAnsi" w:cstheme="majorHAnsi"/>
        </w:rPr>
      </w:pPr>
    </w:p>
    <w:p w14:paraId="42ADD1B1" w14:textId="0772C749"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Lucy</w:t>
      </w:r>
      <w:r w:rsidR="00D23E9C" w:rsidRPr="009210F4">
        <w:rPr>
          <w:rFonts w:asciiTheme="majorHAnsi" w:hAnsiTheme="majorHAnsi" w:cstheme="majorHAnsi"/>
        </w:rPr>
        <w:t xml:space="preserve"> </w:t>
      </w:r>
      <w:r w:rsidRPr="009210F4">
        <w:rPr>
          <w:rFonts w:asciiTheme="majorHAnsi" w:hAnsiTheme="majorHAnsi" w:cstheme="majorHAnsi"/>
        </w:rPr>
        <w:t>26:04</w:t>
      </w:r>
    </w:p>
    <w:p w14:paraId="215241D4" w14:textId="256E746E"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I suppose it's a bit like, isn't it when people are under serious attack, and they just decide to play dead so that the other person then leaves them alone?</w:t>
      </w:r>
    </w:p>
    <w:p w14:paraId="6BB42347" w14:textId="77777777" w:rsidR="00991E93" w:rsidRPr="009210F4" w:rsidRDefault="00991E93" w:rsidP="009210F4">
      <w:pPr>
        <w:pStyle w:val="NoSpacing"/>
        <w:rPr>
          <w:rFonts w:asciiTheme="majorHAnsi" w:hAnsiTheme="majorHAnsi" w:cstheme="majorHAnsi"/>
        </w:rPr>
      </w:pPr>
    </w:p>
    <w:p w14:paraId="78BA3CA5" w14:textId="377DADD9" w:rsidR="00991E93" w:rsidRPr="009210F4" w:rsidRDefault="00820759" w:rsidP="009210F4">
      <w:pPr>
        <w:pStyle w:val="NoSpacing"/>
        <w:rPr>
          <w:rFonts w:asciiTheme="majorHAnsi" w:hAnsiTheme="majorHAnsi" w:cstheme="majorHAnsi"/>
        </w:rPr>
      </w:pPr>
      <w:r w:rsidRPr="009210F4">
        <w:rPr>
          <w:rFonts w:asciiTheme="majorHAnsi" w:hAnsiTheme="majorHAnsi" w:cstheme="majorHAnsi"/>
        </w:rPr>
        <w:t xml:space="preserve">Kimmy </w:t>
      </w:r>
      <w:r w:rsidR="00F7615C" w:rsidRPr="009210F4">
        <w:rPr>
          <w:rFonts w:asciiTheme="majorHAnsi" w:hAnsiTheme="majorHAnsi" w:cstheme="majorHAnsi"/>
        </w:rPr>
        <w:t>26:13</w:t>
      </w:r>
    </w:p>
    <w:p w14:paraId="1F357C30" w14:textId="02CC75EE"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 xml:space="preserve">No, that was natural selection. </w:t>
      </w:r>
    </w:p>
    <w:p w14:paraId="22AE2229" w14:textId="77777777" w:rsidR="00CA249C" w:rsidRDefault="00CA249C" w:rsidP="009210F4">
      <w:pPr>
        <w:pStyle w:val="NoSpacing"/>
        <w:rPr>
          <w:rFonts w:asciiTheme="majorHAnsi" w:hAnsiTheme="majorHAnsi" w:cstheme="majorHAnsi"/>
        </w:rPr>
      </w:pPr>
    </w:p>
    <w:p w14:paraId="61EA0C1C" w14:textId="6B832EFA"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Alice</w:t>
      </w:r>
      <w:r w:rsidR="00D23E9C" w:rsidRPr="009210F4">
        <w:rPr>
          <w:rFonts w:asciiTheme="majorHAnsi" w:hAnsiTheme="majorHAnsi" w:cstheme="majorHAnsi"/>
        </w:rPr>
        <w:t xml:space="preserve"> </w:t>
      </w:r>
      <w:r w:rsidRPr="009210F4">
        <w:rPr>
          <w:rFonts w:asciiTheme="majorHAnsi" w:hAnsiTheme="majorHAnsi" w:cstheme="majorHAnsi"/>
        </w:rPr>
        <w:t>26:17</w:t>
      </w:r>
    </w:p>
    <w:p w14:paraId="6ADF83BB" w14:textId="67711A2E"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Yeah</w:t>
      </w:r>
      <w:r w:rsidR="00727704" w:rsidRPr="009210F4">
        <w:rPr>
          <w:rFonts w:asciiTheme="majorHAnsi" w:hAnsiTheme="majorHAnsi" w:cstheme="majorHAnsi"/>
        </w:rPr>
        <w:t>, y</w:t>
      </w:r>
      <w:r w:rsidRPr="009210F4">
        <w:rPr>
          <w:rFonts w:asciiTheme="majorHAnsi" w:hAnsiTheme="majorHAnsi" w:cstheme="majorHAnsi"/>
        </w:rPr>
        <w:t>eah, that's playing the disability card, isn't it? Go</w:t>
      </w:r>
      <w:r w:rsidR="00727704" w:rsidRPr="009210F4">
        <w:rPr>
          <w:rFonts w:asciiTheme="majorHAnsi" w:hAnsiTheme="majorHAnsi" w:cstheme="majorHAnsi"/>
        </w:rPr>
        <w:t>ing ‘</w:t>
      </w:r>
      <w:r w:rsidRPr="009210F4">
        <w:rPr>
          <w:rFonts w:asciiTheme="majorHAnsi" w:hAnsiTheme="majorHAnsi" w:cstheme="majorHAnsi"/>
        </w:rPr>
        <w:t>Oh, no, I'm so poorly you might as well save yourself</w:t>
      </w:r>
      <w:r w:rsidR="000D4815" w:rsidRPr="009210F4">
        <w:rPr>
          <w:rFonts w:asciiTheme="majorHAnsi" w:hAnsiTheme="majorHAnsi" w:cstheme="majorHAnsi"/>
        </w:rPr>
        <w:t xml:space="preserve"> some effort, </w:t>
      </w:r>
      <w:r w:rsidRPr="009210F4">
        <w:rPr>
          <w:rFonts w:asciiTheme="majorHAnsi" w:hAnsiTheme="majorHAnsi" w:cstheme="majorHAnsi"/>
        </w:rPr>
        <w:t>I'm gonna die soon anyway</w:t>
      </w:r>
      <w:r w:rsidR="000D4815" w:rsidRPr="009210F4">
        <w:rPr>
          <w:rFonts w:asciiTheme="majorHAnsi" w:hAnsiTheme="majorHAnsi" w:cstheme="majorHAnsi"/>
        </w:rPr>
        <w:t>’</w:t>
      </w:r>
      <w:r w:rsidRPr="009210F4">
        <w:rPr>
          <w:rFonts w:asciiTheme="majorHAnsi" w:hAnsiTheme="majorHAnsi" w:cstheme="majorHAnsi"/>
        </w:rPr>
        <w:t>.</w:t>
      </w:r>
      <w:r w:rsidR="000D4815" w:rsidRPr="009210F4">
        <w:rPr>
          <w:rFonts w:asciiTheme="majorHAnsi" w:hAnsiTheme="majorHAnsi" w:cstheme="majorHAnsi"/>
        </w:rPr>
        <w:t xml:space="preserve"> Then he’s like ‘I’m gonna </w:t>
      </w:r>
      <w:r w:rsidRPr="009210F4">
        <w:rPr>
          <w:rFonts w:asciiTheme="majorHAnsi" w:hAnsiTheme="majorHAnsi" w:cstheme="majorHAnsi"/>
        </w:rPr>
        <w:t>Be fucking King soon</w:t>
      </w:r>
      <w:r w:rsidR="000D4815" w:rsidRPr="009210F4">
        <w:rPr>
          <w:rFonts w:asciiTheme="majorHAnsi" w:hAnsiTheme="majorHAnsi" w:cstheme="majorHAnsi"/>
        </w:rPr>
        <w:t>’</w:t>
      </w:r>
      <w:r w:rsidRPr="009210F4">
        <w:rPr>
          <w:rFonts w:asciiTheme="majorHAnsi" w:hAnsiTheme="majorHAnsi" w:cstheme="majorHAnsi"/>
        </w:rPr>
        <w:t>.</w:t>
      </w:r>
    </w:p>
    <w:p w14:paraId="1BCD9CEA" w14:textId="77777777" w:rsidR="00991E93" w:rsidRPr="009210F4" w:rsidRDefault="00991E93" w:rsidP="009210F4">
      <w:pPr>
        <w:pStyle w:val="NoSpacing"/>
        <w:rPr>
          <w:rFonts w:asciiTheme="majorHAnsi" w:hAnsiTheme="majorHAnsi" w:cstheme="majorHAnsi"/>
        </w:rPr>
      </w:pPr>
    </w:p>
    <w:p w14:paraId="3A0979C6" w14:textId="7482E380"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Daisy</w:t>
      </w:r>
      <w:r w:rsidR="00D23E9C" w:rsidRPr="009210F4">
        <w:rPr>
          <w:rFonts w:asciiTheme="majorHAnsi" w:hAnsiTheme="majorHAnsi" w:cstheme="majorHAnsi"/>
        </w:rPr>
        <w:t xml:space="preserve"> </w:t>
      </w:r>
      <w:r w:rsidRPr="009210F4">
        <w:rPr>
          <w:rFonts w:asciiTheme="majorHAnsi" w:hAnsiTheme="majorHAnsi" w:cstheme="majorHAnsi"/>
        </w:rPr>
        <w:t>26:31</w:t>
      </w:r>
    </w:p>
    <w:p w14:paraId="189186AF" w14:textId="604EB7EE"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 xml:space="preserve">Yeah, so it was it was at some point after the </w:t>
      </w:r>
      <w:r w:rsidR="000D4815" w:rsidRPr="009210F4">
        <w:rPr>
          <w:rFonts w:asciiTheme="majorHAnsi" w:hAnsiTheme="majorHAnsi" w:cstheme="majorHAnsi"/>
        </w:rPr>
        <w:t xml:space="preserve">late </w:t>
      </w:r>
      <w:r w:rsidRPr="009210F4">
        <w:rPr>
          <w:rFonts w:asciiTheme="majorHAnsi" w:hAnsiTheme="majorHAnsi" w:cstheme="majorHAnsi"/>
        </w:rPr>
        <w:t xml:space="preserve">King died, that he gained the ability to walk. So that implies that it was while he was, as I've referred to, in inverted commas </w:t>
      </w:r>
      <w:r w:rsidR="000D4815" w:rsidRPr="009210F4">
        <w:rPr>
          <w:rFonts w:asciiTheme="majorHAnsi" w:hAnsiTheme="majorHAnsi" w:cstheme="majorHAnsi"/>
        </w:rPr>
        <w:t>‘</w:t>
      </w:r>
      <w:r w:rsidRPr="009210F4">
        <w:rPr>
          <w:rFonts w:asciiTheme="majorHAnsi" w:hAnsiTheme="majorHAnsi" w:cstheme="majorHAnsi"/>
        </w:rPr>
        <w:t>away</w:t>
      </w:r>
      <w:r w:rsidR="000D4815" w:rsidRPr="009210F4">
        <w:rPr>
          <w:rFonts w:asciiTheme="majorHAnsi" w:hAnsiTheme="majorHAnsi" w:cstheme="majorHAnsi"/>
        </w:rPr>
        <w:t>’</w:t>
      </w:r>
    </w:p>
    <w:p w14:paraId="21E8B4AD" w14:textId="77777777" w:rsidR="00991E93" w:rsidRPr="009210F4" w:rsidRDefault="00991E93" w:rsidP="009210F4">
      <w:pPr>
        <w:pStyle w:val="NoSpacing"/>
        <w:rPr>
          <w:rFonts w:asciiTheme="majorHAnsi" w:hAnsiTheme="majorHAnsi" w:cstheme="majorHAnsi"/>
        </w:rPr>
      </w:pPr>
    </w:p>
    <w:p w14:paraId="77682729" w14:textId="79063318" w:rsidR="00991E93" w:rsidRPr="009210F4" w:rsidRDefault="00820759" w:rsidP="009210F4">
      <w:pPr>
        <w:pStyle w:val="NoSpacing"/>
        <w:rPr>
          <w:rFonts w:asciiTheme="majorHAnsi" w:hAnsiTheme="majorHAnsi" w:cstheme="majorHAnsi"/>
        </w:rPr>
      </w:pPr>
      <w:r w:rsidRPr="009210F4">
        <w:rPr>
          <w:rFonts w:asciiTheme="majorHAnsi" w:hAnsiTheme="majorHAnsi" w:cstheme="majorHAnsi"/>
        </w:rPr>
        <w:t xml:space="preserve">Kimmy </w:t>
      </w:r>
      <w:r w:rsidR="00F7615C" w:rsidRPr="009210F4">
        <w:rPr>
          <w:rFonts w:asciiTheme="majorHAnsi" w:hAnsiTheme="majorHAnsi" w:cstheme="majorHAnsi"/>
        </w:rPr>
        <w:t>26:50</w:t>
      </w:r>
    </w:p>
    <w:p w14:paraId="71B359AF" w14:textId="3427B1A9" w:rsidR="00991E93" w:rsidRPr="009210F4" w:rsidRDefault="000D4815" w:rsidP="009210F4">
      <w:pPr>
        <w:pStyle w:val="NoSpacing"/>
        <w:rPr>
          <w:rFonts w:asciiTheme="majorHAnsi" w:hAnsiTheme="majorHAnsi" w:cstheme="majorHAnsi"/>
        </w:rPr>
      </w:pPr>
      <w:r w:rsidRPr="009210F4">
        <w:rPr>
          <w:rFonts w:asciiTheme="majorHAnsi" w:hAnsiTheme="majorHAnsi" w:cstheme="majorHAnsi"/>
        </w:rPr>
        <w:t xml:space="preserve">I didn’t know there were </w:t>
      </w:r>
      <w:r w:rsidR="00F7615C" w:rsidRPr="009210F4">
        <w:rPr>
          <w:rFonts w:asciiTheme="majorHAnsi" w:hAnsiTheme="majorHAnsi" w:cstheme="majorHAnsi"/>
        </w:rPr>
        <w:t>televangelists</w:t>
      </w:r>
      <w:r w:rsidRPr="009210F4">
        <w:rPr>
          <w:rFonts w:asciiTheme="majorHAnsi" w:hAnsiTheme="majorHAnsi" w:cstheme="majorHAnsi"/>
        </w:rPr>
        <w:t xml:space="preserve"> back then,</w:t>
      </w:r>
      <w:r w:rsidR="00D23E9C" w:rsidRPr="009210F4">
        <w:rPr>
          <w:rFonts w:asciiTheme="majorHAnsi" w:hAnsiTheme="majorHAnsi" w:cstheme="majorHAnsi"/>
        </w:rPr>
        <w:t xml:space="preserve"> </w:t>
      </w:r>
      <w:r w:rsidR="00F7615C" w:rsidRPr="009210F4">
        <w:rPr>
          <w:rFonts w:asciiTheme="majorHAnsi" w:hAnsiTheme="majorHAnsi" w:cstheme="majorHAnsi"/>
        </w:rPr>
        <w:t>making people walk again</w:t>
      </w:r>
      <w:r w:rsidRPr="009210F4">
        <w:rPr>
          <w:rFonts w:asciiTheme="majorHAnsi" w:hAnsiTheme="majorHAnsi" w:cstheme="majorHAnsi"/>
        </w:rPr>
        <w:t xml:space="preserve"> {laughter}</w:t>
      </w:r>
    </w:p>
    <w:p w14:paraId="08849047" w14:textId="77777777" w:rsidR="00991E93" w:rsidRPr="009210F4" w:rsidRDefault="00991E93" w:rsidP="009210F4">
      <w:pPr>
        <w:pStyle w:val="NoSpacing"/>
        <w:rPr>
          <w:rFonts w:asciiTheme="majorHAnsi" w:hAnsiTheme="majorHAnsi" w:cstheme="majorHAnsi"/>
        </w:rPr>
      </w:pPr>
    </w:p>
    <w:p w14:paraId="609FB774" w14:textId="720EC640"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Daisy</w:t>
      </w:r>
      <w:r w:rsidR="00D23E9C" w:rsidRPr="009210F4">
        <w:rPr>
          <w:rFonts w:asciiTheme="majorHAnsi" w:hAnsiTheme="majorHAnsi" w:cstheme="majorHAnsi"/>
        </w:rPr>
        <w:t xml:space="preserve"> </w:t>
      </w:r>
      <w:r w:rsidRPr="009210F4">
        <w:rPr>
          <w:rFonts w:asciiTheme="majorHAnsi" w:hAnsiTheme="majorHAnsi" w:cstheme="majorHAnsi"/>
        </w:rPr>
        <w:t>27:00</w:t>
      </w:r>
    </w:p>
    <w:p w14:paraId="6A4DB7CD" w14:textId="1993FD53"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 xml:space="preserve">So, again, this is why some of the accounts differ. </w:t>
      </w:r>
      <w:r w:rsidR="00CA249C" w:rsidRPr="009210F4">
        <w:rPr>
          <w:rFonts w:asciiTheme="majorHAnsi" w:hAnsiTheme="majorHAnsi" w:cstheme="majorHAnsi"/>
        </w:rPr>
        <w:t>So,</w:t>
      </w:r>
      <w:r w:rsidRPr="009210F4">
        <w:rPr>
          <w:rFonts w:asciiTheme="majorHAnsi" w:hAnsiTheme="majorHAnsi" w:cstheme="majorHAnsi"/>
        </w:rPr>
        <w:t xml:space="preserve"> in one of the accounts, he specifically requested a sort of cane like stick from a local blacksmith, and then try to stand up using it and then </w:t>
      </w:r>
      <w:proofErr w:type="gramStart"/>
      <w:r w:rsidRPr="009210F4">
        <w:rPr>
          <w:rFonts w:asciiTheme="majorHAnsi" w:hAnsiTheme="majorHAnsi" w:cstheme="majorHAnsi"/>
        </w:rPr>
        <w:t>it</w:t>
      </w:r>
      <w:proofErr w:type="gramEnd"/>
      <w:r w:rsidRPr="009210F4">
        <w:rPr>
          <w:rFonts w:asciiTheme="majorHAnsi" w:hAnsiTheme="majorHAnsi" w:cstheme="majorHAnsi"/>
        </w:rPr>
        <w:t xml:space="preserve"> </w:t>
      </w:r>
      <w:r w:rsidR="009210F4" w:rsidRPr="009210F4">
        <w:rPr>
          <w:rFonts w:asciiTheme="majorHAnsi" w:hAnsiTheme="majorHAnsi" w:cstheme="majorHAnsi"/>
        </w:rPr>
        <w:t>broke</w:t>
      </w:r>
      <w:r w:rsidRPr="009210F4">
        <w:rPr>
          <w:rFonts w:asciiTheme="majorHAnsi" w:hAnsiTheme="majorHAnsi" w:cstheme="majorHAnsi"/>
        </w:rPr>
        <w:t xml:space="preserve"> underneath him. And it was only when he used part of a sacred tree, that he was able to stand up and walk. Other accounts say that his m</w:t>
      </w:r>
      <w:r w:rsidR="00C42742" w:rsidRPr="009210F4">
        <w:rPr>
          <w:rFonts w:asciiTheme="majorHAnsi" w:hAnsiTheme="majorHAnsi" w:cstheme="majorHAnsi"/>
        </w:rPr>
        <w:t>u</w:t>
      </w:r>
      <w:r w:rsidRPr="009210F4">
        <w:rPr>
          <w:rFonts w:asciiTheme="majorHAnsi" w:hAnsiTheme="majorHAnsi" w:cstheme="majorHAnsi"/>
        </w:rPr>
        <w:t>m ordered him to walk with such strength that he just did</w:t>
      </w:r>
    </w:p>
    <w:p w14:paraId="42912B6F" w14:textId="77777777" w:rsidR="00991E93" w:rsidRPr="009210F4" w:rsidRDefault="00991E93" w:rsidP="009210F4">
      <w:pPr>
        <w:pStyle w:val="NoSpacing"/>
        <w:rPr>
          <w:rFonts w:asciiTheme="majorHAnsi" w:hAnsiTheme="majorHAnsi" w:cstheme="majorHAnsi"/>
        </w:rPr>
      </w:pPr>
    </w:p>
    <w:p w14:paraId="5C2EEFAC" w14:textId="4C6FC040"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Lucy</w:t>
      </w:r>
      <w:r w:rsidR="00D23E9C" w:rsidRPr="009210F4">
        <w:rPr>
          <w:rFonts w:asciiTheme="majorHAnsi" w:hAnsiTheme="majorHAnsi" w:cstheme="majorHAnsi"/>
        </w:rPr>
        <w:t xml:space="preserve"> </w:t>
      </w:r>
      <w:r w:rsidRPr="009210F4">
        <w:rPr>
          <w:rFonts w:asciiTheme="majorHAnsi" w:hAnsiTheme="majorHAnsi" w:cstheme="majorHAnsi"/>
        </w:rPr>
        <w:t>27:36</w:t>
      </w:r>
      <w:r w:rsidR="00C42742" w:rsidRPr="009210F4">
        <w:rPr>
          <w:rFonts w:asciiTheme="majorHAnsi" w:hAnsiTheme="majorHAnsi" w:cstheme="majorHAnsi"/>
        </w:rPr>
        <w:t xml:space="preserve"> ‘All right mum, I’ll do whatever you say, I’</w:t>
      </w:r>
      <w:r w:rsidR="00CA249C">
        <w:rPr>
          <w:rFonts w:asciiTheme="majorHAnsi" w:hAnsiTheme="majorHAnsi" w:cstheme="majorHAnsi"/>
        </w:rPr>
        <w:t>l</w:t>
      </w:r>
      <w:r w:rsidR="00C42742" w:rsidRPr="009210F4">
        <w:rPr>
          <w:rFonts w:asciiTheme="majorHAnsi" w:hAnsiTheme="majorHAnsi" w:cstheme="majorHAnsi"/>
        </w:rPr>
        <w:t xml:space="preserve">l try it’ </w:t>
      </w:r>
    </w:p>
    <w:p w14:paraId="3CA80D35" w14:textId="77777777" w:rsidR="00CA249C" w:rsidRDefault="00CA249C" w:rsidP="009210F4">
      <w:pPr>
        <w:pStyle w:val="NoSpacing"/>
        <w:rPr>
          <w:rFonts w:asciiTheme="majorHAnsi" w:hAnsiTheme="majorHAnsi" w:cstheme="majorHAnsi"/>
        </w:rPr>
      </w:pPr>
    </w:p>
    <w:p w14:paraId="0FAD8F5A" w14:textId="0AA37ABB" w:rsidR="00991E93" w:rsidRPr="009210F4" w:rsidRDefault="00820759" w:rsidP="009210F4">
      <w:pPr>
        <w:pStyle w:val="NoSpacing"/>
        <w:rPr>
          <w:rFonts w:asciiTheme="majorHAnsi" w:hAnsiTheme="majorHAnsi" w:cstheme="majorHAnsi"/>
        </w:rPr>
      </w:pPr>
      <w:r w:rsidRPr="009210F4">
        <w:rPr>
          <w:rFonts w:asciiTheme="majorHAnsi" w:hAnsiTheme="majorHAnsi" w:cstheme="majorHAnsi"/>
        </w:rPr>
        <w:t xml:space="preserve">Kimmy </w:t>
      </w:r>
      <w:r w:rsidR="00F7615C" w:rsidRPr="009210F4">
        <w:rPr>
          <w:rFonts w:asciiTheme="majorHAnsi" w:hAnsiTheme="majorHAnsi" w:cstheme="majorHAnsi"/>
        </w:rPr>
        <w:t>27:39</w:t>
      </w:r>
    </w:p>
    <w:p w14:paraId="10611876" w14:textId="2B28FD9A" w:rsidR="00991E93" w:rsidRPr="009210F4" w:rsidRDefault="00C42742" w:rsidP="009210F4">
      <w:pPr>
        <w:pStyle w:val="NoSpacing"/>
        <w:rPr>
          <w:rFonts w:asciiTheme="majorHAnsi" w:hAnsiTheme="majorHAnsi" w:cstheme="majorHAnsi"/>
        </w:rPr>
      </w:pPr>
      <w:r w:rsidRPr="009210F4">
        <w:rPr>
          <w:rFonts w:asciiTheme="majorHAnsi" w:hAnsiTheme="majorHAnsi" w:cstheme="majorHAnsi"/>
        </w:rPr>
        <w:t>I have a</w:t>
      </w:r>
      <w:r w:rsidR="00F7615C" w:rsidRPr="009210F4">
        <w:rPr>
          <w:rFonts w:asciiTheme="majorHAnsi" w:hAnsiTheme="majorHAnsi" w:cstheme="majorHAnsi"/>
        </w:rPr>
        <w:t xml:space="preserve">n African mother and once they speak, even if you're on death's door, </w:t>
      </w:r>
      <w:r w:rsidRPr="009210F4">
        <w:rPr>
          <w:rFonts w:asciiTheme="majorHAnsi" w:hAnsiTheme="majorHAnsi" w:cstheme="majorHAnsi"/>
        </w:rPr>
        <w:t xml:space="preserve">you’re </w:t>
      </w:r>
      <w:r w:rsidR="00F7615C" w:rsidRPr="009210F4">
        <w:rPr>
          <w:rFonts w:asciiTheme="majorHAnsi" w:hAnsiTheme="majorHAnsi" w:cstheme="majorHAnsi"/>
        </w:rPr>
        <w:t xml:space="preserve">like </w:t>
      </w:r>
      <w:r w:rsidRPr="009210F4">
        <w:rPr>
          <w:rFonts w:asciiTheme="majorHAnsi" w:hAnsiTheme="majorHAnsi" w:cstheme="majorHAnsi"/>
        </w:rPr>
        <w:t>‘</w:t>
      </w:r>
      <w:r w:rsidR="00F7615C" w:rsidRPr="009210F4">
        <w:rPr>
          <w:rFonts w:asciiTheme="majorHAnsi" w:hAnsiTheme="majorHAnsi" w:cstheme="majorHAnsi"/>
        </w:rPr>
        <w:t xml:space="preserve">I am so sorry, St Peter at the gates </w:t>
      </w:r>
      <w:r w:rsidR="002B6C12">
        <w:rPr>
          <w:rFonts w:asciiTheme="majorHAnsi" w:hAnsiTheme="majorHAnsi" w:cstheme="majorHAnsi"/>
        </w:rPr>
        <w:t>of Heaven,</w:t>
      </w:r>
      <w:r w:rsidRPr="009210F4">
        <w:rPr>
          <w:rFonts w:asciiTheme="majorHAnsi" w:hAnsiTheme="majorHAnsi" w:cstheme="majorHAnsi"/>
        </w:rPr>
        <w:t xml:space="preserve"> I just need to do this one chore and I’ll be right back</w:t>
      </w:r>
      <w:r w:rsidR="007C0D3C" w:rsidRPr="009210F4">
        <w:rPr>
          <w:rFonts w:asciiTheme="majorHAnsi" w:hAnsiTheme="majorHAnsi" w:cstheme="majorHAnsi"/>
        </w:rPr>
        <w:t>. Let me do the dishes and</w:t>
      </w:r>
      <w:r w:rsidR="00D23E9C" w:rsidRPr="009210F4">
        <w:rPr>
          <w:rFonts w:asciiTheme="majorHAnsi" w:hAnsiTheme="majorHAnsi" w:cstheme="majorHAnsi"/>
        </w:rPr>
        <w:t xml:space="preserve"> </w:t>
      </w:r>
      <w:r w:rsidR="007C0D3C" w:rsidRPr="009210F4">
        <w:rPr>
          <w:rFonts w:asciiTheme="majorHAnsi" w:hAnsiTheme="majorHAnsi" w:cstheme="majorHAnsi"/>
        </w:rPr>
        <w:t>I’ll go finish dying’</w:t>
      </w:r>
      <w:r w:rsidR="00D23E9C" w:rsidRPr="009210F4">
        <w:rPr>
          <w:rFonts w:asciiTheme="majorHAnsi" w:hAnsiTheme="majorHAnsi" w:cstheme="majorHAnsi"/>
        </w:rPr>
        <w:t xml:space="preserve"> </w:t>
      </w:r>
      <w:r w:rsidR="007C0D3C" w:rsidRPr="009210F4">
        <w:rPr>
          <w:rFonts w:asciiTheme="majorHAnsi" w:hAnsiTheme="majorHAnsi" w:cstheme="majorHAnsi"/>
        </w:rPr>
        <w:t xml:space="preserve">And she’s like ‘you need to do the dishes come back and wash the dishes, what are you </w:t>
      </w:r>
      <w:proofErr w:type="gramStart"/>
      <w:r w:rsidR="007C0D3C" w:rsidRPr="009210F4">
        <w:rPr>
          <w:rFonts w:asciiTheme="majorHAnsi" w:hAnsiTheme="majorHAnsi" w:cstheme="majorHAnsi"/>
        </w:rPr>
        <w:t>doing?‘</w:t>
      </w:r>
      <w:proofErr w:type="gramEnd"/>
      <w:r w:rsidR="00D23E9C" w:rsidRPr="009210F4">
        <w:rPr>
          <w:rFonts w:asciiTheme="majorHAnsi" w:hAnsiTheme="majorHAnsi" w:cstheme="majorHAnsi"/>
        </w:rPr>
        <w:t xml:space="preserve"> </w:t>
      </w:r>
    </w:p>
    <w:p w14:paraId="6D22F4B0" w14:textId="77777777" w:rsidR="00CA249C" w:rsidRDefault="00CA249C" w:rsidP="009210F4">
      <w:pPr>
        <w:pStyle w:val="NoSpacing"/>
        <w:rPr>
          <w:rFonts w:asciiTheme="majorHAnsi" w:hAnsiTheme="majorHAnsi" w:cstheme="majorHAnsi"/>
        </w:rPr>
      </w:pPr>
    </w:p>
    <w:p w14:paraId="5C7348E6" w14:textId="160F89B7"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Daisy</w:t>
      </w:r>
      <w:r w:rsidR="00D23E9C" w:rsidRPr="009210F4">
        <w:rPr>
          <w:rFonts w:asciiTheme="majorHAnsi" w:hAnsiTheme="majorHAnsi" w:cstheme="majorHAnsi"/>
        </w:rPr>
        <w:t xml:space="preserve"> </w:t>
      </w:r>
      <w:r w:rsidRPr="009210F4">
        <w:rPr>
          <w:rFonts w:asciiTheme="majorHAnsi" w:hAnsiTheme="majorHAnsi" w:cstheme="majorHAnsi"/>
        </w:rPr>
        <w:t>28:09</w:t>
      </w:r>
    </w:p>
    <w:p w14:paraId="4DC081EF" w14:textId="46582CC6" w:rsidR="00991E93" w:rsidRPr="009210F4" w:rsidRDefault="00F565AF" w:rsidP="009210F4">
      <w:pPr>
        <w:pStyle w:val="NoSpacing"/>
        <w:rPr>
          <w:rFonts w:asciiTheme="majorHAnsi" w:hAnsiTheme="majorHAnsi" w:cstheme="majorHAnsi"/>
        </w:rPr>
      </w:pPr>
      <w:r w:rsidRPr="009210F4">
        <w:rPr>
          <w:rFonts w:asciiTheme="majorHAnsi" w:hAnsiTheme="majorHAnsi" w:cstheme="majorHAnsi"/>
        </w:rPr>
        <w:t xml:space="preserve">Yeah, you just need to </w:t>
      </w:r>
      <w:r w:rsidR="00F7615C" w:rsidRPr="009210F4">
        <w:rPr>
          <w:rFonts w:asciiTheme="majorHAnsi" w:hAnsiTheme="majorHAnsi" w:cstheme="majorHAnsi"/>
        </w:rPr>
        <w:t xml:space="preserve">learn how to walk and then become a supreme ruler </w:t>
      </w:r>
      <w:r w:rsidRPr="009210F4">
        <w:rPr>
          <w:rFonts w:asciiTheme="majorHAnsi" w:hAnsiTheme="majorHAnsi" w:cstheme="majorHAnsi"/>
        </w:rPr>
        <w:t xml:space="preserve">of a large </w:t>
      </w:r>
      <w:r w:rsidR="00F7615C" w:rsidRPr="009210F4">
        <w:rPr>
          <w:rFonts w:asciiTheme="majorHAnsi" w:hAnsiTheme="majorHAnsi" w:cstheme="majorHAnsi"/>
        </w:rPr>
        <w:t>Empir</w:t>
      </w:r>
      <w:r w:rsidRPr="009210F4">
        <w:rPr>
          <w:rFonts w:asciiTheme="majorHAnsi" w:hAnsiTheme="majorHAnsi" w:cstheme="majorHAnsi"/>
        </w:rPr>
        <w:t xml:space="preserve">e </w:t>
      </w:r>
    </w:p>
    <w:p w14:paraId="6D459A9E" w14:textId="77777777" w:rsidR="00991E93" w:rsidRPr="009210F4" w:rsidRDefault="00991E93" w:rsidP="009210F4">
      <w:pPr>
        <w:pStyle w:val="NoSpacing"/>
        <w:rPr>
          <w:rFonts w:asciiTheme="majorHAnsi" w:hAnsiTheme="majorHAnsi" w:cstheme="majorHAnsi"/>
        </w:rPr>
      </w:pPr>
    </w:p>
    <w:p w14:paraId="224995B6" w14:textId="1A03DD52"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Lucy</w:t>
      </w:r>
      <w:r w:rsidR="00D23E9C" w:rsidRPr="009210F4">
        <w:rPr>
          <w:rFonts w:asciiTheme="majorHAnsi" w:hAnsiTheme="majorHAnsi" w:cstheme="majorHAnsi"/>
        </w:rPr>
        <w:t xml:space="preserve"> </w:t>
      </w:r>
      <w:r w:rsidRPr="009210F4">
        <w:rPr>
          <w:rFonts w:asciiTheme="majorHAnsi" w:hAnsiTheme="majorHAnsi" w:cstheme="majorHAnsi"/>
        </w:rPr>
        <w:t>28:15</w:t>
      </w:r>
    </w:p>
    <w:p w14:paraId="7C0139C2" w14:textId="01283104" w:rsidR="00991E93" w:rsidRPr="009210F4" w:rsidRDefault="001A75E1" w:rsidP="009210F4">
      <w:pPr>
        <w:pStyle w:val="NoSpacing"/>
        <w:rPr>
          <w:rFonts w:asciiTheme="majorHAnsi" w:hAnsiTheme="majorHAnsi" w:cstheme="majorHAnsi"/>
        </w:rPr>
      </w:pPr>
      <w:r w:rsidRPr="009210F4">
        <w:rPr>
          <w:rFonts w:asciiTheme="majorHAnsi" w:hAnsiTheme="majorHAnsi" w:cstheme="majorHAnsi"/>
        </w:rPr>
        <w:t>‘</w:t>
      </w:r>
      <w:r w:rsidR="00F7615C" w:rsidRPr="009210F4">
        <w:rPr>
          <w:rFonts w:asciiTheme="majorHAnsi" w:hAnsiTheme="majorHAnsi" w:cstheme="majorHAnsi"/>
        </w:rPr>
        <w:t>Basically, I want to go home, you better learn how to walk so we can take over the kingdom</w:t>
      </w:r>
      <w:r w:rsidRPr="009210F4">
        <w:rPr>
          <w:rFonts w:asciiTheme="majorHAnsi" w:hAnsiTheme="majorHAnsi" w:cstheme="majorHAnsi"/>
        </w:rPr>
        <w:t>’</w:t>
      </w:r>
    </w:p>
    <w:p w14:paraId="5611D517" w14:textId="77777777" w:rsidR="00991E93" w:rsidRPr="009210F4" w:rsidRDefault="00991E93" w:rsidP="009210F4">
      <w:pPr>
        <w:pStyle w:val="NoSpacing"/>
        <w:rPr>
          <w:rFonts w:asciiTheme="majorHAnsi" w:hAnsiTheme="majorHAnsi" w:cstheme="majorHAnsi"/>
        </w:rPr>
      </w:pPr>
    </w:p>
    <w:p w14:paraId="0528B8E3" w14:textId="55575FF1"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Daisy</w:t>
      </w:r>
      <w:r w:rsidR="00D23E9C" w:rsidRPr="009210F4">
        <w:rPr>
          <w:rFonts w:asciiTheme="majorHAnsi" w:hAnsiTheme="majorHAnsi" w:cstheme="majorHAnsi"/>
        </w:rPr>
        <w:t xml:space="preserve"> </w:t>
      </w:r>
      <w:r w:rsidRPr="009210F4">
        <w:rPr>
          <w:rFonts w:asciiTheme="majorHAnsi" w:hAnsiTheme="majorHAnsi" w:cstheme="majorHAnsi"/>
        </w:rPr>
        <w:t>28:22</w:t>
      </w:r>
    </w:p>
    <w:p w14:paraId="064994AA" w14:textId="71120184" w:rsidR="00991E93" w:rsidRPr="009210F4" w:rsidRDefault="00256CFC" w:rsidP="009210F4">
      <w:pPr>
        <w:pStyle w:val="NoSpacing"/>
        <w:rPr>
          <w:rFonts w:asciiTheme="majorHAnsi" w:hAnsiTheme="majorHAnsi" w:cstheme="majorHAnsi"/>
        </w:rPr>
      </w:pPr>
      <w:r w:rsidRPr="009210F4">
        <w:rPr>
          <w:rFonts w:asciiTheme="majorHAnsi" w:hAnsiTheme="majorHAnsi" w:cstheme="majorHAnsi"/>
        </w:rPr>
        <w:t>OK</w:t>
      </w:r>
      <w:r w:rsidR="00F7615C" w:rsidRPr="009210F4">
        <w:rPr>
          <w:rFonts w:asciiTheme="majorHAnsi" w:hAnsiTheme="majorHAnsi" w:cstheme="majorHAnsi"/>
        </w:rPr>
        <w:t>, so all of the versions of this epic started being collected and written down in the early 20th century. And there's kind of like, it's almost seen as like an ultimate version, which has taken kind of as many of the things that they can chronologically make</w:t>
      </w:r>
      <w:r w:rsidR="00CA249C">
        <w:rPr>
          <w:rFonts w:asciiTheme="majorHAnsi" w:hAnsiTheme="majorHAnsi" w:cstheme="majorHAnsi"/>
        </w:rPr>
        <w:t>,</w:t>
      </w:r>
      <w:r w:rsidR="00F7615C" w:rsidRPr="009210F4">
        <w:rPr>
          <w:rFonts w:asciiTheme="majorHAnsi" w:hAnsiTheme="majorHAnsi" w:cstheme="majorHAnsi"/>
        </w:rPr>
        <w:t xml:space="preserve"> make sense</w:t>
      </w:r>
    </w:p>
    <w:p w14:paraId="4FD8FA13" w14:textId="77777777" w:rsidR="00991E93" w:rsidRPr="009210F4" w:rsidRDefault="00991E93" w:rsidP="009210F4">
      <w:pPr>
        <w:pStyle w:val="NoSpacing"/>
        <w:rPr>
          <w:rFonts w:asciiTheme="majorHAnsi" w:hAnsiTheme="majorHAnsi" w:cstheme="majorHAnsi"/>
        </w:rPr>
      </w:pPr>
    </w:p>
    <w:p w14:paraId="51FE8D35" w14:textId="2541E4FB"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Alice</w:t>
      </w:r>
      <w:r w:rsidR="00D23E9C" w:rsidRPr="009210F4">
        <w:rPr>
          <w:rFonts w:asciiTheme="majorHAnsi" w:hAnsiTheme="majorHAnsi" w:cstheme="majorHAnsi"/>
        </w:rPr>
        <w:t xml:space="preserve"> </w:t>
      </w:r>
      <w:r w:rsidRPr="009210F4">
        <w:rPr>
          <w:rFonts w:asciiTheme="majorHAnsi" w:hAnsiTheme="majorHAnsi" w:cstheme="majorHAnsi"/>
        </w:rPr>
        <w:t>28:42</w:t>
      </w:r>
    </w:p>
    <w:p w14:paraId="2D7C1015" w14:textId="45035914" w:rsidR="00991E93" w:rsidRPr="009210F4" w:rsidRDefault="001A75E1" w:rsidP="009210F4">
      <w:pPr>
        <w:pStyle w:val="NoSpacing"/>
        <w:rPr>
          <w:rFonts w:asciiTheme="majorHAnsi" w:hAnsiTheme="majorHAnsi" w:cstheme="majorHAnsi"/>
        </w:rPr>
      </w:pPr>
      <w:r w:rsidRPr="009210F4">
        <w:rPr>
          <w:rFonts w:asciiTheme="majorHAnsi" w:hAnsiTheme="majorHAnsi" w:cstheme="majorHAnsi"/>
        </w:rPr>
        <w:t xml:space="preserve">It’s a </w:t>
      </w:r>
      <w:r w:rsidR="00CA249C" w:rsidRPr="009210F4">
        <w:rPr>
          <w:rFonts w:asciiTheme="majorHAnsi" w:hAnsiTheme="majorHAnsi" w:cstheme="majorHAnsi"/>
        </w:rPr>
        <w:t>meta-analysis</w:t>
      </w:r>
      <w:r w:rsidR="00F7615C" w:rsidRPr="009210F4">
        <w:rPr>
          <w:rFonts w:asciiTheme="majorHAnsi" w:hAnsiTheme="majorHAnsi" w:cstheme="majorHAnsi"/>
        </w:rPr>
        <w:t>, isn't it?</w:t>
      </w:r>
    </w:p>
    <w:p w14:paraId="0B81C9B4" w14:textId="77777777" w:rsidR="00991E93" w:rsidRPr="009210F4" w:rsidRDefault="00991E93" w:rsidP="009210F4">
      <w:pPr>
        <w:pStyle w:val="NoSpacing"/>
        <w:rPr>
          <w:rFonts w:asciiTheme="majorHAnsi" w:hAnsiTheme="majorHAnsi" w:cstheme="majorHAnsi"/>
        </w:rPr>
      </w:pPr>
    </w:p>
    <w:p w14:paraId="0D23AA3A" w14:textId="7B81BDD5"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Daisy</w:t>
      </w:r>
      <w:r w:rsidR="00D23E9C" w:rsidRPr="009210F4">
        <w:rPr>
          <w:rFonts w:asciiTheme="majorHAnsi" w:hAnsiTheme="majorHAnsi" w:cstheme="majorHAnsi"/>
        </w:rPr>
        <w:t xml:space="preserve"> </w:t>
      </w:r>
      <w:r w:rsidRPr="009210F4">
        <w:rPr>
          <w:rFonts w:asciiTheme="majorHAnsi" w:hAnsiTheme="majorHAnsi" w:cstheme="majorHAnsi"/>
        </w:rPr>
        <w:t>28:44</w:t>
      </w:r>
    </w:p>
    <w:p w14:paraId="2C463083" w14:textId="637141B9"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 xml:space="preserve">Sort of Yeah, they'd like workshops and things like that. And it was based on sort of locations in the historical Empire which </w:t>
      </w:r>
      <w:r w:rsidR="001A75E1" w:rsidRPr="009210F4">
        <w:rPr>
          <w:rFonts w:asciiTheme="majorHAnsi" w:hAnsiTheme="majorHAnsi" w:cstheme="majorHAnsi"/>
        </w:rPr>
        <w:t xml:space="preserve">have </w:t>
      </w:r>
      <w:r w:rsidRPr="009210F4">
        <w:rPr>
          <w:rFonts w:asciiTheme="majorHAnsi" w:hAnsiTheme="majorHAnsi" w:cstheme="majorHAnsi"/>
        </w:rPr>
        <w:t>all sort of carried on this story. And they all have slightly different details kind of a bit like how supposedly like you know, everywhere in the UK is like a different word for like a bread roll or for the you know, the black shoes that you wore in PE you know, depending on where you're from, where your family is</w:t>
      </w:r>
      <w:r w:rsidR="00CA249C">
        <w:rPr>
          <w:rFonts w:asciiTheme="majorHAnsi" w:hAnsiTheme="majorHAnsi" w:cstheme="majorHAnsi"/>
        </w:rPr>
        <w:t xml:space="preserve"> </w:t>
      </w:r>
      <w:r w:rsidRPr="009210F4">
        <w:rPr>
          <w:rFonts w:asciiTheme="majorHAnsi" w:hAnsiTheme="majorHAnsi" w:cstheme="majorHAnsi"/>
        </w:rPr>
        <w:t>from</w:t>
      </w:r>
      <w:r w:rsidR="001A75E1" w:rsidRPr="009210F4">
        <w:rPr>
          <w:rFonts w:asciiTheme="majorHAnsi" w:hAnsiTheme="majorHAnsi" w:cstheme="majorHAnsi"/>
        </w:rPr>
        <w:t>,</w:t>
      </w:r>
      <w:r w:rsidRPr="009210F4">
        <w:rPr>
          <w:rFonts w:asciiTheme="majorHAnsi" w:hAnsiTheme="majorHAnsi" w:cstheme="majorHAnsi"/>
        </w:rPr>
        <w:t xml:space="preserve"> who you've interacted with, you just sort of have different versions of the story slightly</w:t>
      </w:r>
    </w:p>
    <w:p w14:paraId="1BBFE955" w14:textId="77777777" w:rsidR="00991E93" w:rsidRPr="009210F4" w:rsidRDefault="00991E93" w:rsidP="009210F4">
      <w:pPr>
        <w:pStyle w:val="NoSpacing"/>
        <w:rPr>
          <w:rFonts w:asciiTheme="majorHAnsi" w:hAnsiTheme="majorHAnsi" w:cstheme="majorHAnsi"/>
        </w:rPr>
      </w:pPr>
    </w:p>
    <w:p w14:paraId="2C673041" w14:textId="688677D7"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Alice</w:t>
      </w:r>
      <w:r w:rsidR="00D23E9C" w:rsidRPr="009210F4">
        <w:rPr>
          <w:rFonts w:asciiTheme="majorHAnsi" w:hAnsiTheme="majorHAnsi" w:cstheme="majorHAnsi"/>
        </w:rPr>
        <w:t xml:space="preserve"> </w:t>
      </w:r>
      <w:r w:rsidRPr="009210F4">
        <w:rPr>
          <w:rFonts w:asciiTheme="majorHAnsi" w:hAnsiTheme="majorHAnsi" w:cstheme="majorHAnsi"/>
        </w:rPr>
        <w:t>29:19</w:t>
      </w:r>
    </w:p>
    <w:p w14:paraId="5AADDB95" w14:textId="77777777" w:rsidR="001A75E1" w:rsidRPr="009210F4" w:rsidRDefault="001A75E1" w:rsidP="009210F4">
      <w:pPr>
        <w:pStyle w:val="NoSpacing"/>
        <w:rPr>
          <w:rFonts w:asciiTheme="majorHAnsi" w:hAnsiTheme="majorHAnsi" w:cstheme="majorHAnsi"/>
        </w:rPr>
      </w:pPr>
      <w:r w:rsidRPr="009210F4">
        <w:rPr>
          <w:rFonts w:asciiTheme="majorHAnsi" w:hAnsiTheme="majorHAnsi" w:cstheme="majorHAnsi"/>
        </w:rPr>
        <w:t xml:space="preserve">Plimsolls </w:t>
      </w:r>
    </w:p>
    <w:p w14:paraId="30C3144C" w14:textId="77777777" w:rsidR="00CA249C" w:rsidRDefault="00CA249C" w:rsidP="009210F4">
      <w:pPr>
        <w:pStyle w:val="NoSpacing"/>
        <w:rPr>
          <w:rFonts w:asciiTheme="majorHAnsi" w:hAnsiTheme="majorHAnsi" w:cstheme="majorHAnsi"/>
        </w:rPr>
      </w:pPr>
    </w:p>
    <w:p w14:paraId="7329C606" w14:textId="0AF33EF6" w:rsidR="001A75E1" w:rsidRPr="009210F4" w:rsidRDefault="001A75E1" w:rsidP="009210F4">
      <w:pPr>
        <w:pStyle w:val="NoSpacing"/>
        <w:rPr>
          <w:rFonts w:asciiTheme="majorHAnsi" w:hAnsiTheme="majorHAnsi" w:cstheme="majorHAnsi"/>
        </w:rPr>
      </w:pPr>
      <w:r w:rsidRPr="009210F4">
        <w:rPr>
          <w:rFonts w:asciiTheme="majorHAnsi" w:hAnsiTheme="majorHAnsi" w:cstheme="majorHAnsi"/>
        </w:rPr>
        <w:t>Lucy: Cob, it’s called a cob</w:t>
      </w:r>
    </w:p>
    <w:p w14:paraId="37BAC6ED" w14:textId="77777777" w:rsidR="00CA249C" w:rsidRDefault="00CA249C" w:rsidP="009210F4">
      <w:pPr>
        <w:pStyle w:val="NoSpacing"/>
        <w:rPr>
          <w:rFonts w:asciiTheme="majorHAnsi" w:hAnsiTheme="majorHAnsi" w:cstheme="majorHAnsi"/>
        </w:rPr>
      </w:pPr>
    </w:p>
    <w:p w14:paraId="5BAE6255" w14:textId="44ACE42F" w:rsidR="006B18A1" w:rsidRPr="009210F4" w:rsidRDefault="00820759" w:rsidP="009210F4">
      <w:pPr>
        <w:pStyle w:val="NoSpacing"/>
        <w:rPr>
          <w:rFonts w:asciiTheme="majorHAnsi" w:hAnsiTheme="majorHAnsi" w:cstheme="majorHAnsi"/>
        </w:rPr>
      </w:pPr>
      <w:r w:rsidRPr="009210F4">
        <w:rPr>
          <w:rFonts w:asciiTheme="majorHAnsi" w:hAnsiTheme="majorHAnsi" w:cstheme="majorHAnsi"/>
        </w:rPr>
        <w:t>Kimmy:</w:t>
      </w:r>
      <w:r w:rsidR="001A75E1" w:rsidRPr="009210F4">
        <w:rPr>
          <w:rFonts w:asciiTheme="majorHAnsi" w:hAnsiTheme="majorHAnsi" w:cstheme="majorHAnsi"/>
        </w:rPr>
        <w:t xml:space="preserve"> </w:t>
      </w:r>
      <w:r w:rsidR="006B18A1" w:rsidRPr="009210F4">
        <w:rPr>
          <w:rFonts w:asciiTheme="majorHAnsi" w:hAnsiTheme="majorHAnsi" w:cstheme="majorHAnsi"/>
        </w:rPr>
        <w:t>It’s a dinner roll</w:t>
      </w:r>
    </w:p>
    <w:p w14:paraId="07F9D828" w14:textId="77777777" w:rsidR="00CA249C" w:rsidRDefault="00CA249C" w:rsidP="009210F4">
      <w:pPr>
        <w:pStyle w:val="NoSpacing"/>
        <w:rPr>
          <w:rFonts w:asciiTheme="majorHAnsi" w:hAnsiTheme="majorHAnsi" w:cstheme="majorHAnsi"/>
        </w:rPr>
      </w:pPr>
    </w:p>
    <w:p w14:paraId="52BB61AA" w14:textId="136E4280" w:rsidR="00991E93" w:rsidRPr="009210F4" w:rsidRDefault="006B18A1" w:rsidP="009210F4">
      <w:pPr>
        <w:pStyle w:val="NoSpacing"/>
        <w:rPr>
          <w:rFonts w:asciiTheme="majorHAnsi" w:hAnsiTheme="majorHAnsi" w:cstheme="majorHAnsi"/>
        </w:rPr>
      </w:pPr>
      <w:r w:rsidRPr="009210F4">
        <w:rPr>
          <w:rFonts w:asciiTheme="majorHAnsi" w:hAnsiTheme="majorHAnsi" w:cstheme="majorHAnsi"/>
        </w:rPr>
        <w:t>Lucy: It’s a cob but there we go</w:t>
      </w:r>
      <w:r w:rsidR="00D23E9C" w:rsidRPr="009210F4">
        <w:rPr>
          <w:rFonts w:asciiTheme="majorHAnsi" w:hAnsiTheme="majorHAnsi" w:cstheme="majorHAnsi"/>
        </w:rPr>
        <w:t xml:space="preserve"> </w:t>
      </w:r>
    </w:p>
    <w:p w14:paraId="19E8BDBE" w14:textId="77777777" w:rsidR="00CA249C" w:rsidRDefault="00CA249C" w:rsidP="009210F4">
      <w:pPr>
        <w:pStyle w:val="NoSpacing"/>
        <w:rPr>
          <w:rFonts w:asciiTheme="majorHAnsi" w:hAnsiTheme="majorHAnsi" w:cstheme="majorHAnsi"/>
        </w:rPr>
      </w:pPr>
    </w:p>
    <w:p w14:paraId="799E8594" w14:textId="16E63E17"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Alice</w:t>
      </w:r>
      <w:r w:rsidR="00D23E9C" w:rsidRPr="009210F4">
        <w:rPr>
          <w:rFonts w:asciiTheme="majorHAnsi" w:hAnsiTheme="majorHAnsi" w:cstheme="majorHAnsi"/>
        </w:rPr>
        <w:t xml:space="preserve"> </w:t>
      </w:r>
      <w:r w:rsidRPr="009210F4">
        <w:rPr>
          <w:rFonts w:asciiTheme="majorHAnsi" w:hAnsiTheme="majorHAnsi" w:cstheme="majorHAnsi"/>
        </w:rPr>
        <w:t>29:29</w:t>
      </w:r>
    </w:p>
    <w:p w14:paraId="288CA8F3" w14:textId="77777777" w:rsidR="006B18A1" w:rsidRPr="009210F4" w:rsidRDefault="00F7615C" w:rsidP="009210F4">
      <w:pPr>
        <w:pStyle w:val="NoSpacing"/>
        <w:rPr>
          <w:rFonts w:asciiTheme="majorHAnsi" w:hAnsiTheme="majorHAnsi" w:cstheme="majorHAnsi"/>
        </w:rPr>
      </w:pPr>
      <w:r w:rsidRPr="009210F4">
        <w:rPr>
          <w:rFonts w:asciiTheme="majorHAnsi" w:hAnsiTheme="majorHAnsi" w:cstheme="majorHAnsi"/>
        </w:rPr>
        <w:t xml:space="preserve">It's, it's a </w:t>
      </w:r>
      <w:r w:rsidR="006B18A1" w:rsidRPr="009210F4">
        <w:rPr>
          <w:rFonts w:asciiTheme="majorHAnsi" w:hAnsiTheme="majorHAnsi" w:cstheme="majorHAnsi"/>
        </w:rPr>
        <w:t xml:space="preserve">butty, </w:t>
      </w:r>
      <w:r w:rsidRPr="009210F4">
        <w:rPr>
          <w:rFonts w:asciiTheme="majorHAnsi" w:hAnsiTheme="majorHAnsi" w:cstheme="majorHAnsi"/>
        </w:rPr>
        <w:t>but that's fine</w:t>
      </w:r>
    </w:p>
    <w:p w14:paraId="450793FB" w14:textId="77777777" w:rsidR="00CA249C" w:rsidRDefault="00CA249C" w:rsidP="009210F4">
      <w:pPr>
        <w:pStyle w:val="NoSpacing"/>
        <w:rPr>
          <w:rFonts w:asciiTheme="majorHAnsi" w:hAnsiTheme="majorHAnsi" w:cstheme="majorHAnsi"/>
        </w:rPr>
      </w:pPr>
    </w:p>
    <w:p w14:paraId="70CD3C26" w14:textId="4B7A15DE" w:rsidR="00991E93" w:rsidRPr="009210F4" w:rsidRDefault="006B18A1" w:rsidP="009210F4">
      <w:pPr>
        <w:pStyle w:val="NoSpacing"/>
        <w:rPr>
          <w:rFonts w:asciiTheme="majorHAnsi" w:hAnsiTheme="majorHAnsi" w:cstheme="majorHAnsi"/>
        </w:rPr>
      </w:pPr>
      <w:r w:rsidRPr="009210F4">
        <w:rPr>
          <w:rFonts w:asciiTheme="majorHAnsi" w:hAnsiTheme="majorHAnsi" w:cstheme="majorHAnsi"/>
        </w:rPr>
        <w:t xml:space="preserve">Daisy: A </w:t>
      </w:r>
      <w:proofErr w:type="spellStart"/>
      <w:r w:rsidRPr="009210F4">
        <w:rPr>
          <w:rFonts w:asciiTheme="majorHAnsi" w:hAnsiTheme="majorHAnsi" w:cstheme="majorHAnsi"/>
        </w:rPr>
        <w:t>buttys</w:t>
      </w:r>
      <w:proofErr w:type="spellEnd"/>
      <w:r w:rsidRPr="009210F4">
        <w:rPr>
          <w:rFonts w:asciiTheme="majorHAnsi" w:hAnsiTheme="majorHAnsi" w:cstheme="majorHAnsi"/>
        </w:rPr>
        <w:t xml:space="preserve"> only when it’s full</w:t>
      </w:r>
      <w:r w:rsidR="00D23E9C" w:rsidRPr="009210F4">
        <w:rPr>
          <w:rFonts w:asciiTheme="majorHAnsi" w:hAnsiTheme="majorHAnsi" w:cstheme="majorHAnsi"/>
        </w:rPr>
        <w:t xml:space="preserve"> </w:t>
      </w:r>
    </w:p>
    <w:p w14:paraId="71B45BC8" w14:textId="77777777" w:rsidR="00CA249C" w:rsidRDefault="00CA249C" w:rsidP="009210F4">
      <w:pPr>
        <w:pStyle w:val="NoSpacing"/>
        <w:rPr>
          <w:rFonts w:asciiTheme="majorHAnsi" w:hAnsiTheme="majorHAnsi" w:cstheme="majorHAnsi"/>
        </w:rPr>
      </w:pPr>
    </w:p>
    <w:p w14:paraId="0C8968A8" w14:textId="4EC4DF39"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Lucy</w:t>
      </w:r>
      <w:r w:rsidR="00D23E9C" w:rsidRPr="009210F4">
        <w:rPr>
          <w:rFonts w:asciiTheme="majorHAnsi" w:hAnsiTheme="majorHAnsi" w:cstheme="majorHAnsi"/>
        </w:rPr>
        <w:t xml:space="preserve"> </w:t>
      </w:r>
      <w:r w:rsidRPr="009210F4">
        <w:rPr>
          <w:rFonts w:asciiTheme="majorHAnsi" w:hAnsiTheme="majorHAnsi" w:cstheme="majorHAnsi"/>
        </w:rPr>
        <w:t>29:33</w:t>
      </w:r>
    </w:p>
    <w:p w14:paraId="23A760E0" w14:textId="77777777" w:rsidR="006B18A1" w:rsidRPr="009210F4" w:rsidRDefault="00F7615C" w:rsidP="009210F4">
      <w:pPr>
        <w:pStyle w:val="NoSpacing"/>
        <w:rPr>
          <w:rFonts w:asciiTheme="majorHAnsi" w:hAnsiTheme="majorHAnsi" w:cstheme="majorHAnsi"/>
        </w:rPr>
      </w:pPr>
      <w:r w:rsidRPr="009210F4">
        <w:rPr>
          <w:rFonts w:asciiTheme="majorHAnsi" w:hAnsiTheme="majorHAnsi" w:cstheme="majorHAnsi"/>
        </w:rPr>
        <w:t xml:space="preserve">a </w:t>
      </w:r>
      <w:r w:rsidR="006B18A1" w:rsidRPr="009210F4">
        <w:rPr>
          <w:rFonts w:asciiTheme="majorHAnsi" w:hAnsiTheme="majorHAnsi" w:cstheme="majorHAnsi"/>
        </w:rPr>
        <w:t xml:space="preserve">butty </w:t>
      </w:r>
      <w:r w:rsidRPr="009210F4">
        <w:rPr>
          <w:rFonts w:asciiTheme="majorHAnsi" w:hAnsiTheme="majorHAnsi" w:cstheme="majorHAnsi"/>
        </w:rPr>
        <w:t xml:space="preserve">is when it's got something inside </w:t>
      </w:r>
      <w:r w:rsidR="006B18A1" w:rsidRPr="009210F4">
        <w:rPr>
          <w:rFonts w:asciiTheme="majorHAnsi" w:hAnsiTheme="majorHAnsi" w:cstheme="majorHAnsi"/>
        </w:rPr>
        <w:t>the cob</w:t>
      </w:r>
    </w:p>
    <w:p w14:paraId="5AEAF717" w14:textId="77777777" w:rsidR="00274135" w:rsidRDefault="00274135" w:rsidP="009210F4">
      <w:pPr>
        <w:pStyle w:val="NoSpacing"/>
        <w:rPr>
          <w:rFonts w:asciiTheme="majorHAnsi" w:hAnsiTheme="majorHAnsi" w:cstheme="majorHAnsi"/>
        </w:rPr>
      </w:pPr>
    </w:p>
    <w:p w14:paraId="0E80A969" w14:textId="65F74A51" w:rsidR="00991E93" w:rsidRPr="009210F4" w:rsidRDefault="00820759" w:rsidP="009210F4">
      <w:pPr>
        <w:pStyle w:val="NoSpacing"/>
        <w:rPr>
          <w:rFonts w:asciiTheme="majorHAnsi" w:hAnsiTheme="majorHAnsi" w:cstheme="majorHAnsi"/>
        </w:rPr>
      </w:pPr>
      <w:r w:rsidRPr="009210F4">
        <w:rPr>
          <w:rFonts w:asciiTheme="majorHAnsi" w:hAnsiTheme="majorHAnsi" w:cstheme="majorHAnsi"/>
        </w:rPr>
        <w:t>Kimmy:</w:t>
      </w:r>
      <w:r w:rsidR="006B18A1" w:rsidRPr="009210F4">
        <w:rPr>
          <w:rFonts w:asciiTheme="majorHAnsi" w:hAnsiTheme="majorHAnsi" w:cstheme="majorHAnsi"/>
        </w:rPr>
        <w:t xml:space="preserve"> A butty is when you put chips in it</w:t>
      </w:r>
      <w:r w:rsidR="00D23E9C" w:rsidRPr="009210F4">
        <w:rPr>
          <w:rFonts w:asciiTheme="majorHAnsi" w:hAnsiTheme="majorHAnsi" w:cstheme="majorHAnsi"/>
        </w:rPr>
        <w:t xml:space="preserve"> </w:t>
      </w:r>
    </w:p>
    <w:p w14:paraId="78EFD358" w14:textId="77777777" w:rsidR="00991E93" w:rsidRPr="009210F4" w:rsidRDefault="00991E93" w:rsidP="009210F4">
      <w:pPr>
        <w:pStyle w:val="NoSpacing"/>
        <w:rPr>
          <w:rFonts w:asciiTheme="majorHAnsi" w:hAnsiTheme="majorHAnsi" w:cstheme="majorHAnsi"/>
        </w:rPr>
      </w:pPr>
    </w:p>
    <w:p w14:paraId="238BCBA2" w14:textId="7566438D"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Alice</w:t>
      </w:r>
      <w:r w:rsidR="00D23E9C" w:rsidRPr="009210F4">
        <w:rPr>
          <w:rFonts w:asciiTheme="majorHAnsi" w:hAnsiTheme="majorHAnsi" w:cstheme="majorHAnsi"/>
        </w:rPr>
        <w:t xml:space="preserve"> </w:t>
      </w:r>
      <w:r w:rsidRPr="009210F4">
        <w:rPr>
          <w:rFonts w:asciiTheme="majorHAnsi" w:hAnsiTheme="majorHAnsi" w:cstheme="majorHAnsi"/>
        </w:rPr>
        <w:t>29:39</w:t>
      </w:r>
    </w:p>
    <w:p w14:paraId="450FD8A6" w14:textId="67BDBF87"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Why, why</w:t>
      </w:r>
      <w:r w:rsidR="006B18A1" w:rsidRPr="009210F4">
        <w:rPr>
          <w:rFonts w:asciiTheme="majorHAnsi" w:hAnsiTheme="majorHAnsi" w:cstheme="majorHAnsi"/>
        </w:rPr>
        <w:t>, w</w:t>
      </w:r>
      <w:r w:rsidRPr="009210F4">
        <w:rPr>
          <w:rFonts w:asciiTheme="majorHAnsi" w:hAnsiTheme="majorHAnsi" w:cstheme="majorHAnsi"/>
        </w:rPr>
        <w:t>hy on earth would you ever have an empty one? What kind of sad lives</w:t>
      </w:r>
      <w:r w:rsidR="006B18A1" w:rsidRPr="009210F4">
        <w:rPr>
          <w:rFonts w:asciiTheme="majorHAnsi" w:hAnsiTheme="majorHAnsi" w:cstheme="majorHAnsi"/>
        </w:rPr>
        <w:t xml:space="preserve"> are you living in?</w:t>
      </w:r>
    </w:p>
    <w:p w14:paraId="0BF72722" w14:textId="77777777" w:rsidR="00991E93" w:rsidRPr="009210F4" w:rsidRDefault="00991E93" w:rsidP="009210F4">
      <w:pPr>
        <w:pStyle w:val="NoSpacing"/>
        <w:rPr>
          <w:rFonts w:asciiTheme="majorHAnsi" w:hAnsiTheme="majorHAnsi" w:cstheme="majorHAnsi"/>
        </w:rPr>
      </w:pPr>
    </w:p>
    <w:p w14:paraId="23A4FA20" w14:textId="312ABF58"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Daisy</w:t>
      </w:r>
      <w:r w:rsidR="00D23E9C" w:rsidRPr="009210F4">
        <w:rPr>
          <w:rFonts w:asciiTheme="majorHAnsi" w:hAnsiTheme="majorHAnsi" w:cstheme="majorHAnsi"/>
        </w:rPr>
        <w:t xml:space="preserve"> </w:t>
      </w:r>
      <w:r w:rsidRPr="009210F4">
        <w:rPr>
          <w:rFonts w:asciiTheme="majorHAnsi" w:hAnsiTheme="majorHAnsi" w:cstheme="majorHAnsi"/>
        </w:rPr>
        <w:t>29:49</w:t>
      </w:r>
    </w:p>
    <w:p w14:paraId="5CDB1084" w14:textId="7C87077D" w:rsidR="00991E93" w:rsidRPr="009210F4" w:rsidRDefault="006B18A1" w:rsidP="009210F4">
      <w:pPr>
        <w:pStyle w:val="NoSpacing"/>
        <w:rPr>
          <w:rFonts w:asciiTheme="majorHAnsi" w:hAnsiTheme="majorHAnsi" w:cstheme="majorHAnsi"/>
        </w:rPr>
      </w:pPr>
      <w:r w:rsidRPr="009210F4">
        <w:rPr>
          <w:rFonts w:asciiTheme="majorHAnsi" w:hAnsiTheme="majorHAnsi" w:cstheme="majorHAnsi"/>
        </w:rPr>
        <w:t xml:space="preserve">Butty is a word for a </w:t>
      </w:r>
      <w:r w:rsidR="00F7615C" w:rsidRPr="009210F4">
        <w:rPr>
          <w:rFonts w:asciiTheme="majorHAnsi" w:hAnsiTheme="majorHAnsi" w:cstheme="majorHAnsi"/>
        </w:rPr>
        <w:t>sandwich not</w:t>
      </w:r>
      <w:r w:rsidR="00A3693A" w:rsidRPr="009210F4">
        <w:rPr>
          <w:rFonts w:asciiTheme="majorHAnsi" w:hAnsiTheme="majorHAnsi" w:cstheme="majorHAnsi"/>
        </w:rPr>
        <w:t xml:space="preserve"> a word</w:t>
      </w:r>
      <w:r w:rsidR="00D23E9C" w:rsidRPr="009210F4">
        <w:rPr>
          <w:rFonts w:asciiTheme="majorHAnsi" w:hAnsiTheme="majorHAnsi" w:cstheme="majorHAnsi"/>
        </w:rPr>
        <w:t xml:space="preserve"> </w:t>
      </w:r>
      <w:r w:rsidR="00F7615C" w:rsidRPr="009210F4">
        <w:rPr>
          <w:rFonts w:asciiTheme="majorHAnsi" w:hAnsiTheme="majorHAnsi" w:cstheme="majorHAnsi"/>
        </w:rPr>
        <w:t>for a ro</w:t>
      </w:r>
      <w:r w:rsidR="00A3693A" w:rsidRPr="009210F4">
        <w:rPr>
          <w:rFonts w:asciiTheme="majorHAnsi" w:hAnsiTheme="majorHAnsi" w:cstheme="majorHAnsi"/>
        </w:rPr>
        <w:t>ll</w:t>
      </w:r>
      <w:r w:rsidR="00F7615C" w:rsidRPr="009210F4">
        <w:rPr>
          <w:rFonts w:asciiTheme="majorHAnsi" w:hAnsiTheme="majorHAnsi" w:cstheme="majorHAnsi"/>
        </w:rPr>
        <w:t xml:space="preserve"> </w:t>
      </w:r>
    </w:p>
    <w:p w14:paraId="02469680" w14:textId="77777777" w:rsidR="00274135" w:rsidRDefault="00274135" w:rsidP="009210F4">
      <w:pPr>
        <w:pStyle w:val="NoSpacing"/>
        <w:rPr>
          <w:rFonts w:asciiTheme="majorHAnsi" w:hAnsiTheme="majorHAnsi" w:cstheme="majorHAnsi"/>
        </w:rPr>
      </w:pPr>
    </w:p>
    <w:p w14:paraId="5B1576A9" w14:textId="03161C41"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Lucy</w:t>
      </w:r>
      <w:r w:rsidR="00D23E9C" w:rsidRPr="009210F4">
        <w:rPr>
          <w:rFonts w:asciiTheme="majorHAnsi" w:hAnsiTheme="majorHAnsi" w:cstheme="majorHAnsi"/>
        </w:rPr>
        <w:t xml:space="preserve"> </w:t>
      </w:r>
      <w:r w:rsidRPr="009210F4">
        <w:rPr>
          <w:rFonts w:asciiTheme="majorHAnsi" w:hAnsiTheme="majorHAnsi" w:cstheme="majorHAnsi"/>
        </w:rPr>
        <w:t>29:52</w:t>
      </w:r>
    </w:p>
    <w:p w14:paraId="61762203" w14:textId="7B73FD7E"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 xml:space="preserve">thank </w:t>
      </w:r>
      <w:r w:rsidR="00274135" w:rsidRPr="009210F4">
        <w:rPr>
          <w:rFonts w:asciiTheme="majorHAnsi" w:hAnsiTheme="majorHAnsi" w:cstheme="majorHAnsi"/>
        </w:rPr>
        <w:t>you, Daisy,</w:t>
      </w:r>
      <w:r w:rsidR="00A3693A" w:rsidRPr="009210F4">
        <w:rPr>
          <w:rFonts w:asciiTheme="majorHAnsi" w:hAnsiTheme="majorHAnsi" w:cstheme="majorHAnsi"/>
        </w:rPr>
        <w:t xml:space="preserve"> {laughter}</w:t>
      </w:r>
    </w:p>
    <w:p w14:paraId="0C03A728" w14:textId="77777777" w:rsidR="00991E93" w:rsidRPr="009210F4" w:rsidRDefault="00991E93" w:rsidP="009210F4">
      <w:pPr>
        <w:pStyle w:val="NoSpacing"/>
        <w:rPr>
          <w:rFonts w:asciiTheme="majorHAnsi" w:hAnsiTheme="majorHAnsi" w:cstheme="majorHAnsi"/>
        </w:rPr>
      </w:pPr>
    </w:p>
    <w:p w14:paraId="033069C0" w14:textId="62271E4C"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Alice</w:t>
      </w:r>
      <w:r w:rsidR="00D23E9C" w:rsidRPr="009210F4">
        <w:rPr>
          <w:rFonts w:asciiTheme="majorHAnsi" w:hAnsiTheme="majorHAnsi" w:cstheme="majorHAnsi"/>
        </w:rPr>
        <w:t xml:space="preserve"> </w:t>
      </w:r>
      <w:r w:rsidRPr="009210F4">
        <w:rPr>
          <w:rFonts w:asciiTheme="majorHAnsi" w:hAnsiTheme="majorHAnsi" w:cstheme="majorHAnsi"/>
        </w:rPr>
        <w:t>29:56</w:t>
      </w:r>
    </w:p>
    <w:p w14:paraId="50940433" w14:textId="05358B4E" w:rsidR="00A3693A" w:rsidRPr="009210F4" w:rsidRDefault="00A3693A" w:rsidP="009210F4">
      <w:pPr>
        <w:pStyle w:val="NoSpacing"/>
        <w:rPr>
          <w:rFonts w:asciiTheme="majorHAnsi" w:hAnsiTheme="majorHAnsi" w:cstheme="majorHAnsi"/>
        </w:rPr>
      </w:pPr>
      <w:r w:rsidRPr="009210F4">
        <w:rPr>
          <w:rFonts w:asciiTheme="majorHAnsi" w:hAnsiTheme="majorHAnsi" w:cstheme="majorHAnsi"/>
        </w:rPr>
        <w:t>It’s just that it’s t</w:t>
      </w:r>
      <w:r w:rsidR="00F7615C" w:rsidRPr="009210F4">
        <w:rPr>
          <w:rFonts w:asciiTheme="majorHAnsi" w:hAnsiTheme="majorHAnsi" w:cstheme="majorHAnsi"/>
        </w:rPr>
        <w:t>he thing I immediately thought o</w:t>
      </w:r>
      <w:r w:rsidRPr="009210F4">
        <w:rPr>
          <w:rFonts w:asciiTheme="majorHAnsi" w:hAnsiTheme="majorHAnsi" w:cstheme="majorHAnsi"/>
        </w:rPr>
        <w:t>f. W</w:t>
      </w:r>
      <w:r w:rsidR="00F7615C" w:rsidRPr="009210F4">
        <w:rPr>
          <w:rFonts w:asciiTheme="majorHAnsi" w:hAnsiTheme="majorHAnsi" w:cstheme="majorHAnsi"/>
        </w:rPr>
        <w:t xml:space="preserve">hen I moved up here and I went to a </w:t>
      </w:r>
      <w:r w:rsidRPr="009210F4">
        <w:rPr>
          <w:rFonts w:asciiTheme="majorHAnsi" w:hAnsiTheme="majorHAnsi" w:cstheme="majorHAnsi"/>
        </w:rPr>
        <w:t xml:space="preserve">chip shop for </w:t>
      </w:r>
      <w:r w:rsidR="00274135">
        <w:rPr>
          <w:rFonts w:asciiTheme="majorHAnsi" w:hAnsiTheme="majorHAnsi" w:cstheme="majorHAnsi"/>
        </w:rPr>
        <w:t>t</w:t>
      </w:r>
      <w:r w:rsidR="00F7615C" w:rsidRPr="009210F4">
        <w:rPr>
          <w:rFonts w:asciiTheme="majorHAnsi" w:hAnsiTheme="majorHAnsi" w:cstheme="majorHAnsi"/>
        </w:rPr>
        <w:t xml:space="preserve">he first time and I said, </w:t>
      </w:r>
      <w:r w:rsidRPr="009210F4">
        <w:rPr>
          <w:rFonts w:asciiTheme="majorHAnsi" w:hAnsiTheme="majorHAnsi" w:cstheme="majorHAnsi"/>
        </w:rPr>
        <w:t>‘</w:t>
      </w:r>
      <w:r w:rsidR="00F7615C" w:rsidRPr="009210F4">
        <w:rPr>
          <w:rFonts w:asciiTheme="majorHAnsi" w:hAnsiTheme="majorHAnsi" w:cstheme="majorHAnsi"/>
        </w:rPr>
        <w:t>Can I have a chip bu</w:t>
      </w:r>
      <w:r w:rsidRPr="009210F4">
        <w:rPr>
          <w:rFonts w:asciiTheme="majorHAnsi" w:hAnsiTheme="majorHAnsi" w:cstheme="majorHAnsi"/>
        </w:rPr>
        <w:t>tt</w:t>
      </w:r>
      <w:r w:rsidR="00F7615C" w:rsidRPr="009210F4">
        <w:rPr>
          <w:rFonts w:asciiTheme="majorHAnsi" w:hAnsiTheme="majorHAnsi" w:cstheme="majorHAnsi"/>
        </w:rPr>
        <w:t>y?</w:t>
      </w:r>
      <w:r w:rsidRPr="009210F4">
        <w:rPr>
          <w:rFonts w:asciiTheme="majorHAnsi" w:hAnsiTheme="majorHAnsi" w:cstheme="majorHAnsi"/>
        </w:rPr>
        <w:t>’</w:t>
      </w:r>
      <w:r w:rsidR="00F7615C" w:rsidRPr="009210F4">
        <w:rPr>
          <w:rFonts w:asciiTheme="majorHAnsi" w:hAnsiTheme="majorHAnsi" w:cstheme="majorHAnsi"/>
        </w:rPr>
        <w:t xml:space="preserve"> They </w:t>
      </w:r>
      <w:r w:rsidR="009210F4" w:rsidRPr="009210F4">
        <w:rPr>
          <w:rFonts w:asciiTheme="majorHAnsi" w:hAnsiTheme="majorHAnsi" w:cstheme="majorHAnsi"/>
        </w:rPr>
        <w:t>looked</w:t>
      </w:r>
      <w:r w:rsidR="00F7615C" w:rsidRPr="009210F4">
        <w:rPr>
          <w:rFonts w:asciiTheme="majorHAnsi" w:hAnsiTheme="majorHAnsi" w:cstheme="majorHAnsi"/>
        </w:rPr>
        <w:t xml:space="preserve"> at me like I was some kind of alien and went </w:t>
      </w:r>
      <w:r w:rsidRPr="009210F4">
        <w:rPr>
          <w:rFonts w:asciiTheme="majorHAnsi" w:hAnsiTheme="majorHAnsi" w:cstheme="majorHAnsi"/>
        </w:rPr>
        <w:t>‘</w:t>
      </w:r>
      <w:r w:rsidR="00F7615C" w:rsidRPr="009210F4">
        <w:rPr>
          <w:rFonts w:asciiTheme="majorHAnsi" w:hAnsiTheme="majorHAnsi" w:cstheme="majorHAnsi"/>
        </w:rPr>
        <w:t>Cob</w:t>
      </w:r>
      <w:r w:rsidRPr="009210F4">
        <w:rPr>
          <w:rFonts w:asciiTheme="majorHAnsi" w:hAnsiTheme="majorHAnsi" w:cstheme="majorHAnsi"/>
        </w:rPr>
        <w:t>’</w:t>
      </w:r>
      <w:r w:rsidR="00F7615C" w:rsidRPr="009210F4">
        <w:rPr>
          <w:rFonts w:asciiTheme="majorHAnsi" w:hAnsiTheme="majorHAnsi" w:cstheme="majorHAnsi"/>
        </w:rPr>
        <w:t xml:space="preserve">. And I was like </w:t>
      </w:r>
    </w:p>
    <w:p w14:paraId="62FED2C7" w14:textId="77777777" w:rsidR="00274135" w:rsidRDefault="00274135" w:rsidP="009210F4">
      <w:pPr>
        <w:pStyle w:val="NoSpacing"/>
        <w:rPr>
          <w:rFonts w:asciiTheme="majorHAnsi" w:hAnsiTheme="majorHAnsi" w:cstheme="majorHAnsi"/>
        </w:rPr>
      </w:pPr>
    </w:p>
    <w:p w14:paraId="4D6E68CA" w14:textId="722DD2D9" w:rsidR="00A3693A" w:rsidRPr="009210F4" w:rsidRDefault="00A3693A" w:rsidP="009210F4">
      <w:pPr>
        <w:pStyle w:val="NoSpacing"/>
        <w:rPr>
          <w:rFonts w:asciiTheme="majorHAnsi" w:hAnsiTheme="majorHAnsi" w:cstheme="majorHAnsi"/>
        </w:rPr>
      </w:pPr>
      <w:r w:rsidRPr="009210F4">
        <w:rPr>
          <w:rFonts w:asciiTheme="majorHAnsi" w:hAnsiTheme="majorHAnsi" w:cstheme="majorHAnsi"/>
        </w:rPr>
        <w:t>Lucy: It</w:t>
      </w:r>
      <w:r w:rsidR="00F7615C" w:rsidRPr="009210F4">
        <w:rPr>
          <w:rFonts w:asciiTheme="majorHAnsi" w:hAnsiTheme="majorHAnsi" w:cstheme="majorHAnsi"/>
        </w:rPr>
        <w:t>'s a co</w:t>
      </w:r>
      <w:r w:rsidRPr="009210F4">
        <w:rPr>
          <w:rFonts w:asciiTheme="majorHAnsi" w:hAnsiTheme="majorHAnsi" w:cstheme="majorHAnsi"/>
        </w:rPr>
        <w:t>b, see, it’s a cob</w:t>
      </w:r>
      <w:r w:rsidR="00D23E9C" w:rsidRPr="009210F4">
        <w:rPr>
          <w:rFonts w:asciiTheme="majorHAnsi" w:hAnsiTheme="majorHAnsi" w:cstheme="majorHAnsi"/>
        </w:rPr>
        <w:t xml:space="preserve"> </w:t>
      </w:r>
    </w:p>
    <w:p w14:paraId="45A09516" w14:textId="77777777" w:rsidR="00A3693A" w:rsidRPr="009210F4" w:rsidRDefault="00A3693A" w:rsidP="009210F4">
      <w:pPr>
        <w:pStyle w:val="NoSpacing"/>
        <w:rPr>
          <w:rFonts w:asciiTheme="majorHAnsi" w:hAnsiTheme="majorHAnsi" w:cstheme="majorHAnsi"/>
        </w:rPr>
      </w:pPr>
    </w:p>
    <w:p w14:paraId="34B85EDC" w14:textId="6E3ABD68" w:rsidR="00991E93" w:rsidRPr="009210F4" w:rsidRDefault="00A3693A" w:rsidP="009210F4">
      <w:pPr>
        <w:pStyle w:val="NoSpacing"/>
        <w:rPr>
          <w:rFonts w:asciiTheme="majorHAnsi" w:hAnsiTheme="majorHAnsi" w:cstheme="majorHAnsi"/>
        </w:rPr>
      </w:pPr>
      <w:r w:rsidRPr="009210F4">
        <w:rPr>
          <w:rFonts w:asciiTheme="majorHAnsi" w:hAnsiTheme="majorHAnsi" w:cstheme="majorHAnsi"/>
        </w:rPr>
        <w:t xml:space="preserve">Alice: And </w:t>
      </w:r>
      <w:r w:rsidR="00F7615C" w:rsidRPr="009210F4">
        <w:rPr>
          <w:rFonts w:asciiTheme="majorHAnsi" w:hAnsiTheme="majorHAnsi" w:cstheme="majorHAnsi"/>
        </w:rPr>
        <w:t xml:space="preserve">I was like, </w:t>
      </w:r>
      <w:r w:rsidRPr="009210F4">
        <w:rPr>
          <w:rFonts w:asciiTheme="majorHAnsi" w:hAnsiTheme="majorHAnsi" w:cstheme="majorHAnsi"/>
        </w:rPr>
        <w:t>‘</w:t>
      </w:r>
      <w:r w:rsidR="00F7615C" w:rsidRPr="009210F4">
        <w:rPr>
          <w:rFonts w:asciiTheme="majorHAnsi" w:hAnsiTheme="majorHAnsi" w:cstheme="majorHAnsi"/>
        </w:rPr>
        <w:t>I'm sorry, you weird</w:t>
      </w:r>
      <w:r w:rsidRPr="009210F4">
        <w:rPr>
          <w:rFonts w:asciiTheme="majorHAnsi" w:hAnsiTheme="majorHAnsi" w:cstheme="majorHAnsi"/>
        </w:rPr>
        <w:t xml:space="preserve">, midland, something’ </w:t>
      </w:r>
    </w:p>
    <w:p w14:paraId="5D394E58" w14:textId="77777777" w:rsidR="00274135" w:rsidRDefault="00274135" w:rsidP="009210F4">
      <w:pPr>
        <w:pStyle w:val="NoSpacing"/>
        <w:rPr>
          <w:rFonts w:asciiTheme="majorHAnsi" w:hAnsiTheme="majorHAnsi" w:cstheme="majorHAnsi"/>
        </w:rPr>
      </w:pPr>
    </w:p>
    <w:p w14:paraId="201BF61D" w14:textId="64E9178C"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Lucy</w:t>
      </w:r>
      <w:r w:rsidR="00D23E9C" w:rsidRPr="009210F4">
        <w:rPr>
          <w:rFonts w:asciiTheme="majorHAnsi" w:hAnsiTheme="majorHAnsi" w:cstheme="majorHAnsi"/>
        </w:rPr>
        <w:t xml:space="preserve"> </w:t>
      </w:r>
      <w:r w:rsidRPr="009210F4">
        <w:rPr>
          <w:rFonts w:asciiTheme="majorHAnsi" w:hAnsiTheme="majorHAnsi" w:cstheme="majorHAnsi"/>
        </w:rPr>
        <w:t>30:16</w:t>
      </w:r>
    </w:p>
    <w:p w14:paraId="6BBD885B" w14:textId="03FE54B4"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Excuse me</w:t>
      </w:r>
      <w:r w:rsidR="00274135">
        <w:rPr>
          <w:rFonts w:asciiTheme="majorHAnsi" w:hAnsiTheme="majorHAnsi" w:cstheme="majorHAnsi"/>
        </w:rPr>
        <w:t xml:space="preserve">, </w:t>
      </w:r>
      <w:r w:rsidRPr="009210F4">
        <w:rPr>
          <w:rFonts w:asciiTheme="majorHAnsi" w:hAnsiTheme="majorHAnsi" w:cstheme="majorHAnsi"/>
        </w:rPr>
        <w:t xml:space="preserve">Excuse </w:t>
      </w:r>
      <w:r w:rsidR="00B94567" w:rsidRPr="009210F4">
        <w:rPr>
          <w:rFonts w:asciiTheme="majorHAnsi" w:hAnsiTheme="majorHAnsi" w:cstheme="majorHAnsi"/>
        </w:rPr>
        <w:t>me!</w:t>
      </w:r>
    </w:p>
    <w:p w14:paraId="6124F262" w14:textId="77777777" w:rsidR="00991E93" w:rsidRPr="009210F4" w:rsidRDefault="00991E93" w:rsidP="009210F4">
      <w:pPr>
        <w:pStyle w:val="NoSpacing"/>
        <w:rPr>
          <w:rFonts w:asciiTheme="majorHAnsi" w:hAnsiTheme="majorHAnsi" w:cstheme="majorHAnsi"/>
        </w:rPr>
      </w:pPr>
    </w:p>
    <w:p w14:paraId="61738605" w14:textId="278FB3DC"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Alice</w:t>
      </w:r>
      <w:r w:rsidR="00D23E9C" w:rsidRPr="009210F4">
        <w:rPr>
          <w:rFonts w:asciiTheme="majorHAnsi" w:hAnsiTheme="majorHAnsi" w:cstheme="majorHAnsi"/>
        </w:rPr>
        <w:t xml:space="preserve"> </w:t>
      </w:r>
      <w:r w:rsidRPr="009210F4">
        <w:rPr>
          <w:rFonts w:asciiTheme="majorHAnsi" w:hAnsiTheme="majorHAnsi" w:cstheme="majorHAnsi"/>
        </w:rPr>
        <w:t>30:20</w:t>
      </w:r>
    </w:p>
    <w:p w14:paraId="27E967A7" w14:textId="25BB74EB"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 xml:space="preserve">I stand </w:t>
      </w:r>
      <w:r w:rsidR="00B94567" w:rsidRPr="009210F4">
        <w:rPr>
          <w:rFonts w:asciiTheme="majorHAnsi" w:hAnsiTheme="majorHAnsi" w:cstheme="majorHAnsi"/>
        </w:rPr>
        <w:t xml:space="preserve">by what I said </w:t>
      </w:r>
    </w:p>
    <w:p w14:paraId="403A327B" w14:textId="77777777" w:rsidR="00991E93" w:rsidRPr="009210F4" w:rsidRDefault="00991E93" w:rsidP="009210F4">
      <w:pPr>
        <w:pStyle w:val="NoSpacing"/>
        <w:rPr>
          <w:rFonts w:asciiTheme="majorHAnsi" w:hAnsiTheme="majorHAnsi" w:cstheme="majorHAnsi"/>
        </w:rPr>
      </w:pPr>
    </w:p>
    <w:p w14:paraId="13AF7719" w14:textId="4F04252D" w:rsidR="00991E93" w:rsidRPr="009210F4" w:rsidRDefault="00820759" w:rsidP="009210F4">
      <w:pPr>
        <w:pStyle w:val="NoSpacing"/>
        <w:rPr>
          <w:rFonts w:asciiTheme="majorHAnsi" w:hAnsiTheme="majorHAnsi" w:cstheme="majorHAnsi"/>
        </w:rPr>
      </w:pPr>
      <w:r w:rsidRPr="009210F4">
        <w:rPr>
          <w:rFonts w:asciiTheme="majorHAnsi" w:hAnsiTheme="majorHAnsi" w:cstheme="majorHAnsi"/>
        </w:rPr>
        <w:t xml:space="preserve">Kimmy </w:t>
      </w:r>
      <w:r w:rsidR="00F7615C" w:rsidRPr="009210F4">
        <w:rPr>
          <w:rFonts w:asciiTheme="majorHAnsi" w:hAnsiTheme="majorHAnsi" w:cstheme="majorHAnsi"/>
        </w:rPr>
        <w:t>30:24</w:t>
      </w:r>
    </w:p>
    <w:p w14:paraId="4D78A876" w14:textId="77F86EBD" w:rsidR="00991E93" w:rsidRPr="009210F4" w:rsidRDefault="00B94567" w:rsidP="009210F4">
      <w:pPr>
        <w:pStyle w:val="NoSpacing"/>
        <w:rPr>
          <w:rFonts w:asciiTheme="majorHAnsi" w:hAnsiTheme="majorHAnsi" w:cstheme="majorHAnsi"/>
        </w:rPr>
      </w:pPr>
      <w:r w:rsidRPr="009210F4">
        <w:rPr>
          <w:rFonts w:asciiTheme="majorHAnsi" w:hAnsiTheme="majorHAnsi" w:cstheme="majorHAnsi"/>
        </w:rPr>
        <w:t>If y</w:t>
      </w:r>
      <w:r w:rsidR="00F7615C" w:rsidRPr="009210F4">
        <w:rPr>
          <w:rFonts w:asciiTheme="majorHAnsi" w:hAnsiTheme="majorHAnsi" w:cstheme="majorHAnsi"/>
        </w:rPr>
        <w:t>ou are from the south, you know</w:t>
      </w:r>
      <w:r w:rsidRPr="009210F4">
        <w:rPr>
          <w:rFonts w:asciiTheme="majorHAnsi" w:hAnsiTheme="majorHAnsi" w:cstheme="majorHAnsi"/>
        </w:rPr>
        <w:t>,</w:t>
      </w:r>
      <w:r w:rsidR="007567C8" w:rsidRPr="009210F4">
        <w:rPr>
          <w:rFonts w:asciiTheme="majorHAnsi" w:hAnsiTheme="majorHAnsi" w:cstheme="majorHAnsi"/>
        </w:rPr>
        <w:t xml:space="preserve"> </w:t>
      </w:r>
      <w:r w:rsidRPr="009210F4">
        <w:rPr>
          <w:rFonts w:asciiTheme="majorHAnsi" w:hAnsiTheme="majorHAnsi" w:cstheme="majorHAnsi"/>
        </w:rPr>
        <w:t>it’s a chip butty</w:t>
      </w:r>
      <w:r w:rsidR="00D23E9C" w:rsidRPr="009210F4">
        <w:rPr>
          <w:rFonts w:asciiTheme="majorHAnsi" w:hAnsiTheme="majorHAnsi" w:cstheme="majorHAnsi"/>
        </w:rPr>
        <w:t xml:space="preserve"> </w:t>
      </w:r>
    </w:p>
    <w:p w14:paraId="28E3A16B" w14:textId="77777777" w:rsidR="00991E93" w:rsidRPr="009210F4" w:rsidRDefault="00991E93" w:rsidP="009210F4">
      <w:pPr>
        <w:pStyle w:val="NoSpacing"/>
        <w:rPr>
          <w:rFonts w:asciiTheme="majorHAnsi" w:hAnsiTheme="majorHAnsi" w:cstheme="majorHAnsi"/>
        </w:rPr>
      </w:pPr>
    </w:p>
    <w:p w14:paraId="3FB44496" w14:textId="470EAA23"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Alice</w:t>
      </w:r>
      <w:r w:rsidR="00D23E9C" w:rsidRPr="009210F4">
        <w:rPr>
          <w:rFonts w:asciiTheme="majorHAnsi" w:hAnsiTheme="majorHAnsi" w:cstheme="majorHAnsi"/>
        </w:rPr>
        <w:t xml:space="preserve"> </w:t>
      </w:r>
      <w:r w:rsidRPr="009210F4">
        <w:rPr>
          <w:rFonts w:asciiTheme="majorHAnsi" w:hAnsiTheme="majorHAnsi" w:cstheme="majorHAnsi"/>
        </w:rPr>
        <w:t>30:27</w:t>
      </w:r>
    </w:p>
    <w:p w14:paraId="01B8099C" w14:textId="02FAF241" w:rsidR="00991E93" w:rsidRPr="009210F4" w:rsidRDefault="00400C88" w:rsidP="009210F4">
      <w:pPr>
        <w:pStyle w:val="NoSpacing"/>
        <w:rPr>
          <w:rFonts w:asciiTheme="majorHAnsi" w:hAnsiTheme="majorHAnsi" w:cstheme="majorHAnsi"/>
        </w:rPr>
      </w:pPr>
      <w:r w:rsidRPr="009210F4">
        <w:rPr>
          <w:rFonts w:asciiTheme="majorHAnsi" w:hAnsiTheme="majorHAnsi" w:cstheme="majorHAnsi"/>
        </w:rPr>
        <w:t>I was gonna say, y</w:t>
      </w:r>
      <w:r w:rsidR="00F7615C" w:rsidRPr="009210F4">
        <w:rPr>
          <w:rFonts w:asciiTheme="majorHAnsi" w:hAnsiTheme="majorHAnsi" w:cstheme="majorHAnsi"/>
        </w:rPr>
        <w:t>ou're outnumbered, I'm afraid</w:t>
      </w:r>
      <w:r w:rsidRPr="009210F4">
        <w:rPr>
          <w:rFonts w:asciiTheme="majorHAnsi" w:hAnsiTheme="majorHAnsi" w:cstheme="majorHAnsi"/>
        </w:rPr>
        <w:t>, Lucy, w</w:t>
      </w:r>
      <w:r w:rsidR="00F7615C" w:rsidRPr="009210F4">
        <w:rPr>
          <w:rFonts w:asciiTheme="majorHAnsi" w:hAnsiTheme="majorHAnsi" w:cstheme="majorHAnsi"/>
        </w:rPr>
        <w:t xml:space="preserve">e've got Yeah, </w:t>
      </w:r>
      <w:r w:rsidRPr="009210F4">
        <w:rPr>
          <w:rFonts w:asciiTheme="majorHAnsi" w:hAnsiTheme="majorHAnsi" w:cstheme="majorHAnsi"/>
        </w:rPr>
        <w:t>Devonshire</w:t>
      </w:r>
    </w:p>
    <w:p w14:paraId="0C55545B" w14:textId="77777777" w:rsidR="00991E93" w:rsidRPr="009210F4" w:rsidRDefault="00991E93" w:rsidP="009210F4">
      <w:pPr>
        <w:pStyle w:val="NoSpacing"/>
        <w:rPr>
          <w:rFonts w:asciiTheme="majorHAnsi" w:hAnsiTheme="majorHAnsi" w:cstheme="majorHAnsi"/>
        </w:rPr>
      </w:pPr>
    </w:p>
    <w:p w14:paraId="4091E0C2" w14:textId="157DDD6C"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Lucy</w:t>
      </w:r>
      <w:r w:rsidR="00D23E9C" w:rsidRPr="009210F4">
        <w:rPr>
          <w:rFonts w:asciiTheme="majorHAnsi" w:hAnsiTheme="majorHAnsi" w:cstheme="majorHAnsi"/>
        </w:rPr>
        <w:t xml:space="preserve"> </w:t>
      </w:r>
      <w:r w:rsidRPr="009210F4">
        <w:rPr>
          <w:rFonts w:asciiTheme="majorHAnsi" w:hAnsiTheme="majorHAnsi" w:cstheme="majorHAnsi"/>
        </w:rPr>
        <w:t>30:32</w:t>
      </w:r>
    </w:p>
    <w:p w14:paraId="376837B4" w14:textId="62BF0E2C"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Daisy knows what I mean, when I say co</w:t>
      </w:r>
      <w:r w:rsidR="00400C88" w:rsidRPr="009210F4">
        <w:rPr>
          <w:rFonts w:asciiTheme="majorHAnsi" w:hAnsiTheme="majorHAnsi" w:cstheme="majorHAnsi"/>
        </w:rPr>
        <w:t>b</w:t>
      </w:r>
      <w:r w:rsidRPr="009210F4">
        <w:rPr>
          <w:rFonts w:asciiTheme="majorHAnsi" w:hAnsiTheme="majorHAnsi" w:cstheme="majorHAnsi"/>
        </w:rPr>
        <w:t>,</w:t>
      </w:r>
      <w:r w:rsidR="00400C88" w:rsidRPr="009210F4">
        <w:rPr>
          <w:rFonts w:asciiTheme="majorHAnsi" w:hAnsiTheme="majorHAnsi" w:cstheme="majorHAnsi"/>
        </w:rPr>
        <w:t xml:space="preserve"> don’t you Daisy?</w:t>
      </w:r>
    </w:p>
    <w:p w14:paraId="342DB8A7" w14:textId="77777777" w:rsidR="00991E93" w:rsidRPr="009210F4" w:rsidRDefault="00991E93" w:rsidP="009210F4">
      <w:pPr>
        <w:pStyle w:val="NoSpacing"/>
        <w:rPr>
          <w:rFonts w:asciiTheme="majorHAnsi" w:hAnsiTheme="majorHAnsi" w:cstheme="majorHAnsi"/>
        </w:rPr>
      </w:pPr>
    </w:p>
    <w:p w14:paraId="5911A45A" w14:textId="6D131A7E" w:rsidR="00991E93" w:rsidRPr="009210F4" w:rsidRDefault="00820759" w:rsidP="009210F4">
      <w:pPr>
        <w:pStyle w:val="NoSpacing"/>
        <w:rPr>
          <w:rFonts w:asciiTheme="majorHAnsi" w:hAnsiTheme="majorHAnsi" w:cstheme="majorHAnsi"/>
        </w:rPr>
      </w:pPr>
      <w:r w:rsidRPr="009210F4">
        <w:rPr>
          <w:rFonts w:asciiTheme="majorHAnsi" w:hAnsiTheme="majorHAnsi" w:cstheme="majorHAnsi"/>
        </w:rPr>
        <w:t xml:space="preserve">Kimmy </w:t>
      </w:r>
      <w:r w:rsidR="00F7615C" w:rsidRPr="009210F4">
        <w:rPr>
          <w:rFonts w:asciiTheme="majorHAnsi" w:hAnsiTheme="majorHAnsi" w:cstheme="majorHAnsi"/>
        </w:rPr>
        <w:t>30:35</w:t>
      </w:r>
    </w:p>
    <w:p w14:paraId="14DAE7B1" w14:textId="7004F611"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I'm</w:t>
      </w:r>
      <w:r w:rsidR="00400C88" w:rsidRPr="009210F4">
        <w:rPr>
          <w:rFonts w:asciiTheme="majorHAnsi" w:hAnsiTheme="majorHAnsi" w:cstheme="majorHAnsi"/>
        </w:rPr>
        <w:t xml:space="preserve"> Hertfordshire</w:t>
      </w:r>
      <w:r w:rsidR="00D23E9C" w:rsidRPr="009210F4">
        <w:rPr>
          <w:rFonts w:asciiTheme="majorHAnsi" w:hAnsiTheme="majorHAnsi" w:cstheme="majorHAnsi"/>
        </w:rPr>
        <w:t xml:space="preserve"> </w:t>
      </w:r>
      <w:r w:rsidR="00400C88" w:rsidRPr="009210F4">
        <w:rPr>
          <w:rFonts w:asciiTheme="majorHAnsi" w:hAnsiTheme="majorHAnsi" w:cstheme="majorHAnsi"/>
        </w:rPr>
        <w:t xml:space="preserve">and </w:t>
      </w:r>
      <w:r w:rsidRPr="009210F4">
        <w:rPr>
          <w:rFonts w:asciiTheme="majorHAnsi" w:hAnsiTheme="majorHAnsi" w:cstheme="majorHAnsi"/>
        </w:rPr>
        <w:t>I can attest to that</w:t>
      </w:r>
    </w:p>
    <w:p w14:paraId="2CF7205B" w14:textId="77777777" w:rsidR="00991E93" w:rsidRPr="009210F4" w:rsidRDefault="00991E93" w:rsidP="009210F4">
      <w:pPr>
        <w:pStyle w:val="NoSpacing"/>
        <w:rPr>
          <w:rFonts w:asciiTheme="majorHAnsi" w:hAnsiTheme="majorHAnsi" w:cstheme="majorHAnsi"/>
        </w:rPr>
      </w:pPr>
    </w:p>
    <w:p w14:paraId="1FA11F99" w14:textId="64F5899A"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Daisy</w:t>
      </w:r>
      <w:r w:rsidR="00D23E9C" w:rsidRPr="009210F4">
        <w:rPr>
          <w:rFonts w:asciiTheme="majorHAnsi" w:hAnsiTheme="majorHAnsi" w:cstheme="majorHAnsi"/>
        </w:rPr>
        <w:t xml:space="preserve"> </w:t>
      </w:r>
      <w:r w:rsidRPr="009210F4">
        <w:rPr>
          <w:rFonts w:asciiTheme="majorHAnsi" w:hAnsiTheme="majorHAnsi" w:cstheme="majorHAnsi"/>
        </w:rPr>
        <w:t>30:39</w:t>
      </w:r>
    </w:p>
    <w:p w14:paraId="48EF62BF" w14:textId="10EC4A3D" w:rsidR="00400C88" w:rsidRPr="009210F4" w:rsidRDefault="00F7615C" w:rsidP="009210F4">
      <w:pPr>
        <w:pStyle w:val="NoSpacing"/>
        <w:rPr>
          <w:rFonts w:asciiTheme="majorHAnsi" w:hAnsiTheme="majorHAnsi" w:cstheme="majorHAnsi"/>
        </w:rPr>
      </w:pPr>
      <w:r w:rsidRPr="009210F4">
        <w:rPr>
          <w:rFonts w:asciiTheme="majorHAnsi" w:hAnsiTheme="majorHAnsi" w:cstheme="majorHAnsi"/>
        </w:rPr>
        <w:t xml:space="preserve">I always </w:t>
      </w:r>
      <w:r w:rsidR="00400C88" w:rsidRPr="009210F4">
        <w:rPr>
          <w:rFonts w:asciiTheme="majorHAnsi" w:hAnsiTheme="majorHAnsi" w:cstheme="majorHAnsi"/>
        </w:rPr>
        <w:t xml:space="preserve">saw a </w:t>
      </w:r>
      <w:r w:rsidRPr="009210F4">
        <w:rPr>
          <w:rFonts w:asciiTheme="majorHAnsi" w:hAnsiTheme="majorHAnsi" w:cstheme="majorHAnsi"/>
        </w:rPr>
        <w:t>co</w:t>
      </w:r>
      <w:r w:rsidR="00400C88" w:rsidRPr="009210F4">
        <w:rPr>
          <w:rFonts w:asciiTheme="majorHAnsi" w:hAnsiTheme="majorHAnsi" w:cstheme="majorHAnsi"/>
        </w:rPr>
        <w:t>b</w:t>
      </w:r>
      <w:r w:rsidRPr="009210F4">
        <w:rPr>
          <w:rFonts w:asciiTheme="majorHAnsi" w:hAnsiTheme="majorHAnsi" w:cstheme="majorHAnsi"/>
        </w:rPr>
        <w:t xml:space="preserve"> as a loaf, rather than an individual</w:t>
      </w:r>
      <w:r w:rsidR="00274135">
        <w:rPr>
          <w:rFonts w:asciiTheme="majorHAnsi" w:hAnsiTheme="majorHAnsi" w:cstheme="majorHAnsi"/>
        </w:rPr>
        <w:t xml:space="preserve"> </w:t>
      </w:r>
      <w:r w:rsidR="00400C88" w:rsidRPr="009210F4">
        <w:rPr>
          <w:rFonts w:asciiTheme="majorHAnsi" w:hAnsiTheme="majorHAnsi" w:cstheme="majorHAnsi"/>
        </w:rPr>
        <w:t xml:space="preserve">roll </w:t>
      </w:r>
    </w:p>
    <w:p w14:paraId="0345F093" w14:textId="34B6D6D1" w:rsidR="00991E93" w:rsidRPr="009210F4" w:rsidRDefault="00991E93" w:rsidP="009210F4">
      <w:pPr>
        <w:pStyle w:val="NoSpacing"/>
        <w:rPr>
          <w:rFonts w:asciiTheme="majorHAnsi" w:hAnsiTheme="majorHAnsi" w:cstheme="majorHAnsi"/>
        </w:rPr>
      </w:pPr>
    </w:p>
    <w:p w14:paraId="2D2AEF86" w14:textId="77777777" w:rsidR="00991E93" w:rsidRPr="009210F4" w:rsidRDefault="00991E93" w:rsidP="009210F4">
      <w:pPr>
        <w:pStyle w:val="NoSpacing"/>
        <w:rPr>
          <w:rFonts w:asciiTheme="majorHAnsi" w:hAnsiTheme="majorHAnsi" w:cstheme="majorHAnsi"/>
        </w:rPr>
      </w:pPr>
    </w:p>
    <w:p w14:paraId="6333C364" w14:textId="12C3079C"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Lucy</w:t>
      </w:r>
      <w:r w:rsidR="00D23E9C" w:rsidRPr="009210F4">
        <w:rPr>
          <w:rFonts w:asciiTheme="majorHAnsi" w:hAnsiTheme="majorHAnsi" w:cstheme="majorHAnsi"/>
        </w:rPr>
        <w:t xml:space="preserve"> </w:t>
      </w:r>
      <w:r w:rsidRPr="009210F4">
        <w:rPr>
          <w:rFonts w:asciiTheme="majorHAnsi" w:hAnsiTheme="majorHAnsi" w:cstheme="majorHAnsi"/>
        </w:rPr>
        <w:t>30:43</w:t>
      </w:r>
    </w:p>
    <w:p w14:paraId="53DBD0C2" w14:textId="45F05121" w:rsidR="00991E93" w:rsidRPr="009210F4" w:rsidRDefault="00400C88" w:rsidP="009210F4">
      <w:pPr>
        <w:pStyle w:val="NoSpacing"/>
        <w:rPr>
          <w:rFonts w:asciiTheme="majorHAnsi" w:hAnsiTheme="majorHAnsi" w:cstheme="majorHAnsi"/>
        </w:rPr>
      </w:pPr>
      <w:r w:rsidRPr="009210F4">
        <w:rPr>
          <w:rFonts w:asciiTheme="majorHAnsi" w:hAnsiTheme="majorHAnsi" w:cstheme="majorHAnsi"/>
        </w:rPr>
        <w:t xml:space="preserve">I don’t care </w:t>
      </w:r>
      <w:r w:rsidR="00F7615C" w:rsidRPr="009210F4">
        <w:rPr>
          <w:rFonts w:asciiTheme="majorHAnsi" w:hAnsiTheme="majorHAnsi" w:cstheme="majorHAnsi"/>
        </w:rPr>
        <w:t>what the size of the c</w:t>
      </w:r>
      <w:r w:rsidRPr="009210F4">
        <w:rPr>
          <w:rFonts w:asciiTheme="majorHAnsi" w:hAnsiTheme="majorHAnsi" w:cstheme="majorHAnsi"/>
        </w:rPr>
        <w:t>ob</w:t>
      </w:r>
      <w:r w:rsidR="00D23E9C" w:rsidRPr="009210F4">
        <w:rPr>
          <w:rFonts w:asciiTheme="majorHAnsi" w:hAnsiTheme="majorHAnsi" w:cstheme="majorHAnsi"/>
        </w:rPr>
        <w:t xml:space="preserve"> </w:t>
      </w:r>
      <w:r w:rsidR="00F7615C" w:rsidRPr="009210F4">
        <w:rPr>
          <w:rFonts w:asciiTheme="majorHAnsi" w:hAnsiTheme="majorHAnsi" w:cstheme="majorHAnsi"/>
        </w:rPr>
        <w:t>is, if you're gonna give me a big c</w:t>
      </w:r>
      <w:r w:rsidRPr="009210F4">
        <w:rPr>
          <w:rFonts w:asciiTheme="majorHAnsi" w:hAnsiTheme="majorHAnsi" w:cstheme="majorHAnsi"/>
        </w:rPr>
        <w:t>ob</w:t>
      </w:r>
      <w:r w:rsidR="00F7615C" w:rsidRPr="009210F4">
        <w:rPr>
          <w:rFonts w:asciiTheme="majorHAnsi" w:hAnsiTheme="majorHAnsi" w:cstheme="majorHAnsi"/>
        </w:rPr>
        <w:t>, you give me a big c</w:t>
      </w:r>
      <w:r w:rsidR="006815C4" w:rsidRPr="009210F4">
        <w:rPr>
          <w:rFonts w:asciiTheme="majorHAnsi" w:hAnsiTheme="majorHAnsi" w:cstheme="majorHAnsi"/>
        </w:rPr>
        <w:t>ob</w:t>
      </w:r>
      <w:r w:rsidR="00F7615C" w:rsidRPr="009210F4">
        <w:rPr>
          <w:rFonts w:asciiTheme="majorHAnsi" w:hAnsiTheme="majorHAnsi" w:cstheme="majorHAnsi"/>
        </w:rPr>
        <w:t xml:space="preserve">, </w:t>
      </w:r>
      <w:r w:rsidR="006815C4" w:rsidRPr="009210F4">
        <w:rPr>
          <w:rFonts w:asciiTheme="majorHAnsi" w:hAnsiTheme="majorHAnsi" w:cstheme="majorHAnsi"/>
        </w:rPr>
        <w:t>I’m not gonna argue, it’s</w:t>
      </w:r>
      <w:r w:rsidR="00D23E9C" w:rsidRPr="009210F4">
        <w:rPr>
          <w:rFonts w:asciiTheme="majorHAnsi" w:hAnsiTheme="majorHAnsi" w:cstheme="majorHAnsi"/>
        </w:rPr>
        <w:t xml:space="preserve"> </w:t>
      </w:r>
      <w:r w:rsidR="00F7615C" w:rsidRPr="009210F4">
        <w:rPr>
          <w:rFonts w:asciiTheme="majorHAnsi" w:hAnsiTheme="majorHAnsi" w:cstheme="majorHAnsi"/>
        </w:rPr>
        <w:t>carbohydrate</w:t>
      </w:r>
    </w:p>
    <w:p w14:paraId="32E47EDD" w14:textId="77777777" w:rsidR="00991E93" w:rsidRPr="009210F4" w:rsidRDefault="00991E93" w:rsidP="009210F4">
      <w:pPr>
        <w:pStyle w:val="NoSpacing"/>
        <w:rPr>
          <w:rFonts w:asciiTheme="majorHAnsi" w:hAnsiTheme="majorHAnsi" w:cstheme="majorHAnsi"/>
        </w:rPr>
      </w:pPr>
    </w:p>
    <w:p w14:paraId="02E3BCB4" w14:textId="610A34D5" w:rsidR="00991E93" w:rsidRPr="009210F4" w:rsidRDefault="00820759" w:rsidP="009210F4">
      <w:pPr>
        <w:pStyle w:val="NoSpacing"/>
        <w:rPr>
          <w:rFonts w:asciiTheme="majorHAnsi" w:hAnsiTheme="majorHAnsi" w:cstheme="majorHAnsi"/>
        </w:rPr>
      </w:pPr>
      <w:r w:rsidRPr="009210F4">
        <w:rPr>
          <w:rFonts w:asciiTheme="majorHAnsi" w:hAnsiTheme="majorHAnsi" w:cstheme="majorHAnsi"/>
        </w:rPr>
        <w:t xml:space="preserve">Kimmy </w:t>
      </w:r>
      <w:r w:rsidR="00F7615C" w:rsidRPr="009210F4">
        <w:rPr>
          <w:rFonts w:asciiTheme="majorHAnsi" w:hAnsiTheme="majorHAnsi" w:cstheme="majorHAnsi"/>
        </w:rPr>
        <w:t>30:53</w:t>
      </w:r>
    </w:p>
    <w:p w14:paraId="75CB05C0" w14:textId="255996E1" w:rsidR="00991E93" w:rsidRPr="009210F4" w:rsidRDefault="006815C4" w:rsidP="009210F4">
      <w:pPr>
        <w:pStyle w:val="NoSpacing"/>
        <w:rPr>
          <w:rFonts w:asciiTheme="majorHAnsi" w:hAnsiTheme="majorHAnsi" w:cstheme="majorHAnsi"/>
        </w:rPr>
      </w:pPr>
      <w:r w:rsidRPr="009210F4">
        <w:rPr>
          <w:rFonts w:asciiTheme="majorHAnsi" w:hAnsiTheme="majorHAnsi" w:cstheme="majorHAnsi"/>
        </w:rPr>
        <w:t xml:space="preserve">What about </w:t>
      </w:r>
      <w:r w:rsidR="00F7615C" w:rsidRPr="009210F4">
        <w:rPr>
          <w:rFonts w:asciiTheme="majorHAnsi" w:hAnsiTheme="majorHAnsi" w:cstheme="majorHAnsi"/>
        </w:rPr>
        <w:t>corn</w:t>
      </w:r>
      <w:r w:rsidRPr="009210F4">
        <w:rPr>
          <w:rFonts w:asciiTheme="majorHAnsi" w:hAnsiTheme="majorHAnsi" w:cstheme="majorHAnsi"/>
        </w:rPr>
        <w:t>, you seem to be</w:t>
      </w:r>
      <w:r w:rsidR="00D23E9C" w:rsidRPr="009210F4">
        <w:rPr>
          <w:rFonts w:asciiTheme="majorHAnsi" w:hAnsiTheme="majorHAnsi" w:cstheme="majorHAnsi"/>
        </w:rPr>
        <w:t xml:space="preserve"> </w:t>
      </w:r>
      <w:r w:rsidR="00CC645C">
        <w:rPr>
          <w:rFonts w:asciiTheme="majorHAnsi" w:hAnsiTheme="majorHAnsi" w:cstheme="majorHAnsi"/>
        </w:rPr>
        <w:t>t</w:t>
      </w:r>
      <w:r w:rsidR="00F7615C" w:rsidRPr="009210F4">
        <w:rPr>
          <w:rFonts w:asciiTheme="majorHAnsi" w:hAnsiTheme="majorHAnsi" w:cstheme="majorHAnsi"/>
        </w:rPr>
        <w:t>alking about corn</w:t>
      </w:r>
      <w:r w:rsidRPr="009210F4">
        <w:rPr>
          <w:rFonts w:asciiTheme="majorHAnsi" w:hAnsiTheme="majorHAnsi" w:cstheme="majorHAnsi"/>
        </w:rPr>
        <w:t>,</w:t>
      </w:r>
      <w:r w:rsidR="00F7615C" w:rsidRPr="009210F4">
        <w:rPr>
          <w:rFonts w:asciiTheme="majorHAnsi" w:hAnsiTheme="majorHAnsi" w:cstheme="majorHAnsi"/>
        </w:rPr>
        <w:t xml:space="preserve"> on the cob</w:t>
      </w:r>
      <w:r w:rsidRPr="009210F4">
        <w:rPr>
          <w:rFonts w:asciiTheme="majorHAnsi" w:hAnsiTheme="majorHAnsi" w:cstheme="majorHAnsi"/>
        </w:rPr>
        <w:t xml:space="preserve"> {laughter}</w:t>
      </w:r>
    </w:p>
    <w:p w14:paraId="08A89815" w14:textId="77777777" w:rsidR="00991E93" w:rsidRPr="009210F4" w:rsidRDefault="00991E93" w:rsidP="009210F4">
      <w:pPr>
        <w:pStyle w:val="NoSpacing"/>
        <w:rPr>
          <w:rFonts w:asciiTheme="majorHAnsi" w:hAnsiTheme="majorHAnsi" w:cstheme="majorHAnsi"/>
        </w:rPr>
      </w:pPr>
    </w:p>
    <w:p w14:paraId="46DF1573" w14:textId="3920789C"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Daisy</w:t>
      </w:r>
      <w:r w:rsidR="00D23E9C" w:rsidRPr="009210F4">
        <w:rPr>
          <w:rFonts w:asciiTheme="majorHAnsi" w:hAnsiTheme="majorHAnsi" w:cstheme="majorHAnsi"/>
        </w:rPr>
        <w:t xml:space="preserve"> </w:t>
      </w:r>
      <w:r w:rsidRPr="009210F4">
        <w:rPr>
          <w:rFonts w:asciiTheme="majorHAnsi" w:hAnsiTheme="majorHAnsi" w:cstheme="majorHAnsi"/>
        </w:rPr>
        <w:t>31:07</w:t>
      </w:r>
    </w:p>
    <w:p w14:paraId="7746C2FA" w14:textId="7FBB1ADA" w:rsidR="00991E93" w:rsidRPr="009210F4" w:rsidRDefault="00A72993" w:rsidP="009210F4">
      <w:pPr>
        <w:pStyle w:val="NoSpacing"/>
        <w:rPr>
          <w:rFonts w:asciiTheme="majorHAnsi" w:hAnsiTheme="majorHAnsi" w:cstheme="majorHAnsi"/>
        </w:rPr>
      </w:pPr>
      <w:r w:rsidRPr="009210F4">
        <w:rPr>
          <w:rFonts w:asciiTheme="majorHAnsi" w:hAnsiTheme="majorHAnsi" w:cstheme="majorHAnsi"/>
        </w:rPr>
        <w:t>OK</w:t>
      </w:r>
      <w:r w:rsidR="006815C4" w:rsidRPr="009210F4">
        <w:rPr>
          <w:rFonts w:asciiTheme="majorHAnsi" w:hAnsiTheme="majorHAnsi" w:cstheme="majorHAnsi"/>
        </w:rPr>
        <w:t xml:space="preserve">, that’s, beside the point. </w:t>
      </w:r>
      <w:r w:rsidR="00F7615C" w:rsidRPr="009210F4">
        <w:rPr>
          <w:rFonts w:asciiTheme="majorHAnsi" w:hAnsiTheme="majorHAnsi" w:cstheme="majorHAnsi"/>
        </w:rPr>
        <w:t>I should have predicted that by bringing that up</w:t>
      </w:r>
      <w:r w:rsidR="00645959" w:rsidRPr="009210F4">
        <w:rPr>
          <w:rFonts w:asciiTheme="majorHAnsi" w:hAnsiTheme="majorHAnsi" w:cstheme="majorHAnsi"/>
        </w:rPr>
        <w:t xml:space="preserve">, that was gonna cause that </w:t>
      </w:r>
    </w:p>
    <w:p w14:paraId="70B2E7BB" w14:textId="77777777" w:rsidR="00991E93" w:rsidRPr="009210F4" w:rsidRDefault="00991E93" w:rsidP="009210F4">
      <w:pPr>
        <w:pStyle w:val="NoSpacing"/>
        <w:rPr>
          <w:rFonts w:asciiTheme="majorHAnsi" w:hAnsiTheme="majorHAnsi" w:cstheme="majorHAnsi"/>
        </w:rPr>
      </w:pPr>
    </w:p>
    <w:p w14:paraId="1A70D4F7" w14:textId="302A3DB9"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Alice</w:t>
      </w:r>
      <w:r w:rsidR="00D23E9C" w:rsidRPr="009210F4">
        <w:rPr>
          <w:rFonts w:asciiTheme="majorHAnsi" w:hAnsiTheme="majorHAnsi" w:cstheme="majorHAnsi"/>
        </w:rPr>
        <w:t xml:space="preserve"> </w:t>
      </w:r>
      <w:r w:rsidRPr="009210F4">
        <w:rPr>
          <w:rFonts w:asciiTheme="majorHAnsi" w:hAnsiTheme="majorHAnsi" w:cstheme="majorHAnsi"/>
        </w:rPr>
        <w:t>31:12</w:t>
      </w:r>
    </w:p>
    <w:p w14:paraId="75A6CE16" w14:textId="127AF6F5"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Why do you think we set this for two hours</w:t>
      </w:r>
      <w:r w:rsidR="00645959" w:rsidRPr="009210F4">
        <w:rPr>
          <w:rFonts w:asciiTheme="majorHAnsi" w:hAnsiTheme="majorHAnsi" w:cstheme="majorHAnsi"/>
        </w:rPr>
        <w:t>?</w:t>
      </w:r>
    </w:p>
    <w:p w14:paraId="1B3D1157" w14:textId="77777777" w:rsidR="00991E93" w:rsidRPr="009210F4" w:rsidRDefault="00991E93" w:rsidP="009210F4">
      <w:pPr>
        <w:pStyle w:val="NoSpacing"/>
        <w:rPr>
          <w:rFonts w:asciiTheme="majorHAnsi" w:hAnsiTheme="majorHAnsi" w:cstheme="majorHAnsi"/>
        </w:rPr>
      </w:pPr>
    </w:p>
    <w:p w14:paraId="10CEE716" w14:textId="01890D45"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Daisy</w:t>
      </w:r>
      <w:r w:rsidR="00D23E9C" w:rsidRPr="009210F4">
        <w:rPr>
          <w:rFonts w:asciiTheme="majorHAnsi" w:hAnsiTheme="majorHAnsi" w:cstheme="majorHAnsi"/>
        </w:rPr>
        <w:t xml:space="preserve"> </w:t>
      </w:r>
      <w:r w:rsidRPr="009210F4">
        <w:rPr>
          <w:rFonts w:asciiTheme="majorHAnsi" w:hAnsiTheme="majorHAnsi" w:cstheme="majorHAnsi"/>
        </w:rPr>
        <w:t>31:17</w:t>
      </w:r>
    </w:p>
    <w:p w14:paraId="7CD0BED4" w14:textId="0FC73A7F" w:rsidR="00645959" w:rsidRPr="009210F4" w:rsidRDefault="00F7615C" w:rsidP="009210F4">
      <w:pPr>
        <w:pStyle w:val="NoSpacing"/>
        <w:rPr>
          <w:rFonts w:asciiTheme="majorHAnsi" w:hAnsiTheme="majorHAnsi" w:cstheme="majorHAnsi"/>
        </w:rPr>
      </w:pPr>
      <w:r w:rsidRPr="009210F4">
        <w:rPr>
          <w:rFonts w:asciiTheme="majorHAnsi" w:hAnsiTheme="majorHAnsi" w:cstheme="majorHAnsi"/>
        </w:rPr>
        <w:t xml:space="preserve">So that version that they came up with, with all of the people in together coming up with the thing that seemed to make sense, was then written up and translated and published. And then in like the early 90s, someone made like an illustrated version of it, which was called </w:t>
      </w:r>
      <w:r w:rsidR="00645959" w:rsidRPr="009210F4">
        <w:rPr>
          <w:rStyle w:val="mw-headline"/>
          <w:rFonts w:asciiTheme="majorHAnsi" w:hAnsiTheme="majorHAnsi" w:cstheme="majorHAnsi"/>
        </w:rPr>
        <w:t xml:space="preserve">Sundiata </w:t>
      </w:r>
      <w:r w:rsidR="00645959" w:rsidRPr="009210F4">
        <w:rPr>
          <w:rFonts w:asciiTheme="majorHAnsi" w:hAnsiTheme="majorHAnsi" w:cstheme="majorHAnsi"/>
        </w:rPr>
        <w:t>L</w:t>
      </w:r>
      <w:r w:rsidRPr="009210F4">
        <w:rPr>
          <w:rFonts w:asciiTheme="majorHAnsi" w:hAnsiTheme="majorHAnsi" w:cstheme="majorHAnsi"/>
        </w:rPr>
        <w:t xml:space="preserve">ion King of Mali, </w:t>
      </w:r>
      <w:r w:rsidR="006849CB" w:rsidRPr="009210F4">
        <w:rPr>
          <w:rFonts w:asciiTheme="majorHAnsi" w:hAnsiTheme="majorHAnsi" w:cstheme="majorHAnsi"/>
        </w:rPr>
        <w:t>and</w:t>
      </w:r>
      <w:r w:rsidRPr="009210F4">
        <w:rPr>
          <w:rFonts w:asciiTheme="majorHAnsi" w:hAnsiTheme="majorHAnsi" w:cstheme="majorHAnsi"/>
        </w:rPr>
        <w:t xml:space="preserve"> is widely believed that </w:t>
      </w:r>
      <w:r w:rsidR="00645959" w:rsidRPr="009210F4">
        <w:rPr>
          <w:rFonts w:asciiTheme="majorHAnsi" w:hAnsiTheme="majorHAnsi" w:cstheme="majorHAnsi"/>
        </w:rPr>
        <w:t>T</w:t>
      </w:r>
      <w:r w:rsidRPr="009210F4">
        <w:rPr>
          <w:rFonts w:asciiTheme="majorHAnsi" w:hAnsiTheme="majorHAnsi" w:cstheme="majorHAnsi"/>
        </w:rPr>
        <w:t xml:space="preserve">he </w:t>
      </w:r>
      <w:r w:rsidR="00645959" w:rsidRPr="009210F4">
        <w:rPr>
          <w:rFonts w:asciiTheme="majorHAnsi" w:hAnsiTheme="majorHAnsi" w:cstheme="majorHAnsi"/>
        </w:rPr>
        <w:t>L</w:t>
      </w:r>
      <w:r w:rsidRPr="009210F4">
        <w:rPr>
          <w:rFonts w:asciiTheme="majorHAnsi" w:hAnsiTheme="majorHAnsi" w:cstheme="majorHAnsi"/>
        </w:rPr>
        <w:t>ion King the film is at least somewhat based on that story</w:t>
      </w:r>
    </w:p>
    <w:p w14:paraId="6D609289" w14:textId="77777777" w:rsidR="006849CB" w:rsidRDefault="006849CB" w:rsidP="009210F4">
      <w:pPr>
        <w:pStyle w:val="NoSpacing"/>
        <w:rPr>
          <w:rFonts w:asciiTheme="majorHAnsi" w:hAnsiTheme="majorHAnsi" w:cstheme="majorHAnsi"/>
        </w:rPr>
      </w:pPr>
    </w:p>
    <w:p w14:paraId="1EC64CBD" w14:textId="691BDFAB" w:rsidR="00991E93" w:rsidRPr="009210F4" w:rsidRDefault="00645959" w:rsidP="009210F4">
      <w:pPr>
        <w:pStyle w:val="NoSpacing"/>
        <w:rPr>
          <w:rFonts w:asciiTheme="majorHAnsi" w:hAnsiTheme="majorHAnsi" w:cstheme="majorHAnsi"/>
        </w:rPr>
      </w:pPr>
      <w:r w:rsidRPr="009210F4">
        <w:rPr>
          <w:rFonts w:asciiTheme="majorHAnsi" w:hAnsiTheme="majorHAnsi" w:cstheme="majorHAnsi"/>
        </w:rPr>
        <w:t>Alice: That’s so cool</w:t>
      </w:r>
      <w:r w:rsidR="00D23E9C" w:rsidRPr="009210F4">
        <w:rPr>
          <w:rFonts w:asciiTheme="majorHAnsi" w:hAnsiTheme="majorHAnsi" w:cstheme="majorHAnsi"/>
        </w:rPr>
        <w:t xml:space="preserve"> </w:t>
      </w:r>
    </w:p>
    <w:p w14:paraId="0B9968B0" w14:textId="77777777" w:rsidR="006849CB" w:rsidRDefault="006849CB" w:rsidP="009210F4">
      <w:pPr>
        <w:pStyle w:val="NoSpacing"/>
        <w:rPr>
          <w:rFonts w:asciiTheme="majorHAnsi" w:hAnsiTheme="majorHAnsi" w:cstheme="majorHAnsi"/>
        </w:rPr>
      </w:pPr>
    </w:p>
    <w:p w14:paraId="387AADFA" w14:textId="1751D68C" w:rsidR="00991E93" w:rsidRPr="009210F4" w:rsidRDefault="00820759" w:rsidP="009210F4">
      <w:pPr>
        <w:pStyle w:val="NoSpacing"/>
        <w:rPr>
          <w:rFonts w:asciiTheme="majorHAnsi" w:hAnsiTheme="majorHAnsi" w:cstheme="majorHAnsi"/>
        </w:rPr>
      </w:pPr>
      <w:r w:rsidRPr="009210F4">
        <w:rPr>
          <w:rFonts w:asciiTheme="majorHAnsi" w:hAnsiTheme="majorHAnsi" w:cstheme="majorHAnsi"/>
        </w:rPr>
        <w:t xml:space="preserve">Kimmy </w:t>
      </w:r>
      <w:r w:rsidR="00F7615C" w:rsidRPr="009210F4">
        <w:rPr>
          <w:rFonts w:asciiTheme="majorHAnsi" w:hAnsiTheme="majorHAnsi" w:cstheme="majorHAnsi"/>
        </w:rPr>
        <w:t>31:55</w:t>
      </w:r>
    </w:p>
    <w:p w14:paraId="6E640C14" w14:textId="76D2F1D4"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that's Columbus</w:t>
      </w:r>
      <w:r w:rsidR="00645959" w:rsidRPr="009210F4">
        <w:rPr>
          <w:rFonts w:asciiTheme="majorHAnsi" w:hAnsiTheme="majorHAnsi" w:cstheme="majorHAnsi"/>
        </w:rPr>
        <w:t xml:space="preserve">ing, that’s, that’s </w:t>
      </w:r>
    </w:p>
    <w:p w14:paraId="5A4C3235" w14:textId="77777777" w:rsidR="006849CB" w:rsidRDefault="006849CB" w:rsidP="009210F4">
      <w:pPr>
        <w:pStyle w:val="NoSpacing"/>
        <w:rPr>
          <w:rFonts w:asciiTheme="majorHAnsi" w:hAnsiTheme="majorHAnsi" w:cstheme="majorHAnsi"/>
        </w:rPr>
      </w:pPr>
    </w:p>
    <w:p w14:paraId="0F303E53" w14:textId="39A06B96"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Lucy</w:t>
      </w:r>
      <w:r w:rsidR="00D23E9C" w:rsidRPr="009210F4">
        <w:rPr>
          <w:rFonts w:asciiTheme="majorHAnsi" w:hAnsiTheme="majorHAnsi" w:cstheme="majorHAnsi"/>
        </w:rPr>
        <w:t xml:space="preserve"> </w:t>
      </w:r>
      <w:r w:rsidRPr="009210F4">
        <w:rPr>
          <w:rFonts w:asciiTheme="majorHAnsi" w:hAnsiTheme="majorHAnsi" w:cstheme="majorHAnsi"/>
        </w:rPr>
        <w:t>31:56</w:t>
      </w:r>
    </w:p>
    <w:p w14:paraId="48D3AEB9" w14:textId="06314320"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 xml:space="preserve">That's </w:t>
      </w:r>
      <w:r w:rsidR="006849CB">
        <w:rPr>
          <w:rFonts w:asciiTheme="majorHAnsi" w:hAnsiTheme="majorHAnsi" w:cstheme="majorHAnsi"/>
        </w:rPr>
        <w:t>w</w:t>
      </w:r>
      <w:r w:rsidRPr="009210F4">
        <w:rPr>
          <w:rFonts w:asciiTheme="majorHAnsi" w:hAnsiTheme="majorHAnsi" w:cstheme="majorHAnsi"/>
        </w:rPr>
        <w:t xml:space="preserve">ell, can I can I can I just interject here with a little bit of a story that relates to </w:t>
      </w:r>
      <w:r w:rsidR="00645959" w:rsidRPr="009210F4">
        <w:rPr>
          <w:rFonts w:asciiTheme="majorHAnsi" w:hAnsiTheme="majorHAnsi" w:cstheme="majorHAnsi"/>
        </w:rPr>
        <w:t>T</w:t>
      </w:r>
      <w:r w:rsidRPr="009210F4">
        <w:rPr>
          <w:rFonts w:asciiTheme="majorHAnsi" w:hAnsiTheme="majorHAnsi" w:cstheme="majorHAnsi"/>
        </w:rPr>
        <w:t xml:space="preserve">he </w:t>
      </w:r>
      <w:r w:rsidR="00645959" w:rsidRPr="009210F4">
        <w:rPr>
          <w:rFonts w:asciiTheme="majorHAnsi" w:hAnsiTheme="majorHAnsi" w:cstheme="majorHAnsi"/>
        </w:rPr>
        <w:t>L</w:t>
      </w:r>
      <w:r w:rsidRPr="009210F4">
        <w:rPr>
          <w:rFonts w:asciiTheme="majorHAnsi" w:hAnsiTheme="majorHAnsi" w:cstheme="majorHAnsi"/>
        </w:rPr>
        <w:t>ion King, because when I was a</w:t>
      </w:r>
      <w:r w:rsidR="00645959" w:rsidRPr="009210F4">
        <w:rPr>
          <w:rFonts w:asciiTheme="majorHAnsi" w:hAnsiTheme="majorHAnsi" w:cstheme="majorHAnsi"/>
        </w:rPr>
        <w:t>t</w:t>
      </w:r>
      <w:r w:rsidRPr="009210F4">
        <w:rPr>
          <w:rFonts w:asciiTheme="majorHAnsi" w:hAnsiTheme="majorHAnsi" w:cstheme="majorHAnsi"/>
        </w:rPr>
        <w:t xml:space="preserve"> university, </w:t>
      </w:r>
      <w:r w:rsidR="006849CB">
        <w:rPr>
          <w:rFonts w:asciiTheme="majorHAnsi" w:hAnsiTheme="majorHAnsi" w:cstheme="majorHAnsi"/>
        </w:rPr>
        <w:t>s</w:t>
      </w:r>
      <w:r w:rsidR="009210F4" w:rsidRPr="009210F4">
        <w:rPr>
          <w:rFonts w:asciiTheme="majorHAnsi" w:hAnsiTheme="majorHAnsi" w:cstheme="majorHAnsi"/>
        </w:rPr>
        <w:t>troke</w:t>
      </w:r>
      <w:r w:rsidRPr="009210F4">
        <w:rPr>
          <w:rFonts w:asciiTheme="majorHAnsi" w:hAnsiTheme="majorHAnsi" w:cstheme="majorHAnsi"/>
        </w:rPr>
        <w:t xml:space="preserve"> college, I had a lecturer who I think was a bit of a liar</w:t>
      </w:r>
      <w:r w:rsidR="00645959" w:rsidRPr="009210F4">
        <w:rPr>
          <w:rFonts w:asciiTheme="majorHAnsi" w:hAnsiTheme="majorHAnsi" w:cstheme="majorHAnsi"/>
        </w:rPr>
        <w:t>,</w:t>
      </w:r>
      <w:r w:rsidRPr="009210F4">
        <w:rPr>
          <w:rFonts w:asciiTheme="majorHAnsi" w:hAnsiTheme="majorHAnsi" w:cstheme="majorHAnsi"/>
        </w:rPr>
        <w:t xml:space="preserve"> </w:t>
      </w:r>
      <w:r w:rsidR="00645959" w:rsidRPr="009210F4">
        <w:rPr>
          <w:rFonts w:asciiTheme="majorHAnsi" w:hAnsiTheme="majorHAnsi" w:cstheme="majorHAnsi"/>
        </w:rPr>
        <w:t>b</w:t>
      </w:r>
      <w:r w:rsidRPr="009210F4">
        <w:rPr>
          <w:rFonts w:asciiTheme="majorHAnsi" w:hAnsiTheme="majorHAnsi" w:cstheme="majorHAnsi"/>
        </w:rPr>
        <w:t>ecause he told us</w:t>
      </w:r>
      <w:r w:rsidR="00645959" w:rsidRPr="009210F4">
        <w:rPr>
          <w:rFonts w:asciiTheme="majorHAnsi" w:hAnsiTheme="majorHAnsi" w:cstheme="majorHAnsi"/>
        </w:rPr>
        <w:t>,</w:t>
      </w:r>
      <w:r w:rsidRPr="009210F4">
        <w:rPr>
          <w:rFonts w:asciiTheme="majorHAnsi" w:hAnsiTheme="majorHAnsi" w:cstheme="majorHAnsi"/>
        </w:rPr>
        <w:t xml:space="preserve"> blatantly told us</w:t>
      </w:r>
      <w:r w:rsidR="00645959" w:rsidRPr="009210F4">
        <w:rPr>
          <w:rFonts w:asciiTheme="majorHAnsi" w:hAnsiTheme="majorHAnsi" w:cstheme="majorHAnsi"/>
        </w:rPr>
        <w:t>,</w:t>
      </w:r>
      <w:r w:rsidRPr="009210F4">
        <w:rPr>
          <w:rFonts w:asciiTheme="majorHAnsi" w:hAnsiTheme="majorHAnsi" w:cstheme="majorHAnsi"/>
        </w:rPr>
        <w:t xml:space="preserve"> that he was the one who originally wrote </w:t>
      </w:r>
      <w:r w:rsidR="00645959" w:rsidRPr="009210F4">
        <w:rPr>
          <w:rFonts w:asciiTheme="majorHAnsi" w:hAnsiTheme="majorHAnsi" w:cstheme="majorHAnsi"/>
        </w:rPr>
        <w:t>T</w:t>
      </w:r>
      <w:r w:rsidRPr="009210F4">
        <w:rPr>
          <w:rFonts w:asciiTheme="majorHAnsi" w:hAnsiTheme="majorHAnsi" w:cstheme="majorHAnsi"/>
        </w:rPr>
        <w:t xml:space="preserve">he </w:t>
      </w:r>
      <w:r w:rsidR="00645959" w:rsidRPr="009210F4">
        <w:rPr>
          <w:rFonts w:asciiTheme="majorHAnsi" w:hAnsiTheme="majorHAnsi" w:cstheme="majorHAnsi"/>
        </w:rPr>
        <w:t>L</w:t>
      </w:r>
      <w:r w:rsidRPr="009210F4">
        <w:rPr>
          <w:rFonts w:asciiTheme="majorHAnsi" w:hAnsiTheme="majorHAnsi" w:cstheme="majorHAnsi"/>
        </w:rPr>
        <w:t xml:space="preserve">ion King, Disney stole his idea </w:t>
      </w:r>
      <w:r w:rsidR="00441C1A" w:rsidRPr="009210F4">
        <w:rPr>
          <w:rFonts w:asciiTheme="majorHAnsi" w:hAnsiTheme="majorHAnsi" w:cstheme="majorHAnsi"/>
        </w:rPr>
        <w:t xml:space="preserve">and </w:t>
      </w:r>
      <w:r w:rsidRPr="009210F4">
        <w:rPr>
          <w:rFonts w:asciiTheme="majorHAnsi" w:hAnsiTheme="majorHAnsi" w:cstheme="majorHAnsi"/>
        </w:rPr>
        <w:t>made him bankrupt</w:t>
      </w:r>
      <w:r w:rsidR="00441C1A" w:rsidRPr="009210F4">
        <w:rPr>
          <w:rFonts w:asciiTheme="majorHAnsi" w:hAnsiTheme="majorHAnsi" w:cstheme="majorHAnsi"/>
        </w:rPr>
        <w:t xml:space="preserve">, don’t </w:t>
      </w:r>
      <w:r w:rsidR="009210F4" w:rsidRPr="009210F4">
        <w:rPr>
          <w:rFonts w:asciiTheme="majorHAnsi" w:hAnsiTheme="majorHAnsi" w:cstheme="majorHAnsi"/>
        </w:rPr>
        <w:t>look</w:t>
      </w:r>
      <w:r w:rsidR="00441C1A" w:rsidRPr="009210F4">
        <w:rPr>
          <w:rFonts w:asciiTheme="majorHAnsi" w:hAnsiTheme="majorHAnsi" w:cstheme="majorHAnsi"/>
        </w:rPr>
        <w:t xml:space="preserve"> so shocked,</w:t>
      </w:r>
      <w:r w:rsidR="00820759" w:rsidRPr="009210F4">
        <w:rPr>
          <w:rFonts w:asciiTheme="majorHAnsi" w:hAnsiTheme="majorHAnsi" w:cstheme="majorHAnsi"/>
        </w:rPr>
        <w:t xml:space="preserve"> Kimmy </w:t>
      </w:r>
      <w:r w:rsidR="00441C1A" w:rsidRPr="009210F4">
        <w:rPr>
          <w:rFonts w:asciiTheme="majorHAnsi" w:hAnsiTheme="majorHAnsi" w:cstheme="majorHAnsi"/>
        </w:rPr>
        <w:t>, it was a lie {laughter} a</w:t>
      </w:r>
      <w:r w:rsidRPr="009210F4">
        <w:rPr>
          <w:rFonts w:asciiTheme="majorHAnsi" w:hAnsiTheme="majorHAnsi" w:cstheme="majorHAnsi"/>
        </w:rPr>
        <w:t xml:space="preserve">nd he was only told when Phil Collins rang him up and said, </w:t>
      </w:r>
      <w:r w:rsidR="00441C1A" w:rsidRPr="009210F4">
        <w:rPr>
          <w:rFonts w:asciiTheme="majorHAnsi" w:hAnsiTheme="majorHAnsi" w:cstheme="majorHAnsi"/>
        </w:rPr>
        <w:t>‘</w:t>
      </w:r>
      <w:r w:rsidRPr="009210F4">
        <w:rPr>
          <w:rFonts w:asciiTheme="majorHAnsi" w:hAnsiTheme="majorHAnsi" w:cstheme="majorHAnsi"/>
        </w:rPr>
        <w:t>Stop what you're writing</w:t>
      </w:r>
      <w:r w:rsidR="00441C1A" w:rsidRPr="009210F4">
        <w:rPr>
          <w:rFonts w:asciiTheme="majorHAnsi" w:hAnsiTheme="majorHAnsi" w:cstheme="majorHAnsi"/>
        </w:rPr>
        <w:t xml:space="preserve"> </w:t>
      </w:r>
      <w:r w:rsidRPr="009210F4">
        <w:rPr>
          <w:rFonts w:asciiTheme="majorHAnsi" w:hAnsiTheme="majorHAnsi" w:cstheme="majorHAnsi"/>
        </w:rPr>
        <w:t>because I've just been to the premiere of The Lion King, and Jeremy Irons has been speaking some of your dialogue</w:t>
      </w:r>
      <w:r w:rsidR="00441C1A" w:rsidRPr="009210F4">
        <w:rPr>
          <w:rFonts w:asciiTheme="majorHAnsi" w:hAnsiTheme="majorHAnsi" w:cstheme="majorHAnsi"/>
        </w:rPr>
        <w:t>’</w:t>
      </w:r>
      <w:r w:rsidRPr="009210F4">
        <w:rPr>
          <w:rFonts w:asciiTheme="majorHAnsi" w:hAnsiTheme="majorHAnsi" w:cstheme="majorHAnsi"/>
        </w:rPr>
        <w:t>. So</w:t>
      </w:r>
      <w:r w:rsidR="00441C1A" w:rsidRPr="009210F4">
        <w:rPr>
          <w:rFonts w:asciiTheme="majorHAnsi" w:hAnsiTheme="majorHAnsi" w:cstheme="majorHAnsi"/>
        </w:rPr>
        <w:t xml:space="preserve">, this was, oh just </w:t>
      </w:r>
      <w:r w:rsidR="009210F4" w:rsidRPr="009210F4">
        <w:rPr>
          <w:rFonts w:asciiTheme="majorHAnsi" w:hAnsiTheme="majorHAnsi" w:cstheme="majorHAnsi"/>
        </w:rPr>
        <w:t>look</w:t>
      </w:r>
      <w:r w:rsidR="00441C1A" w:rsidRPr="009210F4">
        <w:rPr>
          <w:rFonts w:asciiTheme="majorHAnsi" w:hAnsiTheme="majorHAnsi" w:cstheme="majorHAnsi"/>
        </w:rPr>
        <w:t xml:space="preserve"> at Daisy’s face, this just goes to prove to me that my lecturer was not only a bit of an asshole, he was also a lying asshole, so thank you very much Daisy for putting my mind at rest about this {laughter} </w:t>
      </w:r>
    </w:p>
    <w:p w14:paraId="7BE2CE5D" w14:textId="77777777" w:rsidR="00991E93" w:rsidRPr="009210F4" w:rsidRDefault="00991E93" w:rsidP="009210F4">
      <w:pPr>
        <w:pStyle w:val="NoSpacing"/>
        <w:rPr>
          <w:rFonts w:asciiTheme="majorHAnsi" w:hAnsiTheme="majorHAnsi" w:cstheme="majorHAnsi"/>
        </w:rPr>
      </w:pPr>
    </w:p>
    <w:p w14:paraId="5ACDA19B" w14:textId="2AE8CCBC" w:rsidR="00991E93" w:rsidRPr="009210F4" w:rsidRDefault="00820759" w:rsidP="009210F4">
      <w:pPr>
        <w:pStyle w:val="NoSpacing"/>
        <w:rPr>
          <w:rFonts w:asciiTheme="majorHAnsi" w:hAnsiTheme="majorHAnsi" w:cstheme="majorHAnsi"/>
        </w:rPr>
      </w:pPr>
      <w:r w:rsidRPr="009210F4">
        <w:rPr>
          <w:rFonts w:asciiTheme="majorHAnsi" w:hAnsiTheme="majorHAnsi" w:cstheme="majorHAnsi"/>
        </w:rPr>
        <w:t xml:space="preserve">Kimmy </w:t>
      </w:r>
      <w:r w:rsidR="00F7615C" w:rsidRPr="009210F4">
        <w:rPr>
          <w:rFonts w:asciiTheme="majorHAnsi" w:hAnsiTheme="majorHAnsi" w:cstheme="majorHAnsi"/>
        </w:rPr>
        <w:t>32:46</w:t>
      </w:r>
    </w:p>
    <w:p w14:paraId="264AAAC5" w14:textId="19254D39" w:rsidR="00441C1A" w:rsidRPr="009210F4" w:rsidRDefault="00441C1A" w:rsidP="009210F4">
      <w:pPr>
        <w:pStyle w:val="NoSpacing"/>
        <w:rPr>
          <w:rFonts w:asciiTheme="majorHAnsi" w:hAnsiTheme="majorHAnsi" w:cstheme="majorHAnsi"/>
        </w:rPr>
      </w:pPr>
      <w:r w:rsidRPr="009210F4">
        <w:rPr>
          <w:rFonts w:asciiTheme="majorHAnsi" w:hAnsiTheme="majorHAnsi" w:cstheme="majorHAnsi"/>
        </w:rPr>
        <w:t xml:space="preserve">This is what you call closure {laughter} </w:t>
      </w:r>
    </w:p>
    <w:p w14:paraId="1DBDA71B" w14:textId="77777777" w:rsidR="00991E93" w:rsidRPr="009210F4" w:rsidRDefault="00991E93" w:rsidP="009210F4">
      <w:pPr>
        <w:pStyle w:val="NoSpacing"/>
        <w:rPr>
          <w:rFonts w:asciiTheme="majorHAnsi" w:hAnsiTheme="majorHAnsi" w:cstheme="majorHAnsi"/>
        </w:rPr>
      </w:pPr>
    </w:p>
    <w:p w14:paraId="0FC06A96" w14:textId="7B6024FC"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Lucy</w:t>
      </w:r>
      <w:r w:rsidR="00D23E9C" w:rsidRPr="009210F4">
        <w:rPr>
          <w:rFonts w:asciiTheme="majorHAnsi" w:hAnsiTheme="majorHAnsi" w:cstheme="majorHAnsi"/>
        </w:rPr>
        <w:t xml:space="preserve"> </w:t>
      </w:r>
      <w:r w:rsidRPr="009210F4">
        <w:rPr>
          <w:rFonts w:asciiTheme="majorHAnsi" w:hAnsiTheme="majorHAnsi" w:cstheme="majorHAnsi"/>
        </w:rPr>
        <w:t>32:52</w:t>
      </w:r>
    </w:p>
    <w:p w14:paraId="5B8FCB86" w14:textId="3C713D7E" w:rsidR="00991E93" w:rsidRPr="009210F4" w:rsidRDefault="00441C1A" w:rsidP="009210F4">
      <w:pPr>
        <w:pStyle w:val="NoSpacing"/>
        <w:rPr>
          <w:rFonts w:asciiTheme="majorHAnsi" w:hAnsiTheme="majorHAnsi" w:cstheme="majorHAnsi"/>
        </w:rPr>
      </w:pPr>
      <w:r w:rsidRPr="009210F4">
        <w:rPr>
          <w:rFonts w:asciiTheme="majorHAnsi" w:hAnsiTheme="majorHAnsi" w:cstheme="majorHAnsi"/>
        </w:rPr>
        <w:t>I can move on with the rest of m</w:t>
      </w:r>
      <w:r w:rsidR="00054655" w:rsidRPr="009210F4">
        <w:rPr>
          <w:rFonts w:asciiTheme="majorHAnsi" w:hAnsiTheme="majorHAnsi" w:cstheme="majorHAnsi"/>
        </w:rPr>
        <w:t>y</w:t>
      </w:r>
      <w:r w:rsidR="00D23E9C" w:rsidRPr="009210F4">
        <w:rPr>
          <w:rFonts w:asciiTheme="majorHAnsi" w:hAnsiTheme="majorHAnsi" w:cstheme="majorHAnsi"/>
        </w:rPr>
        <w:t xml:space="preserve"> </w:t>
      </w:r>
      <w:r w:rsidR="00054655" w:rsidRPr="009210F4">
        <w:rPr>
          <w:rFonts w:asciiTheme="majorHAnsi" w:hAnsiTheme="majorHAnsi" w:cstheme="majorHAnsi"/>
        </w:rPr>
        <w:t>l</w:t>
      </w:r>
      <w:r w:rsidRPr="009210F4">
        <w:rPr>
          <w:rFonts w:asciiTheme="majorHAnsi" w:hAnsiTheme="majorHAnsi" w:cstheme="majorHAnsi"/>
        </w:rPr>
        <w:t>ife</w:t>
      </w:r>
      <w:r w:rsidR="00054655" w:rsidRPr="009210F4">
        <w:rPr>
          <w:rFonts w:asciiTheme="majorHAnsi" w:hAnsiTheme="majorHAnsi" w:cstheme="majorHAnsi"/>
        </w:rPr>
        <w:t xml:space="preserve">, thank you </w:t>
      </w:r>
    </w:p>
    <w:p w14:paraId="53BA24F4" w14:textId="77777777" w:rsidR="006849CB" w:rsidRDefault="006849CB" w:rsidP="009210F4">
      <w:pPr>
        <w:pStyle w:val="NoSpacing"/>
        <w:rPr>
          <w:rFonts w:asciiTheme="majorHAnsi" w:hAnsiTheme="majorHAnsi" w:cstheme="majorHAnsi"/>
        </w:rPr>
      </w:pPr>
    </w:p>
    <w:p w14:paraId="367FC439" w14:textId="40032549"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Daisy</w:t>
      </w:r>
      <w:r w:rsidR="00D23E9C" w:rsidRPr="009210F4">
        <w:rPr>
          <w:rFonts w:asciiTheme="majorHAnsi" w:hAnsiTheme="majorHAnsi" w:cstheme="majorHAnsi"/>
        </w:rPr>
        <w:t xml:space="preserve"> </w:t>
      </w:r>
      <w:r w:rsidRPr="009210F4">
        <w:rPr>
          <w:rFonts w:asciiTheme="majorHAnsi" w:hAnsiTheme="majorHAnsi" w:cstheme="majorHAnsi"/>
        </w:rPr>
        <w:t>33:13</w:t>
      </w:r>
    </w:p>
    <w:p w14:paraId="5E9791CD" w14:textId="64E53D7A"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Anyway, Yeah, Disney still claim that</w:t>
      </w:r>
      <w:r w:rsidR="00054655" w:rsidRPr="009210F4">
        <w:rPr>
          <w:rFonts w:asciiTheme="majorHAnsi" w:hAnsiTheme="majorHAnsi" w:cstheme="majorHAnsi"/>
        </w:rPr>
        <w:t xml:space="preserve"> n</w:t>
      </w:r>
      <w:r w:rsidRPr="009210F4">
        <w:rPr>
          <w:rFonts w:asciiTheme="majorHAnsi" w:hAnsiTheme="majorHAnsi" w:cstheme="majorHAnsi"/>
        </w:rPr>
        <w:t>o, no, just based on</w:t>
      </w:r>
      <w:r w:rsidR="00054655" w:rsidRPr="009210F4">
        <w:rPr>
          <w:rFonts w:asciiTheme="majorHAnsi" w:hAnsiTheme="majorHAnsi" w:cstheme="majorHAnsi"/>
        </w:rPr>
        <w:t>,</w:t>
      </w:r>
      <w:r w:rsidRPr="009210F4">
        <w:rPr>
          <w:rFonts w:asciiTheme="majorHAnsi" w:hAnsiTheme="majorHAnsi" w:cstheme="majorHAnsi"/>
        </w:rPr>
        <w:t xml:space="preserve"> Hamlet. Just based on </w:t>
      </w:r>
      <w:r w:rsidR="006849CB">
        <w:rPr>
          <w:rFonts w:asciiTheme="majorHAnsi" w:hAnsiTheme="majorHAnsi" w:cstheme="majorHAnsi"/>
        </w:rPr>
        <w:t>y</w:t>
      </w:r>
      <w:r w:rsidRPr="009210F4">
        <w:rPr>
          <w:rFonts w:asciiTheme="majorHAnsi" w:hAnsiTheme="majorHAnsi" w:cstheme="majorHAnsi"/>
        </w:rPr>
        <w:t xml:space="preserve">eah, </w:t>
      </w:r>
      <w:r w:rsidR="006849CB">
        <w:rPr>
          <w:rFonts w:asciiTheme="majorHAnsi" w:hAnsiTheme="majorHAnsi" w:cstheme="majorHAnsi"/>
        </w:rPr>
        <w:t>t</w:t>
      </w:r>
      <w:r w:rsidRPr="009210F4">
        <w:rPr>
          <w:rFonts w:asciiTheme="majorHAnsi" w:hAnsiTheme="majorHAnsi" w:cstheme="majorHAnsi"/>
        </w:rPr>
        <w:t>hat's what they said. No, of course, it's nothing to do with this historical story of this African leader. It's plagiarism</w:t>
      </w:r>
      <w:r w:rsidR="00054655" w:rsidRPr="009210F4">
        <w:rPr>
          <w:rFonts w:asciiTheme="majorHAnsi" w:hAnsiTheme="majorHAnsi" w:cstheme="majorHAnsi"/>
        </w:rPr>
        <w:t xml:space="preserve">, pure and simple </w:t>
      </w:r>
    </w:p>
    <w:p w14:paraId="77C1502B" w14:textId="77777777" w:rsidR="00991E93" w:rsidRPr="009210F4" w:rsidRDefault="00991E93" w:rsidP="009210F4">
      <w:pPr>
        <w:pStyle w:val="NoSpacing"/>
        <w:rPr>
          <w:rFonts w:asciiTheme="majorHAnsi" w:hAnsiTheme="majorHAnsi" w:cstheme="majorHAnsi"/>
        </w:rPr>
      </w:pPr>
    </w:p>
    <w:p w14:paraId="4E2D74A3" w14:textId="49745427" w:rsidR="00991E93" w:rsidRPr="009210F4" w:rsidRDefault="00820759" w:rsidP="009210F4">
      <w:pPr>
        <w:pStyle w:val="NoSpacing"/>
        <w:rPr>
          <w:rFonts w:asciiTheme="majorHAnsi" w:hAnsiTheme="majorHAnsi" w:cstheme="majorHAnsi"/>
        </w:rPr>
      </w:pPr>
      <w:r w:rsidRPr="009210F4">
        <w:rPr>
          <w:rFonts w:asciiTheme="majorHAnsi" w:hAnsiTheme="majorHAnsi" w:cstheme="majorHAnsi"/>
        </w:rPr>
        <w:t xml:space="preserve">Kimmy </w:t>
      </w:r>
      <w:r w:rsidR="00F7615C" w:rsidRPr="009210F4">
        <w:rPr>
          <w:rFonts w:asciiTheme="majorHAnsi" w:hAnsiTheme="majorHAnsi" w:cstheme="majorHAnsi"/>
        </w:rPr>
        <w:t>33:37</w:t>
      </w:r>
    </w:p>
    <w:p w14:paraId="290B5661" w14:textId="77777777" w:rsidR="00054655" w:rsidRPr="009210F4" w:rsidRDefault="00054655" w:rsidP="009210F4">
      <w:pPr>
        <w:pStyle w:val="NoSpacing"/>
        <w:rPr>
          <w:rFonts w:asciiTheme="majorHAnsi" w:hAnsiTheme="majorHAnsi" w:cstheme="majorHAnsi"/>
        </w:rPr>
      </w:pPr>
      <w:r w:rsidRPr="009210F4">
        <w:rPr>
          <w:rFonts w:asciiTheme="majorHAnsi" w:hAnsiTheme="majorHAnsi" w:cstheme="majorHAnsi"/>
        </w:rPr>
        <w:t xml:space="preserve">This is literally what you call </w:t>
      </w:r>
      <w:r w:rsidR="00F7615C" w:rsidRPr="009210F4">
        <w:rPr>
          <w:rFonts w:asciiTheme="majorHAnsi" w:hAnsiTheme="majorHAnsi" w:cstheme="majorHAnsi"/>
        </w:rPr>
        <w:t>Colu</w:t>
      </w:r>
      <w:r w:rsidRPr="009210F4">
        <w:rPr>
          <w:rFonts w:asciiTheme="majorHAnsi" w:hAnsiTheme="majorHAnsi" w:cstheme="majorHAnsi"/>
        </w:rPr>
        <w:t>mbusing, have you guys ever heard of Columbusing?</w:t>
      </w:r>
    </w:p>
    <w:p w14:paraId="6F3977F1" w14:textId="77777777" w:rsidR="006849CB" w:rsidRDefault="006849CB" w:rsidP="009210F4">
      <w:pPr>
        <w:pStyle w:val="NoSpacing"/>
        <w:rPr>
          <w:rFonts w:asciiTheme="majorHAnsi" w:hAnsiTheme="majorHAnsi" w:cstheme="majorHAnsi"/>
        </w:rPr>
      </w:pPr>
    </w:p>
    <w:p w14:paraId="4B7693B4" w14:textId="0ECD260D" w:rsidR="00054655" w:rsidRPr="009210F4" w:rsidRDefault="00054655" w:rsidP="009210F4">
      <w:pPr>
        <w:pStyle w:val="NoSpacing"/>
        <w:rPr>
          <w:rFonts w:asciiTheme="majorHAnsi" w:hAnsiTheme="majorHAnsi" w:cstheme="majorHAnsi"/>
        </w:rPr>
      </w:pPr>
      <w:r w:rsidRPr="009210F4">
        <w:rPr>
          <w:rFonts w:asciiTheme="majorHAnsi" w:hAnsiTheme="majorHAnsi" w:cstheme="majorHAnsi"/>
        </w:rPr>
        <w:t>The others: No</w:t>
      </w:r>
    </w:p>
    <w:p w14:paraId="340502BC" w14:textId="77777777" w:rsidR="006849CB" w:rsidRDefault="006849CB" w:rsidP="009210F4">
      <w:pPr>
        <w:pStyle w:val="NoSpacing"/>
        <w:rPr>
          <w:rFonts w:asciiTheme="majorHAnsi" w:hAnsiTheme="majorHAnsi" w:cstheme="majorHAnsi"/>
        </w:rPr>
      </w:pPr>
    </w:p>
    <w:p w14:paraId="7B6F55A7" w14:textId="4BDB5F5D" w:rsidR="00991E93" w:rsidRPr="009210F4" w:rsidRDefault="00820759" w:rsidP="009210F4">
      <w:pPr>
        <w:pStyle w:val="NoSpacing"/>
        <w:rPr>
          <w:rFonts w:asciiTheme="majorHAnsi" w:hAnsiTheme="majorHAnsi" w:cstheme="majorHAnsi"/>
        </w:rPr>
      </w:pPr>
      <w:r w:rsidRPr="009210F4">
        <w:rPr>
          <w:rFonts w:asciiTheme="majorHAnsi" w:hAnsiTheme="majorHAnsi" w:cstheme="majorHAnsi"/>
        </w:rPr>
        <w:t>Kimmy:</w:t>
      </w:r>
      <w:r w:rsidR="00D23E9C" w:rsidRPr="009210F4">
        <w:rPr>
          <w:rFonts w:asciiTheme="majorHAnsi" w:hAnsiTheme="majorHAnsi" w:cstheme="majorHAnsi"/>
        </w:rPr>
        <w:t xml:space="preserve"> </w:t>
      </w:r>
      <w:proofErr w:type="gramStart"/>
      <w:r w:rsidR="00F7615C" w:rsidRPr="009210F4">
        <w:rPr>
          <w:rFonts w:asciiTheme="majorHAnsi" w:hAnsiTheme="majorHAnsi" w:cstheme="majorHAnsi"/>
        </w:rPr>
        <w:t>So</w:t>
      </w:r>
      <w:proofErr w:type="gramEnd"/>
      <w:r w:rsidR="00F7615C" w:rsidRPr="009210F4">
        <w:rPr>
          <w:rFonts w:asciiTheme="majorHAnsi" w:hAnsiTheme="majorHAnsi" w:cstheme="majorHAnsi"/>
        </w:rPr>
        <w:t xml:space="preserve"> you know how Christopher Columbus claim</w:t>
      </w:r>
      <w:r w:rsidR="00A21F47" w:rsidRPr="009210F4">
        <w:rPr>
          <w:rFonts w:asciiTheme="majorHAnsi" w:hAnsiTheme="majorHAnsi" w:cstheme="majorHAnsi"/>
        </w:rPr>
        <w:t>ed</w:t>
      </w:r>
      <w:r w:rsidR="00D23E9C" w:rsidRPr="009210F4">
        <w:rPr>
          <w:rFonts w:asciiTheme="majorHAnsi" w:hAnsiTheme="majorHAnsi" w:cstheme="majorHAnsi"/>
        </w:rPr>
        <w:t xml:space="preserve"> </w:t>
      </w:r>
      <w:r w:rsidR="00F7615C" w:rsidRPr="009210F4">
        <w:rPr>
          <w:rFonts w:asciiTheme="majorHAnsi" w:hAnsiTheme="majorHAnsi" w:cstheme="majorHAnsi"/>
        </w:rPr>
        <w:t xml:space="preserve">he discovered the </w:t>
      </w:r>
      <w:r w:rsidR="00A21F47" w:rsidRPr="009210F4">
        <w:rPr>
          <w:rFonts w:asciiTheme="majorHAnsi" w:hAnsiTheme="majorHAnsi" w:cstheme="majorHAnsi"/>
        </w:rPr>
        <w:t xml:space="preserve">Americas </w:t>
      </w:r>
      <w:r w:rsidR="00F7615C" w:rsidRPr="009210F4">
        <w:rPr>
          <w:rFonts w:asciiTheme="majorHAnsi" w:hAnsiTheme="majorHAnsi" w:cstheme="majorHAnsi"/>
        </w:rPr>
        <w:t>when they're already like</w:t>
      </w:r>
      <w:r w:rsidR="00A21F47" w:rsidRPr="009210F4">
        <w:rPr>
          <w:rFonts w:asciiTheme="majorHAnsi" w:hAnsiTheme="majorHAnsi" w:cstheme="majorHAnsi"/>
        </w:rPr>
        <w:t>,</w:t>
      </w:r>
      <w:r w:rsidR="00F7615C" w:rsidRPr="009210F4">
        <w:rPr>
          <w:rFonts w:asciiTheme="majorHAnsi" w:hAnsiTheme="majorHAnsi" w:cstheme="majorHAnsi"/>
        </w:rPr>
        <w:t xml:space="preserve"> well</w:t>
      </w:r>
      <w:r w:rsidR="00A21F47" w:rsidRPr="009210F4">
        <w:rPr>
          <w:rFonts w:asciiTheme="majorHAnsi" w:hAnsiTheme="majorHAnsi" w:cstheme="majorHAnsi"/>
        </w:rPr>
        <w:t>,</w:t>
      </w:r>
      <w:r w:rsidR="00F7615C" w:rsidRPr="009210F4">
        <w:rPr>
          <w:rFonts w:asciiTheme="majorHAnsi" w:hAnsiTheme="majorHAnsi" w:cstheme="majorHAnsi"/>
        </w:rPr>
        <w:t xml:space="preserve"> established and he has the nerve to call them like, India, like because he was trying to get to India. And he was like, </w:t>
      </w:r>
      <w:r w:rsidR="00A21F47" w:rsidRPr="009210F4">
        <w:rPr>
          <w:rFonts w:asciiTheme="majorHAnsi" w:hAnsiTheme="majorHAnsi" w:cstheme="majorHAnsi"/>
        </w:rPr>
        <w:t>‘</w:t>
      </w:r>
      <w:r w:rsidR="00F7615C" w:rsidRPr="009210F4">
        <w:rPr>
          <w:rFonts w:asciiTheme="majorHAnsi" w:hAnsiTheme="majorHAnsi" w:cstheme="majorHAnsi"/>
        </w:rPr>
        <w:t xml:space="preserve">Oh, you're Indians and today Native Americans are </w:t>
      </w:r>
      <w:r w:rsidR="00A21F47" w:rsidRPr="009210F4">
        <w:rPr>
          <w:rFonts w:asciiTheme="majorHAnsi" w:hAnsiTheme="majorHAnsi" w:cstheme="majorHAnsi"/>
        </w:rPr>
        <w:t xml:space="preserve">still called Indians </w:t>
      </w:r>
      <w:r w:rsidR="006849CB">
        <w:rPr>
          <w:rFonts w:asciiTheme="majorHAnsi" w:hAnsiTheme="majorHAnsi" w:cstheme="majorHAnsi"/>
        </w:rPr>
        <w:t>w</w:t>
      </w:r>
      <w:r w:rsidR="00F7615C" w:rsidRPr="009210F4">
        <w:rPr>
          <w:rFonts w:asciiTheme="majorHAnsi" w:hAnsiTheme="majorHAnsi" w:cstheme="majorHAnsi"/>
        </w:rPr>
        <w:t xml:space="preserve">hen they </w:t>
      </w:r>
      <w:r w:rsidR="00A21F47" w:rsidRPr="009210F4">
        <w:rPr>
          <w:rFonts w:asciiTheme="majorHAnsi" w:hAnsiTheme="majorHAnsi" w:cstheme="majorHAnsi"/>
        </w:rPr>
        <w:t xml:space="preserve">are </w:t>
      </w:r>
      <w:r w:rsidR="00F7615C" w:rsidRPr="009210F4">
        <w:rPr>
          <w:rFonts w:asciiTheme="majorHAnsi" w:hAnsiTheme="majorHAnsi" w:cstheme="majorHAnsi"/>
        </w:rPr>
        <w:t>actually Native Americans</w:t>
      </w:r>
      <w:r w:rsidR="00A21F47" w:rsidRPr="009210F4">
        <w:rPr>
          <w:rFonts w:asciiTheme="majorHAnsi" w:hAnsiTheme="majorHAnsi" w:cstheme="majorHAnsi"/>
        </w:rPr>
        <w:t>,</w:t>
      </w:r>
      <w:r w:rsidR="00F7615C" w:rsidRPr="009210F4">
        <w:rPr>
          <w:rFonts w:asciiTheme="majorHAnsi" w:hAnsiTheme="majorHAnsi" w:cstheme="majorHAnsi"/>
        </w:rPr>
        <w:t xml:space="preserve"> you know? </w:t>
      </w:r>
      <w:r w:rsidR="00A21F47" w:rsidRPr="009210F4">
        <w:rPr>
          <w:rFonts w:asciiTheme="majorHAnsi" w:hAnsiTheme="majorHAnsi" w:cstheme="majorHAnsi"/>
        </w:rPr>
        <w:t xml:space="preserve">You </w:t>
      </w:r>
      <w:r w:rsidR="00F7615C" w:rsidRPr="009210F4">
        <w:rPr>
          <w:rFonts w:asciiTheme="majorHAnsi" w:hAnsiTheme="majorHAnsi" w:cstheme="majorHAnsi"/>
        </w:rPr>
        <w:t>know, and they so that whole thing is when there is a piece of like black culture</w:t>
      </w:r>
      <w:r w:rsidR="00A21F47" w:rsidRPr="009210F4">
        <w:rPr>
          <w:rFonts w:asciiTheme="majorHAnsi" w:hAnsiTheme="majorHAnsi" w:cstheme="majorHAnsi"/>
        </w:rPr>
        <w:t>,</w:t>
      </w:r>
      <w:r w:rsidR="00F7615C" w:rsidRPr="009210F4">
        <w:rPr>
          <w:rFonts w:asciiTheme="majorHAnsi" w:hAnsiTheme="majorHAnsi" w:cstheme="majorHAnsi"/>
        </w:rPr>
        <w:t xml:space="preserve"> you know, and </w:t>
      </w:r>
      <w:proofErr w:type="spellStart"/>
      <w:r w:rsidR="00F7615C" w:rsidRPr="009210F4">
        <w:rPr>
          <w:rFonts w:asciiTheme="majorHAnsi" w:hAnsiTheme="majorHAnsi" w:cstheme="majorHAnsi"/>
        </w:rPr>
        <w:t>and</w:t>
      </w:r>
      <w:proofErr w:type="spellEnd"/>
      <w:r w:rsidR="00F7615C" w:rsidRPr="009210F4">
        <w:rPr>
          <w:rFonts w:asciiTheme="majorHAnsi" w:hAnsiTheme="majorHAnsi" w:cstheme="majorHAnsi"/>
        </w:rPr>
        <w:t xml:space="preserve"> then someone who is a lot of times white goes and says, </w:t>
      </w:r>
      <w:r w:rsidR="00A21F47" w:rsidRPr="009210F4">
        <w:rPr>
          <w:rFonts w:asciiTheme="majorHAnsi" w:hAnsiTheme="majorHAnsi" w:cstheme="majorHAnsi"/>
        </w:rPr>
        <w:t>‘</w:t>
      </w:r>
      <w:r w:rsidR="00F7615C" w:rsidRPr="009210F4">
        <w:rPr>
          <w:rFonts w:asciiTheme="majorHAnsi" w:hAnsiTheme="majorHAnsi" w:cstheme="majorHAnsi"/>
        </w:rPr>
        <w:t>I discovered this</w:t>
      </w:r>
      <w:r w:rsidR="00A21F47" w:rsidRPr="009210F4">
        <w:rPr>
          <w:rFonts w:asciiTheme="majorHAnsi" w:hAnsiTheme="majorHAnsi" w:cstheme="majorHAnsi"/>
        </w:rPr>
        <w:t>,</w:t>
      </w:r>
      <w:r w:rsidR="00F7615C" w:rsidRPr="009210F4">
        <w:rPr>
          <w:rFonts w:asciiTheme="majorHAnsi" w:hAnsiTheme="majorHAnsi" w:cstheme="majorHAnsi"/>
        </w:rPr>
        <w:t xml:space="preserve"> I invented this</w:t>
      </w:r>
      <w:r w:rsidR="00A21F47" w:rsidRPr="009210F4">
        <w:rPr>
          <w:rFonts w:asciiTheme="majorHAnsi" w:hAnsiTheme="majorHAnsi" w:cstheme="majorHAnsi"/>
        </w:rPr>
        <w:t>’</w:t>
      </w:r>
      <w:r w:rsidR="00F7615C" w:rsidRPr="009210F4">
        <w:rPr>
          <w:rFonts w:asciiTheme="majorHAnsi" w:hAnsiTheme="majorHAnsi" w:cstheme="majorHAnsi"/>
        </w:rPr>
        <w:t xml:space="preserve"> and it already exists in black culture people call </w:t>
      </w:r>
      <w:r w:rsidR="00A21F47" w:rsidRPr="009210F4">
        <w:rPr>
          <w:rFonts w:asciiTheme="majorHAnsi" w:hAnsiTheme="majorHAnsi" w:cstheme="majorHAnsi"/>
        </w:rPr>
        <w:t xml:space="preserve">it </w:t>
      </w:r>
      <w:r w:rsidR="00F7615C" w:rsidRPr="009210F4">
        <w:rPr>
          <w:rFonts w:asciiTheme="majorHAnsi" w:hAnsiTheme="majorHAnsi" w:cstheme="majorHAnsi"/>
        </w:rPr>
        <w:t>Columbus</w:t>
      </w:r>
      <w:r w:rsidR="00A21F47" w:rsidRPr="009210F4">
        <w:rPr>
          <w:rFonts w:asciiTheme="majorHAnsi" w:hAnsiTheme="majorHAnsi" w:cstheme="majorHAnsi"/>
        </w:rPr>
        <w:t>ing</w:t>
      </w:r>
      <w:r w:rsidR="006849CB">
        <w:rPr>
          <w:rFonts w:asciiTheme="majorHAnsi" w:hAnsiTheme="majorHAnsi" w:cstheme="majorHAnsi"/>
        </w:rPr>
        <w:t>.</w:t>
      </w:r>
      <w:r w:rsidR="00D23E9C" w:rsidRPr="009210F4">
        <w:rPr>
          <w:rFonts w:asciiTheme="majorHAnsi" w:hAnsiTheme="majorHAnsi" w:cstheme="majorHAnsi"/>
        </w:rPr>
        <w:t xml:space="preserve"> </w:t>
      </w:r>
      <w:r w:rsidR="00F7615C" w:rsidRPr="009210F4">
        <w:rPr>
          <w:rFonts w:asciiTheme="majorHAnsi" w:hAnsiTheme="majorHAnsi" w:cstheme="majorHAnsi"/>
        </w:rPr>
        <w:t xml:space="preserve">And they they're like, </w:t>
      </w:r>
      <w:r w:rsidR="00A21F47" w:rsidRPr="009210F4">
        <w:rPr>
          <w:rFonts w:asciiTheme="majorHAnsi" w:hAnsiTheme="majorHAnsi" w:cstheme="majorHAnsi"/>
        </w:rPr>
        <w:t>‘</w:t>
      </w:r>
      <w:r w:rsidR="00F7615C" w:rsidRPr="009210F4">
        <w:rPr>
          <w:rFonts w:asciiTheme="majorHAnsi" w:hAnsiTheme="majorHAnsi" w:cstheme="majorHAnsi"/>
        </w:rPr>
        <w:t>Oh, we made this Oh, baby hairs</w:t>
      </w:r>
      <w:r w:rsidR="00A21F47" w:rsidRPr="009210F4">
        <w:rPr>
          <w:rFonts w:asciiTheme="majorHAnsi" w:hAnsiTheme="majorHAnsi" w:cstheme="majorHAnsi"/>
        </w:rPr>
        <w:t>, we</w:t>
      </w:r>
      <w:r w:rsidR="00D23E9C" w:rsidRPr="009210F4">
        <w:rPr>
          <w:rFonts w:asciiTheme="majorHAnsi" w:hAnsiTheme="majorHAnsi" w:cstheme="majorHAnsi"/>
        </w:rPr>
        <w:t xml:space="preserve"> </w:t>
      </w:r>
      <w:r w:rsidR="00F7615C" w:rsidRPr="009210F4">
        <w:rPr>
          <w:rFonts w:asciiTheme="majorHAnsi" w:hAnsiTheme="majorHAnsi" w:cstheme="majorHAnsi"/>
        </w:rPr>
        <w:t>did that</w:t>
      </w:r>
      <w:r w:rsidR="00A21F47" w:rsidRPr="009210F4">
        <w:rPr>
          <w:rFonts w:asciiTheme="majorHAnsi" w:hAnsiTheme="majorHAnsi" w:cstheme="majorHAnsi"/>
        </w:rPr>
        <w:t>, that’s our thing’</w:t>
      </w:r>
      <w:r w:rsidR="00F7615C" w:rsidRPr="009210F4">
        <w:rPr>
          <w:rFonts w:asciiTheme="majorHAnsi" w:hAnsiTheme="majorHAnsi" w:cstheme="majorHAnsi"/>
        </w:rPr>
        <w:t xml:space="preserve">. </w:t>
      </w:r>
      <w:proofErr w:type="gramStart"/>
      <w:r w:rsidR="00F7615C" w:rsidRPr="009210F4">
        <w:rPr>
          <w:rFonts w:asciiTheme="majorHAnsi" w:hAnsiTheme="majorHAnsi" w:cstheme="majorHAnsi"/>
        </w:rPr>
        <w:t>So</w:t>
      </w:r>
      <w:proofErr w:type="gramEnd"/>
      <w:r w:rsidR="00F7615C" w:rsidRPr="009210F4">
        <w:rPr>
          <w:rFonts w:asciiTheme="majorHAnsi" w:hAnsiTheme="majorHAnsi" w:cstheme="majorHAnsi"/>
        </w:rPr>
        <w:t xml:space="preserve"> like when we used to be called ghetto for having like cornrows and baby hairs and whatever</w:t>
      </w:r>
      <w:r w:rsidR="00A21F47" w:rsidRPr="009210F4">
        <w:rPr>
          <w:rFonts w:asciiTheme="majorHAnsi" w:hAnsiTheme="majorHAnsi" w:cstheme="majorHAnsi"/>
        </w:rPr>
        <w:t xml:space="preserve"> a</w:t>
      </w:r>
      <w:r w:rsidR="00F7615C" w:rsidRPr="009210F4">
        <w:rPr>
          <w:rFonts w:asciiTheme="majorHAnsi" w:hAnsiTheme="majorHAnsi" w:cstheme="majorHAnsi"/>
        </w:rPr>
        <w:t xml:space="preserve">nd then you see Elle Magazine, and all these </w:t>
      </w:r>
      <w:r w:rsidR="00A21F47" w:rsidRPr="009210F4">
        <w:rPr>
          <w:rFonts w:asciiTheme="majorHAnsi" w:hAnsiTheme="majorHAnsi" w:cstheme="majorHAnsi"/>
        </w:rPr>
        <w:t>runwa</w:t>
      </w:r>
      <w:r w:rsidR="00F7615C" w:rsidRPr="009210F4">
        <w:rPr>
          <w:rFonts w:asciiTheme="majorHAnsi" w:hAnsiTheme="majorHAnsi" w:cstheme="majorHAnsi"/>
        </w:rPr>
        <w:t>y shows</w:t>
      </w:r>
      <w:r w:rsidR="00A21F47" w:rsidRPr="009210F4">
        <w:rPr>
          <w:rFonts w:asciiTheme="majorHAnsi" w:hAnsiTheme="majorHAnsi" w:cstheme="majorHAnsi"/>
        </w:rPr>
        <w:t xml:space="preserve"> a</w:t>
      </w:r>
      <w:r w:rsidR="00F7615C" w:rsidRPr="009210F4">
        <w:rPr>
          <w:rFonts w:asciiTheme="majorHAnsi" w:hAnsiTheme="majorHAnsi" w:cstheme="majorHAnsi"/>
        </w:rPr>
        <w:t>nd these white girls</w:t>
      </w:r>
      <w:r w:rsidR="00037389" w:rsidRPr="009210F4">
        <w:rPr>
          <w:rFonts w:asciiTheme="majorHAnsi" w:hAnsiTheme="majorHAnsi" w:cstheme="majorHAnsi"/>
        </w:rPr>
        <w:t>,</w:t>
      </w:r>
      <w:r w:rsidR="00F7615C" w:rsidRPr="009210F4">
        <w:rPr>
          <w:rFonts w:asciiTheme="majorHAnsi" w:hAnsiTheme="majorHAnsi" w:cstheme="majorHAnsi"/>
        </w:rPr>
        <w:t xml:space="preserve"> these models are rockin</w:t>
      </w:r>
      <w:r w:rsidR="00037389" w:rsidRPr="009210F4">
        <w:rPr>
          <w:rFonts w:asciiTheme="majorHAnsi" w:hAnsiTheme="majorHAnsi" w:cstheme="majorHAnsi"/>
        </w:rPr>
        <w:t>’</w:t>
      </w:r>
      <w:r w:rsidR="00F7615C" w:rsidRPr="009210F4">
        <w:rPr>
          <w:rFonts w:asciiTheme="majorHAnsi" w:hAnsiTheme="majorHAnsi" w:cstheme="majorHAnsi"/>
        </w:rPr>
        <w:t xml:space="preserve"> all the stuff that you'd see in Peckham, and in all the urban areas and the girls were being called ghetto, but now it's being called high fashion. And let's not talk about </w:t>
      </w:r>
      <w:r w:rsidR="006849CB">
        <w:rPr>
          <w:rFonts w:asciiTheme="majorHAnsi" w:hAnsiTheme="majorHAnsi" w:cstheme="majorHAnsi"/>
        </w:rPr>
        <w:t>t</w:t>
      </w:r>
      <w:r w:rsidR="00F7615C" w:rsidRPr="009210F4">
        <w:rPr>
          <w:rFonts w:asciiTheme="majorHAnsi" w:hAnsiTheme="majorHAnsi" w:cstheme="majorHAnsi"/>
        </w:rPr>
        <w:t xml:space="preserve">hose </w:t>
      </w:r>
      <w:r w:rsidR="00692E66" w:rsidRPr="009210F4">
        <w:rPr>
          <w:rFonts w:asciiTheme="majorHAnsi" w:hAnsiTheme="majorHAnsi" w:cstheme="majorHAnsi"/>
        </w:rPr>
        <w:t>blow-up</w:t>
      </w:r>
      <w:r w:rsidR="00F7615C" w:rsidRPr="009210F4">
        <w:rPr>
          <w:rFonts w:asciiTheme="majorHAnsi" w:hAnsiTheme="majorHAnsi" w:cstheme="majorHAnsi"/>
        </w:rPr>
        <w:t xml:space="preserve"> </w:t>
      </w:r>
      <w:r w:rsidR="00037389" w:rsidRPr="009210F4">
        <w:rPr>
          <w:rFonts w:asciiTheme="majorHAnsi" w:hAnsiTheme="majorHAnsi" w:cstheme="majorHAnsi"/>
        </w:rPr>
        <w:t xml:space="preserve">dolls </w:t>
      </w:r>
      <w:r w:rsidR="00F7615C" w:rsidRPr="009210F4">
        <w:rPr>
          <w:rFonts w:asciiTheme="majorHAnsi" w:hAnsiTheme="majorHAnsi" w:cstheme="majorHAnsi"/>
        </w:rPr>
        <w:t>called the Kardashians</w:t>
      </w:r>
      <w:r w:rsidR="00037389" w:rsidRPr="009210F4">
        <w:rPr>
          <w:rFonts w:asciiTheme="majorHAnsi" w:hAnsiTheme="majorHAnsi" w:cstheme="majorHAnsi"/>
        </w:rPr>
        <w:t>,</w:t>
      </w:r>
      <w:r w:rsidR="00F7615C" w:rsidRPr="009210F4">
        <w:rPr>
          <w:rFonts w:asciiTheme="majorHAnsi" w:hAnsiTheme="majorHAnsi" w:cstheme="majorHAnsi"/>
        </w:rPr>
        <w:t xml:space="preserve"> like</w:t>
      </w:r>
      <w:r w:rsidR="00037389" w:rsidRPr="009210F4">
        <w:rPr>
          <w:rFonts w:asciiTheme="majorHAnsi" w:hAnsiTheme="majorHAnsi" w:cstheme="majorHAnsi"/>
        </w:rPr>
        <w:t>,</w:t>
      </w:r>
      <w:r w:rsidR="00F7615C" w:rsidRPr="009210F4">
        <w:rPr>
          <w:rFonts w:asciiTheme="majorHAnsi" w:hAnsiTheme="majorHAnsi" w:cstheme="majorHAnsi"/>
        </w:rPr>
        <w:t xml:space="preserve"> rockin</w:t>
      </w:r>
      <w:r w:rsidR="00037389" w:rsidRPr="009210F4">
        <w:rPr>
          <w:rFonts w:asciiTheme="majorHAnsi" w:hAnsiTheme="majorHAnsi" w:cstheme="majorHAnsi"/>
        </w:rPr>
        <w:t>’</w:t>
      </w:r>
      <w:r w:rsidR="00F7615C" w:rsidRPr="009210F4">
        <w:rPr>
          <w:rFonts w:asciiTheme="majorHAnsi" w:hAnsiTheme="majorHAnsi" w:cstheme="majorHAnsi"/>
        </w:rPr>
        <w:t xml:space="preserve"> </w:t>
      </w:r>
      <w:r w:rsidR="00037389" w:rsidRPr="009210F4">
        <w:rPr>
          <w:rFonts w:asciiTheme="majorHAnsi" w:hAnsiTheme="majorHAnsi" w:cstheme="majorHAnsi"/>
        </w:rPr>
        <w:t xml:space="preserve">it </w:t>
      </w:r>
      <w:r w:rsidR="00F7615C" w:rsidRPr="009210F4">
        <w:rPr>
          <w:rFonts w:asciiTheme="majorHAnsi" w:hAnsiTheme="majorHAnsi" w:cstheme="majorHAnsi"/>
        </w:rPr>
        <w:t xml:space="preserve">and making it like </w:t>
      </w:r>
      <w:r w:rsidR="00037389" w:rsidRPr="009210F4">
        <w:rPr>
          <w:rFonts w:asciiTheme="majorHAnsi" w:hAnsiTheme="majorHAnsi" w:cstheme="majorHAnsi"/>
        </w:rPr>
        <w:t xml:space="preserve">all </w:t>
      </w:r>
      <w:r w:rsidR="00F7615C" w:rsidRPr="009210F4">
        <w:rPr>
          <w:rFonts w:asciiTheme="majorHAnsi" w:hAnsiTheme="majorHAnsi" w:cstheme="majorHAnsi"/>
        </w:rPr>
        <w:t>hi fashion</w:t>
      </w:r>
      <w:r w:rsidR="00037389" w:rsidRPr="009210F4">
        <w:rPr>
          <w:rFonts w:asciiTheme="majorHAnsi" w:hAnsiTheme="majorHAnsi" w:cstheme="majorHAnsi"/>
        </w:rPr>
        <w:t>,</w:t>
      </w:r>
      <w:r w:rsidR="00F7615C" w:rsidRPr="009210F4">
        <w:rPr>
          <w:rFonts w:asciiTheme="majorHAnsi" w:hAnsiTheme="majorHAnsi" w:cstheme="majorHAnsi"/>
        </w:rPr>
        <w:t xml:space="preserve"> </w:t>
      </w:r>
      <w:r w:rsidR="00037389" w:rsidRPr="009210F4">
        <w:rPr>
          <w:rFonts w:asciiTheme="majorHAnsi" w:hAnsiTheme="majorHAnsi" w:cstheme="majorHAnsi"/>
        </w:rPr>
        <w:t xml:space="preserve">that’s </w:t>
      </w:r>
      <w:r w:rsidR="00F7615C" w:rsidRPr="009210F4">
        <w:rPr>
          <w:rFonts w:asciiTheme="majorHAnsi" w:hAnsiTheme="majorHAnsi" w:cstheme="majorHAnsi"/>
        </w:rPr>
        <w:t>what we call Columbus</w:t>
      </w:r>
      <w:r w:rsidR="00037389" w:rsidRPr="009210F4">
        <w:rPr>
          <w:rFonts w:asciiTheme="majorHAnsi" w:hAnsiTheme="majorHAnsi" w:cstheme="majorHAnsi"/>
        </w:rPr>
        <w:t>ing</w:t>
      </w:r>
      <w:r w:rsidR="00D23E9C" w:rsidRPr="009210F4">
        <w:rPr>
          <w:rFonts w:asciiTheme="majorHAnsi" w:hAnsiTheme="majorHAnsi" w:cstheme="majorHAnsi"/>
        </w:rPr>
        <w:t xml:space="preserve"> </w:t>
      </w:r>
      <w:r w:rsidR="00037389" w:rsidRPr="009210F4">
        <w:rPr>
          <w:rFonts w:asciiTheme="majorHAnsi" w:hAnsiTheme="majorHAnsi" w:cstheme="majorHAnsi"/>
        </w:rPr>
        <w:t xml:space="preserve">cos </w:t>
      </w:r>
      <w:r w:rsidR="00F7615C" w:rsidRPr="009210F4">
        <w:rPr>
          <w:rFonts w:asciiTheme="majorHAnsi" w:hAnsiTheme="majorHAnsi" w:cstheme="majorHAnsi"/>
        </w:rPr>
        <w:t>you</w:t>
      </w:r>
      <w:r w:rsidR="006849CB">
        <w:rPr>
          <w:rFonts w:asciiTheme="majorHAnsi" w:hAnsiTheme="majorHAnsi" w:cstheme="majorHAnsi"/>
        </w:rPr>
        <w:t>’</w:t>
      </w:r>
      <w:r w:rsidR="00F7615C" w:rsidRPr="009210F4">
        <w:rPr>
          <w:rFonts w:asciiTheme="majorHAnsi" w:hAnsiTheme="majorHAnsi" w:cstheme="majorHAnsi"/>
        </w:rPr>
        <w:t>r</w:t>
      </w:r>
      <w:r w:rsidR="006849CB">
        <w:rPr>
          <w:rFonts w:asciiTheme="majorHAnsi" w:hAnsiTheme="majorHAnsi" w:cstheme="majorHAnsi"/>
        </w:rPr>
        <w:t>e</w:t>
      </w:r>
      <w:r w:rsidR="00F7615C" w:rsidRPr="009210F4">
        <w:rPr>
          <w:rFonts w:asciiTheme="majorHAnsi" w:hAnsiTheme="majorHAnsi" w:cstheme="majorHAnsi"/>
        </w:rPr>
        <w:t xml:space="preserve"> </w:t>
      </w:r>
      <w:r w:rsidR="00037389" w:rsidRPr="009210F4">
        <w:rPr>
          <w:rFonts w:asciiTheme="majorHAnsi" w:hAnsiTheme="majorHAnsi" w:cstheme="majorHAnsi"/>
        </w:rPr>
        <w:t xml:space="preserve">acting </w:t>
      </w:r>
      <w:r w:rsidR="00F7615C" w:rsidRPr="009210F4">
        <w:rPr>
          <w:rFonts w:asciiTheme="majorHAnsi" w:hAnsiTheme="majorHAnsi" w:cstheme="majorHAnsi"/>
        </w:rPr>
        <w:t xml:space="preserve">like </w:t>
      </w:r>
      <w:r w:rsidR="00037389" w:rsidRPr="009210F4">
        <w:rPr>
          <w:rFonts w:asciiTheme="majorHAnsi" w:hAnsiTheme="majorHAnsi" w:cstheme="majorHAnsi"/>
        </w:rPr>
        <w:t xml:space="preserve">you </w:t>
      </w:r>
      <w:r w:rsidR="00F7615C" w:rsidRPr="009210F4">
        <w:rPr>
          <w:rFonts w:asciiTheme="majorHAnsi" w:hAnsiTheme="majorHAnsi" w:cstheme="majorHAnsi"/>
        </w:rPr>
        <w:t xml:space="preserve">invented </w:t>
      </w:r>
      <w:r w:rsidR="00037389" w:rsidRPr="009210F4">
        <w:rPr>
          <w:rFonts w:asciiTheme="majorHAnsi" w:hAnsiTheme="majorHAnsi" w:cstheme="majorHAnsi"/>
        </w:rPr>
        <w:t xml:space="preserve">it and it was already here </w:t>
      </w:r>
    </w:p>
    <w:p w14:paraId="713DD832" w14:textId="77777777" w:rsidR="006849CB" w:rsidRDefault="006849CB" w:rsidP="009210F4">
      <w:pPr>
        <w:pStyle w:val="NoSpacing"/>
        <w:rPr>
          <w:rFonts w:asciiTheme="majorHAnsi" w:hAnsiTheme="majorHAnsi" w:cstheme="majorHAnsi"/>
        </w:rPr>
      </w:pPr>
    </w:p>
    <w:p w14:paraId="7935E2EC" w14:textId="5163804D"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Alice</w:t>
      </w:r>
      <w:r w:rsidR="00D23E9C" w:rsidRPr="009210F4">
        <w:rPr>
          <w:rFonts w:asciiTheme="majorHAnsi" w:hAnsiTheme="majorHAnsi" w:cstheme="majorHAnsi"/>
        </w:rPr>
        <w:t xml:space="preserve"> </w:t>
      </w:r>
      <w:r w:rsidRPr="009210F4">
        <w:rPr>
          <w:rFonts w:asciiTheme="majorHAnsi" w:hAnsiTheme="majorHAnsi" w:cstheme="majorHAnsi"/>
        </w:rPr>
        <w:t>35:12</w:t>
      </w:r>
    </w:p>
    <w:p w14:paraId="234F704C" w14:textId="01562773"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I've heard</w:t>
      </w:r>
      <w:r w:rsidR="00F25B9D" w:rsidRPr="009210F4">
        <w:rPr>
          <w:rFonts w:asciiTheme="majorHAnsi" w:hAnsiTheme="majorHAnsi" w:cstheme="majorHAnsi"/>
        </w:rPr>
        <w:t>,</w:t>
      </w:r>
      <w:r w:rsidRPr="009210F4">
        <w:rPr>
          <w:rFonts w:asciiTheme="majorHAnsi" w:hAnsiTheme="majorHAnsi" w:cstheme="majorHAnsi"/>
        </w:rPr>
        <w:t xml:space="preserve"> I think I </w:t>
      </w:r>
      <w:r w:rsidR="00F25B9D" w:rsidRPr="009210F4">
        <w:rPr>
          <w:rFonts w:asciiTheme="majorHAnsi" w:hAnsiTheme="majorHAnsi" w:cstheme="majorHAnsi"/>
        </w:rPr>
        <w:t xml:space="preserve">heard </w:t>
      </w:r>
      <w:r w:rsidRPr="009210F4">
        <w:rPr>
          <w:rFonts w:asciiTheme="majorHAnsi" w:hAnsiTheme="majorHAnsi" w:cstheme="majorHAnsi"/>
        </w:rPr>
        <w:t>a podcast about somebody talking about that</w:t>
      </w:r>
      <w:r w:rsidR="00F25B9D" w:rsidRPr="009210F4">
        <w:rPr>
          <w:rFonts w:asciiTheme="majorHAnsi" w:hAnsiTheme="majorHAnsi" w:cstheme="majorHAnsi"/>
        </w:rPr>
        <w:t>,</w:t>
      </w:r>
      <w:r w:rsidRPr="009210F4">
        <w:rPr>
          <w:rFonts w:asciiTheme="majorHAnsi" w:hAnsiTheme="majorHAnsi" w:cstheme="majorHAnsi"/>
        </w:rPr>
        <w:t xml:space="preserve"> the word </w:t>
      </w:r>
      <w:r w:rsidR="00F25B9D" w:rsidRPr="009210F4">
        <w:rPr>
          <w:rFonts w:asciiTheme="majorHAnsi" w:hAnsiTheme="majorHAnsi" w:cstheme="majorHAnsi"/>
        </w:rPr>
        <w:t>‘</w:t>
      </w:r>
      <w:r w:rsidR="009210F4" w:rsidRPr="009210F4">
        <w:rPr>
          <w:rFonts w:asciiTheme="majorHAnsi" w:hAnsiTheme="majorHAnsi" w:cstheme="majorHAnsi"/>
        </w:rPr>
        <w:t>woke</w:t>
      </w:r>
      <w:r w:rsidR="00F25B9D" w:rsidRPr="009210F4">
        <w:rPr>
          <w:rFonts w:asciiTheme="majorHAnsi" w:hAnsiTheme="majorHAnsi" w:cstheme="majorHAnsi"/>
        </w:rPr>
        <w:t>’,</w:t>
      </w:r>
      <w:r w:rsidRPr="009210F4">
        <w:rPr>
          <w:rFonts w:asciiTheme="majorHAnsi" w:hAnsiTheme="majorHAnsi" w:cstheme="majorHAnsi"/>
        </w:rPr>
        <w:t xml:space="preserve"> how everybody's like </w:t>
      </w:r>
      <w:r w:rsidR="00F25B9D" w:rsidRPr="009210F4">
        <w:rPr>
          <w:rFonts w:asciiTheme="majorHAnsi" w:hAnsiTheme="majorHAnsi" w:cstheme="majorHAnsi"/>
        </w:rPr>
        <w:t>‘</w:t>
      </w:r>
      <w:r w:rsidRPr="009210F4">
        <w:rPr>
          <w:rFonts w:asciiTheme="majorHAnsi" w:hAnsiTheme="majorHAnsi" w:cstheme="majorHAnsi"/>
        </w:rPr>
        <w:t>oh it's such a like 21st century millennial word</w:t>
      </w:r>
      <w:r w:rsidR="00F25B9D" w:rsidRPr="009210F4">
        <w:rPr>
          <w:rFonts w:asciiTheme="majorHAnsi" w:hAnsiTheme="majorHAnsi" w:cstheme="majorHAnsi"/>
        </w:rPr>
        <w:t>’</w:t>
      </w:r>
      <w:r w:rsidRPr="009210F4">
        <w:rPr>
          <w:rFonts w:asciiTheme="majorHAnsi" w:hAnsiTheme="majorHAnsi" w:cstheme="majorHAnsi"/>
        </w:rPr>
        <w:t xml:space="preserve"> but actually it's a word from like black culture from at least that like jazz era</w:t>
      </w:r>
    </w:p>
    <w:p w14:paraId="3993D120" w14:textId="77777777" w:rsidR="00991E93" w:rsidRPr="009210F4" w:rsidRDefault="00991E93" w:rsidP="009210F4">
      <w:pPr>
        <w:pStyle w:val="NoSpacing"/>
        <w:rPr>
          <w:rFonts w:asciiTheme="majorHAnsi" w:hAnsiTheme="majorHAnsi" w:cstheme="majorHAnsi"/>
        </w:rPr>
      </w:pPr>
    </w:p>
    <w:p w14:paraId="76CA9755" w14:textId="6C9BE847" w:rsidR="00991E93" w:rsidRPr="009210F4" w:rsidRDefault="00820759" w:rsidP="009210F4">
      <w:pPr>
        <w:pStyle w:val="NoSpacing"/>
        <w:rPr>
          <w:rFonts w:asciiTheme="majorHAnsi" w:hAnsiTheme="majorHAnsi" w:cstheme="majorHAnsi"/>
        </w:rPr>
      </w:pPr>
      <w:r w:rsidRPr="009210F4">
        <w:rPr>
          <w:rFonts w:asciiTheme="majorHAnsi" w:hAnsiTheme="majorHAnsi" w:cstheme="majorHAnsi"/>
        </w:rPr>
        <w:t xml:space="preserve">Kimmy </w:t>
      </w:r>
      <w:r w:rsidR="00F7615C" w:rsidRPr="009210F4">
        <w:rPr>
          <w:rFonts w:asciiTheme="majorHAnsi" w:hAnsiTheme="majorHAnsi" w:cstheme="majorHAnsi"/>
        </w:rPr>
        <w:t>35:29</w:t>
      </w:r>
    </w:p>
    <w:p w14:paraId="551C887F" w14:textId="55F366D1" w:rsidR="00991E93" w:rsidRPr="009210F4" w:rsidRDefault="00BF5189" w:rsidP="009210F4">
      <w:pPr>
        <w:pStyle w:val="NoSpacing"/>
        <w:rPr>
          <w:rFonts w:asciiTheme="majorHAnsi" w:hAnsiTheme="majorHAnsi" w:cstheme="majorHAnsi"/>
        </w:rPr>
      </w:pPr>
      <w:r w:rsidRPr="009210F4">
        <w:rPr>
          <w:rFonts w:asciiTheme="majorHAnsi" w:hAnsiTheme="majorHAnsi" w:cstheme="majorHAnsi"/>
        </w:rPr>
        <w:t>Y</w:t>
      </w:r>
      <w:r w:rsidR="00F7615C" w:rsidRPr="009210F4">
        <w:rPr>
          <w:rFonts w:asciiTheme="majorHAnsi" w:hAnsiTheme="majorHAnsi" w:cstheme="majorHAnsi"/>
        </w:rPr>
        <w:t>eah</w:t>
      </w:r>
      <w:r w:rsidRPr="009210F4">
        <w:rPr>
          <w:rFonts w:asciiTheme="majorHAnsi" w:hAnsiTheme="majorHAnsi" w:cstheme="majorHAnsi"/>
        </w:rPr>
        <w:t>,</w:t>
      </w:r>
      <w:r w:rsidR="00F7615C" w:rsidRPr="009210F4">
        <w:rPr>
          <w:rFonts w:asciiTheme="majorHAnsi" w:hAnsiTheme="majorHAnsi" w:cstheme="majorHAnsi"/>
        </w:rPr>
        <w:t xml:space="preserve"> </w:t>
      </w:r>
      <w:r w:rsidRPr="009210F4">
        <w:rPr>
          <w:rFonts w:asciiTheme="majorHAnsi" w:hAnsiTheme="majorHAnsi" w:cstheme="majorHAnsi"/>
        </w:rPr>
        <w:t>y</w:t>
      </w:r>
      <w:r w:rsidR="00F7615C" w:rsidRPr="009210F4">
        <w:rPr>
          <w:rFonts w:asciiTheme="majorHAnsi" w:hAnsiTheme="majorHAnsi" w:cstheme="majorHAnsi"/>
        </w:rPr>
        <w:t xml:space="preserve">eah like </w:t>
      </w:r>
      <w:r w:rsidRPr="009210F4">
        <w:rPr>
          <w:rFonts w:asciiTheme="majorHAnsi" w:hAnsiTheme="majorHAnsi" w:cstheme="majorHAnsi"/>
        </w:rPr>
        <w:t>w</w:t>
      </w:r>
      <w:r w:rsidR="009210F4">
        <w:rPr>
          <w:rFonts w:asciiTheme="majorHAnsi" w:hAnsiTheme="majorHAnsi" w:cstheme="majorHAnsi"/>
        </w:rPr>
        <w:t>ok</w:t>
      </w:r>
      <w:r w:rsidRPr="009210F4">
        <w:rPr>
          <w:rFonts w:asciiTheme="majorHAnsi" w:hAnsiTheme="majorHAnsi" w:cstheme="majorHAnsi"/>
        </w:rPr>
        <w:t>e’s been here, like a lot of the slang that everyone is like ‘</w:t>
      </w:r>
      <w:r w:rsidR="00F7615C" w:rsidRPr="009210F4">
        <w:rPr>
          <w:rFonts w:asciiTheme="majorHAnsi" w:hAnsiTheme="majorHAnsi" w:cstheme="majorHAnsi"/>
        </w:rPr>
        <w:t>yes work</w:t>
      </w:r>
      <w:r w:rsidR="00C01F01" w:rsidRPr="009210F4">
        <w:rPr>
          <w:rFonts w:asciiTheme="majorHAnsi" w:hAnsiTheme="majorHAnsi" w:cstheme="majorHAnsi"/>
        </w:rPr>
        <w:t>,</w:t>
      </w:r>
      <w:r w:rsidR="00F7615C" w:rsidRPr="009210F4">
        <w:rPr>
          <w:rFonts w:asciiTheme="majorHAnsi" w:hAnsiTheme="majorHAnsi" w:cstheme="majorHAnsi"/>
        </w:rPr>
        <w:t xml:space="preserve"> you ate that up</w:t>
      </w:r>
      <w:r w:rsidR="00C01F01" w:rsidRPr="009210F4">
        <w:rPr>
          <w:rFonts w:asciiTheme="majorHAnsi" w:hAnsiTheme="majorHAnsi" w:cstheme="majorHAnsi"/>
        </w:rPr>
        <w:t>,</w:t>
      </w:r>
      <w:r w:rsidR="00F7615C" w:rsidRPr="009210F4">
        <w:rPr>
          <w:rFonts w:asciiTheme="majorHAnsi" w:hAnsiTheme="majorHAnsi" w:cstheme="majorHAnsi"/>
        </w:rPr>
        <w:t xml:space="preserve"> it's giving this </w:t>
      </w:r>
      <w:r w:rsidR="00C01F01" w:rsidRPr="009210F4">
        <w:rPr>
          <w:rFonts w:asciiTheme="majorHAnsi" w:hAnsiTheme="majorHAnsi" w:cstheme="majorHAnsi"/>
        </w:rPr>
        <w:t xml:space="preserve">it’s </w:t>
      </w:r>
      <w:r w:rsidR="00F7615C" w:rsidRPr="009210F4">
        <w:rPr>
          <w:rFonts w:asciiTheme="majorHAnsi" w:hAnsiTheme="majorHAnsi" w:cstheme="majorHAnsi"/>
        </w:rPr>
        <w:t>giving that</w:t>
      </w:r>
      <w:r w:rsidR="00C01F01" w:rsidRPr="009210F4">
        <w:rPr>
          <w:rFonts w:asciiTheme="majorHAnsi" w:hAnsiTheme="majorHAnsi" w:cstheme="majorHAnsi"/>
        </w:rPr>
        <w:t>’</w:t>
      </w:r>
      <w:r w:rsidR="00F7615C" w:rsidRPr="009210F4">
        <w:rPr>
          <w:rFonts w:asciiTheme="majorHAnsi" w:hAnsiTheme="majorHAnsi" w:cstheme="majorHAnsi"/>
        </w:rPr>
        <w:t xml:space="preserve"> a lot of slang is filtered from </w:t>
      </w:r>
      <w:r w:rsidR="00C01F01" w:rsidRPr="009210F4">
        <w:rPr>
          <w:rFonts w:asciiTheme="majorHAnsi" w:hAnsiTheme="majorHAnsi" w:cstheme="majorHAnsi"/>
        </w:rPr>
        <w:t xml:space="preserve">black culture </w:t>
      </w:r>
      <w:r w:rsidR="00F7615C" w:rsidRPr="009210F4">
        <w:rPr>
          <w:rFonts w:asciiTheme="majorHAnsi" w:hAnsiTheme="majorHAnsi" w:cstheme="majorHAnsi"/>
        </w:rPr>
        <w:t>so it starts really</w:t>
      </w:r>
      <w:r w:rsidR="00C01F01" w:rsidRPr="009210F4">
        <w:rPr>
          <w:rFonts w:asciiTheme="majorHAnsi" w:hAnsiTheme="majorHAnsi" w:cstheme="majorHAnsi"/>
        </w:rPr>
        <w:t>.</w:t>
      </w:r>
      <w:r w:rsidR="00D23E9C" w:rsidRPr="009210F4">
        <w:rPr>
          <w:rFonts w:asciiTheme="majorHAnsi" w:hAnsiTheme="majorHAnsi" w:cstheme="majorHAnsi"/>
        </w:rPr>
        <w:t xml:space="preserve"> </w:t>
      </w:r>
      <w:r w:rsidR="00C01F01" w:rsidRPr="009210F4">
        <w:rPr>
          <w:rFonts w:asciiTheme="majorHAnsi" w:hAnsiTheme="majorHAnsi" w:cstheme="majorHAnsi"/>
        </w:rPr>
        <w:t>B</w:t>
      </w:r>
      <w:r w:rsidR="00F7615C" w:rsidRPr="009210F4">
        <w:rPr>
          <w:rFonts w:asciiTheme="majorHAnsi" w:hAnsiTheme="majorHAnsi" w:cstheme="majorHAnsi"/>
        </w:rPr>
        <w:t>lack women are like the first ones to be like</w:t>
      </w:r>
      <w:r w:rsidR="00C01F01" w:rsidRPr="009210F4">
        <w:rPr>
          <w:rFonts w:asciiTheme="majorHAnsi" w:hAnsiTheme="majorHAnsi" w:cstheme="majorHAnsi"/>
        </w:rPr>
        <w:t>,</w:t>
      </w:r>
      <w:r w:rsidR="00F7615C" w:rsidRPr="009210F4">
        <w:rPr>
          <w:rFonts w:asciiTheme="majorHAnsi" w:hAnsiTheme="majorHAnsi" w:cstheme="majorHAnsi"/>
        </w:rPr>
        <w:t xml:space="preserve"> you know</w:t>
      </w:r>
      <w:r w:rsidR="00C01F01" w:rsidRPr="009210F4">
        <w:rPr>
          <w:rFonts w:asciiTheme="majorHAnsi" w:hAnsiTheme="majorHAnsi" w:cstheme="majorHAnsi"/>
        </w:rPr>
        <w:t>,</w:t>
      </w:r>
      <w:r w:rsidR="00F7615C" w:rsidRPr="009210F4">
        <w:rPr>
          <w:rFonts w:asciiTheme="majorHAnsi" w:hAnsiTheme="majorHAnsi" w:cstheme="majorHAnsi"/>
        </w:rPr>
        <w:t xml:space="preserve"> all this</w:t>
      </w:r>
      <w:r w:rsidR="00C01F01" w:rsidRPr="009210F4">
        <w:rPr>
          <w:rFonts w:asciiTheme="majorHAnsi" w:hAnsiTheme="majorHAnsi" w:cstheme="majorHAnsi"/>
        </w:rPr>
        <w:t>,</w:t>
      </w:r>
      <w:r w:rsidR="00692E66">
        <w:rPr>
          <w:rFonts w:asciiTheme="majorHAnsi" w:hAnsiTheme="majorHAnsi" w:cstheme="majorHAnsi"/>
        </w:rPr>
        <w:t xml:space="preserve"> </w:t>
      </w:r>
      <w:r w:rsidR="00F7615C" w:rsidRPr="009210F4">
        <w:rPr>
          <w:rFonts w:asciiTheme="majorHAnsi" w:hAnsiTheme="majorHAnsi" w:cstheme="majorHAnsi"/>
        </w:rPr>
        <w:t xml:space="preserve">and then black gay men are the ones who make </w:t>
      </w:r>
      <w:r w:rsidR="00C01F01" w:rsidRPr="009210F4">
        <w:rPr>
          <w:rFonts w:asciiTheme="majorHAnsi" w:hAnsiTheme="majorHAnsi" w:cstheme="majorHAnsi"/>
        </w:rPr>
        <w:t xml:space="preserve">it cool </w:t>
      </w:r>
      <w:r w:rsidR="00F7615C" w:rsidRPr="009210F4">
        <w:rPr>
          <w:rFonts w:asciiTheme="majorHAnsi" w:hAnsiTheme="majorHAnsi" w:cstheme="majorHAnsi"/>
        </w:rPr>
        <w:t xml:space="preserve">and put that </w:t>
      </w:r>
      <w:r w:rsidR="00C01F01" w:rsidRPr="009210F4">
        <w:rPr>
          <w:rFonts w:asciiTheme="majorHAnsi" w:hAnsiTheme="majorHAnsi" w:cstheme="majorHAnsi"/>
        </w:rPr>
        <w:t>new reasoning</w:t>
      </w:r>
      <w:r w:rsidR="00D23E9C" w:rsidRPr="009210F4">
        <w:rPr>
          <w:rFonts w:asciiTheme="majorHAnsi" w:hAnsiTheme="majorHAnsi" w:cstheme="majorHAnsi"/>
        </w:rPr>
        <w:t xml:space="preserve"> </w:t>
      </w:r>
      <w:r w:rsidR="00C01F01" w:rsidRPr="009210F4">
        <w:rPr>
          <w:rFonts w:asciiTheme="majorHAnsi" w:hAnsiTheme="majorHAnsi" w:cstheme="majorHAnsi"/>
        </w:rPr>
        <w:t xml:space="preserve">on it </w:t>
      </w:r>
      <w:r w:rsidR="00F7615C" w:rsidRPr="009210F4">
        <w:rPr>
          <w:rFonts w:asciiTheme="majorHAnsi" w:hAnsiTheme="majorHAnsi" w:cstheme="majorHAnsi"/>
        </w:rPr>
        <w:t>that</w:t>
      </w:r>
      <w:r w:rsidR="00C01F01" w:rsidRPr="009210F4">
        <w:rPr>
          <w:rFonts w:asciiTheme="majorHAnsi" w:hAnsiTheme="majorHAnsi" w:cstheme="majorHAnsi"/>
        </w:rPr>
        <w:t>,</w:t>
      </w:r>
      <w:r w:rsidR="00F7615C" w:rsidRPr="009210F4">
        <w:rPr>
          <w:rFonts w:asciiTheme="majorHAnsi" w:hAnsiTheme="majorHAnsi" w:cstheme="majorHAnsi"/>
        </w:rPr>
        <w:t xml:space="preserve"> they </w:t>
      </w:r>
      <w:r w:rsidR="00C01F01" w:rsidRPr="009210F4">
        <w:rPr>
          <w:rFonts w:asciiTheme="majorHAnsi" w:hAnsiTheme="majorHAnsi" w:cstheme="majorHAnsi"/>
        </w:rPr>
        <w:t xml:space="preserve">make it </w:t>
      </w:r>
      <w:r w:rsidR="00F7615C" w:rsidRPr="009210F4">
        <w:rPr>
          <w:rFonts w:asciiTheme="majorHAnsi" w:hAnsiTheme="majorHAnsi" w:cstheme="majorHAnsi"/>
        </w:rPr>
        <w:t>cool</w:t>
      </w:r>
      <w:r w:rsidR="00C01F01" w:rsidRPr="009210F4">
        <w:rPr>
          <w:rFonts w:asciiTheme="majorHAnsi" w:hAnsiTheme="majorHAnsi" w:cstheme="majorHAnsi"/>
        </w:rPr>
        <w:t>,</w:t>
      </w:r>
      <w:r w:rsidR="00D23E9C" w:rsidRPr="009210F4">
        <w:rPr>
          <w:rFonts w:asciiTheme="majorHAnsi" w:hAnsiTheme="majorHAnsi" w:cstheme="majorHAnsi"/>
        </w:rPr>
        <w:t xml:space="preserve"> </w:t>
      </w:r>
      <w:r w:rsidR="00C01F01" w:rsidRPr="009210F4">
        <w:rPr>
          <w:rFonts w:asciiTheme="majorHAnsi" w:hAnsiTheme="majorHAnsi" w:cstheme="majorHAnsi"/>
        </w:rPr>
        <w:t xml:space="preserve">and others are </w:t>
      </w:r>
      <w:r w:rsidR="00F7615C" w:rsidRPr="009210F4">
        <w:rPr>
          <w:rFonts w:asciiTheme="majorHAnsi" w:hAnsiTheme="majorHAnsi" w:cstheme="majorHAnsi"/>
        </w:rPr>
        <w:t xml:space="preserve">like </w:t>
      </w:r>
      <w:r w:rsidR="00C01F01" w:rsidRPr="009210F4">
        <w:rPr>
          <w:rFonts w:asciiTheme="majorHAnsi" w:hAnsiTheme="majorHAnsi" w:cstheme="majorHAnsi"/>
        </w:rPr>
        <w:t>‘</w:t>
      </w:r>
      <w:r w:rsidR="00F7615C" w:rsidRPr="009210F4">
        <w:rPr>
          <w:rFonts w:asciiTheme="majorHAnsi" w:hAnsiTheme="majorHAnsi" w:cstheme="majorHAnsi"/>
        </w:rPr>
        <w:t>well we want this</w:t>
      </w:r>
      <w:r w:rsidR="00C01F01" w:rsidRPr="009210F4">
        <w:rPr>
          <w:rFonts w:asciiTheme="majorHAnsi" w:hAnsiTheme="majorHAnsi" w:cstheme="majorHAnsi"/>
        </w:rPr>
        <w:t>, we want a piece of this ‘</w:t>
      </w:r>
      <w:r w:rsidR="00F7615C" w:rsidRPr="009210F4">
        <w:rPr>
          <w:rFonts w:asciiTheme="majorHAnsi" w:hAnsiTheme="majorHAnsi" w:cstheme="majorHAnsi"/>
        </w:rPr>
        <w:t>and then it just spreads like wildfire and the wor</w:t>
      </w:r>
      <w:r w:rsidR="00ED75FB" w:rsidRPr="009210F4">
        <w:rPr>
          <w:rFonts w:asciiTheme="majorHAnsi" w:hAnsiTheme="majorHAnsi" w:cstheme="majorHAnsi"/>
        </w:rPr>
        <w:t>l</w:t>
      </w:r>
      <w:r w:rsidR="00F7615C" w:rsidRPr="009210F4">
        <w:rPr>
          <w:rFonts w:asciiTheme="majorHAnsi" w:hAnsiTheme="majorHAnsi" w:cstheme="majorHAnsi"/>
        </w:rPr>
        <w:t>d</w:t>
      </w:r>
      <w:r w:rsidR="00ED75FB" w:rsidRPr="009210F4">
        <w:rPr>
          <w:rFonts w:asciiTheme="majorHAnsi" w:hAnsiTheme="majorHAnsi" w:cstheme="majorHAnsi"/>
        </w:rPr>
        <w:t>,</w:t>
      </w:r>
      <w:r w:rsidR="00F7615C" w:rsidRPr="009210F4">
        <w:rPr>
          <w:rFonts w:asciiTheme="majorHAnsi" w:hAnsiTheme="majorHAnsi" w:cstheme="majorHAnsi"/>
        </w:rPr>
        <w:t xml:space="preserve"> you know and then you see these youtubers be like </w:t>
      </w:r>
      <w:r w:rsidR="00ED75FB" w:rsidRPr="009210F4">
        <w:rPr>
          <w:rFonts w:asciiTheme="majorHAnsi" w:hAnsiTheme="majorHAnsi" w:cstheme="majorHAnsi"/>
        </w:rPr>
        <w:t>‘</w:t>
      </w:r>
      <w:r w:rsidR="00F7615C" w:rsidRPr="009210F4">
        <w:rPr>
          <w:rFonts w:asciiTheme="majorHAnsi" w:hAnsiTheme="majorHAnsi" w:cstheme="majorHAnsi"/>
        </w:rPr>
        <w:t xml:space="preserve">you know the </w:t>
      </w:r>
      <w:r w:rsidR="00ED75FB" w:rsidRPr="009210F4">
        <w:rPr>
          <w:rFonts w:asciiTheme="majorHAnsi" w:hAnsiTheme="majorHAnsi" w:cstheme="majorHAnsi"/>
        </w:rPr>
        <w:t>M</w:t>
      </w:r>
      <w:r w:rsidR="00F7615C" w:rsidRPr="009210F4">
        <w:rPr>
          <w:rFonts w:asciiTheme="majorHAnsi" w:hAnsiTheme="majorHAnsi" w:cstheme="majorHAnsi"/>
        </w:rPr>
        <w:t xml:space="preserve">et </w:t>
      </w:r>
      <w:r w:rsidR="00ED75FB" w:rsidRPr="009210F4">
        <w:rPr>
          <w:rFonts w:asciiTheme="majorHAnsi" w:hAnsiTheme="majorHAnsi" w:cstheme="majorHAnsi"/>
        </w:rPr>
        <w:t>G</w:t>
      </w:r>
      <w:r w:rsidR="00F7615C" w:rsidRPr="009210F4">
        <w:rPr>
          <w:rFonts w:asciiTheme="majorHAnsi" w:hAnsiTheme="majorHAnsi" w:cstheme="majorHAnsi"/>
        </w:rPr>
        <w:t xml:space="preserve">ala is just not </w:t>
      </w:r>
      <w:r w:rsidR="00ED75FB" w:rsidRPr="009210F4">
        <w:rPr>
          <w:rFonts w:asciiTheme="majorHAnsi" w:hAnsiTheme="majorHAnsi" w:cstheme="majorHAnsi"/>
        </w:rPr>
        <w:t xml:space="preserve">giving </w:t>
      </w:r>
      <w:r w:rsidR="00F7615C" w:rsidRPr="009210F4">
        <w:rPr>
          <w:rFonts w:asciiTheme="majorHAnsi" w:hAnsiTheme="majorHAnsi" w:cstheme="majorHAnsi"/>
        </w:rPr>
        <w:t>what it was supposed to give</w:t>
      </w:r>
      <w:r w:rsidR="00ED75FB" w:rsidRPr="009210F4">
        <w:rPr>
          <w:rFonts w:asciiTheme="majorHAnsi" w:hAnsiTheme="majorHAnsi" w:cstheme="majorHAnsi"/>
        </w:rPr>
        <w:t>’</w:t>
      </w:r>
      <w:r w:rsidR="00F7615C" w:rsidRPr="009210F4">
        <w:rPr>
          <w:rFonts w:asciiTheme="majorHAnsi" w:hAnsiTheme="majorHAnsi" w:cstheme="majorHAnsi"/>
        </w:rPr>
        <w:t xml:space="preserve"> and I'm like</w:t>
      </w:r>
      <w:r w:rsidR="00ED75FB" w:rsidRPr="009210F4">
        <w:rPr>
          <w:rFonts w:asciiTheme="majorHAnsi" w:hAnsiTheme="majorHAnsi" w:cstheme="majorHAnsi"/>
        </w:rPr>
        <w:t>,</w:t>
      </w:r>
      <w:r w:rsidR="00F7615C" w:rsidRPr="009210F4">
        <w:rPr>
          <w:rFonts w:asciiTheme="majorHAnsi" w:hAnsiTheme="majorHAnsi" w:cstheme="majorHAnsi"/>
        </w:rPr>
        <w:t xml:space="preserve"> </w:t>
      </w:r>
      <w:r w:rsidR="00ED75FB" w:rsidRPr="009210F4">
        <w:rPr>
          <w:rFonts w:asciiTheme="majorHAnsi" w:hAnsiTheme="majorHAnsi" w:cstheme="majorHAnsi"/>
        </w:rPr>
        <w:t>‘</w:t>
      </w:r>
      <w:r w:rsidR="00F7615C" w:rsidRPr="009210F4">
        <w:rPr>
          <w:rFonts w:asciiTheme="majorHAnsi" w:hAnsiTheme="majorHAnsi" w:cstheme="majorHAnsi"/>
        </w:rPr>
        <w:t>what you're doing is not giving what it was supposed to give</w:t>
      </w:r>
      <w:r w:rsidR="00ED75FB" w:rsidRPr="009210F4">
        <w:rPr>
          <w:rFonts w:asciiTheme="majorHAnsi" w:hAnsiTheme="majorHAnsi" w:cstheme="majorHAnsi"/>
        </w:rPr>
        <w:t>’</w:t>
      </w:r>
      <w:r w:rsidR="00F7615C" w:rsidRPr="009210F4">
        <w:rPr>
          <w:rFonts w:asciiTheme="majorHAnsi" w:hAnsiTheme="majorHAnsi" w:cstheme="majorHAnsi"/>
        </w:rPr>
        <w:t xml:space="preserve"> </w:t>
      </w:r>
      <w:r w:rsidR="00A72993" w:rsidRPr="009210F4">
        <w:rPr>
          <w:rFonts w:asciiTheme="majorHAnsi" w:hAnsiTheme="majorHAnsi" w:cstheme="majorHAnsi"/>
        </w:rPr>
        <w:t>OK</w:t>
      </w:r>
      <w:r w:rsidR="00ED75FB" w:rsidRPr="009210F4">
        <w:rPr>
          <w:rFonts w:asciiTheme="majorHAnsi" w:hAnsiTheme="majorHAnsi" w:cstheme="majorHAnsi"/>
        </w:rPr>
        <w:t>,</w:t>
      </w:r>
      <w:r w:rsidR="00D23E9C" w:rsidRPr="009210F4">
        <w:rPr>
          <w:rFonts w:asciiTheme="majorHAnsi" w:hAnsiTheme="majorHAnsi" w:cstheme="majorHAnsi"/>
        </w:rPr>
        <w:t xml:space="preserve"> </w:t>
      </w:r>
      <w:r w:rsidR="00F7615C" w:rsidRPr="009210F4">
        <w:rPr>
          <w:rFonts w:asciiTheme="majorHAnsi" w:hAnsiTheme="majorHAnsi" w:cstheme="majorHAnsi"/>
        </w:rPr>
        <w:t>so yeah, that's quintessentially like in a nutshell that</w:t>
      </w:r>
      <w:r w:rsidR="00ED75FB" w:rsidRPr="009210F4">
        <w:rPr>
          <w:rFonts w:asciiTheme="majorHAnsi" w:hAnsiTheme="majorHAnsi" w:cstheme="majorHAnsi"/>
        </w:rPr>
        <w:t>’s</w:t>
      </w:r>
      <w:r w:rsidR="00F7615C" w:rsidRPr="009210F4">
        <w:rPr>
          <w:rFonts w:asciiTheme="majorHAnsi" w:hAnsiTheme="majorHAnsi" w:cstheme="majorHAnsi"/>
        </w:rPr>
        <w:t xml:space="preserve"> Columbus</w:t>
      </w:r>
      <w:r w:rsidR="00ED75FB" w:rsidRPr="009210F4">
        <w:rPr>
          <w:rFonts w:asciiTheme="majorHAnsi" w:hAnsiTheme="majorHAnsi" w:cstheme="majorHAnsi"/>
        </w:rPr>
        <w:t>ing</w:t>
      </w:r>
      <w:r w:rsidR="00D23E9C" w:rsidRPr="009210F4">
        <w:rPr>
          <w:rFonts w:asciiTheme="majorHAnsi" w:hAnsiTheme="majorHAnsi" w:cstheme="majorHAnsi"/>
        </w:rPr>
        <w:t xml:space="preserve"> </w:t>
      </w:r>
    </w:p>
    <w:p w14:paraId="42AD4A47" w14:textId="77777777" w:rsidR="00991E93" w:rsidRPr="009210F4" w:rsidRDefault="00991E93" w:rsidP="009210F4">
      <w:pPr>
        <w:pStyle w:val="NoSpacing"/>
        <w:rPr>
          <w:rFonts w:asciiTheme="majorHAnsi" w:hAnsiTheme="majorHAnsi" w:cstheme="majorHAnsi"/>
        </w:rPr>
      </w:pPr>
    </w:p>
    <w:p w14:paraId="0D074CFA" w14:textId="41BD7010"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Lucy</w:t>
      </w:r>
      <w:r w:rsidR="00D23E9C" w:rsidRPr="009210F4">
        <w:rPr>
          <w:rFonts w:asciiTheme="majorHAnsi" w:hAnsiTheme="majorHAnsi" w:cstheme="majorHAnsi"/>
        </w:rPr>
        <w:t xml:space="preserve"> </w:t>
      </w:r>
      <w:r w:rsidRPr="009210F4">
        <w:rPr>
          <w:rFonts w:asciiTheme="majorHAnsi" w:hAnsiTheme="majorHAnsi" w:cstheme="majorHAnsi"/>
        </w:rPr>
        <w:t>36:32</w:t>
      </w:r>
    </w:p>
    <w:p w14:paraId="439A3E4B" w14:textId="36A77BB5" w:rsidR="00991E93" w:rsidRPr="009210F4" w:rsidRDefault="00A72993" w:rsidP="009210F4">
      <w:pPr>
        <w:pStyle w:val="NoSpacing"/>
        <w:rPr>
          <w:rFonts w:asciiTheme="majorHAnsi" w:hAnsiTheme="majorHAnsi" w:cstheme="majorHAnsi"/>
        </w:rPr>
      </w:pPr>
      <w:r w:rsidRPr="009210F4">
        <w:rPr>
          <w:rFonts w:asciiTheme="majorHAnsi" w:hAnsiTheme="majorHAnsi" w:cstheme="majorHAnsi"/>
        </w:rPr>
        <w:t>OK</w:t>
      </w:r>
      <w:r w:rsidR="00ED75FB" w:rsidRPr="009210F4">
        <w:rPr>
          <w:rFonts w:asciiTheme="majorHAnsi" w:hAnsiTheme="majorHAnsi" w:cstheme="majorHAnsi"/>
        </w:rPr>
        <w:t xml:space="preserve">, I understand now {laughter} </w:t>
      </w:r>
    </w:p>
    <w:p w14:paraId="546D9E6E" w14:textId="77777777" w:rsidR="00692E66" w:rsidRDefault="00692E66" w:rsidP="009210F4">
      <w:pPr>
        <w:pStyle w:val="NoSpacing"/>
        <w:rPr>
          <w:rFonts w:asciiTheme="majorHAnsi" w:hAnsiTheme="majorHAnsi" w:cstheme="majorHAnsi"/>
        </w:rPr>
      </w:pPr>
    </w:p>
    <w:p w14:paraId="0F54A747" w14:textId="75BC509D"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Daisy</w:t>
      </w:r>
      <w:r w:rsidR="00D23E9C" w:rsidRPr="009210F4">
        <w:rPr>
          <w:rFonts w:asciiTheme="majorHAnsi" w:hAnsiTheme="majorHAnsi" w:cstheme="majorHAnsi"/>
        </w:rPr>
        <w:t xml:space="preserve"> </w:t>
      </w:r>
      <w:r w:rsidRPr="009210F4">
        <w:rPr>
          <w:rFonts w:asciiTheme="majorHAnsi" w:hAnsiTheme="majorHAnsi" w:cstheme="majorHAnsi"/>
        </w:rPr>
        <w:t>36:37</w:t>
      </w:r>
    </w:p>
    <w:p w14:paraId="3DA21514" w14:textId="48A45526" w:rsidR="00991E93" w:rsidRPr="009210F4" w:rsidRDefault="00EC300E" w:rsidP="009210F4">
      <w:pPr>
        <w:pStyle w:val="NoSpacing"/>
        <w:rPr>
          <w:rFonts w:asciiTheme="majorHAnsi" w:hAnsiTheme="majorHAnsi" w:cstheme="majorHAnsi"/>
        </w:rPr>
      </w:pPr>
      <w:r w:rsidRPr="009210F4">
        <w:rPr>
          <w:rFonts w:asciiTheme="majorHAnsi" w:hAnsiTheme="majorHAnsi" w:cstheme="majorHAnsi"/>
        </w:rPr>
        <w:t xml:space="preserve">Yeah </w:t>
      </w:r>
      <w:r w:rsidR="00692E66" w:rsidRPr="009210F4">
        <w:rPr>
          <w:rFonts w:asciiTheme="majorHAnsi" w:hAnsiTheme="majorHAnsi" w:cstheme="majorHAnsi"/>
        </w:rPr>
        <w:t>so,</w:t>
      </w:r>
      <w:r w:rsidRPr="009210F4">
        <w:rPr>
          <w:rFonts w:asciiTheme="majorHAnsi" w:hAnsiTheme="majorHAnsi" w:cstheme="majorHAnsi"/>
        </w:rPr>
        <w:t xml:space="preserve"> I found t</w:t>
      </w:r>
      <w:r w:rsidR="00F7615C" w:rsidRPr="009210F4">
        <w:rPr>
          <w:rFonts w:asciiTheme="majorHAnsi" w:hAnsiTheme="majorHAnsi" w:cstheme="majorHAnsi"/>
        </w:rPr>
        <w:t>his kind of like a short review thing on it</w:t>
      </w:r>
      <w:r w:rsidR="00ED75FB" w:rsidRPr="009210F4">
        <w:rPr>
          <w:rFonts w:asciiTheme="majorHAnsi" w:hAnsiTheme="majorHAnsi" w:cstheme="majorHAnsi"/>
        </w:rPr>
        <w:t>, t</w:t>
      </w:r>
      <w:r w:rsidR="00F7615C" w:rsidRPr="009210F4">
        <w:rPr>
          <w:rFonts w:asciiTheme="majorHAnsi" w:hAnsiTheme="majorHAnsi" w:cstheme="majorHAnsi"/>
        </w:rPr>
        <w:t>hat was basically</w:t>
      </w:r>
      <w:r w:rsidRPr="009210F4">
        <w:rPr>
          <w:rFonts w:asciiTheme="majorHAnsi" w:hAnsiTheme="majorHAnsi" w:cstheme="majorHAnsi"/>
        </w:rPr>
        <w:t>,</w:t>
      </w:r>
      <w:r w:rsidR="00F7615C" w:rsidRPr="009210F4">
        <w:rPr>
          <w:rFonts w:asciiTheme="majorHAnsi" w:hAnsiTheme="majorHAnsi" w:cstheme="majorHAnsi"/>
        </w:rPr>
        <w:t xml:space="preserve"> it said that the story of </w:t>
      </w:r>
      <w:r w:rsidR="00ED75FB" w:rsidRPr="009210F4">
        <w:rPr>
          <w:rStyle w:val="mw-headline"/>
          <w:rFonts w:asciiTheme="majorHAnsi" w:hAnsiTheme="majorHAnsi" w:cstheme="majorHAnsi"/>
        </w:rPr>
        <w:t xml:space="preserve">Sundiata </w:t>
      </w:r>
      <w:r w:rsidR="00F7615C" w:rsidRPr="009210F4">
        <w:rPr>
          <w:rFonts w:asciiTheme="majorHAnsi" w:hAnsiTheme="majorHAnsi" w:cstheme="majorHAnsi"/>
        </w:rPr>
        <w:t xml:space="preserve">was badly served by Disney's The Lion King </w:t>
      </w:r>
      <w:r w:rsidRPr="009210F4">
        <w:rPr>
          <w:rFonts w:asciiTheme="majorHAnsi" w:hAnsiTheme="majorHAnsi" w:cstheme="majorHAnsi"/>
        </w:rPr>
        <w:t xml:space="preserve">and I </w:t>
      </w:r>
      <w:r w:rsidR="00F7615C" w:rsidRPr="009210F4">
        <w:rPr>
          <w:rFonts w:asciiTheme="majorHAnsi" w:hAnsiTheme="majorHAnsi" w:cstheme="majorHAnsi"/>
        </w:rPr>
        <w:t xml:space="preserve">was a bit like </w:t>
      </w:r>
      <w:r w:rsidRPr="009210F4">
        <w:rPr>
          <w:rFonts w:asciiTheme="majorHAnsi" w:hAnsiTheme="majorHAnsi" w:cstheme="majorHAnsi"/>
        </w:rPr>
        <w:t>‘</w:t>
      </w:r>
      <w:r w:rsidR="00F7615C" w:rsidRPr="009210F4">
        <w:rPr>
          <w:rFonts w:asciiTheme="majorHAnsi" w:hAnsiTheme="majorHAnsi" w:cstheme="majorHAnsi"/>
        </w:rPr>
        <w:t xml:space="preserve">well </w:t>
      </w:r>
      <w:r w:rsidRPr="009210F4">
        <w:rPr>
          <w:rFonts w:asciiTheme="majorHAnsi" w:hAnsiTheme="majorHAnsi" w:cstheme="majorHAnsi"/>
        </w:rPr>
        <w:t xml:space="preserve">like, </w:t>
      </w:r>
      <w:r w:rsidR="00F7615C" w:rsidRPr="009210F4">
        <w:rPr>
          <w:rFonts w:asciiTheme="majorHAnsi" w:hAnsiTheme="majorHAnsi" w:cstheme="majorHAnsi"/>
        </w:rPr>
        <w:t>yeah</w:t>
      </w:r>
      <w:r w:rsidRPr="009210F4">
        <w:rPr>
          <w:rFonts w:asciiTheme="majorHAnsi" w:hAnsiTheme="majorHAnsi" w:cstheme="majorHAnsi"/>
        </w:rPr>
        <w:t xml:space="preserve">’ </w:t>
      </w:r>
      <w:r w:rsidR="00752A2F" w:rsidRPr="009210F4">
        <w:rPr>
          <w:rFonts w:asciiTheme="majorHAnsi" w:hAnsiTheme="majorHAnsi" w:cstheme="majorHAnsi"/>
        </w:rPr>
        <w:t>{laughter}</w:t>
      </w:r>
    </w:p>
    <w:p w14:paraId="0E0F6248" w14:textId="77777777" w:rsidR="00991E93" w:rsidRPr="009210F4" w:rsidRDefault="00991E93" w:rsidP="009210F4">
      <w:pPr>
        <w:pStyle w:val="NoSpacing"/>
        <w:rPr>
          <w:rFonts w:asciiTheme="majorHAnsi" w:hAnsiTheme="majorHAnsi" w:cstheme="majorHAnsi"/>
        </w:rPr>
      </w:pPr>
    </w:p>
    <w:p w14:paraId="7F3A189A" w14:textId="263EA456"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Lucy</w:t>
      </w:r>
      <w:r w:rsidR="00D23E9C" w:rsidRPr="009210F4">
        <w:rPr>
          <w:rFonts w:asciiTheme="majorHAnsi" w:hAnsiTheme="majorHAnsi" w:cstheme="majorHAnsi"/>
        </w:rPr>
        <w:t xml:space="preserve"> </w:t>
      </w:r>
      <w:r w:rsidRPr="009210F4">
        <w:rPr>
          <w:rFonts w:asciiTheme="majorHAnsi" w:hAnsiTheme="majorHAnsi" w:cstheme="majorHAnsi"/>
        </w:rPr>
        <w:t>36:55</w:t>
      </w:r>
    </w:p>
    <w:p w14:paraId="72CED1D7" w14:textId="6A2C2183" w:rsidR="00991E93" w:rsidRPr="009210F4" w:rsidRDefault="00752A2F" w:rsidP="009210F4">
      <w:pPr>
        <w:pStyle w:val="NoSpacing"/>
        <w:rPr>
          <w:rFonts w:asciiTheme="majorHAnsi" w:hAnsiTheme="majorHAnsi" w:cstheme="majorHAnsi"/>
        </w:rPr>
      </w:pPr>
      <w:r w:rsidRPr="009210F4">
        <w:rPr>
          <w:rFonts w:asciiTheme="majorHAnsi" w:hAnsiTheme="majorHAnsi" w:cstheme="majorHAnsi"/>
        </w:rPr>
        <w:t>Er, y</w:t>
      </w:r>
      <w:r w:rsidR="00F7615C" w:rsidRPr="009210F4">
        <w:rPr>
          <w:rFonts w:asciiTheme="majorHAnsi" w:hAnsiTheme="majorHAnsi" w:cstheme="majorHAnsi"/>
        </w:rPr>
        <w:t>eah</w:t>
      </w:r>
    </w:p>
    <w:p w14:paraId="035515BA" w14:textId="77777777" w:rsidR="00991E93" w:rsidRPr="009210F4" w:rsidRDefault="00991E93" w:rsidP="009210F4">
      <w:pPr>
        <w:pStyle w:val="NoSpacing"/>
        <w:rPr>
          <w:rFonts w:asciiTheme="majorHAnsi" w:hAnsiTheme="majorHAnsi" w:cstheme="majorHAnsi"/>
        </w:rPr>
      </w:pPr>
    </w:p>
    <w:p w14:paraId="722F3458" w14:textId="6222E4B4"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Daisy</w:t>
      </w:r>
      <w:r w:rsidR="00D23E9C" w:rsidRPr="009210F4">
        <w:rPr>
          <w:rFonts w:asciiTheme="majorHAnsi" w:hAnsiTheme="majorHAnsi" w:cstheme="majorHAnsi"/>
        </w:rPr>
        <w:t xml:space="preserve"> </w:t>
      </w:r>
      <w:r w:rsidRPr="009210F4">
        <w:rPr>
          <w:rFonts w:asciiTheme="majorHAnsi" w:hAnsiTheme="majorHAnsi" w:cstheme="majorHAnsi"/>
        </w:rPr>
        <w:t>36:56</w:t>
      </w:r>
    </w:p>
    <w:p w14:paraId="17F80185" w14:textId="43A5F463"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 xml:space="preserve">I wouldn't expect anything </w:t>
      </w:r>
      <w:r w:rsidR="00752A2F" w:rsidRPr="009210F4">
        <w:rPr>
          <w:rFonts w:asciiTheme="majorHAnsi" w:hAnsiTheme="majorHAnsi" w:cstheme="majorHAnsi"/>
        </w:rPr>
        <w:t xml:space="preserve">else, </w:t>
      </w:r>
      <w:r w:rsidRPr="009210F4">
        <w:rPr>
          <w:rFonts w:asciiTheme="majorHAnsi" w:hAnsiTheme="majorHAnsi" w:cstheme="majorHAnsi"/>
        </w:rPr>
        <w:t>it's like my god</w:t>
      </w:r>
      <w:r w:rsidR="00752A2F" w:rsidRPr="009210F4">
        <w:rPr>
          <w:rFonts w:asciiTheme="majorHAnsi" w:hAnsiTheme="majorHAnsi" w:cstheme="majorHAnsi"/>
        </w:rPr>
        <w:t>,</w:t>
      </w:r>
      <w:r w:rsidRPr="009210F4">
        <w:rPr>
          <w:rFonts w:asciiTheme="majorHAnsi" w:hAnsiTheme="majorHAnsi" w:cstheme="majorHAnsi"/>
        </w:rPr>
        <w:t xml:space="preserve"> this</w:t>
      </w:r>
      <w:r w:rsidR="00752A2F" w:rsidRPr="009210F4">
        <w:rPr>
          <w:rFonts w:asciiTheme="majorHAnsi" w:hAnsiTheme="majorHAnsi" w:cstheme="majorHAnsi"/>
        </w:rPr>
        <w:t>,</w:t>
      </w:r>
      <w:r w:rsidRPr="009210F4">
        <w:rPr>
          <w:rFonts w:asciiTheme="majorHAnsi" w:hAnsiTheme="majorHAnsi" w:cstheme="majorHAnsi"/>
        </w:rPr>
        <w:t xml:space="preserve"> this </w:t>
      </w:r>
      <w:r w:rsidR="00752A2F" w:rsidRPr="009210F4">
        <w:rPr>
          <w:rFonts w:asciiTheme="majorHAnsi" w:hAnsiTheme="majorHAnsi" w:cstheme="majorHAnsi"/>
        </w:rPr>
        <w:t xml:space="preserve">film </w:t>
      </w:r>
      <w:r w:rsidRPr="009210F4">
        <w:rPr>
          <w:rFonts w:asciiTheme="majorHAnsi" w:hAnsiTheme="majorHAnsi" w:cstheme="majorHAnsi"/>
        </w:rPr>
        <w:t>about lions wasn't a faithful recreation</w:t>
      </w:r>
    </w:p>
    <w:p w14:paraId="205F04F0" w14:textId="77777777" w:rsidR="00991E93" w:rsidRPr="009210F4" w:rsidRDefault="00991E93" w:rsidP="009210F4">
      <w:pPr>
        <w:pStyle w:val="NoSpacing"/>
        <w:rPr>
          <w:rFonts w:asciiTheme="majorHAnsi" w:hAnsiTheme="majorHAnsi" w:cstheme="majorHAnsi"/>
        </w:rPr>
      </w:pPr>
    </w:p>
    <w:p w14:paraId="784D38CF" w14:textId="50613408"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Alice</w:t>
      </w:r>
      <w:r w:rsidR="00D23E9C" w:rsidRPr="009210F4">
        <w:rPr>
          <w:rFonts w:asciiTheme="majorHAnsi" w:hAnsiTheme="majorHAnsi" w:cstheme="majorHAnsi"/>
        </w:rPr>
        <w:t xml:space="preserve"> </w:t>
      </w:r>
      <w:r w:rsidRPr="009210F4">
        <w:rPr>
          <w:rFonts w:asciiTheme="majorHAnsi" w:hAnsiTheme="majorHAnsi" w:cstheme="majorHAnsi"/>
        </w:rPr>
        <w:t>37:06</w:t>
      </w:r>
    </w:p>
    <w:p w14:paraId="4589644B" w14:textId="7751B2DD"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Yeah, and</w:t>
      </w:r>
      <w:r w:rsidR="00752A2F" w:rsidRPr="009210F4">
        <w:rPr>
          <w:rFonts w:asciiTheme="majorHAnsi" w:hAnsiTheme="majorHAnsi" w:cstheme="majorHAnsi"/>
        </w:rPr>
        <w:t>,</w:t>
      </w:r>
      <w:r w:rsidRPr="009210F4">
        <w:rPr>
          <w:rFonts w:asciiTheme="majorHAnsi" w:hAnsiTheme="majorHAnsi" w:cstheme="majorHAnsi"/>
        </w:rPr>
        <w:t xml:space="preserve"> and everybody is really surprised that</w:t>
      </w:r>
      <w:r w:rsidR="00752A2F" w:rsidRPr="009210F4">
        <w:rPr>
          <w:rFonts w:asciiTheme="majorHAnsi" w:hAnsiTheme="majorHAnsi" w:cstheme="majorHAnsi"/>
        </w:rPr>
        <w:t>,</w:t>
      </w:r>
      <w:r w:rsidRPr="009210F4">
        <w:rPr>
          <w:rFonts w:asciiTheme="majorHAnsi" w:hAnsiTheme="majorHAnsi" w:cstheme="majorHAnsi"/>
        </w:rPr>
        <w:t xml:space="preserve"> you know</w:t>
      </w:r>
      <w:r w:rsidR="00752A2F" w:rsidRPr="009210F4">
        <w:rPr>
          <w:rFonts w:asciiTheme="majorHAnsi" w:hAnsiTheme="majorHAnsi" w:cstheme="majorHAnsi"/>
        </w:rPr>
        <w:t>,</w:t>
      </w:r>
      <w:r w:rsidRPr="009210F4">
        <w:rPr>
          <w:rFonts w:asciiTheme="majorHAnsi" w:hAnsiTheme="majorHAnsi" w:cstheme="majorHAnsi"/>
        </w:rPr>
        <w:t xml:space="preserve"> </w:t>
      </w:r>
      <w:r w:rsidR="00752A2F" w:rsidRPr="009210F4">
        <w:rPr>
          <w:rFonts w:asciiTheme="majorHAnsi" w:hAnsiTheme="majorHAnsi" w:cstheme="majorHAnsi"/>
        </w:rPr>
        <w:t xml:space="preserve">that white, </w:t>
      </w:r>
      <w:r w:rsidR="00692E66" w:rsidRPr="009210F4">
        <w:rPr>
          <w:rFonts w:asciiTheme="majorHAnsi" w:hAnsiTheme="majorHAnsi" w:cstheme="majorHAnsi"/>
        </w:rPr>
        <w:t>money-making</w:t>
      </w:r>
      <w:r w:rsidRPr="009210F4">
        <w:rPr>
          <w:rFonts w:asciiTheme="majorHAnsi" w:hAnsiTheme="majorHAnsi" w:cstheme="majorHAnsi"/>
        </w:rPr>
        <w:t xml:space="preserve"> Disney </w:t>
      </w:r>
      <w:r w:rsidR="00752A2F" w:rsidRPr="009210F4">
        <w:rPr>
          <w:rFonts w:asciiTheme="majorHAnsi" w:hAnsiTheme="majorHAnsi" w:cstheme="majorHAnsi"/>
        </w:rPr>
        <w:t xml:space="preserve">were </w:t>
      </w:r>
      <w:r w:rsidRPr="009210F4">
        <w:rPr>
          <w:rFonts w:asciiTheme="majorHAnsi" w:hAnsiTheme="majorHAnsi" w:cstheme="majorHAnsi"/>
        </w:rPr>
        <w:t xml:space="preserve">like </w:t>
      </w:r>
      <w:r w:rsidR="00752A2F" w:rsidRPr="009210F4">
        <w:rPr>
          <w:rFonts w:asciiTheme="majorHAnsi" w:hAnsiTheme="majorHAnsi" w:cstheme="majorHAnsi"/>
        </w:rPr>
        <w:t>‘</w:t>
      </w:r>
      <w:r w:rsidRPr="009210F4">
        <w:rPr>
          <w:rFonts w:asciiTheme="majorHAnsi" w:hAnsiTheme="majorHAnsi" w:cstheme="majorHAnsi"/>
        </w:rPr>
        <w:t>how can we make a buck off of this African story and change it so that it will be more palatable to all the people we want to sell it to? I know</w:t>
      </w:r>
      <w:r w:rsidR="00752A2F" w:rsidRPr="009210F4">
        <w:rPr>
          <w:rFonts w:asciiTheme="majorHAnsi" w:hAnsiTheme="majorHAnsi" w:cstheme="majorHAnsi"/>
        </w:rPr>
        <w:t>,</w:t>
      </w:r>
      <w:r w:rsidRPr="009210F4">
        <w:rPr>
          <w:rFonts w:asciiTheme="majorHAnsi" w:hAnsiTheme="majorHAnsi" w:cstheme="majorHAnsi"/>
        </w:rPr>
        <w:t xml:space="preserve"> we'll tell everyone it's Hamlet</w:t>
      </w:r>
      <w:r w:rsidR="00752A2F" w:rsidRPr="009210F4">
        <w:rPr>
          <w:rFonts w:asciiTheme="majorHAnsi" w:hAnsiTheme="majorHAnsi" w:cstheme="majorHAnsi"/>
        </w:rPr>
        <w:t>’</w:t>
      </w:r>
      <w:r w:rsidRPr="009210F4">
        <w:rPr>
          <w:rFonts w:asciiTheme="majorHAnsi" w:hAnsiTheme="majorHAnsi" w:cstheme="majorHAnsi"/>
        </w:rPr>
        <w:t>.</w:t>
      </w:r>
    </w:p>
    <w:p w14:paraId="42D97E44" w14:textId="77777777" w:rsidR="00991E93" w:rsidRPr="009210F4" w:rsidRDefault="00991E93" w:rsidP="009210F4">
      <w:pPr>
        <w:pStyle w:val="NoSpacing"/>
        <w:rPr>
          <w:rFonts w:asciiTheme="majorHAnsi" w:hAnsiTheme="majorHAnsi" w:cstheme="majorHAnsi"/>
        </w:rPr>
      </w:pPr>
    </w:p>
    <w:p w14:paraId="2CCDDB8F" w14:textId="32C709C8"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Lucy</w:t>
      </w:r>
      <w:r w:rsidR="00D23E9C" w:rsidRPr="009210F4">
        <w:rPr>
          <w:rFonts w:asciiTheme="majorHAnsi" w:hAnsiTheme="majorHAnsi" w:cstheme="majorHAnsi"/>
        </w:rPr>
        <w:t xml:space="preserve"> </w:t>
      </w:r>
      <w:r w:rsidRPr="009210F4">
        <w:rPr>
          <w:rFonts w:asciiTheme="majorHAnsi" w:hAnsiTheme="majorHAnsi" w:cstheme="majorHAnsi"/>
        </w:rPr>
        <w:t>37:24</w:t>
      </w:r>
    </w:p>
    <w:p w14:paraId="706CC328" w14:textId="10BDC61A"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What's your opinion Daisy</w:t>
      </w:r>
      <w:r w:rsidR="00752A2F" w:rsidRPr="009210F4">
        <w:rPr>
          <w:rFonts w:asciiTheme="majorHAnsi" w:hAnsiTheme="majorHAnsi" w:cstheme="majorHAnsi"/>
        </w:rPr>
        <w:t>, d</w:t>
      </w:r>
      <w:r w:rsidRPr="009210F4">
        <w:rPr>
          <w:rFonts w:asciiTheme="majorHAnsi" w:hAnsiTheme="majorHAnsi" w:cstheme="majorHAnsi"/>
        </w:rPr>
        <w:t>o you think it is Hamlet? Or do you think it is the story we are talking about in your professional opinion as a historian</w:t>
      </w:r>
      <w:r w:rsidR="00752A2F" w:rsidRPr="009210F4">
        <w:rPr>
          <w:rFonts w:asciiTheme="majorHAnsi" w:hAnsiTheme="majorHAnsi" w:cstheme="majorHAnsi"/>
        </w:rPr>
        <w:t>?</w:t>
      </w:r>
      <w:r w:rsidRPr="009210F4">
        <w:rPr>
          <w:rFonts w:asciiTheme="majorHAnsi" w:hAnsiTheme="majorHAnsi" w:cstheme="majorHAnsi"/>
        </w:rPr>
        <w:t xml:space="preserve"> </w:t>
      </w:r>
    </w:p>
    <w:p w14:paraId="1787B6F1" w14:textId="77777777" w:rsidR="00991E93" w:rsidRPr="009210F4" w:rsidRDefault="00991E93" w:rsidP="009210F4">
      <w:pPr>
        <w:pStyle w:val="NoSpacing"/>
        <w:rPr>
          <w:rFonts w:asciiTheme="majorHAnsi" w:hAnsiTheme="majorHAnsi" w:cstheme="majorHAnsi"/>
        </w:rPr>
      </w:pPr>
    </w:p>
    <w:p w14:paraId="4C81F41F" w14:textId="59C58BD4"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Daisy</w:t>
      </w:r>
      <w:r w:rsidR="00D23E9C" w:rsidRPr="009210F4">
        <w:rPr>
          <w:rFonts w:asciiTheme="majorHAnsi" w:hAnsiTheme="majorHAnsi" w:cstheme="majorHAnsi"/>
        </w:rPr>
        <w:t xml:space="preserve"> </w:t>
      </w:r>
      <w:r w:rsidRPr="009210F4">
        <w:rPr>
          <w:rFonts w:asciiTheme="majorHAnsi" w:hAnsiTheme="majorHAnsi" w:cstheme="majorHAnsi"/>
        </w:rPr>
        <w:t>37:34</w:t>
      </w:r>
    </w:p>
    <w:p w14:paraId="307F286C" w14:textId="6A3B3C00" w:rsidR="00991E93" w:rsidRPr="009210F4" w:rsidRDefault="00752A2F" w:rsidP="009210F4">
      <w:pPr>
        <w:pStyle w:val="NoSpacing"/>
        <w:rPr>
          <w:rFonts w:asciiTheme="majorHAnsi" w:hAnsiTheme="majorHAnsi" w:cstheme="majorHAnsi"/>
        </w:rPr>
      </w:pPr>
      <w:r w:rsidRPr="009210F4">
        <w:rPr>
          <w:rFonts w:asciiTheme="majorHAnsi" w:hAnsiTheme="majorHAnsi" w:cstheme="majorHAnsi"/>
        </w:rPr>
        <w:t>My p</w:t>
      </w:r>
      <w:r w:rsidR="00F7615C" w:rsidRPr="009210F4">
        <w:rPr>
          <w:rFonts w:asciiTheme="majorHAnsi" w:hAnsiTheme="majorHAnsi" w:cstheme="majorHAnsi"/>
        </w:rPr>
        <w:t xml:space="preserve">rofessional opinion as a historian is that I don't remember the Lion King </w:t>
      </w:r>
    </w:p>
    <w:p w14:paraId="193E84F0" w14:textId="77777777" w:rsidR="00991E93" w:rsidRPr="009210F4" w:rsidRDefault="00991E93" w:rsidP="009210F4">
      <w:pPr>
        <w:pStyle w:val="NoSpacing"/>
        <w:rPr>
          <w:rFonts w:asciiTheme="majorHAnsi" w:hAnsiTheme="majorHAnsi" w:cstheme="majorHAnsi"/>
        </w:rPr>
      </w:pPr>
    </w:p>
    <w:p w14:paraId="161B2820" w14:textId="1447AEF1"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Lucy</w:t>
      </w:r>
      <w:r w:rsidR="00D23E9C" w:rsidRPr="009210F4">
        <w:rPr>
          <w:rFonts w:asciiTheme="majorHAnsi" w:hAnsiTheme="majorHAnsi" w:cstheme="majorHAnsi"/>
        </w:rPr>
        <w:t xml:space="preserve"> </w:t>
      </w:r>
      <w:r w:rsidRPr="009210F4">
        <w:rPr>
          <w:rFonts w:asciiTheme="majorHAnsi" w:hAnsiTheme="majorHAnsi" w:cstheme="majorHAnsi"/>
        </w:rPr>
        <w:t xml:space="preserve">37:38 </w:t>
      </w:r>
    </w:p>
    <w:p w14:paraId="0B5A7E66" w14:textId="4A8D743B" w:rsidR="00752A2F" w:rsidRPr="009210F4" w:rsidRDefault="00752A2F" w:rsidP="009210F4">
      <w:pPr>
        <w:pStyle w:val="NoSpacing"/>
        <w:rPr>
          <w:rFonts w:asciiTheme="majorHAnsi" w:hAnsiTheme="majorHAnsi" w:cstheme="majorHAnsi"/>
        </w:rPr>
      </w:pPr>
      <w:r w:rsidRPr="009210F4">
        <w:rPr>
          <w:rFonts w:asciiTheme="majorHAnsi" w:hAnsiTheme="majorHAnsi" w:cstheme="majorHAnsi"/>
        </w:rPr>
        <w:t>Oh no, d’you know, I’ve only ever seen it once</w:t>
      </w:r>
      <w:r w:rsidR="00D23E9C" w:rsidRPr="009210F4">
        <w:rPr>
          <w:rFonts w:asciiTheme="majorHAnsi" w:hAnsiTheme="majorHAnsi" w:cstheme="majorHAnsi"/>
        </w:rPr>
        <w:t xml:space="preserve"> </w:t>
      </w:r>
    </w:p>
    <w:p w14:paraId="63B2F30B" w14:textId="77777777" w:rsidR="00692E66" w:rsidRDefault="00692E66" w:rsidP="009210F4">
      <w:pPr>
        <w:pStyle w:val="NoSpacing"/>
        <w:rPr>
          <w:rFonts w:asciiTheme="majorHAnsi" w:hAnsiTheme="majorHAnsi" w:cstheme="majorHAnsi"/>
        </w:rPr>
      </w:pPr>
    </w:p>
    <w:p w14:paraId="2ADF1A6F" w14:textId="1D0F0156"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Daisy</w:t>
      </w:r>
      <w:r w:rsidR="00D23E9C" w:rsidRPr="009210F4">
        <w:rPr>
          <w:rFonts w:asciiTheme="majorHAnsi" w:hAnsiTheme="majorHAnsi" w:cstheme="majorHAnsi"/>
        </w:rPr>
        <w:t xml:space="preserve"> </w:t>
      </w:r>
      <w:r w:rsidRPr="009210F4">
        <w:rPr>
          <w:rFonts w:asciiTheme="majorHAnsi" w:hAnsiTheme="majorHAnsi" w:cstheme="majorHAnsi"/>
        </w:rPr>
        <w:t>37:42</w:t>
      </w:r>
    </w:p>
    <w:p w14:paraId="4C05E0C0" w14:textId="2C1A9294"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 xml:space="preserve">I saw it for the first time when I was 14, and only the first half </w:t>
      </w:r>
      <w:r w:rsidR="006E33F7" w:rsidRPr="009210F4">
        <w:rPr>
          <w:rFonts w:asciiTheme="majorHAnsi" w:hAnsiTheme="majorHAnsi" w:cstheme="majorHAnsi"/>
        </w:rPr>
        <w:t>because my G</w:t>
      </w:r>
      <w:r w:rsidRPr="009210F4">
        <w:rPr>
          <w:rFonts w:asciiTheme="majorHAnsi" w:hAnsiTheme="majorHAnsi" w:cstheme="majorHAnsi"/>
        </w:rPr>
        <w:t>eography teacher put it on in</w:t>
      </w:r>
      <w:r w:rsidR="006E33F7" w:rsidRPr="009210F4">
        <w:rPr>
          <w:rFonts w:asciiTheme="majorHAnsi" w:hAnsiTheme="majorHAnsi" w:cstheme="majorHAnsi"/>
        </w:rPr>
        <w:t>,</w:t>
      </w:r>
      <w:r w:rsidRPr="009210F4">
        <w:rPr>
          <w:rFonts w:asciiTheme="majorHAnsi" w:hAnsiTheme="majorHAnsi" w:cstheme="majorHAnsi"/>
        </w:rPr>
        <w:t xml:space="preserve"> the on the last episode of term but our lesson was only an hour long so after the first hour we all just went to lunch</w:t>
      </w:r>
    </w:p>
    <w:p w14:paraId="188C0A15" w14:textId="77777777" w:rsidR="00991E93" w:rsidRPr="009210F4" w:rsidRDefault="00991E93" w:rsidP="009210F4">
      <w:pPr>
        <w:pStyle w:val="NoSpacing"/>
        <w:rPr>
          <w:rFonts w:asciiTheme="majorHAnsi" w:hAnsiTheme="majorHAnsi" w:cstheme="majorHAnsi"/>
        </w:rPr>
      </w:pPr>
    </w:p>
    <w:p w14:paraId="4F6B836C" w14:textId="3B110911"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Alice</w:t>
      </w:r>
      <w:r w:rsidR="00D23E9C" w:rsidRPr="009210F4">
        <w:rPr>
          <w:rFonts w:asciiTheme="majorHAnsi" w:hAnsiTheme="majorHAnsi" w:cstheme="majorHAnsi"/>
        </w:rPr>
        <w:t xml:space="preserve"> </w:t>
      </w:r>
      <w:r w:rsidRPr="009210F4">
        <w:rPr>
          <w:rFonts w:asciiTheme="majorHAnsi" w:hAnsiTheme="majorHAnsi" w:cstheme="majorHAnsi"/>
        </w:rPr>
        <w:t>37:58</w:t>
      </w:r>
    </w:p>
    <w:p w14:paraId="6A9D9E1F" w14:textId="5C771930"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You're so disgustingly young</w:t>
      </w:r>
      <w:r w:rsidR="00981A2B" w:rsidRPr="009210F4">
        <w:rPr>
          <w:rFonts w:asciiTheme="majorHAnsi" w:hAnsiTheme="majorHAnsi" w:cstheme="majorHAnsi"/>
        </w:rPr>
        <w:t xml:space="preserve">! I saw it in the fucking cinema {laughter} </w:t>
      </w:r>
    </w:p>
    <w:p w14:paraId="3BC80DF0" w14:textId="77777777" w:rsidR="00991E93" w:rsidRPr="009210F4" w:rsidRDefault="00991E93" w:rsidP="009210F4">
      <w:pPr>
        <w:pStyle w:val="NoSpacing"/>
        <w:rPr>
          <w:rFonts w:asciiTheme="majorHAnsi" w:hAnsiTheme="majorHAnsi" w:cstheme="majorHAnsi"/>
        </w:rPr>
      </w:pPr>
    </w:p>
    <w:p w14:paraId="04CB81A3" w14:textId="6322CCAD" w:rsidR="00991E93" w:rsidRPr="009210F4" w:rsidRDefault="00820759" w:rsidP="009210F4">
      <w:pPr>
        <w:pStyle w:val="NoSpacing"/>
        <w:rPr>
          <w:rFonts w:asciiTheme="majorHAnsi" w:hAnsiTheme="majorHAnsi" w:cstheme="majorHAnsi"/>
        </w:rPr>
      </w:pPr>
      <w:r w:rsidRPr="009210F4">
        <w:rPr>
          <w:rFonts w:asciiTheme="majorHAnsi" w:hAnsiTheme="majorHAnsi" w:cstheme="majorHAnsi"/>
        </w:rPr>
        <w:t xml:space="preserve">Kimmy </w:t>
      </w:r>
      <w:r w:rsidR="00F7615C" w:rsidRPr="009210F4">
        <w:rPr>
          <w:rFonts w:asciiTheme="majorHAnsi" w:hAnsiTheme="majorHAnsi" w:cstheme="majorHAnsi"/>
        </w:rPr>
        <w:t>38:03</w:t>
      </w:r>
    </w:p>
    <w:p w14:paraId="0E390EB4" w14:textId="39355391" w:rsidR="00991E93" w:rsidRPr="009210F4" w:rsidRDefault="00692E66" w:rsidP="009210F4">
      <w:pPr>
        <w:pStyle w:val="NoSpacing"/>
        <w:rPr>
          <w:rFonts w:asciiTheme="majorHAnsi" w:hAnsiTheme="majorHAnsi" w:cstheme="majorHAnsi"/>
        </w:rPr>
      </w:pPr>
      <w:r>
        <w:rPr>
          <w:rFonts w:asciiTheme="majorHAnsi" w:hAnsiTheme="majorHAnsi" w:cstheme="majorHAnsi"/>
        </w:rPr>
        <w:t>S</w:t>
      </w:r>
      <w:r w:rsidR="00F7615C" w:rsidRPr="009210F4">
        <w:rPr>
          <w:rFonts w:asciiTheme="majorHAnsi" w:hAnsiTheme="majorHAnsi" w:cstheme="majorHAnsi"/>
        </w:rPr>
        <w:t>o</w:t>
      </w:r>
      <w:r>
        <w:rPr>
          <w:rFonts w:asciiTheme="majorHAnsi" w:hAnsiTheme="majorHAnsi" w:cstheme="majorHAnsi"/>
        </w:rPr>
        <w:t>,</w:t>
      </w:r>
      <w:r w:rsidR="00F7615C" w:rsidRPr="009210F4">
        <w:rPr>
          <w:rFonts w:asciiTheme="majorHAnsi" w:hAnsiTheme="majorHAnsi" w:cstheme="majorHAnsi"/>
        </w:rPr>
        <w:t xml:space="preserve"> I was born in </w:t>
      </w:r>
      <w:r w:rsidR="00981A2B" w:rsidRPr="009210F4">
        <w:rPr>
          <w:rFonts w:asciiTheme="majorHAnsi" w:hAnsiTheme="majorHAnsi" w:cstheme="majorHAnsi"/>
        </w:rPr>
        <w:t>‘</w:t>
      </w:r>
      <w:r w:rsidR="00F7615C" w:rsidRPr="009210F4">
        <w:rPr>
          <w:rFonts w:asciiTheme="majorHAnsi" w:hAnsiTheme="majorHAnsi" w:cstheme="majorHAnsi"/>
        </w:rPr>
        <w:t xml:space="preserve">92 right so </w:t>
      </w:r>
      <w:r>
        <w:rPr>
          <w:rFonts w:asciiTheme="majorHAnsi" w:hAnsiTheme="majorHAnsi" w:cstheme="majorHAnsi"/>
        </w:rPr>
        <w:t>I</w:t>
      </w:r>
      <w:r w:rsidR="00F7615C" w:rsidRPr="009210F4">
        <w:rPr>
          <w:rFonts w:asciiTheme="majorHAnsi" w:hAnsiTheme="majorHAnsi" w:cstheme="majorHAnsi"/>
        </w:rPr>
        <w:t xml:space="preserve"> might</w:t>
      </w:r>
    </w:p>
    <w:p w14:paraId="3DF5C39E" w14:textId="77777777" w:rsidR="00991E93" w:rsidRPr="009210F4" w:rsidRDefault="00991E93" w:rsidP="009210F4">
      <w:pPr>
        <w:pStyle w:val="NoSpacing"/>
        <w:rPr>
          <w:rFonts w:asciiTheme="majorHAnsi" w:hAnsiTheme="majorHAnsi" w:cstheme="majorHAnsi"/>
        </w:rPr>
      </w:pPr>
    </w:p>
    <w:p w14:paraId="4D85D75E" w14:textId="77777777" w:rsidR="00692E66" w:rsidRDefault="00F7615C" w:rsidP="009210F4">
      <w:pPr>
        <w:pStyle w:val="NoSpacing"/>
        <w:rPr>
          <w:rFonts w:asciiTheme="majorHAnsi" w:hAnsiTheme="majorHAnsi" w:cstheme="majorHAnsi"/>
        </w:rPr>
      </w:pPr>
      <w:r w:rsidRPr="009210F4">
        <w:rPr>
          <w:rFonts w:asciiTheme="majorHAnsi" w:hAnsiTheme="majorHAnsi" w:cstheme="majorHAnsi"/>
        </w:rPr>
        <w:t>Lucy</w:t>
      </w:r>
      <w:r w:rsidR="00D23E9C" w:rsidRPr="009210F4">
        <w:rPr>
          <w:rFonts w:asciiTheme="majorHAnsi" w:hAnsiTheme="majorHAnsi" w:cstheme="majorHAnsi"/>
        </w:rPr>
        <w:t xml:space="preserve"> </w:t>
      </w:r>
      <w:r w:rsidRPr="009210F4">
        <w:rPr>
          <w:rFonts w:asciiTheme="majorHAnsi" w:hAnsiTheme="majorHAnsi" w:cstheme="majorHAnsi"/>
        </w:rPr>
        <w:t>38:12</w:t>
      </w:r>
    </w:p>
    <w:p w14:paraId="185E4F08" w14:textId="4DD3B2F9" w:rsidR="00991E93" w:rsidRPr="009210F4" w:rsidRDefault="00981A2B" w:rsidP="009210F4">
      <w:pPr>
        <w:pStyle w:val="NoSpacing"/>
        <w:rPr>
          <w:rFonts w:asciiTheme="majorHAnsi" w:hAnsiTheme="majorHAnsi" w:cstheme="majorHAnsi"/>
        </w:rPr>
      </w:pPr>
      <w:r w:rsidRPr="009210F4">
        <w:rPr>
          <w:rFonts w:asciiTheme="majorHAnsi" w:hAnsiTheme="majorHAnsi" w:cstheme="majorHAnsi"/>
        </w:rPr>
        <w:t>Oh my God, how are you not like 12?!</w:t>
      </w:r>
    </w:p>
    <w:p w14:paraId="322C9BF7" w14:textId="1C33FD75" w:rsidR="00991E93" w:rsidRPr="009210F4" w:rsidRDefault="00991E93" w:rsidP="009210F4">
      <w:pPr>
        <w:pStyle w:val="NoSpacing"/>
        <w:rPr>
          <w:rFonts w:asciiTheme="majorHAnsi" w:hAnsiTheme="majorHAnsi" w:cstheme="majorHAnsi"/>
        </w:rPr>
      </w:pPr>
    </w:p>
    <w:p w14:paraId="746821C7" w14:textId="11B07EC6"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Daisy</w:t>
      </w:r>
      <w:r w:rsidR="00D23E9C" w:rsidRPr="009210F4">
        <w:rPr>
          <w:rFonts w:asciiTheme="majorHAnsi" w:hAnsiTheme="majorHAnsi" w:cstheme="majorHAnsi"/>
        </w:rPr>
        <w:t xml:space="preserve"> </w:t>
      </w:r>
      <w:r w:rsidRPr="009210F4">
        <w:rPr>
          <w:rFonts w:asciiTheme="majorHAnsi" w:hAnsiTheme="majorHAnsi" w:cstheme="majorHAnsi"/>
        </w:rPr>
        <w:t>38:16</w:t>
      </w:r>
    </w:p>
    <w:p w14:paraId="37D9C567" w14:textId="2243B2E0"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I was</w:t>
      </w:r>
      <w:r w:rsidR="00981A2B" w:rsidRPr="009210F4">
        <w:rPr>
          <w:rFonts w:asciiTheme="majorHAnsi" w:hAnsiTheme="majorHAnsi" w:cstheme="majorHAnsi"/>
        </w:rPr>
        <w:t xml:space="preserve"> the year after,</w:t>
      </w:r>
      <w:r w:rsidR="00692E66">
        <w:rPr>
          <w:rFonts w:asciiTheme="majorHAnsi" w:hAnsiTheme="majorHAnsi" w:cstheme="majorHAnsi"/>
        </w:rPr>
        <w:t xml:space="preserve"> </w:t>
      </w:r>
      <w:r w:rsidR="00981A2B" w:rsidRPr="009210F4">
        <w:rPr>
          <w:rFonts w:asciiTheme="majorHAnsi" w:hAnsiTheme="majorHAnsi" w:cstheme="majorHAnsi"/>
        </w:rPr>
        <w:t>I’m ’93</w:t>
      </w:r>
      <w:r w:rsidR="00D23E9C" w:rsidRPr="009210F4">
        <w:rPr>
          <w:rFonts w:asciiTheme="majorHAnsi" w:hAnsiTheme="majorHAnsi" w:cstheme="majorHAnsi"/>
        </w:rPr>
        <w:t xml:space="preserve"> </w:t>
      </w:r>
    </w:p>
    <w:p w14:paraId="79829965" w14:textId="77777777" w:rsidR="00692E66" w:rsidRDefault="00692E66" w:rsidP="009210F4">
      <w:pPr>
        <w:pStyle w:val="NoSpacing"/>
        <w:rPr>
          <w:rFonts w:asciiTheme="majorHAnsi" w:hAnsiTheme="majorHAnsi" w:cstheme="majorHAnsi"/>
        </w:rPr>
      </w:pPr>
    </w:p>
    <w:p w14:paraId="3876CCFF" w14:textId="0B9F4E11" w:rsidR="00991E93" w:rsidRPr="009210F4" w:rsidRDefault="00820759" w:rsidP="009210F4">
      <w:pPr>
        <w:pStyle w:val="NoSpacing"/>
        <w:rPr>
          <w:rFonts w:asciiTheme="majorHAnsi" w:hAnsiTheme="majorHAnsi" w:cstheme="majorHAnsi"/>
        </w:rPr>
      </w:pPr>
      <w:r w:rsidRPr="009210F4">
        <w:rPr>
          <w:rFonts w:asciiTheme="majorHAnsi" w:hAnsiTheme="majorHAnsi" w:cstheme="majorHAnsi"/>
        </w:rPr>
        <w:t xml:space="preserve">Kimmy </w:t>
      </w:r>
      <w:r w:rsidR="00F7615C" w:rsidRPr="009210F4">
        <w:rPr>
          <w:rFonts w:asciiTheme="majorHAnsi" w:hAnsiTheme="majorHAnsi" w:cstheme="majorHAnsi"/>
        </w:rPr>
        <w:t>38:21</w:t>
      </w:r>
    </w:p>
    <w:p w14:paraId="40A31E8A" w14:textId="099E7672"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Ye</w:t>
      </w:r>
      <w:r w:rsidR="00981A2B" w:rsidRPr="009210F4">
        <w:rPr>
          <w:rFonts w:asciiTheme="majorHAnsi" w:hAnsiTheme="majorHAnsi" w:cstheme="majorHAnsi"/>
        </w:rPr>
        <w:t>ah</w:t>
      </w:r>
      <w:r w:rsidRPr="009210F4">
        <w:rPr>
          <w:rFonts w:asciiTheme="majorHAnsi" w:hAnsiTheme="majorHAnsi" w:cstheme="majorHAnsi"/>
        </w:rPr>
        <w:t xml:space="preserve">, so I saw </w:t>
      </w:r>
      <w:r w:rsidR="00981A2B" w:rsidRPr="009210F4">
        <w:rPr>
          <w:rFonts w:asciiTheme="majorHAnsi" w:hAnsiTheme="majorHAnsi" w:cstheme="majorHAnsi"/>
        </w:rPr>
        <w:t xml:space="preserve">it </w:t>
      </w:r>
      <w:r w:rsidRPr="009210F4">
        <w:rPr>
          <w:rFonts w:asciiTheme="majorHAnsi" w:hAnsiTheme="majorHAnsi" w:cstheme="majorHAnsi"/>
        </w:rPr>
        <w:t>when I was like</w:t>
      </w:r>
      <w:r w:rsidR="00981A2B" w:rsidRPr="009210F4">
        <w:rPr>
          <w:rFonts w:asciiTheme="majorHAnsi" w:hAnsiTheme="majorHAnsi" w:cstheme="majorHAnsi"/>
        </w:rPr>
        <w:t>,</w:t>
      </w:r>
      <w:r w:rsidRPr="009210F4">
        <w:rPr>
          <w:rFonts w:asciiTheme="majorHAnsi" w:hAnsiTheme="majorHAnsi" w:cstheme="majorHAnsi"/>
        </w:rPr>
        <w:t xml:space="preserve"> you know</w:t>
      </w:r>
      <w:r w:rsidR="00981A2B" w:rsidRPr="009210F4">
        <w:rPr>
          <w:rFonts w:asciiTheme="majorHAnsi" w:hAnsiTheme="majorHAnsi" w:cstheme="majorHAnsi"/>
        </w:rPr>
        <w:t>,</w:t>
      </w:r>
      <w:r w:rsidRPr="009210F4">
        <w:rPr>
          <w:rFonts w:asciiTheme="majorHAnsi" w:hAnsiTheme="majorHAnsi" w:cstheme="majorHAnsi"/>
        </w:rPr>
        <w:t xml:space="preserve"> maybe like eight years old and</w:t>
      </w:r>
    </w:p>
    <w:p w14:paraId="4CD76E0C" w14:textId="77777777" w:rsidR="00991E93" w:rsidRPr="009210F4" w:rsidRDefault="00991E93" w:rsidP="009210F4">
      <w:pPr>
        <w:pStyle w:val="NoSpacing"/>
        <w:rPr>
          <w:rFonts w:asciiTheme="majorHAnsi" w:hAnsiTheme="majorHAnsi" w:cstheme="majorHAnsi"/>
        </w:rPr>
      </w:pPr>
    </w:p>
    <w:p w14:paraId="7FA59AFF" w14:textId="0F50847F"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Alice</w:t>
      </w:r>
      <w:r w:rsidR="00D23E9C" w:rsidRPr="009210F4">
        <w:rPr>
          <w:rFonts w:asciiTheme="majorHAnsi" w:hAnsiTheme="majorHAnsi" w:cstheme="majorHAnsi"/>
        </w:rPr>
        <w:t xml:space="preserve"> </w:t>
      </w:r>
      <w:r w:rsidRPr="009210F4">
        <w:rPr>
          <w:rFonts w:asciiTheme="majorHAnsi" w:hAnsiTheme="majorHAnsi" w:cstheme="majorHAnsi"/>
        </w:rPr>
        <w:t>38:26</w:t>
      </w:r>
    </w:p>
    <w:p w14:paraId="0F382446" w14:textId="6F9C260A"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I'm pretty sure it</w:t>
      </w:r>
      <w:r w:rsidR="00981A2B" w:rsidRPr="009210F4">
        <w:rPr>
          <w:rFonts w:asciiTheme="majorHAnsi" w:hAnsiTheme="majorHAnsi" w:cstheme="majorHAnsi"/>
        </w:rPr>
        <w:t>,</w:t>
      </w:r>
      <w:r w:rsidRPr="009210F4">
        <w:rPr>
          <w:rFonts w:asciiTheme="majorHAnsi" w:hAnsiTheme="majorHAnsi" w:cstheme="majorHAnsi"/>
        </w:rPr>
        <w:t xml:space="preserve"> didn't </w:t>
      </w:r>
      <w:r w:rsidR="00981A2B" w:rsidRPr="009210F4">
        <w:rPr>
          <w:rFonts w:asciiTheme="majorHAnsi" w:hAnsiTheme="majorHAnsi" w:cstheme="majorHAnsi"/>
        </w:rPr>
        <w:t xml:space="preserve">it </w:t>
      </w:r>
      <w:r w:rsidRPr="009210F4">
        <w:rPr>
          <w:rFonts w:asciiTheme="majorHAnsi" w:hAnsiTheme="majorHAnsi" w:cstheme="majorHAnsi"/>
        </w:rPr>
        <w:t>come out in 93 or 94</w:t>
      </w:r>
      <w:r w:rsidR="00981A2B" w:rsidRPr="009210F4">
        <w:rPr>
          <w:rFonts w:asciiTheme="majorHAnsi" w:hAnsiTheme="majorHAnsi" w:cstheme="majorHAnsi"/>
        </w:rPr>
        <w:t>?</w:t>
      </w:r>
    </w:p>
    <w:p w14:paraId="77D439D0" w14:textId="77777777" w:rsidR="00991E93" w:rsidRPr="009210F4" w:rsidRDefault="00991E93" w:rsidP="009210F4">
      <w:pPr>
        <w:pStyle w:val="NoSpacing"/>
        <w:rPr>
          <w:rFonts w:asciiTheme="majorHAnsi" w:hAnsiTheme="majorHAnsi" w:cstheme="majorHAnsi"/>
        </w:rPr>
      </w:pPr>
    </w:p>
    <w:p w14:paraId="23BADD18" w14:textId="1A320688" w:rsidR="00991E93" w:rsidRPr="009210F4" w:rsidRDefault="00820759" w:rsidP="009210F4">
      <w:pPr>
        <w:pStyle w:val="NoSpacing"/>
        <w:rPr>
          <w:rFonts w:asciiTheme="majorHAnsi" w:hAnsiTheme="majorHAnsi" w:cstheme="majorHAnsi"/>
        </w:rPr>
      </w:pPr>
      <w:r w:rsidRPr="009210F4">
        <w:rPr>
          <w:rFonts w:asciiTheme="majorHAnsi" w:hAnsiTheme="majorHAnsi" w:cstheme="majorHAnsi"/>
        </w:rPr>
        <w:t xml:space="preserve">Kimmy </w:t>
      </w:r>
      <w:r w:rsidR="00F7615C" w:rsidRPr="009210F4">
        <w:rPr>
          <w:rFonts w:asciiTheme="majorHAnsi" w:hAnsiTheme="majorHAnsi" w:cstheme="majorHAnsi"/>
        </w:rPr>
        <w:t>38:33</w:t>
      </w:r>
    </w:p>
    <w:p w14:paraId="52C0B75C" w14:textId="4CCEB9AC" w:rsidR="00991E93" w:rsidRPr="009210F4" w:rsidRDefault="00F65569" w:rsidP="009210F4">
      <w:pPr>
        <w:pStyle w:val="NoSpacing"/>
        <w:rPr>
          <w:rFonts w:asciiTheme="majorHAnsi" w:hAnsiTheme="majorHAnsi" w:cstheme="majorHAnsi"/>
        </w:rPr>
      </w:pPr>
      <w:r w:rsidRPr="009210F4">
        <w:rPr>
          <w:rFonts w:asciiTheme="majorHAnsi" w:hAnsiTheme="majorHAnsi" w:cstheme="majorHAnsi"/>
        </w:rPr>
        <w:t xml:space="preserve">Really, </w:t>
      </w:r>
      <w:r w:rsidR="00F7615C" w:rsidRPr="009210F4">
        <w:rPr>
          <w:rFonts w:asciiTheme="majorHAnsi" w:hAnsiTheme="majorHAnsi" w:cstheme="majorHAnsi"/>
        </w:rPr>
        <w:t xml:space="preserve">I thought </w:t>
      </w:r>
      <w:r w:rsidRPr="009210F4">
        <w:rPr>
          <w:rFonts w:asciiTheme="majorHAnsi" w:hAnsiTheme="majorHAnsi" w:cstheme="majorHAnsi"/>
        </w:rPr>
        <w:t xml:space="preserve">it was </w:t>
      </w:r>
      <w:r w:rsidR="00F7615C" w:rsidRPr="009210F4">
        <w:rPr>
          <w:rFonts w:asciiTheme="majorHAnsi" w:hAnsiTheme="majorHAnsi" w:cstheme="majorHAnsi"/>
        </w:rPr>
        <w:t xml:space="preserve">in </w:t>
      </w:r>
      <w:r w:rsidRPr="009210F4">
        <w:rPr>
          <w:rFonts w:asciiTheme="majorHAnsi" w:hAnsiTheme="majorHAnsi" w:cstheme="majorHAnsi"/>
        </w:rPr>
        <w:t xml:space="preserve">’98 or ’99, </w:t>
      </w:r>
      <w:r w:rsidR="00F7615C" w:rsidRPr="009210F4">
        <w:rPr>
          <w:rFonts w:asciiTheme="majorHAnsi" w:hAnsiTheme="majorHAnsi" w:cstheme="majorHAnsi"/>
        </w:rPr>
        <w:t>but I remember seeing it and then like I saw it so many times and</w:t>
      </w:r>
      <w:r w:rsidRPr="009210F4">
        <w:rPr>
          <w:rFonts w:asciiTheme="majorHAnsi" w:hAnsiTheme="majorHAnsi" w:cstheme="majorHAnsi"/>
        </w:rPr>
        <w:t>,</w:t>
      </w:r>
      <w:r w:rsidR="00F7615C" w:rsidRPr="009210F4">
        <w:rPr>
          <w:rFonts w:asciiTheme="majorHAnsi" w:hAnsiTheme="majorHAnsi" w:cstheme="majorHAnsi"/>
        </w:rPr>
        <w:t xml:space="preserve"> because some of the songs and </w:t>
      </w:r>
      <w:r w:rsidRPr="009210F4">
        <w:rPr>
          <w:rFonts w:asciiTheme="majorHAnsi" w:hAnsiTheme="majorHAnsi" w:cstheme="majorHAnsi"/>
        </w:rPr>
        <w:t>Z</w:t>
      </w:r>
      <w:r w:rsidR="00F7615C" w:rsidRPr="009210F4">
        <w:rPr>
          <w:rFonts w:asciiTheme="majorHAnsi" w:hAnsiTheme="majorHAnsi" w:cstheme="majorHAnsi"/>
        </w:rPr>
        <w:t xml:space="preserve">ulu and like </w:t>
      </w:r>
      <w:r w:rsidRPr="009210F4">
        <w:rPr>
          <w:rFonts w:asciiTheme="majorHAnsi" w:hAnsiTheme="majorHAnsi" w:cstheme="majorHAnsi"/>
        </w:rPr>
        <w:t>one side of my family’s South African, my mum’s side,</w:t>
      </w:r>
      <w:r w:rsidR="00D23E9C" w:rsidRPr="009210F4">
        <w:rPr>
          <w:rFonts w:asciiTheme="majorHAnsi" w:hAnsiTheme="majorHAnsi" w:cstheme="majorHAnsi"/>
        </w:rPr>
        <w:t xml:space="preserve"> </w:t>
      </w:r>
      <w:r w:rsidRPr="009210F4">
        <w:rPr>
          <w:rFonts w:asciiTheme="majorHAnsi" w:hAnsiTheme="majorHAnsi" w:cstheme="majorHAnsi"/>
        </w:rPr>
        <w:t xml:space="preserve">so </w:t>
      </w:r>
      <w:r w:rsidR="00F7615C" w:rsidRPr="009210F4">
        <w:rPr>
          <w:rFonts w:asciiTheme="majorHAnsi" w:hAnsiTheme="majorHAnsi" w:cstheme="majorHAnsi"/>
        </w:rPr>
        <w:t>I connected to that side of it and</w:t>
      </w:r>
      <w:r w:rsidRPr="009210F4">
        <w:rPr>
          <w:rFonts w:asciiTheme="majorHAnsi" w:hAnsiTheme="majorHAnsi" w:cstheme="majorHAnsi"/>
        </w:rPr>
        <w:t>,</w:t>
      </w:r>
      <w:r w:rsidR="00F7615C" w:rsidRPr="009210F4">
        <w:rPr>
          <w:rFonts w:asciiTheme="majorHAnsi" w:hAnsiTheme="majorHAnsi" w:cstheme="majorHAnsi"/>
        </w:rPr>
        <w:t xml:space="preserve"> like</w:t>
      </w:r>
      <w:r w:rsidRPr="009210F4">
        <w:rPr>
          <w:rFonts w:asciiTheme="majorHAnsi" w:hAnsiTheme="majorHAnsi" w:cstheme="majorHAnsi"/>
        </w:rPr>
        <w:t>,</w:t>
      </w:r>
      <w:r w:rsidR="00F7615C" w:rsidRPr="009210F4">
        <w:rPr>
          <w:rFonts w:asciiTheme="majorHAnsi" w:hAnsiTheme="majorHAnsi" w:cstheme="majorHAnsi"/>
        </w:rPr>
        <w:t xml:space="preserve"> Simba is like a Zimbabwe name on my dad's side of the of the families like Zimbabwe</w:t>
      </w:r>
      <w:r w:rsidR="00685E71" w:rsidRPr="009210F4">
        <w:rPr>
          <w:rFonts w:asciiTheme="majorHAnsi" w:hAnsiTheme="majorHAnsi" w:cstheme="majorHAnsi"/>
        </w:rPr>
        <w:t>,</w:t>
      </w:r>
      <w:r w:rsidR="00F7615C" w:rsidRPr="009210F4">
        <w:rPr>
          <w:rFonts w:asciiTheme="majorHAnsi" w:hAnsiTheme="majorHAnsi" w:cstheme="majorHAnsi"/>
        </w:rPr>
        <w:t xml:space="preserve"> it's like a Swahili and it means lion but it's also like it's </w:t>
      </w:r>
      <w:r w:rsidR="00685E71" w:rsidRPr="009210F4">
        <w:rPr>
          <w:rFonts w:asciiTheme="majorHAnsi" w:hAnsiTheme="majorHAnsi" w:cstheme="majorHAnsi"/>
        </w:rPr>
        <w:t>a Zimbabwean</w:t>
      </w:r>
      <w:r w:rsidR="00D23E9C" w:rsidRPr="009210F4">
        <w:rPr>
          <w:rFonts w:asciiTheme="majorHAnsi" w:hAnsiTheme="majorHAnsi" w:cstheme="majorHAnsi"/>
        </w:rPr>
        <w:t xml:space="preserve"> </w:t>
      </w:r>
      <w:r w:rsidR="00F7615C" w:rsidRPr="009210F4">
        <w:rPr>
          <w:rFonts w:asciiTheme="majorHAnsi" w:hAnsiTheme="majorHAnsi" w:cstheme="majorHAnsi"/>
        </w:rPr>
        <w:t xml:space="preserve">name as well. </w:t>
      </w:r>
      <w:r w:rsidR="00692E66" w:rsidRPr="009210F4">
        <w:rPr>
          <w:rFonts w:asciiTheme="majorHAnsi" w:hAnsiTheme="majorHAnsi" w:cstheme="majorHAnsi"/>
        </w:rPr>
        <w:t>So,</w:t>
      </w:r>
      <w:r w:rsidR="00F7615C" w:rsidRPr="009210F4">
        <w:rPr>
          <w:rFonts w:asciiTheme="majorHAnsi" w:hAnsiTheme="majorHAnsi" w:cstheme="majorHAnsi"/>
        </w:rPr>
        <w:t xml:space="preserve"> I have like a connection to </w:t>
      </w:r>
      <w:r w:rsidR="00685E71" w:rsidRPr="009210F4">
        <w:rPr>
          <w:rFonts w:asciiTheme="majorHAnsi" w:hAnsiTheme="majorHAnsi" w:cstheme="majorHAnsi"/>
        </w:rPr>
        <w:t xml:space="preserve">it </w:t>
      </w:r>
      <w:r w:rsidR="00F7615C" w:rsidRPr="009210F4">
        <w:rPr>
          <w:rFonts w:asciiTheme="majorHAnsi" w:hAnsiTheme="majorHAnsi" w:cstheme="majorHAnsi"/>
        </w:rPr>
        <w:t>but I didn't know</w:t>
      </w:r>
      <w:r w:rsidR="00685E71" w:rsidRPr="009210F4">
        <w:rPr>
          <w:rFonts w:asciiTheme="majorHAnsi" w:hAnsiTheme="majorHAnsi" w:cstheme="majorHAnsi"/>
        </w:rPr>
        <w:t>,</w:t>
      </w:r>
      <w:r w:rsidR="00F7615C" w:rsidRPr="009210F4">
        <w:rPr>
          <w:rFonts w:asciiTheme="majorHAnsi" w:hAnsiTheme="majorHAnsi" w:cstheme="majorHAnsi"/>
        </w:rPr>
        <w:t xml:space="preserve"> but then now</w:t>
      </w:r>
      <w:r w:rsidR="00685E71" w:rsidRPr="009210F4">
        <w:rPr>
          <w:rFonts w:asciiTheme="majorHAnsi" w:hAnsiTheme="majorHAnsi" w:cstheme="majorHAnsi"/>
        </w:rPr>
        <w:t>,</w:t>
      </w:r>
      <w:r w:rsidR="00F7615C" w:rsidRPr="009210F4">
        <w:rPr>
          <w:rFonts w:asciiTheme="majorHAnsi" w:hAnsiTheme="majorHAnsi" w:cstheme="majorHAnsi"/>
        </w:rPr>
        <w:t xml:space="preserve"> learning</w:t>
      </w:r>
      <w:r w:rsidR="00685E71" w:rsidRPr="009210F4">
        <w:rPr>
          <w:rFonts w:asciiTheme="majorHAnsi" w:hAnsiTheme="majorHAnsi" w:cstheme="majorHAnsi"/>
        </w:rPr>
        <w:t>,</w:t>
      </w:r>
      <w:r w:rsidR="00F7615C" w:rsidRPr="009210F4">
        <w:rPr>
          <w:rFonts w:asciiTheme="majorHAnsi" w:hAnsiTheme="majorHAnsi" w:cstheme="majorHAnsi"/>
        </w:rPr>
        <w:t xml:space="preserve"> getting hashtag </w:t>
      </w:r>
      <w:r w:rsidR="009210F4" w:rsidRPr="009210F4">
        <w:rPr>
          <w:rFonts w:asciiTheme="majorHAnsi" w:hAnsiTheme="majorHAnsi" w:cstheme="majorHAnsi"/>
        </w:rPr>
        <w:t>woke</w:t>
      </w:r>
      <w:r w:rsidR="00685E71" w:rsidRPr="009210F4">
        <w:rPr>
          <w:rFonts w:asciiTheme="majorHAnsi" w:hAnsiTheme="majorHAnsi" w:cstheme="majorHAnsi"/>
        </w:rPr>
        <w:t xml:space="preserve"> </w:t>
      </w:r>
      <w:r w:rsidR="00F7615C" w:rsidRPr="009210F4">
        <w:rPr>
          <w:rFonts w:asciiTheme="majorHAnsi" w:hAnsiTheme="majorHAnsi" w:cstheme="majorHAnsi"/>
        </w:rPr>
        <w:t xml:space="preserve">and </w:t>
      </w:r>
      <w:r w:rsidR="00685E71" w:rsidRPr="009210F4">
        <w:rPr>
          <w:rFonts w:asciiTheme="majorHAnsi" w:hAnsiTheme="majorHAnsi" w:cstheme="majorHAnsi"/>
        </w:rPr>
        <w:t>learning that, Walt Disney was a, ooh, Nazi claxon alert,</w:t>
      </w:r>
      <w:r w:rsidR="00D23E9C" w:rsidRPr="009210F4">
        <w:rPr>
          <w:rFonts w:asciiTheme="majorHAnsi" w:hAnsiTheme="majorHAnsi" w:cstheme="majorHAnsi"/>
        </w:rPr>
        <w:t xml:space="preserve"> </w:t>
      </w:r>
      <w:r w:rsidR="00685E71" w:rsidRPr="009210F4">
        <w:rPr>
          <w:rFonts w:asciiTheme="majorHAnsi" w:hAnsiTheme="majorHAnsi" w:cstheme="majorHAnsi"/>
        </w:rPr>
        <w:t xml:space="preserve">Walt Disney was a Nazi {laughter} </w:t>
      </w:r>
    </w:p>
    <w:p w14:paraId="5964C342" w14:textId="77777777" w:rsidR="00692E66" w:rsidRDefault="00692E66" w:rsidP="009210F4">
      <w:pPr>
        <w:pStyle w:val="NoSpacing"/>
        <w:rPr>
          <w:rFonts w:asciiTheme="majorHAnsi" w:hAnsiTheme="majorHAnsi" w:cstheme="majorHAnsi"/>
        </w:rPr>
      </w:pPr>
    </w:p>
    <w:p w14:paraId="464735DD" w14:textId="00FBDD48" w:rsidR="00991E93" w:rsidRPr="009210F4" w:rsidRDefault="00311E1D" w:rsidP="009210F4">
      <w:pPr>
        <w:pStyle w:val="NoSpacing"/>
        <w:rPr>
          <w:rFonts w:asciiTheme="majorHAnsi" w:hAnsiTheme="majorHAnsi" w:cstheme="majorHAnsi"/>
        </w:rPr>
      </w:pPr>
      <w:r w:rsidRPr="009210F4">
        <w:rPr>
          <w:rFonts w:asciiTheme="majorHAnsi" w:hAnsiTheme="majorHAnsi" w:cstheme="majorHAnsi"/>
        </w:rPr>
        <w:t>Alice: She’s a fast</w:t>
      </w:r>
      <w:r w:rsidR="00821BAC" w:rsidRPr="009210F4">
        <w:rPr>
          <w:rFonts w:asciiTheme="majorHAnsi" w:hAnsiTheme="majorHAnsi" w:cstheme="majorHAnsi"/>
        </w:rPr>
        <w:t xml:space="preserve"> learner</w:t>
      </w:r>
    </w:p>
    <w:p w14:paraId="67178A74" w14:textId="77777777" w:rsidR="00692E66" w:rsidRDefault="00692E66" w:rsidP="009210F4">
      <w:pPr>
        <w:pStyle w:val="NoSpacing"/>
        <w:rPr>
          <w:rFonts w:asciiTheme="majorHAnsi" w:hAnsiTheme="majorHAnsi" w:cstheme="majorHAnsi"/>
        </w:rPr>
      </w:pPr>
    </w:p>
    <w:p w14:paraId="464B4A46" w14:textId="09A3AC59" w:rsidR="00821BAC" w:rsidRPr="009210F4" w:rsidRDefault="00821BAC" w:rsidP="009210F4">
      <w:pPr>
        <w:pStyle w:val="NoSpacing"/>
        <w:rPr>
          <w:rFonts w:asciiTheme="majorHAnsi" w:hAnsiTheme="majorHAnsi" w:cstheme="majorHAnsi"/>
        </w:rPr>
      </w:pPr>
      <w:r w:rsidRPr="009210F4">
        <w:rPr>
          <w:rFonts w:asciiTheme="majorHAnsi" w:hAnsiTheme="majorHAnsi" w:cstheme="majorHAnsi"/>
        </w:rPr>
        <w:t>Lucy: We’ve found one!</w:t>
      </w:r>
    </w:p>
    <w:p w14:paraId="730F46FE" w14:textId="77777777" w:rsidR="00821BAC" w:rsidRPr="009210F4" w:rsidRDefault="00821BAC" w:rsidP="009210F4">
      <w:pPr>
        <w:pStyle w:val="NoSpacing"/>
        <w:rPr>
          <w:rFonts w:asciiTheme="majorHAnsi" w:hAnsiTheme="majorHAnsi" w:cstheme="majorHAnsi"/>
        </w:rPr>
      </w:pPr>
    </w:p>
    <w:p w14:paraId="34EA3946" w14:textId="0D275FDB" w:rsidR="00991E93" w:rsidRPr="009210F4" w:rsidRDefault="00820759" w:rsidP="009210F4">
      <w:pPr>
        <w:pStyle w:val="NoSpacing"/>
        <w:rPr>
          <w:rFonts w:asciiTheme="majorHAnsi" w:hAnsiTheme="majorHAnsi" w:cstheme="majorHAnsi"/>
        </w:rPr>
      </w:pPr>
      <w:r w:rsidRPr="009210F4">
        <w:rPr>
          <w:rFonts w:asciiTheme="majorHAnsi" w:hAnsiTheme="majorHAnsi" w:cstheme="majorHAnsi"/>
        </w:rPr>
        <w:t xml:space="preserve">Kimmy </w:t>
      </w:r>
      <w:r w:rsidR="00F7615C" w:rsidRPr="009210F4">
        <w:rPr>
          <w:rFonts w:asciiTheme="majorHAnsi" w:hAnsiTheme="majorHAnsi" w:cstheme="majorHAnsi"/>
        </w:rPr>
        <w:t>39:23</w:t>
      </w:r>
    </w:p>
    <w:p w14:paraId="18A4120A" w14:textId="5D7E3E49"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Disney was a Nazi and like so I'm not surprised that</w:t>
      </w:r>
      <w:r w:rsidR="00821BAC" w:rsidRPr="009210F4">
        <w:rPr>
          <w:rFonts w:asciiTheme="majorHAnsi" w:hAnsiTheme="majorHAnsi" w:cstheme="majorHAnsi"/>
        </w:rPr>
        <w:t>,</w:t>
      </w:r>
      <w:r w:rsidRPr="009210F4">
        <w:rPr>
          <w:rFonts w:asciiTheme="majorHAnsi" w:hAnsiTheme="majorHAnsi" w:cstheme="majorHAnsi"/>
        </w:rPr>
        <w:t xml:space="preserve"> like</w:t>
      </w:r>
      <w:r w:rsidR="00821BAC" w:rsidRPr="009210F4">
        <w:rPr>
          <w:rFonts w:asciiTheme="majorHAnsi" w:hAnsiTheme="majorHAnsi" w:cstheme="majorHAnsi"/>
        </w:rPr>
        <w:t>,</w:t>
      </w:r>
      <w:r w:rsidRPr="009210F4">
        <w:rPr>
          <w:rFonts w:asciiTheme="majorHAnsi" w:hAnsiTheme="majorHAnsi" w:cstheme="majorHAnsi"/>
        </w:rPr>
        <w:t xml:space="preserve"> his</w:t>
      </w:r>
      <w:r w:rsidR="00821BAC" w:rsidRPr="009210F4">
        <w:rPr>
          <w:rFonts w:asciiTheme="majorHAnsi" w:hAnsiTheme="majorHAnsi" w:cstheme="majorHAnsi"/>
        </w:rPr>
        <w:t>,</w:t>
      </w:r>
      <w:r w:rsidRPr="009210F4">
        <w:rPr>
          <w:rFonts w:asciiTheme="majorHAnsi" w:hAnsiTheme="majorHAnsi" w:cstheme="majorHAnsi"/>
        </w:rPr>
        <w:t xml:space="preserve"> his company's ethos is all</w:t>
      </w:r>
      <w:r w:rsidR="00821BAC" w:rsidRPr="009210F4">
        <w:rPr>
          <w:rFonts w:asciiTheme="majorHAnsi" w:hAnsiTheme="majorHAnsi" w:cstheme="majorHAnsi"/>
        </w:rPr>
        <w:t>,</w:t>
      </w:r>
      <w:r w:rsidRPr="009210F4">
        <w:rPr>
          <w:rFonts w:asciiTheme="majorHAnsi" w:hAnsiTheme="majorHAnsi" w:cstheme="majorHAnsi"/>
        </w:rPr>
        <w:t xml:space="preserve"> like</w:t>
      </w:r>
      <w:r w:rsidR="00821BAC" w:rsidRPr="009210F4">
        <w:rPr>
          <w:rFonts w:asciiTheme="majorHAnsi" w:hAnsiTheme="majorHAnsi" w:cstheme="majorHAnsi"/>
        </w:rPr>
        <w:t>,</w:t>
      </w:r>
      <w:r w:rsidRPr="009210F4">
        <w:rPr>
          <w:rFonts w:asciiTheme="majorHAnsi" w:hAnsiTheme="majorHAnsi" w:cstheme="majorHAnsi"/>
        </w:rPr>
        <w:t xml:space="preserve"> all messed up and just seeing the way that</w:t>
      </w:r>
      <w:r w:rsidR="00821BAC" w:rsidRPr="009210F4">
        <w:rPr>
          <w:rFonts w:asciiTheme="majorHAnsi" w:hAnsiTheme="majorHAnsi" w:cstheme="majorHAnsi"/>
        </w:rPr>
        <w:t>,</w:t>
      </w:r>
      <w:r w:rsidRPr="009210F4">
        <w:rPr>
          <w:rFonts w:asciiTheme="majorHAnsi" w:hAnsiTheme="majorHAnsi" w:cstheme="majorHAnsi"/>
        </w:rPr>
        <w:t xml:space="preserve"> like</w:t>
      </w:r>
      <w:r w:rsidR="00821BAC" w:rsidRPr="009210F4">
        <w:rPr>
          <w:rFonts w:asciiTheme="majorHAnsi" w:hAnsiTheme="majorHAnsi" w:cstheme="majorHAnsi"/>
        </w:rPr>
        <w:t>,</w:t>
      </w:r>
      <w:r w:rsidRPr="009210F4">
        <w:rPr>
          <w:rFonts w:asciiTheme="majorHAnsi" w:hAnsiTheme="majorHAnsi" w:cstheme="majorHAnsi"/>
        </w:rPr>
        <w:t xml:space="preserve"> the sound of</w:t>
      </w:r>
      <w:r w:rsidR="00821BAC" w:rsidRPr="009210F4">
        <w:rPr>
          <w:rFonts w:asciiTheme="majorHAnsi" w:hAnsiTheme="majorHAnsi" w:cstheme="majorHAnsi"/>
        </w:rPr>
        <w:t>,</w:t>
      </w:r>
      <w:r w:rsidRPr="009210F4">
        <w:rPr>
          <w:rFonts w:asciiTheme="majorHAnsi" w:hAnsiTheme="majorHAnsi" w:cstheme="majorHAnsi"/>
        </w:rPr>
        <w:t xml:space="preserve"> what's the name o</w:t>
      </w:r>
      <w:r w:rsidR="00821BAC" w:rsidRPr="009210F4">
        <w:rPr>
          <w:rFonts w:asciiTheme="majorHAnsi" w:hAnsiTheme="majorHAnsi" w:cstheme="majorHAnsi"/>
        </w:rPr>
        <w:t xml:space="preserve">, er, Song of the South, </w:t>
      </w:r>
      <w:r w:rsidRPr="009210F4">
        <w:rPr>
          <w:rFonts w:asciiTheme="majorHAnsi" w:hAnsiTheme="majorHAnsi" w:cstheme="majorHAnsi"/>
        </w:rPr>
        <w:t>like it's been banned.</w:t>
      </w:r>
    </w:p>
    <w:p w14:paraId="6954DAC7" w14:textId="77777777" w:rsidR="00991E93" w:rsidRPr="009210F4" w:rsidRDefault="00991E93" w:rsidP="009210F4">
      <w:pPr>
        <w:pStyle w:val="NoSpacing"/>
        <w:rPr>
          <w:rFonts w:asciiTheme="majorHAnsi" w:hAnsiTheme="majorHAnsi" w:cstheme="majorHAnsi"/>
        </w:rPr>
      </w:pPr>
    </w:p>
    <w:p w14:paraId="7759F9A1" w14:textId="1E6453A2"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Lucy</w:t>
      </w:r>
      <w:r w:rsidR="00D23E9C" w:rsidRPr="009210F4">
        <w:rPr>
          <w:rFonts w:asciiTheme="majorHAnsi" w:hAnsiTheme="majorHAnsi" w:cstheme="majorHAnsi"/>
        </w:rPr>
        <w:t xml:space="preserve"> </w:t>
      </w:r>
      <w:r w:rsidRPr="009210F4">
        <w:rPr>
          <w:rFonts w:asciiTheme="majorHAnsi" w:hAnsiTheme="majorHAnsi" w:cstheme="majorHAnsi"/>
        </w:rPr>
        <w:t>39:42</w:t>
      </w:r>
    </w:p>
    <w:p w14:paraId="51CA808F" w14:textId="77777777"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Yeah,</w:t>
      </w:r>
    </w:p>
    <w:p w14:paraId="60B2DD84" w14:textId="77777777" w:rsidR="00991E93" w:rsidRPr="009210F4" w:rsidRDefault="00991E93" w:rsidP="009210F4">
      <w:pPr>
        <w:pStyle w:val="NoSpacing"/>
        <w:rPr>
          <w:rFonts w:asciiTheme="majorHAnsi" w:hAnsiTheme="majorHAnsi" w:cstheme="majorHAnsi"/>
        </w:rPr>
      </w:pPr>
    </w:p>
    <w:p w14:paraId="48E8FC8D" w14:textId="3A95149F" w:rsidR="00991E93" w:rsidRPr="009210F4" w:rsidRDefault="00820759" w:rsidP="009210F4">
      <w:pPr>
        <w:pStyle w:val="NoSpacing"/>
        <w:rPr>
          <w:rFonts w:asciiTheme="majorHAnsi" w:hAnsiTheme="majorHAnsi" w:cstheme="majorHAnsi"/>
        </w:rPr>
      </w:pPr>
      <w:r w:rsidRPr="009210F4">
        <w:rPr>
          <w:rFonts w:asciiTheme="majorHAnsi" w:hAnsiTheme="majorHAnsi" w:cstheme="majorHAnsi"/>
        </w:rPr>
        <w:t xml:space="preserve">Kimmy </w:t>
      </w:r>
      <w:r w:rsidR="00F7615C" w:rsidRPr="009210F4">
        <w:rPr>
          <w:rFonts w:asciiTheme="majorHAnsi" w:hAnsiTheme="majorHAnsi" w:cstheme="majorHAnsi"/>
        </w:rPr>
        <w:t>39:43</w:t>
      </w:r>
    </w:p>
    <w:p w14:paraId="2D2D80C5" w14:textId="2168D30A"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you know, they have a horrible history of racism and I'm not so like, so when I hear that they've Columbus</w:t>
      </w:r>
      <w:r w:rsidR="00821BAC" w:rsidRPr="009210F4">
        <w:rPr>
          <w:rFonts w:asciiTheme="majorHAnsi" w:hAnsiTheme="majorHAnsi" w:cstheme="majorHAnsi"/>
        </w:rPr>
        <w:t>ed</w:t>
      </w:r>
      <w:r w:rsidRPr="009210F4">
        <w:rPr>
          <w:rFonts w:asciiTheme="majorHAnsi" w:hAnsiTheme="majorHAnsi" w:cstheme="majorHAnsi"/>
        </w:rPr>
        <w:t xml:space="preserve"> </w:t>
      </w:r>
      <w:proofErr w:type="gramStart"/>
      <w:r w:rsidRPr="009210F4">
        <w:rPr>
          <w:rFonts w:asciiTheme="majorHAnsi" w:hAnsiTheme="majorHAnsi" w:cstheme="majorHAnsi"/>
        </w:rPr>
        <w:t>The</w:t>
      </w:r>
      <w:proofErr w:type="gramEnd"/>
      <w:r w:rsidRPr="009210F4">
        <w:rPr>
          <w:rFonts w:asciiTheme="majorHAnsi" w:hAnsiTheme="majorHAnsi" w:cstheme="majorHAnsi"/>
        </w:rPr>
        <w:t xml:space="preserve"> Lion King</w:t>
      </w:r>
      <w:r w:rsidR="00821BAC" w:rsidRPr="009210F4">
        <w:rPr>
          <w:rFonts w:asciiTheme="majorHAnsi" w:hAnsiTheme="majorHAnsi" w:cstheme="majorHAnsi"/>
        </w:rPr>
        <w:t>, n</w:t>
      </w:r>
      <w:r w:rsidRPr="009210F4">
        <w:rPr>
          <w:rFonts w:asciiTheme="majorHAnsi" w:hAnsiTheme="majorHAnsi" w:cstheme="majorHAnsi"/>
        </w:rPr>
        <w:t>othing surprises me because of the Genesis</w:t>
      </w:r>
      <w:r w:rsidR="00821BAC" w:rsidRPr="009210F4">
        <w:rPr>
          <w:rFonts w:asciiTheme="majorHAnsi" w:hAnsiTheme="majorHAnsi" w:cstheme="majorHAnsi"/>
        </w:rPr>
        <w:t>,</w:t>
      </w:r>
      <w:r w:rsidRPr="009210F4">
        <w:rPr>
          <w:rFonts w:asciiTheme="majorHAnsi" w:hAnsiTheme="majorHAnsi" w:cstheme="majorHAnsi"/>
        </w:rPr>
        <w:t xml:space="preserve"> because of the origins of </w:t>
      </w:r>
      <w:r w:rsidR="00821BAC" w:rsidRPr="009210F4">
        <w:rPr>
          <w:rFonts w:asciiTheme="majorHAnsi" w:hAnsiTheme="majorHAnsi" w:cstheme="majorHAnsi"/>
        </w:rPr>
        <w:t xml:space="preserve">Disney </w:t>
      </w:r>
      <w:r w:rsidR="00692E66">
        <w:rPr>
          <w:rFonts w:asciiTheme="majorHAnsi" w:hAnsiTheme="majorHAnsi" w:cstheme="majorHAnsi"/>
        </w:rPr>
        <w:t>a</w:t>
      </w:r>
      <w:r w:rsidRPr="009210F4">
        <w:rPr>
          <w:rFonts w:asciiTheme="majorHAnsi" w:hAnsiTheme="majorHAnsi" w:cstheme="majorHAnsi"/>
        </w:rPr>
        <w:t>s a corporation to begin with</w:t>
      </w:r>
    </w:p>
    <w:p w14:paraId="45B1CD59" w14:textId="77777777" w:rsidR="00991E93" w:rsidRPr="009210F4" w:rsidRDefault="00991E93" w:rsidP="009210F4">
      <w:pPr>
        <w:pStyle w:val="NoSpacing"/>
        <w:rPr>
          <w:rFonts w:asciiTheme="majorHAnsi" w:hAnsiTheme="majorHAnsi" w:cstheme="majorHAnsi"/>
        </w:rPr>
      </w:pPr>
    </w:p>
    <w:p w14:paraId="511FA99F" w14:textId="53175E00"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Alice</w:t>
      </w:r>
      <w:r w:rsidR="00D23E9C" w:rsidRPr="009210F4">
        <w:rPr>
          <w:rFonts w:asciiTheme="majorHAnsi" w:hAnsiTheme="majorHAnsi" w:cstheme="majorHAnsi"/>
        </w:rPr>
        <w:t xml:space="preserve"> </w:t>
      </w:r>
      <w:r w:rsidRPr="009210F4">
        <w:rPr>
          <w:rFonts w:asciiTheme="majorHAnsi" w:hAnsiTheme="majorHAnsi" w:cstheme="majorHAnsi"/>
        </w:rPr>
        <w:t>40:02</w:t>
      </w:r>
    </w:p>
    <w:p w14:paraId="46BB0DE1" w14:textId="77777777"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oh yeah</w:t>
      </w:r>
    </w:p>
    <w:p w14:paraId="111057C5" w14:textId="77777777" w:rsidR="00991E93" w:rsidRPr="009210F4" w:rsidRDefault="00991E93" w:rsidP="009210F4">
      <w:pPr>
        <w:pStyle w:val="NoSpacing"/>
        <w:rPr>
          <w:rFonts w:asciiTheme="majorHAnsi" w:hAnsiTheme="majorHAnsi" w:cstheme="majorHAnsi"/>
        </w:rPr>
      </w:pPr>
    </w:p>
    <w:p w14:paraId="3B03CAAD" w14:textId="79536FAD"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Daisy</w:t>
      </w:r>
      <w:r w:rsidR="00D23E9C" w:rsidRPr="009210F4">
        <w:rPr>
          <w:rFonts w:asciiTheme="majorHAnsi" w:hAnsiTheme="majorHAnsi" w:cstheme="majorHAnsi"/>
        </w:rPr>
        <w:t xml:space="preserve"> </w:t>
      </w:r>
      <w:r w:rsidRPr="009210F4">
        <w:rPr>
          <w:rFonts w:asciiTheme="majorHAnsi" w:hAnsiTheme="majorHAnsi" w:cstheme="majorHAnsi"/>
        </w:rPr>
        <w:t>40:03</w:t>
      </w:r>
    </w:p>
    <w:p w14:paraId="1B832BD6" w14:textId="6ACAB092"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yeah I think it would be a ridiculous amount of coincidence if</w:t>
      </w:r>
      <w:r w:rsidR="00553DE5" w:rsidRPr="009210F4">
        <w:rPr>
          <w:rFonts w:asciiTheme="majorHAnsi" w:hAnsiTheme="majorHAnsi" w:cstheme="majorHAnsi"/>
        </w:rPr>
        <w:t>,</w:t>
      </w:r>
      <w:r w:rsidRPr="009210F4">
        <w:rPr>
          <w:rFonts w:asciiTheme="majorHAnsi" w:hAnsiTheme="majorHAnsi" w:cstheme="majorHAnsi"/>
        </w:rPr>
        <w:t xml:space="preserve"> </w:t>
      </w:r>
      <w:r w:rsidR="00553DE5" w:rsidRPr="009210F4">
        <w:rPr>
          <w:rFonts w:asciiTheme="majorHAnsi" w:hAnsiTheme="majorHAnsi" w:cstheme="majorHAnsi"/>
        </w:rPr>
        <w:t xml:space="preserve">like, </w:t>
      </w:r>
      <w:r w:rsidRPr="009210F4">
        <w:rPr>
          <w:rFonts w:asciiTheme="majorHAnsi" w:hAnsiTheme="majorHAnsi" w:cstheme="majorHAnsi"/>
        </w:rPr>
        <w:t>like</w:t>
      </w:r>
      <w:r w:rsidR="00553DE5" w:rsidRPr="009210F4">
        <w:rPr>
          <w:rFonts w:asciiTheme="majorHAnsi" w:hAnsiTheme="majorHAnsi" w:cstheme="majorHAnsi"/>
        </w:rPr>
        <w:t>, er,</w:t>
      </w:r>
      <w:r w:rsidRPr="009210F4">
        <w:rPr>
          <w:rFonts w:asciiTheme="majorHAnsi" w:hAnsiTheme="majorHAnsi" w:cstheme="majorHAnsi"/>
        </w:rPr>
        <w:t xml:space="preserve"> an incomprehensible level of coincidence for it to be completely unrelated</w:t>
      </w:r>
      <w:r w:rsidR="00553DE5" w:rsidRPr="009210F4">
        <w:rPr>
          <w:rFonts w:asciiTheme="majorHAnsi" w:hAnsiTheme="majorHAnsi" w:cstheme="majorHAnsi"/>
        </w:rPr>
        <w:t>,</w:t>
      </w:r>
      <w:r w:rsidRPr="009210F4">
        <w:rPr>
          <w:rFonts w:asciiTheme="majorHAnsi" w:hAnsiTheme="majorHAnsi" w:cstheme="majorHAnsi"/>
        </w:rPr>
        <w:t xml:space="preserve"> </w:t>
      </w:r>
      <w:r w:rsidR="00553DE5" w:rsidRPr="009210F4">
        <w:rPr>
          <w:rFonts w:asciiTheme="majorHAnsi" w:hAnsiTheme="majorHAnsi" w:cstheme="majorHAnsi"/>
        </w:rPr>
        <w:t xml:space="preserve">like it would </w:t>
      </w:r>
      <w:r w:rsidRPr="009210F4">
        <w:rPr>
          <w:rFonts w:asciiTheme="majorHAnsi" w:hAnsiTheme="majorHAnsi" w:cstheme="majorHAnsi"/>
        </w:rPr>
        <w:t>be ridiculous so yeah you know it's just not really possible</w:t>
      </w:r>
      <w:r w:rsidR="00553DE5" w:rsidRPr="009210F4">
        <w:rPr>
          <w:rFonts w:asciiTheme="majorHAnsi" w:hAnsiTheme="majorHAnsi" w:cstheme="majorHAnsi"/>
        </w:rPr>
        <w:t>,</w:t>
      </w:r>
      <w:r w:rsidRPr="009210F4">
        <w:rPr>
          <w:rFonts w:asciiTheme="majorHAnsi" w:hAnsiTheme="majorHAnsi" w:cstheme="majorHAnsi"/>
        </w:rPr>
        <w:t xml:space="preserve"> particularly with the name</w:t>
      </w:r>
      <w:r w:rsidR="00553DE5" w:rsidRPr="009210F4">
        <w:rPr>
          <w:rFonts w:asciiTheme="majorHAnsi" w:hAnsiTheme="majorHAnsi" w:cstheme="majorHAnsi"/>
        </w:rPr>
        <w:t>,</w:t>
      </w:r>
      <w:r w:rsidRPr="009210F4">
        <w:rPr>
          <w:rFonts w:asciiTheme="majorHAnsi" w:hAnsiTheme="majorHAnsi" w:cstheme="majorHAnsi"/>
        </w:rPr>
        <w:t xml:space="preserve"> like even if all they've done is sort of taken the story of Hamlet and put it into the</w:t>
      </w:r>
      <w:r w:rsidR="00553DE5" w:rsidRPr="009210F4">
        <w:rPr>
          <w:rFonts w:asciiTheme="majorHAnsi" w:hAnsiTheme="majorHAnsi" w:cstheme="majorHAnsi"/>
        </w:rPr>
        <w:t>,</w:t>
      </w:r>
      <w:r w:rsidRPr="009210F4">
        <w:rPr>
          <w:rFonts w:asciiTheme="majorHAnsi" w:hAnsiTheme="majorHAnsi" w:cstheme="majorHAnsi"/>
        </w:rPr>
        <w:t xml:space="preserve"> you know</w:t>
      </w:r>
      <w:r w:rsidR="00553DE5" w:rsidRPr="009210F4">
        <w:rPr>
          <w:rFonts w:asciiTheme="majorHAnsi" w:hAnsiTheme="majorHAnsi" w:cstheme="majorHAnsi"/>
        </w:rPr>
        <w:t>,</w:t>
      </w:r>
      <w:r w:rsidRPr="009210F4">
        <w:rPr>
          <w:rFonts w:asciiTheme="majorHAnsi" w:hAnsiTheme="majorHAnsi" w:cstheme="majorHAnsi"/>
        </w:rPr>
        <w:t xml:space="preserve"> the time and place of </w:t>
      </w:r>
      <w:r w:rsidR="00553DE5" w:rsidRPr="009210F4">
        <w:rPr>
          <w:rFonts w:asciiTheme="majorHAnsi" w:hAnsiTheme="majorHAnsi" w:cstheme="majorHAnsi"/>
        </w:rPr>
        <w:t xml:space="preserve">this </w:t>
      </w:r>
      <w:r w:rsidRPr="009210F4">
        <w:rPr>
          <w:rFonts w:asciiTheme="majorHAnsi" w:hAnsiTheme="majorHAnsi" w:cstheme="majorHAnsi"/>
        </w:rPr>
        <w:t>similar story</w:t>
      </w:r>
      <w:r w:rsidR="00553DE5" w:rsidRPr="009210F4">
        <w:rPr>
          <w:rFonts w:asciiTheme="majorHAnsi" w:hAnsiTheme="majorHAnsi" w:cstheme="majorHAnsi"/>
        </w:rPr>
        <w:t>,</w:t>
      </w:r>
      <w:r w:rsidRPr="009210F4">
        <w:rPr>
          <w:rFonts w:asciiTheme="majorHAnsi" w:hAnsiTheme="majorHAnsi" w:cstheme="majorHAnsi"/>
        </w:rPr>
        <w:t xml:space="preserve"> even if that is all they've done</w:t>
      </w:r>
      <w:r w:rsidR="00553DE5" w:rsidRPr="009210F4">
        <w:rPr>
          <w:rFonts w:asciiTheme="majorHAnsi" w:hAnsiTheme="majorHAnsi" w:cstheme="majorHAnsi"/>
        </w:rPr>
        <w:t>, like</w:t>
      </w:r>
      <w:r w:rsidR="00D23E9C" w:rsidRPr="009210F4">
        <w:rPr>
          <w:rFonts w:asciiTheme="majorHAnsi" w:hAnsiTheme="majorHAnsi" w:cstheme="majorHAnsi"/>
        </w:rPr>
        <w:t xml:space="preserve"> </w:t>
      </w:r>
      <w:r w:rsidRPr="009210F4">
        <w:rPr>
          <w:rFonts w:asciiTheme="majorHAnsi" w:hAnsiTheme="majorHAnsi" w:cstheme="majorHAnsi"/>
        </w:rPr>
        <w:t>picked out the setting then</w:t>
      </w:r>
    </w:p>
    <w:p w14:paraId="1235742E" w14:textId="77777777" w:rsidR="00991E93" w:rsidRPr="009210F4" w:rsidRDefault="00991E93" w:rsidP="009210F4">
      <w:pPr>
        <w:pStyle w:val="NoSpacing"/>
        <w:rPr>
          <w:rFonts w:asciiTheme="majorHAnsi" w:hAnsiTheme="majorHAnsi" w:cstheme="majorHAnsi"/>
        </w:rPr>
      </w:pPr>
    </w:p>
    <w:p w14:paraId="27B6CE79" w14:textId="6D7354ED"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Alice</w:t>
      </w:r>
      <w:r w:rsidR="00D23E9C" w:rsidRPr="009210F4">
        <w:rPr>
          <w:rFonts w:asciiTheme="majorHAnsi" w:hAnsiTheme="majorHAnsi" w:cstheme="majorHAnsi"/>
        </w:rPr>
        <w:t xml:space="preserve"> </w:t>
      </w:r>
      <w:r w:rsidRPr="009210F4">
        <w:rPr>
          <w:rFonts w:asciiTheme="majorHAnsi" w:hAnsiTheme="majorHAnsi" w:cstheme="majorHAnsi"/>
        </w:rPr>
        <w:t>40:35</w:t>
      </w:r>
    </w:p>
    <w:p w14:paraId="2B1BAF8E" w14:textId="3D9F43E7"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there's inspiration</w:t>
      </w:r>
      <w:r w:rsidR="00553DE5" w:rsidRPr="009210F4">
        <w:rPr>
          <w:rFonts w:asciiTheme="majorHAnsi" w:hAnsiTheme="majorHAnsi" w:cstheme="majorHAnsi"/>
        </w:rPr>
        <w:t>,</w:t>
      </w:r>
      <w:r w:rsidRPr="009210F4">
        <w:rPr>
          <w:rFonts w:asciiTheme="majorHAnsi" w:hAnsiTheme="majorHAnsi" w:cstheme="majorHAnsi"/>
        </w:rPr>
        <w:t xml:space="preserve"> perhaps inspiration</w:t>
      </w:r>
      <w:r w:rsidR="00553DE5" w:rsidRPr="009210F4">
        <w:rPr>
          <w:rFonts w:asciiTheme="majorHAnsi" w:hAnsiTheme="majorHAnsi" w:cstheme="majorHAnsi"/>
        </w:rPr>
        <w:t xml:space="preserve"> is</w:t>
      </w:r>
      <w:r w:rsidRPr="009210F4">
        <w:rPr>
          <w:rFonts w:asciiTheme="majorHAnsi" w:hAnsiTheme="majorHAnsi" w:cstheme="majorHAnsi"/>
        </w:rPr>
        <w:t xml:space="preserve"> t</w:t>
      </w:r>
      <w:r w:rsidR="00553DE5" w:rsidRPr="009210F4">
        <w:rPr>
          <w:rFonts w:asciiTheme="majorHAnsi" w:hAnsiTheme="majorHAnsi" w:cstheme="majorHAnsi"/>
        </w:rPr>
        <w:t>o</w:t>
      </w:r>
      <w:r w:rsidRPr="009210F4">
        <w:rPr>
          <w:rFonts w:asciiTheme="majorHAnsi" w:hAnsiTheme="majorHAnsi" w:cstheme="majorHAnsi"/>
        </w:rPr>
        <w:t>o kind</w:t>
      </w:r>
      <w:r w:rsidR="00553DE5" w:rsidRPr="009210F4">
        <w:rPr>
          <w:rFonts w:asciiTheme="majorHAnsi" w:hAnsiTheme="majorHAnsi" w:cstheme="majorHAnsi"/>
        </w:rPr>
        <w:t xml:space="preserve"> </w:t>
      </w:r>
      <w:r w:rsidRPr="009210F4">
        <w:rPr>
          <w:rFonts w:asciiTheme="majorHAnsi" w:hAnsiTheme="majorHAnsi" w:cstheme="majorHAnsi"/>
        </w:rPr>
        <w:t xml:space="preserve">a word </w:t>
      </w:r>
      <w:r w:rsidR="00553DE5" w:rsidRPr="009210F4">
        <w:rPr>
          <w:rFonts w:asciiTheme="majorHAnsi" w:hAnsiTheme="majorHAnsi" w:cstheme="majorHAnsi"/>
        </w:rPr>
        <w:t xml:space="preserve">to, </w:t>
      </w:r>
      <w:r w:rsidRPr="009210F4">
        <w:rPr>
          <w:rFonts w:asciiTheme="majorHAnsi" w:hAnsiTheme="majorHAnsi" w:cstheme="majorHAnsi"/>
        </w:rPr>
        <w:t>but there</w:t>
      </w:r>
      <w:r w:rsidR="00553DE5" w:rsidRPr="009210F4">
        <w:rPr>
          <w:rFonts w:asciiTheme="majorHAnsi" w:hAnsiTheme="majorHAnsi" w:cstheme="majorHAnsi"/>
        </w:rPr>
        <w:t>,</w:t>
      </w:r>
      <w:r w:rsidRPr="009210F4">
        <w:rPr>
          <w:rFonts w:asciiTheme="majorHAnsi" w:hAnsiTheme="majorHAnsi" w:cstheme="majorHAnsi"/>
        </w:rPr>
        <w:t xml:space="preserve"> yeah</w:t>
      </w:r>
      <w:r w:rsidR="00553DE5" w:rsidRPr="009210F4">
        <w:rPr>
          <w:rFonts w:asciiTheme="majorHAnsi" w:hAnsiTheme="majorHAnsi" w:cstheme="majorHAnsi"/>
        </w:rPr>
        <w:t>,</w:t>
      </w:r>
      <w:r w:rsidRPr="009210F4">
        <w:rPr>
          <w:rFonts w:asciiTheme="majorHAnsi" w:hAnsiTheme="majorHAnsi" w:cstheme="majorHAnsi"/>
        </w:rPr>
        <w:t xml:space="preserve"> there's definitely</w:t>
      </w:r>
      <w:r w:rsidR="00553DE5" w:rsidRPr="009210F4">
        <w:rPr>
          <w:rFonts w:asciiTheme="majorHAnsi" w:hAnsiTheme="majorHAnsi" w:cstheme="majorHAnsi"/>
        </w:rPr>
        <w:t>,</w:t>
      </w:r>
      <w:r w:rsidRPr="009210F4">
        <w:rPr>
          <w:rFonts w:asciiTheme="majorHAnsi" w:hAnsiTheme="majorHAnsi" w:cstheme="majorHAnsi"/>
        </w:rPr>
        <w:t xml:space="preserve"> some libert</w:t>
      </w:r>
      <w:r w:rsidR="00553DE5" w:rsidRPr="009210F4">
        <w:rPr>
          <w:rFonts w:asciiTheme="majorHAnsi" w:hAnsiTheme="majorHAnsi" w:cstheme="majorHAnsi"/>
        </w:rPr>
        <w:t>y’s</w:t>
      </w:r>
      <w:r w:rsidRPr="009210F4">
        <w:rPr>
          <w:rFonts w:asciiTheme="majorHAnsi" w:hAnsiTheme="majorHAnsi" w:cstheme="majorHAnsi"/>
        </w:rPr>
        <w:t xml:space="preserve"> been taken</w:t>
      </w:r>
    </w:p>
    <w:p w14:paraId="602AABE2" w14:textId="77777777" w:rsidR="00991E93" w:rsidRPr="009210F4" w:rsidRDefault="00991E93" w:rsidP="009210F4">
      <w:pPr>
        <w:pStyle w:val="NoSpacing"/>
        <w:rPr>
          <w:rFonts w:asciiTheme="majorHAnsi" w:hAnsiTheme="majorHAnsi" w:cstheme="majorHAnsi"/>
        </w:rPr>
      </w:pPr>
    </w:p>
    <w:p w14:paraId="6010DA03" w14:textId="4D74E99E" w:rsidR="00991E93" w:rsidRPr="009210F4" w:rsidRDefault="00820759" w:rsidP="009210F4">
      <w:pPr>
        <w:pStyle w:val="NoSpacing"/>
        <w:rPr>
          <w:rFonts w:asciiTheme="majorHAnsi" w:hAnsiTheme="majorHAnsi" w:cstheme="majorHAnsi"/>
        </w:rPr>
      </w:pPr>
      <w:r w:rsidRPr="009210F4">
        <w:rPr>
          <w:rFonts w:asciiTheme="majorHAnsi" w:hAnsiTheme="majorHAnsi" w:cstheme="majorHAnsi"/>
        </w:rPr>
        <w:t xml:space="preserve">Kimmy </w:t>
      </w:r>
      <w:r w:rsidR="00F7615C" w:rsidRPr="009210F4">
        <w:rPr>
          <w:rFonts w:asciiTheme="majorHAnsi" w:hAnsiTheme="majorHAnsi" w:cstheme="majorHAnsi"/>
        </w:rPr>
        <w:t>40:45</w:t>
      </w:r>
    </w:p>
    <w:p w14:paraId="018887ED" w14:textId="486E8A8F"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And we cannot forget the live</w:t>
      </w:r>
      <w:r w:rsidR="00553DE5" w:rsidRPr="009210F4">
        <w:rPr>
          <w:rFonts w:asciiTheme="majorHAnsi" w:hAnsiTheme="majorHAnsi" w:cstheme="majorHAnsi"/>
        </w:rPr>
        <w:t>,</w:t>
      </w:r>
      <w:r w:rsidRPr="009210F4">
        <w:rPr>
          <w:rFonts w:asciiTheme="majorHAnsi" w:hAnsiTheme="majorHAnsi" w:cstheme="majorHAnsi"/>
        </w:rPr>
        <w:t xml:space="preserve"> that </w:t>
      </w:r>
      <w:r w:rsidR="00553DE5" w:rsidRPr="009210F4">
        <w:rPr>
          <w:rFonts w:asciiTheme="majorHAnsi" w:hAnsiTheme="majorHAnsi" w:cstheme="majorHAnsi"/>
        </w:rPr>
        <w:t xml:space="preserve">disastrous </w:t>
      </w:r>
      <w:r w:rsidRPr="009210F4">
        <w:rPr>
          <w:rFonts w:asciiTheme="majorHAnsi" w:hAnsiTheme="majorHAnsi" w:cstheme="majorHAnsi"/>
        </w:rPr>
        <w:t xml:space="preserve">live action version of it that </w:t>
      </w:r>
      <w:r w:rsidR="009210F4" w:rsidRPr="009210F4">
        <w:rPr>
          <w:rFonts w:asciiTheme="majorHAnsi" w:hAnsiTheme="majorHAnsi" w:cstheme="majorHAnsi"/>
        </w:rPr>
        <w:t>looks</w:t>
      </w:r>
      <w:r w:rsidRPr="009210F4">
        <w:rPr>
          <w:rFonts w:asciiTheme="majorHAnsi" w:hAnsiTheme="majorHAnsi" w:cstheme="majorHAnsi"/>
        </w:rPr>
        <w:t xml:space="preserve"> like a National Geographic documentary. </w:t>
      </w:r>
      <w:r w:rsidR="00553DE5" w:rsidRPr="009210F4">
        <w:rPr>
          <w:rFonts w:asciiTheme="majorHAnsi" w:hAnsiTheme="majorHAnsi" w:cstheme="majorHAnsi"/>
        </w:rPr>
        <w:t xml:space="preserve">And </w:t>
      </w:r>
      <w:r w:rsidR="00692E66" w:rsidRPr="009210F4">
        <w:rPr>
          <w:rFonts w:asciiTheme="majorHAnsi" w:hAnsiTheme="majorHAnsi" w:cstheme="majorHAnsi"/>
        </w:rPr>
        <w:t>Beyonce, like</w:t>
      </w:r>
      <w:r w:rsidRPr="009210F4">
        <w:rPr>
          <w:rFonts w:asciiTheme="majorHAnsi" w:hAnsiTheme="majorHAnsi" w:cstheme="majorHAnsi"/>
        </w:rPr>
        <w:t xml:space="preserve">, I know they wanted to sell tickets but Beyonce just made it sound like Nala was </w:t>
      </w:r>
      <w:r w:rsidR="001D3700" w:rsidRPr="009210F4">
        <w:rPr>
          <w:rFonts w:asciiTheme="majorHAnsi" w:hAnsiTheme="majorHAnsi" w:cstheme="majorHAnsi"/>
        </w:rPr>
        <w:t xml:space="preserve">from </w:t>
      </w:r>
      <w:r w:rsidRPr="009210F4">
        <w:rPr>
          <w:rFonts w:asciiTheme="majorHAnsi" w:hAnsiTheme="majorHAnsi" w:cstheme="majorHAnsi"/>
        </w:rPr>
        <w:t xml:space="preserve">the Euston Zoo because Beyonce </w:t>
      </w:r>
      <w:r w:rsidR="001D3700" w:rsidRPr="009210F4">
        <w:rPr>
          <w:rFonts w:asciiTheme="majorHAnsi" w:hAnsiTheme="majorHAnsi" w:cstheme="majorHAnsi"/>
        </w:rPr>
        <w:t xml:space="preserve">cannot fully engage with her </w:t>
      </w:r>
      <w:r w:rsidRPr="009210F4">
        <w:rPr>
          <w:rFonts w:asciiTheme="majorHAnsi" w:hAnsiTheme="majorHAnsi" w:cstheme="majorHAnsi"/>
        </w:rPr>
        <w:t>Texas accent</w:t>
      </w:r>
      <w:r w:rsidR="001D3700" w:rsidRPr="009210F4">
        <w:rPr>
          <w:rFonts w:asciiTheme="majorHAnsi" w:hAnsiTheme="majorHAnsi" w:cstheme="majorHAnsi"/>
        </w:rPr>
        <w:t>,</w:t>
      </w:r>
      <w:r w:rsidRPr="009210F4">
        <w:rPr>
          <w:rFonts w:asciiTheme="majorHAnsi" w:hAnsiTheme="majorHAnsi" w:cstheme="majorHAnsi"/>
        </w:rPr>
        <w:t xml:space="preserve"> she was like </w:t>
      </w:r>
      <w:r w:rsidR="001D3700" w:rsidRPr="009210F4">
        <w:rPr>
          <w:rFonts w:asciiTheme="majorHAnsi" w:hAnsiTheme="majorHAnsi" w:cstheme="majorHAnsi"/>
        </w:rPr>
        <w:t>‘</w:t>
      </w:r>
      <w:r w:rsidRPr="009210F4">
        <w:rPr>
          <w:rFonts w:asciiTheme="majorHAnsi" w:hAnsiTheme="majorHAnsi" w:cstheme="majorHAnsi"/>
        </w:rPr>
        <w:t xml:space="preserve">we go have to go to Pride Rock </w:t>
      </w:r>
      <w:r w:rsidR="001D3700" w:rsidRPr="009210F4">
        <w:rPr>
          <w:rFonts w:asciiTheme="majorHAnsi" w:hAnsiTheme="majorHAnsi" w:cstheme="majorHAnsi"/>
        </w:rPr>
        <w:t>Simba ‘and you know what, no, one of these things don’t belong, like, no</w:t>
      </w:r>
      <w:r w:rsidR="00D23E9C" w:rsidRPr="009210F4">
        <w:rPr>
          <w:rFonts w:asciiTheme="majorHAnsi" w:hAnsiTheme="majorHAnsi" w:cstheme="majorHAnsi"/>
        </w:rPr>
        <w:t xml:space="preserve"> </w:t>
      </w:r>
      <w:r w:rsidR="001D3700" w:rsidRPr="009210F4">
        <w:rPr>
          <w:rFonts w:asciiTheme="majorHAnsi" w:hAnsiTheme="majorHAnsi" w:cstheme="majorHAnsi"/>
        </w:rPr>
        <w:t>{laughter}</w:t>
      </w:r>
    </w:p>
    <w:p w14:paraId="6DD3329C" w14:textId="77777777" w:rsidR="00991E93" w:rsidRPr="009210F4" w:rsidRDefault="00991E93" w:rsidP="009210F4">
      <w:pPr>
        <w:pStyle w:val="NoSpacing"/>
        <w:rPr>
          <w:rFonts w:asciiTheme="majorHAnsi" w:hAnsiTheme="majorHAnsi" w:cstheme="majorHAnsi"/>
        </w:rPr>
      </w:pPr>
    </w:p>
    <w:p w14:paraId="5A498E9F" w14:textId="296B0AF5"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Alice</w:t>
      </w:r>
      <w:r w:rsidR="00D23E9C" w:rsidRPr="009210F4">
        <w:rPr>
          <w:rFonts w:asciiTheme="majorHAnsi" w:hAnsiTheme="majorHAnsi" w:cstheme="majorHAnsi"/>
        </w:rPr>
        <w:t xml:space="preserve"> </w:t>
      </w:r>
      <w:r w:rsidRPr="009210F4">
        <w:rPr>
          <w:rFonts w:asciiTheme="majorHAnsi" w:hAnsiTheme="majorHAnsi" w:cstheme="majorHAnsi"/>
        </w:rPr>
        <w:t>41:19</w:t>
      </w:r>
    </w:p>
    <w:p w14:paraId="52F14A32" w14:textId="6672B8F7"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so some more history or some more Disney</w:t>
      </w:r>
      <w:r w:rsidR="001D3700" w:rsidRPr="009210F4">
        <w:rPr>
          <w:rFonts w:asciiTheme="majorHAnsi" w:hAnsiTheme="majorHAnsi" w:cstheme="majorHAnsi"/>
        </w:rPr>
        <w:t>?</w:t>
      </w:r>
      <w:r w:rsidRPr="009210F4">
        <w:rPr>
          <w:rFonts w:asciiTheme="majorHAnsi" w:hAnsiTheme="majorHAnsi" w:cstheme="majorHAnsi"/>
        </w:rPr>
        <w:t xml:space="preserve"> </w:t>
      </w:r>
      <w:r w:rsidR="001D3700" w:rsidRPr="009210F4">
        <w:rPr>
          <w:rFonts w:asciiTheme="majorHAnsi" w:hAnsiTheme="majorHAnsi" w:cstheme="majorHAnsi"/>
        </w:rPr>
        <w:t>T</w:t>
      </w:r>
      <w:r w:rsidRPr="009210F4">
        <w:rPr>
          <w:rFonts w:asciiTheme="majorHAnsi" w:hAnsiTheme="majorHAnsi" w:cstheme="majorHAnsi"/>
        </w:rPr>
        <w:t>his is becoming a Disney</w:t>
      </w:r>
      <w:r w:rsidR="001D3700" w:rsidRPr="009210F4">
        <w:rPr>
          <w:rFonts w:asciiTheme="majorHAnsi" w:hAnsiTheme="majorHAnsi" w:cstheme="majorHAnsi"/>
        </w:rPr>
        <w:t xml:space="preserve"> lesson </w:t>
      </w:r>
    </w:p>
    <w:p w14:paraId="7F8188C8" w14:textId="77777777" w:rsidR="00692E66" w:rsidRDefault="00692E66" w:rsidP="009210F4">
      <w:pPr>
        <w:pStyle w:val="NoSpacing"/>
        <w:rPr>
          <w:rFonts w:asciiTheme="majorHAnsi" w:hAnsiTheme="majorHAnsi" w:cstheme="majorHAnsi"/>
        </w:rPr>
      </w:pPr>
    </w:p>
    <w:p w14:paraId="5A2EC681" w14:textId="53C674F4" w:rsidR="001D3700" w:rsidRPr="009210F4" w:rsidRDefault="001D3700" w:rsidP="009210F4">
      <w:pPr>
        <w:pStyle w:val="NoSpacing"/>
        <w:rPr>
          <w:rFonts w:asciiTheme="majorHAnsi" w:hAnsiTheme="majorHAnsi" w:cstheme="majorHAnsi"/>
        </w:rPr>
      </w:pPr>
      <w:r w:rsidRPr="009210F4">
        <w:rPr>
          <w:rFonts w:asciiTheme="majorHAnsi" w:hAnsiTheme="majorHAnsi" w:cstheme="majorHAnsi"/>
        </w:rPr>
        <w:t xml:space="preserve">Daisy: Yeah, yeah </w:t>
      </w:r>
    </w:p>
    <w:p w14:paraId="0DB8313D" w14:textId="77777777" w:rsidR="00991E93" w:rsidRPr="009210F4" w:rsidRDefault="00991E93" w:rsidP="009210F4">
      <w:pPr>
        <w:pStyle w:val="NoSpacing"/>
        <w:rPr>
          <w:rFonts w:asciiTheme="majorHAnsi" w:hAnsiTheme="majorHAnsi" w:cstheme="majorHAnsi"/>
        </w:rPr>
      </w:pPr>
    </w:p>
    <w:p w14:paraId="6E45B92A" w14:textId="5518C6E3"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Lucy</w:t>
      </w:r>
      <w:r w:rsidR="00D23E9C" w:rsidRPr="009210F4">
        <w:rPr>
          <w:rFonts w:asciiTheme="majorHAnsi" w:hAnsiTheme="majorHAnsi" w:cstheme="majorHAnsi"/>
        </w:rPr>
        <w:t xml:space="preserve"> </w:t>
      </w:r>
      <w:r w:rsidRPr="009210F4">
        <w:rPr>
          <w:rFonts w:asciiTheme="majorHAnsi" w:hAnsiTheme="majorHAnsi" w:cstheme="majorHAnsi"/>
        </w:rPr>
        <w:t>41:24</w:t>
      </w:r>
    </w:p>
    <w:p w14:paraId="5060800B" w14:textId="77777777" w:rsidR="001D3700" w:rsidRPr="009210F4" w:rsidRDefault="001D3700" w:rsidP="009210F4">
      <w:pPr>
        <w:pStyle w:val="NoSpacing"/>
        <w:rPr>
          <w:rFonts w:asciiTheme="majorHAnsi" w:hAnsiTheme="majorHAnsi" w:cstheme="majorHAnsi"/>
        </w:rPr>
      </w:pPr>
      <w:r w:rsidRPr="009210F4">
        <w:rPr>
          <w:rFonts w:asciiTheme="majorHAnsi" w:hAnsiTheme="majorHAnsi" w:cstheme="majorHAnsi"/>
        </w:rPr>
        <w:t>Nothing wrong with that</w:t>
      </w:r>
    </w:p>
    <w:p w14:paraId="72F0EAFF" w14:textId="77777777" w:rsidR="001D3700" w:rsidRPr="009210F4" w:rsidRDefault="001D3700" w:rsidP="009210F4">
      <w:pPr>
        <w:pStyle w:val="NoSpacing"/>
        <w:rPr>
          <w:rFonts w:asciiTheme="majorHAnsi" w:hAnsiTheme="majorHAnsi" w:cstheme="majorHAnsi"/>
        </w:rPr>
      </w:pPr>
    </w:p>
    <w:p w14:paraId="109BCAE9" w14:textId="77777777" w:rsidR="00692E66" w:rsidRDefault="001D3700" w:rsidP="009210F4">
      <w:pPr>
        <w:pStyle w:val="NoSpacing"/>
        <w:rPr>
          <w:rFonts w:asciiTheme="majorHAnsi" w:hAnsiTheme="majorHAnsi" w:cstheme="majorHAnsi"/>
        </w:rPr>
      </w:pPr>
      <w:r w:rsidRPr="009210F4">
        <w:rPr>
          <w:rFonts w:asciiTheme="majorHAnsi" w:hAnsiTheme="majorHAnsi" w:cstheme="majorHAnsi"/>
        </w:rPr>
        <w:t>Daisy: I’ve nothing else on Disney</w:t>
      </w:r>
      <w:r w:rsidR="00D23E9C" w:rsidRPr="009210F4">
        <w:rPr>
          <w:rFonts w:asciiTheme="majorHAnsi" w:hAnsiTheme="majorHAnsi" w:cstheme="majorHAnsi"/>
        </w:rPr>
        <w:t xml:space="preserve"> </w:t>
      </w:r>
    </w:p>
    <w:p w14:paraId="531A01DA" w14:textId="77777777" w:rsidR="00692E66" w:rsidRDefault="00692E66" w:rsidP="009210F4">
      <w:pPr>
        <w:pStyle w:val="NoSpacing"/>
        <w:rPr>
          <w:rFonts w:asciiTheme="majorHAnsi" w:hAnsiTheme="majorHAnsi" w:cstheme="majorHAnsi"/>
        </w:rPr>
      </w:pPr>
    </w:p>
    <w:p w14:paraId="442FA258" w14:textId="43C40C55"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Alice</w:t>
      </w:r>
      <w:r w:rsidR="00D23E9C" w:rsidRPr="009210F4">
        <w:rPr>
          <w:rFonts w:asciiTheme="majorHAnsi" w:hAnsiTheme="majorHAnsi" w:cstheme="majorHAnsi"/>
        </w:rPr>
        <w:t xml:space="preserve"> </w:t>
      </w:r>
      <w:r w:rsidRPr="009210F4">
        <w:rPr>
          <w:rFonts w:asciiTheme="majorHAnsi" w:hAnsiTheme="majorHAnsi" w:cstheme="majorHAnsi"/>
        </w:rPr>
        <w:t>41:29</w:t>
      </w:r>
    </w:p>
    <w:p w14:paraId="7273CFE0" w14:textId="484549BB"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I happen to know somebody who wrote her undergraduate thesis on the way that the Lion King is a</w:t>
      </w:r>
      <w:r w:rsidR="001D3700" w:rsidRPr="009210F4">
        <w:rPr>
          <w:rFonts w:asciiTheme="majorHAnsi" w:hAnsiTheme="majorHAnsi" w:cstheme="majorHAnsi"/>
        </w:rPr>
        <w:t>, er,</w:t>
      </w:r>
      <w:r w:rsidR="00D23E9C" w:rsidRPr="009210F4">
        <w:rPr>
          <w:rFonts w:asciiTheme="majorHAnsi" w:hAnsiTheme="majorHAnsi" w:cstheme="majorHAnsi"/>
        </w:rPr>
        <w:t xml:space="preserve"> </w:t>
      </w:r>
      <w:r w:rsidRPr="009210F4">
        <w:rPr>
          <w:rFonts w:asciiTheme="majorHAnsi" w:hAnsiTheme="majorHAnsi" w:cstheme="majorHAnsi"/>
        </w:rPr>
        <w:t>sort of</w:t>
      </w:r>
      <w:r w:rsidR="001D3700" w:rsidRPr="009210F4">
        <w:rPr>
          <w:rFonts w:asciiTheme="majorHAnsi" w:hAnsiTheme="majorHAnsi" w:cstheme="majorHAnsi"/>
        </w:rPr>
        <w:t>,</w:t>
      </w:r>
      <w:r w:rsidRPr="009210F4">
        <w:rPr>
          <w:rFonts w:asciiTheme="majorHAnsi" w:hAnsiTheme="majorHAnsi" w:cstheme="majorHAnsi"/>
        </w:rPr>
        <w:t xml:space="preserve"> racist representation even</w:t>
      </w:r>
      <w:r w:rsidR="001D3700" w:rsidRPr="009210F4">
        <w:rPr>
          <w:rFonts w:asciiTheme="majorHAnsi" w:hAnsiTheme="majorHAnsi" w:cstheme="majorHAnsi"/>
        </w:rPr>
        <w:t>,</w:t>
      </w:r>
      <w:r w:rsidRPr="009210F4">
        <w:rPr>
          <w:rFonts w:asciiTheme="majorHAnsi" w:hAnsiTheme="majorHAnsi" w:cstheme="majorHAnsi"/>
        </w:rPr>
        <w:t xml:space="preserve"> even though it's lions, it </w:t>
      </w:r>
      <w:proofErr w:type="spellStart"/>
      <w:r w:rsidRPr="009210F4">
        <w:rPr>
          <w:rFonts w:asciiTheme="majorHAnsi" w:hAnsiTheme="majorHAnsi" w:cstheme="majorHAnsi"/>
        </w:rPr>
        <w:t>it</w:t>
      </w:r>
      <w:proofErr w:type="spellEnd"/>
      <w:r w:rsidRPr="009210F4">
        <w:rPr>
          <w:rFonts w:asciiTheme="majorHAnsi" w:hAnsiTheme="majorHAnsi" w:cstheme="majorHAnsi"/>
        </w:rPr>
        <w:t xml:space="preserve"> culturally</w:t>
      </w:r>
      <w:r w:rsidR="00A523A4" w:rsidRPr="009210F4">
        <w:rPr>
          <w:rFonts w:asciiTheme="majorHAnsi" w:hAnsiTheme="majorHAnsi" w:cstheme="majorHAnsi"/>
        </w:rPr>
        <w:t xml:space="preserve">, um </w:t>
      </w:r>
    </w:p>
    <w:p w14:paraId="5FFAB045" w14:textId="77777777" w:rsidR="00991E93" w:rsidRPr="009210F4" w:rsidRDefault="00991E93" w:rsidP="009210F4">
      <w:pPr>
        <w:pStyle w:val="NoSpacing"/>
        <w:rPr>
          <w:rFonts w:asciiTheme="majorHAnsi" w:hAnsiTheme="majorHAnsi" w:cstheme="majorHAnsi"/>
        </w:rPr>
      </w:pPr>
    </w:p>
    <w:p w14:paraId="2F49367C" w14:textId="66ED0BA7"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Lucy</w:t>
      </w:r>
      <w:r w:rsidR="00D23E9C" w:rsidRPr="009210F4">
        <w:rPr>
          <w:rFonts w:asciiTheme="majorHAnsi" w:hAnsiTheme="majorHAnsi" w:cstheme="majorHAnsi"/>
        </w:rPr>
        <w:t xml:space="preserve"> </w:t>
      </w:r>
      <w:r w:rsidRPr="009210F4">
        <w:rPr>
          <w:rFonts w:asciiTheme="majorHAnsi" w:hAnsiTheme="majorHAnsi" w:cstheme="majorHAnsi"/>
        </w:rPr>
        <w:t>41:50</w:t>
      </w:r>
    </w:p>
    <w:p w14:paraId="26BC10B6" w14:textId="2C675432" w:rsidR="00991E93" w:rsidRPr="009210F4" w:rsidRDefault="00692E66" w:rsidP="009210F4">
      <w:pPr>
        <w:pStyle w:val="NoSpacing"/>
        <w:rPr>
          <w:rFonts w:asciiTheme="majorHAnsi" w:hAnsiTheme="majorHAnsi" w:cstheme="majorHAnsi"/>
        </w:rPr>
      </w:pPr>
      <w:r w:rsidRPr="009210F4">
        <w:rPr>
          <w:rFonts w:asciiTheme="majorHAnsi" w:hAnsiTheme="majorHAnsi" w:cstheme="majorHAnsi"/>
        </w:rPr>
        <w:t>Oh,</w:t>
      </w:r>
      <w:r w:rsidR="00F7615C" w:rsidRPr="009210F4">
        <w:rPr>
          <w:rFonts w:asciiTheme="majorHAnsi" w:hAnsiTheme="majorHAnsi" w:cstheme="majorHAnsi"/>
        </w:rPr>
        <w:t xml:space="preserve"> you should have let me know</w:t>
      </w:r>
      <w:r w:rsidR="00A523A4" w:rsidRPr="009210F4">
        <w:rPr>
          <w:rFonts w:asciiTheme="majorHAnsi" w:hAnsiTheme="majorHAnsi" w:cstheme="majorHAnsi"/>
        </w:rPr>
        <w:t xml:space="preserve"> Alice,</w:t>
      </w:r>
      <w:r w:rsidR="00F7615C" w:rsidRPr="009210F4">
        <w:rPr>
          <w:rFonts w:asciiTheme="majorHAnsi" w:hAnsiTheme="majorHAnsi" w:cstheme="majorHAnsi"/>
        </w:rPr>
        <w:t xml:space="preserve"> I could have put </w:t>
      </w:r>
      <w:r w:rsidR="00A523A4" w:rsidRPr="009210F4">
        <w:rPr>
          <w:rFonts w:asciiTheme="majorHAnsi" w:hAnsiTheme="majorHAnsi" w:cstheme="majorHAnsi"/>
        </w:rPr>
        <w:t xml:space="preserve">them in </w:t>
      </w:r>
      <w:r w:rsidR="00F7615C" w:rsidRPr="009210F4">
        <w:rPr>
          <w:rFonts w:asciiTheme="majorHAnsi" w:hAnsiTheme="majorHAnsi" w:cstheme="majorHAnsi"/>
        </w:rPr>
        <w:t xml:space="preserve">touch </w:t>
      </w:r>
      <w:r w:rsidR="00A523A4" w:rsidRPr="009210F4">
        <w:rPr>
          <w:rFonts w:asciiTheme="majorHAnsi" w:hAnsiTheme="majorHAnsi" w:cstheme="majorHAnsi"/>
        </w:rPr>
        <w:t xml:space="preserve">with </w:t>
      </w:r>
      <w:r>
        <w:rPr>
          <w:rFonts w:asciiTheme="majorHAnsi" w:hAnsiTheme="majorHAnsi" w:cstheme="majorHAnsi"/>
        </w:rPr>
        <w:t>m</w:t>
      </w:r>
      <w:r w:rsidR="00F7615C" w:rsidRPr="009210F4">
        <w:rPr>
          <w:rFonts w:asciiTheme="majorHAnsi" w:hAnsiTheme="majorHAnsi" w:cstheme="majorHAnsi"/>
        </w:rPr>
        <w:t xml:space="preserve">y lecturer who claimed to write the thing </w:t>
      </w:r>
    </w:p>
    <w:p w14:paraId="17D9CB8B" w14:textId="77777777" w:rsidR="00991E93" w:rsidRPr="009210F4" w:rsidRDefault="00991E93" w:rsidP="009210F4">
      <w:pPr>
        <w:pStyle w:val="NoSpacing"/>
        <w:rPr>
          <w:rFonts w:asciiTheme="majorHAnsi" w:hAnsiTheme="majorHAnsi" w:cstheme="majorHAnsi"/>
        </w:rPr>
      </w:pPr>
    </w:p>
    <w:p w14:paraId="19625A88" w14:textId="1DA44CCC"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Alice</w:t>
      </w:r>
      <w:r w:rsidR="00D23E9C" w:rsidRPr="009210F4">
        <w:rPr>
          <w:rFonts w:asciiTheme="majorHAnsi" w:hAnsiTheme="majorHAnsi" w:cstheme="majorHAnsi"/>
        </w:rPr>
        <w:t xml:space="preserve"> </w:t>
      </w:r>
      <w:r w:rsidRPr="009210F4">
        <w:rPr>
          <w:rFonts w:asciiTheme="majorHAnsi" w:hAnsiTheme="majorHAnsi" w:cstheme="majorHAnsi"/>
        </w:rPr>
        <w:t>41:59</w:t>
      </w:r>
    </w:p>
    <w:p w14:paraId="6D37CE5F" w14:textId="451FA87A" w:rsidR="00991E93" w:rsidRPr="009210F4" w:rsidRDefault="00A523A4" w:rsidP="009210F4">
      <w:pPr>
        <w:pStyle w:val="NoSpacing"/>
        <w:rPr>
          <w:rFonts w:asciiTheme="majorHAnsi" w:hAnsiTheme="majorHAnsi" w:cstheme="majorHAnsi"/>
        </w:rPr>
      </w:pPr>
      <w:r w:rsidRPr="009210F4">
        <w:rPr>
          <w:rFonts w:asciiTheme="majorHAnsi" w:hAnsiTheme="majorHAnsi" w:cstheme="majorHAnsi"/>
        </w:rPr>
        <w:t xml:space="preserve">Yeah, </w:t>
      </w:r>
      <w:proofErr w:type="gramStart"/>
      <w:r w:rsidRPr="009210F4">
        <w:rPr>
          <w:rFonts w:asciiTheme="majorHAnsi" w:hAnsiTheme="majorHAnsi" w:cstheme="majorHAnsi"/>
        </w:rPr>
        <w:t>yeah</w:t>
      </w:r>
      <w:proofErr w:type="gramEnd"/>
      <w:r w:rsidRPr="009210F4">
        <w:rPr>
          <w:rFonts w:asciiTheme="majorHAnsi" w:hAnsiTheme="majorHAnsi" w:cstheme="majorHAnsi"/>
        </w:rPr>
        <w:t xml:space="preserve"> we could have talked about it, yeah, </w:t>
      </w:r>
      <w:r w:rsidR="00692E66">
        <w:rPr>
          <w:rFonts w:asciiTheme="majorHAnsi" w:hAnsiTheme="majorHAnsi" w:cstheme="majorHAnsi"/>
        </w:rPr>
        <w:t>w</w:t>
      </w:r>
      <w:r w:rsidR="00F7615C" w:rsidRPr="009210F4">
        <w:rPr>
          <w:rFonts w:asciiTheme="majorHAnsi" w:hAnsiTheme="majorHAnsi" w:cstheme="majorHAnsi"/>
        </w:rPr>
        <w:t>hether that was his intention when he wrote The Lion King he wanted it to be racis</w:t>
      </w:r>
      <w:r w:rsidRPr="009210F4">
        <w:rPr>
          <w:rFonts w:asciiTheme="majorHAnsi" w:hAnsiTheme="majorHAnsi" w:cstheme="majorHAnsi"/>
        </w:rPr>
        <w:t>t</w:t>
      </w:r>
    </w:p>
    <w:p w14:paraId="107C8224" w14:textId="77777777" w:rsidR="00692E66" w:rsidRDefault="00692E66" w:rsidP="009210F4">
      <w:pPr>
        <w:pStyle w:val="NoSpacing"/>
        <w:rPr>
          <w:rFonts w:asciiTheme="majorHAnsi" w:hAnsiTheme="majorHAnsi" w:cstheme="majorHAnsi"/>
        </w:rPr>
      </w:pPr>
    </w:p>
    <w:p w14:paraId="79D894D1" w14:textId="6A8F249D" w:rsidR="00A523A4" w:rsidRPr="009210F4" w:rsidRDefault="00A523A4" w:rsidP="009210F4">
      <w:pPr>
        <w:pStyle w:val="NoSpacing"/>
        <w:rPr>
          <w:rFonts w:asciiTheme="majorHAnsi" w:hAnsiTheme="majorHAnsi" w:cstheme="majorHAnsi"/>
        </w:rPr>
      </w:pPr>
      <w:r w:rsidRPr="009210F4">
        <w:rPr>
          <w:rFonts w:asciiTheme="majorHAnsi" w:hAnsiTheme="majorHAnsi" w:cstheme="majorHAnsi"/>
        </w:rPr>
        <w:t xml:space="preserve">Lucy: Probably </w:t>
      </w:r>
    </w:p>
    <w:p w14:paraId="10F510D8" w14:textId="77777777" w:rsidR="00991E93" w:rsidRPr="009210F4" w:rsidRDefault="00991E93" w:rsidP="009210F4">
      <w:pPr>
        <w:pStyle w:val="NoSpacing"/>
        <w:rPr>
          <w:rFonts w:asciiTheme="majorHAnsi" w:hAnsiTheme="majorHAnsi" w:cstheme="majorHAnsi"/>
        </w:rPr>
      </w:pPr>
    </w:p>
    <w:p w14:paraId="2493EB8A" w14:textId="13995029" w:rsidR="00991E93" w:rsidRPr="009210F4" w:rsidRDefault="00820759" w:rsidP="009210F4">
      <w:pPr>
        <w:pStyle w:val="NoSpacing"/>
        <w:rPr>
          <w:rFonts w:asciiTheme="majorHAnsi" w:hAnsiTheme="majorHAnsi" w:cstheme="majorHAnsi"/>
        </w:rPr>
      </w:pPr>
      <w:r w:rsidRPr="009210F4">
        <w:rPr>
          <w:rFonts w:asciiTheme="majorHAnsi" w:hAnsiTheme="majorHAnsi" w:cstheme="majorHAnsi"/>
        </w:rPr>
        <w:t xml:space="preserve">Kimmy </w:t>
      </w:r>
      <w:r w:rsidR="00F7615C" w:rsidRPr="009210F4">
        <w:rPr>
          <w:rFonts w:asciiTheme="majorHAnsi" w:hAnsiTheme="majorHAnsi" w:cstheme="majorHAnsi"/>
        </w:rPr>
        <w:t>42:04</w:t>
      </w:r>
    </w:p>
    <w:p w14:paraId="59BFC208" w14:textId="71C52F09"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 xml:space="preserve">Yeah, </w:t>
      </w:r>
      <w:r w:rsidR="00A523A4" w:rsidRPr="009210F4">
        <w:rPr>
          <w:rFonts w:asciiTheme="majorHAnsi" w:hAnsiTheme="majorHAnsi" w:cstheme="majorHAnsi"/>
        </w:rPr>
        <w:t xml:space="preserve">he </w:t>
      </w:r>
      <w:r w:rsidRPr="009210F4">
        <w:rPr>
          <w:rFonts w:asciiTheme="majorHAnsi" w:hAnsiTheme="majorHAnsi" w:cstheme="majorHAnsi"/>
        </w:rPr>
        <w:t>want</w:t>
      </w:r>
      <w:r w:rsidR="00A523A4" w:rsidRPr="009210F4">
        <w:rPr>
          <w:rFonts w:asciiTheme="majorHAnsi" w:hAnsiTheme="majorHAnsi" w:cstheme="majorHAnsi"/>
        </w:rPr>
        <w:t>ed</w:t>
      </w:r>
      <w:r w:rsidRPr="009210F4">
        <w:rPr>
          <w:rFonts w:asciiTheme="majorHAnsi" w:hAnsiTheme="majorHAnsi" w:cstheme="majorHAnsi"/>
        </w:rPr>
        <w:t xml:space="preserve"> to make America great again</w:t>
      </w:r>
    </w:p>
    <w:p w14:paraId="2C838FE3" w14:textId="77777777" w:rsidR="00991E93" w:rsidRPr="009210F4" w:rsidRDefault="00991E93" w:rsidP="009210F4">
      <w:pPr>
        <w:pStyle w:val="NoSpacing"/>
        <w:rPr>
          <w:rFonts w:asciiTheme="majorHAnsi" w:hAnsiTheme="majorHAnsi" w:cstheme="majorHAnsi"/>
        </w:rPr>
      </w:pPr>
    </w:p>
    <w:p w14:paraId="4E33CF48" w14:textId="2E90AE02"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Daisy</w:t>
      </w:r>
      <w:r w:rsidR="00D23E9C" w:rsidRPr="009210F4">
        <w:rPr>
          <w:rFonts w:asciiTheme="majorHAnsi" w:hAnsiTheme="majorHAnsi" w:cstheme="majorHAnsi"/>
        </w:rPr>
        <w:t xml:space="preserve"> </w:t>
      </w:r>
      <w:r w:rsidRPr="009210F4">
        <w:rPr>
          <w:rFonts w:asciiTheme="majorHAnsi" w:hAnsiTheme="majorHAnsi" w:cstheme="majorHAnsi"/>
        </w:rPr>
        <w:t>42:10</w:t>
      </w:r>
    </w:p>
    <w:p w14:paraId="34A3D280" w14:textId="06A3C7F8"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this was another thing that was in that review that said that</w:t>
      </w:r>
      <w:r w:rsidR="00A523A4" w:rsidRPr="009210F4">
        <w:rPr>
          <w:rFonts w:asciiTheme="majorHAnsi" w:hAnsiTheme="majorHAnsi" w:cstheme="majorHAnsi"/>
        </w:rPr>
        <w:t>,</w:t>
      </w:r>
      <w:r w:rsidRPr="009210F4">
        <w:rPr>
          <w:rFonts w:asciiTheme="majorHAnsi" w:hAnsiTheme="majorHAnsi" w:cstheme="majorHAnsi"/>
        </w:rPr>
        <w:t xml:space="preserve"> you know</w:t>
      </w:r>
      <w:r w:rsidR="00A523A4" w:rsidRPr="009210F4">
        <w:rPr>
          <w:rFonts w:asciiTheme="majorHAnsi" w:hAnsiTheme="majorHAnsi" w:cstheme="majorHAnsi"/>
        </w:rPr>
        <w:t>,</w:t>
      </w:r>
      <w:r w:rsidRPr="009210F4">
        <w:rPr>
          <w:rFonts w:asciiTheme="majorHAnsi" w:hAnsiTheme="majorHAnsi" w:cstheme="majorHAnsi"/>
        </w:rPr>
        <w:t xml:space="preserve"> the Lion King wasn't a great representation of this historical story</w:t>
      </w:r>
      <w:r w:rsidR="00A523A4" w:rsidRPr="009210F4">
        <w:rPr>
          <w:rFonts w:asciiTheme="majorHAnsi" w:hAnsiTheme="majorHAnsi" w:cstheme="majorHAnsi"/>
        </w:rPr>
        <w:t>,</w:t>
      </w:r>
      <w:r w:rsidRPr="009210F4">
        <w:rPr>
          <w:rFonts w:asciiTheme="majorHAnsi" w:hAnsiTheme="majorHAnsi" w:cstheme="majorHAnsi"/>
        </w:rPr>
        <w:t xml:space="preserve"> was something in there about how Disney has been praised for using African animals </w:t>
      </w:r>
      <w:r w:rsidR="00A523A4" w:rsidRPr="009210F4">
        <w:rPr>
          <w:rFonts w:asciiTheme="majorHAnsi" w:hAnsiTheme="majorHAnsi" w:cstheme="majorHAnsi"/>
        </w:rPr>
        <w:t xml:space="preserve">for </w:t>
      </w:r>
      <w:r w:rsidRPr="009210F4">
        <w:rPr>
          <w:rFonts w:asciiTheme="majorHAnsi" w:hAnsiTheme="majorHAnsi" w:cstheme="majorHAnsi"/>
        </w:rPr>
        <w:t>story characters</w:t>
      </w:r>
      <w:r w:rsidR="00A523A4" w:rsidRPr="009210F4">
        <w:rPr>
          <w:rFonts w:asciiTheme="majorHAnsi" w:hAnsiTheme="majorHAnsi" w:cstheme="majorHAnsi"/>
        </w:rPr>
        <w:t>,</w:t>
      </w:r>
      <w:r w:rsidRPr="009210F4">
        <w:rPr>
          <w:rFonts w:asciiTheme="majorHAnsi" w:hAnsiTheme="majorHAnsi" w:cstheme="majorHAnsi"/>
        </w:rPr>
        <w:t xml:space="preserve"> for using the African landscapes </w:t>
      </w:r>
      <w:r w:rsidR="00A523A4" w:rsidRPr="009210F4">
        <w:rPr>
          <w:rFonts w:asciiTheme="majorHAnsi" w:hAnsiTheme="majorHAnsi" w:cstheme="majorHAnsi"/>
        </w:rPr>
        <w:t xml:space="preserve">for </w:t>
      </w:r>
      <w:r w:rsidRPr="009210F4">
        <w:rPr>
          <w:rFonts w:asciiTheme="majorHAnsi" w:hAnsiTheme="majorHAnsi" w:cstheme="majorHAnsi"/>
        </w:rPr>
        <w:t>a story setting</w:t>
      </w:r>
      <w:r w:rsidR="00A523A4" w:rsidRPr="009210F4">
        <w:rPr>
          <w:rFonts w:asciiTheme="majorHAnsi" w:hAnsiTheme="majorHAnsi" w:cstheme="majorHAnsi"/>
        </w:rPr>
        <w:t>,</w:t>
      </w:r>
      <w:r w:rsidRPr="009210F4">
        <w:rPr>
          <w:rFonts w:asciiTheme="majorHAnsi" w:hAnsiTheme="majorHAnsi" w:cstheme="majorHAnsi"/>
        </w:rPr>
        <w:t xml:space="preserve"> for using African artwork as design motifs and for using African American actors as the voices for the film's characters</w:t>
      </w:r>
    </w:p>
    <w:p w14:paraId="0BCF4E12" w14:textId="77777777" w:rsidR="00991E93" w:rsidRPr="009210F4" w:rsidRDefault="00991E93" w:rsidP="009210F4">
      <w:pPr>
        <w:pStyle w:val="NoSpacing"/>
        <w:rPr>
          <w:rFonts w:asciiTheme="majorHAnsi" w:hAnsiTheme="majorHAnsi" w:cstheme="majorHAnsi"/>
        </w:rPr>
      </w:pPr>
    </w:p>
    <w:p w14:paraId="2AF2CCA7" w14:textId="11549E1D"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Alice</w:t>
      </w:r>
      <w:r w:rsidR="00D23E9C" w:rsidRPr="009210F4">
        <w:rPr>
          <w:rFonts w:asciiTheme="majorHAnsi" w:hAnsiTheme="majorHAnsi" w:cstheme="majorHAnsi"/>
        </w:rPr>
        <w:t xml:space="preserve"> </w:t>
      </w:r>
      <w:r w:rsidRPr="009210F4">
        <w:rPr>
          <w:rFonts w:asciiTheme="majorHAnsi" w:hAnsiTheme="majorHAnsi" w:cstheme="majorHAnsi"/>
        </w:rPr>
        <w:t>42:31</w:t>
      </w:r>
    </w:p>
    <w:p w14:paraId="3FA1DA6A" w14:textId="53A58BD6" w:rsidR="00991E93" w:rsidRPr="009210F4" w:rsidRDefault="000B66D6" w:rsidP="009210F4">
      <w:pPr>
        <w:pStyle w:val="NoSpacing"/>
        <w:rPr>
          <w:rFonts w:asciiTheme="majorHAnsi" w:hAnsiTheme="majorHAnsi" w:cstheme="majorHAnsi"/>
        </w:rPr>
      </w:pPr>
      <w:r w:rsidRPr="009210F4">
        <w:rPr>
          <w:rFonts w:asciiTheme="majorHAnsi" w:hAnsiTheme="majorHAnsi" w:cstheme="majorHAnsi"/>
        </w:rPr>
        <w:t xml:space="preserve">What like </w:t>
      </w:r>
      <w:r w:rsidR="00F7615C" w:rsidRPr="009210F4">
        <w:rPr>
          <w:rFonts w:asciiTheme="majorHAnsi" w:hAnsiTheme="majorHAnsi" w:cstheme="majorHAnsi"/>
        </w:rPr>
        <w:t>Jeremy Irons</w:t>
      </w:r>
      <w:r w:rsidRPr="009210F4">
        <w:rPr>
          <w:rFonts w:asciiTheme="majorHAnsi" w:hAnsiTheme="majorHAnsi" w:cstheme="majorHAnsi"/>
        </w:rPr>
        <w:t>?</w:t>
      </w:r>
    </w:p>
    <w:p w14:paraId="3F44F3BE" w14:textId="77777777" w:rsidR="00991E93" w:rsidRPr="009210F4" w:rsidRDefault="00991E93" w:rsidP="009210F4">
      <w:pPr>
        <w:pStyle w:val="NoSpacing"/>
        <w:rPr>
          <w:rFonts w:asciiTheme="majorHAnsi" w:hAnsiTheme="majorHAnsi" w:cstheme="majorHAnsi"/>
        </w:rPr>
      </w:pPr>
    </w:p>
    <w:p w14:paraId="534794B1" w14:textId="702D96F7"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Daisy</w:t>
      </w:r>
      <w:r w:rsidR="00D23E9C" w:rsidRPr="009210F4">
        <w:rPr>
          <w:rFonts w:asciiTheme="majorHAnsi" w:hAnsiTheme="majorHAnsi" w:cstheme="majorHAnsi"/>
        </w:rPr>
        <w:t xml:space="preserve"> </w:t>
      </w:r>
      <w:r w:rsidRPr="009210F4">
        <w:rPr>
          <w:rFonts w:asciiTheme="majorHAnsi" w:hAnsiTheme="majorHAnsi" w:cstheme="majorHAnsi"/>
        </w:rPr>
        <w:t>42:34</w:t>
      </w:r>
    </w:p>
    <w:p w14:paraId="7C202DE1" w14:textId="655FCAB1"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 xml:space="preserve">I don't know the </w:t>
      </w:r>
      <w:r w:rsidR="00692E66">
        <w:rPr>
          <w:rFonts w:asciiTheme="majorHAnsi" w:hAnsiTheme="majorHAnsi" w:cstheme="majorHAnsi"/>
        </w:rPr>
        <w:t>f</w:t>
      </w:r>
      <w:r w:rsidR="000B66D6" w:rsidRPr="009210F4">
        <w:rPr>
          <w:rFonts w:asciiTheme="majorHAnsi" w:hAnsiTheme="majorHAnsi" w:cstheme="majorHAnsi"/>
        </w:rPr>
        <w:t xml:space="preserve">ilm </w:t>
      </w:r>
      <w:proofErr w:type="gramStart"/>
      <w:r w:rsidR="000B66D6" w:rsidRPr="009210F4">
        <w:rPr>
          <w:rFonts w:asciiTheme="majorHAnsi" w:hAnsiTheme="majorHAnsi" w:cstheme="majorHAnsi"/>
        </w:rPr>
        <w:t>Alice,</w:t>
      </w:r>
      <w:proofErr w:type="gramEnd"/>
      <w:r w:rsidR="000B66D6" w:rsidRPr="009210F4">
        <w:rPr>
          <w:rFonts w:asciiTheme="majorHAnsi" w:hAnsiTheme="majorHAnsi" w:cstheme="majorHAnsi"/>
        </w:rPr>
        <w:t xml:space="preserve"> I </w:t>
      </w:r>
      <w:r w:rsidRPr="009210F4">
        <w:rPr>
          <w:rFonts w:asciiTheme="majorHAnsi" w:hAnsiTheme="majorHAnsi" w:cstheme="majorHAnsi"/>
        </w:rPr>
        <w:t>can onl</w:t>
      </w:r>
      <w:r w:rsidR="00692E66">
        <w:rPr>
          <w:rFonts w:asciiTheme="majorHAnsi" w:hAnsiTheme="majorHAnsi" w:cstheme="majorHAnsi"/>
        </w:rPr>
        <w:t>y</w:t>
      </w:r>
      <w:r w:rsidR="000B66D6" w:rsidRPr="009210F4">
        <w:rPr>
          <w:rFonts w:asciiTheme="majorHAnsi" w:hAnsiTheme="majorHAnsi" w:cstheme="majorHAnsi"/>
        </w:rPr>
        <w:t xml:space="preserve"> give you what </w:t>
      </w:r>
      <w:r w:rsidRPr="009210F4">
        <w:rPr>
          <w:rFonts w:asciiTheme="majorHAnsi" w:hAnsiTheme="majorHAnsi" w:cstheme="majorHAnsi"/>
        </w:rPr>
        <w:t xml:space="preserve"> </w:t>
      </w:r>
    </w:p>
    <w:p w14:paraId="798CF9EF" w14:textId="77777777" w:rsidR="00991E93" w:rsidRPr="009210F4" w:rsidRDefault="00991E93" w:rsidP="009210F4">
      <w:pPr>
        <w:pStyle w:val="NoSpacing"/>
        <w:rPr>
          <w:rFonts w:asciiTheme="majorHAnsi" w:hAnsiTheme="majorHAnsi" w:cstheme="majorHAnsi"/>
        </w:rPr>
      </w:pPr>
    </w:p>
    <w:p w14:paraId="305D46ED" w14:textId="09E432CA"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Lucy</w:t>
      </w:r>
      <w:r w:rsidR="00D23E9C" w:rsidRPr="009210F4">
        <w:rPr>
          <w:rFonts w:asciiTheme="majorHAnsi" w:hAnsiTheme="majorHAnsi" w:cstheme="majorHAnsi"/>
        </w:rPr>
        <w:t xml:space="preserve"> </w:t>
      </w:r>
      <w:r w:rsidRPr="009210F4">
        <w:rPr>
          <w:rFonts w:asciiTheme="majorHAnsi" w:hAnsiTheme="majorHAnsi" w:cstheme="majorHAnsi"/>
        </w:rPr>
        <w:t>42:36</w:t>
      </w:r>
    </w:p>
    <w:p w14:paraId="0576CABE" w14:textId="3D01944D" w:rsidR="00991E93" w:rsidRPr="009210F4" w:rsidRDefault="000B66D6" w:rsidP="009210F4">
      <w:pPr>
        <w:pStyle w:val="NoSpacing"/>
        <w:rPr>
          <w:rFonts w:asciiTheme="majorHAnsi" w:hAnsiTheme="majorHAnsi" w:cstheme="majorHAnsi"/>
        </w:rPr>
      </w:pPr>
      <w:r w:rsidRPr="009210F4">
        <w:rPr>
          <w:rFonts w:asciiTheme="majorHAnsi" w:hAnsiTheme="majorHAnsi" w:cstheme="majorHAnsi"/>
        </w:rPr>
        <w:t>S</w:t>
      </w:r>
      <w:r w:rsidR="00F7615C" w:rsidRPr="009210F4">
        <w:rPr>
          <w:rFonts w:asciiTheme="majorHAnsi" w:hAnsiTheme="majorHAnsi" w:cstheme="majorHAnsi"/>
        </w:rPr>
        <w:t xml:space="preserve">he might </w:t>
      </w:r>
      <w:r w:rsidRPr="009210F4">
        <w:rPr>
          <w:rFonts w:asciiTheme="majorHAnsi" w:hAnsiTheme="majorHAnsi" w:cstheme="majorHAnsi"/>
        </w:rPr>
        <w:t xml:space="preserve">be talking about the </w:t>
      </w:r>
      <w:r w:rsidR="00F7615C" w:rsidRPr="009210F4">
        <w:rPr>
          <w:rFonts w:asciiTheme="majorHAnsi" w:hAnsiTheme="majorHAnsi" w:cstheme="majorHAnsi"/>
        </w:rPr>
        <w:t>remake there though</w:t>
      </w:r>
    </w:p>
    <w:p w14:paraId="5781AA8B" w14:textId="77777777" w:rsidR="00692E66" w:rsidRDefault="00692E66" w:rsidP="009210F4">
      <w:pPr>
        <w:pStyle w:val="NoSpacing"/>
        <w:rPr>
          <w:rFonts w:asciiTheme="majorHAnsi" w:hAnsiTheme="majorHAnsi" w:cstheme="majorHAnsi"/>
        </w:rPr>
      </w:pPr>
    </w:p>
    <w:p w14:paraId="00A32318" w14:textId="26EFC5BD" w:rsidR="000B66D6" w:rsidRPr="009210F4" w:rsidRDefault="000B66D6" w:rsidP="009210F4">
      <w:pPr>
        <w:pStyle w:val="NoSpacing"/>
        <w:rPr>
          <w:rFonts w:asciiTheme="majorHAnsi" w:hAnsiTheme="majorHAnsi" w:cstheme="majorHAnsi"/>
        </w:rPr>
      </w:pPr>
      <w:r w:rsidRPr="009210F4">
        <w:rPr>
          <w:rFonts w:asciiTheme="majorHAnsi" w:hAnsiTheme="majorHAnsi" w:cstheme="majorHAnsi"/>
        </w:rPr>
        <w:t xml:space="preserve">Daisy: No this is from the original </w:t>
      </w:r>
    </w:p>
    <w:p w14:paraId="394C89EE" w14:textId="77777777" w:rsidR="00991E93" w:rsidRPr="009210F4" w:rsidRDefault="00991E93" w:rsidP="009210F4">
      <w:pPr>
        <w:pStyle w:val="NoSpacing"/>
        <w:rPr>
          <w:rFonts w:asciiTheme="majorHAnsi" w:hAnsiTheme="majorHAnsi" w:cstheme="majorHAnsi"/>
        </w:rPr>
      </w:pPr>
    </w:p>
    <w:p w14:paraId="48543E0F" w14:textId="6402D6DD"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Alice</w:t>
      </w:r>
      <w:r w:rsidR="00D23E9C" w:rsidRPr="009210F4">
        <w:rPr>
          <w:rFonts w:asciiTheme="majorHAnsi" w:hAnsiTheme="majorHAnsi" w:cstheme="majorHAnsi"/>
        </w:rPr>
        <w:t xml:space="preserve"> </w:t>
      </w:r>
      <w:r w:rsidRPr="009210F4">
        <w:rPr>
          <w:rFonts w:asciiTheme="majorHAnsi" w:hAnsiTheme="majorHAnsi" w:cstheme="majorHAnsi"/>
        </w:rPr>
        <w:t>42:40</w:t>
      </w:r>
    </w:p>
    <w:p w14:paraId="6E50E7BB" w14:textId="446BE90E"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Yeah, I was gonna say</w:t>
      </w:r>
      <w:r w:rsidR="000B66D6" w:rsidRPr="009210F4">
        <w:rPr>
          <w:rFonts w:asciiTheme="majorHAnsi" w:hAnsiTheme="majorHAnsi" w:cstheme="majorHAnsi"/>
        </w:rPr>
        <w:t>,</w:t>
      </w:r>
      <w:r w:rsidRPr="009210F4">
        <w:rPr>
          <w:rFonts w:asciiTheme="majorHAnsi" w:hAnsiTheme="majorHAnsi" w:cstheme="majorHAnsi"/>
        </w:rPr>
        <w:t xml:space="preserve"> Jeremy </w:t>
      </w:r>
      <w:r w:rsidR="000B66D6" w:rsidRPr="009210F4">
        <w:rPr>
          <w:rFonts w:asciiTheme="majorHAnsi" w:hAnsiTheme="majorHAnsi" w:cstheme="majorHAnsi"/>
        </w:rPr>
        <w:t xml:space="preserve">Irons, </w:t>
      </w:r>
      <w:r w:rsidRPr="009210F4">
        <w:rPr>
          <w:rFonts w:asciiTheme="majorHAnsi" w:hAnsiTheme="majorHAnsi" w:cstheme="majorHAnsi"/>
        </w:rPr>
        <w:t xml:space="preserve">Jeremy Irons could not be more white and British </w:t>
      </w:r>
      <w:r w:rsidR="000B66D6" w:rsidRPr="009210F4">
        <w:rPr>
          <w:rFonts w:asciiTheme="majorHAnsi" w:hAnsiTheme="majorHAnsi" w:cstheme="majorHAnsi"/>
        </w:rPr>
        <w:t xml:space="preserve">if he </w:t>
      </w:r>
      <w:r w:rsidRPr="009210F4">
        <w:rPr>
          <w:rFonts w:asciiTheme="majorHAnsi" w:hAnsiTheme="majorHAnsi" w:cstheme="majorHAnsi"/>
        </w:rPr>
        <w:t>tried</w:t>
      </w:r>
      <w:r w:rsidR="000B66D6" w:rsidRPr="009210F4">
        <w:rPr>
          <w:rFonts w:asciiTheme="majorHAnsi" w:hAnsiTheme="majorHAnsi" w:cstheme="majorHAnsi"/>
        </w:rPr>
        <w:t>,</w:t>
      </w:r>
      <w:r w:rsidRPr="009210F4">
        <w:rPr>
          <w:rFonts w:asciiTheme="majorHAnsi" w:hAnsiTheme="majorHAnsi" w:cstheme="majorHAnsi"/>
        </w:rPr>
        <w:t xml:space="preserve"> h</w:t>
      </w:r>
      <w:r w:rsidR="000B66D6" w:rsidRPr="009210F4">
        <w:rPr>
          <w:rFonts w:asciiTheme="majorHAnsi" w:hAnsiTheme="majorHAnsi" w:cstheme="majorHAnsi"/>
        </w:rPr>
        <w:t>e’</w:t>
      </w:r>
      <w:r w:rsidRPr="009210F4">
        <w:rPr>
          <w:rFonts w:asciiTheme="majorHAnsi" w:hAnsiTheme="majorHAnsi" w:cstheme="majorHAnsi"/>
        </w:rPr>
        <w:t>s Like</w:t>
      </w:r>
      <w:r w:rsidR="000B66D6" w:rsidRPr="009210F4">
        <w:rPr>
          <w:rFonts w:asciiTheme="majorHAnsi" w:hAnsiTheme="majorHAnsi" w:cstheme="majorHAnsi"/>
        </w:rPr>
        <w:t>,</w:t>
      </w:r>
      <w:r w:rsidRPr="009210F4">
        <w:rPr>
          <w:rFonts w:asciiTheme="majorHAnsi" w:hAnsiTheme="majorHAnsi" w:cstheme="majorHAnsi"/>
        </w:rPr>
        <w:t xml:space="preserve"> period drama</w:t>
      </w:r>
      <w:r w:rsidR="000B66D6" w:rsidRPr="009210F4">
        <w:rPr>
          <w:rFonts w:asciiTheme="majorHAnsi" w:hAnsiTheme="majorHAnsi" w:cstheme="majorHAnsi"/>
        </w:rPr>
        <w:t>, y</w:t>
      </w:r>
      <w:r w:rsidRPr="009210F4">
        <w:rPr>
          <w:rFonts w:asciiTheme="majorHAnsi" w:hAnsiTheme="majorHAnsi" w:cstheme="majorHAnsi"/>
        </w:rPr>
        <w:t>ou</w:t>
      </w:r>
      <w:r w:rsidR="000B66D6" w:rsidRPr="009210F4">
        <w:rPr>
          <w:rFonts w:asciiTheme="majorHAnsi" w:hAnsiTheme="majorHAnsi" w:cstheme="majorHAnsi"/>
        </w:rPr>
        <w:t xml:space="preserve"> know, </w:t>
      </w:r>
      <w:proofErr w:type="spellStart"/>
      <w:r w:rsidR="000B66D6" w:rsidRPr="009210F4">
        <w:rPr>
          <w:rFonts w:asciiTheme="majorHAnsi" w:hAnsiTheme="majorHAnsi" w:cstheme="majorHAnsi"/>
        </w:rPr>
        <w:t>er</w:t>
      </w:r>
      <w:proofErr w:type="spellEnd"/>
      <w:r w:rsidR="000B66D6" w:rsidRPr="009210F4">
        <w:rPr>
          <w:rFonts w:asciiTheme="majorHAnsi" w:hAnsiTheme="majorHAnsi" w:cstheme="majorHAnsi"/>
        </w:rPr>
        <w:t>,</w:t>
      </w:r>
      <w:r w:rsidR="00D23E9C" w:rsidRPr="009210F4">
        <w:rPr>
          <w:rFonts w:asciiTheme="majorHAnsi" w:hAnsiTheme="majorHAnsi" w:cstheme="majorHAnsi"/>
        </w:rPr>
        <w:t xml:space="preserve"> </w:t>
      </w:r>
      <w:r w:rsidR="000B66D6" w:rsidRPr="009210F4">
        <w:rPr>
          <w:rFonts w:asciiTheme="majorHAnsi" w:hAnsiTheme="majorHAnsi" w:cstheme="majorHAnsi"/>
        </w:rPr>
        <w:t xml:space="preserve">not </w:t>
      </w:r>
      <w:proofErr w:type="spellStart"/>
      <w:r w:rsidR="000B66D6" w:rsidRPr="009210F4">
        <w:rPr>
          <w:rFonts w:asciiTheme="majorHAnsi" w:hAnsiTheme="majorHAnsi" w:cstheme="majorHAnsi"/>
        </w:rPr>
        <w:t>Mr</w:t>
      </w:r>
      <w:proofErr w:type="spellEnd"/>
      <w:r w:rsidR="000B66D6" w:rsidRPr="009210F4">
        <w:rPr>
          <w:rFonts w:asciiTheme="majorHAnsi" w:hAnsiTheme="majorHAnsi" w:cstheme="majorHAnsi"/>
        </w:rPr>
        <w:t xml:space="preserve"> Darcy </w:t>
      </w:r>
    </w:p>
    <w:p w14:paraId="3A833009" w14:textId="77777777" w:rsidR="00692E66" w:rsidRDefault="00692E66" w:rsidP="009210F4">
      <w:pPr>
        <w:pStyle w:val="NoSpacing"/>
        <w:rPr>
          <w:rFonts w:asciiTheme="majorHAnsi" w:hAnsiTheme="majorHAnsi" w:cstheme="majorHAnsi"/>
        </w:rPr>
      </w:pPr>
    </w:p>
    <w:p w14:paraId="30D6D3B1" w14:textId="247869E5"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Lucy</w:t>
      </w:r>
      <w:r w:rsidR="00D23E9C" w:rsidRPr="009210F4">
        <w:rPr>
          <w:rFonts w:asciiTheme="majorHAnsi" w:hAnsiTheme="majorHAnsi" w:cstheme="majorHAnsi"/>
        </w:rPr>
        <w:t xml:space="preserve"> </w:t>
      </w:r>
      <w:r w:rsidRPr="009210F4">
        <w:rPr>
          <w:rFonts w:asciiTheme="majorHAnsi" w:hAnsiTheme="majorHAnsi" w:cstheme="majorHAnsi"/>
        </w:rPr>
        <w:t>42:56</w:t>
      </w:r>
    </w:p>
    <w:p w14:paraId="3C83F05D" w14:textId="22F6D608"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 xml:space="preserve">no, yeah, </w:t>
      </w:r>
      <w:r w:rsidR="000B66D6" w:rsidRPr="009210F4">
        <w:rPr>
          <w:rFonts w:asciiTheme="majorHAnsi" w:hAnsiTheme="majorHAnsi" w:cstheme="majorHAnsi"/>
        </w:rPr>
        <w:t xml:space="preserve">proper </w:t>
      </w:r>
      <w:r w:rsidRPr="009210F4">
        <w:rPr>
          <w:rFonts w:asciiTheme="majorHAnsi" w:hAnsiTheme="majorHAnsi" w:cstheme="majorHAnsi"/>
        </w:rPr>
        <w:t>top hat and tail</w:t>
      </w:r>
      <w:r w:rsidR="000B66D6" w:rsidRPr="009210F4">
        <w:rPr>
          <w:rFonts w:asciiTheme="majorHAnsi" w:hAnsiTheme="majorHAnsi" w:cstheme="majorHAnsi"/>
        </w:rPr>
        <w:t>s</w:t>
      </w:r>
      <w:r w:rsidRPr="009210F4">
        <w:rPr>
          <w:rFonts w:asciiTheme="majorHAnsi" w:hAnsiTheme="majorHAnsi" w:cstheme="majorHAnsi"/>
        </w:rPr>
        <w:t xml:space="preserve"> </w:t>
      </w:r>
      <w:proofErr w:type="gramStart"/>
      <w:r w:rsidRPr="009210F4">
        <w:rPr>
          <w:rFonts w:asciiTheme="majorHAnsi" w:hAnsiTheme="majorHAnsi" w:cstheme="majorHAnsi"/>
        </w:rPr>
        <w:t>job</w:t>
      </w:r>
      <w:proofErr w:type="gramEnd"/>
      <w:r w:rsidR="000B66D6" w:rsidRPr="009210F4">
        <w:rPr>
          <w:rFonts w:asciiTheme="majorHAnsi" w:hAnsiTheme="majorHAnsi" w:cstheme="majorHAnsi"/>
        </w:rPr>
        <w:t xml:space="preserve"> isn’t he</w:t>
      </w:r>
      <w:r w:rsidR="00A70703" w:rsidRPr="009210F4">
        <w:rPr>
          <w:rFonts w:asciiTheme="majorHAnsi" w:hAnsiTheme="majorHAnsi" w:cstheme="majorHAnsi"/>
        </w:rPr>
        <w:t>?</w:t>
      </w:r>
    </w:p>
    <w:p w14:paraId="2CA8E911" w14:textId="77777777" w:rsidR="00991E93" w:rsidRPr="009210F4" w:rsidRDefault="00991E93" w:rsidP="009210F4">
      <w:pPr>
        <w:pStyle w:val="NoSpacing"/>
        <w:rPr>
          <w:rFonts w:asciiTheme="majorHAnsi" w:hAnsiTheme="majorHAnsi" w:cstheme="majorHAnsi"/>
        </w:rPr>
      </w:pPr>
    </w:p>
    <w:p w14:paraId="6701FD60" w14:textId="55D6ABCD" w:rsidR="00991E93" w:rsidRPr="009210F4" w:rsidRDefault="00820759" w:rsidP="009210F4">
      <w:pPr>
        <w:pStyle w:val="NoSpacing"/>
        <w:rPr>
          <w:rFonts w:asciiTheme="majorHAnsi" w:hAnsiTheme="majorHAnsi" w:cstheme="majorHAnsi"/>
        </w:rPr>
      </w:pPr>
      <w:r w:rsidRPr="009210F4">
        <w:rPr>
          <w:rFonts w:asciiTheme="majorHAnsi" w:hAnsiTheme="majorHAnsi" w:cstheme="majorHAnsi"/>
        </w:rPr>
        <w:t xml:space="preserve">Kimmy </w:t>
      </w:r>
      <w:r w:rsidR="00F7615C" w:rsidRPr="009210F4">
        <w:rPr>
          <w:rFonts w:asciiTheme="majorHAnsi" w:hAnsiTheme="majorHAnsi" w:cstheme="majorHAnsi"/>
        </w:rPr>
        <w:t>43:00</w:t>
      </w:r>
    </w:p>
    <w:p w14:paraId="526241A9" w14:textId="1EB098BB"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Mufasa is</w:t>
      </w:r>
      <w:r w:rsidR="00A70703" w:rsidRPr="009210F4">
        <w:rPr>
          <w:rFonts w:asciiTheme="majorHAnsi" w:hAnsiTheme="majorHAnsi" w:cstheme="majorHAnsi"/>
        </w:rPr>
        <w:t>,</w:t>
      </w:r>
      <w:r w:rsidRPr="009210F4">
        <w:rPr>
          <w:rFonts w:asciiTheme="majorHAnsi" w:hAnsiTheme="majorHAnsi" w:cstheme="majorHAnsi"/>
        </w:rPr>
        <w:t xml:space="preserve"> um, this older </w:t>
      </w:r>
      <w:r w:rsidR="00A70703" w:rsidRPr="009210F4">
        <w:rPr>
          <w:rFonts w:asciiTheme="majorHAnsi" w:hAnsiTheme="majorHAnsi" w:cstheme="majorHAnsi"/>
        </w:rPr>
        <w:t xml:space="preserve">African American </w:t>
      </w:r>
      <w:r w:rsidRPr="009210F4">
        <w:rPr>
          <w:rFonts w:asciiTheme="majorHAnsi" w:hAnsiTheme="majorHAnsi" w:cstheme="majorHAnsi"/>
        </w:rPr>
        <w:t xml:space="preserve">guy </w:t>
      </w:r>
    </w:p>
    <w:p w14:paraId="1E7DDEEB" w14:textId="77777777" w:rsidR="00991E93" w:rsidRPr="009210F4" w:rsidRDefault="00991E93" w:rsidP="009210F4">
      <w:pPr>
        <w:pStyle w:val="NoSpacing"/>
        <w:rPr>
          <w:rFonts w:asciiTheme="majorHAnsi" w:hAnsiTheme="majorHAnsi" w:cstheme="majorHAnsi"/>
        </w:rPr>
      </w:pPr>
    </w:p>
    <w:p w14:paraId="5DDD8DC6" w14:textId="0002B1A0" w:rsidR="00991E93" w:rsidRPr="009210F4" w:rsidRDefault="00A70703" w:rsidP="009210F4">
      <w:pPr>
        <w:pStyle w:val="NoSpacing"/>
        <w:rPr>
          <w:rFonts w:asciiTheme="majorHAnsi" w:hAnsiTheme="majorHAnsi" w:cstheme="majorHAnsi"/>
        </w:rPr>
      </w:pPr>
      <w:r w:rsidRPr="009210F4">
        <w:rPr>
          <w:rFonts w:asciiTheme="majorHAnsi" w:hAnsiTheme="majorHAnsi" w:cstheme="majorHAnsi"/>
        </w:rPr>
        <w:t xml:space="preserve">Lucy </w:t>
      </w:r>
      <w:r w:rsidR="00F7615C" w:rsidRPr="009210F4">
        <w:rPr>
          <w:rFonts w:asciiTheme="majorHAnsi" w:hAnsiTheme="majorHAnsi" w:cstheme="majorHAnsi"/>
        </w:rPr>
        <w:t>43:07</w:t>
      </w:r>
    </w:p>
    <w:p w14:paraId="1794CBCF" w14:textId="1B42412A" w:rsidR="00991E93" w:rsidRPr="009210F4" w:rsidRDefault="00A70703" w:rsidP="009210F4">
      <w:pPr>
        <w:pStyle w:val="NoSpacing"/>
        <w:rPr>
          <w:rFonts w:asciiTheme="majorHAnsi" w:hAnsiTheme="majorHAnsi" w:cstheme="majorHAnsi"/>
        </w:rPr>
      </w:pPr>
      <w:r w:rsidRPr="009210F4">
        <w:rPr>
          <w:rFonts w:asciiTheme="majorHAnsi" w:hAnsiTheme="majorHAnsi" w:cstheme="majorHAnsi"/>
        </w:rPr>
        <w:t xml:space="preserve">It’s, it’s James </w:t>
      </w:r>
      <w:r w:rsidR="00C76231">
        <w:rPr>
          <w:rFonts w:asciiTheme="majorHAnsi" w:hAnsiTheme="majorHAnsi" w:cstheme="majorHAnsi"/>
        </w:rPr>
        <w:t>Earl</w:t>
      </w:r>
      <w:r w:rsidRPr="009210F4">
        <w:rPr>
          <w:rFonts w:asciiTheme="majorHAnsi" w:hAnsiTheme="majorHAnsi" w:cstheme="majorHAnsi"/>
        </w:rPr>
        <w:t xml:space="preserve"> Jones </w:t>
      </w:r>
    </w:p>
    <w:p w14:paraId="7174A2AA" w14:textId="77777777" w:rsidR="00692E66" w:rsidRDefault="00692E66" w:rsidP="009210F4">
      <w:pPr>
        <w:pStyle w:val="NoSpacing"/>
        <w:rPr>
          <w:rFonts w:asciiTheme="majorHAnsi" w:hAnsiTheme="majorHAnsi" w:cstheme="majorHAnsi"/>
        </w:rPr>
      </w:pPr>
    </w:p>
    <w:p w14:paraId="5F764678" w14:textId="741D8D94" w:rsidR="00A70703" w:rsidRPr="009210F4" w:rsidRDefault="00820759" w:rsidP="009210F4">
      <w:pPr>
        <w:pStyle w:val="NoSpacing"/>
        <w:rPr>
          <w:rFonts w:asciiTheme="majorHAnsi" w:hAnsiTheme="majorHAnsi" w:cstheme="majorHAnsi"/>
        </w:rPr>
      </w:pPr>
      <w:r w:rsidRPr="009210F4">
        <w:rPr>
          <w:rFonts w:asciiTheme="majorHAnsi" w:hAnsiTheme="majorHAnsi" w:cstheme="majorHAnsi"/>
        </w:rPr>
        <w:t>Kimmy:</w:t>
      </w:r>
      <w:r w:rsidR="00A70703" w:rsidRPr="009210F4">
        <w:rPr>
          <w:rFonts w:asciiTheme="majorHAnsi" w:hAnsiTheme="majorHAnsi" w:cstheme="majorHAnsi"/>
        </w:rPr>
        <w:t xml:space="preserve"> James </w:t>
      </w:r>
      <w:r w:rsidR="00C76231">
        <w:rPr>
          <w:rFonts w:asciiTheme="majorHAnsi" w:hAnsiTheme="majorHAnsi" w:cstheme="majorHAnsi"/>
        </w:rPr>
        <w:t>Earl</w:t>
      </w:r>
      <w:r w:rsidR="00A70703" w:rsidRPr="009210F4">
        <w:rPr>
          <w:rFonts w:asciiTheme="majorHAnsi" w:hAnsiTheme="majorHAnsi" w:cstheme="majorHAnsi"/>
        </w:rPr>
        <w:t xml:space="preserve"> Jones</w:t>
      </w:r>
    </w:p>
    <w:p w14:paraId="5B539389" w14:textId="77777777" w:rsidR="00C76231" w:rsidRDefault="00C76231" w:rsidP="009210F4">
      <w:pPr>
        <w:pStyle w:val="NoSpacing"/>
        <w:rPr>
          <w:rFonts w:asciiTheme="majorHAnsi" w:hAnsiTheme="majorHAnsi" w:cstheme="majorHAnsi"/>
        </w:rPr>
      </w:pPr>
    </w:p>
    <w:p w14:paraId="425B86BC" w14:textId="2CCD4EC5" w:rsidR="00991E93" w:rsidRPr="009210F4" w:rsidRDefault="00A70703" w:rsidP="009210F4">
      <w:pPr>
        <w:pStyle w:val="NoSpacing"/>
        <w:rPr>
          <w:rFonts w:asciiTheme="majorHAnsi" w:hAnsiTheme="majorHAnsi" w:cstheme="majorHAnsi"/>
        </w:rPr>
      </w:pPr>
      <w:r w:rsidRPr="009210F4">
        <w:rPr>
          <w:rFonts w:asciiTheme="majorHAnsi" w:hAnsiTheme="majorHAnsi" w:cstheme="majorHAnsi"/>
        </w:rPr>
        <w:t>Alice: Yeah, I was gonna say Star Wars</w:t>
      </w:r>
    </w:p>
    <w:p w14:paraId="16836AFC" w14:textId="77777777" w:rsidR="00C76231" w:rsidRDefault="00C76231" w:rsidP="009210F4">
      <w:pPr>
        <w:pStyle w:val="NoSpacing"/>
        <w:rPr>
          <w:rFonts w:asciiTheme="majorHAnsi" w:hAnsiTheme="majorHAnsi" w:cstheme="majorHAnsi"/>
        </w:rPr>
      </w:pPr>
    </w:p>
    <w:p w14:paraId="4C4CBF86" w14:textId="03C0CCF4" w:rsidR="00991E93" w:rsidRPr="009210F4" w:rsidRDefault="00820759" w:rsidP="009210F4">
      <w:pPr>
        <w:pStyle w:val="NoSpacing"/>
        <w:rPr>
          <w:rFonts w:asciiTheme="majorHAnsi" w:hAnsiTheme="majorHAnsi" w:cstheme="majorHAnsi"/>
        </w:rPr>
      </w:pPr>
      <w:r w:rsidRPr="009210F4">
        <w:rPr>
          <w:rFonts w:asciiTheme="majorHAnsi" w:hAnsiTheme="majorHAnsi" w:cstheme="majorHAnsi"/>
        </w:rPr>
        <w:t xml:space="preserve">Kimmy </w:t>
      </w:r>
      <w:r w:rsidR="00F7615C" w:rsidRPr="009210F4">
        <w:rPr>
          <w:rFonts w:asciiTheme="majorHAnsi" w:hAnsiTheme="majorHAnsi" w:cstheme="majorHAnsi"/>
        </w:rPr>
        <w:t>43:14</w:t>
      </w:r>
    </w:p>
    <w:p w14:paraId="33A23CC6" w14:textId="4AABFDD1" w:rsidR="00A6151D" w:rsidRPr="009210F4" w:rsidRDefault="00A70703" w:rsidP="009210F4">
      <w:pPr>
        <w:pStyle w:val="NoSpacing"/>
        <w:rPr>
          <w:rFonts w:asciiTheme="majorHAnsi" w:hAnsiTheme="majorHAnsi" w:cstheme="majorHAnsi"/>
        </w:rPr>
      </w:pPr>
      <w:r w:rsidRPr="009210F4">
        <w:rPr>
          <w:rFonts w:asciiTheme="majorHAnsi" w:hAnsiTheme="majorHAnsi" w:cstheme="majorHAnsi"/>
        </w:rPr>
        <w:t xml:space="preserve">Remember, Daisy, Simba, </w:t>
      </w:r>
      <w:r w:rsidR="00F7615C" w:rsidRPr="009210F4">
        <w:rPr>
          <w:rFonts w:asciiTheme="majorHAnsi" w:hAnsiTheme="majorHAnsi" w:cstheme="majorHAnsi"/>
        </w:rPr>
        <w:t>he's grown up now but he's a he's a singer</w:t>
      </w:r>
      <w:r w:rsidRPr="009210F4">
        <w:rPr>
          <w:rFonts w:asciiTheme="majorHAnsi" w:hAnsiTheme="majorHAnsi" w:cstheme="majorHAnsi"/>
        </w:rPr>
        <w:t>, l</w:t>
      </w:r>
      <w:r w:rsidR="00F7615C" w:rsidRPr="009210F4">
        <w:rPr>
          <w:rFonts w:asciiTheme="majorHAnsi" w:hAnsiTheme="majorHAnsi" w:cstheme="majorHAnsi"/>
        </w:rPr>
        <w:t xml:space="preserve">ike </w:t>
      </w:r>
      <w:r w:rsidRPr="009210F4">
        <w:rPr>
          <w:rFonts w:asciiTheme="majorHAnsi" w:hAnsiTheme="majorHAnsi" w:cstheme="majorHAnsi"/>
        </w:rPr>
        <w:t xml:space="preserve">no it’s not </w:t>
      </w:r>
      <w:r w:rsidR="00F7615C" w:rsidRPr="009210F4">
        <w:rPr>
          <w:rFonts w:asciiTheme="majorHAnsi" w:hAnsiTheme="majorHAnsi" w:cstheme="majorHAnsi"/>
        </w:rPr>
        <w:t>Kevin Campbell</w:t>
      </w:r>
      <w:r w:rsidRPr="009210F4">
        <w:rPr>
          <w:rFonts w:asciiTheme="majorHAnsi" w:hAnsiTheme="majorHAnsi" w:cstheme="majorHAnsi"/>
        </w:rPr>
        <w:t>,</w:t>
      </w:r>
      <w:r w:rsidR="00F7615C" w:rsidRPr="009210F4">
        <w:rPr>
          <w:rFonts w:asciiTheme="majorHAnsi" w:hAnsiTheme="majorHAnsi" w:cstheme="majorHAnsi"/>
        </w:rPr>
        <w:t xml:space="preserve"> </w:t>
      </w:r>
      <w:r w:rsidRPr="009210F4">
        <w:rPr>
          <w:rFonts w:asciiTheme="majorHAnsi" w:hAnsiTheme="majorHAnsi" w:cstheme="majorHAnsi"/>
        </w:rPr>
        <w:t>h</w:t>
      </w:r>
      <w:r w:rsidR="00F7615C" w:rsidRPr="009210F4">
        <w:rPr>
          <w:rFonts w:asciiTheme="majorHAnsi" w:hAnsiTheme="majorHAnsi" w:cstheme="majorHAnsi"/>
        </w:rPr>
        <w:t xml:space="preserve">e's like a </w:t>
      </w:r>
      <w:r w:rsidRPr="009210F4">
        <w:rPr>
          <w:rFonts w:asciiTheme="majorHAnsi" w:hAnsiTheme="majorHAnsi" w:cstheme="majorHAnsi"/>
        </w:rPr>
        <w:t>‘90s,</w:t>
      </w:r>
      <w:r w:rsidR="00C76231">
        <w:rPr>
          <w:rFonts w:asciiTheme="majorHAnsi" w:hAnsiTheme="majorHAnsi" w:cstheme="majorHAnsi"/>
        </w:rPr>
        <w:t xml:space="preserve"> </w:t>
      </w:r>
      <w:r w:rsidR="00F7615C" w:rsidRPr="009210F4">
        <w:rPr>
          <w:rFonts w:asciiTheme="majorHAnsi" w:hAnsiTheme="majorHAnsi" w:cstheme="majorHAnsi"/>
        </w:rPr>
        <w:t>he was a</w:t>
      </w:r>
      <w:r w:rsidRPr="009210F4">
        <w:rPr>
          <w:rFonts w:asciiTheme="majorHAnsi" w:hAnsiTheme="majorHAnsi" w:cstheme="majorHAnsi"/>
        </w:rPr>
        <w:t>,</w:t>
      </w:r>
      <w:r w:rsidR="00F7615C" w:rsidRPr="009210F4">
        <w:rPr>
          <w:rFonts w:asciiTheme="majorHAnsi" w:hAnsiTheme="majorHAnsi" w:cstheme="majorHAnsi"/>
        </w:rPr>
        <w:t xml:space="preserve"> he was a singer in the </w:t>
      </w:r>
      <w:r w:rsidRPr="009210F4">
        <w:rPr>
          <w:rFonts w:asciiTheme="majorHAnsi" w:hAnsiTheme="majorHAnsi" w:cstheme="majorHAnsi"/>
        </w:rPr>
        <w:t xml:space="preserve">‘90s, </w:t>
      </w:r>
      <w:r w:rsidR="00F7615C" w:rsidRPr="009210F4">
        <w:rPr>
          <w:rFonts w:asciiTheme="majorHAnsi" w:hAnsiTheme="majorHAnsi" w:cstheme="majorHAnsi"/>
        </w:rPr>
        <w:t>he's like</w:t>
      </w:r>
      <w:r w:rsidRPr="009210F4">
        <w:rPr>
          <w:rFonts w:asciiTheme="majorHAnsi" w:hAnsiTheme="majorHAnsi" w:cstheme="majorHAnsi"/>
        </w:rPr>
        <w:t>,</w:t>
      </w:r>
      <w:r w:rsidR="00A6151D" w:rsidRPr="009210F4">
        <w:rPr>
          <w:rFonts w:asciiTheme="majorHAnsi" w:hAnsiTheme="majorHAnsi" w:cstheme="majorHAnsi"/>
        </w:rPr>
        <w:t xml:space="preserve"> oh,</w:t>
      </w:r>
      <w:r w:rsidR="00F7615C" w:rsidRPr="009210F4">
        <w:rPr>
          <w:rFonts w:asciiTheme="majorHAnsi" w:hAnsiTheme="majorHAnsi" w:cstheme="majorHAnsi"/>
        </w:rPr>
        <w:t xml:space="preserve"> you know, it just shows</w:t>
      </w:r>
      <w:r w:rsidRPr="009210F4">
        <w:rPr>
          <w:rFonts w:asciiTheme="majorHAnsi" w:hAnsiTheme="majorHAnsi" w:cstheme="majorHAnsi"/>
        </w:rPr>
        <w:t>,</w:t>
      </w:r>
      <w:r w:rsidR="00F7615C" w:rsidRPr="009210F4">
        <w:rPr>
          <w:rFonts w:asciiTheme="majorHAnsi" w:hAnsiTheme="majorHAnsi" w:cstheme="majorHAnsi"/>
        </w:rPr>
        <w:t xml:space="preserve"> like</w:t>
      </w:r>
      <w:r w:rsidR="00A6151D" w:rsidRPr="009210F4">
        <w:rPr>
          <w:rFonts w:asciiTheme="majorHAnsi" w:hAnsiTheme="majorHAnsi" w:cstheme="majorHAnsi"/>
        </w:rPr>
        <w:t>,</w:t>
      </w:r>
      <w:r w:rsidR="00F7615C" w:rsidRPr="009210F4">
        <w:rPr>
          <w:rFonts w:asciiTheme="majorHAnsi" w:hAnsiTheme="majorHAnsi" w:cstheme="majorHAnsi"/>
        </w:rPr>
        <w:t xml:space="preserve"> his relevance now but</w:t>
      </w:r>
    </w:p>
    <w:p w14:paraId="5DA328C3" w14:textId="77777777" w:rsidR="00A6151D" w:rsidRPr="009210F4" w:rsidRDefault="00A6151D" w:rsidP="009210F4">
      <w:pPr>
        <w:pStyle w:val="NoSpacing"/>
        <w:rPr>
          <w:rFonts w:asciiTheme="majorHAnsi" w:hAnsiTheme="majorHAnsi" w:cstheme="majorHAnsi"/>
        </w:rPr>
      </w:pPr>
    </w:p>
    <w:p w14:paraId="0AF2C8EF" w14:textId="77777777" w:rsidR="00A6151D" w:rsidRPr="009210F4" w:rsidRDefault="00A6151D" w:rsidP="009210F4">
      <w:pPr>
        <w:pStyle w:val="NoSpacing"/>
        <w:rPr>
          <w:rFonts w:asciiTheme="majorHAnsi" w:hAnsiTheme="majorHAnsi" w:cstheme="majorHAnsi"/>
        </w:rPr>
      </w:pPr>
      <w:r w:rsidRPr="009210F4">
        <w:rPr>
          <w:rFonts w:asciiTheme="majorHAnsi" w:hAnsiTheme="majorHAnsi" w:cstheme="majorHAnsi"/>
        </w:rPr>
        <w:t xml:space="preserve">Alice: Is he a person of </w:t>
      </w:r>
      <w:proofErr w:type="spellStart"/>
      <w:r w:rsidRPr="009210F4">
        <w:rPr>
          <w:rFonts w:asciiTheme="majorHAnsi" w:hAnsiTheme="majorHAnsi" w:cstheme="majorHAnsi"/>
        </w:rPr>
        <w:t>colour</w:t>
      </w:r>
      <w:proofErr w:type="spellEnd"/>
      <w:r w:rsidRPr="009210F4">
        <w:rPr>
          <w:rFonts w:asciiTheme="majorHAnsi" w:hAnsiTheme="majorHAnsi" w:cstheme="majorHAnsi"/>
        </w:rPr>
        <w:t>?</w:t>
      </w:r>
    </w:p>
    <w:p w14:paraId="011BD5B3" w14:textId="77777777" w:rsidR="00C76231" w:rsidRDefault="00C76231" w:rsidP="009210F4">
      <w:pPr>
        <w:pStyle w:val="NoSpacing"/>
        <w:rPr>
          <w:rFonts w:asciiTheme="majorHAnsi" w:hAnsiTheme="majorHAnsi" w:cstheme="majorHAnsi"/>
        </w:rPr>
      </w:pPr>
    </w:p>
    <w:p w14:paraId="375C60BB" w14:textId="2B16A193" w:rsidR="00991E93" w:rsidRPr="009210F4" w:rsidRDefault="00820759" w:rsidP="009210F4">
      <w:pPr>
        <w:pStyle w:val="NoSpacing"/>
        <w:rPr>
          <w:rFonts w:asciiTheme="majorHAnsi" w:hAnsiTheme="majorHAnsi" w:cstheme="majorHAnsi"/>
        </w:rPr>
      </w:pPr>
      <w:r w:rsidRPr="009210F4">
        <w:rPr>
          <w:rFonts w:asciiTheme="majorHAnsi" w:hAnsiTheme="majorHAnsi" w:cstheme="majorHAnsi"/>
        </w:rPr>
        <w:t>Kimmy:</w:t>
      </w:r>
      <w:r w:rsidR="00D23E9C" w:rsidRPr="009210F4">
        <w:rPr>
          <w:rFonts w:asciiTheme="majorHAnsi" w:hAnsiTheme="majorHAnsi" w:cstheme="majorHAnsi"/>
        </w:rPr>
        <w:t xml:space="preserve"> </w:t>
      </w:r>
      <w:r w:rsidR="00F7615C" w:rsidRPr="009210F4">
        <w:rPr>
          <w:rFonts w:asciiTheme="majorHAnsi" w:hAnsiTheme="majorHAnsi" w:cstheme="majorHAnsi"/>
        </w:rPr>
        <w:t>yeah, he's all of black but he's</w:t>
      </w:r>
      <w:r w:rsidR="00A6151D" w:rsidRPr="009210F4">
        <w:rPr>
          <w:rFonts w:asciiTheme="majorHAnsi" w:hAnsiTheme="majorHAnsi" w:cstheme="majorHAnsi"/>
        </w:rPr>
        <w:t>,</w:t>
      </w:r>
      <w:r w:rsidR="00F7615C" w:rsidRPr="009210F4">
        <w:rPr>
          <w:rFonts w:asciiTheme="majorHAnsi" w:hAnsiTheme="majorHAnsi" w:cstheme="majorHAnsi"/>
        </w:rPr>
        <w:t xml:space="preserve"> um</w:t>
      </w:r>
      <w:r w:rsidR="00A6151D" w:rsidRPr="009210F4">
        <w:rPr>
          <w:rFonts w:asciiTheme="majorHAnsi" w:hAnsiTheme="majorHAnsi" w:cstheme="majorHAnsi"/>
        </w:rPr>
        <w:t>,</w:t>
      </w:r>
      <w:r w:rsidR="00F7615C" w:rsidRPr="009210F4">
        <w:rPr>
          <w:rFonts w:asciiTheme="majorHAnsi" w:hAnsiTheme="majorHAnsi" w:cstheme="majorHAnsi"/>
        </w:rPr>
        <w:t xml:space="preserve"> </w:t>
      </w:r>
      <w:r w:rsidR="00C76231">
        <w:rPr>
          <w:rFonts w:asciiTheme="majorHAnsi" w:hAnsiTheme="majorHAnsi" w:cstheme="majorHAnsi"/>
        </w:rPr>
        <w:t>w</w:t>
      </w:r>
      <w:r w:rsidR="00F7615C" w:rsidRPr="009210F4">
        <w:rPr>
          <w:rFonts w:asciiTheme="majorHAnsi" w:hAnsiTheme="majorHAnsi" w:cstheme="majorHAnsi"/>
        </w:rPr>
        <w:t>ell yeah</w:t>
      </w:r>
      <w:r w:rsidR="00A6151D" w:rsidRPr="009210F4">
        <w:rPr>
          <w:rFonts w:asciiTheme="majorHAnsi" w:hAnsiTheme="majorHAnsi" w:cstheme="majorHAnsi"/>
        </w:rPr>
        <w:t>,</w:t>
      </w:r>
      <w:r w:rsidR="00F7615C" w:rsidRPr="009210F4">
        <w:rPr>
          <w:rFonts w:asciiTheme="majorHAnsi" w:hAnsiTheme="majorHAnsi" w:cstheme="majorHAnsi"/>
        </w:rPr>
        <w:t xml:space="preserve"> Jason Weaver I think</w:t>
      </w:r>
      <w:r w:rsidR="00A6151D" w:rsidRPr="009210F4">
        <w:rPr>
          <w:rFonts w:asciiTheme="majorHAnsi" w:hAnsiTheme="majorHAnsi" w:cstheme="majorHAnsi"/>
        </w:rPr>
        <w:t>,</w:t>
      </w:r>
      <w:r w:rsidR="00F7615C" w:rsidRPr="009210F4">
        <w:rPr>
          <w:rFonts w:asciiTheme="majorHAnsi" w:hAnsiTheme="majorHAnsi" w:cstheme="majorHAnsi"/>
        </w:rPr>
        <w:t xml:space="preserve"> </w:t>
      </w:r>
      <w:proofErr w:type="gramStart"/>
      <w:r w:rsidR="00F7615C" w:rsidRPr="009210F4">
        <w:rPr>
          <w:rFonts w:asciiTheme="majorHAnsi" w:hAnsiTheme="majorHAnsi" w:cstheme="majorHAnsi"/>
        </w:rPr>
        <w:t>Yeah</w:t>
      </w:r>
      <w:proofErr w:type="gramEnd"/>
      <w:r w:rsidR="00F7615C" w:rsidRPr="009210F4">
        <w:rPr>
          <w:rFonts w:asciiTheme="majorHAnsi" w:hAnsiTheme="majorHAnsi" w:cstheme="majorHAnsi"/>
        </w:rPr>
        <w:t>. Jason Weaver</w:t>
      </w:r>
      <w:r w:rsidR="00A6151D" w:rsidRPr="009210F4">
        <w:rPr>
          <w:rFonts w:asciiTheme="majorHAnsi" w:hAnsiTheme="majorHAnsi" w:cstheme="majorHAnsi"/>
        </w:rPr>
        <w:t xml:space="preserve"> {pause}</w:t>
      </w:r>
    </w:p>
    <w:p w14:paraId="4A88EC20" w14:textId="77777777" w:rsidR="00C76231" w:rsidRDefault="00C76231" w:rsidP="009210F4">
      <w:pPr>
        <w:pStyle w:val="NoSpacing"/>
        <w:rPr>
          <w:rFonts w:asciiTheme="majorHAnsi" w:hAnsiTheme="majorHAnsi" w:cstheme="majorHAnsi"/>
        </w:rPr>
      </w:pPr>
    </w:p>
    <w:p w14:paraId="4CC3D780" w14:textId="3EE9B232" w:rsidR="00A6151D" w:rsidRPr="009210F4" w:rsidRDefault="00A6151D" w:rsidP="009210F4">
      <w:pPr>
        <w:pStyle w:val="NoSpacing"/>
        <w:rPr>
          <w:rFonts w:asciiTheme="majorHAnsi" w:hAnsiTheme="majorHAnsi" w:cstheme="majorHAnsi"/>
        </w:rPr>
      </w:pPr>
      <w:r w:rsidRPr="009210F4">
        <w:rPr>
          <w:rFonts w:asciiTheme="majorHAnsi" w:hAnsiTheme="majorHAnsi" w:cstheme="majorHAnsi"/>
        </w:rPr>
        <w:t xml:space="preserve">Lucy: are you googling it, </w:t>
      </w:r>
      <w:r w:rsidR="00C76231">
        <w:rPr>
          <w:rFonts w:asciiTheme="majorHAnsi" w:hAnsiTheme="majorHAnsi" w:cstheme="majorHAnsi"/>
        </w:rPr>
        <w:t>D</w:t>
      </w:r>
      <w:r w:rsidRPr="009210F4">
        <w:rPr>
          <w:rFonts w:asciiTheme="majorHAnsi" w:hAnsiTheme="majorHAnsi" w:cstheme="majorHAnsi"/>
        </w:rPr>
        <w:t>aisy?</w:t>
      </w:r>
    </w:p>
    <w:p w14:paraId="6DF7B2BC" w14:textId="77777777" w:rsidR="00991E93" w:rsidRPr="009210F4" w:rsidRDefault="00991E93" w:rsidP="009210F4">
      <w:pPr>
        <w:pStyle w:val="NoSpacing"/>
        <w:rPr>
          <w:rFonts w:asciiTheme="majorHAnsi" w:hAnsiTheme="majorHAnsi" w:cstheme="majorHAnsi"/>
        </w:rPr>
      </w:pPr>
    </w:p>
    <w:p w14:paraId="5290B71A" w14:textId="4373D735"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Daisy</w:t>
      </w:r>
      <w:r w:rsidR="00D23E9C" w:rsidRPr="009210F4">
        <w:rPr>
          <w:rFonts w:asciiTheme="majorHAnsi" w:hAnsiTheme="majorHAnsi" w:cstheme="majorHAnsi"/>
        </w:rPr>
        <w:t xml:space="preserve"> </w:t>
      </w:r>
      <w:r w:rsidRPr="009210F4">
        <w:rPr>
          <w:rFonts w:asciiTheme="majorHAnsi" w:hAnsiTheme="majorHAnsi" w:cstheme="majorHAnsi"/>
        </w:rPr>
        <w:t>43:44</w:t>
      </w:r>
    </w:p>
    <w:p w14:paraId="242A2730" w14:textId="25A1206D" w:rsidR="00991E93" w:rsidRPr="009210F4" w:rsidRDefault="00A6151D" w:rsidP="009210F4">
      <w:pPr>
        <w:pStyle w:val="NoSpacing"/>
        <w:rPr>
          <w:rFonts w:asciiTheme="majorHAnsi" w:hAnsiTheme="majorHAnsi" w:cstheme="majorHAnsi"/>
        </w:rPr>
      </w:pPr>
      <w:r w:rsidRPr="009210F4">
        <w:rPr>
          <w:rFonts w:asciiTheme="majorHAnsi" w:hAnsiTheme="majorHAnsi" w:cstheme="majorHAnsi"/>
        </w:rPr>
        <w:t xml:space="preserve">Yeah, I need to pretend I know something about this film </w:t>
      </w:r>
    </w:p>
    <w:p w14:paraId="3045A19C" w14:textId="77777777" w:rsidR="00C76231" w:rsidRDefault="00C76231" w:rsidP="009210F4">
      <w:pPr>
        <w:pStyle w:val="NoSpacing"/>
        <w:rPr>
          <w:rFonts w:asciiTheme="majorHAnsi" w:hAnsiTheme="majorHAnsi" w:cstheme="majorHAnsi"/>
        </w:rPr>
      </w:pPr>
    </w:p>
    <w:p w14:paraId="44167617" w14:textId="2665F3C5"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Alice</w:t>
      </w:r>
      <w:r w:rsidR="00D23E9C" w:rsidRPr="009210F4">
        <w:rPr>
          <w:rFonts w:asciiTheme="majorHAnsi" w:hAnsiTheme="majorHAnsi" w:cstheme="majorHAnsi"/>
        </w:rPr>
        <w:t xml:space="preserve"> </w:t>
      </w:r>
      <w:r w:rsidRPr="009210F4">
        <w:rPr>
          <w:rFonts w:asciiTheme="majorHAnsi" w:hAnsiTheme="majorHAnsi" w:cstheme="majorHAnsi"/>
        </w:rPr>
        <w:t>43:52</w:t>
      </w:r>
    </w:p>
    <w:p w14:paraId="2CBD2986" w14:textId="2FA1DE17" w:rsidR="00991E93" w:rsidRPr="009210F4" w:rsidRDefault="00A6151D" w:rsidP="009210F4">
      <w:pPr>
        <w:pStyle w:val="NoSpacing"/>
        <w:rPr>
          <w:rFonts w:asciiTheme="majorHAnsi" w:hAnsiTheme="majorHAnsi" w:cstheme="majorHAnsi"/>
        </w:rPr>
      </w:pPr>
      <w:r w:rsidRPr="009210F4">
        <w:rPr>
          <w:rFonts w:asciiTheme="majorHAnsi" w:hAnsiTheme="majorHAnsi" w:cstheme="majorHAnsi"/>
        </w:rPr>
        <w:t>I think w</w:t>
      </w:r>
      <w:r w:rsidR="00F7615C" w:rsidRPr="009210F4">
        <w:rPr>
          <w:rFonts w:asciiTheme="majorHAnsi" w:hAnsiTheme="majorHAnsi" w:cstheme="majorHAnsi"/>
        </w:rPr>
        <w:t xml:space="preserve">e need to have a section in history lessons that is just </w:t>
      </w:r>
      <w:r w:rsidR="003B299F" w:rsidRPr="009210F4">
        <w:rPr>
          <w:rFonts w:asciiTheme="majorHAnsi" w:hAnsiTheme="majorHAnsi" w:cstheme="majorHAnsi"/>
        </w:rPr>
        <w:t xml:space="preserve">Daisy </w:t>
      </w:r>
      <w:r w:rsidR="00F7615C" w:rsidRPr="009210F4">
        <w:rPr>
          <w:rFonts w:asciiTheme="majorHAnsi" w:hAnsiTheme="majorHAnsi" w:cstheme="majorHAnsi"/>
        </w:rPr>
        <w:t>Google</w:t>
      </w:r>
      <w:r w:rsidR="003B299F" w:rsidRPr="009210F4">
        <w:rPr>
          <w:rFonts w:asciiTheme="majorHAnsi" w:hAnsiTheme="majorHAnsi" w:cstheme="majorHAnsi"/>
        </w:rPr>
        <w:t>s</w:t>
      </w:r>
      <w:r w:rsidR="00F7615C" w:rsidRPr="009210F4">
        <w:rPr>
          <w:rFonts w:asciiTheme="majorHAnsi" w:hAnsiTheme="majorHAnsi" w:cstheme="majorHAnsi"/>
        </w:rPr>
        <w:t xml:space="preserve"> something she wasn't expecting us to talk </w:t>
      </w:r>
      <w:r w:rsidR="003B299F" w:rsidRPr="009210F4">
        <w:rPr>
          <w:rFonts w:asciiTheme="majorHAnsi" w:hAnsiTheme="majorHAnsi" w:cstheme="majorHAnsi"/>
        </w:rPr>
        <w:t xml:space="preserve">to her </w:t>
      </w:r>
      <w:r w:rsidR="00F7615C" w:rsidRPr="009210F4">
        <w:rPr>
          <w:rFonts w:asciiTheme="majorHAnsi" w:hAnsiTheme="majorHAnsi" w:cstheme="majorHAnsi"/>
        </w:rPr>
        <w:t>about</w:t>
      </w:r>
    </w:p>
    <w:p w14:paraId="6FEEB2FF" w14:textId="77777777" w:rsidR="00991E93" w:rsidRPr="009210F4" w:rsidRDefault="00991E93" w:rsidP="009210F4">
      <w:pPr>
        <w:pStyle w:val="NoSpacing"/>
        <w:rPr>
          <w:rFonts w:asciiTheme="majorHAnsi" w:hAnsiTheme="majorHAnsi" w:cstheme="majorHAnsi"/>
        </w:rPr>
      </w:pPr>
    </w:p>
    <w:p w14:paraId="3355DF1E" w14:textId="5262EC4C"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Lucy</w:t>
      </w:r>
      <w:r w:rsidR="00D23E9C" w:rsidRPr="009210F4">
        <w:rPr>
          <w:rFonts w:asciiTheme="majorHAnsi" w:hAnsiTheme="majorHAnsi" w:cstheme="majorHAnsi"/>
        </w:rPr>
        <w:t xml:space="preserve"> </w:t>
      </w:r>
      <w:r w:rsidRPr="009210F4">
        <w:rPr>
          <w:rFonts w:asciiTheme="majorHAnsi" w:hAnsiTheme="majorHAnsi" w:cstheme="majorHAnsi"/>
        </w:rPr>
        <w:t>44:01</w:t>
      </w:r>
    </w:p>
    <w:p w14:paraId="16564D33" w14:textId="51488914" w:rsidR="00991E93" w:rsidRPr="009210F4" w:rsidRDefault="005A6F75" w:rsidP="009210F4">
      <w:pPr>
        <w:pStyle w:val="NoSpacing"/>
        <w:rPr>
          <w:rFonts w:asciiTheme="majorHAnsi" w:hAnsiTheme="majorHAnsi" w:cstheme="majorHAnsi"/>
        </w:rPr>
      </w:pPr>
      <w:r w:rsidRPr="009210F4">
        <w:rPr>
          <w:rFonts w:asciiTheme="majorHAnsi" w:hAnsiTheme="majorHAnsi" w:cstheme="majorHAnsi"/>
        </w:rPr>
        <w:t xml:space="preserve">What </w:t>
      </w:r>
      <w:proofErr w:type="spellStart"/>
      <w:r w:rsidRPr="009210F4">
        <w:rPr>
          <w:rFonts w:asciiTheme="majorHAnsi" w:hAnsiTheme="majorHAnsi" w:cstheme="majorHAnsi"/>
        </w:rPr>
        <w:t>colour</w:t>
      </w:r>
      <w:proofErr w:type="spellEnd"/>
      <w:r w:rsidRPr="009210F4">
        <w:rPr>
          <w:rFonts w:asciiTheme="majorHAnsi" w:hAnsiTheme="majorHAnsi" w:cstheme="majorHAnsi"/>
        </w:rPr>
        <w:t xml:space="preserve"> was so and so’s shoes, I don’t know, let me google it </w:t>
      </w:r>
    </w:p>
    <w:p w14:paraId="662EAEBA" w14:textId="77777777" w:rsidR="00C76231" w:rsidRDefault="00C76231" w:rsidP="009210F4">
      <w:pPr>
        <w:pStyle w:val="NoSpacing"/>
        <w:rPr>
          <w:rFonts w:asciiTheme="majorHAnsi" w:hAnsiTheme="majorHAnsi" w:cstheme="majorHAnsi"/>
        </w:rPr>
      </w:pPr>
    </w:p>
    <w:p w14:paraId="07DC6324" w14:textId="465C8387" w:rsidR="00991E93" w:rsidRPr="009210F4" w:rsidRDefault="00820759" w:rsidP="009210F4">
      <w:pPr>
        <w:pStyle w:val="NoSpacing"/>
        <w:rPr>
          <w:rFonts w:asciiTheme="majorHAnsi" w:hAnsiTheme="majorHAnsi" w:cstheme="majorHAnsi"/>
        </w:rPr>
      </w:pPr>
      <w:r w:rsidRPr="009210F4">
        <w:rPr>
          <w:rFonts w:asciiTheme="majorHAnsi" w:hAnsiTheme="majorHAnsi" w:cstheme="majorHAnsi"/>
        </w:rPr>
        <w:t xml:space="preserve">Kimmy </w:t>
      </w:r>
      <w:r w:rsidR="00F7615C" w:rsidRPr="009210F4">
        <w:rPr>
          <w:rFonts w:asciiTheme="majorHAnsi" w:hAnsiTheme="majorHAnsi" w:cstheme="majorHAnsi"/>
        </w:rPr>
        <w:t>44:05</w:t>
      </w:r>
    </w:p>
    <w:p w14:paraId="2CD4141B" w14:textId="0BF90EB9" w:rsidR="00991E93" w:rsidRPr="009210F4" w:rsidRDefault="005A6F75" w:rsidP="009210F4">
      <w:pPr>
        <w:pStyle w:val="NoSpacing"/>
        <w:rPr>
          <w:rFonts w:asciiTheme="majorHAnsi" w:hAnsiTheme="majorHAnsi" w:cstheme="majorHAnsi"/>
        </w:rPr>
      </w:pPr>
      <w:r w:rsidRPr="009210F4">
        <w:rPr>
          <w:rFonts w:asciiTheme="majorHAnsi" w:hAnsiTheme="majorHAnsi" w:cstheme="majorHAnsi"/>
        </w:rPr>
        <w:t xml:space="preserve">Can I call the </w:t>
      </w:r>
      <w:r w:rsidR="00F7615C" w:rsidRPr="009210F4">
        <w:rPr>
          <w:rFonts w:asciiTheme="majorHAnsi" w:hAnsiTheme="majorHAnsi" w:cstheme="majorHAnsi"/>
        </w:rPr>
        <w:t xml:space="preserve">section the </w:t>
      </w:r>
      <w:r w:rsidR="00C76231" w:rsidRPr="009210F4">
        <w:rPr>
          <w:rFonts w:asciiTheme="majorHAnsi" w:hAnsiTheme="majorHAnsi" w:cstheme="majorHAnsi"/>
        </w:rPr>
        <w:t>curveball?</w:t>
      </w:r>
    </w:p>
    <w:p w14:paraId="5F142C66" w14:textId="77777777" w:rsidR="00991E93" w:rsidRPr="009210F4" w:rsidRDefault="00991E93" w:rsidP="009210F4">
      <w:pPr>
        <w:pStyle w:val="NoSpacing"/>
        <w:rPr>
          <w:rFonts w:asciiTheme="majorHAnsi" w:hAnsiTheme="majorHAnsi" w:cstheme="majorHAnsi"/>
        </w:rPr>
      </w:pPr>
    </w:p>
    <w:p w14:paraId="23F83A3F" w14:textId="5B767931"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Daisy</w:t>
      </w:r>
      <w:r w:rsidR="00D23E9C" w:rsidRPr="009210F4">
        <w:rPr>
          <w:rFonts w:asciiTheme="majorHAnsi" w:hAnsiTheme="majorHAnsi" w:cstheme="majorHAnsi"/>
        </w:rPr>
        <w:t xml:space="preserve"> </w:t>
      </w:r>
      <w:r w:rsidRPr="009210F4">
        <w:rPr>
          <w:rFonts w:asciiTheme="majorHAnsi" w:hAnsiTheme="majorHAnsi" w:cstheme="majorHAnsi"/>
        </w:rPr>
        <w:t>44:10</w:t>
      </w:r>
    </w:p>
    <w:p w14:paraId="04DF39AA" w14:textId="230F5775" w:rsidR="00991E93" w:rsidRPr="009210F4" w:rsidRDefault="005A6F75" w:rsidP="009210F4">
      <w:pPr>
        <w:pStyle w:val="NoSpacing"/>
        <w:rPr>
          <w:rFonts w:asciiTheme="majorHAnsi" w:hAnsiTheme="majorHAnsi" w:cstheme="majorHAnsi"/>
        </w:rPr>
      </w:pPr>
      <w:r w:rsidRPr="009210F4">
        <w:rPr>
          <w:rFonts w:asciiTheme="majorHAnsi" w:hAnsiTheme="majorHAnsi" w:cstheme="majorHAnsi"/>
        </w:rPr>
        <w:t xml:space="preserve">Yeah, yeah. The problem is </w:t>
      </w:r>
      <w:r w:rsidR="00F7615C" w:rsidRPr="009210F4">
        <w:rPr>
          <w:rFonts w:asciiTheme="majorHAnsi" w:hAnsiTheme="majorHAnsi" w:cstheme="majorHAnsi"/>
        </w:rPr>
        <w:t>that you asked me about like popular culture and films that I don't know anything about</w:t>
      </w:r>
      <w:r w:rsidRPr="009210F4">
        <w:rPr>
          <w:rFonts w:asciiTheme="majorHAnsi" w:hAnsiTheme="majorHAnsi" w:cstheme="majorHAnsi"/>
        </w:rPr>
        <w:t xml:space="preserve"> those </w:t>
      </w:r>
    </w:p>
    <w:p w14:paraId="02B3D9C5" w14:textId="77777777" w:rsidR="00991E93" w:rsidRPr="009210F4" w:rsidRDefault="00991E93" w:rsidP="009210F4">
      <w:pPr>
        <w:pStyle w:val="NoSpacing"/>
        <w:rPr>
          <w:rFonts w:asciiTheme="majorHAnsi" w:hAnsiTheme="majorHAnsi" w:cstheme="majorHAnsi"/>
        </w:rPr>
      </w:pPr>
    </w:p>
    <w:p w14:paraId="48B61815" w14:textId="6CB6883A" w:rsidR="00991E93" w:rsidRPr="009210F4" w:rsidRDefault="00820759" w:rsidP="009210F4">
      <w:pPr>
        <w:pStyle w:val="NoSpacing"/>
        <w:rPr>
          <w:rFonts w:asciiTheme="majorHAnsi" w:hAnsiTheme="majorHAnsi" w:cstheme="majorHAnsi"/>
        </w:rPr>
      </w:pPr>
      <w:r w:rsidRPr="009210F4">
        <w:rPr>
          <w:rFonts w:asciiTheme="majorHAnsi" w:hAnsiTheme="majorHAnsi" w:cstheme="majorHAnsi"/>
        </w:rPr>
        <w:t xml:space="preserve">Kimmy </w:t>
      </w:r>
      <w:r w:rsidR="00F7615C" w:rsidRPr="009210F4">
        <w:rPr>
          <w:rFonts w:asciiTheme="majorHAnsi" w:hAnsiTheme="majorHAnsi" w:cstheme="majorHAnsi"/>
        </w:rPr>
        <w:t>44:17</w:t>
      </w:r>
    </w:p>
    <w:p w14:paraId="0CC6BC58" w14:textId="39CCCC18" w:rsidR="00991E93" w:rsidRPr="009210F4" w:rsidRDefault="00256CFC" w:rsidP="009210F4">
      <w:pPr>
        <w:pStyle w:val="NoSpacing"/>
        <w:rPr>
          <w:rFonts w:asciiTheme="majorHAnsi" w:hAnsiTheme="majorHAnsi" w:cstheme="majorHAnsi"/>
        </w:rPr>
      </w:pPr>
      <w:r w:rsidRPr="009210F4">
        <w:rPr>
          <w:rFonts w:asciiTheme="majorHAnsi" w:hAnsiTheme="majorHAnsi" w:cstheme="majorHAnsi"/>
        </w:rPr>
        <w:t>OK</w:t>
      </w:r>
      <w:r w:rsidR="00F7615C" w:rsidRPr="009210F4">
        <w:rPr>
          <w:rFonts w:asciiTheme="majorHAnsi" w:hAnsiTheme="majorHAnsi" w:cstheme="majorHAnsi"/>
        </w:rPr>
        <w:t xml:space="preserve">, what was </w:t>
      </w:r>
      <w:r w:rsidR="00C76231">
        <w:rPr>
          <w:rFonts w:asciiTheme="majorHAnsi" w:hAnsiTheme="majorHAnsi" w:cstheme="majorHAnsi"/>
        </w:rPr>
        <w:t>a</w:t>
      </w:r>
      <w:r w:rsidR="00F7615C" w:rsidRPr="009210F4">
        <w:rPr>
          <w:rFonts w:asciiTheme="majorHAnsi" w:hAnsiTheme="majorHAnsi" w:cstheme="majorHAnsi"/>
        </w:rPr>
        <w:t xml:space="preserve">ct </w:t>
      </w:r>
      <w:r w:rsidR="00C76231">
        <w:rPr>
          <w:rFonts w:asciiTheme="majorHAnsi" w:hAnsiTheme="majorHAnsi" w:cstheme="majorHAnsi"/>
        </w:rPr>
        <w:t>t</w:t>
      </w:r>
      <w:r w:rsidR="00F7615C" w:rsidRPr="009210F4">
        <w:rPr>
          <w:rFonts w:asciiTheme="majorHAnsi" w:hAnsiTheme="majorHAnsi" w:cstheme="majorHAnsi"/>
        </w:rPr>
        <w:t>hree</w:t>
      </w:r>
      <w:r w:rsidR="00C76231">
        <w:rPr>
          <w:rFonts w:asciiTheme="majorHAnsi" w:hAnsiTheme="majorHAnsi" w:cstheme="majorHAnsi"/>
        </w:rPr>
        <w:t>,</w:t>
      </w:r>
      <w:r w:rsidR="00F7615C" w:rsidRPr="009210F4">
        <w:rPr>
          <w:rFonts w:asciiTheme="majorHAnsi" w:hAnsiTheme="majorHAnsi" w:cstheme="majorHAnsi"/>
        </w:rPr>
        <w:t xml:space="preserve"> scene two in Hamlet</w:t>
      </w:r>
      <w:r w:rsidR="005A6F75" w:rsidRPr="009210F4">
        <w:rPr>
          <w:rFonts w:asciiTheme="majorHAnsi" w:hAnsiTheme="majorHAnsi" w:cstheme="majorHAnsi"/>
        </w:rPr>
        <w:t>? {laughter}</w:t>
      </w:r>
    </w:p>
    <w:p w14:paraId="3F3436DD" w14:textId="77777777" w:rsidR="00991E93" w:rsidRPr="009210F4" w:rsidRDefault="00991E93" w:rsidP="009210F4">
      <w:pPr>
        <w:pStyle w:val="NoSpacing"/>
        <w:rPr>
          <w:rFonts w:asciiTheme="majorHAnsi" w:hAnsiTheme="majorHAnsi" w:cstheme="majorHAnsi"/>
        </w:rPr>
      </w:pPr>
    </w:p>
    <w:p w14:paraId="51298D48" w14:textId="033FE388"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Daisy</w:t>
      </w:r>
      <w:r w:rsidR="00D23E9C" w:rsidRPr="009210F4">
        <w:rPr>
          <w:rFonts w:asciiTheme="majorHAnsi" w:hAnsiTheme="majorHAnsi" w:cstheme="majorHAnsi"/>
        </w:rPr>
        <w:t xml:space="preserve"> </w:t>
      </w:r>
      <w:r w:rsidRPr="009210F4">
        <w:rPr>
          <w:rFonts w:asciiTheme="majorHAnsi" w:hAnsiTheme="majorHAnsi" w:cstheme="majorHAnsi"/>
        </w:rPr>
        <w:t>44:23</w:t>
      </w:r>
    </w:p>
    <w:p w14:paraId="10BC3CE7" w14:textId="6530D8C7" w:rsidR="00991E93" w:rsidRPr="009210F4" w:rsidRDefault="005A6F75" w:rsidP="009210F4">
      <w:pPr>
        <w:pStyle w:val="NoSpacing"/>
        <w:rPr>
          <w:rFonts w:asciiTheme="majorHAnsi" w:hAnsiTheme="majorHAnsi" w:cstheme="majorHAnsi"/>
        </w:rPr>
      </w:pPr>
      <w:r w:rsidRPr="009210F4">
        <w:rPr>
          <w:rFonts w:asciiTheme="majorHAnsi" w:hAnsiTheme="majorHAnsi" w:cstheme="majorHAnsi"/>
        </w:rPr>
        <w:t xml:space="preserve">Was it ‘exit, </w:t>
      </w:r>
      <w:r w:rsidR="00C76231" w:rsidRPr="009210F4">
        <w:rPr>
          <w:rFonts w:asciiTheme="majorHAnsi" w:hAnsiTheme="majorHAnsi" w:cstheme="majorHAnsi"/>
        </w:rPr>
        <w:t>pursued</w:t>
      </w:r>
      <w:r w:rsidRPr="009210F4">
        <w:rPr>
          <w:rFonts w:asciiTheme="majorHAnsi" w:hAnsiTheme="majorHAnsi" w:cstheme="majorHAnsi"/>
        </w:rPr>
        <w:t xml:space="preserve"> by a bear’?</w:t>
      </w:r>
      <w:r w:rsidR="00F7615C" w:rsidRPr="009210F4">
        <w:rPr>
          <w:rFonts w:asciiTheme="majorHAnsi" w:hAnsiTheme="majorHAnsi" w:cstheme="majorHAnsi"/>
        </w:rPr>
        <w:t xml:space="preserve"> </w:t>
      </w:r>
      <w:r w:rsidRPr="009210F4">
        <w:rPr>
          <w:rFonts w:asciiTheme="majorHAnsi" w:hAnsiTheme="majorHAnsi" w:cstheme="majorHAnsi"/>
        </w:rPr>
        <w:t>T</w:t>
      </w:r>
      <w:r w:rsidR="00F7615C" w:rsidRPr="009210F4">
        <w:rPr>
          <w:rFonts w:asciiTheme="majorHAnsi" w:hAnsiTheme="majorHAnsi" w:cstheme="majorHAnsi"/>
        </w:rPr>
        <w:t>hat's one of them</w:t>
      </w:r>
      <w:r w:rsidRPr="009210F4">
        <w:rPr>
          <w:rFonts w:asciiTheme="majorHAnsi" w:hAnsiTheme="majorHAnsi" w:cstheme="majorHAnsi"/>
        </w:rPr>
        <w:t xml:space="preserve"> {laughter} </w:t>
      </w:r>
      <w:r w:rsidR="00256CFC" w:rsidRPr="009210F4">
        <w:rPr>
          <w:rFonts w:asciiTheme="majorHAnsi" w:hAnsiTheme="majorHAnsi" w:cstheme="majorHAnsi"/>
        </w:rPr>
        <w:t>OK</w:t>
      </w:r>
      <w:r w:rsidR="00F7615C" w:rsidRPr="009210F4">
        <w:rPr>
          <w:rFonts w:asciiTheme="majorHAnsi" w:hAnsiTheme="majorHAnsi" w:cstheme="majorHAnsi"/>
        </w:rPr>
        <w:t xml:space="preserve">, so do you remember about an hour ago </w:t>
      </w:r>
      <w:r w:rsidRPr="009210F4">
        <w:rPr>
          <w:rFonts w:asciiTheme="majorHAnsi" w:hAnsiTheme="majorHAnsi" w:cstheme="majorHAnsi"/>
        </w:rPr>
        <w:t xml:space="preserve">{laughter} </w:t>
      </w:r>
      <w:r w:rsidR="00F7615C" w:rsidRPr="009210F4">
        <w:rPr>
          <w:rFonts w:asciiTheme="majorHAnsi" w:hAnsiTheme="majorHAnsi" w:cstheme="majorHAnsi"/>
        </w:rPr>
        <w:t>he'd gone to the kingdom next door in maybe exile</w:t>
      </w:r>
      <w:r w:rsidRPr="009210F4">
        <w:rPr>
          <w:rFonts w:asciiTheme="majorHAnsi" w:hAnsiTheme="majorHAnsi" w:cstheme="majorHAnsi"/>
        </w:rPr>
        <w:t>,</w:t>
      </w:r>
      <w:r w:rsidR="00F7615C" w:rsidRPr="009210F4">
        <w:rPr>
          <w:rFonts w:asciiTheme="majorHAnsi" w:hAnsiTheme="majorHAnsi" w:cstheme="majorHAnsi"/>
        </w:rPr>
        <w:t xml:space="preserve"> maybe running away. </w:t>
      </w:r>
      <w:r w:rsidR="00C76231" w:rsidRPr="009210F4">
        <w:rPr>
          <w:rFonts w:asciiTheme="majorHAnsi" w:hAnsiTheme="majorHAnsi" w:cstheme="majorHAnsi"/>
        </w:rPr>
        <w:t>So,</w:t>
      </w:r>
      <w:r w:rsidR="00F7615C" w:rsidRPr="009210F4">
        <w:rPr>
          <w:rFonts w:asciiTheme="majorHAnsi" w:hAnsiTheme="majorHAnsi" w:cstheme="majorHAnsi"/>
        </w:rPr>
        <w:t xml:space="preserve"> while he was there, as I've referred to </w:t>
      </w:r>
      <w:r w:rsidRPr="009210F4">
        <w:rPr>
          <w:rFonts w:asciiTheme="majorHAnsi" w:hAnsiTheme="majorHAnsi" w:cstheme="majorHAnsi"/>
        </w:rPr>
        <w:t xml:space="preserve">it </w:t>
      </w:r>
      <w:r w:rsidR="00F7615C" w:rsidRPr="009210F4">
        <w:rPr>
          <w:rFonts w:asciiTheme="majorHAnsi" w:hAnsiTheme="majorHAnsi" w:cstheme="majorHAnsi"/>
        </w:rPr>
        <w:t>in my notes, powering up</w:t>
      </w:r>
      <w:r w:rsidRPr="009210F4">
        <w:rPr>
          <w:rFonts w:asciiTheme="majorHAnsi" w:hAnsiTheme="majorHAnsi" w:cstheme="majorHAnsi"/>
        </w:rPr>
        <w:t>,</w:t>
      </w:r>
      <w:r w:rsidR="00C76231">
        <w:rPr>
          <w:rFonts w:asciiTheme="majorHAnsi" w:hAnsiTheme="majorHAnsi" w:cstheme="majorHAnsi"/>
        </w:rPr>
        <w:t xml:space="preserve"> </w:t>
      </w:r>
      <w:r w:rsidR="00F7615C" w:rsidRPr="009210F4">
        <w:rPr>
          <w:rFonts w:asciiTheme="majorHAnsi" w:hAnsiTheme="majorHAnsi" w:cstheme="majorHAnsi"/>
        </w:rPr>
        <w:t>becoming as they refer to it as strong as a lion, which is why he ended up being called The Lion King</w:t>
      </w:r>
      <w:r w:rsidRPr="009210F4">
        <w:rPr>
          <w:rFonts w:asciiTheme="majorHAnsi" w:hAnsiTheme="majorHAnsi" w:cstheme="majorHAnsi"/>
        </w:rPr>
        <w:t>.</w:t>
      </w:r>
      <w:r w:rsidR="00F7615C" w:rsidRPr="009210F4">
        <w:rPr>
          <w:rFonts w:asciiTheme="majorHAnsi" w:hAnsiTheme="majorHAnsi" w:cstheme="majorHAnsi"/>
        </w:rPr>
        <w:t xml:space="preserve"> Yep</w:t>
      </w:r>
      <w:r w:rsidR="00D555FC" w:rsidRPr="009210F4">
        <w:rPr>
          <w:rFonts w:asciiTheme="majorHAnsi" w:hAnsiTheme="majorHAnsi" w:cstheme="majorHAnsi"/>
        </w:rPr>
        <w:t>, h</w:t>
      </w:r>
      <w:r w:rsidR="00F7615C" w:rsidRPr="009210F4">
        <w:rPr>
          <w:rFonts w:asciiTheme="majorHAnsi" w:hAnsiTheme="majorHAnsi" w:cstheme="majorHAnsi"/>
        </w:rPr>
        <w:t>e became this sort of like, you know, incredibly good, like, warrior soldier type person to the point where the king of the</w:t>
      </w:r>
      <w:r w:rsidR="00D555FC" w:rsidRPr="009210F4">
        <w:rPr>
          <w:rFonts w:asciiTheme="majorHAnsi" w:hAnsiTheme="majorHAnsi" w:cstheme="majorHAnsi"/>
        </w:rPr>
        <w:t xml:space="preserve"> </w:t>
      </w:r>
      <w:r w:rsidR="00724C8D" w:rsidRPr="009210F4">
        <w:rPr>
          <w:rFonts w:asciiTheme="majorHAnsi" w:hAnsiTheme="majorHAnsi" w:cstheme="majorHAnsi"/>
        </w:rPr>
        <w:t>‘</w:t>
      </w:r>
      <w:proofErr w:type="spellStart"/>
      <w:r w:rsidR="00D555FC" w:rsidRPr="009210F4">
        <w:rPr>
          <w:rFonts w:asciiTheme="majorHAnsi" w:hAnsiTheme="majorHAnsi" w:cstheme="majorHAnsi"/>
        </w:rPr>
        <w:t>Me</w:t>
      </w:r>
      <w:r w:rsidR="005054D7">
        <w:rPr>
          <w:rFonts w:asciiTheme="majorHAnsi" w:hAnsiTheme="majorHAnsi" w:cstheme="majorHAnsi"/>
        </w:rPr>
        <w:t>mm</w:t>
      </w:r>
      <w:r w:rsidR="007557B5">
        <w:rPr>
          <w:rFonts w:asciiTheme="majorHAnsi" w:hAnsiTheme="majorHAnsi" w:cstheme="majorHAnsi"/>
        </w:rPr>
        <w:t>a</w:t>
      </w:r>
      <w:proofErr w:type="spellEnd"/>
      <w:r w:rsidR="005054D7">
        <w:rPr>
          <w:rFonts w:asciiTheme="majorHAnsi" w:hAnsiTheme="majorHAnsi" w:cstheme="majorHAnsi"/>
        </w:rPr>
        <w:t xml:space="preserve">’ or </w:t>
      </w:r>
      <w:proofErr w:type="spellStart"/>
      <w:r w:rsidR="005054D7">
        <w:rPr>
          <w:rFonts w:asciiTheme="majorHAnsi" w:hAnsiTheme="majorHAnsi" w:cstheme="majorHAnsi"/>
        </w:rPr>
        <w:t>mema</w:t>
      </w:r>
      <w:proofErr w:type="spellEnd"/>
      <w:r w:rsidR="005054D7">
        <w:rPr>
          <w:rFonts w:asciiTheme="majorHAnsi" w:hAnsiTheme="majorHAnsi" w:cstheme="majorHAnsi"/>
        </w:rPr>
        <w:t xml:space="preserve"> </w:t>
      </w:r>
    </w:p>
    <w:p w14:paraId="15C64336" w14:textId="77777777" w:rsidR="00C76231" w:rsidRDefault="00C76231" w:rsidP="009210F4">
      <w:pPr>
        <w:pStyle w:val="NoSpacing"/>
        <w:rPr>
          <w:rFonts w:asciiTheme="majorHAnsi" w:hAnsiTheme="majorHAnsi" w:cstheme="majorHAnsi"/>
        </w:rPr>
      </w:pPr>
    </w:p>
    <w:p w14:paraId="2079324D" w14:textId="22C90B61"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Alice</w:t>
      </w:r>
      <w:r w:rsidR="00D23E9C" w:rsidRPr="009210F4">
        <w:rPr>
          <w:rFonts w:asciiTheme="majorHAnsi" w:hAnsiTheme="majorHAnsi" w:cstheme="majorHAnsi"/>
        </w:rPr>
        <w:t xml:space="preserve"> </w:t>
      </w:r>
      <w:r w:rsidRPr="009210F4">
        <w:rPr>
          <w:rFonts w:asciiTheme="majorHAnsi" w:hAnsiTheme="majorHAnsi" w:cstheme="majorHAnsi"/>
        </w:rPr>
        <w:t>45:10</w:t>
      </w:r>
    </w:p>
    <w:p w14:paraId="648B7948" w14:textId="5726E767" w:rsidR="00991E93" w:rsidRPr="009210F4" w:rsidRDefault="00724C8D" w:rsidP="009210F4">
      <w:pPr>
        <w:pStyle w:val="NoSpacing"/>
        <w:rPr>
          <w:rFonts w:asciiTheme="majorHAnsi" w:hAnsiTheme="majorHAnsi" w:cstheme="majorHAnsi"/>
        </w:rPr>
      </w:pPr>
      <w:r w:rsidRPr="009210F4">
        <w:rPr>
          <w:rFonts w:asciiTheme="majorHAnsi" w:hAnsiTheme="majorHAnsi" w:cstheme="majorHAnsi"/>
        </w:rPr>
        <w:t xml:space="preserve">The </w:t>
      </w:r>
      <w:r w:rsidR="00F7615C" w:rsidRPr="009210F4">
        <w:rPr>
          <w:rFonts w:asciiTheme="majorHAnsi" w:hAnsiTheme="majorHAnsi" w:cstheme="majorHAnsi"/>
        </w:rPr>
        <w:t>place where he was</w:t>
      </w:r>
    </w:p>
    <w:p w14:paraId="55B899AB" w14:textId="77777777" w:rsidR="00991E93" w:rsidRPr="009210F4" w:rsidRDefault="00991E93" w:rsidP="009210F4">
      <w:pPr>
        <w:pStyle w:val="NoSpacing"/>
        <w:rPr>
          <w:rFonts w:asciiTheme="majorHAnsi" w:hAnsiTheme="majorHAnsi" w:cstheme="majorHAnsi"/>
        </w:rPr>
      </w:pPr>
    </w:p>
    <w:p w14:paraId="25EC1F26" w14:textId="720D2038" w:rsidR="00991E93" w:rsidRPr="009210F4" w:rsidRDefault="00820759" w:rsidP="009210F4">
      <w:pPr>
        <w:pStyle w:val="NoSpacing"/>
        <w:rPr>
          <w:rFonts w:asciiTheme="majorHAnsi" w:hAnsiTheme="majorHAnsi" w:cstheme="majorHAnsi"/>
        </w:rPr>
      </w:pPr>
      <w:r w:rsidRPr="009210F4">
        <w:rPr>
          <w:rFonts w:asciiTheme="majorHAnsi" w:hAnsiTheme="majorHAnsi" w:cstheme="majorHAnsi"/>
        </w:rPr>
        <w:t xml:space="preserve">Kimmy </w:t>
      </w:r>
      <w:r w:rsidR="00F7615C" w:rsidRPr="009210F4">
        <w:rPr>
          <w:rFonts w:asciiTheme="majorHAnsi" w:hAnsiTheme="majorHAnsi" w:cstheme="majorHAnsi"/>
        </w:rPr>
        <w:t>45:12</w:t>
      </w:r>
    </w:p>
    <w:p w14:paraId="6E73A91A" w14:textId="7C230A1A" w:rsidR="00991E93" w:rsidRPr="009210F4" w:rsidRDefault="00724C8D" w:rsidP="009210F4">
      <w:pPr>
        <w:pStyle w:val="NoSpacing"/>
        <w:rPr>
          <w:rFonts w:asciiTheme="majorHAnsi" w:hAnsiTheme="majorHAnsi" w:cstheme="majorHAnsi"/>
        </w:rPr>
      </w:pPr>
      <w:r w:rsidRPr="009210F4">
        <w:rPr>
          <w:rFonts w:asciiTheme="majorHAnsi" w:hAnsiTheme="majorHAnsi" w:cstheme="majorHAnsi"/>
        </w:rPr>
        <w:t>P</w:t>
      </w:r>
      <w:r w:rsidR="00F7615C" w:rsidRPr="009210F4">
        <w:rPr>
          <w:rFonts w:asciiTheme="majorHAnsi" w:hAnsiTheme="majorHAnsi" w:cstheme="majorHAnsi"/>
        </w:rPr>
        <w:t>robably</w:t>
      </w:r>
      <w:r w:rsidRPr="009210F4">
        <w:rPr>
          <w:rFonts w:asciiTheme="majorHAnsi" w:hAnsiTheme="majorHAnsi" w:cstheme="majorHAnsi"/>
        </w:rPr>
        <w:t xml:space="preserve"> ‘</w:t>
      </w:r>
      <w:proofErr w:type="spellStart"/>
      <w:r w:rsidRPr="009210F4">
        <w:rPr>
          <w:rFonts w:asciiTheme="majorHAnsi" w:hAnsiTheme="majorHAnsi" w:cstheme="majorHAnsi"/>
        </w:rPr>
        <w:t>Memma</w:t>
      </w:r>
      <w:proofErr w:type="spellEnd"/>
      <w:r w:rsidRPr="009210F4">
        <w:rPr>
          <w:rFonts w:asciiTheme="majorHAnsi" w:hAnsiTheme="majorHAnsi" w:cstheme="majorHAnsi"/>
        </w:rPr>
        <w:t xml:space="preserve">’ </w:t>
      </w:r>
    </w:p>
    <w:p w14:paraId="662B4267" w14:textId="77777777" w:rsidR="00991E93" w:rsidRPr="009210F4" w:rsidRDefault="00991E93" w:rsidP="009210F4">
      <w:pPr>
        <w:pStyle w:val="NoSpacing"/>
        <w:rPr>
          <w:rFonts w:asciiTheme="majorHAnsi" w:hAnsiTheme="majorHAnsi" w:cstheme="majorHAnsi"/>
        </w:rPr>
      </w:pPr>
    </w:p>
    <w:p w14:paraId="249F6248" w14:textId="150163D0"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Daisy</w:t>
      </w:r>
      <w:r w:rsidR="00D23E9C" w:rsidRPr="009210F4">
        <w:rPr>
          <w:rFonts w:asciiTheme="majorHAnsi" w:hAnsiTheme="majorHAnsi" w:cstheme="majorHAnsi"/>
        </w:rPr>
        <w:t xml:space="preserve"> </w:t>
      </w:r>
      <w:r w:rsidRPr="009210F4">
        <w:rPr>
          <w:rFonts w:asciiTheme="majorHAnsi" w:hAnsiTheme="majorHAnsi" w:cstheme="majorHAnsi"/>
        </w:rPr>
        <w:t>45:14</w:t>
      </w:r>
    </w:p>
    <w:p w14:paraId="79A5546D" w14:textId="069D8226"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 xml:space="preserve">Yeah, </w:t>
      </w:r>
      <w:r w:rsidR="00724C8D" w:rsidRPr="009210F4">
        <w:rPr>
          <w:rFonts w:asciiTheme="majorHAnsi" w:hAnsiTheme="majorHAnsi" w:cstheme="majorHAnsi"/>
        </w:rPr>
        <w:t>I was thinking ‘</w:t>
      </w:r>
      <w:proofErr w:type="spellStart"/>
      <w:r w:rsidR="00724C8D" w:rsidRPr="009210F4">
        <w:rPr>
          <w:rFonts w:asciiTheme="majorHAnsi" w:hAnsiTheme="majorHAnsi" w:cstheme="majorHAnsi"/>
        </w:rPr>
        <w:t>Memma</w:t>
      </w:r>
      <w:proofErr w:type="spellEnd"/>
      <w:r w:rsidR="00724C8D" w:rsidRPr="009210F4">
        <w:rPr>
          <w:rFonts w:asciiTheme="majorHAnsi" w:hAnsiTheme="majorHAnsi" w:cstheme="majorHAnsi"/>
        </w:rPr>
        <w:t xml:space="preserve">’, </w:t>
      </w:r>
      <w:r w:rsidRPr="009210F4">
        <w:rPr>
          <w:rFonts w:asciiTheme="majorHAnsi" w:hAnsiTheme="majorHAnsi" w:cstheme="majorHAnsi"/>
        </w:rPr>
        <w:t xml:space="preserve">that seems more likely </w:t>
      </w:r>
    </w:p>
    <w:p w14:paraId="3A68B0F2" w14:textId="77777777" w:rsidR="00C76231" w:rsidRDefault="00C76231" w:rsidP="009210F4">
      <w:pPr>
        <w:pStyle w:val="NoSpacing"/>
        <w:rPr>
          <w:rFonts w:asciiTheme="majorHAnsi" w:hAnsiTheme="majorHAnsi" w:cstheme="majorHAnsi"/>
        </w:rPr>
      </w:pPr>
    </w:p>
    <w:p w14:paraId="56A4CFD5" w14:textId="3757B287" w:rsidR="00991E93" w:rsidRPr="009210F4" w:rsidRDefault="00820759" w:rsidP="009210F4">
      <w:pPr>
        <w:pStyle w:val="NoSpacing"/>
        <w:rPr>
          <w:rFonts w:asciiTheme="majorHAnsi" w:hAnsiTheme="majorHAnsi" w:cstheme="majorHAnsi"/>
        </w:rPr>
      </w:pPr>
      <w:r w:rsidRPr="009210F4">
        <w:rPr>
          <w:rFonts w:asciiTheme="majorHAnsi" w:hAnsiTheme="majorHAnsi" w:cstheme="majorHAnsi"/>
        </w:rPr>
        <w:t xml:space="preserve">Kimmy </w:t>
      </w:r>
      <w:r w:rsidR="00F7615C" w:rsidRPr="009210F4">
        <w:rPr>
          <w:rFonts w:asciiTheme="majorHAnsi" w:hAnsiTheme="majorHAnsi" w:cstheme="majorHAnsi"/>
        </w:rPr>
        <w:t>45:17</w:t>
      </w:r>
    </w:p>
    <w:p w14:paraId="0BC61080" w14:textId="5F06A6A3"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yeah. I think I think</w:t>
      </w:r>
      <w:r w:rsidR="00724C8D" w:rsidRPr="009210F4">
        <w:rPr>
          <w:rFonts w:asciiTheme="majorHAnsi" w:hAnsiTheme="majorHAnsi" w:cstheme="majorHAnsi"/>
        </w:rPr>
        <w:t>, it’s</w:t>
      </w:r>
      <w:r w:rsidR="00D23E9C" w:rsidRPr="009210F4">
        <w:rPr>
          <w:rFonts w:asciiTheme="majorHAnsi" w:hAnsiTheme="majorHAnsi" w:cstheme="majorHAnsi"/>
        </w:rPr>
        <w:t xml:space="preserve"> </w:t>
      </w:r>
      <w:r w:rsidRPr="009210F4">
        <w:rPr>
          <w:rFonts w:asciiTheme="majorHAnsi" w:hAnsiTheme="majorHAnsi" w:cstheme="majorHAnsi"/>
        </w:rPr>
        <w:t xml:space="preserve">phonetic </w:t>
      </w:r>
      <w:r w:rsidR="00724C8D" w:rsidRPr="009210F4">
        <w:rPr>
          <w:rFonts w:asciiTheme="majorHAnsi" w:hAnsiTheme="majorHAnsi" w:cstheme="majorHAnsi"/>
        </w:rPr>
        <w:t>I think ‘</w:t>
      </w:r>
      <w:proofErr w:type="spellStart"/>
      <w:r w:rsidR="00724C8D" w:rsidRPr="009210F4">
        <w:rPr>
          <w:rFonts w:asciiTheme="majorHAnsi" w:hAnsiTheme="majorHAnsi" w:cstheme="majorHAnsi"/>
        </w:rPr>
        <w:t>Memma</w:t>
      </w:r>
      <w:proofErr w:type="spellEnd"/>
      <w:r w:rsidR="00724C8D" w:rsidRPr="009210F4">
        <w:rPr>
          <w:rFonts w:asciiTheme="majorHAnsi" w:hAnsiTheme="majorHAnsi" w:cstheme="majorHAnsi"/>
        </w:rPr>
        <w:t>’ is like more phonetic with a regional, like regionally, a</w:t>
      </w:r>
      <w:r w:rsidRPr="009210F4">
        <w:rPr>
          <w:rFonts w:asciiTheme="majorHAnsi" w:hAnsiTheme="majorHAnsi" w:cstheme="majorHAnsi"/>
        </w:rPr>
        <w:t>nd I just want to add that</w:t>
      </w:r>
      <w:r w:rsidR="00724C8D" w:rsidRPr="009210F4">
        <w:rPr>
          <w:rFonts w:asciiTheme="majorHAnsi" w:hAnsiTheme="majorHAnsi" w:cstheme="majorHAnsi"/>
        </w:rPr>
        <w:t>,</w:t>
      </w:r>
      <w:r w:rsidRPr="009210F4">
        <w:rPr>
          <w:rFonts w:asciiTheme="majorHAnsi" w:hAnsiTheme="majorHAnsi" w:cstheme="majorHAnsi"/>
        </w:rPr>
        <w:t xml:space="preserve"> like</w:t>
      </w:r>
      <w:r w:rsidR="00724C8D" w:rsidRPr="009210F4">
        <w:rPr>
          <w:rFonts w:asciiTheme="majorHAnsi" w:hAnsiTheme="majorHAnsi" w:cstheme="majorHAnsi"/>
        </w:rPr>
        <w:t>,</w:t>
      </w:r>
      <w:r w:rsidRPr="009210F4">
        <w:rPr>
          <w:rFonts w:asciiTheme="majorHAnsi" w:hAnsiTheme="majorHAnsi" w:cstheme="majorHAnsi"/>
        </w:rPr>
        <w:t xml:space="preserve"> he's literally having a glow up like </w:t>
      </w:r>
      <w:r w:rsidR="00724C8D" w:rsidRPr="009210F4">
        <w:rPr>
          <w:rFonts w:asciiTheme="majorHAnsi" w:hAnsiTheme="majorHAnsi" w:cstheme="majorHAnsi"/>
        </w:rPr>
        <w:t xml:space="preserve">the next season and </w:t>
      </w:r>
      <w:r w:rsidRPr="009210F4">
        <w:rPr>
          <w:rFonts w:asciiTheme="majorHAnsi" w:hAnsiTheme="majorHAnsi" w:cstheme="majorHAnsi"/>
        </w:rPr>
        <w:t>they were sleeping on him</w:t>
      </w:r>
    </w:p>
    <w:p w14:paraId="4873A41D" w14:textId="77777777" w:rsidR="00991E93" w:rsidRPr="009210F4" w:rsidRDefault="00991E93" w:rsidP="009210F4">
      <w:pPr>
        <w:pStyle w:val="NoSpacing"/>
        <w:rPr>
          <w:rFonts w:asciiTheme="majorHAnsi" w:hAnsiTheme="majorHAnsi" w:cstheme="majorHAnsi"/>
        </w:rPr>
      </w:pPr>
    </w:p>
    <w:p w14:paraId="176BCD6C" w14:textId="63791740"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Daisy</w:t>
      </w:r>
      <w:r w:rsidR="00D23E9C" w:rsidRPr="009210F4">
        <w:rPr>
          <w:rFonts w:asciiTheme="majorHAnsi" w:hAnsiTheme="majorHAnsi" w:cstheme="majorHAnsi"/>
        </w:rPr>
        <w:t xml:space="preserve"> </w:t>
      </w:r>
      <w:r w:rsidRPr="009210F4">
        <w:rPr>
          <w:rFonts w:asciiTheme="majorHAnsi" w:hAnsiTheme="majorHAnsi" w:cstheme="majorHAnsi"/>
        </w:rPr>
        <w:t>45:35</w:t>
      </w:r>
    </w:p>
    <w:p w14:paraId="1DB45665" w14:textId="5D590DD4"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 xml:space="preserve">is basically Yeah, because he became such a good warrior that </w:t>
      </w:r>
      <w:r w:rsidR="004E06C0" w:rsidRPr="009210F4">
        <w:rPr>
          <w:rFonts w:asciiTheme="majorHAnsi" w:hAnsiTheme="majorHAnsi" w:cstheme="majorHAnsi"/>
        </w:rPr>
        <w:t xml:space="preserve">the </w:t>
      </w:r>
      <w:r w:rsidRPr="009210F4">
        <w:rPr>
          <w:rFonts w:asciiTheme="majorHAnsi" w:hAnsiTheme="majorHAnsi" w:cstheme="majorHAnsi"/>
        </w:rPr>
        <w:t xml:space="preserve">king of the </w:t>
      </w:r>
      <w:proofErr w:type="spellStart"/>
      <w:r w:rsidR="004E06C0" w:rsidRPr="009210F4">
        <w:rPr>
          <w:rFonts w:asciiTheme="majorHAnsi" w:hAnsiTheme="majorHAnsi" w:cstheme="majorHAnsi"/>
        </w:rPr>
        <w:t>Mem</w:t>
      </w:r>
      <w:r w:rsidR="00C76231">
        <w:rPr>
          <w:rFonts w:asciiTheme="majorHAnsi" w:hAnsiTheme="majorHAnsi" w:cstheme="majorHAnsi"/>
        </w:rPr>
        <w:t>m</w:t>
      </w:r>
      <w:r w:rsidR="004E06C0" w:rsidRPr="009210F4">
        <w:rPr>
          <w:rFonts w:asciiTheme="majorHAnsi" w:hAnsiTheme="majorHAnsi" w:cstheme="majorHAnsi"/>
        </w:rPr>
        <w:t>a</w:t>
      </w:r>
      <w:proofErr w:type="spellEnd"/>
      <w:r w:rsidR="004E06C0" w:rsidRPr="009210F4">
        <w:rPr>
          <w:rFonts w:asciiTheme="majorHAnsi" w:hAnsiTheme="majorHAnsi" w:cstheme="majorHAnsi"/>
        </w:rPr>
        <w:t xml:space="preserve"> </w:t>
      </w:r>
      <w:r w:rsidRPr="009210F4">
        <w:rPr>
          <w:rFonts w:asciiTheme="majorHAnsi" w:hAnsiTheme="majorHAnsi" w:cstheme="majorHAnsi"/>
        </w:rPr>
        <w:t xml:space="preserve">kingdom actually made him one of the heirs to the </w:t>
      </w:r>
      <w:r w:rsidR="004E06C0" w:rsidRPr="009210F4">
        <w:rPr>
          <w:rFonts w:asciiTheme="majorHAnsi" w:hAnsiTheme="majorHAnsi" w:cstheme="majorHAnsi"/>
        </w:rPr>
        <w:t>throne. K</w:t>
      </w:r>
      <w:r w:rsidRPr="009210F4">
        <w:rPr>
          <w:rFonts w:asciiTheme="majorHAnsi" w:hAnsiTheme="majorHAnsi" w:cstheme="majorHAnsi"/>
        </w:rPr>
        <w:t>ind of like a sort of protectors of the kingdom type way rather than you know you are now my son whether you like it or not</w:t>
      </w:r>
      <w:r w:rsidR="004E06C0" w:rsidRPr="009210F4">
        <w:rPr>
          <w:rFonts w:asciiTheme="majorHAnsi" w:hAnsiTheme="majorHAnsi" w:cstheme="majorHAnsi"/>
        </w:rPr>
        <w:t xml:space="preserve"> </w:t>
      </w:r>
      <w:r w:rsidRPr="009210F4">
        <w:rPr>
          <w:rFonts w:asciiTheme="majorHAnsi" w:hAnsiTheme="majorHAnsi" w:cstheme="majorHAnsi"/>
        </w:rPr>
        <w:t>kind of way</w:t>
      </w:r>
    </w:p>
    <w:p w14:paraId="2A630FF9" w14:textId="77777777" w:rsidR="00991E93" w:rsidRPr="009210F4" w:rsidRDefault="00991E93" w:rsidP="009210F4">
      <w:pPr>
        <w:pStyle w:val="NoSpacing"/>
        <w:rPr>
          <w:rFonts w:asciiTheme="majorHAnsi" w:hAnsiTheme="majorHAnsi" w:cstheme="majorHAnsi"/>
        </w:rPr>
      </w:pPr>
    </w:p>
    <w:p w14:paraId="35688E89" w14:textId="3C7456A8" w:rsidR="00991E93" w:rsidRPr="009210F4" w:rsidRDefault="00820759" w:rsidP="009210F4">
      <w:pPr>
        <w:pStyle w:val="NoSpacing"/>
        <w:rPr>
          <w:rFonts w:asciiTheme="majorHAnsi" w:hAnsiTheme="majorHAnsi" w:cstheme="majorHAnsi"/>
        </w:rPr>
      </w:pPr>
      <w:r w:rsidRPr="009210F4">
        <w:rPr>
          <w:rFonts w:asciiTheme="majorHAnsi" w:hAnsiTheme="majorHAnsi" w:cstheme="majorHAnsi"/>
        </w:rPr>
        <w:t xml:space="preserve">Kimmy </w:t>
      </w:r>
      <w:r w:rsidR="00F7615C" w:rsidRPr="009210F4">
        <w:rPr>
          <w:rFonts w:asciiTheme="majorHAnsi" w:hAnsiTheme="majorHAnsi" w:cstheme="majorHAnsi"/>
        </w:rPr>
        <w:t>46:00</w:t>
      </w:r>
    </w:p>
    <w:p w14:paraId="0730F7C3" w14:textId="110BF040" w:rsidR="00991E93" w:rsidRPr="009210F4" w:rsidRDefault="00C76231" w:rsidP="009210F4">
      <w:pPr>
        <w:pStyle w:val="NoSpacing"/>
        <w:rPr>
          <w:rFonts w:asciiTheme="majorHAnsi" w:hAnsiTheme="majorHAnsi" w:cstheme="majorHAnsi"/>
        </w:rPr>
      </w:pPr>
      <w:r w:rsidRPr="009210F4">
        <w:rPr>
          <w:rFonts w:asciiTheme="majorHAnsi" w:hAnsiTheme="majorHAnsi" w:cstheme="majorHAnsi"/>
        </w:rPr>
        <w:t>So,</w:t>
      </w:r>
      <w:r w:rsidR="00F7615C" w:rsidRPr="009210F4">
        <w:rPr>
          <w:rFonts w:asciiTheme="majorHAnsi" w:hAnsiTheme="majorHAnsi" w:cstheme="majorHAnsi"/>
        </w:rPr>
        <w:t xml:space="preserve"> he had </w:t>
      </w:r>
      <w:r w:rsidR="004E06C0" w:rsidRPr="009210F4">
        <w:rPr>
          <w:rFonts w:asciiTheme="majorHAnsi" w:hAnsiTheme="majorHAnsi" w:cstheme="majorHAnsi"/>
        </w:rPr>
        <w:t xml:space="preserve">a O </w:t>
      </w:r>
      <w:r w:rsidR="00F7615C" w:rsidRPr="009210F4">
        <w:rPr>
          <w:rFonts w:asciiTheme="majorHAnsi" w:hAnsiTheme="majorHAnsi" w:cstheme="majorHAnsi"/>
        </w:rPr>
        <w:t>J Simpson Kardashian revenge body</w:t>
      </w:r>
      <w:r w:rsidR="003A5455" w:rsidRPr="009210F4">
        <w:rPr>
          <w:rFonts w:asciiTheme="majorHAnsi" w:hAnsiTheme="majorHAnsi" w:cstheme="majorHAnsi"/>
        </w:rPr>
        <w:t>?</w:t>
      </w:r>
    </w:p>
    <w:p w14:paraId="7C9DAD15" w14:textId="77777777" w:rsidR="00991E93" w:rsidRPr="009210F4" w:rsidRDefault="00991E93" w:rsidP="009210F4">
      <w:pPr>
        <w:pStyle w:val="NoSpacing"/>
        <w:rPr>
          <w:rFonts w:asciiTheme="majorHAnsi" w:hAnsiTheme="majorHAnsi" w:cstheme="majorHAnsi"/>
        </w:rPr>
      </w:pPr>
    </w:p>
    <w:p w14:paraId="4805F624" w14:textId="72334732"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Daisy</w:t>
      </w:r>
      <w:r w:rsidR="00D23E9C" w:rsidRPr="009210F4">
        <w:rPr>
          <w:rFonts w:asciiTheme="majorHAnsi" w:hAnsiTheme="majorHAnsi" w:cstheme="majorHAnsi"/>
        </w:rPr>
        <w:t xml:space="preserve"> </w:t>
      </w:r>
      <w:r w:rsidRPr="009210F4">
        <w:rPr>
          <w:rFonts w:asciiTheme="majorHAnsi" w:hAnsiTheme="majorHAnsi" w:cstheme="majorHAnsi"/>
        </w:rPr>
        <w:t>46:07</w:t>
      </w:r>
    </w:p>
    <w:p w14:paraId="27C09221" w14:textId="26751CE5"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Yeah, based on my limited understanding of the Kardashians, yes</w:t>
      </w:r>
      <w:r w:rsidR="003A5455" w:rsidRPr="009210F4">
        <w:rPr>
          <w:rFonts w:asciiTheme="majorHAnsi" w:hAnsiTheme="majorHAnsi" w:cstheme="majorHAnsi"/>
        </w:rPr>
        <w:t>?</w:t>
      </w:r>
    </w:p>
    <w:p w14:paraId="21B2C7AB" w14:textId="77777777" w:rsidR="00991E93" w:rsidRPr="009210F4" w:rsidRDefault="00991E93" w:rsidP="009210F4">
      <w:pPr>
        <w:pStyle w:val="NoSpacing"/>
        <w:rPr>
          <w:rFonts w:asciiTheme="majorHAnsi" w:hAnsiTheme="majorHAnsi" w:cstheme="majorHAnsi"/>
        </w:rPr>
      </w:pPr>
    </w:p>
    <w:p w14:paraId="62A2B021" w14:textId="7745570D"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Alice</w:t>
      </w:r>
      <w:r w:rsidR="00D23E9C" w:rsidRPr="009210F4">
        <w:rPr>
          <w:rFonts w:asciiTheme="majorHAnsi" w:hAnsiTheme="majorHAnsi" w:cstheme="majorHAnsi"/>
        </w:rPr>
        <w:t xml:space="preserve"> </w:t>
      </w:r>
      <w:r w:rsidRPr="009210F4">
        <w:rPr>
          <w:rFonts w:asciiTheme="majorHAnsi" w:hAnsiTheme="majorHAnsi" w:cstheme="majorHAnsi"/>
        </w:rPr>
        <w:t>46:13</w:t>
      </w:r>
    </w:p>
    <w:p w14:paraId="164BC6FF" w14:textId="120C8A2A"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And then</w:t>
      </w:r>
      <w:r w:rsidR="00C76231">
        <w:rPr>
          <w:rFonts w:asciiTheme="majorHAnsi" w:hAnsiTheme="majorHAnsi" w:cstheme="majorHAnsi"/>
        </w:rPr>
        <w:t>,</w:t>
      </w:r>
      <w:r w:rsidRPr="009210F4">
        <w:rPr>
          <w:rFonts w:asciiTheme="majorHAnsi" w:hAnsiTheme="majorHAnsi" w:cstheme="majorHAnsi"/>
        </w:rPr>
        <w:t xml:space="preserve"> and then had his very own everything the light touches moment. It's gonna say, I think Lucy is the only one who gets</w:t>
      </w:r>
      <w:r w:rsidR="003A5455" w:rsidRPr="009210F4">
        <w:rPr>
          <w:rFonts w:asciiTheme="majorHAnsi" w:hAnsiTheme="majorHAnsi" w:cstheme="majorHAnsi"/>
        </w:rPr>
        <w:t xml:space="preserve"> that reference from the Lion King</w:t>
      </w:r>
      <w:r w:rsidR="00D23E9C" w:rsidRPr="009210F4">
        <w:rPr>
          <w:rFonts w:asciiTheme="majorHAnsi" w:hAnsiTheme="majorHAnsi" w:cstheme="majorHAnsi"/>
        </w:rPr>
        <w:t xml:space="preserve"> </w:t>
      </w:r>
    </w:p>
    <w:p w14:paraId="741DD26A" w14:textId="77777777" w:rsidR="00991E93" w:rsidRPr="009210F4" w:rsidRDefault="00991E93" w:rsidP="009210F4">
      <w:pPr>
        <w:pStyle w:val="NoSpacing"/>
        <w:rPr>
          <w:rFonts w:asciiTheme="majorHAnsi" w:hAnsiTheme="majorHAnsi" w:cstheme="majorHAnsi"/>
        </w:rPr>
      </w:pPr>
    </w:p>
    <w:p w14:paraId="371E2C09" w14:textId="061D289B" w:rsidR="00991E93" w:rsidRPr="009210F4" w:rsidRDefault="00820759" w:rsidP="009210F4">
      <w:pPr>
        <w:pStyle w:val="NoSpacing"/>
        <w:rPr>
          <w:rFonts w:asciiTheme="majorHAnsi" w:hAnsiTheme="majorHAnsi" w:cstheme="majorHAnsi"/>
        </w:rPr>
      </w:pPr>
      <w:r w:rsidRPr="009210F4">
        <w:rPr>
          <w:rFonts w:asciiTheme="majorHAnsi" w:hAnsiTheme="majorHAnsi" w:cstheme="majorHAnsi"/>
        </w:rPr>
        <w:t xml:space="preserve">Kimmy </w:t>
      </w:r>
      <w:r w:rsidR="00F7615C" w:rsidRPr="009210F4">
        <w:rPr>
          <w:rFonts w:asciiTheme="majorHAnsi" w:hAnsiTheme="majorHAnsi" w:cstheme="majorHAnsi"/>
        </w:rPr>
        <w:t>46:23</w:t>
      </w:r>
    </w:p>
    <w:p w14:paraId="1B8C351B" w14:textId="5BB0B403"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I get it</w:t>
      </w:r>
    </w:p>
    <w:p w14:paraId="6CDE0C7F" w14:textId="77777777" w:rsidR="00991E93" w:rsidRPr="009210F4" w:rsidRDefault="00991E93" w:rsidP="009210F4">
      <w:pPr>
        <w:pStyle w:val="NoSpacing"/>
        <w:rPr>
          <w:rFonts w:asciiTheme="majorHAnsi" w:hAnsiTheme="majorHAnsi" w:cstheme="majorHAnsi"/>
        </w:rPr>
      </w:pPr>
    </w:p>
    <w:p w14:paraId="1D924D1D" w14:textId="461F8CE6"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Alice</w:t>
      </w:r>
      <w:r w:rsidR="00D23E9C" w:rsidRPr="009210F4">
        <w:rPr>
          <w:rFonts w:asciiTheme="majorHAnsi" w:hAnsiTheme="majorHAnsi" w:cstheme="majorHAnsi"/>
        </w:rPr>
        <w:t xml:space="preserve"> </w:t>
      </w:r>
      <w:r w:rsidRPr="009210F4">
        <w:rPr>
          <w:rFonts w:asciiTheme="majorHAnsi" w:hAnsiTheme="majorHAnsi" w:cstheme="majorHAnsi"/>
        </w:rPr>
        <w:t>46:24</w:t>
      </w:r>
    </w:p>
    <w:p w14:paraId="10A51772" w14:textId="7C52BDE5" w:rsidR="00991E93" w:rsidRPr="009210F4" w:rsidRDefault="003A5455" w:rsidP="009210F4">
      <w:pPr>
        <w:pStyle w:val="NoSpacing"/>
        <w:rPr>
          <w:rFonts w:asciiTheme="majorHAnsi" w:hAnsiTheme="majorHAnsi" w:cstheme="majorHAnsi"/>
        </w:rPr>
      </w:pPr>
      <w:r w:rsidRPr="009210F4">
        <w:rPr>
          <w:rFonts w:asciiTheme="majorHAnsi" w:hAnsiTheme="majorHAnsi" w:cstheme="majorHAnsi"/>
        </w:rPr>
        <w:t xml:space="preserve">Good </w:t>
      </w:r>
    </w:p>
    <w:p w14:paraId="288135F3" w14:textId="77777777" w:rsidR="00991E93" w:rsidRPr="009210F4" w:rsidRDefault="00991E93" w:rsidP="009210F4">
      <w:pPr>
        <w:pStyle w:val="NoSpacing"/>
        <w:rPr>
          <w:rFonts w:asciiTheme="majorHAnsi" w:hAnsiTheme="majorHAnsi" w:cstheme="majorHAnsi"/>
        </w:rPr>
      </w:pPr>
    </w:p>
    <w:p w14:paraId="7FFF7454" w14:textId="4CE69F36"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Daisy</w:t>
      </w:r>
      <w:r w:rsidR="00D23E9C" w:rsidRPr="009210F4">
        <w:rPr>
          <w:rFonts w:asciiTheme="majorHAnsi" w:hAnsiTheme="majorHAnsi" w:cstheme="majorHAnsi"/>
        </w:rPr>
        <w:t xml:space="preserve"> </w:t>
      </w:r>
      <w:r w:rsidRPr="009210F4">
        <w:rPr>
          <w:rFonts w:asciiTheme="majorHAnsi" w:hAnsiTheme="majorHAnsi" w:cstheme="majorHAnsi"/>
        </w:rPr>
        <w:t>46:25</w:t>
      </w:r>
    </w:p>
    <w:p w14:paraId="64809011" w14:textId="77037B00"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 xml:space="preserve">Yeah. Yeah, so while he was there, the king of </w:t>
      </w:r>
      <w:r w:rsidR="003A5455" w:rsidRPr="009210F4">
        <w:rPr>
          <w:rFonts w:asciiTheme="majorHAnsi" w:hAnsiTheme="majorHAnsi" w:cstheme="majorHAnsi"/>
        </w:rPr>
        <w:t xml:space="preserve">one of the other </w:t>
      </w:r>
      <w:r w:rsidRPr="009210F4">
        <w:rPr>
          <w:rFonts w:asciiTheme="majorHAnsi" w:hAnsiTheme="majorHAnsi" w:cstheme="majorHAnsi"/>
        </w:rPr>
        <w:t xml:space="preserve">neighbouring kingdoms in his original land came in and invaded and his </w:t>
      </w:r>
      <w:r w:rsidR="00C76231" w:rsidRPr="009210F4">
        <w:rPr>
          <w:rFonts w:asciiTheme="majorHAnsi" w:hAnsiTheme="majorHAnsi" w:cstheme="majorHAnsi"/>
        </w:rPr>
        <w:t>half-brother</w:t>
      </w:r>
      <w:r w:rsidRPr="009210F4">
        <w:rPr>
          <w:rFonts w:asciiTheme="majorHAnsi" w:hAnsiTheme="majorHAnsi" w:cstheme="majorHAnsi"/>
        </w:rPr>
        <w:t>, who was at that point in charge ran away</w:t>
      </w:r>
    </w:p>
    <w:p w14:paraId="23C00201" w14:textId="77777777" w:rsidR="00C76231" w:rsidRDefault="00C76231" w:rsidP="009210F4">
      <w:pPr>
        <w:pStyle w:val="NoSpacing"/>
        <w:rPr>
          <w:rFonts w:asciiTheme="majorHAnsi" w:hAnsiTheme="majorHAnsi" w:cstheme="majorHAnsi"/>
        </w:rPr>
      </w:pPr>
    </w:p>
    <w:p w14:paraId="3323D782" w14:textId="5B92A490"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Lucy</w:t>
      </w:r>
      <w:r w:rsidR="00D23E9C" w:rsidRPr="009210F4">
        <w:rPr>
          <w:rFonts w:asciiTheme="majorHAnsi" w:hAnsiTheme="majorHAnsi" w:cstheme="majorHAnsi"/>
        </w:rPr>
        <w:t xml:space="preserve"> </w:t>
      </w:r>
      <w:r w:rsidRPr="009210F4">
        <w:rPr>
          <w:rFonts w:asciiTheme="majorHAnsi" w:hAnsiTheme="majorHAnsi" w:cstheme="majorHAnsi"/>
        </w:rPr>
        <w:t>46:42</w:t>
      </w:r>
    </w:p>
    <w:p w14:paraId="010F6F52" w14:textId="32A0E8DC"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Yeah</w:t>
      </w:r>
    </w:p>
    <w:p w14:paraId="482E4F24" w14:textId="77777777" w:rsidR="00991E93" w:rsidRPr="009210F4" w:rsidRDefault="00991E93" w:rsidP="009210F4">
      <w:pPr>
        <w:pStyle w:val="NoSpacing"/>
        <w:rPr>
          <w:rFonts w:asciiTheme="majorHAnsi" w:hAnsiTheme="majorHAnsi" w:cstheme="majorHAnsi"/>
        </w:rPr>
      </w:pPr>
    </w:p>
    <w:p w14:paraId="339EF451" w14:textId="6F4B166B"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Daisy</w:t>
      </w:r>
      <w:r w:rsidR="00D23E9C" w:rsidRPr="009210F4">
        <w:rPr>
          <w:rFonts w:asciiTheme="majorHAnsi" w:hAnsiTheme="majorHAnsi" w:cstheme="majorHAnsi"/>
        </w:rPr>
        <w:t xml:space="preserve"> </w:t>
      </w:r>
      <w:r w:rsidRPr="009210F4">
        <w:rPr>
          <w:rFonts w:asciiTheme="majorHAnsi" w:hAnsiTheme="majorHAnsi" w:cstheme="majorHAnsi"/>
        </w:rPr>
        <w:t>46:43</w:t>
      </w:r>
    </w:p>
    <w:p w14:paraId="740F9D5E" w14:textId="1819A41A"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 xml:space="preserve">So supposedly messengers were sent out to go and find </w:t>
      </w:r>
      <w:hyperlink r:id="rId8" w:anchor="Epic_of_Sundiata" w:history="1">
        <w:r w:rsidR="003A5455" w:rsidRPr="009210F4">
          <w:rPr>
            <w:rStyle w:val="toctext"/>
            <w:rFonts w:asciiTheme="majorHAnsi" w:hAnsiTheme="majorHAnsi" w:cstheme="majorHAnsi"/>
            <w:shd w:val="clear" w:color="auto" w:fill="F8F9FA"/>
          </w:rPr>
          <w:t>Sundiata</w:t>
        </w:r>
      </w:hyperlink>
      <w:r w:rsidR="003A5455" w:rsidRPr="009210F4">
        <w:rPr>
          <w:rFonts w:asciiTheme="majorHAnsi" w:hAnsiTheme="majorHAnsi" w:cstheme="majorHAnsi"/>
        </w:rPr>
        <w:t xml:space="preserve"> </w:t>
      </w:r>
      <w:r w:rsidRPr="009210F4">
        <w:rPr>
          <w:rFonts w:asciiTheme="majorHAnsi" w:hAnsiTheme="majorHAnsi" w:cstheme="majorHAnsi"/>
        </w:rPr>
        <w:t>and bring him back. Because he was this prophesis</w:t>
      </w:r>
      <w:r w:rsidR="003A5455" w:rsidRPr="009210F4">
        <w:rPr>
          <w:rFonts w:asciiTheme="majorHAnsi" w:hAnsiTheme="majorHAnsi" w:cstheme="majorHAnsi"/>
        </w:rPr>
        <w:t>ed</w:t>
      </w:r>
      <w:r w:rsidRPr="009210F4">
        <w:rPr>
          <w:rFonts w:asciiTheme="majorHAnsi" w:hAnsiTheme="majorHAnsi" w:cstheme="majorHAnsi"/>
        </w:rPr>
        <w:t>, excellent King. Again, this is where we get slightly diverging messages. In some accounts, that messengers went straight away, to go and find him and bring him back to save our people. In the other scenario, the invaders came in</w:t>
      </w:r>
      <w:r w:rsidR="003A5455" w:rsidRPr="009210F4">
        <w:rPr>
          <w:rFonts w:asciiTheme="majorHAnsi" w:hAnsiTheme="majorHAnsi" w:cstheme="majorHAnsi"/>
        </w:rPr>
        <w:t>,</w:t>
      </w:r>
      <w:r w:rsidRPr="009210F4">
        <w:rPr>
          <w:rFonts w:asciiTheme="majorHAnsi" w:hAnsiTheme="majorHAnsi" w:cstheme="majorHAnsi"/>
        </w:rPr>
        <w:t xml:space="preserve"> live</w:t>
      </w:r>
      <w:r w:rsidR="003A5455" w:rsidRPr="009210F4">
        <w:rPr>
          <w:rFonts w:asciiTheme="majorHAnsi" w:hAnsiTheme="majorHAnsi" w:cstheme="majorHAnsi"/>
        </w:rPr>
        <w:t>d</w:t>
      </w:r>
      <w:r w:rsidRPr="009210F4">
        <w:rPr>
          <w:rFonts w:asciiTheme="majorHAnsi" w:hAnsiTheme="majorHAnsi" w:cstheme="majorHAnsi"/>
        </w:rPr>
        <w:t xml:space="preserve"> there for a bit</w:t>
      </w:r>
      <w:r w:rsidR="003A5455" w:rsidRPr="009210F4">
        <w:rPr>
          <w:rFonts w:asciiTheme="majorHAnsi" w:hAnsiTheme="majorHAnsi" w:cstheme="majorHAnsi"/>
        </w:rPr>
        <w:t>,</w:t>
      </w:r>
      <w:r w:rsidRPr="009210F4">
        <w:rPr>
          <w:rFonts w:asciiTheme="majorHAnsi" w:hAnsiTheme="majorHAnsi" w:cstheme="majorHAnsi"/>
        </w:rPr>
        <w:t xml:space="preserve"> </w:t>
      </w:r>
      <w:r w:rsidR="009210F4" w:rsidRPr="009210F4">
        <w:rPr>
          <w:rFonts w:asciiTheme="majorHAnsi" w:hAnsiTheme="majorHAnsi" w:cstheme="majorHAnsi"/>
        </w:rPr>
        <w:t>took</w:t>
      </w:r>
      <w:r w:rsidRPr="009210F4">
        <w:rPr>
          <w:rFonts w:asciiTheme="majorHAnsi" w:hAnsiTheme="majorHAnsi" w:cstheme="majorHAnsi"/>
        </w:rPr>
        <w:t xml:space="preserve"> char</w:t>
      </w:r>
      <w:r w:rsidR="003A5455" w:rsidRPr="009210F4">
        <w:rPr>
          <w:rFonts w:asciiTheme="majorHAnsi" w:hAnsiTheme="majorHAnsi" w:cstheme="majorHAnsi"/>
        </w:rPr>
        <w:t>g</w:t>
      </w:r>
      <w:r w:rsidRPr="009210F4">
        <w:rPr>
          <w:rFonts w:asciiTheme="majorHAnsi" w:hAnsiTheme="majorHAnsi" w:cstheme="majorHAnsi"/>
        </w:rPr>
        <w:t>e</w:t>
      </w:r>
      <w:r w:rsidR="003A5455" w:rsidRPr="009210F4">
        <w:rPr>
          <w:rFonts w:asciiTheme="majorHAnsi" w:hAnsiTheme="majorHAnsi" w:cstheme="majorHAnsi"/>
        </w:rPr>
        <w:t xml:space="preserve"> a</w:t>
      </w:r>
      <w:r w:rsidRPr="009210F4">
        <w:rPr>
          <w:rFonts w:asciiTheme="majorHAnsi" w:hAnsiTheme="majorHAnsi" w:cstheme="majorHAnsi"/>
        </w:rPr>
        <w:t>nd the reason why they went to get him was much more tax related.</w:t>
      </w:r>
      <w:r w:rsidR="00C76231">
        <w:rPr>
          <w:rFonts w:asciiTheme="majorHAnsi" w:hAnsiTheme="majorHAnsi" w:cstheme="majorHAnsi"/>
        </w:rPr>
        <w:t xml:space="preserve"> </w:t>
      </w:r>
      <w:r w:rsidR="003A5455" w:rsidRPr="009210F4">
        <w:rPr>
          <w:rFonts w:asciiTheme="majorHAnsi" w:hAnsiTheme="majorHAnsi" w:cstheme="majorHAnsi"/>
        </w:rPr>
        <w:t>{laughter}</w:t>
      </w:r>
      <w:r w:rsidR="00D23E9C" w:rsidRPr="009210F4">
        <w:rPr>
          <w:rFonts w:asciiTheme="majorHAnsi" w:hAnsiTheme="majorHAnsi" w:cstheme="majorHAnsi"/>
        </w:rPr>
        <w:t xml:space="preserve"> </w:t>
      </w:r>
      <w:r w:rsidR="008125E1" w:rsidRPr="009210F4">
        <w:rPr>
          <w:rFonts w:asciiTheme="majorHAnsi" w:hAnsiTheme="majorHAnsi" w:cstheme="majorHAnsi"/>
        </w:rPr>
        <w:t xml:space="preserve">‘You’re starting to charge us a </w:t>
      </w:r>
      <w:r w:rsidRPr="009210F4">
        <w:rPr>
          <w:rFonts w:asciiTheme="majorHAnsi" w:hAnsiTheme="majorHAnsi" w:cstheme="majorHAnsi"/>
        </w:rPr>
        <w:t>bit more than I would like now</w:t>
      </w:r>
      <w:r w:rsidR="008125E1" w:rsidRPr="009210F4">
        <w:rPr>
          <w:rFonts w:asciiTheme="majorHAnsi" w:hAnsiTheme="majorHAnsi" w:cstheme="majorHAnsi"/>
        </w:rPr>
        <w:t>, m</w:t>
      </w:r>
      <w:r w:rsidRPr="009210F4">
        <w:rPr>
          <w:rFonts w:asciiTheme="majorHAnsi" w:hAnsiTheme="majorHAnsi" w:cstheme="majorHAnsi"/>
        </w:rPr>
        <w:t>aybe we should go get the other</w:t>
      </w:r>
      <w:r w:rsidR="008125E1" w:rsidRPr="009210F4">
        <w:rPr>
          <w:rFonts w:asciiTheme="majorHAnsi" w:hAnsiTheme="majorHAnsi" w:cstheme="majorHAnsi"/>
        </w:rPr>
        <w:t xml:space="preserve"> king’</w:t>
      </w:r>
      <w:r w:rsidRPr="009210F4">
        <w:rPr>
          <w:rFonts w:asciiTheme="majorHAnsi" w:hAnsiTheme="majorHAnsi" w:cstheme="majorHAnsi"/>
        </w:rPr>
        <w:t xml:space="preserve">. </w:t>
      </w:r>
    </w:p>
    <w:p w14:paraId="1615061A" w14:textId="77777777" w:rsidR="00991E93" w:rsidRPr="009210F4" w:rsidRDefault="00991E93" w:rsidP="009210F4">
      <w:pPr>
        <w:pStyle w:val="NoSpacing"/>
        <w:rPr>
          <w:rFonts w:asciiTheme="majorHAnsi" w:hAnsiTheme="majorHAnsi" w:cstheme="majorHAnsi"/>
        </w:rPr>
      </w:pPr>
    </w:p>
    <w:p w14:paraId="3F97DD1A" w14:textId="0342A76E"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Lucy</w:t>
      </w:r>
      <w:r w:rsidR="00D23E9C" w:rsidRPr="009210F4">
        <w:rPr>
          <w:rFonts w:asciiTheme="majorHAnsi" w:hAnsiTheme="majorHAnsi" w:cstheme="majorHAnsi"/>
        </w:rPr>
        <w:t xml:space="preserve"> </w:t>
      </w:r>
      <w:r w:rsidRPr="009210F4">
        <w:rPr>
          <w:rFonts w:asciiTheme="majorHAnsi" w:hAnsiTheme="majorHAnsi" w:cstheme="majorHAnsi"/>
        </w:rPr>
        <w:t>47:25</w:t>
      </w:r>
    </w:p>
    <w:p w14:paraId="595A67CE" w14:textId="041212CE"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 xml:space="preserve">And then you've </w:t>
      </w:r>
      <w:r w:rsidR="008125E1" w:rsidRPr="009210F4">
        <w:rPr>
          <w:rFonts w:asciiTheme="majorHAnsi" w:hAnsiTheme="majorHAnsi" w:cstheme="majorHAnsi"/>
        </w:rPr>
        <w:t xml:space="preserve">gone </w:t>
      </w:r>
      <w:r w:rsidRPr="009210F4">
        <w:rPr>
          <w:rFonts w:asciiTheme="majorHAnsi" w:hAnsiTheme="majorHAnsi" w:cstheme="majorHAnsi"/>
        </w:rPr>
        <w:t>a bit</w:t>
      </w:r>
      <w:r w:rsidR="00C76231">
        <w:rPr>
          <w:rFonts w:asciiTheme="majorHAnsi" w:hAnsiTheme="majorHAnsi" w:cstheme="majorHAnsi"/>
        </w:rPr>
        <w:t>,</w:t>
      </w:r>
      <w:r w:rsidRPr="009210F4">
        <w:rPr>
          <w:rFonts w:asciiTheme="majorHAnsi" w:hAnsiTheme="majorHAnsi" w:cstheme="majorHAnsi"/>
        </w:rPr>
        <w:t xml:space="preserve"> you've </w:t>
      </w:r>
      <w:r w:rsidR="008125E1" w:rsidRPr="009210F4">
        <w:rPr>
          <w:rFonts w:asciiTheme="majorHAnsi" w:hAnsiTheme="majorHAnsi" w:cstheme="majorHAnsi"/>
        </w:rPr>
        <w:t xml:space="preserve">gone </w:t>
      </w:r>
      <w:r w:rsidRPr="009210F4">
        <w:rPr>
          <w:rFonts w:asciiTheme="majorHAnsi" w:hAnsiTheme="majorHAnsi" w:cstheme="majorHAnsi"/>
        </w:rPr>
        <w:t>a bit too far there. I think your time is up</w:t>
      </w:r>
    </w:p>
    <w:p w14:paraId="1E281DF5" w14:textId="77777777" w:rsidR="00C76231" w:rsidRDefault="00C76231" w:rsidP="009210F4">
      <w:pPr>
        <w:pStyle w:val="NoSpacing"/>
        <w:rPr>
          <w:rFonts w:asciiTheme="majorHAnsi" w:hAnsiTheme="majorHAnsi" w:cstheme="majorHAnsi"/>
        </w:rPr>
      </w:pPr>
    </w:p>
    <w:p w14:paraId="7C4D3A3A" w14:textId="2AB934B7"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Alice</w:t>
      </w:r>
      <w:r w:rsidR="00D23E9C" w:rsidRPr="009210F4">
        <w:rPr>
          <w:rFonts w:asciiTheme="majorHAnsi" w:hAnsiTheme="majorHAnsi" w:cstheme="majorHAnsi"/>
        </w:rPr>
        <w:t xml:space="preserve"> </w:t>
      </w:r>
      <w:r w:rsidRPr="009210F4">
        <w:rPr>
          <w:rFonts w:asciiTheme="majorHAnsi" w:hAnsiTheme="majorHAnsi" w:cstheme="majorHAnsi"/>
        </w:rPr>
        <w:t>47:30</w:t>
      </w:r>
    </w:p>
    <w:p w14:paraId="39BFAE98" w14:textId="2DE62F90"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 xml:space="preserve">Yeah. I feel like that </w:t>
      </w:r>
      <w:r w:rsidR="008125E1" w:rsidRPr="009210F4">
        <w:rPr>
          <w:rFonts w:asciiTheme="majorHAnsi" w:hAnsiTheme="majorHAnsi" w:cstheme="majorHAnsi"/>
        </w:rPr>
        <w:t xml:space="preserve">one’s </w:t>
      </w:r>
      <w:r w:rsidRPr="009210F4">
        <w:rPr>
          <w:rFonts w:asciiTheme="majorHAnsi" w:hAnsiTheme="majorHAnsi" w:cstheme="majorHAnsi"/>
        </w:rPr>
        <w:t>probably more believable</w:t>
      </w:r>
      <w:r w:rsidR="008125E1" w:rsidRPr="009210F4">
        <w:rPr>
          <w:rFonts w:asciiTheme="majorHAnsi" w:hAnsiTheme="majorHAnsi" w:cstheme="majorHAnsi"/>
        </w:rPr>
        <w:t>, somehow.</w:t>
      </w:r>
      <w:r w:rsidRPr="009210F4">
        <w:rPr>
          <w:rFonts w:asciiTheme="majorHAnsi" w:hAnsiTheme="majorHAnsi" w:cstheme="majorHAnsi"/>
        </w:rPr>
        <w:t xml:space="preserve"> </w:t>
      </w:r>
      <w:r w:rsidR="008125E1" w:rsidRPr="009210F4">
        <w:rPr>
          <w:rFonts w:asciiTheme="majorHAnsi" w:hAnsiTheme="majorHAnsi" w:cstheme="majorHAnsi"/>
        </w:rPr>
        <w:t>People t</w:t>
      </w:r>
      <w:r w:rsidRPr="009210F4">
        <w:rPr>
          <w:rFonts w:asciiTheme="majorHAnsi" w:hAnsiTheme="majorHAnsi" w:cstheme="majorHAnsi"/>
        </w:rPr>
        <w:t xml:space="preserve">end to sit around until they start having to pay for things and they're like, </w:t>
      </w:r>
      <w:r w:rsidR="008125E1" w:rsidRPr="009210F4">
        <w:rPr>
          <w:rFonts w:asciiTheme="majorHAnsi" w:hAnsiTheme="majorHAnsi" w:cstheme="majorHAnsi"/>
        </w:rPr>
        <w:t>‘</w:t>
      </w:r>
      <w:r w:rsidRPr="009210F4">
        <w:rPr>
          <w:rFonts w:asciiTheme="majorHAnsi" w:hAnsiTheme="majorHAnsi" w:cstheme="majorHAnsi"/>
        </w:rPr>
        <w:t>Oh, hold on a minute</w:t>
      </w:r>
      <w:r w:rsidR="008125E1" w:rsidRPr="009210F4">
        <w:rPr>
          <w:rFonts w:asciiTheme="majorHAnsi" w:hAnsiTheme="majorHAnsi" w:cstheme="majorHAnsi"/>
        </w:rPr>
        <w:t>’</w:t>
      </w:r>
    </w:p>
    <w:p w14:paraId="0999C9E0" w14:textId="77777777" w:rsidR="00991E93" w:rsidRPr="009210F4" w:rsidRDefault="00991E93" w:rsidP="009210F4">
      <w:pPr>
        <w:pStyle w:val="NoSpacing"/>
        <w:rPr>
          <w:rFonts w:asciiTheme="majorHAnsi" w:hAnsiTheme="majorHAnsi" w:cstheme="majorHAnsi"/>
        </w:rPr>
      </w:pPr>
    </w:p>
    <w:p w14:paraId="6BE242E1" w14:textId="62CCAFFE"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Lucy</w:t>
      </w:r>
      <w:r w:rsidR="00D23E9C" w:rsidRPr="009210F4">
        <w:rPr>
          <w:rFonts w:asciiTheme="majorHAnsi" w:hAnsiTheme="majorHAnsi" w:cstheme="majorHAnsi"/>
        </w:rPr>
        <w:t xml:space="preserve"> </w:t>
      </w:r>
      <w:r w:rsidRPr="009210F4">
        <w:rPr>
          <w:rFonts w:asciiTheme="majorHAnsi" w:hAnsiTheme="majorHAnsi" w:cstheme="majorHAnsi"/>
        </w:rPr>
        <w:t>47:40</w:t>
      </w:r>
    </w:p>
    <w:p w14:paraId="622CADE5" w14:textId="1618810C" w:rsidR="00991E93" w:rsidRPr="009210F4" w:rsidRDefault="008125E1" w:rsidP="009210F4">
      <w:pPr>
        <w:pStyle w:val="NoSpacing"/>
        <w:rPr>
          <w:rFonts w:asciiTheme="majorHAnsi" w:hAnsiTheme="majorHAnsi" w:cstheme="majorHAnsi"/>
        </w:rPr>
      </w:pPr>
      <w:r w:rsidRPr="009210F4">
        <w:rPr>
          <w:rFonts w:asciiTheme="majorHAnsi" w:hAnsiTheme="majorHAnsi" w:cstheme="majorHAnsi"/>
        </w:rPr>
        <w:t>It’s not like an e</w:t>
      </w:r>
      <w:r w:rsidR="00F7615C" w:rsidRPr="009210F4">
        <w:rPr>
          <w:rFonts w:asciiTheme="majorHAnsi" w:hAnsiTheme="majorHAnsi" w:cstheme="majorHAnsi"/>
        </w:rPr>
        <w:t xml:space="preserve">pisode </w:t>
      </w:r>
      <w:r w:rsidRPr="009210F4">
        <w:rPr>
          <w:rFonts w:asciiTheme="majorHAnsi" w:hAnsiTheme="majorHAnsi" w:cstheme="majorHAnsi"/>
        </w:rPr>
        <w:t xml:space="preserve">of </w:t>
      </w:r>
      <w:r w:rsidR="00F7615C" w:rsidRPr="009210F4">
        <w:rPr>
          <w:rFonts w:asciiTheme="majorHAnsi" w:hAnsiTheme="majorHAnsi" w:cstheme="majorHAnsi"/>
        </w:rPr>
        <w:t>Lassie, is it</w:t>
      </w:r>
      <w:r w:rsidRPr="009210F4">
        <w:rPr>
          <w:rFonts w:asciiTheme="majorHAnsi" w:hAnsiTheme="majorHAnsi" w:cstheme="majorHAnsi"/>
        </w:rPr>
        <w:t>,</w:t>
      </w:r>
      <w:r w:rsidR="00F7615C" w:rsidRPr="009210F4">
        <w:rPr>
          <w:rFonts w:asciiTheme="majorHAnsi" w:hAnsiTheme="majorHAnsi" w:cstheme="majorHAnsi"/>
        </w:rPr>
        <w:t xml:space="preserve"> where the dog comes running</w:t>
      </w:r>
      <w:r w:rsidRPr="009210F4">
        <w:rPr>
          <w:rFonts w:asciiTheme="majorHAnsi" w:hAnsiTheme="majorHAnsi" w:cstheme="majorHAnsi"/>
        </w:rPr>
        <w:t xml:space="preserve"> a</w:t>
      </w:r>
      <w:r w:rsidR="00F7615C" w:rsidRPr="009210F4">
        <w:rPr>
          <w:rFonts w:asciiTheme="majorHAnsi" w:hAnsiTheme="majorHAnsi" w:cstheme="majorHAnsi"/>
        </w:rPr>
        <w:t xml:space="preserve">nd everyone's like, </w:t>
      </w:r>
      <w:r w:rsidRPr="009210F4">
        <w:rPr>
          <w:rFonts w:asciiTheme="majorHAnsi" w:hAnsiTheme="majorHAnsi" w:cstheme="majorHAnsi"/>
        </w:rPr>
        <w:t>‘</w:t>
      </w:r>
      <w:r w:rsidR="00F7615C" w:rsidRPr="009210F4">
        <w:rPr>
          <w:rFonts w:asciiTheme="majorHAnsi" w:hAnsiTheme="majorHAnsi" w:cstheme="majorHAnsi"/>
        </w:rPr>
        <w:t>oh my god</w:t>
      </w:r>
      <w:r w:rsidRPr="009210F4">
        <w:rPr>
          <w:rFonts w:asciiTheme="majorHAnsi" w:hAnsiTheme="majorHAnsi" w:cstheme="majorHAnsi"/>
        </w:rPr>
        <w:t>, someone’s fallen down a well, let’s go immediately’</w:t>
      </w:r>
    </w:p>
    <w:p w14:paraId="67180347" w14:textId="77777777" w:rsidR="00991E93" w:rsidRPr="009210F4" w:rsidRDefault="00991E93" w:rsidP="009210F4">
      <w:pPr>
        <w:pStyle w:val="NoSpacing"/>
        <w:rPr>
          <w:rFonts w:asciiTheme="majorHAnsi" w:hAnsiTheme="majorHAnsi" w:cstheme="majorHAnsi"/>
        </w:rPr>
      </w:pPr>
    </w:p>
    <w:p w14:paraId="1F42B9E0" w14:textId="4CA1CE4B"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Daisy</w:t>
      </w:r>
      <w:r w:rsidR="00D23E9C" w:rsidRPr="009210F4">
        <w:rPr>
          <w:rFonts w:asciiTheme="majorHAnsi" w:hAnsiTheme="majorHAnsi" w:cstheme="majorHAnsi"/>
        </w:rPr>
        <w:t xml:space="preserve"> </w:t>
      </w:r>
      <w:r w:rsidRPr="009210F4">
        <w:rPr>
          <w:rFonts w:asciiTheme="majorHAnsi" w:hAnsiTheme="majorHAnsi" w:cstheme="majorHAnsi"/>
        </w:rPr>
        <w:t>47:49</w:t>
      </w:r>
    </w:p>
    <w:p w14:paraId="3DBC02DC" w14:textId="57D13CDF" w:rsidR="008125E1" w:rsidRPr="009210F4" w:rsidRDefault="00F7615C" w:rsidP="009210F4">
      <w:pPr>
        <w:pStyle w:val="NoSpacing"/>
        <w:rPr>
          <w:rFonts w:asciiTheme="majorHAnsi" w:hAnsiTheme="majorHAnsi" w:cstheme="majorHAnsi"/>
        </w:rPr>
      </w:pPr>
      <w:r w:rsidRPr="009210F4">
        <w:rPr>
          <w:rFonts w:asciiTheme="majorHAnsi" w:hAnsiTheme="majorHAnsi" w:cstheme="majorHAnsi"/>
        </w:rPr>
        <w:t xml:space="preserve">Yeah, </w:t>
      </w:r>
      <w:r w:rsidR="008125E1" w:rsidRPr="009210F4">
        <w:rPr>
          <w:rFonts w:asciiTheme="majorHAnsi" w:hAnsiTheme="majorHAnsi" w:cstheme="majorHAnsi"/>
        </w:rPr>
        <w:t>‘</w:t>
      </w:r>
      <w:r w:rsidRPr="009210F4">
        <w:rPr>
          <w:rFonts w:asciiTheme="majorHAnsi" w:hAnsiTheme="majorHAnsi" w:cstheme="majorHAnsi"/>
        </w:rPr>
        <w:t>what's that</w:t>
      </w:r>
      <w:r w:rsidR="008125E1" w:rsidRPr="009210F4">
        <w:rPr>
          <w:rFonts w:asciiTheme="majorHAnsi" w:hAnsiTheme="majorHAnsi" w:cstheme="majorHAnsi"/>
        </w:rPr>
        <w:t xml:space="preserve">, </w:t>
      </w:r>
      <w:hyperlink r:id="rId9" w:anchor="Epic_of_Sundiata" w:history="1">
        <w:r w:rsidR="008125E1" w:rsidRPr="009210F4">
          <w:rPr>
            <w:rStyle w:val="toctext"/>
            <w:rFonts w:asciiTheme="majorHAnsi" w:hAnsiTheme="majorHAnsi" w:cstheme="majorHAnsi"/>
            <w:shd w:val="clear" w:color="auto" w:fill="F8F9FA"/>
          </w:rPr>
          <w:t>Sundiata</w:t>
        </w:r>
      </w:hyperlink>
      <w:r w:rsidR="008125E1" w:rsidRPr="009210F4">
        <w:rPr>
          <w:rFonts w:asciiTheme="majorHAnsi" w:hAnsiTheme="majorHAnsi" w:cstheme="majorHAnsi"/>
        </w:rPr>
        <w:t xml:space="preserve">, </w:t>
      </w:r>
      <w:r w:rsidRPr="009210F4">
        <w:rPr>
          <w:rFonts w:asciiTheme="majorHAnsi" w:hAnsiTheme="majorHAnsi" w:cstheme="majorHAnsi"/>
        </w:rPr>
        <w:t>trouble at the old mill?</w:t>
      </w:r>
      <w:r w:rsidR="008125E1" w:rsidRPr="009210F4">
        <w:rPr>
          <w:rFonts w:asciiTheme="majorHAnsi" w:hAnsiTheme="majorHAnsi" w:cstheme="majorHAnsi"/>
        </w:rPr>
        <w:t>’ {laughter}</w:t>
      </w:r>
      <w:r w:rsidR="00D23E9C" w:rsidRPr="009210F4">
        <w:rPr>
          <w:rFonts w:asciiTheme="majorHAnsi" w:hAnsiTheme="majorHAnsi" w:cstheme="majorHAnsi"/>
        </w:rPr>
        <w:t xml:space="preserve"> </w:t>
      </w:r>
    </w:p>
    <w:p w14:paraId="676C6DBE" w14:textId="77777777" w:rsidR="00C76231" w:rsidRDefault="00C76231" w:rsidP="009210F4">
      <w:pPr>
        <w:pStyle w:val="NoSpacing"/>
        <w:rPr>
          <w:rFonts w:asciiTheme="majorHAnsi" w:hAnsiTheme="majorHAnsi" w:cstheme="majorHAnsi"/>
        </w:rPr>
      </w:pPr>
    </w:p>
    <w:p w14:paraId="1D6A045A" w14:textId="4468114C" w:rsidR="009419A4" w:rsidRPr="009210F4" w:rsidRDefault="008125E1" w:rsidP="009210F4">
      <w:pPr>
        <w:pStyle w:val="NoSpacing"/>
        <w:rPr>
          <w:rFonts w:asciiTheme="majorHAnsi" w:hAnsiTheme="majorHAnsi" w:cstheme="majorHAnsi"/>
        </w:rPr>
      </w:pPr>
      <w:r w:rsidRPr="009210F4">
        <w:rPr>
          <w:rFonts w:asciiTheme="majorHAnsi" w:hAnsiTheme="majorHAnsi" w:cstheme="majorHAnsi"/>
        </w:rPr>
        <w:t xml:space="preserve">Lucy: </w:t>
      </w:r>
      <w:r w:rsidR="009419A4" w:rsidRPr="009210F4">
        <w:rPr>
          <w:rFonts w:asciiTheme="majorHAnsi" w:hAnsiTheme="majorHAnsi" w:cstheme="majorHAnsi"/>
        </w:rPr>
        <w:t xml:space="preserve">‘I must get this sorted immediately’ </w:t>
      </w:r>
      <w:r w:rsidR="00F7615C" w:rsidRPr="009210F4">
        <w:rPr>
          <w:rFonts w:asciiTheme="majorHAnsi" w:hAnsiTheme="majorHAnsi" w:cstheme="majorHAnsi"/>
        </w:rPr>
        <w:t>Yeah</w:t>
      </w:r>
    </w:p>
    <w:p w14:paraId="33723B5B" w14:textId="77777777" w:rsidR="00C76231" w:rsidRDefault="00C76231" w:rsidP="009210F4">
      <w:pPr>
        <w:pStyle w:val="NoSpacing"/>
        <w:rPr>
          <w:rFonts w:asciiTheme="majorHAnsi" w:hAnsiTheme="majorHAnsi" w:cstheme="majorHAnsi"/>
        </w:rPr>
      </w:pPr>
    </w:p>
    <w:p w14:paraId="5DE17C3F" w14:textId="39A4755B" w:rsidR="00991E93" w:rsidRPr="009210F4" w:rsidRDefault="009419A4" w:rsidP="009210F4">
      <w:pPr>
        <w:pStyle w:val="NoSpacing"/>
        <w:rPr>
          <w:rFonts w:asciiTheme="majorHAnsi" w:hAnsiTheme="majorHAnsi" w:cstheme="majorHAnsi"/>
        </w:rPr>
      </w:pPr>
      <w:r w:rsidRPr="009210F4">
        <w:rPr>
          <w:rFonts w:asciiTheme="majorHAnsi" w:hAnsiTheme="majorHAnsi" w:cstheme="majorHAnsi"/>
        </w:rPr>
        <w:t xml:space="preserve">Daisy: </w:t>
      </w:r>
      <w:r w:rsidR="00F7615C" w:rsidRPr="009210F4">
        <w:rPr>
          <w:rFonts w:asciiTheme="majorHAnsi" w:hAnsiTheme="majorHAnsi" w:cstheme="majorHAnsi"/>
        </w:rPr>
        <w:t xml:space="preserve">Yeah, so he created this group of allies of a lot of the other kingdoms that had been sort of taken over by these people who decided they didn't fancy doing that anymore. And they went to, you know, defeat the invading King, which they did at the Battle of </w:t>
      </w:r>
      <w:proofErr w:type="spellStart"/>
      <w:r w:rsidRPr="009210F4">
        <w:rPr>
          <w:rFonts w:asciiTheme="majorHAnsi" w:hAnsiTheme="majorHAnsi" w:cstheme="majorHAnsi"/>
        </w:rPr>
        <w:t>Kirina</w:t>
      </w:r>
      <w:proofErr w:type="spellEnd"/>
      <w:r w:rsidRPr="009210F4">
        <w:rPr>
          <w:rFonts w:asciiTheme="majorHAnsi" w:hAnsiTheme="majorHAnsi" w:cstheme="majorHAnsi"/>
        </w:rPr>
        <w:t xml:space="preserve">, </w:t>
      </w:r>
      <w:r w:rsidR="00F7615C" w:rsidRPr="009210F4">
        <w:rPr>
          <w:rFonts w:asciiTheme="majorHAnsi" w:hAnsiTheme="majorHAnsi" w:cstheme="majorHAnsi"/>
        </w:rPr>
        <w:t>w</w:t>
      </w:r>
      <w:r w:rsidRPr="009210F4">
        <w:rPr>
          <w:rFonts w:asciiTheme="majorHAnsi" w:hAnsiTheme="majorHAnsi" w:cstheme="majorHAnsi"/>
        </w:rPr>
        <w:t>h</w:t>
      </w:r>
      <w:r w:rsidR="00F7615C" w:rsidRPr="009210F4">
        <w:rPr>
          <w:rFonts w:asciiTheme="majorHAnsi" w:hAnsiTheme="majorHAnsi" w:cstheme="majorHAnsi"/>
        </w:rPr>
        <w:t>ere</w:t>
      </w:r>
      <w:r w:rsidRPr="009210F4">
        <w:rPr>
          <w:rFonts w:asciiTheme="majorHAnsi" w:hAnsiTheme="majorHAnsi" w:cstheme="majorHAnsi"/>
        </w:rPr>
        <w:t xml:space="preserve">, according to, </w:t>
      </w:r>
      <w:r w:rsidR="00F7615C" w:rsidRPr="009210F4">
        <w:rPr>
          <w:rFonts w:asciiTheme="majorHAnsi" w:hAnsiTheme="majorHAnsi" w:cstheme="majorHAnsi"/>
        </w:rPr>
        <w:t xml:space="preserve">I've just written in my notes, </w:t>
      </w:r>
      <w:r w:rsidRPr="009210F4">
        <w:rPr>
          <w:rFonts w:asciiTheme="majorHAnsi" w:hAnsiTheme="majorHAnsi" w:cstheme="majorHAnsi"/>
        </w:rPr>
        <w:t>‘</w:t>
      </w:r>
      <w:r w:rsidR="00F7615C" w:rsidRPr="009210F4">
        <w:rPr>
          <w:rFonts w:asciiTheme="majorHAnsi" w:hAnsiTheme="majorHAnsi" w:cstheme="majorHAnsi"/>
        </w:rPr>
        <w:t>according to history</w:t>
      </w:r>
      <w:r w:rsidRPr="009210F4">
        <w:rPr>
          <w:rFonts w:asciiTheme="majorHAnsi" w:hAnsiTheme="majorHAnsi" w:cstheme="majorHAnsi"/>
        </w:rPr>
        <w:t>?</w:t>
      </w:r>
      <w:r w:rsidR="00F7615C" w:rsidRPr="009210F4">
        <w:rPr>
          <w:rFonts w:asciiTheme="majorHAnsi" w:hAnsiTheme="majorHAnsi" w:cstheme="majorHAnsi"/>
        </w:rPr>
        <w:t xml:space="preserve"> </w:t>
      </w:r>
      <w:r w:rsidRPr="009210F4">
        <w:rPr>
          <w:rFonts w:asciiTheme="majorHAnsi" w:hAnsiTheme="majorHAnsi" w:cstheme="majorHAnsi"/>
        </w:rPr>
        <w:t>L</w:t>
      </w:r>
      <w:r w:rsidR="00F7615C" w:rsidRPr="009210F4">
        <w:rPr>
          <w:rFonts w:asciiTheme="majorHAnsi" w:hAnsiTheme="majorHAnsi" w:cstheme="majorHAnsi"/>
        </w:rPr>
        <w:t>egend</w:t>
      </w:r>
      <w:r w:rsidRPr="009210F4">
        <w:rPr>
          <w:rFonts w:asciiTheme="majorHAnsi" w:hAnsiTheme="majorHAnsi" w:cstheme="majorHAnsi"/>
        </w:rPr>
        <w:t>?</w:t>
      </w:r>
      <w:r w:rsidR="00F7615C" w:rsidRPr="009210F4">
        <w:rPr>
          <w:rFonts w:asciiTheme="majorHAnsi" w:hAnsiTheme="majorHAnsi" w:cstheme="majorHAnsi"/>
        </w:rPr>
        <w:t xml:space="preserve"> </w:t>
      </w:r>
      <w:r w:rsidRPr="009210F4">
        <w:rPr>
          <w:rFonts w:asciiTheme="majorHAnsi" w:hAnsiTheme="majorHAnsi" w:cstheme="majorHAnsi"/>
        </w:rPr>
        <w:t>W</w:t>
      </w:r>
      <w:r w:rsidR="00F7615C" w:rsidRPr="009210F4">
        <w:rPr>
          <w:rFonts w:asciiTheme="majorHAnsi" w:hAnsiTheme="majorHAnsi" w:cstheme="majorHAnsi"/>
        </w:rPr>
        <w:t>ho can tell</w:t>
      </w:r>
      <w:r w:rsidRPr="009210F4">
        <w:rPr>
          <w:rFonts w:asciiTheme="majorHAnsi" w:hAnsiTheme="majorHAnsi" w:cstheme="majorHAnsi"/>
        </w:rPr>
        <w:t>?’</w:t>
      </w:r>
      <w:r w:rsidR="00F7615C" w:rsidRPr="009210F4">
        <w:rPr>
          <w:rFonts w:asciiTheme="majorHAnsi" w:hAnsiTheme="majorHAnsi" w:cstheme="majorHAnsi"/>
        </w:rPr>
        <w:t xml:space="preserve"> </w:t>
      </w:r>
      <w:r w:rsidR="00C76231" w:rsidRPr="009210F4">
        <w:rPr>
          <w:rFonts w:asciiTheme="majorHAnsi" w:hAnsiTheme="majorHAnsi" w:cstheme="majorHAnsi"/>
        </w:rPr>
        <w:t>So,</w:t>
      </w:r>
      <w:r w:rsidRPr="009210F4">
        <w:rPr>
          <w:rFonts w:asciiTheme="majorHAnsi" w:hAnsiTheme="majorHAnsi" w:cstheme="majorHAnsi"/>
        </w:rPr>
        <w:t xml:space="preserve"> thanks Daisy for that. </w:t>
      </w:r>
      <w:r w:rsidRPr="009C3A3A">
        <w:rPr>
          <w:rFonts w:ascii="Calibri" w:hAnsi="Calibri" w:cs="Calibri"/>
        </w:rPr>
        <w:t>Sundiata</w:t>
      </w:r>
      <w:r w:rsidR="00D23E9C" w:rsidRPr="009C3A3A">
        <w:rPr>
          <w:rFonts w:ascii="Calibri" w:hAnsi="Calibri" w:cs="Calibri"/>
        </w:rPr>
        <w:t xml:space="preserve"> </w:t>
      </w:r>
      <w:r w:rsidR="00F7615C" w:rsidRPr="009C3A3A">
        <w:rPr>
          <w:rFonts w:ascii="Calibri" w:hAnsi="Calibri" w:cs="Calibri"/>
        </w:rPr>
        <w:t>supposedly</w:t>
      </w:r>
      <w:r w:rsidR="00F7615C" w:rsidRPr="009210F4">
        <w:rPr>
          <w:rFonts w:asciiTheme="majorHAnsi" w:hAnsiTheme="majorHAnsi" w:cstheme="majorHAnsi"/>
        </w:rPr>
        <w:t xml:space="preserve"> killed him with a poisoned arrow</w:t>
      </w:r>
    </w:p>
    <w:p w14:paraId="2E686DBB" w14:textId="41EE80C7" w:rsidR="00991E93" w:rsidRPr="009210F4" w:rsidRDefault="00991E93" w:rsidP="009210F4">
      <w:pPr>
        <w:pStyle w:val="NoSpacing"/>
        <w:rPr>
          <w:rFonts w:asciiTheme="majorHAnsi" w:hAnsiTheme="majorHAnsi" w:cstheme="majorHAnsi"/>
        </w:rPr>
      </w:pPr>
    </w:p>
    <w:p w14:paraId="75CF1726" w14:textId="5D649D85" w:rsidR="009419A4" w:rsidRPr="009210F4" w:rsidRDefault="00820759" w:rsidP="009210F4">
      <w:pPr>
        <w:pStyle w:val="NoSpacing"/>
        <w:rPr>
          <w:rFonts w:asciiTheme="majorHAnsi" w:hAnsiTheme="majorHAnsi" w:cstheme="majorHAnsi"/>
        </w:rPr>
      </w:pPr>
      <w:r w:rsidRPr="009210F4">
        <w:rPr>
          <w:rFonts w:asciiTheme="majorHAnsi" w:hAnsiTheme="majorHAnsi" w:cstheme="majorHAnsi"/>
        </w:rPr>
        <w:t>Kimmy:</w:t>
      </w:r>
      <w:r w:rsidR="009419A4" w:rsidRPr="009210F4">
        <w:rPr>
          <w:rFonts w:asciiTheme="majorHAnsi" w:hAnsiTheme="majorHAnsi" w:cstheme="majorHAnsi"/>
        </w:rPr>
        <w:t xml:space="preserve"> Woah</w:t>
      </w:r>
    </w:p>
    <w:p w14:paraId="549CCF23" w14:textId="77777777" w:rsidR="009419A4" w:rsidRPr="009210F4" w:rsidRDefault="009419A4" w:rsidP="009210F4">
      <w:pPr>
        <w:pStyle w:val="NoSpacing"/>
        <w:rPr>
          <w:rFonts w:asciiTheme="majorHAnsi" w:hAnsiTheme="majorHAnsi" w:cstheme="majorHAnsi"/>
        </w:rPr>
      </w:pPr>
    </w:p>
    <w:p w14:paraId="152E9F34" w14:textId="77777777" w:rsidR="009C3A3A" w:rsidRDefault="00F7615C" w:rsidP="009210F4">
      <w:pPr>
        <w:pStyle w:val="NoSpacing"/>
        <w:rPr>
          <w:rFonts w:asciiTheme="majorHAnsi" w:hAnsiTheme="majorHAnsi" w:cstheme="majorHAnsi"/>
        </w:rPr>
      </w:pPr>
      <w:r w:rsidRPr="009210F4">
        <w:rPr>
          <w:rFonts w:asciiTheme="majorHAnsi" w:hAnsiTheme="majorHAnsi" w:cstheme="majorHAnsi"/>
        </w:rPr>
        <w:t>Lucy</w:t>
      </w:r>
      <w:r w:rsidR="00D23E9C" w:rsidRPr="009210F4">
        <w:rPr>
          <w:rFonts w:asciiTheme="majorHAnsi" w:hAnsiTheme="majorHAnsi" w:cstheme="majorHAnsi"/>
        </w:rPr>
        <w:t xml:space="preserve"> </w:t>
      </w:r>
      <w:r w:rsidRPr="009210F4">
        <w:rPr>
          <w:rFonts w:asciiTheme="majorHAnsi" w:hAnsiTheme="majorHAnsi" w:cstheme="majorHAnsi"/>
        </w:rPr>
        <w:t>48:30</w:t>
      </w:r>
    </w:p>
    <w:p w14:paraId="62FEF358" w14:textId="3D6129BE" w:rsidR="00991E93" w:rsidRPr="009210F4" w:rsidRDefault="009419A4" w:rsidP="009210F4">
      <w:pPr>
        <w:pStyle w:val="NoSpacing"/>
        <w:rPr>
          <w:rFonts w:asciiTheme="majorHAnsi" w:hAnsiTheme="majorHAnsi" w:cstheme="majorHAnsi"/>
        </w:rPr>
      </w:pPr>
      <w:r w:rsidRPr="009210F4">
        <w:rPr>
          <w:rFonts w:asciiTheme="majorHAnsi" w:hAnsiTheme="majorHAnsi" w:cstheme="majorHAnsi"/>
        </w:rPr>
        <w:t xml:space="preserve">That is </w:t>
      </w:r>
      <w:r w:rsidR="009C3A3A">
        <w:rPr>
          <w:rFonts w:asciiTheme="majorHAnsi" w:hAnsiTheme="majorHAnsi" w:cstheme="majorHAnsi"/>
        </w:rPr>
        <w:t>d</w:t>
      </w:r>
      <w:r w:rsidR="00F7615C" w:rsidRPr="009210F4">
        <w:rPr>
          <w:rFonts w:asciiTheme="majorHAnsi" w:hAnsiTheme="majorHAnsi" w:cstheme="majorHAnsi"/>
        </w:rPr>
        <w:t>ramatic</w:t>
      </w:r>
      <w:r w:rsidRPr="009210F4">
        <w:rPr>
          <w:rFonts w:asciiTheme="majorHAnsi" w:hAnsiTheme="majorHAnsi" w:cstheme="majorHAnsi"/>
        </w:rPr>
        <w:t>, isn’t it?</w:t>
      </w:r>
      <w:r w:rsidR="00F7615C" w:rsidRPr="009210F4">
        <w:rPr>
          <w:rFonts w:asciiTheme="majorHAnsi" w:hAnsiTheme="majorHAnsi" w:cstheme="majorHAnsi"/>
        </w:rPr>
        <w:t xml:space="preserve"> </w:t>
      </w:r>
    </w:p>
    <w:p w14:paraId="69CA6B7B" w14:textId="77777777" w:rsidR="00991E93" w:rsidRPr="009210F4" w:rsidRDefault="00991E93" w:rsidP="009210F4">
      <w:pPr>
        <w:pStyle w:val="NoSpacing"/>
        <w:rPr>
          <w:rFonts w:asciiTheme="majorHAnsi" w:hAnsiTheme="majorHAnsi" w:cstheme="majorHAnsi"/>
        </w:rPr>
      </w:pPr>
    </w:p>
    <w:p w14:paraId="158A38D5" w14:textId="667883B6"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Daisy</w:t>
      </w:r>
      <w:r w:rsidR="00D23E9C" w:rsidRPr="009210F4">
        <w:rPr>
          <w:rFonts w:asciiTheme="majorHAnsi" w:hAnsiTheme="majorHAnsi" w:cstheme="majorHAnsi"/>
        </w:rPr>
        <w:t xml:space="preserve"> </w:t>
      </w:r>
      <w:r w:rsidRPr="009210F4">
        <w:rPr>
          <w:rFonts w:asciiTheme="majorHAnsi" w:hAnsiTheme="majorHAnsi" w:cstheme="majorHAnsi"/>
        </w:rPr>
        <w:t>48:34</w:t>
      </w:r>
    </w:p>
    <w:p w14:paraId="72B31379" w14:textId="197A6136"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So much of this is tied up with legend and also with the traditional</w:t>
      </w:r>
      <w:r w:rsidR="00094462" w:rsidRPr="009210F4">
        <w:rPr>
          <w:rFonts w:asciiTheme="majorHAnsi" w:hAnsiTheme="majorHAnsi" w:cstheme="majorHAnsi"/>
        </w:rPr>
        <w:t>,</w:t>
      </w:r>
      <w:r w:rsidRPr="009210F4">
        <w:rPr>
          <w:rFonts w:asciiTheme="majorHAnsi" w:hAnsiTheme="majorHAnsi" w:cstheme="majorHAnsi"/>
        </w:rPr>
        <w:t xml:space="preserve"> with this traditional religion, which was, you know, very sort of, like spiritualist and magic based. And </w:t>
      </w:r>
      <w:r w:rsidR="009C3A3A" w:rsidRPr="009210F4">
        <w:rPr>
          <w:rFonts w:asciiTheme="majorHAnsi" w:hAnsiTheme="majorHAnsi" w:cstheme="majorHAnsi"/>
        </w:rPr>
        <w:t>so,</w:t>
      </w:r>
      <w:r w:rsidRPr="009210F4">
        <w:rPr>
          <w:rFonts w:asciiTheme="majorHAnsi" w:hAnsiTheme="majorHAnsi" w:cstheme="majorHAnsi"/>
        </w:rPr>
        <w:t xml:space="preserve"> </w:t>
      </w:r>
      <w:proofErr w:type="gramStart"/>
      <w:r w:rsidRPr="009210F4">
        <w:rPr>
          <w:rFonts w:asciiTheme="majorHAnsi" w:hAnsiTheme="majorHAnsi" w:cstheme="majorHAnsi"/>
        </w:rPr>
        <w:t>it</w:t>
      </w:r>
      <w:proofErr w:type="gramEnd"/>
      <w:r w:rsidRPr="009210F4">
        <w:rPr>
          <w:rFonts w:asciiTheme="majorHAnsi" w:hAnsiTheme="majorHAnsi" w:cstheme="majorHAnsi"/>
        </w:rPr>
        <w:t xml:space="preserve"> kind of, it's difficult to tell whether it's sort of part of the prophecy of him being this brilliant King, which is the you know, essentially, this, you know, larger than living almost, you know, deity type King was beaten by our king, so he must have been even more magic than the other one. </w:t>
      </w:r>
      <w:r w:rsidR="009C3A3A" w:rsidRPr="009210F4">
        <w:rPr>
          <w:rFonts w:asciiTheme="majorHAnsi" w:hAnsiTheme="majorHAnsi" w:cstheme="majorHAnsi"/>
        </w:rPr>
        <w:t>So,</w:t>
      </w:r>
      <w:r w:rsidRPr="009210F4">
        <w:rPr>
          <w:rFonts w:asciiTheme="majorHAnsi" w:hAnsiTheme="majorHAnsi" w:cstheme="majorHAnsi"/>
        </w:rPr>
        <w:t xml:space="preserve"> it does kind of, you know, blend in together a bit. But yes, they won that battle. </w:t>
      </w:r>
      <w:r w:rsidRPr="009C3A3A">
        <w:rPr>
          <w:rFonts w:ascii="Calibri" w:hAnsi="Calibri" w:cs="Calibri"/>
        </w:rPr>
        <w:t xml:space="preserve">And </w:t>
      </w:r>
      <w:r w:rsidR="00094462" w:rsidRPr="009C3A3A">
        <w:rPr>
          <w:rFonts w:ascii="Calibri" w:hAnsi="Calibri" w:cs="Calibri"/>
        </w:rPr>
        <w:t>Sundiata</w:t>
      </w:r>
      <w:r w:rsidR="00D23E9C" w:rsidRPr="009C3A3A">
        <w:rPr>
          <w:rFonts w:ascii="Calibri" w:hAnsi="Calibri" w:cs="Calibri"/>
        </w:rPr>
        <w:t xml:space="preserve"> </w:t>
      </w:r>
      <w:r w:rsidRPr="009C3A3A">
        <w:rPr>
          <w:rFonts w:ascii="Calibri" w:hAnsi="Calibri" w:cs="Calibri"/>
        </w:rPr>
        <w:t>was made the first emperor of the Mali Empire, which was all of those kingdoms, who had been figh</w:t>
      </w:r>
      <w:r w:rsidRPr="009210F4">
        <w:rPr>
          <w:rFonts w:asciiTheme="majorHAnsi" w:hAnsiTheme="majorHAnsi" w:cstheme="majorHAnsi"/>
        </w:rPr>
        <w:t xml:space="preserve">ting alongside him and was given the title of </w:t>
      </w:r>
      <w:r w:rsidR="00094462" w:rsidRPr="009210F4">
        <w:rPr>
          <w:rFonts w:asciiTheme="majorHAnsi" w:hAnsiTheme="majorHAnsi" w:cstheme="majorHAnsi"/>
        </w:rPr>
        <w:t xml:space="preserve">Mansa </w:t>
      </w:r>
    </w:p>
    <w:p w14:paraId="5AFF0FD4" w14:textId="77777777" w:rsidR="00991E93" w:rsidRPr="009210F4" w:rsidRDefault="00991E93" w:rsidP="009210F4">
      <w:pPr>
        <w:pStyle w:val="NoSpacing"/>
        <w:rPr>
          <w:rFonts w:asciiTheme="majorHAnsi" w:hAnsiTheme="majorHAnsi" w:cstheme="majorHAnsi"/>
        </w:rPr>
      </w:pPr>
    </w:p>
    <w:p w14:paraId="060F100F" w14:textId="098FF6EF" w:rsidR="00991E93" w:rsidRPr="009210F4" w:rsidRDefault="00820759" w:rsidP="009210F4">
      <w:pPr>
        <w:pStyle w:val="NoSpacing"/>
        <w:rPr>
          <w:rFonts w:asciiTheme="majorHAnsi" w:hAnsiTheme="majorHAnsi" w:cstheme="majorHAnsi"/>
        </w:rPr>
      </w:pPr>
      <w:r w:rsidRPr="009210F4">
        <w:rPr>
          <w:rFonts w:asciiTheme="majorHAnsi" w:hAnsiTheme="majorHAnsi" w:cstheme="majorHAnsi"/>
        </w:rPr>
        <w:t xml:space="preserve">Kimmy </w:t>
      </w:r>
      <w:r w:rsidR="00F7615C" w:rsidRPr="009210F4">
        <w:rPr>
          <w:rFonts w:asciiTheme="majorHAnsi" w:hAnsiTheme="majorHAnsi" w:cstheme="majorHAnsi"/>
        </w:rPr>
        <w:t>49:31</w:t>
      </w:r>
    </w:p>
    <w:p w14:paraId="1D2D1E02" w14:textId="77777777" w:rsidR="003A1374" w:rsidRPr="009210F4" w:rsidRDefault="00F7615C" w:rsidP="009210F4">
      <w:pPr>
        <w:pStyle w:val="NoSpacing"/>
        <w:rPr>
          <w:rFonts w:asciiTheme="majorHAnsi" w:hAnsiTheme="majorHAnsi" w:cstheme="majorHAnsi"/>
        </w:rPr>
      </w:pPr>
      <w:r w:rsidRPr="009210F4">
        <w:rPr>
          <w:rFonts w:asciiTheme="majorHAnsi" w:hAnsiTheme="majorHAnsi" w:cstheme="majorHAnsi"/>
        </w:rPr>
        <w:t>Mansa Musa</w:t>
      </w:r>
      <w:r w:rsidR="003A1374" w:rsidRPr="009210F4">
        <w:rPr>
          <w:rFonts w:asciiTheme="majorHAnsi" w:hAnsiTheme="majorHAnsi" w:cstheme="majorHAnsi"/>
        </w:rPr>
        <w:t>!</w:t>
      </w:r>
      <w:r w:rsidRPr="009210F4">
        <w:rPr>
          <w:rFonts w:asciiTheme="majorHAnsi" w:hAnsiTheme="majorHAnsi" w:cstheme="majorHAnsi"/>
        </w:rPr>
        <w:t xml:space="preserve"> </w:t>
      </w:r>
    </w:p>
    <w:p w14:paraId="047AAFB3" w14:textId="77777777" w:rsidR="009C3A3A" w:rsidRDefault="009C3A3A" w:rsidP="009210F4">
      <w:pPr>
        <w:pStyle w:val="NoSpacing"/>
        <w:rPr>
          <w:rFonts w:asciiTheme="majorHAnsi" w:hAnsiTheme="majorHAnsi" w:cstheme="majorHAnsi"/>
        </w:rPr>
      </w:pPr>
    </w:p>
    <w:p w14:paraId="3F8DD4DB" w14:textId="7300E5BE" w:rsidR="003A1374" w:rsidRPr="009210F4" w:rsidRDefault="003A1374" w:rsidP="009210F4">
      <w:pPr>
        <w:pStyle w:val="NoSpacing"/>
        <w:rPr>
          <w:rFonts w:asciiTheme="majorHAnsi" w:hAnsiTheme="majorHAnsi" w:cstheme="majorHAnsi"/>
        </w:rPr>
      </w:pPr>
      <w:r w:rsidRPr="009210F4">
        <w:rPr>
          <w:rFonts w:asciiTheme="majorHAnsi" w:hAnsiTheme="majorHAnsi" w:cstheme="majorHAnsi"/>
        </w:rPr>
        <w:t xml:space="preserve">Daisy: </w:t>
      </w:r>
      <w:r w:rsidR="00F7615C" w:rsidRPr="009210F4">
        <w:rPr>
          <w:rFonts w:asciiTheme="majorHAnsi" w:hAnsiTheme="majorHAnsi" w:cstheme="majorHAnsi"/>
        </w:rPr>
        <w:t>Yes</w:t>
      </w:r>
      <w:r w:rsidRPr="009210F4">
        <w:rPr>
          <w:rFonts w:asciiTheme="majorHAnsi" w:hAnsiTheme="majorHAnsi" w:cstheme="majorHAnsi"/>
        </w:rPr>
        <w:t xml:space="preserve"> </w:t>
      </w:r>
    </w:p>
    <w:p w14:paraId="3820BDB0" w14:textId="77777777" w:rsidR="009C3A3A" w:rsidRDefault="009C3A3A" w:rsidP="009210F4">
      <w:pPr>
        <w:pStyle w:val="NoSpacing"/>
        <w:rPr>
          <w:rFonts w:asciiTheme="majorHAnsi" w:hAnsiTheme="majorHAnsi" w:cstheme="majorHAnsi"/>
        </w:rPr>
      </w:pPr>
    </w:p>
    <w:p w14:paraId="0AE7D356" w14:textId="0712EC87" w:rsidR="00991E93" w:rsidRPr="009210F4" w:rsidRDefault="00820759" w:rsidP="009210F4">
      <w:pPr>
        <w:pStyle w:val="NoSpacing"/>
        <w:rPr>
          <w:rFonts w:asciiTheme="majorHAnsi" w:hAnsiTheme="majorHAnsi" w:cstheme="majorHAnsi"/>
        </w:rPr>
      </w:pPr>
      <w:r w:rsidRPr="009210F4">
        <w:rPr>
          <w:rFonts w:asciiTheme="majorHAnsi" w:hAnsiTheme="majorHAnsi" w:cstheme="majorHAnsi"/>
        </w:rPr>
        <w:t>Kimmy:</w:t>
      </w:r>
      <w:r w:rsidR="003A1374" w:rsidRPr="009210F4">
        <w:rPr>
          <w:rFonts w:asciiTheme="majorHAnsi" w:hAnsiTheme="majorHAnsi" w:cstheme="majorHAnsi"/>
        </w:rPr>
        <w:t xml:space="preserve"> </w:t>
      </w:r>
      <w:r w:rsidR="00F7615C" w:rsidRPr="009210F4">
        <w:rPr>
          <w:rFonts w:asciiTheme="majorHAnsi" w:hAnsiTheme="majorHAnsi" w:cstheme="majorHAnsi"/>
        </w:rPr>
        <w:t xml:space="preserve">yeah, </w:t>
      </w:r>
      <w:r w:rsidR="009C3A3A" w:rsidRPr="009210F4">
        <w:rPr>
          <w:rFonts w:asciiTheme="majorHAnsi" w:hAnsiTheme="majorHAnsi" w:cstheme="majorHAnsi"/>
        </w:rPr>
        <w:t>the</w:t>
      </w:r>
      <w:r w:rsidR="003A1374" w:rsidRPr="009210F4">
        <w:rPr>
          <w:rFonts w:asciiTheme="majorHAnsi" w:hAnsiTheme="majorHAnsi" w:cstheme="majorHAnsi"/>
        </w:rPr>
        <w:t xml:space="preserve"> richest </w:t>
      </w:r>
      <w:r w:rsidR="00F7615C" w:rsidRPr="009210F4">
        <w:rPr>
          <w:rFonts w:asciiTheme="majorHAnsi" w:hAnsiTheme="majorHAnsi" w:cstheme="majorHAnsi"/>
        </w:rPr>
        <w:t>man ever</w:t>
      </w:r>
      <w:r w:rsidR="003A1374" w:rsidRPr="009210F4">
        <w:rPr>
          <w:rFonts w:asciiTheme="majorHAnsi" w:hAnsiTheme="majorHAnsi" w:cstheme="majorHAnsi"/>
        </w:rPr>
        <w:t>,</w:t>
      </w:r>
      <w:r w:rsidR="00F7615C" w:rsidRPr="009210F4">
        <w:rPr>
          <w:rFonts w:asciiTheme="majorHAnsi" w:hAnsiTheme="majorHAnsi" w:cstheme="majorHAnsi"/>
        </w:rPr>
        <w:t xml:space="preserve"> I know </w:t>
      </w:r>
      <w:r w:rsidR="003A1374" w:rsidRPr="009210F4">
        <w:rPr>
          <w:rFonts w:asciiTheme="majorHAnsi" w:hAnsiTheme="majorHAnsi" w:cstheme="majorHAnsi"/>
        </w:rPr>
        <w:t xml:space="preserve">Mansa Musa </w:t>
      </w:r>
    </w:p>
    <w:p w14:paraId="7AA35372" w14:textId="77777777" w:rsidR="00991E93" w:rsidRPr="009210F4" w:rsidRDefault="00991E93" w:rsidP="009210F4">
      <w:pPr>
        <w:pStyle w:val="NoSpacing"/>
        <w:rPr>
          <w:rFonts w:asciiTheme="majorHAnsi" w:hAnsiTheme="majorHAnsi" w:cstheme="majorHAnsi"/>
        </w:rPr>
      </w:pPr>
    </w:p>
    <w:p w14:paraId="66C52802" w14:textId="757BB340"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Daisy</w:t>
      </w:r>
      <w:r w:rsidR="00D23E9C" w:rsidRPr="009210F4">
        <w:rPr>
          <w:rFonts w:asciiTheme="majorHAnsi" w:hAnsiTheme="majorHAnsi" w:cstheme="majorHAnsi"/>
        </w:rPr>
        <w:t xml:space="preserve"> </w:t>
      </w:r>
      <w:r w:rsidRPr="009210F4">
        <w:rPr>
          <w:rFonts w:asciiTheme="majorHAnsi" w:hAnsiTheme="majorHAnsi" w:cstheme="majorHAnsi"/>
        </w:rPr>
        <w:t>49:39</w:t>
      </w:r>
    </w:p>
    <w:p w14:paraId="244876B8" w14:textId="12129C5B" w:rsidR="00991E93" w:rsidRPr="009210F4" w:rsidRDefault="003A1374" w:rsidP="009210F4">
      <w:pPr>
        <w:pStyle w:val="NoSpacing"/>
        <w:rPr>
          <w:rFonts w:asciiTheme="majorHAnsi" w:hAnsiTheme="majorHAnsi" w:cstheme="majorHAnsi"/>
        </w:rPr>
      </w:pPr>
      <w:r w:rsidRPr="009210F4">
        <w:rPr>
          <w:rFonts w:asciiTheme="majorHAnsi" w:hAnsiTheme="majorHAnsi" w:cstheme="majorHAnsi"/>
        </w:rPr>
        <w:t xml:space="preserve">So, </w:t>
      </w:r>
      <w:r w:rsidR="00F7615C" w:rsidRPr="009210F4">
        <w:rPr>
          <w:rFonts w:asciiTheme="majorHAnsi" w:hAnsiTheme="majorHAnsi" w:cstheme="majorHAnsi"/>
        </w:rPr>
        <w:t xml:space="preserve">Mansa Musa is this guy's </w:t>
      </w:r>
      <w:r w:rsidR="009C3A3A" w:rsidRPr="009210F4">
        <w:rPr>
          <w:rFonts w:asciiTheme="majorHAnsi" w:hAnsiTheme="majorHAnsi" w:cstheme="majorHAnsi"/>
        </w:rPr>
        <w:t>grandnephew</w:t>
      </w:r>
      <w:r w:rsidRPr="009210F4">
        <w:rPr>
          <w:rFonts w:asciiTheme="majorHAnsi" w:hAnsiTheme="majorHAnsi" w:cstheme="majorHAnsi"/>
        </w:rPr>
        <w:t xml:space="preserve">. </w:t>
      </w:r>
      <w:r w:rsidR="009C3A3A" w:rsidRPr="009210F4">
        <w:rPr>
          <w:rFonts w:asciiTheme="majorHAnsi" w:hAnsiTheme="majorHAnsi" w:cstheme="majorHAnsi"/>
        </w:rPr>
        <w:t>So,</w:t>
      </w:r>
      <w:r w:rsidRPr="009210F4">
        <w:rPr>
          <w:rFonts w:asciiTheme="majorHAnsi" w:hAnsiTheme="majorHAnsi" w:cstheme="majorHAnsi"/>
        </w:rPr>
        <w:t xml:space="preserve"> t</w:t>
      </w:r>
      <w:r w:rsidR="00F7615C" w:rsidRPr="009210F4">
        <w:rPr>
          <w:rFonts w:asciiTheme="majorHAnsi" w:hAnsiTheme="majorHAnsi" w:cstheme="majorHAnsi"/>
        </w:rPr>
        <w:t xml:space="preserve">his guy is the first of the </w:t>
      </w:r>
      <w:r w:rsidR="009C3A3A" w:rsidRPr="009210F4">
        <w:rPr>
          <w:rFonts w:asciiTheme="majorHAnsi" w:hAnsiTheme="majorHAnsi" w:cstheme="majorHAnsi"/>
        </w:rPr>
        <w:t>Mansa’s</w:t>
      </w:r>
      <w:r w:rsidR="00F7615C" w:rsidRPr="009210F4">
        <w:rPr>
          <w:rFonts w:asciiTheme="majorHAnsi" w:hAnsiTheme="majorHAnsi" w:cstheme="majorHAnsi"/>
        </w:rPr>
        <w:t xml:space="preserve"> which was King of all kings. Yeah, so, Mansa Musa is widely accepted to be like the richest person who has ever, ever lived. Much </w:t>
      </w:r>
      <w:r w:rsidR="00CB592A" w:rsidRPr="009210F4">
        <w:rPr>
          <w:rFonts w:asciiTheme="majorHAnsi" w:hAnsiTheme="majorHAnsi" w:cstheme="majorHAnsi"/>
        </w:rPr>
        <w:t xml:space="preserve">of that </w:t>
      </w:r>
      <w:r w:rsidR="00F7615C" w:rsidRPr="009210F4">
        <w:rPr>
          <w:rFonts w:asciiTheme="majorHAnsi" w:hAnsiTheme="majorHAnsi" w:cstheme="majorHAnsi"/>
        </w:rPr>
        <w:t xml:space="preserve">down to the foundations </w:t>
      </w:r>
      <w:r w:rsidR="00F7615C" w:rsidRPr="009C3A3A">
        <w:rPr>
          <w:rFonts w:ascii="Calibri" w:hAnsi="Calibri" w:cs="Calibri"/>
        </w:rPr>
        <w:t xml:space="preserve">that </w:t>
      </w:r>
      <w:r w:rsidR="00CB592A" w:rsidRPr="009C3A3A">
        <w:rPr>
          <w:rFonts w:ascii="Calibri" w:hAnsi="Calibri" w:cs="Calibri"/>
        </w:rPr>
        <w:t>Sundiata</w:t>
      </w:r>
      <w:r w:rsidR="00D23E9C" w:rsidRPr="009C3A3A">
        <w:rPr>
          <w:rFonts w:ascii="Calibri" w:hAnsi="Calibri" w:cs="Calibri"/>
        </w:rPr>
        <w:t xml:space="preserve"> </w:t>
      </w:r>
      <w:r w:rsidR="00F7615C" w:rsidRPr="009C3A3A">
        <w:rPr>
          <w:rFonts w:ascii="Calibri" w:hAnsi="Calibri" w:cs="Calibri"/>
        </w:rPr>
        <w:t>put</w:t>
      </w:r>
      <w:r w:rsidR="00F7615C" w:rsidRPr="009210F4">
        <w:rPr>
          <w:rFonts w:asciiTheme="majorHAnsi" w:hAnsiTheme="majorHAnsi" w:cstheme="majorHAnsi"/>
        </w:rPr>
        <w:t xml:space="preserve"> down for the Mali Empire. So yeah, Mansa Musa was so rich, he went on his pilgrimage to Mecca, he went to do the </w:t>
      </w:r>
      <w:r w:rsidR="00CB592A" w:rsidRPr="009210F4">
        <w:rPr>
          <w:rFonts w:asciiTheme="majorHAnsi" w:hAnsiTheme="majorHAnsi" w:cstheme="majorHAnsi"/>
        </w:rPr>
        <w:t>Hajj</w:t>
      </w:r>
      <w:r w:rsidR="00F7615C" w:rsidRPr="009210F4">
        <w:rPr>
          <w:rFonts w:asciiTheme="majorHAnsi" w:hAnsiTheme="majorHAnsi" w:cstheme="majorHAnsi"/>
        </w:rPr>
        <w:t xml:space="preserve">, and he </w:t>
      </w:r>
      <w:r w:rsidR="009210F4" w:rsidRPr="009210F4">
        <w:rPr>
          <w:rFonts w:asciiTheme="majorHAnsi" w:hAnsiTheme="majorHAnsi" w:cstheme="majorHAnsi"/>
        </w:rPr>
        <w:t>took</w:t>
      </w:r>
      <w:r w:rsidR="00F7615C" w:rsidRPr="009210F4">
        <w:rPr>
          <w:rFonts w:asciiTheme="majorHAnsi" w:hAnsiTheme="majorHAnsi" w:cstheme="majorHAnsi"/>
        </w:rPr>
        <w:t xml:space="preserve"> with him and spent so much gold in Egypt, that he destabilise</w:t>
      </w:r>
      <w:r w:rsidR="00CB592A" w:rsidRPr="009210F4">
        <w:rPr>
          <w:rFonts w:asciiTheme="majorHAnsi" w:hAnsiTheme="majorHAnsi" w:cstheme="majorHAnsi"/>
        </w:rPr>
        <w:t>d</w:t>
      </w:r>
      <w:r w:rsidR="00F7615C" w:rsidRPr="009210F4">
        <w:rPr>
          <w:rFonts w:asciiTheme="majorHAnsi" w:hAnsiTheme="majorHAnsi" w:cstheme="majorHAnsi"/>
        </w:rPr>
        <w:t xml:space="preserve"> the economy of the entire region for decades</w:t>
      </w:r>
      <w:r w:rsidR="00C81346" w:rsidRPr="009210F4">
        <w:rPr>
          <w:rFonts w:asciiTheme="majorHAnsi" w:hAnsiTheme="majorHAnsi" w:cstheme="majorHAnsi"/>
        </w:rPr>
        <w:t xml:space="preserve"> {laughter} </w:t>
      </w:r>
    </w:p>
    <w:p w14:paraId="0AFF30C3" w14:textId="77777777" w:rsidR="00991E93" w:rsidRPr="009210F4" w:rsidRDefault="00991E93" w:rsidP="009210F4">
      <w:pPr>
        <w:pStyle w:val="NoSpacing"/>
        <w:rPr>
          <w:rFonts w:asciiTheme="majorHAnsi" w:hAnsiTheme="majorHAnsi" w:cstheme="majorHAnsi"/>
        </w:rPr>
      </w:pPr>
    </w:p>
    <w:p w14:paraId="7AFE59FD" w14:textId="113B932E"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Lucy</w:t>
      </w:r>
      <w:r w:rsidR="00D23E9C" w:rsidRPr="009210F4">
        <w:rPr>
          <w:rFonts w:asciiTheme="majorHAnsi" w:hAnsiTheme="majorHAnsi" w:cstheme="majorHAnsi"/>
        </w:rPr>
        <w:t xml:space="preserve"> </w:t>
      </w:r>
      <w:r w:rsidRPr="009210F4">
        <w:rPr>
          <w:rFonts w:asciiTheme="majorHAnsi" w:hAnsiTheme="majorHAnsi" w:cstheme="majorHAnsi"/>
        </w:rPr>
        <w:t>50:30</w:t>
      </w:r>
    </w:p>
    <w:p w14:paraId="0ACF451C" w14:textId="5F5532C8" w:rsidR="00991E93" w:rsidRPr="009210F4" w:rsidRDefault="00C81346" w:rsidP="009210F4">
      <w:pPr>
        <w:pStyle w:val="NoSpacing"/>
        <w:rPr>
          <w:rFonts w:asciiTheme="majorHAnsi" w:hAnsiTheme="majorHAnsi" w:cstheme="majorHAnsi"/>
        </w:rPr>
      </w:pPr>
      <w:r w:rsidRPr="009210F4">
        <w:rPr>
          <w:rFonts w:asciiTheme="majorHAnsi" w:hAnsiTheme="majorHAnsi" w:cstheme="majorHAnsi"/>
        </w:rPr>
        <w:t>Sounds a bit like m</w:t>
      </w:r>
      <w:r w:rsidR="00F7615C" w:rsidRPr="009210F4">
        <w:rPr>
          <w:rFonts w:asciiTheme="majorHAnsi" w:hAnsiTheme="majorHAnsi" w:cstheme="majorHAnsi"/>
        </w:rPr>
        <w:t>e on a trip</w:t>
      </w:r>
      <w:r w:rsidRPr="009210F4">
        <w:rPr>
          <w:rFonts w:asciiTheme="majorHAnsi" w:hAnsiTheme="majorHAnsi" w:cstheme="majorHAnsi"/>
        </w:rPr>
        <w:t xml:space="preserve"> to Primark, to be fair</w:t>
      </w:r>
      <w:r w:rsidR="00D23E9C" w:rsidRPr="009210F4">
        <w:rPr>
          <w:rFonts w:asciiTheme="majorHAnsi" w:hAnsiTheme="majorHAnsi" w:cstheme="majorHAnsi"/>
        </w:rPr>
        <w:t xml:space="preserve"> </w:t>
      </w:r>
    </w:p>
    <w:p w14:paraId="4C9B02EF" w14:textId="77777777" w:rsidR="00991E93" w:rsidRPr="009210F4" w:rsidRDefault="00991E93" w:rsidP="009210F4">
      <w:pPr>
        <w:pStyle w:val="NoSpacing"/>
        <w:rPr>
          <w:rFonts w:asciiTheme="majorHAnsi" w:hAnsiTheme="majorHAnsi" w:cstheme="majorHAnsi"/>
        </w:rPr>
      </w:pPr>
    </w:p>
    <w:p w14:paraId="71CC7AC4" w14:textId="3E93DF3A"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Daisy</w:t>
      </w:r>
      <w:r w:rsidR="00D23E9C" w:rsidRPr="009210F4">
        <w:rPr>
          <w:rFonts w:asciiTheme="majorHAnsi" w:hAnsiTheme="majorHAnsi" w:cstheme="majorHAnsi"/>
        </w:rPr>
        <w:t xml:space="preserve"> </w:t>
      </w:r>
      <w:r w:rsidRPr="009210F4">
        <w:rPr>
          <w:rFonts w:asciiTheme="majorHAnsi" w:hAnsiTheme="majorHAnsi" w:cstheme="majorHAnsi"/>
        </w:rPr>
        <w:t>50:33</w:t>
      </w:r>
    </w:p>
    <w:p w14:paraId="4C8E9947" w14:textId="4FC69D26" w:rsidR="00991E93" w:rsidRPr="009210F4" w:rsidRDefault="00A84ECF" w:rsidP="009210F4">
      <w:pPr>
        <w:pStyle w:val="NoSpacing"/>
        <w:rPr>
          <w:rFonts w:asciiTheme="majorHAnsi" w:hAnsiTheme="majorHAnsi" w:cstheme="majorHAnsi"/>
        </w:rPr>
      </w:pPr>
      <w:r w:rsidRPr="009210F4">
        <w:rPr>
          <w:rFonts w:asciiTheme="majorHAnsi" w:hAnsiTheme="majorHAnsi" w:cstheme="majorHAnsi"/>
        </w:rPr>
        <w:t>Cos it was</w:t>
      </w:r>
      <w:r w:rsidR="00D23E9C" w:rsidRPr="009210F4">
        <w:rPr>
          <w:rFonts w:asciiTheme="majorHAnsi" w:hAnsiTheme="majorHAnsi" w:cstheme="majorHAnsi"/>
        </w:rPr>
        <w:t xml:space="preserve"> </w:t>
      </w:r>
      <w:r w:rsidR="00F7615C" w:rsidRPr="009210F4">
        <w:rPr>
          <w:rFonts w:asciiTheme="majorHAnsi" w:hAnsiTheme="majorHAnsi" w:cstheme="majorHAnsi"/>
        </w:rPr>
        <w:t xml:space="preserve">more </w:t>
      </w:r>
      <w:r w:rsidRPr="009210F4">
        <w:rPr>
          <w:rFonts w:asciiTheme="majorHAnsi" w:hAnsiTheme="majorHAnsi" w:cstheme="majorHAnsi"/>
        </w:rPr>
        <w:t xml:space="preserve">gold </w:t>
      </w:r>
      <w:r w:rsidR="00F7615C" w:rsidRPr="009210F4">
        <w:rPr>
          <w:rFonts w:asciiTheme="majorHAnsi" w:hAnsiTheme="majorHAnsi" w:cstheme="majorHAnsi"/>
        </w:rPr>
        <w:t>than they knew what to do with. So, like gold just completely devalued, because all of a sudden, everyone had loads of it.</w:t>
      </w:r>
    </w:p>
    <w:p w14:paraId="159B1E2D" w14:textId="77777777" w:rsidR="00991E93" w:rsidRPr="009210F4" w:rsidRDefault="00991E93" w:rsidP="009210F4">
      <w:pPr>
        <w:pStyle w:val="NoSpacing"/>
        <w:rPr>
          <w:rFonts w:asciiTheme="majorHAnsi" w:hAnsiTheme="majorHAnsi" w:cstheme="majorHAnsi"/>
        </w:rPr>
      </w:pPr>
    </w:p>
    <w:p w14:paraId="7AE14E9B" w14:textId="6F050CF2" w:rsidR="00991E93" w:rsidRPr="009210F4" w:rsidRDefault="00820759" w:rsidP="009210F4">
      <w:pPr>
        <w:pStyle w:val="NoSpacing"/>
        <w:rPr>
          <w:rFonts w:asciiTheme="majorHAnsi" w:hAnsiTheme="majorHAnsi" w:cstheme="majorHAnsi"/>
        </w:rPr>
      </w:pPr>
      <w:r w:rsidRPr="009210F4">
        <w:rPr>
          <w:rFonts w:asciiTheme="majorHAnsi" w:hAnsiTheme="majorHAnsi" w:cstheme="majorHAnsi"/>
        </w:rPr>
        <w:t xml:space="preserve">Kimmy </w:t>
      </w:r>
      <w:r w:rsidR="00F7615C" w:rsidRPr="009210F4">
        <w:rPr>
          <w:rFonts w:asciiTheme="majorHAnsi" w:hAnsiTheme="majorHAnsi" w:cstheme="majorHAnsi"/>
        </w:rPr>
        <w:t>50:42</w:t>
      </w:r>
    </w:p>
    <w:p w14:paraId="30917B3C" w14:textId="77777777"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When I go online shopping</w:t>
      </w:r>
    </w:p>
    <w:p w14:paraId="58316810" w14:textId="77777777" w:rsidR="00991E93" w:rsidRPr="009210F4" w:rsidRDefault="00991E93" w:rsidP="009210F4">
      <w:pPr>
        <w:pStyle w:val="NoSpacing"/>
        <w:rPr>
          <w:rFonts w:asciiTheme="majorHAnsi" w:hAnsiTheme="majorHAnsi" w:cstheme="majorHAnsi"/>
        </w:rPr>
      </w:pPr>
    </w:p>
    <w:p w14:paraId="7A7221A6" w14:textId="19CB8AB4"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Daisy</w:t>
      </w:r>
      <w:r w:rsidR="00D23E9C" w:rsidRPr="009210F4">
        <w:rPr>
          <w:rFonts w:asciiTheme="majorHAnsi" w:hAnsiTheme="majorHAnsi" w:cstheme="majorHAnsi"/>
        </w:rPr>
        <w:t xml:space="preserve"> </w:t>
      </w:r>
      <w:r w:rsidRPr="009210F4">
        <w:rPr>
          <w:rFonts w:asciiTheme="majorHAnsi" w:hAnsiTheme="majorHAnsi" w:cstheme="majorHAnsi"/>
        </w:rPr>
        <w:t>50:46</w:t>
      </w:r>
    </w:p>
    <w:p w14:paraId="551297F6" w14:textId="2FCEA177" w:rsidR="00A84ECF" w:rsidRPr="009210F4" w:rsidRDefault="00A84ECF" w:rsidP="009210F4">
      <w:pPr>
        <w:pStyle w:val="NoSpacing"/>
        <w:rPr>
          <w:rFonts w:asciiTheme="majorHAnsi" w:hAnsiTheme="majorHAnsi" w:cstheme="majorHAnsi"/>
        </w:rPr>
      </w:pPr>
      <w:r w:rsidRPr="009210F4">
        <w:rPr>
          <w:rFonts w:asciiTheme="majorHAnsi" w:hAnsiTheme="majorHAnsi" w:cstheme="majorHAnsi"/>
        </w:rPr>
        <w:t xml:space="preserve">Yeah, it’s </w:t>
      </w:r>
      <w:r w:rsidR="00F7615C" w:rsidRPr="009210F4">
        <w:rPr>
          <w:rFonts w:asciiTheme="majorHAnsi" w:hAnsiTheme="majorHAnsi" w:cstheme="majorHAnsi"/>
        </w:rPr>
        <w:t>basically so</w:t>
      </w:r>
      <w:r w:rsidR="009C3A3A">
        <w:rPr>
          <w:rFonts w:asciiTheme="majorHAnsi" w:hAnsiTheme="majorHAnsi" w:cstheme="majorHAnsi"/>
        </w:rPr>
        <w:t>,</w:t>
      </w:r>
      <w:r w:rsidRPr="009210F4">
        <w:rPr>
          <w:rFonts w:asciiTheme="majorHAnsi" w:hAnsiTheme="majorHAnsi" w:cstheme="majorHAnsi"/>
        </w:rPr>
        <w:t xml:space="preserve"> </w:t>
      </w:r>
      <w:r w:rsidRPr="009C3A3A">
        <w:rPr>
          <w:rFonts w:ascii="Calibri" w:hAnsi="Calibri" w:cs="Calibri"/>
        </w:rPr>
        <w:t>so, Sundiata</w:t>
      </w:r>
      <w:r w:rsidR="00D23E9C" w:rsidRPr="009C3A3A">
        <w:rPr>
          <w:rFonts w:ascii="Calibri" w:hAnsi="Calibri" w:cs="Calibri"/>
        </w:rPr>
        <w:t xml:space="preserve"> </w:t>
      </w:r>
      <w:r w:rsidRPr="009C3A3A">
        <w:rPr>
          <w:rFonts w:ascii="Calibri" w:hAnsi="Calibri" w:cs="Calibri"/>
        </w:rPr>
        <w:t>basically</w:t>
      </w:r>
      <w:r w:rsidRPr="009210F4">
        <w:rPr>
          <w:rFonts w:asciiTheme="majorHAnsi" w:hAnsiTheme="majorHAnsi" w:cstheme="majorHAnsi"/>
        </w:rPr>
        <w:t xml:space="preserve"> didn’t </w:t>
      </w:r>
      <w:r w:rsidR="00F7615C" w:rsidRPr="009210F4">
        <w:rPr>
          <w:rFonts w:asciiTheme="majorHAnsi" w:hAnsiTheme="majorHAnsi" w:cstheme="majorHAnsi"/>
        </w:rPr>
        <w:t xml:space="preserve">personally go and you know, conquer any more land to spread out, but a lot of his generals did, </w:t>
      </w:r>
      <w:r w:rsidRPr="009210F4">
        <w:rPr>
          <w:rFonts w:asciiTheme="majorHAnsi" w:hAnsiTheme="majorHAnsi" w:cstheme="majorHAnsi"/>
        </w:rPr>
        <w:t xml:space="preserve">so </w:t>
      </w:r>
      <w:r w:rsidR="00F7615C" w:rsidRPr="009210F4">
        <w:rPr>
          <w:rFonts w:asciiTheme="majorHAnsi" w:hAnsiTheme="majorHAnsi" w:cstheme="majorHAnsi"/>
        </w:rPr>
        <w:t xml:space="preserve">he's considered like an incredibly good Emperor, because, you know, essentially, he delegated. </w:t>
      </w:r>
      <w:r w:rsidRPr="009210F4">
        <w:rPr>
          <w:rFonts w:asciiTheme="majorHAnsi" w:hAnsiTheme="majorHAnsi" w:cstheme="majorHAnsi"/>
        </w:rPr>
        <w:t xml:space="preserve">You know, </w:t>
      </w:r>
      <w:r w:rsidR="00F7615C" w:rsidRPr="009210F4">
        <w:rPr>
          <w:rFonts w:asciiTheme="majorHAnsi" w:hAnsiTheme="majorHAnsi" w:cstheme="majorHAnsi"/>
        </w:rPr>
        <w:t>he knew what he was good at</w:t>
      </w:r>
      <w:r w:rsidRPr="009210F4">
        <w:rPr>
          <w:rFonts w:asciiTheme="majorHAnsi" w:hAnsiTheme="majorHAnsi" w:cstheme="majorHAnsi"/>
        </w:rPr>
        <w:t xml:space="preserve"> a</w:t>
      </w:r>
      <w:r w:rsidR="00F7615C" w:rsidRPr="009210F4">
        <w:rPr>
          <w:rFonts w:asciiTheme="majorHAnsi" w:hAnsiTheme="majorHAnsi" w:cstheme="majorHAnsi"/>
        </w:rPr>
        <w:t>nd he knew other people were good at</w:t>
      </w:r>
    </w:p>
    <w:p w14:paraId="287B7AA4" w14:textId="77777777" w:rsidR="009C3A3A" w:rsidRDefault="009C3A3A" w:rsidP="009210F4">
      <w:pPr>
        <w:pStyle w:val="NoSpacing"/>
        <w:rPr>
          <w:rFonts w:asciiTheme="majorHAnsi" w:hAnsiTheme="majorHAnsi" w:cstheme="majorHAnsi"/>
        </w:rPr>
      </w:pPr>
    </w:p>
    <w:p w14:paraId="78AF99AD" w14:textId="77777777" w:rsidR="009C3A3A" w:rsidRDefault="00820759" w:rsidP="009210F4">
      <w:pPr>
        <w:pStyle w:val="NoSpacing"/>
        <w:rPr>
          <w:rFonts w:asciiTheme="majorHAnsi" w:hAnsiTheme="majorHAnsi" w:cstheme="majorHAnsi"/>
        </w:rPr>
      </w:pPr>
      <w:r w:rsidRPr="009210F4">
        <w:rPr>
          <w:rFonts w:asciiTheme="majorHAnsi" w:hAnsiTheme="majorHAnsi" w:cstheme="majorHAnsi"/>
        </w:rPr>
        <w:t>Kimmy:</w:t>
      </w:r>
      <w:r w:rsidR="00A84ECF" w:rsidRPr="009210F4">
        <w:rPr>
          <w:rFonts w:asciiTheme="majorHAnsi" w:hAnsiTheme="majorHAnsi" w:cstheme="majorHAnsi"/>
        </w:rPr>
        <w:t xml:space="preserve"> That’s leadership</w:t>
      </w:r>
      <w:r w:rsidR="00D23E9C" w:rsidRPr="009210F4">
        <w:rPr>
          <w:rFonts w:asciiTheme="majorHAnsi" w:hAnsiTheme="majorHAnsi" w:cstheme="majorHAnsi"/>
        </w:rPr>
        <w:t xml:space="preserve"> </w:t>
      </w:r>
    </w:p>
    <w:p w14:paraId="4BDBE267" w14:textId="77777777" w:rsidR="009C3A3A" w:rsidRDefault="009C3A3A" w:rsidP="009210F4">
      <w:pPr>
        <w:pStyle w:val="NoSpacing"/>
        <w:rPr>
          <w:rFonts w:asciiTheme="majorHAnsi" w:hAnsiTheme="majorHAnsi" w:cstheme="majorHAnsi"/>
        </w:rPr>
      </w:pPr>
    </w:p>
    <w:p w14:paraId="0781D678" w14:textId="204A31FB" w:rsidR="00991E93" w:rsidRPr="009210F4" w:rsidRDefault="00A84ECF" w:rsidP="009210F4">
      <w:pPr>
        <w:pStyle w:val="NoSpacing"/>
        <w:rPr>
          <w:rFonts w:asciiTheme="majorHAnsi" w:hAnsiTheme="majorHAnsi" w:cstheme="majorHAnsi"/>
        </w:rPr>
      </w:pPr>
      <w:r w:rsidRPr="009210F4">
        <w:rPr>
          <w:rFonts w:asciiTheme="majorHAnsi" w:hAnsiTheme="majorHAnsi" w:cstheme="majorHAnsi"/>
        </w:rPr>
        <w:t xml:space="preserve">Daisy: </w:t>
      </w:r>
      <w:r w:rsidR="00F7615C" w:rsidRPr="009210F4">
        <w:rPr>
          <w:rFonts w:asciiTheme="majorHAnsi" w:hAnsiTheme="majorHAnsi" w:cstheme="majorHAnsi"/>
        </w:rPr>
        <w:t xml:space="preserve">Yeah. And like, they spread out really far and wide, including, like, over the gold fields </w:t>
      </w:r>
      <w:r w:rsidRPr="009210F4">
        <w:rPr>
          <w:rFonts w:asciiTheme="majorHAnsi" w:hAnsiTheme="majorHAnsi" w:cstheme="majorHAnsi"/>
        </w:rPr>
        <w:t xml:space="preserve">and </w:t>
      </w:r>
      <w:r w:rsidR="00F7615C" w:rsidRPr="009210F4">
        <w:rPr>
          <w:rFonts w:asciiTheme="majorHAnsi" w:hAnsiTheme="majorHAnsi" w:cstheme="majorHAnsi"/>
        </w:rPr>
        <w:t xml:space="preserve">the copper fields. So soon, kind of all of the areas where he would mine gold in that area, worked under his control, </w:t>
      </w:r>
      <w:r w:rsidRPr="009210F4">
        <w:rPr>
          <w:rFonts w:asciiTheme="majorHAnsi" w:hAnsiTheme="majorHAnsi" w:cstheme="majorHAnsi"/>
        </w:rPr>
        <w:t>and were his. T</w:t>
      </w:r>
      <w:r w:rsidR="00F7615C" w:rsidRPr="009210F4">
        <w:rPr>
          <w:rFonts w:asciiTheme="majorHAnsi" w:hAnsiTheme="majorHAnsi" w:cstheme="majorHAnsi"/>
        </w:rPr>
        <w:t>hen, you know, it all became like a trading, Empire type</w:t>
      </w:r>
      <w:r w:rsidR="007B7D01" w:rsidRPr="009210F4">
        <w:rPr>
          <w:rFonts w:asciiTheme="majorHAnsi" w:hAnsiTheme="majorHAnsi" w:cstheme="majorHAnsi"/>
        </w:rPr>
        <w:t xml:space="preserve"> </w:t>
      </w:r>
      <w:r w:rsidRPr="009210F4">
        <w:rPr>
          <w:rFonts w:asciiTheme="majorHAnsi" w:hAnsiTheme="majorHAnsi" w:cstheme="majorHAnsi"/>
        </w:rPr>
        <w:t>place,</w:t>
      </w:r>
      <w:r w:rsidR="007B7D01" w:rsidRPr="009210F4">
        <w:rPr>
          <w:rFonts w:asciiTheme="majorHAnsi" w:hAnsiTheme="majorHAnsi" w:cstheme="majorHAnsi"/>
        </w:rPr>
        <w:t xml:space="preserve"> </w:t>
      </w:r>
      <w:r w:rsidRPr="009210F4">
        <w:rPr>
          <w:rFonts w:asciiTheme="majorHAnsi" w:hAnsiTheme="majorHAnsi" w:cstheme="majorHAnsi"/>
        </w:rPr>
        <w:t>there are</w:t>
      </w:r>
      <w:r w:rsidR="00D23E9C" w:rsidRPr="009210F4">
        <w:rPr>
          <w:rFonts w:asciiTheme="majorHAnsi" w:hAnsiTheme="majorHAnsi" w:cstheme="majorHAnsi"/>
        </w:rPr>
        <w:t xml:space="preserve"> </w:t>
      </w:r>
      <w:r w:rsidR="00F7615C" w:rsidRPr="009210F4">
        <w:rPr>
          <w:rFonts w:asciiTheme="majorHAnsi" w:hAnsiTheme="majorHAnsi" w:cstheme="majorHAnsi"/>
        </w:rPr>
        <w:t xml:space="preserve">all sorts of people there. </w:t>
      </w:r>
      <w:r w:rsidR="009C3A3A" w:rsidRPr="009210F4">
        <w:rPr>
          <w:rFonts w:asciiTheme="majorHAnsi" w:hAnsiTheme="majorHAnsi" w:cstheme="majorHAnsi"/>
        </w:rPr>
        <w:t>So,</w:t>
      </w:r>
      <w:r w:rsidR="00F7615C" w:rsidRPr="009210F4">
        <w:rPr>
          <w:rFonts w:asciiTheme="majorHAnsi" w:hAnsiTheme="majorHAnsi" w:cstheme="majorHAnsi"/>
        </w:rPr>
        <w:t xml:space="preserve"> these big cities where all of the trading happened, a lot of</w:t>
      </w:r>
      <w:r w:rsidR="007B7D01" w:rsidRPr="009210F4">
        <w:rPr>
          <w:rFonts w:asciiTheme="majorHAnsi" w:hAnsiTheme="majorHAnsi" w:cstheme="majorHAnsi"/>
        </w:rPr>
        <w:t>, like,</w:t>
      </w:r>
      <w:r w:rsidR="00D23E9C" w:rsidRPr="009210F4">
        <w:rPr>
          <w:rFonts w:asciiTheme="majorHAnsi" w:hAnsiTheme="majorHAnsi" w:cstheme="majorHAnsi"/>
        </w:rPr>
        <w:t xml:space="preserve"> </w:t>
      </w:r>
      <w:r w:rsidR="00F7615C" w:rsidRPr="009210F4">
        <w:rPr>
          <w:rFonts w:asciiTheme="majorHAnsi" w:hAnsiTheme="majorHAnsi" w:cstheme="majorHAnsi"/>
        </w:rPr>
        <w:t xml:space="preserve">Arab traders coming by and they all crossed over in these particular cities. </w:t>
      </w:r>
      <w:r w:rsidR="009C3A3A" w:rsidRPr="009210F4">
        <w:rPr>
          <w:rFonts w:asciiTheme="majorHAnsi" w:hAnsiTheme="majorHAnsi" w:cstheme="majorHAnsi"/>
        </w:rPr>
        <w:t>So,</w:t>
      </w:r>
      <w:r w:rsidR="00F7615C" w:rsidRPr="009210F4">
        <w:rPr>
          <w:rFonts w:asciiTheme="majorHAnsi" w:hAnsiTheme="majorHAnsi" w:cstheme="majorHAnsi"/>
        </w:rPr>
        <w:t xml:space="preserve"> like I just said</w:t>
      </w:r>
      <w:r w:rsidR="007B7D01" w:rsidRPr="009210F4">
        <w:rPr>
          <w:rFonts w:asciiTheme="majorHAnsi" w:hAnsiTheme="majorHAnsi" w:cstheme="majorHAnsi"/>
        </w:rPr>
        <w:t>,</w:t>
      </w:r>
      <w:r w:rsidR="00F7615C" w:rsidRPr="009210F4">
        <w:rPr>
          <w:rFonts w:asciiTheme="majorHAnsi" w:hAnsiTheme="majorHAnsi" w:cstheme="majorHAnsi"/>
        </w:rPr>
        <w:t xml:space="preserve"> Mansa Musa Did, did the</w:t>
      </w:r>
      <w:r w:rsidR="007B7D01" w:rsidRPr="009210F4">
        <w:rPr>
          <w:rFonts w:asciiTheme="majorHAnsi" w:hAnsiTheme="majorHAnsi" w:cstheme="majorHAnsi"/>
        </w:rPr>
        <w:t xml:space="preserve"> Hajj</w:t>
      </w:r>
      <w:r w:rsidR="00F7615C" w:rsidRPr="009210F4">
        <w:rPr>
          <w:rFonts w:asciiTheme="majorHAnsi" w:hAnsiTheme="majorHAnsi" w:cstheme="majorHAnsi"/>
        </w:rPr>
        <w:t xml:space="preserve">, he did his pilgrimage to Mecca. </w:t>
      </w:r>
      <w:r w:rsidR="009C3A3A" w:rsidRPr="009210F4">
        <w:rPr>
          <w:rFonts w:asciiTheme="majorHAnsi" w:hAnsiTheme="majorHAnsi" w:cstheme="majorHAnsi"/>
        </w:rPr>
        <w:t>So,</w:t>
      </w:r>
      <w:r w:rsidR="00F7615C" w:rsidRPr="009210F4">
        <w:rPr>
          <w:rFonts w:asciiTheme="majorHAnsi" w:hAnsiTheme="majorHAnsi" w:cstheme="majorHAnsi"/>
        </w:rPr>
        <w:t xml:space="preserve"> he was Muslim.</w:t>
      </w:r>
    </w:p>
    <w:p w14:paraId="1B0D6222" w14:textId="77777777" w:rsidR="00991E93" w:rsidRPr="009210F4" w:rsidRDefault="00991E93" w:rsidP="009210F4">
      <w:pPr>
        <w:pStyle w:val="NoSpacing"/>
        <w:rPr>
          <w:rFonts w:asciiTheme="majorHAnsi" w:hAnsiTheme="majorHAnsi" w:cstheme="majorHAnsi"/>
        </w:rPr>
      </w:pPr>
    </w:p>
    <w:p w14:paraId="6B7A7017" w14:textId="006ED042"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Alice</w:t>
      </w:r>
      <w:r w:rsidR="00D23E9C" w:rsidRPr="009210F4">
        <w:rPr>
          <w:rFonts w:asciiTheme="majorHAnsi" w:hAnsiTheme="majorHAnsi" w:cstheme="majorHAnsi"/>
        </w:rPr>
        <w:t xml:space="preserve"> </w:t>
      </w:r>
      <w:r w:rsidRPr="009210F4">
        <w:rPr>
          <w:rFonts w:asciiTheme="majorHAnsi" w:hAnsiTheme="majorHAnsi" w:cstheme="majorHAnsi"/>
        </w:rPr>
        <w:t>51:53</w:t>
      </w:r>
    </w:p>
    <w:p w14:paraId="532B15F8" w14:textId="28251C98"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I was just wondering where that</w:t>
      </w:r>
      <w:r w:rsidR="007B7D01" w:rsidRPr="009210F4">
        <w:rPr>
          <w:rFonts w:asciiTheme="majorHAnsi" w:hAnsiTheme="majorHAnsi" w:cstheme="majorHAnsi"/>
        </w:rPr>
        <w:t>,</w:t>
      </w:r>
      <w:r w:rsidRPr="009210F4">
        <w:rPr>
          <w:rFonts w:asciiTheme="majorHAnsi" w:hAnsiTheme="majorHAnsi" w:cstheme="majorHAnsi"/>
        </w:rPr>
        <w:t xml:space="preserve"> obviously because you </w:t>
      </w:r>
      <w:r w:rsidR="007B7D01" w:rsidRPr="009210F4">
        <w:rPr>
          <w:rFonts w:asciiTheme="majorHAnsi" w:hAnsiTheme="majorHAnsi" w:cstheme="majorHAnsi"/>
        </w:rPr>
        <w:t xml:space="preserve">were </w:t>
      </w:r>
      <w:r w:rsidRPr="009210F4">
        <w:rPr>
          <w:rFonts w:asciiTheme="majorHAnsi" w:hAnsiTheme="majorHAnsi" w:cstheme="majorHAnsi"/>
        </w:rPr>
        <w:t>talking about a more traditional religion</w:t>
      </w:r>
    </w:p>
    <w:p w14:paraId="36F6AF6C" w14:textId="77777777" w:rsidR="00991E93" w:rsidRPr="009210F4" w:rsidRDefault="00991E93" w:rsidP="009210F4">
      <w:pPr>
        <w:pStyle w:val="NoSpacing"/>
        <w:rPr>
          <w:rFonts w:asciiTheme="majorHAnsi" w:hAnsiTheme="majorHAnsi" w:cstheme="majorHAnsi"/>
        </w:rPr>
      </w:pPr>
    </w:p>
    <w:p w14:paraId="30B4A464" w14:textId="243A1436"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Daisy</w:t>
      </w:r>
      <w:r w:rsidR="00D23E9C" w:rsidRPr="009210F4">
        <w:rPr>
          <w:rFonts w:asciiTheme="majorHAnsi" w:hAnsiTheme="majorHAnsi" w:cstheme="majorHAnsi"/>
        </w:rPr>
        <w:t xml:space="preserve"> </w:t>
      </w:r>
      <w:r w:rsidRPr="009210F4">
        <w:rPr>
          <w:rFonts w:asciiTheme="majorHAnsi" w:hAnsiTheme="majorHAnsi" w:cstheme="majorHAnsi"/>
        </w:rPr>
        <w:t>51:59</w:t>
      </w:r>
    </w:p>
    <w:p w14:paraId="0C9208A9" w14:textId="4177789B"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 xml:space="preserve">Yeah. </w:t>
      </w:r>
      <w:r w:rsidR="009C3A3A" w:rsidRPr="009210F4">
        <w:rPr>
          <w:rFonts w:asciiTheme="majorHAnsi" w:hAnsiTheme="majorHAnsi" w:cstheme="majorHAnsi"/>
        </w:rPr>
        <w:t>So,</w:t>
      </w:r>
      <w:r w:rsidRPr="009210F4">
        <w:rPr>
          <w:rFonts w:asciiTheme="majorHAnsi" w:hAnsiTheme="majorHAnsi" w:cstheme="majorHAnsi"/>
        </w:rPr>
        <w:t xml:space="preserve"> </w:t>
      </w:r>
      <w:r w:rsidRPr="009C3A3A">
        <w:rPr>
          <w:rFonts w:ascii="Calibri" w:hAnsi="Calibri" w:cs="Calibri"/>
        </w:rPr>
        <w:t xml:space="preserve">whether </w:t>
      </w:r>
      <w:r w:rsidR="007B7D01" w:rsidRPr="009C3A3A">
        <w:rPr>
          <w:rFonts w:ascii="Calibri" w:hAnsi="Calibri" w:cs="Calibri"/>
        </w:rPr>
        <w:t>Sundiata</w:t>
      </w:r>
      <w:r w:rsidR="00D23E9C" w:rsidRPr="009C3A3A">
        <w:rPr>
          <w:rFonts w:ascii="Calibri" w:hAnsi="Calibri" w:cs="Calibri"/>
        </w:rPr>
        <w:t xml:space="preserve"> </w:t>
      </w:r>
      <w:r w:rsidRPr="009C3A3A">
        <w:rPr>
          <w:rFonts w:ascii="Calibri" w:hAnsi="Calibri" w:cs="Calibri"/>
        </w:rPr>
        <w:t>was</w:t>
      </w:r>
      <w:r w:rsidRPr="009210F4">
        <w:rPr>
          <w:rFonts w:asciiTheme="majorHAnsi" w:hAnsiTheme="majorHAnsi" w:cstheme="majorHAnsi"/>
        </w:rPr>
        <w:t xml:space="preserve"> Muslim or not, is also very debatable</w:t>
      </w:r>
    </w:p>
    <w:p w14:paraId="05519D21" w14:textId="77777777" w:rsidR="009C3A3A" w:rsidRDefault="009C3A3A" w:rsidP="009210F4">
      <w:pPr>
        <w:pStyle w:val="NoSpacing"/>
        <w:rPr>
          <w:rFonts w:asciiTheme="majorHAnsi" w:hAnsiTheme="majorHAnsi" w:cstheme="majorHAnsi"/>
        </w:rPr>
      </w:pPr>
    </w:p>
    <w:p w14:paraId="5962E67A" w14:textId="4B4DDE2F" w:rsidR="00991E93" w:rsidRPr="009210F4" w:rsidRDefault="00820759" w:rsidP="009210F4">
      <w:pPr>
        <w:pStyle w:val="NoSpacing"/>
        <w:rPr>
          <w:rFonts w:asciiTheme="majorHAnsi" w:hAnsiTheme="majorHAnsi" w:cstheme="majorHAnsi"/>
        </w:rPr>
      </w:pPr>
      <w:r w:rsidRPr="009210F4">
        <w:rPr>
          <w:rFonts w:asciiTheme="majorHAnsi" w:hAnsiTheme="majorHAnsi" w:cstheme="majorHAnsi"/>
        </w:rPr>
        <w:t xml:space="preserve">Kimmy </w:t>
      </w:r>
      <w:r w:rsidR="00F7615C" w:rsidRPr="009210F4">
        <w:rPr>
          <w:rFonts w:asciiTheme="majorHAnsi" w:hAnsiTheme="majorHAnsi" w:cstheme="majorHAnsi"/>
        </w:rPr>
        <w:t>52:03</w:t>
      </w:r>
    </w:p>
    <w:p w14:paraId="4230C12B" w14:textId="3AA39BC3"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Yeah, so as an African</w:t>
      </w:r>
      <w:r w:rsidR="007B7D01" w:rsidRPr="009210F4">
        <w:rPr>
          <w:rFonts w:asciiTheme="majorHAnsi" w:hAnsiTheme="majorHAnsi" w:cstheme="majorHAnsi"/>
        </w:rPr>
        <w:t>,</w:t>
      </w:r>
      <w:r w:rsidRPr="009210F4">
        <w:rPr>
          <w:rFonts w:asciiTheme="majorHAnsi" w:hAnsiTheme="majorHAnsi" w:cstheme="majorHAnsi"/>
        </w:rPr>
        <w:t xml:space="preserve"> we mix a lot of</w:t>
      </w:r>
      <w:r w:rsidR="007B7D01" w:rsidRPr="009210F4">
        <w:rPr>
          <w:rFonts w:asciiTheme="majorHAnsi" w:hAnsiTheme="majorHAnsi" w:cstheme="majorHAnsi"/>
        </w:rPr>
        <w:t xml:space="preserve"> our,</w:t>
      </w:r>
      <w:r w:rsidR="00D23E9C" w:rsidRPr="009210F4">
        <w:rPr>
          <w:rFonts w:asciiTheme="majorHAnsi" w:hAnsiTheme="majorHAnsi" w:cstheme="majorHAnsi"/>
        </w:rPr>
        <w:t xml:space="preserve"> </w:t>
      </w:r>
      <w:r w:rsidRPr="009210F4">
        <w:rPr>
          <w:rFonts w:asciiTheme="majorHAnsi" w:hAnsiTheme="majorHAnsi" w:cstheme="majorHAnsi"/>
        </w:rPr>
        <w:t xml:space="preserve">some Islam, </w:t>
      </w:r>
      <w:r w:rsidR="009C3A3A" w:rsidRPr="009210F4">
        <w:rPr>
          <w:rFonts w:asciiTheme="majorHAnsi" w:hAnsiTheme="majorHAnsi" w:cstheme="majorHAnsi"/>
        </w:rPr>
        <w:t>Christianity,</w:t>
      </w:r>
      <w:r w:rsidRPr="009210F4">
        <w:rPr>
          <w:rFonts w:asciiTheme="majorHAnsi" w:hAnsiTheme="majorHAnsi" w:cstheme="majorHAnsi"/>
        </w:rPr>
        <w:t xml:space="preserve"> and Judaism, even like, in the case of like Ethiopia, and stuff like that, they came through either colonialism</w:t>
      </w:r>
      <w:r w:rsidR="007B7D01" w:rsidRPr="009210F4">
        <w:rPr>
          <w:rFonts w:asciiTheme="majorHAnsi" w:hAnsiTheme="majorHAnsi" w:cstheme="majorHAnsi"/>
        </w:rPr>
        <w:t>, a</w:t>
      </w:r>
      <w:r w:rsidRPr="009210F4">
        <w:rPr>
          <w:rFonts w:asciiTheme="majorHAnsi" w:hAnsiTheme="majorHAnsi" w:cstheme="majorHAnsi"/>
        </w:rPr>
        <w:t xml:space="preserve">nd I feel like Christianity was in Ethiopia, like, decades, and like centuries ago, but a lot of these religions came through either missionaries or through colonialism. But we always had our folk religions and our, </w:t>
      </w:r>
      <w:r w:rsidR="007B7D01" w:rsidRPr="009210F4">
        <w:rPr>
          <w:rFonts w:asciiTheme="majorHAnsi" w:hAnsiTheme="majorHAnsi" w:cstheme="majorHAnsi"/>
        </w:rPr>
        <w:t xml:space="preserve">our </w:t>
      </w:r>
      <w:r w:rsidRPr="009210F4">
        <w:rPr>
          <w:rFonts w:asciiTheme="majorHAnsi" w:hAnsiTheme="majorHAnsi" w:cstheme="majorHAnsi"/>
        </w:rPr>
        <w:t xml:space="preserve">traditional beliefs. And a lot of people like to mix our traditional beliefs with the like, you know, adopted, colonial and like, like, you know, missionary given </w:t>
      </w:r>
      <w:r w:rsidR="007B7D01" w:rsidRPr="009210F4">
        <w:rPr>
          <w:rFonts w:asciiTheme="majorHAnsi" w:hAnsiTheme="majorHAnsi" w:cstheme="majorHAnsi"/>
        </w:rPr>
        <w:t xml:space="preserve">beliefs </w:t>
      </w:r>
      <w:r w:rsidRPr="009210F4">
        <w:rPr>
          <w:rFonts w:asciiTheme="majorHAnsi" w:hAnsiTheme="majorHAnsi" w:cstheme="majorHAnsi"/>
        </w:rPr>
        <w:t xml:space="preserve">and stuff. </w:t>
      </w:r>
      <w:r w:rsidR="009C3A3A" w:rsidRPr="009210F4">
        <w:rPr>
          <w:rFonts w:asciiTheme="majorHAnsi" w:hAnsiTheme="majorHAnsi" w:cstheme="majorHAnsi"/>
        </w:rPr>
        <w:t>So,</w:t>
      </w:r>
      <w:r w:rsidRPr="009210F4">
        <w:rPr>
          <w:rFonts w:asciiTheme="majorHAnsi" w:hAnsiTheme="majorHAnsi" w:cstheme="majorHAnsi"/>
        </w:rPr>
        <w:t xml:space="preserve"> it's, it's very, very common for someone to subscribe to both </w:t>
      </w:r>
      <w:r w:rsidR="007B7D01" w:rsidRPr="009210F4">
        <w:rPr>
          <w:rFonts w:asciiTheme="majorHAnsi" w:hAnsiTheme="majorHAnsi" w:cstheme="majorHAnsi"/>
        </w:rPr>
        <w:t xml:space="preserve">but </w:t>
      </w:r>
      <w:r w:rsidRPr="009210F4">
        <w:rPr>
          <w:rFonts w:asciiTheme="majorHAnsi" w:hAnsiTheme="majorHAnsi" w:cstheme="majorHAnsi"/>
        </w:rPr>
        <w:t xml:space="preserve">some people are very staunchly against, if they convert </w:t>
      </w:r>
      <w:r w:rsidR="0016762B" w:rsidRPr="009210F4">
        <w:rPr>
          <w:rFonts w:asciiTheme="majorHAnsi" w:hAnsiTheme="majorHAnsi" w:cstheme="majorHAnsi"/>
        </w:rPr>
        <w:t xml:space="preserve">to </w:t>
      </w:r>
      <w:r w:rsidRPr="009210F4">
        <w:rPr>
          <w:rFonts w:asciiTheme="majorHAnsi" w:hAnsiTheme="majorHAnsi" w:cstheme="majorHAnsi"/>
        </w:rPr>
        <w:t xml:space="preserve">something, they now like demonise traditional beliefs as well. </w:t>
      </w:r>
      <w:r w:rsidR="009C3A3A" w:rsidRPr="009210F4">
        <w:rPr>
          <w:rFonts w:asciiTheme="majorHAnsi" w:hAnsiTheme="majorHAnsi" w:cstheme="majorHAnsi"/>
        </w:rPr>
        <w:t>So,</w:t>
      </w:r>
      <w:r w:rsidRPr="009210F4">
        <w:rPr>
          <w:rFonts w:asciiTheme="majorHAnsi" w:hAnsiTheme="majorHAnsi" w:cstheme="majorHAnsi"/>
        </w:rPr>
        <w:t xml:space="preserve"> it depends</w:t>
      </w:r>
    </w:p>
    <w:p w14:paraId="636F6935" w14:textId="77777777" w:rsidR="00991E93" w:rsidRPr="009210F4" w:rsidRDefault="00991E93" w:rsidP="009210F4">
      <w:pPr>
        <w:pStyle w:val="NoSpacing"/>
        <w:rPr>
          <w:rFonts w:asciiTheme="majorHAnsi" w:hAnsiTheme="majorHAnsi" w:cstheme="majorHAnsi"/>
        </w:rPr>
      </w:pPr>
    </w:p>
    <w:p w14:paraId="4424073F" w14:textId="3EDB964D"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Daisy</w:t>
      </w:r>
      <w:r w:rsidR="00D23E9C" w:rsidRPr="009210F4">
        <w:rPr>
          <w:rFonts w:asciiTheme="majorHAnsi" w:hAnsiTheme="majorHAnsi" w:cstheme="majorHAnsi"/>
        </w:rPr>
        <w:t xml:space="preserve"> </w:t>
      </w:r>
      <w:r w:rsidRPr="009210F4">
        <w:rPr>
          <w:rFonts w:asciiTheme="majorHAnsi" w:hAnsiTheme="majorHAnsi" w:cstheme="majorHAnsi"/>
        </w:rPr>
        <w:t>53:11</w:t>
      </w:r>
    </w:p>
    <w:p w14:paraId="3536D26E" w14:textId="0D79F9FA"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Yeah, absolutely. It's, some of the more recent versions of the big epic poem have kind of reverse engineered some more direct links to the Prophet Muhammad or his or his original followers. But that is relatively common, since its historical</w:t>
      </w:r>
      <w:r w:rsidR="0045533F" w:rsidRPr="009210F4">
        <w:rPr>
          <w:rFonts w:asciiTheme="majorHAnsi" w:hAnsiTheme="majorHAnsi" w:cstheme="majorHAnsi"/>
        </w:rPr>
        <w:t>,</w:t>
      </w:r>
      <w:r w:rsidRPr="009210F4">
        <w:rPr>
          <w:rFonts w:asciiTheme="majorHAnsi" w:hAnsiTheme="majorHAnsi" w:cstheme="majorHAnsi"/>
        </w:rPr>
        <w:t xml:space="preserve"> </w:t>
      </w:r>
      <w:r w:rsidR="0045533F" w:rsidRPr="009210F4">
        <w:rPr>
          <w:rFonts w:asciiTheme="majorHAnsi" w:hAnsiTheme="majorHAnsi" w:cstheme="majorHAnsi"/>
        </w:rPr>
        <w:t>i</w:t>
      </w:r>
      <w:r w:rsidRPr="009210F4">
        <w:rPr>
          <w:rFonts w:asciiTheme="majorHAnsi" w:hAnsiTheme="majorHAnsi" w:cstheme="majorHAnsi"/>
        </w:rPr>
        <w:t>t's a historical story, which is told still in those areas, which now are sort of, I think, over 95% Muslim in those areas. So that's, that's pretty common. Some people say that he stuck with, you know, that region's traditional religion, but respected Islam since the Empire had become, you know, such a hub for traders from all around, and others say that he did convert to Islam, but carried on doing the sorts of rituals and things that someone would expect that the king with those traditional religious beliefs to do</w:t>
      </w:r>
      <w:r w:rsidR="0045533F" w:rsidRPr="009210F4">
        <w:rPr>
          <w:rFonts w:asciiTheme="majorHAnsi" w:hAnsiTheme="majorHAnsi" w:cstheme="majorHAnsi"/>
        </w:rPr>
        <w:t>. O</w:t>
      </w:r>
      <w:r w:rsidRPr="009210F4">
        <w:rPr>
          <w:rFonts w:asciiTheme="majorHAnsi" w:hAnsiTheme="majorHAnsi" w:cstheme="majorHAnsi"/>
        </w:rPr>
        <w:t>ften it was kind of like a, you know, kingly sort of, kind of, like, divine</w:t>
      </w:r>
      <w:r w:rsidR="009C3A3A">
        <w:rPr>
          <w:rFonts w:asciiTheme="majorHAnsi" w:hAnsiTheme="majorHAnsi" w:cstheme="majorHAnsi"/>
        </w:rPr>
        <w:t>,</w:t>
      </w:r>
      <w:r w:rsidRPr="009210F4">
        <w:rPr>
          <w:rFonts w:asciiTheme="majorHAnsi" w:hAnsiTheme="majorHAnsi" w:cstheme="majorHAnsi"/>
        </w:rPr>
        <w:t xml:space="preserve"> divine choice type thing of the kings. And </w:t>
      </w:r>
      <w:r w:rsidR="009C3A3A" w:rsidRPr="009210F4">
        <w:rPr>
          <w:rFonts w:asciiTheme="majorHAnsi" w:hAnsiTheme="majorHAnsi" w:cstheme="majorHAnsi"/>
        </w:rPr>
        <w:t>so,</w:t>
      </w:r>
      <w:r w:rsidRPr="009210F4">
        <w:rPr>
          <w:rFonts w:asciiTheme="majorHAnsi" w:hAnsiTheme="majorHAnsi" w:cstheme="majorHAnsi"/>
        </w:rPr>
        <w:t xml:space="preserve"> there were some certain things that you would expect, but as</w:t>
      </w:r>
      <w:r w:rsidR="00820759" w:rsidRPr="009210F4">
        <w:rPr>
          <w:rFonts w:asciiTheme="majorHAnsi" w:hAnsiTheme="majorHAnsi" w:cstheme="majorHAnsi"/>
        </w:rPr>
        <w:t xml:space="preserve"> Kimmy </w:t>
      </w:r>
      <w:r w:rsidRPr="009210F4">
        <w:rPr>
          <w:rFonts w:asciiTheme="majorHAnsi" w:hAnsiTheme="majorHAnsi" w:cstheme="majorHAnsi"/>
        </w:rPr>
        <w:t>said, realistically, it's probably likely that you know, he had a bit of both. But you know, there's no way to be sure</w:t>
      </w:r>
    </w:p>
    <w:p w14:paraId="133397F0" w14:textId="77777777" w:rsidR="00991E93" w:rsidRPr="009210F4" w:rsidRDefault="00991E93" w:rsidP="009210F4">
      <w:pPr>
        <w:pStyle w:val="NoSpacing"/>
        <w:rPr>
          <w:rFonts w:asciiTheme="majorHAnsi" w:hAnsiTheme="majorHAnsi" w:cstheme="majorHAnsi"/>
        </w:rPr>
      </w:pPr>
    </w:p>
    <w:p w14:paraId="3D587AB9" w14:textId="74B85088"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Alice</w:t>
      </w:r>
      <w:r w:rsidR="00D23E9C" w:rsidRPr="009210F4">
        <w:rPr>
          <w:rFonts w:asciiTheme="majorHAnsi" w:hAnsiTheme="majorHAnsi" w:cstheme="majorHAnsi"/>
        </w:rPr>
        <w:t xml:space="preserve"> </w:t>
      </w:r>
      <w:r w:rsidRPr="009210F4">
        <w:rPr>
          <w:rFonts w:asciiTheme="majorHAnsi" w:hAnsiTheme="majorHAnsi" w:cstheme="majorHAnsi"/>
        </w:rPr>
        <w:t>54:39</w:t>
      </w:r>
    </w:p>
    <w:p w14:paraId="0668EF51" w14:textId="21ED5D6D"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 xml:space="preserve">the more kind of cultural like things show that like, the people do, you know, like, I don't know, the way the </w:t>
      </w:r>
      <w:r w:rsidR="009C3A3A">
        <w:rPr>
          <w:rFonts w:asciiTheme="majorHAnsi" w:hAnsiTheme="majorHAnsi" w:cstheme="majorHAnsi"/>
        </w:rPr>
        <w:t>Q</w:t>
      </w:r>
      <w:r w:rsidRPr="009210F4">
        <w:rPr>
          <w:rFonts w:asciiTheme="majorHAnsi" w:hAnsiTheme="majorHAnsi" w:cstheme="majorHAnsi"/>
        </w:rPr>
        <w:t xml:space="preserve">ueen is, like, technically like, the head of the church, and does all sorts of those sorts of things. But I doubt Liz </w:t>
      </w:r>
      <w:r w:rsidR="0045533F" w:rsidRPr="009210F4">
        <w:rPr>
          <w:rFonts w:asciiTheme="majorHAnsi" w:hAnsiTheme="majorHAnsi" w:cstheme="majorHAnsi"/>
        </w:rPr>
        <w:t xml:space="preserve">is bending the </w:t>
      </w:r>
      <w:r w:rsidRPr="009210F4">
        <w:rPr>
          <w:rFonts w:asciiTheme="majorHAnsi" w:hAnsiTheme="majorHAnsi" w:cstheme="majorHAnsi"/>
        </w:rPr>
        <w:t>knee on the side of her bed every night</w:t>
      </w:r>
    </w:p>
    <w:p w14:paraId="570D1972" w14:textId="77777777" w:rsidR="009C3A3A" w:rsidRDefault="009C3A3A" w:rsidP="009210F4">
      <w:pPr>
        <w:pStyle w:val="NoSpacing"/>
        <w:rPr>
          <w:rFonts w:asciiTheme="majorHAnsi" w:hAnsiTheme="majorHAnsi" w:cstheme="majorHAnsi"/>
        </w:rPr>
      </w:pPr>
    </w:p>
    <w:p w14:paraId="67910306" w14:textId="2C960288" w:rsidR="00FD3D04" w:rsidRPr="009210F4" w:rsidRDefault="00820759" w:rsidP="009210F4">
      <w:pPr>
        <w:pStyle w:val="NoSpacing"/>
        <w:rPr>
          <w:rFonts w:asciiTheme="majorHAnsi" w:hAnsiTheme="majorHAnsi" w:cstheme="majorHAnsi"/>
        </w:rPr>
      </w:pPr>
      <w:r w:rsidRPr="009210F4">
        <w:rPr>
          <w:rFonts w:asciiTheme="majorHAnsi" w:hAnsiTheme="majorHAnsi" w:cstheme="majorHAnsi"/>
        </w:rPr>
        <w:t>Kimmy:</w:t>
      </w:r>
      <w:r w:rsidR="00FD3D04" w:rsidRPr="009210F4">
        <w:rPr>
          <w:rFonts w:asciiTheme="majorHAnsi" w:hAnsiTheme="majorHAnsi" w:cstheme="majorHAnsi"/>
        </w:rPr>
        <w:t xml:space="preserve"> Not Liz </w:t>
      </w:r>
    </w:p>
    <w:p w14:paraId="02B19D51" w14:textId="77777777" w:rsidR="00991E93" w:rsidRPr="009210F4" w:rsidRDefault="00991E93" w:rsidP="009210F4">
      <w:pPr>
        <w:pStyle w:val="NoSpacing"/>
        <w:rPr>
          <w:rFonts w:asciiTheme="majorHAnsi" w:hAnsiTheme="majorHAnsi" w:cstheme="majorHAnsi"/>
        </w:rPr>
      </w:pPr>
    </w:p>
    <w:p w14:paraId="72ECEA50" w14:textId="520CA3DF"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Daisy</w:t>
      </w:r>
      <w:r w:rsidR="00D23E9C" w:rsidRPr="009210F4">
        <w:rPr>
          <w:rFonts w:asciiTheme="majorHAnsi" w:hAnsiTheme="majorHAnsi" w:cstheme="majorHAnsi"/>
        </w:rPr>
        <w:t xml:space="preserve"> </w:t>
      </w:r>
      <w:r w:rsidRPr="009210F4">
        <w:rPr>
          <w:rFonts w:asciiTheme="majorHAnsi" w:hAnsiTheme="majorHAnsi" w:cstheme="majorHAnsi"/>
        </w:rPr>
        <w:t>55:08</w:t>
      </w:r>
    </w:p>
    <w:p w14:paraId="05E6009F" w14:textId="34E45C8D"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Yeah, she's probably not because you know, she's quite old</w:t>
      </w:r>
      <w:r w:rsidR="00FD3D04" w:rsidRPr="009210F4">
        <w:rPr>
          <w:rFonts w:asciiTheme="majorHAnsi" w:hAnsiTheme="majorHAnsi" w:cstheme="majorHAnsi"/>
        </w:rPr>
        <w:t xml:space="preserve"> now and</w:t>
      </w:r>
      <w:r w:rsidR="00D23E9C" w:rsidRPr="009210F4">
        <w:rPr>
          <w:rFonts w:asciiTheme="majorHAnsi" w:hAnsiTheme="majorHAnsi" w:cstheme="majorHAnsi"/>
        </w:rPr>
        <w:t xml:space="preserve"> </w:t>
      </w:r>
      <w:r w:rsidRPr="009210F4">
        <w:rPr>
          <w:rFonts w:asciiTheme="majorHAnsi" w:hAnsiTheme="majorHAnsi" w:cstheme="majorHAnsi"/>
        </w:rPr>
        <w:t>it's difficult to get down and up again</w:t>
      </w:r>
    </w:p>
    <w:p w14:paraId="63B27A0C" w14:textId="77777777" w:rsidR="00991E93" w:rsidRPr="009210F4" w:rsidRDefault="00991E93" w:rsidP="009210F4">
      <w:pPr>
        <w:pStyle w:val="NoSpacing"/>
        <w:rPr>
          <w:rFonts w:asciiTheme="majorHAnsi" w:hAnsiTheme="majorHAnsi" w:cstheme="majorHAnsi"/>
        </w:rPr>
      </w:pPr>
    </w:p>
    <w:p w14:paraId="51011798" w14:textId="43FE8CB3"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Lucy</w:t>
      </w:r>
      <w:r w:rsidR="00D23E9C" w:rsidRPr="009210F4">
        <w:rPr>
          <w:rFonts w:asciiTheme="majorHAnsi" w:hAnsiTheme="majorHAnsi" w:cstheme="majorHAnsi"/>
        </w:rPr>
        <w:t xml:space="preserve"> </w:t>
      </w:r>
      <w:r w:rsidRPr="009210F4">
        <w:rPr>
          <w:rFonts w:asciiTheme="majorHAnsi" w:hAnsiTheme="majorHAnsi" w:cstheme="majorHAnsi"/>
        </w:rPr>
        <w:t>55:16</w:t>
      </w:r>
    </w:p>
    <w:p w14:paraId="31F2F803" w14:textId="1DE1463F" w:rsidR="00991E93" w:rsidRPr="009210F4" w:rsidRDefault="00AF3642" w:rsidP="009210F4">
      <w:pPr>
        <w:pStyle w:val="NoSpacing"/>
        <w:rPr>
          <w:rFonts w:asciiTheme="majorHAnsi" w:hAnsiTheme="majorHAnsi" w:cstheme="majorHAnsi"/>
        </w:rPr>
      </w:pPr>
      <w:r w:rsidRPr="009210F4">
        <w:rPr>
          <w:rFonts w:asciiTheme="majorHAnsi" w:hAnsiTheme="majorHAnsi" w:cstheme="majorHAnsi"/>
        </w:rPr>
        <w:t>Disability thing to say, like, w</w:t>
      </w:r>
      <w:r w:rsidR="00FD3D04" w:rsidRPr="009210F4">
        <w:rPr>
          <w:rFonts w:asciiTheme="majorHAnsi" w:hAnsiTheme="majorHAnsi" w:cstheme="majorHAnsi"/>
        </w:rPr>
        <w:t xml:space="preserve">e’re </w:t>
      </w:r>
      <w:r w:rsidR="00F7615C" w:rsidRPr="009210F4">
        <w:rPr>
          <w:rFonts w:asciiTheme="majorHAnsi" w:hAnsiTheme="majorHAnsi" w:cstheme="majorHAnsi"/>
        </w:rPr>
        <w:t xml:space="preserve">aware </w:t>
      </w:r>
      <w:r w:rsidR="00FD3D04" w:rsidRPr="009210F4">
        <w:rPr>
          <w:rFonts w:asciiTheme="majorHAnsi" w:hAnsiTheme="majorHAnsi" w:cstheme="majorHAnsi"/>
        </w:rPr>
        <w:t xml:space="preserve">that </w:t>
      </w:r>
      <w:r w:rsidR="00F7615C" w:rsidRPr="009210F4">
        <w:rPr>
          <w:rFonts w:asciiTheme="majorHAnsi" w:hAnsiTheme="majorHAnsi" w:cstheme="majorHAnsi"/>
        </w:rPr>
        <w:t xml:space="preserve">her </w:t>
      </w:r>
      <w:r w:rsidR="00FD3D04" w:rsidRPr="009210F4">
        <w:rPr>
          <w:rFonts w:asciiTheme="majorHAnsi" w:hAnsiTheme="majorHAnsi" w:cstheme="majorHAnsi"/>
        </w:rPr>
        <w:t>knees</w:t>
      </w:r>
      <w:r w:rsidR="002253D3" w:rsidRPr="009210F4">
        <w:rPr>
          <w:rFonts w:asciiTheme="majorHAnsi" w:hAnsiTheme="majorHAnsi" w:cstheme="majorHAnsi"/>
        </w:rPr>
        <w:t xml:space="preserve"> </w:t>
      </w:r>
      <w:r w:rsidR="00F7615C" w:rsidRPr="009210F4">
        <w:rPr>
          <w:rFonts w:asciiTheme="majorHAnsi" w:hAnsiTheme="majorHAnsi" w:cstheme="majorHAnsi"/>
        </w:rPr>
        <w:t>might not be very good</w:t>
      </w:r>
    </w:p>
    <w:p w14:paraId="5121641B" w14:textId="77777777" w:rsidR="00991E93" w:rsidRPr="009210F4" w:rsidRDefault="00991E93" w:rsidP="009210F4">
      <w:pPr>
        <w:pStyle w:val="NoSpacing"/>
        <w:rPr>
          <w:rFonts w:asciiTheme="majorHAnsi" w:hAnsiTheme="majorHAnsi" w:cstheme="majorHAnsi"/>
        </w:rPr>
      </w:pPr>
    </w:p>
    <w:p w14:paraId="090A318F" w14:textId="2A25E435" w:rsidR="00991E93" w:rsidRPr="009210F4" w:rsidRDefault="00820759" w:rsidP="009210F4">
      <w:pPr>
        <w:pStyle w:val="NoSpacing"/>
        <w:rPr>
          <w:rFonts w:asciiTheme="majorHAnsi" w:hAnsiTheme="majorHAnsi" w:cstheme="majorHAnsi"/>
        </w:rPr>
      </w:pPr>
      <w:r w:rsidRPr="009210F4">
        <w:rPr>
          <w:rFonts w:asciiTheme="majorHAnsi" w:hAnsiTheme="majorHAnsi" w:cstheme="majorHAnsi"/>
        </w:rPr>
        <w:t xml:space="preserve">Kimmy </w:t>
      </w:r>
      <w:r w:rsidR="00F7615C" w:rsidRPr="009210F4">
        <w:rPr>
          <w:rFonts w:asciiTheme="majorHAnsi" w:hAnsiTheme="majorHAnsi" w:cstheme="majorHAnsi"/>
        </w:rPr>
        <w:t>55:21</w:t>
      </w:r>
    </w:p>
    <w:p w14:paraId="671BF4F1" w14:textId="518B8888" w:rsidR="00991E93" w:rsidRPr="009210F4" w:rsidRDefault="00AF3642" w:rsidP="009210F4">
      <w:pPr>
        <w:pStyle w:val="NoSpacing"/>
        <w:rPr>
          <w:rFonts w:asciiTheme="majorHAnsi" w:hAnsiTheme="majorHAnsi" w:cstheme="majorHAnsi"/>
        </w:rPr>
      </w:pPr>
      <w:r w:rsidRPr="009210F4">
        <w:rPr>
          <w:rFonts w:asciiTheme="majorHAnsi" w:hAnsiTheme="majorHAnsi" w:cstheme="majorHAnsi"/>
        </w:rPr>
        <w:t xml:space="preserve">I know, we have </w:t>
      </w:r>
      <w:r w:rsidR="00F7615C" w:rsidRPr="009210F4">
        <w:rPr>
          <w:rFonts w:asciiTheme="majorHAnsi" w:hAnsiTheme="majorHAnsi" w:cstheme="majorHAnsi"/>
        </w:rPr>
        <w:t>to think</w:t>
      </w:r>
      <w:r w:rsidRPr="009210F4">
        <w:rPr>
          <w:rFonts w:asciiTheme="majorHAnsi" w:hAnsiTheme="majorHAnsi" w:cstheme="majorHAnsi"/>
        </w:rPr>
        <w:t xml:space="preserve"> about that,</w:t>
      </w:r>
      <w:r w:rsidR="00D23E9C" w:rsidRPr="009210F4">
        <w:rPr>
          <w:rFonts w:asciiTheme="majorHAnsi" w:hAnsiTheme="majorHAnsi" w:cstheme="majorHAnsi"/>
        </w:rPr>
        <w:t xml:space="preserve"> </w:t>
      </w:r>
      <w:r w:rsidR="00F7615C" w:rsidRPr="009210F4">
        <w:rPr>
          <w:rFonts w:asciiTheme="majorHAnsi" w:hAnsiTheme="majorHAnsi" w:cstheme="majorHAnsi"/>
        </w:rPr>
        <w:t>maybe</w:t>
      </w:r>
      <w:r w:rsidRPr="009210F4">
        <w:rPr>
          <w:rFonts w:asciiTheme="majorHAnsi" w:hAnsiTheme="majorHAnsi" w:cstheme="majorHAnsi"/>
        </w:rPr>
        <w:t>,</w:t>
      </w:r>
      <w:r w:rsidR="00F7615C" w:rsidRPr="009210F4">
        <w:rPr>
          <w:rFonts w:asciiTheme="majorHAnsi" w:hAnsiTheme="majorHAnsi" w:cstheme="majorHAnsi"/>
        </w:rPr>
        <w:t xml:space="preserve"> </w:t>
      </w:r>
      <w:r w:rsidR="00256CFC" w:rsidRPr="009210F4">
        <w:rPr>
          <w:rFonts w:asciiTheme="majorHAnsi" w:hAnsiTheme="majorHAnsi" w:cstheme="majorHAnsi"/>
        </w:rPr>
        <w:t>OK</w:t>
      </w:r>
      <w:r w:rsidR="00F7615C" w:rsidRPr="009210F4">
        <w:rPr>
          <w:rFonts w:asciiTheme="majorHAnsi" w:hAnsiTheme="majorHAnsi" w:cstheme="majorHAnsi"/>
        </w:rPr>
        <w:t xml:space="preserve">, so we can say she's </w:t>
      </w:r>
      <w:r w:rsidRPr="009210F4">
        <w:rPr>
          <w:rFonts w:asciiTheme="majorHAnsi" w:hAnsiTheme="majorHAnsi" w:cstheme="majorHAnsi"/>
        </w:rPr>
        <w:t xml:space="preserve">not </w:t>
      </w:r>
      <w:r w:rsidR="00F7615C" w:rsidRPr="009210F4">
        <w:rPr>
          <w:rFonts w:asciiTheme="majorHAnsi" w:hAnsiTheme="majorHAnsi" w:cstheme="majorHAnsi"/>
        </w:rPr>
        <w:t>clasping her hands at the end of the day</w:t>
      </w:r>
    </w:p>
    <w:p w14:paraId="3690B205" w14:textId="77777777" w:rsidR="00991E93" w:rsidRPr="009210F4" w:rsidRDefault="00991E93" w:rsidP="009210F4">
      <w:pPr>
        <w:pStyle w:val="NoSpacing"/>
        <w:rPr>
          <w:rFonts w:asciiTheme="majorHAnsi" w:hAnsiTheme="majorHAnsi" w:cstheme="majorHAnsi"/>
        </w:rPr>
      </w:pPr>
    </w:p>
    <w:p w14:paraId="680A35F1" w14:textId="4E8F7935"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Alice</w:t>
      </w:r>
      <w:r w:rsidR="00D23E9C" w:rsidRPr="009210F4">
        <w:rPr>
          <w:rFonts w:asciiTheme="majorHAnsi" w:hAnsiTheme="majorHAnsi" w:cstheme="majorHAnsi"/>
        </w:rPr>
        <w:t xml:space="preserve"> </w:t>
      </w:r>
      <w:r w:rsidRPr="009210F4">
        <w:rPr>
          <w:rFonts w:asciiTheme="majorHAnsi" w:hAnsiTheme="majorHAnsi" w:cstheme="majorHAnsi"/>
        </w:rPr>
        <w:t>55:25</w:t>
      </w:r>
    </w:p>
    <w:p w14:paraId="07D901CB" w14:textId="655AA1F0"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Yeah</w:t>
      </w:r>
      <w:r w:rsidR="00AF3642" w:rsidRPr="009210F4">
        <w:rPr>
          <w:rFonts w:asciiTheme="majorHAnsi" w:hAnsiTheme="majorHAnsi" w:cstheme="majorHAnsi"/>
        </w:rPr>
        <w:t xml:space="preserve">, I mean she might be </w:t>
      </w:r>
    </w:p>
    <w:p w14:paraId="2B2678C7" w14:textId="6B9B34CA"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Lucy</w:t>
      </w:r>
      <w:r w:rsidR="00D23E9C" w:rsidRPr="009210F4">
        <w:rPr>
          <w:rFonts w:asciiTheme="majorHAnsi" w:hAnsiTheme="majorHAnsi" w:cstheme="majorHAnsi"/>
        </w:rPr>
        <w:t xml:space="preserve"> </w:t>
      </w:r>
      <w:r w:rsidRPr="009210F4">
        <w:rPr>
          <w:rFonts w:asciiTheme="majorHAnsi" w:hAnsiTheme="majorHAnsi" w:cstheme="majorHAnsi"/>
        </w:rPr>
        <w:t>55:27</w:t>
      </w:r>
    </w:p>
    <w:p w14:paraId="7DF42E53" w14:textId="06F2ED58"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she probably does a little pray while she</w:t>
      </w:r>
      <w:r w:rsidR="00AF3642" w:rsidRPr="009210F4">
        <w:rPr>
          <w:rFonts w:asciiTheme="majorHAnsi" w:hAnsiTheme="majorHAnsi" w:cstheme="majorHAnsi"/>
        </w:rPr>
        <w:t>’s</w:t>
      </w:r>
      <w:r w:rsidRPr="009210F4">
        <w:rPr>
          <w:rFonts w:asciiTheme="majorHAnsi" w:hAnsiTheme="majorHAnsi" w:cstheme="majorHAnsi"/>
        </w:rPr>
        <w:t xml:space="preserve"> sat</w:t>
      </w:r>
      <w:r w:rsidR="00AF3642" w:rsidRPr="009210F4">
        <w:rPr>
          <w:rFonts w:asciiTheme="majorHAnsi" w:hAnsiTheme="majorHAnsi" w:cstheme="majorHAnsi"/>
        </w:rPr>
        <w:t>,</w:t>
      </w:r>
      <w:r w:rsidRPr="009210F4">
        <w:rPr>
          <w:rFonts w:asciiTheme="majorHAnsi" w:hAnsiTheme="majorHAnsi" w:cstheme="majorHAnsi"/>
        </w:rPr>
        <w:t xml:space="preserve"> like</w:t>
      </w:r>
      <w:r w:rsidR="00AF3642" w:rsidRPr="009210F4">
        <w:rPr>
          <w:rFonts w:asciiTheme="majorHAnsi" w:hAnsiTheme="majorHAnsi" w:cstheme="majorHAnsi"/>
        </w:rPr>
        <w:t>,</w:t>
      </w:r>
      <w:r w:rsidRPr="009210F4">
        <w:rPr>
          <w:rFonts w:asciiTheme="majorHAnsi" w:hAnsiTheme="majorHAnsi" w:cstheme="majorHAnsi"/>
        </w:rPr>
        <w:t xml:space="preserve"> eatin</w:t>
      </w:r>
      <w:r w:rsidR="00AF3642" w:rsidRPr="009210F4">
        <w:rPr>
          <w:rFonts w:asciiTheme="majorHAnsi" w:hAnsiTheme="majorHAnsi" w:cstheme="majorHAnsi"/>
        </w:rPr>
        <w:t>g</w:t>
      </w:r>
      <w:r w:rsidRPr="009210F4">
        <w:rPr>
          <w:rFonts w:asciiTheme="majorHAnsi" w:hAnsiTheme="majorHAnsi" w:cstheme="majorHAnsi"/>
        </w:rPr>
        <w:t xml:space="preserve"> a </w:t>
      </w:r>
      <w:proofErr w:type="gramStart"/>
      <w:r w:rsidRPr="009210F4">
        <w:rPr>
          <w:rFonts w:asciiTheme="majorHAnsi" w:hAnsiTheme="majorHAnsi" w:cstheme="majorHAnsi"/>
        </w:rPr>
        <w:t>cucumber sandwiches</w:t>
      </w:r>
      <w:proofErr w:type="gramEnd"/>
      <w:r w:rsidRPr="009210F4">
        <w:rPr>
          <w:rFonts w:asciiTheme="majorHAnsi" w:hAnsiTheme="majorHAnsi" w:cstheme="majorHAnsi"/>
        </w:rPr>
        <w:t xml:space="preserve"> a</w:t>
      </w:r>
      <w:r w:rsidR="00AF3642" w:rsidRPr="009210F4">
        <w:rPr>
          <w:rFonts w:asciiTheme="majorHAnsi" w:hAnsiTheme="majorHAnsi" w:cstheme="majorHAnsi"/>
        </w:rPr>
        <w:t>t</w:t>
      </w:r>
      <w:r w:rsidRPr="009210F4">
        <w:rPr>
          <w:rFonts w:asciiTheme="majorHAnsi" w:hAnsiTheme="majorHAnsi" w:cstheme="majorHAnsi"/>
        </w:rPr>
        <w:t xml:space="preserve"> </w:t>
      </w:r>
      <w:r w:rsidR="000C615E" w:rsidRPr="009210F4">
        <w:rPr>
          <w:rFonts w:asciiTheme="majorHAnsi" w:hAnsiTheme="majorHAnsi" w:cstheme="majorHAnsi"/>
        </w:rPr>
        <w:t>teatime</w:t>
      </w:r>
      <w:r w:rsidR="00AF3642" w:rsidRPr="009210F4">
        <w:rPr>
          <w:rFonts w:asciiTheme="majorHAnsi" w:hAnsiTheme="majorHAnsi" w:cstheme="majorHAnsi"/>
        </w:rPr>
        <w:t xml:space="preserve"> or something</w:t>
      </w:r>
      <w:r w:rsidR="00D23E9C" w:rsidRPr="009210F4">
        <w:rPr>
          <w:rFonts w:asciiTheme="majorHAnsi" w:hAnsiTheme="majorHAnsi" w:cstheme="majorHAnsi"/>
        </w:rPr>
        <w:t xml:space="preserve"> </w:t>
      </w:r>
    </w:p>
    <w:p w14:paraId="1BA223A9" w14:textId="77777777" w:rsidR="00991E93" w:rsidRPr="009210F4" w:rsidRDefault="00991E93" w:rsidP="009210F4">
      <w:pPr>
        <w:pStyle w:val="NoSpacing"/>
        <w:rPr>
          <w:rFonts w:asciiTheme="majorHAnsi" w:hAnsiTheme="majorHAnsi" w:cstheme="majorHAnsi"/>
        </w:rPr>
      </w:pPr>
    </w:p>
    <w:p w14:paraId="363EC776" w14:textId="1EACCAB2"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Alice</w:t>
      </w:r>
      <w:r w:rsidR="00D23E9C" w:rsidRPr="009210F4">
        <w:rPr>
          <w:rFonts w:asciiTheme="majorHAnsi" w:hAnsiTheme="majorHAnsi" w:cstheme="majorHAnsi"/>
        </w:rPr>
        <w:t xml:space="preserve"> </w:t>
      </w:r>
      <w:r w:rsidRPr="009210F4">
        <w:rPr>
          <w:rFonts w:asciiTheme="majorHAnsi" w:hAnsiTheme="majorHAnsi" w:cstheme="majorHAnsi"/>
        </w:rPr>
        <w:t>55:34</w:t>
      </w:r>
    </w:p>
    <w:p w14:paraId="66DB35F7" w14:textId="640CD5C5" w:rsidR="00991E93" w:rsidRPr="009210F4" w:rsidRDefault="00AF3642" w:rsidP="009210F4">
      <w:pPr>
        <w:pStyle w:val="NoSpacing"/>
        <w:rPr>
          <w:rFonts w:asciiTheme="majorHAnsi" w:hAnsiTheme="majorHAnsi" w:cstheme="majorHAnsi"/>
        </w:rPr>
      </w:pPr>
      <w:r w:rsidRPr="009210F4">
        <w:rPr>
          <w:rFonts w:asciiTheme="majorHAnsi" w:hAnsiTheme="majorHAnsi" w:cstheme="majorHAnsi"/>
        </w:rPr>
        <w:t>Yeah, or y</w:t>
      </w:r>
      <w:r w:rsidR="00F7615C" w:rsidRPr="009210F4">
        <w:rPr>
          <w:rFonts w:asciiTheme="majorHAnsi" w:hAnsiTheme="majorHAnsi" w:cstheme="majorHAnsi"/>
        </w:rPr>
        <w:t>ou know, just kind of salutes up before she turns the light out</w:t>
      </w:r>
      <w:r w:rsidRPr="009210F4">
        <w:rPr>
          <w:rFonts w:asciiTheme="majorHAnsi" w:hAnsiTheme="majorHAnsi" w:cstheme="majorHAnsi"/>
        </w:rPr>
        <w:t>, but</w:t>
      </w:r>
      <w:r w:rsidR="00D23E9C" w:rsidRPr="009210F4">
        <w:rPr>
          <w:rFonts w:asciiTheme="majorHAnsi" w:hAnsiTheme="majorHAnsi" w:cstheme="majorHAnsi"/>
        </w:rPr>
        <w:t xml:space="preserve"> </w:t>
      </w:r>
    </w:p>
    <w:p w14:paraId="28339775" w14:textId="77777777" w:rsidR="000C615E" w:rsidRDefault="000C615E" w:rsidP="009210F4">
      <w:pPr>
        <w:pStyle w:val="NoSpacing"/>
        <w:rPr>
          <w:rFonts w:asciiTheme="majorHAnsi" w:hAnsiTheme="majorHAnsi" w:cstheme="majorHAnsi"/>
        </w:rPr>
      </w:pPr>
    </w:p>
    <w:p w14:paraId="02B242EA" w14:textId="6AFDDDD1" w:rsidR="00991E93" w:rsidRPr="009210F4" w:rsidRDefault="00820759" w:rsidP="009210F4">
      <w:pPr>
        <w:pStyle w:val="NoSpacing"/>
        <w:rPr>
          <w:rFonts w:asciiTheme="majorHAnsi" w:hAnsiTheme="majorHAnsi" w:cstheme="majorHAnsi"/>
        </w:rPr>
      </w:pPr>
      <w:r w:rsidRPr="009210F4">
        <w:rPr>
          <w:rFonts w:asciiTheme="majorHAnsi" w:hAnsiTheme="majorHAnsi" w:cstheme="majorHAnsi"/>
        </w:rPr>
        <w:t xml:space="preserve">Kimmy </w:t>
      </w:r>
      <w:r w:rsidR="00F7615C" w:rsidRPr="009210F4">
        <w:rPr>
          <w:rFonts w:asciiTheme="majorHAnsi" w:hAnsiTheme="majorHAnsi" w:cstheme="majorHAnsi"/>
        </w:rPr>
        <w:t>55:39</w:t>
      </w:r>
    </w:p>
    <w:p w14:paraId="0BBDB9FE" w14:textId="2A0E91D8" w:rsidR="00991E93" w:rsidRPr="009210F4" w:rsidRDefault="0044719E" w:rsidP="009210F4">
      <w:pPr>
        <w:pStyle w:val="NoSpacing"/>
        <w:rPr>
          <w:rFonts w:asciiTheme="majorHAnsi" w:hAnsiTheme="majorHAnsi" w:cstheme="majorHAnsi"/>
        </w:rPr>
      </w:pPr>
      <w:r w:rsidRPr="009210F4">
        <w:rPr>
          <w:rFonts w:asciiTheme="majorHAnsi" w:hAnsiTheme="majorHAnsi" w:cstheme="majorHAnsi"/>
        </w:rPr>
        <w:t>‘</w:t>
      </w:r>
      <w:proofErr w:type="gramStart"/>
      <w:r w:rsidR="00F7615C" w:rsidRPr="009210F4">
        <w:rPr>
          <w:rFonts w:asciiTheme="majorHAnsi" w:hAnsiTheme="majorHAnsi" w:cstheme="majorHAnsi"/>
        </w:rPr>
        <w:t>one</w:t>
      </w:r>
      <w:proofErr w:type="gramEnd"/>
      <w:r w:rsidR="00F7615C" w:rsidRPr="009210F4">
        <w:rPr>
          <w:rFonts w:asciiTheme="majorHAnsi" w:hAnsiTheme="majorHAnsi" w:cstheme="majorHAnsi"/>
        </w:rPr>
        <w:t xml:space="preserve"> is grateful for the </w:t>
      </w:r>
      <w:r w:rsidRPr="009210F4">
        <w:rPr>
          <w:rFonts w:asciiTheme="majorHAnsi" w:hAnsiTheme="majorHAnsi" w:cstheme="majorHAnsi"/>
        </w:rPr>
        <w:t>life one has lived. Thank you so much Lord, amen’</w:t>
      </w:r>
    </w:p>
    <w:p w14:paraId="0894F47C" w14:textId="77777777" w:rsidR="00991E93" w:rsidRPr="009210F4" w:rsidRDefault="00991E93" w:rsidP="009210F4">
      <w:pPr>
        <w:pStyle w:val="NoSpacing"/>
        <w:rPr>
          <w:rFonts w:asciiTheme="majorHAnsi" w:hAnsiTheme="majorHAnsi" w:cstheme="majorHAnsi"/>
        </w:rPr>
      </w:pPr>
    </w:p>
    <w:p w14:paraId="5573EDC9" w14:textId="0F1E30DE"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Daisy</w:t>
      </w:r>
      <w:r w:rsidR="00D23E9C" w:rsidRPr="009210F4">
        <w:rPr>
          <w:rFonts w:asciiTheme="majorHAnsi" w:hAnsiTheme="majorHAnsi" w:cstheme="majorHAnsi"/>
        </w:rPr>
        <w:t xml:space="preserve"> </w:t>
      </w:r>
      <w:r w:rsidRPr="009210F4">
        <w:rPr>
          <w:rFonts w:asciiTheme="majorHAnsi" w:hAnsiTheme="majorHAnsi" w:cstheme="majorHAnsi"/>
        </w:rPr>
        <w:t>55:46</w:t>
      </w:r>
    </w:p>
    <w:p w14:paraId="5B76242B" w14:textId="7E2BAEE0"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We get you would be, wouldn't you? Yeah</w:t>
      </w:r>
      <w:r w:rsidR="0044719E" w:rsidRPr="009210F4">
        <w:rPr>
          <w:rFonts w:asciiTheme="majorHAnsi" w:hAnsiTheme="majorHAnsi" w:cstheme="majorHAnsi"/>
        </w:rPr>
        <w:t>, s</w:t>
      </w:r>
      <w:r w:rsidRPr="009210F4">
        <w:rPr>
          <w:rFonts w:asciiTheme="majorHAnsi" w:hAnsiTheme="majorHAnsi" w:cstheme="majorHAnsi"/>
        </w:rPr>
        <w:t xml:space="preserve">o, once he became, you know, the king of all things the </w:t>
      </w:r>
      <w:r w:rsidR="0044719E" w:rsidRPr="009210F4">
        <w:rPr>
          <w:rFonts w:asciiTheme="majorHAnsi" w:hAnsiTheme="majorHAnsi" w:cstheme="majorHAnsi"/>
        </w:rPr>
        <w:t>Mansa, that region</w:t>
      </w:r>
      <w:r w:rsidRPr="009210F4">
        <w:rPr>
          <w:rFonts w:asciiTheme="majorHAnsi" w:hAnsiTheme="majorHAnsi" w:cstheme="majorHAnsi"/>
        </w:rPr>
        <w:t>, you know</w:t>
      </w:r>
      <w:r w:rsidR="0044719E" w:rsidRPr="009210F4">
        <w:rPr>
          <w:rFonts w:asciiTheme="majorHAnsi" w:hAnsiTheme="majorHAnsi" w:cstheme="majorHAnsi"/>
        </w:rPr>
        <w:t>,</w:t>
      </w:r>
      <w:r w:rsidRPr="009210F4">
        <w:rPr>
          <w:rFonts w:asciiTheme="majorHAnsi" w:hAnsiTheme="majorHAnsi" w:cstheme="majorHAnsi"/>
        </w:rPr>
        <w:t xml:space="preserve"> </w:t>
      </w:r>
      <w:r w:rsidR="0044719E" w:rsidRPr="009210F4">
        <w:rPr>
          <w:rFonts w:asciiTheme="majorHAnsi" w:hAnsiTheme="majorHAnsi" w:cstheme="majorHAnsi"/>
        </w:rPr>
        <w:t xml:space="preserve">the </w:t>
      </w:r>
      <w:r w:rsidRPr="009210F4">
        <w:rPr>
          <w:rFonts w:asciiTheme="majorHAnsi" w:hAnsiTheme="majorHAnsi" w:cstheme="majorHAnsi"/>
        </w:rPr>
        <w:t>system of government that they set up is what it still kind of is really</w:t>
      </w:r>
      <w:r w:rsidR="0044719E" w:rsidRPr="009210F4">
        <w:rPr>
          <w:rFonts w:asciiTheme="majorHAnsi" w:hAnsiTheme="majorHAnsi" w:cstheme="majorHAnsi"/>
        </w:rPr>
        <w:t>,</w:t>
      </w:r>
      <w:r w:rsidRPr="009210F4">
        <w:rPr>
          <w:rFonts w:asciiTheme="majorHAnsi" w:hAnsiTheme="majorHAnsi" w:cstheme="majorHAnsi"/>
        </w:rPr>
        <w:t xml:space="preserve"> it became like a defining part of, you know, culture in Mali and </w:t>
      </w:r>
      <w:r w:rsidR="0044719E" w:rsidRPr="009210F4">
        <w:rPr>
          <w:rFonts w:asciiTheme="majorHAnsi" w:hAnsiTheme="majorHAnsi" w:cstheme="majorHAnsi"/>
        </w:rPr>
        <w:t xml:space="preserve">kind of the way things </w:t>
      </w:r>
      <w:r w:rsidRPr="009210F4">
        <w:rPr>
          <w:rFonts w:asciiTheme="majorHAnsi" w:hAnsiTheme="majorHAnsi" w:cstheme="majorHAnsi"/>
        </w:rPr>
        <w:t xml:space="preserve">carried on. </w:t>
      </w:r>
      <w:r w:rsidR="000C615E" w:rsidRPr="009210F4">
        <w:rPr>
          <w:rFonts w:asciiTheme="majorHAnsi" w:hAnsiTheme="majorHAnsi" w:cstheme="majorHAnsi"/>
        </w:rPr>
        <w:t>So,</w:t>
      </w:r>
      <w:r w:rsidRPr="009210F4">
        <w:rPr>
          <w:rFonts w:asciiTheme="majorHAnsi" w:hAnsiTheme="majorHAnsi" w:cstheme="majorHAnsi"/>
        </w:rPr>
        <w:t xml:space="preserve"> they had like a system of government that had representatives from each of the, what were essentially </w:t>
      </w:r>
      <w:r w:rsidR="000C615E" w:rsidRPr="009210F4">
        <w:rPr>
          <w:rFonts w:asciiTheme="majorHAnsi" w:hAnsiTheme="majorHAnsi" w:cstheme="majorHAnsi"/>
        </w:rPr>
        <w:t>self-governing</w:t>
      </w:r>
      <w:r w:rsidRPr="009210F4">
        <w:rPr>
          <w:rFonts w:asciiTheme="majorHAnsi" w:hAnsiTheme="majorHAnsi" w:cstheme="majorHAnsi"/>
        </w:rPr>
        <w:t xml:space="preserve"> kingdoms around, and every single level had female representation because women had to be included in every single bit. I mean, suspect very much in a </w:t>
      </w:r>
      <w:r w:rsidR="009210F4" w:rsidRPr="009210F4">
        <w:rPr>
          <w:rFonts w:asciiTheme="majorHAnsi" w:hAnsiTheme="majorHAnsi" w:cstheme="majorHAnsi"/>
        </w:rPr>
        <w:t>token</w:t>
      </w:r>
      <w:r w:rsidRPr="009210F4">
        <w:rPr>
          <w:rFonts w:asciiTheme="majorHAnsi" w:hAnsiTheme="majorHAnsi" w:cstheme="majorHAnsi"/>
        </w:rPr>
        <w:t xml:space="preserve"> sense, you know, </w:t>
      </w:r>
      <w:r w:rsidR="0044719E" w:rsidRPr="009210F4">
        <w:rPr>
          <w:rFonts w:asciiTheme="majorHAnsi" w:hAnsiTheme="majorHAnsi" w:cstheme="majorHAnsi"/>
        </w:rPr>
        <w:t>kind of like ‘</w:t>
      </w:r>
      <w:r w:rsidRPr="009210F4">
        <w:rPr>
          <w:rFonts w:asciiTheme="majorHAnsi" w:hAnsiTheme="majorHAnsi" w:cstheme="majorHAnsi"/>
        </w:rPr>
        <w:t xml:space="preserve">here's </w:t>
      </w:r>
      <w:r w:rsidR="0044719E" w:rsidRPr="009210F4">
        <w:rPr>
          <w:rFonts w:asciiTheme="majorHAnsi" w:hAnsiTheme="majorHAnsi" w:cstheme="majorHAnsi"/>
        </w:rPr>
        <w:t xml:space="preserve">our </w:t>
      </w:r>
      <w:r w:rsidRPr="009210F4">
        <w:rPr>
          <w:rFonts w:asciiTheme="majorHAnsi" w:hAnsiTheme="majorHAnsi" w:cstheme="majorHAnsi"/>
        </w:rPr>
        <w:t>woman</w:t>
      </w:r>
      <w:r w:rsidR="0044719E" w:rsidRPr="009210F4">
        <w:rPr>
          <w:rFonts w:asciiTheme="majorHAnsi" w:hAnsiTheme="majorHAnsi" w:cstheme="majorHAnsi"/>
        </w:rPr>
        <w:t>, s</w:t>
      </w:r>
      <w:r w:rsidRPr="009210F4">
        <w:rPr>
          <w:rFonts w:asciiTheme="majorHAnsi" w:hAnsiTheme="majorHAnsi" w:cstheme="majorHAnsi"/>
        </w:rPr>
        <w:t>he says</w:t>
      </w:r>
      <w:r w:rsidR="00B6087B" w:rsidRPr="009210F4">
        <w:rPr>
          <w:rFonts w:asciiTheme="majorHAnsi" w:hAnsiTheme="majorHAnsi" w:cstheme="majorHAnsi"/>
        </w:rPr>
        <w:t xml:space="preserve"> the boss is fine {laughter}’</w:t>
      </w:r>
    </w:p>
    <w:p w14:paraId="5E566AFF" w14:textId="77777777" w:rsidR="00991E93" w:rsidRPr="009210F4" w:rsidRDefault="00991E93" w:rsidP="009210F4">
      <w:pPr>
        <w:pStyle w:val="NoSpacing"/>
        <w:rPr>
          <w:rFonts w:asciiTheme="majorHAnsi" w:hAnsiTheme="majorHAnsi" w:cstheme="majorHAnsi"/>
        </w:rPr>
      </w:pPr>
    </w:p>
    <w:p w14:paraId="3453AFA0" w14:textId="49365D14"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Alice</w:t>
      </w:r>
      <w:r w:rsidR="00D23E9C" w:rsidRPr="009210F4">
        <w:rPr>
          <w:rFonts w:asciiTheme="majorHAnsi" w:hAnsiTheme="majorHAnsi" w:cstheme="majorHAnsi"/>
        </w:rPr>
        <w:t xml:space="preserve"> </w:t>
      </w:r>
      <w:r w:rsidRPr="009210F4">
        <w:rPr>
          <w:rFonts w:asciiTheme="majorHAnsi" w:hAnsiTheme="majorHAnsi" w:cstheme="majorHAnsi"/>
        </w:rPr>
        <w:t>56:41</w:t>
      </w:r>
    </w:p>
    <w:p w14:paraId="098551B0" w14:textId="4A6411BE" w:rsidR="00991E93" w:rsidRPr="009210F4" w:rsidRDefault="00B6087B" w:rsidP="009210F4">
      <w:pPr>
        <w:pStyle w:val="NoSpacing"/>
        <w:rPr>
          <w:rFonts w:asciiTheme="majorHAnsi" w:hAnsiTheme="majorHAnsi" w:cstheme="majorHAnsi"/>
        </w:rPr>
      </w:pPr>
      <w:r w:rsidRPr="009210F4">
        <w:rPr>
          <w:rFonts w:asciiTheme="majorHAnsi" w:hAnsiTheme="majorHAnsi" w:cstheme="majorHAnsi"/>
        </w:rPr>
        <w:t>‘</w:t>
      </w:r>
      <w:r w:rsidR="00F7615C" w:rsidRPr="009210F4">
        <w:rPr>
          <w:rFonts w:asciiTheme="majorHAnsi" w:hAnsiTheme="majorHAnsi" w:cstheme="majorHAnsi"/>
        </w:rPr>
        <w:t>Now lock her in a cupboard again</w:t>
      </w:r>
      <w:r w:rsidRPr="009210F4">
        <w:rPr>
          <w:rFonts w:asciiTheme="majorHAnsi" w:hAnsiTheme="majorHAnsi" w:cstheme="majorHAnsi"/>
        </w:rPr>
        <w:t>’</w:t>
      </w:r>
    </w:p>
    <w:p w14:paraId="5A9B8821" w14:textId="77777777" w:rsidR="00991E93" w:rsidRPr="009210F4" w:rsidRDefault="00991E93" w:rsidP="009210F4">
      <w:pPr>
        <w:pStyle w:val="NoSpacing"/>
        <w:rPr>
          <w:rFonts w:asciiTheme="majorHAnsi" w:hAnsiTheme="majorHAnsi" w:cstheme="majorHAnsi"/>
        </w:rPr>
      </w:pPr>
    </w:p>
    <w:p w14:paraId="1BC246DD" w14:textId="6CE0BCB6" w:rsidR="00991E93" w:rsidRPr="009210F4" w:rsidRDefault="00820759" w:rsidP="009210F4">
      <w:pPr>
        <w:pStyle w:val="NoSpacing"/>
        <w:rPr>
          <w:rFonts w:asciiTheme="majorHAnsi" w:hAnsiTheme="majorHAnsi" w:cstheme="majorHAnsi"/>
        </w:rPr>
      </w:pPr>
      <w:r w:rsidRPr="009210F4">
        <w:rPr>
          <w:rFonts w:asciiTheme="majorHAnsi" w:hAnsiTheme="majorHAnsi" w:cstheme="majorHAnsi"/>
        </w:rPr>
        <w:t xml:space="preserve">Kimmy </w:t>
      </w:r>
      <w:r w:rsidR="00F7615C" w:rsidRPr="009210F4">
        <w:rPr>
          <w:rFonts w:asciiTheme="majorHAnsi" w:hAnsiTheme="majorHAnsi" w:cstheme="majorHAnsi"/>
        </w:rPr>
        <w:t>56:44</w:t>
      </w:r>
    </w:p>
    <w:p w14:paraId="3A9BD28E" w14:textId="74102288" w:rsidR="00991E93" w:rsidRPr="009210F4" w:rsidRDefault="00B6087B" w:rsidP="009210F4">
      <w:pPr>
        <w:pStyle w:val="NoSpacing"/>
        <w:rPr>
          <w:rFonts w:asciiTheme="majorHAnsi" w:hAnsiTheme="majorHAnsi" w:cstheme="majorHAnsi"/>
        </w:rPr>
      </w:pPr>
      <w:r w:rsidRPr="009210F4">
        <w:rPr>
          <w:rFonts w:asciiTheme="majorHAnsi" w:hAnsiTheme="majorHAnsi" w:cstheme="majorHAnsi"/>
        </w:rPr>
        <w:t>It’s a</w:t>
      </w:r>
      <w:r w:rsidR="00D23E9C" w:rsidRPr="009210F4">
        <w:rPr>
          <w:rFonts w:asciiTheme="majorHAnsi" w:hAnsiTheme="majorHAnsi" w:cstheme="majorHAnsi"/>
        </w:rPr>
        <w:t xml:space="preserve"> </w:t>
      </w:r>
      <w:r w:rsidR="00F7615C" w:rsidRPr="009210F4">
        <w:rPr>
          <w:rFonts w:asciiTheme="majorHAnsi" w:hAnsiTheme="majorHAnsi" w:cstheme="majorHAnsi"/>
        </w:rPr>
        <w:t>lot more progressive for those times becaus</w:t>
      </w:r>
      <w:r w:rsidRPr="009210F4">
        <w:rPr>
          <w:rFonts w:asciiTheme="majorHAnsi" w:hAnsiTheme="majorHAnsi" w:cstheme="majorHAnsi"/>
        </w:rPr>
        <w:t xml:space="preserve">e, </w:t>
      </w:r>
      <w:proofErr w:type="spellStart"/>
      <w:r w:rsidRPr="009210F4">
        <w:rPr>
          <w:rFonts w:asciiTheme="majorHAnsi" w:hAnsiTheme="majorHAnsi" w:cstheme="majorHAnsi"/>
        </w:rPr>
        <w:t>girrrl</w:t>
      </w:r>
      <w:proofErr w:type="spellEnd"/>
      <w:r w:rsidR="00D23E9C" w:rsidRPr="009210F4">
        <w:rPr>
          <w:rFonts w:asciiTheme="majorHAnsi" w:hAnsiTheme="majorHAnsi" w:cstheme="majorHAnsi"/>
        </w:rPr>
        <w:t xml:space="preserve"> </w:t>
      </w:r>
    </w:p>
    <w:p w14:paraId="1B3949C0" w14:textId="77777777" w:rsidR="000C615E" w:rsidRDefault="000C615E" w:rsidP="009210F4">
      <w:pPr>
        <w:pStyle w:val="NoSpacing"/>
        <w:rPr>
          <w:rFonts w:asciiTheme="majorHAnsi" w:hAnsiTheme="majorHAnsi" w:cstheme="majorHAnsi"/>
        </w:rPr>
      </w:pPr>
    </w:p>
    <w:p w14:paraId="06E9723F" w14:textId="04B47D58"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Daisy</w:t>
      </w:r>
      <w:r w:rsidR="00D23E9C" w:rsidRPr="009210F4">
        <w:rPr>
          <w:rFonts w:asciiTheme="majorHAnsi" w:hAnsiTheme="majorHAnsi" w:cstheme="majorHAnsi"/>
        </w:rPr>
        <w:t xml:space="preserve"> </w:t>
      </w:r>
      <w:r w:rsidRPr="009210F4">
        <w:rPr>
          <w:rFonts w:asciiTheme="majorHAnsi" w:hAnsiTheme="majorHAnsi" w:cstheme="majorHAnsi"/>
        </w:rPr>
        <w:t>56:51</w:t>
      </w:r>
    </w:p>
    <w:p w14:paraId="44D09A80" w14:textId="4728EABE"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 xml:space="preserve">they also implement something called the </w:t>
      </w:r>
      <w:proofErr w:type="spellStart"/>
      <w:r w:rsidRPr="009210F4">
        <w:rPr>
          <w:rFonts w:asciiTheme="majorHAnsi" w:hAnsiTheme="majorHAnsi" w:cstheme="majorHAnsi"/>
        </w:rPr>
        <w:t>Mand</w:t>
      </w:r>
      <w:r w:rsidR="00B6087B" w:rsidRPr="009210F4">
        <w:rPr>
          <w:rFonts w:asciiTheme="majorHAnsi" w:hAnsiTheme="majorHAnsi" w:cstheme="majorHAnsi"/>
        </w:rPr>
        <w:t>en</w:t>
      </w:r>
      <w:proofErr w:type="spellEnd"/>
      <w:r w:rsidRPr="009210F4">
        <w:rPr>
          <w:rFonts w:asciiTheme="majorHAnsi" w:hAnsiTheme="majorHAnsi" w:cstheme="majorHAnsi"/>
        </w:rPr>
        <w:t xml:space="preserve"> charter, which I read somewhere it was described the first charter of human rights, which I think it's a bit much</w:t>
      </w:r>
      <w:r w:rsidR="00B6087B" w:rsidRPr="009210F4">
        <w:rPr>
          <w:rFonts w:asciiTheme="majorHAnsi" w:hAnsiTheme="majorHAnsi" w:cstheme="majorHAnsi"/>
        </w:rPr>
        <w:t>,</w:t>
      </w:r>
      <w:r w:rsidRPr="009210F4">
        <w:rPr>
          <w:rFonts w:asciiTheme="majorHAnsi" w:hAnsiTheme="majorHAnsi" w:cstheme="majorHAnsi"/>
        </w:rPr>
        <w:t xml:space="preserve"> </w:t>
      </w:r>
    </w:p>
    <w:p w14:paraId="11C40282" w14:textId="77777777" w:rsidR="00991E93" w:rsidRPr="009210F4" w:rsidRDefault="00991E93" w:rsidP="009210F4">
      <w:pPr>
        <w:pStyle w:val="NoSpacing"/>
        <w:rPr>
          <w:rFonts w:asciiTheme="majorHAnsi" w:hAnsiTheme="majorHAnsi" w:cstheme="majorHAnsi"/>
        </w:rPr>
      </w:pPr>
    </w:p>
    <w:p w14:paraId="27A0FF2F" w14:textId="0B3A9428"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Lucy</w:t>
      </w:r>
      <w:r w:rsidR="00D23E9C" w:rsidRPr="009210F4">
        <w:rPr>
          <w:rFonts w:asciiTheme="majorHAnsi" w:hAnsiTheme="majorHAnsi" w:cstheme="majorHAnsi"/>
        </w:rPr>
        <w:t xml:space="preserve"> </w:t>
      </w:r>
      <w:r w:rsidRPr="009210F4">
        <w:rPr>
          <w:rFonts w:asciiTheme="majorHAnsi" w:hAnsiTheme="majorHAnsi" w:cstheme="majorHAnsi"/>
        </w:rPr>
        <w:t>57:04</w:t>
      </w:r>
    </w:p>
    <w:p w14:paraId="0F659288" w14:textId="7FCF07BD" w:rsidR="00715AE7" w:rsidRDefault="00715AE7" w:rsidP="009210F4">
      <w:pPr>
        <w:pStyle w:val="NoSpacing"/>
        <w:rPr>
          <w:rFonts w:asciiTheme="majorHAnsi" w:hAnsiTheme="majorHAnsi" w:cstheme="majorHAnsi"/>
        </w:rPr>
      </w:pPr>
      <w:r w:rsidRPr="009210F4">
        <w:rPr>
          <w:rFonts w:asciiTheme="majorHAnsi" w:hAnsiTheme="majorHAnsi" w:cstheme="majorHAnsi"/>
        </w:rPr>
        <w:t xml:space="preserve">Again, a bit </w:t>
      </w:r>
      <w:r w:rsidR="00F7615C" w:rsidRPr="009210F4">
        <w:rPr>
          <w:rFonts w:asciiTheme="majorHAnsi" w:hAnsiTheme="majorHAnsi" w:cstheme="majorHAnsi"/>
        </w:rPr>
        <w:t>dramatic</w:t>
      </w:r>
    </w:p>
    <w:p w14:paraId="4468D851" w14:textId="77777777" w:rsidR="000C615E" w:rsidRPr="009210F4" w:rsidRDefault="000C615E" w:rsidP="009210F4">
      <w:pPr>
        <w:pStyle w:val="NoSpacing"/>
        <w:rPr>
          <w:rFonts w:asciiTheme="majorHAnsi" w:hAnsiTheme="majorHAnsi" w:cstheme="majorHAnsi"/>
        </w:rPr>
      </w:pPr>
    </w:p>
    <w:p w14:paraId="4D4F1859" w14:textId="70822C5A" w:rsidR="00991E93" w:rsidRPr="009210F4" w:rsidRDefault="00715AE7" w:rsidP="009210F4">
      <w:pPr>
        <w:pStyle w:val="NoSpacing"/>
        <w:rPr>
          <w:rFonts w:asciiTheme="majorHAnsi" w:hAnsiTheme="majorHAnsi" w:cstheme="majorHAnsi"/>
        </w:rPr>
      </w:pPr>
      <w:r w:rsidRPr="009210F4">
        <w:rPr>
          <w:rFonts w:asciiTheme="majorHAnsi" w:hAnsiTheme="majorHAnsi" w:cstheme="majorHAnsi"/>
        </w:rPr>
        <w:t>Daisy:</w:t>
      </w:r>
      <w:r w:rsidR="00D23E9C" w:rsidRPr="009210F4">
        <w:rPr>
          <w:rFonts w:asciiTheme="majorHAnsi" w:hAnsiTheme="majorHAnsi" w:cstheme="majorHAnsi"/>
        </w:rPr>
        <w:t xml:space="preserve"> </w:t>
      </w:r>
      <w:r w:rsidR="00F7615C" w:rsidRPr="009210F4">
        <w:rPr>
          <w:rFonts w:asciiTheme="majorHAnsi" w:hAnsiTheme="majorHAnsi" w:cstheme="majorHAnsi"/>
        </w:rPr>
        <w:t>Yeah, yeah</w:t>
      </w:r>
      <w:r w:rsidRPr="009210F4">
        <w:rPr>
          <w:rFonts w:asciiTheme="majorHAnsi" w:hAnsiTheme="majorHAnsi" w:cstheme="majorHAnsi"/>
        </w:rPr>
        <w:t>,</w:t>
      </w:r>
      <w:r w:rsidR="00F7615C" w:rsidRPr="009210F4">
        <w:rPr>
          <w:rFonts w:asciiTheme="majorHAnsi" w:hAnsiTheme="majorHAnsi" w:cstheme="majorHAnsi"/>
        </w:rPr>
        <w:t xml:space="preserve"> </w:t>
      </w:r>
      <w:r w:rsidR="000C615E">
        <w:rPr>
          <w:rFonts w:asciiTheme="majorHAnsi" w:hAnsiTheme="majorHAnsi" w:cstheme="majorHAnsi"/>
        </w:rPr>
        <w:t>l</w:t>
      </w:r>
      <w:r w:rsidRPr="009210F4">
        <w:rPr>
          <w:rFonts w:asciiTheme="majorHAnsi" w:hAnsiTheme="majorHAnsi" w:cstheme="majorHAnsi"/>
        </w:rPr>
        <w:t xml:space="preserve">ike, </w:t>
      </w:r>
      <w:r w:rsidR="00F7615C" w:rsidRPr="009210F4">
        <w:rPr>
          <w:rFonts w:asciiTheme="majorHAnsi" w:hAnsiTheme="majorHAnsi" w:cstheme="majorHAnsi"/>
        </w:rPr>
        <w:t>come on</w:t>
      </w:r>
      <w:r w:rsidRPr="009210F4">
        <w:rPr>
          <w:rFonts w:asciiTheme="majorHAnsi" w:hAnsiTheme="majorHAnsi" w:cstheme="majorHAnsi"/>
        </w:rPr>
        <w:t xml:space="preserve"> n</w:t>
      </w:r>
      <w:r w:rsidR="00F7615C" w:rsidRPr="009210F4">
        <w:rPr>
          <w:rFonts w:asciiTheme="majorHAnsi" w:hAnsiTheme="majorHAnsi" w:cstheme="majorHAnsi"/>
        </w:rPr>
        <w:t>ow</w:t>
      </w:r>
      <w:r w:rsidRPr="009210F4">
        <w:rPr>
          <w:rFonts w:asciiTheme="majorHAnsi" w:hAnsiTheme="majorHAnsi" w:cstheme="majorHAnsi"/>
        </w:rPr>
        <w:t xml:space="preserve">. </w:t>
      </w:r>
      <w:r w:rsidR="00F7615C" w:rsidRPr="009210F4">
        <w:rPr>
          <w:rFonts w:asciiTheme="majorHAnsi" w:hAnsiTheme="majorHAnsi" w:cstheme="majorHAnsi"/>
        </w:rPr>
        <w:t>One person said that it was like an abolition of slavery. And I'm like, but</w:t>
      </w:r>
      <w:r w:rsidRPr="009210F4">
        <w:rPr>
          <w:rFonts w:asciiTheme="majorHAnsi" w:hAnsiTheme="majorHAnsi" w:cstheme="majorHAnsi"/>
        </w:rPr>
        <w:t>,</w:t>
      </w:r>
      <w:r w:rsidR="00F7615C" w:rsidRPr="009210F4">
        <w:rPr>
          <w:rFonts w:asciiTheme="majorHAnsi" w:hAnsiTheme="majorHAnsi" w:cstheme="majorHAnsi"/>
        </w:rPr>
        <w:t xml:space="preserve"> but they mentioned slavery so many times.</w:t>
      </w:r>
    </w:p>
    <w:p w14:paraId="6E65FBA6" w14:textId="77777777" w:rsidR="00991E93" w:rsidRPr="009210F4" w:rsidRDefault="00991E93" w:rsidP="009210F4">
      <w:pPr>
        <w:pStyle w:val="NoSpacing"/>
        <w:rPr>
          <w:rFonts w:asciiTheme="majorHAnsi" w:hAnsiTheme="majorHAnsi" w:cstheme="majorHAnsi"/>
        </w:rPr>
      </w:pPr>
    </w:p>
    <w:p w14:paraId="59741008" w14:textId="4CEC73CD" w:rsidR="00991E93" w:rsidRPr="009210F4" w:rsidRDefault="00820759" w:rsidP="009210F4">
      <w:pPr>
        <w:pStyle w:val="NoSpacing"/>
        <w:rPr>
          <w:rFonts w:asciiTheme="majorHAnsi" w:hAnsiTheme="majorHAnsi" w:cstheme="majorHAnsi"/>
        </w:rPr>
      </w:pPr>
      <w:r w:rsidRPr="009210F4">
        <w:rPr>
          <w:rFonts w:asciiTheme="majorHAnsi" w:hAnsiTheme="majorHAnsi" w:cstheme="majorHAnsi"/>
        </w:rPr>
        <w:t xml:space="preserve">Kimmy </w:t>
      </w:r>
      <w:r w:rsidR="00F7615C" w:rsidRPr="009210F4">
        <w:rPr>
          <w:rFonts w:asciiTheme="majorHAnsi" w:hAnsiTheme="majorHAnsi" w:cstheme="majorHAnsi"/>
        </w:rPr>
        <w:t>57:19</w:t>
      </w:r>
    </w:p>
    <w:p w14:paraId="5497DF24" w14:textId="62DA870A"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Yeah, and they were in cahoots with the Arabs and they were some of the first people to implement slavery. So</w:t>
      </w:r>
      <w:r w:rsidR="00715AE7" w:rsidRPr="009210F4">
        <w:rPr>
          <w:rFonts w:asciiTheme="majorHAnsi" w:hAnsiTheme="majorHAnsi" w:cstheme="majorHAnsi"/>
        </w:rPr>
        <w:t>, er,</w:t>
      </w:r>
      <w:r w:rsidR="00D23E9C" w:rsidRPr="009210F4">
        <w:rPr>
          <w:rFonts w:asciiTheme="majorHAnsi" w:hAnsiTheme="majorHAnsi" w:cstheme="majorHAnsi"/>
        </w:rPr>
        <w:t xml:space="preserve"> </w:t>
      </w:r>
      <w:r w:rsidR="00715AE7" w:rsidRPr="009210F4">
        <w:rPr>
          <w:rFonts w:asciiTheme="majorHAnsi" w:hAnsiTheme="majorHAnsi" w:cstheme="majorHAnsi"/>
        </w:rPr>
        <w:t>ex-</w:t>
      </w:r>
      <w:r w:rsidRPr="009210F4">
        <w:rPr>
          <w:rFonts w:asciiTheme="majorHAnsi" w:hAnsiTheme="majorHAnsi" w:cstheme="majorHAnsi"/>
        </w:rPr>
        <w:t>squeeze me</w:t>
      </w:r>
    </w:p>
    <w:p w14:paraId="615858EB" w14:textId="77777777" w:rsidR="00991E93" w:rsidRPr="009210F4" w:rsidRDefault="00991E93" w:rsidP="009210F4">
      <w:pPr>
        <w:pStyle w:val="NoSpacing"/>
        <w:rPr>
          <w:rFonts w:asciiTheme="majorHAnsi" w:hAnsiTheme="majorHAnsi" w:cstheme="majorHAnsi"/>
        </w:rPr>
      </w:pPr>
    </w:p>
    <w:p w14:paraId="15581E58" w14:textId="3EA4924A"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Daisy</w:t>
      </w:r>
      <w:r w:rsidR="00D23E9C" w:rsidRPr="009210F4">
        <w:rPr>
          <w:rFonts w:asciiTheme="majorHAnsi" w:hAnsiTheme="majorHAnsi" w:cstheme="majorHAnsi"/>
        </w:rPr>
        <w:t xml:space="preserve"> </w:t>
      </w:r>
      <w:r w:rsidRPr="009210F4">
        <w:rPr>
          <w:rFonts w:asciiTheme="majorHAnsi" w:hAnsiTheme="majorHAnsi" w:cstheme="majorHAnsi"/>
        </w:rPr>
        <w:t>57:29</w:t>
      </w:r>
    </w:p>
    <w:p w14:paraId="7090C9D1" w14:textId="6E63A408"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Yeah, so like, basically what it's saying is, like, be a bit nicer to your slaves</w:t>
      </w:r>
    </w:p>
    <w:p w14:paraId="7D9B4B70" w14:textId="77777777" w:rsidR="00991E93" w:rsidRPr="009210F4" w:rsidRDefault="00991E93" w:rsidP="009210F4">
      <w:pPr>
        <w:pStyle w:val="NoSpacing"/>
        <w:rPr>
          <w:rFonts w:asciiTheme="majorHAnsi" w:hAnsiTheme="majorHAnsi" w:cstheme="majorHAnsi"/>
        </w:rPr>
      </w:pPr>
    </w:p>
    <w:p w14:paraId="49A9F2E9" w14:textId="26236A19" w:rsidR="00991E93" w:rsidRPr="009210F4" w:rsidRDefault="00820759" w:rsidP="009210F4">
      <w:pPr>
        <w:pStyle w:val="NoSpacing"/>
        <w:rPr>
          <w:rFonts w:asciiTheme="majorHAnsi" w:hAnsiTheme="majorHAnsi" w:cstheme="majorHAnsi"/>
        </w:rPr>
      </w:pPr>
      <w:r w:rsidRPr="009210F4">
        <w:rPr>
          <w:rFonts w:asciiTheme="majorHAnsi" w:hAnsiTheme="majorHAnsi" w:cstheme="majorHAnsi"/>
        </w:rPr>
        <w:t xml:space="preserve">Kimmy </w:t>
      </w:r>
      <w:r w:rsidR="00F7615C" w:rsidRPr="009210F4">
        <w:rPr>
          <w:rFonts w:asciiTheme="majorHAnsi" w:hAnsiTheme="majorHAnsi" w:cstheme="majorHAnsi"/>
        </w:rPr>
        <w:t>57:36</w:t>
      </w:r>
    </w:p>
    <w:p w14:paraId="17D8ABCA" w14:textId="096CDAA1" w:rsidR="00991E93" w:rsidRPr="009210F4" w:rsidRDefault="00715AE7" w:rsidP="009210F4">
      <w:pPr>
        <w:pStyle w:val="NoSpacing"/>
        <w:rPr>
          <w:rFonts w:asciiTheme="majorHAnsi" w:hAnsiTheme="majorHAnsi" w:cstheme="majorHAnsi"/>
        </w:rPr>
      </w:pPr>
      <w:r w:rsidRPr="009210F4">
        <w:rPr>
          <w:rFonts w:asciiTheme="majorHAnsi" w:hAnsiTheme="majorHAnsi" w:cstheme="majorHAnsi"/>
        </w:rPr>
        <w:t xml:space="preserve">Oh, </w:t>
      </w:r>
      <w:r w:rsidR="00F7615C" w:rsidRPr="009210F4">
        <w:rPr>
          <w:rFonts w:asciiTheme="majorHAnsi" w:hAnsiTheme="majorHAnsi" w:cstheme="majorHAnsi"/>
        </w:rPr>
        <w:t>sounds about right.</w:t>
      </w:r>
    </w:p>
    <w:p w14:paraId="6E43215F" w14:textId="77777777" w:rsidR="00991E93" w:rsidRPr="009210F4" w:rsidRDefault="00991E93" w:rsidP="009210F4">
      <w:pPr>
        <w:pStyle w:val="NoSpacing"/>
        <w:rPr>
          <w:rFonts w:asciiTheme="majorHAnsi" w:hAnsiTheme="majorHAnsi" w:cstheme="majorHAnsi"/>
        </w:rPr>
      </w:pPr>
    </w:p>
    <w:p w14:paraId="2064342C" w14:textId="1F024B4B"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Daisy</w:t>
      </w:r>
      <w:r w:rsidR="00D23E9C" w:rsidRPr="009210F4">
        <w:rPr>
          <w:rFonts w:asciiTheme="majorHAnsi" w:hAnsiTheme="majorHAnsi" w:cstheme="majorHAnsi"/>
        </w:rPr>
        <w:t xml:space="preserve"> </w:t>
      </w:r>
      <w:r w:rsidRPr="009210F4">
        <w:rPr>
          <w:rFonts w:asciiTheme="majorHAnsi" w:hAnsiTheme="majorHAnsi" w:cstheme="majorHAnsi"/>
        </w:rPr>
        <w:t>57:39</w:t>
      </w:r>
    </w:p>
    <w:p w14:paraId="3F323CCC" w14:textId="01D444CB" w:rsidR="00991E93" w:rsidRPr="009210F4" w:rsidRDefault="00715AE7" w:rsidP="009210F4">
      <w:pPr>
        <w:pStyle w:val="NoSpacing"/>
        <w:rPr>
          <w:rFonts w:asciiTheme="majorHAnsi" w:hAnsiTheme="majorHAnsi" w:cstheme="majorHAnsi"/>
        </w:rPr>
      </w:pPr>
      <w:r w:rsidRPr="009210F4">
        <w:rPr>
          <w:rFonts w:asciiTheme="majorHAnsi" w:hAnsiTheme="majorHAnsi" w:cstheme="majorHAnsi"/>
        </w:rPr>
        <w:t>It b</w:t>
      </w:r>
      <w:r w:rsidR="00F7615C" w:rsidRPr="009210F4">
        <w:rPr>
          <w:rFonts w:asciiTheme="majorHAnsi" w:hAnsiTheme="majorHAnsi" w:cstheme="majorHAnsi"/>
        </w:rPr>
        <w:t>asically</w:t>
      </w:r>
      <w:r w:rsidRPr="009210F4">
        <w:rPr>
          <w:rFonts w:asciiTheme="majorHAnsi" w:hAnsiTheme="majorHAnsi" w:cstheme="majorHAnsi"/>
        </w:rPr>
        <w:t xml:space="preserve"> </w:t>
      </w:r>
      <w:r w:rsidR="00F7615C" w:rsidRPr="009210F4">
        <w:rPr>
          <w:rFonts w:asciiTheme="majorHAnsi" w:hAnsiTheme="majorHAnsi" w:cstheme="majorHAnsi"/>
        </w:rPr>
        <w:t xml:space="preserve">said, like, let your </w:t>
      </w:r>
      <w:r w:rsidRPr="009210F4">
        <w:rPr>
          <w:rFonts w:asciiTheme="majorHAnsi" w:hAnsiTheme="majorHAnsi" w:cstheme="majorHAnsi"/>
        </w:rPr>
        <w:t xml:space="preserve">slaves </w:t>
      </w:r>
      <w:r w:rsidR="00F7615C" w:rsidRPr="009210F4">
        <w:rPr>
          <w:rFonts w:asciiTheme="majorHAnsi" w:hAnsiTheme="majorHAnsi" w:cstheme="majorHAnsi"/>
        </w:rPr>
        <w:t xml:space="preserve">sleep, and have a bit of time off at the end of the day, which is not the same. That is not the same as </w:t>
      </w:r>
      <w:r w:rsidRPr="009210F4">
        <w:rPr>
          <w:rFonts w:asciiTheme="majorHAnsi" w:hAnsiTheme="majorHAnsi" w:cstheme="majorHAnsi"/>
        </w:rPr>
        <w:t>an aboli</w:t>
      </w:r>
      <w:r w:rsidR="00F7171A" w:rsidRPr="009210F4">
        <w:rPr>
          <w:rFonts w:asciiTheme="majorHAnsi" w:hAnsiTheme="majorHAnsi" w:cstheme="majorHAnsi"/>
        </w:rPr>
        <w:t>t</w:t>
      </w:r>
      <w:r w:rsidRPr="009210F4">
        <w:rPr>
          <w:rFonts w:asciiTheme="majorHAnsi" w:hAnsiTheme="majorHAnsi" w:cstheme="majorHAnsi"/>
        </w:rPr>
        <w:t>ion</w:t>
      </w:r>
      <w:r w:rsidR="00F7171A" w:rsidRPr="009210F4">
        <w:rPr>
          <w:rFonts w:asciiTheme="majorHAnsi" w:hAnsiTheme="majorHAnsi" w:cstheme="majorHAnsi"/>
        </w:rPr>
        <w:t xml:space="preserve"> of slavery, what is this person on about?</w:t>
      </w:r>
      <w:r w:rsidR="00D23E9C" w:rsidRPr="009210F4">
        <w:rPr>
          <w:rFonts w:asciiTheme="majorHAnsi" w:hAnsiTheme="majorHAnsi" w:cstheme="majorHAnsi"/>
        </w:rPr>
        <w:t xml:space="preserve"> </w:t>
      </w:r>
    </w:p>
    <w:p w14:paraId="05533C86" w14:textId="77777777" w:rsidR="00991E93" w:rsidRPr="009210F4" w:rsidRDefault="00991E93" w:rsidP="009210F4">
      <w:pPr>
        <w:pStyle w:val="NoSpacing"/>
        <w:rPr>
          <w:rFonts w:asciiTheme="majorHAnsi" w:hAnsiTheme="majorHAnsi" w:cstheme="majorHAnsi"/>
        </w:rPr>
      </w:pPr>
    </w:p>
    <w:p w14:paraId="65458F0F" w14:textId="37AA06C4" w:rsidR="00991E93" w:rsidRPr="009210F4" w:rsidRDefault="00820759" w:rsidP="009210F4">
      <w:pPr>
        <w:pStyle w:val="NoSpacing"/>
        <w:rPr>
          <w:rFonts w:asciiTheme="majorHAnsi" w:hAnsiTheme="majorHAnsi" w:cstheme="majorHAnsi"/>
        </w:rPr>
      </w:pPr>
      <w:r w:rsidRPr="009210F4">
        <w:rPr>
          <w:rFonts w:asciiTheme="majorHAnsi" w:hAnsiTheme="majorHAnsi" w:cstheme="majorHAnsi"/>
        </w:rPr>
        <w:t xml:space="preserve">Kimmy </w:t>
      </w:r>
      <w:r w:rsidR="00F7615C" w:rsidRPr="009210F4">
        <w:rPr>
          <w:rFonts w:asciiTheme="majorHAnsi" w:hAnsiTheme="majorHAnsi" w:cstheme="majorHAnsi"/>
        </w:rPr>
        <w:t>57:53</w:t>
      </w:r>
    </w:p>
    <w:p w14:paraId="388E1CFF" w14:textId="53B7D33D"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 xml:space="preserve">Didn't say we're gonna have a union for </w:t>
      </w:r>
      <w:r w:rsidR="00F7171A" w:rsidRPr="009210F4">
        <w:rPr>
          <w:rFonts w:asciiTheme="majorHAnsi" w:hAnsiTheme="majorHAnsi" w:cstheme="majorHAnsi"/>
        </w:rPr>
        <w:t xml:space="preserve">our </w:t>
      </w:r>
      <w:r w:rsidRPr="009210F4">
        <w:rPr>
          <w:rFonts w:asciiTheme="majorHAnsi" w:hAnsiTheme="majorHAnsi" w:cstheme="majorHAnsi"/>
        </w:rPr>
        <w:t>slaves</w:t>
      </w:r>
      <w:r w:rsidR="00F7171A" w:rsidRPr="009210F4">
        <w:rPr>
          <w:rFonts w:asciiTheme="majorHAnsi" w:hAnsiTheme="majorHAnsi" w:cstheme="majorHAnsi"/>
        </w:rPr>
        <w:t>. No, w</w:t>
      </w:r>
      <w:r w:rsidRPr="009210F4">
        <w:rPr>
          <w:rFonts w:asciiTheme="majorHAnsi" w:hAnsiTheme="majorHAnsi" w:cstheme="majorHAnsi"/>
        </w:rPr>
        <w:t>e're gonna give them lemonade when they're working outside</w:t>
      </w:r>
    </w:p>
    <w:p w14:paraId="3EFB47B7" w14:textId="77777777" w:rsidR="00991E93" w:rsidRPr="009210F4" w:rsidRDefault="00991E93" w:rsidP="009210F4">
      <w:pPr>
        <w:pStyle w:val="NoSpacing"/>
        <w:rPr>
          <w:rFonts w:asciiTheme="majorHAnsi" w:hAnsiTheme="majorHAnsi" w:cstheme="majorHAnsi"/>
        </w:rPr>
      </w:pPr>
    </w:p>
    <w:p w14:paraId="48FB1298" w14:textId="4311798D"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Daisy</w:t>
      </w:r>
      <w:r w:rsidR="00D23E9C" w:rsidRPr="009210F4">
        <w:rPr>
          <w:rFonts w:asciiTheme="majorHAnsi" w:hAnsiTheme="majorHAnsi" w:cstheme="majorHAnsi"/>
        </w:rPr>
        <w:t xml:space="preserve"> </w:t>
      </w:r>
      <w:r w:rsidRPr="009210F4">
        <w:rPr>
          <w:rFonts w:asciiTheme="majorHAnsi" w:hAnsiTheme="majorHAnsi" w:cstheme="majorHAnsi"/>
        </w:rPr>
        <w:t>58:03</w:t>
      </w:r>
    </w:p>
    <w:p w14:paraId="63052643" w14:textId="10D26433" w:rsidR="00991E93" w:rsidRPr="009210F4" w:rsidRDefault="00F7171A" w:rsidP="009210F4">
      <w:pPr>
        <w:pStyle w:val="NoSpacing"/>
        <w:rPr>
          <w:rFonts w:asciiTheme="majorHAnsi" w:hAnsiTheme="majorHAnsi" w:cstheme="majorHAnsi"/>
        </w:rPr>
      </w:pPr>
      <w:r w:rsidRPr="009210F4">
        <w:rPr>
          <w:rFonts w:asciiTheme="majorHAnsi" w:hAnsiTheme="majorHAnsi" w:cstheme="majorHAnsi"/>
        </w:rPr>
        <w:t>Yeah, s</w:t>
      </w:r>
      <w:r w:rsidR="00F7615C" w:rsidRPr="009210F4">
        <w:rPr>
          <w:rFonts w:asciiTheme="majorHAnsi" w:hAnsiTheme="majorHAnsi" w:cstheme="majorHAnsi"/>
        </w:rPr>
        <w:t>o this charter is another one of these things that has been passed down by oral tradition. But it's now been sort of designated by UNESCO as</w:t>
      </w:r>
      <w:r w:rsidRPr="009210F4">
        <w:rPr>
          <w:rFonts w:asciiTheme="majorHAnsi" w:hAnsiTheme="majorHAnsi" w:cstheme="majorHAnsi"/>
        </w:rPr>
        <w:t>, er,</w:t>
      </w:r>
      <w:r w:rsidR="00F7615C" w:rsidRPr="009210F4">
        <w:rPr>
          <w:rFonts w:asciiTheme="majorHAnsi" w:hAnsiTheme="majorHAnsi" w:cstheme="majorHAnsi"/>
        </w:rPr>
        <w:t xml:space="preserve"> what was it they call it</w:t>
      </w:r>
      <w:r w:rsidRPr="009210F4">
        <w:rPr>
          <w:rFonts w:asciiTheme="majorHAnsi" w:hAnsiTheme="majorHAnsi" w:cstheme="majorHAnsi"/>
        </w:rPr>
        <w:t>?</w:t>
      </w:r>
      <w:r w:rsidR="00F7615C" w:rsidRPr="009210F4">
        <w:rPr>
          <w:rFonts w:asciiTheme="majorHAnsi" w:hAnsiTheme="majorHAnsi" w:cstheme="majorHAnsi"/>
        </w:rPr>
        <w:t xml:space="preserve"> </w:t>
      </w:r>
      <w:r w:rsidRPr="009210F4">
        <w:rPr>
          <w:rFonts w:asciiTheme="majorHAnsi" w:hAnsiTheme="majorHAnsi" w:cstheme="majorHAnsi"/>
        </w:rPr>
        <w:t xml:space="preserve">It </w:t>
      </w:r>
      <w:r w:rsidR="00F7615C" w:rsidRPr="009210F4">
        <w:rPr>
          <w:rFonts w:asciiTheme="majorHAnsi" w:hAnsiTheme="majorHAnsi" w:cstheme="majorHAnsi"/>
        </w:rPr>
        <w:t xml:space="preserve">was a really specific, </w:t>
      </w:r>
      <w:r w:rsidRPr="009210F4">
        <w:rPr>
          <w:rFonts w:asciiTheme="majorHAnsi" w:hAnsiTheme="majorHAnsi" w:cstheme="majorHAnsi"/>
        </w:rPr>
        <w:t>‘</w:t>
      </w:r>
      <w:r w:rsidR="00F7615C" w:rsidRPr="009210F4">
        <w:rPr>
          <w:rFonts w:asciiTheme="majorHAnsi" w:hAnsiTheme="majorHAnsi" w:cstheme="majorHAnsi"/>
        </w:rPr>
        <w:t>Intangible Cultural Heritage of Humanity</w:t>
      </w:r>
      <w:r w:rsidRPr="009210F4">
        <w:rPr>
          <w:rFonts w:asciiTheme="majorHAnsi" w:hAnsiTheme="majorHAnsi" w:cstheme="majorHAnsi"/>
        </w:rPr>
        <w:t>’</w:t>
      </w:r>
      <w:r w:rsidR="00F7615C" w:rsidRPr="009210F4">
        <w:rPr>
          <w:rFonts w:asciiTheme="majorHAnsi" w:hAnsiTheme="majorHAnsi" w:cstheme="majorHAnsi"/>
        </w:rPr>
        <w:t>. It was</w:t>
      </w:r>
      <w:r w:rsidR="000C615E">
        <w:rPr>
          <w:rFonts w:asciiTheme="majorHAnsi" w:hAnsiTheme="majorHAnsi" w:cstheme="majorHAnsi"/>
        </w:rPr>
        <w:t>,</w:t>
      </w:r>
      <w:r w:rsidR="00F7615C" w:rsidRPr="009210F4">
        <w:rPr>
          <w:rFonts w:asciiTheme="majorHAnsi" w:hAnsiTheme="majorHAnsi" w:cstheme="majorHAnsi"/>
        </w:rPr>
        <w:t xml:space="preserve"> it was declared intangible cultural heritage</w:t>
      </w:r>
    </w:p>
    <w:p w14:paraId="5799B866" w14:textId="77777777" w:rsidR="00991E93" w:rsidRPr="009210F4" w:rsidRDefault="00991E93" w:rsidP="009210F4">
      <w:pPr>
        <w:pStyle w:val="NoSpacing"/>
        <w:rPr>
          <w:rFonts w:asciiTheme="majorHAnsi" w:hAnsiTheme="majorHAnsi" w:cstheme="majorHAnsi"/>
        </w:rPr>
      </w:pPr>
    </w:p>
    <w:p w14:paraId="3F43F5A6" w14:textId="725AA794" w:rsidR="00991E93" w:rsidRPr="009210F4" w:rsidRDefault="00820759" w:rsidP="009210F4">
      <w:pPr>
        <w:pStyle w:val="NoSpacing"/>
        <w:rPr>
          <w:rFonts w:asciiTheme="majorHAnsi" w:hAnsiTheme="majorHAnsi" w:cstheme="majorHAnsi"/>
        </w:rPr>
      </w:pPr>
      <w:r w:rsidRPr="009210F4">
        <w:rPr>
          <w:rFonts w:asciiTheme="majorHAnsi" w:hAnsiTheme="majorHAnsi" w:cstheme="majorHAnsi"/>
        </w:rPr>
        <w:t xml:space="preserve">Kimmy </w:t>
      </w:r>
      <w:r w:rsidR="00F7615C" w:rsidRPr="009210F4">
        <w:rPr>
          <w:rFonts w:asciiTheme="majorHAnsi" w:hAnsiTheme="majorHAnsi" w:cstheme="majorHAnsi"/>
        </w:rPr>
        <w:t>58:30</w:t>
      </w:r>
    </w:p>
    <w:p w14:paraId="2D33BDEB" w14:textId="087D001D" w:rsidR="00991E93" w:rsidRPr="009210F4" w:rsidRDefault="00F7171A" w:rsidP="009210F4">
      <w:pPr>
        <w:pStyle w:val="NoSpacing"/>
        <w:rPr>
          <w:rFonts w:asciiTheme="majorHAnsi" w:hAnsiTheme="majorHAnsi" w:cstheme="majorHAnsi"/>
        </w:rPr>
      </w:pPr>
      <w:r w:rsidRPr="009210F4">
        <w:rPr>
          <w:rFonts w:asciiTheme="majorHAnsi" w:hAnsiTheme="majorHAnsi" w:cstheme="majorHAnsi"/>
        </w:rPr>
        <w:t>I</w:t>
      </w:r>
      <w:r w:rsidR="00F7615C" w:rsidRPr="009210F4">
        <w:rPr>
          <w:rFonts w:asciiTheme="majorHAnsi" w:hAnsiTheme="majorHAnsi" w:cstheme="majorHAnsi"/>
        </w:rPr>
        <w:t>nteresting, that's such a</w:t>
      </w:r>
      <w:r w:rsidRPr="009210F4">
        <w:rPr>
          <w:rFonts w:asciiTheme="majorHAnsi" w:hAnsiTheme="majorHAnsi" w:cstheme="majorHAnsi"/>
        </w:rPr>
        <w:t>n</w:t>
      </w:r>
      <w:r w:rsidR="00F7615C" w:rsidRPr="009210F4">
        <w:rPr>
          <w:rFonts w:asciiTheme="majorHAnsi" w:hAnsiTheme="majorHAnsi" w:cstheme="majorHAnsi"/>
        </w:rPr>
        <w:t xml:space="preserve"> interesting choice of words</w:t>
      </w:r>
      <w:r w:rsidRPr="009210F4">
        <w:rPr>
          <w:rFonts w:asciiTheme="majorHAnsi" w:hAnsiTheme="majorHAnsi" w:cstheme="majorHAnsi"/>
        </w:rPr>
        <w:t xml:space="preserve">, you know </w:t>
      </w:r>
    </w:p>
    <w:p w14:paraId="3509A754" w14:textId="77777777" w:rsidR="00991E93" w:rsidRPr="009210F4" w:rsidRDefault="00991E93" w:rsidP="009210F4">
      <w:pPr>
        <w:pStyle w:val="NoSpacing"/>
        <w:rPr>
          <w:rFonts w:asciiTheme="majorHAnsi" w:hAnsiTheme="majorHAnsi" w:cstheme="majorHAnsi"/>
        </w:rPr>
      </w:pPr>
    </w:p>
    <w:p w14:paraId="4E651BE1" w14:textId="5A262B6B"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Alice</w:t>
      </w:r>
      <w:r w:rsidR="00D23E9C" w:rsidRPr="009210F4">
        <w:rPr>
          <w:rFonts w:asciiTheme="majorHAnsi" w:hAnsiTheme="majorHAnsi" w:cstheme="majorHAnsi"/>
        </w:rPr>
        <w:t xml:space="preserve"> </w:t>
      </w:r>
      <w:r w:rsidRPr="009210F4">
        <w:rPr>
          <w:rFonts w:asciiTheme="majorHAnsi" w:hAnsiTheme="majorHAnsi" w:cstheme="majorHAnsi"/>
        </w:rPr>
        <w:t>58:37</w:t>
      </w:r>
    </w:p>
    <w:p w14:paraId="17EB62D4" w14:textId="7F86EF2E" w:rsidR="00991E93" w:rsidRPr="009210F4" w:rsidRDefault="00F7171A" w:rsidP="009210F4">
      <w:pPr>
        <w:pStyle w:val="NoSpacing"/>
        <w:rPr>
          <w:rFonts w:asciiTheme="majorHAnsi" w:hAnsiTheme="majorHAnsi" w:cstheme="majorHAnsi"/>
        </w:rPr>
      </w:pPr>
      <w:r w:rsidRPr="009210F4">
        <w:rPr>
          <w:rFonts w:asciiTheme="majorHAnsi" w:hAnsiTheme="majorHAnsi" w:cstheme="majorHAnsi"/>
        </w:rPr>
        <w:t xml:space="preserve">Yeah, I was gonna say, you kind of </w:t>
      </w:r>
      <w:r w:rsidR="000C615E">
        <w:rPr>
          <w:rFonts w:asciiTheme="majorHAnsi" w:hAnsiTheme="majorHAnsi" w:cstheme="majorHAnsi"/>
        </w:rPr>
        <w:t>n</w:t>
      </w:r>
      <w:r w:rsidR="00F7615C" w:rsidRPr="009210F4">
        <w:rPr>
          <w:rFonts w:asciiTheme="majorHAnsi" w:hAnsiTheme="majorHAnsi" w:cstheme="majorHAnsi"/>
        </w:rPr>
        <w:t>eed to separate them into the separate words to understand what they're trying to say</w:t>
      </w:r>
    </w:p>
    <w:p w14:paraId="3C3B1B8F" w14:textId="77777777" w:rsidR="00991E93" w:rsidRPr="009210F4" w:rsidRDefault="00991E93" w:rsidP="009210F4">
      <w:pPr>
        <w:pStyle w:val="NoSpacing"/>
        <w:rPr>
          <w:rFonts w:asciiTheme="majorHAnsi" w:hAnsiTheme="majorHAnsi" w:cstheme="majorHAnsi"/>
        </w:rPr>
      </w:pPr>
    </w:p>
    <w:p w14:paraId="429D0DCC" w14:textId="7692C386" w:rsidR="00991E93" w:rsidRPr="009210F4" w:rsidRDefault="00820759" w:rsidP="009210F4">
      <w:pPr>
        <w:pStyle w:val="NoSpacing"/>
        <w:rPr>
          <w:rFonts w:asciiTheme="majorHAnsi" w:hAnsiTheme="majorHAnsi" w:cstheme="majorHAnsi"/>
        </w:rPr>
      </w:pPr>
      <w:r w:rsidRPr="009210F4">
        <w:rPr>
          <w:rFonts w:asciiTheme="majorHAnsi" w:hAnsiTheme="majorHAnsi" w:cstheme="majorHAnsi"/>
        </w:rPr>
        <w:t xml:space="preserve">Kimmy </w:t>
      </w:r>
      <w:r w:rsidR="00F7615C" w:rsidRPr="009210F4">
        <w:rPr>
          <w:rFonts w:asciiTheme="majorHAnsi" w:hAnsiTheme="majorHAnsi" w:cstheme="majorHAnsi"/>
        </w:rPr>
        <w:t>58:44</w:t>
      </w:r>
    </w:p>
    <w:p w14:paraId="1E272493" w14:textId="16512DC9" w:rsidR="00991E93" w:rsidRPr="009210F4" w:rsidRDefault="00F7171A" w:rsidP="009210F4">
      <w:pPr>
        <w:pStyle w:val="NoSpacing"/>
        <w:rPr>
          <w:rFonts w:asciiTheme="majorHAnsi" w:hAnsiTheme="majorHAnsi" w:cstheme="majorHAnsi"/>
        </w:rPr>
      </w:pPr>
      <w:r w:rsidRPr="009210F4">
        <w:rPr>
          <w:rFonts w:asciiTheme="majorHAnsi" w:hAnsiTheme="majorHAnsi" w:cstheme="majorHAnsi"/>
        </w:rPr>
        <w:t xml:space="preserve">Because a lot of history’s </w:t>
      </w:r>
      <w:r w:rsidR="00F7615C" w:rsidRPr="009210F4">
        <w:rPr>
          <w:rFonts w:asciiTheme="majorHAnsi" w:hAnsiTheme="majorHAnsi" w:cstheme="majorHAnsi"/>
        </w:rPr>
        <w:t>intangible</w:t>
      </w:r>
      <w:r w:rsidR="00C761E5" w:rsidRPr="009210F4">
        <w:rPr>
          <w:rFonts w:asciiTheme="majorHAnsi" w:hAnsiTheme="majorHAnsi" w:cstheme="majorHAnsi"/>
        </w:rPr>
        <w:t>,</w:t>
      </w:r>
      <w:r w:rsidR="00F7615C" w:rsidRPr="009210F4">
        <w:rPr>
          <w:rFonts w:asciiTheme="majorHAnsi" w:hAnsiTheme="majorHAnsi" w:cstheme="majorHAnsi"/>
        </w:rPr>
        <w:t xml:space="preserve"> what </w:t>
      </w:r>
      <w:r w:rsidR="00C761E5" w:rsidRPr="009210F4">
        <w:rPr>
          <w:rFonts w:asciiTheme="majorHAnsi" w:hAnsiTheme="majorHAnsi" w:cstheme="majorHAnsi"/>
        </w:rPr>
        <w:t xml:space="preserve">are </w:t>
      </w:r>
      <w:r w:rsidR="00F7615C" w:rsidRPr="009210F4">
        <w:rPr>
          <w:rFonts w:asciiTheme="majorHAnsi" w:hAnsiTheme="majorHAnsi" w:cstheme="majorHAnsi"/>
        </w:rPr>
        <w:t>you talking about</w:t>
      </w:r>
      <w:r w:rsidR="00C761E5" w:rsidRPr="009210F4">
        <w:rPr>
          <w:rFonts w:asciiTheme="majorHAnsi" w:hAnsiTheme="majorHAnsi" w:cstheme="majorHAnsi"/>
        </w:rPr>
        <w:t xml:space="preserve">, UNESCO, like </w:t>
      </w:r>
    </w:p>
    <w:p w14:paraId="5EB2F098" w14:textId="77777777" w:rsidR="00991E93" w:rsidRPr="009210F4" w:rsidRDefault="00991E93" w:rsidP="009210F4">
      <w:pPr>
        <w:pStyle w:val="NoSpacing"/>
        <w:rPr>
          <w:rFonts w:asciiTheme="majorHAnsi" w:hAnsiTheme="majorHAnsi" w:cstheme="majorHAnsi"/>
        </w:rPr>
      </w:pPr>
    </w:p>
    <w:p w14:paraId="11C4E537" w14:textId="4CCE67EA"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Daisy</w:t>
      </w:r>
      <w:r w:rsidR="00D23E9C" w:rsidRPr="009210F4">
        <w:rPr>
          <w:rFonts w:asciiTheme="majorHAnsi" w:hAnsiTheme="majorHAnsi" w:cstheme="majorHAnsi"/>
        </w:rPr>
        <w:t xml:space="preserve"> </w:t>
      </w:r>
      <w:r w:rsidRPr="009210F4">
        <w:rPr>
          <w:rFonts w:asciiTheme="majorHAnsi" w:hAnsiTheme="majorHAnsi" w:cstheme="majorHAnsi"/>
        </w:rPr>
        <w:t>58:48</w:t>
      </w:r>
    </w:p>
    <w:p w14:paraId="499A3B55" w14:textId="406D6A0E"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Yeah</w:t>
      </w:r>
      <w:r w:rsidR="00C761E5" w:rsidRPr="009210F4">
        <w:rPr>
          <w:rFonts w:asciiTheme="majorHAnsi" w:hAnsiTheme="majorHAnsi" w:cstheme="majorHAnsi"/>
        </w:rPr>
        <w:t>, s</w:t>
      </w:r>
      <w:r w:rsidRPr="009210F4">
        <w:rPr>
          <w:rFonts w:asciiTheme="majorHAnsi" w:hAnsiTheme="majorHAnsi" w:cstheme="majorHAnsi"/>
        </w:rPr>
        <w:t>o other things in the category are things like a specific type of Egyptian basket weaving</w:t>
      </w:r>
    </w:p>
    <w:p w14:paraId="3CE3093D" w14:textId="77777777" w:rsidR="00991E93" w:rsidRPr="009210F4" w:rsidRDefault="00991E93" w:rsidP="009210F4">
      <w:pPr>
        <w:pStyle w:val="NoSpacing"/>
        <w:rPr>
          <w:rFonts w:asciiTheme="majorHAnsi" w:hAnsiTheme="majorHAnsi" w:cstheme="majorHAnsi"/>
        </w:rPr>
      </w:pPr>
    </w:p>
    <w:p w14:paraId="6CE64F6F" w14:textId="7763E9C8" w:rsidR="00991E93" w:rsidRPr="009210F4" w:rsidRDefault="00820759" w:rsidP="009210F4">
      <w:pPr>
        <w:pStyle w:val="NoSpacing"/>
        <w:rPr>
          <w:rFonts w:asciiTheme="majorHAnsi" w:hAnsiTheme="majorHAnsi" w:cstheme="majorHAnsi"/>
        </w:rPr>
      </w:pPr>
      <w:r w:rsidRPr="009210F4">
        <w:rPr>
          <w:rFonts w:asciiTheme="majorHAnsi" w:hAnsiTheme="majorHAnsi" w:cstheme="majorHAnsi"/>
        </w:rPr>
        <w:t xml:space="preserve">Kimmy </w:t>
      </w:r>
      <w:r w:rsidR="00F7615C" w:rsidRPr="009210F4">
        <w:rPr>
          <w:rFonts w:asciiTheme="majorHAnsi" w:hAnsiTheme="majorHAnsi" w:cstheme="majorHAnsi"/>
        </w:rPr>
        <w:t>58:58</w:t>
      </w:r>
    </w:p>
    <w:p w14:paraId="5A825334" w14:textId="5B208B62" w:rsidR="00991E93" w:rsidRPr="009210F4" w:rsidRDefault="00C761E5" w:rsidP="009210F4">
      <w:pPr>
        <w:pStyle w:val="NoSpacing"/>
        <w:rPr>
          <w:rFonts w:asciiTheme="majorHAnsi" w:hAnsiTheme="majorHAnsi" w:cstheme="majorHAnsi"/>
        </w:rPr>
      </w:pPr>
      <w:r w:rsidRPr="009210F4">
        <w:rPr>
          <w:rFonts w:asciiTheme="majorHAnsi" w:hAnsiTheme="majorHAnsi" w:cstheme="majorHAnsi"/>
        </w:rPr>
        <w:t xml:space="preserve">It’s the skills and beliefs and stuff, yeah, </w:t>
      </w:r>
      <w:r w:rsidR="00A72993" w:rsidRPr="009210F4">
        <w:rPr>
          <w:rFonts w:asciiTheme="majorHAnsi" w:hAnsiTheme="majorHAnsi" w:cstheme="majorHAnsi"/>
        </w:rPr>
        <w:t>OK</w:t>
      </w:r>
      <w:r w:rsidR="00D23E9C" w:rsidRPr="009210F4">
        <w:rPr>
          <w:rFonts w:asciiTheme="majorHAnsi" w:hAnsiTheme="majorHAnsi" w:cstheme="majorHAnsi"/>
        </w:rPr>
        <w:t xml:space="preserve"> </w:t>
      </w:r>
    </w:p>
    <w:p w14:paraId="54BED1B9" w14:textId="77777777" w:rsidR="00991E93" w:rsidRPr="009210F4" w:rsidRDefault="00991E93" w:rsidP="009210F4">
      <w:pPr>
        <w:pStyle w:val="NoSpacing"/>
        <w:rPr>
          <w:rFonts w:asciiTheme="majorHAnsi" w:hAnsiTheme="majorHAnsi" w:cstheme="majorHAnsi"/>
        </w:rPr>
      </w:pPr>
    </w:p>
    <w:p w14:paraId="37808C43" w14:textId="45926308"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Alice</w:t>
      </w:r>
      <w:r w:rsidR="00D23E9C" w:rsidRPr="009210F4">
        <w:rPr>
          <w:rFonts w:asciiTheme="majorHAnsi" w:hAnsiTheme="majorHAnsi" w:cstheme="majorHAnsi"/>
        </w:rPr>
        <w:t xml:space="preserve"> </w:t>
      </w:r>
      <w:r w:rsidRPr="009210F4">
        <w:rPr>
          <w:rFonts w:asciiTheme="majorHAnsi" w:hAnsiTheme="majorHAnsi" w:cstheme="majorHAnsi"/>
        </w:rPr>
        <w:t>59:03</w:t>
      </w:r>
    </w:p>
    <w:p w14:paraId="440B5E79" w14:textId="4E4D6A56" w:rsidR="00991E93" w:rsidRPr="009210F4" w:rsidRDefault="00C761E5" w:rsidP="009210F4">
      <w:pPr>
        <w:pStyle w:val="NoSpacing"/>
        <w:rPr>
          <w:rFonts w:asciiTheme="majorHAnsi" w:hAnsiTheme="majorHAnsi" w:cstheme="majorHAnsi"/>
        </w:rPr>
      </w:pPr>
      <w:r w:rsidRPr="009210F4">
        <w:rPr>
          <w:rFonts w:asciiTheme="majorHAnsi" w:hAnsiTheme="majorHAnsi" w:cstheme="majorHAnsi"/>
        </w:rPr>
        <w:t>Yeah, t</w:t>
      </w:r>
      <w:r w:rsidR="00F7615C" w:rsidRPr="009210F4">
        <w:rPr>
          <w:rFonts w:asciiTheme="majorHAnsi" w:hAnsiTheme="majorHAnsi" w:cstheme="majorHAnsi"/>
        </w:rPr>
        <w:t xml:space="preserve">hat sort of you can't necessarily measure or </w:t>
      </w:r>
      <w:r w:rsidRPr="009210F4">
        <w:rPr>
          <w:rFonts w:asciiTheme="majorHAnsi" w:hAnsiTheme="majorHAnsi" w:cstheme="majorHAnsi"/>
        </w:rPr>
        <w:t>re</w:t>
      </w:r>
      <w:r w:rsidR="00F7615C" w:rsidRPr="009210F4">
        <w:rPr>
          <w:rFonts w:asciiTheme="majorHAnsi" w:hAnsiTheme="majorHAnsi" w:cstheme="majorHAnsi"/>
        </w:rPr>
        <w:t xml:space="preserve">create accurately </w:t>
      </w:r>
    </w:p>
    <w:p w14:paraId="305BE654" w14:textId="77777777" w:rsidR="000C615E" w:rsidRDefault="000C615E" w:rsidP="009210F4">
      <w:pPr>
        <w:pStyle w:val="NoSpacing"/>
        <w:rPr>
          <w:rFonts w:asciiTheme="majorHAnsi" w:hAnsiTheme="majorHAnsi" w:cstheme="majorHAnsi"/>
        </w:rPr>
      </w:pPr>
    </w:p>
    <w:p w14:paraId="03342CE4" w14:textId="4F0C9278"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Daisy</w:t>
      </w:r>
      <w:r w:rsidR="00D23E9C" w:rsidRPr="009210F4">
        <w:rPr>
          <w:rFonts w:asciiTheme="majorHAnsi" w:hAnsiTheme="majorHAnsi" w:cstheme="majorHAnsi"/>
        </w:rPr>
        <w:t xml:space="preserve"> </w:t>
      </w:r>
      <w:r w:rsidRPr="009210F4">
        <w:rPr>
          <w:rFonts w:asciiTheme="majorHAnsi" w:hAnsiTheme="majorHAnsi" w:cstheme="majorHAnsi"/>
        </w:rPr>
        <w:t>59:11</w:t>
      </w:r>
    </w:p>
    <w:p w14:paraId="03AACDA5" w14:textId="1A71236D" w:rsidR="00991E93" w:rsidRPr="009210F4" w:rsidRDefault="00C761E5" w:rsidP="009210F4">
      <w:pPr>
        <w:pStyle w:val="NoSpacing"/>
        <w:rPr>
          <w:rFonts w:asciiTheme="majorHAnsi" w:hAnsiTheme="majorHAnsi" w:cstheme="majorHAnsi"/>
        </w:rPr>
      </w:pPr>
      <w:r w:rsidRPr="009210F4">
        <w:rPr>
          <w:rFonts w:asciiTheme="majorHAnsi" w:hAnsiTheme="majorHAnsi" w:cstheme="majorHAnsi"/>
        </w:rPr>
        <w:t>Yeah, yeah, I g</w:t>
      </w:r>
      <w:r w:rsidR="00F7615C" w:rsidRPr="009210F4">
        <w:rPr>
          <w:rFonts w:asciiTheme="majorHAnsi" w:hAnsiTheme="majorHAnsi" w:cstheme="majorHAnsi"/>
        </w:rPr>
        <w:t xml:space="preserve">uess it you know, they mean that like there's not like a </w:t>
      </w:r>
      <w:r w:rsidR="009210F4" w:rsidRPr="009210F4">
        <w:rPr>
          <w:rFonts w:asciiTheme="majorHAnsi" w:hAnsiTheme="majorHAnsi" w:cstheme="majorHAnsi"/>
        </w:rPr>
        <w:t>book</w:t>
      </w:r>
      <w:r w:rsidR="00F7615C" w:rsidRPr="009210F4">
        <w:rPr>
          <w:rFonts w:asciiTheme="majorHAnsi" w:hAnsiTheme="majorHAnsi" w:cstheme="majorHAnsi"/>
        </w:rPr>
        <w:t xml:space="preserve"> that says, you know, that oh, this is a prim</w:t>
      </w:r>
      <w:r w:rsidRPr="009210F4">
        <w:rPr>
          <w:rFonts w:asciiTheme="majorHAnsi" w:hAnsiTheme="majorHAnsi" w:cstheme="majorHAnsi"/>
        </w:rPr>
        <w:t>ary</w:t>
      </w:r>
      <w:r w:rsidR="00D23E9C" w:rsidRPr="009210F4">
        <w:rPr>
          <w:rFonts w:asciiTheme="majorHAnsi" w:hAnsiTheme="majorHAnsi" w:cstheme="majorHAnsi"/>
        </w:rPr>
        <w:t xml:space="preserve"> </w:t>
      </w:r>
      <w:r w:rsidR="00F7615C" w:rsidRPr="009210F4">
        <w:rPr>
          <w:rFonts w:asciiTheme="majorHAnsi" w:hAnsiTheme="majorHAnsi" w:cstheme="majorHAnsi"/>
        </w:rPr>
        <w:t>source that we have to preserve</w:t>
      </w:r>
      <w:r w:rsidRPr="009210F4">
        <w:rPr>
          <w:rFonts w:asciiTheme="majorHAnsi" w:hAnsiTheme="majorHAnsi" w:cstheme="majorHAnsi"/>
        </w:rPr>
        <w:t xml:space="preserve"> s</w:t>
      </w:r>
      <w:r w:rsidR="00F7615C" w:rsidRPr="009210F4">
        <w:rPr>
          <w:rFonts w:asciiTheme="majorHAnsi" w:hAnsiTheme="majorHAnsi" w:cstheme="majorHAnsi"/>
        </w:rPr>
        <w:t>o let's put that in a safe</w:t>
      </w:r>
      <w:r w:rsidRPr="009210F4">
        <w:rPr>
          <w:rFonts w:asciiTheme="majorHAnsi" w:hAnsiTheme="majorHAnsi" w:cstheme="majorHAnsi"/>
        </w:rPr>
        <w:t>.</w:t>
      </w:r>
      <w:r w:rsidR="00D23E9C" w:rsidRPr="009210F4">
        <w:rPr>
          <w:rFonts w:asciiTheme="majorHAnsi" w:hAnsiTheme="majorHAnsi" w:cstheme="majorHAnsi"/>
        </w:rPr>
        <w:t xml:space="preserve"> </w:t>
      </w:r>
      <w:r w:rsidRPr="009210F4">
        <w:rPr>
          <w:rFonts w:asciiTheme="majorHAnsi" w:hAnsiTheme="majorHAnsi" w:cstheme="majorHAnsi"/>
        </w:rPr>
        <w:t>I</w:t>
      </w:r>
      <w:r w:rsidR="00F7615C" w:rsidRPr="009210F4">
        <w:rPr>
          <w:rFonts w:asciiTheme="majorHAnsi" w:hAnsiTheme="majorHAnsi" w:cstheme="majorHAnsi"/>
        </w:rPr>
        <w:t xml:space="preserve">t's more like you know, this is a skill or a thing or, you know, that we just kind of have to make sure that we don't forget. </w:t>
      </w:r>
      <w:r w:rsidR="000C615E" w:rsidRPr="009210F4">
        <w:rPr>
          <w:rFonts w:asciiTheme="majorHAnsi" w:hAnsiTheme="majorHAnsi" w:cstheme="majorHAnsi"/>
        </w:rPr>
        <w:t>So,</w:t>
      </w:r>
      <w:r w:rsidR="00F7615C" w:rsidRPr="009210F4">
        <w:rPr>
          <w:rFonts w:asciiTheme="majorHAnsi" w:hAnsiTheme="majorHAnsi" w:cstheme="majorHAnsi"/>
        </w:rPr>
        <w:t xml:space="preserve"> I guess</w:t>
      </w:r>
      <w:r w:rsidR="002B323C" w:rsidRPr="009210F4">
        <w:rPr>
          <w:rFonts w:asciiTheme="majorHAnsi" w:hAnsiTheme="majorHAnsi" w:cstheme="majorHAnsi"/>
        </w:rPr>
        <w:t>,</w:t>
      </w:r>
      <w:r w:rsidR="00F7615C" w:rsidRPr="009210F4">
        <w:rPr>
          <w:rFonts w:asciiTheme="majorHAnsi" w:hAnsiTheme="majorHAnsi" w:cstheme="majorHAnsi"/>
        </w:rPr>
        <w:t xml:space="preserve"> I don't know</w:t>
      </w:r>
      <w:r w:rsidR="002B323C" w:rsidRPr="009210F4">
        <w:rPr>
          <w:rFonts w:asciiTheme="majorHAnsi" w:hAnsiTheme="majorHAnsi" w:cstheme="majorHAnsi"/>
        </w:rPr>
        <w:t>,</w:t>
      </w:r>
      <w:r w:rsidR="00F7615C" w:rsidRPr="009210F4">
        <w:rPr>
          <w:rFonts w:asciiTheme="majorHAnsi" w:hAnsiTheme="majorHAnsi" w:cstheme="majorHAnsi"/>
        </w:rPr>
        <w:t xml:space="preserve"> I guess maybe someone at UNESCO once a year checks the list and just goes </w:t>
      </w:r>
      <w:r w:rsidR="002B323C" w:rsidRPr="009210F4">
        <w:rPr>
          <w:rFonts w:asciiTheme="majorHAnsi" w:hAnsiTheme="majorHAnsi" w:cstheme="majorHAnsi"/>
        </w:rPr>
        <w:t>‘</w:t>
      </w:r>
      <w:r w:rsidR="00F7615C" w:rsidRPr="009210F4">
        <w:rPr>
          <w:rFonts w:asciiTheme="majorHAnsi" w:hAnsiTheme="majorHAnsi" w:cstheme="majorHAnsi"/>
        </w:rPr>
        <w:t>Yup, haven't forgotten that</w:t>
      </w:r>
      <w:r w:rsidR="002B323C" w:rsidRPr="009210F4">
        <w:rPr>
          <w:rFonts w:asciiTheme="majorHAnsi" w:hAnsiTheme="majorHAnsi" w:cstheme="majorHAnsi"/>
        </w:rPr>
        <w:t>, haven’t forgotten that’</w:t>
      </w:r>
    </w:p>
    <w:p w14:paraId="4A9FE9DE" w14:textId="77777777" w:rsidR="00991E93" w:rsidRPr="009210F4" w:rsidRDefault="00991E93" w:rsidP="009210F4">
      <w:pPr>
        <w:pStyle w:val="NoSpacing"/>
        <w:rPr>
          <w:rFonts w:asciiTheme="majorHAnsi" w:hAnsiTheme="majorHAnsi" w:cstheme="majorHAnsi"/>
        </w:rPr>
      </w:pPr>
    </w:p>
    <w:p w14:paraId="73DBB996" w14:textId="0168C745" w:rsidR="00991E93" w:rsidRPr="009210F4" w:rsidRDefault="00820759" w:rsidP="009210F4">
      <w:pPr>
        <w:pStyle w:val="NoSpacing"/>
        <w:rPr>
          <w:rFonts w:asciiTheme="majorHAnsi" w:hAnsiTheme="majorHAnsi" w:cstheme="majorHAnsi"/>
        </w:rPr>
      </w:pPr>
      <w:r w:rsidRPr="009210F4">
        <w:rPr>
          <w:rFonts w:asciiTheme="majorHAnsi" w:hAnsiTheme="majorHAnsi" w:cstheme="majorHAnsi"/>
        </w:rPr>
        <w:t xml:space="preserve">Kimmy </w:t>
      </w:r>
      <w:r w:rsidR="00F7615C" w:rsidRPr="009210F4">
        <w:rPr>
          <w:rFonts w:asciiTheme="majorHAnsi" w:hAnsiTheme="majorHAnsi" w:cstheme="majorHAnsi"/>
        </w:rPr>
        <w:t>59:37</w:t>
      </w:r>
    </w:p>
    <w:p w14:paraId="4F6B9924" w14:textId="4E76184C" w:rsidR="00991E93" w:rsidRPr="009210F4" w:rsidRDefault="002B323C" w:rsidP="009210F4">
      <w:pPr>
        <w:pStyle w:val="NoSpacing"/>
        <w:rPr>
          <w:rFonts w:asciiTheme="majorHAnsi" w:hAnsiTheme="majorHAnsi" w:cstheme="majorHAnsi"/>
        </w:rPr>
      </w:pPr>
      <w:r w:rsidRPr="009210F4">
        <w:rPr>
          <w:rFonts w:asciiTheme="majorHAnsi" w:hAnsiTheme="majorHAnsi" w:cstheme="majorHAnsi"/>
        </w:rPr>
        <w:t>Well, since t</w:t>
      </w:r>
      <w:r w:rsidR="00F7615C" w:rsidRPr="009210F4">
        <w:rPr>
          <w:rFonts w:asciiTheme="majorHAnsi" w:hAnsiTheme="majorHAnsi" w:cstheme="majorHAnsi"/>
        </w:rPr>
        <w:t>hey have the heritage site and everything</w:t>
      </w:r>
      <w:r w:rsidRPr="009210F4">
        <w:rPr>
          <w:rFonts w:asciiTheme="majorHAnsi" w:hAnsiTheme="majorHAnsi" w:cstheme="majorHAnsi"/>
        </w:rPr>
        <w:t xml:space="preserve">, </w:t>
      </w:r>
      <w:r w:rsidR="00F7615C" w:rsidRPr="009210F4">
        <w:rPr>
          <w:rFonts w:asciiTheme="majorHAnsi" w:hAnsiTheme="majorHAnsi" w:cstheme="majorHAnsi"/>
        </w:rPr>
        <w:t>I believe that</w:t>
      </w:r>
      <w:r w:rsidRPr="009210F4">
        <w:rPr>
          <w:rFonts w:asciiTheme="majorHAnsi" w:hAnsiTheme="majorHAnsi" w:cstheme="majorHAnsi"/>
        </w:rPr>
        <w:t xml:space="preserve">, like, part of their ethos </w:t>
      </w:r>
      <w:r w:rsidR="00F7615C" w:rsidRPr="009210F4">
        <w:rPr>
          <w:rFonts w:asciiTheme="majorHAnsi" w:hAnsiTheme="majorHAnsi" w:cstheme="majorHAnsi"/>
        </w:rPr>
        <w:t>is to preserve heritage in any way they can, you know, it goes in line with having heritage sites and you know, those intangible whatever's were</w:t>
      </w:r>
      <w:r w:rsidRPr="009210F4">
        <w:rPr>
          <w:rFonts w:asciiTheme="majorHAnsi" w:hAnsiTheme="majorHAnsi" w:cstheme="majorHAnsi"/>
        </w:rPr>
        <w:t>,</w:t>
      </w:r>
      <w:r w:rsidR="00F7615C" w:rsidRPr="009210F4">
        <w:rPr>
          <w:rFonts w:asciiTheme="majorHAnsi" w:hAnsiTheme="majorHAnsi" w:cstheme="majorHAnsi"/>
        </w:rPr>
        <w:t xml:space="preserve"> intangibles</w:t>
      </w:r>
      <w:r w:rsidRPr="009210F4">
        <w:rPr>
          <w:rFonts w:asciiTheme="majorHAnsi" w:hAnsiTheme="majorHAnsi" w:cstheme="majorHAnsi"/>
        </w:rPr>
        <w:t>,</w:t>
      </w:r>
      <w:r w:rsidR="00F7615C" w:rsidRPr="009210F4">
        <w:rPr>
          <w:rFonts w:asciiTheme="majorHAnsi" w:hAnsiTheme="majorHAnsi" w:cstheme="majorHAnsi"/>
        </w:rPr>
        <w:t xml:space="preserve"> thingamabobs whatever they're called, like, you know, yeah, I believe that</w:t>
      </w:r>
      <w:r w:rsidRPr="009210F4">
        <w:rPr>
          <w:rFonts w:asciiTheme="majorHAnsi" w:hAnsiTheme="majorHAnsi" w:cstheme="majorHAnsi"/>
        </w:rPr>
        <w:t xml:space="preserve"> i</w:t>
      </w:r>
      <w:r w:rsidR="00F7615C" w:rsidRPr="009210F4">
        <w:rPr>
          <w:rFonts w:asciiTheme="majorHAnsi" w:hAnsiTheme="majorHAnsi" w:cstheme="majorHAnsi"/>
        </w:rPr>
        <w:t>t's Probably part of UNESCO's you know</w:t>
      </w:r>
      <w:r w:rsidRPr="009210F4">
        <w:rPr>
          <w:rFonts w:asciiTheme="majorHAnsi" w:hAnsiTheme="majorHAnsi" w:cstheme="majorHAnsi"/>
        </w:rPr>
        <w:t>, jus</w:t>
      </w:r>
      <w:r w:rsidR="000C615E">
        <w:rPr>
          <w:rFonts w:asciiTheme="majorHAnsi" w:hAnsiTheme="majorHAnsi" w:cstheme="majorHAnsi"/>
        </w:rPr>
        <w:t>t</w:t>
      </w:r>
      <w:r w:rsidR="00D23E9C" w:rsidRPr="009210F4">
        <w:rPr>
          <w:rFonts w:asciiTheme="majorHAnsi" w:hAnsiTheme="majorHAnsi" w:cstheme="majorHAnsi"/>
        </w:rPr>
        <w:t xml:space="preserve"> </w:t>
      </w:r>
      <w:r w:rsidR="00F7615C" w:rsidRPr="009210F4">
        <w:rPr>
          <w:rFonts w:asciiTheme="majorHAnsi" w:hAnsiTheme="majorHAnsi" w:cstheme="majorHAnsi"/>
        </w:rPr>
        <w:t xml:space="preserve">to be like </w:t>
      </w:r>
      <w:r w:rsidRPr="009210F4">
        <w:rPr>
          <w:rFonts w:asciiTheme="majorHAnsi" w:hAnsiTheme="majorHAnsi" w:cstheme="majorHAnsi"/>
        </w:rPr>
        <w:t>‘</w:t>
      </w:r>
      <w:r w:rsidR="00F7615C" w:rsidRPr="009210F4">
        <w:rPr>
          <w:rFonts w:asciiTheme="majorHAnsi" w:hAnsiTheme="majorHAnsi" w:cstheme="majorHAnsi"/>
        </w:rPr>
        <w:t xml:space="preserve">oh we're the girls that you know </w:t>
      </w:r>
      <w:r w:rsidRPr="009210F4">
        <w:rPr>
          <w:rFonts w:asciiTheme="majorHAnsi" w:hAnsiTheme="majorHAnsi" w:cstheme="majorHAnsi"/>
        </w:rPr>
        <w:t xml:space="preserve">preserve history, </w:t>
      </w:r>
      <w:r w:rsidR="00F7615C" w:rsidRPr="009210F4">
        <w:rPr>
          <w:rFonts w:asciiTheme="majorHAnsi" w:hAnsiTheme="majorHAnsi" w:cstheme="majorHAnsi"/>
        </w:rPr>
        <w:t xml:space="preserve">tangible </w:t>
      </w:r>
      <w:r w:rsidRPr="009210F4">
        <w:rPr>
          <w:rFonts w:asciiTheme="majorHAnsi" w:hAnsiTheme="majorHAnsi" w:cstheme="majorHAnsi"/>
        </w:rPr>
        <w:t xml:space="preserve">or intangible’, </w:t>
      </w:r>
      <w:r w:rsidR="00F7615C" w:rsidRPr="009210F4">
        <w:rPr>
          <w:rFonts w:asciiTheme="majorHAnsi" w:hAnsiTheme="majorHAnsi" w:cstheme="majorHAnsi"/>
        </w:rPr>
        <w:t>you know</w:t>
      </w:r>
    </w:p>
    <w:p w14:paraId="6DDED869" w14:textId="77777777" w:rsidR="00991E93" w:rsidRPr="009210F4" w:rsidRDefault="00991E93" w:rsidP="009210F4">
      <w:pPr>
        <w:pStyle w:val="NoSpacing"/>
        <w:rPr>
          <w:rFonts w:asciiTheme="majorHAnsi" w:hAnsiTheme="majorHAnsi" w:cstheme="majorHAnsi"/>
        </w:rPr>
      </w:pPr>
    </w:p>
    <w:p w14:paraId="19212849" w14:textId="1EFC2C04"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Lucy</w:t>
      </w:r>
      <w:r w:rsidR="00D23E9C" w:rsidRPr="009210F4">
        <w:rPr>
          <w:rFonts w:asciiTheme="majorHAnsi" w:hAnsiTheme="majorHAnsi" w:cstheme="majorHAnsi"/>
        </w:rPr>
        <w:t xml:space="preserve"> </w:t>
      </w:r>
      <w:r w:rsidRPr="009210F4">
        <w:rPr>
          <w:rFonts w:asciiTheme="majorHAnsi" w:hAnsiTheme="majorHAnsi" w:cstheme="majorHAnsi"/>
        </w:rPr>
        <w:t>1:00:12</w:t>
      </w:r>
    </w:p>
    <w:p w14:paraId="05B0831A" w14:textId="49054AB1"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but I suppose as well like with the</w:t>
      </w:r>
      <w:r w:rsidR="002B323C" w:rsidRPr="009210F4">
        <w:rPr>
          <w:rFonts w:asciiTheme="majorHAnsi" w:hAnsiTheme="majorHAnsi" w:cstheme="majorHAnsi"/>
        </w:rPr>
        <w:t>,</w:t>
      </w:r>
      <w:r w:rsidRPr="009210F4">
        <w:rPr>
          <w:rFonts w:asciiTheme="majorHAnsi" w:hAnsiTheme="majorHAnsi" w:cstheme="majorHAnsi"/>
        </w:rPr>
        <w:t xml:space="preserve"> the UNESCO thing nowadays</w:t>
      </w:r>
      <w:r w:rsidR="008865DD" w:rsidRPr="009210F4">
        <w:rPr>
          <w:rFonts w:asciiTheme="majorHAnsi" w:hAnsiTheme="majorHAnsi" w:cstheme="majorHAnsi"/>
        </w:rPr>
        <w:t>,</w:t>
      </w:r>
      <w:r w:rsidRPr="009210F4">
        <w:rPr>
          <w:rFonts w:asciiTheme="majorHAnsi" w:hAnsiTheme="majorHAnsi" w:cstheme="majorHAnsi"/>
        </w:rPr>
        <w:t xml:space="preserve"> i</w:t>
      </w:r>
      <w:r w:rsidR="008865DD" w:rsidRPr="009210F4">
        <w:rPr>
          <w:rFonts w:asciiTheme="majorHAnsi" w:hAnsiTheme="majorHAnsi" w:cstheme="majorHAnsi"/>
        </w:rPr>
        <w:t>t’s</w:t>
      </w:r>
      <w:r w:rsidRPr="009210F4">
        <w:rPr>
          <w:rFonts w:asciiTheme="majorHAnsi" w:hAnsiTheme="majorHAnsi" w:cstheme="majorHAnsi"/>
        </w:rPr>
        <w:t xml:space="preserve"> things like that you know, you can't have champagne from a specific</w:t>
      </w:r>
      <w:r w:rsidR="008865DD" w:rsidRPr="009210F4">
        <w:rPr>
          <w:rFonts w:asciiTheme="majorHAnsi" w:hAnsiTheme="majorHAnsi" w:cstheme="majorHAnsi"/>
        </w:rPr>
        <w:t xml:space="preserve">, you can’t call </w:t>
      </w:r>
      <w:r w:rsidRPr="009210F4">
        <w:rPr>
          <w:rFonts w:asciiTheme="majorHAnsi" w:hAnsiTheme="majorHAnsi" w:cstheme="majorHAnsi"/>
        </w:rPr>
        <w:t xml:space="preserve">champagne </w:t>
      </w:r>
      <w:proofErr w:type="spellStart"/>
      <w:r w:rsidRPr="009210F4">
        <w:rPr>
          <w:rFonts w:asciiTheme="majorHAnsi" w:hAnsiTheme="majorHAnsi" w:cstheme="majorHAnsi"/>
        </w:rPr>
        <w:t>champagne</w:t>
      </w:r>
      <w:proofErr w:type="spellEnd"/>
      <w:r w:rsidRPr="009210F4">
        <w:rPr>
          <w:rFonts w:asciiTheme="majorHAnsi" w:hAnsiTheme="majorHAnsi" w:cstheme="majorHAnsi"/>
        </w:rPr>
        <w:t xml:space="preserve"> if it's not from a specific region of France and all that kind of thing</w:t>
      </w:r>
    </w:p>
    <w:p w14:paraId="3E0AC2BF" w14:textId="77777777" w:rsidR="000C615E" w:rsidRDefault="000C615E" w:rsidP="009210F4">
      <w:pPr>
        <w:pStyle w:val="NoSpacing"/>
        <w:rPr>
          <w:rFonts w:asciiTheme="majorHAnsi" w:hAnsiTheme="majorHAnsi" w:cstheme="majorHAnsi"/>
        </w:rPr>
      </w:pPr>
    </w:p>
    <w:p w14:paraId="5FA22C79" w14:textId="238EF2F1"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Daisy</w:t>
      </w:r>
      <w:r w:rsidR="00D23E9C" w:rsidRPr="009210F4">
        <w:rPr>
          <w:rFonts w:asciiTheme="majorHAnsi" w:hAnsiTheme="majorHAnsi" w:cstheme="majorHAnsi"/>
        </w:rPr>
        <w:t xml:space="preserve"> </w:t>
      </w:r>
      <w:r w:rsidRPr="009210F4">
        <w:rPr>
          <w:rFonts w:asciiTheme="majorHAnsi" w:hAnsiTheme="majorHAnsi" w:cstheme="majorHAnsi"/>
        </w:rPr>
        <w:t>1:00:29</w:t>
      </w:r>
    </w:p>
    <w:p w14:paraId="35FA6233" w14:textId="40D3C32E"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I'm not sure that's UNESCO</w:t>
      </w:r>
      <w:r w:rsidR="008865DD" w:rsidRPr="009210F4">
        <w:rPr>
          <w:rFonts w:asciiTheme="majorHAnsi" w:hAnsiTheme="majorHAnsi" w:cstheme="majorHAnsi"/>
        </w:rPr>
        <w:t>,</w:t>
      </w:r>
      <w:r w:rsidRPr="009210F4">
        <w:rPr>
          <w:rFonts w:asciiTheme="majorHAnsi" w:hAnsiTheme="majorHAnsi" w:cstheme="majorHAnsi"/>
        </w:rPr>
        <w:t xml:space="preserve"> I </w:t>
      </w:r>
      <w:r w:rsidR="008865DD" w:rsidRPr="009210F4">
        <w:rPr>
          <w:rFonts w:asciiTheme="majorHAnsi" w:hAnsiTheme="majorHAnsi" w:cstheme="majorHAnsi"/>
        </w:rPr>
        <w:t>think</w:t>
      </w:r>
      <w:r w:rsidR="009148AA" w:rsidRPr="009210F4">
        <w:rPr>
          <w:rFonts w:asciiTheme="majorHAnsi" w:hAnsiTheme="majorHAnsi" w:cstheme="majorHAnsi"/>
        </w:rPr>
        <w:t xml:space="preserve"> that’s, um, UN</w:t>
      </w:r>
      <w:r w:rsidR="00D23E9C" w:rsidRPr="009210F4">
        <w:rPr>
          <w:rFonts w:asciiTheme="majorHAnsi" w:hAnsiTheme="majorHAnsi" w:cstheme="majorHAnsi"/>
        </w:rPr>
        <w:t xml:space="preserve"> </w:t>
      </w:r>
    </w:p>
    <w:p w14:paraId="03E32B1D" w14:textId="77777777" w:rsidR="000C615E" w:rsidRDefault="000C615E" w:rsidP="009210F4">
      <w:pPr>
        <w:pStyle w:val="NoSpacing"/>
        <w:rPr>
          <w:rFonts w:asciiTheme="majorHAnsi" w:hAnsiTheme="majorHAnsi" w:cstheme="majorHAnsi"/>
        </w:rPr>
      </w:pPr>
    </w:p>
    <w:p w14:paraId="6B8CAC96" w14:textId="3DDDDFE5" w:rsidR="009148AA" w:rsidRPr="009210F4" w:rsidRDefault="009148AA" w:rsidP="009210F4">
      <w:pPr>
        <w:pStyle w:val="NoSpacing"/>
        <w:rPr>
          <w:rFonts w:asciiTheme="majorHAnsi" w:hAnsiTheme="majorHAnsi" w:cstheme="majorHAnsi"/>
        </w:rPr>
      </w:pPr>
      <w:r w:rsidRPr="009210F4">
        <w:rPr>
          <w:rFonts w:asciiTheme="majorHAnsi" w:hAnsiTheme="majorHAnsi" w:cstheme="majorHAnsi"/>
        </w:rPr>
        <w:t xml:space="preserve">Alice: Brexit </w:t>
      </w:r>
    </w:p>
    <w:p w14:paraId="4F6D776B" w14:textId="77777777" w:rsidR="000C615E" w:rsidRDefault="000C615E" w:rsidP="009210F4">
      <w:pPr>
        <w:pStyle w:val="NoSpacing"/>
        <w:rPr>
          <w:rFonts w:asciiTheme="majorHAnsi" w:hAnsiTheme="majorHAnsi" w:cstheme="majorHAnsi"/>
        </w:rPr>
      </w:pPr>
    </w:p>
    <w:p w14:paraId="619621F5" w14:textId="3CF99F9F"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Lucy</w:t>
      </w:r>
      <w:r w:rsidR="00D23E9C" w:rsidRPr="009210F4">
        <w:rPr>
          <w:rFonts w:asciiTheme="majorHAnsi" w:hAnsiTheme="majorHAnsi" w:cstheme="majorHAnsi"/>
        </w:rPr>
        <w:t xml:space="preserve"> </w:t>
      </w:r>
      <w:r w:rsidRPr="009210F4">
        <w:rPr>
          <w:rFonts w:asciiTheme="majorHAnsi" w:hAnsiTheme="majorHAnsi" w:cstheme="majorHAnsi"/>
        </w:rPr>
        <w:t>1:00:34</w:t>
      </w:r>
    </w:p>
    <w:p w14:paraId="57A18F44" w14:textId="358B29D9"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Yeah, maybe</w:t>
      </w:r>
      <w:r w:rsidR="000C615E">
        <w:rPr>
          <w:rFonts w:asciiTheme="majorHAnsi" w:hAnsiTheme="majorHAnsi" w:cstheme="majorHAnsi"/>
        </w:rPr>
        <w:t>,</w:t>
      </w:r>
      <w:r w:rsidRPr="009210F4">
        <w:rPr>
          <w:rFonts w:asciiTheme="majorHAnsi" w:hAnsiTheme="majorHAnsi" w:cstheme="majorHAnsi"/>
        </w:rPr>
        <w:t xml:space="preserve"> maybe this is it. Yeah</w:t>
      </w:r>
    </w:p>
    <w:p w14:paraId="6C0206AE" w14:textId="77777777" w:rsidR="00991E93" w:rsidRPr="009210F4" w:rsidRDefault="00991E93" w:rsidP="009210F4">
      <w:pPr>
        <w:pStyle w:val="NoSpacing"/>
        <w:rPr>
          <w:rFonts w:asciiTheme="majorHAnsi" w:hAnsiTheme="majorHAnsi" w:cstheme="majorHAnsi"/>
        </w:rPr>
      </w:pPr>
    </w:p>
    <w:p w14:paraId="24C73F64" w14:textId="36D14BD7" w:rsidR="00991E93" w:rsidRPr="009210F4" w:rsidRDefault="00820759" w:rsidP="009210F4">
      <w:pPr>
        <w:pStyle w:val="NoSpacing"/>
        <w:rPr>
          <w:rFonts w:asciiTheme="majorHAnsi" w:hAnsiTheme="majorHAnsi" w:cstheme="majorHAnsi"/>
        </w:rPr>
      </w:pPr>
      <w:r w:rsidRPr="009210F4">
        <w:rPr>
          <w:rFonts w:asciiTheme="majorHAnsi" w:hAnsiTheme="majorHAnsi" w:cstheme="majorHAnsi"/>
        </w:rPr>
        <w:t xml:space="preserve">Kimmy </w:t>
      </w:r>
      <w:r w:rsidR="00F7615C" w:rsidRPr="009210F4">
        <w:rPr>
          <w:rFonts w:asciiTheme="majorHAnsi" w:hAnsiTheme="majorHAnsi" w:cstheme="majorHAnsi"/>
        </w:rPr>
        <w:t>1:00:37</w:t>
      </w:r>
    </w:p>
    <w:p w14:paraId="103B000E" w14:textId="6A0DF4F5"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 xml:space="preserve">I don't know. </w:t>
      </w:r>
      <w:r w:rsidR="00256CFC" w:rsidRPr="009210F4">
        <w:rPr>
          <w:rFonts w:asciiTheme="majorHAnsi" w:hAnsiTheme="majorHAnsi" w:cstheme="majorHAnsi"/>
        </w:rPr>
        <w:t>OK</w:t>
      </w:r>
      <w:r w:rsidRPr="009210F4">
        <w:rPr>
          <w:rFonts w:asciiTheme="majorHAnsi" w:hAnsiTheme="majorHAnsi" w:cstheme="majorHAnsi"/>
        </w:rPr>
        <w:t>, so as a snob of things like that</w:t>
      </w:r>
      <w:r w:rsidR="009148AA" w:rsidRPr="009210F4">
        <w:rPr>
          <w:rFonts w:asciiTheme="majorHAnsi" w:hAnsiTheme="majorHAnsi" w:cstheme="majorHAnsi"/>
        </w:rPr>
        <w:t xml:space="preserve">, </w:t>
      </w:r>
      <w:r w:rsidRPr="009210F4">
        <w:rPr>
          <w:rFonts w:asciiTheme="majorHAnsi" w:hAnsiTheme="majorHAnsi" w:cstheme="majorHAnsi"/>
        </w:rPr>
        <w:t>I'm for that</w:t>
      </w:r>
      <w:r w:rsidR="009148AA" w:rsidRPr="009210F4">
        <w:rPr>
          <w:rFonts w:asciiTheme="majorHAnsi" w:hAnsiTheme="majorHAnsi" w:cstheme="majorHAnsi"/>
        </w:rPr>
        <w:t>.</w:t>
      </w:r>
      <w:r w:rsidRPr="009210F4">
        <w:rPr>
          <w:rFonts w:asciiTheme="majorHAnsi" w:hAnsiTheme="majorHAnsi" w:cstheme="majorHAnsi"/>
        </w:rPr>
        <w:t xml:space="preserve"> it's Prosecco </w:t>
      </w:r>
      <w:r w:rsidR="009148AA" w:rsidRPr="009210F4">
        <w:rPr>
          <w:rFonts w:asciiTheme="majorHAnsi" w:hAnsiTheme="majorHAnsi" w:cstheme="majorHAnsi"/>
        </w:rPr>
        <w:t xml:space="preserve">or sparkling </w:t>
      </w:r>
      <w:r w:rsidRPr="009210F4">
        <w:rPr>
          <w:rFonts w:asciiTheme="majorHAnsi" w:hAnsiTheme="majorHAnsi" w:cstheme="majorHAnsi"/>
        </w:rPr>
        <w:t xml:space="preserve">wine </w:t>
      </w:r>
    </w:p>
    <w:p w14:paraId="2C67C101" w14:textId="77777777" w:rsidR="000C615E" w:rsidRDefault="000C615E" w:rsidP="009210F4">
      <w:pPr>
        <w:pStyle w:val="NoSpacing"/>
        <w:rPr>
          <w:rFonts w:asciiTheme="majorHAnsi" w:hAnsiTheme="majorHAnsi" w:cstheme="majorHAnsi"/>
        </w:rPr>
      </w:pPr>
    </w:p>
    <w:p w14:paraId="2BB9D7DC" w14:textId="16574110" w:rsidR="009148AA" w:rsidRPr="009210F4" w:rsidRDefault="009148AA" w:rsidP="009210F4">
      <w:pPr>
        <w:pStyle w:val="NoSpacing"/>
        <w:rPr>
          <w:rFonts w:asciiTheme="majorHAnsi" w:hAnsiTheme="majorHAnsi" w:cstheme="majorHAnsi"/>
        </w:rPr>
      </w:pPr>
      <w:r w:rsidRPr="009210F4">
        <w:rPr>
          <w:rFonts w:asciiTheme="majorHAnsi" w:hAnsiTheme="majorHAnsi" w:cstheme="majorHAnsi"/>
        </w:rPr>
        <w:t xml:space="preserve">Lucy: Yes, yes </w:t>
      </w:r>
    </w:p>
    <w:p w14:paraId="51627557" w14:textId="77777777" w:rsidR="000C615E" w:rsidRDefault="000C615E" w:rsidP="009210F4">
      <w:pPr>
        <w:pStyle w:val="NoSpacing"/>
        <w:rPr>
          <w:rFonts w:asciiTheme="majorHAnsi" w:hAnsiTheme="majorHAnsi" w:cstheme="majorHAnsi"/>
        </w:rPr>
      </w:pPr>
    </w:p>
    <w:p w14:paraId="427DDD32" w14:textId="23641410"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Alice</w:t>
      </w:r>
      <w:r w:rsidR="00D23E9C" w:rsidRPr="009210F4">
        <w:rPr>
          <w:rFonts w:asciiTheme="majorHAnsi" w:hAnsiTheme="majorHAnsi" w:cstheme="majorHAnsi"/>
        </w:rPr>
        <w:t xml:space="preserve"> </w:t>
      </w:r>
      <w:r w:rsidRPr="009210F4">
        <w:rPr>
          <w:rFonts w:asciiTheme="majorHAnsi" w:hAnsiTheme="majorHAnsi" w:cstheme="majorHAnsi"/>
        </w:rPr>
        <w:t>1:00:48</w:t>
      </w:r>
    </w:p>
    <w:p w14:paraId="719BA545" w14:textId="669AA4DB"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for me, I feel as though we're venturing dangerously into conversations that I have to have with people all the time about the fact that I can't call it a sausage if it's not made out of pig</w:t>
      </w:r>
      <w:r w:rsidR="009148AA" w:rsidRPr="009210F4">
        <w:rPr>
          <w:rFonts w:asciiTheme="majorHAnsi" w:hAnsiTheme="majorHAnsi" w:cstheme="majorHAnsi"/>
        </w:rPr>
        <w:t>,</w:t>
      </w:r>
      <w:r w:rsidRPr="009210F4">
        <w:rPr>
          <w:rFonts w:asciiTheme="majorHAnsi" w:hAnsiTheme="majorHAnsi" w:cstheme="majorHAnsi"/>
        </w:rPr>
        <w:t xml:space="preserve"> I have to call it a meat free t</w:t>
      </w:r>
      <w:r w:rsidR="009148AA" w:rsidRPr="009210F4">
        <w:rPr>
          <w:rFonts w:asciiTheme="majorHAnsi" w:hAnsiTheme="majorHAnsi" w:cstheme="majorHAnsi"/>
        </w:rPr>
        <w:t xml:space="preserve">ube </w:t>
      </w:r>
    </w:p>
    <w:p w14:paraId="7B204DA9" w14:textId="77777777" w:rsidR="00991E93" w:rsidRPr="009210F4" w:rsidRDefault="00991E93" w:rsidP="009210F4">
      <w:pPr>
        <w:pStyle w:val="NoSpacing"/>
        <w:rPr>
          <w:rFonts w:asciiTheme="majorHAnsi" w:hAnsiTheme="majorHAnsi" w:cstheme="majorHAnsi"/>
        </w:rPr>
      </w:pPr>
    </w:p>
    <w:p w14:paraId="21504781" w14:textId="7ABF4926"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Lucy</w:t>
      </w:r>
      <w:r w:rsidR="00D23E9C" w:rsidRPr="009210F4">
        <w:rPr>
          <w:rFonts w:asciiTheme="majorHAnsi" w:hAnsiTheme="majorHAnsi" w:cstheme="majorHAnsi"/>
        </w:rPr>
        <w:t xml:space="preserve"> </w:t>
      </w:r>
      <w:r w:rsidRPr="009210F4">
        <w:rPr>
          <w:rFonts w:asciiTheme="majorHAnsi" w:hAnsiTheme="majorHAnsi" w:cstheme="majorHAnsi"/>
        </w:rPr>
        <w:t>1:01:03</w:t>
      </w:r>
    </w:p>
    <w:p w14:paraId="4D3FDCA5" w14:textId="77777777" w:rsidR="009148AA" w:rsidRPr="009210F4" w:rsidRDefault="009148AA" w:rsidP="009210F4">
      <w:pPr>
        <w:pStyle w:val="NoSpacing"/>
        <w:rPr>
          <w:rFonts w:asciiTheme="majorHAnsi" w:hAnsiTheme="majorHAnsi" w:cstheme="majorHAnsi"/>
        </w:rPr>
      </w:pPr>
      <w:r w:rsidRPr="009210F4">
        <w:rPr>
          <w:rFonts w:asciiTheme="majorHAnsi" w:hAnsiTheme="majorHAnsi" w:cstheme="majorHAnsi"/>
        </w:rPr>
        <w:t>A m</w:t>
      </w:r>
      <w:r w:rsidR="00F7615C" w:rsidRPr="009210F4">
        <w:rPr>
          <w:rFonts w:asciiTheme="majorHAnsi" w:hAnsiTheme="majorHAnsi" w:cstheme="majorHAnsi"/>
        </w:rPr>
        <w:t xml:space="preserve">eet </w:t>
      </w:r>
      <w:proofErr w:type="gramStart"/>
      <w:r w:rsidR="00F7615C" w:rsidRPr="009210F4">
        <w:rPr>
          <w:rFonts w:asciiTheme="majorHAnsi" w:hAnsiTheme="majorHAnsi" w:cstheme="majorHAnsi"/>
        </w:rPr>
        <w:t>log</w:t>
      </w:r>
      <w:proofErr w:type="gramEnd"/>
    </w:p>
    <w:p w14:paraId="0CD9C4D0" w14:textId="77777777" w:rsidR="00734EB0" w:rsidRDefault="00734EB0" w:rsidP="009210F4">
      <w:pPr>
        <w:pStyle w:val="NoSpacing"/>
        <w:rPr>
          <w:rFonts w:asciiTheme="majorHAnsi" w:hAnsiTheme="majorHAnsi" w:cstheme="majorHAnsi"/>
        </w:rPr>
      </w:pPr>
    </w:p>
    <w:p w14:paraId="1FD3E420" w14:textId="7F737EF0" w:rsidR="00991E93" w:rsidRPr="009210F4" w:rsidRDefault="009148AA" w:rsidP="009210F4">
      <w:pPr>
        <w:pStyle w:val="NoSpacing"/>
        <w:rPr>
          <w:rFonts w:asciiTheme="majorHAnsi" w:hAnsiTheme="majorHAnsi" w:cstheme="majorHAnsi"/>
        </w:rPr>
      </w:pPr>
      <w:r w:rsidRPr="009210F4">
        <w:rPr>
          <w:rFonts w:asciiTheme="majorHAnsi" w:hAnsiTheme="majorHAnsi" w:cstheme="majorHAnsi"/>
        </w:rPr>
        <w:t xml:space="preserve">Alice: </w:t>
      </w:r>
      <w:r w:rsidR="00F7615C" w:rsidRPr="009210F4">
        <w:rPr>
          <w:rFonts w:asciiTheme="majorHAnsi" w:hAnsiTheme="majorHAnsi" w:cstheme="majorHAnsi"/>
        </w:rPr>
        <w:t>Yeah</w:t>
      </w:r>
    </w:p>
    <w:p w14:paraId="1EE36550" w14:textId="77777777" w:rsidR="00991E93" w:rsidRPr="009210F4" w:rsidRDefault="00991E93" w:rsidP="009210F4">
      <w:pPr>
        <w:pStyle w:val="NoSpacing"/>
        <w:rPr>
          <w:rFonts w:asciiTheme="majorHAnsi" w:hAnsiTheme="majorHAnsi" w:cstheme="majorHAnsi"/>
        </w:rPr>
      </w:pPr>
    </w:p>
    <w:p w14:paraId="14B25EB2" w14:textId="19600A59" w:rsidR="00991E93" w:rsidRPr="009210F4" w:rsidRDefault="00820759" w:rsidP="009210F4">
      <w:pPr>
        <w:pStyle w:val="NoSpacing"/>
        <w:rPr>
          <w:rFonts w:asciiTheme="majorHAnsi" w:hAnsiTheme="majorHAnsi" w:cstheme="majorHAnsi"/>
        </w:rPr>
      </w:pPr>
      <w:r w:rsidRPr="009210F4">
        <w:rPr>
          <w:rFonts w:asciiTheme="majorHAnsi" w:hAnsiTheme="majorHAnsi" w:cstheme="majorHAnsi"/>
        </w:rPr>
        <w:t xml:space="preserve">Kimmy </w:t>
      </w:r>
      <w:r w:rsidR="00F7615C" w:rsidRPr="009210F4">
        <w:rPr>
          <w:rFonts w:asciiTheme="majorHAnsi" w:hAnsiTheme="majorHAnsi" w:cstheme="majorHAnsi"/>
        </w:rPr>
        <w:t>1:01:06</w:t>
      </w:r>
    </w:p>
    <w:p w14:paraId="19E781B9" w14:textId="60B2C89A" w:rsidR="00991E93" w:rsidRPr="009210F4" w:rsidRDefault="009148AA" w:rsidP="009210F4">
      <w:pPr>
        <w:pStyle w:val="NoSpacing"/>
        <w:rPr>
          <w:rFonts w:asciiTheme="majorHAnsi" w:hAnsiTheme="majorHAnsi" w:cstheme="majorHAnsi"/>
        </w:rPr>
      </w:pPr>
      <w:r w:rsidRPr="009210F4">
        <w:rPr>
          <w:rFonts w:asciiTheme="majorHAnsi" w:hAnsiTheme="majorHAnsi" w:cstheme="majorHAnsi"/>
        </w:rPr>
        <w:t xml:space="preserve">Scoffs </w:t>
      </w:r>
      <w:r w:rsidR="00F7615C" w:rsidRPr="009210F4">
        <w:rPr>
          <w:rFonts w:asciiTheme="majorHAnsi" w:hAnsiTheme="majorHAnsi" w:cstheme="majorHAnsi"/>
        </w:rPr>
        <w:t>in vegetarian who loves Quorn sausage</w:t>
      </w:r>
      <w:r w:rsidR="000B5384" w:rsidRPr="009210F4">
        <w:rPr>
          <w:rFonts w:asciiTheme="majorHAnsi" w:hAnsiTheme="majorHAnsi" w:cstheme="majorHAnsi"/>
        </w:rPr>
        <w:t>s, huh! {laughter}</w:t>
      </w:r>
    </w:p>
    <w:p w14:paraId="61684C61" w14:textId="77777777" w:rsidR="00991E93" w:rsidRPr="009210F4" w:rsidRDefault="00991E93" w:rsidP="009210F4">
      <w:pPr>
        <w:pStyle w:val="NoSpacing"/>
        <w:rPr>
          <w:rFonts w:asciiTheme="majorHAnsi" w:hAnsiTheme="majorHAnsi" w:cstheme="majorHAnsi"/>
        </w:rPr>
      </w:pPr>
    </w:p>
    <w:p w14:paraId="79470B96" w14:textId="45DACAC0"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Daisy</w:t>
      </w:r>
      <w:r w:rsidR="00D23E9C" w:rsidRPr="009210F4">
        <w:rPr>
          <w:rFonts w:asciiTheme="majorHAnsi" w:hAnsiTheme="majorHAnsi" w:cstheme="majorHAnsi"/>
        </w:rPr>
        <w:t xml:space="preserve"> </w:t>
      </w:r>
      <w:r w:rsidRPr="009210F4">
        <w:rPr>
          <w:rFonts w:asciiTheme="majorHAnsi" w:hAnsiTheme="majorHAnsi" w:cstheme="majorHAnsi"/>
        </w:rPr>
        <w:t>1:01:13</w:t>
      </w:r>
    </w:p>
    <w:p w14:paraId="35947E57" w14:textId="13E87C46"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I'm fine with</w:t>
      </w:r>
      <w:r w:rsidR="000B5384" w:rsidRPr="009210F4">
        <w:rPr>
          <w:rFonts w:asciiTheme="majorHAnsi" w:hAnsiTheme="majorHAnsi" w:cstheme="majorHAnsi"/>
        </w:rPr>
        <w:t>,</w:t>
      </w:r>
      <w:r w:rsidRPr="009210F4">
        <w:rPr>
          <w:rFonts w:asciiTheme="majorHAnsi" w:hAnsiTheme="majorHAnsi" w:cstheme="majorHAnsi"/>
        </w:rPr>
        <w:t xml:space="preserve"> you know</w:t>
      </w:r>
      <w:r w:rsidR="000B5384" w:rsidRPr="009210F4">
        <w:rPr>
          <w:rFonts w:asciiTheme="majorHAnsi" w:hAnsiTheme="majorHAnsi" w:cstheme="majorHAnsi"/>
        </w:rPr>
        <w:t>,</w:t>
      </w:r>
      <w:r w:rsidRPr="009210F4">
        <w:rPr>
          <w:rFonts w:asciiTheme="majorHAnsi" w:hAnsiTheme="majorHAnsi" w:cstheme="majorHAnsi"/>
        </w:rPr>
        <w:t xml:space="preserve"> only champagne being champagne because it means I know what to avoid </w:t>
      </w:r>
      <w:r w:rsidR="000B5384" w:rsidRPr="009210F4">
        <w:rPr>
          <w:rFonts w:asciiTheme="majorHAnsi" w:hAnsiTheme="majorHAnsi" w:cstheme="majorHAnsi"/>
        </w:rPr>
        <w:t xml:space="preserve">more </w:t>
      </w:r>
      <w:r w:rsidRPr="009210F4">
        <w:rPr>
          <w:rFonts w:asciiTheme="majorHAnsi" w:hAnsiTheme="majorHAnsi" w:cstheme="majorHAnsi"/>
        </w:rPr>
        <w:t>easily</w:t>
      </w:r>
    </w:p>
    <w:p w14:paraId="1CBFAB65" w14:textId="77777777" w:rsidR="00991E93" w:rsidRPr="009210F4" w:rsidRDefault="00991E93" w:rsidP="009210F4">
      <w:pPr>
        <w:pStyle w:val="NoSpacing"/>
        <w:rPr>
          <w:rFonts w:asciiTheme="majorHAnsi" w:hAnsiTheme="majorHAnsi" w:cstheme="majorHAnsi"/>
        </w:rPr>
      </w:pPr>
    </w:p>
    <w:p w14:paraId="001F08BA" w14:textId="3AB30774"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Lucy</w:t>
      </w:r>
      <w:r w:rsidR="00D23E9C" w:rsidRPr="009210F4">
        <w:rPr>
          <w:rFonts w:asciiTheme="majorHAnsi" w:hAnsiTheme="majorHAnsi" w:cstheme="majorHAnsi"/>
        </w:rPr>
        <w:t xml:space="preserve"> </w:t>
      </w:r>
      <w:r w:rsidRPr="009210F4">
        <w:rPr>
          <w:rFonts w:asciiTheme="majorHAnsi" w:hAnsiTheme="majorHAnsi" w:cstheme="majorHAnsi"/>
        </w:rPr>
        <w:t>1:01:22</w:t>
      </w:r>
    </w:p>
    <w:p w14:paraId="419E828A" w14:textId="6CE225E8" w:rsidR="00991E93" w:rsidRPr="009210F4" w:rsidRDefault="000B5384" w:rsidP="009210F4">
      <w:pPr>
        <w:pStyle w:val="NoSpacing"/>
        <w:rPr>
          <w:rFonts w:asciiTheme="majorHAnsi" w:hAnsiTheme="majorHAnsi" w:cstheme="majorHAnsi"/>
        </w:rPr>
      </w:pPr>
      <w:r w:rsidRPr="009210F4">
        <w:rPr>
          <w:rFonts w:asciiTheme="majorHAnsi" w:hAnsiTheme="majorHAnsi" w:cstheme="majorHAnsi"/>
        </w:rPr>
        <w:t xml:space="preserve">It’s like Melton Mowbray pork pies, </w:t>
      </w:r>
      <w:r w:rsidR="00F7615C" w:rsidRPr="009210F4">
        <w:rPr>
          <w:rFonts w:asciiTheme="majorHAnsi" w:hAnsiTheme="majorHAnsi" w:cstheme="majorHAnsi"/>
        </w:rPr>
        <w:t xml:space="preserve">you can't call </w:t>
      </w:r>
      <w:r w:rsidRPr="009210F4">
        <w:rPr>
          <w:rFonts w:asciiTheme="majorHAnsi" w:hAnsiTheme="majorHAnsi" w:cstheme="majorHAnsi"/>
        </w:rPr>
        <w:t xml:space="preserve">it </w:t>
      </w:r>
      <w:r w:rsidR="00F7615C" w:rsidRPr="009210F4">
        <w:rPr>
          <w:rFonts w:asciiTheme="majorHAnsi" w:hAnsiTheme="majorHAnsi" w:cstheme="majorHAnsi"/>
        </w:rPr>
        <w:t xml:space="preserve">a </w:t>
      </w:r>
      <w:r w:rsidRPr="009210F4">
        <w:rPr>
          <w:rFonts w:asciiTheme="majorHAnsi" w:hAnsiTheme="majorHAnsi" w:cstheme="majorHAnsi"/>
        </w:rPr>
        <w:t xml:space="preserve">pork pie </w:t>
      </w:r>
      <w:r w:rsidR="00F7615C" w:rsidRPr="009210F4">
        <w:rPr>
          <w:rFonts w:asciiTheme="majorHAnsi" w:hAnsiTheme="majorHAnsi" w:cstheme="majorHAnsi"/>
        </w:rPr>
        <w:t xml:space="preserve">if it's not </w:t>
      </w:r>
      <w:r w:rsidRPr="009210F4">
        <w:rPr>
          <w:rFonts w:asciiTheme="majorHAnsi" w:hAnsiTheme="majorHAnsi" w:cstheme="majorHAnsi"/>
        </w:rPr>
        <w:t xml:space="preserve">from </w:t>
      </w:r>
      <w:r w:rsidR="00F7615C" w:rsidRPr="009210F4">
        <w:rPr>
          <w:rFonts w:asciiTheme="majorHAnsi" w:hAnsiTheme="majorHAnsi" w:cstheme="majorHAnsi"/>
        </w:rPr>
        <w:t>Melton Mowbray</w:t>
      </w:r>
      <w:r w:rsidRPr="009210F4">
        <w:rPr>
          <w:rFonts w:asciiTheme="majorHAnsi" w:hAnsiTheme="majorHAnsi" w:cstheme="majorHAnsi"/>
        </w:rPr>
        <w:t>,</w:t>
      </w:r>
      <w:r w:rsidR="00F7615C" w:rsidRPr="009210F4">
        <w:rPr>
          <w:rFonts w:asciiTheme="majorHAnsi" w:hAnsiTheme="majorHAnsi" w:cstheme="majorHAnsi"/>
        </w:rPr>
        <w:t xml:space="preserve"> or something</w:t>
      </w:r>
      <w:r w:rsidRPr="009210F4">
        <w:rPr>
          <w:rFonts w:asciiTheme="majorHAnsi" w:hAnsiTheme="majorHAnsi" w:cstheme="majorHAnsi"/>
        </w:rPr>
        <w:t xml:space="preserve"> l</w:t>
      </w:r>
      <w:r w:rsidR="00F7615C" w:rsidRPr="009210F4">
        <w:rPr>
          <w:rFonts w:asciiTheme="majorHAnsi" w:hAnsiTheme="majorHAnsi" w:cstheme="majorHAnsi"/>
        </w:rPr>
        <w:t>ike</w:t>
      </w:r>
      <w:r w:rsidRPr="009210F4">
        <w:rPr>
          <w:rFonts w:asciiTheme="majorHAnsi" w:hAnsiTheme="majorHAnsi" w:cstheme="majorHAnsi"/>
        </w:rPr>
        <w:t xml:space="preserve"> that, I don’t know</w:t>
      </w:r>
      <w:r w:rsidR="00D23E9C" w:rsidRPr="009210F4">
        <w:rPr>
          <w:rFonts w:asciiTheme="majorHAnsi" w:hAnsiTheme="majorHAnsi" w:cstheme="majorHAnsi"/>
        </w:rPr>
        <w:t xml:space="preserve"> </w:t>
      </w:r>
    </w:p>
    <w:p w14:paraId="7902C019" w14:textId="77777777" w:rsidR="00991E93" w:rsidRPr="009210F4" w:rsidRDefault="00991E93" w:rsidP="009210F4">
      <w:pPr>
        <w:pStyle w:val="NoSpacing"/>
        <w:rPr>
          <w:rFonts w:asciiTheme="majorHAnsi" w:hAnsiTheme="majorHAnsi" w:cstheme="majorHAnsi"/>
        </w:rPr>
      </w:pPr>
    </w:p>
    <w:p w14:paraId="799070BF" w14:textId="1479C74F" w:rsidR="00991E93" w:rsidRPr="009210F4" w:rsidRDefault="00820759" w:rsidP="009210F4">
      <w:pPr>
        <w:pStyle w:val="NoSpacing"/>
        <w:rPr>
          <w:rFonts w:asciiTheme="majorHAnsi" w:hAnsiTheme="majorHAnsi" w:cstheme="majorHAnsi"/>
        </w:rPr>
      </w:pPr>
      <w:r w:rsidRPr="009210F4">
        <w:rPr>
          <w:rFonts w:asciiTheme="majorHAnsi" w:hAnsiTheme="majorHAnsi" w:cstheme="majorHAnsi"/>
        </w:rPr>
        <w:t xml:space="preserve">Kimmy </w:t>
      </w:r>
      <w:r w:rsidR="00F7615C" w:rsidRPr="009210F4">
        <w:rPr>
          <w:rFonts w:asciiTheme="majorHAnsi" w:hAnsiTheme="majorHAnsi" w:cstheme="majorHAnsi"/>
        </w:rPr>
        <w:t>1:01:29</w:t>
      </w:r>
    </w:p>
    <w:p w14:paraId="35423E5B" w14:textId="0742E636" w:rsidR="00991E93" w:rsidRPr="009210F4" w:rsidRDefault="000B5384" w:rsidP="009210F4">
      <w:pPr>
        <w:pStyle w:val="NoSpacing"/>
        <w:rPr>
          <w:rFonts w:asciiTheme="majorHAnsi" w:hAnsiTheme="majorHAnsi" w:cstheme="majorHAnsi"/>
        </w:rPr>
      </w:pPr>
      <w:r w:rsidRPr="009210F4">
        <w:rPr>
          <w:rFonts w:asciiTheme="majorHAnsi" w:hAnsiTheme="majorHAnsi" w:cstheme="majorHAnsi"/>
        </w:rPr>
        <w:t>I</w:t>
      </w:r>
      <w:r w:rsidR="00F7615C" w:rsidRPr="009210F4">
        <w:rPr>
          <w:rFonts w:asciiTheme="majorHAnsi" w:hAnsiTheme="majorHAnsi" w:cstheme="majorHAnsi"/>
        </w:rPr>
        <w:t>f</w:t>
      </w:r>
      <w:r w:rsidRPr="009210F4">
        <w:rPr>
          <w:rFonts w:asciiTheme="majorHAnsi" w:hAnsiTheme="majorHAnsi" w:cstheme="majorHAnsi"/>
        </w:rPr>
        <w:t xml:space="preserve"> there’s pork in it and it’s a pie, it’s a pork pie</w:t>
      </w:r>
    </w:p>
    <w:p w14:paraId="495F0359" w14:textId="77777777" w:rsidR="00991E93" w:rsidRPr="009210F4" w:rsidRDefault="00991E93" w:rsidP="009210F4">
      <w:pPr>
        <w:pStyle w:val="NoSpacing"/>
        <w:rPr>
          <w:rFonts w:asciiTheme="majorHAnsi" w:hAnsiTheme="majorHAnsi" w:cstheme="majorHAnsi"/>
        </w:rPr>
      </w:pPr>
    </w:p>
    <w:p w14:paraId="5D104273" w14:textId="1D9D53ED"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Lucy</w:t>
      </w:r>
      <w:r w:rsidR="00D23E9C" w:rsidRPr="009210F4">
        <w:rPr>
          <w:rFonts w:asciiTheme="majorHAnsi" w:hAnsiTheme="majorHAnsi" w:cstheme="majorHAnsi"/>
        </w:rPr>
        <w:t xml:space="preserve"> </w:t>
      </w:r>
      <w:r w:rsidRPr="009210F4">
        <w:rPr>
          <w:rFonts w:asciiTheme="majorHAnsi" w:hAnsiTheme="majorHAnsi" w:cstheme="majorHAnsi"/>
        </w:rPr>
        <w:t>1:01:31</w:t>
      </w:r>
    </w:p>
    <w:p w14:paraId="53D21CCE" w14:textId="78D750F9"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 xml:space="preserve">Yeah, </w:t>
      </w:r>
      <w:r w:rsidR="000B5384" w:rsidRPr="009210F4">
        <w:rPr>
          <w:rFonts w:asciiTheme="majorHAnsi" w:hAnsiTheme="majorHAnsi" w:cstheme="majorHAnsi"/>
        </w:rPr>
        <w:t>Y</w:t>
      </w:r>
      <w:r w:rsidRPr="009210F4">
        <w:rPr>
          <w:rFonts w:asciiTheme="majorHAnsi" w:hAnsiTheme="majorHAnsi" w:cstheme="majorHAnsi"/>
        </w:rPr>
        <w:t>eah</w:t>
      </w:r>
      <w:r w:rsidR="000B5384" w:rsidRPr="009210F4">
        <w:rPr>
          <w:rFonts w:asciiTheme="majorHAnsi" w:hAnsiTheme="majorHAnsi" w:cstheme="majorHAnsi"/>
        </w:rPr>
        <w:t>, y</w:t>
      </w:r>
      <w:r w:rsidRPr="009210F4">
        <w:rPr>
          <w:rFonts w:asciiTheme="majorHAnsi" w:hAnsiTheme="majorHAnsi" w:cstheme="majorHAnsi"/>
        </w:rPr>
        <w:t xml:space="preserve">ou can't </w:t>
      </w:r>
      <w:r w:rsidR="00ED4C40" w:rsidRPr="009210F4">
        <w:rPr>
          <w:rFonts w:asciiTheme="majorHAnsi" w:hAnsiTheme="majorHAnsi" w:cstheme="majorHAnsi"/>
        </w:rPr>
        <w:t xml:space="preserve">call it Cheddar </w:t>
      </w:r>
      <w:r w:rsidRPr="009210F4">
        <w:rPr>
          <w:rFonts w:asciiTheme="majorHAnsi" w:hAnsiTheme="majorHAnsi" w:cstheme="majorHAnsi"/>
        </w:rPr>
        <w:t xml:space="preserve">cheese </w:t>
      </w:r>
      <w:r w:rsidR="00ED4C40" w:rsidRPr="009210F4">
        <w:rPr>
          <w:rFonts w:asciiTheme="majorHAnsi" w:hAnsiTheme="majorHAnsi" w:cstheme="majorHAnsi"/>
        </w:rPr>
        <w:t xml:space="preserve">if it is </w:t>
      </w:r>
      <w:r w:rsidRPr="009210F4">
        <w:rPr>
          <w:rFonts w:asciiTheme="majorHAnsi" w:hAnsiTheme="majorHAnsi" w:cstheme="majorHAnsi"/>
        </w:rPr>
        <w:t>not from</w:t>
      </w:r>
      <w:r w:rsidR="00ED4C40" w:rsidRPr="009210F4">
        <w:rPr>
          <w:rFonts w:asciiTheme="majorHAnsi" w:hAnsiTheme="majorHAnsi" w:cstheme="majorHAnsi"/>
        </w:rPr>
        <w:t xml:space="preserve"> cheddar,</w:t>
      </w:r>
      <w:r w:rsidR="00D23E9C" w:rsidRPr="009210F4">
        <w:rPr>
          <w:rFonts w:asciiTheme="majorHAnsi" w:hAnsiTheme="majorHAnsi" w:cstheme="majorHAnsi"/>
        </w:rPr>
        <w:t xml:space="preserve"> </w:t>
      </w:r>
      <w:r w:rsidRPr="009210F4">
        <w:rPr>
          <w:rFonts w:asciiTheme="majorHAnsi" w:hAnsiTheme="majorHAnsi" w:cstheme="majorHAnsi"/>
        </w:rPr>
        <w:t>That kind of thing</w:t>
      </w:r>
    </w:p>
    <w:p w14:paraId="3EA7DB4F" w14:textId="77777777" w:rsidR="00991E93" w:rsidRPr="009210F4" w:rsidRDefault="00991E93" w:rsidP="009210F4">
      <w:pPr>
        <w:pStyle w:val="NoSpacing"/>
        <w:rPr>
          <w:rFonts w:asciiTheme="majorHAnsi" w:hAnsiTheme="majorHAnsi" w:cstheme="majorHAnsi"/>
        </w:rPr>
      </w:pPr>
    </w:p>
    <w:p w14:paraId="489542AF" w14:textId="7D0612B8"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Daisy</w:t>
      </w:r>
      <w:r w:rsidR="00D23E9C" w:rsidRPr="009210F4">
        <w:rPr>
          <w:rFonts w:asciiTheme="majorHAnsi" w:hAnsiTheme="majorHAnsi" w:cstheme="majorHAnsi"/>
        </w:rPr>
        <w:t xml:space="preserve"> </w:t>
      </w:r>
      <w:r w:rsidRPr="009210F4">
        <w:rPr>
          <w:rFonts w:asciiTheme="majorHAnsi" w:hAnsiTheme="majorHAnsi" w:cstheme="majorHAnsi"/>
        </w:rPr>
        <w:t>1:01:40</w:t>
      </w:r>
    </w:p>
    <w:p w14:paraId="270759D0" w14:textId="54CB490F" w:rsidR="00ED4C40" w:rsidRPr="009210F4" w:rsidRDefault="00ED4C40" w:rsidP="009210F4">
      <w:pPr>
        <w:pStyle w:val="NoSpacing"/>
        <w:rPr>
          <w:rFonts w:asciiTheme="majorHAnsi" w:hAnsiTheme="majorHAnsi" w:cstheme="majorHAnsi"/>
        </w:rPr>
      </w:pPr>
      <w:r w:rsidRPr="009210F4">
        <w:rPr>
          <w:rFonts w:asciiTheme="majorHAnsi" w:hAnsiTheme="majorHAnsi" w:cstheme="majorHAnsi"/>
        </w:rPr>
        <w:t xml:space="preserve">Isn’t that the </w:t>
      </w:r>
      <w:r w:rsidR="00F7615C" w:rsidRPr="009210F4">
        <w:rPr>
          <w:rFonts w:asciiTheme="majorHAnsi" w:hAnsiTheme="majorHAnsi" w:cstheme="majorHAnsi"/>
        </w:rPr>
        <w:t>thing</w:t>
      </w:r>
      <w:r w:rsidRPr="009210F4">
        <w:rPr>
          <w:rFonts w:asciiTheme="majorHAnsi" w:hAnsiTheme="majorHAnsi" w:cstheme="majorHAnsi"/>
        </w:rPr>
        <w:t>,</w:t>
      </w:r>
      <w:r w:rsidR="00F7615C" w:rsidRPr="009210F4">
        <w:rPr>
          <w:rFonts w:asciiTheme="majorHAnsi" w:hAnsiTheme="majorHAnsi" w:cstheme="majorHAnsi"/>
        </w:rPr>
        <w:t xml:space="preserve"> that cheddar cheese isn't actually even </w:t>
      </w:r>
      <w:r w:rsidRPr="009210F4">
        <w:rPr>
          <w:rFonts w:asciiTheme="majorHAnsi" w:hAnsiTheme="majorHAnsi" w:cstheme="majorHAnsi"/>
        </w:rPr>
        <w:t xml:space="preserve">from, </w:t>
      </w:r>
      <w:r w:rsidR="00F7615C" w:rsidRPr="009210F4">
        <w:rPr>
          <w:rFonts w:asciiTheme="majorHAnsi" w:hAnsiTheme="majorHAnsi" w:cstheme="majorHAnsi"/>
        </w:rPr>
        <w:t xml:space="preserve">of </w:t>
      </w:r>
      <w:r w:rsidRPr="009210F4">
        <w:rPr>
          <w:rFonts w:asciiTheme="majorHAnsi" w:hAnsiTheme="majorHAnsi" w:cstheme="majorHAnsi"/>
        </w:rPr>
        <w:t xml:space="preserve">there’s one of </w:t>
      </w:r>
      <w:r w:rsidR="00F7615C" w:rsidRPr="009210F4">
        <w:rPr>
          <w:rFonts w:asciiTheme="majorHAnsi" w:hAnsiTheme="majorHAnsi" w:cstheme="majorHAnsi"/>
        </w:rPr>
        <w:t>those</w:t>
      </w:r>
      <w:r w:rsidRPr="009210F4">
        <w:rPr>
          <w:rFonts w:asciiTheme="majorHAnsi" w:hAnsiTheme="majorHAnsi" w:cstheme="majorHAnsi"/>
        </w:rPr>
        <w:t>,</w:t>
      </w:r>
      <w:r w:rsidR="00F7615C" w:rsidRPr="009210F4">
        <w:rPr>
          <w:rFonts w:asciiTheme="majorHAnsi" w:hAnsiTheme="majorHAnsi" w:cstheme="majorHAnsi"/>
        </w:rPr>
        <w:t xml:space="preserve"> one of the designations</w:t>
      </w:r>
      <w:r w:rsidRPr="009210F4">
        <w:rPr>
          <w:rFonts w:asciiTheme="majorHAnsi" w:hAnsiTheme="majorHAnsi" w:cstheme="majorHAnsi"/>
        </w:rPr>
        <w:t xml:space="preserve"> t</w:t>
      </w:r>
      <w:r w:rsidR="00F7615C" w:rsidRPr="009210F4">
        <w:rPr>
          <w:rFonts w:asciiTheme="majorHAnsi" w:hAnsiTheme="majorHAnsi" w:cstheme="majorHAnsi"/>
        </w:rPr>
        <w:t xml:space="preserve">hat's like, it's the certain name, but the actual town that's in the name isn't the place where they make it. </w:t>
      </w:r>
      <w:r w:rsidR="00734EB0" w:rsidRPr="009210F4">
        <w:rPr>
          <w:rFonts w:asciiTheme="majorHAnsi" w:hAnsiTheme="majorHAnsi" w:cstheme="majorHAnsi"/>
        </w:rPr>
        <w:t>So,</w:t>
      </w:r>
      <w:r w:rsidR="00F7615C" w:rsidRPr="009210F4">
        <w:rPr>
          <w:rFonts w:asciiTheme="majorHAnsi" w:hAnsiTheme="majorHAnsi" w:cstheme="majorHAnsi"/>
        </w:rPr>
        <w:t xml:space="preserve"> the actual town that was in the name wasn't actually included within the special geographical designation, and I can't remember whether it was </w:t>
      </w:r>
      <w:r w:rsidRPr="009210F4">
        <w:rPr>
          <w:rFonts w:asciiTheme="majorHAnsi" w:hAnsiTheme="majorHAnsi" w:cstheme="majorHAnsi"/>
        </w:rPr>
        <w:t xml:space="preserve">Cheddar or </w:t>
      </w:r>
      <w:r w:rsidR="00F7615C" w:rsidRPr="009210F4">
        <w:rPr>
          <w:rFonts w:asciiTheme="majorHAnsi" w:hAnsiTheme="majorHAnsi" w:cstheme="majorHAnsi"/>
        </w:rPr>
        <w:t xml:space="preserve">Melton Mowbray </w:t>
      </w:r>
    </w:p>
    <w:p w14:paraId="4C77F24E" w14:textId="77777777" w:rsidR="00734EB0" w:rsidRDefault="00734EB0" w:rsidP="009210F4">
      <w:pPr>
        <w:pStyle w:val="NoSpacing"/>
        <w:rPr>
          <w:rFonts w:asciiTheme="majorHAnsi" w:hAnsiTheme="majorHAnsi" w:cstheme="majorHAnsi"/>
        </w:rPr>
      </w:pPr>
    </w:p>
    <w:p w14:paraId="55D741CE" w14:textId="15BE9C1E" w:rsidR="00ED4C40" w:rsidRPr="009210F4" w:rsidRDefault="00ED4C40" w:rsidP="009210F4">
      <w:pPr>
        <w:pStyle w:val="NoSpacing"/>
        <w:rPr>
          <w:rFonts w:asciiTheme="majorHAnsi" w:hAnsiTheme="majorHAnsi" w:cstheme="majorHAnsi"/>
        </w:rPr>
      </w:pPr>
      <w:r w:rsidRPr="009210F4">
        <w:rPr>
          <w:rFonts w:asciiTheme="majorHAnsi" w:hAnsiTheme="majorHAnsi" w:cstheme="majorHAnsi"/>
        </w:rPr>
        <w:t xml:space="preserve">Lucy: It was </w:t>
      </w:r>
      <w:r w:rsidR="00F7615C" w:rsidRPr="009210F4">
        <w:rPr>
          <w:rFonts w:asciiTheme="majorHAnsi" w:hAnsiTheme="majorHAnsi" w:cstheme="majorHAnsi"/>
        </w:rPr>
        <w:t>one of the two</w:t>
      </w:r>
    </w:p>
    <w:p w14:paraId="3DE90D2A" w14:textId="77777777" w:rsidR="00734EB0" w:rsidRDefault="00734EB0" w:rsidP="009210F4">
      <w:pPr>
        <w:pStyle w:val="NoSpacing"/>
        <w:rPr>
          <w:rFonts w:asciiTheme="majorHAnsi" w:hAnsiTheme="majorHAnsi" w:cstheme="majorHAnsi"/>
        </w:rPr>
      </w:pPr>
    </w:p>
    <w:p w14:paraId="346FB1A2" w14:textId="30977826" w:rsidR="00991E93" w:rsidRPr="009210F4" w:rsidRDefault="00ED4C40" w:rsidP="009210F4">
      <w:pPr>
        <w:pStyle w:val="NoSpacing"/>
        <w:rPr>
          <w:rFonts w:asciiTheme="majorHAnsi" w:hAnsiTheme="majorHAnsi" w:cstheme="majorHAnsi"/>
        </w:rPr>
      </w:pPr>
      <w:r w:rsidRPr="009210F4">
        <w:rPr>
          <w:rFonts w:asciiTheme="majorHAnsi" w:hAnsiTheme="majorHAnsi" w:cstheme="majorHAnsi"/>
        </w:rPr>
        <w:t xml:space="preserve">Daisy: </w:t>
      </w:r>
      <w:r w:rsidR="00F7615C" w:rsidRPr="009210F4">
        <w:rPr>
          <w:rFonts w:asciiTheme="majorHAnsi" w:hAnsiTheme="majorHAnsi" w:cstheme="majorHAnsi"/>
        </w:rPr>
        <w:t xml:space="preserve">Yeah, because it was like, you know, oh, they're traditionally made sort of just outside. </w:t>
      </w:r>
      <w:proofErr w:type="gramStart"/>
      <w:r w:rsidR="00F7615C" w:rsidRPr="009210F4">
        <w:rPr>
          <w:rFonts w:asciiTheme="majorHAnsi" w:hAnsiTheme="majorHAnsi" w:cstheme="majorHAnsi"/>
        </w:rPr>
        <w:t>So</w:t>
      </w:r>
      <w:proofErr w:type="gramEnd"/>
      <w:r w:rsidR="00F7615C" w:rsidRPr="009210F4">
        <w:rPr>
          <w:rFonts w:asciiTheme="majorHAnsi" w:hAnsiTheme="majorHAnsi" w:cstheme="majorHAnsi"/>
        </w:rPr>
        <w:t xml:space="preserve"> it's, like, </w:t>
      </w:r>
      <w:r w:rsidRPr="009210F4">
        <w:rPr>
          <w:rFonts w:asciiTheme="majorHAnsi" w:hAnsiTheme="majorHAnsi" w:cstheme="majorHAnsi"/>
        </w:rPr>
        <w:t xml:space="preserve">Melton Mowbray </w:t>
      </w:r>
      <w:r w:rsidR="00F7615C" w:rsidRPr="009210F4">
        <w:rPr>
          <w:rFonts w:asciiTheme="majorHAnsi" w:hAnsiTheme="majorHAnsi" w:cstheme="majorHAnsi"/>
        </w:rPr>
        <w:t>wasn't actually included or something</w:t>
      </w:r>
    </w:p>
    <w:p w14:paraId="27C9433A" w14:textId="77777777" w:rsidR="00734EB0" w:rsidRDefault="00734EB0" w:rsidP="009210F4">
      <w:pPr>
        <w:pStyle w:val="NoSpacing"/>
        <w:rPr>
          <w:rFonts w:asciiTheme="majorHAnsi" w:hAnsiTheme="majorHAnsi" w:cstheme="majorHAnsi"/>
        </w:rPr>
      </w:pPr>
    </w:p>
    <w:p w14:paraId="3BFE71D0" w14:textId="30AAE96A"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Lucy</w:t>
      </w:r>
      <w:r w:rsidR="00D23E9C" w:rsidRPr="009210F4">
        <w:rPr>
          <w:rFonts w:asciiTheme="majorHAnsi" w:hAnsiTheme="majorHAnsi" w:cstheme="majorHAnsi"/>
        </w:rPr>
        <w:t xml:space="preserve"> </w:t>
      </w:r>
      <w:r w:rsidRPr="009210F4">
        <w:rPr>
          <w:rFonts w:asciiTheme="majorHAnsi" w:hAnsiTheme="majorHAnsi" w:cstheme="majorHAnsi"/>
        </w:rPr>
        <w:t>1:02:12</w:t>
      </w:r>
    </w:p>
    <w:p w14:paraId="2B6109DC" w14:textId="5586DC47"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Yeah, yeah</w:t>
      </w:r>
    </w:p>
    <w:p w14:paraId="44C419D5" w14:textId="77777777" w:rsidR="00991E93" w:rsidRPr="009210F4" w:rsidRDefault="00991E93" w:rsidP="009210F4">
      <w:pPr>
        <w:pStyle w:val="NoSpacing"/>
        <w:rPr>
          <w:rFonts w:asciiTheme="majorHAnsi" w:hAnsiTheme="majorHAnsi" w:cstheme="majorHAnsi"/>
        </w:rPr>
      </w:pPr>
    </w:p>
    <w:p w14:paraId="321FE336" w14:textId="6F24D8FE" w:rsidR="00991E93" w:rsidRPr="009210F4" w:rsidRDefault="00820759" w:rsidP="009210F4">
      <w:pPr>
        <w:pStyle w:val="NoSpacing"/>
        <w:rPr>
          <w:rFonts w:asciiTheme="majorHAnsi" w:hAnsiTheme="majorHAnsi" w:cstheme="majorHAnsi"/>
        </w:rPr>
      </w:pPr>
      <w:r w:rsidRPr="009210F4">
        <w:rPr>
          <w:rFonts w:asciiTheme="majorHAnsi" w:hAnsiTheme="majorHAnsi" w:cstheme="majorHAnsi"/>
        </w:rPr>
        <w:t xml:space="preserve">Kimmy </w:t>
      </w:r>
      <w:r w:rsidR="00F7615C" w:rsidRPr="009210F4">
        <w:rPr>
          <w:rFonts w:asciiTheme="majorHAnsi" w:hAnsiTheme="majorHAnsi" w:cstheme="majorHAnsi"/>
        </w:rPr>
        <w:t>1:02:13</w:t>
      </w:r>
    </w:p>
    <w:p w14:paraId="38B54651" w14:textId="511A5164" w:rsidR="00ED4C40" w:rsidRPr="009210F4" w:rsidRDefault="00734EB0" w:rsidP="009210F4">
      <w:pPr>
        <w:pStyle w:val="NoSpacing"/>
        <w:rPr>
          <w:rFonts w:asciiTheme="majorHAnsi" w:hAnsiTheme="majorHAnsi" w:cstheme="majorHAnsi"/>
        </w:rPr>
      </w:pPr>
      <w:r w:rsidRPr="009210F4">
        <w:rPr>
          <w:rFonts w:asciiTheme="majorHAnsi" w:hAnsiTheme="majorHAnsi" w:cstheme="majorHAnsi"/>
        </w:rPr>
        <w:t>So,</w:t>
      </w:r>
      <w:r w:rsidR="00F7615C" w:rsidRPr="009210F4">
        <w:rPr>
          <w:rFonts w:asciiTheme="majorHAnsi" w:hAnsiTheme="majorHAnsi" w:cstheme="majorHAnsi"/>
        </w:rPr>
        <w:t xml:space="preserve"> UNESCO intangible? </w:t>
      </w:r>
    </w:p>
    <w:p w14:paraId="4DBBDDB9" w14:textId="43CE96B3" w:rsidR="00991E93" w:rsidRPr="009210F4" w:rsidRDefault="00991E93" w:rsidP="009210F4">
      <w:pPr>
        <w:pStyle w:val="NoSpacing"/>
        <w:rPr>
          <w:rFonts w:asciiTheme="majorHAnsi" w:hAnsiTheme="majorHAnsi" w:cstheme="majorHAnsi"/>
        </w:rPr>
      </w:pPr>
    </w:p>
    <w:p w14:paraId="3B35D707" w14:textId="780835C8"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Daisy</w:t>
      </w:r>
      <w:r w:rsidR="00D23E9C" w:rsidRPr="009210F4">
        <w:rPr>
          <w:rFonts w:asciiTheme="majorHAnsi" w:hAnsiTheme="majorHAnsi" w:cstheme="majorHAnsi"/>
        </w:rPr>
        <w:t xml:space="preserve"> </w:t>
      </w:r>
      <w:r w:rsidRPr="009210F4">
        <w:rPr>
          <w:rFonts w:asciiTheme="majorHAnsi" w:hAnsiTheme="majorHAnsi" w:cstheme="majorHAnsi"/>
        </w:rPr>
        <w:t>1:02:16</w:t>
      </w:r>
    </w:p>
    <w:p w14:paraId="6FE7EBB9" w14:textId="1A7F16AD" w:rsidR="00C323D4" w:rsidRPr="009210F4" w:rsidRDefault="00734EB0" w:rsidP="009210F4">
      <w:pPr>
        <w:pStyle w:val="NoSpacing"/>
        <w:rPr>
          <w:rFonts w:asciiTheme="majorHAnsi" w:hAnsiTheme="majorHAnsi" w:cstheme="majorHAnsi"/>
        </w:rPr>
      </w:pPr>
      <w:r w:rsidRPr="009210F4">
        <w:rPr>
          <w:rFonts w:asciiTheme="majorHAnsi" w:hAnsiTheme="majorHAnsi" w:cstheme="majorHAnsi"/>
        </w:rPr>
        <w:t>So,</w:t>
      </w:r>
      <w:r w:rsidR="00ED4C40" w:rsidRPr="009210F4">
        <w:rPr>
          <w:rFonts w:asciiTheme="majorHAnsi" w:hAnsiTheme="majorHAnsi" w:cstheme="majorHAnsi"/>
        </w:rPr>
        <w:t xml:space="preserve"> </w:t>
      </w:r>
      <w:r w:rsidR="00C323D4" w:rsidRPr="009210F4">
        <w:rPr>
          <w:rFonts w:asciiTheme="majorHAnsi" w:hAnsiTheme="majorHAnsi" w:cstheme="majorHAnsi"/>
        </w:rPr>
        <w:t xml:space="preserve">this charter, </w:t>
      </w:r>
      <w:r w:rsidR="00ED4C40" w:rsidRPr="009210F4">
        <w:rPr>
          <w:rFonts w:asciiTheme="majorHAnsi" w:hAnsiTheme="majorHAnsi" w:cstheme="majorHAnsi"/>
        </w:rPr>
        <w:t>t</w:t>
      </w:r>
      <w:r w:rsidR="00F7615C" w:rsidRPr="009210F4">
        <w:rPr>
          <w:rFonts w:asciiTheme="majorHAnsi" w:hAnsiTheme="majorHAnsi" w:cstheme="majorHAnsi"/>
        </w:rPr>
        <w:t xml:space="preserve">hat was again, passed down by oral tradition. They had a set of workshops in all of the different regions to get all of the different versions from all the different people because a lot of them, a lot of the versions that people have passed down orally, had missed out certain bits of it. </w:t>
      </w:r>
      <w:r w:rsidRPr="009210F4">
        <w:rPr>
          <w:rFonts w:asciiTheme="majorHAnsi" w:hAnsiTheme="majorHAnsi" w:cstheme="majorHAnsi"/>
        </w:rPr>
        <w:t>So,</w:t>
      </w:r>
      <w:r w:rsidR="00F7615C" w:rsidRPr="009210F4">
        <w:rPr>
          <w:rFonts w:asciiTheme="majorHAnsi" w:hAnsiTheme="majorHAnsi" w:cstheme="majorHAnsi"/>
        </w:rPr>
        <w:t xml:space="preserve"> they eventually they ended up with 44 separate </w:t>
      </w:r>
      <w:r w:rsidR="00C323D4" w:rsidRPr="009210F4">
        <w:rPr>
          <w:rFonts w:asciiTheme="majorHAnsi" w:hAnsiTheme="majorHAnsi" w:cstheme="majorHAnsi"/>
        </w:rPr>
        <w:t xml:space="preserve">edicts, </w:t>
      </w:r>
      <w:r w:rsidR="00F7615C" w:rsidRPr="009210F4">
        <w:rPr>
          <w:rFonts w:asciiTheme="majorHAnsi" w:hAnsiTheme="majorHAnsi" w:cstheme="majorHAnsi"/>
        </w:rPr>
        <w:t>some of which are excellent, I think</w:t>
      </w:r>
    </w:p>
    <w:p w14:paraId="57CFD5F0" w14:textId="77777777" w:rsidR="00734EB0" w:rsidRDefault="00734EB0" w:rsidP="009210F4">
      <w:pPr>
        <w:pStyle w:val="NoSpacing"/>
        <w:rPr>
          <w:rFonts w:asciiTheme="majorHAnsi" w:hAnsiTheme="majorHAnsi" w:cstheme="majorHAnsi"/>
        </w:rPr>
      </w:pPr>
    </w:p>
    <w:p w14:paraId="5555FA7A" w14:textId="177AA9C6" w:rsidR="00C323D4" w:rsidRPr="009210F4" w:rsidRDefault="00C323D4" w:rsidP="009210F4">
      <w:pPr>
        <w:pStyle w:val="NoSpacing"/>
        <w:rPr>
          <w:rFonts w:asciiTheme="majorHAnsi" w:hAnsiTheme="majorHAnsi" w:cstheme="majorHAnsi"/>
        </w:rPr>
      </w:pPr>
      <w:r w:rsidRPr="009210F4">
        <w:rPr>
          <w:rFonts w:asciiTheme="majorHAnsi" w:hAnsiTheme="majorHAnsi" w:cstheme="majorHAnsi"/>
        </w:rPr>
        <w:t xml:space="preserve">Alice: </w:t>
      </w:r>
      <w:r w:rsidR="00A72993" w:rsidRPr="009210F4">
        <w:rPr>
          <w:rFonts w:asciiTheme="majorHAnsi" w:hAnsiTheme="majorHAnsi" w:cstheme="majorHAnsi"/>
        </w:rPr>
        <w:t>OK</w:t>
      </w:r>
    </w:p>
    <w:p w14:paraId="09EB54F3" w14:textId="77777777" w:rsidR="00734EB0" w:rsidRDefault="00734EB0" w:rsidP="009210F4">
      <w:pPr>
        <w:pStyle w:val="NoSpacing"/>
        <w:rPr>
          <w:rFonts w:asciiTheme="majorHAnsi" w:hAnsiTheme="majorHAnsi" w:cstheme="majorHAnsi"/>
        </w:rPr>
      </w:pPr>
    </w:p>
    <w:p w14:paraId="1B86F2B3" w14:textId="5B4F3D31" w:rsidR="00991E93" w:rsidRPr="009210F4" w:rsidRDefault="00C323D4" w:rsidP="009210F4">
      <w:pPr>
        <w:pStyle w:val="NoSpacing"/>
        <w:rPr>
          <w:rFonts w:asciiTheme="majorHAnsi" w:hAnsiTheme="majorHAnsi" w:cstheme="majorHAnsi"/>
        </w:rPr>
      </w:pPr>
      <w:r w:rsidRPr="009210F4">
        <w:rPr>
          <w:rFonts w:asciiTheme="majorHAnsi" w:hAnsiTheme="majorHAnsi" w:cstheme="majorHAnsi"/>
        </w:rPr>
        <w:t xml:space="preserve">Daisy: Not </w:t>
      </w:r>
      <w:r w:rsidR="00F7615C" w:rsidRPr="009210F4">
        <w:rPr>
          <w:rFonts w:asciiTheme="majorHAnsi" w:hAnsiTheme="majorHAnsi" w:cstheme="majorHAnsi"/>
        </w:rPr>
        <w:t>necessarily in how they are</w:t>
      </w:r>
    </w:p>
    <w:p w14:paraId="231977A0" w14:textId="77777777" w:rsidR="00991E93" w:rsidRPr="009210F4" w:rsidRDefault="00991E93" w:rsidP="009210F4">
      <w:pPr>
        <w:pStyle w:val="NoSpacing"/>
        <w:rPr>
          <w:rFonts w:asciiTheme="majorHAnsi" w:hAnsiTheme="majorHAnsi" w:cstheme="majorHAnsi"/>
        </w:rPr>
      </w:pPr>
    </w:p>
    <w:p w14:paraId="230EEA40" w14:textId="329CC523"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Alice</w:t>
      </w:r>
      <w:r w:rsidR="00D23E9C" w:rsidRPr="009210F4">
        <w:rPr>
          <w:rFonts w:asciiTheme="majorHAnsi" w:hAnsiTheme="majorHAnsi" w:cstheme="majorHAnsi"/>
        </w:rPr>
        <w:t xml:space="preserve"> </w:t>
      </w:r>
      <w:r w:rsidRPr="009210F4">
        <w:rPr>
          <w:rFonts w:asciiTheme="majorHAnsi" w:hAnsiTheme="majorHAnsi" w:cstheme="majorHAnsi"/>
        </w:rPr>
        <w:t>1:02:50</w:t>
      </w:r>
    </w:p>
    <w:p w14:paraId="0E3D6AC6" w14:textId="0B328626"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in terms of historical excellence</w:t>
      </w:r>
    </w:p>
    <w:p w14:paraId="6535F961" w14:textId="77777777" w:rsidR="00991E93" w:rsidRPr="009210F4" w:rsidRDefault="00991E93" w:rsidP="009210F4">
      <w:pPr>
        <w:pStyle w:val="NoSpacing"/>
        <w:rPr>
          <w:rFonts w:asciiTheme="majorHAnsi" w:hAnsiTheme="majorHAnsi" w:cstheme="majorHAnsi"/>
        </w:rPr>
      </w:pPr>
    </w:p>
    <w:p w14:paraId="62ACFB11" w14:textId="132BDC86"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Daisy</w:t>
      </w:r>
      <w:r w:rsidR="00D23E9C" w:rsidRPr="009210F4">
        <w:rPr>
          <w:rFonts w:asciiTheme="majorHAnsi" w:hAnsiTheme="majorHAnsi" w:cstheme="majorHAnsi"/>
        </w:rPr>
        <w:t xml:space="preserve"> </w:t>
      </w:r>
      <w:r w:rsidRPr="009210F4">
        <w:rPr>
          <w:rFonts w:asciiTheme="majorHAnsi" w:hAnsiTheme="majorHAnsi" w:cstheme="majorHAnsi"/>
        </w:rPr>
        <w:t>1:02:54</w:t>
      </w:r>
    </w:p>
    <w:p w14:paraId="2128AC8B" w14:textId="20CD1188"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Yeah, yeah. Yeah. You know, there was there was some stuff that's like, you know, a girl can be given in marriage as soon as she is pubescent without age determination, which I'm kind of like</w:t>
      </w:r>
      <w:r w:rsidR="00C323D4" w:rsidRPr="009210F4">
        <w:rPr>
          <w:rFonts w:asciiTheme="majorHAnsi" w:hAnsiTheme="majorHAnsi" w:cstheme="majorHAnsi"/>
        </w:rPr>
        <w:t xml:space="preserve">, ugh </w:t>
      </w:r>
    </w:p>
    <w:p w14:paraId="30702385" w14:textId="77777777" w:rsidR="00991E93" w:rsidRPr="009210F4" w:rsidRDefault="00991E93" w:rsidP="009210F4">
      <w:pPr>
        <w:pStyle w:val="NoSpacing"/>
        <w:rPr>
          <w:rFonts w:asciiTheme="majorHAnsi" w:hAnsiTheme="majorHAnsi" w:cstheme="majorHAnsi"/>
        </w:rPr>
      </w:pPr>
    </w:p>
    <w:p w14:paraId="590F62AE" w14:textId="1895A272" w:rsidR="00991E93" w:rsidRPr="009210F4" w:rsidRDefault="00820759" w:rsidP="009210F4">
      <w:pPr>
        <w:pStyle w:val="NoSpacing"/>
        <w:rPr>
          <w:rFonts w:asciiTheme="majorHAnsi" w:hAnsiTheme="majorHAnsi" w:cstheme="majorHAnsi"/>
        </w:rPr>
      </w:pPr>
      <w:r w:rsidRPr="009210F4">
        <w:rPr>
          <w:rFonts w:asciiTheme="majorHAnsi" w:hAnsiTheme="majorHAnsi" w:cstheme="majorHAnsi"/>
        </w:rPr>
        <w:t xml:space="preserve">Kimmy </w:t>
      </w:r>
      <w:r w:rsidR="00F7615C" w:rsidRPr="009210F4">
        <w:rPr>
          <w:rFonts w:asciiTheme="majorHAnsi" w:hAnsiTheme="majorHAnsi" w:cstheme="majorHAnsi"/>
        </w:rPr>
        <w:t>1:03:07</w:t>
      </w:r>
    </w:p>
    <w:p w14:paraId="3E49A459" w14:textId="388FBB70" w:rsidR="00991E93" w:rsidRPr="009210F4" w:rsidRDefault="00C323D4" w:rsidP="009210F4">
      <w:pPr>
        <w:pStyle w:val="NoSpacing"/>
        <w:rPr>
          <w:rFonts w:asciiTheme="majorHAnsi" w:hAnsiTheme="majorHAnsi" w:cstheme="majorHAnsi"/>
        </w:rPr>
      </w:pPr>
      <w:r w:rsidRPr="009210F4">
        <w:rPr>
          <w:rFonts w:asciiTheme="majorHAnsi" w:hAnsiTheme="majorHAnsi" w:cstheme="majorHAnsi"/>
        </w:rPr>
        <w:t>You know some kids have reached p</w:t>
      </w:r>
      <w:r w:rsidR="00F7615C" w:rsidRPr="009210F4">
        <w:rPr>
          <w:rFonts w:asciiTheme="majorHAnsi" w:hAnsiTheme="majorHAnsi" w:cstheme="majorHAnsi"/>
        </w:rPr>
        <w:t>uberty at eight?</w:t>
      </w:r>
    </w:p>
    <w:p w14:paraId="2A32BCD4" w14:textId="77777777" w:rsidR="00991E93" w:rsidRPr="009210F4" w:rsidRDefault="00991E93" w:rsidP="009210F4">
      <w:pPr>
        <w:pStyle w:val="NoSpacing"/>
        <w:rPr>
          <w:rFonts w:asciiTheme="majorHAnsi" w:hAnsiTheme="majorHAnsi" w:cstheme="majorHAnsi"/>
        </w:rPr>
      </w:pPr>
    </w:p>
    <w:p w14:paraId="7782EA54" w14:textId="673F2BED"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Alice</w:t>
      </w:r>
      <w:r w:rsidR="00D23E9C" w:rsidRPr="009210F4">
        <w:rPr>
          <w:rFonts w:asciiTheme="majorHAnsi" w:hAnsiTheme="majorHAnsi" w:cstheme="majorHAnsi"/>
        </w:rPr>
        <w:t xml:space="preserve"> </w:t>
      </w:r>
      <w:r w:rsidRPr="009210F4">
        <w:rPr>
          <w:rFonts w:asciiTheme="majorHAnsi" w:hAnsiTheme="majorHAnsi" w:cstheme="majorHAnsi"/>
        </w:rPr>
        <w:t>1:03:08</w:t>
      </w:r>
    </w:p>
    <w:p w14:paraId="6345E551" w14:textId="77777777" w:rsidR="00261C93" w:rsidRPr="009210F4" w:rsidRDefault="00F7615C" w:rsidP="009210F4">
      <w:pPr>
        <w:pStyle w:val="NoSpacing"/>
        <w:rPr>
          <w:rFonts w:asciiTheme="majorHAnsi" w:hAnsiTheme="majorHAnsi" w:cstheme="majorHAnsi"/>
        </w:rPr>
      </w:pPr>
      <w:r w:rsidRPr="009210F4">
        <w:rPr>
          <w:rFonts w:asciiTheme="majorHAnsi" w:hAnsiTheme="majorHAnsi" w:cstheme="majorHAnsi"/>
        </w:rPr>
        <w:t xml:space="preserve">Yeah, yeah, </w:t>
      </w:r>
      <w:r w:rsidR="008321B3" w:rsidRPr="009210F4">
        <w:rPr>
          <w:rFonts w:asciiTheme="majorHAnsi" w:hAnsiTheme="majorHAnsi" w:cstheme="majorHAnsi"/>
        </w:rPr>
        <w:t xml:space="preserve">so that </w:t>
      </w:r>
      <w:r w:rsidRPr="009210F4">
        <w:rPr>
          <w:rFonts w:asciiTheme="majorHAnsi" w:hAnsiTheme="majorHAnsi" w:cstheme="majorHAnsi"/>
        </w:rPr>
        <w:t xml:space="preserve">one's icky. </w:t>
      </w:r>
    </w:p>
    <w:p w14:paraId="093EE308" w14:textId="77777777" w:rsidR="00734EB0" w:rsidRDefault="00734EB0" w:rsidP="009210F4">
      <w:pPr>
        <w:pStyle w:val="NoSpacing"/>
        <w:rPr>
          <w:rFonts w:asciiTheme="majorHAnsi" w:hAnsiTheme="majorHAnsi" w:cstheme="majorHAnsi"/>
        </w:rPr>
      </w:pPr>
    </w:p>
    <w:p w14:paraId="74648622" w14:textId="3F85C0B6" w:rsidR="00991E93" w:rsidRPr="009210F4" w:rsidRDefault="00261C93" w:rsidP="009210F4">
      <w:pPr>
        <w:pStyle w:val="NoSpacing"/>
        <w:rPr>
          <w:rFonts w:asciiTheme="majorHAnsi" w:hAnsiTheme="majorHAnsi" w:cstheme="majorHAnsi"/>
        </w:rPr>
      </w:pPr>
      <w:r w:rsidRPr="009210F4">
        <w:rPr>
          <w:rFonts w:asciiTheme="majorHAnsi" w:hAnsiTheme="majorHAnsi" w:cstheme="majorHAnsi"/>
        </w:rPr>
        <w:t xml:space="preserve">Lucy: </w:t>
      </w:r>
      <w:r w:rsidR="00F7615C" w:rsidRPr="009210F4">
        <w:rPr>
          <w:rFonts w:asciiTheme="majorHAnsi" w:hAnsiTheme="majorHAnsi" w:cstheme="majorHAnsi"/>
        </w:rPr>
        <w:t xml:space="preserve">Yeah, </w:t>
      </w:r>
      <w:r w:rsidRPr="009210F4">
        <w:rPr>
          <w:rFonts w:asciiTheme="majorHAnsi" w:hAnsiTheme="majorHAnsi" w:cstheme="majorHAnsi"/>
        </w:rPr>
        <w:t xml:space="preserve">no, no, </w:t>
      </w:r>
      <w:r w:rsidR="00F7615C" w:rsidRPr="009210F4">
        <w:rPr>
          <w:rFonts w:asciiTheme="majorHAnsi" w:hAnsiTheme="majorHAnsi" w:cstheme="majorHAnsi"/>
        </w:rPr>
        <w:t>we don'</w:t>
      </w:r>
      <w:r w:rsidRPr="009210F4">
        <w:rPr>
          <w:rFonts w:asciiTheme="majorHAnsi" w:hAnsiTheme="majorHAnsi" w:cstheme="majorHAnsi"/>
        </w:rPr>
        <w:t xml:space="preserve"> want that </w:t>
      </w:r>
      <w:r w:rsidR="00F7615C" w:rsidRPr="009210F4">
        <w:rPr>
          <w:rFonts w:asciiTheme="majorHAnsi" w:hAnsiTheme="majorHAnsi" w:cstheme="majorHAnsi"/>
        </w:rPr>
        <w:t>t</w:t>
      </w:r>
      <w:r w:rsidRPr="009210F4">
        <w:rPr>
          <w:rFonts w:asciiTheme="majorHAnsi" w:hAnsiTheme="majorHAnsi" w:cstheme="majorHAnsi"/>
        </w:rPr>
        <w:t xml:space="preserve">hank you </w:t>
      </w:r>
    </w:p>
    <w:p w14:paraId="4F7ABCAA" w14:textId="77777777" w:rsidR="00991E93" w:rsidRPr="009210F4" w:rsidRDefault="00991E93" w:rsidP="009210F4">
      <w:pPr>
        <w:pStyle w:val="NoSpacing"/>
        <w:rPr>
          <w:rFonts w:asciiTheme="majorHAnsi" w:hAnsiTheme="majorHAnsi" w:cstheme="majorHAnsi"/>
        </w:rPr>
      </w:pPr>
    </w:p>
    <w:p w14:paraId="32A49868" w14:textId="728F0D5B"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Daisy</w:t>
      </w:r>
      <w:r w:rsidR="00D23E9C" w:rsidRPr="009210F4">
        <w:rPr>
          <w:rFonts w:asciiTheme="majorHAnsi" w:hAnsiTheme="majorHAnsi" w:cstheme="majorHAnsi"/>
        </w:rPr>
        <w:t xml:space="preserve"> </w:t>
      </w:r>
      <w:r w:rsidRPr="009210F4">
        <w:rPr>
          <w:rFonts w:asciiTheme="majorHAnsi" w:hAnsiTheme="majorHAnsi" w:cstheme="majorHAnsi"/>
        </w:rPr>
        <w:t>1:03:14</w:t>
      </w:r>
    </w:p>
    <w:p w14:paraId="6F778EAB" w14:textId="79A736D8" w:rsidR="00991E93" w:rsidRPr="009210F4" w:rsidRDefault="00734EB0" w:rsidP="009210F4">
      <w:pPr>
        <w:pStyle w:val="NoSpacing"/>
        <w:rPr>
          <w:rFonts w:asciiTheme="majorHAnsi" w:hAnsiTheme="majorHAnsi" w:cstheme="majorHAnsi"/>
        </w:rPr>
      </w:pPr>
      <w:r>
        <w:rPr>
          <w:rFonts w:asciiTheme="majorHAnsi" w:hAnsiTheme="majorHAnsi" w:cstheme="majorHAnsi"/>
        </w:rPr>
        <w:t>No</w:t>
      </w:r>
      <w:r w:rsidR="00F7615C" w:rsidRPr="009210F4">
        <w:rPr>
          <w:rFonts w:asciiTheme="majorHAnsi" w:hAnsiTheme="majorHAnsi" w:cstheme="majorHAnsi"/>
        </w:rPr>
        <w:t>. And then there were just sort of some that I don't understand,</w:t>
      </w:r>
      <w:r w:rsidR="00261C93" w:rsidRPr="009210F4">
        <w:rPr>
          <w:rFonts w:asciiTheme="majorHAnsi" w:hAnsiTheme="majorHAnsi" w:cstheme="majorHAnsi"/>
        </w:rPr>
        <w:t xml:space="preserve"> er,</w:t>
      </w:r>
      <w:r w:rsidR="00D23E9C" w:rsidRPr="009210F4">
        <w:rPr>
          <w:rFonts w:asciiTheme="majorHAnsi" w:hAnsiTheme="majorHAnsi" w:cstheme="majorHAnsi"/>
        </w:rPr>
        <w:t xml:space="preserve"> </w:t>
      </w:r>
      <w:r w:rsidR="00F7615C" w:rsidRPr="009210F4">
        <w:rPr>
          <w:rFonts w:asciiTheme="majorHAnsi" w:hAnsiTheme="majorHAnsi" w:cstheme="majorHAnsi"/>
        </w:rPr>
        <w:t>which kind of sound like a</w:t>
      </w:r>
      <w:r w:rsidR="00261C93" w:rsidRPr="009210F4">
        <w:rPr>
          <w:rFonts w:asciiTheme="majorHAnsi" w:hAnsiTheme="majorHAnsi" w:cstheme="majorHAnsi"/>
        </w:rPr>
        <w:t>,</w:t>
      </w:r>
      <w:r w:rsidR="00F7615C" w:rsidRPr="009210F4">
        <w:rPr>
          <w:rFonts w:asciiTheme="majorHAnsi" w:hAnsiTheme="majorHAnsi" w:cstheme="majorHAnsi"/>
        </w:rPr>
        <w:t xml:space="preserve"> like some kind of riddle</w:t>
      </w:r>
      <w:r w:rsidR="00261C93" w:rsidRPr="009210F4">
        <w:rPr>
          <w:rFonts w:asciiTheme="majorHAnsi" w:hAnsiTheme="majorHAnsi" w:cstheme="majorHAnsi"/>
        </w:rPr>
        <w:t>. ‘</w:t>
      </w:r>
      <w:r w:rsidR="00F7615C" w:rsidRPr="009210F4">
        <w:rPr>
          <w:rFonts w:asciiTheme="majorHAnsi" w:hAnsiTheme="majorHAnsi" w:cstheme="majorHAnsi"/>
        </w:rPr>
        <w:t xml:space="preserve">The </w:t>
      </w:r>
      <w:r w:rsidR="00261C93" w:rsidRPr="009210F4">
        <w:rPr>
          <w:rFonts w:asciiTheme="majorHAnsi" w:hAnsiTheme="majorHAnsi" w:cstheme="majorHAnsi"/>
        </w:rPr>
        <w:t xml:space="preserve">bull </w:t>
      </w:r>
      <w:r w:rsidR="00F7615C" w:rsidRPr="009210F4">
        <w:rPr>
          <w:rFonts w:asciiTheme="majorHAnsi" w:hAnsiTheme="majorHAnsi" w:cstheme="majorHAnsi"/>
        </w:rPr>
        <w:t>confided to your care should not lead the cattle pen</w:t>
      </w:r>
      <w:r w:rsidR="00261C93" w:rsidRPr="009210F4">
        <w:rPr>
          <w:rFonts w:asciiTheme="majorHAnsi" w:hAnsiTheme="majorHAnsi" w:cstheme="majorHAnsi"/>
        </w:rPr>
        <w:t>’</w:t>
      </w:r>
      <w:r w:rsidR="00F7615C" w:rsidRPr="009210F4">
        <w:rPr>
          <w:rFonts w:asciiTheme="majorHAnsi" w:hAnsiTheme="majorHAnsi" w:cstheme="majorHAnsi"/>
        </w:rPr>
        <w:t>. I don't know what that means.</w:t>
      </w:r>
    </w:p>
    <w:p w14:paraId="58A91B7F" w14:textId="77777777" w:rsidR="00991E93" w:rsidRPr="009210F4" w:rsidRDefault="00991E93" w:rsidP="009210F4">
      <w:pPr>
        <w:pStyle w:val="NoSpacing"/>
        <w:rPr>
          <w:rFonts w:asciiTheme="majorHAnsi" w:hAnsiTheme="majorHAnsi" w:cstheme="majorHAnsi"/>
        </w:rPr>
      </w:pPr>
    </w:p>
    <w:p w14:paraId="6A90CE32" w14:textId="6BCED186"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Lucy</w:t>
      </w:r>
      <w:r w:rsidR="00D23E9C" w:rsidRPr="009210F4">
        <w:rPr>
          <w:rFonts w:asciiTheme="majorHAnsi" w:hAnsiTheme="majorHAnsi" w:cstheme="majorHAnsi"/>
        </w:rPr>
        <w:t xml:space="preserve"> </w:t>
      </w:r>
      <w:r w:rsidRPr="009210F4">
        <w:rPr>
          <w:rFonts w:asciiTheme="majorHAnsi" w:hAnsiTheme="majorHAnsi" w:cstheme="majorHAnsi"/>
        </w:rPr>
        <w:t>1:03:28</w:t>
      </w:r>
    </w:p>
    <w:p w14:paraId="5043460E" w14:textId="403AB939" w:rsidR="00991E93" w:rsidRPr="009210F4" w:rsidRDefault="00734EB0" w:rsidP="009210F4">
      <w:pPr>
        <w:pStyle w:val="NoSpacing"/>
        <w:rPr>
          <w:rFonts w:asciiTheme="majorHAnsi" w:hAnsiTheme="majorHAnsi" w:cstheme="majorHAnsi"/>
        </w:rPr>
      </w:pPr>
      <w:r w:rsidRPr="009210F4">
        <w:rPr>
          <w:rFonts w:asciiTheme="majorHAnsi" w:hAnsiTheme="majorHAnsi" w:cstheme="majorHAnsi"/>
        </w:rPr>
        <w:t>So,</w:t>
      </w:r>
      <w:r w:rsidR="00F7615C" w:rsidRPr="009210F4">
        <w:rPr>
          <w:rFonts w:asciiTheme="majorHAnsi" w:hAnsiTheme="majorHAnsi" w:cstheme="majorHAnsi"/>
        </w:rPr>
        <w:t xml:space="preserve"> your </w:t>
      </w:r>
      <w:r w:rsidR="00261C93" w:rsidRPr="009210F4">
        <w:rPr>
          <w:rFonts w:asciiTheme="majorHAnsi" w:hAnsiTheme="majorHAnsi" w:cstheme="majorHAnsi"/>
        </w:rPr>
        <w:t xml:space="preserve">bull </w:t>
      </w:r>
      <w:r w:rsidR="00F7615C" w:rsidRPr="009210F4">
        <w:rPr>
          <w:rFonts w:asciiTheme="majorHAnsi" w:hAnsiTheme="majorHAnsi" w:cstheme="majorHAnsi"/>
        </w:rPr>
        <w:t xml:space="preserve">should not be </w:t>
      </w:r>
      <w:r w:rsidR="00261C93" w:rsidRPr="009210F4">
        <w:rPr>
          <w:rFonts w:asciiTheme="majorHAnsi" w:hAnsiTheme="majorHAnsi" w:cstheme="majorHAnsi"/>
        </w:rPr>
        <w:t xml:space="preserve">kept </w:t>
      </w:r>
      <w:r w:rsidR="00F7615C" w:rsidRPr="009210F4">
        <w:rPr>
          <w:rFonts w:asciiTheme="majorHAnsi" w:hAnsiTheme="majorHAnsi" w:cstheme="majorHAnsi"/>
        </w:rPr>
        <w:t xml:space="preserve">in a pen with the rest of the </w:t>
      </w:r>
      <w:r w:rsidR="00261C93" w:rsidRPr="009210F4">
        <w:rPr>
          <w:rFonts w:asciiTheme="majorHAnsi" w:hAnsiTheme="majorHAnsi" w:cstheme="majorHAnsi"/>
        </w:rPr>
        <w:t>cattle</w:t>
      </w:r>
      <w:r w:rsidR="00D23E9C" w:rsidRPr="009210F4">
        <w:rPr>
          <w:rFonts w:asciiTheme="majorHAnsi" w:hAnsiTheme="majorHAnsi" w:cstheme="majorHAnsi"/>
        </w:rPr>
        <w:t xml:space="preserve"> </w:t>
      </w:r>
    </w:p>
    <w:p w14:paraId="3FE36486" w14:textId="77777777" w:rsidR="00991E93" w:rsidRPr="009210F4" w:rsidRDefault="00991E93" w:rsidP="009210F4">
      <w:pPr>
        <w:pStyle w:val="NoSpacing"/>
        <w:rPr>
          <w:rFonts w:asciiTheme="majorHAnsi" w:hAnsiTheme="majorHAnsi" w:cstheme="majorHAnsi"/>
        </w:rPr>
      </w:pPr>
    </w:p>
    <w:p w14:paraId="11942F91" w14:textId="421CF642"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Daisy</w:t>
      </w:r>
      <w:r w:rsidR="00D23E9C" w:rsidRPr="009210F4">
        <w:rPr>
          <w:rFonts w:asciiTheme="majorHAnsi" w:hAnsiTheme="majorHAnsi" w:cstheme="majorHAnsi"/>
        </w:rPr>
        <w:t xml:space="preserve"> </w:t>
      </w:r>
      <w:r w:rsidRPr="009210F4">
        <w:rPr>
          <w:rFonts w:asciiTheme="majorHAnsi" w:hAnsiTheme="majorHAnsi" w:cstheme="majorHAnsi"/>
        </w:rPr>
        <w:t>1:03:32</w:t>
      </w:r>
    </w:p>
    <w:p w14:paraId="7CF17AB4" w14:textId="6C97F6BD" w:rsidR="00991E93" w:rsidRPr="009210F4" w:rsidRDefault="00261C93" w:rsidP="009210F4">
      <w:pPr>
        <w:pStyle w:val="NoSpacing"/>
        <w:rPr>
          <w:rFonts w:asciiTheme="majorHAnsi" w:hAnsiTheme="majorHAnsi" w:cstheme="majorHAnsi"/>
        </w:rPr>
      </w:pPr>
      <w:r w:rsidRPr="009210F4">
        <w:rPr>
          <w:rFonts w:asciiTheme="majorHAnsi" w:hAnsiTheme="majorHAnsi" w:cstheme="majorHAnsi"/>
        </w:rPr>
        <w:t>‘</w:t>
      </w:r>
      <w:proofErr w:type="gramStart"/>
      <w:r w:rsidR="00F7615C" w:rsidRPr="009210F4">
        <w:rPr>
          <w:rFonts w:asciiTheme="majorHAnsi" w:hAnsiTheme="majorHAnsi" w:cstheme="majorHAnsi"/>
        </w:rPr>
        <w:t>the</w:t>
      </w:r>
      <w:proofErr w:type="gramEnd"/>
      <w:r w:rsidR="00F7615C" w:rsidRPr="009210F4">
        <w:rPr>
          <w:rFonts w:asciiTheme="majorHAnsi" w:hAnsiTheme="majorHAnsi" w:cstheme="majorHAnsi"/>
        </w:rPr>
        <w:t xml:space="preserve"> </w:t>
      </w:r>
      <w:r w:rsidRPr="009210F4">
        <w:rPr>
          <w:rFonts w:asciiTheme="majorHAnsi" w:hAnsiTheme="majorHAnsi" w:cstheme="majorHAnsi"/>
        </w:rPr>
        <w:t xml:space="preserve">bull </w:t>
      </w:r>
      <w:r w:rsidR="00F7615C" w:rsidRPr="009210F4">
        <w:rPr>
          <w:rFonts w:asciiTheme="majorHAnsi" w:hAnsiTheme="majorHAnsi" w:cstheme="majorHAnsi"/>
        </w:rPr>
        <w:t xml:space="preserve">confided to your care should not lead </w:t>
      </w:r>
      <w:r w:rsidRPr="009210F4">
        <w:rPr>
          <w:rFonts w:asciiTheme="majorHAnsi" w:hAnsiTheme="majorHAnsi" w:cstheme="majorHAnsi"/>
        </w:rPr>
        <w:t xml:space="preserve">the </w:t>
      </w:r>
      <w:r w:rsidR="00F7615C" w:rsidRPr="009210F4">
        <w:rPr>
          <w:rFonts w:asciiTheme="majorHAnsi" w:hAnsiTheme="majorHAnsi" w:cstheme="majorHAnsi"/>
        </w:rPr>
        <w:t>cattle</w:t>
      </w:r>
      <w:r w:rsidRPr="009210F4">
        <w:rPr>
          <w:rFonts w:asciiTheme="majorHAnsi" w:hAnsiTheme="majorHAnsi" w:cstheme="majorHAnsi"/>
        </w:rPr>
        <w:t xml:space="preserve"> pen’</w:t>
      </w:r>
      <w:r w:rsidR="00F7615C" w:rsidRPr="009210F4">
        <w:rPr>
          <w:rFonts w:asciiTheme="majorHAnsi" w:hAnsiTheme="majorHAnsi" w:cstheme="majorHAnsi"/>
        </w:rPr>
        <w:t>. So</w:t>
      </w:r>
      <w:r w:rsidR="00734EB0">
        <w:rPr>
          <w:rFonts w:asciiTheme="majorHAnsi" w:hAnsiTheme="majorHAnsi" w:cstheme="majorHAnsi"/>
        </w:rPr>
        <w:t>,</w:t>
      </w:r>
      <w:r w:rsidR="00F7615C" w:rsidRPr="009210F4">
        <w:rPr>
          <w:rFonts w:asciiTheme="majorHAnsi" w:hAnsiTheme="majorHAnsi" w:cstheme="majorHAnsi"/>
        </w:rPr>
        <w:t xml:space="preserve"> does that mean you've been </w:t>
      </w:r>
      <w:r w:rsidR="00F7615C" w:rsidRPr="009210F4">
        <w:rPr>
          <w:rFonts w:asciiTheme="majorHAnsi" w:hAnsiTheme="majorHAnsi" w:cstheme="majorHAnsi"/>
          <w:i/>
          <w:iCs/>
        </w:rPr>
        <w:t>lent</w:t>
      </w:r>
      <w:r w:rsidR="00F7615C" w:rsidRPr="009210F4">
        <w:rPr>
          <w:rFonts w:asciiTheme="majorHAnsi" w:hAnsiTheme="majorHAnsi" w:cstheme="majorHAnsi"/>
        </w:rPr>
        <w:t xml:space="preserve"> a </w:t>
      </w:r>
      <w:r w:rsidRPr="009210F4">
        <w:rPr>
          <w:rFonts w:asciiTheme="majorHAnsi" w:hAnsiTheme="majorHAnsi" w:cstheme="majorHAnsi"/>
        </w:rPr>
        <w:t xml:space="preserve">bull </w:t>
      </w:r>
      <w:r w:rsidR="00F7615C" w:rsidRPr="009210F4">
        <w:rPr>
          <w:rFonts w:asciiTheme="majorHAnsi" w:hAnsiTheme="majorHAnsi" w:cstheme="majorHAnsi"/>
        </w:rPr>
        <w:t>that you can't let in charge of your cows?</w:t>
      </w:r>
    </w:p>
    <w:p w14:paraId="56FD51F6" w14:textId="77777777" w:rsidR="00991E93" w:rsidRPr="009210F4" w:rsidRDefault="00991E93" w:rsidP="009210F4">
      <w:pPr>
        <w:pStyle w:val="NoSpacing"/>
        <w:rPr>
          <w:rFonts w:asciiTheme="majorHAnsi" w:hAnsiTheme="majorHAnsi" w:cstheme="majorHAnsi"/>
        </w:rPr>
      </w:pPr>
    </w:p>
    <w:p w14:paraId="4F3E2CE6" w14:textId="2916D8BC"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Alice</w:t>
      </w:r>
      <w:r w:rsidR="00D23E9C" w:rsidRPr="009210F4">
        <w:rPr>
          <w:rFonts w:asciiTheme="majorHAnsi" w:hAnsiTheme="majorHAnsi" w:cstheme="majorHAnsi"/>
        </w:rPr>
        <w:t xml:space="preserve"> </w:t>
      </w:r>
      <w:r w:rsidRPr="009210F4">
        <w:rPr>
          <w:rFonts w:asciiTheme="majorHAnsi" w:hAnsiTheme="majorHAnsi" w:cstheme="majorHAnsi"/>
        </w:rPr>
        <w:t>1:03:44</w:t>
      </w:r>
    </w:p>
    <w:p w14:paraId="1F4D47ED" w14:textId="794BD4BF"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 xml:space="preserve">It does sound like quite </w:t>
      </w:r>
      <w:r w:rsidR="00261C93" w:rsidRPr="009210F4">
        <w:rPr>
          <w:rFonts w:asciiTheme="majorHAnsi" w:hAnsiTheme="majorHAnsi" w:cstheme="majorHAnsi"/>
        </w:rPr>
        <w:t xml:space="preserve">the </w:t>
      </w:r>
      <w:r w:rsidRPr="009210F4">
        <w:rPr>
          <w:rFonts w:asciiTheme="majorHAnsi" w:hAnsiTheme="majorHAnsi" w:cstheme="majorHAnsi"/>
        </w:rPr>
        <w:t>sort of philosophical question, doesn't it? Lik</w:t>
      </w:r>
      <w:r w:rsidR="00261C93" w:rsidRPr="009210F4">
        <w:rPr>
          <w:rFonts w:asciiTheme="majorHAnsi" w:hAnsiTheme="majorHAnsi" w:cstheme="majorHAnsi"/>
        </w:rPr>
        <w:t>e</w:t>
      </w:r>
    </w:p>
    <w:p w14:paraId="72CD16CD" w14:textId="77777777" w:rsidR="00991E93" w:rsidRPr="009210F4" w:rsidRDefault="00991E93" w:rsidP="009210F4">
      <w:pPr>
        <w:pStyle w:val="NoSpacing"/>
        <w:rPr>
          <w:rFonts w:asciiTheme="majorHAnsi" w:hAnsiTheme="majorHAnsi" w:cstheme="majorHAnsi"/>
        </w:rPr>
      </w:pPr>
    </w:p>
    <w:p w14:paraId="40F0B028" w14:textId="1CE1A1BB" w:rsidR="00991E93" w:rsidRPr="009210F4" w:rsidRDefault="00820759" w:rsidP="009210F4">
      <w:pPr>
        <w:pStyle w:val="NoSpacing"/>
        <w:rPr>
          <w:rFonts w:asciiTheme="majorHAnsi" w:hAnsiTheme="majorHAnsi" w:cstheme="majorHAnsi"/>
        </w:rPr>
      </w:pPr>
      <w:r w:rsidRPr="009210F4">
        <w:rPr>
          <w:rFonts w:asciiTheme="majorHAnsi" w:hAnsiTheme="majorHAnsi" w:cstheme="majorHAnsi"/>
        </w:rPr>
        <w:t xml:space="preserve">Kimmy </w:t>
      </w:r>
      <w:r w:rsidR="00F7615C" w:rsidRPr="009210F4">
        <w:rPr>
          <w:rFonts w:asciiTheme="majorHAnsi" w:hAnsiTheme="majorHAnsi" w:cstheme="majorHAnsi"/>
        </w:rPr>
        <w:t>1:03:50</w:t>
      </w:r>
    </w:p>
    <w:p w14:paraId="6CA2C7C5" w14:textId="30A520E7"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 xml:space="preserve">sounds like a riddle in the making </w:t>
      </w:r>
    </w:p>
    <w:p w14:paraId="3BD6B738" w14:textId="77777777" w:rsidR="00991E93" w:rsidRPr="009210F4" w:rsidRDefault="00991E93" w:rsidP="009210F4">
      <w:pPr>
        <w:pStyle w:val="NoSpacing"/>
        <w:rPr>
          <w:rFonts w:asciiTheme="majorHAnsi" w:hAnsiTheme="majorHAnsi" w:cstheme="majorHAnsi"/>
        </w:rPr>
      </w:pPr>
    </w:p>
    <w:p w14:paraId="373FB37D" w14:textId="557076FA"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Lucy</w:t>
      </w:r>
      <w:r w:rsidR="00D23E9C" w:rsidRPr="009210F4">
        <w:rPr>
          <w:rFonts w:asciiTheme="majorHAnsi" w:hAnsiTheme="majorHAnsi" w:cstheme="majorHAnsi"/>
        </w:rPr>
        <w:t xml:space="preserve"> </w:t>
      </w:r>
      <w:r w:rsidRPr="009210F4">
        <w:rPr>
          <w:rFonts w:asciiTheme="majorHAnsi" w:hAnsiTheme="majorHAnsi" w:cstheme="majorHAnsi"/>
        </w:rPr>
        <w:t>1:03:53</w:t>
      </w:r>
    </w:p>
    <w:p w14:paraId="21D59B94" w14:textId="24A0218B"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it sounds like a clue in an escape room</w:t>
      </w:r>
      <w:r w:rsidR="00F93859" w:rsidRPr="009210F4">
        <w:rPr>
          <w:rFonts w:asciiTheme="majorHAnsi" w:hAnsiTheme="majorHAnsi" w:cstheme="majorHAnsi"/>
        </w:rPr>
        <w:t xml:space="preserve"> {laughter}</w:t>
      </w:r>
    </w:p>
    <w:p w14:paraId="1ABE3617" w14:textId="77777777" w:rsidR="00991E93" w:rsidRPr="009210F4" w:rsidRDefault="00991E93" w:rsidP="009210F4">
      <w:pPr>
        <w:pStyle w:val="NoSpacing"/>
        <w:rPr>
          <w:rFonts w:asciiTheme="majorHAnsi" w:hAnsiTheme="majorHAnsi" w:cstheme="majorHAnsi"/>
        </w:rPr>
      </w:pPr>
    </w:p>
    <w:p w14:paraId="0E2DC21C" w14:textId="1B13D6EE"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Daisy</w:t>
      </w:r>
      <w:r w:rsidR="00D23E9C" w:rsidRPr="009210F4">
        <w:rPr>
          <w:rFonts w:asciiTheme="majorHAnsi" w:hAnsiTheme="majorHAnsi" w:cstheme="majorHAnsi"/>
        </w:rPr>
        <w:t xml:space="preserve"> </w:t>
      </w:r>
      <w:r w:rsidRPr="009210F4">
        <w:rPr>
          <w:rFonts w:asciiTheme="majorHAnsi" w:hAnsiTheme="majorHAnsi" w:cstheme="majorHAnsi"/>
        </w:rPr>
        <w:t>1:03:59</w:t>
      </w:r>
    </w:p>
    <w:p w14:paraId="0C7C7707" w14:textId="33AACF32"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 xml:space="preserve">But they did allow </w:t>
      </w:r>
      <w:r w:rsidR="00F93859" w:rsidRPr="009210F4">
        <w:rPr>
          <w:rFonts w:asciiTheme="majorHAnsi" w:hAnsiTheme="majorHAnsi" w:cstheme="majorHAnsi"/>
        </w:rPr>
        <w:t xml:space="preserve">divorce, </w:t>
      </w:r>
      <w:r w:rsidRPr="009210F4">
        <w:rPr>
          <w:rFonts w:asciiTheme="majorHAnsi" w:hAnsiTheme="majorHAnsi" w:cstheme="majorHAnsi"/>
        </w:rPr>
        <w:t>if the husband was impotent or otherwise incapable of assuming the obligations of the marriage.</w:t>
      </w:r>
    </w:p>
    <w:p w14:paraId="1DEF0CA1" w14:textId="77777777" w:rsidR="00991E93" w:rsidRPr="009210F4" w:rsidRDefault="00991E93" w:rsidP="009210F4">
      <w:pPr>
        <w:pStyle w:val="NoSpacing"/>
        <w:rPr>
          <w:rFonts w:asciiTheme="majorHAnsi" w:hAnsiTheme="majorHAnsi" w:cstheme="majorHAnsi"/>
        </w:rPr>
      </w:pPr>
    </w:p>
    <w:p w14:paraId="76C44218" w14:textId="3E4C3364"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Lucy</w:t>
      </w:r>
      <w:r w:rsidR="00D23E9C" w:rsidRPr="009210F4">
        <w:rPr>
          <w:rFonts w:asciiTheme="majorHAnsi" w:hAnsiTheme="majorHAnsi" w:cstheme="majorHAnsi"/>
        </w:rPr>
        <w:t xml:space="preserve"> </w:t>
      </w:r>
      <w:r w:rsidRPr="009210F4">
        <w:rPr>
          <w:rFonts w:asciiTheme="majorHAnsi" w:hAnsiTheme="majorHAnsi" w:cstheme="majorHAnsi"/>
        </w:rPr>
        <w:t>1:04:07</w:t>
      </w:r>
    </w:p>
    <w:p w14:paraId="6228891B" w14:textId="790B2D15" w:rsidR="00991E93" w:rsidRPr="009210F4" w:rsidRDefault="00256CFC" w:rsidP="009210F4">
      <w:pPr>
        <w:pStyle w:val="NoSpacing"/>
        <w:rPr>
          <w:rFonts w:asciiTheme="majorHAnsi" w:hAnsiTheme="majorHAnsi" w:cstheme="majorHAnsi"/>
        </w:rPr>
      </w:pPr>
      <w:r w:rsidRPr="009210F4">
        <w:rPr>
          <w:rFonts w:asciiTheme="majorHAnsi" w:hAnsiTheme="majorHAnsi" w:cstheme="majorHAnsi"/>
        </w:rPr>
        <w:t>OK</w:t>
      </w:r>
      <w:r w:rsidR="00F7615C" w:rsidRPr="009210F4">
        <w:rPr>
          <w:rFonts w:asciiTheme="majorHAnsi" w:hAnsiTheme="majorHAnsi" w:cstheme="majorHAnsi"/>
        </w:rPr>
        <w:t>.</w:t>
      </w:r>
    </w:p>
    <w:p w14:paraId="4820AA59" w14:textId="77777777" w:rsidR="00991E93" w:rsidRPr="009210F4" w:rsidRDefault="00991E93" w:rsidP="009210F4">
      <w:pPr>
        <w:pStyle w:val="NoSpacing"/>
        <w:rPr>
          <w:rFonts w:asciiTheme="majorHAnsi" w:hAnsiTheme="majorHAnsi" w:cstheme="majorHAnsi"/>
        </w:rPr>
      </w:pPr>
    </w:p>
    <w:p w14:paraId="2833F47F" w14:textId="4CAEA078"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Alice</w:t>
      </w:r>
      <w:r w:rsidR="00D23E9C" w:rsidRPr="009210F4">
        <w:rPr>
          <w:rFonts w:asciiTheme="majorHAnsi" w:hAnsiTheme="majorHAnsi" w:cstheme="majorHAnsi"/>
        </w:rPr>
        <w:t xml:space="preserve"> </w:t>
      </w:r>
      <w:r w:rsidRPr="009210F4">
        <w:rPr>
          <w:rFonts w:asciiTheme="majorHAnsi" w:hAnsiTheme="majorHAnsi" w:cstheme="majorHAnsi"/>
        </w:rPr>
        <w:t>1:04:09</w:t>
      </w:r>
    </w:p>
    <w:p w14:paraId="6C376FA5" w14:textId="43330469"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That's pretty progressive</w:t>
      </w:r>
      <w:r w:rsidR="00F93859" w:rsidRPr="009210F4">
        <w:rPr>
          <w:rFonts w:asciiTheme="majorHAnsi" w:hAnsiTheme="majorHAnsi" w:cstheme="majorHAnsi"/>
        </w:rPr>
        <w:t>?</w:t>
      </w:r>
      <w:r w:rsidRPr="009210F4">
        <w:rPr>
          <w:rFonts w:asciiTheme="majorHAnsi" w:hAnsiTheme="majorHAnsi" w:cstheme="majorHAnsi"/>
        </w:rPr>
        <w:t xml:space="preserve"> I like the vagueness as well</w:t>
      </w:r>
      <w:r w:rsidR="00F93859" w:rsidRPr="009210F4">
        <w:rPr>
          <w:rFonts w:asciiTheme="majorHAnsi" w:hAnsiTheme="majorHAnsi" w:cstheme="majorHAnsi"/>
        </w:rPr>
        <w:t>,</w:t>
      </w:r>
      <w:r w:rsidR="00D23E9C" w:rsidRPr="009210F4">
        <w:rPr>
          <w:rFonts w:asciiTheme="majorHAnsi" w:hAnsiTheme="majorHAnsi" w:cstheme="majorHAnsi"/>
        </w:rPr>
        <w:t xml:space="preserve"> </w:t>
      </w:r>
      <w:r w:rsidR="00F93859" w:rsidRPr="009210F4">
        <w:rPr>
          <w:rFonts w:asciiTheme="majorHAnsi" w:hAnsiTheme="majorHAnsi" w:cstheme="majorHAnsi"/>
        </w:rPr>
        <w:t>the ‘</w:t>
      </w:r>
      <w:r w:rsidRPr="009210F4">
        <w:rPr>
          <w:rFonts w:asciiTheme="majorHAnsi" w:hAnsiTheme="majorHAnsi" w:cstheme="majorHAnsi"/>
        </w:rPr>
        <w:t>Otherwise incapable of assuming the obligations</w:t>
      </w:r>
      <w:r w:rsidR="00F93859" w:rsidRPr="009210F4">
        <w:rPr>
          <w:rFonts w:asciiTheme="majorHAnsi" w:hAnsiTheme="majorHAnsi" w:cstheme="majorHAnsi"/>
        </w:rPr>
        <w:t xml:space="preserve"> of’,</w:t>
      </w:r>
      <w:r w:rsidR="00D23E9C" w:rsidRPr="009210F4">
        <w:rPr>
          <w:rFonts w:asciiTheme="majorHAnsi" w:hAnsiTheme="majorHAnsi" w:cstheme="majorHAnsi"/>
        </w:rPr>
        <w:t xml:space="preserve"> </w:t>
      </w:r>
      <w:r w:rsidR="00F93859" w:rsidRPr="009210F4">
        <w:rPr>
          <w:rFonts w:asciiTheme="majorHAnsi" w:hAnsiTheme="majorHAnsi" w:cstheme="majorHAnsi"/>
        </w:rPr>
        <w:t>‘</w:t>
      </w:r>
      <w:r w:rsidRPr="009210F4">
        <w:rPr>
          <w:rFonts w:asciiTheme="majorHAnsi" w:hAnsiTheme="majorHAnsi" w:cstheme="majorHAnsi"/>
        </w:rPr>
        <w:t xml:space="preserve">I told you to </w:t>
      </w:r>
      <w:r w:rsidR="00F93859" w:rsidRPr="009210F4">
        <w:rPr>
          <w:rFonts w:asciiTheme="majorHAnsi" w:hAnsiTheme="majorHAnsi" w:cstheme="majorHAnsi"/>
        </w:rPr>
        <w:t xml:space="preserve">put </w:t>
      </w:r>
      <w:r w:rsidRPr="009210F4">
        <w:rPr>
          <w:rFonts w:asciiTheme="majorHAnsi" w:hAnsiTheme="majorHAnsi" w:cstheme="majorHAnsi"/>
        </w:rPr>
        <w:t>your socks away</w:t>
      </w:r>
      <w:r w:rsidR="00F93859" w:rsidRPr="009210F4">
        <w:rPr>
          <w:rFonts w:asciiTheme="majorHAnsi" w:hAnsiTheme="majorHAnsi" w:cstheme="majorHAnsi"/>
        </w:rPr>
        <w:t>’</w:t>
      </w:r>
    </w:p>
    <w:p w14:paraId="25C30008" w14:textId="77777777" w:rsidR="00991E93" w:rsidRPr="009210F4" w:rsidRDefault="00991E93" w:rsidP="009210F4">
      <w:pPr>
        <w:pStyle w:val="NoSpacing"/>
        <w:rPr>
          <w:rFonts w:asciiTheme="majorHAnsi" w:hAnsiTheme="majorHAnsi" w:cstheme="majorHAnsi"/>
        </w:rPr>
      </w:pPr>
    </w:p>
    <w:p w14:paraId="44E50CBF" w14:textId="17063A29" w:rsidR="00991E93" w:rsidRPr="009210F4" w:rsidRDefault="00820759" w:rsidP="009210F4">
      <w:pPr>
        <w:pStyle w:val="NoSpacing"/>
        <w:rPr>
          <w:rFonts w:asciiTheme="majorHAnsi" w:hAnsiTheme="majorHAnsi" w:cstheme="majorHAnsi"/>
        </w:rPr>
      </w:pPr>
      <w:r w:rsidRPr="009210F4">
        <w:rPr>
          <w:rFonts w:asciiTheme="majorHAnsi" w:hAnsiTheme="majorHAnsi" w:cstheme="majorHAnsi"/>
        </w:rPr>
        <w:t xml:space="preserve">Kimmy </w:t>
      </w:r>
      <w:r w:rsidR="00F7615C" w:rsidRPr="009210F4">
        <w:rPr>
          <w:rFonts w:asciiTheme="majorHAnsi" w:hAnsiTheme="majorHAnsi" w:cstheme="majorHAnsi"/>
        </w:rPr>
        <w:t>1:04:22</w:t>
      </w:r>
    </w:p>
    <w:p w14:paraId="2226CD10" w14:textId="2EF878DA"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Is everyone gonna be blank when I when I say that</w:t>
      </w:r>
      <w:r w:rsidR="00F93859" w:rsidRPr="009210F4">
        <w:rPr>
          <w:rFonts w:asciiTheme="majorHAnsi" w:hAnsiTheme="majorHAnsi" w:cstheme="majorHAnsi"/>
        </w:rPr>
        <w:t xml:space="preserve">, </w:t>
      </w:r>
      <w:r w:rsidR="00734EB0" w:rsidRPr="009210F4">
        <w:rPr>
          <w:rFonts w:asciiTheme="majorHAnsi" w:hAnsiTheme="majorHAnsi" w:cstheme="majorHAnsi"/>
        </w:rPr>
        <w:t>so</w:t>
      </w:r>
      <w:r w:rsidRPr="009210F4">
        <w:rPr>
          <w:rFonts w:asciiTheme="majorHAnsi" w:hAnsiTheme="majorHAnsi" w:cstheme="majorHAnsi"/>
        </w:rPr>
        <w:t xml:space="preserve"> that would include Nicki Minaj</w:t>
      </w:r>
      <w:r w:rsidR="00F93859" w:rsidRPr="009210F4">
        <w:rPr>
          <w:rFonts w:asciiTheme="majorHAnsi" w:hAnsiTheme="majorHAnsi" w:cstheme="majorHAnsi"/>
        </w:rPr>
        <w:t xml:space="preserve">’s </w:t>
      </w:r>
      <w:r w:rsidRPr="009210F4">
        <w:rPr>
          <w:rFonts w:asciiTheme="majorHAnsi" w:hAnsiTheme="majorHAnsi" w:cstheme="majorHAnsi"/>
        </w:rPr>
        <w:t xml:space="preserve">cousin's friend who got </w:t>
      </w:r>
      <w:r w:rsidR="00F93859" w:rsidRPr="009210F4">
        <w:rPr>
          <w:rFonts w:asciiTheme="majorHAnsi" w:hAnsiTheme="majorHAnsi" w:cstheme="majorHAnsi"/>
        </w:rPr>
        <w:t>the vaccine {laughter}</w:t>
      </w:r>
    </w:p>
    <w:p w14:paraId="459591D7" w14:textId="77777777" w:rsidR="00991E93" w:rsidRPr="009210F4" w:rsidRDefault="00991E93" w:rsidP="009210F4">
      <w:pPr>
        <w:pStyle w:val="NoSpacing"/>
        <w:rPr>
          <w:rFonts w:asciiTheme="majorHAnsi" w:hAnsiTheme="majorHAnsi" w:cstheme="majorHAnsi"/>
        </w:rPr>
      </w:pPr>
    </w:p>
    <w:p w14:paraId="1608B355" w14:textId="1936B6EF"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Daisy</w:t>
      </w:r>
      <w:r w:rsidR="00D23E9C" w:rsidRPr="009210F4">
        <w:rPr>
          <w:rFonts w:asciiTheme="majorHAnsi" w:hAnsiTheme="majorHAnsi" w:cstheme="majorHAnsi"/>
        </w:rPr>
        <w:t xml:space="preserve"> </w:t>
      </w:r>
      <w:r w:rsidRPr="009210F4">
        <w:rPr>
          <w:rFonts w:asciiTheme="majorHAnsi" w:hAnsiTheme="majorHAnsi" w:cstheme="majorHAnsi"/>
        </w:rPr>
        <w:t>1:04:36</w:t>
      </w:r>
    </w:p>
    <w:p w14:paraId="66D48FA1" w14:textId="0668818A" w:rsidR="00991E93" w:rsidRPr="009210F4" w:rsidRDefault="00734EB0" w:rsidP="009210F4">
      <w:pPr>
        <w:pStyle w:val="NoSpacing"/>
        <w:rPr>
          <w:rFonts w:asciiTheme="majorHAnsi" w:hAnsiTheme="majorHAnsi" w:cstheme="majorHAnsi"/>
        </w:rPr>
      </w:pPr>
      <w:r w:rsidRPr="009210F4">
        <w:rPr>
          <w:rFonts w:asciiTheme="majorHAnsi" w:hAnsiTheme="majorHAnsi" w:cstheme="majorHAnsi"/>
        </w:rPr>
        <w:t>So,</w:t>
      </w:r>
      <w:r w:rsidR="00F7615C" w:rsidRPr="009210F4">
        <w:rPr>
          <w:rFonts w:asciiTheme="majorHAnsi" w:hAnsiTheme="majorHAnsi" w:cstheme="majorHAnsi"/>
        </w:rPr>
        <w:t xml:space="preserve"> I</w:t>
      </w:r>
      <w:r w:rsidR="004F6CE3" w:rsidRPr="009210F4">
        <w:rPr>
          <w:rFonts w:asciiTheme="majorHAnsi" w:hAnsiTheme="majorHAnsi" w:cstheme="majorHAnsi"/>
        </w:rPr>
        <w:t>’ve</w:t>
      </w:r>
      <w:r w:rsidR="00D23E9C" w:rsidRPr="009210F4">
        <w:rPr>
          <w:rFonts w:asciiTheme="majorHAnsi" w:hAnsiTheme="majorHAnsi" w:cstheme="majorHAnsi"/>
        </w:rPr>
        <w:t xml:space="preserve"> </w:t>
      </w:r>
      <w:r w:rsidR="00F7615C" w:rsidRPr="009210F4">
        <w:rPr>
          <w:rFonts w:asciiTheme="majorHAnsi" w:hAnsiTheme="majorHAnsi" w:cstheme="majorHAnsi"/>
        </w:rPr>
        <w:t xml:space="preserve">copied out some, some of my favourites of the </w:t>
      </w:r>
      <w:r w:rsidR="004F6CE3" w:rsidRPr="009210F4">
        <w:rPr>
          <w:rFonts w:asciiTheme="majorHAnsi" w:hAnsiTheme="majorHAnsi" w:cstheme="majorHAnsi"/>
        </w:rPr>
        <w:t xml:space="preserve">edicts </w:t>
      </w:r>
    </w:p>
    <w:p w14:paraId="039705D5" w14:textId="77777777" w:rsidR="00991E93" w:rsidRPr="009210F4" w:rsidRDefault="00991E93" w:rsidP="009210F4">
      <w:pPr>
        <w:pStyle w:val="NoSpacing"/>
        <w:rPr>
          <w:rFonts w:asciiTheme="majorHAnsi" w:hAnsiTheme="majorHAnsi" w:cstheme="majorHAnsi"/>
        </w:rPr>
      </w:pPr>
    </w:p>
    <w:p w14:paraId="5590F5F6" w14:textId="30CD3E13" w:rsidR="004F6CE3" w:rsidRPr="009210F4" w:rsidRDefault="00F7615C" w:rsidP="009210F4">
      <w:pPr>
        <w:pStyle w:val="NoSpacing"/>
        <w:rPr>
          <w:rFonts w:asciiTheme="majorHAnsi" w:hAnsiTheme="majorHAnsi" w:cstheme="majorHAnsi"/>
        </w:rPr>
      </w:pPr>
      <w:r w:rsidRPr="009210F4">
        <w:rPr>
          <w:rFonts w:asciiTheme="majorHAnsi" w:hAnsiTheme="majorHAnsi" w:cstheme="majorHAnsi"/>
        </w:rPr>
        <w:t>Lucy</w:t>
      </w:r>
      <w:r w:rsidR="00D23E9C" w:rsidRPr="009210F4">
        <w:rPr>
          <w:rFonts w:asciiTheme="majorHAnsi" w:hAnsiTheme="majorHAnsi" w:cstheme="majorHAnsi"/>
        </w:rPr>
        <w:t xml:space="preserve"> </w:t>
      </w:r>
      <w:r w:rsidRPr="009210F4">
        <w:rPr>
          <w:rFonts w:asciiTheme="majorHAnsi" w:hAnsiTheme="majorHAnsi" w:cstheme="majorHAnsi"/>
        </w:rPr>
        <w:t>1:04:40</w:t>
      </w:r>
    </w:p>
    <w:p w14:paraId="143FF08C" w14:textId="7F5406AC" w:rsidR="00991E93" w:rsidRPr="009210F4" w:rsidRDefault="004F6CE3" w:rsidP="009210F4">
      <w:pPr>
        <w:pStyle w:val="NoSpacing"/>
        <w:rPr>
          <w:rFonts w:asciiTheme="majorHAnsi" w:hAnsiTheme="majorHAnsi" w:cstheme="majorHAnsi"/>
        </w:rPr>
      </w:pPr>
      <w:r w:rsidRPr="009210F4">
        <w:rPr>
          <w:rFonts w:asciiTheme="majorHAnsi" w:hAnsiTheme="majorHAnsi" w:cstheme="majorHAnsi"/>
        </w:rPr>
        <w:t xml:space="preserve">Go on, go on, go on </w:t>
      </w:r>
    </w:p>
    <w:p w14:paraId="56CCD12C" w14:textId="77777777" w:rsidR="00734EB0" w:rsidRDefault="00734EB0" w:rsidP="009210F4">
      <w:pPr>
        <w:pStyle w:val="NoSpacing"/>
        <w:rPr>
          <w:rFonts w:asciiTheme="majorHAnsi" w:hAnsiTheme="majorHAnsi" w:cstheme="majorHAnsi"/>
        </w:rPr>
      </w:pPr>
    </w:p>
    <w:p w14:paraId="73FBF5EF" w14:textId="723E3038"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Daisy</w:t>
      </w:r>
      <w:r w:rsidR="00D23E9C" w:rsidRPr="009210F4">
        <w:rPr>
          <w:rFonts w:asciiTheme="majorHAnsi" w:hAnsiTheme="majorHAnsi" w:cstheme="majorHAnsi"/>
        </w:rPr>
        <w:t xml:space="preserve"> </w:t>
      </w:r>
      <w:r w:rsidRPr="009210F4">
        <w:rPr>
          <w:rFonts w:asciiTheme="majorHAnsi" w:hAnsiTheme="majorHAnsi" w:cstheme="majorHAnsi"/>
        </w:rPr>
        <w:t>1:04:43</w:t>
      </w:r>
    </w:p>
    <w:p w14:paraId="60CF03F2" w14:textId="15C17CFF" w:rsidR="004F6CE3" w:rsidRPr="009210F4" w:rsidRDefault="004F6CE3" w:rsidP="009210F4">
      <w:pPr>
        <w:pStyle w:val="NoSpacing"/>
        <w:rPr>
          <w:rFonts w:asciiTheme="majorHAnsi" w:hAnsiTheme="majorHAnsi" w:cstheme="majorHAnsi"/>
        </w:rPr>
      </w:pPr>
      <w:r w:rsidRPr="009210F4">
        <w:rPr>
          <w:rFonts w:asciiTheme="majorHAnsi" w:hAnsiTheme="majorHAnsi" w:cstheme="majorHAnsi"/>
        </w:rPr>
        <w:t xml:space="preserve">The good bits, ‘Lies that </w:t>
      </w:r>
      <w:r w:rsidR="00F7615C" w:rsidRPr="009210F4">
        <w:rPr>
          <w:rFonts w:asciiTheme="majorHAnsi" w:hAnsiTheme="majorHAnsi" w:cstheme="majorHAnsi"/>
        </w:rPr>
        <w:t>have lived for 40 years should be considered like truths.</w:t>
      </w:r>
      <w:r w:rsidRPr="009210F4">
        <w:rPr>
          <w:rFonts w:asciiTheme="majorHAnsi" w:hAnsiTheme="majorHAnsi" w:cstheme="majorHAnsi"/>
        </w:rPr>
        <w:t>’</w:t>
      </w:r>
    </w:p>
    <w:p w14:paraId="23ABED76" w14:textId="77777777" w:rsidR="00734EB0" w:rsidRDefault="00734EB0" w:rsidP="009210F4">
      <w:pPr>
        <w:pStyle w:val="NoSpacing"/>
        <w:rPr>
          <w:rFonts w:asciiTheme="majorHAnsi" w:hAnsiTheme="majorHAnsi" w:cstheme="majorHAnsi"/>
        </w:rPr>
      </w:pPr>
    </w:p>
    <w:p w14:paraId="37975306" w14:textId="0A817681"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Lucy</w:t>
      </w:r>
      <w:r w:rsidR="00D23E9C" w:rsidRPr="009210F4">
        <w:rPr>
          <w:rFonts w:asciiTheme="majorHAnsi" w:hAnsiTheme="majorHAnsi" w:cstheme="majorHAnsi"/>
        </w:rPr>
        <w:t xml:space="preserve"> </w:t>
      </w:r>
      <w:r w:rsidRPr="009210F4">
        <w:rPr>
          <w:rFonts w:asciiTheme="majorHAnsi" w:hAnsiTheme="majorHAnsi" w:cstheme="majorHAnsi"/>
        </w:rPr>
        <w:t>1:04:48</w:t>
      </w:r>
    </w:p>
    <w:p w14:paraId="4358D808" w14:textId="77777777"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yeah. Fair enough.</w:t>
      </w:r>
    </w:p>
    <w:p w14:paraId="4264965B" w14:textId="77777777" w:rsidR="00991E93" w:rsidRPr="009210F4" w:rsidRDefault="00991E93" w:rsidP="009210F4">
      <w:pPr>
        <w:pStyle w:val="NoSpacing"/>
        <w:rPr>
          <w:rFonts w:asciiTheme="majorHAnsi" w:hAnsiTheme="majorHAnsi" w:cstheme="majorHAnsi"/>
        </w:rPr>
      </w:pPr>
    </w:p>
    <w:p w14:paraId="27E8E6AB" w14:textId="637F3456"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Daisy</w:t>
      </w:r>
      <w:r w:rsidR="00D23E9C" w:rsidRPr="009210F4">
        <w:rPr>
          <w:rFonts w:asciiTheme="majorHAnsi" w:hAnsiTheme="majorHAnsi" w:cstheme="majorHAnsi"/>
        </w:rPr>
        <w:t xml:space="preserve"> </w:t>
      </w:r>
      <w:r w:rsidRPr="009210F4">
        <w:rPr>
          <w:rFonts w:asciiTheme="majorHAnsi" w:hAnsiTheme="majorHAnsi" w:cstheme="majorHAnsi"/>
        </w:rPr>
        <w:t>1:04:50</w:t>
      </w:r>
    </w:p>
    <w:p w14:paraId="0E53AAFC" w14:textId="2055A660"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If you lied for long enough</w:t>
      </w:r>
      <w:r w:rsidR="004F6CE3" w:rsidRPr="009210F4">
        <w:rPr>
          <w:rFonts w:asciiTheme="majorHAnsi" w:hAnsiTheme="majorHAnsi" w:cstheme="majorHAnsi"/>
        </w:rPr>
        <w:t>, t</w:t>
      </w:r>
      <w:r w:rsidRPr="009210F4">
        <w:rPr>
          <w:rFonts w:asciiTheme="majorHAnsi" w:hAnsiTheme="majorHAnsi" w:cstheme="majorHAnsi"/>
        </w:rPr>
        <w:t xml:space="preserve">hat's </w:t>
      </w:r>
      <w:r w:rsidR="004F6CE3" w:rsidRPr="009210F4">
        <w:rPr>
          <w:rFonts w:asciiTheme="majorHAnsi" w:hAnsiTheme="majorHAnsi" w:cstheme="majorHAnsi"/>
        </w:rPr>
        <w:t xml:space="preserve">just </w:t>
      </w:r>
      <w:r w:rsidRPr="009210F4">
        <w:rPr>
          <w:rFonts w:asciiTheme="majorHAnsi" w:hAnsiTheme="majorHAnsi" w:cstheme="majorHAnsi"/>
        </w:rPr>
        <w:t xml:space="preserve">true now. </w:t>
      </w:r>
    </w:p>
    <w:p w14:paraId="7D6848C7" w14:textId="77777777" w:rsidR="00734EB0" w:rsidRDefault="00734EB0" w:rsidP="009210F4">
      <w:pPr>
        <w:pStyle w:val="NoSpacing"/>
        <w:rPr>
          <w:rFonts w:asciiTheme="majorHAnsi" w:hAnsiTheme="majorHAnsi" w:cstheme="majorHAnsi"/>
        </w:rPr>
      </w:pPr>
    </w:p>
    <w:p w14:paraId="3AD33B59" w14:textId="7B83768F" w:rsidR="00991E93" w:rsidRPr="009210F4" w:rsidRDefault="00820759" w:rsidP="009210F4">
      <w:pPr>
        <w:pStyle w:val="NoSpacing"/>
        <w:rPr>
          <w:rFonts w:asciiTheme="majorHAnsi" w:hAnsiTheme="majorHAnsi" w:cstheme="majorHAnsi"/>
        </w:rPr>
      </w:pPr>
      <w:r w:rsidRPr="009210F4">
        <w:rPr>
          <w:rFonts w:asciiTheme="majorHAnsi" w:hAnsiTheme="majorHAnsi" w:cstheme="majorHAnsi"/>
        </w:rPr>
        <w:t xml:space="preserve">Kimmy </w:t>
      </w:r>
      <w:r w:rsidR="00F7615C" w:rsidRPr="009210F4">
        <w:rPr>
          <w:rFonts w:asciiTheme="majorHAnsi" w:hAnsiTheme="majorHAnsi" w:cstheme="majorHAnsi"/>
        </w:rPr>
        <w:t>1:04:55</w:t>
      </w:r>
    </w:p>
    <w:p w14:paraId="549888D7" w14:textId="24FFCAE4" w:rsidR="00991E93" w:rsidRPr="009210F4" w:rsidRDefault="00734EB0" w:rsidP="009210F4">
      <w:pPr>
        <w:pStyle w:val="NoSpacing"/>
        <w:rPr>
          <w:rFonts w:asciiTheme="majorHAnsi" w:hAnsiTheme="majorHAnsi" w:cstheme="majorHAnsi"/>
        </w:rPr>
      </w:pPr>
      <w:r w:rsidRPr="009210F4">
        <w:rPr>
          <w:rFonts w:asciiTheme="majorHAnsi" w:hAnsiTheme="majorHAnsi" w:cstheme="majorHAnsi"/>
        </w:rPr>
        <w:t>So,</w:t>
      </w:r>
      <w:r w:rsidR="004F6CE3" w:rsidRPr="009210F4">
        <w:rPr>
          <w:rFonts w:asciiTheme="majorHAnsi" w:hAnsiTheme="majorHAnsi" w:cstheme="majorHAnsi"/>
        </w:rPr>
        <w:t xml:space="preserve"> if you lied about someone’s </w:t>
      </w:r>
      <w:r w:rsidR="00F7615C" w:rsidRPr="009210F4">
        <w:rPr>
          <w:rFonts w:asciiTheme="majorHAnsi" w:hAnsiTheme="majorHAnsi" w:cstheme="majorHAnsi"/>
        </w:rPr>
        <w:t>paternity</w:t>
      </w:r>
      <w:r w:rsidR="004F6CE3" w:rsidRPr="009210F4">
        <w:rPr>
          <w:rFonts w:asciiTheme="majorHAnsi" w:hAnsiTheme="majorHAnsi" w:cstheme="majorHAnsi"/>
        </w:rPr>
        <w:t xml:space="preserve"> a</w:t>
      </w:r>
      <w:r w:rsidR="00F7615C" w:rsidRPr="009210F4">
        <w:rPr>
          <w:rFonts w:asciiTheme="majorHAnsi" w:hAnsiTheme="majorHAnsi" w:cstheme="majorHAnsi"/>
        </w:rPr>
        <w:t>nd he said</w:t>
      </w:r>
      <w:r w:rsidR="004F6CE3" w:rsidRPr="009210F4">
        <w:rPr>
          <w:rFonts w:asciiTheme="majorHAnsi" w:hAnsiTheme="majorHAnsi" w:cstheme="majorHAnsi"/>
        </w:rPr>
        <w:t xml:space="preserve"> that some other person was</w:t>
      </w:r>
      <w:r w:rsidR="00D23E9C" w:rsidRPr="009210F4">
        <w:rPr>
          <w:rFonts w:asciiTheme="majorHAnsi" w:hAnsiTheme="majorHAnsi" w:cstheme="majorHAnsi"/>
        </w:rPr>
        <w:t xml:space="preserve"> </w:t>
      </w:r>
      <w:r w:rsidR="00F7615C" w:rsidRPr="009210F4">
        <w:rPr>
          <w:rFonts w:asciiTheme="majorHAnsi" w:hAnsiTheme="majorHAnsi" w:cstheme="majorHAnsi"/>
        </w:rPr>
        <w:t>the father</w:t>
      </w:r>
      <w:r w:rsidR="00DC1A64" w:rsidRPr="009210F4">
        <w:rPr>
          <w:rFonts w:asciiTheme="majorHAnsi" w:hAnsiTheme="majorHAnsi" w:cstheme="majorHAnsi"/>
        </w:rPr>
        <w:t>, after 40 years</w:t>
      </w:r>
      <w:r w:rsidR="00D23E9C" w:rsidRPr="009210F4">
        <w:rPr>
          <w:rFonts w:asciiTheme="majorHAnsi" w:hAnsiTheme="majorHAnsi" w:cstheme="majorHAnsi"/>
        </w:rPr>
        <w:t xml:space="preserve"> </w:t>
      </w:r>
      <w:r w:rsidR="00DC1A64" w:rsidRPr="009210F4">
        <w:rPr>
          <w:rFonts w:asciiTheme="majorHAnsi" w:hAnsiTheme="majorHAnsi" w:cstheme="majorHAnsi"/>
        </w:rPr>
        <w:t xml:space="preserve">it’s their father </w:t>
      </w:r>
      <w:r w:rsidR="00F7615C" w:rsidRPr="009210F4">
        <w:rPr>
          <w:rFonts w:asciiTheme="majorHAnsi" w:hAnsiTheme="majorHAnsi" w:cstheme="majorHAnsi"/>
        </w:rPr>
        <w:t>now</w:t>
      </w:r>
    </w:p>
    <w:p w14:paraId="7AC69331" w14:textId="77777777" w:rsidR="00991E93" w:rsidRPr="009210F4" w:rsidRDefault="00991E93" w:rsidP="009210F4">
      <w:pPr>
        <w:pStyle w:val="NoSpacing"/>
        <w:rPr>
          <w:rFonts w:asciiTheme="majorHAnsi" w:hAnsiTheme="majorHAnsi" w:cstheme="majorHAnsi"/>
        </w:rPr>
      </w:pPr>
    </w:p>
    <w:p w14:paraId="2F09BF01" w14:textId="58F98635"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Lucy</w:t>
      </w:r>
      <w:r w:rsidR="00D23E9C" w:rsidRPr="009210F4">
        <w:rPr>
          <w:rFonts w:asciiTheme="majorHAnsi" w:hAnsiTheme="majorHAnsi" w:cstheme="majorHAnsi"/>
        </w:rPr>
        <w:t xml:space="preserve"> </w:t>
      </w:r>
      <w:r w:rsidRPr="009210F4">
        <w:rPr>
          <w:rFonts w:asciiTheme="majorHAnsi" w:hAnsiTheme="majorHAnsi" w:cstheme="majorHAnsi"/>
        </w:rPr>
        <w:t>1:05:01</w:t>
      </w:r>
    </w:p>
    <w:p w14:paraId="23F15B1D" w14:textId="1E799212" w:rsidR="00991E93" w:rsidRPr="009210F4" w:rsidRDefault="00734EB0" w:rsidP="009210F4">
      <w:pPr>
        <w:pStyle w:val="NoSpacing"/>
        <w:rPr>
          <w:rFonts w:asciiTheme="majorHAnsi" w:hAnsiTheme="majorHAnsi" w:cstheme="majorHAnsi"/>
        </w:rPr>
      </w:pPr>
      <w:r w:rsidRPr="009210F4">
        <w:rPr>
          <w:rFonts w:asciiTheme="majorHAnsi" w:hAnsiTheme="majorHAnsi" w:cstheme="majorHAnsi"/>
        </w:rPr>
        <w:t>yeah,</w:t>
      </w:r>
      <w:r w:rsidR="00F7615C" w:rsidRPr="009210F4">
        <w:rPr>
          <w:rFonts w:asciiTheme="majorHAnsi" w:hAnsiTheme="majorHAnsi" w:cstheme="majorHAnsi"/>
        </w:rPr>
        <w:t xml:space="preserve"> yeah </w:t>
      </w:r>
      <w:proofErr w:type="spellStart"/>
      <w:r w:rsidR="00DC1A64" w:rsidRPr="009210F4">
        <w:rPr>
          <w:rFonts w:asciiTheme="majorHAnsi" w:hAnsiTheme="majorHAnsi" w:cstheme="majorHAnsi"/>
        </w:rPr>
        <w:t>defo</w:t>
      </w:r>
      <w:proofErr w:type="spellEnd"/>
      <w:r w:rsidR="00DC1A64" w:rsidRPr="009210F4">
        <w:rPr>
          <w:rFonts w:asciiTheme="majorHAnsi" w:hAnsiTheme="majorHAnsi" w:cstheme="majorHAnsi"/>
        </w:rPr>
        <w:t xml:space="preserve"> </w:t>
      </w:r>
    </w:p>
    <w:p w14:paraId="7D412187" w14:textId="77777777" w:rsidR="00991E93" w:rsidRPr="009210F4" w:rsidRDefault="00991E93" w:rsidP="009210F4">
      <w:pPr>
        <w:pStyle w:val="NoSpacing"/>
        <w:rPr>
          <w:rFonts w:asciiTheme="majorHAnsi" w:hAnsiTheme="majorHAnsi" w:cstheme="majorHAnsi"/>
        </w:rPr>
      </w:pPr>
    </w:p>
    <w:p w14:paraId="46B02883" w14:textId="1924B687"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Daisy</w:t>
      </w:r>
      <w:r w:rsidR="00D23E9C" w:rsidRPr="009210F4">
        <w:rPr>
          <w:rFonts w:asciiTheme="majorHAnsi" w:hAnsiTheme="majorHAnsi" w:cstheme="majorHAnsi"/>
        </w:rPr>
        <w:t xml:space="preserve"> </w:t>
      </w:r>
      <w:r w:rsidRPr="009210F4">
        <w:rPr>
          <w:rFonts w:asciiTheme="majorHAnsi" w:hAnsiTheme="majorHAnsi" w:cstheme="majorHAnsi"/>
        </w:rPr>
        <w:t>1:05:03</w:t>
      </w:r>
    </w:p>
    <w:p w14:paraId="6F0EF5CA" w14:textId="55E51682" w:rsidR="00991E93" w:rsidRPr="009210F4" w:rsidRDefault="00DC1A64" w:rsidP="009210F4">
      <w:pPr>
        <w:pStyle w:val="NoSpacing"/>
        <w:rPr>
          <w:rFonts w:asciiTheme="majorHAnsi" w:hAnsiTheme="majorHAnsi" w:cstheme="majorHAnsi"/>
        </w:rPr>
      </w:pPr>
      <w:r w:rsidRPr="009210F4">
        <w:rPr>
          <w:rFonts w:asciiTheme="majorHAnsi" w:hAnsiTheme="majorHAnsi" w:cstheme="majorHAnsi"/>
        </w:rPr>
        <w:t>‘</w:t>
      </w:r>
      <w:proofErr w:type="gramStart"/>
      <w:r w:rsidR="00F7615C" w:rsidRPr="009210F4">
        <w:rPr>
          <w:rFonts w:asciiTheme="majorHAnsi" w:hAnsiTheme="majorHAnsi" w:cstheme="majorHAnsi"/>
        </w:rPr>
        <w:t>any</w:t>
      </w:r>
      <w:proofErr w:type="gramEnd"/>
      <w:r w:rsidR="00F7615C" w:rsidRPr="009210F4">
        <w:rPr>
          <w:rFonts w:asciiTheme="majorHAnsi" w:hAnsiTheme="majorHAnsi" w:cstheme="majorHAnsi"/>
        </w:rPr>
        <w:t xml:space="preserve"> object found without a known owner becomes common property only after four years</w:t>
      </w:r>
      <w:r w:rsidRPr="009210F4">
        <w:rPr>
          <w:rFonts w:asciiTheme="majorHAnsi" w:hAnsiTheme="majorHAnsi" w:cstheme="majorHAnsi"/>
        </w:rPr>
        <w:t>’</w:t>
      </w:r>
    </w:p>
    <w:p w14:paraId="5593F4C9" w14:textId="77777777" w:rsidR="00734EB0" w:rsidRDefault="00734EB0" w:rsidP="009210F4">
      <w:pPr>
        <w:pStyle w:val="NoSpacing"/>
        <w:rPr>
          <w:rFonts w:asciiTheme="majorHAnsi" w:hAnsiTheme="majorHAnsi" w:cstheme="majorHAnsi"/>
        </w:rPr>
      </w:pPr>
    </w:p>
    <w:p w14:paraId="509D5FCD" w14:textId="5B4611C7" w:rsidR="00DC1A64" w:rsidRPr="009210F4" w:rsidRDefault="00DC1A64" w:rsidP="009210F4">
      <w:pPr>
        <w:pStyle w:val="NoSpacing"/>
        <w:rPr>
          <w:rFonts w:asciiTheme="majorHAnsi" w:hAnsiTheme="majorHAnsi" w:cstheme="majorHAnsi"/>
        </w:rPr>
      </w:pPr>
      <w:r w:rsidRPr="009210F4">
        <w:rPr>
          <w:rFonts w:asciiTheme="majorHAnsi" w:hAnsiTheme="majorHAnsi" w:cstheme="majorHAnsi"/>
        </w:rPr>
        <w:t xml:space="preserve">Lucy: </w:t>
      </w:r>
      <w:proofErr w:type="gramStart"/>
      <w:r w:rsidR="00734EB0" w:rsidRPr="009210F4">
        <w:rPr>
          <w:rFonts w:asciiTheme="majorHAnsi" w:hAnsiTheme="majorHAnsi" w:cstheme="majorHAnsi"/>
        </w:rPr>
        <w:t>Finders</w:t>
      </w:r>
      <w:proofErr w:type="gramEnd"/>
      <w:r w:rsidRPr="009210F4">
        <w:rPr>
          <w:rFonts w:asciiTheme="majorHAnsi" w:hAnsiTheme="majorHAnsi" w:cstheme="majorHAnsi"/>
        </w:rPr>
        <w:t xml:space="preserve"> keepers </w:t>
      </w:r>
    </w:p>
    <w:p w14:paraId="2BF83C2C" w14:textId="77777777" w:rsidR="00991E93" w:rsidRPr="009210F4" w:rsidRDefault="00991E93" w:rsidP="009210F4">
      <w:pPr>
        <w:pStyle w:val="NoSpacing"/>
        <w:rPr>
          <w:rFonts w:asciiTheme="majorHAnsi" w:hAnsiTheme="majorHAnsi" w:cstheme="majorHAnsi"/>
        </w:rPr>
      </w:pPr>
    </w:p>
    <w:p w14:paraId="6D292C23" w14:textId="7BE118E2"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Alice</w:t>
      </w:r>
      <w:r w:rsidR="00D23E9C" w:rsidRPr="009210F4">
        <w:rPr>
          <w:rFonts w:asciiTheme="majorHAnsi" w:hAnsiTheme="majorHAnsi" w:cstheme="majorHAnsi"/>
        </w:rPr>
        <w:t xml:space="preserve"> </w:t>
      </w:r>
      <w:r w:rsidRPr="009210F4">
        <w:rPr>
          <w:rFonts w:asciiTheme="majorHAnsi" w:hAnsiTheme="majorHAnsi" w:cstheme="majorHAnsi"/>
        </w:rPr>
        <w:t>1:05:11</w:t>
      </w:r>
    </w:p>
    <w:p w14:paraId="5F8F37D8" w14:textId="474D42FA" w:rsidR="00991E93" w:rsidRPr="009210F4" w:rsidRDefault="00DC1A64" w:rsidP="009210F4">
      <w:pPr>
        <w:pStyle w:val="NoSpacing"/>
        <w:rPr>
          <w:rFonts w:asciiTheme="majorHAnsi" w:hAnsiTheme="majorHAnsi" w:cstheme="majorHAnsi"/>
        </w:rPr>
      </w:pPr>
      <w:r w:rsidRPr="009210F4">
        <w:rPr>
          <w:rFonts w:asciiTheme="majorHAnsi" w:hAnsiTheme="majorHAnsi" w:cstheme="majorHAnsi"/>
        </w:rPr>
        <w:t>But after f</w:t>
      </w:r>
      <w:r w:rsidR="00F7615C" w:rsidRPr="009210F4">
        <w:rPr>
          <w:rFonts w:asciiTheme="majorHAnsi" w:hAnsiTheme="majorHAnsi" w:cstheme="majorHAnsi"/>
        </w:rPr>
        <w:t>our years yeah</w:t>
      </w:r>
    </w:p>
    <w:p w14:paraId="164B0035" w14:textId="77777777" w:rsidR="00734EB0" w:rsidRDefault="00734EB0" w:rsidP="009210F4">
      <w:pPr>
        <w:pStyle w:val="NoSpacing"/>
        <w:rPr>
          <w:rFonts w:asciiTheme="majorHAnsi" w:hAnsiTheme="majorHAnsi" w:cstheme="majorHAnsi"/>
        </w:rPr>
      </w:pPr>
    </w:p>
    <w:p w14:paraId="7EDD189B" w14:textId="0A526721"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Daisy</w:t>
      </w:r>
      <w:r w:rsidR="00D23E9C" w:rsidRPr="009210F4">
        <w:rPr>
          <w:rFonts w:asciiTheme="majorHAnsi" w:hAnsiTheme="majorHAnsi" w:cstheme="majorHAnsi"/>
        </w:rPr>
        <w:t xml:space="preserve"> </w:t>
      </w:r>
      <w:r w:rsidRPr="009210F4">
        <w:rPr>
          <w:rFonts w:asciiTheme="majorHAnsi" w:hAnsiTheme="majorHAnsi" w:cstheme="majorHAnsi"/>
        </w:rPr>
        <w:t>1:05:12</w:t>
      </w:r>
    </w:p>
    <w:p w14:paraId="0305F5A9" w14:textId="77777777"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after four years it's a free for all.</w:t>
      </w:r>
    </w:p>
    <w:p w14:paraId="16AE17E8" w14:textId="77777777" w:rsidR="00991E93" w:rsidRPr="009210F4" w:rsidRDefault="00991E93" w:rsidP="009210F4">
      <w:pPr>
        <w:pStyle w:val="NoSpacing"/>
        <w:rPr>
          <w:rFonts w:asciiTheme="majorHAnsi" w:hAnsiTheme="majorHAnsi" w:cstheme="majorHAnsi"/>
        </w:rPr>
      </w:pPr>
    </w:p>
    <w:p w14:paraId="44E689ED" w14:textId="77777777" w:rsidR="00734EB0" w:rsidRDefault="00820759" w:rsidP="009210F4">
      <w:pPr>
        <w:pStyle w:val="NoSpacing"/>
        <w:rPr>
          <w:rFonts w:asciiTheme="majorHAnsi" w:hAnsiTheme="majorHAnsi" w:cstheme="majorHAnsi"/>
        </w:rPr>
      </w:pPr>
      <w:r w:rsidRPr="009210F4">
        <w:rPr>
          <w:rFonts w:asciiTheme="majorHAnsi" w:hAnsiTheme="majorHAnsi" w:cstheme="majorHAnsi"/>
        </w:rPr>
        <w:t xml:space="preserve">Kimmy </w:t>
      </w:r>
      <w:r w:rsidR="00F7615C" w:rsidRPr="009210F4">
        <w:rPr>
          <w:rFonts w:asciiTheme="majorHAnsi" w:hAnsiTheme="majorHAnsi" w:cstheme="majorHAnsi"/>
        </w:rPr>
        <w:t>1:05:15</w:t>
      </w:r>
    </w:p>
    <w:p w14:paraId="2FD7EC03" w14:textId="64059308" w:rsidR="00991E93" w:rsidRPr="009210F4" w:rsidRDefault="00524D46" w:rsidP="009210F4">
      <w:pPr>
        <w:pStyle w:val="NoSpacing"/>
        <w:rPr>
          <w:rFonts w:asciiTheme="majorHAnsi" w:hAnsiTheme="majorHAnsi" w:cstheme="majorHAnsi"/>
        </w:rPr>
      </w:pPr>
      <w:proofErr w:type="gramStart"/>
      <w:r w:rsidRPr="009210F4">
        <w:rPr>
          <w:rFonts w:asciiTheme="majorHAnsi" w:hAnsiTheme="majorHAnsi" w:cstheme="majorHAnsi"/>
        </w:rPr>
        <w:t>Losers</w:t>
      </w:r>
      <w:proofErr w:type="gramEnd"/>
      <w:r w:rsidRPr="009210F4">
        <w:rPr>
          <w:rFonts w:asciiTheme="majorHAnsi" w:hAnsiTheme="majorHAnsi" w:cstheme="majorHAnsi"/>
        </w:rPr>
        <w:t xml:space="preserve"> weepers </w:t>
      </w:r>
    </w:p>
    <w:p w14:paraId="73C41EA4" w14:textId="60DE6A0F" w:rsidR="00991E93" w:rsidRPr="009210F4" w:rsidRDefault="00991E93" w:rsidP="009210F4">
      <w:pPr>
        <w:pStyle w:val="NoSpacing"/>
        <w:rPr>
          <w:rFonts w:asciiTheme="majorHAnsi" w:hAnsiTheme="majorHAnsi" w:cstheme="majorHAnsi"/>
        </w:rPr>
      </w:pPr>
    </w:p>
    <w:p w14:paraId="45D87A28" w14:textId="1BBAE7C8"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Daisy</w:t>
      </w:r>
      <w:r w:rsidR="00D23E9C" w:rsidRPr="009210F4">
        <w:rPr>
          <w:rFonts w:asciiTheme="majorHAnsi" w:hAnsiTheme="majorHAnsi" w:cstheme="majorHAnsi"/>
        </w:rPr>
        <w:t xml:space="preserve"> </w:t>
      </w:r>
      <w:r w:rsidRPr="009210F4">
        <w:rPr>
          <w:rFonts w:asciiTheme="majorHAnsi" w:hAnsiTheme="majorHAnsi" w:cstheme="majorHAnsi"/>
        </w:rPr>
        <w:t>1:05:18</w:t>
      </w:r>
    </w:p>
    <w:p w14:paraId="6A4CE45B" w14:textId="4A98B39F" w:rsidR="00991E93" w:rsidRPr="009210F4" w:rsidRDefault="00524D46" w:rsidP="009210F4">
      <w:pPr>
        <w:pStyle w:val="NoSpacing"/>
        <w:rPr>
          <w:rFonts w:asciiTheme="majorHAnsi" w:hAnsiTheme="majorHAnsi" w:cstheme="majorHAnsi"/>
        </w:rPr>
      </w:pPr>
      <w:r w:rsidRPr="009210F4">
        <w:rPr>
          <w:rFonts w:asciiTheme="majorHAnsi" w:hAnsiTheme="majorHAnsi" w:cstheme="majorHAnsi"/>
        </w:rPr>
        <w:t>Which, that w</w:t>
      </w:r>
      <w:r w:rsidR="00F7615C" w:rsidRPr="009210F4">
        <w:rPr>
          <w:rFonts w:asciiTheme="majorHAnsi" w:hAnsiTheme="majorHAnsi" w:cstheme="majorHAnsi"/>
        </w:rPr>
        <w:t xml:space="preserve">ould not have worked out for </w:t>
      </w:r>
      <w:r w:rsidRPr="009210F4">
        <w:rPr>
          <w:rFonts w:asciiTheme="majorHAnsi" w:hAnsiTheme="majorHAnsi" w:cstheme="majorHAnsi"/>
        </w:rPr>
        <w:t>the time my friend</w:t>
      </w:r>
      <w:r w:rsidR="00D23E9C" w:rsidRPr="009210F4">
        <w:rPr>
          <w:rFonts w:asciiTheme="majorHAnsi" w:hAnsiTheme="majorHAnsi" w:cstheme="majorHAnsi"/>
        </w:rPr>
        <w:t xml:space="preserve"> </w:t>
      </w:r>
      <w:r w:rsidRPr="009210F4">
        <w:rPr>
          <w:rFonts w:asciiTheme="majorHAnsi" w:hAnsiTheme="majorHAnsi" w:cstheme="majorHAnsi"/>
        </w:rPr>
        <w:t xml:space="preserve">20 quid on the floor of Vodka Revs, sort of </w:t>
      </w:r>
      <w:r w:rsidR="00734EB0" w:rsidRPr="009210F4">
        <w:rPr>
          <w:rFonts w:asciiTheme="majorHAnsi" w:hAnsiTheme="majorHAnsi" w:cstheme="majorHAnsi"/>
        </w:rPr>
        <w:t>halfheartedly</w:t>
      </w:r>
      <w:r w:rsidRPr="009210F4">
        <w:rPr>
          <w:rFonts w:asciiTheme="majorHAnsi" w:hAnsiTheme="majorHAnsi" w:cstheme="majorHAnsi"/>
        </w:rPr>
        <w:t xml:space="preserve"> stood up and </w:t>
      </w:r>
      <w:r w:rsidR="009210F4" w:rsidRPr="009210F4">
        <w:rPr>
          <w:rFonts w:asciiTheme="majorHAnsi" w:hAnsiTheme="majorHAnsi" w:cstheme="majorHAnsi"/>
        </w:rPr>
        <w:t>looked</w:t>
      </w:r>
      <w:r w:rsidRPr="009210F4">
        <w:rPr>
          <w:rFonts w:asciiTheme="majorHAnsi" w:hAnsiTheme="majorHAnsi" w:cstheme="majorHAnsi"/>
        </w:rPr>
        <w:t xml:space="preserve"> around and sai</w:t>
      </w:r>
      <w:r w:rsidR="00734EB0">
        <w:rPr>
          <w:rFonts w:asciiTheme="majorHAnsi" w:hAnsiTheme="majorHAnsi" w:cstheme="majorHAnsi"/>
        </w:rPr>
        <w:t>d</w:t>
      </w:r>
      <w:r w:rsidR="001F7914" w:rsidRPr="009210F4">
        <w:rPr>
          <w:rFonts w:asciiTheme="majorHAnsi" w:hAnsiTheme="majorHAnsi" w:cstheme="majorHAnsi"/>
        </w:rPr>
        <w:t xml:space="preserve"> {whispers}</w:t>
      </w:r>
      <w:r w:rsidRPr="009210F4">
        <w:rPr>
          <w:rFonts w:asciiTheme="majorHAnsi" w:hAnsiTheme="majorHAnsi" w:cstheme="majorHAnsi"/>
        </w:rPr>
        <w:t xml:space="preserve"> ‘is this any</w:t>
      </w:r>
      <w:r w:rsidR="001F7914" w:rsidRPr="009210F4">
        <w:rPr>
          <w:rFonts w:asciiTheme="majorHAnsi" w:hAnsiTheme="majorHAnsi" w:cstheme="majorHAnsi"/>
        </w:rPr>
        <w:t>body</w:t>
      </w:r>
      <w:r w:rsidRPr="009210F4">
        <w:rPr>
          <w:rFonts w:asciiTheme="majorHAnsi" w:hAnsiTheme="majorHAnsi" w:cstheme="majorHAnsi"/>
        </w:rPr>
        <w:t>’s</w:t>
      </w:r>
      <w:r w:rsidR="001F7914" w:rsidRPr="009210F4">
        <w:rPr>
          <w:rFonts w:asciiTheme="majorHAnsi" w:hAnsiTheme="majorHAnsi" w:cstheme="majorHAnsi"/>
        </w:rPr>
        <w:t xml:space="preserve"> 20</w:t>
      </w:r>
      <w:r w:rsidRPr="009210F4">
        <w:rPr>
          <w:rFonts w:asciiTheme="majorHAnsi" w:hAnsiTheme="majorHAnsi" w:cstheme="majorHAnsi"/>
        </w:rPr>
        <w:t>?</w:t>
      </w:r>
      <w:r w:rsidR="001F7914" w:rsidRPr="009210F4">
        <w:rPr>
          <w:rFonts w:asciiTheme="majorHAnsi" w:hAnsiTheme="majorHAnsi" w:cstheme="majorHAnsi"/>
        </w:rPr>
        <w:t xml:space="preserve"> No, </w:t>
      </w:r>
      <w:r w:rsidR="00A72993" w:rsidRPr="009210F4">
        <w:rPr>
          <w:rFonts w:asciiTheme="majorHAnsi" w:hAnsiTheme="majorHAnsi" w:cstheme="majorHAnsi"/>
        </w:rPr>
        <w:t>OK</w:t>
      </w:r>
      <w:r w:rsidR="001F7914" w:rsidRPr="009210F4">
        <w:rPr>
          <w:rFonts w:asciiTheme="majorHAnsi" w:hAnsiTheme="majorHAnsi" w:cstheme="majorHAnsi"/>
        </w:rPr>
        <w:t xml:space="preserve"> then</w:t>
      </w:r>
      <w:r w:rsidRPr="009210F4">
        <w:rPr>
          <w:rFonts w:asciiTheme="majorHAnsi" w:hAnsiTheme="majorHAnsi" w:cstheme="majorHAnsi"/>
        </w:rPr>
        <w:t>’</w:t>
      </w:r>
      <w:r w:rsidR="00D23E9C" w:rsidRPr="009210F4">
        <w:rPr>
          <w:rFonts w:asciiTheme="majorHAnsi" w:hAnsiTheme="majorHAnsi" w:cstheme="majorHAnsi"/>
        </w:rPr>
        <w:t xml:space="preserve"> </w:t>
      </w:r>
    </w:p>
    <w:p w14:paraId="41E5E400" w14:textId="77777777" w:rsidR="00734EB0" w:rsidRDefault="00734EB0" w:rsidP="009210F4">
      <w:pPr>
        <w:pStyle w:val="NoSpacing"/>
        <w:rPr>
          <w:rFonts w:asciiTheme="majorHAnsi" w:hAnsiTheme="majorHAnsi" w:cstheme="majorHAnsi"/>
        </w:rPr>
      </w:pPr>
    </w:p>
    <w:p w14:paraId="22E16D86" w14:textId="5F2FA550"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Lucy</w:t>
      </w:r>
      <w:r w:rsidR="00D23E9C" w:rsidRPr="009210F4">
        <w:rPr>
          <w:rFonts w:asciiTheme="majorHAnsi" w:hAnsiTheme="majorHAnsi" w:cstheme="majorHAnsi"/>
        </w:rPr>
        <w:t xml:space="preserve"> </w:t>
      </w:r>
      <w:r w:rsidRPr="009210F4">
        <w:rPr>
          <w:rFonts w:asciiTheme="majorHAnsi" w:hAnsiTheme="majorHAnsi" w:cstheme="majorHAnsi"/>
        </w:rPr>
        <w:t>1:05:27</w:t>
      </w:r>
    </w:p>
    <w:p w14:paraId="3D3367D3" w14:textId="2FECA121" w:rsidR="00991E93" w:rsidRPr="009210F4" w:rsidRDefault="00256CFC" w:rsidP="009210F4">
      <w:pPr>
        <w:pStyle w:val="NoSpacing"/>
        <w:rPr>
          <w:rFonts w:asciiTheme="majorHAnsi" w:hAnsiTheme="majorHAnsi" w:cstheme="majorHAnsi"/>
        </w:rPr>
      </w:pPr>
      <w:r w:rsidRPr="009210F4">
        <w:rPr>
          <w:rFonts w:asciiTheme="majorHAnsi" w:hAnsiTheme="majorHAnsi" w:cstheme="majorHAnsi"/>
        </w:rPr>
        <w:t>OK</w:t>
      </w:r>
      <w:r w:rsidR="00F7615C" w:rsidRPr="009210F4">
        <w:rPr>
          <w:rFonts w:asciiTheme="majorHAnsi" w:hAnsiTheme="majorHAnsi" w:cstheme="majorHAnsi"/>
        </w:rPr>
        <w:t xml:space="preserve"> </w:t>
      </w:r>
      <w:r w:rsidR="001F7914" w:rsidRPr="009210F4">
        <w:rPr>
          <w:rFonts w:asciiTheme="majorHAnsi" w:hAnsiTheme="majorHAnsi" w:cstheme="majorHAnsi"/>
        </w:rPr>
        <w:t>that’s m</w:t>
      </w:r>
      <w:r w:rsidR="00F7615C" w:rsidRPr="009210F4">
        <w:rPr>
          <w:rFonts w:asciiTheme="majorHAnsi" w:hAnsiTheme="majorHAnsi" w:cstheme="majorHAnsi"/>
        </w:rPr>
        <w:t>ine, thank you</w:t>
      </w:r>
    </w:p>
    <w:p w14:paraId="7822E1B1" w14:textId="77777777" w:rsidR="00991E93" w:rsidRPr="009210F4" w:rsidRDefault="00991E93" w:rsidP="009210F4">
      <w:pPr>
        <w:pStyle w:val="NoSpacing"/>
        <w:rPr>
          <w:rFonts w:asciiTheme="majorHAnsi" w:hAnsiTheme="majorHAnsi" w:cstheme="majorHAnsi"/>
        </w:rPr>
      </w:pPr>
    </w:p>
    <w:p w14:paraId="6D392D8C" w14:textId="587F5BF6"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Daisy</w:t>
      </w:r>
      <w:r w:rsidR="00D23E9C" w:rsidRPr="009210F4">
        <w:rPr>
          <w:rFonts w:asciiTheme="majorHAnsi" w:hAnsiTheme="majorHAnsi" w:cstheme="majorHAnsi"/>
        </w:rPr>
        <w:t xml:space="preserve"> </w:t>
      </w:r>
      <w:r w:rsidRPr="009210F4">
        <w:rPr>
          <w:rFonts w:asciiTheme="majorHAnsi" w:hAnsiTheme="majorHAnsi" w:cstheme="majorHAnsi"/>
        </w:rPr>
        <w:t>1:05:33</w:t>
      </w:r>
    </w:p>
    <w:p w14:paraId="45954394" w14:textId="42C0EE5F"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 xml:space="preserve">She bought us </w:t>
      </w:r>
      <w:r w:rsidR="001F7914" w:rsidRPr="009210F4">
        <w:rPr>
          <w:rFonts w:asciiTheme="majorHAnsi" w:hAnsiTheme="majorHAnsi" w:cstheme="majorHAnsi"/>
        </w:rPr>
        <w:t xml:space="preserve">all </w:t>
      </w:r>
      <w:r w:rsidRPr="009210F4">
        <w:rPr>
          <w:rFonts w:asciiTheme="majorHAnsi" w:hAnsiTheme="majorHAnsi" w:cstheme="majorHAnsi"/>
        </w:rPr>
        <w:t>drinks, so it was fine</w:t>
      </w:r>
      <w:r w:rsidR="001F7914" w:rsidRPr="009210F4">
        <w:rPr>
          <w:rFonts w:asciiTheme="majorHAnsi" w:hAnsiTheme="majorHAnsi" w:cstheme="majorHAnsi"/>
        </w:rPr>
        <w:t xml:space="preserve">, thanks Lauren </w:t>
      </w:r>
    </w:p>
    <w:p w14:paraId="0A4E5804" w14:textId="77777777" w:rsidR="00991E93" w:rsidRPr="009210F4" w:rsidRDefault="00991E93" w:rsidP="009210F4">
      <w:pPr>
        <w:pStyle w:val="NoSpacing"/>
        <w:rPr>
          <w:rFonts w:asciiTheme="majorHAnsi" w:hAnsiTheme="majorHAnsi" w:cstheme="majorHAnsi"/>
        </w:rPr>
      </w:pPr>
    </w:p>
    <w:p w14:paraId="7A933D5C" w14:textId="0843A166" w:rsidR="00991E93" w:rsidRPr="009210F4" w:rsidRDefault="001F7914" w:rsidP="009210F4">
      <w:pPr>
        <w:pStyle w:val="NoSpacing"/>
        <w:rPr>
          <w:rFonts w:asciiTheme="majorHAnsi" w:hAnsiTheme="majorHAnsi" w:cstheme="majorHAnsi"/>
        </w:rPr>
      </w:pPr>
      <w:r w:rsidRPr="009210F4">
        <w:rPr>
          <w:rFonts w:asciiTheme="majorHAnsi" w:hAnsiTheme="majorHAnsi" w:cstheme="majorHAnsi"/>
        </w:rPr>
        <w:t xml:space="preserve">Alice </w:t>
      </w:r>
      <w:r w:rsidR="00F7615C" w:rsidRPr="009210F4">
        <w:rPr>
          <w:rFonts w:asciiTheme="majorHAnsi" w:hAnsiTheme="majorHAnsi" w:cstheme="majorHAnsi"/>
        </w:rPr>
        <w:t>1:05:36</w:t>
      </w:r>
    </w:p>
    <w:p w14:paraId="7DA5DD31" w14:textId="15753A56" w:rsidR="00991E93" w:rsidRPr="009210F4" w:rsidRDefault="001F7914" w:rsidP="009210F4">
      <w:pPr>
        <w:pStyle w:val="NoSpacing"/>
        <w:rPr>
          <w:rFonts w:asciiTheme="majorHAnsi" w:hAnsiTheme="majorHAnsi" w:cstheme="majorHAnsi"/>
        </w:rPr>
      </w:pPr>
      <w:proofErr w:type="gramStart"/>
      <w:r w:rsidRPr="009210F4">
        <w:rPr>
          <w:rFonts w:asciiTheme="majorHAnsi" w:hAnsiTheme="majorHAnsi" w:cstheme="majorHAnsi"/>
        </w:rPr>
        <w:t>So</w:t>
      </w:r>
      <w:proofErr w:type="gramEnd"/>
      <w:r w:rsidRPr="009210F4">
        <w:rPr>
          <w:rFonts w:asciiTheme="majorHAnsi" w:hAnsiTheme="majorHAnsi" w:cstheme="majorHAnsi"/>
        </w:rPr>
        <w:t xml:space="preserve"> s</w:t>
      </w:r>
      <w:r w:rsidR="00F7615C" w:rsidRPr="009210F4">
        <w:rPr>
          <w:rFonts w:asciiTheme="majorHAnsi" w:hAnsiTheme="majorHAnsi" w:cstheme="majorHAnsi"/>
        </w:rPr>
        <w:t xml:space="preserve">he </w:t>
      </w:r>
      <w:r w:rsidRPr="009210F4">
        <w:rPr>
          <w:rFonts w:asciiTheme="majorHAnsi" w:hAnsiTheme="majorHAnsi" w:cstheme="majorHAnsi"/>
        </w:rPr>
        <w:t xml:space="preserve">should </w:t>
      </w:r>
    </w:p>
    <w:p w14:paraId="5F239ADB" w14:textId="77777777" w:rsidR="00991E93" w:rsidRPr="009210F4" w:rsidRDefault="00991E93" w:rsidP="009210F4">
      <w:pPr>
        <w:pStyle w:val="NoSpacing"/>
        <w:rPr>
          <w:rFonts w:asciiTheme="majorHAnsi" w:hAnsiTheme="majorHAnsi" w:cstheme="majorHAnsi"/>
        </w:rPr>
      </w:pPr>
    </w:p>
    <w:p w14:paraId="31B1ABC7" w14:textId="77777777" w:rsidR="00734EB0" w:rsidRDefault="00F7615C" w:rsidP="009210F4">
      <w:pPr>
        <w:pStyle w:val="NoSpacing"/>
        <w:rPr>
          <w:rFonts w:asciiTheme="majorHAnsi" w:hAnsiTheme="majorHAnsi" w:cstheme="majorHAnsi"/>
        </w:rPr>
      </w:pPr>
      <w:r w:rsidRPr="009210F4">
        <w:rPr>
          <w:rFonts w:asciiTheme="majorHAnsi" w:hAnsiTheme="majorHAnsi" w:cstheme="majorHAnsi"/>
        </w:rPr>
        <w:t>Daisy</w:t>
      </w:r>
      <w:r w:rsidR="00D23E9C" w:rsidRPr="009210F4">
        <w:rPr>
          <w:rFonts w:asciiTheme="majorHAnsi" w:hAnsiTheme="majorHAnsi" w:cstheme="majorHAnsi"/>
        </w:rPr>
        <w:t xml:space="preserve"> </w:t>
      </w:r>
      <w:r w:rsidRPr="009210F4">
        <w:rPr>
          <w:rFonts w:asciiTheme="majorHAnsi" w:hAnsiTheme="majorHAnsi" w:cstheme="majorHAnsi"/>
        </w:rPr>
        <w:t>1:05:38</w:t>
      </w:r>
    </w:p>
    <w:p w14:paraId="274FE1E3" w14:textId="2E55EEAA" w:rsidR="00991E93" w:rsidRPr="009210F4" w:rsidRDefault="001F7914" w:rsidP="009210F4">
      <w:pPr>
        <w:pStyle w:val="NoSpacing"/>
        <w:rPr>
          <w:rFonts w:asciiTheme="majorHAnsi" w:hAnsiTheme="majorHAnsi" w:cstheme="majorHAnsi"/>
        </w:rPr>
      </w:pPr>
      <w:r w:rsidRPr="009210F4">
        <w:rPr>
          <w:rFonts w:asciiTheme="majorHAnsi" w:hAnsiTheme="majorHAnsi" w:cstheme="majorHAnsi"/>
        </w:rPr>
        <w:t xml:space="preserve">Politeness </w:t>
      </w:r>
    </w:p>
    <w:p w14:paraId="10051727" w14:textId="77777777" w:rsidR="00734EB0" w:rsidRDefault="00734EB0" w:rsidP="009210F4">
      <w:pPr>
        <w:pStyle w:val="NoSpacing"/>
        <w:rPr>
          <w:rFonts w:asciiTheme="majorHAnsi" w:hAnsiTheme="majorHAnsi" w:cstheme="majorHAnsi"/>
        </w:rPr>
      </w:pPr>
    </w:p>
    <w:p w14:paraId="3E997B76" w14:textId="6952293E" w:rsidR="00991E93" w:rsidRPr="009210F4" w:rsidRDefault="00820759" w:rsidP="009210F4">
      <w:pPr>
        <w:pStyle w:val="NoSpacing"/>
        <w:rPr>
          <w:rFonts w:asciiTheme="majorHAnsi" w:hAnsiTheme="majorHAnsi" w:cstheme="majorHAnsi"/>
        </w:rPr>
      </w:pPr>
      <w:r w:rsidRPr="009210F4">
        <w:rPr>
          <w:rFonts w:asciiTheme="majorHAnsi" w:hAnsiTheme="majorHAnsi" w:cstheme="majorHAnsi"/>
        </w:rPr>
        <w:t xml:space="preserve">Kimmy </w:t>
      </w:r>
      <w:r w:rsidR="00F7615C" w:rsidRPr="009210F4">
        <w:rPr>
          <w:rFonts w:asciiTheme="majorHAnsi" w:hAnsiTheme="majorHAnsi" w:cstheme="majorHAnsi"/>
        </w:rPr>
        <w:t>1:05:41</w:t>
      </w:r>
    </w:p>
    <w:p w14:paraId="212227F9" w14:textId="099FFAC6"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 xml:space="preserve">Robin Hood right </w:t>
      </w:r>
      <w:r w:rsidR="00C337EB" w:rsidRPr="009210F4">
        <w:rPr>
          <w:rFonts w:asciiTheme="majorHAnsi" w:hAnsiTheme="majorHAnsi" w:cstheme="majorHAnsi"/>
        </w:rPr>
        <w:t xml:space="preserve">there </w:t>
      </w:r>
    </w:p>
    <w:p w14:paraId="36644796" w14:textId="77777777" w:rsidR="00991E93" w:rsidRPr="009210F4" w:rsidRDefault="00991E93" w:rsidP="009210F4">
      <w:pPr>
        <w:pStyle w:val="NoSpacing"/>
        <w:rPr>
          <w:rFonts w:asciiTheme="majorHAnsi" w:hAnsiTheme="majorHAnsi" w:cstheme="majorHAnsi"/>
        </w:rPr>
      </w:pPr>
    </w:p>
    <w:p w14:paraId="401B0DF3" w14:textId="34742CC6"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Alice</w:t>
      </w:r>
      <w:r w:rsidR="00D23E9C" w:rsidRPr="009210F4">
        <w:rPr>
          <w:rFonts w:asciiTheme="majorHAnsi" w:hAnsiTheme="majorHAnsi" w:cstheme="majorHAnsi"/>
        </w:rPr>
        <w:t xml:space="preserve"> </w:t>
      </w:r>
      <w:r w:rsidRPr="009210F4">
        <w:rPr>
          <w:rFonts w:asciiTheme="majorHAnsi" w:hAnsiTheme="majorHAnsi" w:cstheme="majorHAnsi"/>
        </w:rPr>
        <w:t>1:05:42</w:t>
      </w:r>
    </w:p>
    <w:p w14:paraId="68F2EF8D" w14:textId="3AC10813"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 xml:space="preserve">Yeah, I was gonna say you could have gone </w:t>
      </w:r>
      <w:r w:rsidR="00C337EB" w:rsidRPr="009210F4">
        <w:rPr>
          <w:rFonts w:asciiTheme="majorHAnsi" w:hAnsiTheme="majorHAnsi" w:cstheme="majorHAnsi"/>
        </w:rPr>
        <w:t>‘</w:t>
      </w:r>
      <w:r w:rsidRPr="009210F4">
        <w:rPr>
          <w:rFonts w:asciiTheme="majorHAnsi" w:hAnsiTheme="majorHAnsi" w:cstheme="majorHAnsi"/>
        </w:rPr>
        <w:t>Yeah, that's my fucking 20</w:t>
      </w:r>
      <w:r w:rsidR="00C337EB" w:rsidRPr="009210F4">
        <w:rPr>
          <w:rFonts w:asciiTheme="majorHAnsi" w:hAnsiTheme="majorHAnsi" w:cstheme="majorHAnsi"/>
        </w:rPr>
        <w:t xml:space="preserve"> quid’</w:t>
      </w:r>
    </w:p>
    <w:p w14:paraId="4ADCF0FA" w14:textId="77777777" w:rsidR="00991E93" w:rsidRPr="009210F4" w:rsidRDefault="00991E93" w:rsidP="009210F4">
      <w:pPr>
        <w:pStyle w:val="NoSpacing"/>
        <w:rPr>
          <w:rFonts w:asciiTheme="majorHAnsi" w:hAnsiTheme="majorHAnsi" w:cstheme="majorHAnsi"/>
        </w:rPr>
      </w:pPr>
    </w:p>
    <w:p w14:paraId="19159139" w14:textId="0817B7BB" w:rsidR="00991E93" w:rsidRPr="009210F4" w:rsidRDefault="00820759" w:rsidP="009210F4">
      <w:pPr>
        <w:pStyle w:val="NoSpacing"/>
        <w:rPr>
          <w:rFonts w:asciiTheme="majorHAnsi" w:hAnsiTheme="majorHAnsi" w:cstheme="majorHAnsi"/>
        </w:rPr>
      </w:pPr>
      <w:r w:rsidRPr="009210F4">
        <w:rPr>
          <w:rFonts w:asciiTheme="majorHAnsi" w:hAnsiTheme="majorHAnsi" w:cstheme="majorHAnsi"/>
        </w:rPr>
        <w:t xml:space="preserve">Kimmy </w:t>
      </w:r>
      <w:r w:rsidR="00F7615C" w:rsidRPr="009210F4">
        <w:rPr>
          <w:rFonts w:asciiTheme="majorHAnsi" w:hAnsiTheme="majorHAnsi" w:cstheme="majorHAnsi"/>
        </w:rPr>
        <w:t>1:05:46</w:t>
      </w:r>
    </w:p>
    <w:p w14:paraId="6593C066" w14:textId="114C7165"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 xml:space="preserve">No, she did the Robin Hood thing and </w:t>
      </w:r>
      <w:r w:rsidR="00C337EB" w:rsidRPr="009210F4">
        <w:rPr>
          <w:rFonts w:asciiTheme="majorHAnsi" w:hAnsiTheme="majorHAnsi" w:cstheme="majorHAnsi"/>
        </w:rPr>
        <w:t xml:space="preserve">you know said everyone </w:t>
      </w:r>
      <w:r w:rsidR="00B13C66" w:rsidRPr="009210F4">
        <w:rPr>
          <w:rFonts w:asciiTheme="majorHAnsi" w:hAnsiTheme="majorHAnsi" w:cstheme="majorHAnsi"/>
        </w:rPr>
        <w:t>want the 20 pounds, we stan, it’s just true</w:t>
      </w:r>
      <w:r w:rsidR="00D23E9C" w:rsidRPr="009210F4">
        <w:rPr>
          <w:rFonts w:asciiTheme="majorHAnsi" w:hAnsiTheme="majorHAnsi" w:cstheme="majorHAnsi"/>
        </w:rPr>
        <w:t xml:space="preserve"> </w:t>
      </w:r>
    </w:p>
    <w:p w14:paraId="689C02E3" w14:textId="77777777" w:rsidR="00734EB0" w:rsidRDefault="00734EB0" w:rsidP="009210F4">
      <w:pPr>
        <w:pStyle w:val="NoSpacing"/>
        <w:rPr>
          <w:rFonts w:asciiTheme="majorHAnsi" w:hAnsiTheme="majorHAnsi" w:cstheme="majorHAnsi"/>
        </w:rPr>
      </w:pPr>
    </w:p>
    <w:p w14:paraId="704903DC" w14:textId="10F02A86"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Alice</w:t>
      </w:r>
      <w:r w:rsidR="00D23E9C" w:rsidRPr="009210F4">
        <w:rPr>
          <w:rFonts w:asciiTheme="majorHAnsi" w:hAnsiTheme="majorHAnsi" w:cstheme="majorHAnsi"/>
        </w:rPr>
        <w:t xml:space="preserve"> </w:t>
      </w:r>
      <w:r w:rsidRPr="009210F4">
        <w:rPr>
          <w:rFonts w:asciiTheme="majorHAnsi" w:hAnsiTheme="majorHAnsi" w:cstheme="majorHAnsi"/>
        </w:rPr>
        <w:t>1:05:54</w:t>
      </w:r>
    </w:p>
    <w:p w14:paraId="1972C3B8" w14:textId="4037A9FF" w:rsidR="00991E93" w:rsidRPr="009210F4" w:rsidRDefault="0038774B" w:rsidP="009210F4">
      <w:pPr>
        <w:pStyle w:val="NoSpacing"/>
        <w:rPr>
          <w:rFonts w:asciiTheme="majorHAnsi" w:hAnsiTheme="majorHAnsi" w:cstheme="majorHAnsi"/>
        </w:rPr>
      </w:pPr>
      <w:r w:rsidRPr="009210F4">
        <w:rPr>
          <w:rFonts w:asciiTheme="majorHAnsi" w:hAnsiTheme="majorHAnsi" w:cstheme="majorHAnsi"/>
        </w:rPr>
        <w:t>S</w:t>
      </w:r>
      <w:r w:rsidR="00F7615C" w:rsidRPr="009210F4">
        <w:rPr>
          <w:rFonts w:asciiTheme="majorHAnsi" w:hAnsiTheme="majorHAnsi" w:cstheme="majorHAnsi"/>
        </w:rPr>
        <w:t>ocialism</w:t>
      </w:r>
      <w:r w:rsidRPr="009210F4">
        <w:rPr>
          <w:rFonts w:asciiTheme="majorHAnsi" w:hAnsiTheme="majorHAnsi" w:cstheme="majorHAnsi"/>
        </w:rPr>
        <w:t>!</w:t>
      </w:r>
    </w:p>
    <w:p w14:paraId="3F01EEE3" w14:textId="77777777" w:rsidR="00734EB0" w:rsidRDefault="00734EB0" w:rsidP="009210F4">
      <w:pPr>
        <w:pStyle w:val="NoSpacing"/>
        <w:rPr>
          <w:rFonts w:asciiTheme="majorHAnsi" w:hAnsiTheme="majorHAnsi" w:cstheme="majorHAnsi"/>
        </w:rPr>
      </w:pPr>
    </w:p>
    <w:p w14:paraId="62CB2B08" w14:textId="44279EBF"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Daisy</w:t>
      </w:r>
      <w:r w:rsidR="00D23E9C" w:rsidRPr="009210F4">
        <w:rPr>
          <w:rFonts w:asciiTheme="majorHAnsi" w:hAnsiTheme="majorHAnsi" w:cstheme="majorHAnsi"/>
        </w:rPr>
        <w:t xml:space="preserve"> </w:t>
      </w:r>
      <w:r w:rsidRPr="009210F4">
        <w:rPr>
          <w:rFonts w:asciiTheme="majorHAnsi" w:hAnsiTheme="majorHAnsi" w:cstheme="majorHAnsi"/>
        </w:rPr>
        <w:t>1:05:57</w:t>
      </w:r>
    </w:p>
    <w:p w14:paraId="273EACCC" w14:textId="76BB25CA" w:rsidR="00991E93" w:rsidRPr="009210F4" w:rsidRDefault="0038774B" w:rsidP="009210F4">
      <w:pPr>
        <w:pStyle w:val="NoSpacing"/>
        <w:rPr>
          <w:rFonts w:asciiTheme="majorHAnsi" w:hAnsiTheme="majorHAnsi" w:cstheme="majorHAnsi"/>
        </w:rPr>
      </w:pPr>
      <w:r w:rsidRPr="009210F4">
        <w:rPr>
          <w:rFonts w:asciiTheme="majorHAnsi" w:hAnsiTheme="majorHAnsi" w:cstheme="majorHAnsi"/>
        </w:rPr>
        <w:t>‘</w:t>
      </w:r>
      <w:r w:rsidR="00F7615C" w:rsidRPr="009210F4">
        <w:rPr>
          <w:rFonts w:asciiTheme="majorHAnsi" w:hAnsiTheme="majorHAnsi" w:cstheme="majorHAnsi"/>
        </w:rPr>
        <w:t>Never offend the talented</w:t>
      </w:r>
      <w:r w:rsidRPr="009210F4">
        <w:rPr>
          <w:rFonts w:asciiTheme="majorHAnsi" w:hAnsiTheme="majorHAnsi" w:cstheme="majorHAnsi"/>
        </w:rPr>
        <w:t>’</w:t>
      </w:r>
    </w:p>
    <w:p w14:paraId="2A77CE40" w14:textId="77777777" w:rsidR="00991E93" w:rsidRPr="009210F4" w:rsidRDefault="00991E93" w:rsidP="009210F4">
      <w:pPr>
        <w:pStyle w:val="NoSpacing"/>
        <w:rPr>
          <w:rFonts w:asciiTheme="majorHAnsi" w:hAnsiTheme="majorHAnsi" w:cstheme="majorHAnsi"/>
        </w:rPr>
      </w:pPr>
    </w:p>
    <w:p w14:paraId="5130334F" w14:textId="5303E3C4"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Lucy</w:t>
      </w:r>
      <w:r w:rsidR="00D23E9C" w:rsidRPr="009210F4">
        <w:rPr>
          <w:rFonts w:asciiTheme="majorHAnsi" w:hAnsiTheme="majorHAnsi" w:cstheme="majorHAnsi"/>
        </w:rPr>
        <w:t xml:space="preserve"> </w:t>
      </w:r>
      <w:r w:rsidRPr="009210F4">
        <w:rPr>
          <w:rFonts w:asciiTheme="majorHAnsi" w:hAnsiTheme="majorHAnsi" w:cstheme="majorHAnsi"/>
        </w:rPr>
        <w:t>1:05:59</w:t>
      </w:r>
    </w:p>
    <w:p w14:paraId="412D312B" w14:textId="04A5BA1D"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 xml:space="preserve">Well, no, </w:t>
      </w:r>
    </w:p>
    <w:p w14:paraId="7DC425CB" w14:textId="77777777" w:rsidR="00991E93" w:rsidRPr="009210F4" w:rsidRDefault="00991E93" w:rsidP="009210F4">
      <w:pPr>
        <w:pStyle w:val="NoSpacing"/>
        <w:rPr>
          <w:rFonts w:asciiTheme="majorHAnsi" w:hAnsiTheme="majorHAnsi" w:cstheme="majorHAnsi"/>
        </w:rPr>
      </w:pPr>
    </w:p>
    <w:p w14:paraId="68EAE184" w14:textId="48364AB6" w:rsidR="00991E93" w:rsidRPr="009210F4" w:rsidRDefault="00820759" w:rsidP="009210F4">
      <w:pPr>
        <w:pStyle w:val="NoSpacing"/>
        <w:rPr>
          <w:rFonts w:asciiTheme="majorHAnsi" w:hAnsiTheme="majorHAnsi" w:cstheme="majorHAnsi"/>
        </w:rPr>
      </w:pPr>
      <w:r w:rsidRPr="009210F4">
        <w:rPr>
          <w:rFonts w:asciiTheme="majorHAnsi" w:hAnsiTheme="majorHAnsi" w:cstheme="majorHAnsi"/>
        </w:rPr>
        <w:t xml:space="preserve">Kimmy </w:t>
      </w:r>
      <w:r w:rsidR="00F7615C" w:rsidRPr="009210F4">
        <w:rPr>
          <w:rFonts w:asciiTheme="majorHAnsi" w:hAnsiTheme="majorHAnsi" w:cstheme="majorHAnsi"/>
        </w:rPr>
        <w:t>1:06:00</w:t>
      </w:r>
    </w:p>
    <w:p w14:paraId="15DA8010" w14:textId="02BC5171" w:rsidR="00991E93" w:rsidRPr="009210F4" w:rsidRDefault="0038774B" w:rsidP="009210F4">
      <w:pPr>
        <w:pStyle w:val="NoSpacing"/>
        <w:rPr>
          <w:rFonts w:asciiTheme="majorHAnsi" w:hAnsiTheme="majorHAnsi" w:cstheme="majorHAnsi"/>
        </w:rPr>
      </w:pPr>
      <w:r w:rsidRPr="009210F4">
        <w:rPr>
          <w:rFonts w:asciiTheme="majorHAnsi" w:hAnsiTheme="majorHAnsi" w:cstheme="majorHAnsi"/>
        </w:rPr>
        <w:t>Don’t o</w:t>
      </w:r>
      <w:r w:rsidR="00F7615C" w:rsidRPr="009210F4">
        <w:rPr>
          <w:rFonts w:asciiTheme="majorHAnsi" w:hAnsiTheme="majorHAnsi" w:cstheme="majorHAnsi"/>
        </w:rPr>
        <w:t>ffend me</w:t>
      </w:r>
    </w:p>
    <w:p w14:paraId="7A6FA9FE" w14:textId="77777777" w:rsidR="00991E93" w:rsidRPr="009210F4" w:rsidRDefault="00991E93" w:rsidP="009210F4">
      <w:pPr>
        <w:pStyle w:val="NoSpacing"/>
        <w:rPr>
          <w:rFonts w:asciiTheme="majorHAnsi" w:hAnsiTheme="majorHAnsi" w:cstheme="majorHAnsi"/>
        </w:rPr>
      </w:pPr>
    </w:p>
    <w:p w14:paraId="28D980B7" w14:textId="267413B2"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Daisy</w:t>
      </w:r>
      <w:r w:rsidR="00D23E9C" w:rsidRPr="009210F4">
        <w:rPr>
          <w:rFonts w:asciiTheme="majorHAnsi" w:hAnsiTheme="majorHAnsi" w:cstheme="majorHAnsi"/>
        </w:rPr>
        <w:t xml:space="preserve"> </w:t>
      </w:r>
      <w:r w:rsidRPr="009210F4">
        <w:rPr>
          <w:rFonts w:asciiTheme="majorHAnsi" w:hAnsiTheme="majorHAnsi" w:cstheme="majorHAnsi"/>
        </w:rPr>
        <w:t>1:06:03</w:t>
      </w:r>
    </w:p>
    <w:p w14:paraId="3B2BC7AB" w14:textId="53B445F8" w:rsidR="00991E93" w:rsidRPr="009210F4" w:rsidRDefault="0038774B" w:rsidP="009210F4">
      <w:pPr>
        <w:pStyle w:val="NoSpacing"/>
        <w:rPr>
          <w:rFonts w:asciiTheme="majorHAnsi" w:hAnsiTheme="majorHAnsi" w:cstheme="majorHAnsi"/>
        </w:rPr>
      </w:pPr>
      <w:r w:rsidRPr="009210F4">
        <w:rPr>
          <w:rFonts w:asciiTheme="majorHAnsi" w:hAnsiTheme="majorHAnsi" w:cstheme="majorHAnsi"/>
        </w:rPr>
        <w:t xml:space="preserve">Yeah, </w:t>
      </w:r>
      <w:r w:rsidR="00F7615C" w:rsidRPr="009210F4">
        <w:rPr>
          <w:rFonts w:asciiTheme="majorHAnsi" w:hAnsiTheme="majorHAnsi" w:cstheme="majorHAnsi"/>
        </w:rPr>
        <w:t xml:space="preserve">I think that's </w:t>
      </w:r>
      <w:r w:rsidRPr="009210F4">
        <w:rPr>
          <w:rFonts w:asciiTheme="majorHAnsi" w:hAnsiTheme="majorHAnsi" w:cstheme="majorHAnsi"/>
        </w:rPr>
        <w:t xml:space="preserve">just </w:t>
      </w:r>
      <w:r w:rsidR="00F7615C" w:rsidRPr="009210F4">
        <w:rPr>
          <w:rFonts w:asciiTheme="majorHAnsi" w:hAnsiTheme="majorHAnsi" w:cstheme="majorHAnsi"/>
        </w:rPr>
        <w:t>sensible</w:t>
      </w:r>
      <w:r w:rsidRPr="009210F4">
        <w:rPr>
          <w:rFonts w:asciiTheme="majorHAnsi" w:hAnsiTheme="majorHAnsi" w:cstheme="majorHAnsi"/>
        </w:rPr>
        <w:t xml:space="preserve"> </w:t>
      </w:r>
    </w:p>
    <w:p w14:paraId="1997C723" w14:textId="77777777" w:rsidR="00991E93" w:rsidRPr="009210F4" w:rsidRDefault="00991E93" w:rsidP="009210F4">
      <w:pPr>
        <w:pStyle w:val="NoSpacing"/>
        <w:rPr>
          <w:rFonts w:asciiTheme="majorHAnsi" w:hAnsiTheme="majorHAnsi" w:cstheme="majorHAnsi"/>
        </w:rPr>
      </w:pPr>
    </w:p>
    <w:p w14:paraId="6EBF3F49" w14:textId="666A20F5"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Lucy</w:t>
      </w:r>
      <w:r w:rsidR="00D23E9C" w:rsidRPr="009210F4">
        <w:rPr>
          <w:rFonts w:asciiTheme="majorHAnsi" w:hAnsiTheme="majorHAnsi" w:cstheme="majorHAnsi"/>
        </w:rPr>
        <w:t xml:space="preserve"> </w:t>
      </w:r>
      <w:r w:rsidRPr="009210F4">
        <w:rPr>
          <w:rFonts w:asciiTheme="majorHAnsi" w:hAnsiTheme="majorHAnsi" w:cstheme="majorHAnsi"/>
        </w:rPr>
        <w:t>1:06:04</w:t>
      </w:r>
    </w:p>
    <w:p w14:paraId="39EBCEDA" w14:textId="20EED526" w:rsidR="00991E93" w:rsidRPr="009210F4" w:rsidRDefault="0038774B" w:rsidP="009210F4">
      <w:pPr>
        <w:pStyle w:val="NoSpacing"/>
        <w:rPr>
          <w:rFonts w:asciiTheme="majorHAnsi" w:hAnsiTheme="majorHAnsi" w:cstheme="majorHAnsi"/>
        </w:rPr>
      </w:pPr>
      <w:r w:rsidRPr="009210F4">
        <w:rPr>
          <w:rFonts w:asciiTheme="majorHAnsi" w:hAnsiTheme="majorHAnsi" w:cstheme="majorHAnsi"/>
        </w:rPr>
        <w:t xml:space="preserve">I think Alice, </w:t>
      </w:r>
      <w:r w:rsidR="00F7615C" w:rsidRPr="009210F4">
        <w:rPr>
          <w:rFonts w:asciiTheme="majorHAnsi" w:hAnsiTheme="majorHAnsi" w:cstheme="majorHAnsi"/>
        </w:rPr>
        <w:t xml:space="preserve">when we get </w:t>
      </w:r>
      <w:r w:rsidRPr="009210F4">
        <w:rPr>
          <w:rFonts w:asciiTheme="majorHAnsi" w:hAnsiTheme="majorHAnsi" w:cstheme="majorHAnsi"/>
        </w:rPr>
        <w:t xml:space="preserve">to </w:t>
      </w:r>
      <w:r w:rsidR="00734EB0" w:rsidRPr="009210F4">
        <w:rPr>
          <w:rFonts w:asciiTheme="majorHAnsi" w:hAnsiTheme="majorHAnsi" w:cstheme="majorHAnsi"/>
        </w:rPr>
        <w:t>be, like</w:t>
      </w:r>
      <w:r w:rsidRPr="009210F4">
        <w:rPr>
          <w:rFonts w:asciiTheme="majorHAnsi" w:hAnsiTheme="majorHAnsi" w:cstheme="majorHAnsi"/>
        </w:rPr>
        <w:t>,</w:t>
      </w:r>
      <w:r w:rsidR="00F7615C" w:rsidRPr="009210F4">
        <w:rPr>
          <w:rFonts w:asciiTheme="majorHAnsi" w:hAnsiTheme="majorHAnsi" w:cstheme="majorHAnsi"/>
        </w:rPr>
        <w:t xml:space="preserve"> big podcasters who are really well known and </w:t>
      </w:r>
      <w:r w:rsidRPr="009210F4">
        <w:rPr>
          <w:rFonts w:asciiTheme="majorHAnsi" w:hAnsiTheme="majorHAnsi" w:cstheme="majorHAnsi"/>
        </w:rPr>
        <w:t xml:space="preserve">are </w:t>
      </w:r>
      <w:r w:rsidR="00F7615C" w:rsidRPr="009210F4">
        <w:rPr>
          <w:rFonts w:asciiTheme="majorHAnsi" w:hAnsiTheme="majorHAnsi" w:cstheme="majorHAnsi"/>
        </w:rPr>
        <w:t xml:space="preserve">celebrities because of </w:t>
      </w:r>
      <w:r w:rsidRPr="009210F4">
        <w:rPr>
          <w:rFonts w:asciiTheme="majorHAnsi" w:hAnsiTheme="majorHAnsi" w:cstheme="majorHAnsi"/>
        </w:rPr>
        <w:t xml:space="preserve">this </w:t>
      </w:r>
    </w:p>
    <w:p w14:paraId="266B5A70" w14:textId="77777777" w:rsidR="00991E93" w:rsidRPr="009210F4" w:rsidRDefault="00991E93" w:rsidP="009210F4">
      <w:pPr>
        <w:pStyle w:val="NoSpacing"/>
        <w:rPr>
          <w:rFonts w:asciiTheme="majorHAnsi" w:hAnsiTheme="majorHAnsi" w:cstheme="majorHAnsi"/>
        </w:rPr>
      </w:pPr>
    </w:p>
    <w:p w14:paraId="7F793AF9" w14:textId="7B7BB4E3"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Alice</w:t>
      </w:r>
      <w:r w:rsidR="00D23E9C" w:rsidRPr="009210F4">
        <w:rPr>
          <w:rFonts w:asciiTheme="majorHAnsi" w:hAnsiTheme="majorHAnsi" w:cstheme="majorHAnsi"/>
        </w:rPr>
        <w:t xml:space="preserve"> </w:t>
      </w:r>
      <w:r w:rsidRPr="009210F4">
        <w:rPr>
          <w:rFonts w:asciiTheme="majorHAnsi" w:hAnsiTheme="majorHAnsi" w:cstheme="majorHAnsi"/>
        </w:rPr>
        <w:t>1:06:11</w:t>
      </w:r>
    </w:p>
    <w:p w14:paraId="597F44AD" w14:textId="77777777" w:rsidR="0038774B" w:rsidRPr="009210F4" w:rsidRDefault="00F7615C" w:rsidP="009210F4">
      <w:pPr>
        <w:pStyle w:val="NoSpacing"/>
        <w:rPr>
          <w:rFonts w:asciiTheme="majorHAnsi" w:hAnsiTheme="majorHAnsi" w:cstheme="majorHAnsi"/>
        </w:rPr>
      </w:pPr>
      <w:r w:rsidRPr="009210F4">
        <w:rPr>
          <w:rFonts w:asciiTheme="majorHAnsi" w:hAnsiTheme="majorHAnsi" w:cstheme="majorHAnsi"/>
        </w:rPr>
        <w:t xml:space="preserve">we should just start walking around saying that </w:t>
      </w:r>
      <w:r w:rsidR="0038774B" w:rsidRPr="009210F4">
        <w:rPr>
          <w:rFonts w:asciiTheme="majorHAnsi" w:hAnsiTheme="majorHAnsi" w:cstheme="majorHAnsi"/>
        </w:rPr>
        <w:t xml:space="preserve">to people </w:t>
      </w:r>
    </w:p>
    <w:p w14:paraId="47C69018" w14:textId="77777777" w:rsidR="00734EB0" w:rsidRDefault="00734EB0" w:rsidP="009210F4">
      <w:pPr>
        <w:pStyle w:val="NoSpacing"/>
        <w:rPr>
          <w:rFonts w:asciiTheme="majorHAnsi" w:hAnsiTheme="majorHAnsi" w:cstheme="majorHAnsi"/>
        </w:rPr>
      </w:pPr>
    </w:p>
    <w:p w14:paraId="383664F7" w14:textId="0573D532"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Lucy</w:t>
      </w:r>
      <w:r w:rsidR="00D23E9C" w:rsidRPr="009210F4">
        <w:rPr>
          <w:rFonts w:asciiTheme="majorHAnsi" w:hAnsiTheme="majorHAnsi" w:cstheme="majorHAnsi"/>
        </w:rPr>
        <w:t xml:space="preserve"> </w:t>
      </w:r>
      <w:r w:rsidRPr="009210F4">
        <w:rPr>
          <w:rFonts w:asciiTheme="majorHAnsi" w:hAnsiTheme="majorHAnsi" w:cstheme="majorHAnsi"/>
        </w:rPr>
        <w:t>1:06:15</w:t>
      </w:r>
    </w:p>
    <w:p w14:paraId="19CC2AFA" w14:textId="10B9E1D6" w:rsidR="00991E93" w:rsidRPr="009210F4" w:rsidRDefault="0038774B" w:rsidP="009210F4">
      <w:pPr>
        <w:pStyle w:val="NoSpacing"/>
        <w:rPr>
          <w:rFonts w:asciiTheme="majorHAnsi" w:hAnsiTheme="majorHAnsi" w:cstheme="majorHAnsi"/>
        </w:rPr>
      </w:pPr>
      <w:r w:rsidRPr="009210F4">
        <w:rPr>
          <w:rFonts w:asciiTheme="majorHAnsi" w:hAnsiTheme="majorHAnsi" w:cstheme="majorHAnsi"/>
        </w:rPr>
        <w:t>We’re gonna h</w:t>
      </w:r>
      <w:r w:rsidR="00F7615C" w:rsidRPr="009210F4">
        <w:rPr>
          <w:rFonts w:asciiTheme="majorHAnsi" w:hAnsiTheme="majorHAnsi" w:cstheme="majorHAnsi"/>
        </w:rPr>
        <w:t xml:space="preserve">ave that written into every contractual obligation. </w:t>
      </w:r>
      <w:r w:rsidRPr="009210F4">
        <w:rPr>
          <w:rFonts w:asciiTheme="majorHAnsi" w:hAnsiTheme="majorHAnsi" w:cstheme="majorHAnsi"/>
        </w:rPr>
        <w:t>‘</w:t>
      </w:r>
      <w:r w:rsidR="00F7615C" w:rsidRPr="009210F4">
        <w:rPr>
          <w:rFonts w:asciiTheme="majorHAnsi" w:hAnsiTheme="majorHAnsi" w:cstheme="majorHAnsi"/>
        </w:rPr>
        <w:t xml:space="preserve">Please </w:t>
      </w:r>
      <w:r w:rsidRPr="009210F4">
        <w:rPr>
          <w:rFonts w:asciiTheme="majorHAnsi" w:hAnsiTheme="majorHAnsi" w:cstheme="majorHAnsi"/>
        </w:rPr>
        <w:t xml:space="preserve">do not </w:t>
      </w:r>
      <w:r w:rsidR="00F7615C" w:rsidRPr="009210F4">
        <w:rPr>
          <w:rFonts w:asciiTheme="majorHAnsi" w:hAnsiTheme="majorHAnsi" w:cstheme="majorHAnsi"/>
        </w:rPr>
        <w:t>send me</w:t>
      </w:r>
      <w:r w:rsidRPr="009210F4">
        <w:rPr>
          <w:rFonts w:asciiTheme="majorHAnsi" w:hAnsiTheme="majorHAnsi" w:cstheme="majorHAnsi"/>
        </w:rPr>
        <w:t>’</w:t>
      </w:r>
    </w:p>
    <w:p w14:paraId="48998B17" w14:textId="77777777" w:rsidR="00991E93" w:rsidRPr="009210F4" w:rsidRDefault="00991E93" w:rsidP="009210F4">
      <w:pPr>
        <w:pStyle w:val="NoSpacing"/>
        <w:rPr>
          <w:rFonts w:asciiTheme="majorHAnsi" w:hAnsiTheme="majorHAnsi" w:cstheme="majorHAnsi"/>
        </w:rPr>
      </w:pPr>
    </w:p>
    <w:p w14:paraId="4579DC21" w14:textId="308B89D6"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Alice</w:t>
      </w:r>
      <w:r w:rsidR="00D23E9C" w:rsidRPr="009210F4">
        <w:rPr>
          <w:rFonts w:asciiTheme="majorHAnsi" w:hAnsiTheme="majorHAnsi" w:cstheme="majorHAnsi"/>
        </w:rPr>
        <w:t xml:space="preserve"> </w:t>
      </w:r>
      <w:r w:rsidRPr="009210F4">
        <w:rPr>
          <w:rFonts w:asciiTheme="majorHAnsi" w:hAnsiTheme="majorHAnsi" w:cstheme="majorHAnsi"/>
        </w:rPr>
        <w:t>1:06:20</w:t>
      </w:r>
    </w:p>
    <w:p w14:paraId="6EFEB19B" w14:textId="16015063" w:rsidR="00991E93" w:rsidRPr="009210F4" w:rsidRDefault="0038774B" w:rsidP="009210F4">
      <w:pPr>
        <w:pStyle w:val="NoSpacing"/>
        <w:rPr>
          <w:rFonts w:asciiTheme="majorHAnsi" w:hAnsiTheme="majorHAnsi" w:cstheme="majorHAnsi"/>
        </w:rPr>
      </w:pPr>
      <w:r w:rsidRPr="009210F4">
        <w:rPr>
          <w:rFonts w:asciiTheme="majorHAnsi" w:hAnsiTheme="majorHAnsi" w:cstheme="majorHAnsi"/>
        </w:rPr>
        <w:t xml:space="preserve">‘And </w:t>
      </w:r>
      <w:r w:rsidR="00F7615C" w:rsidRPr="009210F4">
        <w:rPr>
          <w:rFonts w:asciiTheme="majorHAnsi" w:hAnsiTheme="majorHAnsi" w:cstheme="majorHAnsi"/>
        </w:rPr>
        <w:t>only yellow jellybeans</w:t>
      </w:r>
      <w:r w:rsidRPr="009210F4">
        <w:rPr>
          <w:rFonts w:asciiTheme="majorHAnsi" w:hAnsiTheme="majorHAnsi" w:cstheme="majorHAnsi"/>
        </w:rPr>
        <w:t>’</w:t>
      </w:r>
      <w:r w:rsidR="00F7615C" w:rsidRPr="009210F4">
        <w:rPr>
          <w:rFonts w:asciiTheme="majorHAnsi" w:hAnsiTheme="majorHAnsi" w:cstheme="majorHAnsi"/>
        </w:rPr>
        <w:t xml:space="preserve"> </w:t>
      </w:r>
    </w:p>
    <w:p w14:paraId="3BF07C6C" w14:textId="77777777" w:rsidR="00991E93" w:rsidRPr="009210F4" w:rsidRDefault="00991E93" w:rsidP="009210F4">
      <w:pPr>
        <w:pStyle w:val="NoSpacing"/>
        <w:rPr>
          <w:rFonts w:asciiTheme="majorHAnsi" w:hAnsiTheme="majorHAnsi" w:cstheme="majorHAnsi"/>
        </w:rPr>
      </w:pPr>
    </w:p>
    <w:p w14:paraId="13E2117B" w14:textId="7AC59B6E"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Daisy</w:t>
      </w:r>
      <w:r w:rsidR="00D23E9C" w:rsidRPr="009210F4">
        <w:rPr>
          <w:rFonts w:asciiTheme="majorHAnsi" w:hAnsiTheme="majorHAnsi" w:cstheme="majorHAnsi"/>
        </w:rPr>
        <w:t xml:space="preserve"> </w:t>
      </w:r>
      <w:r w:rsidRPr="009210F4">
        <w:rPr>
          <w:rFonts w:asciiTheme="majorHAnsi" w:hAnsiTheme="majorHAnsi" w:cstheme="majorHAnsi"/>
        </w:rPr>
        <w:t>1:06:25</w:t>
      </w:r>
    </w:p>
    <w:p w14:paraId="598D391E" w14:textId="77777777" w:rsidR="005C05C1" w:rsidRPr="009210F4" w:rsidRDefault="00F7615C" w:rsidP="009210F4">
      <w:pPr>
        <w:pStyle w:val="NoSpacing"/>
        <w:rPr>
          <w:rFonts w:asciiTheme="majorHAnsi" w:hAnsiTheme="majorHAnsi" w:cstheme="majorHAnsi"/>
        </w:rPr>
      </w:pPr>
      <w:r w:rsidRPr="009210F4">
        <w:rPr>
          <w:rFonts w:asciiTheme="majorHAnsi" w:hAnsiTheme="majorHAnsi" w:cstheme="majorHAnsi"/>
        </w:rPr>
        <w:t>On the jellybeans</w:t>
      </w:r>
      <w:r w:rsidR="005C05C1" w:rsidRPr="009210F4">
        <w:rPr>
          <w:rFonts w:asciiTheme="majorHAnsi" w:hAnsiTheme="majorHAnsi" w:cstheme="majorHAnsi"/>
        </w:rPr>
        <w:t>, t</w:t>
      </w:r>
      <w:r w:rsidRPr="009210F4">
        <w:rPr>
          <w:rFonts w:asciiTheme="majorHAnsi" w:hAnsiTheme="majorHAnsi" w:cstheme="majorHAnsi"/>
        </w:rPr>
        <w:t>his isn't about Jelly Bean</w:t>
      </w:r>
      <w:r w:rsidR="005C05C1" w:rsidRPr="009210F4">
        <w:rPr>
          <w:rFonts w:asciiTheme="majorHAnsi" w:hAnsiTheme="majorHAnsi" w:cstheme="majorHAnsi"/>
        </w:rPr>
        <w:t>s</w:t>
      </w:r>
      <w:r w:rsidRPr="009210F4">
        <w:rPr>
          <w:rFonts w:asciiTheme="majorHAnsi" w:hAnsiTheme="majorHAnsi" w:cstheme="majorHAnsi"/>
        </w:rPr>
        <w:t xml:space="preserve"> </w:t>
      </w:r>
    </w:p>
    <w:p w14:paraId="4202B35B" w14:textId="77777777" w:rsidR="00734EB0" w:rsidRDefault="00734EB0" w:rsidP="009210F4">
      <w:pPr>
        <w:pStyle w:val="NoSpacing"/>
        <w:rPr>
          <w:rFonts w:asciiTheme="majorHAnsi" w:hAnsiTheme="majorHAnsi" w:cstheme="majorHAnsi"/>
        </w:rPr>
      </w:pPr>
    </w:p>
    <w:p w14:paraId="5D67004B" w14:textId="2792B3A6" w:rsidR="005C05C1" w:rsidRPr="009210F4" w:rsidRDefault="005C05C1" w:rsidP="009210F4">
      <w:pPr>
        <w:pStyle w:val="NoSpacing"/>
        <w:rPr>
          <w:rFonts w:asciiTheme="majorHAnsi" w:hAnsiTheme="majorHAnsi" w:cstheme="majorHAnsi"/>
        </w:rPr>
      </w:pPr>
      <w:r w:rsidRPr="009210F4">
        <w:rPr>
          <w:rFonts w:asciiTheme="majorHAnsi" w:hAnsiTheme="majorHAnsi" w:cstheme="majorHAnsi"/>
        </w:rPr>
        <w:t xml:space="preserve">Lucy: I was gonna say, </w:t>
      </w:r>
      <w:proofErr w:type="gramStart"/>
      <w:r w:rsidRPr="009210F4">
        <w:rPr>
          <w:rFonts w:asciiTheme="majorHAnsi" w:hAnsiTheme="majorHAnsi" w:cstheme="majorHAnsi"/>
        </w:rPr>
        <w:t>w</w:t>
      </w:r>
      <w:r w:rsidR="00F7615C" w:rsidRPr="009210F4">
        <w:rPr>
          <w:rFonts w:asciiTheme="majorHAnsi" w:hAnsiTheme="majorHAnsi" w:cstheme="majorHAnsi"/>
        </w:rPr>
        <w:t>ow</w:t>
      </w:r>
      <w:r w:rsidRPr="009210F4">
        <w:rPr>
          <w:rFonts w:asciiTheme="majorHAnsi" w:hAnsiTheme="majorHAnsi" w:cstheme="majorHAnsi"/>
        </w:rPr>
        <w:t>!</w:t>
      </w:r>
      <w:r w:rsidR="00F7615C" w:rsidRPr="009210F4">
        <w:rPr>
          <w:rFonts w:asciiTheme="majorHAnsi" w:hAnsiTheme="majorHAnsi" w:cstheme="majorHAnsi"/>
        </w:rPr>
        <w:t>.</w:t>
      </w:r>
      <w:proofErr w:type="gramEnd"/>
      <w:r w:rsidR="00F7615C" w:rsidRPr="009210F4">
        <w:rPr>
          <w:rFonts w:asciiTheme="majorHAnsi" w:hAnsiTheme="majorHAnsi" w:cstheme="majorHAnsi"/>
        </w:rPr>
        <w:t xml:space="preserve"> </w:t>
      </w:r>
    </w:p>
    <w:p w14:paraId="4395680B" w14:textId="77777777" w:rsidR="00734EB0" w:rsidRDefault="00734EB0" w:rsidP="009210F4">
      <w:pPr>
        <w:pStyle w:val="NoSpacing"/>
        <w:rPr>
          <w:rFonts w:asciiTheme="majorHAnsi" w:hAnsiTheme="majorHAnsi" w:cstheme="majorHAnsi"/>
        </w:rPr>
      </w:pPr>
    </w:p>
    <w:p w14:paraId="62C551C8" w14:textId="3BA128A4" w:rsidR="00991E93" w:rsidRPr="009210F4" w:rsidRDefault="005C05C1" w:rsidP="009210F4">
      <w:pPr>
        <w:pStyle w:val="NoSpacing"/>
        <w:rPr>
          <w:rFonts w:asciiTheme="majorHAnsi" w:hAnsiTheme="majorHAnsi" w:cstheme="majorHAnsi"/>
        </w:rPr>
      </w:pPr>
      <w:r w:rsidRPr="009210F4">
        <w:rPr>
          <w:rFonts w:asciiTheme="majorHAnsi" w:hAnsiTheme="majorHAnsi" w:cstheme="majorHAnsi"/>
        </w:rPr>
        <w:t>Daisy: ‘</w:t>
      </w:r>
      <w:r w:rsidR="00F7615C" w:rsidRPr="009210F4">
        <w:rPr>
          <w:rFonts w:asciiTheme="majorHAnsi" w:hAnsiTheme="majorHAnsi" w:cstheme="majorHAnsi"/>
        </w:rPr>
        <w:t>To satisfy one's hunger is not r</w:t>
      </w:r>
      <w:r w:rsidRPr="009210F4">
        <w:rPr>
          <w:rFonts w:asciiTheme="majorHAnsi" w:hAnsiTheme="majorHAnsi" w:cstheme="majorHAnsi"/>
        </w:rPr>
        <w:t>o</w:t>
      </w:r>
      <w:r w:rsidR="00F7615C" w:rsidRPr="009210F4">
        <w:rPr>
          <w:rFonts w:asciiTheme="majorHAnsi" w:hAnsiTheme="majorHAnsi" w:cstheme="majorHAnsi"/>
        </w:rPr>
        <w:t>bbery</w:t>
      </w:r>
      <w:r w:rsidRPr="009210F4">
        <w:rPr>
          <w:rFonts w:asciiTheme="majorHAnsi" w:hAnsiTheme="majorHAnsi" w:cstheme="majorHAnsi"/>
        </w:rPr>
        <w:t xml:space="preserve"> i</w:t>
      </w:r>
      <w:r w:rsidR="00F7615C" w:rsidRPr="009210F4">
        <w:rPr>
          <w:rFonts w:asciiTheme="majorHAnsi" w:hAnsiTheme="majorHAnsi" w:cstheme="majorHAnsi"/>
        </w:rPr>
        <w:t xml:space="preserve">f you don't take away anything in your bag or </w:t>
      </w:r>
      <w:proofErr w:type="gramStart"/>
      <w:r w:rsidR="00F7615C" w:rsidRPr="009210F4">
        <w:rPr>
          <w:rFonts w:asciiTheme="majorHAnsi" w:hAnsiTheme="majorHAnsi" w:cstheme="majorHAnsi"/>
        </w:rPr>
        <w:t>pocket.</w:t>
      </w:r>
      <w:r w:rsidRPr="009210F4">
        <w:rPr>
          <w:rFonts w:asciiTheme="majorHAnsi" w:hAnsiTheme="majorHAnsi" w:cstheme="majorHAnsi"/>
        </w:rPr>
        <w:t>‘</w:t>
      </w:r>
      <w:proofErr w:type="gramEnd"/>
      <w:r w:rsidR="00734EB0">
        <w:rPr>
          <w:rFonts w:asciiTheme="majorHAnsi" w:hAnsiTheme="majorHAnsi" w:cstheme="majorHAnsi"/>
        </w:rPr>
        <w:t xml:space="preserve"> </w:t>
      </w:r>
      <w:r w:rsidR="00F7615C" w:rsidRPr="009210F4">
        <w:rPr>
          <w:rFonts w:asciiTheme="majorHAnsi" w:hAnsiTheme="majorHAnsi" w:cstheme="majorHAnsi"/>
        </w:rPr>
        <w:t>You can take something to eat</w:t>
      </w:r>
      <w:r w:rsidRPr="009210F4">
        <w:rPr>
          <w:rFonts w:asciiTheme="majorHAnsi" w:hAnsiTheme="majorHAnsi" w:cstheme="majorHAnsi"/>
        </w:rPr>
        <w:t>, j</w:t>
      </w:r>
      <w:r w:rsidR="00F7615C" w:rsidRPr="009210F4">
        <w:rPr>
          <w:rFonts w:asciiTheme="majorHAnsi" w:hAnsiTheme="majorHAnsi" w:cstheme="majorHAnsi"/>
        </w:rPr>
        <w:t>ust don't hide it</w:t>
      </w:r>
    </w:p>
    <w:p w14:paraId="46DF450A" w14:textId="77777777" w:rsidR="00991E93" w:rsidRPr="009210F4" w:rsidRDefault="00991E93" w:rsidP="009210F4">
      <w:pPr>
        <w:pStyle w:val="NoSpacing"/>
        <w:rPr>
          <w:rFonts w:asciiTheme="majorHAnsi" w:hAnsiTheme="majorHAnsi" w:cstheme="majorHAnsi"/>
        </w:rPr>
      </w:pPr>
    </w:p>
    <w:p w14:paraId="7E68733C" w14:textId="4436CB73"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Lucy</w:t>
      </w:r>
      <w:r w:rsidR="00D23E9C" w:rsidRPr="009210F4">
        <w:rPr>
          <w:rFonts w:asciiTheme="majorHAnsi" w:hAnsiTheme="majorHAnsi" w:cstheme="majorHAnsi"/>
        </w:rPr>
        <w:t xml:space="preserve"> </w:t>
      </w:r>
      <w:r w:rsidRPr="009210F4">
        <w:rPr>
          <w:rFonts w:asciiTheme="majorHAnsi" w:hAnsiTheme="majorHAnsi" w:cstheme="majorHAnsi"/>
        </w:rPr>
        <w:t>1:06:44</w:t>
      </w:r>
    </w:p>
    <w:p w14:paraId="0819C680" w14:textId="265708CB" w:rsidR="00991E93" w:rsidRPr="009210F4" w:rsidRDefault="005C05C1" w:rsidP="009210F4">
      <w:pPr>
        <w:pStyle w:val="NoSpacing"/>
        <w:rPr>
          <w:rFonts w:asciiTheme="majorHAnsi" w:hAnsiTheme="majorHAnsi" w:cstheme="majorHAnsi"/>
        </w:rPr>
      </w:pPr>
      <w:r w:rsidRPr="009210F4">
        <w:rPr>
          <w:rFonts w:asciiTheme="majorHAnsi" w:hAnsiTheme="majorHAnsi" w:cstheme="majorHAnsi"/>
        </w:rPr>
        <w:t>You can w</w:t>
      </w:r>
      <w:r w:rsidR="00F7615C" w:rsidRPr="009210F4">
        <w:rPr>
          <w:rFonts w:asciiTheme="majorHAnsi" w:hAnsiTheme="majorHAnsi" w:cstheme="majorHAnsi"/>
        </w:rPr>
        <w:t>alk out with it in your hand</w:t>
      </w:r>
    </w:p>
    <w:p w14:paraId="5FE0E029" w14:textId="77777777" w:rsidR="00991E93" w:rsidRPr="009210F4" w:rsidRDefault="00991E93" w:rsidP="009210F4">
      <w:pPr>
        <w:pStyle w:val="NoSpacing"/>
        <w:rPr>
          <w:rFonts w:asciiTheme="majorHAnsi" w:hAnsiTheme="majorHAnsi" w:cstheme="majorHAnsi"/>
        </w:rPr>
      </w:pPr>
    </w:p>
    <w:p w14:paraId="51045F8F" w14:textId="667E8743"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Daisy</w:t>
      </w:r>
      <w:r w:rsidR="00D23E9C" w:rsidRPr="009210F4">
        <w:rPr>
          <w:rFonts w:asciiTheme="majorHAnsi" w:hAnsiTheme="majorHAnsi" w:cstheme="majorHAnsi"/>
        </w:rPr>
        <w:t xml:space="preserve"> </w:t>
      </w:r>
      <w:r w:rsidRPr="009210F4">
        <w:rPr>
          <w:rFonts w:asciiTheme="majorHAnsi" w:hAnsiTheme="majorHAnsi" w:cstheme="majorHAnsi"/>
        </w:rPr>
        <w:t>1:06:45</w:t>
      </w:r>
    </w:p>
    <w:p w14:paraId="2FD2C28C" w14:textId="30A0FDF6"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But yeah, like if</w:t>
      </w:r>
      <w:r w:rsidR="00734EB0">
        <w:rPr>
          <w:rFonts w:asciiTheme="majorHAnsi" w:hAnsiTheme="majorHAnsi" w:cstheme="majorHAnsi"/>
        </w:rPr>
        <w:t>,</w:t>
      </w:r>
      <w:r w:rsidRPr="009210F4">
        <w:rPr>
          <w:rFonts w:asciiTheme="majorHAnsi" w:hAnsiTheme="majorHAnsi" w:cstheme="majorHAnsi"/>
        </w:rPr>
        <w:t xml:space="preserve"> if you're hungry, then you </w:t>
      </w:r>
      <w:r w:rsidR="005C05C1" w:rsidRPr="009210F4">
        <w:rPr>
          <w:rFonts w:asciiTheme="majorHAnsi" w:hAnsiTheme="majorHAnsi" w:cstheme="majorHAnsi"/>
        </w:rPr>
        <w:t xml:space="preserve">can </w:t>
      </w:r>
      <w:r w:rsidRPr="009210F4">
        <w:rPr>
          <w:rFonts w:asciiTheme="majorHAnsi" w:hAnsiTheme="majorHAnsi" w:cstheme="majorHAnsi"/>
        </w:rPr>
        <w:t>have something but don't try and hide it because then it's like you're stealing</w:t>
      </w:r>
    </w:p>
    <w:p w14:paraId="437E4748" w14:textId="77777777" w:rsidR="00991E93" w:rsidRPr="009210F4" w:rsidRDefault="00991E93" w:rsidP="009210F4">
      <w:pPr>
        <w:pStyle w:val="NoSpacing"/>
        <w:rPr>
          <w:rFonts w:asciiTheme="majorHAnsi" w:hAnsiTheme="majorHAnsi" w:cstheme="majorHAnsi"/>
        </w:rPr>
      </w:pPr>
    </w:p>
    <w:p w14:paraId="5E816780" w14:textId="2B3B8CCD" w:rsidR="00991E93" w:rsidRPr="009210F4" w:rsidRDefault="00820759" w:rsidP="009210F4">
      <w:pPr>
        <w:pStyle w:val="NoSpacing"/>
        <w:rPr>
          <w:rFonts w:asciiTheme="majorHAnsi" w:hAnsiTheme="majorHAnsi" w:cstheme="majorHAnsi"/>
        </w:rPr>
      </w:pPr>
      <w:r w:rsidRPr="009210F4">
        <w:rPr>
          <w:rFonts w:asciiTheme="majorHAnsi" w:hAnsiTheme="majorHAnsi" w:cstheme="majorHAnsi"/>
        </w:rPr>
        <w:t xml:space="preserve">Kimmy </w:t>
      </w:r>
      <w:r w:rsidR="00F7615C" w:rsidRPr="009210F4">
        <w:rPr>
          <w:rFonts w:asciiTheme="majorHAnsi" w:hAnsiTheme="majorHAnsi" w:cstheme="majorHAnsi"/>
        </w:rPr>
        <w:t>1:06:50</w:t>
      </w:r>
    </w:p>
    <w:p w14:paraId="256C8B3E" w14:textId="6A0D9F12" w:rsidR="00991E93" w:rsidRPr="009210F4" w:rsidRDefault="001240BF" w:rsidP="009210F4">
      <w:pPr>
        <w:pStyle w:val="NoSpacing"/>
        <w:rPr>
          <w:rFonts w:asciiTheme="majorHAnsi" w:hAnsiTheme="majorHAnsi" w:cstheme="majorHAnsi"/>
        </w:rPr>
      </w:pPr>
      <w:r w:rsidRPr="009210F4">
        <w:rPr>
          <w:rFonts w:asciiTheme="majorHAnsi" w:hAnsiTheme="majorHAnsi" w:cstheme="majorHAnsi"/>
        </w:rPr>
        <w:t>As long as it’s n</w:t>
      </w:r>
      <w:r w:rsidR="00F7615C" w:rsidRPr="009210F4">
        <w:rPr>
          <w:rFonts w:asciiTheme="majorHAnsi" w:hAnsiTheme="majorHAnsi" w:cstheme="majorHAnsi"/>
        </w:rPr>
        <w:t xml:space="preserve">ot in your </w:t>
      </w:r>
      <w:r w:rsidRPr="009210F4">
        <w:rPr>
          <w:rFonts w:asciiTheme="majorHAnsi" w:hAnsiTheme="majorHAnsi" w:cstheme="majorHAnsi"/>
        </w:rPr>
        <w:t xml:space="preserve">pocket </w:t>
      </w:r>
    </w:p>
    <w:p w14:paraId="50269906" w14:textId="77777777" w:rsidR="00991E93" w:rsidRPr="009210F4" w:rsidRDefault="00991E93" w:rsidP="009210F4">
      <w:pPr>
        <w:pStyle w:val="NoSpacing"/>
        <w:rPr>
          <w:rFonts w:asciiTheme="majorHAnsi" w:hAnsiTheme="majorHAnsi" w:cstheme="majorHAnsi"/>
        </w:rPr>
      </w:pPr>
    </w:p>
    <w:p w14:paraId="73C94A4D" w14:textId="79612E47"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Daisy</w:t>
      </w:r>
      <w:r w:rsidR="00D23E9C" w:rsidRPr="009210F4">
        <w:rPr>
          <w:rFonts w:asciiTheme="majorHAnsi" w:hAnsiTheme="majorHAnsi" w:cstheme="majorHAnsi"/>
        </w:rPr>
        <w:t xml:space="preserve"> </w:t>
      </w:r>
      <w:r w:rsidRPr="009210F4">
        <w:rPr>
          <w:rFonts w:asciiTheme="majorHAnsi" w:hAnsiTheme="majorHAnsi" w:cstheme="majorHAnsi"/>
        </w:rPr>
        <w:t>1:06:53</w:t>
      </w:r>
    </w:p>
    <w:p w14:paraId="0C3464FC" w14:textId="537530EB"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Yeah, not in your bag</w:t>
      </w:r>
      <w:r w:rsidR="001240BF" w:rsidRPr="009210F4">
        <w:rPr>
          <w:rFonts w:asciiTheme="majorHAnsi" w:hAnsiTheme="majorHAnsi" w:cstheme="majorHAnsi"/>
        </w:rPr>
        <w:t>, n</w:t>
      </w:r>
      <w:r w:rsidRPr="009210F4">
        <w:rPr>
          <w:rFonts w:asciiTheme="majorHAnsi" w:hAnsiTheme="majorHAnsi" w:cstheme="majorHAnsi"/>
        </w:rPr>
        <w:t>ot in your pockets</w:t>
      </w:r>
      <w:r w:rsidR="001240BF" w:rsidRPr="009210F4">
        <w:rPr>
          <w:rFonts w:asciiTheme="majorHAnsi" w:hAnsiTheme="majorHAnsi" w:cstheme="majorHAnsi"/>
        </w:rPr>
        <w:t>, n</w:t>
      </w:r>
      <w:r w:rsidRPr="009210F4">
        <w:rPr>
          <w:rFonts w:asciiTheme="majorHAnsi" w:hAnsiTheme="majorHAnsi" w:cstheme="majorHAnsi"/>
        </w:rPr>
        <w:t>ot like hanging from your waist on a string</w:t>
      </w:r>
    </w:p>
    <w:p w14:paraId="5112D882" w14:textId="77777777" w:rsidR="00991E93" w:rsidRPr="009210F4" w:rsidRDefault="00991E93" w:rsidP="009210F4">
      <w:pPr>
        <w:pStyle w:val="NoSpacing"/>
        <w:rPr>
          <w:rFonts w:asciiTheme="majorHAnsi" w:hAnsiTheme="majorHAnsi" w:cstheme="majorHAnsi"/>
        </w:rPr>
      </w:pPr>
    </w:p>
    <w:p w14:paraId="5B08DF92" w14:textId="52A60450"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Lucy</w:t>
      </w:r>
      <w:r w:rsidR="00D23E9C" w:rsidRPr="009210F4">
        <w:rPr>
          <w:rFonts w:asciiTheme="majorHAnsi" w:hAnsiTheme="majorHAnsi" w:cstheme="majorHAnsi"/>
        </w:rPr>
        <w:t xml:space="preserve"> </w:t>
      </w:r>
      <w:r w:rsidRPr="009210F4">
        <w:rPr>
          <w:rFonts w:asciiTheme="majorHAnsi" w:hAnsiTheme="majorHAnsi" w:cstheme="majorHAnsi"/>
        </w:rPr>
        <w:t>1:07:00</w:t>
      </w:r>
    </w:p>
    <w:p w14:paraId="7E75D6E7" w14:textId="2695646C" w:rsidR="00991E93" w:rsidRPr="009210F4" w:rsidRDefault="001240BF" w:rsidP="009210F4">
      <w:pPr>
        <w:pStyle w:val="NoSpacing"/>
        <w:rPr>
          <w:rFonts w:asciiTheme="majorHAnsi" w:hAnsiTheme="majorHAnsi" w:cstheme="majorHAnsi"/>
        </w:rPr>
      </w:pPr>
      <w:r w:rsidRPr="009210F4">
        <w:rPr>
          <w:rFonts w:asciiTheme="majorHAnsi" w:hAnsiTheme="majorHAnsi" w:cstheme="majorHAnsi"/>
        </w:rPr>
        <w:t xml:space="preserve">Don’t stand at the fridge door like snuffling it, like, ‘I’m not eating that, I’m not eating the last </w:t>
      </w:r>
      <w:proofErr w:type="spellStart"/>
      <w:r w:rsidRPr="009210F4">
        <w:rPr>
          <w:rFonts w:asciiTheme="majorHAnsi" w:hAnsiTheme="majorHAnsi" w:cstheme="majorHAnsi"/>
        </w:rPr>
        <w:t>Pepperami</w:t>
      </w:r>
      <w:proofErr w:type="spellEnd"/>
      <w:r w:rsidRPr="009210F4">
        <w:rPr>
          <w:rFonts w:asciiTheme="majorHAnsi" w:hAnsiTheme="majorHAnsi" w:cstheme="majorHAnsi"/>
        </w:rPr>
        <w:t xml:space="preserve"> out of the fridge’ </w:t>
      </w:r>
    </w:p>
    <w:p w14:paraId="09C24738" w14:textId="77777777" w:rsidR="00991E93" w:rsidRPr="009210F4" w:rsidRDefault="00991E93" w:rsidP="009210F4">
      <w:pPr>
        <w:pStyle w:val="NoSpacing"/>
        <w:rPr>
          <w:rFonts w:asciiTheme="majorHAnsi" w:hAnsiTheme="majorHAnsi" w:cstheme="majorHAnsi"/>
        </w:rPr>
      </w:pPr>
    </w:p>
    <w:p w14:paraId="7D32E703" w14:textId="4C3A55CE" w:rsidR="00991E93" w:rsidRPr="009210F4" w:rsidRDefault="00820759" w:rsidP="009210F4">
      <w:pPr>
        <w:pStyle w:val="NoSpacing"/>
        <w:rPr>
          <w:rFonts w:asciiTheme="majorHAnsi" w:hAnsiTheme="majorHAnsi" w:cstheme="majorHAnsi"/>
        </w:rPr>
      </w:pPr>
      <w:r w:rsidRPr="009210F4">
        <w:rPr>
          <w:rFonts w:asciiTheme="majorHAnsi" w:hAnsiTheme="majorHAnsi" w:cstheme="majorHAnsi"/>
        </w:rPr>
        <w:t xml:space="preserve">Kimmy </w:t>
      </w:r>
      <w:r w:rsidR="00F7615C" w:rsidRPr="009210F4">
        <w:rPr>
          <w:rFonts w:asciiTheme="majorHAnsi" w:hAnsiTheme="majorHAnsi" w:cstheme="majorHAnsi"/>
        </w:rPr>
        <w:t>1:07:04</w:t>
      </w:r>
    </w:p>
    <w:p w14:paraId="24D55CB8" w14:textId="77777777"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What about under your boobs?</w:t>
      </w:r>
    </w:p>
    <w:p w14:paraId="2852D7C9" w14:textId="0EA4476D" w:rsidR="00991E93" w:rsidRPr="009210F4" w:rsidRDefault="001240BF" w:rsidP="009210F4">
      <w:pPr>
        <w:pStyle w:val="NoSpacing"/>
        <w:rPr>
          <w:rFonts w:asciiTheme="majorHAnsi" w:hAnsiTheme="majorHAnsi" w:cstheme="majorHAnsi"/>
        </w:rPr>
      </w:pPr>
      <w:r w:rsidRPr="009210F4">
        <w:rPr>
          <w:rFonts w:asciiTheme="majorHAnsi" w:hAnsiTheme="majorHAnsi" w:cstheme="majorHAnsi"/>
        </w:rPr>
        <w:t>{laughter}</w:t>
      </w:r>
    </w:p>
    <w:p w14:paraId="4DDD8866" w14:textId="77777777" w:rsidR="00734EB0" w:rsidRDefault="00734EB0" w:rsidP="009210F4">
      <w:pPr>
        <w:pStyle w:val="NoSpacing"/>
        <w:rPr>
          <w:rFonts w:asciiTheme="majorHAnsi" w:hAnsiTheme="majorHAnsi" w:cstheme="majorHAnsi"/>
        </w:rPr>
      </w:pPr>
    </w:p>
    <w:p w14:paraId="0D2D04CD" w14:textId="74FAA01E"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Daisy</w:t>
      </w:r>
      <w:r w:rsidR="00D23E9C" w:rsidRPr="009210F4">
        <w:rPr>
          <w:rFonts w:asciiTheme="majorHAnsi" w:hAnsiTheme="majorHAnsi" w:cstheme="majorHAnsi"/>
        </w:rPr>
        <w:t xml:space="preserve"> </w:t>
      </w:r>
      <w:r w:rsidRPr="009210F4">
        <w:rPr>
          <w:rFonts w:asciiTheme="majorHAnsi" w:hAnsiTheme="majorHAnsi" w:cstheme="majorHAnsi"/>
        </w:rPr>
        <w:t>1:07:08</w:t>
      </w:r>
    </w:p>
    <w:p w14:paraId="2A1D8BA0" w14:textId="77777777" w:rsidR="0066038A" w:rsidRPr="009210F4" w:rsidRDefault="00F7615C" w:rsidP="009210F4">
      <w:pPr>
        <w:pStyle w:val="NoSpacing"/>
        <w:rPr>
          <w:rFonts w:asciiTheme="majorHAnsi" w:hAnsiTheme="majorHAnsi" w:cstheme="majorHAnsi"/>
        </w:rPr>
      </w:pPr>
      <w:r w:rsidRPr="009210F4">
        <w:rPr>
          <w:rFonts w:asciiTheme="majorHAnsi" w:hAnsiTheme="majorHAnsi" w:cstheme="majorHAnsi"/>
        </w:rPr>
        <w:t>It doesn't say</w:t>
      </w:r>
      <w:r w:rsidR="0066038A" w:rsidRPr="009210F4">
        <w:rPr>
          <w:rFonts w:asciiTheme="majorHAnsi" w:hAnsiTheme="majorHAnsi" w:cstheme="majorHAnsi"/>
        </w:rPr>
        <w:t>, that’s probably fine.</w:t>
      </w:r>
      <w:r w:rsidRPr="009210F4">
        <w:rPr>
          <w:rFonts w:asciiTheme="majorHAnsi" w:hAnsiTheme="majorHAnsi" w:cstheme="majorHAnsi"/>
        </w:rPr>
        <w:t xml:space="preserve"> </w:t>
      </w:r>
    </w:p>
    <w:p w14:paraId="485B556B" w14:textId="77777777" w:rsidR="00734EB0" w:rsidRDefault="00734EB0" w:rsidP="009210F4">
      <w:pPr>
        <w:pStyle w:val="NoSpacing"/>
        <w:rPr>
          <w:rFonts w:asciiTheme="majorHAnsi" w:hAnsiTheme="majorHAnsi" w:cstheme="majorHAnsi"/>
        </w:rPr>
      </w:pPr>
    </w:p>
    <w:p w14:paraId="63B9842B" w14:textId="72E8B9AB" w:rsidR="0066038A" w:rsidRPr="009210F4" w:rsidRDefault="00820759" w:rsidP="009210F4">
      <w:pPr>
        <w:pStyle w:val="NoSpacing"/>
        <w:rPr>
          <w:rFonts w:asciiTheme="majorHAnsi" w:hAnsiTheme="majorHAnsi" w:cstheme="majorHAnsi"/>
        </w:rPr>
      </w:pPr>
      <w:r w:rsidRPr="009210F4">
        <w:rPr>
          <w:rFonts w:asciiTheme="majorHAnsi" w:hAnsiTheme="majorHAnsi" w:cstheme="majorHAnsi"/>
        </w:rPr>
        <w:t>Kimmy:</w:t>
      </w:r>
      <w:r w:rsidR="0066038A" w:rsidRPr="009210F4">
        <w:rPr>
          <w:rFonts w:asciiTheme="majorHAnsi" w:hAnsiTheme="majorHAnsi" w:cstheme="majorHAnsi"/>
        </w:rPr>
        <w:t xml:space="preserve"> I always find a loophole </w:t>
      </w:r>
    </w:p>
    <w:p w14:paraId="4102276C" w14:textId="77777777" w:rsidR="00734EB0" w:rsidRDefault="00734EB0" w:rsidP="009210F4">
      <w:pPr>
        <w:pStyle w:val="NoSpacing"/>
        <w:rPr>
          <w:rFonts w:asciiTheme="majorHAnsi" w:hAnsiTheme="majorHAnsi" w:cstheme="majorHAnsi"/>
        </w:rPr>
      </w:pPr>
    </w:p>
    <w:p w14:paraId="131DEA97" w14:textId="6527C01E" w:rsidR="00991E93" w:rsidRPr="009210F4" w:rsidRDefault="0066038A" w:rsidP="009210F4">
      <w:pPr>
        <w:pStyle w:val="NoSpacing"/>
        <w:rPr>
          <w:rFonts w:asciiTheme="majorHAnsi" w:hAnsiTheme="majorHAnsi" w:cstheme="majorHAnsi"/>
        </w:rPr>
      </w:pPr>
      <w:r w:rsidRPr="009210F4">
        <w:rPr>
          <w:rFonts w:asciiTheme="majorHAnsi" w:hAnsiTheme="majorHAnsi" w:cstheme="majorHAnsi"/>
        </w:rPr>
        <w:t xml:space="preserve">Daisy: </w:t>
      </w:r>
      <w:r w:rsidR="00F7615C" w:rsidRPr="009210F4">
        <w:rPr>
          <w:rFonts w:asciiTheme="majorHAnsi" w:hAnsiTheme="majorHAnsi" w:cstheme="majorHAnsi"/>
        </w:rPr>
        <w:t xml:space="preserve">the last one but I think my </w:t>
      </w:r>
      <w:proofErr w:type="spellStart"/>
      <w:r w:rsidR="00F7615C" w:rsidRPr="009210F4">
        <w:rPr>
          <w:rFonts w:asciiTheme="majorHAnsi" w:hAnsiTheme="majorHAnsi" w:cstheme="majorHAnsi"/>
        </w:rPr>
        <w:t>favourite</w:t>
      </w:r>
      <w:proofErr w:type="spellEnd"/>
      <w:r w:rsidRPr="009210F4">
        <w:rPr>
          <w:rFonts w:asciiTheme="majorHAnsi" w:hAnsiTheme="majorHAnsi" w:cstheme="majorHAnsi"/>
        </w:rPr>
        <w:t xml:space="preserve"> -</w:t>
      </w:r>
      <w:r w:rsidR="00F7615C" w:rsidRPr="009210F4">
        <w:rPr>
          <w:rFonts w:asciiTheme="majorHAnsi" w:hAnsiTheme="majorHAnsi" w:cstheme="majorHAnsi"/>
        </w:rPr>
        <w:t xml:space="preserve"> </w:t>
      </w:r>
      <w:r w:rsidRPr="009210F4">
        <w:rPr>
          <w:rFonts w:asciiTheme="majorHAnsi" w:hAnsiTheme="majorHAnsi" w:cstheme="majorHAnsi"/>
        </w:rPr>
        <w:t>A</w:t>
      </w:r>
      <w:r w:rsidR="00F7615C" w:rsidRPr="009210F4">
        <w:rPr>
          <w:rFonts w:asciiTheme="majorHAnsi" w:hAnsiTheme="majorHAnsi" w:cstheme="majorHAnsi"/>
        </w:rPr>
        <w:t xml:space="preserve">rticle 41 </w:t>
      </w:r>
      <w:r w:rsidRPr="009210F4">
        <w:rPr>
          <w:rFonts w:asciiTheme="majorHAnsi" w:hAnsiTheme="majorHAnsi" w:cstheme="majorHAnsi"/>
        </w:rPr>
        <w:t>‘</w:t>
      </w:r>
      <w:r w:rsidR="00F7615C" w:rsidRPr="009210F4">
        <w:rPr>
          <w:rFonts w:asciiTheme="majorHAnsi" w:hAnsiTheme="majorHAnsi" w:cstheme="majorHAnsi"/>
        </w:rPr>
        <w:t>you can kill the enemy but not humiliate him</w:t>
      </w:r>
      <w:r w:rsidRPr="009210F4">
        <w:rPr>
          <w:rFonts w:asciiTheme="majorHAnsi" w:hAnsiTheme="majorHAnsi" w:cstheme="majorHAnsi"/>
        </w:rPr>
        <w:t>’</w:t>
      </w:r>
      <w:r w:rsidR="00F7615C" w:rsidRPr="009210F4">
        <w:rPr>
          <w:rFonts w:asciiTheme="majorHAnsi" w:hAnsiTheme="majorHAnsi" w:cstheme="majorHAnsi"/>
        </w:rPr>
        <w:t>.</w:t>
      </w:r>
      <w:r w:rsidRPr="009210F4">
        <w:rPr>
          <w:rFonts w:asciiTheme="majorHAnsi" w:hAnsiTheme="majorHAnsi" w:cstheme="majorHAnsi"/>
        </w:rPr>
        <w:t xml:space="preserve"> {laughter}</w:t>
      </w:r>
    </w:p>
    <w:p w14:paraId="7DBD6C95" w14:textId="77777777" w:rsidR="00991E93" w:rsidRPr="009210F4" w:rsidRDefault="00991E93" w:rsidP="009210F4">
      <w:pPr>
        <w:pStyle w:val="NoSpacing"/>
        <w:rPr>
          <w:rFonts w:asciiTheme="majorHAnsi" w:hAnsiTheme="majorHAnsi" w:cstheme="majorHAnsi"/>
        </w:rPr>
      </w:pPr>
    </w:p>
    <w:p w14:paraId="66FB8624" w14:textId="4AF35EC6"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Alice</w:t>
      </w:r>
      <w:r w:rsidR="00D23E9C" w:rsidRPr="009210F4">
        <w:rPr>
          <w:rFonts w:asciiTheme="majorHAnsi" w:hAnsiTheme="majorHAnsi" w:cstheme="majorHAnsi"/>
        </w:rPr>
        <w:t xml:space="preserve"> </w:t>
      </w:r>
      <w:r w:rsidRPr="009210F4">
        <w:rPr>
          <w:rFonts w:asciiTheme="majorHAnsi" w:hAnsiTheme="majorHAnsi" w:cstheme="majorHAnsi"/>
        </w:rPr>
        <w:t>1:07:27</w:t>
      </w:r>
    </w:p>
    <w:p w14:paraId="5A55F036" w14:textId="7489F603"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I think I'd rather humiliate someone so that they have to live with the knowledge that that I</w:t>
      </w:r>
      <w:r w:rsidR="0066038A" w:rsidRPr="009210F4">
        <w:rPr>
          <w:rFonts w:asciiTheme="majorHAnsi" w:hAnsiTheme="majorHAnsi" w:cstheme="majorHAnsi"/>
        </w:rPr>
        <w:t>,</w:t>
      </w:r>
      <w:r w:rsidRPr="009210F4">
        <w:rPr>
          <w:rFonts w:asciiTheme="majorHAnsi" w:hAnsiTheme="majorHAnsi" w:cstheme="majorHAnsi"/>
        </w:rPr>
        <w:t xml:space="preserve"> you know, I made an ass out of them for the rest of their lives. Because you know, if they're dead then the sufferings done.</w:t>
      </w:r>
    </w:p>
    <w:p w14:paraId="2DED3F5B" w14:textId="77777777" w:rsidR="00991E93" w:rsidRPr="009210F4" w:rsidRDefault="00991E93" w:rsidP="009210F4">
      <w:pPr>
        <w:pStyle w:val="NoSpacing"/>
        <w:rPr>
          <w:rFonts w:asciiTheme="majorHAnsi" w:hAnsiTheme="majorHAnsi" w:cstheme="majorHAnsi"/>
        </w:rPr>
      </w:pPr>
    </w:p>
    <w:p w14:paraId="01A44394" w14:textId="0AAF42FD" w:rsidR="00991E93" w:rsidRPr="009210F4" w:rsidRDefault="00820759" w:rsidP="009210F4">
      <w:pPr>
        <w:pStyle w:val="NoSpacing"/>
        <w:rPr>
          <w:rFonts w:asciiTheme="majorHAnsi" w:hAnsiTheme="majorHAnsi" w:cstheme="majorHAnsi"/>
        </w:rPr>
      </w:pPr>
      <w:r w:rsidRPr="009210F4">
        <w:rPr>
          <w:rFonts w:asciiTheme="majorHAnsi" w:hAnsiTheme="majorHAnsi" w:cstheme="majorHAnsi"/>
        </w:rPr>
        <w:t xml:space="preserve">Kimmy </w:t>
      </w:r>
      <w:r w:rsidR="00F7615C" w:rsidRPr="009210F4">
        <w:rPr>
          <w:rFonts w:asciiTheme="majorHAnsi" w:hAnsiTheme="majorHAnsi" w:cstheme="majorHAnsi"/>
        </w:rPr>
        <w:t>1:07:39</w:t>
      </w:r>
    </w:p>
    <w:p w14:paraId="15C13D1D" w14:textId="2682D8D2"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You don't have</w:t>
      </w:r>
      <w:r w:rsidR="0066038A" w:rsidRPr="009210F4">
        <w:rPr>
          <w:rFonts w:asciiTheme="majorHAnsi" w:hAnsiTheme="majorHAnsi" w:cstheme="majorHAnsi"/>
        </w:rPr>
        <w:t xml:space="preserve"> to humiliate them to make an </w:t>
      </w:r>
      <w:proofErr w:type="spellStart"/>
      <w:r w:rsidR="0066038A" w:rsidRPr="009210F4">
        <w:rPr>
          <w:rFonts w:asciiTheme="majorHAnsi" w:hAnsiTheme="majorHAnsi" w:cstheme="majorHAnsi"/>
        </w:rPr>
        <w:t>arse</w:t>
      </w:r>
      <w:proofErr w:type="spellEnd"/>
      <w:r w:rsidR="0066038A" w:rsidRPr="009210F4">
        <w:rPr>
          <w:rFonts w:asciiTheme="majorHAnsi" w:hAnsiTheme="majorHAnsi" w:cstheme="majorHAnsi"/>
        </w:rPr>
        <w:t xml:space="preserve"> out of them, j</w:t>
      </w:r>
      <w:r w:rsidRPr="009210F4">
        <w:rPr>
          <w:rFonts w:asciiTheme="majorHAnsi" w:hAnsiTheme="majorHAnsi" w:cstheme="majorHAnsi"/>
        </w:rPr>
        <w:t xml:space="preserve">ust </w:t>
      </w:r>
      <w:r w:rsidR="0066038A" w:rsidRPr="009210F4">
        <w:rPr>
          <w:rFonts w:asciiTheme="majorHAnsi" w:hAnsiTheme="majorHAnsi" w:cstheme="majorHAnsi"/>
        </w:rPr>
        <w:t xml:space="preserve">assume {laughter} </w:t>
      </w:r>
    </w:p>
    <w:p w14:paraId="31524BCB" w14:textId="77777777" w:rsidR="00991E93" w:rsidRPr="009210F4" w:rsidRDefault="00991E93" w:rsidP="009210F4">
      <w:pPr>
        <w:pStyle w:val="NoSpacing"/>
        <w:rPr>
          <w:rFonts w:asciiTheme="majorHAnsi" w:hAnsiTheme="majorHAnsi" w:cstheme="majorHAnsi"/>
        </w:rPr>
      </w:pPr>
    </w:p>
    <w:p w14:paraId="3D3269F3" w14:textId="73D4F3B5"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Daisy</w:t>
      </w:r>
      <w:r w:rsidR="00D23E9C" w:rsidRPr="009210F4">
        <w:rPr>
          <w:rFonts w:asciiTheme="majorHAnsi" w:hAnsiTheme="majorHAnsi" w:cstheme="majorHAnsi"/>
        </w:rPr>
        <w:t xml:space="preserve"> </w:t>
      </w:r>
      <w:r w:rsidRPr="009210F4">
        <w:rPr>
          <w:rFonts w:asciiTheme="majorHAnsi" w:hAnsiTheme="majorHAnsi" w:cstheme="majorHAnsi"/>
        </w:rPr>
        <w:t>1:07:47</w:t>
      </w:r>
    </w:p>
    <w:p w14:paraId="71E3C292" w14:textId="6BE91ECC" w:rsidR="0066038A" w:rsidRPr="009210F4" w:rsidRDefault="0066038A" w:rsidP="009210F4">
      <w:pPr>
        <w:pStyle w:val="NoSpacing"/>
        <w:rPr>
          <w:rFonts w:asciiTheme="majorHAnsi" w:hAnsiTheme="majorHAnsi" w:cstheme="majorHAnsi"/>
        </w:rPr>
      </w:pPr>
      <w:r w:rsidRPr="009210F4">
        <w:rPr>
          <w:rFonts w:asciiTheme="majorHAnsi" w:hAnsiTheme="majorHAnsi" w:cstheme="majorHAnsi"/>
        </w:rPr>
        <w:t>God, t</w:t>
      </w:r>
      <w:r w:rsidR="00F7615C" w:rsidRPr="009210F4">
        <w:rPr>
          <w:rFonts w:asciiTheme="majorHAnsi" w:hAnsiTheme="majorHAnsi" w:cstheme="majorHAnsi"/>
        </w:rPr>
        <w:t xml:space="preserve">hat's </w:t>
      </w:r>
      <w:r w:rsidRPr="009210F4">
        <w:rPr>
          <w:rFonts w:asciiTheme="majorHAnsi" w:hAnsiTheme="majorHAnsi" w:cstheme="majorHAnsi"/>
        </w:rPr>
        <w:t xml:space="preserve">like </w:t>
      </w:r>
      <w:r w:rsidR="00F7615C" w:rsidRPr="009210F4">
        <w:rPr>
          <w:rFonts w:asciiTheme="majorHAnsi" w:hAnsiTheme="majorHAnsi" w:cstheme="majorHAnsi"/>
        </w:rPr>
        <w:t>my m</w:t>
      </w:r>
      <w:r w:rsidRPr="009210F4">
        <w:rPr>
          <w:rFonts w:asciiTheme="majorHAnsi" w:hAnsiTheme="majorHAnsi" w:cstheme="majorHAnsi"/>
        </w:rPr>
        <w:t>u</w:t>
      </w:r>
      <w:r w:rsidR="00F7615C" w:rsidRPr="009210F4">
        <w:rPr>
          <w:rFonts w:asciiTheme="majorHAnsi" w:hAnsiTheme="majorHAnsi" w:cstheme="majorHAnsi"/>
        </w:rPr>
        <w:t xml:space="preserve">m </w:t>
      </w:r>
      <w:r w:rsidRPr="009210F4">
        <w:rPr>
          <w:rFonts w:asciiTheme="majorHAnsi" w:hAnsiTheme="majorHAnsi" w:cstheme="majorHAnsi"/>
        </w:rPr>
        <w:t>{laughter}</w:t>
      </w:r>
    </w:p>
    <w:p w14:paraId="4C437053" w14:textId="77777777" w:rsidR="00734EB0" w:rsidRDefault="00734EB0" w:rsidP="009210F4">
      <w:pPr>
        <w:pStyle w:val="NoSpacing"/>
        <w:rPr>
          <w:rFonts w:asciiTheme="majorHAnsi" w:hAnsiTheme="majorHAnsi" w:cstheme="majorHAnsi"/>
        </w:rPr>
      </w:pPr>
    </w:p>
    <w:p w14:paraId="2C740DD2" w14:textId="04BFC70A" w:rsidR="0066038A" w:rsidRPr="009210F4" w:rsidRDefault="00820759" w:rsidP="009210F4">
      <w:pPr>
        <w:pStyle w:val="NoSpacing"/>
        <w:rPr>
          <w:rFonts w:asciiTheme="majorHAnsi" w:hAnsiTheme="majorHAnsi" w:cstheme="majorHAnsi"/>
        </w:rPr>
      </w:pPr>
      <w:r w:rsidRPr="009210F4">
        <w:rPr>
          <w:rFonts w:asciiTheme="majorHAnsi" w:hAnsiTheme="majorHAnsi" w:cstheme="majorHAnsi"/>
        </w:rPr>
        <w:t>Kimmy:</w:t>
      </w:r>
      <w:r w:rsidR="0066038A" w:rsidRPr="009210F4">
        <w:rPr>
          <w:rFonts w:asciiTheme="majorHAnsi" w:hAnsiTheme="majorHAnsi" w:cstheme="majorHAnsi"/>
        </w:rPr>
        <w:t xml:space="preserve"> That was such a bad </w:t>
      </w:r>
      <w:r w:rsidR="009210F4" w:rsidRPr="009210F4">
        <w:rPr>
          <w:rFonts w:asciiTheme="majorHAnsi" w:hAnsiTheme="majorHAnsi" w:cstheme="majorHAnsi"/>
        </w:rPr>
        <w:t>joke</w:t>
      </w:r>
      <w:r w:rsidR="00D23E9C" w:rsidRPr="009210F4">
        <w:rPr>
          <w:rFonts w:asciiTheme="majorHAnsi" w:hAnsiTheme="majorHAnsi" w:cstheme="majorHAnsi"/>
        </w:rPr>
        <w:t xml:space="preserve"> </w:t>
      </w:r>
      <w:r w:rsidR="0030708A" w:rsidRPr="009210F4">
        <w:rPr>
          <w:rFonts w:asciiTheme="majorHAnsi" w:hAnsiTheme="majorHAnsi" w:cstheme="majorHAnsi"/>
        </w:rPr>
        <w:t xml:space="preserve">{laughter} </w:t>
      </w:r>
    </w:p>
    <w:p w14:paraId="6CEE2F27" w14:textId="77777777" w:rsidR="00734EB0" w:rsidRDefault="00734EB0" w:rsidP="009210F4">
      <w:pPr>
        <w:pStyle w:val="NoSpacing"/>
        <w:rPr>
          <w:rFonts w:asciiTheme="majorHAnsi" w:hAnsiTheme="majorHAnsi" w:cstheme="majorHAnsi"/>
        </w:rPr>
      </w:pPr>
    </w:p>
    <w:p w14:paraId="11A8CD62" w14:textId="5238ED23" w:rsidR="0030708A" w:rsidRPr="009210F4" w:rsidRDefault="0030708A" w:rsidP="009210F4">
      <w:pPr>
        <w:pStyle w:val="NoSpacing"/>
        <w:rPr>
          <w:rFonts w:asciiTheme="majorHAnsi" w:hAnsiTheme="majorHAnsi" w:cstheme="majorHAnsi"/>
        </w:rPr>
      </w:pPr>
      <w:r w:rsidRPr="009210F4">
        <w:rPr>
          <w:rFonts w:asciiTheme="majorHAnsi" w:hAnsiTheme="majorHAnsi" w:cstheme="majorHAnsi"/>
        </w:rPr>
        <w:t xml:space="preserve">Daisy: </w:t>
      </w:r>
    </w:p>
    <w:p w14:paraId="52175E23" w14:textId="073B2880"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All right</w:t>
      </w:r>
      <w:r w:rsidR="0030708A" w:rsidRPr="009210F4">
        <w:rPr>
          <w:rFonts w:asciiTheme="majorHAnsi" w:hAnsiTheme="majorHAnsi" w:cstheme="majorHAnsi"/>
        </w:rPr>
        <w:t>, ta da.</w:t>
      </w:r>
      <w:r w:rsidR="00D23E9C" w:rsidRPr="009210F4">
        <w:rPr>
          <w:rFonts w:asciiTheme="majorHAnsi" w:hAnsiTheme="majorHAnsi" w:cstheme="majorHAnsi"/>
        </w:rPr>
        <w:t xml:space="preserve"> </w:t>
      </w:r>
      <w:r w:rsidRPr="009210F4">
        <w:rPr>
          <w:rFonts w:asciiTheme="majorHAnsi" w:hAnsiTheme="majorHAnsi" w:cstheme="majorHAnsi"/>
        </w:rPr>
        <w:t xml:space="preserve">I don't know how I end this. </w:t>
      </w:r>
      <w:proofErr w:type="gramStart"/>
      <w:r w:rsidR="0030708A" w:rsidRPr="009210F4">
        <w:rPr>
          <w:rFonts w:asciiTheme="majorHAnsi" w:hAnsiTheme="majorHAnsi" w:cstheme="majorHAnsi"/>
        </w:rPr>
        <w:t>Oh</w:t>
      </w:r>
      <w:proofErr w:type="gramEnd"/>
      <w:r w:rsidR="0030708A" w:rsidRPr="009210F4">
        <w:rPr>
          <w:rFonts w:asciiTheme="majorHAnsi" w:hAnsiTheme="majorHAnsi" w:cstheme="majorHAnsi"/>
        </w:rPr>
        <w:t xml:space="preserve"> hang on, s</w:t>
      </w:r>
      <w:r w:rsidRPr="009210F4">
        <w:rPr>
          <w:rFonts w:asciiTheme="majorHAnsi" w:hAnsiTheme="majorHAnsi" w:cstheme="majorHAnsi"/>
        </w:rPr>
        <w:t>o he did die, but we don't know how.</w:t>
      </w:r>
    </w:p>
    <w:p w14:paraId="2410DCA1" w14:textId="77777777" w:rsidR="00734EB0" w:rsidRDefault="00734EB0" w:rsidP="009210F4">
      <w:pPr>
        <w:pStyle w:val="NoSpacing"/>
        <w:rPr>
          <w:rFonts w:asciiTheme="majorHAnsi" w:hAnsiTheme="majorHAnsi" w:cstheme="majorHAnsi"/>
        </w:rPr>
      </w:pPr>
    </w:p>
    <w:p w14:paraId="202FD626" w14:textId="2D940F04" w:rsidR="00EF7EDC" w:rsidRPr="009210F4" w:rsidRDefault="00820759" w:rsidP="009210F4">
      <w:pPr>
        <w:pStyle w:val="NoSpacing"/>
        <w:rPr>
          <w:rFonts w:asciiTheme="majorHAnsi" w:hAnsiTheme="majorHAnsi" w:cstheme="majorHAnsi"/>
        </w:rPr>
      </w:pPr>
      <w:r w:rsidRPr="009210F4">
        <w:rPr>
          <w:rFonts w:asciiTheme="majorHAnsi" w:hAnsiTheme="majorHAnsi" w:cstheme="majorHAnsi"/>
        </w:rPr>
        <w:t>Kimmy:</w:t>
      </w:r>
      <w:r w:rsidR="00EF7EDC" w:rsidRPr="009210F4">
        <w:rPr>
          <w:rFonts w:asciiTheme="majorHAnsi" w:hAnsiTheme="majorHAnsi" w:cstheme="majorHAnsi"/>
        </w:rPr>
        <w:t xml:space="preserve"> oh wow </w:t>
      </w:r>
    </w:p>
    <w:p w14:paraId="6583588D" w14:textId="77777777" w:rsidR="00991E93" w:rsidRPr="009210F4" w:rsidRDefault="00991E93" w:rsidP="009210F4">
      <w:pPr>
        <w:pStyle w:val="NoSpacing"/>
        <w:rPr>
          <w:rFonts w:asciiTheme="majorHAnsi" w:hAnsiTheme="majorHAnsi" w:cstheme="majorHAnsi"/>
        </w:rPr>
      </w:pPr>
    </w:p>
    <w:p w14:paraId="7AE91261" w14:textId="63F3844F"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Lucy</w:t>
      </w:r>
      <w:r w:rsidR="00D23E9C" w:rsidRPr="009210F4">
        <w:rPr>
          <w:rFonts w:asciiTheme="majorHAnsi" w:hAnsiTheme="majorHAnsi" w:cstheme="majorHAnsi"/>
        </w:rPr>
        <w:t xml:space="preserve"> </w:t>
      </w:r>
      <w:r w:rsidRPr="009210F4">
        <w:rPr>
          <w:rFonts w:asciiTheme="majorHAnsi" w:hAnsiTheme="majorHAnsi" w:cstheme="majorHAnsi"/>
        </w:rPr>
        <w:t>1:08:02</w:t>
      </w:r>
    </w:p>
    <w:p w14:paraId="23E05DFF" w14:textId="7E9BF853" w:rsidR="00EF7EDC" w:rsidRPr="009210F4" w:rsidRDefault="0030708A" w:rsidP="009210F4">
      <w:pPr>
        <w:pStyle w:val="NoSpacing"/>
        <w:rPr>
          <w:rFonts w:asciiTheme="majorHAnsi" w:hAnsiTheme="majorHAnsi" w:cstheme="majorHAnsi"/>
        </w:rPr>
      </w:pPr>
      <w:r w:rsidRPr="009210F4">
        <w:rPr>
          <w:rFonts w:asciiTheme="majorHAnsi" w:hAnsiTheme="majorHAnsi" w:cstheme="majorHAnsi"/>
        </w:rPr>
        <w:t>h</w:t>
      </w:r>
      <w:r w:rsidR="00F7615C" w:rsidRPr="009210F4">
        <w:rPr>
          <w:rFonts w:asciiTheme="majorHAnsi" w:hAnsiTheme="majorHAnsi" w:cstheme="majorHAnsi"/>
        </w:rPr>
        <w:t>ow old</w:t>
      </w:r>
      <w:r w:rsidRPr="009210F4">
        <w:rPr>
          <w:rFonts w:asciiTheme="majorHAnsi" w:hAnsiTheme="majorHAnsi" w:cstheme="majorHAnsi"/>
        </w:rPr>
        <w:t xml:space="preserve"> </w:t>
      </w:r>
      <w:r w:rsidR="00734EB0">
        <w:rPr>
          <w:rFonts w:asciiTheme="majorHAnsi" w:hAnsiTheme="majorHAnsi" w:cstheme="majorHAnsi"/>
        </w:rPr>
        <w:t>w</w:t>
      </w:r>
      <w:r w:rsidR="00F7615C" w:rsidRPr="009210F4">
        <w:rPr>
          <w:rFonts w:asciiTheme="majorHAnsi" w:hAnsiTheme="majorHAnsi" w:cstheme="majorHAnsi"/>
        </w:rPr>
        <w:t xml:space="preserve">as he when he died? </w:t>
      </w:r>
    </w:p>
    <w:p w14:paraId="589860DD" w14:textId="77777777" w:rsidR="00734EB0" w:rsidRDefault="00734EB0" w:rsidP="009210F4">
      <w:pPr>
        <w:pStyle w:val="NoSpacing"/>
        <w:rPr>
          <w:rFonts w:asciiTheme="majorHAnsi" w:hAnsiTheme="majorHAnsi" w:cstheme="majorHAnsi"/>
        </w:rPr>
      </w:pPr>
    </w:p>
    <w:p w14:paraId="4B387F1A" w14:textId="35ECCD9A" w:rsidR="00EF7EDC" w:rsidRPr="009210F4" w:rsidRDefault="00EF7EDC" w:rsidP="009210F4">
      <w:pPr>
        <w:pStyle w:val="NoSpacing"/>
        <w:rPr>
          <w:rFonts w:asciiTheme="majorHAnsi" w:hAnsiTheme="majorHAnsi" w:cstheme="majorHAnsi"/>
        </w:rPr>
      </w:pPr>
      <w:r w:rsidRPr="009210F4">
        <w:rPr>
          <w:rFonts w:asciiTheme="majorHAnsi" w:hAnsiTheme="majorHAnsi" w:cstheme="majorHAnsi"/>
        </w:rPr>
        <w:t xml:space="preserve">Daisy: Don’t know </w:t>
      </w:r>
    </w:p>
    <w:p w14:paraId="5018A1B8" w14:textId="77777777" w:rsidR="00734EB0" w:rsidRDefault="00734EB0" w:rsidP="009210F4">
      <w:pPr>
        <w:pStyle w:val="NoSpacing"/>
        <w:rPr>
          <w:rFonts w:asciiTheme="majorHAnsi" w:hAnsiTheme="majorHAnsi" w:cstheme="majorHAnsi"/>
        </w:rPr>
      </w:pPr>
    </w:p>
    <w:p w14:paraId="5C8C5348" w14:textId="40928582" w:rsidR="00EF7EDC" w:rsidRPr="009210F4" w:rsidRDefault="00EF7EDC" w:rsidP="009210F4">
      <w:pPr>
        <w:pStyle w:val="NoSpacing"/>
        <w:rPr>
          <w:rFonts w:asciiTheme="majorHAnsi" w:hAnsiTheme="majorHAnsi" w:cstheme="majorHAnsi"/>
        </w:rPr>
      </w:pPr>
      <w:r w:rsidRPr="009210F4">
        <w:rPr>
          <w:rFonts w:asciiTheme="majorHAnsi" w:hAnsiTheme="majorHAnsi" w:cstheme="majorHAnsi"/>
        </w:rPr>
        <w:t xml:space="preserve">Lucy: </w:t>
      </w:r>
      <w:r w:rsidR="00A72993" w:rsidRPr="009210F4">
        <w:rPr>
          <w:rFonts w:asciiTheme="majorHAnsi" w:hAnsiTheme="majorHAnsi" w:cstheme="majorHAnsi"/>
        </w:rPr>
        <w:t>OK</w:t>
      </w:r>
      <w:r w:rsidRPr="009210F4">
        <w:rPr>
          <w:rFonts w:asciiTheme="majorHAnsi" w:hAnsiTheme="majorHAnsi" w:cstheme="majorHAnsi"/>
        </w:rPr>
        <w:t xml:space="preserve"> {laughter}</w:t>
      </w:r>
      <w:r w:rsidR="00F7615C" w:rsidRPr="009210F4">
        <w:rPr>
          <w:rFonts w:asciiTheme="majorHAnsi" w:hAnsiTheme="majorHAnsi" w:cstheme="majorHAnsi"/>
        </w:rPr>
        <w:t xml:space="preserve"> </w:t>
      </w:r>
    </w:p>
    <w:p w14:paraId="2B847F91" w14:textId="77777777" w:rsidR="00734EB0" w:rsidRDefault="00734EB0" w:rsidP="009210F4">
      <w:pPr>
        <w:pStyle w:val="NoSpacing"/>
        <w:rPr>
          <w:rFonts w:asciiTheme="majorHAnsi" w:hAnsiTheme="majorHAnsi" w:cstheme="majorHAnsi"/>
        </w:rPr>
      </w:pPr>
    </w:p>
    <w:p w14:paraId="4F4F01C8" w14:textId="5C00F359" w:rsidR="00EF7EDC" w:rsidRPr="009210F4" w:rsidRDefault="00EF7EDC" w:rsidP="009210F4">
      <w:pPr>
        <w:pStyle w:val="NoSpacing"/>
        <w:rPr>
          <w:rFonts w:asciiTheme="majorHAnsi" w:hAnsiTheme="majorHAnsi" w:cstheme="majorHAnsi"/>
        </w:rPr>
      </w:pPr>
      <w:r w:rsidRPr="009210F4">
        <w:rPr>
          <w:rFonts w:asciiTheme="majorHAnsi" w:hAnsiTheme="majorHAnsi" w:cstheme="majorHAnsi"/>
        </w:rPr>
        <w:t xml:space="preserve">Lucy: </w:t>
      </w:r>
      <w:r w:rsidR="00F7615C" w:rsidRPr="009210F4">
        <w:rPr>
          <w:rFonts w:asciiTheme="majorHAnsi" w:hAnsiTheme="majorHAnsi" w:cstheme="majorHAnsi"/>
        </w:rPr>
        <w:t>Where did he</w:t>
      </w:r>
      <w:r w:rsidRPr="009210F4">
        <w:rPr>
          <w:rFonts w:asciiTheme="majorHAnsi" w:hAnsiTheme="majorHAnsi" w:cstheme="majorHAnsi"/>
        </w:rPr>
        <w:t xml:space="preserve"> die?</w:t>
      </w:r>
    </w:p>
    <w:p w14:paraId="5173EE2D" w14:textId="77777777" w:rsidR="00734EB0" w:rsidRDefault="00734EB0" w:rsidP="009210F4">
      <w:pPr>
        <w:pStyle w:val="NoSpacing"/>
        <w:rPr>
          <w:rFonts w:asciiTheme="majorHAnsi" w:hAnsiTheme="majorHAnsi" w:cstheme="majorHAnsi"/>
        </w:rPr>
      </w:pPr>
    </w:p>
    <w:p w14:paraId="172CBA7C" w14:textId="151E962D" w:rsidR="00EF7EDC" w:rsidRPr="009210F4" w:rsidRDefault="00EF7EDC" w:rsidP="009210F4">
      <w:pPr>
        <w:pStyle w:val="NoSpacing"/>
        <w:rPr>
          <w:rFonts w:asciiTheme="majorHAnsi" w:hAnsiTheme="majorHAnsi" w:cstheme="majorHAnsi"/>
        </w:rPr>
      </w:pPr>
      <w:r w:rsidRPr="009210F4">
        <w:rPr>
          <w:rFonts w:asciiTheme="majorHAnsi" w:hAnsiTheme="majorHAnsi" w:cstheme="majorHAnsi"/>
        </w:rPr>
        <w:t>Daisy:</w:t>
      </w:r>
      <w:r w:rsidR="00D23E9C" w:rsidRPr="009210F4">
        <w:rPr>
          <w:rFonts w:asciiTheme="majorHAnsi" w:hAnsiTheme="majorHAnsi" w:cstheme="majorHAnsi"/>
        </w:rPr>
        <w:t xml:space="preserve"> </w:t>
      </w:r>
      <w:r w:rsidR="00F7615C" w:rsidRPr="009210F4">
        <w:rPr>
          <w:rFonts w:asciiTheme="majorHAnsi" w:hAnsiTheme="majorHAnsi" w:cstheme="majorHAnsi"/>
        </w:rPr>
        <w:t xml:space="preserve">not sure. </w:t>
      </w:r>
    </w:p>
    <w:p w14:paraId="5CEF8F4F" w14:textId="77777777" w:rsidR="00755863" w:rsidRDefault="00755863" w:rsidP="009210F4">
      <w:pPr>
        <w:pStyle w:val="NoSpacing"/>
        <w:rPr>
          <w:rFonts w:asciiTheme="majorHAnsi" w:hAnsiTheme="majorHAnsi" w:cstheme="majorHAnsi"/>
        </w:rPr>
      </w:pPr>
    </w:p>
    <w:p w14:paraId="704738B5" w14:textId="6D59AA0E" w:rsidR="00EF7EDC" w:rsidRPr="009210F4" w:rsidRDefault="00EF7EDC" w:rsidP="009210F4">
      <w:pPr>
        <w:pStyle w:val="NoSpacing"/>
        <w:rPr>
          <w:rFonts w:asciiTheme="majorHAnsi" w:hAnsiTheme="majorHAnsi" w:cstheme="majorHAnsi"/>
        </w:rPr>
      </w:pPr>
      <w:r w:rsidRPr="009210F4">
        <w:rPr>
          <w:rFonts w:asciiTheme="majorHAnsi" w:hAnsiTheme="majorHAnsi" w:cstheme="majorHAnsi"/>
        </w:rPr>
        <w:t xml:space="preserve">Lucy: </w:t>
      </w:r>
      <w:r w:rsidR="00F7615C" w:rsidRPr="009210F4">
        <w:rPr>
          <w:rFonts w:asciiTheme="majorHAnsi" w:hAnsiTheme="majorHAnsi" w:cstheme="majorHAnsi"/>
        </w:rPr>
        <w:t>So</w:t>
      </w:r>
      <w:r w:rsidR="00755863">
        <w:rPr>
          <w:rFonts w:asciiTheme="majorHAnsi" w:hAnsiTheme="majorHAnsi" w:cstheme="majorHAnsi"/>
        </w:rPr>
        <w:t>,</w:t>
      </w:r>
      <w:r w:rsidR="00F7615C" w:rsidRPr="009210F4">
        <w:rPr>
          <w:rFonts w:asciiTheme="majorHAnsi" w:hAnsiTheme="majorHAnsi" w:cstheme="majorHAnsi"/>
        </w:rPr>
        <w:t xml:space="preserve"> we just know that he's dead. He's dead. Are we here with them? Well, </w:t>
      </w:r>
    </w:p>
    <w:p w14:paraId="0ED6D2CB" w14:textId="77777777" w:rsidR="00755863" w:rsidRDefault="00755863" w:rsidP="009210F4">
      <w:pPr>
        <w:pStyle w:val="NoSpacing"/>
        <w:rPr>
          <w:rFonts w:asciiTheme="majorHAnsi" w:hAnsiTheme="majorHAnsi" w:cstheme="majorHAnsi"/>
        </w:rPr>
      </w:pPr>
    </w:p>
    <w:p w14:paraId="12BC4B29" w14:textId="23DDCB8E" w:rsidR="00EF7EDC" w:rsidRPr="009210F4" w:rsidRDefault="00EF7EDC" w:rsidP="009210F4">
      <w:pPr>
        <w:pStyle w:val="NoSpacing"/>
        <w:rPr>
          <w:rFonts w:asciiTheme="majorHAnsi" w:hAnsiTheme="majorHAnsi" w:cstheme="majorHAnsi"/>
        </w:rPr>
      </w:pPr>
      <w:r w:rsidRPr="009210F4">
        <w:rPr>
          <w:rFonts w:asciiTheme="majorHAnsi" w:hAnsiTheme="majorHAnsi" w:cstheme="majorHAnsi"/>
        </w:rPr>
        <w:t>Daisy: He’s dead</w:t>
      </w:r>
    </w:p>
    <w:p w14:paraId="4C7EF35B" w14:textId="77777777" w:rsidR="00755863" w:rsidRDefault="00755863" w:rsidP="009210F4">
      <w:pPr>
        <w:pStyle w:val="NoSpacing"/>
        <w:rPr>
          <w:rFonts w:asciiTheme="majorHAnsi" w:hAnsiTheme="majorHAnsi" w:cstheme="majorHAnsi"/>
        </w:rPr>
      </w:pPr>
    </w:p>
    <w:p w14:paraId="0FA376A5" w14:textId="62615ECE" w:rsidR="00EF7EDC" w:rsidRPr="009210F4" w:rsidRDefault="00EF7EDC" w:rsidP="009210F4">
      <w:pPr>
        <w:pStyle w:val="NoSpacing"/>
        <w:rPr>
          <w:rFonts w:asciiTheme="majorHAnsi" w:hAnsiTheme="majorHAnsi" w:cstheme="majorHAnsi"/>
        </w:rPr>
      </w:pPr>
      <w:r w:rsidRPr="009210F4">
        <w:rPr>
          <w:rFonts w:asciiTheme="majorHAnsi" w:hAnsiTheme="majorHAnsi" w:cstheme="majorHAnsi"/>
        </w:rPr>
        <w:t xml:space="preserve">Lucy: Are we sure that he’s dead? </w:t>
      </w:r>
    </w:p>
    <w:p w14:paraId="77D44587" w14:textId="77777777" w:rsidR="00755863" w:rsidRDefault="00755863" w:rsidP="009210F4">
      <w:pPr>
        <w:pStyle w:val="NoSpacing"/>
        <w:rPr>
          <w:rFonts w:asciiTheme="majorHAnsi" w:hAnsiTheme="majorHAnsi" w:cstheme="majorHAnsi"/>
        </w:rPr>
      </w:pPr>
    </w:p>
    <w:p w14:paraId="0B074F38" w14:textId="3D4AC0D3" w:rsidR="00EF7EDC" w:rsidRPr="009210F4" w:rsidRDefault="00EF7EDC" w:rsidP="009210F4">
      <w:pPr>
        <w:pStyle w:val="NoSpacing"/>
        <w:rPr>
          <w:rFonts w:asciiTheme="majorHAnsi" w:hAnsiTheme="majorHAnsi" w:cstheme="majorHAnsi"/>
        </w:rPr>
      </w:pPr>
      <w:r w:rsidRPr="009210F4">
        <w:rPr>
          <w:rFonts w:asciiTheme="majorHAnsi" w:hAnsiTheme="majorHAnsi" w:cstheme="majorHAnsi"/>
        </w:rPr>
        <w:t xml:space="preserve">Daisy: Well, he was </w:t>
      </w:r>
      <w:r w:rsidR="00F7615C" w:rsidRPr="009210F4">
        <w:rPr>
          <w:rFonts w:asciiTheme="majorHAnsi" w:hAnsiTheme="majorHAnsi" w:cstheme="majorHAnsi"/>
        </w:rPr>
        <w:t>born</w:t>
      </w:r>
      <w:r w:rsidRPr="009210F4">
        <w:rPr>
          <w:rFonts w:asciiTheme="majorHAnsi" w:hAnsiTheme="majorHAnsi" w:cstheme="majorHAnsi"/>
        </w:rPr>
        <w:t xml:space="preserve"> in the 13</w:t>
      </w:r>
      <w:r w:rsidRPr="009210F4">
        <w:rPr>
          <w:rFonts w:asciiTheme="majorHAnsi" w:hAnsiTheme="majorHAnsi" w:cstheme="majorHAnsi"/>
          <w:vertAlign w:val="superscript"/>
        </w:rPr>
        <w:t>th</w:t>
      </w:r>
      <w:r w:rsidRPr="009210F4">
        <w:rPr>
          <w:rFonts w:asciiTheme="majorHAnsi" w:hAnsiTheme="majorHAnsi" w:cstheme="majorHAnsi"/>
        </w:rPr>
        <w:t xml:space="preserve"> century so I hope so </w:t>
      </w:r>
    </w:p>
    <w:p w14:paraId="2907E6C8" w14:textId="77777777" w:rsidR="00755863" w:rsidRDefault="00755863" w:rsidP="009210F4">
      <w:pPr>
        <w:pStyle w:val="NoSpacing"/>
        <w:rPr>
          <w:rFonts w:asciiTheme="majorHAnsi" w:hAnsiTheme="majorHAnsi" w:cstheme="majorHAnsi"/>
        </w:rPr>
      </w:pPr>
    </w:p>
    <w:p w14:paraId="5A73086D" w14:textId="257C34F2" w:rsidR="00991E93" w:rsidRPr="009210F4" w:rsidRDefault="00EF7EDC" w:rsidP="009210F4">
      <w:pPr>
        <w:pStyle w:val="NoSpacing"/>
        <w:rPr>
          <w:rFonts w:asciiTheme="majorHAnsi" w:hAnsiTheme="majorHAnsi" w:cstheme="majorHAnsi"/>
        </w:rPr>
      </w:pPr>
      <w:r w:rsidRPr="009210F4">
        <w:rPr>
          <w:rFonts w:asciiTheme="majorHAnsi" w:hAnsiTheme="majorHAnsi" w:cstheme="majorHAnsi"/>
        </w:rPr>
        <w:t xml:space="preserve">Lucy: </w:t>
      </w:r>
      <w:r w:rsidR="00A72993" w:rsidRPr="009210F4">
        <w:rPr>
          <w:rFonts w:asciiTheme="majorHAnsi" w:hAnsiTheme="majorHAnsi" w:cstheme="majorHAnsi"/>
        </w:rPr>
        <w:t>OK</w:t>
      </w:r>
      <w:r w:rsidRPr="009210F4">
        <w:rPr>
          <w:rFonts w:asciiTheme="majorHAnsi" w:hAnsiTheme="majorHAnsi" w:cstheme="majorHAnsi"/>
        </w:rPr>
        <w:t>, yeah</w:t>
      </w:r>
      <w:r w:rsidR="00D23E9C" w:rsidRPr="009210F4">
        <w:rPr>
          <w:rFonts w:asciiTheme="majorHAnsi" w:hAnsiTheme="majorHAnsi" w:cstheme="majorHAnsi"/>
        </w:rPr>
        <w:t xml:space="preserve"> </w:t>
      </w:r>
    </w:p>
    <w:p w14:paraId="0A171ABD" w14:textId="77777777" w:rsidR="00991E93" w:rsidRPr="009210F4" w:rsidRDefault="00991E93" w:rsidP="009210F4">
      <w:pPr>
        <w:pStyle w:val="NoSpacing"/>
        <w:rPr>
          <w:rFonts w:asciiTheme="majorHAnsi" w:hAnsiTheme="majorHAnsi" w:cstheme="majorHAnsi"/>
        </w:rPr>
      </w:pPr>
    </w:p>
    <w:p w14:paraId="3C7DF3DF" w14:textId="2099DA54" w:rsidR="00EF7EDC" w:rsidRPr="009210F4" w:rsidRDefault="00F7615C" w:rsidP="009210F4">
      <w:pPr>
        <w:pStyle w:val="NoSpacing"/>
        <w:rPr>
          <w:rFonts w:asciiTheme="majorHAnsi" w:hAnsiTheme="majorHAnsi" w:cstheme="majorHAnsi"/>
        </w:rPr>
      </w:pPr>
      <w:r w:rsidRPr="009210F4">
        <w:rPr>
          <w:rFonts w:asciiTheme="majorHAnsi" w:hAnsiTheme="majorHAnsi" w:cstheme="majorHAnsi"/>
        </w:rPr>
        <w:t>Alice</w:t>
      </w:r>
      <w:r w:rsidR="00D23E9C" w:rsidRPr="009210F4">
        <w:rPr>
          <w:rFonts w:asciiTheme="majorHAnsi" w:hAnsiTheme="majorHAnsi" w:cstheme="majorHAnsi"/>
        </w:rPr>
        <w:t xml:space="preserve"> </w:t>
      </w:r>
      <w:r w:rsidRPr="009210F4">
        <w:rPr>
          <w:rFonts w:asciiTheme="majorHAnsi" w:hAnsiTheme="majorHAnsi" w:cstheme="majorHAnsi"/>
        </w:rPr>
        <w:t>1:08:19</w:t>
      </w:r>
    </w:p>
    <w:p w14:paraId="7FE05920" w14:textId="32A33F19" w:rsidR="00991E93" w:rsidRPr="009210F4" w:rsidRDefault="00EF7EDC" w:rsidP="009210F4">
      <w:pPr>
        <w:pStyle w:val="NoSpacing"/>
        <w:rPr>
          <w:rFonts w:asciiTheme="majorHAnsi" w:hAnsiTheme="majorHAnsi" w:cstheme="majorHAnsi"/>
        </w:rPr>
      </w:pPr>
      <w:r w:rsidRPr="009210F4">
        <w:rPr>
          <w:rFonts w:asciiTheme="majorHAnsi" w:hAnsiTheme="majorHAnsi" w:cstheme="majorHAnsi"/>
        </w:rPr>
        <w:t>Does he have like a f</w:t>
      </w:r>
      <w:r w:rsidR="00F7615C" w:rsidRPr="009210F4">
        <w:rPr>
          <w:rFonts w:asciiTheme="majorHAnsi" w:hAnsiTheme="majorHAnsi" w:cstheme="majorHAnsi"/>
        </w:rPr>
        <w:t xml:space="preserve">ancy tomb anywhere or anything? </w:t>
      </w:r>
    </w:p>
    <w:p w14:paraId="776381C4" w14:textId="77777777" w:rsidR="00755863" w:rsidRDefault="00755863" w:rsidP="009210F4">
      <w:pPr>
        <w:pStyle w:val="NoSpacing"/>
        <w:rPr>
          <w:rFonts w:asciiTheme="majorHAnsi" w:hAnsiTheme="majorHAnsi" w:cstheme="majorHAnsi"/>
        </w:rPr>
      </w:pPr>
    </w:p>
    <w:p w14:paraId="5CC82206" w14:textId="2F2D4958"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Daisy</w:t>
      </w:r>
      <w:r w:rsidR="00D23E9C" w:rsidRPr="009210F4">
        <w:rPr>
          <w:rFonts w:asciiTheme="majorHAnsi" w:hAnsiTheme="majorHAnsi" w:cstheme="majorHAnsi"/>
        </w:rPr>
        <w:t xml:space="preserve"> </w:t>
      </w:r>
      <w:r w:rsidRPr="009210F4">
        <w:rPr>
          <w:rFonts w:asciiTheme="majorHAnsi" w:hAnsiTheme="majorHAnsi" w:cstheme="majorHAnsi"/>
        </w:rPr>
        <w:t>1:08:25</w:t>
      </w:r>
    </w:p>
    <w:p w14:paraId="4AC18FF5" w14:textId="77777777" w:rsidR="00336914" w:rsidRPr="009210F4" w:rsidRDefault="00EF7EDC" w:rsidP="009210F4">
      <w:pPr>
        <w:pStyle w:val="NoSpacing"/>
        <w:rPr>
          <w:rFonts w:asciiTheme="majorHAnsi" w:hAnsiTheme="majorHAnsi" w:cstheme="majorHAnsi"/>
        </w:rPr>
      </w:pPr>
      <w:r w:rsidRPr="009210F4">
        <w:rPr>
          <w:rFonts w:asciiTheme="majorHAnsi" w:hAnsiTheme="majorHAnsi" w:cstheme="majorHAnsi"/>
        </w:rPr>
        <w:t>No, v</w:t>
      </w:r>
      <w:r w:rsidR="00F7615C" w:rsidRPr="009210F4">
        <w:rPr>
          <w:rFonts w:asciiTheme="majorHAnsi" w:hAnsiTheme="majorHAnsi" w:cstheme="majorHAnsi"/>
        </w:rPr>
        <w:t>ery specifically not. It's</w:t>
      </w:r>
      <w:r w:rsidRPr="009210F4">
        <w:rPr>
          <w:rFonts w:asciiTheme="majorHAnsi" w:hAnsiTheme="majorHAnsi" w:cstheme="majorHAnsi"/>
        </w:rPr>
        <w:t>,</w:t>
      </w:r>
      <w:r w:rsidR="00F7615C" w:rsidRPr="009210F4">
        <w:rPr>
          <w:rFonts w:asciiTheme="majorHAnsi" w:hAnsiTheme="majorHAnsi" w:cstheme="majorHAnsi"/>
        </w:rPr>
        <w:t xml:space="preserve"> the tradition in that particular culture was that there is no locator of the graves of </w:t>
      </w:r>
      <w:r w:rsidR="00336914" w:rsidRPr="009210F4">
        <w:rPr>
          <w:rFonts w:asciiTheme="majorHAnsi" w:hAnsiTheme="majorHAnsi" w:cstheme="majorHAnsi"/>
        </w:rPr>
        <w:t xml:space="preserve">their kings </w:t>
      </w:r>
    </w:p>
    <w:p w14:paraId="3703876D" w14:textId="77777777" w:rsidR="00755863" w:rsidRDefault="00755863" w:rsidP="009210F4">
      <w:pPr>
        <w:pStyle w:val="NoSpacing"/>
        <w:rPr>
          <w:rFonts w:asciiTheme="majorHAnsi" w:hAnsiTheme="majorHAnsi" w:cstheme="majorHAnsi"/>
        </w:rPr>
      </w:pPr>
    </w:p>
    <w:p w14:paraId="75C85572" w14:textId="3F764360" w:rsidR="00991E93" w:rsidRPr="009210F4" w:rsidRDefault="00336914" w:rsidP="009210F4">
      <w:pPr>
        <w:pStyle w:val="NoSpacing"/>
        <w:rPr>
          <w:rFonts w:asciiTheme="majorHAnsi" w:hAnsiTheme="majorHAnsi" w:cstheme="majorHAnsi"/>
        </w:rPr>
      </w:pPr>
      <w:r w:rsidRPr="009210F4">
        <w:rPr>
          <w:rFonts w:asciiTheme="majorHAnsi" w:hAnsiTheme="majorHAnsi" w:cstheme="majorHAnsi"/>
        </w:rPr>
        <w:t xml:space="preserve">Alice: </w:t>
      </w:r>
      <w:r w:rsidR="00F7615C" w:rsidRPr="009210F4">
        <w:rPr>
          <w:rFonts w:asciiTheme="majorHAnsi" w:hAnsiTheme="majorHAnsi" w:cstheme="majorHAnsi"/>
        </w:rPr>
        <w:t xml:space="preserve">Oh, wow. </w:t>
      </w:r>
    </w:p>
    <w:p w14:paraId="4F1ECC7D" w14:textId="77777777" w:rsidR="00755863" w:rsidRDefault="00755863" w:rsidP="009210F4">
      <w:pPr>
        <w:pStyle w:val="NoSpacing"/>
        <w:rPr>
          <w:rFonts w:asciiTheme="majorHAnsi" w:hAnsiTheme="majorHAnsi" w:cstheme="majorHAnsi"/>
        </w:rPr>
      </w:pPr>
    </w:p>
    <w:p w14:paraId="2182ECE1" w14:textId="6B97B4EB" w:rsidR="00991E93" w:rsidRPr="009210F4" w:rsidRDefault="00820759" w:rsidP="009210F4">
      <w:pPr>
        <w:pStyle w:val="NoSpacing"/>
        <w:rPr>
          <w:rFonts w:asciiTheme="majorHAnsi" w:hAnsiTheme="majorHAnsi" w:cstheme="majorHAnsi"/>
        </w:rPr>
      </w:pPr>
      <w:r w:rsidRPr="009210F4">
        <w:rPr>
          <w:rFonts w:asciiTheme="majorHAnsi" w:hAnsiTheme="majorHAnsi" w:cstheme="majorHAnsi"/>
        </w:rPr>
        <w:t xml:space="preserve">Kimmy </w:t>
      </w:r>
      <w:r w:rsidR="00F7615C" w:rsidRPr="009210F4">
        <w:rPr>
          <w:rFonts w:asciiTheme="majorHAnsi" w:hAnsiTheme="majorHAnsi" w:cstheme="majorHAnsi"/>
        </w:rPr>
        <w:t>1:08:40</w:t>
      </w:r>
    </w:p>
    <w:p w14:paraId="36C62DF5" w14:textId="663CA385" w:rsidR="00991E93" w:rsidRPr="009210F4" w:rsidRDefault="00336914" w:rsidP="009210F4">
      <w:pPr>
        <w:pStyle w:val="NoSpacing"/>
        <w:rPr>
          <w:rFonts w:asciiTheme="majorHAnsi" w:hAnsiTheme="majorHAnsi" w:cstheme="majorHAnsi"/>
        </w:rPr>
      </w:pPr>
      <w:r w:rsidRPr="009210F4">
        <w:rPr>
          <w:rFonts w:asciiTheme="majorHAnsi" w:hAnsiTheme="majorHAnsi" w:cstheme="majorHAnsi"/>
        </w:rPr>
        <w:t xml:space="preserve">UNESCO knows but they’re just not saying something </w:t>
      </w:r>
    </w:p>
    <w:p w14:paraId="6BDDEF03" w14:textId="77777777" w:rsidR="00991E93" w:rsidRPr="009210F4" w:rsidRDefault="00991E93" w:rsidP="009210F4">
      <w:pPr>
        <w:pStyle w:val="NoSpacing"/>
        <w:rPr>
          <w:rFonts w:asciiTheme="majorHAnsi" w:hAnsiTheme="majorHAnsi" w:cstheme="majorHAnsi"/>
        </w:rPr>
      </w:pPr>
    </w:p>
    <w:p w14:paraId="3C272C38" w14:textId="00D6A2EC"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Lucy</w:t>
      </w:r>
      <w:r w:rsidR="00D23E9C" w:rsidRPr="009210F4">
        <w:rPr>
          <w:rFonts w:asciiTheme="majorHAnsi" w:hAnsiTheme="majorHAnsi" w:cstheme="majorHAnsi"/>
        </w:rPr>
        <w:t xml:space="preserve"> </w:t>
      </w:r>
      <w:r w:rsidRPr="009210F4">
        <w:rPr>
          <w:rFonts w:asciiTheme="majorHAnsi" w:hAnsiTheme="majorHAnsi" w:cstheme="majorHAnsi"/>
        </w:rPr>
        <w:t>1:08:41</w:t>
      </w:r>
    </w:p>
    <w:p w14:paraId="45D82A00" w14:textId="2BFBEBA8"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 xml:space="preserve">Yeah. </w:t>
      </w:r>
      <w:r w:rsidR="00755863" w:rsidRPr="009210F4">
        <w:rPr>
          <w:rFonts w:asciiTheme="majorHAnsi" w:hAnsiTheme="majorHAnsi" w:cstheme="majorHAnsi"/>
        </w:rPr>
        <w:t>basically,</w:t>
      </w:r>
      <w:r w:rsidRPr="009210F4">
        <w:rPr>
          <w:rFonts w:asciiTheme="majorHAnsi" w:hAnsiTheme="majorHAnsi" w:cstheme="majorHAnsi"/>
        </w:rPr>
        <w:t xml:space="preserve"> like a treasure hunt.</w:t>
      </w:r>
    </w:p>
    <w:p w14:paraId="10D00AAF" w14:textId="77777777" w:rsidR="00991E93" w:rsidRPr="009210F4" w:rsidRDefault="00991E93" w:rsidP="009210F4">
      <w:pPr>
        <w:pStyle w:val="NoSpacing"/>
        <w:rPr>
          <w:rFonts w:asciiTheme="majorHAnsi" w:hAnsiTheme="majorHAnsi" w:cstheme="majorHAnsi"/>
        </w:rPr>
      </w:pPr>
    </w:p>
    <w:p w14:paraId="18369665" w14:textId="1744E9EB"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Daisy</w:t>
      </w:r>
      <w:r w:rsidR="00D23E9C" w:rsidRPr="009210F4">
        <w:rPr>
          <w:rFonts w:asciiTheme="majorHAnsi" w:hAnsiTheme="majorHAnsi" w:cstheme="majorHAnsi"/>
        </w:rPr>
        <w:t xml:space="preserve"> </w:t>
      </w:r>
      <w:r w:rsidRPr="009210F4">
        <w:rPr>
          <w:rFonts w:asciiTheme="majorHAnsi" w:hAnsiTheme="majorHAnsi" w:cstheme="majorHAnsi"/>
        </w:rPr>
        <w:t>1:08:47</w:t>
      </w:r>
    </w:p>
    <w:p w14:paraId="01346ABA" w14:textId="77552BDF"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Yeah, it's just completely unmarked, and we're not really sure. So</w:t>
      </w:r>
      <w:r w:rsidR="00336914" w:rsidRPr="009210F4">
        <w:rPr>
          <w:rFonts w:asciiTheme="majorHAnsi" w:hAnsiTheme="majorHAnsi" w:cstheme="majorHAnsi"/>
        </w:rPr>
        <w:t>,</w:t>
      </w:r>
      <w:r w:rsidRPr="009210F4">
        <w:rPr>
          <w:rFonts w:asciiTheme="majorHAnsi" w:hAnsiTheme="majorHAnsi" w:cstheme="majorHAnsi"/>
        </w:rPr>
        <w:t xml:space="preserve"> people are assuming that he died sort of 1255 </w:t>
      </w:r>
      <w:r w:rsidR="00336914" w:rsidRPr="009210F4">
        <w:rPr>
          <w:rFonts w:asciiTheme="majorHAnsi" w:hAnsiTheme="majorHAnsi" w:cstheme="majorHAnsi"/>
        </w:rPr>
        <w:t>b</w:t>
      </w:r>
      <w:r w:rsidRPr="009210F4">
        <w:rPr>
          <w:rFonts w:asciiTheme="majorHAnsi" w:hAnsiTheme="majorHAnsi" w:cstheme="majorHAnsi"/>
        </w:rPr>
        <w:t>ut that's</w:t>
      </w:r>
      <w:r w:rsidR="00336914" w:rsidRPr="009210F4">
        <w:rPr>
          <w:rFonts w:asciiTheme="majorHAnsi" w:hAnsiTheme="majorHAnsi" w:cstheme="majorHAnsi"/>
        </w:rPr>
        <w:t>,</w:t>
      </w:r>
      <w:r w:rsidRPr="009210F4">
        <w:rPr>
          <w:rFonts w:asciiTheme="majorHAnsi" w:hAnsiTheme="majorHAnsi" w:cstheme="majorHAnsi"/>
        </w:rPr>
        <w:t xml:space="preserve"> no one was able to tell me why they came up with that as </w:t>
      </w:r>
      <w:r w:rsidR="00336914" w:rsidRPr="009210F4">
        <w:rPr>
          <w:rFonts w:asciiTheme="majorHAnsi" w:hAnsiTheme="majorHAnsi" w:cstheme="majorHAnsi"/>
        </w:rPr>
        <w:t xml:space="preserve">the </w:t>
      </w:r>
      <w:r w:rsidRPr="009210F4">
        <w:rPr>
          <w:rFonts w:asciiTheme="majorHAnsi" w:hAnsiTheme="majorHAnsi" w:cstheme="majorHAnsi"/>
        </w:rPr>
        <w:t xml:space="preserve">particular number. </w:t>
      </w:r>
      <w:r w:rsidR="00755863">
        <w:rPr>
          <w:rFonts w:asciiTheme="majorHAnsi" w:hAnsiTheme="majorHAnsi" w:cstheme="majorHAnsi"/>
        </w:rPr>
        <w:t>I</w:t>
      </w:r>
      <w:r w:rsidRPr="009210F4">
        <w:rPr>
          <w:rFonts w:asciiTheme="majorHAnsi" w:hAnsiTheme="majorHAnsi" w:cstheme="majorHAnsi"/>
        </w:rPr>
        <w:t xml:space="preserve">t was just kind of like, </w:t>
      </w:r>
      <w:r w:rsidR="00336914" w:rsidRPr="009210F4">
        <w:rPr>
          <w:rFonts w:asciiTheme="majorHAnsi" w:hAnsiTheme="majorHAnsi" w:cstheme="majorHAnsi"/>
        </w:rPr>
        <w:t>‘</w:t>
      </w:r>
      <w:r w:rsidRPr="009210F4">
        <w:rPr>
          <w:rFonts w:asciiTheme="majorHAnsi" w:hAnsiTheme="majorHAnsi" w:cstheme="majorHAnsi"/>
        </w:rPr>
        <w:t>yeah, we've just accepted that</w:t>
      </w:r>
      <w:r w:rsidR="00336914" w:rsidRPr="009210F4">
        <w:rPr>
          <w:rFonts w:asciiTheme="majorHAnsi" w:hAnsiTheme="majorHAnsi" w:cstheme="majorHAnsi"/>
        </w:rPr>
        <w:t xml:space="preserve"> i</w:t>
      </w:r>
      <w:r w:rsidRPr="009210F4">
        <w:rPr>
          <w:rFonts w:asciiTheme="majorHAnsi" w:hAnsiTheme="majorHAnsi" w:cstheme="majorHAnsi"/>
        </w:rPr>
        <w:t>t's then</w:t>
      </w:r>
      <w:r w:rsidR="00336914" w:rsidRPr="009210F4">
        <w:rPr>
          <w:rFonts w:asciiTheme="majorHAnsi" w:hAnsiTheme="majorHAnsi" w:cstheme="majorHAnsi"/>
        </w:rPr>
        <w:t>’</w:t>
      </w:r>
      <w:r w:rsidRPr="009210F4">
        <w:rPr>
          <w:rFonts w:asciiTheme="majorHAnsi" w:hAnsiTheme="majorHAnsi" w:cstheme="majorHAnsi"/>
        </w:rPr>
        <w:t xml:space="preserve"> and I said, </w:t>
      </w:r>
      <w:r w:rsidR="00336914" w:rsidRPr="009210F4">
        <w:rPr>
          <w:rFonts w:asciiTheme="majorHAnsi" w:hAnsiTheme="majorHAnsi" w:cstheme="majorHAnsi"/>
        </w:rPr>
        <w:t>‘</w:t>
      </w:r>
      <w:r w:rsidRPr="009210F4">
        <w:rPr>
          <w:rFonts w:asciiTheme="majorHAnsi" w:hAnsiTheme="majorHAnsi" w:cstheme="majorHAnsi"/>
        </w:rPr>
        <w:t>Why?</w:t>
      </w:r>
      <w:r w:rsidR="00336914" w:rsidRPr="009210F4">
        <w:rPr>
          <w:rFonts w:asciiTheme="majorHAnsi" w:hAnsiTheme="majorHAnsi" w:cstheme="majorHAnsi"/>
        </w:rPr>
        <w:t>’</w:t>
      </w:r>
      <w:r w:rsidRPr="009210F4">
        <w:rPr>
          <w:rFonts w:asciiTheme="majorHAnsi" w:hAnsiTheme="majorHAnsi" w:cstheme="majorHAnsi"/>
        </w:rPr>
        <w:t xml:space="preserve"> And they went </w:t>
      </w:r>
      <w:r w:rsidR="00336914" w:rsidRPr="009210F4">
        <w:rPr>
          <w:rFonts w:asciiTheme="majorHAnsi" w:hAnsiTheme="majorHAnsi" w:cstheme="majorHAnsi"/>
        </w:rPr>
        <w:t>‘</w:t>
      </w:r>
      <w:r w:rsidRPr="009210F4">
        <w:rPr>
          <w:rFonts w:asciiTheme="majorHAnsi" w:hAnsiTheme="majorHAnsi" w:cstheme="majorHAnsi"/>
        </w:rPr>
        <w:t>Shut up</w:t>
      </w:r>
      <w:r w:rsidR="00336914" w:rsidRPr="009210F4">
        <w:rPr>
          <w:rFonts w:asciiTheme="majorHAnsi" w:hAnsiTheme="majorHAnsi" w:cstheme="majorHAnsi"/>
        </w:rPr>
        <w:t>’</w:t>
      </w:r>
      <w:r w:rsidRPr="009210F4">
        <w:rPr>
          <w:rFonts w:asciiTheme="majorHAnsi" w:hAnsiTheme="majorHAnsi" w:cstheme="majorHAnsi"/>
        </w:rPr>
        <w:t>.</w:t>
      </w:r>
    </w:p>
    <w:p w14:paraId="52EF005D" w14:textId="77777777" w:rsidR="00991E93" w:rsidRPr="009210F4" w:rsidRDefault="00991E93" w:rsidP="009210F4">
      <w:pPr>
        <w:pStyle w:val="NoSpacing"/>
        <w:rPr>
          <w:rFonts w:asciiTheme="majorHAnsi" w:hAnsiTheme="majorHAnsi" w:cstheme="majorHAnsi"/>
        </w:rPr>
      </w:pPr>
    </w:p>
    <w:p w14:paraId="35EDE2BA" w14:textId="1980F670" w:rsidR="00991E93" w:rsidRPr="009210F4" w:rsidRDefault="00820759" w:rsidP="009210F4">
      <w:pPr>
        <w:pStyle w:val="NoSpacing"/>
        <w:rPr>
          <w:rFonts w:asciiTheme="majorHAnsi" w:hAnsiTheme="majorHAnsi" w:cstheme="majorHAnsi"/>
        </w:rPr>
      </w:pPr>
      <w:r w:rsidRPr="009210F4">
        <w:rPr>
          <w:rFonts w:asciiTheme="majorHAnsi" w:hAnsiTheme="majorHAnsi" w:cstheme="majorHAnsi"/>
        </w:rPr>
        <w:t xml:space="preserve">Kimmy </w:t>
      </w:r>
      <w:r w:rsidR="00F7615C" w:rsidRPr="009210F4">
        <w:rPr>
          <w:rFonts w:asciiTheme="majorHAnsi" w:hAnsiTheme="majorHAnsi" w:cstheme="majorHAnsi"/>
        </w:rPr>
        <w:t>1:09:13</w:t>
      </w:r>
    </w:p>
    <w:p w14:paraId="199F5916" w14:textId="18E7236E" w:rsidR="00991E93" w:rsidRPr="009210F4" w:rsidRDefault="00336914" w:rsidP="009210F4">
      <w:pPr>
        <w:pStyle w:val="NoSpacing"/>
        <w:rPr>
          <w:rFonts w:asciiTheme="majorHAnsi" w:hAnsiTheme="majorHAnsi" w:cstheme="majorHAnsi"/>
        </w:rPr>
      </w:pPr>
      <w:r w:rsidRPr="009210F4">
        <w:rPr>
          <w:rFonts w:asciiTheme="majorHAnsi" w:hAnsiTheme="majorHAnsi" w:cstheme="majorHAnsi"/>
        </w:rPr>
        <w:t xml:space="preserve">This sounds a lot like none of your business </w:t>
      </w:r>
    </w:p>
    <w:p w14:paraId="1A1ED9CC" w14:textId="77777777" w:rsidR="00755863" w:rsidRDefault="00755863" w:rsidP="009210F4">
      <w:pPr>
        <w:pStyle w:val="NoSpacing"/>
        <w:rPr>
          <w:rFonts w:asciiTheme="majorHAnsi" w:hAnsiTheme="majorHAnsi" w:cstheme="majorHAnsi"/>
        </w:rPr>
      </w:pPr>
    </w:p>
    <w:p w14:paraId="112968EE" w14:textId="037AD3E0"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Alice</w:t>
      </w:r>
      <w:r w:rsidR="00D23E9C" w:rsidRPr="009210F4">
        <w:rPr>
          <w:rFonts w:asciiTheme="majorHAnsi" w:hAnsiTheme="majorHAnsi" w:cstheme="majorHAnsi"/>
        </w:rPr>
        <w:t xml:space="preserve"> </w:t>
      </w:r>
      <w:r w:rsidRPr="009210F4">
        <w:rPr>
          <w:rFonts w:asciiTheme="majorHAnsi" w:hAnsiTheme="majorHAnsi" w:cstheme="majorHAnsi"/>
        </w:rPr>
        <w:t>1:09:17</w:t>
      </w:r>
    </w:p>
    <w:p w14:paraId="7CAB24F6" w14:textId="062B38D9" w:rsidR="00991E93" w:rsidRPr="009210F4" w:rsidRDefault="00336914" w:rsidP="009210F4">
      <w:pPr>
        <w:pStyle w:val="NoSpacing"/>
        <w:rPr>
          <w:rFonts w:asciiTheme="majorHAnsi" w:hAnsiTheme="majorHAnsi" w:cstheme="majorHAnsi"/>
        </w:rPr>
      </w:pPr>
      <w:r w:rsidRPr="009210F4">
        <w:rPr>
          <w:rFonts w:asciiTheme="majorHAnsi" w:hAnsiTheme="majorHAnsi" w:cstheme="majorHAnsi"/>
        </w:rPr>
        <w:t xml:space="preserve">Historians are meaner </w:t>
      </w:r>
      <w:r w:rsidR="00F7615C" w:rsidRPr="009210F4">
        <w:rPr>
          <w:rFonts w:asciiTheme="majorHAnsi" w:hAnsiTheme="majorHAnsi" w:cstheme="majorHAnsi"/>
        </w:rPr>
        <w:t>than I thought.</w:t>
      </w:r>
    </w:p>
    <w:p w14:paraId="4CB5DB8A" w14:textId="77777777" w:rsidR="00991E93" w:rsidRPr="009210F4" w:rsidRDefault="00991E93" w:rsidP="009210F4">
      <w:pPr>
        <w:pStyle w:val="NoSpacing"/>
        <w:rPr>
          <w:rFonts w:asciiTheme="majorHAnsi" w:hAnsiTheme="majorHAnsi" w:cstheme="majorHAnsi"/>
        </w:rPr>
      </w:pPr>
    </w:p>
    <w:p w14:paraId="77B425CE" w14:textId="51895958"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Daisy</w:t>
      </w:r>
      <w:r w:rsidR="00D23E9C" w:rsidRPr="009210F4">
        <w:rPr>
          <w:rFonts w:asciiTheme="majorHAnsi" w:hAnsiTheme="majorHAnsi" w:cstheme="majorHAnsi"/>
        </w:rPr>
        <w:t xml:space="preserve"> </w:t>
      </w:r>
      <w:r w:rsidRPr="009210F4">
        <w:rPr>
          <w:rFonts w:asciiTheme="majorHAnsi" w:hAnsiTheme="majorHAnsi" w:cstheme="majorHAnsi"/>
        </w:rPr>
        <w:t>1:09:21</w:t>
      </w:r>
    </w:p>
    <w:p w14:paraId="126D51BB" w14:textId="1597FD64"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 xml:space="preserve">Yeah, so there are three potentials of the way that he died. </w:t>
      </w:r>
      <w:r w:rsidR="00755863" w:rsidRPr="009210F4">
        <w:rPr>
          <w:rFonts w:asciiTheme="majorHAnsi" w:hAnsiTheme="majorHAnsi" w:cstheme="majorHAnsi"/>
        </w:rPr>
        <w:t>Either</w:t>
      </w:r>
      <w:r w:rsidR="00E10EA6" w:rsidRPr="009210F4">
        <w:rPr>
          <w:rFonts w:asciiTheme="majorHAnsi" w:hAnsiTheme="majorHAnsi" w:cstheme="majorHAnsi"/>
        </w:rPr>
        <w:t xml:space="preserve"> h</w:t>
      </w:r>
      <w:r w:rsidRPr="009210F4">
        <w:rPr>
          <w:rFonts w:asciiTheme="majorHAnsi" w:hAnsiTheme="majorHAnsi" w:cstheme="majorHAnsi"/>
        </w:rPr>
        <w:t>e drowned while trying to cross a river</w:t>
      </w:r>
      <w:r w:rsidR="00E10EA6" w:rsidRPr="009210F4">
        <w:rPr>
          <w:rFonts w:asciiTheme="majorHAnsi" w:hAnsiTheme="majorHAnsi" w:cstheme="majorHAnsi"/>
        </w:rPr>
        <w:t>, h</w:t>
      </w:r>
      <w:r w:rsidRPr="009210F4">
        <w:rPr>
          <w:rFonts w:asciiTheme="majorHAnsi" w:hAnsiTheme="majorHAnsi" w:cstheme="majorHAnsi"/>
        </w:rPr>
        <w:t>e was killed in a</w:t>
      </w:r>
      <w:r w:rsidR="00E10EA6" w:rsidRPr="009210F4">
        <w:rPr>
          <w:rFonts w:asciiTheme="majorHAnsi" w:hAnsiTheme="majorHAnsi" w:cstheme="majorHAnsi"/>
        </w:rPr>
        <w:t>n</w:t>
      </w:r>
      <w:r w:rsidRPr="009210F4">
        <w:rPr>
          <w:rFonts w:asciiTheme="majorHAnsi" w:hAnsiTheme="majorHAnsi" w:cstheme="majorHAnsi"/>
        </w:rPr>
        <w:t xml:space="preserve"> accident with an arrow at a ceremony</w:t>
      </w:r>
    </w:p>
    <w:p w14:paraId="7F4CD1BE" w14:textId="77777777" w:rsidR="00755863" w:rsidRDefault="00755863" w:rsidP="009210F4">
      <w:pPr>
        <w:pStyle w:val="NoSpacing"/>
        <w:rPr>
          <w:rFonts w:asciiTheme="majorHAnsi" w:hAnsiTheme="majorHAnsi" w:cstheme="majorHAnsi"/>
        </w:rPr>
      </w:pPr>
    </w:p>
    <w:p w14:paraId="06E53E9D" w14:textId="02E0A5FF"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Lucy</w:t>
      </w:r>
      <w:r w:rsidR="00D23E9C" w:rsidRPr="009210F4">
        <w:rPr>
          <w:rFonts w:asciiTheme="majorHAnsi" w:hAnsiTheme="majorHAnsi" w:cstheme="majorHAnsi"/>
        </w:rPr>
        <w:t xml:space="preserve"> </w:t>
      </w:r>
      <w:r w:rsidRPr="009210F4">
        <w:rPr>
          <w:rFonts w:asciiTheme="majorHAnsi" w:hAnsiTheme="majorHAnsi" w:cstheme="majorHAnsi"/>
        </w:rPr>
        <w:t>1:09:37</w:t>
      </w:r>
    </w:p>
    <w:p w14:paraId="239FD20C" w14:textId="55633D24"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Oh, now you see, that's humiliation and dying, isn't it?</w:t>
      </w:r>
    </w:p>
    <w:p w14:paraId="4549D500" w14:textId="77777777" w:rsidR="00991E93" w:rsidRPr="009210F4" w:rsidRDefault="00991E93" w:rsidP="009210F4">
      <w:pPr>
        <w:pStyle w:val="NoSpacing"/>
        <w:rPr>
          <w:rFonts w:asciiTheme="majorHAnsi" w:hAnsiTheme="majorHAnsi" w:cstheme="majorHAnsi"/>
        </w:rPr>
      </w:pPr>
    </w:p>
    <w:p w14:paraId="3C7D3525" w14:textId="5F91EBAB"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Daisy</w:t>
      </w:r>
      <w:r w:rsidR="00D23E9C" w:rsidRPr="009210F4">
        <w:rPr>
          <w:rFonts w:asciiTheme="majorHAnsi" w:hAnsiTheme="majorHAnsi" w:cstheme="majorHAnsi"/>
        </w:rPr>
        <w:t xml:space="preserve"> </w:t>
      </w:r>
      <w:r w:rsidRPr="009210F4">
        <w:rPr>
          <w:rFonts w:asciiTheme="majorHAnsi" w:hAnsiTheme="majorHAnsi" w:cstheme="majorHAnsi"/>
        </w:rPr>
        <w:t>1:09:43</w:t>
      </w:r>
    </w:p>
    <w:p w14:paraId="2A6CA59C" w14:textId="45B3E60F" w:rsidR="00991E93" w:rsidRPr="009210F4" w:rsidRDefault="00E10EA6" w:rsidP="009210F4">
      <w:pPr>
        <w:pStyle w:val="NoSpacing"/>
        <w:rPr>
          <w:rFonts w:asciiTheme="majorHAnsi" w:hAnsiTheme="majorHAnsi" w:cstheme="majorHAnsi"/>
        </w:rPr>
      </w:pPr>
      <w:r w:rsidRPr="009210F4">
        <w:rPr>
          <w:rFonts w:asciiTheme="majorHAnsi" w:hAnsiTheme="majorHAnsi" w:cstheme="majorHAnsi"/>
        </w:rPr>
        <w:t xml:space="preserve">Or </w:t>
      </w:r>
      <w:r w:rsidR="00F7615C" w:rsidRPr="009210F4">
        <w:rPr>
          <w:rFonts w:asciiTheme="majorHAnsi" w:hAnsiTheme="majorHAnsi" w:cstheme="majorHAnsi"/>
        </w:rPr>
        <w:t>he was assassinated.</w:t>
      </w:r>
    </w:p>
    <w:p w14:paraId="251A0AFE" w14:textId="77777777" w:rsidR="00991E93" w:rsidRPr="009210F4" w:rsidRDefault="00991E93" w:rsidP="009210F4">
      <w:pPr>
        <w:pStyle w:val="NoSpacing"/>
        <w:rPr>
          <w:rFonts w:asciiTheme="majorHAnsi" w:hAnsiTheme="majorHAnsi" w:cstheme="majorHAnsi"/>
        </w:rPr>
      </w:pPr>
    </w:p>
    <w:p w14:paraId="73248A63" w14:textId="4BC41267"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Lucy</w:t>
      </w:r>
      <w:r w:rsidR="00D23E9C" w:rsidRPr="009210F4">
        <w:rPr>
          <w:rFonts w:asciiTheme="majorHAnsi" w:hAnsiTheme="majorHAnsi" w:cstheme="majorHAnsi"/>
        </w:rPr>
        <w:t xml:space="preserve"> </w:t>
      </w:r>
      <w:r w:rsidRPr="009210F4">
        <w:rPr>
          <w:rFonts w:asciiTheme="majorHAnsi" w:hAnsiTheme="majorHAnsi" w:cstheme="majorHAnsi"/>
        </w:rPr>
        <w:t>1:09:46</w:t>
      </w:r>
    </w:p>
    <w:p w14:paraId="5BDDE92E" w14:textId="2057638B" w:rsidR="00991E93" w:rsidRPr="009210F4" w:rsidRDefault="00E10EA6" w:rsidP="009210F4">
      <w:pPr>
        <w:pStyle w:val="NoSpacing"/>
        <w:rPr>
          <w:rFonts w:asciiTheme="majorHAnsi" w:hAnsiTheme="majorHAnsi" w:cstheme="majorHAnsi"/>
        </w:rPr>
      </w:pPr>
      <w:r w:rsidRPr="009210F4">
        <w:rPr>
          <w:rFonts w:asciiTheme="majorHAnsi" w:hAnsiTheme="majorHAnsi" w:cstheme="majorHAnsi"/>
        </w:rPr>
        <w:t>Y</w:t>
      </w:r>
      <w:r w:rsidR="00F7615C" w:rsidRPr="009210F4">
        <w:rPr>
          <w:rFonts w:asciiTheme="majorHAnsi" w:hAnsiTheme="majorHAnsi" w:cstheme="majorHAnsi"/>
        </w:rPr>
        <w:t xml:space="preserve">ou know this is like one of those adventure </w:t>
      </w:r>
      <w:r w:rsidR="009210F4" w:rsidRPr="009210F4">
        <w:rPr>
          <w:rFonts w:asciiTheme="majorHAnsi" w:hAnsiTheme="majorHAnsi" w:cstheme="majorHAnsi"/>
        </w:rPr>
        <w:t>books</w:t>
      </w:r>
      <w:r w:rsidR="00F7615C" w:rsidRPr="009210F4">
        <w:rPr>
          <w:rFonts w:asciiTheme="majorHAnsi" w:hAnsiTheme="majorHAnsi" w:cstheme="majorHAnsi"/>
        </w:rPr>
        <w:t xml:space="preserve"> where it's like for ending number one</w:t>
      </w:r>
      <w:r w:rsidRPr="009210F4">
        <w:rPr>
          <w:rFonts w:asciiTheme="majorHAnsi" w:hAnsiTheme="majorHAnsi" w:cstheme="majorHAnsi"/>
        </w:rPr>
        <w:t xml:space="preserve">, turn to page </w:t>
      </w:r>
    </w:p>
    <w:p w14:paraId="6B47753B" w14:textId="77777777" w:rsidR="00991E93" w:rsidRPr="009210F4" w:rsidRDefault="00991E93" w:rsidP="009210F4">
      <w:pPr>
        <w:pStyle w:val="NoSpacing"/>
        <w:rPr>
          <w:rFonts w:asciiTheme="majorHAnsi" w:hAnsiTheme="majorHAnsi" w:cstheme="majorHAnsi"/>
        </w:rPr>
      </w:pPr>
    </w:p>
    <w:p w14:paraId="2F694B60" w14:textId="54FC0ACD"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Daisy</w:t>
      </w:r>
      <w:r w:rsidR="00D23E9C" w:rsidRPr="009210F4">
        <w:rPr>
          <w:rFonts w:asciiTheme="majorHAnsi" w:hAnsiTheme="majorHAnsi" w:cstheme="majorHAnsi"/>
        </w:rPr>
        <w:t xml:space="preserve"> </w:t>
      </w:r>
      <w:r w:rsidRPr="009210F4">
        <w:rPr>
          <w:rFonts w:asciiTheme="majorHAnsi" w:hAnsiTheme="majorHAnsi" w:cstheme="majorHAnsi"/>
        </w:rPr>
        <w:t>1:09:53</w:t>
      </w:r>
    </w:p>
    <w:p w14:paraId="67EF04F2" w14:textId="417ECF86"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Yeah</w:t>
      </w:r>
      <w:r w:rsidR="00CF46CF" w:rsidRPr="009210F4">
        <w:rPr>
          <w:rFonts w:asciiTheme="majorHAnsi" w:hAnsiTheme="majorHAnsi" w:cstheme="majorHAnsi"/>
        </w:rPr>
        <w:t>, y</w:t>
      </w:r>
      <w:r w:rsidRPr="009210F4">
        <w:rPr>
          <w:rFonts w:asciiTheme="majorHAnsi" w:hAnsiTheme="majorHAnsi" w:cstheme="majorHAnsi"/>
        </w:rPr>
        <w:t>eah</w:t>
      </w:r>
      <w:r w:rsidR="00CF46CF" w:rsidRPr="009210F4">
        <w:rPr>
          <w:rFonts w:asciiTheme="majorHAnsi" w:hAnsiTheme="majorHAnsi" w:cstheme="majorHAnsi"/>
        </w:rPr>
        <w:t>, i</w:t>
      </w:r>
      <w:r w:rsidRPr="009210F4">
        <w:rPr>
          <w:rFonts w:asciiTheme="majorHAnsi" w:hAnsiTheme="majorHAnsi" w:cstheme="majorHAnsi"/>
        </w:rPr>
        <w:t xml:space="preserve">t's basically </w:t>
      </w:r>
      <w:proofErr w:type="spellStart"/>
      <w:r w:rsidRPr="009210F4">
        <w:rPr>
          <w:rFonts w:asciiTheme="majorHAnsi" w:hAnsiTheme="majorHAnsi" w:cstheme="majorHAnsi"/>
        </w:rPr>
        <w:t>d&amp;d</w:t>
      </w:r>
      <w:proofErr w:type="spellEnd"/>
      <w:r w:rsidRPr="009210F4">
        <w:rPr>
          <w:rFonts w:asciiTheme="majorHAnsi" w:hAnsiTheme="majorHAnsi" w:cstheme="majorHAnsi"/>
        </w:rPr>
        <w:t>. So</w:t>
      </w:r>
      <w:r w:rsidR="00CF46CF" w:rsidRPr="009210F4">
        <w:rPr>
          <w:rFonts w:asciiTheme="majorHAnsi" w:hAnsiTheme="majorHAnsi" w:cstheme="majorHAnsi"/>
        </w:rPr>
        <w:t>,</w:t>
      </w:r>
      <w:r w:rsidRPr="009210F4">
        <w:rPr>
          <w:rFonts w:asciiTheme="majorHAnsi" w:hAnsiTheme="majorHAnsi" w:cstheme="majorHAnsi"/>
        </w:rPr>
        <w:t xml:space="preserve"> there is a River named after him. And so based on that</w:t>
      </w:r>
      <w:r w:rsidR="00CF46CF" w:rsidRPr="009210F4">
        <w:rPr>
          <w:rFonts w:asciiTheme="majorHAnsi" w:hAnsiTheme="majorHAnsi" w:cstheme="majorHAnsi"/>
        </w:rPr>
        <w:t>,</w:t>
      </w:r>
      <w:r w:rsidRPr="009210F4">
        <w:rPr>
          <w:rFonts w:asciiTheme="majorHAnsi" w:hAnsiTheme="majorHAnsi" w:cstheme="majorHAnsi"/>
        </w:rPr>
        <w:t xml:space="preserve"> people are kind of assuming that it was probably the drowning one. But like, we don't know, where he's buried</w:t>
      </w:r>
      <w:r w:rsidR="00CF46CF" w:rsidRPr="009210F4">
        <w:rPr>
          <w:rFonts w:asciiTheme="majorHAnsi" w:hAnsiTheme="majorHAnsi" w:cstheme="majorHAnsi"/>
        </w:rPr>
        <w:t>,</w:t>
      </w:r>
      <w:r w:rsidRPr="009210F4">
        <w:rPr>
          <w:rFonts w:asciiTheme="majorHAnsi" w:hAnsiTheme="majorHAnsi" w:cstheme="majorHAnsi"/>
        </w:rPr>
        <w:t xml:space="preserve"> don't know when it was for sure. </w:t>
      </w:r>
      <w:r w:rsidR="00755863" w:rsidRPr="009210F4">
        <w:rPr>
          <w:rFonts w:asciiTheme="majorHAnsi" w:hAnsiTheme="majorHAnsi" w:cstheme="majorHAnsi"/>
        </w:rPr>
        <w:t>So,</w:t>
      </w:r>
      <w:r w:rsidRPr="009210F4">
        <w:rPr>
          <w:rFonts w:asciiTheme="majorHAnsi" w:hAnsiTheme="majorHAnsi" w:cstheme="majorHAnsi"/>
        </w:rPr>
        <w:t xml:space="preserve"> the date that they've come up with is basically because other things that happened, that wouldn't have happened before he died. </w:t>
      </w:r>
      <w:r w:rsidR="00755863">
        <w:rPr>
          <w:rFonts w:asciiTheme="majorHAnsi" w:hAnsiTheme="majorHAnsi" w:cstheme="majorHAnsi"/>
        </w:rPr>
        <w:t>S</w:t>
      </w:r>
      <w:r w:rsidR="00755863" w:rsidRPr="009210F4">
        <w:rPr>
          <w:rFonts w:asciiTheme="majorHAnsi" w:hAnsiTheme="majorHAnsi" w:cstheme="majorHAnsi"/>
        </w:rPr>
        <w:t>o,</w:t>
      </w:r>
      <w:r w:rsidRPr="009210F4">
        <w:rPr>
          <w:rFonts w:asciiTheme="majorHAnsi" w:hAnsiTheme="majorHAnsi" w:cstheme="majorHAnsi"/>
        </w:rPr>
        <w:t xml:space="preserve"> like so lots of people come up with dates essentially</w:t>
      </w:r>
      <w:r w:rsidR="00CF46CF" w:rsidRPr="009210F4">
        <w:rPr>
          <w:rFonts w:asciiTheme="majorHAnsi" w:hAnsiTheme="majorHAnsi" w:cstheme="majorHAnsi"/>
        </w:rPr>
        <w:t xml:space="preserve"> {pauses} n</w:t>
      </w:r>
      <w:r w:rsidRPr="009210F4">
        <w:rPr>
          <w:rFonts w:asciiTheme="majorHAnsi" w:hAnsiTheme="majorHAnsi" w:cstheme="majorHAnsi"/>
        </w:rPr>
        <w:t xml:space="preserve">o, it wasn't at random, it feels like it's at random, but it wasn't </w:t>
      </w:r>
      <w:r w:rsidR="00CF46CF" w:rsidRPr="009210F4">
        <w:rPr>
          <w:rFonts w:asciiTheme="majorHAnsi" w:hAnsiTheme="majorHAnsi" w:cstheme="majorHAnsi"/>
        </w:rPr>
        <w:t xml:space="preserve">at </w:t>
      </w:r>
      <w:r w:rsidRPr="009210F4">
        <w:rPr>
          <w:rFonts w:asciiTheme="majorHAnsi" w:hAnsiTheme="majorHAnsi" w:cstheme="majorHAnsi"/>
        </w:rPr>
        <w:t xml:space="preserve">random. But </w:t>
      </w:r>
      <w:r w:rsidR="00755863" w:rsidRPr="009210F4">
        <w:rPr>
          <w:rFonts w:asciiTheme="majorHAnsi" w:hAnsiTheme="majorHAnsi" w:cstheme="majorHAnsi"/>
        </w:rPr>
        <w:t>so,</w:t>
      </w:r>
      <w:r w:rsidRPr="009210F4">
        <w:rPr>
          <w:rFonts w:asciiTheme="majorHAnsi" w:hAnsiTheme="majorHAnsi" w:cstheme="majorHAnsi"/>
        </w:rPr>
        <w:t xml:space="preserve"> like I was saying how some people travelled in the area, kind of, you know, 100 years afterwards, things like that. </w:t>
      </w:r>
      <w:r w:rsidR="00755863" w:rsidRPr="009210F4">
        <w:rPr>
          <w:rFonts w:asciiTheme="majorHAnsi" w:hAnsiTheme="majorHAnsi" w:cstheme="majorHAnsi"/>
        </w:rPr>
        <w:t>So,</w:t>
      </w:r>
      <w:r w:rsidRPr="009210F4">
        <w:rPr>
          <w:rFonts w:asciiTheme="majorHAnsi" w:hAnsiTheme="majorHAnsi" w:cstheme="majorHAnsi"/>
        </w:rPr>
        <w:t xml:space="preserve"> it's kind of, you know, </w:t>
      </w:r>
      <w:r w:rsidR="00CF46CF" w:rsidRPr="009210F4">
        <w:rPr>
          <w:rFonts w:asciiTheme="majorHAnsi" w:hAnsiTheme="majorHAnsi" w:cstheme="majorHAnsi"/>
        </w:rPr>
        <w:t xml:space="preserve">dates </w:t>
      </w:r>
      <w:r w:rsidRPr="009210F4">
        <w:rPr>
          <w:rFonts w:asciiTheme="majorHAnsi" w:hAnsiTheme="majorHAnsi" w:cstheme="majorHAnsi"/>
        </w:rPr>
        <w:t>that they've picked up at times, which are comparatively</w:t>
      </w:r>
      <w:r w:rsidR="00CF46CF" w:rsidRPr="009210F4">
        <w:rPr>
          <w:rFonts w:asciiTheme="majorHAnsi" w:hAnsiTheme="majorHAnsi" w:cstheme="majorHAnsi"/>
        </w:rPr>
        <w:t>,</w:t>
      </w:r>
      <w:r w:rsidRPr="009210F4">
        <w:rPr>
          <w:rFonts w:asciiTheme="majorHAnsi" w:hAnsiTheme="majorHAnsi" w:cstheme="majorHAnsi"/>
        </w:rPr>
        <w:t xml:space="preserve"> to now</w:t>
      </w:r>
      <w:r w:rsidR="00CF46CF" w:rsidRPr="009210F4">
        <w:rPr>
          <w:rFonts w:asciiTheme="majorHAnsi" w:hAnsiTheme="majorHAnsi" w:cstheme="majorHAnsi"/>
        </w:rPr>
        <w:t>,</w:t>
      </w:r>
      <w:r w:rsidRPr="009210F4">
        <w:rPr>
          <w:rFonts w:asciiTheme="majorHAnsi" w:hAnsiTheme="majorHAnsi" w:cstheme="majorHAnsi"/>
        </w:rPr>
        <w:t xml:space="preserve"> </w:t>
      </w:r>
      <w:r w:rsidR="00CF46CF" w:rsidRPr="009210F4">
        <w:rPr>
          <w:rFonts w:asciiTheme="majorHAnsi" w:hAnsiTheme="majorHAnsi" w:cstheme="majorHAnsi"/>
        </w:rPr>
        <w:t xml:space="preserve">and </w:t>
      </w:r>
      <w:r w:rsidRPr="009210F4">
        <w:rPr>
          <w:rFonts w:asciiTheme="majorHAnsi" w:hAnsiTheme="majorHAnsi" w:cstheme="majorHAnsi"/>
        </w:rPr>
        <w:t>then</w:t>
      </w:r>
      <w:r w:rsidR="00CF46CF" w:rsidRPr="009210F4">
        <w:rPr>
          <w:rFonts w:asciiTheme="majorHAnsi" w:hAnsiTheme="majorHAnsi" w:cstheme="majorHAnsi"/>
        </w:rPr>
        <w:t>,</w:t>
      </w:r>
      <w:r w:rsidRPr="009210F4">
        <w:rPr>
          <w:rFonts w:asciiTheme="majorHAnsi" w:hAnsiTheme="majorHAnsi" w:cstheme="majorHAnsi"/>
        </w:rPr>
        <w:t xml:space="preserve"> very soon after, but actually, when you think about</w:t>
      </w:r>
      <w:r w:rsidR="005D68DE" w:rsidRPr="009210F4">
        <w:rPr>
          <w:rFonts w:asciiTheme="majorHAnsi" w:hAnsiTheme="majorHAnsi" w:cstheme="majorHAnsi"/>
        </w:rPr>
        <w:t xml:space="preserve"> it,</w:t>
      </w:r>
      <w:r w:rsidR="00D23E9C" w:rsidRPr="009210F4">
        <w:rPr>
          <w:rFonts w:asciiTheme="majorHAnsi" w:hAnsiTheme="majorHAnsi" w:cstheme="majorHAnsi"/>
        </w:rPr>
        <w:t xml:space="preserve"> </w:t>
      </w:r>
      <w:r w:rsidRPr="009210F4">
        <w:rPr>
          <w:rFonts w:asciiTheme="majorHAnsi" w:hAnsiTheme="majorHAnsi" w:cstheme="majorHAnsi"/>
        </w:rPr>
        <w:t xml:space="preserve">it's </w:t>
      </w:r>
      <w:proofErr w:type="gramStart"/>
      <w:r w:rsidRPr="009210F4">
        <w:rPr>
          <w:rFonts w:asciiTheme="majorHAnsi" w:hAnsiTheme="majorHAnsi" w:cstheme="majorHAnsi"/>
        </w:rPr>
        <w:t>quite</w:t>
      </w:r>
      <w:proofErr w:type="gramEnd"/>
      <w:r w:rsidRPr="009210F4">
        <w:rPr>
          <w:rFonts w:asciiTheme="majorHAnsi" w:hAnsiTheme="majorHAnsi" w:cstheme="majorHAnsi"/>
        </w:rPr>
        <w:t xml:space="preserve">, you know, generations of people have lived and died in between, you know, those </w:t>
      </w:r>
      <w:proofErr w:type="spellStart"/>
      <w:r w:rsidRPr="009210F4">
        <w:rPr>
          <w:rFonts w:asciiTheme="majorHAnsi" w:hAnsiTheme="majorHAnsi" w:cstheme="majorHAnsi"/>
        </w:rPr>
        <w:t>those</w:t>
      </w:r>
      <w:proofErr w:type="spellEnd"/>
      <w:r w:rsidR="005D68DE" w:rsidRPr="009210F4">
        <w:rPr>
          <w:rFonts w:asciiTheme="majorHAnsi" w:hAnsiTheme="majorHAnsi" w:cstheme="majorHAnsi"/>
        </w:rPr>
        <w:t>,</w:t>
      </w:r>
      <w:r w:rsidRPr="009210F4">
        <w:rPr>
          <w:rFonts w:asciiTheme="majorHAnsi" w:hAnsiTheme="majorHAnsi" w:cstheme="majorHAnsi"/>
        </w:rPr>
        <w:t xml:space="preserve"> two dates. </w:t>
      </w:r>
      <w:r w:rsidR="00755863" w:rsidRPr="009210F4">
        <w:rPr>
          <w:rFonts w:asciiTheme="majorHAnsi" w:hAnsiTheme="majorHAnsi" w:cstheme="majorHAnsi"/>
        </w:rPr>
        <w:t>So,</w:t>
      </w:r>
      <w:r w:rsidRPr="009210F4">
        <w:rPr>
          <w:rFonts w:asciiTheme="majorHAnsi" w:hAnsiTheme="majorHAnsi" w:cstheme="majorHAnsi"/>
        </w:rPr>
        <w:t xml:space="preserve"> it's kind of like, you know, his successor is said to have done something on this</w:t>
      </w:r>
      <w:r w:rsidR="005D68DE" w:rsidRPr="009210F4">
        <w:rPr>
          <w:rFonts w:asciiTheme="majorHAnsi" w:hAnsiTheme="majorHAnsi" w:cstheme="majorHAnsi"/>
        </w:rPr>
        <w:t xml:space="preserve"> date</w:t>
      </w:r>
      <w:r w:rsidRPr="009210F4">
        <w:rPr>
          <w:rFonts w:asciiTheme="majorHAnsi" w:hAnsiTheme="majorHAnsi" w:cstheme="majorHAnsi"/>
        </w:rPr>
        <w:t>, you know, in li</w:t>
      </w:r>
      <w:r w:rsidR="005D68DE" w:rsidRPr="009210F4">
        <w:rPr>
          <w:rFonts w:asciiTheme="majorHAnsi" w:hAnsiTheme="majorHAnsi" w:cstheme="majorHAnsi"/>
        </w:rPr>
        <w:t>ke,</w:t>
      </w:r>
      <w:r w:rsidRPr="009210F4">
        <w:rPr>
          <w:rFonts w:asciiTheme="majorHAnsi" w:hAnsiTheme="majorHAnsi" w:cstheme="majorHAnsi"/>
        </w:rPr>
        <w:t xml:space="preserve"> </w:t>
      </w:r>
      <w:r w:rsidR="005D68DE" w:rsidRPr="009210F4">
        <w:rPr>
          <w:rFonts w:asciiTheme="majorHAnsi" w:hAnsiTheme="majorHAnsi" w:cstheme="majorHAnsi"/>
        </w:rPr>
        <w:t>12</w:t>
      </w:r>
      <w:r w:rsidRPr="009210F4">
        <w:rPr>
          <w:rFonts w:asciiTheme="majorHAnsi" w:hAnsiTheme="majorHAnsi" w:cstheme="majorHAnsi"/>
        </w:rPr>
        <w:t xml:space="preserve">59 say, which has been corroborated by more people than something that someone else said this guy did in 1260. </w:t>
      </w:r>
      <w:r w:rsidR="00755863" w:rsidRPr="009210F4">
        <w:rPr>
          <w:rFonts w:asciiTheme="majorHAnsi" w:hAnsiTheme="majorHAnsi" w:cstheme="majorHAnsi"/>
        </w:rPr>
        <w:t>So,</w:t>
      </w:r>
      <w:r w:rsidRPr="009210F4">
        <w:rPr>
          <w:rFonts w:asciiTheme="majorHAnsi" w:hAnsiTheme="majorHAnsi" w:cstheme="majorHAnsi"/>
        </w:rPr>
        <w:t xml:space="preserve"> it's, it's all</w:t>
      </w:r>
      <w:r w:rsidR="005D68DE" w:rsidRPr="009210F4">
        <w:rPr>
          <w:rFonts w:asciiTheme="majorHAnsi" w:hAnsiTheme="majorHAnsi" w:cstheme="majorHAnsi"/>
        </w:rPr>
        <w:t>, kind of, a</w:t>
      </w:r>
      <w:r w:rsidRPr="009210F4">
        <w:rPr>
          <w:rFonts w:asciiTheme="majorHAnsi" w:hAnsiTheme="majorHAnsi" w:cstheme="majorHAnsi"/>
        </w:rPr>
        <w:t xml:space="preserve"> you know, balance of probability. So, don't know. Sorry. </w:t>
      </w:r>
    </w:p>
    <w:p w14:paraId="53E8F2D8" w14:textId="77777777" w:rsidR="00755863" w:rsidRDefault="00755863" w:rsidP="009210F4">
      <w:pPr>
        <w:pStyle w:val="NoSpacing"/>
        <w:rPr>
          <w:rFonts w:asciiTheme="majorHAnsi" w:hAnsiTheme="majorHAnsi" w:cstheme="majorHAnsi"/>
        </w:rPr>
      </w:pPr>
    </w:p>
    <w:p w14:paraId="360AEAA6" w14:textId="38EC14DB" w:rsidR="005D68DE" w:rsidRPr="009210F4" w:rsidRDefault="005D68DE" w:rsidP="009210F4">
      <w:pPr>
        <w:pStyle w:val="NoSpacing"/>
        <w:rPr>
          <w:rFonts w:asciiTheme="majorHAnsi" w:hAnsiTheme="majorHAnsi" w:cstheme="majorHAnsi"/>
        </w:rPr>
      </w:pPr>
      <w:r w:rsidRPr="009210F4">
        <w:rPr>
          <w:rFonts w:asciiTheme="majorHAnsi" w:hAnsiTheme="majorHAnsi" w:cstheme="majorHAnsi"/>
        </w:rPr>
        <w:t xml:space="preserve">Lucy: </w:t>
      </w:r>
      <w:r w:rsidR="00A72993" w:rsidRPr="009210F4">
        <w:rPr>
          <w:rFonts w:asciiTheme="majorHAnsi" w:hAnsiTheme="majorHAnsi" w:cstheme="majorHAnsi"/>
        </w:rPr>
        <w:t>OK</w:t>
      </w:r>
      <w:r w:rsidRPr="009210F4">
        <w:rPr>
          <w:rFonts w:asciiTheme="majorHAnsi" w:hAnsiTheme="majorHAnsi" w:cstheme="majorHAnsi"/>
        </w:rPr>
        <w:t xml:space="preserve"> {laughter}</w:t>
      </w:r>
    </w:p>
    <w:p w14:paraId="4091D7A7" w14:textId="77777777" w:rsidR="005D68DE" w:rsidRPr="009210F4" w:rsidRDefault="005D68DE" w:rsidP="009210F4">
      <w:pPr>
        <w:pStyle w:val="NoSpacing"/>
        <w:rPr>
          <w:rFonts w:asciiTheme="majorHAnsi" w:hAnsiTheme="majorHAnsi" w:cstheme="majorHAnsi"/>
        </w:rPr>
      </w:pPr>
    </w:p>
    <w:p w14:paraId="579DAED3" w14:textId="5F1A1232"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Alice</w:t>
      </w:r>
      <w:r w:rsidR="00D23E9C" w:rsidRPr="009210F4">
        <w:rPr>
          <w:rFonts w:asciiTheme="majorHAnsi" w:hAnsiTheme="majorHAnsi" w:cstheme="majorHAnsi"/>
        </w:rPr>
        <w:t xml:space="preserve"> </w:t>
      </w:r>
      <w:r w:rsidRPr="009210F4">
        <w:rPr>
          <w:rFonts w:asciiTheme="majorHAnsi" w:hAnsiTheme="majorHAnsi" w:cstheme="majorHAnsi"/>
        </w:rPr>
        <w:t>1:11:27</w:t>
      </w:r>
    </w:p>
    <w:p w14:paraId="5748B89B" w14:textId="0C7DDC84"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 xml:space="preserve">Kinda </w:t>
      </w:r>
      <w:r w:rsidR="005D68DE" w:rsidRPr="009210F4">
        <w:rPr>
          <w:rFonts w:asciiTheme="majorHAnsi" w:hAnsiTheme="majorHAnsi" w:cstheme="majorHAnsi"/>
        </w:rPr>
        <w:t xml:space="preserve">the beauty </w:t>
      </w:r>
      <w:r w:rsidRPr="009210F4">
        <w:rPr>
          <w:rFonts w:asciiTheme="majorHAnsi" w:hAnsiTheme="majorHAnsi" w:cstheme="majorHAnsi"/>
        </w:rPr>
        <w:t>of history</w:t>
      </w:r>
    </w:p>
    <w:p w14:paraId="1BDEF7FD" w14:textId="77777777" w:rsidR="00991E93" w:rsidRPr="009210F4" w:rsidRDefault="00991E93" w:rsidP="009210F4">
      <w:pPr>
        <w:pStyle w:val="NoSpacing"/>
        <w:rPr>
          <w:rFonts w:asciiTheme="majorHAnsi" w:hAnsiTheme="majorHAnsi" w:cstheme="majorHAnsi"/>
        </w:rPr>
      </w:pPr>
    </w:p>
    <w:p w14:paraId="53DC6B0B" w14:textId="4ED01735"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Daisy</w:t>
      </w:r>
      <w:r w:rsidR="00D23E9C" w:rsidRPr="009210F4">
        <w:rPr>
          <w:rFonts w:asciiTheme="majorHAnsi" w:hAnsiTheme="majorHAnsi" w:cstheme="majorHAnsi"/>
        </w:rPr>
        <w:t xml:space="preserve"> </w:t>
      </w:r>
      <w:r w:rsidRPr="009210F4">
        <w:rPr>
          <w:rFonts w:asciiTheme="majorHAnsi" w:hAnsiTheme="majorHAnsi" w:cstheme="majorHAnsi"/>
        </w:rPr>
        <w:t>1:11:29</w:t>
      </w:r>
    </w:p>
    <w:p w14:paraId="4A035F6F" w14:textId="34C0E583"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I could make it up if you want</w:t>
      </w:r>
      <w:r w:rsidR="005D68DE" w:rsidRPr="009210F4">
        <w:rPr>
          <w:rFonts w:asciiTheme="majorHAnsi" w:hAnsiTheme="majorHAnsi" w:cstheme="majorHAnsi"/>
        </w:rPr>
        <w:t>ed</w:t>
      </w:r>
      <w:r w:rsidR="00D23E9C" w:rsidRPr="009210F4">
        <w:rPr>
          <w:rFonts w:asciiTheme="majorHAnsi" w:hAnsiTheme="majorHAnsi" w:cstheme="majorHAnsi"/>
        </w:rPr>
        <w:t xml:space="preserve"> </w:t>
      </w:r>
    </w:p>
    <w:p w14:paraId="7E710860" w14:textId="77777777" w:rsidR="00991E93" w:rsidRPr="009210F4" w:rsidRDefault="00991E93" w:rsidP="009210F4">
      <w:pPr>
        <w:pStyle w:val="NoSpacing"/>
        <w:rPr>
          <w:rFonts w:asciiTheme="majorHAnsi" w:hAnsiTheme="majorHAnsi" w:cstheme="majorHAnsi"/>
        </w:rPr>
      </w:pPr>
    </w:p>
    <w:p w14:paraId="515B5006" w14:textId="2AB927C7" w:rsidR="00991E93" w:rsidRPr="009210F4" w:rsidRDefault="00820759" w:rsidP="009210F4">
      <w:pPr>
        <w:pStyle w:val="NoSpacing"/>
        <w:rPr>
          <w:rFonts w:asciiTheme="majorHAnsi" w:hAnsiTheme="majorHAnsi" w:cstheme="majorHAnsi"/>
        </w:rPr>
      </w:pPr>
      <w:r w:rsidRPr="009210F4">
        <w:rPr>
          <w:rFonts w:asciiTheme="majorHAnsi" w:hAnsiTheme="majorHAnsi" w:cstheme="majorHAnsi"/>
        </w:rPr>
        <w:t xml:space="preserve">Kimmy </w:t>
      </w:r>
      <w:r w:rsidR="00F7615C" w:rsidRPr="009210F4">
        <w:rPr>
          <w:rFonts w:asciiTheme="majorHAnsi" w:hAnsiTheme="majorHAnsi" w:cstheme="majorHAnsi"/>
        </w:rPr>
        <w:t>1:11:32</w:t>
      </w:r>
    </w:p>
    <w:p w14:paraId="3719C77A" w14:textId="77777777"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I like that. That's more fun.</w:t>
      </w:r>
    </w:p>
    <w:p w14:paraId="7306703B" w14:textId="77777777" w:rsidR="00991E93" w:rsidRPr="009210F4" w:rsidRDefault="00991E93" w:rsidP="009210F4">
      <w:pPr>
        <w:pStyle w:val="NoSpacing"/>
        <w:rPr>
          <w:rFonts w:asciiTheme="majorHAnsi" w:hAnsiTheme="majorHAnsi" w:cstheme="majorHAnsi"/>
        </w:rPr>
      </w:pPr>
    </w:p>
    <w:p w14:paraId="590C6A43" w14:textId="73B177AC"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Alice</w:t>
      </w:r>
      <w:r w:rsidR="00D23E9C" w:rsidRPr="009210F4">
        <w:rPr>
          <w:rFonts w:asciiTheme="majorHAnsi" w:hAnsiTheme="majorHAnsi" w:cstheme="majorHAnsi"/>
        </w:rPr>
        <w:t xml:space="preserve"> </w:t>
      </w:r>
      <w:r w:rsidRPr="009210F4">
        <w:rPr>
          <w:rFonts w:asciiTheme="majorHAnsi" w:hAnsiTheme="majorHAnsi" w:cstheme="majorHAnsi"/>
        </w:rPr>
        <w:t>1:11:36</w:t>
      </w:r>
    </w:p>
    <w:p w14:paraId="4C557CA8" w14:textId="5E39A561" w:rsidR="00991E93" w:rsidRPr="009210F4" w:rsidRDefault="005D68DE" w:rsidP="009210F4">
      <w:pPr>
        <w:pStyle w:val="NoSpacing"/>
        <w:rPr>
          <w:rFonts w:asciiTheme="majorHAnsi" w:hAnsiTheme="majorHAnsi" w:cstheme="majorHAnsi"/>
        </w:rPr>
      </w:pPr>
      <w:r w:rsidRPr="009210F4">
        <w:rPr>
          <w:rFonts w:asciiTheme="majorHAnsi" w:hAnsiTheme="majorHAnsi" w:cstheme="majorHAnsi"/>
        </w:rPr>
        <w:t>No, t</w:t>
      </w:r>
      <w:r w:rsidR="00F7615C" w:rsidRPr="009210F4">
        <w:rPr>
          <w:rFonts w:asciiTheme="majorHAnsi" w:hAnsiTheme="majorHAnsi" w:cstheme="majorHAnsi"/>
        </w:rPr>
        <w:t xml:space="preserve">hat was that was very interesting. </w:t>
      </w:r>
      <w:r w:rsidRPr="009210F4">
        <w:rPr>
          <w:rFonts w:asciiTheme="majorHAnsi" w:hAnsiTheme="majorHAnsi" w:cstheme="majorHAnsi"/>
        </w:rPr>
        <w:t xml:space="preserve">Now </w:t>
      </w:r>
      <w:r w:rsidR="00F7615C" w:rsidRPr="009210F4">
        <w:rPr>
          <w:rFonts w:asciiTheme="majorHAnsi" w:hAnsiTheme="majorHAnsi" w:cstheme="majorHAnsi"/>
        </w:rPr>
        <w:t xml:space="preserve">remind </w:t>
      </w:r>
      <w:r w:rsidRPr="009210F4">
        <w:rPr>
          <w:rFonts w:asciiTheme="majorHAnsi" w:hAnsiTheme="majorHAnsi" w:cstheme="majorHAnsi"/>
        </w:rPr>
        <w:t xml:space="preserve">me of his </w:t>
      </w:r>
      <w:r w:rsidR="00F7615C" w:rsidRPr="009210F4">
        <w:rPr>
          <w:rFonts w:asciiTheme="majorHAnsi" w:hAnsiTheme="majorHAnsi" w:cstheme="majorHAnsi"/>
        </w:rPr>
        <w:t>name</w:t>
      </w:r>
    </w:p>
    <w:p w14:paraId="069C1D97" w14:textId="77777777" w:rsidR="00991E93" w:rsidRPr="009210F4" w:rsidRDefault="00991E93" w:rsidP="009210F4">
      <w:pPr>
        <w:pStyle w:val="NoSpacing"/>
        <w:rPr>
          <w:rFonts w:asciiTheme="majorHAnsi" w:hAnsiTheme="majorHAnsi" w:cstheme="majorHAnsi"/>
        </w:rPr>
      </w:pPr>
    </w:p>
    <w:p w14:paraId="2E27D431" w14:textId="596601A3"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Daisy</w:t>
      </w:r>
      <w:r w:rsidR="00D23E9C" w:rsidRPr="009210F4">
        <w:rPr>
          <w:rFonts w:asciiTheme="majorHAnsi" w:hAnsiTheme="majorHAnsi" w:cstheme="majorHAnsi"/>
        </w:rPr>
        <w:t xml:space="preserve"> </w:t>
      </w:r>
      <w:r w:rsidRPr="009210F4">
        <w:rPr>
          <w:rFonts w:asciiTheme="majorHAnsi" w:hAnsiTheme="majorHAnsi" w:cstheme="majorHAnsi"/>
        </w:rPr>
        <w:t>1:11:39</w:t>
      </w:r>
    </w:p>
    <w:p w14:paraId="49042754" w14:textId="1C37D8EF"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So</w:t>
      </w:r>
      <w:r w:rsidR="00755863">
        <w:rPr>
          <w:rFonts w:asciiTheme="majorHAnsi" w:hAnsiTheme="majorHAnsi" w:cstheme="majorHAnsi"/>
        </w:rPr>
        <w:t>,</w:t>
      </w:r>
      <w:r w:rsidRPr="009210F4">
        <w:rPr>
          <w:rFonts w:asciiTheme="majorHAnsi" w:hAnsiTheme="majorHAnsi" w:cstheme="majorHAnsi"/>
        </w:rPr>
        <w:t xml:space="preserve"> it was </w:t>
      </w:r>
      <w:r w:rsidR="003D45C9" w:rsidRPr="009210F4">
        <w:rPr>
          <w:rFonts w:asciiTheme="majorHAnsi" w:hAnsiTheme="majorHAnsi" w:cstheme="majorHAnsi"/>
        </w:rPr>
        <w:t xml:space="preserve">Mansa </w:t>
      </w:r>
      <w:r w:rsidR="003D45C9" w:rsidRPr="009210F4">
        <w:rPr>
          <w:rFonts w:asciiTheme="majorHAnsi" w:hAnsiTheme="majorHAnsi" w:cstheme="majorHAnsi"/>
          <w:shd w:val="clear" w:color="auto" w:fill="FFFFFF"/>
        </w:rPr>
        <w:t>Sundiata</w:t>
      </w:r>
      <w:r w:rsidR="00D23E9C" w:rsidRPr="009210F4">
        <w:rPr>
          <w:rFonts w:asciiTheme="majorHAnsi" w:hAnsiTheme="majorHAnsi" w:cstheme="majorHAnsi"/>
          <w:shd w:val="clear" w:color="auto" w:fill="FFFFFF"/>
        </w:rPr>
        <w:t xml:space="preserve"> </w:t>
      </w:r>
      <w:r w:rsidR="003D45C9" w:rsidRPr="009210F4">
        <w:rPr>
          <w:rFonts w:asciiTheme="majorHAnsi" w:hAnsiTheme="majorHAnsi" w:cstheme="majorHAnsi"/>
        </w:rPr>
        <w:t>Keita</w:t>
      </w:r>
      <w:r w:rsidRPr="009210F4">
        <w:rPr>
          <w:rFonts w:asciiTheme="majorHAnsi" w:hAnsiTheme="majorHAnsi" w:cstheme="majorHAnsi"/>
        </w:rPr>
        <w:t xml:space="preserve"> Although </w:t>
      </w:r>
      <w:r w:rsidR="003D45C9" w:rsidRPr="009210F4">
        <w:rPr>
          <w:rFonts w:asciiTheme="majorHAnsi" w:hAnsiTheme="majorHAnsi" w:cstheme="majorHAnsi"/>
        </w:rPr>
        <w:t xml:space="preserve">Keita </w:t>
      </w:r>
      <w:r w:rsidRPr="009210F4">
        <w:rPr>
          <w:rFonts w:asciiTheme="majorHAnsi" w:hAnsiTheme="majorHAnsi" w:cstheme="majorHAnsi"/>
        </w:rPr>
        <w:t>may not have actually been his surname, that might have just been a term meaning, like, the line of the throne.</w:t>
      </w:r>
    </w:p>
    <w:p w14:paraId="3F659EF4" w14:textId="77777777" w:rsidR="00991E93" w:rsidRPr="009210F4" w:rsidRDefault="00991E93" w:rsidP="009210F4">
      <w:pPr>
        <w:pStyle w:val="NoSpacing"/>
        <w:rPr>
          <w:rFonts w:asciiTheme="majorHAnsi" w:hAnsiTheme="majorHAnsi" w:cstheme="majorHAnsi"/>
        </w:rPr>
      </w:pPr>
    </w:p>
    <w:p w14:paraId="388FBD86" w14:textId="2259F361"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Lucy</w:t>
      </w:r>
      <w:r w:rsidR="00D23E9C" w:rsidRPr="009210F4">
        <w:rPr>
          <w:rFonts w:asciiTheme="majorHAnsi" w:hAnsiTheme="majorHAnsi" w:cstheme="majorHAnsi"/>
        </w:rPr>
        <w:t xml:space="preserve"> </w:t>
      </w:r>
      <w:r w:rsidRPr="009210F4">
        <w:rPr>
          <w:rFonts w:asciiTheme="majorHAnsi" w:hAnsiTheme="majorHAnsi" w:cstheme="majorHAnsi"/>
        </w:rPr>
        <w:t>1:11:53</w:t>
      </w:r>
    </w:p>
    <w:p w14:paraId="7D669112" w14:textId="3A787DF2"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 xml:space="preserve">Yeah. When you send me the resource </w:t>
      </w:r>
      <w:r w:rsidR="00755863">
        <w:rPr>
          <w:rFonts w:asciiTheme="majorHAnsi" w:hAnsiTheme="majorHAnsi" w:cstheme="majorHAnsi"/>
        </w:rPr>
        <w:t>n</w:t>
      </w:r>
      <w:r w:rsidRPr="009210F4">
        <w:rPr>
          <w:rFonts w:asciiTheme="majorHAnsi" w:hAnsiTheme="majorHAnsi" w:cstheme="majorHAnsi"/>
        </w:rPr>
        <w:t>otes for this episode for when we're putting the episode together</w:t>
      </w:r>
      <w:r w:rsidR="003D45C9" w:rsidRPr="009210F4">
        <w:rPr>
          <w:rFonts w:asciiTheme="majorHAnsi" w:hAnsiTheme="majorHAnsi" w:cstheme="majorHAnsi"/>
        </w:rPr>
        <w:t>, c</w:t>
      </w:r>
      <w:r w:rsidRPr="009210F4">
        <w:rPr>
          <w:rFonts w:asciiTheme="majorHAnsi" w:hAnsiTheme="majorHAnsi" w:cstheme="majorHAnsi"/>
        </w:rPr>
        <w:t>an you also give me the spelling of his name?</w:t>
      </w:r>
    </w:p>
    <w:p w14:paraId="62D8661C" w14:textId="77777777" w:rsidR="00991E93" w:rsidRPr="009210F4" w:rsidRDefault="00991E93" w:rsidP="009210F4">
      <w:pPr>
        <w:pStyle w:val="NoSpacing"/>
        <w:rPr>
          <w:rFonts w:asciiTheme="majorHAnsi" w:hAnsiTheme="majorHAnsi" w:cstheme="majorHAnsi"/>
        </w:rPr>
      </w:pPr>
    </w:p>
    <w:p w14:paraId="22D222B4" w14:textId="2ECD8034"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Daisy</w:t>
      </w:r>
      <w:r w:rsidR="00D23E9C" w:rsidRPr="009210F4">
        <w:rPr>
          <w:rFonts w:asciiTheme="majorHAnsi" w:hAnsiTheme="majorHAnsi" w:cstheme="majorHAnsi"/>
        </w:rPr>
        <w:t xml:space="preserve"> </w:t>
      </w:r>
      <w:r w:rsidRPr="009210F4">
        <w:rPr>
          <w:rFonts w:asciiTheme="majorHAnsi" w:hAnsiTheme="majorHAnsi" w:cstheme="majorHAnsi"/>
        </w:rPr>
        <w:t>1:12:04</w:t>
      </w:r>
    </w:p>
    <w:p w14:paraId="728A27C2" w14:textId="7E120758"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I can give you one of them</w:t>
      </w:r>
      <w:r w:rsidR="003D45C9" w:rsidRPr="009210F4">
        <w:rPr>
          <w:rFonts w:asciiTheme="majorHAnsi" w:hAnsiTheme="majorHAnsi" w:cstheme="majorHAnsi"/>
        </w:rPr>
        <w:t>, y</w:t>
      </w:r>
      <w:r w:rsidRPr="009210F4">
        <w:rPr>
          <w:rFonts w:asciiTheme="majorHAnsi" w:hAnsiTheme="majorHAnsi" w:cstheme="majorHAnsi"/>
        </w:rPr>
        <w:t xml:space="preserve">eah, yeah. </w:t>
      </w:r>
      <w:r w:rsidR="003D45C9" w:rsidRPr="009210F4">
        <w:rPr>
          <w:rFonts w:asciiTheme="majorHAnsi" w:hAnsiTheme="majorHAnsi" w:cstheme="majorHAnsi"/>
        </w:rPr>
        <w:t xml:space="preserve">{laughter} </w:t>
      </w:r>
      <w:r w:rsidRPr="009210F4">
        <w:rPr>
          <w:rFonts w:asciiTheme="majorHAnsi" w:hAnsiTheme="majorHAnsi" w:cstheme="majorHAnsi"/>
        </w:rPr>
        <w:t>Which one would you like?</w:t>
      </w:r>
    </w:p>
    <w:p w14:paraId="39242B8C" w14:textId="77777777" w:rsidR="00991E93" w:rsidRPr="009210F4" w:rsidRDefault="00991E93" w:rsidP="009210F4">
      <w:pPr>
        <w:pStyle w:val="NoSpacing"/>
        <w:rPr>
          <w:rFonts w:asciiTheme="majorHAnsi" w:hAnsiTheme="majorHAnsi" w:cstheme="majorHAnsi"/>
        </w:rPr>
      </w:pPr>
    </w:p>
    <w:p w14:paraId="3BA76D41" w14:textId="76788705"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Lucy</w:t>
      </w:r>
      <w:r w:rsidR="00D23E9C" w:rsidRPr="009210F4">
        <w:rPr>
          <w:rFonts w:asciiTheme="majorHAnsi" w:hAnsiTheme="majorHAnsi" w:cstheme="majorHAnsi"/>
        </w:rPr>
        <w:t xml:space="preserve"> </w:t>
      </w:r>
      <w:r w:rsidRPr="009210F4">
        <w:rPr>
          <w:rFonts w:asciiTheme="majorHAnsi" w:hAnsiTheme="majorHAnsi" w:cstheme="majorHAnsi"/>
        </w:rPr>
        <w:t>1:12:07</w:t>
      </w:r>
    </w:p>
    <w:p w14:paraId="211736D3" w14:textId="32AEAE46" w:rsidR="00991E93" w:rsidRPr="009210F4" w:rsidRDefault="003D45C9" w:rsidP="009210F4">
      <w:pPr>
        <w:pStyle w:val="NoSpacing"/>
        <w:rPr>
          <w:rFonts w:asciiTheme="majorHAnsi" w:hAnsiTheme="majorHAnsi" w:cstheme="majorHAnsi"/>
        </w:rPr>
      </w:pPr>
      <w:r w:rsidRPr="009210F4">
        <w:rPr>
          <w:rFonts w:asciiTheme="majorHAnsi" w:hAnsiTheme="majorHAnsi" w:cstheme="majorHAnsi"/>
        </w:rPr>
        <w:t>Any one,</w:t>
      </w:r>
      <w:r w:rsidR="00755863">
        <w:rPr>
          <w:rFonts w:asciiTheme="majorHAnsi" w:hAnsiTheme="majorHAnsi" w:cstheme="majorHAnsi"/>
        </w:rPr>
        <w:t xml:space="preserve"> </w:t>
      </w:r>
      <w:r w:rsidR="00F7615C" w:rsidRPr="009210F4">
        <w:rPr>
          <w:rFonts w:asciiTheme="majorHAnsi" w:hAnsiTheme="majorHAnsi" w:cstheme="majorHAnsi"/>
        </w:rPr>
        <w:t>you pick one, and I will use it.</w:t>
      </w:r>
    </w:p>
    <w:p w14:paraId="129EF8D3" w14:textId="77777777" w:rsidR="00991E93" w:rsidRPr="009210F4" w:rsidRDefault="00991E93" w:rsidP="009210F4">
      <w:pPr>
        <w:pStyle w:val="NoSpacing"/>
        <w:rPr>
          <w:rFonts w:asciiTheme="majorHAnsi" w:hAnsiTheme="majorHAnsi" w:cstheme="majorHAnsi"/>
        </w:rPr>
      </w:pPr>
    </w:p>
    <w:p w14:paraId="77BC64A8" w14:textId="317AA058"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Daisy</w:t>
      </w:r>
      <w:r w:rsidR="00D23E9C" w:rsidRPr="009210F4">
        <w:rPr>
          <w:rFonts w:asciiTheme="majorHAnsi" w:hAnsiTheme="majorHAnsi" w:cstheme="majorHAnsi"/>
        </w:rPr>
        <w:t xml:space="preserve"> </w:t>
      </w:r>
      <w:r w:rsidRPr="009210F4">
        <w:rPr>
          <w:rFonts w:asciiTheme="majorHAnsi" w:hAnsiTheme="majorHAnsi" w:cstheme="majorHAnsi"/>
        </w:rPr>
        <w:t>1:12:11</w:t>
      </w:r>
    </w:p>
    <w:p w14:paraId="0D200483" w14:textId="72608759" w:rsidR="003D45C9" w:rsidRDefault="00F7615C" w:rsidP="009210F4">
      <w:pPr>
        <w:pStyle w:val="NoSpacing"/>
        <w:rPr>
          <w:rFonts w:asciiTheme="majorHAnsi" w:hAnsiTheme="majorHAnsi" w:cstheme="majorHAnsi"/>
        </w:rPr>
      </w:pPr>
      <w:r w:rsidRPr="009210F4">
        <w:rPr>
          <w:rFonts w:asciiTheme="majorHAnsi" w:hAnsiTheme="majorHAnsi" w:cstheme="majorHAnsi"/>
        </w:rPr>
        <w:t>Yeah, I'll pick the one that's at the top of the Wikipedia page</w:t>
      </w:r>
      <w:r w:rsidR="003D45C9" w:rsidRPr="009210F4">
        <w:rPr>
          <w:rFonts w:asciiTheme="majorHAnsi" w:hAnsiTheme="majorHAnsi" w:cstheme="majorHAnsi"/>
        </w:rPr>
        <w:t>,</w:t>
      </w:r>
      <w:r w:rsidRPr="009210F4">
        <w:rPr>
          <w:rFonts w:asciiTheme="majorHAnsi" w:hAnsiTheme="majorHAnsi" w:cstheme="majorHAnsi"/>
        </w:rPr>
        <w:t xml:space="preserve"> make it easier for other people to </w:t>
      </w:r>
      <w:r w:rsidR="009210F4" w:rsidRPr="009210F4">
        <w:rPr>
          <w:rFonts w:asciiTheme="majorHAnsi" w:hAnsiTheme="majorHAnsi" w:cstheme="majorHAnsi"/>
        </w:rPr>
        <w:t>look</w:t>
      </w:r>
      <w:r w:rsidRPr="009210F4">
        <w:rPr>
          <w:rFonts w:asciiTheme="majorHAnsi" w:hAnsiTheme="majorHAnsi" w:cstheme="majorHAnsi"/>
        </w:rPr>
        <w:t xml:space="preserve"> it up in the future</w:t>
      </w:r>
      <w:r w:rsidR="003D45C9" w:rsidRPr="009210F4">
        <w:rPr>
          <w:rFonts w:asciiTheme="majorHAnsi" w:hAnsiTheme="majorHAnsi" w:cstheme="majorHAnsi"/>
        </w:rPr>
        <w:t xml:space="preserve"> </w:t>
      </w:r>
    </w:p>
    <w:p w14:paraId="7C354BF4" w14:textId="77777777" w:rsidR="00755863" w:rsidRPr="009210F4" w:rsidRDefault="00755863" w:rsidP="009210F4">
      <w:pPr>
        <w:pStyle w:val="NoSpacing"/>
        <w:rPr>
          <w:rFonts w:asciiTheme="majorHAnsi" w:hAnsiTheme="majorHAnsi" w:cstheme="majorHAnsi"/>
        </w:rPr>
      </w:pPr>
    </w:p>
    <w:p w14:paraId="54A90BD7" w14:textId="76AB247B" w:rsidR="00991E93" w:rsidRPr="009210F4" w:rsidRDefault="003D45C9" w:rsidP="009210F4">
      <w:pPr>
        <w:pStyle w:val="NoSpacing"/>
        <w:rPr>
          <w:rFonts w:asciiTheme="majorHAnsi" w:hAnsiTheme="majorHAnsi" w:cstheme="majorHAnsi"/>
        </w:rPr>
      </w:pPr>
      <w:r w:rsidRPr="009210F4">
        <w:rPr>
          <w:rFonts w:asciiTheme="majorHAnsi" w:hAnsiTheme="majorHAnsi" w:cstheme="majorHAnsi"/>
        </w:rPr>
        <w:t xml:space="preserve">Lucy: </w:t>
      </w:r>
      <w:r w:rsidR="00F7615C" w:rsidRPr="009210F4">
        <w:rPr>
          <w:rFonts w:asciiTheme="majorHAnsi" w:hAnsiTheme="majorHAnsi" w:cstheme="majorHAnsi"/>
        </w:rPr>
        <w:t xml:space="preserve">Good idea. </w:t>
      </w:r>
    </w:p>
    <w:p w14:paraId="27C305E0" w14:textId="77777777" w:rsidR="00755863" w:rsidRDefault="00755863" w:rsidP="009210F4">
      <w:pPr>
        <w:pStyle w:val="NoSpacing"/>
        <w:rPr>
          <w:rFonts w:asciiTheme="majorHAnsi" w:hAnsiTheme="majorHAnsi" w:cstheme="majorHAnsi"/>
        </w:rPr>
      </w:pPr>
    </w:p>
    <w:p w14:paraId="7438174F" w14:textId="7FC53AA3" w:rsidR="00991E93" w:rsidRPr="009210F4" w:rsidRDefault="00820759" w:rsidP="009210F4">
      <w:pPr>
        <w:pStyle w:val="NoSpacing"/>
        <w:rPr>
          <w:rFonts w:asciiTheme="majorHAnsi" w:hAnsiTheme="majorHAnsi" w:cstheme="majorHAnsi"/>
        </w:rPr>
      </w:pPr>
      <w:r w:rsidRPr="009210F4">
        <w:rPr>
          <w:rFonts w:asciiTheme="majorHAnsi" w:hAnsiTheme="majorHAnsi" w:cstheme="majorHAnsi"/>
        </w:rPr>
        <w:t xml:space="preserve">Kimmy </w:t>
      </w:r>
      <w:r w:rsidR="00F7615C" w:rsidRPr="009210F4">
        <w:rPr>
          <w:rFonts w:asciiTheme="majorHAnsi" w:hAnsiTheme="majorHAnsi" w:cstheme="majorHAnsi"/>
        </w:rPr>
        <w:t>1:12:20</w:t>
      </w:r>
    </w:p>
    <w:p w14:paraId="764BADA9" w14:textId="42380FD9" w:rsidR="00991E93" w:rsidRPr="009210F4" w:rsidRDefault="00A72993" w:rsidP="009210F4">
      <w:pPr>
        <w:pStyle w:val="NoSpacing"/>
        <w:rPr>
          <w:rFonts w:asciiTheme="majorHAnsi" w:hAnsiTheme="majorHAnsi" w:cstheme="majorHAnsi"/>
        </w:rPr>
      </w:pPr>
      <w:r w:rsidRPr="009210F4">
        <w:rPr>
          <w:rFonts w:asciiTheme="majorHAnsi" w:hAnsiTheme="majorHAnsi" w:cstheme="majorHAnsi"/>
        </w:rPr>
        <w:t>OK</w:t>
      </w:r>
      <w:r w:rsidR="00032511" w:rsidRPr="009210F4">
        <w:rPr>
          <w:rFonts w:asciiTheme="majorHAnsi" w:hAnsiTheme="majorHAnsi" w:cstheme="majorHAnsi"/>
        </w:rPr>
        <w:t xml:space="preserve">, Mansa </w:t>
      </w:r>
      <w:proofErr w:type="spellStart"/>
      <w:r w:rsidR="00032511" w:rsidRPr="009210F4">
        <w:rPr>
          <w:rFonts w:asciiTheme="majorHAnsi" w:hAnsiTheme="majorHAnsi" w:cstheme="majorHAnsi"/>
          <w:shd w:val="clear" w:color="auto" w:fill="FFFFFF"/>
        </w:rPr>
        <w:t>Sundiata</w:t>
      </w:r>
      <w:proofErr w:type="spellEnd"/>
      <w:r w:rsidR="00D23E9C" w:rsidRPr="009210F4">
        <w:rPr>
          <w:rFonts w:asciiTheme="majorHAnsi" w:hAnsiTheme="majorHAnsi" w:cstheme="majorHAnsi"/>
          <w:shd w:val="clear" w:color="auto" w:fill="FFFFFF"/>
        </w:rPr>
        <w:t xml:space="preserve"> </w:t>
      </w:r>
      <w:proofErr w:type="spellStart"/>
      <w:r w:rsidR="00032511" w:rsidRPr="009210F4">
        <w:rPr>
          <w:rFonts w:asciiTheme="majorHAnsi" w:hAnsiTheme="majorHAnsi" w:cstheme="majorHAnsi"/>
        </w:rPr>
        <w:t>Keita</w:t>
      </w:r>
      <w:r w:rsidR="004627C2" w:rsidRPr="009210F4">
        <w:rPr>
          <w:rFonts w:asciiTheme="majorHAnsi" w:hAnsiTheme="majorHAnsi" w:cstheme="majorHAnsi"/>
        </w:rPr>
        <w:t>a</w:t>
      </w:r>
      <w:proofErr w:type="spellEnd"/>
      <w:r w:rsidR="00032511" w:rsidRPr="009210F4">
        <w:rPr>
          <w:rFonts w:asciiTheme="majorHAnsi" w:hAnsiTheme="majorHAnsi" w:cstheme="majorHAnsi"/>
        </w:rPr>
        <w:t>, so there’s a</w:t>
      </w:r>
      <w:r w:rsidR="00D23E9C" w:rsidRPr="009210F4">
        <w:rPr>
          <w:rFonts w:asciiTheme="majorHAnsi" w:hAnsiTheme="majorHAnsi" w:cstheme="majorHAnsi"/>
        </w:rPr>
        <w:t xml:space="preserve"> </w:t>
      </w:r>
      <w:r w:rsidR="00032511" w:rsidRPr="009210F4">
        <w:rPr>
          <w:rFonts w:asciiTheme="majorHAnsi" w:hAnsiTheme="majorHAnsi" w:cstheme="majorHAnsi"/>
        </w:rPr>
        <w:t>Mali, Malian singer</w:t>
      </w:r>
      <w:r w:rsidR="00D23E9C" w:rsidRPr="009210F4">
        <w:rPr>
          <w:rFonts w:asciiTheme="majorHAnsi" w:hAnsiTheme="majorHAnsi" w:cstheme="majorHAnsi"/>
        </w:rPr>
        <w:t xml:space="preserve"> </w:t>
      </w:r>
      <w:r w:rsidR="00032511" w:rsidRPr="009210F4">
        <w:rPr>
          <w:rFonts w:asciiTheme="majorHAnsi" w:hAnsiTheme="majorHAnsi" w:cstheme="majorHAnsi"/>
        </w:rPr>
        <w:t xml:space="preserve">called </w:t>
      </w:r>
      <w:r w:rsidR="004627C2" w:rsidRPr="009210F4">
        <w:rPr>
          <w:rFonts w:asciiTheme="majorHAnsi" w:hAnsiTheme="majorHAnsi" w:cstheme="majorHAnsi"/>
        </w:rPr>
        <w:t xml:space="preserve">___ </w:t>
      </w:r>
      <w:proofErr w:type="gramStart"/>
      <w:r w:rsidR="00032511" w:rsidRPr="009210F4">
        <w:rPr>
          <w:rFonts w:asciiTheme="majorHAnsi" w:hAnsiTheme="majorHAnsi" w:cstheme="majorHAnsi"/>
        </w:rPr>
        <w:t>Keita ,</w:t>
      </w:r>
      <w:proofErr w:type="gramEnd"/>
      <w:r w:rsidR="00D23E9C" w:rsidRPr="009210F4">
        <w:rPr>
          <w:rFonts w:asciiTheme="majorHAnsi" w:hAnsiTheme="majorHAnsi" w:cstheme="majorHAnsi"/>
        </w:rPr>
        <w:t xml:space="preserve"> </w:t>
      </w:r>
      <w:r w:rsidR="00F7615C" w:rsidRPr="009210F4">
        <w:rPr>
          <w:rFonts w:asciiTheme="majorHAnsi" w:hAnsiTheme="majorHAnsi" w:cstheme="majorHAnsi"/>
        </w:rPr>
        <w:t>that I grew up listening to. And it's from the same country so it's Yeah,</w:t>
      </w:r>
      <w:r w:rsidR="00032511" w:rsidRPr="009210F4">
        <w:rPr>
          <w:rFonts w:asciiTheme="majorHAnsi" w:hAnsiTheme="majorHAnsi" w:cstheme="majorHAnsi"/>
        </w:rPr>
        <w:t xml:space="preserve"> er, yeah, </w:t>
      </w:r>
      <w:r w:rsidR="00032511" w:rsidRPr="009210F4">
        <w:rPr>
          <w:rFonts w:asciiTheme="majorHAnsi" w:hAnsiTheme="majorHAnsi" w:cstheme="majorHAnsi"/>
          <w:shd w:val="clear" w:color="auto" w:fill="FFFFFF"/>
        </w:rPr>
        <w:t>Sundiata</w:t>
      </w:r>
      <w:r w:rsidR="00D23E9C" w:rsidRPr="009210F4">
        <w:rPr>
          <w:rFonts w:asciiTheme="majorHAnsi" w:hAnsiTheme="majorHAnsi" w:cstheme="majorHAnsi"/>
          <w:shd w:val="clear" w:color="auto" w:fill="FFFFFF"/>
        </w:rPr>
        <w:t xml:space="preserve"> </w:t>
      </w:r>
      <w:r w:rsidR="00032511" w:rsidRPr="009210F4">
        <w:rPr>
          <w:rFonts w:asciiTheme="majorHAnsi" w:hAnsiTheme="majorHAnsi" w:cstheme="majorHAnsi"/>
        </w:rPr>
        <w:t>Keita,</w:t>
      </w:r>
      <w:r w:rsidR="00D23E9C" w:rsidRPr="009210F4">
        <w:rPr>
          <w:rFonts w:asciiTheme="majorHAnsi" w:hAnsiTheme="majorHAnsi" w:cstheme="majorHAnsi"/>
        </w:rPr>
        <w:t xml:space="preserve"> </w:t>
      </w:r>
    </w:p>
    <w:p w14:paraId="3967BF6E" w14:textId="77777777" w:rsidR="00755863" w:rsidRDefault="00755863" w:rsidP="009210F4">
      <w:pPr>
        <w:pStyle w:val="NoSpacing"/>
        <w:rPr>
          <w:rFonts w:asciiTheme="majorHAnsi" w:hAnsiTheme="majorHAnsi" w:cstheme="majorHAnsi"/>
        </w:rPr>
      </w:pPr>
    </w:p>
    <w:p w14:paraId="5052216F" w14:textId="4C677E5E"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Daisy</w:t>
      </w:r>
      <w:r w:rsidR="00D23E9C" w:rsidRPr="009210F4">
        <w:rPr>
          <w:rFonts w:asciiTheme="majorHAnsi" w:hAnsiTheme="majorHAnsi" w:cstheme="majorHAnsi"/>
        </w:rPr>
        <w:t xml:space="preserve"> </w:t>
      </w:r>
      <w:r w:rsidRPr="009210F4">
        <w:rPr>
          <w:rFonts w:asciiTheme="majorHAnsi" w:hAnsiTheme="majorHAnsi" w:cstheme="majorHAnsi"/>
        </w:rPr>
        <w:t>1:12:38</w:t>
      </w:r>
    </w:p>
    <w:p w14:paraId="79D96EAC" w14:textId="790957BD" w:rsidR="00991E93" w:rsidRPr="009210F4" w:rsidRDefault="00032511" w:rsidP="009210F4">
      <w:pPr>
        <w:pStyle w:val="NoSpacing"/>
        <w:rPr>
          <w:rFonts w:asciiTheme="majorHAnsi" w:hAnsiTheme="majorHAnsi" w:cstheme="majorHAnsi"/>
        </w:rPr>
      </w:pPr>
      <w:r w:rsidRPr="009210F4">
        <w:rPr>
          <w:rFonts w:asciiTheme="majorHAnsi" w:hAnsiTheme="majorHAnsi" w:cstheme="majorHAnsi"/>
        </w:rPr>
        <w:t>Yeah, s</w:t>
      </w:r>
      <w:r w:rsidR="00F7615C" w:rsidRPr="009210F4">
        <w:rPr>
          <w:rFonts w:asciiTheme="majorHAnsi" w:hAnsiTheme="majorHAnsi" w:cstheme="majorHAnsi"/>
        </w:rPr>
        <w:t xml:space="preserve">o basically, his first name is the only thing that I was able to find a </w:t>
      </w:r>
      <w:r w:rsidR="00755863" w:rsidRPr="009210F4">
        <w:rPr>
          <w:rFonts w:asciiTheme="majorHAnsi" w:hAnsiTheme="majorHAnsi" w:cstheme="majorHAnsi"/>
        </w:rPr>
        <w:t>pronunciation</w:t>
      </w:r>
      <w:r w:rsidR="00F7615C" w:rsidRPr="009210F4">
        <w:rPr>
          <w:rFonts w:asciiTheme="majorHAnsi" w:hAnsiTheme="majorHAnsi" w:cstheme="majorHAnsi"/>
        </w:rPr>
        <w:t xml:space="preserve"> thing for, which is apparently </w:t>
      </w:r>
      <w:r w:rsidRPr="009210F4">
        <w:rPr>
          <w:rFonts w:asciiTheme="majorHAnsi" w:hAnsiTheme="majorHAnsi" w:cstheme="majorHAnsi"/>
        </w:rPr>
        <w:t>S</w:t>
      </w:r>
      <w:r w:rsidR="00F7615C" w:rsidRPr="009210F4">
        <w:rPr>
          <w:rFonts w:asciiTheme="majorHAnsi" w:hAnsiTheme="majorHAnsi" w:cstheme="majorHAnsi"/>
        </w:rPr>
        <w:t>oon dash jar dash ta</w:t>
      </w:r>
      <w:r w:rsidRPr="009210F4">
        <w:rPr>
          <w:rFonts w:asciiTheme="majorHAnsi" w:hAnsiTheme="majorHAnsi" w:cstheme="majorHAnsi"/>
        </w:rPr>
        <w:t>,</w:t>
      </w:r>
      <w:r w:rsidR="00F7615C" w:rsidRPr="009210F4">
        <w:rPr>
          <w:rFonts w:asciiTheme="majorHAnsi" w:hAnsiTheme="majorHAnsi" w:cstheme="majorHAnsi"/>
        </w:rPr>
        <w:t xml:space="preserve"> supposedly, but yeah, it's all timing based and all that and that</w:t>
      </w:r>
    </w:p>
    <w:p w14:paraId="2577A40A" w14:textId="77777777" w:rsidR="00991E93" w:rsidRPr="009210F4" w:rsidRDefault="00991E93" w:rsidP="009210F4">
      <w:pPr>
        <w:pStyle w:val="NoSpacing"/>
        <w:rPr>
          <w:rFonts w:asciiTheme="majorHAnsi" w:hAnsiTheme="majorHAnsi" w:cstheme="majorHAnsi"/>
        </w:rPr>
      </w:pPr>
    </w:p>
    <w:p w14:paraId="79DCC84E" w14:textId="7677EB16" w:rsidR="00991E93" w:rsidRPr="009210F4" w:rsidRDefault="00820759" w:rsidP="009210F4">
      <w:pPr>
        <w:pStyle w:val="NoSpacing"/>
        <w:rPr>
          <w:rFonts w:asciiTheme="majorHAnsi" w:hAnsiTheme="majorHAnsi" w:cstheme="majorHAnsi"/>
        </w:rPr>
      </w:pPr>
      <w:r w:rsidRPr="009210F4">
        <w:rPr>
          <w:rFonts w:asciiTheme="majorHAnsi" w:hAnsiTheme="majorHAnsi" w:cstheme="majorHAnsi"/>
        </w:rPr>
        <w:t xml:space="preserve">Kimmy </w:t>
      </w:r>
      <w:r w:rsidR="00F7615C" w:rsidRPr="009210F4">
        <w:rPr>
          <w:rFonts w:asciiTheme="majorHAnsi" w:hAnsiTheme="majorHAnsi" w:cstheme="majorHAnsi"/>
        </w:rPr>
        <w:t>1:12:55</w:t>
      </w:r>
    </w:p>
    <w:p w14:paraId="25FD4CC7" w14:textId="24285E15"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Yeah, yeah</w:t>
      </w:r>
      <w:r w:rsidR="00032511" w:rsidRPr="009210F4">
        <w:rPr>
          <w:rFonts w:asciiTheme="majorHAnsi" w:hAnsiTheme="majorHAnsi" w:cstheme="majorHAnsi"/>
        </w:rPr>
        <w:t>, yeah,</w:t>
      </w:r>
      <w:r w:rsidR="00D23E9C" w:rsidRPr="009210F4">
        <w:rPr>
          <w:rFonts w:asciiTheme="majorHAnsi" w:hAnsiTheme="majorHAnsi" w:cstheme="majorHAnsi"/>
        </w:rPr>
        <w:t xml:space="preserve"> </w:t>
      </w:r>
      <w:r w:rsidR="00032511" w:rsidRPr="009210F4">
        <w:rPr>
          <w:rFonts w:asciiTheme="majorHAnsi" w:hAnsiTheme="majorHAnsi" w:cstheme="majorHAnsi"/>
        </w:rPr>
        <w:t>d</w:t>
      </w:r>
      <w:r w:rsidRPr="009210F4">
        <w:rPr>
          <w:rFonts w:asciiTheme="majorHAnsi" w:hAnsiTheme="majorHAnsi" w:cstheme="majorHAnsi"/>
        </w:rPr>
        <w:t>ude, their names are</w:t>
      </w:r>
      <w:r w:rsidR="00032511" w:rsidRPr="009210F4">
        <w:rPr>
          <w:rFonts w:asciiTheme="majorHAnsi" w:hAnsiTheme="majorHAnsi" w:cstheme="majorHAnsi"/>
        </w:rPr>
        <w:t>,</w:t>
      </w:r>
      <w:r w:rsidRPr="009210F4">
        <w:rPr>
          <w:rFonts w:asciiTheme="majorHAnsi" w:hAnsiTheme="majorHAnsi" w:cstheme="majorHAnsi"/>
        </w:rPr>
        <w:t xml:space="preserve"> like, his mother </w:t>
      </w:r>
      <w:r w:rsidR="004627C2" w:rsidRPr="009210F4">
        <w:rPr>
          <w:rFonts w:asciiTheme="majorHAnsi" w:hAnsiTheme="majorHAnsi" w:cstheme="majorHAnsi"/>
        </w:rPr>
        <w:softHyphen/>
        <w:t xml:space="preserve">___ father ___ they had some tongue twister names back in the day, </w:t>
      </w:r>
      <w:r w:rsidRPr="009210F4">
        <w:rPr>
          <w:rFonts w:asciiTheme="majorHAnsi" w:hAnsiTheme="majorHAnsi" w:cstheme="majorHAnsi"/>
        </w:rPr>
        <w:t>I</w:t>
      </w:r>
      <w:r w:rsidR="004627C2" w:rsidRPr="009210F4">
        <w:rPr>
          <w:rFonts w:asciiTheme="majorHAnsi" w:hAnsiTheme="majorHAnsi" w:cstheme="majorHAnsi"/>
        </w:rPr>
        <w:t>’d be</w:t>
      </w:r>
      <w:r w:rsidR="00D23E9C" w:rsidRPr="009210F4">
        <w:rPr>
          <w:rFonts w:asciiTheme="majorHAnsi" w:hAnsiTheme="majorHAnsi" w:cstheme="majorHAnsi"/>
        </w:rPr>
        <w:t xml:space="preserve"> </w:t>
      </w:r>
      <w:r w:rsidRPr="009210F4">
        <w:rPr>
          <w:rFonts w:asciiTheme="majorHAnsi" w:hAnsiTheme="majorHAnsi" w:cstheme="majorHAnsi"/>
        </w:rPr>
        <w:t>offending everyone.</w:t>
      </w:r>
    </w:p>
    <w:p w14:paraId="01772C43" w14:textId="77777777" w:rsidR="00991E93" w:rsidRPr="009210F4" w:rsidRDefault="00991E93" w:rsidP="009210F4">
      <w:pPr>
        <w:pStyle w:val="NoSpacing"/>
        <w:rPr>
          <w:rFonts w:asciiTheme="majorHAnsi" w:hAnsiTheme="majorHAnsi" w:cstheme="majorHAnsi"/>
        </w:rPr>
      </w:pPr>
    </w:p>
    <w:p w14:paraId="53E9C222" w14:textId="22B24056"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Daisy</w:t>
      </w:r>
      <w:r w:rsidR="00D23E9C" w:rsidRPr="009210F4">
        <w:rPr>
          <w:rFonts w:asciiTheme="majorHAnsi" w:hAnsiTheme="majorHAnsi" w:cstheme="majorHAnsi"/>
        </w:rPr>
        <w:t xml:space="preserve"> </w:t>
      </w:r>
      <w:r w:rsidRPr="009210F4">
        <w:rPr>
          <w:rFonts w:asciiTheme="majorHAnsi" w:hAnsiTheme="majorHAnsi" w:cstheme="majorHAnsi"/>
        </w:rPr>
        <w:t>1:13:14</w:t>
      </w:r>
    </w:p>
    <w:p w14:paraId="49C96A3E" w14:textId="3D55EA41"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Yeah, so there's some kind of theory</w:t>
      </w:r>
      <w:r w:rsidR="00D23E9C" w:rsidRPr="009210F4">
        <w:rPr>
          <w:rFonts w:asciiTheme="majorHAnsi" w:hAnsiTheme="majorHAnsi" w:cstheme="majorHAnsi"/>
        </w:rPr>
        <w:t xml:space="preserve"> </w:t>
      </w:r>
      <w:r w:rsidR="004627C2" w:rsidRPr="009210F4">
        <w:rPr>
          <w:rFonts w:asciiTheme="majorHAnsi" w:hAnsiTheme="majorHAnsi" w:cstheme="majorHAnsi"/>
        </w:rPr>
        <w:t xml:space="preserve">that ___ </w:t>
      </w:r>
      <w:r w:rsidRPr="009210F4">
        <w:rPr>
          <w:rFonts w:asciiTheme="majorHAnsi" w:hAnsiTheme="majorHAnsi" w:cstheme="majorHAnsi"/>
        </w:rPr>
        <w:t>was the family's actual surname</w:t>
      </w:r>
      <w:r w:rsidR="004627C2" w:rsidRPr="009210F4">
        <w:rPr>
          <w:rFonts w:asciiTheme="majorHAnsi" w:hAnsiTheme="majorHAnsi" w:cstheme="majorHAnsi"/>
        </w:rPr>
        <w:t xml:space="preserve"> and Keita was </w:t>
      </w:r>
      <w:r w:rsidRPr="009210F4">
        <w:rPr>
          <w:rFonts w:asciiTheme="majorHAnsi" w:hAnsiTheme="majorHAnsi" w:cstheme="majorHAnsi"/>
        </w:rPr>
        <w:t xml:space="preserve">like something that meant you know, like, essentially, the heirs to the </w:t>
      </w:r>
      <w:r w:rsidR="00E84CB3" w:rsidRPr="009210F4">
        <w:rPr>
          <w:rFonts w:asciiTheme="majorHAnsi" w:hAnsiTheme="majorHAnsi" w:cstheme="majorHAnsi"/>
        </w:rPr>
        <w:t xml:space="preserve">throne, but then </w:t>
      </w:r>
      <w:r w:rsidRPr="009210F4">
        <w:rPr>
          <w:rFonts w:asciiTheme="majorHAnsi" w:hAnsiTheme="majorHAnsi" w:cstheme="majorHAnsi"/>
        </w:rPr>
        <w:t xml:space="preserve">just it just seems to </w:t>
      </w:r>
      <w:r w:rsidR="00E84CB3" w:rsidRPr="009210F4">
        <w:rPr>
          <w:rFonts w:asciiTheme="majorHAnsi" w:hAnsiTheme="majorHAnsi" w:cstheme="majorHAnsi"/>
        </w:rPr>
        <w:t xml:space="preserve">have </w:t>
      </w:r>
      <w:r w:rsidRPr="009210F4">
        <w:rPr>
          <w:rFonts w:asciiTheme="majorHAnsi" w:hAnsiTheme="majorHAnsi" w:cstheme="majorHAnsi"/>
        </w:rPr>
        <w:t xml:space="preserve">become the family name. And, you know, it's one of those things that people debate about in a way that's quite you know, it's one of those historical debates, which ends up with one person saying, </w:t>
      </w:r>
      <w:r w:rsidR="00E84CB3" w:rsidRPr="009210F4">
        <w:rPr>
          <w:rFonts w:asciiTheme="majorHAnsi" w:hAnsiTheme="majorHAnsi" w:cstheme="majorHAnsi"/>
        </w:rPr>
        <w:t>‘</w:t>
      </w:r>
      <w:r w:rsidRPr="009210F4">
        <w:rPr>
          <w:rFonts w:asciiTheme="majorHAnsi" w:hAnsiTheme="majorHAnsi" w:cstheme="majorHAnsi"/>
        </w:rPr>
        <w:t>well, he's just a fucking idiot</w:t>
      </w:r>
      <w:r w:rsidR="00E84CB3" w:rsidRPr="009210F4">
        <w:rPr>
          <w:rFonts w:asciiTheme="majorHAnsi" w:hAnsiTheme="majorHAnsi" w:cstheme="majorHAnsi"/>
        </w:rPr>
        <w:t>’</w:t>
      </w:r>
      <w:r w:rsidRPr="009210F4">
        <w:rPr>
          <w:rFonts w:asciiTheme="majorHAnsi" w:hAnsiTheme="majorHAnsi" w:cstheme="majorHAnsi"/>
        </w:rPr>
        <w:t xml:space="preserve"> </w:t>
      </w:r>
      <w:r w:rsidR="00E84CB3" w:rsidRPr="009210F4">
        <w:rPr>
          <w:rFonts w:asciiTheme="majorHAnsi" w:hAnsiTheme="majorHAnsi" w:cstheme="majorHAnsi"/>
        </w:rPr>
        <w:t xml:space="preserve">about the other {laughter} </w:t>
      </w:r>
      <w:r w:rsidRPr="009210F4">
        <w:rPr>
          <w:rFonts w:asciiTheme="majorHAnsi" w:hAnsiTheme="majorHAnsi" w:cstheme="majorHAnsi"/>
        </w:rPr>
        <w:t xml:space="preserve">which happens a lot more than you potentially anticipate. a lot of my lectures was just you know, oh, and so and so says </w:t>
      </w:r>
      <w:r w:rsidR="00755863" w:rsidRPr="009210F4">
        <w:rPr>
          <w:rFonts w:asciiTheme="majorHAnsi" w:hAnsiTheme="majorHAnsi" w:cstheme="majorHAnsi"/>
        </w:rPr>
        <w:t>this,</w:t>
      </w:r>
      <w:r w:rsidR="00E84CB3" w:rsidRPr="009210F4">
        <w:rPr>
          <w:rFonts w:asciiTheme="majorHAnsi" w:hAnsiTheme="majorHAnsi" w:cstheme="majorHAnsi"/>
        </w:rPr>
        <w:t xml:space="preserve"> ‘oh, </w:t>
      </w:r>
      <w:r w:rsidRPr="009210F4">
        <w:rPr>
          <w:rFonts w:asciiTheme="majorHAnsi" w:hAnsiTheme="majorHAnsi" w:cstheme="majorHAnsi"/>
        </w:rPr>
        <w:t>fucking idiot</w:t>
      </w:r>
      <w:r w:rsidR="00E84CB3" w:rsidRPr="009210F4">
        <w:rPr>
          <w:rFonts w:asciiTheme="majorHAnsi" w:hAnsiTheme="majorHAnsi" w:cstheme="majorHAnsi"/>
        </w:rPr>
        <w:t>’</w:t>
      </w:r>
      <w:r w:rsidRPr="009210F4">
        <w:rPr>
          <w:rFonts w:asciiTheme="majorHAnsi" w:hAnsiTheme="majorHAnsi" w:cstheme="majorHAnsi"/>
        </w:rPr>
        <w:t>.</w:t>
      </w:r>
    </w:p>
    <w:p w14:paraId="4EFDB44C" w14:textId="77777777" w:rsidR="00991E93" w:rsidRPr="009210F4" w:rsidRDefault="00991E93" w:rsidP="009210F4">
      <w:pPr>
        <w:pStyle w:val="NoSpacing"/>
        <w:rPr>
          <w:rFonts w:asciiTheme="majorHAnsi" w:hAnsiTheme="majorHAnsi" w:cstheme="majorHAnsi"/>
        </w:rPr>
      </w:pPr>
    </w:p>
    <w:p w14:paraId="75FAB766" w14:textId="6A449698"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Lucy</w:t>
      </w:r>
      <w:r w:rsidR="00D23E9C" w:rsidRPr="009210F4">
        <w:rPr>
          <w:rFonts w:asciiTheme="majorHAnsi" w:hAnsiTheme="majorHAnsi" w:cstheme="majorHAnsi"/>
        </w:rPr>
        <w:t xml:space="preserve"> </w:t>
      </w:r>
      <w:r w:rsidRPr="009210F4">
        <w:rPr>
          <w:rFonts w:asciiTheme="majorHAnsi" w:hAnsiTheme="majorHAnsi" w:cstheme="majorHAnsi"/>
        </w:rPr>
        <w:t>1:14:04</w:t>
      </w:r>
    </w:p>
    <w:p w14:paraId="2E5AC48F" w14:textId="77777777"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Daisy, thank you so much for that. That's a really interesting episode.</w:t>
      </w:r>
    </w:p>
    <w:p w14:paraId="6B336934" w14:textId="77777777" w:rsidR="00991E93" w:rsidRPr="009210F4" w:rsidRDefault="00991E93" w:rsidP="009210F4">
      <w:pPr>
        <w:pStyle w:val="NoSpacing"/>
        <w:rPr>
          <w:rFonts w:asciiTheme="majorHAnsi" w:hAnsiTheme="majorHAnsi" w:cstheme="majorHAnsi"/>
        </w:rPr>
      </w:pPr>
    </w:p>
    <w:p w14:paraId="2E57E621" w14:textId="3FCE797B"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Alice</w:t>
      </w:r>
      <w:r w:rsidR="00D23E9C" w:rsidRPr="009210F4">
        <w:rPr>
          <w:rFonts w:asciiTheme="majorHAnsi" w:hAnsiTheme="majorHAnsi" w:cstheme="majorHAnsi"/>
        </w:rPr>
        <w:t xml:space="preserve"> </w:t>
      </w:r>
      <w:r w:rsidRPr="009210F4">
        <w:rPr>
          <w:rFonts w:asciiTheme="majorHAnsi" w:hAnsiTheme="majorHAnsi" w:cstheme="majorHAnsi"/>
        </w:rPr>
        <w:t>1:14:08</w:t>
      </w:r>
    </w:p>
    <w:p w14:paraId="747A83FF" w14:textId="1FECB0E6"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 xml:space="preserve">That was a </w:t>
      </w:r>
      <w:r w:rsidR="00E84CB3" w:rsidRPr="009210F4">
        <w:rPr>
          <w:rFonts w:asciiTheme="majorHAnsi" w:hAnsiTheme="majorHAnsi" w:cstheme="majorHAnsi"/>
        </w:rPr>
        <w:t xml:space="preserve">really interesting episode </w:t>
      </w:r>
    </w:p>
    <w:p w14:paraId="7AB434A2" w14:textId="77777777" w:rsidR="00755863" w:rsidRDefault="00755863" w:rsidP="009210F4">
      <w:pPr>
        <w:pStyle w:val="NoSpacing"/>
        <w:rPr>
          <w:rFonts w:asciiTheme="majorHAnsi" w:hAnsiTheme="majorHAnsi" w:cstheme="majorHAnsi"/>
        </w:rPr>
      </w:pPr>
    </w:p>
    <w:p w14:paraId="1B26D509" w14:textId="2408A525"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Daisy</w:t>
      </w:r>
      <w:r w:rsidR="00D23E9C" w:rsidRPr="009210F4">
        <w:rPr>
          <w:rFonts w:asciiTheme="majorHAnsi" w:hAnsiTheme="majorHAnsi" w:cstheme="majorHAnsi"/>
        </w:rPr>
        <w:t xml:space="preserve"> </w:t>
      </w:r>
      <w:r w:rsidRPr="009210F4">
        <w:rPr>
          <w:rFonts w:asciiTheme="majorHAnsi" w:hAnsiTheme="majorHAnsi" w:cstheme="majorHAnsi"/>
        </w:rPr>
        <w:t>1:14:11</w:t>
      </w:r>
    </w:p>
    <w:p w14:paraId="098F13A7" w14:textId="77777777" w:rsidR="00E84CB3" w:rsidRPr="009210F4" w:rsidRDefault="00E84CB3" w:rsidP="009210F4">
      <w:pPr>
        <w:pStyle w:val="NoSpacing"/>
        <w:rPr>
          <w:rFonts w:asciiTheme="majorHAnsi" w:hAnsiTheme="majorHAnsi" w:cstheme="majorHAnsi"/>
        </w:rPr>
      </w:pPr>
      <w:r w:rsidRPr="009210F4">
        <w:rPr>
          <w:rFonts w:asciiTheme="majorHAnsi" w:hAnsiTheme="majorHAnsi" w:cstheme="majorHAnsi"/>
        </w:rPr>
        <w:t>I got a</w:t>
      </w:r>
      <w:r w:rsidR="00F7615C" w:rsidRPr="009210F4">
        <w:rPr>
          <w:rFonts w:asciiTheme="majorHAnsi" w:hAnsiTheme="majorHAnsi" w:cstheme="majorHAnsi"/>
        </w:rPr>
        <w:t xml:space="preserve">way with it without any Nazis. </w:t>
      </w:r>
    </w:p>
    <w:p w14:paraId="2F57BA93" w14:textId="77777777" w:rsidR="00755863" w:rsidRDefault="00755863" w:rsidP="009210F4">
      <w:pPr>
        <w:pStyle w:val="NoSpacing"/>
        <w:rPr>
          <w:rFonts w:asciiTheme="majorHAnsi" w:hAnsiTheme="majorHAnsi" w:cstheme="majorHAnsi"/>
        </w:rPr>
      </w:pPr>
    </w:p>
    <w:p w14:paraId="5BE8CFA4" w14:textId="6E5433E5" w:rsidR="002C4CBF" w:rsidRPr="009210F4" w:rsidRDefault="00E84CB3" w:rsidP="009210F4">
      <w:pPr>
        <w:pStyle w:val="NoSpacing"/>
        <w:rPr>
          <w:rFonts w:asciiTheme="majorHAnsi" w:hAnsiTheme="majorHAnsi" w:cstheme="majorHAnsi"/>
        </w:rPr>
      </w:pPr>
      <w:r w:rsidRPr="009210F4">
        <w:rPr>
          <w:rFonts w:asciiTheme="majorHAnsi" w:hAnsiTheme="majorHAnsi" w:cstheme="majorHAnsi"/>
        </w:rPr>
        <w:t>Lucy</w:t>
      </w:r>
      <w:r w:rsidR="00912104" w:rsidRPr="009210F4">
        <w:rPr>
          <w:rFonts w:asciiTheme="majorHAnsi" w:hAnsiTheme="majorHAnsi" w:cstheme="majorHAnsi"/>
        </w:rPr>
        <w:t>:</w:t>
      </w:r>
      <w:r w:rsidRPr="009210F4">
        <w:rPr>
          <w:rFonts w:asciiTheme="majorHAnsi" w:hAnsiTheme="majorHAnsi" w:cstheme="majorHAnsi"/>
        </w:rPr>
        <w:t xml:space="preserve"> </w:t>
      </w:r>
      <w:r w:rsidR="00F7615C" w:rsidRPr="009210F4">
        <w:rPr>
          <w:rFonts w:asciiTheme="majorHAnsi" w:hAnsiTheme="majorHAnsi" w:cstheme="majorHAnsi"/>
        </w:rPr>
        <w:t>Yeah</w:t>
      </w:r>
      <w:r w:rsidRPr="009210F4">
        <w:rPr>
          <w:rFonts w:asciiTheme="majorHAnsi" w:hAnsiTheme="majorHAnsi" w:cstheme="majorHAnsi"/>
        </w:rPr>
        <w:t>, almost</w:t>
      </w:r>
    </w:p>
    <w:p w14:paraId="5775448F" w14:textId="77777777" w:rsidR="00755863" w:rsidRDefault="00755863" w:rsidP="009210F4">
      <w:pPr>
        <w:pStyle w:val="NoSpacing"/>
        <w:rPr>
          <w:rFonts w:asciiTheme="majorHAnsi" w:hAnsiTheme="majorHAnsi" w:cstheme="majorHAnsi"/>
        </w:rPr>
      </w:pPr>
    </w:p>
    <w:p w14:paraId="0E007459" w14:textId="539D5FE9" w:rsidR="002C4CBF" w:rsidRPr="009210F4" w:rsidRDefault="002C4CBF" w:rsidP="009210F4">
      <w:pPr>
        <w:pStyle w:val="NoSpacing"/>
        <w:rPr>
          <w:rFonts w:asciiTheme="majorHAnsi" w:hAnsiTheme="majorHAnsi" w:cstheme="majorHAnsi"/>
        </w:rPr>
      </w:pPr>
      <w:r w:rsidRPr="009210F4">
        <w:rPr>
          <w:rFonts w:asciiTheme="majorHAnsi" w:hAnsiTheme="majorHAnsi" w:cstheme="majorHAnsi"/>
        </w:rPr>
        <w:t>Daisy: Until</w:t>
      </w:r>
      <w:r w:rsidR="00820759" w:rsidRPr="009210F4">
        <w:rPr>
          <w:rFonts w:asciiTheme="majorHAnsi" w:hAnsiTheme="majorHAnsi" w:cstheme="majorHAnsi"/>
        </w:rPr>
        <w:t xml:space="preserve"> Kimmy </w:t>
      </w:r>
      <w:r w:rsidRPr="009210F4">
        <w:rPr>
          <w:rFonts w:asciiTheme="majorHAnsi" w:hAnsiTheme="majorHAnsi" w:cstheme="majorHAnsi"/>
        </w:rPr>
        <w:t xml:space="preserve">turned up </w:t>
      </w:r>
    </w:p>
    <w:p w14:paraId="0B7A1780" w14:textId="77777777" w:rsidR="00755863" w:rsidRDefault="00755863" w:rsidP="009210F4">
      <w:pPr>
        <w:pStyle w:val="NoSpacing"/>
        <w:rPr>
          <w:rFonts w:asciiTheme="majorHAnsi" w:hAnsiTheme="majorHAnsi" w:cstheme="majorHAnsi"/>
        </w:rPr>
      </w:pPr>
    </w:p>
    <w:p w14:paraId="3BC77670" w14:textId="01D5BF8C" w:rsidR="00991E93" w:rsidRPr="009210F4" w:rsidRDefault="002C4CBF" w:rsidP="009210F4">
      <w:pPr>
        <w:pStyle w:val="NoSpacing"/>
        <w:rPr>
          <w:rFonts w:asciiTheme="majorHAnsi" w:hAnsiTheme="majorHAnsi" w:cstheme="majorHAnsi"/>
        </w:rPr>
      </w:pPr>
      <w:r w:rsidRPr="009210F4">
        <w:rPr>
          <w:rFonts w:asciiTheme="majorHAnsi" w:hAnsiTheme="majorHAnsi" w:cstheme="majorHAnsi"/>
        </w:rPr>
        <w:t>Lucy:</w:t>
      </w:r>
      <w:r w:rsidR="00820759" w:rsidRPr="009210F4">
        <w:rPr>
          <w:rFonts w:asciiTheme="majorHAnsi" w:hAnsiTheme="majorHAnsi" w:cstheme="majorHAnsi"/>
        </w:rPr>
        <w:t xml:space="preserve"> Kimmy </w:t>
      </w:r>
      <w:r w:rsidR="00912104" w:rsidRPr="009210F4">
        <w:rPr>
          <w:rFonts w:asciiTheme="majorHAnsi" w:hAnsiTheme="majorHAnsi" w:cstheme="majorHAnsi"/>
        </w:rPr>
        <w:t>had to go and mention Wal</w:t>
      </w:r>
      <w:r w:rsidR="00755863">
        <w:rPr>
          <w:rFonts w:asciiTheme="majorHAnsi" w:hAnsiTheme="majorHAnsi" w:cstheme="majorHAnsi"/>
        </w:rPr>
        <w:t>t</w:t>
      </w:r>
      <w:r w:rsidR="00912104" w:rsidRPr="009210F4">
        <w:rPr>
          <w:rFonts w:asciiTheme="majorHAnsi" w:hAnsiTheme="majorHAnsi" w:cstheme="majorHAnsi"/>
        </w:rPr>
        <w:t xml:space="preserve"> Disney</w:t>
      </w:r>
      <w:r w:rsidR="00D23E9C" w:rsidRPr="009210F4">
        <w:rPr>
          <w:rFonts w:asciiTheme="majorHAnsi" w:hAnsiTheme="majorHAnsi" w:cstheme="majorHAnsi"/>
        </w:rPr>
        <w:t xml:space="preserve"> </w:t>
      </w:r>
    </w:p>
    <w:p w14:paraId="6E177B0E" w14:textId="77777777" w:rsidR="00991E93" w:rsidRPr="009210F4" w:rsidRDefault="00991E93" w:rsidP="009210F4">
      <w:pPr>
        <w:pStyle w:val="NoSpacing"/>
        <w:rPr>
          <w:rFonts w:asciiTheme="majorHAnsi" w:hAnsiTheme="majorHAnsi" w:cstheme="majorHAnsi"/>
        </w:rPr>
      </w:pPr>
    </w:p>
    <w:p w14:paraId="15D8B629" w14:textId="00220174" w:rsidR="00991E93" w:rsidRPr="009210F4" w:rsidRDefault="00820759" w:rsidP="009210F4">
      <w:pPr>
        <w:pStyle w:val="NoSpacing"/>
        <w:rPr>
          <w:rFonts w:asciiTheme="majorHAnsi" w:hAnsiTheme="majorHAnsi" w:cstheme="majorHAnsi"/>
        </w:rPr>
      </w:pPr>
      <w:r w:rsidRPr="009210F4">
        <w:rPr>
          <w:rFonts w:asciiTheme="majorHAnsi" w:hAnsiTheme="majorHAnsi" w:cstheme="majorHAnsi"/>
        </w:rPr>
        <w:t xml:space="preserve">Kimmy </w:t>
      </w:r>
      <w:r w:rsidR="00F7615C" w:rsidRPr="009210F4">
        <w:rPr>
          <w:rFonts w:asciiTheme="majorHAnsi" w:hAnsiTheme="majorHAnsi" w:cstheme="majorHAnsi"/>
        </w:rPr>
        <w:t>1:14:21</w:t>
      </w:r>
    </w:p>
    <w:p w14:paraId="35D0EFED" w14:textId="51B1DCE1"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Sorry to bring in the Nazi</w:t>
      </w:r>
      <w:r w:rsidR="00912104" w:rsidRPr="009210F4">
        <w:rPr>
          <w:rFonts w:asciiTheme="majorHAnsi" w:hAnsiTheme="majorHAnsi" w:cstheme="majorHAnsi"/>
        </w:rPr>
        <w:t>s</w:t>
      </w:r>
    </w:p>
    <w:p w14:paraId="2B91374F" w14:textId="77777777" w:rsidR="00991E93" w:rsidRPr="009210F4" w:rsidRDefault="00991E93" w:rsidP="009210F4">
      <w:pPr>
        <w:pStyle w:val="NoSpacing"/>
        <w:rPr>
          <w:rFonts w:asciiTheme="majorHAnsi" w:hAnsiTheme="majorHAnsi" w:cstheme="majorHAnsi"/>
        </w:rPr>
      </w:pPr>
    </w:p>
    <w:p w14:paraId="7D038DDD" w14:textId="47F82133"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Daisy</w:t>
      </w:r>
      <w:r w:rsidR="00D23E9C" w:rsidRPr="009210F4">
        <w:rPr>
          <w:rFonts w:asciiTheme="majorHAnsi" w:hAnsiTheme="majorHAnsi" w:cstheme="majorHAnsi"/>
        </w:rPr>
        <w:t xml:space="preserve"> </w:t>
      </w:r>
      <w:r w:rsidRPr="009210F4">
        <w:rPr>
          <w:rFonts w:asciiTheme="majorHAnsi" w:hAnsiTheme="majorHAnsi" w:cstheme="majorHAnsi"/>
        </w:rPr>
        <w:t>1:14:25</w:t>
      </w:r>
    </w:p>
    <w:p w14:paraId="0C665205" w14:textId="503876BF"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replacing the</w:t>
      </w:r>
      <w:r w:rsidR="00912104" w:rsidRPr="009210F4">
        <w:rPr>
          <w:rFonts w:asciiTheme="majorHAnsi" w:hAnsiTheme="majorHAnsi" w:cstheme="majorHAnsi"/>
        </w:rPr>
        <w:t xml:space="preserve"> sign</w:t>
      </w:r>
      <w:r w:rsidR="00D23E9C" w:rsidRPr="009210F4">
        <w:rPr>
          <w:rFonts w:asciiTheme="majorHAnsi" w:hAnsiTheme="majorHAnsi" w:cstheme="majorHAnsi"/>
        </w:rPr>
        <w:t xml:space="preserve"> </w:t>
      </w:r>
      <w:r w:rsidR="00912104" w:rsidRPr="009210F4">
        <w:rPr>
          <w:rFonts w:asciiTheme="majorHAnsi" w:hAnsiTheme="majorHAnsi" w:cstheme="majorHAnsi"/>
        </w:rPr>
        <w:t xml:space="preserve">--- without a Nazi that’s a zero </w:t>
      </w:r>
    </w:p>
    <w:p w14:paraId="4C6551AC" w14:textId="77777777" w:rsidR="00991E93" w:rsidRPr="009210F4" w:rsidRDefault="00991E93" w:rsidP="009210F4">
      <w:pPr>
        <w:pStyle w:val="NoSpacing"/>
        <w:rPr>
          <w:rFonts w:asciiTheme="majorHAnsi" w:hAnsiTheme="majorHAnsi" w:cstheme="majorHAnsi"/>
        </w:rPr>
      </w:pPr>
    </w:p>
    <w:p w14:paraId="65FB14BD" w14:textId="588EC6B9"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Lucy</w:t>
      </w:r>
      <w:r w:rsidR="00D23E9C" w:rsidRPr="009210F4">
        <w:rPr>
          <w:rFonts w:asciiTheme="majorHAnsi" w:hAnsiTheme="majorHAnsi" w:cstheme="majorHAnsi"/>
        </w:rPr>
        <w:t xml:space="preserve"> </w:t>
      </w:r>
      <w:r w:rsidRPr="009210F4">
        <w:rPr>
          <w:rFonts w:asciiTheme="majorHAnsi" w:hAnsiTheme="majorHAnsi" w:cstheme="majorHAnsi"/>
        </w:rPr>
        <w:t>1:14:33</w:t>
      </w:r>
    </w:p>
    <w:p w14:paraId="6C578E05" w14:textId="1AB6E00B" w:rsidR="00991E93" w:rsidRPr="009210F4" w:rsidRDefault="00912104" w:rsidP="009210F4">
      <w:pPr>
        <w:pStyle w:val="NoSpacing"/>
        <w:rPr>
          <w:rFonts w:asciiTheme="majorHAnsi" w:hAnsiTheme="majorHAnsi" w:cstheme="majorHAnsi"/>
        </w:rPr>
      </w:pPr>
      <w:r w:rsidRPr="009210F4">
        <w:rPr>
          <w:rFonts w:asciiTheme="majorHAnsi" w:hAnsiTheme="majorHAnsi" w:cstheme="majorHAnsi"/>
        </w:rPr>
        <w:t xml:space="preserve">It’s like that bit in The Simpsons stays with that </w:t>
      </w:r>
      <w:r w:rsidR="00755863" w:rsidRPr="009210F4">
        <w:rPr>
          <w:rFonts w:asciiTheme="majorHAnsi" w:hAnsiTheme="majorHAnsi" w:cstheme="majorHAnsi"/>
        </w:rPr>
        <w:t>incident,</w:t>
      </w:r>
      <w:r w:rsidRPr="009210F4">
        <w:rPr>
          <w:rFonts w:asciiTheme="majorHAnsi" w:hAnsiTheme="majorHAnsi" w:cstheme="majorHAnsi"/>
        </w:rPr>
        <w:t xml:space="preserve"> one, then back to the</w:t>
      </w:r>
      <w:r w:rsidR="00F7615C" w:rsidRPr="009210F4">
        <w:rPr>
          <w:rFonts w:asciiTheme="majorHAnsi" w:hAnsiTheme="majorHAnsi" w:cstheme="majorHAnsi"/>
        </w:rPr>
        <w:t>.</w:t>
      </w:r>
      <w:r w:rsidR="00820759" w:rsidRPr="009210F4">
        <w:rPr>
          <w:rFonts w:asciiTheme="majorHAnsi" w:hAnsiTheme="majorHAnsi" w:cstheme="majorHAnsi"/>
        </w:rPr>
        <w:t xml:space="preserve"> </w:t>
      </w:r>
      <w:r w:rsidR="00755863" w:rsidRPr="009210F4">
        <w:rPr>
          <w:rFonts w:asciiTheme="majorHAnsi" w:hAnsiTheme="majorHAnsi" w:cstheme="majorHAnsi"/>
        </w:rPr>
        <w:t>Kimmy,</w:t>
      </w:r>
      <w:r w:rsidRPr="009210F4">
        <w:rPr>
          <w:rFonts w:asciiTheme="majorHAnsi" w:hAnsiTheme="majorHAnsi" w:cstheme="majorHAnsi"/>
        </w:rPr>
        <w:t xml:space="preserve"> </w:t>
      </w:r>
      <w:r w:rsidR="00F7615C" w:rsidRPr="009210F4">
        <w:rPr>
          <w:rFonts w:asciiTheme="majorHAnsi" w:hAnsiTheme="majorHAnsi" w:cstheme="majorHAnsi"/>
        </w:rPr>
        <w:t xml:space="preserve">thank you very much for joining us for this episode. It's really helpful to have your insight and yeah, the culture and all that kind of thing. </w:t>
      </w:r>
      <w:r w:rsidR="00755863" w:rsidRPr="009210F4">
        <w:rPr>
          <w:rFonts w:asciiTheme="majorHAnsi" w:hAnsiTheme="majorHAnsi" w:cstheme="majorHAnsi"/>
        </w:rPr>
        <w:t>So,</w:t>
      </w:r>
      <w:r w:rsidR="00F7615C" w:rsidRPr="009210F4">
        <w:rPr>
          <w:rFonts w:asciiTheme="majorHAnsi" w:hAnsiTheme="majorHAnsi" w:cstheme="majorHAnsi"/>
        </w:rPr>
        <w:t xml:space="preserve"> we um, I hope you've learned something too.</w:t>
      </w:r>
    </w:p>
    <w:p w14:paraId="75F03D37" w14:textId="77777777" w:rsidR="00991E93" w:rsidRPr="009210F4" w:rsidRDefault="00991E93" w:rsidP="009210F4">
      <w:pPr>
        <w:pStyle w:val="NoSpacing"/>
        <w:rPr>
          <w:rFonts w:asciiTheme="majorHAnsi" w:hAnsiTheme="majorHAnsi" w:cstheme="majorHAnsi"/>
        </w:rPr>
      </w:pPr>
    </w:p>
    <w:p w14:paraId="1C695A4C" w14:textId="74BDD6FE" w:rsidR="00991E93" w:rsidRPr="009210F4" w:rsidRDefault="00820759" w:rsidP="009210F4">
      <w:pPr>
        <w:pStyle w:val="NoSpacing"/>
        <w:rPr>
          <w:rFonts w:asciiTheme="majorHAnsi" w:hAnsiTheme="majorHAnsi" w:cstheme="majorHAnsi"/>
        </w:rPr>
      </w:pPr>
      <w:r w:rsidRPr="009210F4">
        <w:rPr>
          <w:rFonts w:asciiTheme="majorHAnsi" w:hAnsiTheme="majorHAnsi" w:cstheme="majorHAnsi"/>
        </w:rPr>
        <w:t xml:space="preserve">Kimmy </w:t>
      </w:r>
      <w:r w:rsidR="00F7615C" w:rsidRPr="009210F4">
        <w:rPr>
          <w:rFonts w:asciiTheme="majorHAnsi" w:hAnsiTheme="majorHAnsi" w:cstheme="majorHAnsi"/>
        </w:rPr>
        <w:t>1:14:53</w:t>
      </w:r>
    </w:p>
    <w:p w14:paraId="665D7B28" w14:textId="77777777" w:rsidR="00912104" w:rsidRPr="009210F4" w:rsidRDefault="00F7615C" w:rsidP="009210F4">
      <w:pPr>
        <w:pStyle w:val="NoSpacing"/>
        <w:rPr>
          <w:rFonts w:asciiTheme="majorHAnsi" w:hAnsiTheme="majorHAnsi" w:cstheme="majorHAnsi"/>
        </w:rPr>
      </w:pPr>
      <w:r w:rsidRPr="009210F4">
        <w:rPr>
          <w:rFonts w:asciiTheme="majorHAnsi" w:hAnsiTheme="majorHAnsi" w:cstheme="majorHAnsi"/>
        </w:rPr>
        <w:t>I've learned something but I'm just winging it</w:t>
      </w:r>
      <w:r w:rsidR="00912104" w:rsidRPr="009210F4">
        <w:rPr>
          <w:rFonts w:asciiTheme="majorHAnsi" w:hAnsiTheme="majorHAnsi" w:cstheme="majorHAnsi"/>
        </w:rPr>
        <w:t xml:space="preserve"> {laughter} </w:t>
      </w:r>
    </w:p>
    <w:p w14:paraId="075F7ACE" w14:textId="77777777" w:rsidR="00755863" w:rsidRDefault="00755863" w:rsidP="009210F4">
      <w:pPr>
        <w:pStyle w:val="NoSpacing"/>
        <w:rPr>
          <w:rFonts w:asciiTheme="majorHAnsi" w:hAnsiTheme="majorHAnsi" w:cstheme="majorHAnsi"/>
        </w:rPr>
      </w:pPr>
    </w:p>
    <w:p w14:paraId="5FEED0D3" w14:textId="31EDB5AD" w:rsidR="00912104" w:rsidRPr="009210F4" w:rsidRDefault="00912104" w:rsidP="009210F4">
      <w:pPr>
        <w:pStyle w:val="NoSpacing"/>
        <w:rPr>
          <w:rFonts w:asciiTheme="majorHAnsi" w:hAnsiTheme="majorHAnsi" w:cstheme="majorHAnsi"/>
        </w:rPr>
      </w:pPr>
      <w:r w:rsidRPr="009210F4">
        <w:rPr>
          <w:rFonts w:asciiTheme="majorHAnsi" w:hAnsiTheme="majorHAnsi" w:cstheme="majorHAnsi"/>
        </w:rPr>
        <w:t xml:space="preserve">Alice: So are we </w:t>
      </w:r>
    </w:p>
    <w:p w14:paraId="3C03E0DE" w14:textId="77777777" w:rsidR="00755863" w:rsidRDefault="00755863" w:rsidP="009210F4">
      <w:pPr>
        <w:pStyle w:val="NoSpacing"/>
        <w:rPr>
          <w:rFonts w:asciiTheme="majorHAnsi" w:hAnsiTheme="majorHAnsi" w:cstheme="majorHAnsi"/>
        </w:rPr>
      </w:pPr>
    </w:p>
    <w:p w14:paraId="11D0CBC7" w14:textId="74F6D2DA" w:rsidR="00912104" w:rsidRPr="009210F4" w:rsidRDefault="00912104" w:rsidP="009210F4">
      <w:pPr>
        <w:pStyle w:val="NoSpacing"/>
        <w:rPr>
          <w:rFonts w:asciiTheme="majorHAnsi" w:hAnsiTheme="majorHAnsi" w:cstheme="majorHAnsi"/>
        </w:rPr>
      </w:pPr>
      <w:r w:rsidRPr="009210F4">
        <w:rPr>
          <w:rFonts w:asciiTheme="majorHAnsi" w:hAnsiTheme="majorHAnsi" w:cstheme="majorHAnsi"/>
        </w:rPr>
        <w:t>Lucy: Aren’t we all?</w:t>
      </w:r>
      <w:r w:rsidR="002C4CBF" w:rsidRPr="009210F4">
        <w:rPr>
          <w:rFonts w:asciiTheme="majorHAnsi" w:hAnsiTheme="majorHAnsi" w:cstheme="majorHAnsi"/>
        </w:rPr>
        <w:t xml:space="preserve"> {laughter}</w:t>
      </w:r>
      <w:r w:rsidRPr="009210F4">
        <w:rPr>
          <w:rFonts w:asciiTheme="majorHAnsi" w:hAnsiTheme="majorHAnsi" w:cstheme="majorHAnsi"/>
        </w:rPr>
        <w:t xml:space="preserve"> </w:t>
      </w:r>
    </w:p>
    <w:p w14:paraId="63D80C54" w14:textId="77777777" w:rsidR="00912104" w:rsidRPr="009210F4" w:rsidRDefault="00912104" w:rsidP="009210F4">
      <w:pPr>
        <w:pStyle w:val="NoSpacing"/>
        <w:rPr>
          <w:rFonts w:asciiTheme="majorHAnsi" w:hAnsiTheme="majorHAnsi" w:cstheme="majorHAnsi"/>
        </w:rPr>
      </w:pPr>
    </w:p>
    <w:p w14:paraId="4588FE74" w14:textId="6EDC11C9" w:rsidR="00991E93" w:rsidRPr="009210F4" w:rsidRDefault="00820759" w:rsidP="009210F4">
      <w:pPr>
        <w:pStyle w:val="NoSpacing"/>
        <w:rPr>
          <w:rFonts w:asciiTheme="majorHAnsi" w:hAnsiTheme="majorHAnsi" w:cstheme="majorHAnsi"/>
        </w:rPr>
      </w:pPr>
      <w:r w:rsidRPr="009210F4">
        <w:rPr>
          <w:rFonts w:asciiTheme="majorHAnsi" w:hAnsiTheme="majorHAnsi" w:cstheme="majorHAnsi"/>
        </w:rPr>
        <w:t>Kimmy:</w:t>
      </w:r>
      <w:r w:rsidR="00912104" w:rsidRPr="009210F4">
        <w:rPr>
          <w:rFonts w:asciiTheme="majorHAnsi" w:hAnsiTheme="majorHAnsi" w:cstheme="majorHAnsi"/>
        </w:rPr>
        <w:t xml:space="preserve"> </w:t>
      </w:r>
      <w:r w:rsidR="00F7615C" w:rsidRPr="009210F4">
        <w:rPr>
          <w:rFonts w:asciiTheme="majorHAnsi" w:hAnsiTheme="majorHAnsi" w:cstheme="majorHAnsi"/>
        </w:rPr>
        <w:t>No</w:t>
      </w:r>
      <w:r w:rsidR="006E3780" w:rsidRPr="009210F4">
        <w:rPr>
          <w:rFonts w:asciiTheme="majorHAnsi" w:hAnsiTheme="majorHAnsi" w:cstheme="majorHAnsi"/>
        </w:rPr>
        <w:t>,</w:t>
      </w:r>
      <w:r w:rsidR="00F7615C" w:rsidRPr="009210F4">
        <w:rPr>
          <w:rFonts w:asciiTheme="majorHAnsi" w:hAnsiTheme="majorHAnsi" w:cstheme="majorHAnsi"/>
        </w:rPr>
        <w:t xml:space="preserve"> but you know what</w:t>
      </w:r>
      <w:r w:rsidR="006E3780" w:rsidRPr="009210F4">
        <w:rPr>
          <w:rFonts w:asciiTheme="majorHAnsi" w:hAnsiTheme="majorHAnsi" w:cstheme="majorHAnsi"/>
        </w:rPr>
        <w:t>,</w:t>
      </w:r>
      <w:r w:rsidR="00F7615C" w:rsidRPr="009210F4">
        <w:rPr>
          <w:rFonts w:asciiTheme="majorHAnsi" w:hAnsiTheme="majorHAnsi" w:cstheme="majorHAnsi"/>
        </w:rPr>
        <w:t xml:space="preserve"> being in here</w:t>
      </w:r>
      <w:r w:rsidR="006E3780" w:rsidRPr="009210F4">
        <w:rPr>
          <w:rFonts w:asciiTheme="majorHAnsi" w:hAnsiTheme="majorHAnsi" w:cstheme="majorHAnsi"/>
        </w:rPr>
        <w:t>,</w:t>
      </w:r>
      <w:r w:rsidR="00F7615C" w:rsidRPr="009210F4">
        <w:rPr>
          <w:rFonts w:asciiTheme="majorHAnsi" w:hAnsiTheme="majorHAnsi" w:cstheme="majorHAnsi"/>
        </w:rPr>
        <w:t xml:space="preserve"> I spend a lot of my time in hospitals</w:t>
      </w:r>
      <w:r w:rsidR="006E3780" w:rsidRPr="009210F4">
        <w:rPr>
          <w:rFonts w:asciiTheme="majorHAnsi" w:hAnsiTheme="majorHAnsi" w:cstheme="majorHAnsi"/>
        </w:rPr>
        <w:t>,</w:t>
      </w:r>
      <w:r w:rsidR="00F7615C" w:rsidRPr="009210F4">
        <w:rPr>
          <w:rFonts w:asciiTheme="majorHAnsi" w:hAnsiTheme="majorHAnsi" w:cstheme="majorHAnsi"/>
        </w:rPr>
        <w:t xml:space="preserve"> when I have a lot of long stays in hospital I've done up to</w:t>
      </w:r>
      <w:r w:rsidR="006E3780" w:rsidRPr="009210F4">
        <w:rPr>
          <w:rFonts w:asciiTheme="majorHAnsi" w:hAnsiTheme="majorHAnsi" w:cstheme="majorHAnsi"/>
        </w:rPr>
        <w:t>,</w:t>
      </w:r>
      <w:r w:rsidR="00F7615C" w:rsidRPr="009210F4">
        <w:rPr>
          <w:rFonts w:asciiTheme="majorHAnsi" w:hAnsiTheme="majorHAnsi" w:cstheme="majorHAnsi"/>
        </w:rPr>
        <w:t xml:space="preserve"> like</w:t>
      </w:r>
      <w:r w:rsidR="006E3780" w:rsidRPr="009210F4">
        <w:rPr>
          <w:rFonts w:asciiTheme="majorHAnsi" w:hAnsiTheme="majorHAnsi" w:cstheme="majorHAnsi"/>
        </w:rPr>
        <w:t>,</w:t>
      </w:r>
      <w:r w:rsidR="00F7615C" w:rsidRPr="009210F4">
        <w:rPr>
          <w:rFonts w:asciiTheme="majorHAnsi" w:hAnsiTheme="majorHAnsi" w:cstheme="majorHAnsi"/>
        </w:rPr>
        <w:t xml:space="preserve"> three months at a time</w:t>
      </w:r>
      <w:r w:rsidR="00510D53" w:rsidRPr="009210F4">
        <w:rPr>
          <w:rFonts w:asciiTheme="majorHAnsi" w:hAnsiTheme="majorHAnsi" w:cstheme="majorHAnsi"/>
        </w:rPr>
        <w:t>,</w:t>
      </w:r>
      <w:r w:rsidR="00F7615C" w:rsidRPr="009210F4">
        <w:rPr>
          <w:rFonts w:asciiTheme="majorHAnsi" w:hAnsiTheme="majorHAnsi" w:cstheme="majorHAnsi"/>
        </w:rPr>
        <w:t xml:space="preserve"> you know</w:t>
      </w:r>
      <w:r w:rsidR="00510D53" w:rsidRPr="009210F4">
        <w:rPr>
          <w:rFonts w:asciiTheme="majorHAnsi" w:hAnsiTheme="majorHAnsi" w:cstheme="majorHAnsi"/>
        </w:rPr>
        <w:t>,</w:t>
      </w:r>
      <w:r w:rsidR="00F7615C" w:rsidRPr="009210F4">
        <w:rPr>
          <w:rFonts w:asciiTheme="majorHAnsi" w:hAnsiTheme="majorHAnsi" w:cstheme="majorHAnsi"/>
        </w:rPr>
        <w:t xml:space="preserve"> and so when I get to work and when I get to do</w:t>
      </w:r>
      <w:r w:rsidR="00510D53" w:rsidRPr="009210F4">
        <w:rPr>
          <w:rFonts w:asciiTheme="majorHAnsi" w:hAnsiTheme="majorHAnsi" w:cstheme="majorHAnsi"/>
        </w:rPr>
        <w:t>,</w:t>
      </w:r>
      <w:r w:rsidR="00F7615C" w:rsidRPr="009210F4">
        <w:rPr>
          <w:rFonts w:asciiTheme="majorHAnsi" w:hAnsiTheme="majorHAnsi" w:cstheme="majorHAnsi"/>
        </w:rPr>
        <w:t xml:space="preserve"> you know</w:t>
      </w:r>
      <w:r w:rsidR="00510D53" w:rsidRPr="009210F4">
        <w:rPr>
          <w:rFonts w:asciiTheme="majorHAnsi" w:hAnsiTheme="majorHAnsi" w:cstheme="majorHAnsi"/>
        </w:rPr>
        <w:t>,</w:t>
      </w:r>
      <w:r w:rsidR="00F7615C" w:rsidRPr="009210F4">
        <w:rPr>
          <w:rFonts w:asciiTheme="majorHAnsi" w:hAnsiTheme="majorHAnsi" w:cstheme="majorHAnsi"/>
        </w:rPr>
        <w:t xml:space="preserve"> stuff like this</w:t>
      </w:r>
      <w:r w:rsidR="006E3780" w:rsidRPr="009210F4">
        <w:rPr>
          <w:rFonts w:asciiTheme="majorHAnsi" w:hAnsiTheme="majorHAnsi" w:cstheme="majorHAnsi"/>
        </w:rPr>
        <w:t>,</w:t>
      </w:r>
      <w:r w:rsidR="00F7615C" w:rsidRPr="009210F4">
        <w:rPr>
          <w:rFonts w:asciiTheme="majorHAnsi" w:hAnsiTheme="majorHAnsi" w:cstheme="majorHAnsi"/>
        </w:rPr>
        <w:t xml:space="preserve"> is just I get to </w:t>
      </w:r>
      <w:r w:rsidR="009210F4" w:rsidRPr="009210F4">
        <w:rPr>
          <w:rFonts w:asciiTheme="majorHAnsi" w:hAnsiTheme="majorHAnsi" w:cstheme="majorHAnsi"/>
        </w:rPr>
        <w:t>look</w:t>
      </w:r>
      <w:r w:rsidR="00F7615C" w:rsidRPr="009210F4">
        <w:rPr>
          <w:rFonts w:asciiTheme="majorHAnsi" w:hAnsiTheme="majorHAnsi" w:cstheme="majorHAnsi"/>
        </w:rPr>
        <w:t xml:space="preserve"> forward to something and I get to</w:t>
      </w:r>
      <w:r w:rsidR="006E3780" w:rsidRPr="009210F4">
        <w:rPr>
          <w:rFonts w:asciiTheme="majorHAnsi" w:hAnsiTheme="majorHAnsi" w:cstheme="majorHAnsi"/>
        </w:rPr>
        <w:t>,</w:t>
      </w:r>
      <w:r w:rsidR="00F7615C" w:rsidRPr="009210F4">
        <w:rPr>
          <w:rFonts w:asciiTheme="majorHAnsi" w:hAnsiTheme="majorHAnsi" w:cstheme="majorHAnsi"/>
        </w:rPr>
        <w:t xml:space="preserve"> like</w:t>
      </w:r>
      <w:r w:rsidR="006E3780" w:rsidRPr="009210F4">
        <w:rPr>
          <w:rFonts w:asciiTheme="majorHAnsi" w:hAnsiTheme="majorHAnsi" w:cstheme="majorHAnsi"/>
        </w:rPr>
        <w:t>,</w:t>
      </w:r>
      <w:r w:rsidR="00F7615C" w:rsidRPr="009210F4">
        <w:rPr>
          <w:rFonts w:asciiTheme="majorHAnsi" w:hAnsiTheme="majorHAnsi" w:cstheme="majorHAnsi"/>
        </w:rPr>
        <w:t xml:space="preserve"> have my little utopia and</w:t>
      </w:r>
      <w:r w:rsidR="006E3780" w:rsidRPr="009210F4">
        <w:rPr>
          <w:rFonts w:asciiTheme="majorHAnsi" w:hAnsiTheme="majorHAnsi" w:cstheme="majorHAnsi"/>
        </w:rPr>
        <w:t>,</w:t>
      </w:r>
      <w:r w:rsidR="00F7615C" w:rsidRPr="009210F4">
        <w:rPr>
          <w:rFonts w:asciiTheme="majorHAnsi" w:hAnsiTheme="majorHAnsi" w:cstheme="majorHAnsi"/>
        </w:rPr>
        <w:t xml:space="preserve"> you know, leave the noises, the sights, the smells, </w:t>
      </w:r>
      <w:r w:rsidR="006E3780" w:rsidRPr="009210F4">
        <w:rPr>
          <w:rFonts w:asciiTheme="majorHAnsi" w:hAnsiTheme="majorHAnsi" w:cstheme="majorHAnsi"/>
        </w:rPr>
        <w:t xml:space="preserve">[the </w:t>
      </w:r>
      <w:r w:rsidR="00F7615C" w:rsidRPr="009210F4">
        <w:rPr>
          <w:rFonts w:asciiTheme="majorHAnsi" w:hAnsiTheme="majorHAnsi" w:cstheme="majorHAnsi"/>
        </w:rPr>
        <w:t>smells</w:t>
      </w:r>
      <w:r w:rsidR="002C4CBF" w:rsidRPr="009210F4">
        <w:rPr>
          <w:rFonts w:asciiTheme="majorHAnsi" w:hAnsiTheme="majorHAnsi" w:cstheme="majorHAnsi"/>
        </w:rPr>
        <w:t>!</w:t>
      </w:r>
      <w:r w:rsidR="006E3780" w:rsidRPr="009210F4">
        <w:rPr>
          <w:rFonts w:asciiTheme="majorHAnsi" w:hAnsiTheme="majorHAnsi" w:cstheme="majorHAnsi"/>
        </w:rPr>
        <w:t>]</w:t>
      </w:r>
      <w:r w:rsidR="00F7615C" w:rsidRPr="009210F4">
        <w:rPr>
          <w:rFonts w:asciiTheme="majorHAnsi" w:hAnsiTheme="majorHAnsi" w:cstheme="majorHAnsi"/>
        </w:rPr>
        <w:t xml:space="preserve"> and just the chaos of the</w:t>
      </w:r>
      <w:r w:rsidR="006E3780" w:rsidRPr="009210F4">
        <w:rPr>
          <w:rFonts w:asciiTheme="majorHAnsi" w:hAnsiTheme="majorHAnsi" w:cstheme="majorHAnsi"/>
        </w:rPr>
        <w:t>,</w:t>
      </w:r>
      <w:r w:rsidR="00F7615C" w:rsidRPr="009210F4">
        <w:rPr>
          <w:rFonts w:asciiTheme="majorHAnsi" w:hAnsiTheme="majorHAnsi" w:cstheme="majorHAnsi"/>
        </w:rPr>
        <w:t xml:space="preserve"> of the ward</w:t>
      </w:r>
      <w:r w:rsidR="006E3780" w:rsidRPr="009210F4">
        <w:rPr>
          <w:rFonts w:asciiTheme="majorHAnsi" w:hAnsiTheme="majorHAnsi" w:cstheme="majorHAnsi"/>
        </w:rPr>
        <w:t>,</w:t>
      </w:r>
      <w:r w:rsidR="00F7615C" w:rsidRPr="009210F4">
        <w:rPr>
          <w:rFonts w:asciiTheme="majorHAnsi" w:hAnsiTheme="majorHAnsi" w:cstheme="majorHAnsi"/>
        </w:rPr>
        <w:t xml:space="preserve"> so thank you so much for the distraction and yeah</w:t>
      </w:r>
    </w:p>
    <w:p w14:paraId="12317E26" w14:textId="77777777" w:rsidR="00755863" w:rsidRDefault="00755863" w:rsidP="009210F4">
      <w:pPr>
        <w:pStyle w:val="NoSpacing"/>
        <w:rPr>
          <w:rFonts w:asciiTheme="majorHAnsi" w:hAnsiTheme="majorHAnsi" w:cstheme="majorHAnsi"/>
        </w:rPr>
      </w:pPr>
    </w:p>
    <w:p w14:paraId="33967E89" w14:textId="0BA348EE"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Daisy</w:t>
      </w:r>
      <w:r w:rsidR="00D23E9C" w:rsidRPr="009210F4">
        <w:rPr>
          <w:rFonts w:asciiTheme="majorHAnsi" w:hAnsiTheme="majorHAnsi" w:cstheme="majorHAnsi"/>
        </w:rPr>
        <w:t xml:space="preserve"> </w:t>
      </w:r>
      <w:r w:rsidRPr="009210F4">
        <w:rPr>
          <w:rFonts w:asciiTheme="majorHAnsi" w:hAnsiTheme="majorHAnsi" w:cstheme="majorHAnsi"/>
        </w:rPr>
        <w:t>1:15:43</w:t>
      </w:r>
    </w:p>
    <w:p w14:paraId="2F8111CE" w14:textId="000DE1B0"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I see th</w:t>
      </w:r>
      <w:r w:rsidR="00510D53" w:rsidRPr="009210F4">
        <w:rPr>
          <w:rFonts w:asciiTheme="majorHAnsi" w:hAnsiTheme="majorHAnsi" w:cstheme="majorHAnsi"/>
        </w:rPr>
        <w:t>e</w:t>
      </w:r>
      <w:r w:rsidRPr="009210F4">
        <w:rPr>
          <w:rFonts w:asciiTheme="majorHAnsi" w:hAnsiTheme="majorHAnsi" w:cstheme="majorHAnsi"/>
        </w:rPr>
        <w:t xml:space="preserve"> time</w:t>
      </w:r>
      <w:r w:rsidR="002C4CBF" w:rsidRPr="009210F4">
        <w:rPr>
          <w:rFonts w:asciiTheme="majorHAnsi" w:hAnsiTheme="majorHAnsi" w:cstheme="majorHAnsi"/>
        </w:rPr>
        <w:t>,</w:t>
      </w:r>
      <w:r w:rsidRPr="009210F4">
        <w:rPr>
          <w:rFonts w:asciiTheme="majorHAnsi" w:hAnsiTheme="majorHAnsi" w:cstheme="majorHAnsi"/>
        </w:rPr>
        <w:t xml:space="preserve"> this is past hospital </w:t>
      </w:r>
      <w:r w:rsidR="00755863" w:rsidRPr="009210F4">
        <w:rPr>
          <w:rFonts w:asciiTheme="majorHAnsi" w:hAnsiTheme="majorHAnsi" w:cstheme="majorHAnsi"/>
        </w:rPr>
        <w:t>teatime</w:t>
      </w:r>
      <w:r w:rsidRPr="009210F4">
        <w:rPr>
          <w:rFonts w:asciiTheme="majorHAnsi" w:hAnsiTheme="majorHAnsi" w:cstheme="majorHAnsi"/>
        </w:rPr>
        <w:t>, isn't it</w:t>
      </w:r>
      <w:r w:rsidR="00510D53" w:rsidRPr="009210F4">
        <w:rPr>
          <w:rFonts w:asciiTheme="majorHAnsi" w:hAnsiTheme="majorHAnsi" w:cstheme="majorHAnsi"/>
        </w:rPr>
        <w:t>?</w:t>
      </w:r>
      <w:r w:rsidRPr="009210F4">
        <w:rPr>
          <w:rFonts w:asciiTheme="majorHAnsi" w:hAnsiTheme="majorHAnsi" w:cstheme="majorHAnsi"/>
        </w:rPr>
        <w:t xml:space="preserve"> </w:t>
      </w:r>
      <w:r w:rsidR="00510D53" w:rsidRPr="009210F4">
        <w:rPr>
          <w:rFonts w:asciiTheme="majorHAnsi" w:hAnsiTheme="majorHAnsi" w:cstheme="majorHAnsi"/>
        </w:rPr>
        <w:t xml:space="preserve">Have </w:t>
      </w:r>
      <w:r w:rsidRPr="009210F4">
        <w:rPr>
          <w:rFonts w:asciiTheme="majorHAnsi" w:hAnsiTheme="majorHAnsi" w:cstheme="majorHAnsi"/>
        </w:rPr>
        <w:t>you missed your dinner for us?</w:t>
      </w:r>
    </w:p>
    <w:p w14:paraId="0594E2FB" w14:textId="77777777" w:rsidR="00991E93" w:rsidRPr="009210F4" w:rsidRDefault="00991E93" w:rsidP="009210F4">
      <w:pPr>
        <w:pStyle w:val="NoSpacing"/>
        <w:rPr>
          <w:rFonts w:asciiTheme="majorHAnsi" w:hAnsiTheme="majorHAnsi" w:cstheme="majorHAnsi"/>
        </w:rPr>
      </w:pPr>
    </w:p>
    <w:p w14:paraId="3BD4742D" w14:textId="2F97C434" w:rsidR="00991E93" w:rsidRPr="009210F4" w:rsidRDefault="00820759" w:rsidP="009210F4">
      <w:pPr>
        <w:pStyle w:val="NoSpacing"/>
        <w:rPr>
          <w:rFonts w:asciiTheme="majorHAnsi" w:hAnsiTheme="majorHAnsi" w:cstheme="majorHAnsi"/>
        </w:rPr>
      </w:pPr>
      <w:r w:rsidRPr="009210F4">
        <w:rPr>
          <w:rFonts w:asciiTheme="majorHAnsi" w:hAnsiTheme="majorHAnsi" w:cstheme="majorHAnsi"/>
        </w:rPr>
        <w:t xml:space="preserve">Kimmy </w:t>
      </w:r>
      <w:r w:rsidR="00F7615C" w:rsidRPr="009210F4">
        <w:rPr>
          <w:rFonts w:asciiTheme="majorHAnsi" w:hAnsiTheme="majorHAnsi" w:cstheme="majorHAnsi"/>
        </w:rPr>
        <w:t>1:15:48</w:t>
      </w:r>
    </w:p>
    <w:p w14:paraId="6079B6A4" w14:textId="6C4EB942"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No. So</w:t>
      </w:r>
      <w:r w:rsidR="00510D53" w:rsidRPr="009210F4">
        <w:rPr>
          <w:rFonts w:asciiTheme="majorHAnsi" w:hAnsiTheme="majorHAnsi" w:cstheme="majorHAnsi"/>
        </w:rPr>
        <w:t xml:space="preserve">, er, </w:t>
      </w:r>
      <w:r w:rsidRPr="009210F4">
        <w:rPr>
          <w:rFonts w:asciiTheme="majorHAnsi" w:hAnsiTheme="majorHAnsi" w:cstheme="majorHAnsi"/>
        </w:rPr>
        <w:t>what happened was</w:t>
      </w:r>
      <w:r w:rsidR="00510D53" w:rsidRPr="009210F4">
        <w:rPr>
          <w:rFonts w:asciiTheme="majorHAnsi" w:hAnsiTheme="majorHAnsi" w:cstheme="majorHAnsi"/>
        </w:rPr>
        <w:t xml:space="preserve">, I’m gonna order myself something </w:t>
      </w:r>
    </w:p>
    <w:p w14:paraId="06C93516" w14:textId="77777777" w:rsidR="00755863" w:rsidRDefault="00755863" w:rsidP="009210F4">
      <w:pPr>
        <w:pStyle w:val="NoSpacing"/>
        <w:rPr>
          <w:rFonts w:asciiTheme="majorHAnsi" w:hAnsiTheme="majorHAnsi" w:cstheme="majorHAnsi"/>
        </w:rPr>
      </w:pPr>
    </w:p>
    <w:p w14:paraId="386098AE" w14:textId="23261390" w:rsidR="00991E93" w:rsidRPr="009210F4" w:rsidRDefault="00510D53" w:rsidP="009210F4">
      <w:pPr>
        <w:pStyle w:val="NoSpacing"/>
        <w:rPr>
          <w:rFonts w:asciiTheme="majorHAnsi" w:hAnsiTheme="majorHAnsi" w:cstheme="majorHAnsi"/>
        </w:rPr>
      </w:pPr>
      <w:r w:rsidRPr="009210F4">
        <w:rPr>
          <w:rFonts w:asciiTheme="majorHAnsi" w:hAnsiTheme="majorHAnsi" w:cstheme="majorHAnsi"/>
        </w:rPr>
        <w:t xml:space="preserve">Daisy: Excellent choice </w:t>
      </w:r>
    </w:p>
    <w:p w14:paraId="3B262A4B" w14:textId="77777777" w:rsidR="00755863" w:rsidRDefault="00755863" w:rsidP="009210F4">
      <w:pPr>
        <w:pStyle w:val="NoSpacing"/>
        <w:rPr>
          <w:rFonts w:asciiTheme="majorHAnsi" w:hAnsiTheme="majorHAnsi" w:cstheme="majorHAnsi"/>
        </w:rPr>
      </w:pPr>
    </w:p>
    <w:p w14:paraId="6CCE22A6" w14:textId="70064230"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Alice</w:t>
      </w:r>
      <w:r w:rsidR="00D23E9C" w:rsidRPr="009210F4">
        <w:rPr>
          <w:rFonts w:asciiTheme="majorHAnsi" w:hAnsiTheme="majorHAnsi" w:cstheme="majorHAnsi"/>
        </w:rPr>
        <w:t xml:space="preserve"> </w:t>
      </w:r>
      <w:r w:rsidRPr="009210F4">
        <w:rPr>
          <w:rFonts w:asciiTheme="majorHAnsi" w:hAnsiTheme="majorHAnsi" w:cstheme="majorHAnsi"/>
        </w:rPr>
        <w:t>1:15:57</w:t>
      </w:r>
    </w:p>
    <w:p w14:paraId="3B143989" w14:textId="2B18FC0C" w:rsidR="00991E93" w:rsidRPr="009210F4" w:rsidRDefault="00510D53" w:rsidP="009210F4">
      <w:pPr>
        <w:pStyle w:val="NoSpacing"/>
        <w:rPr>
          <w:rFonts w:asciiTheme="majorHAnsi" w:hAnsiTheme="majorHAnsi" w:cstheme="majorHAnsi"/>
        </w:rPr>
      </w:pPr>
      <w:r w:rsidRPr="009210F4">
        <w:rPr>
          <w:rFonts w:asciiTheme="majorHAnsi" w:hAnsiTheme="majorHAnsi" w:cstheme="majorHAnsi"/>
        </w:rPr>
        <w:t>Can you get Deliveroo t</w:t>
      </w:r>
      <w:r w:rsidR="00F7615C" w:rsidRPr="009210F4">
        <w:rPr>
          <w:rFonts w:asciiTheme="majorHAnsi" w:hAnsiTheme="majorHAnsi" w:cstheme="majorHAnsi"/>
        </w:rPr>
        <w:t xml:space="preserve">o the hospital </w:t>
      </w:r>
      <w:r w:rsidR="00755863" w:rsidRPr="009210F4">
        <w:rPr>
          <w:rFonts w:asciiTheme="majorHAnsi" w:hAnsiTheme="majorHAnsi" w:cstheme="majorHAnsi"/>
        </w:rPr>
        <w:t>now?</w:t>
      </w:r>
    </w:p>
    <w:p w14:paraId="11F000BC" w14:textId="77777777" w:rsidR="00991E93" w:rsidRPr="009210F4" w:rsidRDefault="00991E93" w:rsidP="009210F4">
      <w:pPr>
        <w:pStyle w:val="NoSpacing"/>
        <w:rPr>
          <w:rFonts w:asciiTheme="majorHAnsi" w:hAnsiTheme="majorHAnsi" w:cstheme="majorHAnsi"/>
        </w:rPr>
      </w:pPr>
    </w:p>
    <w:p w14:paraId="3F58D61B" w14:textId="788A1739" w:rsidR="00991E93" w:rsidRPr="009210F4" w:rsidRDefault="00820759" w:rsidP="009210F4">
      <w:pPr>
        <w:pStyle w:val="NoSpacing"/>
        <w:rPr>
          <w:rFonts w:asciiTheme="majorHAnsi" w:hAnsiTheme="majorHAnsi" w:cstheme="majorHAnsi"/>
        </w:rPr>
      </w:pPr>
      <w:r w:rsidRPr="009210F4">
        <w:rPr>
          <w:rFonts w:asciiTheme="majorHAnsi" w:hAnsiTheme="majorHAnsi" w:cstheme="majorHAnsi"/>
        </w:rPr>
        <w:t xml:space="preserve">Kimmy </w:t>
      </w:r>
      <w:r w:rsidR="00F7615C" w:rsidRPr="009210F4">
        <w:rPr>
          <w:rFonts w:asciiTheme="majorHAnsi" w:hAnsiTheme="majorHAnsi" w:cstheme="majorHAnsi"/>
        </w:rPr>
        <w:t>1:15:59</w:t>
      </w:r>
    </w:p>
    <w:p w14:paraId="4E1AB149" w14:textId="2842B2F8"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I have been ordering something every day because I have taste buds</w:t>
      </w:r>
      <w:r w:rsidR="00510D53" w:rsidRPr="009210F4">
        <w:rPr>
          <w:rFonts w:asciiTheme="majorHAnsi" w:hAnsiTheme="majorHAnsi" w:cstheme="majorHAnsi"/>
        </w:rPr>
        <w:t xml:space="preserve"> and </w:t>
      </w:r>
    </w:p>
    <w:p w14:paraId="71101170" w14:textId="77777777" w:rsidR="00991E93" w:rsidRPr="009210F4" w:rsidRDefault="00991E93" w:rsidP="009210F4">
      <w:pPr>
        <w:pStyle w:val="NoSpacing"/>
        <w:rPr>
          <w:rFonts w:asciiTheme="majorHAnsi" w:hAnsiTheme="majorHAnsi" w:cstheme="majorHAnsi"/>
        </w:rPr>
      </w:pPr>
    </w:p>
    <w:p w14:paraId="1079E050" w14:textId="1C5117F6"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Alice</w:t>
      </w:r>
      <w:r w:rsidR="00D23E9C" w:rsidRPr="009210F4">
        <w:rPr>
          <w:rFonts w:asciiTheme="majorHAnsi" w:hAnsiTheme="majorHAnsi" w:cstheme="majorHAnsi"/>
        </w:rPr>
        <w:t xml:space="preserve"> </w:t>
      </w:r>
      <w:r w:rsidRPr="009210F4">
        <w:rPr>
          <w:rFonts w:asciiTheme="majorHAnsi" w:hAnsiTheme="majorHAnsi" w:cstheme="majorHAnsi"/>
        </w:rPr>
        <w:t>1:16:07</w:t>
      </w:r>
    </w:p>
    <w:p w14:paraId="2E9F22D2" w14:textId="16EAA278"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The NHS is great</w:t>
      </w:r>
      <w:r w:rsidR="00510D53" w:rsidRPr="009210F4">
        <w:rPr>
          <w:rFonts w:asciiTheme="majorHAnsi" w:hAnsiTheme="majorHAnsi" w:cstheme="majorHAnsi"/>
        </w:rPr>
        <w:t xml:space="preserve"> but i</w:t>
      </w:r>
      <w:r w:rsidRPr="009210F4">
        <w:rPr>
          <w:rFonts w:asciiTheme="majorHAnsi" w:hAnsiTheme="majorHAnsi" w:cstheme="majorHAnsi"/>
        </w:rPr>
        <w:t xml:space="preserve">t's not known for its </w:t>
      </w:r>
      <w:r w:rsidR="00510D53" w:rsidRPr="009210F4">
        <w:rPr>
          <w:rFonts w:asciiTheme="majorHAnsi" w:hAnsiTheme="majorHAnsi" w:cstheme="majorHAnsi"/>
        </w:rPr>
        <w:t xml:space="preserve">culinary </w:t>
      </w:r>
      <w:r w:rsidRPr="009210F4">
        <w:rPr>
          <w:rFonts w:asciiTheme="majorHAnsi" w:hAnsiTheme="majorHAnsi" w:cstheme="majorHAnsi"/>
        </w:rPr>
        <w:t>expertise</w:t>
      </w:r>
    </w:p>
    <w:p w14:paraId="2A07B040" w14:textId="77777777" w:rsidR="00991E93" w:rsidRPr="009210F4" w:rsidRDefault="00991E93" w:rsidP="009210F4">
      <w:pPr>
        <w:pStyle w:val="NoSpacing"/>
        <w:rPr>
          <w:rFonts w:asciiTheme="majorHAnsi" w:hAnsiTheme="majorHAnsi" w:cstheme="majorHAnsi"/>
        </w:rPr>
      </w:pPr>
    </w:p>
    <w:p w14:paraId="0401588D" w14:textId="64A9CEC1" w:rsidR="00991E93" w:rsidRPr="009210F4" w:rsidRDefault="00820759" w:rsidP="009210F4">
      <w:pPr>
        <w:pStyle w:val="NoSpacing"/>
        <w:rPr>
          <w:rFonts w:asciiTheme="majorHAnsi" w:hAnsiTheme="majorHAnsi" w:cstheme="majorHAnsi"/>
        </w:rPr>
      </w:pPr>
      <w:r w:rsidRPr="009210F4">
        <w:rPr>
          <w:rFonts w:asciiTheme="majorHAnsi" w:hAnsiTheme="majorHAnsi" w:cstheme="majorHAnsi"/>
        </w:rPr>
        <w:t xml:space="preserve">Kimmy </w:t>
      </w:r>
      <w:r w:rsidR="00F7615C" w:rsidRPr="009210F4">
        <w:rPr>
          <w:rFonts w:asciiTheme="majorHAnsi" w:hAnsiTheme="majorHAnsi" w:cstheme="majorHAnsi"/>
        </w:rPr>
        <w:t>1:16:11</w:t>
      </w:r>
    </w:p>
    <w:p w14:paraId="42AECFC5" w14:textId="54B24B6D"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 xml:space="preserve">I think Jamie Oliver did their food </w:t>
      </w:r>
      <w:r w:rsidR="00510D53" w:rsidRPr="009210F4">
        <w:rPr>
          <w:rFonts w:asciiTheme="majorHAnsi" w:hAnsiTheme="majorHAnsi" w:cstheme="majorHAnsi"/>
        </w:rPr>
        <w:t>{laughter}</w:t>
      </w:r>
      <w:r w:rsidRPr="009210F4">
        <w:rPr>
          <w:rFonts w:asciiTheme="majorHAnsi" w:hAnsiTheme="majorHAnsi" w:cstheme="majorHAnsi"/>
        </w:rPr>
        <w:t>.</w:t>
      </w:r>
    </w:p>
    <w:p w14:paraId="47659B66" w14:textId="77777777" w:rsidR="00991E93" w:rsidRPr="009210F4" w:rsidRDefault="00991E93" w:rsidP="009210F4">
      <w:pPr>
        <w:pStyle w:val="NoSpacing"/>
        <w:rPr>
          <w:rFonts w:asciiTheme="majorHAnsi" w:hAnsiTheme="majorHAnsi" w:cstheme="majorHAnsi"/>
        </w:rPr>
      </w:pPr>
    </w:p>
    <w:p w14:paraId="200761F0" w14:textId="19687853"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Lucy</w:t>
      </w:r>
      <w:r w:rsidR="00D23E9C" w:rsidRPr="009210F4">
        <w:rPr>
          <w:rFonts w:asciiTheme="majorHAnsi" w:hAnsiTheme="majorHAnsi" w:cstheme="majorHAnsi"/>
        </w:rPr>
        <w:t xml:space="preserve"> </w:t>
      </w:r>
      <w:r w:rsidRPr="009210F4">
        <w:rPr>
          <w:rFonts w:asciiTheme="majorHAnsi" w:hAnsiTheme="majorHAnsi" w:cstheme="majorHAnsi"/>
        </w:rPr>
        <w:t>1:16:20</w:t>
      </w:r>
    </w:p>
    <w:p w14:paraId="5644EB69" w14:textId="48D60557" w:rsidR="00991E93" w:rsidRPr="009210F4" w:rsidRDefault="00820759" w:rsidP="009210F4">
      <w:pPr>
        <w:pStyle w:val="NoSpacing"/>
        <w:rPr>
          <w:rFonts w:asciiTheme="majorHAnsi" w:hAnsiTheme="majorHAnsi" w:cstheme="majorHAnsi"/>
        </w:rPr>
      </w:pPr>
      <w:r w:rsidRPr="009210F4">
        <w:rPr>
          <w:rFonts w:asciiTheme="majorHAnsi" w:hAnsiTheme="majorHAnsi" w:cstheme="majorHAnsi"/>
        </w:rPr>
        <w:t xml:space="preserve">Kimmy </w:t>
      </w:r>
      <w:r w:rsidR="00F7615C" w:rsidRPr="009210F4">
        <w:rPr>
          <w:rFonts w:asciiTheme="majorHAnsi" w:hAnsiTheme="majorHAnsi" w:cstheme="majorHAnsi"/>
        </w:rPr>
        <w:t xml:space="preserve">we'd love to be able to have you back occasionally as </w:t>
      </w:r>
      <w:r w:rsidR="00510D53" w:rsidRPr="009210F4">
        <w:rPr>
          <w:rFonts w:asciiTheme="majorHAnsi" w:hAnsiTheme="majorHAnsi" w:cstheme="majorHAnsi"/>
        </w:rPr>
        <w:t xml:space="preserve">and when we, </w:t>
      </w:r>
      <w:r w:rsidR="00F7615C" w:rsidRPr="009210F4">
        <w:rPr>
          <w:rFonts w:asciiTheme="majorHAnsi" w:hAnsiTheme="majorHAnsi" w:cstheme="majorHAnsi"/>
        </w:rPr>
        <w:t>because I think this has been a really fun episode two record so if you ever want to come back and join us for an episode</w:t>
      </w:r>
      <w:r w:rsidR="006E3780" w:rsidRPr="009210F4">
        <w:rPr>
          <w:rFonts w:asciiTheme="majorHAnsi" w:hAnsiTheme="majorHAnsi" w:cstheme="majorHAnsi"/>
        </w:rPr>
        <w:t>,</w:t>
      </w:r>
      <w:r w:rsidR="00F7615C" w:rsidRPr="009210F4">
        <w:rPr>
          <w:rFonts w:asciiTheme="majorHAnsi" w:hAnsiTheme="majorHAnsi" w:cstheme="majorHAnsi"/>
        </w:rPr>
        <w:t xml:space="preserve"> not necessarily Black History Month but just like in general</w:t>
      </w:r>
      <w:r w:rsidR="006E3780" w:rsidRPr="009210F4">
        <w:rPr>
          <w:rFonts w:asciiTheme="majorHAnsi" w:hAnsiTheme="majorHAnsi" w:cstheme="majorHAnsi"/>
        </w:rPr>
        <w:t>,</w:t>
      </w:r>
      <w:r w:rsidR="00F7615C" w:rsidRPr="009210F4">
        <w:rPr>
          <w:rFonts w:asciiTheme="majorHAnsi" w:hAnsiTheme="majorHAnsi" w:cstheme="majorHAnsi"/>
        </w:rPr>
        <w:t xml:space="preserve"> we'd love to have you back</w:t>
      </w:r>
    </w:p>
    <w:p w14:paraId="2D07EFF7" w14:textId="77777777" w:rsidR="00991E93" w:rsidRPr="009210F4" w:rsidRDefault="00991E93" w:rsidP="009210F4">
      <w:pPr>
        <w:pStyle w:val="NoSpacing"/>
        <w:rPr>
          <w:rFonts w:asciiTheme="majorHAnsi" w:hAnsiTheme="majorHAnsi" w:cstheme="majorHAnsi"/>
        </w:rPr>
      </w:pPr>
    </w:p>
    <w:p w14:paraId="248DA1E3" w14:textId="5597C647" w:rsidR="00991E93" w:rsidRPr="009210F4" w:rsidRDefault="00820759" w:rsidP="009210F4">
      <w:pPr>
        <w:pStyle w:val="NoSpacing"/>
        <w:rPr>
          <w:rFonts w:asciiTheme="majorHAnsi" w:hAnsiTheme="majorHAnsi" w:cstheme="majorHAnsi"/>
        </w:rPr>
      </w:pPr>
      <w:r w:rsidRPr="009210F4">
        <w:rPr>
          <w:rFonts w:asciiTheme="majorHAnsi" w:hAnsiTheme="majorHAnsi" w:cstheme="majorHAnsi"/>
        </w:rPr>
        <w:t xml:space="preserve">Kimmy </w:t>
      </w:r>
      <w:r w:rsidR="00F7615C" w:rsidRPr="009210F4">
        <w:rPr>
          <w:rFonts w:asciiTheme="majorHAnsi" w:hAnsiTheme="majorHAnsi" w:cstheme="majorHAnsi"/>
        </w:rPr>
        <w:t>1:16:41</w:t>
      </w:r>
    </w:p>
    <w:p w14:paraId="68883C0E" w14:textId="09FE7EE2"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I would love</w:t>
      </w:r>
      <w:r w:rsidR="00251090" w:rsidRPr="009210F4">
        <w:rPr>
          <w:rFonts w:asciiTheme="majorHAnsi" w:hAnsiTheme="majorHAnsi" w:cstheme="majorHAnsi"/>
        </w:rPr>
        <w:t>,</w:t>
      </w:r>
      <w:r w:rsidRPr="009210F4">
        <w:rPr>
          <w:rFonts w:asciiTheme="majorHAnsi" w:hAnsiTheme="majorHAnsi" w:cstheme="majorHAnsi"/>
        </w:rPr>
        <w:t xml:space="preserve"> you know what</w:t>
      </w:r>
      <w:r w:rsidR="00FC7A60" w:rsidRPr="009210F4">
        <w:rPr>
          <w:rFonts w:asciiTheme="majorHAnsi" w:hAnsiTheme="majorHAnsi" w:cstheme="majorHAnsi"/>
        </w:rPr>
        <w:t>,</w:t>
      </w:r>
      <w:r w:rsidRPr="009210F4">
        <w:rPr>
          <w:rFonts w:asciiTheme="majorHAnsi" w:hAnsiTheme="majorHAnsi" w:cstheme="majorHAnsi"/>
        </w:rPr>
        <w:t xml:space="preserve"> call me</w:t>
      </w:r>
      <w:r w:rsidR="00FC7A60" w:rsidRPr="009210F4">
        <w:rPr>
          <w:rFonts w:asciiTheme="majorHAnsi" w:hAnsiTheme="majorHAnsi" w:cstheme="majorHAnsi"/>
        </w:rPr>
        <w:t>,</w:t>
      </w:r>
      <w:r w:rsidRPr="009210F4">
        <w:rPr>
          <w:rFonts w:asciiTheme="majorHAnsi" w:hAnsiTheme="majorHAnsi" w:cstheme="majorHAnsi"/>
        </w:rPr>
        <w:t xml:space="preserve"> I am here</w:t>
      </w:r>
      <w:r w:rsidR="00FC7A60" w:rsidRPr="009210F4">
        <w:rPr>
          <w:rFonts w:asciiTheme="majorHAnsi" w:hAnsiTheme="majorHAnsi" w:cstheme="majorHAnsi"/>
        </w:rPr>
        <w:t>,</w:t>
      </w:r>
      <w:r w:rsidRPr="009210F4">
        <w:rPr>
          <w:rFonts w:asciiTheme="majorHAnsi" w:hAnsiTheme="majorHAnsi" w:cstheme="majorHAnsi"/>
        </w:rPr>
        <w:t xml:space="preserve"> I'm always</w:t>
      </w:r>
      <w:r w:rsidR="00FC7A60" w:rsidRPr="009210F4">
        <w:rPr>
          <w:rFonts w:asciiTheme="majorHAnsi" w:hAnsiTheme="majorHAnsi" w:cstheme="majorHAnsi"/>
        </w:rPr>
        <w:t>,</w:t>
      </w:r>
      <w:r w:rsidRPr="009210F4">
        <w:rPr>
          <w:rFonts w:asciiTheme="majorHAnsi" w:hAnsiTheme="majorHAnsi" w:cstheme="majorHAnsi"/>
        </w:rPr>
        <w:t xml:space="preserve"> you know</w:t>
      </w:r>
      <w:r w:rsidR="00FC7A60" w:rsidRPr="009210F4">
        <w:rPr>
          <w:rFonts w:asciiTheme="majorHAnsi" w:hAnsiTheme="majorHAnsi" w:cstheme="majorHAnsi"/>
        </w:rPr>
        <w:t>,</w:t>
      </w:r>
      <w:r w:rsidRPr="009210F4">
        <w:rPr>
          <w:rFonts w:asciiTheme="majorHAnsi" w:hAnsiTheme="majorHAnsi" w:cstheme="majorHAnsi"/>
        </w:rPr>
        <w:t xml:space="preserve"> available to</w:t>
      </w:r>
      <w:r w:rsidR="00FC7A60" w:rsidRPr="009210F4">
        <w:rPr>
          <w:rFonts w:asciiTheme="majorHAnsi" w:hAnsiTheme="majorHAnsi" w:cstheme="majorHAnsi"/>
        </w:rPr>
        <w:t>,</w:t>
      </w:r>
      <w:r w:rsidRPr="009210F4">
        <w:rPr>
          <w:rFonts w:asciiTheme="majorHAnsi" w:hAnsiTheme="majorHAnsi" w:cstheme="majorHAnsi"/>
        </w:rPr>
        <w:t xml:space="preserve"> like</w:t>
      </w:r>
      <w:r w:rsidR="00FC7A60" w:rsidRPr="009210F4">
        <w:rPr>
          <w:rFonts w:asciiTheme="majorHAnsi" w:hAnsiTheme="majorHAnsi" w:cstheme="majorHAnsi"/>
        </w:rPr>
        <w:t>,</w:t>
      </w:r>
      <w:r w:rsidRPr="009210F4">
        <w:rPr>
          <w:rFonts w:asciiTheme="majorHAnsi" w:hAnsiTheme="majorHAnsi" w:cstheme="majorHAnsi"/>
        </w:rPr>
        <w:t xml:space="preserve"> I </w:t>
      </w:r>
      <w:r w:rsidR="00251090" w:rsidRPr="009210F4">
        <w:rPr>
          <w:rFonts w:asciiTheme="majorHAnsi" w:hAnsiTheme="majorHAnsi" w:cstheme="majorHAnsi"/>
        </w:rPr>
        <w:t xml:space="preserve">will </w:t>
      </w:r>
      <w:r w:rsidRPr="009210F4">
        <w:rPr>
          <w:rFonts w:asciiTheme="majorHAnsi" w:hAnsiTheme="majorHAnsi" w:cstheme="majorHAnsi"/>
        </w:rPr>
        <w:t>clear my schedule</w:t>
      </w:r>
      <w:r w:rsidR="00FC7A60" w:rsidRPr="009210F4">
        <w:rPr>
          <w:rFonts w:asciiTheme="majorHAnsi" w:hAnsiTheme="majorHAnsi" w:cstheme="majorHAnsi"/>
        </w:rPr>
        <w:t>,</w:t>
      </w:r>
      <w:r w:rsidRPr="009210F4">
        <w:rPr>
          <w:rFonts w:asciiTheme="majorHAnsi" w:hAnsiTheme="majorHAnsi" w:cstheme="majorHAnsi"/>
        </w:rPr>
        <w:t xml:space="preserve"> you know what</w:t>
      </w:r>
      <w:r w:rsidR="00251090" w:rsidRPr="009210F4">
        <w:rPr>
          <w:rFonts w:asciiTheme="majorHAnsi" w:hAnsiTheme="majorHAnsi" w:cstheme="majorHAnsi"/>
        </w:rPr>
        <w:t xml:space="preserve">, </w:t>
      </w:r>
      <w:r w:rsidRPr="009210F4">
        <w:rPr>
          <w:rFonts w:asciiTheme="majorHAnsi" w:hAnsiTheme="majorHAnsi" w:cstheme="majorHAnsi"/>
        </w:rPr>
        <w:t>I'm here now we can you know</w:t>
      </w:r>
      <w:r w:rsidR="00FC7A60" w:rsidRPr="009210F4">
        <w:rPr>
          <w:rFonts w:asciiTheme="majorHAnsi" w:hAnsiTheme="majorHAnsi" w:cstheme="majorHAnsi"/>
        </w:rPr>
        <w:t>,</w:t>
      </w:r>
      <w:r w:rsidRPr="009210F4">
        <w:rPr>
          <w:rFonts w:asciiTheme="majorHAnsi" w:hAnsiTheme="majorHAnsi" w:cstheme="majorHAnsi"/>
        </w:rPr>
        <w:t xml:space="preserve"> we can</w:t>
      </w:r>
      <w:r w:rsidR="00FC7A60" w:rsidRPr="009210F4">
        <w:rPr>
          <w:rFonts w:asciiTheme="majorHAnsi" w:hAnsiTheme="majorHAnsi" w:cstheme="majorHAnsi"/>
        </w:rPr>
        <w:t>,</w:t>
      </w:r>
      <w:r w:rsidRPr="009210F4">
        <w:rPr>
          <w:rFonts w:asciiTheme="majorHAnsi" w:hAnsiTheme="majorHAnsi" w:cstheme="majorHAnsi"/>
        </w:rPr>
        <w:t xml:space="preserve"> we can do this</w:t>
      </w:r>
      <w:r w:rsidR="00FC7A60" w:rsidRPr="009210F4">
        <w:rPr>
          <w:rFonts w:asciiTheme="majorHAnsi" w:hAnsiTheme="majorHAnsi" w:cstheme="majorHAnsi"/>
        </w:rPr>
        <w:t>,</w:t>
      </w:r>
      <w:r w:rsidRPr="009210F4">
        <w:rPr>
          <w:rFonts w:asciiTheme="majorHAnsi" w:hAnsiTheme="majorHAnsi" w:cstheme="majorHAnsi"/>
        </w:rPr>
        <w:t xml:space="preserve"> we can talk about all the </w:t>
      </w:r>
      <w:r w:rsidR="00251090" w:rsidRPr="009210F4">
        <w:rPr>
          <w:rFonts w:asciiTheme="majorHAnsi" w:hAnsiTheme="majorHAnsi" w:cstheme="majorHAnsi"/>
        </w:rPr>
        <w:t xml:space="preserve">Nazis </w:t>
      </w:r>
      <w:r w:rsidRPr="009210F4">
        <w:rPr>
          <w:rFonts w:asciiTheme="majorHAnsi" w:hAnsiTheme="majorHAnsi" w:cstheme="majorHAnsi"/>
        </w:rPr>
        <w:t>you want</w:t>
      </w:r>
      <w:r w:rsidR="0026785E" w:rsidRPr="009210F4">
        <w:rPr>
          <w:rFonts w:asciiTheme="majorHAnsi" w:hAnsiTheme="majorHAnsi" w:cstheme="majorHAnsi"/>
        </w:rPr>
        <w:t xml:space="preserve"> {laughter}</w:t>
      </w:r>
    </w:p>
    <w:p w14:paraId="4D74E6F0" w14:textId="77777777" w:rsidR="00991E93" w:rsidRPr="009210F4" w:rsidRDefault="00991E93" w:rsidP="009210F4">
      <w:pPr>
        <w:pStyle w:val="NoSpacing"/>
        <w:rPr>
          <w:rFonts w:asciiTheme="majorHAnsi" w:hAnsiTheme="majorHAnsi" w:cstheme="majorHAnsi"/>
        </w:rPr>
      </w:pPr>
    </w:p>
    <w:p w14:paraId="18CC56B6" w14:textId="4DA3384B"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Alice</w:t>
      </w:r>
      <w:r w:rsidR="00D23E9C" w:rsidRPr="009210F4">
        <w:rPr>
          <w:rFonts w:asciiTheme="majorHAnsi" w:hAnsiTheme="majorHAnsi" w:cstheme="majorHAnsi"/>
        </w:rPr>
        <w:t xml:space="preserve"> </w:t>
      </w:r>
      <w:r w:rsidRPr="009210F4">
        <w:rPr>
          <w:rFonts w:asciiTheme="majorHAnsi" w:hAnsiTheme="majorHAnsi" w:cstheme="majorHAnsi"/>
        </w:rPr>
        <w:t>1:17:06</w:t>
      </w:r>
    </w:p>
    <w:p w14:paraId="72274F91" w14:textId="2727DC41"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 xml:space="preserve">I'm sure we'll get around to doing a Harriet Tubman episode at some point even if we have to drag Daisy kicking and screaming here </w:t>
      </w:r>
    </w:p>
    <w:p w14:paraId="69246A81" w14:textId="3F396555" w:rsidR="00991E93" w:rsidRPr="009210F4" w:rsidRDefault="00991E93" w:rsidP="009210F4">
      <w:pPr>
        <w:pStyle w:val="NoSpacing"/>
        <w:rPr>
          <w:rFonts w:asciiTheme="majorHAnsi" w:hAnsiTheme="majorHAnsi" w:cstheme="majorHAnsi"/>
        </w:rPr>
      </w:pPr>
    </w:p>
    <w:p w14:paraId="17F13ECE" w14:textId="74CC90B1" w:rsidR="00251090" w:rsidRPr="009210F4" w:rsidRDefault="00251090" w:rsidP="009210F4">
      <w:pPr>
        <w:pStyle w:val="NoSpacing"/>
        <w:rPr>
          <w:rFonts w:asciiTheme="majorHAnsi" w:hAnsiTheme="majorHAnsi" w:cstheme="majorHAnsi"/>
        </w:rPr>
      </w:pPr>
      <w:r w:rsidRPr="009210F4">
        <w:rPr>
          <w:rFonts w:asciiTheme="majorHAnsi" w:hAnsiTheme="majorHAnsi" w:cstheme="majorHAnsi"/>
        </w:rPr>
        <w:t xml:space="preserve">Daisy: Yeah, yeah </w:t>
      </w:r>
    </w:p>
    <w:p w14:paraId="2A056216" w14:textId="77777777" w:rsidR="00755863" w:rsidRDefault="00755863" w:rsidP="009210F4">
      <w:pPr>
        <w:pStyle w:val="NoSpacing"/>
        <w:rPr>
          <w:rFonts w:asciiTheme="majorHAnsi" w:hAnsiTheme="majorHAnsi" w:cstheme="majorHAnsi"/>
        </w:rPr>
      </w:pPr>
    </w:p>
    <w:p w14:paraId="3516C861" w14:textId="6AADD65B" w:rsidR="00991E93" w:rsidRPr="009210F4" w:rsidRDefault="00820759" w:rsidP="009210F4">
      <w:pPr>
        <w:pStyle w:val="NoSpacing"/>
        <w:rPr>
          <w:rFonts w:asciiTheme="majorHAnsi" w:hAnsiTheme="majorHAnsi" w:cstheme="majorHAnsi"/>
        </w:rPr>
      </w:pPr>
      <w:r w:rsidRPr="009210F4">
        <w:rPr>
          <w:rFonts w:asciiTheme="majorHAnsi" w:hAnsiTheme="majorHAnsi" w:cstheme="majorHAnsi"/>
        </w:rPr>
        <w:t xml:space="preserve">Kimmy </w:t>
      </w:r>
      <w:r w:rsidR="00F7615C" w:rsidRPr="009210F4">
        <w:rPr>
          <w:rFonts w:asciiTheme="majorHAnsi" w:hAnsiTheme="majorHAnsi" w:cstheme="majorHAnsi"/>
        </w:rPr>
        <w:t>1:17:16</w:t>
      </w:r>
    </w:p>
    <w:p w14:paraId="46121232" w14:textId="7581D47B" w:rsidR="00991E93" w:rsidRPr="009210F4" w:rsidRDefault="00504F09" w:rsidP="009210F4">
      <w:pPr>
        <w:pStyle w:val="NoSpacing"/>
        <w:rPr>
          <w:rFonts w:asciiTheme="majorHAnsi" w:hAnsiTheme="majorHAnsi" w:cstheme="majorHAnsi"/>
        </w:rPr>
      </w:pPr>
      <w:r w:rsidRPr="009210F4">
        <w:rPr>
          <w:rFonts w:asciiTheme="majorHAnsi" w:hAnsiTheme="majorHAnsi" w:cstheme="majorHAnsi"/>
        </w:rPr>
        <w:t xml:space="preserve">Can we honour </w:t>
      </w:r>
      <w:r w:rsidR="00F7615C" w:rsidRPr="009210F4">
        <w:rPr>
          <w:rFonts w:asciiTheme="majorHAnsi" w:hAnsiTheme="majorHAnsi" w:cstheme="majorHAnsi"/>
        </w:rPr>
        <w:t>My auntie please</w:t>
      </w:r>
      <w:r w:rsidR="0026785E" w:rsidRPr="009210F4">
        <w:rPr>
          <w:rFonts w:asciiTheme="majorHAnsi" w:hAnsiTheme="majorHAnsi" w:cstheme="majorHAnsi"/>
        </w:rPr>
        <w:t xml:space="preserve"> {</w:t>
      </w:r>
      <w:proofErr w:type="gramStart"/>
      <w:r w:rsidR="0026785E" w:rsidRPr="009210F4">
        <w:rPr>
          <w:rFonts w:asciiTheme="majorHAnsi" w:hAnsiTheme="majorHAnsi" w:cstheme="majorHAnsi"/>
        </w:rPr>
        <w:t>laughter}</w:t>
      </w:r>
      <w:proofErr w:type="gramEnd"/>
    </w:p>
    <w:p w14:paraId="3E50E3A7" w14:textId="77777777" w:rsidR="00991E93" w:rsidRPr="009210F4" w:rsidRDefault="00991E93" w:rsidP="009210F4">
      <w:pPr>
        <w:pStyle w:val="NoSpacing"/>
        <w:rPr>
          <w:rFonts w:asciiTheme="majorHAnsi" w:hAnsiTheme="majorHAnsi" w:cstheme="majorHAnsi"/>
        </w:rPr>
      </w:pPr>
    </w:p>
    <w:p w14:paraId="403A4F31" w14:textId="43F8ADD2"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Alice</w:t>
      </w:r>
      <w:r w:rsidR="00D23E9C" w:rsidRPr="009210F4">
        <w:rPr>
          <w:rFonts w:asciiTheme="majorHAnsi" w:hAnsiTheme="majorHAnsi" w:cstheme="majorHAnsi"/>
        </w:rPr>
        <w:t xml:space="preserve"> </w:t>
      </w:r>
      <w:r w:rsidRPr="009210F4">
        <w:rPr>
          <w:rFonts w:asciiTheme="majorHAnsi" w:hAnsiTheme="majorHAnsi" w:cstheme="majorHAnsi"/>
        </w:rPr>
        <w:t>1:17:19</w:t>
      </w:r>
    </w:p>
    <w:p w14:paraId="17FCD642" w14:textId="73A3EC74" w:rsidR="00991E93" w:rsidRPr="009210F4" w:rsidRDefault="00820759" w:rsidP="009210F4">
      <w:pPr>
        <w:pStyle w:val="NoSpacing"/>
        <w:rPr>
          <w:rFonts w:asciiTheme="majorHAnsi" w:hAnsiTheme="majorHAnsi" w:cstheme="majorHAnsi"/>
        </w:rPr>
      </w:pPr>
      <w:r w:rsidRPr="009210F4">
        <w:rPr>
          <w:rFonts w:asciiTheme="majorHAnsi" w:hAnsiTheme="majorHAnsi" w:cstheme="majorHAnsi"/>
        </w:rPr>
        <w:t>Kimmy</w:t>
      </w:r>
      <w:r w:rsidR="00504F09" w:rsidRPr="009210F4">
        <w:rPr>
          <w:rFonts w:asciiTheme="majorHAnsi" w:hAnsiTheme="majorHAnsi" w:cstheme="majorHAnsi"/>
        </w:rPr>
        <w:t xml:space="preserve">, do </w:t>
      </w:r>
      <w:r w:rsidR="00F7615C" w:rsidRPr="009210F4">
        <w:rPr>
          <w:rFonts w:asciiTheme="majorHAnsi" w:hAnsiTheme="majorHAnsi" w:cstheme="majorHAnsi"/>
        </w:rPr>
        <w:t>you want to tell people where they can find you on the internet and stuff?</w:t>
      </w:r>
    </w:p>
    <w:p w14:paraId="59B45214" w14:textId="77777777" w:rsidR="00991E93" w:rsidRPr="009210F4" w:rsidRDefault="00991E93" w:rsidP="009210F4">
      <w:pPr>
        <w:pStyle w:val="NoSpacing"/>
        <w:rPr>
          <w:rFonts w:asciiTheme="majorHAnsi" w:hAnsiTheme="majorHAnsi" w:cstheme="majorHAnsi"/>
        </w:rPr>
      </w:pPr>
    </w:p>
    <w:p w14:paraId="75BDBAA1" w14:textId="72B31400" w:rsidR="00991E93" w:rsidRPr="009210F4" w:rsidRDefault="00820759" w:rsidP="009210F4">
      <w:pPr>
        <w:pStyle w:val="NoSpacing"/>
        <w:rPr>
          <w:rFonts w:asciiTheme="majorHAnsi" w:hAnsiTheme="majorHAnsi" w:cstheme="majorHAnsi"/>
        </w:rPr>
      </w:pPr>
      <w:r w:rsidRPr="009210F4">
        <w:rPr>
          <w:rFonts w:asciiTheme="majorHAnsi" w:hAnsiTheme="majorHAnsi" w:cstheme="majorHAnsi"/>
        </w:rPr>
        <w:t xml:space="preserve">Kimmy </w:t>
      </w:r>
      <w:r w:rsidR="00F7615C" w:rsidRPr="009210F4">
        <w:rPr>
          <w:rFonts w:asciiTheme="majorHAnsi" w:hAnsiTheme="majorHAnsi" w:cstheme="majorHAnsi"/>
        </w:rPr>
        <w:t>1:17:25</w:t>
      </w:r>
    </w:p>
    <w:p w14:paraId="0AADABE0" w14:textId="7D0F03B5"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I would like to be found at</w:t>
      </w:r>
      <w:r w:rsidR="00504F09" w:rsidRPr="009210F4">
        <w:rPr>
          <w:rFonts w:asciiTheme="majorHAnsi" w:hAnsiTheme="majorHAnsi" w:cstheme="majorHAnsi"/>
        </w:rPr>
        <w:t>,</w:t>
      </w:r>
      <w:r w:rsidRPr="009210F4">
        <w:rPr>
          <w:rFonts w:asciiTheme="majorHAnsi" w:hAnsiTheme="majorHAnsi" w:cstheme="majorHAnsi"/>
        </w:rPr>
        <w:t xml:space="preserve"> so </w:t>
      </w:r>
      <w:r w:rsidR="00504F09" w:rsidRPr="009210F4">
        <w:rPr>
          <w:rFonts w:asciiTheme="majorHAnsi" w:hAnsiTheme="majorHAnsi" w:cstheme="majorHAnsi"/>
        </w:rPr>
        <w:t>D</w:t>
      </w:r>
      <w:r w:rsidRPr="009210F4">
        <w:rPr>
          <w:rFonts w:asciiTheme="majorHAnsi" w:hAnsiTheme="majorHAnsi" w:cstheme="majorHAnsi"/>
        </w:rPr>
        <w:t xml:space="preserve">ope </w:t>
      </w:r>
      <w:r w:rsidR="00504F09" w:rsidRPr="009210F4">
        <w:rPr>
          <w:rFonts w:asciiTheme="majorHAnsi" w:hAnsiTheme="majorHAnsi" w:cstheme="majorHAnsi"/>
        </w:rPr>
        <w:t>Black Disabled @</w:t>
      </w:r>
      <w:r w:rsidRPr="009210F4">
        <w:rPr>
          <w:rFonts w:asciiTheme="majorHAnsi" w:hAnsiTheme="majorHAnsi" w:cstheme="majorHAnsi"/>
        </w:rPr>
        <w:t>dope</w:t>
      </w:r>
      <w:r w:rsidR="00504F09" w:rsidRPr="009210F4">
        <w:rPr>
          <w:rFonts w:asciiTheme="majorHAnsi" w:hAnsiTheme="majorHAnsi" w:cstheme="majorHAnsi"/>
        </w:rPr>
        <w:t>blackdisabled</w:t>
      </w:r>
      <w:r w:rsidR="00D23E9C" w:rsidRPr="009210F4">
        <w:rPr>
          <w:rFonts w:asciiTheme="majorHAnsi" w:hAnsiTheme="majorHAnsi" w:cstheme="majorHAnsi"/>
        </w:rPr>
        <w:t xml:space="preserve"> </w:t>
      </w:r>
      <w:r w:rsidRPr="009210F4">
        <w:rPr>
          <w:rFonts w:asciiTheme="majorHAnsi" w:hAnsiTheme="majorHAnsi" w:cstheme="majorHAnsi"/>
        </w:rPr>
        <w:t>on Instagram and my Instagram is</w:t>
      </w:r>
      <w:r w:rsidR="00820759" w:rsidRPr="009210F4">
        <w:rPr>
          <w:rFonts w:asciiTheme="majorHAnsi" w:hAnsiTheme="majorHAnsi" w:cstheme="majorHAnsi"/>
        </w:rPr>
        <w:t xml:space="preserve"> </w:t>
      </w:r>
      <w:r w:rsidR="000B0C8B">
        <w:rPr>
          <w:rFonts w:asciiTheme="majorHAnsi" w:hAnsiTheme="majorHAnsi" w:cstheme="majorHAnsi"/>
        </w:rPr>
        <w:t>@k</w:t>
      </w:r>
      <w:r w:rsidR="00820759" w:rsidRPr="009210F4">
        <w:rPr>
          <w:rFonts w:asciiTheme="majorHAnsi" w:hAnsiTheme="majorHAnsi" w:cstheme="majorHAnsi"/>
        </w:rPr>
        <w:t>immy</w:t>
      </w:r>
      <w:r w:rsidR="000B0C8B">
        <w:rPr>
          <w:rFonts w:asciiTheme="majorHAnsi" w:hAnsiTheme="majorHAnsi" w:cstheme="majorHAnsi"/>
        </w:rPr>
        <w:t>s</w:t>
      </w:r>
      <w:r w:rsidR="009210F4">
        <w:rPr>
          <w:rFonts w:asciiTheme="majorHAnsi" w:hAnsiTheme="majorHAnsi" w:cstheme="majorHAnsi"/>
        </w:rPr>
        <w:t>ok</w:t>
      </w:r>
      <w:r w:rsidR="00504F09" w:rsidRPr="009210F4">
        <w:rPr>
          <w:rFonts w:asciiTheme="majorHAnsi" w:hAnsiTheme="majorHAnsi" w:cstheme="majorHAnsi"/>
        </w:rPr>
        <w:t>o</w:t>
      </w:r>
      <w:r w:rsidR="0026785E" w:rsidRPr="009210F4">
        <w:rPr>
          <w:rFonts w:asciiTheme="majorHAnsi" w:hAnsiTheme="majorHAnsi" w:cstheme="majorHAnsi"/>
        </w:rPr>
        <w:t>cbq</w:t>
      </w:r>
      <w:r w:rsidRPr="009210F4">
        <w:rPr>
          <w:rFonts w:asciiTheme="majorHAnsi" w:hAnsiTheme="majorHAnsi" w:cstheme="majorHAnsi"/>
        </w:rPr>
        <w:t xml:space="preserve">. And then </w:t>
      </w:r>
      <w:r w:rsidR="0026785E" w:rsidRPr="009210F4">
        <w:rPr>
          <w:rFonts w:asciiTheme="majorHAnsi" w:hAnsiTheme="majorHAnsi" w:cstheme="majorHAnsi"/>
        </w:rPr>
        <w:t xml:space="preserve">our </w:t>
      </w:r>
      <w:r w:rsidRPr="009210F4">
        <w:rPr>
          <w:rFonts w:asciiTheme="majorHAnsi" w:hAnsiTheme="majorHAnsi" w:cstheme="majorHAnsi"/>
        </w:rPr>
        <w:t>Twitter</w:t>
      </w:r>
      <w:r w:rsidR="0026785E" w:rsidRPr="009210F4">
        <w:rPr>
          <w:rFonts w:asciiTheme="majorHAnsi" w:hAnsiTheme="majorHAnsi" w:cstheme="majorHAnsi"/>
        </w:rPr>
        <w:t>,</w:t>
      </w:r>
      <w:r w:rsidRPr="009210F4">
        <w:rPr>
          <w:rFonts w:asciiTheme="majorHAnsi" w:hAnsiTheme="majorHAnsi" w:cstheme="majorHAnsi"/>
        </w:rPr>
        <w:t xml:space="preserve"> </w:t>
      </w:r>
      <w:r w:rsidR="0026785E" w:rsidRPr="009210F4">
        <w:rPr>
          <w:rFonts w:asciiTheme="majorHAnsi" w:hAnsiTheme="majorHAnsi" w:cstheme="majorHAnsi"/>
        </w:rPr>
        <w:t>Dope Black D</w:t>
      </w:r>
      <w:r w:rsidRPr="009210F4">
        <w:rPr>
          <w:rFonts w:asciiTheme="majorHAnsi" w:hAnsiTheme="majorHAnsi" w:cstheme="majorHAnsi"/>
        </w:rPr>
        <w:t xml:space="preserve">isabled is </w:t>
      </w:r>
      <w:r w:rsidR="000B0C8B">
        <w:rPr>
          <w:rFonts w:asciiTheme="majorHAnsi" w:hAnsiTheme="majorHAnsi" w:cstheme="majorHAnsi"/>
        </w:rPr>
        <w:t>@</w:t>
      </w:r>
      <w:r w:rsidRPr="009210F4">
        <w:rPr>
          <w:rFonts w:asciiTheme="majorHAnsi" w:hAnsiTheme="majorHAnsi" w:cstheme="majorHAnsi"/>
        </w:rPr>
        <w:t>DBdisabled. And my Twitter is</w:t>
      </w:r>
      <w:r w:rsidR="00820759" w:rsidRPr="009210F4">
        <w:rPr>
          <w:rFonts w:asciiTheme="majorHAnsi" w:hAnsiTheme="majorHAnsi" w:cstheme="majorHAnsi"/>
        </w:rPr>
        <w:t xml:space="preserve"> </w:t>
      </w:r>
      <w:r w:rsidR="000B0C8B">
        <w:rPr>
          <w:rFonts w:asciiTheme="majorHAnsi" w:hAnsiTheme="majorHAnsi" w:cstheme="majorHAnsi"/>
        </w:rPr>
        <w:t>@k</w:t>
      </w:r>
      <w:r w:rsidR="00820759" w:rsidRPr="009210F4">
        <w:rPr>
          <w:rFonts w:asciiTheme="majorHAnsi" w:hAnsiTheme="majorHAnsi" w:cstheme="majorHAnsi"/>
        </w:rPr>
        <w:t>immy</w:t>
      </w:r>
      <w:r w:rsidR="000B0C8B">
        <w:rPr>
          <w:rFonts w:asciiTheme="majorHAnsi" w:hAnsiTheme="majorHAnsi" w:cstheme="majorHAnsi"/>
        </w:rPr>
        <w:t>s</w:t>
      </w:r>
      <w:r w:rsidR="009210F4">
        <w:rPr>
          <w:rFonts w:asciiTheme="majorHAnsi" w:hAnsiTheme="majorHAnsi" w:cstheme="majorHAnsi"/>
        </w:rPr>
        <w:t>ok</w:t>
      </w:r>
      <w:r w:rsidR="00B47DA5" w:rsidRPr="009210F4">
        <w:rPr>
          <w:rFonts w:asciiTheme="majorHAnsi" w:hAnsiTheme="majorHAnsi" w:cstheme="majorHAnsi"/>
        </w:rPr>
        <w:t>o</w:t>
      </w:r>
      <w:r w:rsidR="00D23E9C" w:rsidRPr="009210F4">
        <w:rPr>
          <w:rFonts w:asciiTheme="majorHAnsi" w:hAnsiTheme="majorHAnsi" w:cstheme="majorHAnsi"/>
        </w:rPr>
        <w:t xml:space="preserve"> </w:t>
      </w:r>
      <w:r w:rsidR="00B47DA5" w:rsidRPr="009210F4">
        <w:rPr>
          <w:rFonts w:asciiTheme="majorHAnsi" w:hAnsiTheme="majorHAnsi" w:cstheme="majorHAnsi"/>
        </w:rPr>
        <w:t xml:space="preserve">So, you </w:t>
      </w:r>
      <w:r w:rsidRPr="009210F4">
        <w:rPr>
          <w:rFonts w:asciiTheme="majorHAnsi" w:hAnsiTheme="majorHAnsi" w:cstheme="majorHAnsi"/>
        </w:rPr>
        <w:t>know, get to know you</w:t>
      </w:r>
      <w:r w:rsidR="00B47DA5" w:rsidRPr="009210F4">
        <w:rPr>
          <w:rFonts w:asciiTheme="majorHAnsi" w:hAnsiTheme="majorHAnsi" w:cstheme="majorHAnsi"/>
        </w:rPr>
        <w:t>r</w:t>
      </w:r>
      <w:r w:rsidRPr="009210F4">
        <w:rPr>
          <w:rFonts w:asciiTheme="majorHAnsi" w:hAnsiTheme="majorHAnsi" w:cstheme="majorHAnsi"/>
        </w:rPr>
        <w:t xml:space="preserve"> </w:t>
      </w:r>
      <w:r w:rsidR="00B47DA5" w:rsidRPr="009210F4">
        <w:rPr>
          <w:rFonts w:asciiTheme="majorHAnsi" w:hAnsiTheme="majorHAnsi" w:cstheme="majorHAnsi"/>
        </w:rPr>
        <w:t xml:space="preserve">girl, you </w:t>
      </w:r>
      <w:r w:rsidRPr="009210F4">
        <w:rPr>
          <w:rFonts w:asciiTheme="majorHAnsi" w:hAnsiTheme="majorHAnsi" w:cstheme="majorHAnsi"/>
        </w:rPr>
        <w:t>know, tweet me, Instagram us and leave a comment. You know, I'm accessible</w:t>
      </w:r>
      <w:r w:rsidR="00B47DA5" w:rsidRPr="009210F4">
        <w:rPr>
          <w:rFonts w:asciiTheme="majorHAnsi" w:hAnsiTheme="majorHAnsi" w:cstheme="majorHAnsi"/>
        </w:rPr>
        <w:t xml:space="preserve"> a</w:t>
      </w:r>
      <w:r w:rsidRPr="009210F4">
        <w:rPr>
          <w:rFonts w:asciiTheme="majorHAnsi" w:hAnsiTheme="majorHAnsi" w:cstheme="majorHAnsi"/>
        </w:rPr>
        <w:t>nd if I'm doing you know, doing a speaking engagement</w:t>
      </w:r>
      <w:r w:rsidR="00B47DA5" w:rsidRPr="009210F4">
        <w:rPr>
          <w:rFonts w:asciiTheme="majorHAnsi" w:hAnsiTheme="majorHAnsi" w:cstheme="majorHAnsi"/>
        </w:rPr>
        <w:t>,</w:t>
      </w:r>
      <w:r w:rsidRPr="009210F4">
        <w:rPr>
          <w:rFonts w:asciiTheme="majorHAnsi" w:hAnsiTheme="majorHAnsi" w:cstheme="majorHAnsi"/>
        </w:rPr>
        <w:t xml:space="preserve"> I'm doing anything</w:t>
      </w:r>
      <w:r w:rsidR="00B47DA5" w:rsidRPr="009210F4">
        <w:rPr>
          <w:rFonts w:asciiTheme="majorHAnsi" w:hAnsiTheme="majorHAnsi" w:cstheme="majorHAnsi"/>
        </w:rPr>
        <w:t>,</w:t>
      </w:r>
      <w:r w:rsidRPr="009210F4">
        <w:rPr>
          <w:rFonts w:asciiTheme="majorHAnsi" w:hAnsiTheme="majorHAnsi" w:cstheme="majorHAnsi"/>
        </w:rPr>
        <w:t xml:space="preserve"> join</w:t>
      </w:r>
      <w:r w:rsidR="00B47DA5" w:rsidRPr="009210F4">
        <w:rPr>
          <w:rFonts w:asciiTheme="majorHAnsi" w:hAnsiTheme="majorHAnsi" w:cstheme="majorHAnsi"/>
        </w:rPr>
        <w:t>,</w:t>
      </w:r>
      <w:r w:rsidRPr="009210F4">
        <w:rPr>
          <w:rFonts w:asciiTheme="majorHAnsi" w:hAnsiTheme="majorHAnsi" w:cstheme="majorHAnsi"/>
        </w:rPr>
        <w:t xml:space="preserve"> it's always fun</w:t>
      </w:r>
      <w:r w:rsidR="00B47DA5" w:rsidRPr="009210F4">
        <w:rPr>
          <w:rFonts w:asciiTheme="majorHAnsi" w:hAnsiTheme="majorHAnsi" w:cstheme="majorHAnsi"/>
        </w:rPr>
        <w:t>, i</w:t>
      </w:r>
      <w:r w:rsidRPr="009210F4">
        <w:rPr>
          <w:rFonts w:asciiTheme="majorHAnsi" w:hAnsiTheme="majorHAnsi" w:cstheme="majorHAnsi"/>
        </w:rPr>
        <w:t>t's always a party</w:t>
      </w:r>
      <w:r w:rsidR="00B47DA5" w:rsidRPr="009210F4">
        <w:rPr>
          <w:rFonts w:asciiTheme="majorHAnsi" w:hAnsiTheme="majorHAnsi" w:cstheme="majorHAnsi"/>
        </w:rPr>
        <w:t>,</w:t>
      </w:r>
      <w:r w:rsidRPr="009210F4">
        <w:rPr>
          <w:rFonts w:asciiTheme="majorHAnsi" w:hAnsiTheme="majorHAnsi" w:cstheme="majorHAnsi"/>
        </w:rPr>
        <w:t xml:space="preserve"> </w:t>
      </w:r>
      <w:r w:rsidR="000B0C8B" w:rsidRPr="009210F4">
        <w:rPr>
          <w:rFonts w:asciiTheme="majorHAnsi" w:hAnsiTheme="majorHAnsi" w:cstheme="majorHAnsi"/>
        </w:rPr>
        <w:t>you</w:t>
      </w:r>
      <w:r w:rsidRPr="009210F4">
        <w:rPr>
          <w:rFonts w:asciiTheme="majorHAnsi" w:hAnsiTheme="majorHAnsi" w:cstheme="majorHAnsi"/>
        </w:rPr>
        <w:t xml:space="preserve"> know</w:t>
      </w:r>
    </w:p>
    <w:p w14:paraId="43A76DBE" w14:textId="77777777" w:rsidR="00991E93" w:rsidRPr="009210F4" w:rsidRDefault="00991E93" w:rsidP="009210F4">
      <w:pPr>
        <w:pStyle w:val="NoSpacing"/>
        <w:rPr>
          <w:rFonts w:asciiTheme="majorHAnsi" w:hAnsiTheme="majorHAnsi" w:cstheme="majorHAnsi"/>
        </w:rPr>
      </w:pPr>
    </w:p>
    <w:p w14:paraId="0929E2CD" w14:textId="744C9EC4"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Alice</w:t>
      </w:r>
      <w:r w:rsidR="00D23E9C" w:rsidRPr="009210F4">
        <w:rPr>
          <w:rFonts w:asciiTheme="majorHAnsi" w:hAnsiTheme="majorHAnsi" w:cstheme="majorHAnsi"/>
        </w:rPr>
        <w:t xml:space="preserve"> </w:t>
      </w:r>
      <w:r w:rsidRPr="009210F4">
        <w:rPr>
          <w:rFonts w:asciiTheme="majorHAnsi" w:hAnsiTheme="majorHAnsi" w:cstheme="majorHAnsi"/>
        </w:rPr>
        <w:t>1:18:13</w:t>
      </w:r>
    </w:p>
    <w:p w14:paraId="267BD9A0" w14:textId="33A9BB6E"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 xml:space="preserve">And everybody </w:t>
      </w:r>
      <w:proofErr w:type="gramStart"/>
      <w:r w:rsidRPr="009210F4">
        <w:rPr>
          <w:rFonts w:asciiTheme="majorHAnsi" w:hAnsiTheme="majorHAnsi" w:cstheme="majorHAnsi"/>
        </w:rPr>
        <w:t>check</w:t>
      </w:r>
      <w:proofErr w:type="gramEnd"/>
      <w:r w:rsidRPr="009210F4">
        <w:rPr>
          <w:rFonts w:asciiTheme="majorHAnsi" w:hAnsiTheme="majorHAnsi" w:cstheme="majorHAnsi"/>
        </w:rPr>
        <w:t xml:space="preserve"> out</w:t>
      </w:r>
      <w:r w:rsidR="00820759" w:rsidRPr="009210F4">
        <w:rPr>
          <w:rFonts w:asciiTheme="majorHAnsi" w:hAnsiTheme="majorHAnsi" w:cstheme="majorHAnsi"/>
        </w:rPr>
        <w:t xml:space="preserve"> Kimmy </w:t>
      </w:r>
      <w:r w:rsidR="00B47DA5" w:rsidRPr="009210F4">
        <w:rPr>
          <w:rFonts w:asciiTheme="majorHAnsi" w:hAnsiTheme="majorHAnsi" w:cstheme="majorHAnsi"/>
        </w:rPr>
        <w:t xml:space="preserve">’s </w:t>
      </w:r>
      <w:r w:rsidRPr="009210F4">
        <w:rPr>
          <w:rFonts w:asciiTheme="majorHAnsi" w:hAnsiTheme="majorHAnsi" w:cstheme="majorHAnsi"/>
        </w:rPr>
        <w:t>podcast</w:t>
      </w:r>
      <w:r w:rsidR="00B47DA5" w:rsidRPr="009210F4">
        <w:rPr>
          <w:rFonts w:asciiTheme="majorHAnsi" w:hAnsiTheme="majorHAnsi" w:cstheme="majorHAnsi"/>
        </w:rPr>
        <w:t>, Dope Black Disabled podcast, i</w:t>
      </w:r>
      <w:r w:rsidRPr="009210F4">
        <w:rPr>
          <w:rFonts w:asciiTheme="majorHAnsi" w:hAnsiTheme="majorHAnsi" w:cstheme="majorHAnsi"/>
        </w:rPr>
        <w:t>t's you and</w:t>
      </w:r>
      <w:r w:rsidR="00B47DA5" w:rsidRPr="009210F4">
        <w:rPr>
          <w:rFonts w:asciiTheme="majorHAnsi" w:hAnsiTheme="majorHAnsi" w:cstheme="majorHAnsi"/>
        </w:rPr>
        <w:t>,</w:t>
      </w:r>
      <w:r w:rsidRPr="009210F4">
        <w:rPr>
          <w:rFonts w:asciiTheme="majorHAnsi" w:hAnsiTheme="majorHAnsi" w:cstheme="majorHAnsi"/>
        </w:rPr>
        <w:t xml:space="preserve"> my brain has gone blank </w:t>
      </w:r>
      <w:r w:rsidR="00B47DA5" w:rsidRPr="009210F4">
        <w:rPr>
          <w:rFonts w:asciiTheme="majorHAnsi" w:hAnsiTheme="majorHAnsi" w:cstheme="majorHAnsi"/>
        </w:rPr>
        <w:t>what’s your co-host’s name?</w:t>
      </w:r>
    </w:p>
    <w:p w14:paraId="46E95F2A" w14:textId="77777777" w:rsidR="00144187" w:rsidRDefault="00144187" w:rsidP="009210F4">
      <w:pPr>
        <w:pStyle w:val="NoSpacing"/>
        <w:rPr>
          <w:rFonts w:asciiTheme="majorHAnsi" w:hAnsiTheme="majorHAnsi" w:cstheme="majorHAnsi"/>
        </w:rPr>
      </w:pPr>
    </w:p>
    <w:p w14:paraId="78589661" w14:textId="67807A86" w:rsidR="00991E93" w:rsidRPr="009210F4" w:rsidRDefault="00820759" w:rsidP="009210F4">
      <w:pPr>
        <w:pStyle w:val="NoSpacing"/>
        <w:rPr>
          <w:rFonts w:asciiTheme="majorHAnsi" w:hAnsiTheme="majorHAnsi" w:cstheme="majorHAnsi"/>
        </w:rPr>
      </w:pPr>
      <w:r w:rsidRPr="009210F4">
        <w:rPr>
          <w:rFonts w:asciiTheme="majorHAnsi" w:hAnsiTheme="majorHAnsi" w:cstheme="majorHAnsi"/>
        </w:rPr>
        <w:t xml:space="preserve">Kimmy </w:t>
      </w:r>
      <w:r w:rsidR="00F7615C" w:rsidRPr="009210F4">
        <w:rPr>
          <w:rFonts w:asciiTheme="majorHAnsi" w:hAnsiTheme="majorHAnsi" w:cstheme="majorHAnsi"/>
        </w:rPr>
        <w:t>1:18:24</w:t>
      </w:r>
    </w:p>
    <w:p w14:paraId="798DFD79" w14:textId="12A0609C" w:rsidR="00991E93" w:rsidRPr="009210F4" w:rsidRDefault="00B47DA5" w:rsidP="009210F4">
      <w:pPr>
        <w:pStyle w:val="NoSpacing"/>
        <w:rPr>
          <w:rFonts w:asciiTheme="majorHAnsi" w:hAnsiTheme="majorHAnsi" w:cstheme="majorHAnsi"/>
        </w:rPr>
      </w:pPr>
      <w:r w:rsidRPr="009210F4">
        <w:rPr>
          <w:rFonts w:asciiTheme="majorHAnsi" w:hAnsiTheme="majorHAnsi" w:cstheme="majorHAnsi"/>
        </w:rPr>
        <w:t>Oh</w:t>
      </w:r>
      <w:r w:rsidR="00144187">
        <w:rPr>
          <w:rFonts w:asciiTheme="majorHAnsi" w:hAnsiTheme="majorHAnsi" w:cstheme="majorHAnsi"/>
        </w:rPr>
        <w:t>,</w:t>
      </w:r>
      <w:r w:rsidRPr="009210F4">
        <w:rPr>
          <w:rFonts w:asciiTheme="majorHAnsi" w:hAnsiTheme="majorHAnsi" w:cstheme="majorHAnsi"/>
        </w:rPr>
        <w:t xml:space="preserve"> it’s my f</w:t>
      </w:r>
      <w:r w:rsidR="00F7615C" w:rsidRPr="009210F4">
        <w:rPr>
          <w:rFonts w:asciiTheme="majorHAnsi" w:hAnsiTheme="majorHAnsi" w:cstheme="majorHAnsi"/>
        </w:rPr>
        <w:t>riend</w:t>
      </w:r>
      <w:r w:rsidRPr="009210F4">
        <w:rPr>
          <w:rFonts w:asciiTheme="majorHAnsi" w:hAnsiTheme="majorHAnsi" w:cstheme="majorHAnsi"/>
        </w:rPr>
        <w:t xml:space="preserve">, </w:t>
      </w:r>
      <w:r w:rsidR="00F7615C" w:rsidRPr="009210F4">
        <w:rPr>
          <w:rFonts w:asciiTheme="majorHAnsi" w:hAnsiTheme="majorHAnsi" w:cstheme="majorHAnsi"/>
        </w:rPr>
        <w:t>Fat Timbo</w:t>
      </w:r>
      <w:r w:rsidRPr="009210F4">
        <w:rPr>
          <w:rFonts w:asciiTheme="majorHAnsi" w:hAnsiTheme="majorHAnsi" w:cstheme="majorHAnsi"/>
        </w:rPr>
        <w:t>, o</w:t>
      </w:r>
      <w:r w:rsidR="00F7615C" w:rsidRPr="009210F4">
        <w:rPr>
          <w:rFonts w:asciiTheme="majorHAnsi" w:hAnsiTheme="majorHAnsi" w:cstheme="majorHAnsi"/>
        </w:rPr>
        <w:t>h, no, no, no, the podcast is sorry</w:t>
      </w:r>
      <w:r w:rsidRPr="009210F4">
        <w:rPr>
          <w:rFonts w:asciiTheme="majorHAnsi" w:hAnsiTheme="majorHAnsi" w:cstheme="majorHAnsi"/>
        </w:rPr>
        <w:t xml:space="preserve">, </w:t>
      </w:r>
      <w:r w:rsidR="00F7615C" w:rsidRPr="009210F4">
        <w:rPr>
          <w:rFonts w:asciiTheme="majorHAnsi" w:hAnsiTheme="majorHAnsi" w:cstheme="majorHAnsi"/>
        </w:rPr>
        <w:t>I was thinking of G</w:t>
      </w:r>
      <w:r w:rsidRPr="009210F4">
        <w:rPr>
          <w:rFonts w:asciiTheme="majorHAnsi" w:hAnsiTheme="majorHAnsi" w:cstheme="majorHAnsi"/>
        </w:rPr>
        <w:t>og</w:t>
      </w:r>
      <w:r w:rsidR="00F7615C" w:rsidRPr="009210F4">
        <w:rPr>
          <w:rFonts w:asciiTheme="majorHAnsi" w:hAnsiTheme="majorHAnsi" w:cstheme="majorHAnsi"/>
        </w:rPr>
        <w:t>gle</w:t>
      </w:r>
      <w:r w:rsidR="002C2862" w:rsidRPr="009210F4">
        <w:rPr>
          <w:rFonts w:asciiTheme="majorHAnsi" w:hAnsiTheme="majorHAnsi" w:cstheme="majorHAnsi"/>
        </w:rPr>
        <w:t>box.</w:t>
      </w:r>
      <w:r w:rsidR="00F7615C" w:rsidRPr="009210F4">
        <w:rPr>
          <w:rFonts w:asciiTheme="majorHAnsi" w:hAnsiTheme="majorHAnsi" w:cstheme="majorHAnsi"/>
        </w:rPr>
        <w:t xml:space="preserve"> Oh, my podcast is me</w:t>
      </w:r>
      <w:r w:rsidR="00D23E9C" w:rsidRPr="009210F4">
        <w:rPr>
          <w:rFonts w:asciiTheme="majorHAnsi" w:hAnsiTheme="majorHAnsi" w:cstheme="majorHAnsi"/>
        </w:rPr>
        <w:t xml:space="preserve"> </w:t>
      </w:r>
      <w:r w:rsidRPr="009210F4">
        <w:rPr>
          <w:rFonts w:asciiTheme="majorHAnsi" w:hAnsiTheme="majorHAnsi" w:cstheme="majorHAnsi"/>
        </w:rPr>
        <w:t>a</w:t>
      </w:r>
      <w:r w:rsidR="00F7615C" w:rsidRPr="009210F4">
        <w:rPr>
          <w:rFonts w:asciiTheme="majorHAnsi" w:hAnsiTheme="majorHAnsi" w:cstheme="majorHAnsi"/>
        </w:rPr>
        <w:t xml:space="preserve">nd </w:t>
      </w:r>
      <w:proofErr w:type="spellStart"/>
      <w:r w:rsidR="00144187">
        <w:rPr>
          <w:rFonts w:asciiTheme="majorHAnsi" w:hAnsiTheme="majorHAnsi" w:cstheme="majorHAnsi"/>
        </w:rPr>
        <w:t>D</w:t>
      </w:r>
      <w:r w:rsidR="005F3B1D">
        <w:rPr>
          <w:rFonts w:asciiTheme="majorHAnsi" w:hAnsiTheme="majorHAnsi" w:cstheme="majorHAnsi"/>
        </w:rPr>
        <w:t>e</w:t>
      </w:r>
      <w:r w:rsidR="00F7615C" w:rsidRPr="009210F4">
        <w:rPr>
          <w:rFonts w:asciiTheme="majorHAnsi" w:hAnsiTheme="majorHAnsi" w:cstheme="majorHAnsi"/>
        </w:rPr>
        <w:t>b</w:t>
      </w:r>
      <w:r w:rsidR="005F3B1D">
        <w:rPr>
          <w:rFonts w:asciiTheme="majorHAnsi" w:hAnsiTheme="majorHAnsi" w:cstheme="majorHAnsi"/>
        </w:rPr>
        <w:t>o</w:t>
      </w:r>
      <w:r w:rsidR="00F7615C" w:rsidRPr="009210F4">
        <w:rPr>
          <w:rFonts w:asciiTheme="majorHAnsi" w:hAnsiTheme="majorHAnsi" w:cstheme="majorHAnsi"/>
        </w:rPr>
        <w:t>la</w:t>
      </w:r>
      <w:proofErr w:type="spellEnd"/>
      <w:r w:rsidR="00F7615C" w:rsidRPr="009210F4">
        <w:rPr>
          <w:rFonts w:asciiTheme="majorHAnsi" w:hAnsiTheme="majorHAnsi" w:cstheme="majorHAnsi"/>
        </w:rPr>
        <w:t xml:space="preserve"> Daniel is </w:t>
      </w:r>
      <w:r w:rsidR="006F0434" w:rsidRPr="009210F4">
        <w:rPr>
          <w:rFonts w:asciiTheme="majorHAnsi" w:hAnsiTheme="majorHAnsi" w:cstheme="majorHAnsi"/>
        </w:rPr>
        <w:t xml:space="preserve">our </w:t>
      </w:r>
      <w:r w:rsidR="00F7615C" w:rsidRPr="009210F4">
        <w:rPr>
          <w:rFonts w:asciiTheme="majorHAnsi" w:hAnsiTheme="majorHAnsi" w:cstheme="majorHAnsi"/>
        </w:rPr>
        <w:t>sensible man of the house</w:t>
      </w:r>
      <w:r w:rsidR="006F0434" w:rsidRPr="009210F4">
        <w:rPr>
          <w:rFonts w:asciiTheme="majorHAnsi" w:hAnsiTheme="majorHAnsi" w:cstheme="majorHAnsi"/>
        </w:rPr>
        <w:t>, a</w:t>
      </w:r>
      <w:r w:rsidR="00F7615C" w:rsidRPr="009210F4">
        <w:rPr>
          <w:rFonts w:asciiTheme="majorHAnsi" w:hAnsiTheme="majorHAnsi" w:cstheme="majorHAnsi"/>
        </w:rPr>
        <w:t xml:space="preserve">nd then </w:t>
      </w:r>
      <w:r w:rsidR="002F5F2F" w:rsidRPr="002F5F2F">
        <w:rPr>
          <w:rFonts w:asciiTheme="majorHAnsi" w:hAnsiTheme="majorHAnsi" w:cstheme="majorHAnsi"/>
        </w:rPr>
        <w:t xml:space="preserve">Christine </w:t>
      </w:r>
      <w:proofErr w:type="spellStart"/>
      <w:r w:rsidR="002F5F2F" w:rsidRPr="002F5F2F">
        <w:rPr>
          <w:rFonts w:asciiTheme="majorHAnsi" w:hAnsiTheme="majorHAnsi" w:cstheme="majorHAnsi"/>
        </w:rPr>
        <w:t>Jon'el</w:t>
      </w:r>
      <w:proofErr w:type="spellEnd"/>
      <w:r w:rsidR="002F5F2F" w:rsidRPr="002F5F2F">
        <w:rPr>
          <w:rFonts w:asciiTheme="majorHAnsi" w:hAnsiTheme="majorHAnsi" w:cstheme="majorHAnsi"/>
        </w:rPr>
        <w:t xml:space="preserve"> </w:t>
      </w:r>
      <w:r w:rsidR="00F7615C" w:rsidRPr="009210F4">
        <w:rPr>
          <w:rFonts w:asciiTheme="majorHAnsi" w:hAnsiTheme="majorHAnsi" w:cstheme="majorHAnsi"/>
        </w:rPr>
        <w:t>is my fellow</w:t>
      </w:r>
      <w:r w:rsidR="006F0434" w:rsidRPr="009210F4">
        <w:rPr>
          <w:rFonts w:asciiTheme="majorHAnsi" w:hAnsiTheme="majorHAnsi" w:cstheme="majorHAnsi"/>
        </w:rPr>
        <w:t xml:space="preserve"> sis,</w:t>
      </w:r>
      <w:r w:rsidR="00D23E9C" w:rsidRPr="009210F4">
        <w:rPr>
          <w:rFonts w:asciiTheme="majorHAnsi" w:hAnsiTheme="majorHAnsi" w:cstheme="majorHAnsi"/>
        </w:rPr>
        <w:t xml:space="preserve"> </w:t>
      </w:r>
      <w:r w:rsidR="006F0434" w:rsidRPr="009210F4">
        <w:rPr>
          <w:rFonts w:asciiTheme="majorHAnsi" w:hAnsiTheme="majorHAnsi" w:cstheme="majorHAnsi"/>
        </w:rPr>
        <w:t xml:space="preserve">so it’s </w:t>
      </w:r>
      <w:r w:rsidR="00F7615C" w:rsidRPr="009210F4">
        <w:rPr>
          <w:rFonts w:asciiTheme="majorHAnsi" w:hAnsiTheme="majorHAnsi" w:cstheme="majorHAnsi"/>
        </w:rPr>
        <w:t>the three of us and I alternate between them because we have a rule</w:t>
      </w:r>
      <w:r w:rsidR="006F0434" w:rsidRPr="009210F4">
        <w:rPr>
          <w:rFonts w:asciiTheme="majorHAnsi" w:hAnsiTheme="majorHAnsi" w:cstheme="majorHAnsi"/>
        </w:rPr>
        <w:t>, n</w:t>
      </w:r>
      <w:r w:rsidR="00F7615C" w:rsidRPr="009210F4">
        <w:rPr>
          <w:rFonts w:asciiTheme="majorHAnsi" w:hAnsiTheme="majorHAnsi" w:cstheme="majorHAnsi"/>
        </w:rPr>
        <w:t>o more than three voices at a time</w:t>
      </w:r>
      <w:r w:rsidR="006F0434" w:rsidRPr="009210F4">
        <w:rPr>
          <w:rFonts w:asciiTheme="majorHAnsi" w:hAnsiTheme="majorHAnsi" w:cstheme="majorHAnsi"/>
        </w:rPr>
        <w:t>,</w:t>
      </w:r>
      <w:r w:rsidR="00F7615C" w:rsidRPr="009210F4">
        <w:rPr>
          <w:rFonts w:asciiTheme="majorHAnsi" w:hAnsiTheme="majorHAnsi" w:cstheme="majorHAnsi"/>
        </w:rPr>
        <w:t xml:space="preserve"> to not make it</w:t>
      </w:r>
      <w:r w:rsidR="006F0434" w:rsidRPr="009210F4">
        <w:rPr>
          <w:rFonts w:asciiTheme="majorHAnsi" w:hAnsiTheme="majorHAnsi" w:cstheme="majorHAnsi"/>
        </w:rPr>
        <w:t>,</w:t>
      </w:r>
      <w:r w:rsidR="00F7615C" w:rsidRPr="009210F4">
        <w:rPr>
          <w:rFonts w:asciiTheme="majorHAnsi" w:hAnsiTheme="majorHAnsi" w:cstheme="majorHAnsi"/>
        </w:rPr>
        <w:t xml:space="preserve"> you know, confusing because we're conscious of our community</w:t>
      </w:r>
      <w:r w:rsidR="006F0434" w:rsidRPr="009210F4">
        <w:rPr>
          <w:rFonts w:asciiTheme="majorHAnsi" w:hAnsiTheme="majorHAnsi" w:cstheme="majorHAnsi"/>
        </w:rPr>
        <w:t xml:space="preserve"> a</w:t>
      </w:r>
      <w:r w:rsidR="00F7615C" w:rsidRPr="009210F4">
        <w:rPr>
          <w:rFonts w:asciiTheme="majorHAnsi" w:hAnsiTheme="majorHAnsi" w:cstheme="majorHAnsi"/>
        </w:rPr>
        <w:t>nd not to make it like</w:t>
      </w:r>
      <w:r w:rsidR="006F0434" w:rsidRPr="009210F4">
        <w:rPr>
          <w:rFonts w:asciiTheme="majorHAnsi" w:hAnsiTheme="majorHAnsi" w:cstheme="majorHAnsi"/>
        </w:rPr>
        <w:t>,</w:t>
      </w:r>
      <w:r w:rsidR="00F7615C" w:rsidRPr="009210F4">
        <w:rPr>
          <w:rFonts w:asciiTheme="majorHAnsi" w:hAnsiTheme="majorHAnsi" w:cstheme="majorHAnsi"/>
        </w:rPr>
        <w:t xml:space="preserve"> you know, sensory overload</w:t>
      </w:r>
    </w:p>
    <w:p w14:paraId="5741FD12" w14:textId="77777777" w:rsidR="00991E93" w:rsidRPr="009210F4" w:rsidRDefault="00991E93" w:rsidP="009210F4">
      <w:pPr>
        <w:pStyle w:val="NoSpacing"/>
        <w:rPr>
          <w:rFonts w:asciiTheme="majorHAnsi" w:hAnsiTheme="majorHAnsi" w:cstheme="majorHAnsi"/>
        </w:rPr>
      </w:pPr>
    </w:p>
    <w:p w14:paraId="19968DF5" w14:textId="5B209405"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Alice</w:t>
      </w:r>
      <w:r w:rsidR="00D23E9C" w:rsidRPr="009210F4">
        <w:rPr>
          <w:rFonts w:asciiTheme="majorHAnsi" w:hAnsiTheme="majorHAnsi" w:cstheme="majorHAnsi"/>
        </w:rPr>
        <w:t xml:space="preserve"> </w:t>
      </w:r>
      <w:r w:rsidRPr="009210F4">
        <w:rPr>
          <w:rFonts w:asciiTheme="majorHAnsi" w:hAnsiTheme="majorHAnsi" w:cstheme="majorHAnsi"/>
        </w:rPr>
        <w:t>1:19:00</w:t>
      </w:r>
    </w:p>
    <w:p w14:paraId="3FD0B17E" w14:textId="7F279153"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Yeah</w:t>
      </w:r>
      <w:r w:rsidR="006F0434" w:rsidRPr="009210F4">
        <w:rPr>
          <w:rFonts w:asciiTheme="majorHAnsi" w:hAnsiTheme="majorHAnsi" w:cstheme="majorHAnsi"/>
        </w:rPr>
        <w:t>, w</w:t>
      </w:r>
      <w:r w:rsidRPr="009210F4">
        <w:rPr>
          <w:rFonts w:asciiTheme="majorHAnsi" w:hAnsiTheme="majorHAnsi" w:cstheme="majorHAnsi"/>
        </w:rPr>
        <w:t>ell, in that case, I apologise to anybody who's listening who was overloaded by me and Lucy talking over each other as usual</w:t>
      </w:r>
      <w:r w:rsidR="006F0434" w:rsidRPr="009210F4">
        <w:rPr>
          <w:rFonts w:asciiTheme="majorHAnsi" w:hAnsiTheme="majorHAnsi" w:cstheme="majorHAnsi"/>
        </w:rPr>
        <w:t xml:space="preserve"> {laughter}</w:t>
      </w:r>
      <w:r w:rsidRPr="009210F4">
        <w:rPr>
          <w:rFonts w:asciiTheme="majorHAnsi" w:hAnsiTheme="majorHAnsi" w:cstheme="majorHAnsi"/>
        </w:rPr>
        <w:t>Yeah</w:t>
      </w:r>
    </w:p>
    <w:p w14:paraId="4435FF2C" w14:textId="77777777" w:rsidR="00991E93" w:rsidRPr="009210F4" w:rsidRDefault="00991E93" w:rsidP="009210F4">
      <w:pPr>
        <w:pStyle w:val="NoSpacing"/>
        <w:rPr>
          <w:rFonts w:asciiTheme="majorHAnsi" w:hAnsiTheme="majorHAnsi" w:cstheme="majorHAnsi"/>
        </w:rPr>
      </w:pPr>
    </w:p>
    <w:p w14:paraId="668B1100" w14:textId="00B760D8" w:rsidR="00991E93" w:rsidRPr="009210F4" w:rsidRDefault="00820759" w:rsidP="009210F4">
      <w:pPr>
        <w:pStyle w:val="NoSpacing"/>
        <w:rPr>
          <w:rFonts w:asciiTheme="majorHAnsi" w:hAnsiTheme="majorHAnsi" w:cstheme="majorHAnsi"/>
        </w:rPr>
      </w:pPr>
      <w:r w:rsidRPr="009210F4">
        <w:rPr>
          <w:rFonts w:asciiTheme="majorHAnsi" w:hAnsiTheme="majorHAnsi" w:cstheme="majorHAnsi"/>
        </w:rPr>
        <w:t xml:space="preserve">Kimmy </w:t>
      </w:r>
      <w:r w:rsidR="00F7615C" w:rsidRPr="009210F4">
        <w:rPr>
          <w:rFonts w:asciiTheme="majorHAnsi" w:hAnsiTheme="majorHAnsi" w:cstheme="majorHAnsi"/>
        </w:rPr>
        <w:t>1:19:13</w:t>
      </w:r>
    </w:p>
    <w:p w14:paraId="37CD951E" w14:textId="1CE7B92B" w:rsidR="00991E93" w:rsidRPr="009210F4" w:rsidRDefault="006F0434" w:rsidP="009210F4">
      <w:pPr>
        <w:pStyle w:val="NoSpacing"/>
        <w:rPr>
          <w:rFonts w:asciiTheme="majorHAnsi" w:hAnsiTheme="majorHAnsi" w:cstheme="majorHAnsi"/>
        </w:rPr>
      </w:pPr>
      <w:r w:rsidRPr="009210F4">
        <w:rPr>
          <w:rFonts w:asciiTheme="majorHAnsi" w:hAnsiTheme="majorHAnsi" w:cstheme="majorHAnsi"/>
        </w:rPr>
        <w:t xml:space="preserve">No, </w:t>
      </w:r>
      <w:r w:rsidR="00F7615C" w:rsidRPr="009210F4">
        <w:rPr>
          <w:rFonts w:asciiTheme="majorHAnsi" w:hAnsiTheme="majorHAnsi" w:cstheme="majorHAnsi"/>
        </w:rPr>
        <w:t xml:space="preserve">your </w:t>
      </w:r>
      <w:r w:rsidR="0011419D" w:rsidRPr="009210F4">
        <w:rPr>
          <w:rFonts w:asciiTheme="majorHAnsi" w:hAnsiTheme="majorHAnsi" w:cstheme="majorHAnsi"/>
        </w:rPr>
        <w:t>podcast is soothing</w:t>
      </w:r>
    </w:p>
    <w:p w14:paraId="3DB6F9AA" w14:textId="77777777" w:rsidR="00144187" w:rsidRDefault="00144187" w:rsidP="009210F4">
      <w:pPr>
        <w:pStyle w:val="NoSpacing"/>
        <w:rPr>
          <w:rFonts w:asciiTheme="majorHAnsi" w:hAnsiTheme="majorHAnsi" w:cstheme="majorHAnsi"/>
        </w:rPr>
      </w:pPr>
    </w:p>
    <w:p w14:paraId="3841FC63" w14:textId="160AF71E" w:rsidR="0011419D" w:rsidRPr="009210F4" w:rsidRDefault="0011419D" w:rsidP="009210F4">
      <w:pPr>
        <w:pStyle w:val="NoSpacing"/>
        <w:rPr>
          <w:rFonts w:asciiTheme="majorHAnsi" w:hAnsiTheme="majorHAnsi" w:cstheme="majorHAnsi"/>
        </w:rPr>
      </w:pPr>
      <w:r w:rsidRPr="009210F4">
        <w:rPr>
          <w:rFonts w:asciiTheme="majorHAnsi" w:hAnsiTheme="majorHAnsi" w:cstheme="majorHAnsi"/>
        </w:rPr>
        <w:t xml:space="preserve">Lucy: Oh, thank you </w:t>
      </w:r>
    </w:p>
    <w:p w14:paraId="7929DF6D" w14:textId="77777777" w:rsidR="00144187" w:rsidRDefault="00144187" w:rsidP="009210F4">
      <w:pPr>
        <w:pStyle w:val="NoSpacing"/>
        <w:rPr>
          <w:rFonts w:asciiTheme="majorHAnsi" w:hAnsiTheme="majorHAnsi" w:cstheme="majorHAnsi"/>
        </w:rPr>
      </w:pPr>
    </w:p>
    <w:p w14:paraId="64DE8161" w14:textId="2F94C3D7"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Alice</w:t>
      </w:r>
      <w:r w:rsidR="00D23E9C" w:rsidRPr="009210F4">
        <w:rPr>
          <w:rFonts w:asciiTheme="majorHAnsi" w:hAnsiTheme="majorHAnsi" w:cstheme="majorHAnsi"/>
        </w:rPr>
        <w:t xml:space="preserve"> </w:t>
      </w:r>
      <w:r w:rsidRPr="009210F4">
        <w:rPr>
          <w:rFonts w:asciiTheme="majorHAnsi" w:hAnsiTheme="majorHAnsi" w:cstheme="majorHAnsi"/>
        </w:rPr>
        <w:t>1:19:18</w:t>
      </w:r>
    </w:p>
    <w:p w14:paraId="78930838" w14:textId="77777777" w:rsidR="0011419D" w:rsidRPr="009210F4" w:rsidRDefault="0011419D" w:rsidP="009210F4">
      <w:pPr>
        <w:pStyle w:val="NoSpacing"/>
        <w:rPr>
          <w:rFonts w:asciiTheme="majorHAnsi" w:hAnsiTheme="majorHAnsi" w:cstheme="majorHAnsi"/>
        </w:rPr>
      </w:pPr>
      <w:r w:rsidRPr="009210F4">
        <w:rPr>
          <w:rFonts w:asciiTheme="majorHAnsi" w:hAnsiTheme="majorHAnsi" w:cstheme="majorHAnsi"/>
        </w:rPr>
        <w:t>That’s n</w:t>
      </w:r>
      <w:r w:rsidR="00F7615C" w:rsidRPr="009210F4">
        <w:rPr>
          <w:rFonts w:asciiTheme="majorHAnsi" w:hAnsiTheme="majorHAnsi" w:cstheme="majorHAnsi"/>
        </w:rPr>
        <w:t xml:space="preserve">ot a word that's been used </w:t>
      </w:r>
      <w:r w:rsidRPr="009210F4">
        <w:rPr>
          <w:rFonts w:asciiTheme="majorHAnsi" w:hAnsiTheme="majorHAnsi" w:cstheme="majorHAnsi"/>
        </w:rPr>
        <w:t>to describe my voice before</w:t>
      </w:r>
    </w:p>
    <w:p w14:paraId="3A5694D8" w14:textId="77777777" w:rsidR="00144187" w:rsidRDefault="00144187" w:rsidP="009210F4">
      <w:pPr>
        <w:pStyle w:val="NoSpacing"/>
        <w:rPr>
          <w:rFonts w:asciiTheme="majorHAnsi" w:hAnsiTheme="majorHAnsi" w:cstheme="majorHAnsi"/>
        </w:rPr>
      </w:pPr>
    </w:p>
    <w:p w14:paraId="720CCE90" w14:textId="566D4E02" w:rsidR="0011419D" w:rsidRPr="009210F4" w:rsidRDefault="0011419D" w:rsidP="009210F4">
      <w:pPr>
        <w:pStyle w:val="NoSpacing"/>
        <w:rPr>
          <w:rFonts w:asciiTheme="majorHAnsi" w:hAnsiTheme="majorHAnsi" w:cstheme="majorHAnsi"/>
        </w:rPr>
      </w:pPr>
      <w:r w:rsidRPr="009210F4">
        <w:rPr>
          <w:rFonts w:asciiTheme="majorHAnsi" w:hAnsiTheme="majorHAnsi" w:cstheme="majorHAnsi"/>
        </w:rPr>
        <w:t xml:space="preserve">Lucy: No, never ever </w:t>
      </w:r>
      <w:proofErr w:type="spellStart"/>
      <w:r w:rsidRPr="009210F4">
        <w:rPr>
          <w:rFonts w:asciiTheme="majorHAnsi" w:hAnsiTheme="majorHAnsi" w:cstheme="majorHAnsi"/>
        </w:rPr>
        <w:t>ever</w:t>
      </w:r>
      <w:proofErr w:type="spellEnd"/>
      <w:r w:rsidRPr="009210F4">
        <w:rPr>
          <w:rFonts w:asciiTheme="majorHAnsi" w:hAnsiTheme="majorHAnsi" w:cstheme="majorHAnsi"/>
        </w:rPr>
        <w:t xml:space="preserve"> {laughter}</w:t>
      </w:r>
    </w:p>
    <w:p w14:paraId="54006C4C" w14:textId="77777777" w:rsidR="00144187" w:rsidRDefault="00144187" w:rsidP="009210F4">
      <w:pPr>
        <w:pStyle w:val="NoSpacing"/>
        <w:rPr>
          <w:rFonts w:asciiTheme="majorHAnsi" w:hAnsiTheme="majorHAnsi" w:cstheme="majorHAnsi"/>
        </w:rPr>
      </w:pPr>
    </w:p>
    <w:p w14:paraId="6E3F9F9E" w14:textId="2698EE73" w:rsidR="0011419D" w:rsidRPr="009210F4" w:rsidRDefault="0011419D" w:rsidP="009210F4">
      <w:pPr>
        <w:pStyle w:val="NoSpacing"/>
        <w:rPr>
          <w:rFonts w:asciiTheme="majorHAnsi" w:hAnsiTheme="majorHAnsi" w:cstheme="majorHAnsi"/>
        </w:rPr>
      </w:pPr>
      <w:r w:rsidRPr="009210F4">
        <w:rPr>
          <w:rFonts w:asciiTheme="majorHAnsi" w:hAnsiTheme="majorHAnsi" w:cstheme="majorHAnsi"/>
        </w:rPr>
        <w:t>Alice:</w:t>
      </w:r>
      <w:r w:rsidR="00D23E9C" w:rsidRPr="009210F4">
        <w:rPr>
          <w:rFonts w:asciiTheme="majorHAnsi" w:hAnsiTheme="majorHAnsi" w:cstheme="majorHAnsi"/>
        </w:rPr>
        <w:t xml:space="preserve"> </w:t>
      </w:r>
      <w:r w:rsidR="00F7615C" w:rsidRPr="009210F4">
        <w:rPr>
          <w:rFonts w:asciiTheme="majorHAnsi" w:hAnsiTheme="majorHAnsi" w:cstheme="majorHAnsi"/>
        </w:rPr>
        <w:t>If you enjoyed this episode, listeners, please rate review and subscribe. It really, really helps us find new listeners. And obviously the more listeners we have, the more of these episodes we get to do. And you can follow us on all of the places</w:t>
      </w:r>
      <w:r w:rsidRPr="009210F4">
        <w:rPr>
          <w:rFonts w:asciiTheme="majorHAnsi" w:hAnsiTheme="majorHAnsi" w:cstheme="majorHAnsi"/>
        </w:rPr>
        <w:t>,</w:t>
      </w:r>
      <w:r w:rsidR="00F7615C" w:rsidRPr="009210F4">
        <w:rPr>
          <w:rFonts w:asciiTheme="majorHAnsi" w:hAnsiTheme="majorHAnsi" w:cstheme="majorHAnsi"/>
        </w:rPr>
        <w:t xml:space="preserve"> lABLEd podcast or I think</w:t>
      </w:r>
      <w:r w:rsidRPr="009210F4">
        <w:rPr>
          <w:rFonts w:asciiTheme="majorHAnsi" w:hAnsiTheme="majorHAnsi" w:cstheme="majorHAnsi"/>
        </w:rPr>
        <w:t>,</w:t>
      </w:r>
      <w:r w:rsidR="00F7615C" w:rsidRPr="009210F4">
        <w:rPr>
          <w:rFonts w:asciiTheme="majorHAnsi" w:hAnsiTheme="majorHAnsi" w:cstheme="majorHAnsi"/>
        </w:rPr>
        <w:t xml:space="preserve"> </w:t>
      </w:r>
      <w:proofErr w:type="spellStart"/>
      <w:r w:rsidR="00F7615C" w:rsidRPr="009210F4">
        <w:rPr>
          <w:rFonts w:asciiTheme="majorHAnsi" w:hAnsiTheme="majorHAnsi" w:cstheme="majorHAnsi"/>
        </w:rPr>
        <w:t>lABLEdpod</w:t>
      </w:r>
      <w:proofErr w:type="spellEnd"/>
      <w:r w:rsidR="00F7615C" w:rsidRPr="009210F4">
        <w:rPr>
          <w:rFonts w:asciiTheme="majorHAnsi" w:hAnsiTheme="majorHAnsi" w:cstheme="majorHAnsi"/>
        </w:rPr>
        <w:t xml:space="preserve"> </w:t>
      </w:r>
    </w:p>
    <w:p w14:paraId="633EEBA1" w14:textId="77777777" w:rsidR="00144187" w:rsidRDefault="00144187" w:rsidP="009210F4">
      <w:pPr>
        <w:pStyle w:val="NoSpacing"/>
        <w:rPr>
          <w:rFonts w:asciiTheme="majorHAnsi" w:hAnsiTheme="majorHAnsi" w:cstheme="majorHAnsi"/>
        </w:rPr>
      </w:pPr>
    </w:p>
    <w:p w14:paraId="746CAC2F" w14:textId="2F477421" w:rsidR="0011419D" w:rsidRPr="009210F4" w:rsidRDefault="0011419D" w:rsidP="009210F4">
      <w:pPr>
        <w:pStyle w:val="NoSpacing"/>
        <w:rPr>
          <w:rFonts w:asciiTheme="majorHAnsi" w:hAnsiTheme="majorHAnsi" w:cstheme="majorHAnsi"/>
        </w:rPr>
      </w:pPr>
      <w:r w:rsidRPr="009210F4">
        <w:rPr>
          <w:rFonts w:asciiTheme="majorHAnsi" w:hAnsiTheme="majorHAnsi" w:cstheme="majorHAnsi"/>
        </w:rPr>
        <w:t xml:space="preserve">Lucy: </w:t>
      </w:r>
      <w:proofErr w:type="spellStart"/>
      <w:r w:rsidR="00F7615C" w:rsidRPr="009210F4">
        <w:rPr>
          <w:rFonts w:asciiTheme="majorHAnsi" w:hAnsiTheme="majorHAnsi" w:cstheme="majorHAnsi"/>
        </w:rPr>
        <w:t>lABLEdpod</w:t>
      </w:r>
      <w:proofErr w:type="spellEnd"/>
      <w:r w:rsidR="00F7615C" w:rsidRPr="009210F4">
        <w:rPr>
          <w:rFonts w:asciiTheme="majorHAnsi" w:hAnsiTheme="majorHAnsi" w:cstheme="majorHAnsi"/>
        </w:rPr>
        <w:t xml:space="preserve"> </w:t>
      </w:r>
    </w:p>
    <w:p w14:paraId="2D133474" w14:textId="77777777" w:rsidR="00144187" w:rsidRDefault="00144187" w:rsidP="009210F4">
      <w:pPr>
        <w:pStyle w:val="NoSpacing"/>
        <w:rPr>
          <w:rFonts w:asciiTheme="majorHAnsi" w:hAnsiTheme="majorHAnsi" w:cstheme="majorHAnsi"/>
        </w:rPr>
      </w:pPr>
    </w:p>
    <w:p w14:paraId="1D5ECA97" w14:textId="7FE270ED" w:rsidR="0011419D" w:rsidRPr="009210F4" w:rsidRDefault="0011419D" w:rsidP="009210F4">
      <w:pPr>
        <w:pStyle w:val="NoSpacing"/>
        <w:rPr>
          <w:rFonts w:asciiTheme="majorHAnsi" w:hAnsiTheme="majorHAnsi" w:cstheme="majorHAnsi"/>
        </w:rPr>
      </w:pPr>
      <w:r w:rsidRPr="009210F4">
        <w:rPr>
          <w:rFonts w:asciiTheme="majorHAnsi" w:hAnsiTheme="majorHAnsi" w:cstheme="majorHAnsi"/>
        </w:rPr>
        <w:t xml:space="preserve">Alice: </w:t>
      </w:r>
      <w:r w:rsidR="00F7615C" w:rsidRPr="009210F4">
        <w:rPr>
          <w:rFonts w:asciiTheme="majorHAnsi" w:hAnsiTheme="majorHAnsi" w:cstheme="majorHAnsi"/>
        </w:rPr>
        <w:t xml:space="preserve">and yeah, we will see you guys next time </w:t>
      </w:r>
    </w:p>
    <w:p w14:paraId="4A8829FC" w14:textId="77777777" w:rsidR="00144187" w:rsidRDefault="00144187" w:rsidP="009210F4">
      <w:pPr>
        <w:pStyle w:val="NoSpacing"/>
        <w:rPr>
          <w:rFonts w:asciiTheme="majorHAnsi" w:hAnsiTheme="majorHAnsi" w:cstheme="majorHAnsi"/>
        </w:rPr>
      </w:pPr>
    </w:p>
    <w:p w14:paraId="6B473A97" w14:textId="54CFFF76" w:rsidR="00991E93" w:rsidRPr="009210F4" w:rsidRDefault="0011419D" w:rsidP="009210F4">
      <w:pPr>
        <w:pStyle w:val="NoSpacing"/>
        <w:rPr>
          <w:rFonts w:asciiTheme="majorHAnsi" w:hAnsiTheme="majorHAnsi" w:cstheme="majorHAnsi"/>
        </w:rPr>
      </w:pPr>
      <w:r w:rsidRPr="009210F4">
        <w:rPr>
          <w:rFonts w:asciiTheme="majorHAnsi" w:hAnsiTheme="majorHAnsi" w:cstheme="majorHAnsi"/>
        </w:rPr>
        <w:t xml:space="preserve">All: </w:t>
      </w:r>
      <w:r w:rsidR="00F7615C" w:rsidRPr="009210F4">
        <w:rPr>
          <w:rFonts w:asciiTheme="majorHAnsi" w:hAnsiTheme="majorHAnsi" w:cstheme="majorHAnsi"/>
        </w:rPr>
        <w:t>Bye</w:t>
      </w:r>
    </w:p>
    <w:p w14:paraId="14F4B12F" w14:textId="77777777" w:rsidR="0011419D" w:rsidRPr="009210F4" w:rsidRDefault="0011419D" w:rsidP="009210F4">
      <w:pPr>
        <w:pStyle w:val="NoSpacing"/>
        <w:rPr>
          <w:rFonts w:asciiTheme="majorHAnsi" w:hAnsiTheme="majorHAnsi" w:cstheme="majorHAnsi"/>
        </w:rPr>
      </w:pPr>
    </w:p>
    <w:p w14:paraId="269F9C6E" w14:textId="59888328" w:rsidR="00991E93" w:rsidRPr="009210F4" w:rsidRDefault="00F7615C" w:rsidP="009210F4">
      <w:pPr>
        <w:pStyle w:val="NoSpacing"/>
        <w:rPr>
          <w:rFonts w:asciiTheme="majorHAnsi" w:hAnsiTheme="majorHAnsi" w:cstheme="majorHAnsi"/>
        </w:rPr>
      </w:pPr>
      <w:r w:rsidRPr="009210F4">
        <w:rPr>
          <w:rFonts w:asciiTheme="majorHAnsi" w:hAnsiTheme="majorHAnsi" w:cstheme="majorHAnsi"/>
        </w:rPr>
        <w:t>Alice</w:t>
      </w:r>
      <w:r w:rsidR="00D23E9C" w:rsidRPr="009210F4">
        <w:rPr>
          <w:rFonts w:asciiTheme="majorHAnsi" w:hAnsiTheme="majorHAnsi" w:cstheme="majorHAnsi"/>
        </w:rPr>
        <w:t xml:space="preserve"> </w:t>
      </w:r>
      <w:r w:rsidRPr="009210F4">
        <w:rPr>
          <w:rFonts w:asciiTheme="majorHAnsi" w:hAnsiTheme="majorHAnsi" w:cstheme="majorHAnsi"/>
        </w:rPr>
        <w:t>1:19:57</w:t>
      </w:r>
    </w:p>
    <w:p w14:paraId="4B521099" w14:textId="77777777" w:rsidR="0081142B" w:rsidRPr="009210F4" w:rsidRDefault="0081142B" w:rsidP="009210F4">
      <w:pPr>
        <w:pStyle w:val="NoSpacing"/>
        <w:rPr>
          <w:rFonts w:asciiTheme="majorHAnsi" w:hAnsiTheme="majorHAnsi" w:cstheme="majorHAnsi"/>
        </w:rPr>
      </w:pPr>
      <w:r w:rsidRPr="009210F4">
        <w:rPr>
          <w:rStyle w:val="s2"/>
          <w:rFonts w:asciiTheme="majorHAnsi" w:hAnsiTheme="majorHAnsi" w:cstheme="majorHAnsi"/>
        </w:rPr>
        <w:t>Thanks for listening to the lABLEd podcast. If you like the show, please rate, review and subscribe. You can follow us on social media at lABLEd podcast.</w:t>
      </w:r>
    </w:p>
    <w:p w14:paraId="2653A669" w14:textId="77777777" w:rsidR="0081142B" w:rsidRPr="009210F4" w:rsidRDefault="0081142B" w:rsidP="009210F4">
      <w:pPr>
        <w:pStyle w:val="NoSpacing"/>
        <w:rPr>
          <w:rFonts w:asciiTheme="majorHAnsi" w:hAnsiTheme="majorHAnsi" w:cstheme="majorHAnsi"/>
        </w:rPr>
      </w:pPr>
    </w:p>
    <w:p w14:paraId="7223C20A" w14:textId="77777777" w:rsidR="0081142B" w:rsidRPr="009210F4" w:rsidRDefault="0081142B" w:rsidP="009210F4">
      <w:pPr>
        <w:pStyle w:val="NoSpacing"/>
        <w:rPr>
          <w:rFonts w:asciiTheme="majorHAnsi" w:hAnsiTheme="majorHAnsi" w:cstheme="majorHAnsi"/>
        </w:rPr>
      </w:pPr>
      <w:r w:rsidRPr="009210F4">
        <w:rPr>
          <w:rStyle w:val="s2"/>
          <w:rFonts w:asciiTheme="majorHAnsi" w:hAnsiTheme="majorHAnsi" w:cstheme="majorHAnsi"/>
        </w:rPr>
        <w:t xml:space="preserve">Lucy: </w:t>
      </w:r>
    </w:p>
    <w:p w14:paraId="60D7E6CD" w14:textId="77777777" w:rsidR="0081142B" w:rsidRPr="009210F4" w:rsidRDefault="0081142B" w:rsidP="009210F4">
      <w:pPr>
        <w:pStyle w:val="NoSpacing"/>
        <w:rPr>
          <w:rFonts w:asciiTheme="majorHAnsi" w:hAnsiTheme="majorHAnsi" w:cstheme="majorHAnsi"/>
        </w:rPr>
      </w:pPr>
      <w:r w:rsidRPr="009210F4">
        <w:rPr>
          <w:rStyle w:val="s2"/>
          <w:rFonts w:asciiTheme="majorHAnsi" w:hAnsiTheme="majorHAnsi" w:cstheme="majorHAnsi"/>
        </w:rPr>
        <w:t xml:space="preserve">Our thanks go to our editor Adam Hall, our music composer Maisie </w:t>
      </w:r>
      <w:proofErr w:type="spellStart"/>
      <w:r w:rsidRPr="009210F4">
        <w:rPr>
          <w:rStyle w:val="s2"/>
          <w:rFonts w:asciiTheme="majorHAnsi" w:hAnsiTheme="majorHAnsi" w:cstheme="majorHAnsi"/>
        </w:rPr>
        <w:t>Crundun</w:t>
      </w:r>
      <w:proofErr w:type="spellEnd"/>
      <w:r w:rsidRPr="009210F4">
        <w:rPr>
          <w:rStyle w:val="s2"/>
          <w:rFonts w:asciiTheme="majorHAnsi" w:hAnsiTheme="majorHAnsi" w:cstheme="majorHAnsi"/>
        </w:rPr>
        <w:t xml:space="preserve"> and our graphic designer Sarah Coney. We'll see you next time!</w:t>
      </w:r>
    </w:p>
    <w:p w14:paraId="55BE3956" w14:textId="77777777" w:rsidR="0081142B" w:rsidRPr="009210F4" w:rsidRDefault="0081142B" w:rsidP="009210F4">
      <w:pPr>
        <w:pStyle w:val="NoSpacing"/>
        <w:rPr>
          <w:rFonts w:asciiTheme="majorHAnsi" w:hAnsiTheme="majorHAnsi" w:cstheme="majorHAnsi"/>
        </w:rPr>
      </w:pPr>
    </w:p>
    <w:p w14:paraId="7DAA8389" w14:textId="77777777" w:rsidR="0081142B" w:rsidRPr="009210F4" w:rsidRDefault="0081142B" w:rsidP="009210F4">
      <w:pPr>
        <w:pStyle w:val="NoSpacing"/>
        <w:rPr>
          <w:rFonts w:asciiTheme="majorHAnsi" w:hAnsiTheme="majorHAnsi" w:cstheme="majorHAnsi"/>
        </w:rPr>
      </w:pPr>
      <w:r w:rsidRPr="009210F4">
        <w:rPr>
          <w:rStyle w:val="s2"/>
          <w:rFonts w:asciiTheme="majorHAnsi" w:hAnsiTheme="majorHAnsi" w:cstheme="majorHAnsi"/>
        </w:rPr>
        <w:t xml:space="preserve">Transcribed by Sarah Matthews and </w:t>
      </w:r>
      <w:hyperlink r:id="rId10" w:history="1">
        <w:r w:rsidRPr="009210F4">
          <w:rPr>
            <w:rStyle w:val="Hyperlink"/>
            <w:rFonts w:asciiTheme="majorHAnsi" w:hAnsiTheme="majorHAnsi" w:cstheme="majorHAnsi"/>
            <w:color w:val="auto"/>
          </w:rPr>
          <w:t>https://otter.ai</w:t>
        </w:r>
      </w:hyperlink>
      <w:r w:rsidRPr="009210F4">
        <w:rPr>
          <w:rStyle w:val="s2"/>
          <w:rFonts w:asciiTheme="majorHAnsi" w:hAnsiTheme="majorHAnsi" w:cstheme="majorHAnsi"/>
        </w:rPr>
        <w:t xml:space="preserve"> </w:t>
      </w:r>
    </w:p>
    <w:p w14:paraId="1185232C" w14:textId="77777777" w:rsidR="0081142B" w:rsidRPr="009210F4" w:rsidRDefault="0081142B" w:rsidP="009210F4">
      <w:pPr>
        <w:pStyle w:val="NoSpacing"/>
        <w:rPr>
          <w:rFonts w:asciiTheme="majorHAnsi" w:hAnsiTheme="majorHAnsi" w:cstheme="majorHAnsi"/>
        </w:rPr>
      </w:pPr>
    </w:p>
    <w:p w14:paraId="6CAEC5B5" w14:textId="6AA4B21E" w:rsidR="00991E93" w:rsidRPr="009210F4" w:rsidRDefault="00991E93" w:rsidP="009210F4">
      <w:pPr>
        <w:pStyle w:val="NoSpacing"/>
        <w:rPr>
          <w:rFonts w:asciiTheme="majorHAnsi" w:hAnsiTheme="majorHAnsi" w:cstheme="majorHAnsi"/>
        </w:rPr>
      </w:pPr>
    </w:p>
    <w:sectPr w:rsidR="00991E93" w:rsidRPr="009210F4" w:rsidSect="001216B9">
      <w:headerReference w:type="even" r:id="rId11"/>
      <w:headerReference w:type="default" r:id="rId12"/>
      <w:footerReference w:type="even" r:id="rId13"/>
      <w:footerReference w:type="default" r:id="rId14"/>
      <w:headerReference w:type="first" r:id="rId15"/>
      <w:footerReference w:type="first" r:id="rId16"/>
      <w:pgSz w:w="12240" w:h="15840"/>
      <w:pgMar w:top="1440" w:right="1080" w:bottom="1440" w:left="1080" w:header="720" w:footer="720" w:gutter="0"/>
      <w:pgNumType w:fmt="numberInDash"/>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27A9B4" w14:textId="77777777" w:rsidR="008A169D" w:rsidRDefault="008A169D">
      <w:pPr>
        <w:spacing w:after="0" w:line="240" w:lineRule="auto"/>
      </w:pPr>
      <w:r>
        <w:separator/>
      </w:r>
    </w:p>
  </w:endnote>
  <w:endnote w:type="continuationSeparator" w:id="0">
    <w:p w14:paraId="3E4064BB" w14:textId="77777777" w:rsidR="008A169D" w:rsidRDefault="008A169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372650680"/>
      <w:docPartObj>
        <w:docPartGallery w:val="Page Numbers (Bottom of Page)"/>
        <w:docPartUnique/>
      </w:docPartObj>
    </w:sdtPr>
    <w:sdtEndPr>
      <w:rPr>
        <w:rStyle w:val="PageNumber"/>
      </w:rPr>
    </w:sdtEndPr>
    <w:sdtContent>
      <w:p w14:paraId="1BC37FC4" w14:textId="77777777"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937484424"/>
      <w:docPartObj>
        <w:docPartGallery w:val="Page Numbers (Bottom of Page)"/>
        <w:docPartUnique/>
      </w:docPartObj>
    </w:sdtPr>
    <w:sdtEndPr>
      <w:rPr>
        <w:rStyle w:val="PageNumber"/>
      </w:rPr>
    </w:sdtEndPr>
    <w:sdtContent>
      <w:p w14:paraId="36094125" w14:textId="77777777"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C14F219" w14:textId="77777777" w:rsidR="001216B9" w:rsidRDefault="001216B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Fonts w:ascii="Arial" w:hAnsi="Arial" w:cs="Arial"/>
      </w:rPr>
      <w:id w:val="1113323662"/>
      <w:docPartObj>
        <w:docPartGallery w:val="Page Numbers (Bottom of Page)"/>
        <w:docPartUnique/>
      </w:docPartObj>
    </w:sdtPr>
    <w:sdtEndPr>
      <w:rPr>
        <w:rStyle w:val="PageNumber"/>
      </w:rPr>
    </w:sdtEndPr>
    <w:sdtContent>
      <w:p w14:paraId="75512705" w14:textId="77777777" w:rsidR="001216B9" w:rsidRPr="009C3AF0" w:rsidRDefault="001216B9" w:rsidP="00A73672">
        <w:pPr>
          <w:pStyle w:val="Footer"/>
          <w:framePr w:wrap="none" w:vAnchor="text" w:hAnchor="margin" w:xAlign="center" w:y="1"/>
          <w:rPr>
            <w:rStyle w:val="PageNumber"/>
            <w:rFonts w:ascii="Arial" w:hAnsi="Arial" w:cs="Arial"/>
          </w:rPr>
        </w:pPr>
        <w:r w:rsidRPr="009C3AF0">
          <w:rPr>
            <w:rStyle w:val="PageNumber"/>
            <w:rFonts w:ascii="Arial" w:hAnsi="Arial" w:cs="Arial"/>
          </w:rPr>
          <w:fldChar w:fldCharType="begin"/>
        </w:r>
        <w:r w:rsidRPr="009C3AF0">
          <w:rPr>
            <w:rStyle w:val="PageNumber"/>
            <w:rFonts w:ascii="Arial" w:hAnsi="Arial" w:cs="Arial"/>
          </w:rPr>
          <w:instrText xml:space="preserve"> PAGE </w:instrText>
        </w:r>
        <w:r w:rsidRPr="009C3AF0">
          <w:rPr>
            <w:rStyle w:val="PageNumber"/>
            <w:rFonts w:ascii="Arial" w:hAnsi="Arial" w:cs="Arial"/>
          </w:rPr>
          <w:fldChar w:fldCharType="separate"/>
        </w:r>
        <w:r w:rsidRPr="009C3AF0">
          <w:rPr>
            <w:rStyle w:val="PageNumber"/>
            <w:rFonts w:ascii="Arial" w:hAnsi="Arial" w:cs="Arial"/>
            <w:noProof/>
          </w:rPr>
          <w:t>- 1 -</w:t>
        </w:r>
        <w:r w:rsidRPr="009C3AF0">
          <w:rPr>
            <w:rStyle w:val="PageNumber"/>
            <w:rFonts w:ascii="Arial" w:hAnsi="Arial" w:cs="Arial"/>
          </w:rPr>
          <w:fldChar w:fldCharType="end"/>
        </w:r>
      </w:p>
    </w:sdtContent>
  </w:sdt>
  <w:p w14:paraId="4552DB35" w14:textId="77777777" w:rsidR="00930F33" w:rsidRPr="009C3AF0" w:rsidRDefault="001216B9">
    <w:pPr>
      <w:pStyle w:val="Footer"/>
      <w:rPr>
        <w:rFonts w:ascii="Arial" w:hAnsi="Arial" w:cs="Arial"/>
        <w:color w:val="BFBFBF" w:themeColor="background1" w:themeShade="BF"/>
      </w:rPr>
    </w:pPr>
    <w:r w:rsidRPr="009C3AF0">
      <w:rPr>
        <w:rFonts w:ascii="Arial" w:hAnsi="Arial" w:cs="Arial"/>
        <w:color w:val="BFBFBF" w:themeColor="background1" w:themeShade="BF"/>
      </w:rPr>
      <w:ptab w:relativeTo="margin" w:alignment="center" w:leader="none"/>
    </w:r>
    <w:r w:rsidRPr="009C3AF0">
      <w:rPr>
        <w:rFonts w:ascii="Arial" w:hAnsi="Arial" w:cs="Arial"/>
        <w:color w:val="BFBFBF" w:themeColor="background1" w:themeShade="BF"/>
      </w:rPr>
      <w:ptab w:relativeTo="margin" w:alignment="right" w:leader="none"/>
    </w:r>
    <w:r w:rsidRPr="009C3AF0">
      <w:rPr>
        <w:rFonts w:ascii="Arial" w:hAnsi="Arial" w:cs="Arial"/>
        <w:color w:val="BFBFBF" w:themeColor="background1" w:themeShade="BF"/>
      </w:rPr>
      <w:t xml:space="preserve">Transcribed by </w:t>
    </w:r>
    <w:hyperlink r:id="rId1" w:history="1">
      <w:r w:rsidRPr="006E2A8C">
        <w:rPr>
          <w:rStyle w:val="Hyperlink"/>
          <w:rFonts w:ascii="Arial" w:hAnsi="Arial" w:cs="Arial"/>
        </w:rPr>
        <w:t>https://otter.ai</w:t>
      </w:r>
    </w:hyperlink>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23ADEB" w14:textId="77777777" w:rsidR="006E2A8C" w:rsidRDefault="006E2A8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21395F" w14:textId="77777777" w:rsidR="008A169D" w:rsidRDefault="008A169D">
      <w:pPr>
        <w:spacing w:after="0" w:line="240" w:lineRule="auto"/>
      </w:pPr>
      <w:r>
        <w:separator/>
      </w:r>
    </w:p>
  </w:footnote>
  <w:footnote w:type="continuationSeparator" w:id="0">
    <w:p w14:paraId="73AACA00" w14:textId="77777777" w:rsidR="008A169D" w:rsidRDefault="008A169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55C2CB" w14:textId="77777777" w:rsidR="006E2A8C" w:rsidRDefault="006E2A8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AE438B" w14:textId="77777777" w:rsidR="006E2A8C" w:rsidRDefault="006E2A8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237DE0" w14:textId="77777777" w:rsidR="006E2A8C" w:rsidRDefault="006E2A8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86"/>
  <w:proofState w:spelling="clean" w:grammar="clean"/>
  <w:revisionView w:inkAnnotations="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2511"/>
    <w:rsid w:val="00034616"/>
    <w:rsid w:val="00037389"/>
    <w:rsid w:val="00050A6B"/>
    <w:rsid w:val="00054655"/>
    <w:rsid w:val="00056D65"/>
    <w:rsid w:val="0006063C"/>
    <w:rsid w:val="00066610"/>
    <w:rsid w:val="00094462"/>
    <w:rsid w:val="000B0C8B"/>
    <w:rsid w:val="000B5384"/>
    <w:rsid w:val="000B66D6"/>
    <w:rsid w:val="000C615E"/>
    <w:rsid w:val="000D4815"/>
    <w:rsid w:val="0011419D"/>
    <w:rsid w:val="001216B9"/>
    <w:rsid w:val="001240BF"/>
    <w:rsid w:val="00134EB3"/>
    <w:rsid w:val="00144187"/>
    <w:rsid w:val="0015074B"/>
    <w:rsid w:val="0016762B"/>
    <w:rsid w:val="001A75E1"/>
    <w:rsid w:val="001D2CF1"/>
    <w:rsid w:val="001D3700"/>
    <w:rsid w:val="001E095C"/>
    <w:rsid w:val="001F7914"/>
    <w:rsid w:val="00212EED"/>
    <w:rsid w:val="002253D3"/>
    <w:rsid w:val="002317AF"/>
    <w:rsid w:val="00251090"/>
    <w:rsid w:val="00256CFC"/>
    <w:rsid w:val="00261C93"/>
    <w:rsid w:val="0026785E"/>
    <w:rsid w:val="00274135"/>
    <w:rsid w:val="0029639D"/>
    <w:rsid w:val="002A24AE"/>
    <w:rsid w:val="002B323C"/>
    <w:rsid w:val="002B5DE4"/>
    <w:rsid w:val="002B6C12"/>
    <w:rsid w:val="002C2862"/>
    <w:rsid w:val="002C4CBF"/>
    <w:rsid w:val="002F5F2F"/>
    <w:rsid w:val="0030708A"/>
    <w:rsid w:val="00311E1D"/>
    <w:rsid w:val="00326F90"/>
    <w:rsid w:val="00336914"/>
    <w:rsid w:val="00342380"/>
    <w:rsid w:val="00352DB6"/>
    <w:rsid w:val="0036371B"/>
    <w:rsid w:val="0038774B"/>
    <w:rsid w:val="003A1374"/>
    <w:rsid w:val="003A25B0"/>
    <w:rsid w:val="003A5455"/>
    <w:rsid w:val="003B299F"/>
    <w:rsid w:val="003D45C9"/>
    <w:rsid w:val="00400C88"/>
    <w:rsid w:val="00424086"/>
    <w:rsid w:val="00427067"/>
    <w:rsid w:val="00441C1A"/>
    <w:rsid w:val="0044719E"/>
    <w:rsid w:val="0045192E"/>
    <w:rsid w:val="0045533F"/>
    <w:rsid w:val="00457B0F"/>
    <w:rsid w:val="004627C2"/>
    <w:rsid w:val="00477AD6"/>
    <w:rsid w:val="00486C37"/>
    <w:rsid w:val="004A641F"/>
    <w:rsid w:val="004A7C1C"/>
    <w:rsid w:val="004B13E4"/>
    <w:rsid w:val="004B273A"/>
    <w:rsid w:val="004B593C"/>
    <w:rsid w:val="004E06C0"/>
    <w:rsid w:val="004F6CE3"/>
    <w:rsid w:val="005006D0"/>
    <w:rsid w:val="00504F09"/>
    <w:rsid w:val="005054D7"/>
    <w:rsid w:val="00510D53"/>
    <w:rsid w:val="00524D46"/>
    <w:rsid w:val="00553DE5"/>
    <w:rsid w:val="005A2CCD"/>
    <w:rsid w:val="005A6F75"/>
    <w:rsid w:val="005C05C1"/>
    <w:rsid w:val="005D68DE"/>
    <w:rsid w:val="005E1A2C"/>
    <w:rsid w:val="005E688E"/>
    <w:rsid w:val="005F3B1D"/>
    <w:rsid w:val="00645959"/>
    <w:rsid w:val="0066038A"/>
    <w:rsid w:val="0066765D"/>
    <w:rsid w:val="00676431"/>
    <w:rsid w:val="006815C4"/>
    <w:rsid w:val="0068473E"/>
    <w:rsid w:val="006849CB"/>
    <w:rsid w:val="00685E71"/>
    <w:rsid w:val="00691E45"/>
    <w:rsid w:val="00692E66"/>
    <w:rsid w:val="006B18A1"/>
    <w:rsid w:val="006C0498"/>
    <w:rsid w:val="006E2A8C"/>
    <w:rsid w:val="006E33F7"/>
    <w:rsid w:val="006E3780"/>
    <w:rsid w:val="006E37AF"/>
    <w:rsid w:val="006E4C2A"/>
    <w:rsid w:val="006F0434"/>
    <w:rsid w:val="00705B7A"/>
    <w:rsid w:val="00715AE7"/>
    <w:rsid w:val="00724C8D"/>
    <w:rsid w:val="00727704"/>
    <w:rsid w:val="00734EB0"/>
    <w:rsid w:val="007366EA"/>
    <w:rsid w:val="00752A2F"/>
    <w:rsid w:val="007557B5"/>
    <w:rsid w:val="00755863"/>
    <w:rsid w:val="007567C8"/>
    <w:rsid w:val="00760483"/>
    <w:rsid w:val="00773301"/>
    <w:rsid w:val="007749AF"/>
    <w:rsid w:val="00794EBC"/>
    <w:rsid w:val="007B4CD7"/>
    <w:rsid w:val="007B7D01"/>
    <w:rsid w:val="007C0D3C"/>
    <w:rsid w:val="007D5A1C"/>
    <w:rsid w:val="007E27EB"/>
    <w:rsid w:val="0081142B"/>
    <w:rsid w:val="008125E1"/>
    <w:rsid w:val="0081757D"/>
    <w:rsid w:val="00820759"/>
    <w:rsid w:val="00821BAC"/>
    <w:rsid w:val="008321B3"/>
    <w:rsid w:val="0084277D"/>
    <w:rsid w:val="0086023E"/>
    <w:rsid w:val="008865DD"/>
    <w:rsid w:val="008A169D"/>
    <w:rsid w:val="008A4D40"/>
    <w:rsid w:val="008A64C9"/>
    <w:rsid w:val="008B297A"/>
    <w:rsid w:val="008B4A81"/>
    <w:rsid w:val="008F431E"/>
    <w:rsid w:val="00912104"/>
    <w:rsid w:val="009148AA"/>
    <w:rsid w:val="009210F4"/>
    <w:rsid w:val="00922E4E"/>
    <w:rsid w:val="00930F33"/>
    <w:rsid w:val="009419A4"/>
    <w:rsid w:val="009818ED"/>
    <w:rsid w:val="00981A2B"/>
    <w:rsid w:val="00983604"/>
    <w:rsid w:val="00984F39"/>
    <w:rsid w:val="00990D91"/>
    <w:rsid w:val="00991E93"/>
    <w:rsid w:val="009C3A3A"/>
    <w:rsid w:val="009C3AF0"/>
    <w:rsid w:val="009C7361"/>
    <w:rsid w:val="00A011F5"/>
    <w:rsid w:val="00A12EE5"/>
    <w:rsid w:val="00A21F47"/>
    <w:rsid w:val="00A3693A"/>
    <w:rsid w:val="00A523A4"/>
    <w:rsid w:val="00A6151D"/>
    <w:rsid w:val="00A665B2"/>
    <w:rsid w:val="00A70703"/>
    <w:rsid w:val="00A72993"/>
    <w:rsid w:val="00A72FF2"/>
    <w:rsid w:val="00A84ECF"/>
    <w:rsid w:val="00AA1D8D"/>
    <w:rsid w:val="00AE743D"/>
    <w:rsid w:val="00AF3642"/>
    <w:rsid w:val="00B13C66"/>
    <w:rsid w:val="00B47730"/>
    <w:rsid w:val="00B47DA5"/>
    <w:rsid w:val="00B6087B"/>
    <w:rsid w:val="00B94567"/>
    <w:rsid w:val="00BA18AB"/>
    <w:rsid w:val="00BA4C2B"/>
    <w:rsid w:val="00BC28C6"/>
    <w:rsid w:val="00BD0140"/>
    <w:rsid w:val="00BD5A32"/>
    <w:rsid w:val="00BE0B79"/>
    <w:rsid w:val="00BF5189"/>
    <w:rsid w:val="00C01F01"/>
    <w:rsid w:val="00C05BFB"/>
    <w:rsid w:val="00C12889"/>
    <w:rsid w:val="00C24502"/>
    <w:rsid w:val="00C249BC"/>
    <w:rsid w:val="00C323D4"/>
    <w:rsid w:val="00C337EB"/>
    <w:rsid w:val="00C37F57"/>
    <w:rsid w:val="00C37F87"/>
    <w:rsid w:val="00C41AF4"/>
    <w:rsid w:val="00C42742"/>
    <w:rsid w:val="00C45046"/>
    <w:rsid w:val="00C64C06"/>
    <w:rsid w:val="00C761E5"/>
    <w:rsid w:val="00C76231"/>
    <w:rsid w:val="00C81346"/>
    <w:rsid w:val="00CA249C"/>
    <w:rsid w:val="00CB0664"/>
    <w:rsid w:val="00CB592A"/>
    <w:rsid w:val="00CC645C"/>
    <w:rsid w:val="00CE4443"/>
    <w:rsid w:val="00CF46CF"/>
    <w:rsid w:val="00D23E9C"/>
    <w:rsid w:val="00D37F32"/>
    <w:rsid w:val="00D555FC"/>
    <w:rsid w:val="00D5574A"/>
    <w:rsid w:val="00D57E81"/>
    <w:rsid w:val="00DC1A64"/>
    <w:rsid w:val="00DF1D51"/>
    <w:rsid w:val="00E10EA6"/>
    <w:rsid w:val="00E33321"/>
    <w:rsid w:val="00E47CED"/>
    <w:rsid w:val="00E84CB3"/>
    <w:rsid w:val="00EA2930"/>
    <w:rsid w:val="00EC300E"/>
    <w:rsid w:val="00ED2DE7"/>
    <w:rsid w:val="00ED3244"/>
    <w:rsid w:val="00ED4C40"/>
    <w:rsid w:val="00ED75FB"/>
    <w:rsid w:val="00EF7EDC"/>
    <w:rsid w:val="00F25B9D"/>
    <w:rsid w:val="00F565AF"/>
    <w:rsid w:val="00F65569"/>
    <w:rsid w:val="00F7171A"/>
    <w:rsid w:val="00F7615C"/>
    <w:rsid w:val="00F83B7F"/>
    <w:rsid w:val="00F93859"/>
    <w:rsid w:val="00F957F5"/>
    <w:rsid w:val="00FA48D3"/>
    <w:rsid w:val="00FB1AA1"/>
    <w:rsid w:val="00FC693F"/>
    <w:rsid w:val="00FC7A60"/>
    <w:rsid w:val="00FD14DF"/>
    <w:rsid w:val="00FD3D0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6EECD45"/>
  <w14:defaultImageDpi w14:val="300"/>
  <w15:docId w15:val="{BBBC883F-E58E-BB4C-A526-B24797FD08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u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u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u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u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u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u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u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u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u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u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u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u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u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u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u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u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u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u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u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u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u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PageNumber">
    <w:name w:val="page number"/>
    <w:basedOn w:val="DefaultParagraphFont"/>
    <w:uiPriority w:val="99"/>
    <w:semiHidden/>
    <w:unhideWhenUsed/>
    <w:rsid w:val="001216B9"/>
  </w:style>
  <w:style w:type="character" w:styleId="Hyperlink">
    <w:name w:val="Hyperlink"/>
    <w:basedOn w:val="DefaultParagraphFont"/>
    <w:uiPriority w:val="99"/>
    <w:unhideWhenUsed/>
    <w:rsid w:val="006E2A8C"/>
    <w:rPr>
      <w:color w:val="0000FF" w:themeColor="hyperlink"/>
      <w:u w:val="single"/>
    </w:rPr>
  </w:style>
  <w:style w:type="character" w:styleId="UnresolvedMention">
    <w:name w:val="Unresolved Mention"/>
    <w:basedOn w:val="DefaultParagraphFont"/>
    <w:uiPriority w:val="99"/>
    <w:semiHidden/>
    <w:unhideWhenUsed/>
    <w:rsid w:val="006E2A8C"/>
    <w:rPr>
      <w:color w:val="605E5C"/>
      <w:shd w:val="clear" w:color="auto" w:fill="E1DFDD"/>
    </w:rPr>
  </w:style>
  <w:style w:type="paragraph" w:customStyle="1" w:styleId="p1">
    <w:name w:val="p1"/>
    <w:basedOn w:val="Normal"/>
    <w:rsid w:val="006C0498"/>
    <w:pPr>
      <w:spacing w:before="100" w:beforeAutospacing="1" w:after="100" w:afterAutospacing="1" w:line="240" w:lineRule="auto"/>
    </w:pPr>
    <w:rPr>
      <w:rFonts w:ascii="Calibri" w:eastAsiaTheme="minorHAnsi" w:hAnsi="Calibri" w:cs="Calibri"/>
      <w:lang w:val="en-GB" w:eastAsia="en-GB"/>
    </w:rPr>
  </w:style>
  <w:style w:type="character" w:customStyle="1" w:styleId="s2">
    <w:name w:val="s2"/>
    <w:basedOn w:val="DefaultParagraphFont"/>
    <w:rsid w:val="006C0498"/>
  </w:style>
  <w:style w:type="paragraph" w:customStyle="1" w:styleId="s4">
    <w:name w:val="s4"/>
    <w:basedOn w:val="Normal"/>
    <w:rsid w:val="006C0498"/>
    <w:pPr>
      <w:spacing w:before="100" w:beforeAutospacing="1" w:after="100" w:afterAutospacing="1" w:line="240" w:lineRule="auto"/>
    </w:pPr>
    <w:rPr>
      <w:rFonts w:ascii="Calibri" w:eastAsiaTheme="minorHAnsi" w:hAnsi="Calibri" w:cs="Calibri"/>
      <w:lang w:val="en-GB" w:eastAsia="en-GB"/>
    </w:rPr>
  </w:style>
  <w:style w:type="character" w:customStyle="1" w:styleId="s5">
    <w:name w:val="s5"/>
    <w:basedOn w:val="DefaultParagraphFont"/>
    <w:rsid w:val="006C0498"/>
  </w:style>
  <w:style w:type="character" w:customStyle="1" w:styleId="mw-headline">
    <w:name w:val="mw-headline"/>
    <w:basedOn w:val="DefaultParagraphFont"/>
    <w:rsid w:val="00056D65"/>
  </w:style>
  <w:style w:type="character" w:customStyle="1" w:styleId="toctext">
    <w:name w:val="toctext"/>
    <w:basedOn w:val="DefaultParagraphFont"/>
    <w:rsid w:val="003A5455"/>
  </w:style>
  <w:style w:type="paragraph" w:customStyle="1" w:styleId="p2">
    <w:name w:val="p2"/>
    <w:basedOn w:val="Normal"/>
    <w:rsid w:val="0081142B"/>
    <w:pPr>
      <w:spacing w:before="100" w:beforeAutospacing="1" w:after="100" w:afterAutospacing="1" w:line="240" w:lineRule="auto"/>
    </w:pPr>
    <w:rPr>
      <w:rFonts w:ascii="Calibri" w:eastAsiaTheme="minorHAnsi" w:hAnsi="Calibri" w:cs="Calibri"/>
      <w:lang w:val="en-GB" w:eastAsia="en-GB"/>
    </w:rPr>
  </w:style>
  <w:style w:type="paragraph" w:styleId="PlainText">
    <w:name w:val="Plain Text"/>
    <w:basedOn w:val="Normal"/>
    <w:link w:val="PlainTextChar"/>
    <w:uiPriority w:val="99"/>
    <w:unhideWhenUsed/>
    <w:rsid w:val="0081142B"/>
    <w:pPr>
      <w:spacing w:after="0" w:line="240" w:lineRule="auto"/>
    </w:pPr>
    <w:rPr>
      <w:rFonts w:ascii="Calibri" w:eastAsiaTheme="minorHAnsi" w:hAnsi="Calibri"/>
      <w:szCs w:val="21"/>
      <w:lang w:val="en-GB"/>
    </w:rPr>
  </w:style>
  <w:style w:type="character" w:customStyle="1" w:styleId="PlainTextChar">
    <w:name w:val="Plain Text Char"/>
    <w:basedOn w:val="DefaultParagraphFont"/>
    <w:link w:val="PlainText"/>
    <w:uiPriority w:val="99"/>
    <w:rsid w:val="0081142B"/>
    <w:rPr>
      <w:rFonts w:ascii="Calibri" w:eastAsiaTheme="minorHAnsi" w:hAnsi="Calibri"/>
      <w:szCs w:val="21"/>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3230962">
      <w:bodyDiv w:val="1"/>
      <w:marLeft w:val="0"/>
      <w:marRight w:val="0"/>
      <w:marTop w:val="0"/>
      <w:marBottom w:val="0"/>
      <w:divBdr>
        <w:top w:val="none" w:sz="0" w:space="0" w:color="auto"/>
        <w:left w:val="none" w:sz="0" w:space="0" w:color="auto"/>
        <w:bottom w:val="none" w:sz="0" w:space="0" w:color="auto"/>
        <w:right w:val="none" w:sz="0" w:space="0" w:color="auto"/>
      </w:divBdr>
    </w:div>
    <w:div w:id="329019237">
      <w:bodyDiv w:val="1"/>
      <w:marLeft w:val="0"/>
      <w:marRight w:val="0"/>
      <w:marTop w:val="0"/>
      <w:marBottom w:val="0"/>
      <w:divBdr>
        <w:top w:val="none" w:sz="0" w:space="0" w:color="auto"/>
        <w:left w:val="none" w:sz="0" w:space="0" w:color="auto"/>
        <w:bottom w:val="none" w:sz="0" w:space="0" w:color="auto"/>
        <w:right w:val="none" w:sz="0" w:space="0" w:color="auto"/>
      </w:divBdr>
    </w:div>
    <w:div w:id="370232010">
      <w:bodyDiv w:val="1"/>
      <w:marLeft w:val="0"/>
      <w:marRight w:val="0"/>
      <w:marTop w:val="0"/>
      <w:marBottom w:val="0"/>
      <w:divBdr>
        <w:top w:val="none" w:sz="0" w:space="0" w:color="auto"/>
        <w:left w:val="none" w:sz="0" w:space="0" w:color="auto"/>
        <w:bottom w:val="none" w:sz="0" w:space="0" w:color="auto"/>
        <w:right w:val="none" w:sz="0" w:space="0" w:color="auto"/>
      </w:divBdr>
    </w:div>
    <w:div w:id="642124896">
      <w:bodyDiv w:val="1"/>
      <w:marLeft w:val="0"/>
      <w:marRight w:val="0"/>
      <w:marTop w:val="0"/>
      <w:marBottom w:val="0"/>
      <w:divBdr>
        <w:top w:val="none" w:sz="0" w:space="0" w:color="auto"/>
        <w:left w:val="none" w:sz="0" w:space="0" w:color="auto"/>
        <w:bottom w:val="none" w:sz="0" w:space="0" w:color="auto"/>
        <w:right w:val="none" w:sz="0" w:space="0" w:color="auto"/>
      </w:divBdr>
    </w:div>
    <w:div w:id="930236746">
      <w:bodyDiv w:val="1"/>
      <w:marLeft w:val="0"/>
      <w:marRight w:val="0"/>
      <w:marTop w:val="0"/>
      <w:marBottom w:val="0"/>
      <w:divBdr>
        <w:top w:val="none" w:sz="0" w:space="0" w:color="auto"/>
        <w:left w:val="none" w:sz="0" w:space="0" w:color="auto"/>
        <w:bottom w:val="none" w:sz="0" w:space="0" w:color="auto"/>
        <w:right w:val="none" w:sz="0" w:space="0" w:color="auto"/>
      </w:divBdr>
    </w:div>
    <w:div w:id="1759325356">
      <w:bodyDiv w:val="1"/>
      <w:marLeft w:val="0"/>
      <w:marRight w:val="0"/>
      <w:marTop w:val="0"/>
      <w:marBottom w:val="0"/>
      <w:divBdr>
        <w:top w:val="none" w:sz="0" w:space="0" w:color="auto"/>
        <w:left w:val="none" w:sz="0" w:space="0" w:color="auto"/>
        <w:bottom w:val="none" w:sz="0" w:space="0" w:color="auto"/>
        <w:right w:val="none" w:sz="0" w:space="0" w:color="auto"/>
      </w:divBdr>
    </w:div>
    <w:div w:id="190267259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en.wikipedia.org/wiki/Sundiata_Keita" TargetMode="External" /><Relationship Id="rId13" Type="http://schemas.openxmlformats.org/officeDocument/2006/relationships/footer" Target="footer1.xml" /><Relationship Id="rId18" Type="http://schemas.openxmlformats.org/officeDocument/2006/relationships/theme" Target="theme/theme1.xml" /><Relationship Id="rId3" Type="http://schemas.openxmlformats.org/officeDocument/2006/relationships/styles" Target="styles.xml" /><Relationship Id="rId7" Type="http://schemas.openxmlformats.org/officeDocument/2006/relationships/endnotes" Target="endnotes.xml" /><Relationship Id="rId12" Type="http://schemas.openxmlformats.org/officeDocument/2006/relationships/header" Target="header2.xml" /><Relationship Id="rId17" Type="http://schemas.openxmlformats.org/officeDocument/2006/relationships/fontTable" Target="fontTable.xml" /><Relationship Id="rId2" Type="http://schemas.openxmlformats.org/officeDocument/2006/relationships/numbering" Target="numbering.xml" /><Relationship Id="rId16" Type="http://schemas.openxmlformats.org/officeDocument/2006/relationships/footer" Target="footer3.xml" /><Relationship Id="rId1" Type="http://schemas.openxmlformats.org/officeDocument/2006/relationships/customXml" Target="../customXml/item1.xml" /><Relationship Id="rId6" Type="http://schemas.openxmlformats.org/officeDocument/2006/relationships/footnotes" Target="footnotes.xml" /><Relationship Id="rId11" Type="http://schemas.openxmlformats.org/officeDocument/2006/relationships/header" Target="header1.xml" /><Relationship Id="rId5" Type="http://schemas.openxmlformats.org/officeDocument/2006/relationships/webSettings" Target="webSettings.xml" /><Relationship Id="rId15" Type="http://schemas.openxmlformats.org/officeDocument/2006/relationships/header" Target="header3.xml" /><Relationship Id="rId10" Type="http://schemas.openxmlformats.org/officeDocument/2006/relationships/hyperlink" Target="https://otter.ai" TargetMode="External" /><Relationship Id="rId4" Type="http://schemas.openxmlformats.org/officeDocument/2006/relationships/settings" Target="settings.xml" /><Relationship Id="rId9" Type="http://schemas.openxmlformats.org/officeDocument/2006/relationships/hyperlink" Target="https://en.wikipedia.org/wiki/Sundiata_Keita" TargetMode="External" /><Relationship Id="rId14" Type="http://schemas.openxmlformats.org/officeDocument/2006/relationships/footer" Target="footer2.xml" /></Relationships>
</file>

<file path=word/_rels/footer2.xml.rels><?xml version="1.0" encoding="UTF-8" standalone="yes"?>
<Relationships xmlns="http://schemas.openxmlformats.org/package/2006/relationships"><Relationship Id="rId1" Type="http://schemas.openxmlformats.org/officeDocument/2006/relationships/hyperlink" Target="https://otter.ai/"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411EC8-F1B9-C84B-81E7-620E13BCCD61}">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Pages>
  <Words>10202</Words>
  <Characters>58153</Characters>
  <Application>Microsoft Office Word</Application>
  <DocSecurity>0</DocSecurity>
  <Lines>484</Lines>
  <Paragraphs>136</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68219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Lucy Wood</cp:lastModifiedBy>
  <cp:revision>2</cp:revision>
  <dcterms:created xsi:type="dcterms:W3CDTF">2021-10-27T15:50:00Z</dcterms:created>
  <dcterms:modified xsi:type="dcterms:W3CDTF">2021-10-27T15:50:00Z</dcterms:modified>
  <cp:category/>
</cp:coreProperties>
</file>