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Podcast Episode 20:  What is Ableism? with Gem Turner...</w:t>
      </w:r>
    </w:p>
    <w:p>
      <w:r>
        <w:rPr>
          <w:rFonts w:ascii="Arial" w:hAnsi="Arial"/>
          <w:color w:val="4F6880"/>
          <w:sz w:val="22"/>
        </w:rPr>
        <w:t>Mon, 10/11 9:17AM • 1:29:05</w:t>
      </w:r>
    </w:p>
    <w:p>
      <w:pPr>
        <w:spacing w:before="440" w:after="0"/>
      </w:pPr>
      <w:r>
        <w:rPr>
          <w:rFonts w:ascii="Arial" w:hAnsi="Arial"/>
          <w:b/>
          <w:color w:val="4F6880"/>
          <w:sz w:val="22"/>
        </w:rPr>
        <w:t>SUMMARY KEYWORDS</w:t>
      </w:r>
    </w:p>
    <w:p>
      <w:r>
        <w:rPr>
          <w:rFonts w:ascii="Arial" w:hAnsi="Arial"/>
          <w:color w:val="4F6880"/>
          <w:sz w:val="22"/>
        </w:rPr>
        <w:t>ableism, people, disability, disabled, lucy, non disabled, podcast, realise, alice, person, gem, walk, life, feel, find, bit, question, thinking, important, talking</w:t>
      </w:r>
    </w:p>
    <w:p>
      <w:pPr>
        <w:spacing w:before="440" w:after="0"/>
      </w:pPr>
      <w:r>
        <w:rPr>
          <w:rFonts w:ascii="Arial" w:hAnsi="Arial"/>
          <w:b/>
          <w:color w:val="4F6880"/>
          <w:sz w:val="22"/>
        </w:rPr>
        <w:t>SPEAKERS</w:t>
      </w:r>
    </w:p>
    <w:p>
      <w:r>
        <w:rPr>
          <w:rFonts w:ascii="Arial" w:hAnsi="Arial"/>
          <w:color w:val="4F6880"/>
          <w:sz w:val="22"/>
        </w:rPr>
        <w:t>introduction, Gem Turner, Lucy, Alice Evans &amp; Lucy Wood, Alice</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and difference. I'm lucy.</w:t>
      </w:r>
    </w:p>
    <w:p>
      <w:pPr>
        <w:spacing w:after="0"/>
      </w:pPr>
    </w:p>
    <w:p>
      <w:pPr>
        <w:spacing w:after="0"/>
      </w:pPr>
      <w:r>
        <w:rPr>
          <w:rFonts w:ascii="Arial" w:hAnsi="Arial"/>
          <w:b/>
          <w:sz w:val="22"/>
        </w:rPr>
        <w:t xml:space="preserve">Alice  </w:t>
      </w:r>
      <w:r>
        <w:rPr>
          <w:rFonts w:ascii="Arial" w:hAnsi="Arial"/>
          <w:color w:val="5D7284"/>
          <w:sz w:val="22"/>
        </w:rPr>
        <w:t>00:07</w:t>
      </w:r>
    </w:p>
    <w:p>
      <w:pPr>
        <w:spacing w:after="0"/>
      </w:pPr>
      <w:r>
        <w:rPr>
          <w:rFonts w:ascii="Arial" w:hAnsi="Arial"/>
          <w:sz w:val="22"/>
        </w:rPr>
        <w:t>And I'm Alice and thats Lola.</w:t>
      </w:r>
    </w:p>
    <w:p>
      <w:pPr>
        <w:spacing w:after="0"/>
      </w:pPr>
    </w:p>
    <w:p>
      <w:pPr>
        <w:spacing w:after="0"/>
      </w:pPr>
      <w:r>
        <w:rPr>
          <w:rFonts w:ascii="Arial" w:hAnsi="Arial"/>
          <w:b/>
          <w:sz w:val="22"/>
        </w:rPr>
        <w:t xml:space="preserve">introduction  </w:t>
      </w:r>
      <w:r>
        <w:rPr>
          <w:rFonts w:ascii="Arial" w:hAnsi="Arial"/>
          <w:color w:val="5D7284"/>
          <w:sz w:val="22"/>
        </w:rPr>
        <w:t>00:11</w:t>
      </w:r>
    </w:p>
    <w:p>
      <w:pPr>
        <w:spacing w:after="0"/>
      </w:pPr>
      <w:r>
        <w:rPr>
          <w:rFonts w:ascii="Arial" w:hAnsi="Arial"/>
          <w:sz w:val="22"/>
        </w:rPr>
        <w:t>Lives differently kaleidoscope identity. And this is who i'm meant to be, i'm just labelled me. I'm just labelled me.</w:t>
      </w:r>
    </w:p>
    <w:p>
      <w:pPr>
        <w:spacing w:after="0"/>
      </w:pPr>
    </w:p>
    <w:p>
      <w:pPr>
        <w:spacing w:after="0"/>
      </w:pPr>
      <w:r>
        <w:rPr>
          <w:rFonts w:ascii="Arial" w:hAnsi="Arial"/>
          <w:b/>
          <w:sz w:val="22"/>
        </w:rPr>
        <w:t xml:space="preserve">Alice  </w:t>
      </w:r>
      <w:r>
        <w:rPr>
          <w:rFonts w:ascii="Arial" w:hAnsi="Arial"/>
          <w:color w:val="5D7284"/>
          <w:sz w:val="22"/>
        </w:rPr>
        <w:t>00:37</w:t>
      </w:r>
    </w:p>
    <w:p>
      <w:pPr>
        <w:spacing w:after="0"/>
      </w:pPr>
      <w:r>
        <w:rPr>
          <w:rFonts w:ascii="Arial" w:hAnsi="Arial"/>
          <w:sz w:val="22"/>
        </w:rPr>
        <w:t>Don't forget In this episode, I might swear Lucy might cry, and you can check out details of the trigger warnings on our website.</w:t>
      </w:r>
    </w:p>
    <w:p>
      <w:pPr>
        <w:spacing w:after="0"/>
      </w:pPr>
    </w:p>
    <w:p>
      <w:pPr>
        <w:spacing w:after="0"/>
      </w:pPr>
      <w:r>
        <w:rPr>
          <w:rFonts w:ascii="Arial" w:hAnsi="Arial"/>
          <w:b/>
          <w:sz w:val="22"/>
        </w:rPr>
        <w:t xml:space="preserve">Lucy  </w:t>
      </w:r>
      <w:r>
        <w:rPr>
          <w:rFonts w:ascii="Arial" w:hAnsi="Arial"/>
          <w:color w:val="5D7284"/>
          <w:sz w:val="22"/>
        </w:rPr>
        <w:t>00:44</w:t>
      </w:r>
    </w:p>
    <w:p>
      <w:pPr>
        <w:spacing w:after="0"/>
      </w:pPr>
      <w:r>
        <w:rPr>
          <w:rFonts w:ascii="Arial" w:hAnsi="Arial"/>
          <w:sz w:val="22"/>
        </w:rPr>
        <w:t>Hello everybody, and welcome to a brand new episode of the lABLEd podcast. I am Lucy and Alice is here with me, of course, as ever Hello, how are you?</w:t>
      </w:r>
    </w:p>
    <w:p>
      <w:pPr>
        <w:spacing w:after="0"/>
      </w:pPr>
    </w:p>
    <w:p>
      <w:pPr>
        <w:spacing w:after="0"/>
      </w:pPr>
      <w:r>
        <w:rPr>
          <w:rFonts w:ascii="Arial" w:hAnsi="Arial"/>
          <w:b/>
          <w:sz w:val="22"/>
        </w:rPr>
        <w:t xml:space="preserve">Alice  </w:t>
      </w:r>
      <w:r>
        <w:rPr>
          <w:rFonts w:ascii="Arial" w:hAnsi="Arial"/>
          <w:color w:val="5D7284"/>
          <w:sz w:val="22"/>
        </w:rPr>
        <w:t>00:54</w:t>
      </w:r>
    </w:p>
    <w:p>
      <w:pPr>
        <w:spacing w:after="0"/>
      </w:pPr>
      <w:r>
        <w:rPr>
          <w:rFonts w:ascii="Arial" w:hAnsi="Arial"/>
          <w:sz w:val="22"/>
        </w:rPr>
        <w:t>I'm alright thank you, how are you?</w:t>
      </w:r>
    </w:p>
    <w:p>
      <w:pPr>
        <w:spacing w:after="0"/>
      </w:pPr>
    </w:p>
    <w:p>
      <w:pPr>
        <w:spacing w:after="0"/>
      </w:pPr>
      <w:r>
        <w:rPr>
          <w:rFonts w:ascii="Arial" w:hAnsi="Arial"/>
          <w:b/>
          <w:sz w:val="22"/>
        </w:rPr>
        <w:t xml:space="preserve">Lucy  </w:t>
      </w:r>
      <w:r>
        <w:rPr>
          <w:rFonts w:ascii="Arial" w:hAnsi="Arial"/>
          <w:color w:val="5D7284"/>
          <w:sz w:val="22"/>
        </w:rPr>
        <w:t>00:56</w:t>
      </w:r>
    </w:p>
    <w:p>
      <w:pPr>
        <w:spacing w:after="0"/>
      </w:pPr>
      <w:r>
        <w:rPr>
          <w:rFonts w:ascii="Arial" w:hAnsi="Arial"/>
          <w:sz w:val="22"/>
        </w:rPr>
        <w:t>I'm okay. Um, I had a little bit of a stressful week where I just don't feel like my brain is working properly. Or that I can speak which is good when you've got a podcast really, isn't it?</w:t>
      </w:r>
    </w:p>
    <w:p>
      <w:pPr>
        <w:spacing w:after="0"/>
      </w:pPr>
    </w:p>
    <w:p>
      <w:pPr>
        <w:spacing w:after="0"/>
      </w:pPr>
      <w:r>
        <w:rPr>
          <w:rFonts w:ascii="Arial" w:hAnsi="Arial"/>
          <w:b/>
          <w:sz w:val="22"/>
        </w:rPr>
        <w:t xml:space="preserve">Alice  </w:t>
      </w:r>
      <w:r>
        <w:rPr>
          <w:rFonts w:ascii="Arial" w:hAnsi="Arial"/>
          <w:color w:val="5D7284"/>
          <w:sz w:val="22"/>
        </w:rPr>
        <w:t>01:06</w:t>
      </w:r>
    </w:p>
    <w:p>
      <w:pPr>
        <w:spacing w:after="0"/>
      </w:pPr>
      <w:r>
        <w:rPr>
          <w:rFonts w:ascii="Arial" w:hAnsi="Arial"/>
          <w:sz w:val="22"/>
        </w:rPr>
        <w:t>Yeah. speakings medium important.</w:t>
      </w:r>
    </w:p>
    <w:p>
      <w:pPr>
        <w:spacing w:after="0"/>
      </w:pPr>
    </w:p>
    <w:p>
      <w:pPr>
        <w:spacing w:after="0"/>
      </w:pPr>
      <w:r>
        <w:rPr>
          <w:rFonts w:ascii="Arial" w:hAnsi="Arial"/>
          <w:b/>
          <w:sz w:val="22"/>
        </w:rPr>
        <w:t xml:space="preserve">Lucy  </w:t>
      </w:r>
      <w:r>
        <w:rPr>
          <w:rFonts w:ascii="Arial" w:hAnsi="Arial"/>
          <w:color w:val="5D7284"/>
          <w:sz w:val="22"/>
        </w:rPr>
        <w:t>01:10</w:t>
      </w:r>
    </w:p>
    <w:p>
      <w:pPr>
        <w:spacing w:after="0"/>
      </w:pPr>
      <w:r>
        <w:rPr>
          <w:rFonts w:ascii="Arial" w:hAnsi="Arial"/>
          <w:sz w:val="22"/>
        </w:rPr>
        <w:t>And then last night, I was laying in bed and thinking am i  losing my voice. I have to tell you listners I am not</w:t>
      </w:r>
    </w:p>
    <w:p>
      <w:pPr>
        <w:spacing w:after="0"/>
      </w:pPr>
    </w:p>
    <w:p>
      <w:pPr>
        <w:spacing w:after="0"/>
      </w:pPr>
      <w:r>
        <w:rPr>
          <w:rFonts w:ascii="Arial" w:hAnsi="Arial"/>
          <w:b/>
          <w:sz w:val="22"/>
        </w:rPr>
        <w:t xml:space="preserve">Alice  </w:t>
      </w:r>
      <w:r>
        <w:rPr>
          <w:rFonts w:ascii="Arial" w:hAnsi="Arial"/>
          <w:color w:val="5D7284"/>
          <w:sz w:val="22"/>
        </w:rPr>
        <w:t>01:21</w:t>
      </w:r>
    </w:p>
    <w:p>
      <w:pPr>
        <w:spacing w:after="0"/>
      </w:pPr>
      <w:r>
        <w:rPr>
          <w:rFonts w:ascii="Arial" w:hAnsi="Arial"/>
          <w:sz w:val="22"/>
        </w:rPr>
        <w:t>I've lost my voice I think twice in my life. And it was quite an experience for me. Because I keep forgetting and so I just like just I it was when both times was when I was at uni and so I was used to kind of just sitting around in my room on my own, and I'd walk into like the kitchen and to my housemates and I'm like eeehhhh</w:t>
      </w:r>
    </w:p>
    <w:p>
      <w:pPr>
        <w:spacing w:after="0"/>
      </w:pPr>
    </w:p>
    <w:p>
      <w:pPr>
        <w:spacing w:after="0"/>
      </w:pPr>
      <w:r>
        <w:rPr>
          <w:rFonts w:ascii="Arial" w:hAnsi="Arial"/>
          <w:b/>
          <w:sz w:val="22"/>
        </w:rPr>
        <w:t xml:space="preserve">Lucy  </w:t>
      </w:r>
      <w:r>
        <w:rPr>
          <w:rFonts w:ascii="Arial" w:hAnsi="Arial"/>
          <w:color w:val="5D7284"/>
          <w:sz w:val="22"/>
        </w:rPr>
        <w:t>01:50</w:t>
      </w:r>
    </w:p>
    <w:p>
      <w:pPr>
        <w:spacing w:after="0"/>
      </w:pPr>
      <w:r>
        <w:rPr>
          <w:rFonts w:ascii="Arial" w:hAnsi="Arial"/>
          <w:sz w:val="22"/>
        </w:rPr>
        <w:t>When I used to do sponsored services to raise money for stuff at school. They would often pay me double just to shut me up. Which i don't think is very kind at all, but there we go. So how are you Alice and how has your week been?</w:t>
      </w:r>
    </w:p>
    <w:p>
      <w:pPr>
        <w:spacing w:after="0"/>
      </w:pPr>
    </w:p>
    <w:p>
      <w:pPr>
        <w:spacing w:after="0"/>
      </w:pPr>
      <w:r>
        <w:rPr>
          <w:rFonts w:ascii="Arial" w:hAnsi="Arial"/>
          <w:b/>
          <w:sz w:val="22"/>
        </w:rPr>
        <w:t xml:space="preserve">Alice  </w:t>
      </w:r>
      <w:r>
        <w:rPr>
          <w:rFonts w:ascii="Arial" w:hAnsi="Arial"/>
          <w:color w:val="5D7284"/>
          <w:sz w:val="22"/>
        </w:rPr>
        <w:t>02:06</w:t>
      </w:r>
    </w:p>
    <w:p>
      <w:pPr>
        <w:spacing w:after="0"/>
      </w:pPr>
      <w:r>
        <w:rPr>
          <w:rFonts w:ascii="Arial" w:hAnsi="Arial"/>
          <w:sz w:val="22"/>
        </w:rPr>
        <w:t>Um, busy. Mental, so the same as ever! Um, and my dog is moderately badly behaved earlier this week erm...</w:t>
      </w:r>
    </w:p>
    <w:p>
      <w:pPr>
        <w:spacing w:after="0"/>
      </w:pPr>
    </w:p>
    <w:p>
      <w:pPr>
        <w:spacing w:after="0"/>
      </w:pPr>
      <w:r>
        <w:rPr>
          <w:rFonts w:ascii="Arial" w:hAnsi="Arial"/>
          <w:b/>
          <w:sz w:val="22"/>
        </w:rPr>
        <w:t xml:space="preserve">Lucy  </w:t>
      </w:r>
      <w:r>
        <w:rPr>
          <w:rFonts w:ascii="Arial" w:hAnsi="Arial"/>
          <w:color w:val="5D7284"/>
          <w:sz w:val="22"/>
        </w:rPr>
        <w:t>02:23</w:t>
      </w:r>
    </w:p>
    <w:p>
      <w:pPr>
        <w:spacing w:after="0"/>
      </w:pPr>
      <w:r>
        <w:rPr>
          <w:rFonts w:ascii="Arial" w:hAnsi="Arial"/>
          <w:sz w:val="22"/>
        </w:rPr>
        <w:t>Why.. What has she eaten this week?</w:t>
      </w:r>
    </w:p>
    <w:p>
      <w:pPr>
        <w:spacing w:after="0"/>
      </w:pPr>
    </w:p>
    <w:p>
      <w:pPr>
        <w:spacing w:after="0"/>
      </w:pPr>
      <w:r>
        <w:rPr>
          <w:rFonts w:ascii="Arial" w:hAnsi="Arial"/>
          <w:b/>
          <w:sz w:val="22"/>
        </w:rPr>
        <w:t xml:space="preserve">Alice  </w:t>
      </w:r>
      <w:r>
        <w:rPr>
          <w:rFonts w:ascii="Arial" w:hAnsi="Arial"/>
          <w:color w:val="5D7284"/>
          <w:sz w:val="22"/>
        </w:rPr>
        <w:t>02:26</w:t>
      </w:r>
    </w:p>
    <w:p>
      <w:pPr>
        <w:spacing w:after="0"/>
      </w:pPr>
      <w:r>
        <w:rPr>
          <w:rFonts w:ascii="Arial" w:hAnsi="Arial"/>
          <w:sz w:val="22"/>
        </w:rPr>
        <w:t>Well, she came back in from the garden earlier this week, and I was like, why are you walking funny. And I looked and she had a twig sticking out of her bumhole. With a little nugget of poo on the end of it</w:t>
      </w:r>
    </w:p>
    <w:p>
      <w:pPr>
        <w:spacing w:after="0"/>
      </w:pPr>
    </w:p>
    <w:p>
      <w:pPr>
        <w:spacing w:after="0"/>
      </w:pPr>
      <w:r>
        <w:rPr>
          <w:rFonts w:ascii="Arial" w:hAnsi="Arial"/>
          <w:b/>
          <w:sz w:val="22"/>
        </w:rPr>
        <w:t xml:space="preserve">Lucy  </w:t>
      </w:r>
      <w:r>
        <w:rPr>
          <w:rFonts w:ascii="Arial" w:hAnsi="Arial"/>
          <w:color w:val="5D7284"/>
          <w:sz w:val="22"/>
        </w:rPr>
        <w:t>02:41</w:t>
      </w:r>
    </w:p>
    <w:p>
      <w:pPr>
        <w:spacing w:after="0"/>
      </w:pPr>
      <w:r>
        <w:rPr>
          <w:rFonts w:ascii="Arial" w:hAnsi="Arial"/>
          <w:sz w:val="22"/>
        </w:rPr>
        <w:t>Oh. To the phrase with a stick up your arse.</w:t>
      </w:r>
    </w:p>
    <w:p>
      <w:pPr>
        <w:spacing w:after="0"/>
      </w:pPr>
    </w:p>
    <w:p>
      <w:pPr>
        <w:spacing w:after="0"/>
      </w:pPr>
      <w:r>
        <w:rPr>
          <w:rFonts w:ascii="Arial" w:hAnsi="Arial"/>
          <w:b/>
          <w:sz w:val="22"/>
        </w:rPr>
        <w:t xml:space="preserve">Alice  </w:t>
      </w:r>
      <w:r>
        <w:rPr>
          <w:rFonts w:ascii="Arial" w:hAnsi="Arial"/>
          <w:color w:val="5D7284"/>
          <w:sz w:val="22"/>
        </w:rPr>
        <w:t>02:46</w:t>
      </w:r>
    </w:p>
    <w:p>
      <w:pPr>
        <w:spacing w:after="0"/>
      </w:pPr>
      <w:r>
        <w:rPr>
          <w:rFonts w:ascii="Arial" w:hAnsi="Arial"/>
          <w:sz w:val="22"/>
        </w:rPr>
        <w:t>Oh, the joy of Labradors everybody. There is dog owners everywhere going "Yeah, yeah just another wednesday".</w:t>
      </w:r>
    </w:p>
    <w:p>
      <w:pPr>
        <w:spacing w:after="0"/>
      </w:pPr>
    </w:p>
    <w:p>
      <w:pPr>
        <w:spacing w:after="0"/>
      </w:pPr>
      <w:r>
        <w:rPr>
          <w:rFonts w:ascii="Arial" w:hAnsi="Arial"/>
          <w:b/>
          <w:sz w:val="22"/>
        </w:rPr>
        <w:t xml:space="preserve">Lucy  </w:t>
      </w:r>
      <w:r>
        <w:rPr>
          <w:rFonts w:ascii="Arial" w:hAnsi="Arial"/>
          <w:color w:val="5D7284"/>
          <w:sz w:val="22"/>
        </w:rPr>
        <w:t>02:58</w:t>
      </w:r>
    </w:p>
    <w:p>
      <w:pPr>
        <w:spacing w:after="0"/>
      </w:pPr>
      <w:r>
        <w:rPr>
          <w:rFonts w:ascii="Arial" w:hAnsi="Arial"/>
          <w:sz w:val="22"/>
        </w:rPr>
        <w:t>Right. I'm gonna move on. Because I think that even made our guest gag.</w:t>
      </w:r>
    </w:p>
    <w:p>
      <w:pPr>
        <w:spacing w:after="0"/>
      </w:pPr>
    </w:p>
    <w:p>
      <w:pPr>
        <w:spacing w:after="0"/>
      </w:pPr>
      <w:r>
        <w:rPr>
          <w:rFonts w:ascii="Arial" w:hAnsi="Arial"/>
          <w:b/>
          <w:sz w:val="22"/>
        </w:rPr>
        <w:t xml:space="preserve">Gem Turner  </w:t>
      </w:r>
      <w:r>
        <w:rPr>
          <w:rFonts w:ascii="Arial" w:hAnsi="Arial"/>
          <w:color w:val="5D7284"/>
          <w:sz w:val="22"/>
        </w:rPr>
        <w:t>03:08</w:t>
      </w:r>
    </w:p>
    <w:p>
      <w:pPr>
        <w:spacing w:after="0"/>
      </w:pPr>
      <w:r>
        <w:rPr>
          <w:rFonts w:ascii="Arial" w:hAnsi="Arial"/>
          <w:sz w:val="22"/>
        </w:rPr>
        <w:t>I will come on now.</w:t>
      </w:r>
    </w:p>
    <w:p>
      <w:pPr>
        <w:spacing w:after="0"/>
      </w:pPr>
    </w:p>
    <w:p>
      <w:pPr>
        <w:spacing w:after="0"/>
      </w:pPr>
      <w:r>
        <w:rPr>
          <w:rFonts w:ascii="Arial" w:hAnsi="Arial"/>
          <w:b/>
          <w:sz w:val="22"/>
        </w:rPr>
        <w:t xml:space="preserve">Lucy  </w:t>
      </w:r>
      <w:r>
        <w:rPr>
          <w:rFonts w:ascii="Arial" w:hAnsi="Arial"/>
          <w:color w:val="5D7284"/>
          <w:sz w:val="22"/>
        </w:rPr>
        <w:t>03:10</w:t>
      </w:r>
    </w:p>
    <w:p>
      <w:pPr>
        <w:spacing w:after="0"/>
      </w:pPr>
      <w:r>
        <w:rPr>
          <w:rFonts w:ascii="Arial" w:hAnsi="Arial"/>
          <w:sz w:val="22"/>
        </w:rPr>
        <w:t>So today this week. I'm still thinking about stick. This week we are joined by the fabulous Gem Turner. Gem is going to talk to us about a little bit we're going to go through. We're going to try and do serious topics in the usual lABLEd podcast unique brand way. And we're going to be talking about ableism. Today what it is, who is ableist, how you can be ableist and how you can maybe limit the ableist attitude, attitudes you may have is that was that a fair assessment Alice do you think?</w:t>
      </w:r>
    </w:p>
    <w:p>
      <w:pPr>
        <w:spacing w:after="0"/>
      </w:pPr>
    </w:p>
    <w:p>
      <w:pPr>
        <w:spacing w:after="0"/>
      </w:pPr>
      <w:r>
        <w:rPr>
          <w:rFonts w:ascii="Arial" w:hAnsi="Arial"/>
          <w:b/>
          <w:sz w:val="22"/>
        </w:rPr>
        <w:t xml:space="preserve">Alice  </w:t>
      </w:r>
      <w:r>
        <w:rPr>
          <w:rFonts w:ascii="Arial" w:hAnsi="Arial"/>
          <w:color w:val="5D7284"/>
          <w:sz w:val="22"/>
        </w:rPr>
        <w:t>03:50</w:t>
      </w:r>
    </w:p>
    <w:p>
      <w:pPr>
        <w:spacing w:after="0"/>
      </w:pPr>
      <w:r>
        <w:rPr>
          <w:rFonts w:ascii="Arial" w:hAnsi="Arial"/>
          <w:sz w:val="22"/>
        </w:rPr>
        <w:t>Sure, why not?</w:t>
      </w:r>
    </w:p>
    <w:p>
      <w:pPr>
        <w:spacing w:after="0"/>
      </w:pPr>
    </w:p>
    <w:p>
      <w:pPr>
        <w:spacing w:after="0"/>
      </w:pPr>
      <w:r>
        <w:rPr>
          <w:rFonts w:ascii="Arial" w:hAnsi="Arial"/>
          <w:b/>
          <w:sz w:val="22"/>
        </w:rPr>
        <w:t xml:space="preserve">Lucy  </w:t>
      </w:r>
      <w:r>
        <w:rPr>
          <w:rFonts w:ascii="Arial" w:hAnsi="Arial"/>
          <w:color w:val="5D7284"/>
          <w:sz w:val="22"/>
        </w:rPr>
        <w:t>03:52</w:t>
      </w:r>
    </w:p>
    <w:p>
      <w:pPr>
        <w:spacing w:after="0"/>
      </w:pPr>
      <w:r>
        <w:rPr>
          <w:rFonts w:ascii="Arial" w:hAnsi="Arial"/>
          <w:sz w:val="22"/>
        </w:rPr>
        <w:t>I don't like it when you give me a big like silences and I just keep talking and you're like, Go on go on.</w:t>
      </w:r>
    </w:p>
    <w:p>
      <w:pPr>
        <w:spacing w:after="0"/>
      </w:pPr>
    </w:p>
    <w:p>
      <w:pPr>
        <w:spacing w:after="0"/>
      </w:pPr>
      <w:r>
        <w:rPr>
          <w:rFonts w:ascii="Arial" w:hAnsi="Arial"/>
          <w:b/>
          <w:sz w:val="22"/>
        </w:rPr>
        <w:t xml:space="preserve">Alice  </w:t>
      </w:r>
      <w:r>
        <w:rPr>
          <w:rFonts w:ascii="Arial" w:hAnsi="Arial"/>
          <w:color w:val="5D7284"/>
          <w:sz w:val="22"/>
        </w:rPr>
        <w:t>03:59</w:t>
      </w:r>
    </w:p>
    <w:p>
      <w:pPr>
        <w:spacing w:after="0"/>
      </w:pPr>
      <w:r>
        <w:rPr>
          <w:rFonts w:ascii="Arial" w:hAnsi="Arial"/>
          <w:sz w:val="22"/>
        </w:rPr>
        <w:t>Sorry, you're not you what you're saying is you're not used to me being quiet. Well, why don't we both shut up and let Gem talk for a bit?</w:t>
      </w:r>
    </w:p>
    <w:p>
      <w:pPr>
        <w:spacing w:after="0"/>
      </w:pPr>
    </w:p>
    <w:p>
      <w:pPr>
        <w:spacing w:after="0"/>
      </w:pPr>
      <w:r>
        <w:rPr>
          <w:rFonts w:ascii="Arial" w:hAnsi="Arial"/>
          <w:b/>
          <w:sz w:val="22"/>
        </w:rPr>
        <w:t xml:space="preserve">Lucy  </w:t>
      </w:r>
      <w:r>
        <w:rPr>
          <w:rFonts w:ascii="Arial" w:hAnsi="Arial"/>
          <w:color w:val="5D7284"/>
          <w:sz w:val="22"/>
        </w:rPr>
        <w:t>04:06</w:t>
      </w:r>
    </w:p>
    <w:p>
      <w:pPr>
        <w:spacing w:after="0"/>
      </w:pPr>
      <w:r>
        <w:rPr>
          <w:rFonts w:ascii="Arial" w:hAnsi="Arial"/>
          <w:sz w:val="22"/>
        </w:rPr>
        <w:t>Yes. Gem, could you please introduce yourself whilst you quieten down?</w:t>
      </w:r>
    </w:p>
    <w:p>
      <w:pPr>
        <w:spacing w:after="0"/>
      </w:pPr>
    </w:p>
    <w:p>
      <w:pPr>
        <w:spacing w:after="0"/>
      </w:pPr>
      <w:r>
        <w:rPr>
          <w:rFonts w:ascii="Arial" w:hAnsi="Arial"/>
          <w:b/>
          <w:sz w:val="22"/>
        </w:rPr>
        <w:t xml:space="preserve">Gem Turner  </w:t>
      </w:r>
      <w:r>
        <w:rPr>
          <w:rFonts w:ascii="Arial" w:hAnsi="Arial"/>
          <w:color w:val="5D7284"/>
          <w:sz w:val="22"/>
        </w:rPr>
        <w:t>04:10</w:t>
      </w:r>
    </w:p>
    <w:p>
      <w:pPr>
        <w:spacing w:after="0"/>
      </w:pPr>
      <w:r>
        <w:rPr>
          <w:rFonts w:ascii="Arial" w:hAnsi="Arial"/>
          <w:sz w:val="22"/>
        </w:rPr>
        <w:t>Oh, that was a great intro. Yeah, thank you so much for having me I'm Gem, Gem Turner. I'm a content creator and a consultant. And I'm from West Yorkshire, don't know if you can tell by my accent. I'm in a very sarcastic, but hopfully, you know, not in a disrespectful way. I'm a person who likes to, I'm really fascinated by people basically. And I think growing up as a wheelchair user, who's very empathetic, I've definitely watched people and their reactions to me and kind of just made it my job to take the piss out of people and entertain them along the way. Yeah. I'm just kind of sharing my knowledge my experience you know not that that's everything but its a little section about disability just to make it easier for us to get on with the world and just do what we need to do without you know the ableism that we're going to be talking about today really?</w:t>
      </w:r>
    </w:p>
    <w:p>
      <w:pPr>
        <w:spacing w:after="0"/>
      </w:pPr>
    </w:p>
    <w:p>
      <w:pPr>
        <w:spacing w:after="0"/>
      </w:pPr>
      <w:r>
        <w:rPr>
          <w:rFonts w:ascii="Arial" w:hAnsi="Arial"/>
          <w:b/>
          <w:sz w:val="22"/>
        </w:rPr>
        <w:t xml:space="preserve">Lucy  </w:t>
      </w:r>
      <w:r>
        <w:rPr>
          <w:rFonts w:ascii="Arial" w:hAnsi="Arial"/>
          <w:color w:val="5D7284"/>
          <w:sz w:val="22"/>
        </w:rPr>
        <w:t>05:19</w:t>
      </w:r>
    </w:p>
    <w:p>
      <w:pPr>
        <w:spacing w:after="0"/>
      </w:pPr>
      <w:r>
        <w:rPr>
          <w:rFonts w:ascii="Arial" w:hAnsi="Arial"/>
          <w:sz w:val="22"/>
        </w:rPr>
        <w:t>Yeah, I think throughout this episode you will find that ableism is bad and don't don't don't be like john the ablest asshole so to any John's who maybe listening</w:t>
      </w:r>
    </w:p>
    <w:p>
      <w:pPr>
        <w:spacing w:after="0"/>
      </w:pPr>
    </w:p>
    <w:p>
      <w:pPr>
        <w:spacing w:after="0"/>
      </w:pPr>
      <w:r>
        <w:rPr>
          <w:rFonts w:ascii="Arial" w:hAnsi="Arial"/>
          <w:b/>
          <w:sz w:val="22"/>
        </w:rPr>
        <w:t xml:space="preserve">Gem Turner  </w:t>
      </w:r>
      <w:r>
        <w:rPr>
          <w:rFonts w:ascii="Arial" w:hAnsi="Arial"/>
          <w:color w:val="5D7284"/>
          <w:sz w:val="22"/>
        </w:rPr>
        <w:t>05:33</w:t>
      </w:r>
    </w:p>
    <w:p>
      <w:pPr>
        <w:spacing w:after="0"/>
      </w:pPr>
      <w:r>
        <w:rPr>
          <w:rFonts w:ascii="Arial" w:hAnsi="Arial"/>
          <w:sz w:val="22"/>
        </w:rPr>
        <w:t>I was just gonna say my dads called john</w:t>
      </w:r>
    </w:p>
    <w:p>
      <w:pPr>
        <w:spacing w:after="0"/>
      </w:pPr>
    </w:p>
    <w:p>
      <w:pPr>
        <w:spacing w:after="0"/>
      </w:pPr>
      <w:r>
        <w:rPr>
          <w:rFonts w:ascii="Arial" w:hAnsi="Arial"/>
          <w:b/>
          <w:sz w:val="22"/>
        </w:rPr>
        <w:t xml:space="preserve">Lucy  </w:t>
      </w:r>
      <w:r>
        <w:rPr>
          <w:rFonts w:ascii="Arial" w:hAnsi="Arial"/>
          <w:color w:val="5D7284"/>
          <w:sz w:val="22"/>
        </w:rPr>
        <w:t>05:38</w:t>
      </w:r>
    </w:p>
    <w:p>
      <w:pPr>
        <w:spacing w:after="0"/>
      </w:pPr>
      <w:r>
        <w:rPr>
          <w:rFonts w:ascii="Arial" w:hAnsi="Arial"/>
          <w:sz w:val="22"/>
        </w:rPr>
        <w:t>I'm not talking about gems Dad but yeah ableism is an interesting topic and particularly for for people that are a non disabled and you know, they learn a lot from us. Yeah, surprisingly,</w:t>
      </w:r>
    </w:p>
    <w:p>
      <w:pPr>
        <w:spacing w:after="0"/>
      </w:pPr>
    </w:p>
    <w:p>
      <w:pPr>
        <w:spacing w:after="0"/>
      </w:pPr>
      <w:r>
        <w:rPr>
          <w:rFonts w:ascii="Arial" w:hAnsi="Arial"/>
          <w:b/>
          <w:sz w:val="22"/>
        </w:rPr>
        <w:t xml:space="preserve">Alice  </w:t>
      </w:r>
      <w:r>
        <w:rPr>
          <w:rFonts w:ascii="Arial" w:hAnsi="Arial"/>
          <w:color w:val="5D7284"/>
          <w:sz w:val="22"/>
        </w:rPr>
        <w:t>05:54</w:t>
      </w:r>
    </w:p>
    <w:p>
      <w:pPr>
        <w:spacing w:after="0"/>
      </w:pPr>
      <w:r>
        <w:rPr>
          <w:rFonts w:ascii="Arial" w:hAnsi="Arial"/>
          <w:sz w:val="22"/>
        </w:rPr>
        <w:t>if we do say ourselves</w:t>
      </w:r>
    </w:p>
    <w:p>
      <w:pPr>
        <w:spacing w:after="0"/>
      </w:pPr>
    </w:p>
    <w:p>
      <w:pPr>
        <w:spacing w:after="0"/>
      </w:pPr>
      <w:r>
        <w:rPr>
          <w:rFonts w:ascii="Arial" w:hAnsi="Arial"/>
          <w:b/>
          <w:sz w:val="22"/>
        </w:rPr>
        <w:t xml:space="preserve">Lucy  </w:t>
      </w:r>
      <w:r>
        <w:rPr>
          <w:rFonts w:ascii="Arial" w:hAnsi="Arial"/>
          <w:color w:val="5D7284"/>
          <w:sz w:val="22"/>
        </w:rPr>
        <w:t>05:57</w:t>
      </w:r>
    </w:p>
    <w:p>
      <w:pPr>
        <w:spacing w:after="0"/>
      </w:pPr>
      <w:r>
        <w:rPr>
          <w:rFonts w:ascii="Arial" w:hAnsi="Arial"/>
          <w:sz w:val="22"/>
        </w:rPr>
        <w:t>always surprises me when the guy might not from that episode. I'm like, Oh,</w:t>
      </w:r>
    </w:p>
    <w:p>
      <w:pPr>
        <w:spacing w:after="0"/>
      </w:pPr>
    </w:p>
    <w:p>
      <w:pPr>
        <w:spacing w:after="0"/>
      </w:pPr>
      <w:r>
        <w:rPr>
          <w:rFonts w:ascii="Arial" w:hAnsi="Arial"/>
          <w:b/>
          <w:sz w:val="22"/>
        </w:rPr>
        <w:t xml:space="preserve">Gem Turner  </w:t>
      </w:r>
      <w:r>
        <w:rPr>
          <w:rFonts w:ascii="Arial" w:hAnsi="Arial"/>
          <w:color w:val="5D7284"/>
          <w:sz w:val="22"/>
        </w:rPr>
        <w:t>06:01</w:t>
      </w:r>
    </w:p>
    <w:p>
      <w:pPr>
        <w:spacing w:after="0"/>
      </w:pPr>
      <w:r>
        <w:rPr>
          <w:rFonts w:ascii="Arial" w:hAnsi="Arial"/>
          <w:sz w:val="22"/>
        </w:rPr>
        <w:t>yeah. I agree. I think people have it's sad but low expectations of disabled people that much that when we do teach them, they're like, extra surprised. Whoa, I actually learned something from you and you're like yeah i know!</w:t>
      </w:r>
    </w:p>
    <w:p>
      <w:pPr>
        <w:spacing w:after="0"/>
      </w:pPr>
    </w:p>
    <w:p>
      <w:pPr>
        <w:spacing w:after="0"/>
      </w:pPr>
      <w:r>
        <w:rPr>
          <w:rFonts w:ascii="Arial" w:hAnsi="Arial"/>
          <w:b/>
          <w:sz w:val="22"/>
        </w:rPr>
        <w:t xml:space="preserve">Lucy  </w:t>
      </w:r>
      <w:r>
        <w:rPr>
          <w:rFonts w:ascii="Arial" w:hAnsi="Arial"/>
          <w:color w:val="5D7284"/>
          <w:sz w:val="22"/>
        </w:rPr>
        <w:t>06:19</w:t>
      </w:r>
    </w:p>
    <w:p>
      <w:pPr>
        <w:spacing w:after="0"/>
      </w:pPr>
      <w:r>
        <w:rPr>
          <w:rFonts w:ascii="Arial" w:hAnsi="Arial"/>
          <w:sz w:val="22"/>
        </w:rPr>
        <w:t>Congratulations put a gold star on the chart</w:t>
      </w:r>
    </w:p>
    <w:p>
      <w:pPr>
        <w:spacing w:after="0"/>
      </w:pPr>
    </w:p>
    <w:p>
      <w:pPr>
        <w:spacing w:after="0"/>
      </w:pPr>
      <w:r>
        <w:rPr>
          <w:rFonts w:ascii="Arial" w:hAnsi="Arial"/>
          <w:b/>
          <w:sz w:val="22"/>
        </w:rPr>
        <w:t xml:space="preserve">Gem Turner  </w:t>
      </w:r>
      <w:r>
        <w:rPr>
          <w:rFonts w:ascii="Arial" w:hAnsi="Arial"/>
          <w:color w:val="5D7284"/>
          <w:sz w:val="22"/>
        </w:rPr>
        <w:t>06:21</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06:22</w:t>
      </w:r>
    </w:p>
    <w:p>
      <w:pPr>
        <w:spacing w:after="0"/>
      </w:pPr>
      <w:r>
        <w:rPr>
          <w:rFonts w:ascii="Arial" w:hAnsi="Arial"/>
          <w:sz w:val="22"/>
        </w:rPr>
        <w:t>not just sitting there eating crayons, actually doing something sensible</w:t>
      </w:r>
    </w:p>
    <w:p>
      <w:pPr>
        <w:spacing w:after="0"/>
      </w:pPr>
    </w:p>
    <w:p>
      <w:pPr>
        <w:spacing w:after="0"/>
      </w:pPr>
      <w:r>
        <w:rPr>
          <w:rFonts w:ascii="Arial" w:hAnsi="Arial"/>
          <w:b/>
          <w:sz w:val="22"/>
        </w:rPr>
        <w:t xml:space="preserve">Lucy  </w:t>
      </w:r>
      <w:r>
        <w:rPr>
          <w:rFonts w:ascii="Arial" w:hAnsi="Arial"/>
          <w:color w:val="5D7284"/>
          <w:sz w:val="22"/>
        </w:rPr>
        <w:t>06:29</w:t>
      </w:r>
    </w:p>
    <w:p>
      <w:pPr>
        <w:spacing w:after="0"/>
      </w:pPr>
      <w:r>
        <w:rPr>
          <w:rFonts w:ascii="Arial" w:hAnsi="Arial"/>
          <w:sz w:val="22"/>
        </w:rPr>
        <w:t>Shock horror! Gem, could you give us a bit about your background? And so you said your wheelchair user? Well, what disability or condition do you have?</w:t>
      </w:r>
    </w:p>
    <w:p>
      <w:pPr>
        <w:spacing w:after="0"/>
      </w:pPr>
    </w:p>
    <w:p>
      <w:pPr>
        <w:spacing w:after="0"/>
      </w:pPr>
      <w:r>
        <w:rPr>
          <w:rFonts w:ascii="Arial" w:hAnsi="Arial"/>
          <w:b/>
          <w:sz w:val="22"/>
        </w:rPr>
        <w:t xml:space="preserve">Gem Turner  </w:t>
      </w:r>
      <w:r>
        <w:rPr>
          <w:rFonts w:ascii="Arial" w:hAnsi="Arial"/>
          <w:color w:val="5D7284"/>
          <w:sz w:val="22"/>
        </w:rPr>
        <w:t>06:38</w:t>
      </w:r>
    </w:p>
    <w:p>
      <w:pPr>
        <w:spacing w:after="0"/>
      </w:pPr>
      <w:r>
        <w:rPr>
          <w:rFonts w:ascii="Arial" w:hAnsi="Arial"/>
          <w:sz w:val="22"/>
        </w:rPr>
        <w:t>Yes, so I am three foot one. audio described to the listeners, I have brittle bones, which is osteogenesis imperfecta. Type three if you want to get medical, which basically means that my bones are like, really fragile, and I can't put any weight on my legs. I don't stand that walk. So I rely on my wheelchair to get around pretty much 24 seven, I'm obviously needing to be out and about and</w:t>
      </w:r>
    </w:p>
    <w:p>
      <w:pPr>
        <w:spacing w:after="0"/>
      </w:pPr>
    </w:p>
    <w:p>
      <w:pPr>
        <w:spacing w:after="0"/>
      </w:pPr>
      <w:r>
        <w:rPr>
          <w:rFonts w:ascii="Arial" w:hAnsi="Arial"/>
          <w:b/>
          <w:sz w:val="22"/>
        </w:rPr>
        <w:t xml:space="preserve">Alice  </w:t>
      </w:r>
      <w:r>
        <w:rPr>
          <w:rFonts w:ascii="Arial" w:hAnsi="Arial"/>
          <w:color w:val="5D7284"/>
          <w:sz w:val="22"/>
        </w:rPr>
        <w:t>07:10</w:t>
      </w:r>
    </w:p>
    <w:p>
      <w:pPr>
        <w:spacing w:after="0"/>
      </w:pPr>
      <w:r>
        <w:rPr>
          <w:rFonts w:ascii="Arial" w:hAnsi="Arial"/>
          <w:sz w:val="22"/>
        </w:rPr>
        <w:t>this can be quite ableist but i feel a little bit like you know you're three foot one. You don't need to walk anywhere people can carry you around in their pocket.</w:t>
      </w:r>
    </w:p>
    <w:p>
      <w:pPr>
        <w:spacing w:after="0"/>
      </w:pPr>
    </w:p>
    <w:p>
      <w:pPr>
        <w:spacing w:after="0"/>
      </w:pPr>
      <w:r>
        <w:rPr>
          <w:rFonts w:ascii="Arial" w:hAnsi="Arial"/>
          <w:color w:val="5D7284"/>
          <w:sz w:val="22"/>
        </w:rPr>
        <w:t>07:20</w:t>
      </w:r>
    </w:p>
    <w:p>
      <w:pPr>
        <w:spacing w:after="0"/>
      </w:pPr>
      <w:r>
        <w:rPr>
          <w:rFonts w:ascii="Arial" w:hAnsi="Arial"/>
          <w:sz w:val="22"/>
        </w:rPr>
        <w:t>Yep, but look, I'm quite heavy. My my friends and my family call me like a sack of potatoes. Because even though I'm small, I'm like, I'm not very elegantly carried. You know, I'm no polly pocket anymore. Yes, and people can carry me but it's not as elegant as it used to be. Um, but yeah, that's me, really, it's, it's very, it's very visual. You know, as soon people will come see people who see me they know I'm disabled. And I think they live in us that person, you know, lives there. You might resonate with this. It's like, you can't hide away from it. It's It's a 24 seven thing. And it's, it can be so draining, you know, and having this job is good. But it's exhausting as well, because you live in it and you work in. And I'm finding that tricky at the moment.</w:t>
      </w:r>
    </w:p>
    <w:p>
      <w:pPr>
        <w:spacing w:after="0"/>
      </w:pPr>
    </w:p>
    <w:p>
      <w:pPr>
        <w:spacing w:after="0"/>
      </w:pPr>
      <w:r>
        <w:rPr>
          <w:rFonts w:ascii="Arial" w:hAnsi="Arial"/>
          <w:b/>
          <w:sz w:val="22"/>
        </w:rPr>
        <w:t xml:space="preserve">Lucy  </w:t>
      </w:r>
      <w:r>
        <w:rPr>
          <w:rFonts w:ascii="Arial" w:hAnsi="Arial"/>
          <w:color w:val="5D7284"/>
          <w:sz w:val="22"/>
        </w:rPr>
        <w:t>08:20</w:t>
      </w:r>
    </w:p>
    <w:p>
      <w:pPr>
        <w:spacing w:after="0"/>
      </w:pPr>
      <w:r>
        <w:rPr>
          <w:rFonts w:ascii="Arial" w:hAnsi="Arial"/>
          <w:sz w:val="22"/>
        </w:rPr>
        <w:t>Do you I often describe, I mean, because I work for a company that deals with accessibility issues and things like that. I often find that advocating for accessibility needs and things like that, and also doing this podcast that sometimes I feel like I am repeating myself so much and then somebody goes but I don't understand. I don't I don't understand what you're complaining about. That sometimes it does feel like you're wading through treacle. Yeah. Yeah. I'm banging your head against the brick wall all the time.</w:t>
      </w:r>
    </w:p>
    <w:p>
      <w:pPr>
        <w:spacing w:after="0"/>
      </w:pPr>
    </w:p>
    <w:p>
      <w:pPr>
        <w:spacing w:after="0"/>
      </w:pPr>
      <w:r>
        <w:rPr>
          <w:rFonts w:ascii="Arial" w:hAnsi="Arial"/>
          <w:b/>
          <w:sz w:val="22"/>
        </w:rPr>
        <w:t xml:space="preserve">Gem Turner  </w:t>
      </w:r>
      <w:r>
        <w:rPr>
          <w:rFonts w:ascii="Arial" w:hAnsi="Arial"/>
          <w:color w:val="5D7284"/>
          <w:sz w:val="22"/>
        </w:rPr>
        <w:t>08:54</w:t>
      </w:r>
    </w:p>
    <w:p>
      <w:pPr>
        <w:spacing w:after="0"/>
      </w:pPr>
      <w:r>
        <w:rPr>
          <w:rFonts w:ascii="Arial" w:hAnsi="Arial"/>
          <w:sz w:val="22"/>
        </w:rPr>
        <w:t>Yeah, you feel like I feel like a sales woman. Like Yes, you know, I'm selling people disability that we're all right. We're, we're actually pretty good people, you know, like, we can have a laugh fun. And then you think but I shouldn't have to do that, you know what if I don't want to have a laugh? What if I'm just fuming at life and, but then you're stereotypically disabled. And, you know, as you as you two know, there's so many layers. I do enjoy it, it's just, you know, every day is different, you know, like today, i'm a bit fatigued and, you know, it was the whole internalised ableism of like, come on, push yourself, and yeah, I'm sure we'll get into our work, but every day is different.</w:t>
      </w:r>
    </w:p>
    <w:p>
      <w:pPr>
        <w:spacing w:after="0"/>
      </w:pPr>
    </w:p>
    <w:p>
      <w:pPr>
        <w:spacing w:after="0"/>
      </w:pPr>
      <w:r>
        <w:rPr>
          <w:rFonts w:ascii="Arial" w:hAnsi="Arial"/>
          <w:b/>
          <w:sz w:val="22"/>
        </w:rPr>
        <w:t xml:space="preserve">Alice  </w:t>
      </w:r>
      <w:r>
        <w:rPr>
          <w:rFonts w:ascii="Arial" w:hAnsi="Arial"/>
          <w:color w:val="5D7284"/>
          <w:sz w:val="22"/>
        </w:rPr>
        <w:t>09:36</w:t>
      </w:r>
    </w:p>
    <w:p>
      <w:pPr>
        <w:spacing w:after="0"/>
      </w:pPr>
      <w:r>
        <w:rPr>
          <w:rFonts w:ascii="Arial" w:hAnsi="Arial"/>
          <w:sz w:val="22"/>
        </w:rPr>
        <w:t>Yeah, that that in terms of internalised ableism, for me is a really hard thing because you get that feeling of you're, you're kind of warring with yourself going well, you know, there's a part of you thats like oh self care and you should rest and stuff like that and there is a part of you that says, Well, you know, what, but if you're, you're not you're not fatigued, everybody else can do this. You know? You're just lazy everybody, and it's really hard to walk that line, because as much as you want to fight against the pressures and expectations of the outside world, you've also got your own pressures and expectations that have kind of grown into you, because of your experiences. And, you know, it's my experience is different from your experience because for a lot of my life, I've been able to pass as non disabled. So there is an element, I think, for me, not that, you know, I want to play this very top Trumps, so it's harder for me, but there's an element of, I can't just kind of point at my chair and go, Oh, but I've got this as an excuse, you know, this is hard, because wheelchair, I have to be like, this is hard, and you can't really see why it's hard, but I'm really tired. And this is really, you know, emotionally exhausting. And, and I think that that's, that's one of the most dangerous elements of ableism is the way that it insidiously kind of, is within the, the disabled community as much as it is, you know, the non disabled community.</w:t>
      </w:r>
    </w:p>
    <w:p>
      <w:pPr>
        <w:spacing w:after="0"/>
      </w:pPr>
    </w:p>
    <w:p>
      <w:pPr>
        <w:spacing w:after="0"/>
      </w:pPr>
      <w:r>
        <w:rPr>
          <w:rFonts w:ascii="Arial" w:hAnsi="Arial"/>
          <w:b/>
          <w:sz w:val="22"/>
        </w:rPr>
        <w:t xml:space="preserve">Gem Turner  </w:t>
      </w:r>
      <w:r>
        <w:rPr>
          <w:rFonts w:ascii="Arial" w:hAnsi="Arial"/>
          <w:color w:val="5D7284"/>
          <w:sz w:val="22"/>
        </w:rPr>
        <w:t>11:13</w:t>
      </w:r>
    </w:p>
    <w:p>
      <w:pPr>
        <w:spacing w:after="0"/>
      </w:pPr>
      <w:r>
        <w:rPr>
          <w:rFonts w:ascii="Arial" w:hAnsi="Arial"/>
          <w:sz w:val="22"/>
        </w:rPr>
        <w:t>Yeah,</w:t>
      </w:r>
    </w:p>
    <w:p>
      <w:pPr>
        <w:spacing w:after="0"/>
      </w:pPr>
    </w:p>
    <w:p>
      <w:pPr>
        <w:spacing w:after="0"/>
      </w:pPr>
      <w:r>
        <w:rPr>
          <w:rFonts w:ascii="Arial" w:hAnsi="Arial"/>
          <w:b/>
          <w:sz w:val="22"/>
        </w:rPr>
        <w:t xml:space="preserve">Lucy  </w:t>
      </w:r>
      <w:r>
        <w:rPr>
          <w:rFonts w:ascii="Arial" w:hAnsi="Arial"/>
          <w:color w:val="5D7284"/>
          <w:sz w:val="22"/>
        </w:rPr>
        <w:t>11:14</w:t>
      </w:r>
    </w:p>
    <w:p>
      <w:pPr>
        <w:spacing w:after="0"/>
      </w:pPr>
      <w:r>
        <w:rPr>
          <w:rFonts w:ascii="Arial" w:hAnsi="Arial"/>
          <w:sz w:val="22"/>
        </w:rPr>
        <w:t>I think it's very important to say that ableism you are not immune to ableism just because you are disabled. I always I always say you can be disabled and still be an arsehole. You know, it doesn't it doesn't make you like, Oh, well, I'm, I'm such a goody two shoes, because I you know, I'm disabled, because we can all be naughty, we can all get up to stuff that is, is wrong. Or we can rebel as well in it. I think it's important to say that just because you, you are affected by disability in some way, shape, or form, you can still be ableist and have ableism. And maybe you don't even know you have.</w:t>
      </w:r>
    </w:p>
    <w:p>
      <w:pPr>
        <w:spacing w:after="0"/>
      </w:pPr>
    </w:p>
    <w:p>
      <w:pPr>
        <w:spacing w:after="0"/>
      </w:pPr>
      <w:r>
        <w:rPr>
          <w:rFonts w:ascii="Arial" w:hAnsi="Arial"/>
          <w:b/>
          <w:sz w:val="22"/>
        </w:rPr>
        <w:t xml:space="preserve">Alice  </w:t>
      </w:r>
      <w:r>
        <w:rPr>
          <w:rFonts w:ascii="Arial" w:hAnsi="Arial"/>
          <w:color w:val="5D7284"/>
          <w:sz w:val="22"/>
        </w:rPr>
        <w:t>12:00</w:t>
      </w:r>
    </w:p>
    <w:p>
      <w:pPr>
        <w:spacing w:after="0"/>
      </w:pPr>
      <w:r>
        <w:rPr>
          <w:rFonts w:ascii="Arial" w:hAnsi="Arial"/>
          <w:sz w:val="22"/>
        </w:rPr>
        <w:t>I was gonna say I think that that's the important thing to say is that you can be ableist, unintentionally, so rampant and so deeply ingrained in our society, that people who who want to be really pro access and open minded and inclusive, still find that they have some ablest views and expectations because it is just so deeply ingrained. And I mean, we've talked about it on the show before, where, you know, we've both held our hands up and gone. Oh, I hadn't thought of that. Before I said it, I hadn't realised that that would be an a blessed thing to say about a person with a disability. Who's you know, disability is different from ours, because it is so deeply ingrained. We are a product of, you know, that community and the culture we live in, that. I don't I don't want to sit here and attack people for ableism. They didn't know that they had. Yeah,</w:t>
      </w:r>
    </w:p>
    <w:p>
      <w:pPr>
        <w:spacing w:after="0"/>
      </w:pPr>
    </w:p>
    <w:p>
      <w:pPr>
        <w:spacing w:after="0"/>
      </w:pPr>
      <w:r>
        <w:rPr>
          <w:rFonts w:ascii="Arial" w:hAnsi="Arial"/>
          <w:b/>
          <w:sz w:val="22"/>
        </w:rPr>
        <w:t xml:space="preserve">Gem Turner  </w:t>
      </w:r>
      <w:r>
        <w:rPr>
          <w:rFonts w:ascii="Arial" w:hAnsi="Arial"/>
          <w:color w:val="5D7284"/>
          <w:sz w:val="22"/>
        </w:rPr>
        <w:t>13:11</w:t>
      </w:r>
    </w:p>
    <w:p>
      <w:pPr>
        <w:spacing w:after="0"/>
      </w:pPr>
      <w:r>
        <w:rPr>
          <w:rFonts w:ascii="Arial" w:hAnsi="Arial"/>
          <w:sz w:val="22"/>
        </w:rPr>
        <w:t>yeah. And how are you supposed to know, this is what I say to people like, it's okay that you don't know if you know, and he's still doing it.</w:t>
      </w:r>
    </w:p>
    <w:p>
      <w:pPr>
        <w:spacing w:after="0"/>
      </w:pPr>
    </w:p>
    <w:p>
      <w:pPr>
        <w:spacing w:after="0"/>
      </w:pPr>
      <w:r>
        <w:rPr>
          <w:rFonts w:ascii="Arial" w:hAnsi="Arial"/>
          <w:b/>
          <w:sz w:val="22"/>
        </w:rPr>
        <w:t xml:space="preserve">Lucy  </w:t>
      </w:r>
      <w:r>
        <w:rPr>
          <w:rFonts w:ascii="Arial" w:hAnsi="Arial"/>
          <w:color w:val="5D7284"/>
          <w:sz w:val="22"/>
        </w:rPr>
        <w:t>13:21</w:t>
      </w:r>
    </w:p>
    <w:p>
      <w:pPr>
        <w:spacing w:after="0"/>
      </w:pPr>
      <w:r>
        <w:rPr>
          <w:rFonts w:ascii="Arial" w:hAnsi="Arial"/>
          <w:sz w:val="22"/>
        </w:rPr>
        <w:t xml:space="preserve">If you are if you are acutely aware of ableism and you go, yeah, I'm still gonna use that phrase. I'm still going to use those terms. You know, you go Oh, okay, well, that's bad and I hate it. That's what makes us tired. Yeah. Yes, it's the ableists who know that they're ableists and they still carry on anyway. Because you think well thats ignorance. There's a difference between an ableist, being a forced ableisnt and ignorant. </w:t>
      </w:r>
    </w:p>
    <w:p>
      <w:pPr>
        <w:spacing w:after="0"/>
      </w:pPr>
    </w:p>
    <w:p>
      <w:pPr>
        <w:spacing w:after="0"/>
      </w:pPr>
      <w:r>
        <w:rPr>
          <w:rFonts w:ascii="Arial" w:hAnsi="Arial"/>
          <w:b/>
          <w:sz w:val="22"/>
        </w:rPr>
        <w:t xml:space="preserve">Alice  </w:t>
      </w:r>
      <w:r>
        <w:rPr>
          <w:rFonts w:ascii="Arial" w:hAnsi="Arial"/>
          <w:color w:val="5D7284"/>
          <w:sz w:val="22"/>
        </w:rPr>
        <w:t>13:46</w:t>
      </w:r>
    </w:p>
    <w:p>
      <w:pPr>
        <w:spacing w:after="0"/>
      </w:pPr>
      <w:r>
        <w:rPr>
          <w:rFonts w:ascii="Arial" w:hAnsi="Arial"/>
          <w:sz w:val="22"/>
        </w:rPr>
        <w:t>yes. Before we move forward, is it worth giving for those people who haven't worked it out by now a bit of a definition of what ableism is?</w:t>
      </w:r>
    </w:p>
    <w:p>
      <w:pPr>
        <w:spacing w:after="0"/>
      </w:pPr>
    </w:p>
    <w:p>
      <w:pPr>
        <w:spacing w:after="0"/>
      </w:pPr>
      <w:r>
        <w:rPr>
          <w:rFonts w:ascii="Arial" w:hAnsi="Arial"/>
          <w:b/>
          <w:sz w:val="22"/>
        </w:rPr>
        <w:t xml:space="preserve">Lucy  </w:t>
      </w:r>
      <w:r>
        <w:rPr>
          <w:rFonts w:ascii="Arial" w:hAnsi="Arial"/>
          <w:color w:val="5D7284"/>
          <w:sz w:val="22"/>
        </w:rPr>
        <w:t>13:59</w:t>
      </w:r>
    </w:p>
    <w:p>
      <w:pPr>
        <w:spacing w:after="0"/>
      </w:pPr>
      <w:r>
        <w:rPr>
          <w:rFonts w:ascii="Arial" w:hAnsi="Arial"/>
          <w:sz w:val="22"/>
        </w:rPr>
        <w:t>Yeah,</w:t>
      </w:r>
    </w:p>
    <w:p>
      <w:pPr>
        <w:spacing w:after="0"/>
      </w:pPr>
    </w:p>
    <w:p>
      <w:pPr>
        <w:spacing w:after="0"/>
      </w:pPr>
      <w:r>
        <w:rPr>
          <w:rFonts w:ascii="Arial" w:hAnsi="Arial"/>
          <w:b/>
          <w:sz w:val="22"/>
        </w:rPr>
        <w:t xml:space="preserve">Gem Turner  </w:t>
      </w:r>
      <w:r>
        <w:rPr>
          <w:rFonts w:ascii="Arial" w:hAnsi="Arial"/>
          <w:color w:val="5D7284"/>
          <w:sz w:val="22"/>
        </w:rPr>
        <w:t>14:00</w:t>
      </w:r>
    </w:p>
    <w:p>
      <w:pPr>
        <w:spacing w:after="0"/>
      </w:pPr>
      <w:r>
        <w:rPr>
          <w:rFonts w:ascii="Arial" w:hAnsi="Arial"/>
          <w:sz w:val="22"/>
        </w:rPr>
        <w:t>I can get that ago if you want it to go on. Right? So just to disclaimer, I am a person that likes to use simple ways of describing things I'm no academic, so I'm just gonna describe it in the way I would and you two can add anything on that as well.</w:t>
      </w:r>
    </w:p>
    <w:p>
      <w:pPr>
        <w:spacing w:after="0"/>
      </w:pPr>
    </w:p>
    <w:p>
      <w:pPr>
        <w:spacing w:after="0"/>
      </w:pPr>
      <w:r>
        <w:rPr>
          <w:rFonts w:ascii="Arial" w:hAnsi="Arial"/>
          <w:b/>
          <w:sz w:val="22"/>
        </w:rPr>
        <w:t xml:space="preserve">Alice  </w:t>
      </w:r>
      <w:r>
        <w:rPr>
          <w:rFonts w:ascii="Arial" w:hAnsi="Arial"/>
          <w:color w:val="5D7284"/>
          <w:sz w:val="22"/>
        </w:rPr>
        <w:t>14:18</w:t>
      </w:r>
    </w:p>
    <w:p>
      <w:pPr>
        <w:spacing w:after="0"/>
      </w:pPr>
      <w:r>
        <w:rPr>
          <w:rFonts w:ascii="Arial" w:hAnsi="Arial"/>
          <w:sz w:val="22"/>
        </w:rPr>
        <w:t>To add to that disclaimer, neither Lucy or I are academics</w:t>
      </w:r>
    </w:p>
    <w:p>
      <w:pPr>
        <w:spacing w:after="0"/>
      </w:pPr>
    </w:p>
    <w:p>
      <w:pPr>
        <w:spacing w:after="0"/>
      </w:pPr>
      <w:r>
        <w:rPr>
          <w:rFonts w:ascii="Arial" w:hAnsi="Arial"/>
          <w:b/>
          <w:sz w:val="22"/>
        </w:rPr>
        <w:t xml:space="preserve">Gem Turner  </w:t>
      </w:r>
      <w:r>
        <w:rPr>
          <w:rFonts w:ascii="Arial" w:hAnsi="Arial"/>
          <w:color w:val="5D7284"/>
          <w:sz w:val="22"/>
        </w:rPr>
        <w:t>14:24</w:t>
      </w:r>
    </w:p>
    <w:p>
      <w:pPr>
        <w:spacing w:after="0"/>
      </w:pPr>
      <w:r>
        <w:rPr>
          <w:rFonts w:ascii="Arial" w:hAnsi="Arial"/>
          <w:sz w:val="22"/>
        </w:rPr>
        <w:t>that's perfect. I was thinking about this before i came on very quickly, as I panicked and read Lucy's Instagram message. I would say ableism to me personally is any behaviour that either favours non disabled people, firstly, and I can go into examples as well and or directly discriminates or hurts disabled people. That's that's my go to two way of describing it and examples for me favouring non disabled people I'm gonna pick a really sort of basic crude example but there's so many there's so many different ways of describing it but say you know a building just has stairs and no ramps thats ableist in terms of its expecting everybody to walk and not you know not have any kind of physical disability or impairment and so that that is ableist structurally ableist presenting of buildings and then the other example of you know being disrespectful or harmful to disabled people and the things we just talked about about slurs use of language actively using you know things like do you mind if I say the words or do you want me to err...</w:t>
      </w:r>
    </w:p>
    <w:p>
      <w:pPr>
        <w:spacing w:after="0"/>
      </w:pPr>
    </w:p>
    <w:p>
      <w:pPr>
        <w:spacing w:after="0"/>
      </w:pPr>
      <w:r>
        <w:rPr>
          <w:rFonts w:ascii="Arial" w:hAnsi="Arial"/>
          <w:b/>
          <w:sz w:val="22"/>
        </w:rPr>
        <w:t xml:space="preserve">Alice  </w:t>
      </w:r>
      <w:r>
        <w:rPr>
          <w:rFonts w:ascii="Arial" w:hAnsi="Arial"/>
          <w:color w:val="5D7284"/>
          <w:sz w:val="22"/>
        </w:rPr>
        <w:t>15:53</w:t>
      </w:r>
    </w:p>
    <w:p>
      <w:pPr>
        <w:spacing w:after="0"/>
      </w:pPr>
      <w:r>
        <w:rPr>
          <w:rFonts w:ascii="Arial" w:hAnsi="Arial"/>
          <w:sz w:val="22"/>
        </w:rPr>
        <w:t>it's fine we'll put a little warning at the beginning of the episode just say Watch out Gemma she's got dirty mouth.</w:t>
      </w:r>
    </w:p>
    <w:p>
      <w:pPr>
        <w:spacing w:after="0"/>
      </w:pPr>
    </w:p>
    <w:p>
      <w:pPr>
        <w:spacing w:after="0"/>
      </w:pPr>
      <w:r>
        <w:rPr>
          <w:rFonts w:ascii="Arial" w:hAnsi="Arial"/>
          <w:color w:val="5D7284"/>
          <w:sz w:val="22"/>
        </w:rPr>
        <w:t>16:01</w:t>
      </w:r>
    </w:p>
    <w:p>
      <w:pPr>
        <w:spacing w:after="0"/>
      </w:pPr>
      <w:r>
        <w:rPr>
          <w:rFonts w:ascii="Arial" w:hAnsi="Arial"/>
          <w:sz w:val="22"/>
        </w:rPr>
        <w:t>And any words like cripple retard, spars, you know, all those words that we've we hear on on TV or hear it in entertainment, you know, it is so flippant that we just naturally hear it every day. But it's so ableist because, you know, I'm sure us as a collective have had that either said to us, or even in jest, you know, with in quotes, "friends", you know, people walk out those words, and it's those subtle yet really impactful words, you know, that we really need to try and dismantle those? So that's my kind of two way prong. I don't know if you do want to add any anything to that. Really.</w:t>
      </w:r>
    </w:p>
    <w:p>
      <w:pPr>
        <w:spacing w:after="0"/>
      </w:pPr>
    </w:p>
    <w:p>
      <w:pPr>
        <w:spacing w:after="0"/>
      </w:pPr>
      <w:r>
        <w:rPr>
          <w:rFonts w:ascii="Arial" w:hAnsi="Arial"/>
          <w:b/>
          <w:sz w:val="22"/>
        </w:rPr>
        <w:t xml:space="preserve">Alice  </w:t>
      </w:r>
      <w:r>
        <w:rPr>
          <w:rFonts w:ascii="Arial" w:hAnsi="Arial"/>
          <w:color w:val="5D7284"/>
          <w:sz w:val="22"/>
        </w:rPr>
        <w:t>16:47</w:t>
      </w:r>
    </w:p>
    <w:p>
      <w:pPr>
        <w:spacing w:after="0"/>
      </w:pPr>
      <w:r>
        <w:rPr>
          <w:rFonts w:ascii="Arial" w:hAnsi="Arial"/>
          <w:sz w:val="22"/>
        </w:rPr>
        <w:t>I agree, I think I think the only other sort of element to it is the sort of the stereotyping and the expectations that come along with it at that. If you're disabled, you are a certain type of person in the same way that as you know, there are there are gendered stereotyping and racial stereotyping is the same that if you're a disabled person, if you're a person of colour, within certain communities, you're expected, people expect you to behave or think less of you simply because that's who you are.</w:t>
      </w:r>
    </w:p>
    <w:p>
      <w:pPr>
        <w:spacing w:after="0"/>
      </w:pPr>
    </w:p>
    <w:p>
      <w:pPr>
        <w:spacing w:after="0"/>
      </w:pPr>
      <w:r>
        <w:rPr>
          <w:rFonts w:ascii="Arial" w:hAnsi="Arial"/>
          <w:b/>
          <w:sz w:val="22"/>
        </w:rPr>
        <w:t xml:space="preserve">Lucy  </w:t>
      </w:r>
      <w:r>
        <w:rPr>
          <w:rFonts w:ascii="Arial" w:hAnsi="Arial"/>
          <w:color w:val="5D7284"/>
          <w:sz w:val="22"/>
        </w:rPr>
        <w:t>17:25</w:t>
      </w:r>
    </w:p>
    <w:p>
      <w:pPr>
        <w:spacing w:after="0"/>
      </w:pPr>
      <w:r>
        <w:rPr>
          <w:rFonts w:ascii="Arial" w:hAnsi="Arial"/>
          <w:sz w:val="22"/>
        </w:rPr>
        <w:t>Yeah, I think it's like, you know, I think that what is what I was going to add as well, you know, that that stereotyping that that comes from ableism then leads on to things like inspiration porn, and well, because we've just got up out of bed, and we've managed to push our own teeth. Yeah. Isn't she brilliant, Yeah, I had that simple head tilt. Well, bless you. That that again, it's all mixed in together, isn't it? Really? Yeah, the whole I can't stand the "I" word. Before this recording, I nearly said it to describe somebody I was talking about. And I tried to stop myself. You know, disabled people can be inspiring. But we are not inspiring just because we've managed to get up and not drop any food down our shirts.</w:t>
      </w:r>
    </w:p>
    <w:p>
      <w:pPr>
        <w:spacing w:after="0"/>
      </w:pPr>
    </w:p>
    <w:p>
      <w:pPr>
        <w:spacing w:after="0"/>
      </w:pPr>
      <w:r>
        <w:rPr>
          <w:rFonts w:ascii="Arial" w:hAnsi="Arial"/>
          <w:b/>
          <w:sz w:val="22"/>
        </w:rPr>
        <w:t xml:space="preserve">Alice  </w:t>
      </w:r>
      <w:r>
        <w:rPr>
          <w:rFonts w:ascii="Arial" w:hAnsi="Arial"/>
          <w:color w:val="5D7284"/>
          <w:sz w:val="22"/>
        </w:rPr>
        <w:t>18:26</w:t>
      </w:r>
    </w:p>
    <w:p>
      <w:pPr>
        <w:spacing w:after="0"/>
      </w:pPr>
      <w:r>
        <w:rPr>
          <w:rFonts w:ascii="Arial" w:hAnsi="Arial"/>
          <w:sz w:val="22"/>
        </w:rPr>
        <w:t>Yeah, we're not inspiring because we're disabled. Were inspiring, because the stuff that we've done, regardless of whether we're disabled or not,</w:t>
      </w:r>
    </w:p>
    <w:p>
      <w:pPr>
        <w:spacing w:after="0"/>
      </w:pPr>
    </w:p>
    <w:p>
      <w:pPr>
        <w:spacing w:after="0"/>
      </w:pPr>
      <w:r>
        <w:rPr>
          <w:rFonts w:ascii="Arial" w:hAnsi="Arial"/>
          <w:b/>
          <w:sz w:val="22"/>
        </w:rPr>
        <w:t xml:space="preserve">Lucy  </w:t>
      </w:r>
      <w:r>
        <w:rPr>
          <w:rFonts w:ascii="Arial" w:hAnsi="Arial"/>
          <w:color w:val="5D7284"/>
          <w:sz w:val="22"/>
        </w:rPr>
        <w:t>18:33</w:t>
      </w:r>
    </w:p>
    <w:p>
      <w:pPr>
        <w:spacing w:after="0"/>
      </w:pPr>
      <w:r>
        <w:rPr>
          <w:rFonts w:ascii="Arial" w:hAnsi="Arial"/>
          <w:sz w:val="22"/>
        </w:rPr>
        <w:t>yeah, that's exactly you know, I've got no, no problem with the word. The "I" word in that sense but when you just use it to go Oh, you're so inspiring you've dyed your hair bright red. That's enough now.</w:t>
      </w:r>
    </w:p>
    <w:p>
      <w:pPr>
        <w:spacing w:after="0"/>
      </w:pPr>
    </w:p>
    <w:p>
      <w:pPr>
        <w:spacing w:after="0"/>
      </w:pPr>
      <w:r>
        <w:rPr>
          <w:rFonts w:ascii="Arial" w:hAnsi="Arial"/>
          <w:b/>
          <w:sz w:val="22"/>
        </w:rPr>
        <w:t xml:space="preserve">Gem Turner  </w:t>
      </w:r>
      <w:r>
        <w:rPr>
          <w:rFonts w:ascii="Arial" w:hAnsi="Arial"/>
          <w:color w:val="5D7284"/>
          <w:sz w:val="22"/>
        </w:rPr>
        <w:t>18:47</w:t>
      </w:r>
    </w:p>
    <w:p>
      <w:pPr>
        <w:spacing w:after="0"/>
      </w:pPr>
      <w:r>
        <w:rPr>
          <w:rFonts w:ascii="Arial" w:hAnsi="Arial"/>
          <w:sz w:val="22"/>
        </w:rPr>
        <w:t>I mean, it is very inspiring Lucy. You know what word i've started using instead...</w:t>
      </w:r>
    </w:p>
    <w:p>
      <w:pPr>
        <w:spacing w:after="0"/>
      </w:pPr>
    </w:p>
    <w:p>
      <w:pPr>
        <w:spacing w:after="0"/>
      </w:pPr>
      <w:r>
        <w:rPr>
          <w:rFonts w:ascii="Arial" w:hAnsi="Arial"/>
          <w:b/>
          <w:sz w:val="22"/>
        </w:rPr>
        <w:t xml:space="preserve">Lucy  </w:t>
      </w:r>
      <w:r>
        <w:rPr>
          <w:rFonts w:ascii="Arial" w:hAnsi="Arial"/>
          <w:color w:val="5D7284"/>
          <w:sz w:val="22"/>
        </w:rPr>
        <w:t>18:55</w:t>
      </w:r>
    </w:p>
    <w:p>
      <w:pPr>
        <w:spacing w:after="0"/>
      </w:pPr>
      <w:r>
        <w:rPr>
          <w:rFonts w:ascii="Arial" w:hAnsi="Arial"/>
          <w:sz w:val="22"/>
        </w:rPr>
        <w:t>Whats that?</w:t>
      </w:r>
    </w:p>
    <w:p>
      <w:pPr>
        <w:spacing w:after="0"/>
      </w:pPr>
    </w:p>
    <w:p>
      <w:pPr>
        <w:spacing w:after="0"/>
      </w:pPr>
      <w:r>
        <w:rPr>
          <w:rFonts w:ascii="Arial" w:hAnsi="Arial"/>
          <w:b/>
          <w:sz w:val="22"/>
        </w:rPr>
        <w:t xml:space="preserve">Gem Turner  </w:t>
      </w:r>
      <w:r>
        <w:rPr>
          <w:rFonts w:ascii="Arial" w:hAnsi="Arial"/>
          <w:color w:val="5D7284"/>
          <w:sz w:val="22"/>
        </w:rPr>
        <w:t>18:56</w:t>
      </w:r>
    </w:p>
    <w:p>
      <w:pPr>
        <w:spacing w:after="0"/>
      </w:pPr>
      <w:r>
        <w:rPr>
          <w:rFonts w:ascii="Arial" w:hAnsi="Arial"/>
          <w:sz w:val="22"/>
        </w:rPr>
        <w:t>"Admire", which I quite, like, you know, when you admire somebody can appreciate something that they've done or who they are as a person. But you're not like woe is me. Not woe is them. Do you know I mean, good word.</w:t>
      </w:r>
    </w:p>
    <w:p>
      <w:pPr>
        <w:spacing w:after="0"/>
      </w:pPr>
    </w:p>
    <w:p>
      <w:pPr>
        <w:spacing w:after="0"/>
      </w:pPr>
      <w:r>
        <w:rPr>
          <w:rFonts w:ascii="Arial" w:hAnsi="Arial"/>
          <w:b/>
          <w:sz w:val="22"/>
        </w:rPr>
        <w:t xml:space="preserve">Lucy  </w:t>
      </w:r>
      <w:r>
        <w:rPr>
          <w:rFonts w:ascii="Arial" w:hAnsi="Arial"/>
          <w:color w:val="5D7284"/>
          <w:sz w:val="22"/>
        </w:rPr>
        <w:t>19:12</w:t>
      </w:r>
    </w:p>
    <w:p>
      <w:pPr>
        <w:spacing w:after="0"/>
      </w:pPr>
      <w:r>
        <w:rPr>
          <w:rFonts w:ascii="Arial" w:hAnsi="Arial"/>
          <w:sz w:val="22"/>
        </w:rPr>
        <w:t>He gets rid of the pity. Yeah, really? Yeah. Yeah, I would like to use the word encouraging as well, if I can encourage somebody to go actually, do you know what if Lucy could do it, then there's nothing stopping me? Yes. That, that I quite like that word as well, because that, again, is putting the power back in the other person rather than me going to do it. If I could do it, and I've cant walk, what's wrong with you kind of thing is that, that level of you know, that's the whole thing. And often when I say to people, you know, when they'll go Oh, you're quite inspiring. I'll go why. And they go, Oh, you just are. And you think that's not a reason is it.</w:t>
      </w:r>
    </w:p>
    <w:p>
      <w:pPr>
        <w:spacing w:after="0"/>
      </w:pPr>
    </w:p>
    <w:p>
      <w:pPr>
        <w:spacing w:after="0"/>
      </w:pPr>
      <w:r>
        <w:rPr>
          <w:rFonts w:ascii="Arial" w:hAnsi="Arial"/>
          <w:b/>
          <w:sz w:val="22"/>
        </w:rPr>
        <w:t xml:space="preserve">Alice  </w:t>
      </w:r>
      <w:r>
        <w:rPr>
          <w:rFonts w:ascii="Arial" w:hAnsi="Arial"/>
          <w:color w:val="5D7284"/>
          <w:sz w:val="22"/>
        </w:rPr>
        <w:t>19:57</w:t>
      </w:r>
    </w:p>
    <w:p>
      <w:pPr>
        <w:spacing w:after="0"/>
      </w:pPr>
      <w:r>
        <w:rPr>
          <w:rFonts w:ascii="Arial" w:hAnsi="Arial"/>
          <w:sz w:val="22"/>
        </w:rPr>
        <w:t>People often tell me I'm inspiring because I work in social care and the sort of work I do people see me there with my dog. And I'm like, oh, you're such an inspiration. And I'm like, you should hear the way I talk about my job when I'm not at work. You would not be inspired, you would be shocked and appalled. I'm not an inspiration. I'm complaining that I'm not paid enough to put up with this bullshit. Yeah.</w:t>
      </w:r>
    </w:p>
    <w:p>
      <w:pPr>
        <w:spacing w:after="0"/>
      </w:pPr>
    </w:p>
    <w:p>
      <w:pPr>
        <w:spacing w:after="0"/>
      </w:pPr>
      <w:r>
        <w:rPr>
          <w:rFonts w:ascii="Arial" w:hAnsi="Arial"/>
          <w:b/>
          <w:sz w:val="22"/>
        </w:rPr>
        <w:t xml:space="preserve">Gem Turner  </w:t>
      </w:r>
      <w:r>
        <w:rPr>
          <w:rFonts w:ascii="Arial" w:hAnsi="Arial"/>
          <w:color w:val="5D7284"/>
          <w:sz w:val="22"/>
        </w:rPr>
        <w:t>20:28</w:t>
      </w:r>
    </w:p>
    <w:p>
      <w:pPr>
        <w:spacing w:after="0"/>
      </w:pPr>
      <w:r>
        <w:rPr>
          <w:rFonts w:ascii="Arial" w:hAnsi="Arial"/>
          <w:sz w:val="22"/>
        </w:rPr>
        <w:t>From a disabled person's point of view, and it is like, it's baffling. And its like both sides can't believe that you can't believe each other. That's what I find so funny about it. And yeah, you find me inspiring, and they're like, I can't believe that you're offended by being called inspired. Like it's a cycle isn't it</w:t>
      </w:r>
    </w:p>
    <w:p>
      <w:pPr>
        <w:spacing w:after="0"/>
      </w:pPr>
    </w:p>
    <w:p>
      <w:pPr>
        <w:spacing w:after="0"/>
      </w:pPr>
      <w:r>
        <w:rPr>
          <w:rFonts w:ascii="Arial" w:hAnsi="Arial"/>
          <w:b/>
          <w:sz w:val="22"/>
        </w:rPr>
        <w:t xml:space="preserve">Lucy  </w:t>
      </w:r>
      <w:r>
        <w:rPr>
          <w:rFonts w:ascii="Arial" w:hAnsi="Arial"/>
          <w:color w:val="5D7284"/>
          <w:sz w:val="22"/>
        </w:rPr>
        <w:t>20:49</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20:50</w:t>
      </w:r>
    </w:p>
    <w:p>
      <w:pPr>
        <w:spacing w:after="0"/>
      </w:pPr>
      <w:r>
        <w:rPr>
          <w:rFonts w:ascii="Arial" w:hAnsi="Arial"/>
          <w:sz w:val="22"/>
        </w:rPr>
        <w:t>I mean, cuz he couldn't, you can kind of get it because like they go in. I think it's really cool that you're doing this. But the problem is, is they're saying, I think it was really cool that you're doing this because you're in a wheelchair. Yeah. Yeah, they wouldn't be saying that to a person who didnt have a disability.</w:t>
      </w:r>
    </w:p>
    <w:p>
      <w:pPr>
        <w:spacing w:after="0"/>
      </w:pPr>
    </w:p>
    <w:p>
      <w:pPr>
        <w:spacing w:after="0"/>
      </w:pPr>
      <w:r>
        <w:rPr>
          <w:rFonts w:ascii="Arial" w:hAnsi="Arial"/>
          <w:b/>
          <w:sz w:val="22"/>
        </w:rPr>
        <w:t xml:space="preserve">Lucy  </w:t>
      </w:r>
      <w:r>
        <w:rPr>
          <w:rFonts w:ascii="Arial" w:hAnsi="Arial"/>
          <w:color w:val="5D7284"/>
          <w:sz w:val="22"/>
        </w:rPr>
        <w:t>21:05</w:t>
      </w:r>
    </w:p>
    <w:p>
      <w:pPr>
        <w:spacing w:after="0"/>
      </w:pPr>
      <w:r>
        <w:rPr>
          <w:rFonts w:ascii="Arial" w:hAnsi="Arial"/>
          <w:sz w:val="22"/>
        </w:rPr>
        <w:t>They would be saying it to Susan, Susan's here again, a magic account. Yeah from acocunts, Who, from accounts, who can walk up a flight of stairs, in really, really high heels or do it really quick, and it won't be saying the same stuff to Susan would you know,</w:t>
      </w:r>
    </w:p>
    <w:p>
      <w:pPr>
        <w:spacing w:after="0"/>
      </w:pPr>
    </w:p>
    <w:p>
      <w:pPr>
        <w:spacing w:after="0"/>
      </w:pPr>
      <w:r>
        <w:rPr>
          <w:rFonts w:ascii="Arial" w:hAnsi="Arial"/>
          <w:b/>
          <w:sz w:val="22"/>
        </w:rPr>
        <w:t xml:space="preserve">Alice  </w:t>
      </w:r>
      <w:r>
        <w:rPr>
          <w:rFonts w:ascii="Arial" w:hAnsi="Arial"/>
          <w:color w:val="5D7284"/>
          <w:sz w:val="22"/>
        </w:rPr>
        <w:t>21:24</w:t>
      </w:r>
    </w:p>
    <w:p>
      <w:pPr>
        <w:spacing w:after="0"/>
      </w:pPr>
      <w:r>
        <w:rPr>
          <w:rFonts w:ascii="Arial" w:hAnsi="Arial"/>
          <w:sz w:val="22"/>
        </w:rPr>
        <w:t>she's got to run up the stairs super quick, because she's got lipstick on her teeth. She needs to get to the bathroom to sort it out. Rest of Us can look after ourselves. So</w:t>
      </w:r>
    </w:p>
    <w:p>
      <w:pPr>
        <w:spacing w:after="0"/>
      </w:pPr>
    </w:p>
    <w:p>
      <w:pPr>
        <w:spacing w:after="0"/>
      </w:pPr>
      <w:r>
        <w:rPr>
          <w:rFonts w:ascii="Arial" w:hAnsi="Arial"/>
          <w:b/>
          <w:sz w:val="22"/>
        </w:rPr>
        <w:t xml:space="preserve">Lucy  </w:t>
      </w:r>
      <w:r>
        <w:rPr>
          <w:rFonts w:ascii="Arial" w:hAnsi="Arial"/>
          <w:color w:val="5D7284"/>
          <w:sz w:val="22"/>
        </w:rPr>
        <w:t>21:33</w:t>
      </w:r>
    </w:p>
    <w:p>
      <w:pPr>
        <w:spacing w:after="0"/>
      </w:pPr>
      <w:r>
        <w:rPr>
          <w:rFonts w:ascii="Arial" w:hAnsi="Arial"/>
          <w:sz w:val="22"/>
        </w:rPr>
        <w:t>yeah, you see, I can put lipstick on my mouth without getting it on my teeth. That makes me inspiring</w:t>
      </w:r>
    </w:p>
    <w:p>
      <w:pPr>
        <w:spacing w:after="0"/>
      </w:pPr>
    </w:p>
    <w:p>
      <w:pPr>
        <w:spacing w:after="0"/>
      </w:pPr>
      <w:r>
        <w:rPr>
          <w:rFonts w:ascii="Arial" w:hAnsi="Arial"/>
          <w:b/>
          <w:sz w:val="22"/>
        </w:rPr>
        <w:t xml:space="preserve">Alice  </w:t>
      </w:r>
      <w:r>
        <w:rPr>
          <w:rFonts w:ascii="Arial" w:hAnsi="Arial"/>
          <w:color w:val="5D7284"/>
          <w:sz w:val="22"/>
        </w:rPr>
        <w:t>21:40</w:t>
      </w:r>
    </w:p>
    <w:p>
      <w:pPr>
        <w:spacing w:after="0"/>
      </w:pPr>
      <w:r>
        <w:rPr>
          <w:rFonts w:ascii="Arial" w:hAnsi="Arial"/>
          <w:sz w:val="22"/>
        </w:rPr>
        <w:t>I can't, I've learned the trick that what you do is after you put your lipstick on, you stick your thumb in your mouth, you rub your teeth, you pull your thumb out, that gets all the exhale,</w:t>
      </w:r>
    </w:p>
    <w:p>
      <w:pPr>
        <w:spacing w:after="0"/>
      </w:pPr>
    </w:p>
    <w:p>
      <w:pPr>
        <w:spacing w:after="0"/>
      </w:pPr>
      <w:r>
        <w:rPr>
          <w:rFonts w:ascii="Arial" w:hAnsi="Arial"/>
          <w:b/>
          <w:sz w:val="22"/>
        </w:rPr>
        <w:t xml:space="preserve">Lucy  </w:t>
      </w:r>
      <w:r>
        <w:rPr>
          <w:rFonts w:ascii="Arial" w:hAnsi="Arial"/>
          <w:color w:val="5D7284"/>
          <w:sz w:val="22"/>
        </w:rPr>
        <w:t>21:50</w:t>
      </w:r>
    </w:p>
    <w:p>
      <w:pPr>
        <w:spacing w:after="0"/>
      </w:pPr>
      <w:r>
        <w:rPr>
          <w:rFonts w:ascii="Arial" w:hAnsi="Arial"/>
          <w:sz w:val="22"/>
        </w:rPr>
        <w:t>I would just get loads and I will get in a mess with that i'd come out the bathroom looking like the Joker.</w:t>
      </w:r>
    </w:p>
    <w:p>
      <w:pPr>
        <w:spacing w:after="0"/>
      </w:pPr>
    </w:p>
    <w:p>
      <w:pPr>
        <w:spacing w:after="0"/>
      </w:pPr>
      <w:r>
        <w:rPr>
          <w:rFonts w:ascii="Arial" w:hAnsi="Arial"/>
          <w:b/>
          <w:sz w:val="22"/>
        </w:rPr>
        <w:t xml:space="preserve">Alice  </w:t>
      </w:r>
      <w:r>
        <w:rPr>
          <w:rFonts w:ascii="Arial" w:hAnsi="Arial"/>
          <w:color w:val="5D7284"/>
          <w:sz w:val="22"/>
        </w:rPr>
        <w:t>21:58</w:t>
      </w:r>
    </w:p>
    <w:p>
      <w:pPr>
        <w:spacing w:after="0"/>
      </w:pPr>
      <w:r>
        <w:rPr>
          <w:rFonts w:ascii="Arial" w:hAnsi="Arial"/>
          <w:sz w:val="22"/>
        </w:rPr>
        <w:t>I mean, I stick your thumb in your mouth Luce. Not up your nose,</w:t>
      </w:r>
    </w:p>
    <w:p>
      <w:pPr>
        <w:spacing w:after="0"/>
      </w:pPr>
    </w:p>
    <w:p>
      <w:pPr>
        <w:spacing w:after="0"/>
      </w:pPr>
      <w:r>
        <w:rPr>
          <w:rFonts w:ascii="Arial" w:hAnsi="Arial"/>
          <w:b/>
          <w:sz w:val="22"/>
        </w:rPr>
        <w:t xml:space="preserve">Lucy  </w:t>
      </w:r>
      <w:r>
        <w:rPr>
          <w:rFonts w:ascii="Arial" w:hAnsi="Arial"/>
          <w:color w:val="5D7284"/>
          <w:sz w:val="22"/>
        </w:rPr>
        <w:t>22:03</w:t>
      </w:r>
    </w:p>
    <w:p>
      <w:pPr>
        <w:spacing w:after="0"/>
      </w:pPr>
      <w:r>
        <w:rPr>
          <w:rFonts w:ascii="Arial" w:hAnsi="Arial"/>
          <w:sz w:val="22"/>
        </w:rPr>
        <w:t>for purposes of this podcast, I'm trying to do it now. Yeah. So It baffles me. And I always say if I if I could have a pound for every time somebody called me that word. I would be a millionaire. Also educational talk about what it's like to live with a disability, which I always find a bit weird because yeah, my life. Like, it's not that entertaining. Yeah, yeah. I where do you want me to start? Do you want me to go from birth to now? Like, yeah, yeah. Anyway, so i went to this one. It was like a church group, which, you know, wow. And I said, What? It was quite cold. It was about 14 of them in the church, and I thought that, you know, please, like, try not to call me in. But please try. not use the I word. Yeah. I'm laughing because even even now i think what? The woman this one from the back of the church who I've not seen the whole time, I've seen stook up there talking. Went, came over to me, grabbed me by the hand and said, I think you've cured my bipolar.</w:t>
      </w:r>
    </w:p>
    <w:p>
      <w:pPr>
        <w:spacing w:after="0"/>
      </w:pPr>
    </w:p>
    <w:p>
      <w:pPr>
        <w:spacing w:after="0"/>
      </w:pPr>
      <w:r>
        <w:rPr>
          <w:rFonts w:ascii="Arial" w:hAnsi="Arial"/>
          <w:b/>
          <w:sz w:val="22"/>
        </w:rPr>
        <w:t xml:space="preserve">Gem Turner  </w:t>
      </w:r>
      <w:r>
        <w:rPr>
          <w:rFonts w:ascii="Arial" w:hAnsi="Arial"/>
          <w:color w:val="5D7284"/>
          <w:sz w:val="22"/>
        </w:rPr>
        <w:t>23:36</w:t>
      </w:r>
    </w:p>
    <w:p>
      <w:pPr>
        <w:spacing w:after="0"/>
      </w:pPr>
      <w:r>
        <w:rPr>
          <w:rFonts w:ascii="Arial" w:hAnsi="Arial"/>
          <w:sz w:val="22"/>
        </w:rPr>
        <w:t>Nooo.</w:t>
      </w:r>
    </w:p>
    <w:p>
      <w:pPr>
        <w:spacing w:after="0"/>
      </w:pPr>
    </w:p>
    <w:p>
      <w:pPr>
        <w:spacing w:after="0"/>
      </w:pPr>
      <w:r>
        <w:rPr>
          <w:rFonts w:ascii="Arial" w:hAnsi="Arial"/>
          <w:b/>
          <w:sz w:val="22"/>
        </w:rPr>
        <w:t xml:space="preserve">Alice  </w:t>
      </w:r>
      <w:r>
        <w:rPr>
          <w:rFonts w:ascii="Arial" w:hAnsi="Arial"/>
          <w:color w:val="5D7284"/>
          <w:sz w:val="22"/>
        </w:rPr>
        <w:t>23:38</w:t>
      </w:r>
    </w:p>
    <w:p>
      <w:pPr>
        <w:spacing w:after="0"/>
      </w:pPr>
      <w:r>
        <w:rPr>
          <w:rFonts w:ascii="Arial" w:hAnsi="Arial"/>
          <w:sz w:val="22"/>
        </w:rPr>
        <w:t>Such an inspiration. Yeah,</w:t>
      </w:r>
    </w:p>
    <w:p>
      <w:pPr>
        <w:spacing w:after="0"/>
      </w:pPr>
    </w:p>
    <w:p>
      <w:pPr>
        <w:spacing w:after="0"/>
      </w:pPr>
      <w:r>
        <w:rPr>
          <w:rFonts w:ascii="Arial" w:hAnsi="Arial"/>
          <w:b/>
          <w:sz w:val="22"/>
        </w:rPr>
        <w:t xml:space="preserve">Lucy  </w:t>
      </w:r>
      <w:r>
        <w:rPr>
          <w:rFonts w:ascii="Arial" w:hAnsi="Arial"/>
          <w:color w:val="5D7284"/>
          <w:sz w:val="22"/>
        </w:rPr>
        <w:t>23:40</w:t>
      </w:r>
    </w:p>
    <w:p>
      <w:pPr>
        <w:spacing w:after="0"/>
      </w:pPr>
      <w:r>
        <w:rPr>
          <w:rFonts w:ascii="Arial" w:hAnsi="Arial"/>
          <w:sz w:val="22"/>
        </w:rPr>
        <w:t>Next time I have an episode I'm going to think of you and I'm going to pull myself out that dark place. How I first let's unpack this. First of all, don't really think you've got bipolar if all it takes is me talking to you for 25 minutes to "cure it" in inverted commas. Secondly, what what did I just told you that makes my life sound so bad that you think you have got it better than me? Like That is what!?</w:t>
      </w:r>
    </w:p>
    <w:p>
      <w:pPr>
        <w:spacing w:after="0"/>
      </w:pPr>
    </w:p>
    <w:p>
      <w:pPr>
        <w:spacing w:after="0"/>
      </w:pPr>
      <w:r>
        <w:rPr>
          <w:rFonts w:ascii="Arial" w:hAnsi="Arial"/>
          <w:b/>
          <w:sz w:val="22"/>
        </w:rPr>
        <w:t xml:space="preserve">Gem Turner  </w:t>
      </w:r>
      <w:r>
        <w:rPr>
          <w:rFonts w:ascii="Arial" w:hAnsi="Arial"/>
          <w:color w:val="5D7284"/>
          <w:sz w:val="22"/>
        </w:rPr>
        <w:t>24:20</w:t>
      </w:r>
    </w:p>
    <w:p>
      <w:pPr>
        <w:spacing w:after="0"/>
      </w:pPr>
      <w:r>
        <w:rPr>
          <w:rFonts w:ascii="Arial" w:hAnsi="Arial"/>
          <w:sz w:val="22"/>
        </w:rPr>
        <w:t>and people don't realise how offensive that is? Like Yeah, I don't want to you know, that isn't funny. It is funny, but you know then we've got to home and sit with that and god there's people out there that just looking at us think "Oh, I feel so much better because I'm not like that". Like that is so offensive isn't it</w:t>
      </w:r>
    </w:p>
    <w:p>
      <w:pPr>
        <w:spacing w:after="0"/>
      </w:pPr>
    </w:p>
    <w:p>
      <w:pPr>
        <w:spacing w:after="0"/>
      </w:pPr>
      <w:r>
        <w:rPr>
          <w:rFonts w:ascii="Arial" w:hAnsi="Arial"/>
          <w:b/>
          <w:sz w:val="22"/>
        </w:rPr>
        <w:t xml:space="preserve">Lucy  </w:t>
      </w:r>
      <w:r>
        <w:rPr>
          <w:rFonts w:ascii="Arial" w:hAnsi="Arial"/>
          <w:color w:val="5D7284"/>
          <w:sz w:val="22"/>
        </w:rPr>
        <w:t>24:40</w:t>
      </w:r>
    </w:p>
    <w:p>
      <w:pPr>
        <w:spacing w:after="0"/>
      </w:pPr>
      <w:r>
        <w:rPr>
          <w:rFonts w:ascii="Arial" w:hAnsi="Arial"/>
          <w:sz w:val="22"/>
        </w:rPr>
        <w:t>that yeah. Yeah, cuz at least my life's not that bad. Yeah.</w:t>
      </w:r>
    </w:p>
    <w:p>
      <w:pPr>
        <w:spacing w:after="0"/>
      </w:pPr>
    </w:p>
    <w:p>
      <w:pPr>
        <w:spacing w:after="0"/>
      </w:pPr>
      <w:r>
        <w:rPr>
          <w:rFonts w:ascii="Arial" w:hAnsi="Arial"/>
          <w:b/>
          <w:sz w:val="22"/>
        </w:rPr>
        <w:t xml:space="preserve">Gem Turner  </w:t>
      </w:r>
      <w:r>
        <w:rPr>
          <w:rFonts w:ascii="Arial" w:hAnsi="Arial"/>
          <w:color w:val="5D7284"/>
          <w:sz w:val="22"/>
        </w:rPr>
        <w:t>24:44</w:t>
      </w:r>
    </w:p>
    <w:p>
      <w:pPr>
        <w:spacing w:after="0"/>
      </w:pPr>
      <w:r>
        <w:rPr>
          <w:rFonts w:ascii="Arial" w:hAnsi="Arial"/>
          <w:sz w:val="22"/>
        </w:rPr>
        <w:t>Like God can you imagine having her life and that you know, you just think you don't know.</w:t>
      </w:r>
    </w:p>
    <w:p>
      <w:pPr>
        <w:spacing w:after="0"/>
      </w:pPr>
    </w:p>
    <w:p>
      <w:pPr>
        <w:spacing w:after="0"/>
      </w:pPr>
      <w:r>
        <w:rPr>
          <w:rFonts w:ascii="Arial" w:hAnsi="Arial"/>
          <w:b/>
          <w:sz w:val="22"/>
        </w:rPr>
        <w:t xml:space="preserve">Lucy  </w:t>
      </w:r>
      <w:r>
        <w:rPr>
          <w:rFonts w:ascii="Arial" w:hAnsi="Arial"/>
          <w:color w:val="5D7284"/>
          <w:sz w:val="22"/>
        </w:rPr>
        <w:t>24:50</w:t>
      </w:r>
    </w:p>
    <w:p>
      <w:pPr>
        <w:spacing w:after="0"/>
      </w:pPr>
      <w:r>
        <w:rPr>
          <w:rFonts w:ascii="Arial" w:hAnsi="Arial"/>
          <w:sz w:val="22"/>
        </w:rPr>
        <w:t>No.</w:t>
      </w:r>
    </w:p>
    <w:p>
      <w:pPr>
        <w:spacing w:after="0"/>
      </w:pPr>
    </w:p>
    <w:p>
      <w:pPr>
        <w:spacing w:after="0"/>
      </w:pPr>
      <w:r>
        <w:rPr>
          <w:rFonts w:ascii="Arial" w:hAnsi="Arial"/>
          <w:b/>
          <w:sz w:val="22"/>
        </w:rPr>
        <w:t xml:space="preserve">Alice  </w:t>
      </w:r>
      <w:r>
        <w:rPr>
          <w:rFonts w:ascii="Arial" w:hAnsi="Arial"/>
          <w:color w:val="5D7284"/>
          <w:sz w:val="22"/>
        </w:rPr>
        <w:t>24:51</w:t>
      </w:r>
    </w:p>
    <w:p>
      <w:pPr>
        <w:spacing w:after="0"/>
      </w:pPr>
      <w:r>
        <w:rPr>
          <w:rFonts w:ascii="Arial" w:hAnsi="Arial"/>
          <w:sz w:val="22"/>
        </w:rPr>
        <w:t>And, and when you break that down that people, people walk past you in the street and see your mobility aid or whatever it is, and think, oh there, but for the grace of God, I'm so glad that my life isn't that bad. They're literally looking at you and going, their life is so bad because they can't walk. And he just sort of, I want to say to people, just that one thing that one thing that Lucy can't do is she can't walk. But what about all the other stuff? Like is your life so closed down that the only thing that's worth doing is walking around? Like, do you wake up in the morning and go, Oh its so good, I'm gonna walk to the bathroom, and I'm gonna walk downstairs. And then I'm gonna walk around in my garden, yeah lie is worth living!</w:t>
      </w:r>
    </w:p>
    <w:p>
      <w:pPr>
        <w:spacing w:after="0"/>
      </w:pPr>
    </w:p>
    <w:p>
      <w:pPr>
        <w:spacing w:after="0"/>
      </w:pPr>
      <w:r>
        <w:rPr>
          <w:rFonts w:ascii="Arial" w:hAnsi="Arial"/>
          <w:b/>
          <w:sz w:val="22"/>
        </w:rPr>
        <w:t xml:space="preserve">Lucy  </w:t>
      </w:r>
      <w:r>
        <w:rPr>
          <w:rFonts w:ascii="Arial" w:hAnsi="Arial"/>
          <w:color w:val="5D7284"/>
          <w:sz w:val="22"/>
        </w:rPr>
        <w:t>25:49</w:t>
      </w:r>
    </w:p>
    <w:p>
      <w:pPr>
        <w:spacing w:after="0"/>
      </w:pPr>
      <w:r>
        <w:rPr>
          <w:rFonts w:ascii="Arial" w:hAnsi="Arial"/>
          <w:sz w:val="22"/>
        </w:rPr>
        <w:t>Like, why? Why? Why? Cuz when you get there, you're not gonna ever see anything, because it's cloudy, just stay in or go up on the train. And then have like a pint on the way down or something you know what I mean? I mean, anyway,</w:t>
      </w:r>
    </w:p>
    <w:p>
      <w:pPr>
        <w:spacing w:after="0"/>
      </w:pPr>
    </w:p>
    <w:p>
      <w:pPr>
        <w:spacing w:after="0"/>
      </w:pPr>
      <w:r>
        <w:rPr>
          <w:rFonts w:ascii="Arial" w:hAnsi="Arial"/>
          <w:b/>
          <w:sz w:val="22"/>
        </w:rPr>
        <w:t xml:space="preserve">Alice  </w:t>
      </w:r>
      <w:r>
        <w:rPr>
          <w:rFonts w:ascii="Arial" w:hAnsi="Arial"/>
          <w:color w:val="5D7284"/>
          <w:sz w:val="22"/>
        </w:rPr>
        <w:t>26:07</w:t>
      </w:r>
    </w:p>
    <w:p>
      <w:pPr>
        <w:spacing w:after="0"/>
      </w:pPr>
      <w:r>
        <w:rPr>
          <w:rFonts w:ascii="Arial" w:hAnsi="Arial"/>
          <w:sz w:val="22"/>
        </w:rPr>
        <w:t>I kind of I tried, when we went to the Caribbean A few years ago, I found I did a load of research, and I found this mountain hike. This was all song and dance about how accessible it was. And I was like, This is amazing. They've obviously done something like they've paved, like a road up or something like that. So I was really looking forward to it, I was like, I'm gonna, I'm going to climb a fucking mountain. And I'm going to stand there and look over this beautiful tropical Caribbean island. And I'm going to have a drink with my husband at the top, and I'm going to be like, this is fucking awesome. And we got there. And what was accessible was the route up to the place where you hike from. And that was better than it was just a mountain. And right, like, you were basically expected to crawl hand over foot to get up it. And I was like, yeah, there it is not safe for my husband to guide me, help me with my balance. And I also try walk up a mountain for him, nevermind me. And it, it was really gutting. And that was one of the times in my life where I was really, I was really sad to have a disability, because it was something I was really looking forward to. Yeah, yeah. But the reason I couldn't do it was because that mountain was ableist, that nobody had done the work to make that accessible for me. And I understand there's a lot of complexities to it, because it's a natural mountain and wildlife habitat Nananana. But it just yeah, it was it was one of those, it was one of those things where that was one time where if somebody turned around and said to me, I'm really glad I don't have your disability, because that's really shitty. I would be like it is it's really fucking shitty. But that, that wasn't, that wasn't my whole life. You know, when there are other things that I have done that are amazing, you know, we've been in the helicopter, I've been a helicopter ride and stuff like that. And it's there are still really awesome things that I've done with my life that regardless of my blindness are awesome.</w:t>
      </w:r>
    </w:p>
    <w:p>
      <w:pPr>
        <w:spacing w:after="0"/>
      </w:pPr>
    </w:p>
    <w:p>
      <w:pPr>
        <w:spacing w:after="0"/>
      </w:pPr>
      <w:r>
        <w:rPr>
          <w:rFonts w:ascii="Arial" w:hAnsi="Arial"/>
          <w:b/>
          <w:sz w:val="22"/>
        </w:rPr>
        <w:t xml:space="preserve">Lucy  </w:t>
      </w:r>
      <w:r>
        <w:rPr>
          <w:rFonts w:ascii="Arial" w:hAnsi="Arial"/>
          <w:color w:val="5D7284"/>
          <w:sz w:val="22"/>
        </w:rPr>
        <w:t>28:37</w:t>
      </w:r>
    </w:p>
    <w:p>
      <w:pPr>
        <w:spacing w:after="0"/>
      </w:pPr>
      <w:r>
        <w:rPr>
          <w:rFonts w:ascii="Arial" w:hAnsi="Arial"/>
          <w:sz w:val="22"/>
        </w:rPr>
        <w:t>I'm sure the things and I know each of our lives that we've done, and are in our own heads, our disability has not come into it whatsoever. We've just done it without even thinking the outside world. Oh my god. you've over come adversity</w:t>
      </w:r>
    </w:p>
    <w:p>
      <w:pPr>
        <w:spacing w:after="0"/>
      </w:pPr>
    </w:p>
    <w:p>
      <w:pPr>
        <w:spacing w:after="0"/>
      </w:pPr>
      <w:r>
        <w:rPr>
          <w:rFonts w:ascii="Arial" w:hAnsi="Arial"/>
          <w:b/>
          <w:sz w:val="22"/>
        </w:rPr>
        <w:t xml:space="preserve">Gem Turner  </w:t>
      </w:r>
      <w:r>
        <w:rPr>
          <w:rFonts w:ascii="Arial" w:hAnsi="Arial"/>
          <w:color w:val="5D7284"/>
          <w:sz w:val="22"/>
        </w:rPr>
        <w:t>28:55</w:t>
      </w:r>
    </w:p>
    <w:p>
      <w:pPr>
        <w:spacing w:after="0"/>
      </w:pPr>
      <w:r>
        <w:rPr>
          <w:rFonts w:ascii="Arial" w:hAnsi="Arial"/>
          <w:sz w:val="22"/>
        </w:rPr>
        <w:t>Yeah, you don't think about it? Do you know what? You know what you just said Alice like, it's because of something external have made those internal feelings happen. And that's the point of ableism it's never because you know, well, it's very rarely you know, we all have, I would say my only worst days around my disability is pain, because it hurts when you break a bone of course, you know, and I can't shy away from that, oh, it truffing hurts. So that is the only thing but apart from that everything else is like what you said, you know, you come across barriers and then all of a sudden, you're reminded that you can't access something and it's so hard not not to internalise that and think you know, but actually if they did make the mountain accessible you wouldn't of had those feelings,</w:t>
      </w:r>
    </w:p>
    <w:p>
      <w:pPr>
        <w:spacing w:after="0"/>
      </w:pPr>
    </w:p>
    <w:p>
      <w:pPr>
        <w:spacing w:after="0"/>
      </w:pPr>
      <w:r>
        <w:rPr>
          <w:rFonts w:ascii="Arial" w:hAnsi="Arial"/>
          <w:b/>
          <w:sz w:val="22"/>
        </w:rPr>
        <w:t xml:space="preserve">Lucy  </w:t>
      </w:r>
      <w:r>
        <w:rPr>
          <w:rFonts w:ascii="Arial" w:hAnsi="Arial"/>
          <w:color w:val="5D7284"/>
          <w:sz w:val="22"/>
        </w:rPr>
        <w:t>29:48</w:t>
      </w:r>
    </w:p>
    <w:p>
      <w:pPr>
        <w:spacing w:after="0"/>
      </w:pPr>
      <w:r>
        <w:rPr>
          <w:rFonts w:ascii="Arial" w:hAnsi="Arial"/>
          <w:sz w:val="22"/>
        </w:rPr>
        <w:t>or even a bit on the website that said this mountain is not accessible.</w:t>
      </w:r>
    </w:p>
    <w:p>
      <w:pPr>
        <w:spacing w:after="0"/>
      </w:pPr>
    </w:p>
    <w:p>
      <w:pPr>
        <w:spacing w:after="0"/>
      </w:pPr>
      <w:r>
        <w:rPr>
          <w:rFonts w:ascii="Arial" w:hAnsi="Arial"/>
          <w:b/>
          <w:sz w:val="22"/>
        </w:rPr>
        <w:t xml:space="preserve">Alice  </w:t>
      </w:r>
      <w:r>
        <w:rPr>
          <w:rFonts w:ascii="Arial" w:hAnsi="Arial"/>
          <w:color w:val="5D7284"/>
          <w:sz w:val="22"/>
        </w:rPr>
        <w:t>29:54</w:t>
      </w:r>
    </w:p>
    <w:p>
      <w:pPr>
        <w:spacing w:after="0"/>
      </w:pPr>
      <w:r>
        <w:rPr>
          <w:rFonts w:ascii="Arial" w:hAnsi="Arial"/>
          <w:sz w:val="22"/>
        </w:rPr>
        <w:t>Yeah, I think that's the thing that was the most the salt in the wound was but I had Specifically been looking at all this stuff to see what I could do and I'd wanted to do something and it was our last day as well our last four days even like rearrange to find some that might be easier. And I think you know some if I'd stood there at the bottom of that mountain and sprouted wings and flown up to the top just so that I could overcome my disability and get up that mountain, then you can call me an inspiration</w:t>
      </w:r>
    </w:p>
    <w:p>
      <w:pPr>
        <w:spacing w:after="0"/>
      </w:pPr>
    </w:p>
    <w:p>
      <w:pPr>
        <w:spacing w:after="0"/>
      </w:pPr>
      <w:r>
        <w:rPr>
          <w:rFonts w:ascii="Arial" w:hAnsi="Arial"/>
          <w:b/>
          <w:sz w:val="22"/>
        </w:rPr>
        <w:t xml:space="preserve">Gem Turner  </w:t>
      </w:r>
      <w:r>
        <w:rPr>
          <w:rFonts w:ascii="Arial" w:hAnsi="Arial"/>
          <w:color w:val="5D7284"/>
          <w:sz w:val="22"/>
        </w:rPr>
        <w:t>30:29</w:t>
      </w:r>
    </w:p>
    <w:p>
      <w:pPr>
        <w:spacing w:after="0"/>
      </w:pPr>
      <w:r>
        <w:rPr>
          <w:rFonts w:ascii="Arial" w:hAnsi="Arial"/>
          <w:sz w:val="22"/>
        </w:rPr>
        <w:t>when I say it's pretty inspirational to be honest.</w:t>
      </w:r>
    </w:p>
    <w:p>
      <w:pPr>
        <w:spacing w:after="0"/>
      </w:pPr>
    </w:p>
    <w:p>
      <w:pPr>
        <w:spacing w:after="0"/>
      </w:pPr>
      <w:r>
        <w:rPr>
          <w:rFonts w:ascii="Arial" w:hAnsi="Arial"/>
          <w:b/>
          <w:sz w:val="22"/>
        </w:rPr>
        <w:t xml:space="preserve">Lucy  </w:t>
      </w:r>
      <w:r>
        <w:rPr>
          <w:rFonts w:ascii="Arial" w:hAnsi="Arial"/>
          <w:color w:val="5D7284"/>
          <w:sz w:val="22"/>
        </w:rPr>
        <w:t>30:31</w:t>
      </w:r>
    </w:p>
    <w:p>
      <w:pPr>
        <w:spacing w:after="0"/>
      </w:pPr>
      <w:r>
        <w:rPr>
          <w:rFonts w:ascii="Arial" w:hAnsi="Arial"/>
          <w:sz w:val="22"/>
        </w:rPr>
        <w:t>Also, if you do sprout wings and start flying everywhere we are going to do that to the soundtrack of a Coldplay album because that's what TV producers love yeah rock a bit, rock a bit of coldplay behind that, possibly Snow Patrol and we're well away</w:t>
      </w:r>
    </w:p>
    <w:p>
      <w:pPr>
        <w:spacing w:after="0"/>
      </w:pPr>
    </w:p>
    <w:p>
      <w:pPr>
        <w:spacing w:after="0"/>
      </w:pPr>
      <w:r>
        <w:rPr>
          <w:rFonts w:ascii="Arial" w:hAnsi="Arial"/>
          <w:b/>
          <w:sz w:val="22"/>
        </w:rPr>
        <w:t xml:space="preserve">Alice  </w:t>
      </w:r>
      <w:r>
        <w:rPr>
          <w:rFonts w:ascii="Arial" w:hAnsi="Arial"/>
          <w:color w:val="5D7284"/>
          <w:sz w:val="22"/>
        </w:rPr>
        <w:t>30:46</w:t>
      </w:r>
    </w:p>
    <w:p>
      <w:pPr>
        <w:spacing w:after="0"/>
      </w:pPr>
      <w:r>
        <w:rPr>
          <w:rFonts w:ascii="Arial" w:hAnsi="Arial"/>
          <w:sz w:val="22"/>
        </w:rPr>
        <w:t>Yeah, cuz that disabled person has has overcome their disability Oh yeah.</w:t>
      </w:r>
    </w:p>
    <w:p>
      <w:pPr>
        <w:spacing w:after="0"/>
      </w:pPr>
    </w:p>
    <w:p>
      <w:pPr>
        <w:spacing w:after="0"/>
      </w:pPr>
      <w:r>
        <w:rPr>
          <w:rFonts w:ascii="Arial" w:hAnsi="Arial"/>
          <w:b/>
          <w:sz w:val="22"/>
        </w:rPr>
        <w:t xml:space="preserve">Gem Turner  </w:t>
      </w:r>
      <w:r>
        <w:rPr>
          <w:rFonts w:ascii="Arial" w:hAnsi="Arial"/>
          <w:color w:val="5D7284"/>
          <w:sz w:val="22"/>
        </w:rPr>
        <w:t>30:53</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30:54</w:t>
      </w:r>
    </w:p>
    <w:p>
      <w:pPr>
        <w:spacing w:after="0"/>
      </w:pPr>
      <w:r>
        <w:rPr>
          <w:rFonts w:ascii="Arial" w:hAnsi="Arial"/>
          <w:sz w:val="22"/>
        </w:rPr>
        <w:t>yeah I've said it before and I will say it again. The only magic power worth having is talking to cats. You don't need anything else</w:t>
      </w:r>
    </w:p>
    <w:p>
      <w:pPr>
        <w:spacing w:after="0"/>
      </w:pPr>
    </w:p>
    <w:p>
      <w:pPr>
        <w:spacing w:after="0"/>
      </w:pPr>
      <w:r>
        <w:rPr>
          <w:rFonts w:ascii="Arial" w:hAnsi="Arial"/>
          <w:b/>
          <w:sz w:val="22"/>
        </w:rPr>
        <w:t xml:space="preserve">Lucy  </w:t>
      </w:r>
      <w:r>
        <w:rPr>
          <w:rFonts w:ascii="Arial" w:hAnsi="Arial"/>
          <w:color w:val="5D7284"/>
          <w:sz w:val="22"/>
        </w:rPr>
        <w:t>31:09</w:t>
      </w:r>
    </w:p>
    <w:p>
      <w:pPr>
        <w:spacing w:after="0"/>
      </w:pPr>
      <w:r>
        <w:rPr>
          <w:rFonts w:ascii="Arial" w:hAnsi="Arial"/>
          <w:sz w:val="22"/>
        </w:rPr>
        <w:t>i thought you were going to say talking to me i was going to say oh thanks</w:t>
      </w:r>
    </w:p>
    <w:p>
      <w:pPr>
        <w:spacing w:after="0"/>
      </w:pPr>
    </w:p>
    <w:p>
      <w:pPr>
        <w:spacing w:after="0"/>
      </w:pPr>
      <w:r>
        <w:rPr>
          <w:rFonts w:ascii="Arial" w:hAnsi="Arial"/>
          <w:b/>
          <w:sz w:val="22"/>
        </w:rPr>
        <w:t xml:space="preserve">Alice  </w:t>
      </w:r>
      <w:r>
        <w:rPr>
          <w:rFonts w:ascii="Arial" w:hAnsi="Arial"/>
          <w:color w:val="5D7284"/>
          <w:sz w:val="22"/>
        </w:rPr>
        <w:t>31:12</w:t>
      </w:r>
    </w:p>
    <w:p>
      <w:pPr>
        <w:spacing w:after="0"/>
      </w:pPr>
      <w:r>
        <w:rPr>
          <w:rFonts w:ascii="Arial" w:hAnsi="Arial"/>
          <w:sz w:val="22"/>
        </w:rPr>
        <w:t>I don't need a magic power to do that i judt need a lot of patience</w:t>
      </w:r>
    </w:p>
    <w:p>
      <w:pPr>
        <w:spacing w:after="0"/>
      </w:pPr>
    </w:p>
    <w:p>
      <w:pPr>
        <w:spacing w:after="0"/>
      </w:pPr>
      <w:r>
        <w:rPr>
          <w:rFonts w:ascii="Arial" w:hAnsi="Arial"/>
          <w:b/>
          <w:sz w:val="22"/>
        </w:rPr>
        <w:t xml:space="preserve">Lucy  </w:t>
      </w:r>
      <w:r>
        <w:rPr>
          <w:rFonts w:ascii="Arial" w:hAnsi="Arial"/>
          <w:color w:val="5D7284"/>
          <w:sz w:val="22"/>
        </w:rPr>
        <w:t>31:19</w:t>
      </w:r>
    </w:p>
    <w:p>
      <w:pPr>
        <w:spacing w:after="0"/>
      </w:pPr>
      <w:r>
        <w:rPr>
          <w:rFonts w:ascii="Arial" w:hAnsi="Arial"/>
          <w:sz w:val="22"/>
        </w:rPr>
        <w:t>It is completely true though because I waffle going back to the whole being reminded about the fact you're disabled when we know we're disabled and we get on with it anyway yeah. Only last week, I went swimming and I'm not been swimming for about two and a half years because the current situation and obviously not being able to go and get have a swim. Swimming is really good for my body. It helps with all my pain and everything. So I went for a swim and I was feeling self conscious because I put a lot of lockdown weight on obviously everybody has. And also when I am swimming, my brain goes What are you doing? No what you're doing? You can't do this. And it's panic. Yeah, right. I know my brain panics. I can't calm my brain down. I just have to carry on. But so I splash and to the lifeguards and everybody else in that pool. I look like I'm drowning. I'm not I can swim. I've got my own water wings are quite good. got quite big boobs. Yeah, I'm and my bum is quite big.</w:t>
      </w:r>
    </w:p>
    <w:p>
      <w:pPr>
        <w:spacing w:after="0"/>
      </w:pPr>
    </w:p>
    <w:p>
      <w:pPr>
        <w:spacing w:after="0"/>
      </w:pPr>
      <w:r>
        <w:rPr>
          <w:rFonts w:ascii="Arial" w:hAnsi="Arial"/>
          <w:b/>
          <w:sz w:val="22"/>
        </w:rPr>
        <w:t xml:space="preserve">Alice  </w:t>
      </w:r>
      <w:r>
        <w:rPr>
          <w:rFonts w:ascii="Arial" w:hAnsi="Arial"/>
          <w:color w:val="5D7284"/>
          <w:sz w:val="22"/>
        </w:rPr>
        <w:t>32:28</w:t>
      </w:r>
    </w:p>
    <w:p>
      <w:pPr>
        <w:spacing w:after="0"/>
      </w:pPr>
      <w:r>
        <w:rPr>
          <w:rFonts w:ascii="Arial" w:hAnsi="Arial"/>
          <w:sz w:val="22"/>
        </w:rPr>
        <w:t>She has her own buoyancy aids everybody</w:t>
      </w:r>
    </w:p>
    <w:p>
      <w:pPr>
        <w:spacing w:after="0"/>
      </w:pPr>
    </w:p>
    <w:p>
      <w:pPr>
        <w:spacing w:after="0"/>
      </w:pPr>
      <w:r>
        <w:rPr>
          <w:rFonts w:ascii="Arial" w:hAnsi="Arial"/>
          <w:b/>
          <w:sz w:val="22"/>
        </w:rPr>
        <w:t xml:space="preserve">Lucy  </w:t>
      </w:r>
      <w:r>
        <w:rPr>
          <w:rFonts w:ascii="Arial" w:hAnsi="Arial"/>
          <w:color w:val="5D7284"/>
          <w:sz w:val="22"/>
        </w:rPr>
        <w:t>32:30</w:t>
      </w:r>
    </w:p>
    <w:p>
      <w:pPr>
        <w:spacing w:after="0"/>
      </w:pPr>
      <w:r>
        <w:rPr>
          <w:rFonts w:ascii="Arial" w:hAnsi="Arial"/>
          <w:sz w:val="22"/>
        </w:rPr>
        <w:t xml:space="preserve"> That's exactly what my mom always says right? And I am I'm finding it so hard because obviously my brain is panicking. I'm not swimming two and a half years my body's going I don't what do you want me to do? Like how do we do this? I can't remember. If I'm swimming past some quite slim able bodied, non disabled I should say teenagers one turns to the other in my ear shot and says quite loudly she's disabled and the other one goes yeah I know. Now ordinarily that wouldn't bother me but because I was struggling my body's hurting my brain was going oh god no, I won't go to the pool and I cried because I thought there was no need for you to point out to me that I am disabled I know everybody can see I'm struggling I don't need to be reminded that I know everybody can see me struggling Yeah, I felt embarrassed yeah it's ridiculous isn't it? </w:t>
      </w:r>
    </w:p>
    <w:p>
      <w:pPr>
        <w:spacing w:after="0"/>
      </w:pPr>
    </w:p>
    <w:p>
      <w:pPr>
        <w:spacing w:after="0"/>
      </w:pPr>
      <w:r>
        <w:rPr>
          <w:rFonts w:ascii="Arial" w:hAnsi="Arial"/>
          <w:b/>
          <w:sz w:val="22"/>
        </w:rPr>
        <w:t xml:space="preserve">Alice  </w:t>
      </w:r>
      <w:r>
        <w:rPr>
          <w:rFonts w:ascii="Arial" w:hAnsi="Arial"/>
          <w:color w:val="5D7284"/>
          <w:sz w:val="22"/>
        </w:rPr>
        <w:t>33:29</w:t>
      </w:r>
    </w:p>
    <w:p>
      <w:pPr>
        <w:spacing w:after="0"/>
      </w:pPr>
      <w:r>
        <w:rPr>
          <w:rFonts w:ascii="Arial" w:hAnsi="Arial"/>
          <w:sz w:val="22"/>
        </w:rPr>
        <w:t>Yeah. I when you when you kind of I think the thing that so many non disabled people don't kind of grass with stuff like that is if you if you were to turn turn that on other physical differences so if you were to point at a person in the street and go he's black or point at somebody else in the trigger that's a woman you're like</w:t>
      </w:r>
    </w:p>
    <w:p>
      <w:pPr>
        <w:spacing w:after="0"/>
      </w:pPr>
    </w:p>
    <w:p>
      <w:pPr>
        <w:spacing w:after="0"/>
      </w:pPr>
      <w:r>
        <w:rPr>
          <w:rFonts w:ascii="Arial" w:hAnsi="Arial"/>
          <w:b/>
          <w:sz w:val="22"/>
        </w:rPr>
        <w:t xml:space="preserve">Lucy  </w:t>
      </w:r>
      <w:r>
        <w:rPr>
          <w:rFonts w:ascii="Arial" w:hAnsi="Arial"/>
          <w:color w:val="5D7284"/>
          <w:sz w:val="22"/>
        </w:rPr>
        <w:t>33:57</w:t>
      </w:r>
    </w:p>
    <w:p>
      <w:pPr>
        <w:spacing w:after="0"/>
      </w:pPr>
      <w:r>
        <w:rPr>
          <w:rFonts w:ascii="Arial" w:hAnsi="Arial"/>
          <w:sz w:val="22"/>
        </w:rPr>
        <w:t>or she's fat</w:t>
      </w:r>
    </w:p>
    <w:p>
      <w:pPr>
        <w:spacing w:after="0"/>
      </w:pPr>
    </w:p>
    <w:p>
      <w:pPr>
        <w:spacing w:after="0"/>
      </w:pPr>
      <w:r>
        <w:rPr>
          <w:rFonts w:ascii="Arial" w:hAnsi="Arial"/>
          <w:b/>
          <w:sz w:val="22"/>
        </w:rPr>
        <w:t xml:space="preserve">Alice  </w:t>
      </w:r>
      <w:r>
        <w:rPr>
          <w:rFonts w:ascii="Arial" w:hAnsi="Arial"/>
          <w:color w:val="5D7284"/>
          <w:sz w:val="22"/>
        </w:rPr>
        <w:t>33:58</w:t>
      </w:r>
    </w:p>
    <w:p>
      <w:pPr>
        <w:spacing w:after="0"/>
      </w:pPr>
      <w:r>
        <w:rPr>
          <w:rFonts w:ascii="Arial" w:hAnsi="Arial"/>
          <w:sz w:val="22"/>
        </w:rPr>
        <w:t>Yeah. People... why on earth are you doing that but there is something about disability that people seem to think it's okay the number of times that I have people you know, pointing at me as I walk past my guide dog goes she's blind and I'm like I can fucking see you i'm not that blind</w:t>
      </w:r>
    </w:p>
    <w:p>
      <w:pPr>
        <w:spacing w:after="0"/>
      </w:pPr>
    </w:p>
    <w:p>
      <w:pPr>
        <w:spacing w:after="0"/>
      </w:pPr>
      <w:r>
        <w:rPr>
          <w:rFonts w:ascii="Arial" w:hAnsi="Arial"/>
          <w:b/>
          <w:sz w:val="22"/>
        </w:rPr>
        <w:t xml:space="preserve">Gem Turner  </w:t>
      </w:r>
      <w:r>
        <w:rPr>
          <w:rFonts w:ascii="Arial" w:hAnsi="Arial"/>
          <w:color w:val="5D7284"/>
          <w:sz w:val="22"/>
        </w:rPr>
        <w:t>34:22</w:t>
      </w:r>
    </w:p>
    <w:p>
      <w:pPr>
        <w:spacing w:after="0"/>
      </w:pPr>
      <w:r>
        <w:rPr>
          <w:rFonts w:ascii="Arial" w:hAnsi="Arial"/>
          <w:sz w:val="22"/>
        </w:rPr>
        <w:t>I think it's that thing isn't it of like, you come from we're being watched you don't have room to just be you know, you're not allowed to make mistakes you're not allowed to just give something a go without people running up here and going oh, let me do it. Or I'll help you or are you okay? And it doesn't help the anxiety does it because you're already conscious of yourself. I always describe it as like, you know, when you like, reverse in your car or, you know, if you do drive or you're doing something that takes effort, and then you've got like a crowd of people watching you. You're not gonna do it. Are you? And it's exactly the same thing</w:t>
      </w:r>
    </w:p>
    <w:p>
      <w:pPr>
        <w:spacing w:after="0"/>
      </w:pPr>
    </w:p>
    <w:p>
      <w:pPr>
        <w:spacing w:after="0"/>
      </w:pPr>
      <w:r>
        <w:rPr>
          <w:rFonts w:ascii="Arial" w:hAnsi="Arial"/>
          <w:b/>
          <w:sz w:val="22"/>
        </w:rPr>
        <w:t xml:space="preserve">Alice  </w:t>
      </w:r>
      <w:r>
        <w:rPr>
          <w:rFonts w:ascii="Arial" w:hAnsi="Arial"/>
          <w:color w:val="5D7284"/>
          <w:sz w:val="22"/>
        </w:rPr>
        <w:t>35:05</w:t>
      </w:r>
    </w:p>
    <w:p>
      <w:pPr>
        <w:spacing w:after="0"/>
      </w:pPr>
      <w:r>
        <w:rPr>
          <w:rFonts w:ascii="Arial" w:hAnsi="Arial"/>
          <w:sz w:val="22"/>
        </w:rPr>
        <w:t xml:space="preserve">My abled bodied husband will start to park especially when we lived on the old street we used to live on he will start to try and park his car and he will see somebody one of our old neighbours looking out the window and he'll be like, nope, not parking here and he will drive away. </w:t>
      </w:r>
    </w:p>
    <w:p>
      <w:pPr>
        <w:spacing w:after="0"/>
      </w:pPr>
    </w:p>
    <w:p>
      <w:pPr>
        <w:spacing w:after="0"/>
      </w:pPr>
      <w:r>
        <w:rPr>
          <w:rFonts w:ascii="Arial" w:hAnsi="Arial"/>
          <w:b/>
          <w:sz w:val="22"/>
        </w:rPr>
        <w:t xml:space="preserve">Gem Turner  </w:t>
      </w:r>
      <w:r>
        <w:rPr>
          <w:rFonts w:ascii="Arial" w:hAnsi="Arial"/>
          <w:color w:val="5D7284"/>
          <w:sz w:val="22"/>
        </w:rPr>
        <w:t>35:20</w:t>
      </w:r>
    </w:p>
    <w:p>
      <w:pPr>
        <w:spacing w:after="0"/>
      </w:pPr>
      <w:r>
        <w:rPr>
          <w:rFonts w:ascii="Arial" w:hAnsi="Arial"/>
          <w:sz w:val="22"/>
        </w:rPr>
        <w:t>Exactly, it's being watched it.</w:t>
      </w:r>
    </w:p>
    <w:p>
      <w:pPr>
        <w:spacing w:after="0"/>
      </w:pPr>
    </w:p>
    <w:p>
      <w:pPr>
        <w:spacing w:after="0"/>
      </w:pPr>
      <w:r>
        <w:rPr>
          <w:rFonts w:ascii="Arial" w:hAnsi="Arial"/>
          <w:b/>
          <w:sz w:val="22"/>
        </w:rPr>
        <w:t xml:space="preserve">Lucy  </w:t>
      </w:r>
      <w:r>
        <w:rPr>
          <w:rFonts w:ascii="Arial" w:hAnsi="Arial"/>
          <w:color w:val="5D7284"/>
          <w:sz w:val="22"/>
        </w:rPr>
        <w:t>35:25</w:t>
      </w:r>
    </w:p>
    <w:p>
      <w:pPr>
        <w:spacing w:after="0"/>
      </w:pPr>
      <w:r>
        <w:rPr>
          <w:rFonts w:ascii="Arial" w:hAnsi="Arial"/>
          <w:sz w:val="22"/>
        </w:rPr>
        <w:t>It's like It's like going for a wee when you know people are waiting for you to get in the car. You can't go for a wee because you're thinking people are waiting for me people are waiting for me. I can't go I can't go I'll hold it, i'll hold it. And then you need a wee when you're in the car, which annoys everybody. It's the same sort of thing. If you think about it,</w:t>
      </w:r>
    </w:p>
    <w:p>
      <w:pPr>
        <w:spacing w:after="0"/>
      </w:pPr>
    </w:p>
    <w:p>
      <w:pPr>
        <w:spacing w:after="0"/>
      </w:pPr>
      <w:r>
        <w:rPr>
          <w:rFonts w:ascii="Arial" w:hAnsi="Arial"/>
          <w:b/>
          <w:sz w:val="22"/>
        </w:rPr>
        <w:t xml:space="preserve">Gem Turner  </w:t>
      </w:r>
      <w:r>
        <w:rPr>
          <w:rFonts w:ascii="Arial" w:hAnsi="Arial"/>
          <w:color w:val="5D7284"/>
          <w:sz w:val="22"/>
        </w:rPr>
        <w:t>35:44</w:t>
      </w:r>
    </w:p>
    <w:p>
      <w:pPr>
        <w:spacing w:after="0"/>
      </w:pPr>
      <w:r>
        <w:rPr>
          <w:rFonts w:ascii="Arial" w:hAnsi="Arial"/>
          <w:sz w:val="22"/>
        </w:rPr>
        <w:t>yeah. Just be a sceptic is that spectacle thing and that, you know, I'm not surprised you fell out about because if you're already having a bad day, and then someone just says exactly what you're thinking. I'm not thinking but you know, what, have you conscious? Yeah, yeah. Like I Alice said, we know exactly who we are we don't need reminding.</w:t>
      </w:r>
    </w:p>
    <w:p>
      <w:pPr>
        <w:spacing w:after="0"/>
      </w:pPr>
    </w:p>
    <w:p>
      <w:pPr>
        <w:spacing w:after="0"/>
      </w:pPr>
      <w:r>
        <w:rPr>
          <w:rFonts w:ascii="Arial" w:hAnsi="Arial"/>
          <w:b/>
          <w:sz w:val="22"/>
        </w:rPr>
        <w:t xml:space="preserve">Lucy  </w:t>
      </w:r>
      <w:r>
        <w:rPr>
          <w:rFonts w:ascii="Arial" w:hAnsi="Arial"/>
          <w:color w:val="5D7284"/>
          <w:sz w:val="22"/>
        </w:rPr>
        <w:t>36:05</w:t>
      </w:r>
    </w:p>
    <w:p>
      <w:pPr>
        <w:spacing w:after="0"/>
      </w:pPr>
      <w:r>
        <w:rPr>
          <w:rFonts w:ascii="Arial" w:hAnsi="Arial"/>
          <w:sz w:val="22"/>
        </w:rPr>
        <w:t>And the thing that really annoyed me, I mean, I was already annoyed. Mum can i go and find this girl and splash her in the face. It pissed me off, she's like, No, no, Leave it, leave it. I was like of course i'm gonna leave it. I did feel like saying to her "Do you know I host a podcast? Maybe you should listen to a few episodes they're quite good". But she also, the pair of them actually. Also when I was being hoisted out of the pool, which is also something Yeah. I'm not keen on because it looks like they're dragging you out over. You've had a ducking stool incident. Oh, yeah. She's not awake. First. Get her out of there. And</w:t>
      </w:r>
    </w:p>
    <w:p>
      <w:pPr>
        <w:spacing w:after="0"/>
      </w:pPr>
    </w:p>
    <w:p>
      <w:pPr>
        <w:spacing w:after="0"/>
      </w:pPr>
      <w:r>
        <w:rPr>
          <w:rFonts w:ascii="Arial" w:hAnsi="Arial"/>
          <w:b/>
          <w:sz w:val="22"/>
        </w:rPr>
        <w:t xml:space="preserve">Alice  </w:t>
      </w:r>
      <w:r>
        <w:rPr>
          <w:rFonts w:ascii="Arial" w:hAnsi="Arial"/>
          <w:color w:val="5D7284"/>
          <w:sz w:val="22"/>
        </w:rPr>
        <w:t>36:43</w:t>
      </w:r>
    </w:p>
    <w:p>
      <w:pPr>
        <w:spacing w:after="0"/>
      </w:pPr>
      <w:r>
        <w:rPr>
          <w:rFonts w:ascii="Arial" w:hAnsi="Arial"/>
          <w:sz w:val="22"/>
        </w:rPr>
        <w:t>how? How on show because, yeah, it's that being awful. being stared. Really, and you're in your bathing suit as well. I would feel really vulnerable.</w:t>
      </w:r>
    </w:p>
    <w:p>
      <w:pPr>
        <w:spacing w:after="0"/>
      </w:pPr>
    </w:p>
    <w:p>
      <w:pPr>
        <w:spacing w:after="0"/>
      </w:pPr>
      <w:r>
        <w:rPr>
          <w:rFonts w:ascii="Arial" w:hAnsi="Arial"/>
          <w:b/>
          <w:sz w:val="22"/>
        </w:rPr>
        <w:t xml:space="preserve">Gem Turner  </w:t>
      </w:r>
      <w:r>
        <w:rPr>
          <w:rFonts w:ascii="Arial" w:hAnsi="Arial"/>
          <w:color w:val="5D7284"/>
          <w:sz w:val="22"/>
        </w:rPr>
        <w:t>36:58</w:t>
      </w:r>
    </w:p>
    <w:p>
      <w:pPr>
        <w:spacing w:after="0"/>
      </w:pPr>
      <w:r>
        <w:rPr>
          <w:rFonts w:ascii="Arial" w:hAnsi="Arial"/>
          <w:sz w:val="22"/>
        </w:rPr>
        <w:t>I'm actually sweating just thinking about that scenario. I've been there and its not nice is it</w:t>
      </w:r>
    </w:p>
    <w:p>
      <w:pPr>
        <w:spacing w:after="0"/>
      </w:pPr>
    </w:p>
    <w:p>
      <w:pPr>
        <w:spacing w:after="0"/>
      </w:pPr>
      <w:r>
        <w:rPr>
          <w:rFonts w:ascii="Arial" w:hAnsi="Arial"/>
          <w:b/>
          <w:sz w:val="22"/>
        </w:rPr>
        <w:t xml:space="preserve">Lucy  </w:t>
      </w:r>
      <w:r>
        <w:rPr>
          <w:rFonts w:ascii="Arial" w:hAnsi="Arial"/>
          <w:color w:val="5D7284"/>
          <w:sz w:val="22"/>
        </w:rPr>
        <w:t>37:05</w:t>
      </w:r>
    </w:p>
    <w:p>
      <w:pPr>
        <w:spacing w:after="0"/>
      </w:pPr>
      <w:r>
        <w:rPr>
          <w:rFonts w:ascii="Arial" w:hAnsi="Arial"/>
          <w:sz w:val="22"/>
        </w:rPr>
        <w:t>They stood there, and they were eyes wide, mouth open. Staring. And I'm just thinking, just go away and leave me alone. Because all I want to do now is go and eat a McDonald's and cry thanks very much. Yeah, you know what I mean? It's like, Oh, just horrible thing.</w:t>
      </w:r>
    </w:p>
    <w:p>
      <w:pPr>
        <w:spacing w:after="0"/>
      </w:pPr>
    </w:p>
    <w:p>
      <w:pPr>
        <w:spacing w:after="0"/>
      </w:pPr>
      <w:r>
        <w:rPr>
          <w:rFonts w:ascii="Arial" w:hAnsi="Arial"/>
          <w:b/>
          <w:sz w:val="22"/>
        </w:rPr>
        <w:t xml:space="preserve">Alice  </w:t>
      </w:r>
      <w:r>
        <w:rPr>
          <w:rFonts w:ascii="Arial" w:hAnsi="Arial"/>
          <w:color w:val="5D7284"/>
          <w:sz w:val="22"/>
        </w:rPr>
        <w:t>37:23</w:t>
      </w:r>
    </w:p>
    <w:p>
      <w:pPr>
        <w:spacing w:after="0"/>
      </w:pPr>
      <w:r>
        <w:rPr>
          <w:rFonts w:ascii="Arial" w:hAnsi="Arial"/>
          <w:sz w:val="22"/>
        </w:rPr>
        <w:t>I think it's an A slightly to be devil's advocate. Like, there is an element of wanting to see how it works. And understand. And as somebody who doesn't see well, I do definitely do a lot of staring. So a couple of weeks ago, we had to take the dog to the vet, because she had 14 teeth out. So she's basically gumming everything now I know. And while we were there, not I don't think we were even picking her up, I think we were getting some special new old lady dog dog food, because she has to gum everything. And there was a couple who came rushing out of the side door and into the corner. And I, I looked, and I was like, I wanted to see what was going on. I couldn't hear what they were talking about. And so I stood and looked at them for a long time, became aware that they were both having a quite serious cry. At the vets and my husband went, don't look over there. And it was, you know, I was trying to establish just in my brain, I was like, oh, what's going on? And I didn't want to think, why? Because Because if I'd stopped and gone, somebody is rushing out at the vets and going to stand in the corner and be held by their partner like, what else is going on here? If I'd thought about it, but I didn't. And so I stared and kind of processed it. And it's similar sort of thing for those girls in the swimming pool is they were going you know what, how does she get in and out of the pool? How does this work? And I can I can appreciate there is a level of I want to know how this works. But the problem with it is is that by staring you're dehumanising the person who's experiencing it so what you need to in those situations, you know, the best thing you can do is either and I think this this is could be where it's slightly sort of can be a bit hit and miss is you either ask the person just outright or you go home and you Google it.</w:t>
      </w:r>
    </w:p>
    <w:p>
      <w:pPr>
        <w:spacing w:after="0"/>
      </w:pPr>
    </w:p>
    <w:p>
      <w:pPr>
        <w:spacing w:after="0"/>
      </w:pPr>
      <w:r>
        <w:rPr>
          <w:rFonts w:ascii="Arial" w:hAnsi="Arial"/>
          <w:b/>
          <w:sz w:val="22"/>
        </w:rPr>
        <w:t xml:space="preserve">Lucy  </w:t>
      </w:r>
      <w:r>
        <w:rPr>
          <w:rFonts w:ascii="Arial" w:hAnsi="Arial"/>
          <w:color w:val="5D7284"/>
          <w:sz w:val="22"/>
        </w:rPr>
        <w:t>39:52</w:t>
      </w:r>
    </w:p>
    <w:p>
      <w:pPr>
        <w:spacing w:after="0"/>
      </w:pPr>
      <w:r>
        <w:rPr>
          <w:rFonts w:ascii="Arial" w:hAnsi="Arial"/>
          <w:sz w:val="22"/>
        </w:rPr>
        <w:t>Yeah, yeah. Or you if you see me afterwards, when I'm dressed and not self conscious of my Big Fat potato belly because of lockdown. You go. Oh, hi, I just saw you getting out of the pool earlier on. Is it ok if I ask a few questions, because if you ask me like that, I am perfectly willing to tell you anyone know. Yeah, yeah, just don't stand there. To be honest, I don't particularly mind the staring when you've got this is gonna sound stupid when they've got their mouth shut? Yeah.</w:t>
      </w:r>
    </w:p>
    <w:p>
      <w:pPr>
        <w:spacing w:after="0"/>
      </w:pPr>
    </w:p>
    <w:p>
      <w:pPr>
        <w:spacing w:after="0"/>
      </w:pPr>
      <w:r>
        <w:rPr>
          <w:rFonts w:ascii="Arial" w:hAnsi="Arial"/>
          <w:b/>
          <w:sz w:val="22"/>
        </w:rPr>
        <w:t xml:space="preserve">Alice  </w:t>
      </w:r>
      <w:r>
        <w:rPr>
          <w:rFonts w:ascii="Arial" w:hAnsi="Arial"/>
          <w:color w:val="5D7284"/>
          <w:sz w:val="22"/>
        </w:rPr>
        <w:t>40:28</w:t>
      </w:r>
    </w:p>
    <w:p>
      <w:pPr>
        <w:spacing w:after="0"/>
      </w:pPr>
      <w:r>
        <w:rPr>
          <w:rFonts w:ascii="Arial" w:hAnsi="Arial"/>
          <w:sz w:val="22"/>
        </w:rPr>
        <w:t>Yeah. I want to put my finger in their mouth. remind people of what they're doing</w:t>
      </w:r>
    </w:p>
    <w:p>
      <w:pPr>
        <w:spacing w:after="0"/>
      </w:pPr>
    </w:p>
    <w:p>
      <w:pPr>
        <w:spacing w:after="0"/>
      </w:pPr>
      <w:r>
        <w:rPr>
          <w:rFonts w:ascii="Arial" w:hAnsi="Arial"/>
          <w:b/>
          <w:sz w:val="22"/>
        </w:rPr>
        <w:t xml:space="preserve">Lucy  </w:t>
      </w:r>
      <w:r>
        <w:rPr>
          <w:rFonts w:ascii="Arial" w:hAnsi="Arial"/>
          <w:color w:val="5D7284"/>
          <w:sz w:val="22"/>
        </w:rPr>
        <w:t>40:39</w:t>
      </w:r>
    </w:p>
    <w:p>
      <w:pPr>
        <w:spacing w:after="0"/>
      </w:pPr>
      <w:r>
        <w:rPr>
          <w:rFonts w:ascii="Arial" w:hAnsi="Arial"/>
          <w:sz w:val="22"/>
        </w:rPr>
        <w:t>aware of you here. Hello. And I do think to myself, does Jennifer Aniston have this problem?</w:t>
      </w:r>
    </w:p>
    <w:p>
      <w:pPr>
        <w:spacing w:after="0"/>
      </w:pPr>
    </w:p>
    <w:p>
      <w:pPr>
        <w:spacing w:after="0"/>
      </w:pPr>
      <w:r>
        <w:rPr>
          <w:rFonts w:ascii="Arial" w:hAnsi="Arial"/>
          <w:b/>
          <w:sz w:val="22"/>
        </w:rPr>
        <w:t xml:space="preserve">Alice  </w:t>
      </w:r>
      <w:r>
        <w:rPr>
          <w:rFonts w:ascii="Arial" w:hAnsi="Arial"/>
          <w:color w:val="5D7284"/>
          <w:sz w:val="22"/>
        </w:rPr>
        <w:t>40:47</w:t>
      </w:r>
    </w:p>
    <w:p>
      <w:pPr>
        <w:spacing w:after="0"/>
      </w:pPr>
      <w:r>
        <w:rPr>
          <w:rFonts w:ascii="Arial" w:hAnsi="Arial"/>
          <w:sz w:val="22"/>
        </w:rPr>
        <w:t>Oh, probably she probably walked through tescos. And people</w:t>
      </w:r>
    </w:p>
    <w:p>
      <w:pPr>
        <w:spacing w:after="0"/>
      </w:pPr>
    </w:p>
    <w:p>
      <w:pPr>
        <w:spacing w:after="0"/>
      </w:pPr>
      <w:r>
        <w:rPr>
          <w:rFonts w:ascii="Arial" w:hAnsi="Arial"/>
          <w:b/>
          <w:sz w:val="22"/>
        </w:rPr>
        <w:t xml:space="preserve">Gem Turner  </w:t>
      </w:r>
      <w:r>
        <w:rPr>
          <w:rFonts w:ascii="Arial" w:hAnsi="Arial"/>
          <w:color w:val="5D7284"/>
          <w:sz w:val="22"/>
        </w:rPr>
        <w:t>40:56</w:t>
      </w:r>
    </w:p>
    <w:p>
      <w:pPr>
        <w:spacing w:after="0"/>
      </w:pPr>
      <w:r>
        <w:rPr>
          <w:rFonts w:ascii="Arial" w:hAnsi="Arial"/>
          <w:sz w:val="22"/>
        </w:rPr>
        <w:t>The thing that people don't realise that as well as the I try and explain is that when like, you've just said Alice. When people do that. They are one person and they don't think you're affecting their life at all. But you imagine we get 20 people maybe per outting. So it all adds up doesn't it. So that could have been your 18th person Lucy. It's not, it's not a new experience. for them. It's a new experience. But for us, it's 28 years for me, you know what i mean. So that's what I've tried to explain that, you know, you might mean well, and you might just be interested. But imagine everybody that we bump into, are interested in your life, you're like, bloodyhell, do you know, I just want to get a pack of crisps. Yeah, I mean, yeah. So yeah, it's hard, though, I definitely get it I get that you want to learn? It's just getting that balance. And</w:t>
      </w:r>
    </w:p>
    <w:p>
      <w:pPr>
        <w:spacing w:after="0"/>
      </w:pPr>
    </w:p>
    <w:p>
      <w:pPr>
        <w:spacing w:after="0"/>
      </w:pPr>
      <w:r>
        <w:rPr>
          <w:rFonts w:ascii="Arial" w:hAnsi="Arial"/>
          <w:b/>
          <w:sz w:val="22"/>
        </w:rPr>
        <w:t xml:space="preserve">Lucy  </w:t>
      </w:r>
      <w:r>
        <w:rPr>
          <w:rFonts w:ascii="Arial" w:hAnsi="Arial"/>
          <w:color w:val="5D7284"/>
          <w:sz w:val="22"/>
        </w:rPr>
        <w:t>41:57</w:t>
      </w:r>
    </w:p>
    <w:p>
      <w:pPr>
        <w:spacing w:after="0"/>
      </w:pPr>
      <w:r>
        <w:rPr>
          <w:rFonts w:ascii="Arial" w:hAnsi="Arial"/>
          <w:sz w:val="22"/>
        </w:rPr>
        <w:t>it says, Well, you know, since starting this podcast, a podcast actually talking to us be speaking to Alice, I can remember one of the first thing that Alice said to me, when I say that, you know, if you want to ask questions, ask me, doesn't matter how you ask that question, I will filter the answer, so that you can understand it. Yeah. And Alice said to me. Well, why do you feel like you are always having to do that? Why? You know, because it's exhausting. I don't think it was only Alice talking to me and saying, Why do you feel you need to do that? Yeah, cuz isn't it exhausting? That it was only when Alice said that? I thought Actually, yeah, it's really exhausting. Maybe I maybe I shouldn't, you know, maybe I should not, not shouldn't. But maybe I should sort of take a step back and go, actually, I'm not going to answer that question.</w:t>
      </w:r>
    </w:p>
    <w:p>
      <w:pPr>
        <w:spacing w:after="0"/>
      </w:pPr>
    </w:p>
    <w:p>
      <w:pPr>
        <w:spacing w:after="0"/>
      </w:pPr>
      <w:r>
        <w:rPr>
          <w:rFonts w:ascii="Arial" w:hAnsi="Arial"/>
          <w:b/>
          <w:sz w:val="22"/>
        </w:rPr>
        <w:t xml:space="preserve">Alice  </w:t>
      </w:r>
      <w:r>
        <w:rPr>
          <w:rFonts w:ascii="Arial" w:hAnsi="Arial"/>
          <w:color w:val="5D7284"/>
          <w:sz w:val="22"/>
        </w:rPr>
        <w:t>42:50</w:t>
      </w:r>
    </w:p>
    <w:p>
      <w:pPr>
        <w:spacing w:after="0"/>
      </w:pPr>
      <w:r>
        <w:rPr>
          <w:rFonts w:ascii="Arial" w:hAnsi="Arial"/>
          <w:sz w:val="22"/>
        </w:rPr>
        <w:t>I think the way for me, is that there, it's a two way street. And yeah, that the responsibility for educating each other crosses both ways. So you know, there are absolutely things about different cultures and experiences that I have no idea about, and if I wanted to learn, but but we live in 2021. And if I wanted to learn about it, although the internet is full of trolls, it's also full of very interesting, very reliable sources that you can without even you know, you don't even have to ask people on Twitter, you can Google it and read a sensible academic article or something about it. Or you can ask someone, but you know what I don't I think across all cultures, and societies and groups, we also need to be able to recognise that you know what, we shouldn't have to do all the heavy lifting. Like it people do always come to us. And, like, I'm so bored of being asked the same questions over and over again. And it's like, there's, I've got my standard answers where you kind of you can almost continue thinking about planning what else you're going to do while you're out. Because you've had this conversation 15 million times. And it's, it might be interesting for that person, and that person might go home and tell their one friend about it.</w:t>
      </w:r>
    </w:p>
    <w:p>
      <w:pPr>
        <w:spacing w:after="0"/>
      </w:pPr>
    </w:p>
    <w:p>
      <w:pPr>
        <w:spacing w:after="0"/>
      </w:pPr>
      <w:r>
        <w:rPr>
          <w:rFonts w:ascii="Arial" w:hAnsi="Arial"/>
          <w:b/>
          <w:sz w:val="22"/>
        </w:rPr>
        <w:t xml:space="preserve">Lucy  </w:t>
      </w:r>
      <w:r>
        <w:rPr>
          <w:rFonts w:ascii="Arial" w:hAnsi="Arial"/>
          <w:color w:val="5D7284"/>
          <w:sz w:val="22"/>
        </w:rPr>
        <w:t>44:31</w:t>
      </w:r>
    </w:p>
    <w:p>
      <w:pPr>
        <w:spacing w:after="0"/>
      </w:pPr>
      <w:r>
        <w:rPr>
          <w:rFonts w:ascii="Arial" w:hAnsi="Arial"/>
          <w:sz w:val="22"/>
        </w:rPr>
        <w:t>Think like, Yeah, I know. You mean, like, why are we gonna do that information? Once you've told them it's like? Yeah,</w:t>
      </w:r>
    </w:p>
    <w:p>
      <w:pPr>
        <w:spacing w:after="0"/>
      </w:pPr>
    </w:p>
    <w:p>
      <w:pPr>
        <w:spacing w:after="0"/>
      </w:pPr>
      <w:r>
        <w:rPr>
          <w:rFonts w:ascii="Arial" w:hAnsi="Arial"/>
          <w:b/>
          <w:sz w:val="22"/>
        </w:rPr>
        <w:t xml:space="preserve">Alice  </w:t>
      </w:r>
      <w:r>
        <w:rPr>
          <w:rFonts w:ascii="Arial" w:hAnsi="Arial"/>
          <w:color w:val="5D7284"/>
          <w:sz w:val="22"/>
        </w:rPr>
        <w:t>44:41</w:t>
      </w:r>
    </w:p>
    <w:p>
      <w:pPr>
        <w:spacing w:after="0"/>
      </w:pPr>
      <w:r>
        <w:rPr>
          <w:rFonts w:ascii="Arial" w:hAnsi="Arial"/>
          <w:sz w:val="22"/>
        </w:rPr>
        <w:t>and that's, that's where I think the problem with these little interactions, they, they don't combat ableism the things that combat ableism are the big the big campaigns. They're the changes in representation in the media. And unfortunately, it's also those big incidents like George Floyd losing his life to what those police did to him is horrific. But it brought that issue to the global stage. And hopefully, a lot of people will change their perspective because of hearing these new narratives. And I mean, that's partly what we're trying to do here is, you know, with this show is, is bring those disabled narratives out into the mainstream to an extent. And if you if you think that that's a good cause, you have make sure you share and rate and review the podcast.</w:t>
      </w:r>
    </w:p>
    <w:p>
      <w:pPr>
        <w:spacing w:after="0"/>
      </w:pPr>
    </w:p>
    <w:p>
      <w:pPr>
        <w:spacing w:after="0"/>
      </w:pPr>
      <w:r>
        <w:rPr>
          <w:rFonts w:ascii="Arial" w:hAnsi="Arial"/>
          <w:b/>
          <w:sz w:val="22"/>
        </w:rPr>
        <w:t xml:space="preserve">Lucy  </w:t>
      </w:r>
      <w:r>
        <w:rPr>
          <w:rFonts w:ascii="Arial" w:hAnsi="Arial"/>
          <w:color w:val="5D7284"/>
          <w:sz w:val="22"/>
        </w:rPr>
        <w:t>45:50</w:t>
      </w:r>
    </w:p>
    <w:p>
      <w:pPr>
        <w:spacing w:after="0"/>
      </w:pPr>
      <w:r>
        <w:rPr>
          <w:rFonts w:ascii="Arial" w:hAnsi="Arial"/>
          <w:sz w:val="22"/>
        </w:rPr>
        <w:t>She just does it like when somebodies flicked a switch, I promise you, she just goes into podcast mode.</w:t>
      </w:r>
    </w:p>
    <w:p>
      <w:pPr>
        <w:spacing w:after="0"/>
      </w:pPr>
    </w:p>
    <w:p>
      <w:pPr>
        <w:spacing w:after="0"/>
      </w:pPr>
      <w:r>
        <w:rPr>
          <w:rFonts w:ascii="Arial" w:hAnsi="Arial"/>
          <w:b/>
          <w:sz w:val="22"/>
        </w:rPr>
        <w:t xml:space="preserve">Gem Turner  </w:t>
      </w:r>
      <w:r>
        <w:rPr>
          <w:rFonts w:ascii="Arial" w:hAnsi="Arial"/>
          <w:color w:val="5D7284"/>
          <w:sz w:val="22"/>
        </w:rPr>
        <w:t>46:01</w:t>
      </w:r>
    </w:p>
    <w:p>
      <w:pPr>
        <w:spacing w:after="0"/>
      </w:pPr>
      <w:r>
        <w:rPr>
          <w:rFonts w:ascii="Arial" w:hAnsi="Arial"/>
          <w:sz w:val="22"/>
        </w:rPr>
        <w:t>Though it's true, it's, I say that I've stopped, I've stopped when people ask questions, now I really think about whether I want to answer them or not like I've stopped Yeah, I you know, automatically answering</w:t>
      </w:r>
    </w:p>
    <w:p>
      <w:pPr>
        <w:spacing w:after="0"/>
      </w:pPr>
    </w:p>
    <w:p>
      <w:pPr>
        <w:spacing w:after="0"/>
      </w:pPr>
      <w:r>
        <w:rPr>
          <w:rFonts w:ascii="Arial" w:hAnsi="Arial"/>
          <w:b/>
          <w:sz w:val="22"/>
        </w:rPr>
        <w:t xml:space="preserve">Lucy  </w:t>
      </w:r>
      <w:r>
        <w:rPr>
          <w:rFonts w:ascii="Arial" w:hAnsi="Arial"/>
          <w:color w:val="5D7284"/>
          <w:sz w:val="22"/>
        </w:rPr>
        <w:t>46:15</w:t>
      </w:r>
    </w:p>
    <w:p>
      <w:pPr>
        <w:spacing w:after="0"/>
      </w:pPr>
      <w:r>
        <w:rPr>
          <w:rFonts w:ascii="Arial" w:hAnsi="Arial"/>
          <w:sz w:val="22"/>
        </w:rPr>
        <w:t>that's a really interesting point that you brought that, like, if somebody says to you, oh, like asks you a question, for instance, for example, yeah. What's wrong with you then? Right. I know that there was a lot of things wrong with that question. But I'm just going by the average Joe question. Yeah. And you think to yourself, I'm not doing this today! Not today, son. How do you go about saying, no? Yeah. Is it as simple as No, I'm not answering that question. Or is there a way that you work? Because I struggle with saying no, yeah, I will always go and tell them about my life story. And then you can see they're kind of losing interest. But I can't bring myself when somebody asks me, what is the matter with you? I can't bring myself to go I'm not answering that question. So I'm interested to know how you deal with that. And actually, how I was how, you know, how do you deal with it too?</w:t>
      </w:r>
    </w:p>
    <w:p>
      <w:pPr>
        <w:spacing w:after="0"/>
      </w:pPr>
    </w:p>
    <w:p>
      <w:pPr>
        <w:spacing w:after="0"/>
      </w:pPr>
      <w:r>
        <w:rPr>
          <w:rFonts w:ascii="Arial" w:hAnsi="Arial"/>
          <w:b/>
          <w:sz w:val="22"/>
        </w:rPr>
        <w:t xml:space="preserve">Alice  </w:t>
      </w:r>
      <w:r>
        <w:rPr>
          <w:rFonts w:ascii="Arial" w:hAnsi="Arial"/>
          <w:color w:val="5D7284"/>
          <w:sz w:val="22"/>
        </w:rPr>
        <w:t>47:19</w:t>
      </w:r>
    </w:p>
    <w:p>
      <w:pPr>
        <w:spacing w:after="0"/>
      </w:pPr>
      <w:r>
        <w:rPr>
          <w:rFonts w:ascii="Arial" w:hAnsi="Arial"/>
          <w:sz w:val="22"/>
        </w:rPr>
        <w:t>the best I've ever had, is, if somebody comes up to me and goes, Oh, what kind of dog is that? I will its a Labrador. Okay. Yeah, because I don't need to justify why I need my dog, and what service she provides. And so, and that always makes people go, but but what what kind of dog and I'm like, shes a black labrador, but, no, no. Wrong.</w:t>
      </w:r>
    </w:p>
    <w:p>
      <w:pPr>
        <w:spacing w:after="0"/>
      </w:pPr>
    </w:p>
    <w:p>
      <w:pPr>
        <w:spacing w:after="0"/>
      </w:pPr>
      <w:r>
        <w:rPr>
          <w:rFonts w:ascii="Arial" w:hAnsi="Arial"/>
          <w:b/>
          <w:sz w:val="22"/>
        </w:rPr>
        <w:t xml:space="preserve">Lucy  </w:t>
      </w:r>
      <w:r>
        <w:rPr>
          <w:rFonts w:ascii="Arial" w:hAnsi="Arial"/>
          <w:color w:val="5D7284"/>
          <w:sz w:val="22"/>
        </w:rPr>
        <w:t>48:03</w:t>
      </w:r>
    </w:p>
    <w:p>
      <w:pPr>
        <w:spacing w:after="0"/>
      </w:pPr>
      <w:r>
        <w:rPr>
          <w:rFonts w:ascii="Arial" w:hAnsi="Arial"/>
          <w:sz w:val="22"/>
        </w:rPr>
        <w:t>Thank you very much. But I'm not gonna answer that question.</w:t>
      </w:r>
    </w:p>
    <w:p>
      <w:pPr>
        <w:spacing w:after="0"/>
      </w:pPr>
    </w:p>
    <w:p>
      <w:pPr>
        <w:spacing w:after="0"/>
      </w:pPr>
      <w:r>
        <w:rPr>
          <w:rFonts w:ascii="Arial" w:hAnsi="Arial"/>
          <w:b/>
          <w:sz w:val="22"/>
        </w:rPr>
        <w:t xml:space="preserve">Gem Turner  </w:t>
      </w:r>
      <w:r>
        <w:rPr>
          <w:rFonts w:ascii="Arial" w:hAnsi="Arial"/>
          <w:color w:val="5D7284"/>
          <w:sz w:val="22"/>
        </w:rPr>
        <w:t>48:05</w:t>
      </w:r>
    </w:p>
    <w:p>
      <w:pPr>
        <w:spacing w:after="0"/>
      </w:pPr>
      <w:r>
        <w:rPr>
          <w:rFonts w:ascii="Arial" w:hAnsi="Arial"/>
          <w:sz w:val="22"/>
        </w:rPr>
        <w:t>Yeah. And you know, what changed for me, so I used to be like that I used to, you know, I'm spread too thin. And they're like, well, when i was born... meh meh meh, whereas it what changed was I used to get, I used to work at uni of Leeds, about two years ago for two years. And in the process, I would be picked up by taxi drivers every morning. Yeah, you know, what was coming? And the anxiety that I built because these men were asking me, you can imagine all the questions I was being asked.</w:t>
      </w:r>
    </w:p>
    <w:p>
      <w:pPr>
        <w:spacing w:after="0"/>
      </w:pPr>
    </w:p>
    <w:p>
      <w:pPr>
        <w:spacing w:after="0"/>
      </w:pPr>
      <w:r>
        <w:rPr>
          <w:rFonts w:ascii="Arial" w:hAnsi="Arial"/>
          <w:b/>
          <w:sz w:val="22"/>
        </w:rPr>
        <w:t xml:space="preserve">Alice  </w:t>
      </w:r>
      <w:r>
        <w:rPr>
          <w:rFonts w:ascii="Arial" w:hAnsi="Arial"/>
          <w:color w:val="5D7284"/>
          <w:sz w:val="22"/>
        </w:rPr>
        <w:t>48:41</w:t>
      </w:r>
    </w:p>
    <w:p>
      <w:pPr>
        <w:spacing w:after="0"/>
      </w:pPr>
      <w:r>
        <w:rPr>
          <w:rFonts w:ascii="Arial" w:hAnsi="Arial"/>
          <w:sz w:val="22"/>
        </w:rPr>
        <w:t>I had the exact same. I think this is probably mine came from the almost identical experience when I was at uni of Leicester. And I had a 40minute taxi journey to and from every day. It was everything it was, yeah, it's a different person every time and you just yeah. Here's the frequently asked questions take a read of those before we set off. You know, first thing in the morning, I've got my coffee and my coffee cup. I want to sit here quietly and just not or it's last thing at night, and I'm fucking knackered and I've been in the library all day. I just want to not but</w:t>
      </w:r>
    </w:p>
    <w:p>
      <w:pPr>
        <w:spacing w:after="0"/>
      </w:pPr>
    </w:p>
    <w:p>
      <w:pPr>
        <w:spacing w:after="0"/>
      </w:pPr>
      <w:r>
        <w:rPr>
          <w:rFonts w:ascii="Arial" w:hAnsi="Arial"/>
          <w:b/>
          <w:sz w:val="22"/>
        </w:rPr>
        <w:t xml:space="preserve">Gem Turner  </w:t>
      </w:r>
      <w:r>
        <w:rPr>
          <w:rFonts w:ascii="Arial" w:hAnsi="Arial"/>
          <w:color w:val="5D7284"/>
          <w:sz w:val="22"/>
        </w:rPr>
        <w:t>49:25</w:t>
      </w:r>
    </w:p>
    <w:p>
      <w:pPr>
        <w:spacing w:after="0"/>
      </w:pPr>
      <w:r>
        <w:rPr>
          <w:rFonts w:ascii="Arial" w:hAnsi="Arial"/>
          <w:sz w:val="22"/>
        </w:rPr>
        <w:t>yeah, so there we go. And Gemma, the way I dealt with it was, I think i put up with it for like, a couple of months. And then when someone says, What's wrong with you? I'll either there are two options. One is go Uber sarcastic and be like, nothing What's wrong with you? Because that pulls them up. And you know what? To show them how rude that question is. Or, I'll say I was born. And this is who I am. You know as in how dare you..</w:t>
      </w:r>
    </w:p>
    <w:p>
      <w:pPr>
        <w:spacing w:after="0"/>
      </w:pPr>
    </w:p>
    <w:p>
      <w:pPr>
        <w:spacing w:after="0"/>
      </w:pPr>
      <w:r>
        <w:rPr>
          <w:rFonts w:ascii="Arial" w:hAnsi="Arial"/>
          <w:b/>
          <w:sz w:val="22"/>
        </w:rPr>
        <w:t xml:space="preserve">Lucy  </w:t>
      </w:r>
      <w:r>
        <w:rPr>
          <w:rFonts w:ascii="Arial" w:hAnsi="Arial"/>
          <w:color w:val="5D7284"/>
          <w:sz w:val="22"/>
        </w:rPr>
        <w:t>49:57</w:t>
      </w:r>
    </w:p>
    <w:p>
      <w:pPr>
        <w:spacing w:after="0"/>
      </w:pPr>
      <w:r>
        <w:rPr>
          <w:rFonts w:ascii="Arial" w:hAnsi="Arial"/>
          <w:sz w:val="22"/>
        </w:rPr>
        <w:t>That gave me like little goose bumps then I Iike that</w:t>
      </w:r>
    </w:p>
    <w:p>
      <w:pPr>
        <w:spacing w:after="0"/>
      </w:pPr>
    </w:p>
    <w:p>
      <w:pPr>
        <w:spacing w:after="0"/>
      </w:pPr>
      <w:r>
        <w:rPr>
          <w:rFonts w:ascii="Arial" w:hAnsi="Arial"/>
          <w:b/>
          <w:sz w:val="22"/>
        </w:rPr>
        <w:t xml:space="preserve">Gem Turner  </w:t>
      </w:r>
      <w:r>
        <w:rPr>
          <w:rFonts w:ascii="Arial" w:hAnsi="Arial"/>
          <w:color w:val="5D7284"/>
          <w:sz w:val="22"/>
        </w:rPr>
        <w:t>50:01</w:t>
      </w:r>
    </w:p>
    <w:p>
      <w:pPr>
        <w:spacing w:after="0"/>
      </w:pPr>
      <w:r>
        <w:rPr>
          <w:rFonts w:ascii="Arial" w:hAnsi="Arial"/>
          <w:sz w:val="22"/>
        </w:rPr>
        <w:t>Well, you know, where I was born the way I am, nothing is wrong, you know, and it's screw you, if you think, do you know what I mean, it's like, if you change that mindset, and make them realise how rude that question is. The third option is, I'm not answering questions like that. That's really personal. Yeah. You know, it's just being bold about it.</w:t>
      </w:r>
    </w:p>
    <w:p>
      <w:pPr>
        <w:spacing w:after="0"/>
      </w:pPr>
    </w:p>
    <w:p>
      <w:pPr>
        <w:spacing w:after="0"/>
      </w:pPr>
      <w:r>
        <w:rPr>
          <w:rFonts w:ascii="Arial" w:hAnsi="Arial"/>
          <w:b/>
          <w:sz w:val="22"/>
        </w:rPr>
        <w:t xml:space="preserve">Lucy  </w:t>
      </w:r>
      <w:r>
        <w:rPr>
          <w:rFonts w:ascii="Arial" w:hAnsi="Arial"/>
          <w:color w:val="5D7284"/>
          <w:sz w:val="22"/>
        </w:rPr>
        <w:t>50:26</w:t>
      </w:r>
    </w:p>
    <w:p>
      <w:pPr>
        <w:spacing w:after="0"/>
      </w:pPr>
      <w:r>
        <w:rPr>
          <w:rFonts w:ascii="Arial" w:hAnsi="Arial"/>
          <w:sz w:val="22"/>
        </w:rPr>
        <w:t>I think it's getting over that barrier, that barrier that you put on to yourself of, I've got a quizzical answer, because if I don't answer the questions, it's rude. Yeah, well actually they're rude</w:t>
      </w:r>
    </w:p>
    <w:p>
      <w:pPr>
        <w:spacing w:after="0"/>
      </w:pPr>
    </w:p>
    <w:p>
      <w:pPr>
        <w:spacing w:after="0"/>
      </w:pPr>
      <w:r>
        <w:rPr>
          <w:rFonts w:ascii="Arial" w:hAnsi="Arial"/>
          <w:b/>
          <w:sz w:val="22"/>
        </w:rPr>
        <w:t xml:space="preserve">Gem Turner  </w:t>
      </w:r>
      <w:r>
        <w:rPr>
          <w:rFonts w:ascii="Arial" w:hAnsi="Arial"/>
          <w:color w:val="5D7284"/>
          <w:sz w:val="22"/>
        </w:rPr>
        <w:t>50:37</w:t>
      </w:r>
    </w:p>
    <w:p>
      <w:pPr>
        <w:spacing w:after="0"/>
      </w:pPr>
      <w:r>
        <w:rPr>
          <w:rFonts w:ascii="Arial" w:hAnsi="Arial"/>
          <w:sz w:val="22"/>
        </w:rPr>
        <w:t>Yeah. And also, you don't, yeah, we're not on this world to educate people, just as much as other people aren't on this world. To educate anyone, you know, Its choice and my private information is sacred. I get out at some point the other day, and I was like, Yeah, my personal information is mine. And I will share it. I mean, I do put things on the internet. So sometimes, but it still is my choice is</w:t>
      </w:r>
    </w:p>
    <w:p>
      <w:pPr>
        <w:spacing w:after="0"/>
      </w:pPr>
    </w:p>
    <w:p>
      <w:pPr>
        <w:spacing w:after="0"/>
      </w:pPr>
      <w:r>
        <w:rPr>
          <w:rFonts w:ascii="Arial" w:hAnsi="Arial"/>
          <w:b/>
          <w:sz w:val="22"/>
        </w:rPr>
        <w:t xml:space="preserve">Alice  </w:t>
      </w:r>
      <w:r>
        <w:rPr>
          <w:rFonts w:ascii="Arial" w:hAnsi="Arial"/>
          <w:color w:val="5D7284"/>
          <w:sz w:val="22"/>
        </w:rPr>
        <w:t>51:08</w:t>
      </w:r>
    </w:p>
    <w:p>
      <w:pPr>
        <w:spacing w:after="0"/>
      </w:pPr>
      <w:r>
        <w:rPr>
          <w:rFonts w:ascii="Arial" w:hAnsi="Arial"/>
          <w:sz w:val="22"/>
        </w:rPr>
        <w:t>agency, isn't it? It's about you make that decision to share that information. And if somebody if somebody wants to, to find that information out, it's out there. But to just drop it in casual chat like its you know,</w:t>
      </w:r>
    </w:p>
    <w:p>
      <w:pPr>
        <w:spacing w:after="0"/>
      </w:pPr>
    </w:p>
    <w:p>
      <w:pPr>
        <w:spacing w:after="0"/>
      </w:pPr>
      <w:r>
        <w:rPr>
          <w:rFonts w:ascii="Arial" w:hAnsi="Arial"/>
          <w:b/>
          <w:sz w:val="22"/>
        </w:rPr>
        <w:t xml:space="preserve">Gem Turner  </w:t>
      </w:r>
      <w:r>
        <w:rPr>
          <w:rFonts w:ascii="Arial" w:hAnsi="Arial"/>
          <w:color w:val="5D7284"/>
          <w:sz w:val="22"/>
        </w:rPr>
        <w:t>51:27</w:t>
      </w:r>
    </w:p>
    <w:p>
      <w:pPr>
        <w:spacing w:after="0"/>
      </w:pPr>
      <w:r>
        <w:rPr>
          <w:rFonts w:ascii="Arial" w:hAnsi="Arial"/>
          <w:sz w:val="22"/>
        </w:rPr>
        <w:t>say as well. And when it's men, you know, I'm gonna bring the gender thing up, but you know, as a woman, when a man that's at least 20 years older than you is asking you how do you go to the toilet and do you have sex? Thats not something you want to be chatting about seven o'clock in the morning. Well,</w:t>
      </w:r>
    </w:p>
    <w:p>
      <w:pPr>
        <w:spacing w:after="0"/>
      </w:pPr>
    </w:p>
    <w:p>
      <w:pPr>
        <w:spacing w:after="0"/>
      </w:pPr>
      <w:r>
        <w:rPr>
          <w:rFonts w:ascii="Arial" w:hAnsi="Arial"/>
          <w:b/>
          <w:sz w:val="22"/>
        </w:rPr>
        <w:t xml:space="preserve">Lucy  </w:t>
      </w:r>
      <w:r>
        <w:rPr>
          <w:rFonts w:ascii="Arial" w:hAnsi="Arial"/>
          <w:color w:val="5D7284"/>
          <w:sz w:val="22"/>
        </w:rPr>
        <w:t>51:51</w:t>
      </w:r>
    </w:p>
    <w:p>
      <w:pPr>
        <w:spacing w:after="0"/>
      </w:pPr>
      <w:r>
        <w:rPr>
          <w:rFonts w:ascii="Arial" w:hAnsi="Arial"/>
          <w:sz w:val="22"/>
        </w:rPr>
        <w:t>can you feel your legs? Oh, yeah. Yes, yeah. Well,</w:t>
      </w:r>
    </w:p>
    <w:p>
      <w:pPr>
        <w:spacing w:after="0"/>
      </w:pPr>
    </w:p>
    <w:p>
      <w:pPr>
        <w:spacing w:after="0"/>
      </w:pPr>
      <w:r>
        <w:rPr>
          <w:rFonts w:ascii="Arial" w:hAnsi="Arial"/>
          <w:b/>
          <w:sz w:val="22"/>
        </w:rPr>
        <w:t xml:space="preserve">Gem Turner  </w:t>
      </w:r>
      <w:r>
        <w:rPr>
          <w:rFonts w:ascii="Arial" w:hAnsi="Arial"/>
          <w:color w:val="5D7284"/>
          <w:sz w:val="22"/>
        </w:rPr>
        <w:t>51:57</w:t>
      </w:r>
    </w:p>
    <w:p>
      <w:pPr>
        <w:spacing w:after="0"/>
      </w:pPr>
      <w:r>
        <w:rPr>
          <w:rFonts w:ascii="Arial" w:hAnsi="Arial"/>
          <w:sz w:val="22"/>
        </w:rPr>
        <w:t>why'd you want to do?</w:t>
      </w:r>
    </w:p>
    <w:p>
      <w:pPr>
        <w:spacing w:after="0"/>
      </w:pPr>
    </w:p>
    <w:p>
      <w:pPr>
        <w:spacing w:after="0"/>
      </w:pPr>
      <w:r>
        <w:rPr>
          <w:rFonts w:ascii="Arial" w:hAnsi="Arial"/>
          <w:b/>
          <w:sz w:val="22"/>
        </w:rPr>
        <w:t xml:space="preserve">Lucy  </w:t>
      </w:r>
      <w:r>
        <w:rPr>
          <w:rFonts w:ascii="Arial" w:hAnsi="Arial"/>
          <w:color w:val="5D7284"/>
          <w:sz w:val="22"/>
        </w:rPr>
        <w:t>52:01</w:t>
      </w:r>
    </w:p>
    <w:p>
      <w:pPr>
        <w:spacing w:after="0"/>
      </w:pPr>
      <w:r>
        <w:rPr>
          <w:rFonts w:ascii="Arial" w:hAnsi="Arial"/>
          <w:sz w:val="22"/>
        </w:rPr>
        <w:t>By the time I finish with</w:t>
      </w:r>
    </w:p>
    <w:p>
      <w:pPr>
        <w:spacing w:after="0"/>
      </w:pPr>
    </w:p>
    <w:p>
      <w:pPr>
        <w:spacing w:after="0"/>
      </w:pPr>
      <w:r>
        <w:rPr>
          <w:rFonts w:ascii="Arial" w:hAnsi="Arial"/>
          <w:b/>
          <w:sz w:val="22"/>
        </w:rPr>
        <w:t xml:space="preserve">Gem Turner  </w:t>
      </w:r>
      <w:r>
        <w:rPr>
          <w:rFonts w:ascii="Arial" w:hAnsi="Arial"/>
          <w:color w:val="5D7284"/>
          <w:sz w:val="22"/>
        </w:rPr>
        <w:t>52:04</w:t>
      </w:r>
    </w:p>
    <w:p>
      <w:pPr>
        <w:spacing w:after="0"/>
      </w:pPr>
      <w:r>
        <w:rPr>
          <w:rFonts w:ascii="Arial" w:hAnsi="Arial"/>
          <w:sz w:val="22"/>
        </w:rPr>
        <w:t>one man, can you have sex then? And I just said, Well, I'm not interested. I just spun it round. Yeah. And they went bright red, and I was just like thats how rude it is</w:t>
      </w:r>
    </w:p>
    <w:p>
      <w:pPr>
        <w:spacing w:after="0"/>
      </w:pPr>
    </w:p>
    <w:p>
      <w:pPr>
        <w:spacing w:after="0"/>
      </w:pPr>
      <w:r>
        <w:rPr>
          <w:rFonts w:ascii="Arial" w:hAnsi="Arial"/>
          <w:b/>
          <w:sz w:val="22"/>
        </w:rPr>
        <w:t xml:space="preserve">Alice  </w:t>
      </w:r>
      <w:r>
        <w:rPr>
          <w:rFonts w:ascii="Arial" w:hAnsi="Arial"/>
          <w:color w:val="5D7284"/>
          <w:sz w:val="22"/>
        </w:rPr>
        <w:t>52:18</w:t>
      </w:r>
    </w:p>
    <w:p>
      <w:pPr>
        <w:spacing w:after="0"/>
      </w:pPr>
      <w:r>
        <w:rPr>
          <w:rFonts w:ascii="Arial" w:hAnsi="Arial"/>
          <w:sz w:val="22"/>
        </w:rPr>
        <w:t>That's sexual harassment. And if somebody said, if anybody listeners ever says anything like that to you, because of your physical disability, is particularly taxi drivers, you turn around and you report them because there's, there's, there's ableism. And there's, that, like, sexual harassment is terrifying and dangerous. And I mean, ableism is terrifying and dangerous. But one of the things that we are that is being increasingly understood by the mainstream population recently, you know, sadly, in part, thanks to what happened to Sarah Everard women are constantly on edge, because of their vulnerability, and the perceived vulnerability, you know, of men taking advantage of them. And so yeah, I think those those questions, it's not just about being personal and put, like, breaking a person's, you know, personal barriers, that there's an inherent, almost threat about</w:t>
      </w:r>
    </w:p>
    <w:p>
      <w:pPr>
        <w:spacing w:after="0"/>
      </w:pPr>
    </w:p>
    <w:p>
      <w:pPr>
        <w:spacing w:after="0"/>
      </w:pPr>
      <w:r>
        <w:rPr>
          <w:rFonts w:ascii="Arial" w:hAnsi="Arial"/>
          <w:b/>
          <w:sz w:val="22"/>
        </w:rPr>
        <w:t xml:space="preserve">Gem Turner  </w:t>
      </w:r>
      <w:r>
        <w:rPr>
          <w:rFonts w:ascii="Arial" w:hAnsi="Arial"/>
          <w:color w:val="5D7284"/>
          <w:sz w:val="22"/>
        </w:rPr>
        <w:t>53:28</w:t>
      </w:r>
    </w:p>
    <w:p>
      <w:pPr>
        <w:spacing w:after="0"/>
      </w:pPr>
      <w:r>
        <w:rPr>
          <w:rFonts w:ascii="Arial" w:hAnsi="Arial"/>
          <w:sz w:val="22"/>
        </w:rPr>
        <w:t>It's a power thing isn't it</w:t>
      </w:r>
    </w:p>
    <w:p>
      <w:pPr>
        <w:spacing w:after="0"/>
      </w:pPr>
    </w:p>
    <w:p>
      <w:pPr>
        <w:spacing w:after="0"/>
      </w:pPr>
      <w:r>
        <w:rPr>
          <w:rFonts w:ascii="Arial" w:hAnsi="Arial"/>
          <w:b/>
          <w:sz w:val="22"/>
        </w:rPr>
        <w:t xml:space="preserve">Lucy  </w:t>
      </w:r>
      <w:r>
        <w:rPr>
          <w:rFonts w:ascii="Arial" w:hAnsi="Arial"/>
          <w:color w:val="5D7284"/>
          <w:sz w:val="22"/>
        </w:rPr>
        <w:t>53:32</w:t>
      </w:r>
    </w:p>
    <w:p>
      <w:pPr>
        <w:spacing w:after="0"/>
      </w:pPr>
      <w:r>
        <w:rPr>
          <w:rFonts w:ascii="Arial" w:hAnsi="Arial"/>
          <w:sz w:val="22"/>
        </w:rPr>
        <w:t>I tell you where else is, is, I find personally, rifle ableism. And that is online dating. online dating. I haven't I haven't done it for years, because it's just it's just soul destroying. Yeah. And I won't ever do it again ever. But, the amount of times I got asked the question. What's wrong with you? Yeah, so I did go down the regular spiel of this nothing wrong with me. You know I've got cerebral palsy, but it doesn't stop me doing things that I want to do or living life. So you get you kind of get over that initial What's wrong with you question, and then, you know, convert. chitchat will then continue for a while. And then after about 15,20 minutes, they start with the disability questions again. Yeah. And it's so Can Can Can you have sex? Can you feel your legs? Have you not thought about suing the hospital where you were born? and you think...</w:t>
      </w:r>
    </w:p>
    <w:p>
      <w:pPr>
        <w:spacing w:after="0"/>
      </w:pPr>
    </w:p>
    <w:p>
      <w:pPr>
        <w:spacing w:after="0"/>
      </w:pPr>
      <w:r>
        <w:rPr>
          <w:rFonts w:ascii="Arial" w:hAnsi="Arial"/>
          <w:b/>
          <w:sz w:val="22"/>
        </w:rPr>
        <w:t xml:space="preserve">Alice  </w:t>
      </w:r>
      <w:r>
        <w:rPr>
          <w:rFonts w:ascii="Arial" w:hAnsi="Arial"/>
          <w:color w:val="5D7284"/>
          <w:sz w:val="22"/>
        </w:rPr>
        <w:t>54:40</w:t>
      </w:r>
    </w:p>
    <w:p>
      <w:pPr>
        <w:spacing w:after="0"/>
      </w:pPr>
      <w:r>
        <w:rPr>
          <w:rFonts w:ascii="Arial" w:hAnsi="Arial"/>
          <w:sz w:val="22"/>
        </w:rPr>
        <w:t xml:space="preserve">Isn't your CP because you were premature. </w:t>
      </w:r>
    </w:p>
    <w:p>
      <w:pPr>
        <w:spacing w:after="0"/>
      </w:pPr>
    </w:p>
    <w:p>
      <w:pPr>
        <w:spacing w:after="0"/>
      </w:pPr>
      <w:r>
        <w:rPr>
          <w:rFonts w:ascii="Arial" w:hAnsi="Arial"/>
          <w:b/>
          <w:sz w:val="22"/>
        </w:rPr>
        <w:t xml:space="preserve">Lucy  </w:t>
      </w:r>
      <w:r>
        <w:rPr>
          <w:rFonts w:ascii="Arial" w:hAnsi="Arial"/>
          <w:color w:val="5D7284"/>
          <w:sz w:val="22"/>
        </w:rPr>
        <w:t>54:42</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54:43</w:t>
      </w:r>
    </w:p>
    <w:p>
      <w:pPr>
        <w:spacing w:after="0"/>
      </w:pPr>
      <w:r>
        <w:rPr>
          <w:rFonts w:ascii="Arial" w:hAnsi="Arial"/>
          <w:sz w:val="22"/>
        </w:rPr>
        <w:t>So you should be suing your mum then?</w:t>
      </w:r>
    </w:p>
    <w:p>
      <w:pPr>
        <w:spacing w:after="0"/>
      </w:pPr>
    </w:p>
    <w:p>
      <w:pPr>
        <w:spacing w:after="0"/>
      </w:pPr>
      <w:r>
        <w:rPr>
          <w:rFonts w:ascii="Arial" w:hAnsi="Arial"/>
          <w:b/>
          <w:sz w:val="22"/>
        </w:rPr>
        <w:t xml:space="preserve">Lucy  </w:t>
      </w:r>
      <w:r>
        <w:rPr>
          <w:rFonts w:ascii="Arial" w:hAnsi="Arial"/>
          <w:color w:val="5D7284"/>
          <w:sz w:val="22"/>
        </w:rPr>
        <w:t>54:45</w:t>
      </w:r>
    </w:p>
    <w:p>
      <w:pPr>
        <w:spacing w:after="0"/>
      </w:pPr>
      <w:r>
        <w:rPr>
          <w:rFonts w:ascii="Arial" w:hAnsi="Arial"/>
          <w:sz w:val="22"/>
        </w:rPr>
        <w:t>lack of oxygen to my brain. Now, as far as as far as I'm concerned that what happened to me is nobody else nobody else's fault. My mum's not, I know my mom, occasionally she struggles with it. You know, she said, If I would have been able to grow you properly, it wouldn't have happened and i say mum that's ridiculous</w:t>
      </w:r>
    </w:p>
    <w:p>
      <w:pPr>
        <w:spacing w:after="0"/>
      </w:pPr>
    </w:p>
    <w:p>
      <w:pPr>
        <w:spacing w:after="0"/>
      </w:pPr>
      <w:r>
        <w:rPr>
          <w:rFonts w:ascii="Arial" w:hAnsi="Arial"/>
          <w:b/>
          <w:sz w:val="22"/>
        </w:rPr>
        <w:t xml:space="preserve">Alice  </w:t>
      </w:r>
      <w:r>
        <w:rPr>
          <w:rFonts w:ascii="Arial" w:hAnsi="Arial"/>
          <w:color w:val="5D7284"/>
          <w:sz w:val="22"/>
        </w:rPr>
        <w:t>55:06</w:t>
      </w:r>
    </w:p>
    <w:p>
      <w:pPr>
        <w:spacing w:after="0"/>
      </w:pPr>
      <w:r>
        <w:rPr>
          <w:rFonts w:ascii="Arial" w:hAnsi="Arial"/>
          <w:sz w:val="22"/>
        </w:rPr>
        <w:t>Yeah, it's just one of those things</w:t>
      </w:r>
    </w:p>
    <w:p>
      <w:pPr>
        <w:spacing w:after="0"/>
      </w:pPr>
    </w:p>
    <w:p>
      <w:pPr>
        <w:spacing w:after="0"/>
      </w:pPr>
      <w:r>
        <w:rPr>
          <w:rFonts w:ascii="Arial" w:hAnsi="Arial"/>
          <w:b/>
          <w:sz w:val="22"/>
        </w:rPr>
        <w:t xml:space="preserve">Lucy  </w:t>
      </w:r>
      <w:r>
        <w:rPr>
          <w:rFonts w:ascii="Arial" w:hAnsi="Arial"/>
          <w:color w:val="5D7284"/>
          <w:sz w:val="22"/>
        </w:rPr>
        <w:t>55:09</w:t>
      </w:r>
    </w:p>
    <w:p>
      <w:pPr>
        <w:spacing w:after="0"/>
      </w:pPr>
      <w:r>
        <w:rPr>
          <w:rFonts w:ascii="Arial" w:hAnsi="Arial"/>
          <w:sz w:val="22"/>
        </w:rPr>
        <w:t>where you can just say, and I can see the mindset of that ableist arsehole. I'm talking to go in, oh, well, if she's disabled, she might have some money because she should have a payout from the hospital that did that to her.</w:t>
      </w:r>
    </w:p>
    <w:p>
      <w:pPr>
        <w:spacing w:after="0"/>
      </w:pPr>
    </w:p>
    <w:p>
      <w:pPr>
        <w:spacing w:after="0"/>
      </w:pPr>
      <w:r>
        <w:rPr>
          <w:rFonts w:ascii="Arial" w:hAnsi="Arial"/>
          <w:b/>
          <w:sz w:val="22"/>
        </w:rPr>
        <w:t xml:space="preserve">Gem Turner  </w:t>
      </w:r>
      <w:r>
        <w:rPr>
          <w:rFonts w:ascii="Arial" w:hAnsi="Arial"/>
          <w:color w:val="5D7284"/>
          <w:sz w:val="22"/>
        </w:rPr>
        <w:t>55:22</w:t>
      </w:r>
    </w:p>
    <w:p>
      <w:pPr>
        <w:spacing w:after="0"/>
      </w:pPr>
      <w:r>
        <w:rPr>
          <w:rFonts w:ascii="Arial" w:hAnsi="Arial"/>
          <w:sz w:val="22"/>
        </w:rPr>
        <w:t>Imagine thinking that, I just I don't understand. I know there are people out there that think it but i just don't get it.</w:t>
      </w:r>
    </w:p>
    <w:p>
      <w:pPr>
        <w:spacing w:after="0"/>
      </w:pPr>
    </w:p>
    <w:p>
      <w:pPr>
        <w:spacing w:after="0"/>
      </w:pPr>
      <w:r>
        <w:rPr>
          <w:rFonts w:ascii="Arial" w:hAnsi="Arial"/>
          <w:b/>
          <w:sz w:val="22"/>
        </w:rPr>
        <w:t xml:space="preserve">Lucy  </w:t>
      </w:r>
      <w:r>
        <w:rPr>
          <w:rFonts w:ascii="Arial" w:hAnsi="Arial"/>
          <w:color w:val="5D7284"/>
          <w:sz w:val="22"/>
        </w:rPr>
        <w:t>55:31</w:t>
      </w:r>
    </w:p>
    <w:p>
      <w:pPr>
        <w:spacing w:after="0"/>
      </w:pPr>
      <w:r>
        <w:rPr>
          <w:rFonts w:ascii="Arial" w:hAnsi="Arial"/>
          <w:sz w:val="22"/>
        </w:rPr>
        <w:t>I just got exhausted with it. I just thought, it's not I can't do it. Because as soon as you eat, you either mention your disability and they disappear. Or you mentioned the disability, and then you get creeps and weirdos going. Yeah, but can you can you still can you still like? Can you feel everything? Yeah,</w:t>
      </w:r>
    </w:p>
    <w:p>
      <w:pPr>
        <w:spacing w:after="0"/>
      </w:pPr>
    </w:p>
    <w:p>
      <w:pPr>
        <w:spacing w:after="0"/>
      </w:pPr>
      <w:r>
        <w:rPr>
          <w:rFonts w:ascii="Arial" w:hAnsi="Arial"/>
          <w:b/>
          <w:sz w:val="22"/>
        </w:rPr>
        <w:t xml:space="preserve">Gem Turner  </w:t>
      </w:r>
      <w:r>
        <w:rPr>
          <w:rFonts w:ascii="Arial" w:hAnsi="Arial"/>
          <w:color w:val="5D7284"/>
          <w:sz w:val="22"/>
        </w:rPr>
        <w:t>55:51</w:t>
      </w:r>
    </w:p>
    <w:p>
      <w:pPr>
        <w:spacing w:after="0"/>
      </w:pPr>
      <w:r>
        <w:rPr>
          <w:rFonts w:ascii="Arial" w:hAnsi="Arial"/>
          <w:sz w:val="22"/>
        </w:rPr>
        <w:t>it's Yeah.</w:t>
      </w:r>
    </w:p>
    <w:p>
      <w:pPr>
        <w:spacing w:after="0"/>
      </w:pPr>
    </w:p>
    <w:p>
      <w:pPr>
        <w:spacing w:after="0"/>
      </w:pPr>
      <w:r>
        <w:rPr>
          <w:rFonts w:ascii="Arial" w:hAnsi="Arial"/>
          <w:b/>
          <w:sz w:val="22"/>
        </w:rPr>
        <w:t xml:space="preserve">Alice  </w:t>
      </w:r>
      <w:r>
        <w:rPr>
          <w:rFonts w:ascii="Arial" w:hAnsi="Arial"/>
          <w:color w:val="5D7284"/>
          <w:sz w:val="22"/>
        </w:rPr>
        <w:t>55:52</w:t>
      </w:r>
    </w:p>
    <w:p>
      <w:pPr>
        <w:spacing w:after="0"/>
      </w:pPr>
      <w:r>
        <w:rPr>
          <w:rFonts w:ascii="Arial" w:hAnsi="Arial"/>
          <w:sz w:val="22"/>
        </w:rPr>
        <w:t>Because the thing that they're immediately thinking about is their dick</w:t>
      </w:r>
    </w:p>
    <w:p>
      <w:pPr>
        <w:spacing w:after="0"/>
      </w:pPr>
    </w:p>
    <w:p>
      <w:pPr>
        <w:spacing w:after="0"/>
      </w:pPr>
      <w:r>
        <w:rPr>
          <w:rFonts w:ascii="Arial" w:hAnsi="Arial"/>
          <w:b/>
          <w:sz w:val="22"/>
        </w:rPr>
        <w:t xml:space="preserve">Gem Turner  </w:t>
      </w:r>
      <w:r>
        <w:rPr>
          <w:rFonts w:ascii="Arial" w:hAnsi="Arial"/>
          <w:color w:val="5D7284"/>
          <w:sz w:val="22"/>
        </w:rPr>
        <w:t>55:58</w:t>
      </w:r>
    </w:p>
    <w:p>
      <w:pPr>
        <w:spacing w:after="0"/>
      </w:pPr>
      <w:r>
        <w:rPr>
          <w:rFonts w:ascii="Arial" w:hAnsi="Arial"/>
          <w:sz w:val="22"/>
        </w:rPr>
        <w:t>is full their own gains, like it's, I've stopped because it's just soul destroying. I just feel out like you says Yeah, people do say are is a really good way to filter, you know, the people that you really don't want to go out with? And it's like, Yeah, but I don't want to see that every day. You know, I don't want to be reminded every day. And I haven't got the energy for it. So I'm just ready to get the hell out there.</w:t>
      </w:r>
    </w:p>
    <w:p>
      <w:pPr>
        <w:spacing w:after="0"/>
      </w:pPr>
    </w:p>
    <w:p>
      <w:pPr>
        <w:spacing w:after="0"/>
      </w:pPr>
      <w:r>
        <w:rPr>
          <w:rFonts w:ascii="Arial" w:hAnsi="Arial"/>
          <w:b/>
          <w:sz w:val="22"/>
        </w:rPr>
        <w:t xml:space="preserve">Alice  </w:t>
      </w:r>
      <w:r>
        <w:rPr>
          <w:rFonts w:ascii="Arial" w:hAnsi="Arial"/>
          <w:color w:val="5D7284"/>
          <w:sz w:val="22"/>
        </w:rPr>
        <w:t>56:27</w:t>
      </w:r>
    </w:p>
    <w:p>
      <w:pPr>
        <w:spacing w:after="0"/>
      </w:pPr>
      <w:r>
        <w:rPr>
          <w:rFonts w:ascii="Arial" w:hAnsi="Arial"/>
          <w:sz w:val="22"/>
        </w:rPr>
        <w:t>So what would you go say for the people out there listening? Who want to combat ableism? Who Wants to Be good allies? What would you you your advice be to them? When they if you see ableism? out in the real world in your life? What? You know, what? What would be your piece of advice to those people?</w:t>
      </w:r>
    </w:p>
    <w:p>
      <w:pPr>
        <w:spacing w:after="0"/>
      </w:pPr>
    </w:p>
    <w:p>
      <w:pPr>
        <w:spacing w:after="0"/>
      </w:pPr>
      <w:r>
        <w:rPr>
          <w:rFonts w:ascii="Arial" w:hAnsi="Arial"/>
          <w:b/>
          <w:sz w:val="22"/>
        </w:rPr>
        <w:t xml:space="preserve">Gem Turner  </w:t>
      </w:r>
      <w:r>
        <w:rPr>
          <w:rFonts w:ascii="Arial" w:hAnsi="Arial"/>
          <w:color w:val="5D7284"/>
          <w:sz w:val="22"/>
        </w:rPr>
        <w:t>56:47</w:t>
      </w:r>
    </w:p>
    <w:p>
      <w:pPr>
        <w:spacing w:after="0"/>
      </w:pPr>
      <w:r>
        <w:rPr>
          <w:rFonts w:ascii="Arial" w:hAnsi="Arial"/>
          <w:sz w:val="22"/>
        </w:rPr>
        <w:t>That's a good question. I think one thing for me will be the really default reaction is to defend the non disabled person. That's, that's the first thing that people do. And I would say, if you want to be an ally, you know, pause, check, check how you're feeling. And if you favour and the non disabled person think why, you know, think, actually, what is it like for the disabled person, you know, if somebody can't get into a building, but you know, it's an old building, it's really hard to make changes, you know, well, what if there are ways to change it, you know, people always try and save the non disabled view, because that's all they know. So yeah, challenging defensiveness? I would say</w:t>
      </w:r>
    </w:p>
    <w:p>
      <w:pPr>
        <w:spacing w:after="0"/>
      </w:pPr>
    </w:p>
    <w:p>
      <w:pPr>
        <w:spacing w:after="0"/>
      </w:pPr>
      <w:r>
        <w:rPr>
          <w:rFonts w:ascii="Arial" w:hAnsi="Arial"/>
          <w:b/>
          <w:sz w:val="22"/>
        </w:rPr>
        <w:t xml:space="preserve">Lucy  </w:t>
      </w:r>
      <w:r>
        <w:rPr>
          <w:rFonts w:ascii="Arial" w:hAnsi="Arial"/>
          <w:color w:val="5D7284"/>
          <w:sz w:val="22"/>
        </w:rPr>
        <w:t>57:35</w:t>
      </w:r>
    </w:p>
    <w:p>
      <w:pPr>
        <w:spacing w:after="0"/>
      </w:pPr>
      <w:r>
        <w:rPr>
          <w:rFonts w:ascii="Arial" w:hAnsi="Arial"/>
          <w:sz w:val="22"/>
        </w:rPr>
        <w:t>And I would say as well, you know, there are lots of resources now and on social media and things like that, that go into the use of language. Like Gem did earlier, Gem, you said the word stupid and corrected yourself and said, ridiculous. This is something I am still learning to do. And I was still I was at work the other day. And I said, I don't want anybody going into a blind panic. Or, they're tone deaf, those kinds of phrases. Yeah, but actually are quite deep rooted in, in ableist attitudes and language? Well, there are there's been a lot of work by people that I follow. I mean, I follow you Gem online. There's been a lot of people like, with yourselves, who've gone You know, instead of saying this, say this instead.  I mean, we are I'm constantly like, should I say that? I'm constantly check myself. Yeah, right. Yeah. And it is getting better because of the job that I am now in I am more aware of what I am saying makes it sound like I just run my mouth off all the time. Yes, of course, there are going to be times where I want to slip out, but I think it's making a conscious effort to try and not say things like, Oh, you're so stupid or that kind of thing.</w:t>
      </w:r>
    </w:p>
    <w:p>
      <w:pPr>
        <w:spacing w:after="0"/>
      </w:pPr>
    </w:p>
    <w:p>
      <w:pPr>
        <w:spacing w:after="0"/>
      </w:pPr>
      <w:r>
        <w:rPr>
          <w:rFonts w:ascii="Arial" w:hAnsi="Arial"/>
          <w:b/>
          <w:sz w:val="22"/>
        </w:rPr>
        <w:t xml:space="preserve">Alice  </w:t>
      </w:r>
      <w:r>
        <w:rPr>
          <w:rFonts w:ascii="Arial" w:hAnsi="Arial"/>
          <w:color w:val="5D7284"/>
          <w:sz w:val="22"/>
        </w:rPr>
        <w:t>59:03</w:t>
      </w:r>
    </w:p>
    <w:p>
      <w:pPr>
        <w:spacing w:after="0"/>
      </w:pPr>
      <w:r>
        <w:rPr>
          <w:rFonts w:ascii="Arial" w:hAnsi="Arial"/>
          <w:sz w:val="22"/>
        </w:rPr>
        <w:t>That's really interesting, because the the couple of phrases that you threw out there about a blind panic or tone deaf wouldn't would not have occurred to me. Yeah. And wouldn't have like, I don't think I'd find a blind panic offensive. But I think the point that, you know, one of the things that Gemma said is it's about stopping and kind of checking in and thinking about other people's perspective. Yes. You might not find that phrase offensive. But what if the person you're talking to what if somebody listening, what if somebody walking past you in the street, hears that phrase, and that phrase for them is really triggering and really upsetting. Like that's, that's where it's kind of got got to come from the thing that I am. I'm trying to use less gendered language. So I was very were listening to one of our history lessons about Horatio Nelson, where we were very come at me bitch and looking back at it. Actually, you know what bitch is a really horrible derogatory term for women. And I, personally, I think, you know, these are, these are all things that we need to try and across the board, think about our language. The other thing I'm trying really hard not to do is go that's mad, isn't it? Because I work with a lot of people with mental health issues. And again, that's a really nasty term for somebody for the experience of someone who has absolutely no control over their mental health. Yeah,</w:t>
      </w:r>
    </w:p>
    <w:p>
      <w:pPr>
        <w:spacing w:after="0"/>
      </w:pPr>
    </w:p>
    <w:p>
      <w:pPr>
        <w:spacing w:after="0"/>
      </w:pPr>
      <w:r>
        <w:rPr>
          <w:rFonts w:ascii="Arial" w:hAnsi="Arial"/>
          <w:b/>
          <w:sz w:val="22"/>
        </w:rPr>
        <w:t xml:space="preserve">Lucy  </w:t>
      </w:r>
      <w:r>
        <w:rPr>
          <w:rFonts w:ascii="Arial" w:hAnsi="Arial"/>
          <w:color w:val="5D7284"/>
          <w:sz w:val="22"/>
        </w:rPr>
        <w:t>1:00:44</w:t>
      </w:r>
    </w:p>
    <w:p>
      <w:pPr>
        <w:spacing w:after="0"/>
      </w:pPr>
      <w:r>
        <w:rPr>
          <w:rFonts w:ascii="Arial" w:hAnsi="Arial"/>
          <w:sz w:val="22"/>
        </w:rPr>
        <w:t>so like, I've started using it or tried to use a word. You know, like, if somebody asked me how busy work is, and it's very busy, and so i say, It's  mental I'll say, Its crackers, you know, because he's still you still get the same sense of she's really, really busy by you. You're supplementing Mad and mental with crack crackers is not offensive to anybody.</w:t>
      </w:r>
    </w:p>
    <w:p>
      <w:pPr>
        <w:spacing w:after="0"/>
      </w:pPr>
    </w:p>
    <w:p>
      <w:pPr>
        <w:spacing w:after="0"/>
      </w:pPr>
      <w:r>
        <w:rPr>
          <w:rFonts w:ascii="Arial" w:hAnsi="Arial"/>
          <w:b/>
          <w:sz w:val="22"/>
        </w:rPr>
        <w:t xml:space="preserve">Alice  </w:t>
      </w:r>
      <w:r>
        <w:rPr>
          <w:rFonts w:ascii="Arial" w:hAnsi="Arial"/>
          <w:color w:val="5D7284"/>
          <w:sz w:val="22"/>
        </w:rPr>
        <w:t>1:01:10</w:t>
      </w:r>
    </w:p>
    <w:p>
      <w:pPr>
        <w:spacing w:after="0"/>
      </w:pPr>
      <w:r>
        <w:rPr>
          <w:rFonts w:ascii="Arial" w:hAnsi="Arial"/>
          <w:sz w:val="22"/>
        </w:rPr>
        <w:t>I used, I said, work is mental at the top of this very episode. So it is also, you know, a search for some miles away from our microphone. Is is, is Some Like It takes takes practice and work to feel that into your vocabulary and your understanding. Yeah. But that is how it's doing little things like that. That is a big part of how that real institutional deeply ingrained ableism gets broken is because you just start spotting the everyday things and doing small things to change it. Yeah.</w:t>
      </w:r>
    </w:p>
    <w:p>
      <w:pPr>
        <w:spacing w:after="0"/>
      </w:pPr>
    </w:p>
    <w:p>
      <w:pPr>
        <w:spacing w:after="0"/>
      </w:pPr>
      <w:r>
        <w:rPr>
          <w:rFonts w:ascii="Arial" w:hAnsi="Arial"/>
          <w:b/>
          <w:sz w:val="22"/>
        </w:rPr>
        <w:t xml:space="preserve">Lucy  </w:t>
      </w:r>
      <w:r>
        <w:rPr>
          <w:rFonts w:ascii="Arial" w:hAnsi="Arial"/>
          <w:color w:val="5D7284"/>
          <w:sz w:val="22"/>
        </w:rPr>
        <w:t>1:01:57</w:t>
      </w:r>
    </w:p>
    <w:p>
      <w:pPr>
        <w:spacing w:after="0"/>
      </w:pPr>
      <w:r>
        <w:rPr>
          <w:rFonts w:ascii="Arial" w:hAnsi="Arial"/>
          <w:sz w:val="22"/>
        </w:rPr>
        <w:t>Another example of languages I used to this is going to sound awful. And I apologise now. But I use my hands, occasionally my cerebral palsy in my hands, seemed really bad compared to other days, I can pick up, pick up a cup of tea, and spill half of it all over me. I can not hold a pen, my hands, my hands feel like five minutes behind my brain. They just don't want to just sit there like, I used to call it spaz hands. Because to me, that's what it was. But I realise I'm doing myself a disservice to try these hands are trying. They're like claws, but they are trying. So now I call them ham hands because it's like, I've got two hands on the end of my arms that just go. No, we're not working today. Yeah. So it's stuff like that, isn't it?</w:t>
      </w:r>
    </w:p>
    <w:p>
      <w:pPr>
        <w:spacing w:after="0"/>
      </w:pPr>
    </w:p>
    <w:p>
      <w:pPr>
        <w:spacing w:after="0"/>
      </w:pPr>
      <w:r>
        <w:rPr>
          <w:rFonts w:ascii="Arial" w:hAnsi="Arial"/>
          <w:b/>
          <w:sz w:val="22"/>
        </w:rPr>
        <w:t xml:space="preserve">Alice  </w:t>
      </w:r>
      <w:r>
        <w:rPr>
          <w:rFonts w:ascii="Arial" w:hAnsi="Arial"/>
          <w:color w:val="5D7284"/>
          <w:sz w:val="22"/>
        </w:rPr>
        <w:t>1:02:47</w:t>
      </w:r>
    </w:p>
    <w:p>
      <w:pPr>
        <w:spacing w:after="0"/>
      </w:pPr>
      <w:r>
        <w:rPr>
          <w:rFonts w:ascii="Arial" w:hAnsi="Arial"/>
          <w:sz w:val="22"/>
        </w:rPr>
        <w:t>I think again, that comes back to one of the other things that we've talked about before about self identification. I think there's a lot of people that use those kinds of phrases as a bit of a shield. Yeah, you know, if I call myself a cripple, if I call myself a spaz, then I've done it first. Nobody else could, you know, yeah, it doesn't hurt then if other people say it. Yeah. And that's, that's a reflection of that internalised ableism and I'm not saying you know, if that's how you choose to self identify, then fine, that's entirely up to you. But personally, I feel like using that kind of self identification, it reinforces that</w:t>
      </w:r>
    </w:p>
    <w:p>
      <w:pPr>
        <w:spacing w:after="0"/>
      </w:pPr>
    </w:p>
    <w:p>
      <w:pPr>
        <w:spacing w:after="0"/>
      </w:pPr>
      <w:r>
        <w:rPr>
          <w:rFonts w:ascii="Arial" w:hAnsi="Arial"/>
          <w:b/>
          <w:sz w:val="22"/>
        </w:rPr>
        <w:t xml:space="preserve">Lucy  </w:t>
      </w:r>
      <w:r>
        <w:rPr>
          <w:rFonts w:ascii="Arial" w:hAnsi="Arial"/>
          <w:color w:val="5D7284"/>
          <w:sz w:val="22"/>
        </w:rPr>
        <w:t>1:03:34</w:t>
      </w:r>
    </w:p>
    <w:p>
      <w:pPr>
        <w:spacing w:after="0"/>
      </w:pPr>
      <w:r>
        <w:rPr>
          <w:rFonts w:ascii="Arial" w:hAnsi="Arial"/>
          <w:sz w:val="22"/>
        </w:rPr>
        <w:t>And I think as well, this whole, you know, have been disabled and being positive as well. You know, there are days where I'm, you know, I'm very i like to be in nneutral with it. Like, it was I am, I like to be positive about disability in the fact that it doesn't stop me. I'm not going to deny the fact that it makes everything difficult. And the week last weekend, in particular, I had about two or three days where I thought, I don't want I don't want this disability anymore. Can we can we take it off and try another jacket on please? Because this, just everything. My hands were really bad. I got brain fog, which I've still got this week, as Alice will tell you, because my brain just goes no, I don't know what you're talking about. I just think oh, this is this is bad. I don't want this anymore. So is that internal? Cuz I never really understand what I know. ableism is, but I'm very bad at identifying what is internalised ableism</w:t>
      </w:r>
    </w:p>
    <w:p>
      <w:pPr>
        <w:spacing w:after="0"/>
      </w:pPr>
    </w:p>
    <w:p>
      <w:pPr>
        <w:spacing w:after="0"/>
      </w:pPr>
      <w:r>
        <w:rPr>
          <w:rFonts w:ascii="Arial" w:hAnsi="Arial"/>
          <w:b/>
          <w:sz w:val="22"/>
        </w:rPr>
        <w:t xml:space="preserve">Gem Turner  </w:t>
      </w:r>
      <w:r>
        <w:rPr>
          <w:rFonts w:ascii="Arial" w:hAnsi="Arial"/>
          <w:color w:val="5D7284"/>
          <w:sz w:val="22"/>
        </w:rPr>
        <w:t>1:04:50</w:t>
      </w:r>
    </w:p>
    <w:p>
      <w:pPr>
        <w:spacing w:after="0"/>
      </w:pPr>
      <w:r>
        <w:rPr>
          <w:rFonts w:ascii="Arial" w:hAnsi="Arial"/>
          <w:sz w:val="22"/>
        </w:rPr>
        <w:t>No, I feel like that's not but I'm not sure what all these things but to me more internalised ableism is Oh, I'm not good enough, because of this, you know, I mean, we can still recognise pain and fatigue. And, you know, you can be like, oh god, this sucks. I don't know, like, to me that's not internalised ableism but Alice what do you think?</w:t>
      </w:r>
    </w:p>
    <w:p>
      <w:pPr>
        <w:spacing w:after="0"/>
      </w:pPr>
    </w:p>
    <w:p>
      <w:pPr>
        <w:spacing w:after="0"/>
      </w:pPr>
      <w:r>
        <w:rPr>
          <w:rFonts w:ascii="Arial" w:hAnsi="Arial"/>
          <w:b/>
          <w:sz w:val="22"/>
        </w:rPr>
        <w:t xml:space="preserve">Alice  </w:t>
      </w:r>
      <w:r>
        <w:rPr>
          <w:rFonts w:ascii="Arial" w:hAnsi="Arial"/>
          <w:color w:val="5D7284"/>
          <w:sz w:val="22"/>
        </w:rPr>
        <w:t>1:05:15</w:t>
      </w:r>
    </w:p>
    <w:p>
      <w:pPr>
        <w:spacing w:after="0"/>
      </w:pPr>
      <w:r>
        <w:rPr>
          <w:rFonts w:ascii="Arial" w:hAnsi="Arial"/>
          <w:sz w:val="22"/>
        </w:rPr>
        <w:t>But that's, that's one of the things that makes disability really a lot more complex when compared to a lot of other minorities. So, you know, when I was talking about self identification, obviously, you know, for the LGBTQ community, phrases, like queer, have very much been reclaimed, and are a positive thing. And, you know, so there should be elements of the disabled community where we can reclaim some of these words that have previously been, and there are, you know, there's definitely movements within the disabled community to reclaim those kinds of words. For me, I think because of the complexities of like, if you if you said to me, You can I'll take your disability away now. That's it forever. It's gone. I, I would sell you my firstborn. Not that I have kids, I hope the adoption social worker isn't listening</w:t>
      </w:r>
    </w:p>
    <w:p>
      <w:pPr>
        <w:spacing w:after="0"/>
      </w:pPr>
    </w:p>
    <w:p>
      <w:pPr>
        <w:spacing w:after="0"/>
      </w:pPr>
      <w:r>
        <w:rPr>
          <w:rFonts w:ascii="Arial" w:hAnsi="Arial"/>
          <w:b/>
          <w:sz w:val="22"/>
        </w:rPr>
        <w:t xml:space="preserve">Lucy  </w:t>
      </w:r>
      <w:r>
        <w:rPr>
          <w:rFonts w:ascii="Arial" w:hAnsi="Arial"/>
          <w:color w:val="5D7284"/>
          <w:sz w:val="22"/>
        </w:rPr>
        <w:t>1:06:24</w:t>
      </w:r>
    </w:p>
    <w:p>
      <w:pPr>
        <w:spacing w:after="0"/>
      </w:pPr>
      <w:r>
        <w:rPr>
          <w:rFonts w:ascii="Arial" w:hAnsi="Arial"/>
          <w:sz w:val="22"/>
        </w:rPr>
        <w:t>next one,</w:t>
      </w:r>
    </w:p>
    <w:p>
      <w:pPr>
        <w:spacing w:after="0"/>
      </w:pPr>
    </w:p>
    <w:p>
      <w:pPr>
        <w:spacing w:after="0"/>
      </w:pPr>
      <w:r>
        <w:rPr>
          <w:rFonts w:ascii="Arial" w:hAnsi="Arial"/>
          <w:b/>
          <w:sz w:val="22"/>
        </w:rPr>
        <w:t xml:space="preserve">Alice  </w:t>
      </w:r>
      <w:r>
        <w:rPr>
          <w:rFonts w:ascii="Arial" w:hAnsi="Arial"/>
          <w:color w:val="5D7284"/>
          <w:sz w:val="22"/>
        </w:rPr>
        <w:t>1:06:25</w:t>
      </w:r>
    </w:p>
    <w:p>
      <w:pPr>
        <w:spacing w:after="0"/>
      </w:pPr>
      <w:r>
        <w:rPr>
          <w:rFonts w:ascii="Arial" w:hAnsi="Arial"/>
          <w:sz w:val="22"/>
        </w:rPr>
        <w:t>I will, I will, I will sell you an organ that I'm not using very much.</w:t>
      </w:r>
    </w:p>
    <w:p>
      <w:pPr>
        <w:spacing w:after="0"/>
      </w:pPr>
    </w:p>
    <w:p>
      <w:pPr>
        <w:spacing w:after="0"/>
      </w:pPr>
      <w:r>
        <w:rPr>
          <w:rFonts w:ascii="Arial" w:hAnsi="Arial"/>
          <w:b/>
          <w:sz w:val="22"/>
        </w:rPr>
        <w:t xml:space="preserve">Lucy  </w:t>
      </w:r>
      <w:r>
        <w:rPr>
          <w:rFonts w:ascii="Arial" w:hAnsi="Arial"/>
          <w:color w:val="5D7284"/>
          <w:sz w:val="22"/>
        </w:rPr>
        <w:t>1:06:32</w:t>
      </w:r>
    </w:p>
    <w:p>
      <w:pPr>
        <w:spacing w:after="0"/>
      </w:pPr>
      <w:r>
        <w:rPr>
          <w:rFonts w:ascii="Arial" w:hAnsi="Arial"/>
          <w:sz w:val="22"/>
        </w:rPr>
        <w:t>rights to the podcast to somebody.</w:t>
      </w:r>
    </w:p>
    <w:p>
      <w:pPr>
        <w:spacing w:after="0"/>
      </w:pPr>
    </w:p>
    <w:p>
      <w:pPr>
        <w:spacing w:after="0"/>
      </w:pPr>
      <w:r>
        <w:rPr>
          <w:rFonts w:ascii="Arial" w:hAnsi="Arial"/>
          <w:b/>
          <w:sz w:val="22"/>
        </w:rPr>
        <w:t xml:space="preserve">Alice  </w:t>
      </w:r>
      <w:r>
        <w:rPr>
          <w:rFonts w:ascii="Arial" w:hAnsi="Arial"/>
          <w:color w:val="5D7284"/>
          <w:sz w:val="22"/>
        </w:rPr>
        <w:t>1:06:37</w:t>
      </w:r>
    </w:p>
    <w:p>
      <w:pPr>
        <w:spacing w:after="0"/>
      </w:pPr>
      <w:r>
        <w:rPr>
          <w:rFonts w:ascii="Arial" w:hAnsi="Arial"/>
          <w:sz w:val="22"/>
        </w:rPr>
        <w:t>Exactly, exactly. I would give up the podcast if it meant I didn't have my disability anymore.</w:t>
      </w:r>
    </w:p>
    <w:p>
      <w:pPr>
        <w:spacing w:after="0"/>
      </w:pPr>
    </w:p>
    <w:p>
      <w:pPr>
        <w:spacing w:after="0"/>
      </w:pPr>
      <w:r>
        <w:rPr>
          <w:rFonts w:ascii="Arial" w:hAnsi="Arial"/>
          <w:b/>
          <w:sz w:val="22"/>
        </w:rPr>
        <w:t xml:space="preserve">Lucy  </w:t>
      </w:r>
      <w:r>
        <w:rPr>
          <w:rFonts w:ascii="Arial" w:hAnsi="Arial"/>
          <w:color w:val="5D7284"/>
          <w:sz w:val="22"/>
        </w:rPr>
        <w:t>1:06:43</w:t>
      </w:r>
    </w:p>
    <w:p>
      <w:pPr>
        <w:spacing w:after="0"/>
      </w:pPr>
      <w:r>
        <w:rPr>
          <w:rFonts w:ascii="Arial" w:hAnsi="Arial"/>
          <w:sz w:val="22"/>
        </w:rPr>
        <w:t>And also to be fair, do you think we'd have much to talk about? for them to be like, Hi, welcome, back to the podcast, basically, we're all cured.</w:t>
      </w:r>
    </w:p>
    <w:p>
      <w:pPr>
        <w:spacing w:after="0"/>
      </w:pPr>
    </w:p>
    <w:p>
      <w:pPr>
        <w:spacing w:after="0"/>
      </w:pPr>
      <w:r>
        <w:rPr>
          <w:rFonts w:ascii="Arial" w:hAnsi="Arial"/>
          <w:b/>
          <w:sz w:val="22"/>
        </w:rPr>
        <w:t xml:space="preserve">Alice  </w:t>
      </w:r>
      <w:r>
        <w:rPr>
          <w:rFonts w:ascii="Arial" w:hAnsi="Arial"/>
          <w:color w:val="5D7284"/>
          <w:sz w:val="22"/>
        </w:rPr>
        <w:t>1:06:53</w:t>
      </w:r>
    </w:p>
    <w:p>
      <w:pPr>
        <w:spacing w:after="0"/>
      </w:pPr>
      <w:r>
        <w:rPr>
          <w:rFonts w:ascii="Arial" w:hAnsi="Arial"/>
          <w:sz w:val="22"/>
        </w:rPr>
        <w:t>I don't have a disability anymore. Ha ha ha ha. Sucks to be you guys.</w:t>
      </w:r>
    </w:p>
    <w:p>
      <w:pPr>
        <w:spacing w:after="0"/>
      </w:pPr>
    </w:p>
    <w:p>
      <w:pPr>
        <w:spacing w:after="0"/>
      </w:pPr>
      <w:r>
        <w:rPr>
          <w:rFonts w:ascii="Arial" w:hAnsi="Arial"/>
          <w:b/>
          <w:sz w:val="22"/>
        </w:rPr>
        <w:t xml:space="preserve">Lucy  </w:t>
      </w:r>
      <w:r>
        <w:rPr>
          <w:rFonts w:ascii="Arial" w:hAnsi="Arial"/>
          <w:color w:val="5D7284"/>
          <w:sz w:val="22"/>
        </w:rPr>
        <w:t>1:06:57</w:t>
      </w:r>
    </w:p>
    <w:p>
      <w:pPr>
        <w:spacing w:after="0"/>
      </w:pPr>
      <w:r>
        <w:rPr>
          <w:rFonts w:ascii="Arial" w:hAnsi="Arial"/>
          <w:sz w:val="22"/>
        </w:rPr>
        <w:t>Basically, Alice has been on the peppermint tea, and everything's fine. Yeah, yeah.</w:t>
      </w:r>
    </w:p>
    <w:p>
      <w:pPr>
        <w:spacing w:after="0"/>
      </w:pPr>
    </w:p>
    <w:p>
      <w:pPr>
        <w:spacing w:after="0"/>
      </w:pPr>
      <w:r>
        <w:rPr>
          <w:rFonts w:ascii="Arial" w:hAnsi="Arial"/>
          <w:b/>
          <w:sz w:val="22"/>
        </w:rPr>
        <w:t xml:space="preserve">Alice  </w:t>
      </w:r>
      <w:r>
        <w:rPr>
          <w:rFonts w:ascii="Arial" w:hAnsi="Arial"/>
          <w:color w:val="5D7284"/>
          <w:sz w:val="22"/>
        </w:rPr>
        <w:t>1:07:06</w:t>
      </w:r>
    </w:p>
    <w:p>
      <w:pPr>
        <w:spacing w:after="0"/>
      </w:pPr>
      <w:r>
        <w:rPr>
          <w:rFonts w:ascii="Arial" w:hAnsi="Arial"/>
          <w:sz w:val="22"/>
        </w:rPr>
        <w:t>So yeah, I think it's really important. I mean, ultimately, I don't know if I have the answer, really, to what is internalised ableism. What is ableism? What is living your truth? What is self identification? But I think ultimately, it's having these conversations, the really important thing? Yeah,</w:t>
      </w:r>
    </w:p>
    <w:p>
      <w:pPr>
        <w:spacing w:after="0"/>
      </w:pPr>
    </w:p>
    <w:p>
      <w:pPr>
        <w:spacing w:after="0"/>
      </w:pPr>
      <w:r>
        <w:rPr>
          <w:rFonts w:ascii="Arial" w:hAnsi="Arial"/>
          <w:b/>
          <w:sz w:val="22"/>
        </w:rPr>
        <w:t xml:space="preserve">Lucy  </w:t>
      </w:r>
      <w:r>
        <w:rPr>
          <w:rFonts w:ascii="Arial" w:hAnsi="Arial"/>
          <w:color w:val="5D7284"/>
          <w:sz w:val="22"/>
        </w:rPr>
        <w:t>1:07:26</w:t>
      </w:r>
    </w:p>
    <w:p>
      <w:pPr>
        <w:spacing w:after="0"/>
      </w:pPr>
      <w:r>
        <w:rPr>
          <w:rFonts w:ascii="Arial" w:hAnsi="Arial"/>
          <w:sz w:val="22"/>
        </w:rPr>
        <w:t>I mean, I know that I struggle with confidence sometimes, and particularly, particularly this week. And this is like, No, you're doing alright Luce its alright come on. Come on, it's fine, you're fine. Obviously, you're fine. It's just numbers. You don't like it, or I am, which is actually a snippet of the conversation we had earlier this week. So I, I think that I get very cross about the way my brain works and what sometimes embarrassed me. There was an incident at work this week that I felt I couldn't do a piece of work because my brain was just like, I don't understand I don't understand it. And the reason why I couldn't understand it was because my disability means I can't do numbers very well. I can do like creative stuff. And whereas numbers not Not a clue. Alice has to do all the numbers for the podcast because I'm like, no, no.</w:t>
      </w:r>
    </w:p>
    <w:p>
      <w:pPr>
        <w:spacing w:after="0"/>
      </w:pPr>
    </w:p>
    <w:p>
      <w:pPr>
        <w:spacing w:after="0"/>
      </w:pPr>
      <w:r>
        <w:rPr>
          <w:rFonts w:ascii="Arial" w:hAnsi="Arial"/>
          <w:b/>
          <w:sz w:val="22"/>
        </w:rPr>
        <w:t xml:space="preserve">Alice  </w:t>
      </w:r>
      <w:r>
        <w:rPr>
          <w:rFonts w:ascii="Arial" w:hAnsi="Arial"/>
          <w:color w:val="5D7284"/>
          <w:sz w:val="22"/>
        </w:rPr>
        <w:t>1:08:18</w:t>
      </w:r>
    </w:p>
    <w:p>
      <w:pPr>
        <w:spacing w:after="0"/>
      </w:pPr>
      <w:r>
        <w:rPr>
          <w:rFonts w:ascii="Arial" w:hAnsi="Arial"/>
          <w:sz w:val="22"/>
        </w:rPr>
        <w:t>I have told you that I don't actually have a maths GCSE haven't I</w:t>
      </w:r>
    </w:p>
    <w:p>
      <w:pPr>
        <w:spacing w:after="0"/>
      </w:pPr>
    </w:p>
    <w:p>
      <w:pPr>
        <w:spacing w:after="0"/>
      </w:pPr>
      <w:r>
        <w:rPr>
          <w:rFonts w:ascii="Arial" w:hAnsi="Arial"/>
          <w:b/>
          <w:sz w:val="22"/>
        </w:rPr>
        <w:t xml:space="preserve">Lucy  </w:t>
      </w:r>
      <w:r>
        <w:rPr>
          <w:rFonts w:ascii="Arial" w:hAnsi="Arial"/>
          <w:color w:val="5D7284"/>
          <w:sz w:val="22"/>
        </w:rPr>
        <w:t>1:08:25</w:t>
      </w:r>
    </w:p>
    <w:p>
      <w:pPr>
        <w:spacing w:after="0"/>
      </w:pPr>
      <w:r>
        <w:rPr>
          <w:rFonts w:ascii="Arial" w:hAnsi="Arial"/>
          <w:sz w:val="22"/>
        </w:rPr>
        <w:t>I've got a G and my maths GCSE, it's fine. So you think, you know, really, really bad? And that embarrassing? embarrasses me? That I know that that is internalised ableism, but I don't know how to stop it. I don't know how to stop feeling embarrassed by my brain go in. No, I don't know what you don't know what you mean. Because I pride myself of being able to understand people help and helping people understand me. So when I don't understand something, and it's because my brains going. No, well, I get them all embarrrassed. Yeah, but are you talking about even talking about it I'm feeling embarrassed</w:t>
      </w:r>
    </w:p>
    <w:p>
      <w:pPr>
        <w:spacing w:after="0"/>
      </w:pPr>
    </w:p>
    <w:p>
      <w:pPr>
        <w:spacing w:after="0"/>
      </w:pPr>
      <w:r>
        <w:rPr>
          <w:rFonts w:ascii="Arial" w:hAnsi="Arial"/>
          <w:b/>
          <w:sz w:val="22"/>
        </w:rPr>
        <w:t xml:space="preserve">Alice  </w:t>
      </w:r>
      <w:r>
        <w:rPr>
          <w:rFonts w:ascii="Arial" w:hAnsi="Arial"/>
          <w:color w:val="5D7284"/>
          <w:sz w:val="22"/>
        </w:rPr>
        <w:t>1:09:02</w:t>
      </w:r>
    </w:p>
    <w:p>
      <w:pPr>
        <w:spacing w:after="0"/>
      </w:pPr>
      <w:r>
        <w:rPr>
          <w:rFonts w:ascii="Arial" w:hAnsi="Arial"/>
          <w:sz w:val="22"/>
        </w:rPr>
        <w:t>about Yeah, I suppose the difference, I guess, between ableism or the thing to really, you have to have to combat ableism is that acceptance is going you know, you you get brain fog. Numbers are difficult because of your disability, you find it hard, that's frustrating, but you can't help it and it doesn't make you a bad person. And you know, although it might be frustrating and a little bit embarrassing there is these are the times where your disability is kind of a shield because you can go well you can't take the piss out of me because of that, because this is not something I can have any control over. Yeah. Yeah. And that's what it kind of comes back to it's, you know, you you cannot anybody who makes fun of me for not seeing something, is just a dick because like if I could see it, I would I would do it. I would see it. I would do I don't know dance all around it but i can't</w:t>
      </w:r>
    </w:p>
    <w:p>
      <w:pPr>
        <w:spacing w:after="0"/>
      </w:pPr>
    </w:p>
    <w:p>
      <w:pPr>
        <w:spacing w:after="0"/>
      </w:pPr>
      <w:r>
        <w:rPr>
          <w:rFonts w:ascii="Arial" w:hAnsi="Arial"/>
          <w:b/>
          <w:sz w:val="22"/>
        </w:rPr>
        <w:t xml:space="preserve">Lucy  </w:t>
      </w:r>
      <w:r>
        <w:rPr>
          <w:rFonts w:ascii="Arial" w:hAnsi="Arial"/>
          <w:color w:val="5D7284"/>
          <w:sz w:val="22"/>
        </w:rPr>
        <w:t>1:10:03</w:t>
      </w:r>
    </w:p>
    <w:p>
      <w:pPr>
        <w:spacing w:after="0"/>
      </w:pPr>
      <w:r>
        <w:rPr>
          <w:rFonts w:ascii="Arial" w:hAnsi="Arial"/>
          <w:sz w:val="22"/>
        </w:rPr>
        <w:t>we have production meetings that I got to share my screen on teams and i go can everybody see that? And Adam will go yep and Alice will go no. No, thank you Alice.</w:t>
      </w:r>
    </w:p>
    <w:p>
      <w:pPr>
        <w:spacing w:after="0"/>
      </w:pPr>
    </w:p>
    <w:p>
      <w:pPr>
        <w:spacing w:after="0"/>
      </w:pPr>
      <w:r>
        <w:rPr>
          <w:rFonts w:ascii="Arial" w:hAnsi="Arial"/>
          <w:b/>
          <w:sz w:val="22"/>
        </w:rPr>
        <w:t xml:space="preserve">Alice  </w:t>
      </w:r>
      <w:r>
        <w:rPr>
          <w:rFonts w:ascii="Arial" w:hAnsi="Arial"/>
          <w:color w:val="5D7284"/>
          <w:sz w:val="22"/>
        </w:rPr>
        <w:t>1:10:14</w:t>
      </w:r>
    </w:p>
    <w:p>
      <w:pPr>
        <w:spacing w:after="0"/>
      </w:pPr>
      <w:r>
        <w:rPr>
          <w:rFonts w:ascii="Arial" w:hAnsi="Arial"/>
          <w:sz w:val="22"/>
        </w:rPr>
        <w:t>I think that's really that's how we combat ableism ultimately, within ourselves and across society is just the recognition of that. If this is how you are, that's okay. But that you can be a person and have other things and do other things that are unrelated to an extend beyond the things that you are because of your disability. Yeah,</w:t>
      </w:r>
    </w:p>
    <w:p>
      <w:pPr>
        <w:spacing w:after="0"/>
      </w:pPr>
    </w:p>
    <w:p>
      <w:pPr>
        <w:spacing w:after="0"/>
      </w:pPr>
      <w:r>
        <w:rPr>
          <w:rFonts w:ascii="Arial" w:hAnsi="Arial"/>
          <w:b/>
          <w:sz w:val="22"/>
        </w:rPr>
        <w:t xml:space="preserve">Gem Turner  </w:t>
      </w:r>
      <w:r>
        <w:rPr>
          <w:rFonts w:ascii="Arial" w:hAnsi="Arial"/>
          <w:color w:val="5D7284"/>
          <w:sz w:val="22"/>
        </w:rPr>
        <w:t>1:10:41</w:t>
      </w:r>
    </w:p>
    <w:p>
      <w:pPr>
        <w:spacing w:after="0"/>
      </w:pPr>
      <w:r>
        <w:rPr>
          <w:rFonts w:ascii="Arial" w:hAnsi="Arial"/>
          <w:sz w:val="22"/>
        </w:rPr>
        <w:t>yeah, definitely. I'm like, Well, two things. One, some society is telling us that we have to be good at maths, when actually Who cares? Like who actually care? And I know you care and i'm not invalidating that. But genuinely, I don't care that you can't do maths, and you don't care that I can't walk. Like, you know what I mean, like, I think you're a great person, and I don't even care, that you don't do maths.</w:t>
      </w:r>
    </w:p>
    <w:p>
      <w:pPr>
        <w:spacing w:after="0"/>
      </w:pPr>
    </w:p>
    <w:p>
      <w:pPr>
        <w:spacing w:after="0"/>
      </w:pPr>
      <w:r>
        <w:rPr>
          <w:rFonts w:ascii="Arial" w:hAnsi="Arial"/>
          <w:b/>
          <w:sz w:val="22"/>
        </w:rPr>
        <w:t xml:space="preserve">Lucy  </w:t>
      </w:r>
      <w:r>
        <w:rPr>
          <w:rFonts w:ascii="Arial" w:hAnsi="Arial"/>
          <w:color w:val="5D7284"/>
          <w:sz w:val="22"/>
        </w:rPr>
        <w:t>1:11:08</w:t>
      </w:r>
    </w:p>
    <w:p>
      <w:pPr>
        <w:spacing w:after="0"/>
      </w:pPr>
      <w:r>
        <w:rPr>
          <w:rFonts w:ascii="Arial" w:hAnsi="Arial"/>
          <w:sz w:val="22"/>
        </w:rPr>
        <w:t>I've got a friend who knows his way around spreadsheets its fine i just send him everything</w:t>
      </w:r>
    </w:p>
    <w:p>
      <w:pPr>
        <w:spacing w:after="0"/>
      </w:pPr>
    </w:p>
    <w:p>
      <w:pPr>
        <w:spacing w:after="0"/>
      </w:pPr>
      <w:r>
        <w:rPr>
          <w:rFonts w:ascii="Arial" w:hAnsi="Arial"/>
          <w:b/>
          <w:sz w:val="22"/>
        </w:rPr>
        <w:t xml:space="preserve">Gem Turner  </w:t>
      </w:r>
      <w:r>
        <w:rPr>
          <w:rFonts w:ascii="Arial" w:hAnsi="Arial"/>
          <w:color w:val="5D7284"/>
          <w:sz w:val="22"/>
        </w:rPr>
        <w:t>1:11:13</w:t>
      </w:r>
    </w:p>
    <w:p>
      <w:pPr>
        <w:spacing w:after="0"/>
      </w:pPr>
      <w:r>
        <w:rPr>
          <w:rFonts w:ascii="Arial" w:hAnsi="Arial"/>
          <w:sz w:val="22"/>
        </w:rPr>
        <w:t>And then the second thing I do think, you know, I would not combat I was born to just deal with it is to share so like my internalised. ableism is how loud my chair is. Like, that's got nothing to do with me. But when I tell I'll do it for you. So wait, I wonder if the mic will bring it up. I'll do it again. *Gem's wheelchair beeps* That's what happens when I turn it on. So ever since I was a teenager doing that like the boys at school, will be like "ma ma" you know like that. It's that thing of, that's got nothing to do with me, but I would feel embarrassed. I'm walking around with metal thing that goes "ma ma", everywhere I go. Whereas now I'm trying to tell myself like so walk, like, walk it out, you know, but that's been internalised. ableism no one actually cares whether it makes a noise. It's just me</w:t>
      </w:r>
    </w:p>
    <w:p>
      <w:pPr>
        <w:spacing w:after="0"/>
      </w:pPr>
    </w:p>
    <w:p>
      <w:pPr>
        <w:spacing w:after="0"/>
      </w:pPr>
      <w:r>
        <w:rPr>
          <w:rFonts w:ascii="Arial" w:hAnsi="Arial"/>
          <w:b/>
          <w:sz w:val="22"/>
        </w:rPr>
        <w:t xml:space="preserve">Lucy  </w:t>
      </w:r>
      <w:r>
        <w:rPr>
          <w:rFonts w:ascii="Arial" w:hAnsi="Arial"/>
          <w:color w:val="5D7284"/>
          <w:sz w:val="22"/>
        </w:rPr>
        <w:t>1:12:10</w:t>
      </w:r>
    </w:p>
    <w:p>
      <w:pPr>
        <w:spacing w:after="0"/>
      </w:pPr>
      <w:r>
        <w:rPr>
          <w:rFonts w:ascii="Arial" w:hAnsi="Arial"/>
          <w:sz w:val="22"/>
        </w:rPr>
        <w:t>it's just a really, it's really, really complicated thing Like, you know, other disabled people saying to you, you know, it can't you know, dissipating internalised. ableism is a really important thing to do, but it's so, so hard. Yeah. So hard. but see i've learnt something because I didn't really know what was internalised. ableism. What and what was just me being a worrywart really,</w:t>
      </w:r>
    </w:p>
    <w:p>
      <w:pPr>
        <w:spacing w:after="0"/>
      </w:pPr>
    </w:p>
    <w:p>
      <w:pPr>
        <w:spacing w:after="0"/>
      </w:pPr>
      <w:r>
        <w:rPr>
          <w:rFonts w:ascii="Arial" w:hAnsi="Arial"/>
          <w:b/>
          <w:sz w:val="22"/>
        </w:rPr>
        <w:t xml:space="preserve">Alice  </w:t>
      </w:r>
      <w:r>
        <w:rPr>
          <w:rFonts w:ascii="Arial" w:hAnsi="Arial"/>
          <w:color w:val="5D7284"/>
          <w:sz w:val="22"/>
        </w:rPr>
        <w:t>1:12:42</w:t>
      </w:r>
    </w:p>
    <w:p>
      <w:pPr>
        <w:spacing w:after="0"/>
      </w:pPr>
      <w:r>
        <w:rPr>
          <w:rFonts w:ascii="Arial" w:hAnsi="Arial"/>
          <w:sz w:val="22"/>
        </w:rPr>
        <w:t>I would say, with all the work I've done on my mental health over the years, the best thing I would say that you can do to combat any that sort of internalised ableism is it's it's what Gemma says is taking take a step back and think, you know, Lucy, if, if everything you just said about you and maths, if that had been a conversation you'd had with somebody else in a wheelchair, if it wasn't you, if that was, you know, if that was the conversation you were having with Gem, like, what would you want? From the outside? What would you say? What would your thoughts be? Because obviously from the outside, Gem and I are going well this relates to your disability and it really doesn't fucking matter that you can't do math. But inside your head, you're going, Oh, I can't do maths. And that means my disability makes me stupid or all of those things. But it's it's illogical. And the reason it's illogical is because our our internalised voice and the way that society is structured is supposed to keep us down, it keeps us down. And that's where that self doubt comes from</w:t>
      </w:r>
    </w:p>
    <w:p>
      <w:pPr>
        <w:spacing w:after="0"/>
      </w:pPr>
    </w:p>
    <w:p>
      <w:pPr>
        <w:spacing w:after="0"/>
      </w:pPr>
      <w:r>
        <w:rPr>
          <w:rFonts w:ascii="Arial" w:hAnsi="Arial"/>
          <w:b/>
          <w:sz w:val="22"/>
        </w:rPr>
        <w:t xml:space="preserve">Gem Turner  </w:t>
      </w:r>
      <w:r>
        <w:rPr>
          <w:rFonts w:ascii="Arial" w:hAnsi="Arial"/>
          <w:color w:val="5D7284"/>
          <w:sz w:val="22"/>
        </w:rPr>
        <w:t>1:13:54</w:t>
      </w:r>
    </w:p>
    <w:p>
      <w:pPr>
        <w:spacing w:after="0"/>
      </w:pPr>
      <w:r>
        <w:rPr>
          <w:rFonts w:ascii="Arial" w:hAnsi="Arial"/>
          <w:sz w:val="22"/>
        </w:rPr>
        <w:t>you find things to tell yourself but yeah, the worlds right, I am shit at everything when actually, you know, we're not, we're gonna tell ourselves we're not</w:t>
      </w:r>
    </w:p>
    <w:p>
      <w:pPr>
        <w:spacing w:after="0"/>
      </w:pPr>
    </w:p>
    <w:p>
      <w:pPr>
        <w:spacing w:after="0"/>
      </w:pPr>
      <w:r>
        <w:rPr>
          <w:rFonts w:ascii="Arial" w:hAnsi="Arial"/>
          <w:b/>
          <w:sz w:val="22"/>
        </w:rPr>
        <w:t xml:space="preserve">Lucy  </w:t>
      </w:r>
      <w:r>
        <w:rPr>
          <w:rFonts w:ascii="Arial" w:hAnsi="Arial"/>
          <w:color w:val="5D7284"/>
          <w:sz w:val="22"/>
        </w:rPr>
        <w:t>1:14:03</w:t>
      </w:r>
    </w:p>
    <w:p>
      <w:pPr>
        <w:spacing w:after="0"/>
      </w:pPr>
      <w:r>
        <w:rPr>
          <w:rFonts w:ascii="Arial" w:hAnsi="Arial"/>
          <w:sz w:val="22"/>
        </w:rPr>
        <w:t>my brain is just a horrible person and</w:t>
      </w:r>
    </w:p>
    <w:p>
      <w:pPr>
        <w:spacing w:after="0"/>
      </w:pPr>
    </w:p>
    <w:p>
      <w:pPr>
        <w:spacing w:after="0"/>
      </w:pPr>
      <w:r>
        <w:rPr>
          <w:rFonts w:ascii="Arial" w:hAnsi="Arial"/>
          <w:b/>
          <w:sz w:val="22"/>
        </w:rPr>
        <w:t xml:space="preserve">Alice  </w:t>
      </w:r>
      <w:r>
        <w:rPr>
          <w:rFonts w:ascii="Arial" w:hAnsi="Arial"/>
          <w:color w:val="5D7284"/>
          <w:sz w:val="22"/>
        </w:rPr>
        <w:t>1:14:06</w:t>
      </w:r>
    </w:p>
    <w:p>
      <w:pPr>
        <w:spacing w:after="0"/>
      </w:pPr>
      <w:r>
        <w:rPr>
          <w:rFonts w:ascii="Arial" w:hAnsi="Arial"/>
          <w:sz w:val="22"/>
        </w:rPr>
        <w:t>the only person who can stop those thoughts is you. Yeah. Yeah. And and it does, it does. I'm not saying that ableism from ableists and people outside in the world of structural ableism is not a thing and it's not a really important thing. And we do absolutely need to challenge those and change those. But I think internalised ableism is the most dangerous thing. Because then it's it just you you can't fight and challenge against these people saying you're not good enough because you're disabled. If in your head you're thinking you know what they're right? Yeah,</w:t>
      </w:r>
    </w:p>
    <w:p>
      <w:pPr>
        <w:spacing w:after="0"/>
      </w:pPr>
    </w:p>
    <w:p>
      <w:pPr>
        <w:spacing w:after="0"/>
      </w:pPr>
      <w:r>
        <w:rPr>
          <w:rFonts w:ascii="Arial" w:hAnsi="Arial"/>
          <w:b/>
          <w:sz w:val="22"/>
        </w:rPr>
        <w:t xml:space="preserve">Gem Turner  </w:t>
      </w:r>
      <w:r>
        <w:rPr>
          <w:rFonts w:ascii="Arial" w:hAnsi="Arial"/>
          <w:color w:val="5D7284"/>
          <w:sz w:val="22"/>
        </w:rPr>
        <w:t>1:14:48</w:t>
      </w:r>
    </w:p>
    <w:p>
      <w:pPr>
        <w:spacing w:after="0"/>
      </w:pPr>
      <w:r>
        <w:rPr>
          <w:rFonts w:ascii="Arial" w:hAnsi="Arial"/>
          <w:sz w:val="22"/>
        </w:rPr>
        <w:t>yeah, that took me a long time to realise that as well. I would say teenage like 18 i'd think you know what? This is impacting every part of my life. I couldn't do speeches without, you know, having panic attacks and stuff like that, because I was so bothered about what people thought of me that it took that. Literally, I like did a speech had a panic attack, dropped the mic rolled out. And that was the day that I thought you know what? I'm not doing that again.</w:t>
      </w:r>
    </w:p>
    <w:p>
      <w:pPr>
        <w:spacing w:after="0"/>
      </w:pPr>
    </w:p>
    <w:p>
      <w:pPr>
        <w:spacing w:after="0"/>
      </w:pPr>
      <w:r>
        <w:rPr>
          <w:rFonts w:ascii="Arial" w:hAnsi="Arial"/>
          <w:b/>
          <w:sz w:val="22"/>
        </w:rPr>
        <w:t xml:space="preserve">Lucy  </w:t>
      </w:r>
      <w:r>
        <w:rPr>
          <w:rFonts w:ascii="Arial" w:hAnsi="Arial"/>
          <w:color w:val="5D7284"/>
          <w:sz w:val="22"/>
        </w:rPr>
        <w:t>1:15:18</w:t>
      </w:r>
    </w:p>
    <w:p>
      <w:pPr>
        <w:spacing w:after="0"/>
      </w:pPr>
      <w:r>
        <w:rPr>
          <w:rFonts w:ascii="Arial" w:hAnsi="Arial"/>
          <w:sz w:val="22"/>
        </w:rPr>
        <w:t>Gem, gem so did you.. Did you invent the mic drop?</w:t>
      </w:r>
    </w:p>
    <w:p>
      <w:pPr>
        <w:spacing w:after="0"/>
      </w:pPr>
    </w:p>
    <w:p>
      <w:pPr>
        <w:spacing w:after="0"/>
      </w:pPr>
      <w:r>
        <w:rPr>
          <w:rFonts w:ascii="Arial" w:hAnsi="Arial"/>
          <w:b/>
          <w:sz w:val="22"/>
        </w:rPr>
        <w:t xml:space="preserve">Gem Turner  </w:t>
      </w:r>
      <w:r>
        <w:rPr>
          <w:rFonts w:ascii="Arial" w:hAnsi="Arial"/>
          <w:color w:val="5D7284"/>
          <w:sz w:val="22"/>
        </w:rPr>
        <w:t>1:15:25</w:t>
      </w:r>
    </w:p>
    <w:p>
      <w:pPr>
        <w:spacing w:after="0"/>
      </w:pPr>
      <w:r>
        <w:rPr>
          <w:rFonts w:ascii="Arial" w:hAnsi="Arial"/>
          <w:sz w:val="22"/>
        </w:rPr>
        <w:t>Sometimes you've got to process those thoughtsthrough? I don't know. Yeah, it sounds cringy. But you've got to, you've got to really get into it and realise it before you can get through it, if that makes sense. So what you're going through now you've got a proper look into it haven't you, even though it's so annoying,</w:t>
      </w:r>
    </w:p>
    <w:p>
      <w:pPr>
        <w:spacing w:after="0"/>
      </w:pPr>
    </w:p>
    <w:p>
      <w:pPr>
        <w:spacing w:after="0"/>
      </w:pPr>
      <w:r>
        <w:rPr>
          <w:rFonts w:ascii="Arial" w:hAnsi="Arial"/>
          <w:b/>
          <w:sz w:val="22"/>
        </w:rPr>
        <w:t xml:space="preserve">Lucy  </w:t>
      </w:r>
      <w:r>
        <w:rPr>
          <w:rFonts w:ascii="Arial" w:hAnsi="Arial"/>
          <w:color w:val="5D7284"/>
          <w:sz w:val="22"/>
        </w:rPr>
        <w:t>1:15:46</w:t>
      </w:r>
    </w:p>
    <w:p>
      <w:pPr>
        <w:spacing w:after="0"/>
      </w:pPr>
      <w:r>
        <w:rPr>
          <w:rFonts w:ascii="Arial" w:hAnsi="Arial"/>
          <w:sz w:val="22"/>
        </w:rPr>
        <w:t>I think slowly, but surely I'm getting there. But there are going to be times where your brain just goes, No, not today.</w:t>
      </w:r>
    </w:p>
    <w:p>
      <w:pPr>
        <w:spacing w:after="0"/>
      </w:pPr>
    </w:p>
    <w:p>
      <w:pPr>
        <w:spacing w:after="0"/>
      </w:pPr>
      <w:r>
        <w:rPr>
          <w:rFonts w:ascii="Arial" w:hAnsi="Arial"/>
          <w:b/>
          <w:sz w:val="22"/>
        </w:rPr>
        <w:t xml:space="preserve">Gem Turner  </w:t>
      </w:r>
      <w:r>
        <w:rPr>
          <w:rFonts w:ascii="Arial" w:hAnsi="Arial"/>
          <w:color w:val="5D7284"/>
          <w:sz w:val="22"/>
        </w:rPr>
        <w:t>1:15:51</w:t>
      </w:r>
    </w:p>
    <w:p>
      <w:pPr>
        <w:spacing w:after="0"/>
      </w:pPr>
      <w:r>
        <w:rPr>
          <w:rFonts w:ascii="Arial" w:hAnsi="Arial"/>
          <w:sz w:val="22"/>
        </w:rPr>
        <w:t>Yeah. Yeah,</w:t>
      </w:r>
    </w:p>
    <w:p>
      <w:pPr>
        <w:spacing w:after="0"/>
      </w:pPr>
    </w:p>
    <w:p>
      <w:pPr>
        <w:spacing w:after="0"/>
      </w:pPr>
      <w:r>
        <w:rPr>
          <w:rFonts w:ascii="Arial" w:hAnsi="Arial"/>
          <w:b/>
          <w:sz w:val="22"/>
        </w:rPr>
        <w:t xml:space="preserve">Lucy  </w:t>
      </w:r>
      <w:r>
        <w:rPr>
          <w:rFonts w:ascii="Arial" w:hAnsi="Arial"/>
          <w:color w:val="5D7284"/>
          <w:sz w:val="22"/>
        </w:rPr>
        <w:t>1:15:53</w:t>
      </w:r>
    </w:p>
    <w:p>
      <w:pPr>
        <w:spacing w:after="0"/>
      </w:pPr>
      <w:r>
        <w:rPr>
          <w:rFonts w:ascii="Arial" w:hAnsi="Arial"/>
          <w:sz w:val="22"/>
        </w:rPr>
        <w:t>you're not you're not the 4 wheel wonder woman today, you're going to just sit and get very angry about things.</w:t>
      </w:r>
    </w:p>
    <w:p>
      <w:pPr>
        <w:spacing w:after="0"/>
      </w:pPr>
    </w:p>
    <w:p>
      <w:pPr>
        <w:spacing w:after="0"/>
      </w:pPr>
      <w:r>
        <w:rPr>
          <w:rFonts w:ascii="Arial" w:hAnsi="Arial"/>
          <w:b/>
          <w:sz w:val="22"/>
        </w:rPr>
        <w:t xml:space="preserve">Alice  </w:t>
      </w:r>
      <w:r>
        <w:rPr>
          <w:rFonts w:ascii="Arial" w:hAnsi="Arial"/>
          <w:color w:val="5D7284"/>
          <w:sz w:val="22"/>
        </w:rPr>
        <w:t>1:15:59</w:t>
      </w:r>
    </w:p>
    <w:p>
      <w:pPr>
        <w:spacing w:after="0"/>
      </w:pPr>
      <w:r>
        <w:rPr>
          <w:rFonts w:ascii="Arial" w:hAnsi="Arial"/>
          <w:sz w:val="22"/>
        </w:rPr>
        <w:t>And I think for the non disabled people out there who will be you know, wondering what they can do to combat ableism? You know, one of the things that they can do is in the, is when Lucy or I or Gem or any other person have those days of I can't do it today. I hate myself today. I'm not good enough today. Is, is that's that's not when we need you to tell us that we're an inspiration. Because it</w:t>
      </w:r>
    </w:p>
    <w:p>
      <w:pPr>
        <w:spacing w:after="0"/>
      </w:pPr>
    </w:p>
    <w:p>
      <w:pPr>
        <w:spacing w:after="0"/>
      </w:pPr>
      <w:r>
        <w:rPr>
          <w:rFonts w:ascii="Arial" w:hAnsi="Arial"/>
          <w:b/>
          <w:sz w:val="22"/>
        </w:rPr>
        <w:t xml:space="preserve">Lucy  </w:t>
      </w:r>
      <w:r>
        <w:rPr>
          <w:rFonts w:ascii="Arial" w:hAnsi="Arial"/>
          <w:color w:val="5D7284"/>
          <w:sz w:val="22"/>
        </w:rPr>
        <w:t>1:16:30</w:t>
      </w:r>
    </w:p>
    <w:p>
      <w:pPr>
        <w:spacing w:after="0"/>
      </w:pPr>
      <w:r>
        <w:rPr>
          <w:rFonts w:ascii="Arial" w:hAnsi="Arial"/>
          <w:sz w:val="22"/>
        </w:rPr>
        <w:t>makes us feel worse, doesn't it? Like a bag of dog poo, we don't need somebody said, Oh but you're so inspiring, no, no i'm not, do you know what I mean is that's that's not helpful</w:t>
      </w:r>
    </w:p>
    <w:p>
      <w:pPr>
        <w:spacing w:after="0"/>
      </w:pPr>
    </w:p>
    <w:p>
      <w:pPr>
        <w:spacing w:after="0"/>
      </w:pPr>
      <w:r>
        <w:rPr>
          <w:rFonts w:ascii="Arial" w:hAnsi="Arial"/>
          <w:b/>
          <w:sz w:val="22"/>
        </w:rPr>
        <w:t xml:space="preserve">Alice  </w:t>
      </w:r>
      <w:r>
        <w:rPr>
          <w:rFonts w:ascii="Arial" w:hAnsi="Arial"/>
          <w:color w:val="5D7284"/>
          <w:sz w:val="22"/>
        </w:rPr>
        <w:t>1:16:42</w:t>
      </w:r>
    </w:p>
    <w:p>
      <w:pPr>
        <w:spacing w:after="0"/>
      </w:pPr>
      <w:r>
        <w:rPr>
          <w:rFonts w:ascii="Arial" w:hAnsi="Arial"/>
          <w:sz w:val="22"/>
        </w:rPr>
        <w:t>You know, it's taken us all of our energy and effort to get ourselves out of bed and brush our teeth don't then come along and tell us that we're inspirational for doing so. Because, like, we don't feel that on those days. And what we really need from you is support. And that's not support that's putting us up on a pedestal, that's telling us that we have to either achieve really great things to be worth note, or basically just, you know, get out of bed to and deserve applause what we want is to be seen for who we are flaws and all. Yeah, and yeah, I think it's really important that disabled people and non disabled people support each other. You know, by sharing those those ups and downs.</w:t>
      </w:r>
    </w:p>
    <w:p>
      <w:pPr>
        <w:spacing w:after="0"/>
      </w:pPr>
    </w:p>
    <w:p>
      <w:pPr>
        <w:spacing w:after="0"/>
      </w:pPr>
      <w:r>
        <w:rPr>
          <w:rFonts w:ascii="Arial" w:hAnsi="Arial"/>
          <w:b/>
          <w:sz w:val="22"/>
        </w:rPr>
        <w:t xml:space="preserve">Lucy  </w:t>
      </w:r>
      <w:r>
        <w:rPr>
          <w:rFonts w:ascii="Arial" w:hAnsi="Arial"/>
          <w:color w:val="5D7284"/>
          <w:sz w:val="22"/>
        </w:rPr>
        <w:t>1:17:38</w:t>
      </w:r>
    </w:p>
    <w:p>
      <w:pPr>
        <w:spacing w:after="0"/>
      </w:pPr>
      <w:r>
        <w:rPr>
          <w:rFonts w:ascii="Arial" w:hAnsi="Arial"/>
          <w:sz w:val="22"/>
        </w:rPr>
        <w:t>I think this goes back to what I always say Alice, people just need to be kinder don't they really</w:t>
      </w:r>
    </w:p>
    <w:p>
      <w:pPr>
        <w:spacing w:after="0"/>
      </w:pPr>
    </w:p>
    <w:p>
      <w:pPr>
        <w:spacing w:after="0"/>
      </w:pPr>
      <w:r>
        <w:rPr>
          <w:rFonts w:ascii="Arial" w:hAnsi="Arial"/>
          <w:b/>
          <w:sz w:val="22"/>
        </w:rPr>
        <w:t xml:space="preserve">Alice  </w:t>
      </w:r>
      <w:r>
        <w:rPr>
          <w:rFonts w:ascii="Arial" w:hAnsi="Arial"/>
          <w:color w:val="5D7284"/>
          <w:sz w:val="22"/>
        </w:rPr>
        <w:t>1:17:44</w:t>
      </w:r>
    </w:p>
    <w:p>
      <w:pPr>
        <w:spacing w:after="0"/>
      </w:pPr>
      <w:r>
        <w:rPr>
          <w:rFonts w:ascii="Arial" w:hAnsi="Arial"/>
          <w:sz w:val="22"/>
        </w:rPr>
        <w:t>To themselves and to other people.</w:t>
      </w:r>
    </w:p>
    <w:p>
      <w:pPr>
        <w:spacing w:after="0"/>
      </w:pPr>
    </w:p>
    <w:p>
      <w:pPr>
        <w:spacing w:after="0"/>
      </w:pPr>
      <w:r>
        <w:rPr>
          <w:rFonts w:ascii="Arial" w:hAnsi="Arial"/>
          <w:b/>
          <w:sz w:val="22"/>
        </w:rPr>
        <w:t xml:space="preserve">Lucy  </w:t>
      </w:r>
      <w:r>
        <w:rPr>
          <w:rFonts w:ascii="Arial" w:hAnsi="Arial"/>
          <w:color w:val="5D7284"/>
          <w:sz w:val="22"/>
        </w:rPr>
        <w:t>1:17:46</w:t>
      </w:r>
    </w:p>
    <w:p>
      <w:pPr>
        <w:spacing w:after="0"/>
      </w:pPr>
      <w:r>
        <w:rPr>
          <w:rFonts w:ascii="Arial" w:hAnsi="Arial"/>
          <w:sz w:val="22"/>
        </w:rPr>
        <w:t>Yeah, exactly.</w:t>
      </w:r>
    </w:p>
    <w:p>
      <w:pPr>
        <w:spacing w:after="0"/>
      </w:pPr>
    </w:p>
    <w:p>
      <w:pPr>
        <w:spacing w:after="0"/>
      </w:pPr>
      <w:r>
        <w:rPr>
          <w:rFonts w:ascii="Arial" w:hAnsi="Arial"/>
          <w:b/>
          <w:sz w:val="22"/>
        </w:rPr>
        <w:t xml:space="preserve">Gem Turner  </w:t>
      </w:r>
      <w:r>
        <w:rPr>
          <w:rFonts w:ascii="Arial" w:hAnsi="Arial"/>
          <w:color w:val="5D7284"/>
          <w:sz w:val="22"/>
        </w:rPr>
        <w:t>1:17:47</w:t>
      </w:r>
    </w:p>
    <w:p>
      <w:pPr>
        <w:spacing w:after="0"/>
      </w:pPr>
      <w:r>
        <w:rPr>
          <w:rFonts w:ascii="Arial" w:hAnsi="Arial"/>
          <w:sz w:val="22"/>
        </w:rPr>
        <w:t>Yeah. I do think like, you know, being able to share how we genuinely are for you, and in a safe space is the best thing. And then, you know, just being told our internalised. ableism is a load of bullshit when we need it, like, you know, we can't help these thoughts, but we've got to voice them and then our mates to tell us that it's a load of rubbish.</w:t>
      </w:r>
    </w:p>
    <w:p>
      <w:pPr>
        <w:spacing w:after="0"/>
      </w:pPr>
    </w:p>
    <w:p>
      <w:pPr>
        <w:spacing w:after="0"/>
      </w:pPr>
      <w:r>
        <w:rPr>
          <w:rFonts w:ascii="Arial" w:hAnsi="Arial"/>
          <w:b/>
          <w:sz w:val="22"/>
        </w:rPr>
        <w:t xml:space="preserve">Alice  </w:t>
      </w:r>
      <w:r>
        <w:rPr>
          <w:rFonts w:ascii="Arial" w:hAnsi="Arial"/>
          <w:color w:val="5D7284"/>
          <w:sz w:val="22"/>
        </w:rPr>
        <w:t>1:18:11</w:t>
      </w:r>
    </w:p>
    <w:p>
      <w:pPr>
        <w:spacing w:after="0"/>
      </w:pPr>
      <w:r>
        <w:rPr>
          <w:rFonts w:ascii="Arial" w:hAnsi="Arial"/>
          <w:sz w:val="22"/>
        </w:rPr>
        <w:t>You know, I'm, I'm pretty sure from the people that I know, and the non disabled friends and family that I have that, that self doubt, and that self hate. Everybody feels that this isn't just a problem for the disabled community. We are all we all live in a society where we're told that if we are not a very, very specific type of person, that we're not good enough. And actually, most of us will never meet that or be that because it's simply not who we are. It's not how we were born. That's not how we were made</w:t>
      </w:r>
    </w:p>
    <w:p>
      <w:pPr>
        <w:spacing w:after="0"/>
      </w:pPr>
    </w:p>
    <w:p>
      <w:pPr>
        <w:spacing w:after="0"/>
      </w:pPr>
      <w:r>
        <w:rPr>
          <w:rFonts w:ascii="Arial" w:hAnsi="Arial"/>
          <w:b/>
          <w:sz w:val="22"/>
        </w:rPr>
        <w:t xml:space="preserve">Lucy  </w:t>
      </w:r>
      <w:r>
        <w:rPr>
          <w:rFonts w:ascii="Arial" w:hAnsi="Arial"/>
          <w:color w:val="5D7284"/>
          <w:sz w:val="22"/>
        </w:rPr>
        <w:t>1:18:50</w:t>
      </w:r>
    </w:p>
    <w:p>
      <w:pPr>
        <w:spacing w:after="0"/>
      </w:pPr>
      <w:r>
        <w:rPr>
          <w:rFonts w:ascii="Arial" w:hAnsi="Arial"/>
          <w:sz w:val="22"/>
        </w:rPr>
        <w:t>And also society's version of perfection doesn't exist. That's the thing. It's a bit like the Wizard of Oz. Yeah. Everybody thinks it's there. But it's not.</w:t>
      </w:r>
    </w:p>
    <w:p>
      <w:pPr>
        <w:spacing w:after="0"/>
      </w:pPr>
    </w:p>
    <w:p>
      <w:pPr>
        <w:spacing w:after="0"/>
      </w:pPr>
      <w:r>
        <w:rPr>
          <w:rFonts w:ascii="Arial" w:hAnsi="Arial"/>
          <w:b/>
          <w:sz w:val="22"/>
        </w:rPr>
        <w:t xml:space="preserve">Alice  </w:t>
      </w:r>
      <w:r>
        <w:rPr>
          <w:rFonts w:ascii="Arial" w:hAnsi="Arial"/>
          <w:color w:val="5D7284"/>
          <w:sz w:val="22"/>
        </w:rPr>
        <w:t>1:19:02</w:t>
      </w:r>
    </w:p>
    <w:p>
      <w:pPr>
        <w:spacing w:after="0"/>
      </w:pPr>
      <w:r>
        <w:rPr>
          <w:rFonts w:ascii="Arial" w:hAnsi="Arial"/>
          <w:sz w:val="22"/>
        </w:rPr>
        <w:t>Yeah, exactly. It's, it's, I think, really important for everybody across the board to just be able to go Well, I mean, some people can't do some stuff. Some people can do other stuff. And that doesn't make you a bad person.</w:t>
      </w:r>
    </w:p>
    <w:p>
      <w:pPr>
        <w:spacing w:after="0"/>
      </w:pPr>
    </w:p>
    <w:p>
      <w:pPr>
        <w:spacing w:after="0"/>
      </w:pPr>
      <w:r>
        <w:rPr>
          <w:rFonts w:ascii="Arial" w:hAnsi="Arial"/>
          <w:b/>
          <w:sz w:val="22"/>
        </w:rPr>
        <w:t xml:space="preserve">Gem Turner  </w:t>
      </w:r>
      <w:r>
        <w:rPr>
          <w:rFonts w:ascii="Arial" w:hAnsi="Arial"/>
          <w:color w:val="5D7284"/>
          <w:sz w:val="22"/>
        </w:rPr>
        <w:t>1:19:22</w:t>
      </w:r>
    </w:p>
    <w:p>
      <w:pPr>
        <w:spacing w:after="0"/>
      </w:pPr>
      <w:r>
        <w:rPr>
          <w:rFonts w:ascii="Arial" w:hAnsi="Arial"/>
          <w:sz w:val="22"/>
        </w:rPr>
        <w:t>And you don't judge others. Like I led to it. I don't I just don't look at other people and like, oh, would it be better if they could do that? Like no one ever does that. We always just say it about ourselves. We put ourselves on such a high standard when when I meet people I think wow, I love their dress sense or Lucy I love the colour of your hair and Alice i love your top you know, like, you just pick things that you like about people. You know, yeah, there are arseholes out there, but do you want to be nice with them anyway?</w:t>
      </w:r>
    </w:p>
    <w:p>
      <w:pPr>
        <w:spacing w:after="0"/>
      </w:pPr>
    </w:p>
    <w:p>
      <w:pPr>
        <w:spacing w:after="0"/>
      </w:pPr>
      <w:r>
        <w:rPr>
          <w:rFonts w:ascii="Arial" w:hAnsi="Arial"/>
          <w:b/>
          <w:sz w:val="22"/>
        </w:rPr>
        <w:t xml:space="preserve">Alice  </w:t>
      </w:r>
      <w:r>
        <w:rPr>
          <w:rFonts w:ascii="Arial" w:hAnsi="Arial"/>
          <w:color w:val="5D7284"/>
          <w:sz w:val="22"/>
        </w:rPr>
        <w:t>1:19:58</w:t>
      </w:r>
    </w:p>
    <w:p>
      <w:pPr>
        <w:spacing w:after="0"/>
      </w:pPr>
      <w:r>
        <w:rPr>
          <w:rFonts w:ascii="Arial" w:hAnsi="Arial"/>
          <w:sz w:val="22"/>
        </w:rPr>
        <w:t>Yeah, I spent a lot of my time as a in my late teens and early 20s comparing myself to other girls around me and going oh, well you know look at her hair and her dress sense and she can see and look at all of this and she can see and then you know I've since become friends with girls who have said to me you know who I've been sitting there going but look at how she dresses and she's got you know, she's so beautiful and this and that and the other and they are like, Are you joking? I can't you know make I don't have the confidence to make phone calls for myself more you know, I if somebody is mean to me in the street, I just take it. And I'm amazed that you as in me will doesn't doesn't take it will turn around and say something will kick up a fuss. And I think that that's also the other thing to think about is that there are people out there who were looking at you going oh my god, look what they can do.</w:t>
      </w:r>
    </w:p>
    <w:p>
      <w:pPr>
        <w:spacing w:after="0"/>
      </w:pPr>
    </w:p>
    <w:p>
      <w:pPr>
        <w:spacing w:after="0"/>
      </w:pPr>
      <w:r>
        <w:rPr>
          <w:rFonts w:ascii="Arial" w:hAnsi="Arial"/>
          <w:b/>
          <w:sz w:val="22"/>
        </w:rPr>
        <w:t xml:space="preserve">Lucy  </w:t>
      </w:r>
      <w:r>
        <w:rPr>
          <w:rFonts w:ascii="Arial" w:hAnsi="Arial"/>
          <w:color w:val="5D7284"/>
          <w:sz w:val="22"/>
        </w:rPr>
        <w:t>1:21:04</w:t>
      </w:r>
    </w:p>
    <w:p>
      <w:pPr>
        <w:spacing w:after="0"/>
      </w:pPr>
      <w:r>
        <w:rPr>
          <w:rFonts w:ascii="Arial" w:hAnsi="Arial"/>
          <w:sz w:val="22"/>
        </w:rPr>
        <w:t>Yeah, cuz you never you never really you never hear that. Do you? Really? You never. You never realise the impact that you have the positive impact on people you are you're far more likely to go oh this is wrong. What's wrong? What's wrong? We're far more you are far more inclined to to invent a negative the negative connotations that your existence might have then you are realise well actually? You're very good at.</w:t>
      </w:r>
    </w:p>
    <w:p>
      <w:pPr>
        <w:spacing w:after="0"/>
      </w:pPr>
    </w:p>
    <w:p>
      <w:pPr>
        <w:spacing w:after="0"/>
      </w:pPr>
      <w:r>
        <w:rPr>
          <w:rFonts w:ascii="Arial" w:hAnsi="Arial"/>
          <w:b/>
          <w:sz w:val="22"/>
        </w:rPr>
        <w:t xml:space="preserve">Alice  </w:t>
      </w:r>
      <w:r>
        <w:rPr>
          <w:rFonts w:ascii="Arial" w:hAnsi="Arial"/>
          <w:color w:val="5D7284"/>
          <w:sz w:val="22"/>
        </w:rPr>
        <w:t>1:21:38</w:t>
      </w:r>
    </w:p>
    <w:p>
      <w:pPr>
        <w:spacing w:after="0"/>
      </w:pPr>
      <w:r>
        <w:rPr>
          <w:rFonts w:ascii="Arial" w:hAnsi="Arial"/>
          <w:sz w:val="22"/>
        </w:rPr>
        <w:t>Yeah, I'm constantly going. Like I still kind of Can't believe Lucy's talking to me. She worked at the BBC. It's like, No, just because just because that's a big deal. And that's impressive. And she Alicia's just like, yeah, I'm in my jammies of text analysis. I'm having a bad day. And I'm like, What are you complaining? Like? You work for the BBC. How can you not not be like, please, I can do this. This is easy.</w:t>
      </w:r>
    </w:p>
    <w:p>
      <w:pPr>
        <w:spacing w:after="0"/>
      </w:pPr>
    </w:p>
    <w:p>
      <w:pPr>
        <w:spacing w:after="0"/>
      </w:pPr>
      <w:r>
        <w:rPr>
          <w:rFonts w:ascii="Arial" w:hAnsi="Arial"/>
          <w:b/>
          <w:sz w:val="22"/>
        </w:rPr>
        <w:t xml:space="preserve">Lucy  </w:t>
      </w:r>
      <w:r>
        <w:rPr>
          <w:rFonts w:ascii="Arial" w:hAnsi="Arial"/>
          <w:color w:val="5D7284"/>
          <w:sz w:val="22"/>
        </w:rPr>
        <w:t>1:22:05</w:t>
      </w:r>
    </w:p>
    <w:p>
      <w:pPr>
        <w:spacing w:after="0"/>
      </w:pPr>
      <w:r>
        <w:rPr>
          <w:rFonts w:ascii="Arial" w:hAnsi="Arial"/>
          <w:sz w:val="22"/>
        </w:rPr>
        <w:t>denigrate women. Yeah.</w:t>
      </w:r>
    </w:p>
    <w:p>
      <w:pPr>
        <w:spacing w:after="0"/>
      </w:pPr>
    </w:p>
    <w:p>
      <w:pPr>
        <w:spacing w:after="0"/>
      </w:pPr>
      <w:r>
        <w:rPr>
          <w:rFonts w:ascii="Arial" w:hAnsi="Arial"/>
          <w:b/>
          <w:sz w:val="22"/>
        </w:rPr>
        <w:t xml:space="preserve">Gem Turner  </w:t>
      </w:r>
      <w:r>
        <w:rPr>
          <w:rFonts w:ascii="Arial" w:hAnsi="Arial"/>
          <w:color w:val="5D7284"/>
          <w:sz w:val="22"/>
        </w:rPr>
        <w:t>1:22:09</w:t>
      </w:r>
    </w:p>
    <w:p>
      <w:pPr>
        <w:spacing w:after="0"/>
      </w:pPr>
      <w:r>
        <w:rPr>
          <w:rFonts w:ascii="Arial" w:hAnsi="Arial"/>
          <w:sz w:val="22"/>
        </w:rPr>
        <w:t>That's why we've got to be kind to each other now. Because we don't see it. In ourselves. It sounds cheesy, but that's why I like the deep chatss. You know,</w:t>
      </w:r>
    </w:p>
    <w:p>
      <w:pPr>
        <w:spacing w:after="0"/>
      </w:pPr>
    </w:p>
    <w:p>
      <w:pPr>
        <w:spacing w:after="0"/>
      </w:pPr>
      <w:r>
        <w:rPr>
          <w:rFonts w:ascii="Arial" w:hAnsi="Arial"/>
          <w:b/>
          <w:sz w:val="22"/>
        </w:rPr>
        <w:t xml:space="preserve">Lucy  </w:t>
      </w:r>
      <w:r>
        <w:rPr>
          <w:rFonts w:ascii="Arial" w:hAnsi="Arial"/>
          <w:color w:val="5D7284"/>
          <w:sz w:val="22"/>
        </w:rPr>
        <w:t>1:22:18</w:t>
      </w:r>
    </w:p>
    <w:p>
      <w:pPr>
        <w:spacing w:after="0"/>
      </w:pPr>
      <w:r>
        <w:rPr>
          <w:rFonts w:ascii="Arial" w:hAnsi="Arial"/>
          <w:sz w:val="22"/>
        </w:rPr>
        <w:t>Alice was about to tell me how amazing she thinks they are. And I stopped her because we're podcast recorded, and she's going to make me cry. So she just, just don't be nice to me. Otherwise, I will cry. That is the that is the number one rule. Really?</w:t>
      </w:r>
    </w:p>
    <w:p>
      <w:pPr>
        <w:spacing w:after="0"/>
      </w:pPr>
    </w:p>
    <w:p>
      <w:pPr>
        <w:spacing w:after="0"/>
      </w:pPr>
      <w:r>
        <w:rPr>
          <w:rFonts w:ascii="Arial" w:hAnsi="Arial"/>
          <w:b/>
          <w:sz w:val="22"/>
        </w:rPr>
        <w:t xml:space="preserve">Alice  </w:t>
      </w:r>
      <w:r>
        <w:rPr>
          <w:rFonts w:ascii="Arial" w:hAnsi="Arial"/>
          <w:color w:val="5D7284"/>
          <w:sz w:val="22"/>
        </w:rPr>
        <w:t>1:22:33</w:t>
      </w:r>
    </w:p>
    <w:p>
      <w:pPr>
        <w:spacing w:after="0"/>
      </w:pPr>
      <w:r>
        <w:rPr>
          <w:rFonts w:ascii="Arial" w:hAnsi="Arial"/>
          <w:sz w:val="22"/>
        </w:rPr>
        <w:t>Yeah, I think it's the thing about ableism that so many people don't realise is the impact that it has on people's mental health? Yeah. You know,</w:t>
      </w:r>
    </w:p>
    <w:p>
      <w:pPr>
        <w:spacing w:after="0"/>
      </w:pPr>
    </w:p>
    <w:p>
      <w:pPr>
        <w:spacing w:after="0"/>
      </w:pPr>
      <w:r>
        <w:rPr>
          <w:rFonts w:ascii="Arial" w:hAnsi="Arial"/>
          <w:b/>
          <w:sz w:val="22"/>
        </w:rPr>
        <w:t xml:space="preserve">Lucy  </w:t>
      </w:r>
      <w:r>
        <w:rPr>
          <w:rFonts w:ascii="Arial" w:hAnsi="Arial"/>
          <w:color w:val="5D7284"/>
          <w:sz w:val="22"/>
        </w:rPr>
        <w:t>1:22:48</w:t>
      </w:r>
    </w:p>
    <w:p>
      <w:pPr>
        <w:spacing w:after="0"/>
      </w:pPr>
      <w:r>
        <w:rPr>
          <w:rFonts w:ascii="Arial" w:hAnsi="Arial"/>
          <w:sz w:val="22"/>
        </w:rPr>
        <w:t>completely I can remember things that happened to me years ago that still play on my mind, that I know is a big trigger for when I'm feeling terrible. And you know, that one person who said that thing to me, probably doesn't even give me a second thought. But to me, it sticks when it festers and it's just Yeah,</w:t>
      </w:r>
    </w:p>
    <w:p>
      <w:pPr>
        <w:spacing w:after="0"/>
      </w:pPr>
    </w:p>
    <w:p>
      <w:pPr>
        <w:spacing w:after="0"/>
      </w:pPr>
      <w:r>
        <w:rPr>
          <w:rFonts w:ascii="Arial" w:hAnsi="Arial"/>
          <w:b/>
          <w:sz w:val="22"/>
        </w:rPr>
        <w:t xml:space="preserve">Alice  </w:t>
      </w:r>
      <w:r>
        <w:rPr>
          <w:rFonts w:ascii="Arial" w:hAnsi="Arial"/>
          <w:color w:val="5D7284"/>
          <w:sz w:val="22"/>
        </w:rPr>
        <w:t>1:23:07</w:t>
      </w:r>
    </w:p>
    <w:p>
      <w:pPr>
        <w:spacing w:after="0"/>
      </w:pPr>
      <w:r>
        <w:rPr>
          <w:rFonts w:ascii="Arial" w:hAnsi="Arial"/>
          <w:sz w:val="22"/>
        </w:rPr>
        <w:t>yep. And that and you know, that's that also is true for the structural ableism that you know, there are absolutely things that I am still kicking myself for, because I see something or I fell over something because the place that I was in was poorly lit or you know, the signs were too small or there wasn't a ramp access or</w:t>
      </w:r>
    </w:p>
    <w:p>
      <w:pPr>
        <w:spacing w:after="0"/>
      </w:pPr>
    </w:p>
    <w:p>
      <w:pPr>
        <w:spacing w:after="0"/>
      </w:pPr>
      <w:r>
        <w:rPr>
          <w:rFonts w:ascii="Arial" w:hAnsi="Arial"/>
          <w:b/>
          <w:sz w:val="22"/>
        </w:rPr>
        <w:t xml:space="preserve">Lucy  </w:t>
      </w:r>
      <w:r>
        <w:rPr>
          <w:rFonts w:ascii="Arial" w:hAnsi="Arial"/>
          <w:color w:val="5D7284"/>
          <w:sz w:val="22"/>
        </w:rPr>
        <w:t>1:23:31</w:t>
      </w:r>
    </w:p>
    <w:p>
      <w:pPr>
        <w:spacing w:after="0"/>
      </w:pPr>
      <w:r>
        <w:rPr>
          <w:rFonts w:ascii="Arial" w:hAnsi="Arial"/>
          <w:sz w:val="22"/>
        </w:rPr>
        <w:t>something like I can remember going to an award ceremony for something at college. And there was no disabled access even though they were told that Lucy was coming and she's in a wheelchair. There was no disabled access to this building. We got there realise there was no disabled access. It is too late by then we were there. My friend carried me up the stairs and he's such a great friend of mine now. Honestly, I have to be very careful what I say to Chris because Chris if I say something like that he will make sure I have a go whether I'm changing my mind or not you go in on that thing here that you wanted to go and five minutes ago,</w:t>
      </w:r>
    </w:p>
    <w:p>
      <w:pPr>
        <w:spacing w:after="0"/>
      </w:pPr>
    </w:p>
    <w:p>
      <w:pPr>
        <w:spacing w:after="0"/>
      </w:pPr>
      <w:r>
        <w:rPr>
          <w:rFonts w:ascii="Arial" w:hAnsi="Arial"/>
          <w:b/>
          <w:sz w:val="22"/>
        </w:rPr>
        <w:t xml:space="preserve">Alice  </w:t>
      </w:r>
      <w:r>
        <w:rPr>
          <w:rFonts w:ascii="Arial" w:hAnsi="Arial"/>
          <w:color w:val="5D7284"/>
          <w:sz w:val="22"/>
        </w:rPr>
        <w:t>1:24:12</w:t>
      </w:r>
    </w:p>
    <w:p>
      <w:pPr>
        <w:spacing w:after="0"/>
      </w:pPr>
      <w:r>
        <w:rPr>
          <w:rFonts w:ascii="Arial" w:hAnsi="Arial"/>
          <w:sz w:val="22"/>
        </w:rPr>
        <w:t>You remember four years ago when you mentioned in passing that you wanted to go on those one of those like bucking bull rides?</w:t>
      </w:r>
    </w:p>
    <w:p>
      <w:pPr>
        <w:spacing w:after="0"/>
      </w:pPr>
    </w:p>
    <w:p>
      <w:pPr>
        <w:spacing w:after="0"/>
      </w:pPr>
      <w:r>
        <w:rPr>
          <w:rFonts w:ascii="Arial" w:hAnsi="Arial"/>
          <w:b/>
          <w:sz w:val="22"/>
        </w:rPr>
        <w:t xml:space="preserve">Lucy  </w:t>
      </w:r>
      <w:r>
        <w:rPr>
          <w:rFonts w:ascii="Arial" w:hAnsi="Arial"/>
          <w:color w:val="5D7284"/>
          <w:sz w:val="22"/>
        </w:rPr>
        <w:t>1:24:23</w:t>
      </w:r>
    </w:p>
    <w:p>
      <w:pPr>
        <w:spacing w:after="0"/>
      </w:pPr>
      <w:r>
        <w:rPr>
          <w:rFonts w:ascii="Arial" w:hAnsi="Arial"/>
          <w:sz w:val="22"/>
        </w:rPr>
        <w:t>I have to be really careful with what i say because I think that do I really want to do this or is this just a fad? Or my shoe fell off and I can remember I could still remember the feeling of feeling so embarrassed that my shoe had fallen off. Because Chris and several other people had to carry me up the stairs and my shoe had fallen off. And I can remember oh my gosh, people are gonna be looking at my feet. My feet are horrible. Oh God, not Chris's fault. It was the building. That I was in. If they'd have just said there's no lift. We would have said you know what I'll video videos live I didn't even win I did I can't remember. Probably listen to this and go yes you did say I'm sorry Chris Yeah, no it's not that the lives with you isn't it the embarrassment? Yeah, you see those meams that you're on the Internet of lying awake at night, your brain remembering that time you embarassed yourself 25 years ago. And but I get that because when you couldn't get in this building, you really felt quite embarrassed. It's that kind of thing. The Buddhism keeps you up at night, if you're not careful.</w:t>
      </w:r>
    </w:p>
    <w:p>
      <w:pPr>
        <w:spacing w:after="0"/>
      </w:pPr>
    </w:p>
    <w:p>
      <w:pPr>
        <w:spacing w:after="0"/>
      </w:pPr>
      <w:r>
        <w:rPr>
          <w:rFonts w:ascii="Arial" w:hAnsi="Arial"/>
          <w:b/>
          <w:sz w:val="22"/>
        </w:rPr>
        <w:t xml:space="preserve">Gem Turner  </w:t>
      </w:r>
      <w:r>
        <w:rPr>
          <w:rFonts w:ascii="Arial" w:hAnsi="Arial"/>
          <w:color w:val="5D7284"/>
          <w:sz w:val="22"/>
        </w:rPr>
        <w:t>1:25:37</w:t>
      </w:r>
    </w:p>
    <w:p>
      <w:pPr>
        <w:spacing w:after="0"/>
      </w:pPr>
      <w:r>
        <w:rPr>
          <w:rFonts w:ascii="Arial" w:hAnsi="Arial"/>
          <w:sz w:val="22"/>
        </w:rPr>
        <w:t>but actually it should be like, key number one not building wasn't accessible, you know, we should flip it and say that instead of, you know, remember when you got your feet out like no one's thinking about Lucy's feel they're thinking abot how ridiculous was it? You know?</w:t>
      </w:r>
    </w:p>
    <w:p>
      <w:pPr>
        <w:spacing w:after="0"/>
      </w:pPr>
    </w:p>
    <w:p>
      <w:pPr>
        <w:spacing w:after="0"/>
      </w:pPr>
      <w:r>
        <w:rPr>
          <w:rFonts w:ascii="Arial" w:hAnsi="Arial"/>
          <w:b/>
          <w:sz w:val="22"/>
        </w:rPr>
        <w:t xml:space="preserve">Alice  </w:t>
      </w:r>
      <w:r>
        <w:rPr>
          <w:rFonts w:ascii="Arial" w:hAnsi="Arial"/>
          <w:color w:val="5D7284"/>
          <w:sz w:val="22"/>
        </w:rPr>
        <w:t>1:25:56</w:t>
      </w:r>
    </w:p>
    <w:p>
      <w:pPr>
        <w:spacing w:after="0"/>
      </w:pPr>
      <w:r>
        <w:rPr>
          <w:rFonts w:ascii="Arial" w:hAnsi="Arial"/>
          <w:sz w:val="22"/>
        </w:rPr>
        <w:t>Yeah, yeah. That Lucy got invited to something in a building where she couldn't get in. Yeah, the person who should be lying awake at night is the person who booked the you know, building for the award ceremony. They should be lying awake at night humiliated by the fact that they invited a wheelchair user to a building they couldn't get into.</w:t>
      </w:r>
    </w:p>
    <w:p>
      <w:pPr>
        <w:spacing w:after="0"/>
      </w:pPr>
    </w:p>
    <w:p>
      <w:pPr>
        <w:spacing w:after="0"/>
      </w:pPr>
      <w:r>
        <w:rPr>
          <w:rFonts w:ascii="Arial" w:hAnsi="Arial"/>
          <w:b/>
          <w:sz w:val="22"/>
        </w:rPr>
        <w:t xml:space="preserve">Lucy  </w:t>
      </w:r>
      <w:r>
        <w:rPr>
          <w:rFonts w:ascii="Arial" w:hAnsi="Arial"/>
          <w:color w:val="5D7284"/>
          <w:sz w:val="22"/>
        </w:rPr>
        <w:t>1:26:18</w:t>
      </w:r>
    </w:p>
    <w:p>
      <w:pPr>
        <w:spacing w:after="0"/>
      </w:pPr>
      <w:r>
        <w:rPr>
          <w:rFonts w:ascii="Arial" w:hAnsi="Arial"/>
          <w:sz w:val="22"/>
        </w:rPr>
        <w:t>Yeah, no. And do you think they are now? Yeah, course they're not, no. But the one thing I will say we'll round this episode for the positive on the positive vibe is the fact that my disability I always say makes me a brilliant dinner party guest because I've got stories that never make me boring. So</w:t>
      </w:r>
    </w:p>
    <w:p>
      <w:pPr>
        <w:spacing w:after="0"/>
      </w:pPr>
    </w:p>
    <w:p>
      <w:pPr>
        <w:spacing w:after="0"/>
      </w:pPr>
      <w:r>
        <w:rPr>
          <w:rFonts w:ascii="Arial" w:hAnsi="Arial"/>
          <w:b/>
          <w:sz w:val="22"/>
        </w:rPr>
        <w:t xml:space="preserve">Gem Turner  </w:t>
      </w:r>
      <w:r>
        <w:rPr>
          <w:rFonts w:ascii="Arial" w:hAnsi="Arial"/>
          <w:color w:val="5D7284"/>
          <w:sz w:val="22"/>
        </w:rPr>
        <w:t>1:26:39</w:t>
      </w:r>
    </w:p>
    <w:p>
      <w:pPr>
        <w:spacing w:after="0"/>
      </w:pPr>
      <w:r>
        <w:rPr>
          <w:rFonts w:ascii="Arial" w:hAnsi="Arial"/>
          <w:sz w:val="22"/>
        </w:rPr>
        <w:t>definitely, there's</w:t>
      </w:r>
    </w:p>
    <w:p>
      <w:pPr>
        <w:spacing w:after="0"/>
      </w:pPr>
    </w:p>
    <w:p>
      <w:pPr>
        <w:spacing w:after="0"/>
      </w:pPr>
      <w:r>
        <w:rPr>
          <w:rFonts w:ascii="Arial" w:hAnsi="Arial"/>
          <w:b/>
          <w:sz w:val="22"/>
        </w:rPr>
        <w:t xml:space="preserve">Alice  </w:t>
      </w:r>
      <w:r>
        <w:rPr>
          <w:rFonts w:ascii="Arial" w:hAnsi="Arial"/>
          <w:color w:val="5D7284"/>
          <w:sz w:val="22"/>
        </w:rPr>
        <w:t>1:26:40</w:t>
      </w:r>
    </w:p>
    <w:p>
      <w:pPr>
        <w:spacing w:after="0"/>
      </w:pPr>
      <w:r>
        <w:rPr>
          <w:rFonts w:ascii="Arial" w:hAnsi="Arial"/>
          <w:sz w:val="22"/>
        </w:rPr>
        <w:t>this obsessed with this dinner party, this imaginary dinner party. She's always talking about it I I am. I'm beginning to suspect that she's just angling for somebody to invite her out to dinner.</w:t>
      </w:r>
    </w:p>
    <w:p>
      <w:pPr>
        <w:spacing w:after="0"/>
      </w:pPr>
    </w:p>
    <w:p>
      <w:pPr>
        <w:spacing w:after="0"/>
      </w:pPr>
      <w:r>
        <w:rPr>
          <w:rFonts w:ascii="Arial" w:hAnsi="Arial"/>
          <w:b/>
          <w:sz w:val="22"/>
        </w:rPr>
        <w:t xml:space="preserve">Gem Turner  </w:t>
      </w:r>
      <w:r>
        <w:rPr>
          <w:rFonts w:ascii="Arial" w:hAnsi="Arial"/>
          <w:color w:val="5D7284"/>
          <w:sz w:val="22"/>
        </w:rPr>
        <w:t>1:26:50</w:t>
      </w:r>
    </w:p>
    <w:p>
      <w:pPr>
        <w:spacing w:after="0"/>
      </w:pPr>
      <w:r>
        <w:rPr>
          <w:rFonts w:ascii="Arial" w:hAnsi="Arial"/>
          <w:sz w:val="22"/>
        </w:rPr>
        <w:t>You can come to mine for a dinner party</w:t>
      </w:r>
    </w:p>
    <w:p>
      <w:pPr>
        <w:spacing w:after="0"/>
      </w:pPr>
    </w:p>
    <w:p>
      <w:pPr>
        <w:spacing w:after="0"/>
      </w:pPr>
      <w:r>
        <w:rPr>
          <w:rFonts w:ascii="Arial" w:hAnsi="Arial"/>
          <w:b/>
          <w:sz w:val="22"/>
        </w:rPr>
        <w:t xml:space="preserve">Lucy  </w:t>
      </w:r>
      <w:r>
        <w:rPr>
          <w:rFonts w:ascii="Arial" w:hAnsi="Arial"/>
          <w:color w:val="5D7284"/>
          <w:sz w:val="22"/>
        </w:rPr>
        <w:t>1:26:54</w:t>
      </w:r>
    </w:p>
    <w:p>
      <w:pPr>
        <w:spacing w:after="0"/>
      </w:pPr>
      <w:r>
        <w:rPr>
          <w:rFonts w:ascii="Arial" w:hAnsi="Arial"/>
          <w:sz w:val="22"/>
        </w:rPr>
        <w:t>Let's do that Gem.</w:t>
      </w:r>
    </w:p>
    <w:p>
      <w:pPr>
        <w:spacing w:after="0"/>
      </w:pPr>
    </w:p>
    <w:p>
      <w:pPr>
        <w:spacing w:after="0"/>
      </w:pPr>
      <w:r>
        <w:rPr>
          <w:rFonts w:ascii="Arial" w:hAnsi="Arial"/>
          <w:b/>
          <w:sz w:val="22"/>
        </w:rPr>
        <w:t xml:space="preserve">Gem Turner  </w:t>
      </w:r>
      <w:r>
        <w:rPr>
          <w:rFonts w:ascii="Arial" w:hAnsi="Arial"/>
          <w:color w:val="5D7284"/>
          <w:sz w:val="22"/>
        </w:rPr>
        <w:t>1:26:55</w:t>
      </w:r>
    </w:p>
    <w:p>
      <w:pPr>
        <w:spacing w:after="0"/>
      </w:pPr>
      <w:r>
        <w:rPr>
          <w:rFonts w:ascii="Arial" w:hAnsi="Arial"/>
          <w:sz w:val="22"/>
        </w:rPr>
        <w:t>I'm accessible as well i can promise you that.</w:t>
      </w:r>
    </w:p>
    <w:p>
      <w:pPr>
        <w:spacing w:after="0"/>
      </w:pPr>
    </w:p>
    <w:p>
      <w:pPr>
        <w:spacing w:after="0"/>
      </w:pPr>
      <w:r>
        <w:rPr>
          <w:rFonts w:ascii="Arial" w:hAnsi="Arial"/>
          <w:b/>
          <w:sz w:val="22"/>
        </w:rPr>
        <w:t xml:space="preserve">Lucy  </w:t>
      </w:r>
      <w:r>
        <w:rPr>
          <w:rFonts w:ascii="Arial" w:hAnsi="Arial"/>
          <w:color w:val="5D7284"/>
          <w:sz w:val="22"/>
        </w:rPr>
        <w:t>1:27:02</w:t>
      </w:r>
    </w:p>
    <w:p>
      <w:pPr>
        <w:spacing w:after="0"/>
      </w:pPr>
      <w:r>
        <w:rPr>
          <w:rFonts w:ascii="Arial" w:hAnsi="Arial"/>
          <w:sz w:val="22"/>
        </w:rPr>
        <w:t>Thank you so much for your time today Gem. I really hope you've enjoyed.</w:t>
      </w:r>
    </w:p>
    <w:p>
      <w:pPr>
        <w:spacing w:after="0"/>
      </w:pPr>
    </w:p>
    <w:p>
      <w:pPr>
        <w:spacing w:after="0"/>
      </w:pPr>
      <w:r>
        <w:rPr>
          <w:rFonts w:ascii="Arial" w:hAnsi="Arial"/>
          <w:b/>
          <w:sz w:val="22"/>
        </w:rPr>
        <w:t xml:space="preserve">Gem Turner  </w:t>
      </w:r>
      <w:r>
        <w:rPr>
          <w:rFonts w:ascii="Arial" w:hAnsi="Arial"/>
          <w:color w:val="5D7284"/>
          <w:sz w:val="22"/>
        </w:rPr>
        <w:t>1:27:06</w:t>
      </w:r>
    </w:p>
    <w:p>
      <w:pPr>
        <w:spacing w:after="0"/>
      </w:pPr>
      <w:r>
        <w:rPr>
          <w:rFonts w:ascii="Arial" w:hAnsi="Arial"/>
          <w:sz w:val="22"/>
        </w:rPr>
        <w:t>I've loved it thank you too</w:t>
      </w:r>
    </w:p>
    <w:p>
      <w:pPr>
        <w:spacing w:after="0"/>
      </w:pPr>
    </w:p>
    <w:p>
      <w:pPr>
        <w:spacing w:after="0"/>
      </w:pPr>
      <w:r>
        <w:rPr>
          <w:rFonts w:ascii="Arial" w:hAnsi="Arial"/>
          <w:b/>
          <w:sz w:val="22"/>
        </w:rPr>
        <w:t xml:space="preserve">Alice  </w:t>
      </w:r>
      <w:r>
        <w:rPr>
          <w:rFonts w:ascii="Arial" w:hAnsi="Arial"/>
          <w:color w:val="5D7284"/>
          <w:sz w:val="22"/>
        </w:rPr>
        <w:t>1:27:09</w:t>
      </w:r>
    </w:p>
    <w:p>
      <w:pPr>
        <w:spacing w:after="0"/>
      </w:pPr>
      <w:r>
        <w:rPr>
          <w:rFonts w:ascii="Arial" w:hAnsi="Arial"/>
          <w:sz w:val="22"/>
        </w:rPr>
        <w:t>Yeah, I feel like perhaps Lucy and I may in particular, stolen the microphone a bit. So if there's anything else you want to say before we go Gemma, perhaps tell people where they can find you and a bit about your podcast.</w:t>
      </w:r>
    </w:p>
    <w:p>
      <w:pPr>
        <w:spacing w:after="0"/>
      </w:pPr>
    </w:p>
    <w:p>
      <w:pPr>
        <w:spacing w:after="0"/>
      </w:pPr>
      <w:r>
        <w:rPr>
          <w:rFonts w:ascii="Arial" w:hAnsi="Arial"/>
          <w:b/>
          <w:sz w:val="22"/>
        </w:rPr>
        <w:t xml:space="preserve">Gem Turner  </w:t>
      </w:r>
      <w:r>
        <w:rPr>
          <w:rFonts w:ascii="Arial" w:hAnsi="Arial"/>
          <w:color w:val="5D7284"/>
          <w:sz w:val="22"/>
        </w:rPr>
        <w:t>1:27:22</w:t>
      </w:r>
    </w:p>
    <w:p>
      <w:pPr>
        <w:spacing w:after="0"/>
      </w:pPr>
      <w:r>
        <w:rPr>
          <w:rFonts w:ascii="Arial" w:hAnsi="Arial"/>
          <w:sz w:val="22"/>
        </w:rPr>
        <w:t>Oh, thank you. No, I have loved today You can find me on @gem_turner on socials gem turner.com and My podcast is called "first impressions". So yeah, if you type that into either acast or Spotify, you can find me there. But for today I've really loved it. Yeah, it's nice to just have a chat about, you know, things that are really personal. But we can all relate to it is nice</w:t>
      </w:r>
    </w:p>
    <w:p>
      <w:pPr>
        <w:spacing w:after="0"/>
      </w:pPr>
    </w:p>
    <w:p>
      <w:pPr>
        <w:spacing w:after="0"/>
      </w:pPr>
      <w:r>
        <w:rPr>
          <w:rFonts w:ascii="Arial" w:hAnsi="Arial"/>
          <w:b/>
          <w:sz w:val="22"/>
        </w:rPr>
        <w:t xml:space="preserve">Alice  </w:t>
      </w:r>
      <w:r>
        <w:rPr>
          <w:rFonts w:ascii="Arial" w:hAnsi="Arial"/>
          <w:color w:val="5D7284"/>
          <w:sz w:val="22"/>
        </w:rPr>
        <w:t>1:27:53</w:t>
      </w:r>
    </w:p>
    <w:p>
      <w:pPr>
        <w:spacing w:after="0"/>
      </w:pPr>
      <w:r>
        <w:rPr>
          <w:rFonts w:ascii="Arial" w:hAnsi="Arial"/>
          <w:sz w:val="22"/>
        </w:rPr>
        <w:t>that it's been really nice to have you Gemma.</w:t>
      </w:r>
    </w:p>
    <w:p>
      <w:pPr>
        <w:spacing w:after="0"/>
      </w:pPr>
    </w:p>
    <w:p>
      <w:pPr>
        <w:spacing w:after="0"/>
      </w:pPr>
      <w:r>
        <w:rPr>
          <w:rFonts w:ascii="Arial" w:hAnsi="Arial"/>
          <w:b/>
          <w:sz w:val="22"/>
        </w:rPr>
        <w:t xml:space="preserve">Lucy  </w:t>
      </w:r>
      <w:r>
        <w:rPr>
          <w:rFonts w:ascii="Arial" w:hAnsi="Arial"/>
          <w:color w:val="5D7284"/>
          <w:sz w:val="22"/>
        </w:rPr>
        <w:t>1:27:55</w:t>
      </w:r>
    </w:p>
    <w:p>
      <w:pPr>
        <w:spacing w:after="0"/>
      </w:pPr>
      <w:r>
        <w:rPr>
          <w:rFonts w:ascii="Arial" w:hAnsi="Arial"/>
          <w:sz w:val="22"/>
        </w:rPr>
        <w:t>Thanks so much for coming on Gemma.</w:t>
      </w:r>
    </w:p>
    <w:p>
      <w:pPr>
        <w:spacing w:after="0"/>
      </w:pPr>
    </w:p>
    <w:p>
      <w:pPr>
        <w:spacing w:after="0"/>
      </w:pPr>
      <w:r>
        <w:rPr>
          <w:rFonts w:ascii="Arial" w:hAnsi="Arial"/>
          <w:b/>
          <w:sz w:val="22"/>
        </w:rPr>
        <w:t xml:space="preserve">Gem Turner  </w:t>
      </w:r>
      <w:r>
        <w:rPr>
          <w:rFonts w:ascii="Arial" w:hAnsi="Arial"/>
          <w:color w:val="5D7284"/>
          <w:sz w:val="22"/>
        </w:rPr>
        <w:t>1:27:57</w:t>
      </w:r>
    </w:p>
    <w:p>
      <w:pPr>
        <w:spacing w:after="0"/>
      </w:pPr>
      <w:r>
        <w:rPr>
          <w:rFonts w:ascii="Arial" w:hAnsi="Arial"/>
          <w:sz w:val="22"/>
        </w:rPr>
        <w:t>Thank you, have a lovely day.</w:t>
      </w:r>
    </w:p>
    <w:p>
      <w:pPr>
        <w:spacing w:after="0"/>
      </w:pPr>
    </w:p>
    <w:p>
      <w:pPr>
        <w:spacing w:after="0"/>
      </w:pPr>
      <w:r>
        <w:rPr>
          <w:rFonts w:ascii="Arial" w:hAnsi="Arial"/>
          <w:b/>
          <w:sz w:val="22"/>
        </w:rPr>
        <w:t xml:space="preserve">Alice  </w:t>
      </w:r>
      <w:r>
        <w:rPr>
          <w:rFonts w:ascii="Arial" w:hAnsi="Arial"/>
          <w:color w:val="5D7284"/>
          <w:sz w:val="22"/>
        </w:rPr>
        <w:t>1:28:00</w:t>
      </w:r>
    </w:p>
    <w:p>
      <w:pPr>
        <w:spacing w:after="0"/>
      </w:pPr>
      <w:r>
        <w:rPr>
          <w:rFonts w:ascii="Arial" w:hAnsi="Arial"/>
          <w:sz w:val="22"/>
        </w:rPr>
        <w:t>Thank you everyone for listening. And again, if you've enjoyed this week's episode, please please please tell all your friends how much you like us. rate and review us on Apple podcasts because that's where that helps us new listeners find us. And that's really important because we want lots of people to listen to us so that we can keep doing this. Yeah, so follow us on social media and all of the rest of it. We'll see you next time. Bye. Bye. Thanks for listening to the lABLEd podcast. If you like the show, please rate review and subscribe. You can follow us on social media at lABLEd podcast.</w:t>
      </w:r>
    </w:p>
    <w:p>
      <w:pPr>
        <w:spacing w:after="0"/>
      </w:pPr>
    </w:p>
    <w:p>
      <w:pPr>
        <w:spacing w:after="0"/>
      </w:pPr>
      <w:r>
        <w:rPr>
          <w:rFonts w:ascii="Arial" w:hAnsi="Arial"/>
          <w:b/>
          <w:sz w:val="22"/>
        </w:rPr>
        <w:t xml:space="preserve">Lucy  </w:t>
      </w:r>
      <w:r>
        <w:rPr>
          <w:rFonts w:ascii="Arial" w:hAnsi="Arial"/>
          <w:color w:val="5D7284"/>
          <w:sz w:val="22"/>
        </w:rPr>
        <w:t>1:28:47</w:t>
      </w:r>
    </w:p>
    <w:p>
      <w:pPr>
        <w:spacing w:after="0"/>
      </w:pPr>
      <w:r>
        <w:rPr>
          <w:rFonts w:ascii="Arial" w:hAnsi="Arial"/>
          <w:sz w:val="22"/>
        </w:rPr>
        <w:t>Thanks to our editor Adam Hall, Our music composer Maisy Crunden and our graffic designer Sarah Colley</w:t>
      </w:r>
    </w:p>
    <w:p>
      <w:pPr>
        <w:spacing w:after="0"/>
      </w:pPr>
    </w:p>
    <w:p>
      <w:pPr>
        <w:spacing w:after="0"/>
      </w:pPr>
      <w:r>
        <w:rPr>
          <w:rFonts w:ascii="Arial" w:hAnsi="Arial"/>
          <w:b/>
          <w:sz w:val="22"/>
        </w:rPr>
        <w:t xml:space="preserve">Alice Evans &amp; Lucy Wood  </w:t>
      </w:r>
      <w:r>
        <w:rPr>
          <w:rFonts w:ascii="Arial" w:hAnsi="Arial"/>
          <w:color w:val="5D7284"/>
          <w:sz w:val="22"/>
        </w:rPr>
        <w:t>1:28:54</w:t>
      </w:r>
    </w:p>
    <w:p>
      <w:pPr>
        <w:spacing w:after="0"/>
      </w:pPr>
      <w:r>
        <w:rPr>
          <w:rFonts w:ascii="Arial" w:hAnsi="Arial"/>
          <w:sz w:val="22"/>
        </w:rPr>
        <w:t>We'll see you next time</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5" Type="http://schemas.openxmlformats.org/officeDocument/2006/relationships/webSettings" Target="webSettings.xml"/><Relationship Id="rId4" Type="http://schemas.openxmlformats.org/officeDocument/2006/relationships/settings" Target="settings.xml"/><Relationship Id="rId6" Type="http://schemas.openxmlformats.org/officeDocument/2006/relationships/footnotes" Target="footnotes.xml"/><Relationship Id="rId7" Type="http://schemas.openxmlformats.org/officeDocument/2006/relationships/endnotes" Target="endnotes.xml"/><Relationship Id="rId15" Type="http://schemas.openxmlformats.org/officeDocument/2006/relationships/theme" Target="theme/theme1.xml"/><Relationship Id="rId9" Type="http://schemas.openxmlformats.org/officeDocument/2006/relationships/header" Target="header2.xml"/><Relationship Id="rId8" Type="http://schemas.openxmlformats.org/officeDocument/2006/relationships/header" Target="header1.xml"/><Relationship Id="rId13" Type="http://schemas.openxmlformats.org/officeDocument/2006/relationships/footer" Target="footer3.xml"/><Relationship Id="rId12" Type="http://schemas.openxmlformats.org/officeDocument/2006/relationships/header" Target="header3.xml"/><Relationship Id="rId11" Type="http://schemas.openxmlformats.org/officeDocument/2006/relationships/footer" Target="footer2.xml"/><Relationship Id="rId10" Type="http://schemas.openxmlformats.org/officeDocument/2006/relationships/footer" Target="footer1.xml"/><Relationship Id="rId3" Type="http://schemas.openxmlformats.org/officeDocument/2006/relationships/styles" Target="styles.xml"/><Relationship Id="rId2" Type="http://schemas.openxmlformats.org/officeDocument/2006/relationships/numbering" Target="numbering.xml"/><Relationship Id="rId1" Type="http://schemas.openxmlformats.org/officeDocument/2006/relationships/customXml" Target="../customXml/item1.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