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Ep19 MIK Final Edit</w:t>
      </w:r>
    </w:p>
    <w:p>
      <w:r>
        <w:rPr>
          <w:rFonts w:ascii="Arial" w:hAnsi="Arial"/>
          <w:color w:val="4F6880"/>
          <w:sz w:val="22"/>
        </w:rPr>
        <w:t>Sun, 11/21 3:04PM • 1:17:08</w:t>
      </w:r>
    </w:p>
    <w:p>
      <w:pPr>
        <w:spacing w:before="440" w:after="0"/>
      </w:pPr>
      <w:r>
        <w:rPr>
          <w:rFonts w:ascii="Arial" w:hAnsi="Arial"/>
          <w:b/>
          <w:color w:val="4F6880"/>
          <w:sz w:val="22"/>
        </w:rPr>
        <w:t>SUMMARY KEYWORDS</w:t>
      </w:r>
    </w:p>
    <w:p>
      <w:r>
        <w:rPr>
          <w:rFonts w:ascii="Arial" w:hAnsi="Arial"/>
          <w:color w:val="4F6880"/>
          <w:sz w:val="22"/>
        </w:rPr>
        <w:t>people, mik, lucy, disabled, tights, calipers, kids, hairdressers, watch, bit, wear, thinking, cut, girl, telly, alice, podcast, meant, hair, world</w:t>
      </w:r>
    </w:p>
    <w:p>
      <w:pPr>
        <w:spacing w:before="440" w:after="0"/>
      </w:pPr>
      <w:r>
        <w:rPr>
          <w:rFonts w:ascii="Arial" w:hAnsi="Arial"/>
          <w:b/>
          <w:color w:val="4F6880"/>
          <w:sz w:val="22"/>
        </w:rPr>
        <w:t>SPEAKERS</w:t>
      </w:r>
    </w:p>
    <w:p>
      <w:r>
        <w:rPr>
          <w:rFonts w:ascii="Arial" w:hAnsi="Arial"/>
          <w:color w:val="4F6880"/>
          <w:sz w:val="22"/>
        </w:rPr>
        <w:t>Theme Tune, Mik Scarlet, Lucy, Alice, Disclaimer</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labor podcast, a show about disability illness and difference. I'm Lucy</w:t>
      </w:r>
    </w:p>
    <w:p>
      <w:pPr>
        <w:spacing w:after="0"/>
      </w:pPr>
    </w:p>
    <w:p>
      <w:pPr>
        <w:spacing w:after="0"/>
      </w:pPr>
      <w:r>
        <w:rPr>
          <w:rFonts w:ascii="Arial" w:hAnsi="Arial"/>
          <w:b/>
          <w:sz w:val="22"/>
        </w:rPr>
        <w:t xml:space="preserve">Theme Tune  </w:t>
      </w:r>
      <w:r>
        <w:rPr>
          <w:rFonts w:ascii="Arial" w:hAnsi="Arial"/>
          <w:color w:val="5D7284"/>
          <w:sz w:val="22"/>
        </w:rPr>
        <w:t>00:06</w:t>
      </w:r>
    </w:p>
    <w:p>
      <w:pPr>
        <w:spacing w:after="0"/>
      </w:pPr>
      <w:r>
        <w:rPr>
          <w:rFonts w:ascii="Arial" w:hAnsi="Arial"/>
          <w:sz w:val="22"/>
        </w:rPr>
        <w:t>though I might not fit in socially, I'm saying which more than what you see, we all live our lives differently, kaleidoscope identity , and this is who I meant to be, I'm just labeled me... I'm just labeled me, I'm just labeled me.</w:t>
      </w:r>
    </w:p>
    <w:p>
      <w:pPr>
        <w:spacing w:after="0"/>
      </w:pPr>
    </w:p>
    <w:p>
      <w:pPr>
        <w:spacing w:after="0"/>
      </w:pPr>
      <w:r>
        <w:rPr>
          <w:rFonts w:ascii="Arial" w:hAnsi="Arial"/>
          <w:b/>
          <w:sz w:val="22"/>
        </w:rPr>
        <w:t xml:space="preserve">Lucy  </w:t>
      </w:r>
      <w:r>
        <w:rPr>
          <w:rFonts w:ascii="Arial" w:hAnsi="Arial"/>
          <w:color w:val="5D7284"/>
          <w:sz w:val="22"/>
        </w:rPr>
        <w:t>00:06</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Disclaimer  </w:t>
      </w:r>
      <w:r>
        <w:rPr>
          <w:rFonts w:ascii="Arial" w:hAnsi="Arial"/>
          <w:color w:val="5D7284"/>
          <w:sz w:val="22"/>
        </w:rPr>
        <w:t>00:36</w:t>
      </w:r>
    </w:p>
    <w:p>
      <w:pPr>
        <w:spacing w:after="0"/>
      </w:pPr>
      <w:r>
        <w:rPr>
          <w:rFonts w:ascii="Arial" w:hAnsi="Arial"/>
          <w:sz w:val="22"/>
        </w:rPr>
        <w:t xml:space="preserve"> 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to a brand new episode of The lABLEd podcast if you don't know already, my name is Lucy and I'm here with Alice. Hello  Alice! How are you?</w:t>
      </w:r>
    </w:p>
    <w:p>
      <w:pPr>
        <w:spacing w:after="0"/>
      </w:pPr>
    </w:p>
    <w:p>
      <w:pPr>
        <w:spacing w:after="0"/>
      </w:pPr>
      <w:r>
        <w:rPr>
          <w:rFonts w:ascii="Arial" w:hAnsi="Arial"/>
          <w:b/>
          <w:sz w:val="22"/>
        </w:rPr>
        <w:t xml:space="preserve">Alice  </w:t>
      </w:r>
      <w:r>
        <w:rPr>
          <w:rFonts w:ascii="Arial" w:hAnsi="Arial"/>
          <w:color w:val="5D7284"/>
          <w:sz w:val="22"/>
        </w:rPr>
        <w:t>00:54</w:t>
      </w:r>
    </w:p>
    <w:p>
      <w:pPr>
        <w:spacing w:after="0"/>
      </w:pPr>
      <w:r>
        <w:rPr>
          <w:rFonts w:ascii="Arial" w:hAnsi="Arial"/>
          <w:sz w:val="22"/>
        </w:rPr>
        <w:t>Hello Lucy. I'm alright, thank you. How are you?</w:t>
      </w:r>
    </w:p>
    <w:p>
      <w:pPr>
        <w:spacing w:after="0"/>
      </w:pPr>
    </w:p>
    <w:p>
      <w:pPr>
        <w:spacing w:after="0"/>
      </w:pPr>
      <w:r>
        <w:rPr>
          <w:rFonts w:ascii="Arial" w:hAnsi="Arial"/>
          <w:b/>
          <w:sz w:val="22"/>
        </w:rPr>
        <w:t xml:space="preserve">Lucy  </w:t>
      </w:r>
      <w:r>
        <w:rPr>
          <w:rFonts w:ascii="Arial" w:hAnsi="Arial"/>
          <w:color w:val="5D7284"/>
          <w:sz w:val="22"/>
        </w:rPr>
        <w:t>01:00</w:t>
      </w:r>
    </w:p>
    <w:p>
      <w:pPr>
        <w:spacing w:after="0"/>
      </w:pPr>
      <w:r>
        <w:rPr>
          <w:rFonts w:ascii="Arial" w:hAnsi="Arial"/>
          <w:sz w:val="22"/>
        </w:rPr>
        <w:t>I'm alright, thanks. Yeah, I had.. i'm quite cold.</w:t>
      </w:r>
    </w:p>
    <w:p>
      <w:pPr>
        <w:spacing w:after="0"/>
      </w:pPr>
    </w:p>
    <w:p>
      <w:pPr>
        <w:spacing w:after="0"/>
      </w:pPr>
      <w:r>
        <w:rPr>
          <w:rFonts w:ascii="Arial" w:hAnsi="Arial"/>
          <w:b/>
          <w:sz w:val="22"/>
        </w:rPr>
        <w:t xml:space="preserve">Alice  </w:t>
      </w:r>
      <w:r>
        <w:rPr>
          <w:rFonts w:ascii="Arial" w:hAnsi="Arial"/>
          <w:color w:val="5D7284"/>
          <w:sz w:val="22"/>
        </w:rPr>
        <w:t>01:04</w:t>
      </w:r>
    </w:p>
    <w:p>
      <w:pPr>
        <w:spacing w:after="0"/>
      </w:pPr>
      <w:r>
        <w:rPr>
          <w:rFonts w:ascii="Arial" w:hAnsi="Arial"/>
          <w:sz w:val="22"/>
        </w:rPr>
        <w:t>I was gonna say. It's it's getting distinctively cold. And I do not like it no. I would quite like somebody to put the heating on what apparently we're not doing that yet. So  I'm going to  sit here and let my teeth chatter. Yeah, You could wear thermal tights, but have you tried you know wading through the snow In in thermal.. its Just</w:t>
      </w:r>
    </w:p>
    <w:p>
      <w:pPr>
        <w:spacing w:after="0"/>
      </w:pPr>
    </w:p>
    <w:p>
      <w:pPr>
        <w:spacing w:after="0"/>
      </w:pPr>
      <w:r>
        <w:rPr>
          <w:rFonts w:ascii="Arial" w:hAnsi="Arial"/>
          <w:b/>
          <w:sz w:val="22"/>
        </w:rPr>
        <w:t xml:space="preserve">Lucy  </w:t>
      </w:r>
      <w:r>
        <w:rPr>
          <w:rFonts w:ascii="Arial" w:hAnsi="Arial"/>
          <w:color w:val="5D7284"/>
          <w:sz w:val="22"/>
        </w:rPr>
        <w:t>01:58</w:t>
      </w:r>
    </w:p>
    <w:p>
      <w:pPr>
        <w:spacing w:after="0"/>
      </w:pPr>
      <w:r>
        <w:rPr>
          <w:rFonts w:ascii="Arial" w:hAnsi="Arial"/>
          <w:sz w:val="22"/>
        </w:rPr>
        <w:t>listen, listen. Listen, right. Have you ever tried? Have you ever seen somebody who can't stand up try and get in a pair of tights? It takes three people to get me in tight so we don't bother really to be there. It'd</w:t>
      </w:r>
    </w:p>
    <w:p>
      <w:pPr>
        <w:spacing w:after="0"/>
      </w:pPr>
    </w:p>
    <w:p>
      <w:pPr>
        <w:spacing w:after="0"/>
      </w:pPr>
      <w:r>
        <w:rPr>
          <w:rFonts w:ascii="Arial" w:hAnsi="Arial"/>
          <w:b/>
          <w:sz w:val="22"/>
        </w:rPr>
        <w:t xml:space="preserve">Alice  </w:t>
      </w:r>
      <w:r>
        <w:rPr>
          <w:rFonts w:ascii="Arial" w:hAnsi="Arial"/>
          <w:color w:val="5D7284"/>
          <w:sz w:val="22"/>
        </w:rPr>
        <w:t>02:12</w:t>
      </w:r>
    </w:p>
    <w:p>
      <w:pPr>
        <w:spacing w:after="0"/>
      </w:pPr>
      <w:r>
        <w:rPr>
          <w:rFonts w:ascii="Arial" w:hAnsi="Arial"/>
          <w:sz w:val="22"/>
        </w:rPr>
        <w:t xml:space="preserve">be fair I'm wearing tights today and regretting every minute that they are the work of the devil. Really? Yeah. I can imagine... wonder if our guest ever had call to wear tights </w:t>
      </w:r>
    </w:p>
    <w:p>
      <w:pPr>
        <w:spacing w:after="0"/>
      </w:pPr>
    </w:p>
    <w:p>
      <w:pPr>
        <w:spacing w:after="0"/>
      </w:pPr>
      <w:r>
        <w:rPr>
          <w:rFonts w:ascii="Arial" w:hAnsi="Arial"/>
          <w:b/>
          <w:sz w:val="22"/>
        </w:rPr>
        <w:t xml:space="preserve">Lucy  </w:t>
      </w:r>
      <w:r>
        <w:rPr>
          <w:rFonts w:ascii="Arial" w:hAnsi="Arial"/>
          <w:color w:val="5D7284"/>
          <w:sz w:val="22"/>
        </w:rPr>
        <w:t>02:32</w:t>
      </w:r>
    </w:p>
    <w:p>
      <w:pPr>
        <w:spacing w:after="0"/>
      </w:pPr>
      <w:r>
        <w:rPr>
          <w:rFonts w:ascii="Arial" w:hAnsi="Arial"/>
          <w:sz w:val="22"/>
        </w:rPr>
        <w:t>I don't know. So our guest today is Mik Scarlet. We're very excited about this episode. aren't we Alice</w:t>
      </w:r>
    </w:p>
    <w:p>
      <w:pPr>
        <w:spacing w:after="0"/>
      </w:pPr>
    </w:p>
    <w:p>
      <w:pPr>
        <w:spacing w:after="0"/>
      </w:pPr>
      <w:r>
        <w:rPr>
          <w:rFonts w:ascii="Arial" w:hAnsi="Arial"/>
          <w:b/>
          <w:sz w:val="22"/>
        </w:rPr>
        <w:t xml:space="preserve">Alice  </w:t>
      </w:r>
      <w:r>
        <w:rPr>
          <w:rFonts w:ascii="Arial" w:hAnsi="Arial"/>
          <w:color w:val="5D7284"/>
          <w:sz w:val="22"/>
        </w:rPr>
        <w:t>02:39</w:t>
      </w:r>
    </w:p>
    <w:p>
      <w:pPr>
        <w:spacing w:after="0"/>
      </w:pPr>
      <w:r>
        <w:rPr>
          <w:rFonts w:ascii="Arial" w:hAnsi="Arial"/>
          <w:sz w:val="22"/>
        </w:rPr>
        <w:t>We are a bit excited</w:t>
      </w:r>
    </w:p>
    <w:p>
      <w:pPr>
        <w:spacing w:after="0"/>
      </w:pPr>
    </w:p>
    <w:p>
      <w:pPr>
        <w:spacing w:after="0"/>
      </w:pPr>
      <w:r>
        <w:rPr>
          <w:rFonts w:ascii="Arial" w:hAnsi="Arial"/>
          <w:b/>
          <w:sz w:val="22"/>
        </w:rPr>
        <w:t xml:space="preserve">Lucy  </w:t>
      </w:r>
      <w:r>
        <w:rPr>
          <w:rFonts w:ascii="Arial" w:hAnsi="Arial"/>
          <w:color w:val="5D7284"/>
          <w:sz w:val="22"/>
        </w:rPr>
        <w:t>02:40</w:t>
      </w:r>
    </w:p>
    <w:p>
      <w:pPr>
        <w:spacing w:after="0"/>
      </w:pPr>
      <w:r>
        <w:rPr>
          <w:rFonts w:ascii="Arial" w:hAnsi="Arial"/>
          <w:sz w:val="22"/>
        </w:rPr>
        <w:t>Yeah. Just warning you now meant we might be fangirling over you and about 15 mins</w:t>
      </w:r>
    </w:p>
    <w:p>
      <w:pPr>
        <w:spacing w:after="0"/>
      </w:pPr>
    </w:p>
    <w:p>
      <w:pPr>
        <w:spacing w:after="0"/>
      </w:pPr>
      <w:r>
        <w:rPr>
          <w:rFonts w:ascii="Arial" w:hAnsi="Arial"/>
          <w:b/>
          <w:sz w:val="22"/>
        </w:rPr>
        <w:t xml:space="preserve">Mik Scarlet  </w:t>
      </w:r>
      <w:r>
        <w:rPr>
          <w:rFonts w:ascii="Arial" w:hAnsi="Arial"/>
          <w:color w:val="5D7284"/>
          <w:sz w:val="22"/>
        </w:rPr>
        <w:t>02:49</w:t>
      </w:r>
    </w:p>
    <w:p>
      <w:pPr>
        <w:spacing w:after="0"/>
      </w:pPr>
      <w:r>
        <w:rPr>
          <w:rFonts w:ascii="Arial" w:hAnsi="Arial"/>
          <w:sz w:val="22"/>
        </w:rPr>
        <w:t>im just sitting here quietly, not joining in the tights conversation. its lovely to be here  I'm very well thank you. And yes, I have worn tights because it's a builder's trick to wear thermal tights under your trousers in winter to keep you warm. So I was taught that by my father when I was quite young. It was also quite handy. So I used to wear a caliper on my right leg. And it also meant the caliper didn't rub against it. So I was I was going to school in tights. Long before we had all this gender stuff I was I did make getting changed for PE and interesting experience. Why is the cripple kid wearing tights? I'm not sure why we want to beat him up. But we want to beat him out.</w:t>
      </w:r>
    </w:p>
    <w:p>
      <w:pPr>
        <w:spacing w:after="0"/>
      </w:pPr>
    </w:p>
    <w:p>
      <w:pPr>
        <w:spacing w:after="0"/>
      </w:pPr>
      <w:r>
        <w:rPr>
          <w:rFonts w:ascii="Arial" w:hAnsi="Arial"/>
          <w:b/>
          <w:sz w:val="22"/>
        </w:rPr>
        <w:t xml:space="preserve">Lucy  </w:t>
      </w:r>
      <w:r>
        <w:rPr>
          <w:rFonts w:ascii="Arial" w:hAnsi="Arial"/>
          <w:color w:val="5D7284"/>
          <w:sz w:val="22"/>
        </w:rPr>
        <w:t>03:35</w:t>
      </w:r>
    </w:p>
    <w:p>
      <w:pPr>
        <w:spacing w:after="0"/>
      </w:pPr>
      <w:r>
        <w:rPr>
          <w:rFonts w:ascii="Arial" w:hAnsi="Arial"/>
          <w:sz w:val="22"/>
        </w:rPr>
        <w:t>It's lovely to have you. Mik, how are you?</w:t>
      </w:r>
    </w:p>
    <w:p>
      <w:pPr>
        <w:spacing w:after="0"/>
      </w:pPr>
    </w:p>
    <w:p>
      <w:pPr>
        <w:spacing w:after="0"/>
      </w:pPr>
      <w:r>
        <w:rPr>
          <w:rFonts w:ascii="Arial" w:hAnsi="Arial"/>
          <w:b/>
          <w:sz w:val="22"/>
        </w:rPr>
        <w:t xml:space="preserve">Alice  </w:t>
      </w:r>
      <w:r>
        <w:rPr>
          <w:rFonts w:ascii="Arial" w:hAnsi="Arial"/>
          <w:color w:val="5D7284"/>
          <w:sz w:val="22"/>
        </w:rPr>
        <w:t>03:36</w:t>
      </w:r>
    </w:p>
    <w:p>
      <w:pPr>
        <w:spacing w:after="0"/>
      </w:pPr>
      <w:r>
        <w:rPr>
          <w:rFonts w:ascii="Arial" w:hAnsi="Arial"/>
          <w:sz w:val="22"/>
        </w:rPr>
        <w:t>We've got a new reason now.</w:t>
      </w:r>
    </w:p>
    <w:p>
      <w:pPr>
        <w:spacing w:after="0"/>
      </w:pPr>
    </w:p>
    <w:p>
      <w:pPr>
        <w:spacing w:after="0"/>
      </w:pPr>
      <w:r>
        <w:rPr>
          <w:rFonts w:ascii="Arial" w:hAnsi="Arial"/>
          <w:b/>
          <w:sz w:val="22"/>
        </w:rPr>
        <w:t xml:space="preserve">Mik Scarlet  </w:t>
      </w:r>
      <w:r>
        <w:rPr>
          <w:rFonts w:ascii="Arial" w:hAnsi="Arial"/>
          <w:color w:val="5D7284"/>
          <w:sz w:val="22"/>
        </w:rPr>
        <w:t>03:39</w:t>
      </w:r>
    </w:p>
    <w:p>
      <w:pPr>
        <w:spacing w:after="0"/>
      </w:pPr>
      <w:r>
        <w:rPr>
          <w:rFonts w:ascii="Arial" w:hAnsi="Arial"/>
          <w:sz w:val="22"/>
        </w:rPr>
        <w:t xml:space="preserve">Unfortunately, they learned they should never try that. Because never pick on the kid whose leg is made of metal. I was thinking about that when you were talking about calipers. I'm not sure I'd want to pick a fight with somebody in a pair of calipers. No, no one ever tried. Ever tried. It was a guy called Trevor, who appeared on Swap Shop. Right for collecting things that were free. he had a huge collection of just crap. There's free. And he was the only one that was because I kind of felt a bit bad about kicking. He was he was sort of a little bit more worse off than I was. Yeah, so and he beat the living poo out of me and I was like all right, respect you've done for me what all the other kids are done for them in the you know, I wasn't bulling him but you know, I think he just tried to be a bit big. picks on Mik </w:t>
      </w:r>
    </w:p>
    <w:p>
      <w:pPr>
        <w:spacing w:after="0"/>
      </w:pPr>
    </w:p>
    <w:p>
      <w:pPr>
        <w:spacing w:after="0"/>
      </w:pPr>
      <w:r>
        <w:rPr>
          <w:rFonts w:ascii="Arial" w:hAnsi="Arial"/>
          <w:b/>
          <w:sz w:val="22"/>
        </w:rPr>
        <w:t xml:space="preserve">Alice  </w:t>
      </w:r>
      <w:r>
        <w:rPr>
          <w:rFonts w:ascii="Arial" w:hAnsi="Arial"/>
          <w:color w:val="5D7284"/>
          <w:sz w:val="22"/>
        </w:rPr>
        <w:t>04:58</w:t>
      </w:r>
    </w:p>
    <w:p>
      <w:pPr>
        <w:spacing w:after="0"/>
      </w:pPr>
      <w:r>
        <w:rPr>
          <w:rFonts w:ascii="Arial" w:hAnsi="Arial"/>
          <w:sz w:val="22"/>
        </w:rPr>
        <w:t xml:space="preserve">My mom tells a story my mom is in her 70s. Now I won't give you her exact age, she would not appreciate that. And she tells a story about how she still feels really terribly guilty because when she was in primary school, there was a girl who had calipers because she had polio. And my mom pushed her over. She broke her leg. And I my mum felt was she tells a story, she always says, oh, and I've just I feel so terrible about it. You know, she was just a kid. But then I got her to talk about it a bit more once and actually go into the story a little bit and I was like, What Why did you push her over? She was she was a bitch. </w:t>
      </w:r>
    </w:p>
    <w:p>
      <w:pPr>
        <w:spacing w:after="0"/>
      </w:pPr>
    </w:p>
    <w:p>
      <w:pPr>
        <w:spacing w:after="0"/>
      </w:pPr>
      <w:r>
        <w:rPr>
          <w:rFonts w:ascii="Arial" w:hAnsi="Arial"/>
          <w:b/>
          <w:sz w:val="22"/>
        </w:rPr>
        <w:t xml:space="preserve">Lucy  </w:t>
      </w:r>
      <w:r>
        <w:rPr>
          <w:rFonts w:ascii="Arial" w:hAnsi="Arial"/>
          <w:color w:val="5D7284"/>
          <w:sz w:val="22"/>
        </w:rPr>
        <w:t>05:39</w:t>
      </w:r>
    </w:p>
    <w:p>
      <w:pPr>
        <w:spacing w:after="0"/>
      </w:pPr>
      <w:r>
        <w:rPr>
          <w:rFonts w:ascii="Arial" w:hAnsi="Arial"/>
          <w:sz w:val="22"/>
        </w:rPr>
        <w:t>there you go! now Alice, have I ever told you the story about when I broke somebody's arm and hockey. I thought you were gonna say Have you ever tell a story when a woman pushed me over and broke my leg sbd i was just hang on a minute, Lucy isbt that old?! My defense again, she was a bit of a bitch. She didn't like me very much.</w:t>
      </w:r>
    </w:p>
    <w:p>
      <w:pPr>
        <w:spacing w:after="0"/>
      </w:pPr>
    </w:p>
    <w:p>
      <w:pPr>
        <w:spacing w:after="0"/>
      </w:pPr>
      <w:r>
        <w:rPr>
          <w:rFonts w:ascii="Arial" w:hAnsi="Arial"/>
          <w:b/>
          <w:sz w:val="22"/>
        </w:rPr>
        <w:t xml:space="preserve">Mik Scarlet  </w:t>
      </w:r>
      <w:r>
        <w:rPr>
          <w:rFonts w:ascii="Arial" w:hAnsi="Arial"/>
          <w:color w:val="5D7284"/>
          <w:sz w:val="22"/>
        </w:rPr>
        <w:t>06:20</w:t>
      </w:r>
    </w:p>
    <w:p>
      <w:pPr>
        <w:spacing w:after="0"/>
      </w:pPr>
      <w:r>
        <w:rPr>
          <w:rFonts w:ascii="Arial" w:hAnsi="Arial"/>
          <w:sz w:val="22"/>
        </w:rPr>
        <w:t>Laughs No... no...</w:t>
      </w:r>
    </w:p>
    <w:p>
      <w:pPr>
        <w:spacing w:after="0"/>
      </w:pPr>
    </w:p>
    <w:p>
      <w:pPr>
        <w:spacing w:after="0"/>
      </w:pPr>
      <w:r>
        <w:rPr>
          <w:rFonts w:ascii="Arial" w:hAnsi="Arial"/>
          <w:b/>
          <w:sz w:val="22"/>
        </w:rPr>
        <w:t xml:space="preserve">Lucy  </w:t>
      </w:r>
      <w:r>
        <w:rPr>
          <w:rFonts w:ascii="Arial" w:hAnsi="Arial"/>
          <w:color w:val="5D7284"/>
          <w:sz w:val="22"/>
        </w:rPr>
        <w:t>06:35</w:t>
      </w:r>
    </w:p>
    <w:p>
      <w:pPr>
        <w:spacing w:after="0"/>
      </w:pPr>
      <w:r>
        <w:rPr>
          <w:rFonts w:ascii="Arial" w:hAnsi="Arial"/>
          <w:sz w:val="22"/>
        </w:rPr>
        <w:t>Yeah. But it didn't help that I get a bit carried away when playing competitive sports.</w:t>
      </w:r>
    </w:p>
    <w:p>
      <w:pPr>
        <w:spacing w:after="0"/>
      </w:pPr>
    </w:p>
    <w:p>
      <w:pPr>
        <w:spacing w:after="0"/>
      </w:pPr>
      <w:r>
        <w:rPr>
          <w:rFonts w:ascii="Arial" w:hAnsi="Arial"/>
          <w:b/>
          <w:sz w:val="22"/>
        </w:rPr>
        <w:t xml:space="preserve">Alice  </w:t>
      </w:r>
      <w:r>
        <w:rPr>
          <w:rFonts w:ascii="Arial" w:hAnsi="Arial"/>
          <w:color w:val="5D7284"/>
          <w:sz w:val="22"/>
        </w:rPr>
        <w:t>06:54</w:t>
      </w:r>
    </w:p>
    <w:p>
      <w:pPr>
        <w:spacing w:after="0"/>
      </w:pPr>
      <w:r>
        <w:rPr>
          <w:rFonts w:ascii="Arial" w:hAnsi="Arial"/>
          <w:sz w:val="22"/>
        </w:rPr>
        <w:t>And I just went thwack across her arm and she looked at me like 'you broke my arm'. I was like, Well, you shouldn't be sitting in my way. Then. I also splashed another girl's face in the swimming gala because she was winning. And I'm not having it. Move out my way. You whiny little bitch</w:t>
      </w:r>
    </w:p>
    <w:p>
      <w:pPr>
        <w:spacing w:after="0"/>
      </w:pPr>
    </w:p>
    <w:p>
      <w:pPr>
        <w:spacing w:after="0"/>
      </w:pPr>
      <w:r>
        <w:rPr>
          <w:rFonts w:ascii="Arial" w:hAnsi="Arial"/>
          <w:color w:val="5D7284"/>
          <w:sz w:val="22"/>
        </w:rPr>
        <w:t>07:06</w:t>
      </w:r>
    </w:p>
    <w:p>
      <w:pPr>
        <w:spacing w:after="0"/>
      </w:pPr>
      <w:r>
        <w:rPr>
          <w:rFonts w:ascii="Arial" w:hAnsi="Arial"/>
          <w:sz w:val="22"/>
        </w:rPr>
        <w:t>I'm confused as to why you're worried. And we're not talking about now. Paralympiam Lucy That's the go getting killer attitude.</w:t>
      </w:r>
    </w:p>
    <w:p>
      <w:pPr>
        <w:spacing w:after="0"/>
      </w:pPr>
    </w:p>
    <w:p>
      <w:pPr>
        <w:spacing w:after="0"/>
      </w:pPr>
      <w:r>
        <w:rPr>
          <w:rFonts w:ascii="Arial" w:hAnsi="Arial"/>
          <w:b/>
          <w:sz w:val="22"/>
        </w:rPr>
        <w:t xml:space="preserve">Alice  </w:t>
      </w:r>
      <w:r>
        <w:rPr>
          <w:rFonts w:ascii="Arial" w:hAnsi="Arial"/>
          <w:color w:val="5D7284"/>
          <w:sz w:val="22"/>
        </w:rPr>
        <w:t>07:16</w:t>
      </w:r>
    </w:p>
    <w:p>
      <w:pPr>
        <w:spacing w:after="0"/>
      </w:pPr>
      <w:r>
        <w:rPr>
          <w:rFonts w:ascii="Arial" w:hAnsi="Arial"/>
          <w:sz w:val="22"/>
        </w:rPr>
        <w:t>I think the problem is is Lucy likes to win, but she doesn't like to put the work into exercise.</w:t>
      </w:r>
    </w:p>
    <w:p>
      <w:pPr>
        <w:spacing w:after="0"/>
      </w:pPr>
    </w:p>
    <w:p>
      <w:pPr>
        <w:spacing w:after="0"/>
      </w:pPr>
      <w:r>
        <w:rPr>
          <w:rFonts w:ascii="Arial" w:hAnsi="Arial"/>
          <w:b/>
          <w:sz w:val="22"/>
        </w:rPr>
        <w:t xml:space="preserve">Lucy  </w:t>
      </w:r>
      <w:r>
        <w:rPr>
          <w:rFonts w:ascii="Arial" w:hAnsi="Arial"/>
          <w:color w:val="5D7284"/>
          <w:sz w:val="22"/>
        </w:rPr>
        <w:t>07:23</w:t>
      </w:r>
    </w:p>
    <w:p>
      <w:pPr>
        <w:spacing w:after="0"/>
      </w:pPr>
      <w:r>
        <w:rPr>
          <w:rFonts w:ascii="Arial" w:hAnsi="Arial"/>
          <w:sz w:val="22"/>
        </w:rPr>
        <w:t>No..</w:t>
      </w:r>
    </w:p>
    <w:p>
      <w:pPr>
        <w:spacing w:after="0"/>
      </w:pPr>
    </w:p>
    <w:p>
      <w:pPr>
        <w:spacing w:after="0"/>
      </w:pPr>
      <w:r>
        <w:rPr>
          <w:rFonts w:ascii="Arial" w:hAnsi="Arial"/>
          <w:b/>
          <w:sz w:val="22"/>
        </w:rPr>
        <w:t xml:space="preserve">Mik Scarlet  </w:t>
      </w:r>
      <w:r>
        <w:rPr>
          <w:rFonts w:ascii="Arial" w:hAnsi="Arial"/>
          <w:color w:val="5D7284"/>
          <w:sz w:val="22"/>
        </w:rPr>
        <w:t>07:24</w:t>
      </w:r>
    </w:p>
    <w:p>
      <w:pPr>
        <w:spacing w:after="0"/>
      </w:pPr>
      <w:r>
        <w:rPr>
          <w:rFonts w:ascii="Arial" w:hAnsi="Arial"/>
          <w:sz w:val="22"/>
        </w:rPr>
        <w:t>So the answer is pick a sport that's new. And like to pick a new one and go oh, that's the one for me.</w:t>
      </w:r>
    </w:p>
    <w:p>
      <w:pPr>
        <w:spacing w:after="0"/>
      </w:pPr>
    </w:p>
    <w:p>
      <w:pPr>
        <w:spacing w:after="0"/>
      </w:pPr>
      <w:r>
        <w:rPr>
          <w:rFonts w:ascii="Arial" w:hAnsi="Arial"/>
          <w:b/>
          <w:sz w:val="22"/>
        </w:rPr>
        <w:t xml:space="preserve">Alice  </w:t>
      </w:r>
      <w:r>
        <w:rPr>
          <w:rFonts w:ascii="Arial" w:hAnsi="Arial"/>
          <w:color w:val="5D7284"/>
          <w:sz w:val="22"/>
        </w:rPr>
        <w:t>07:31</w:t>
      </w:r>
    </w:p>
    <w:p>
      <w:pPr>
        <w:spacing w:after="0"/>
      </w:pPr>
      <w:r>
        <w:rPr>
          <w:rFonts w:ascii="Arial" w:hAnsi="Arial"/>
          <w:sz w:val="22"/>
        </w:rPr>
        <w:t>I think it Chip eating Olympics, Lucy could manage that.</w:t>
      </w:r>
    </w:p>
    <w:p>
      <w:pPr>
        <w:spacing w:after="0"/>
      </w:pPr>
    </w:p>
    <w:p>
      <w:pPr>
        <w:spacing w:after="0"/>
      </w:pPr>
      <w:r>
        <w:rPr>
          <w:rFonts w:ascii="Arial" w:hAnsi="Arial"/>
          <w:b/>
          <w:sz w:val="22"/>
        </w:rPr>
        <w:t xml:space="preserve">Lucy  </w:t>
      </w:r>
      <w:r>
        <w:rPr>
          <w:rFonts w:ascii="Arial" w:hAnsi="Arial"/>
          <w:color w:val="5D7284"/>
          <w:sz w:val="22"/>
        </w:rPr>
        <w:t>07:42</w:t>
      </w:r>
    </w:p>
    <w:p>
      <w:pPr>
        <w:spacing w:after="0"/>
      </w:pPr>
      <w:r>
        <w:rPr>
          <w:rFonts w:ascii="Arial" w:hAnsi="Arial"/>
          <w:sz w:val="22"/>
        </w:rPr>
        <w:t>Yeah, exactly. There we go. We've already off to a good start with these episode And we normally are straight off the bat people to introduce themselves and tell them a bit about you. So would you like to do that?</w:t>
      </w:r>
    </w:p>
    <w:p>
      <w:pPr>
        <w:spacing w:after="0"/>
      </w:pPr>
    </w:p>
    <w:p>
      <w:pPr>
        <w:spacing w:after="0"/>
      </w:pPr>
      <w:r>
        <w:rPr>
          <w:rFonts w:ascii="Arial" w:hAnsi="Arial"/>
          <w:b/>
          <w:sz w:val="22"/>
        </w:rPr>
        <w:t xml:space="preserve">Mik Scarlet  </w:t>
      </w:r>
      <w:r>
        <w:rPr>
          <w:rFonts w:ascii="Arial" w:hAnsi="Arial"/>
          <w:color w:val="5D7284"/>
          <w:sz w:val="22"/>
        </w:rPr>
        <w:t>08:11</w:t>
      </w:r>
    </w:p>
    <w:p>
      <w:pPr>
        <w:spacing w:after="0"/>
      </w:pPr>
      <w:r>
        <w:rPr>
          <w:rFonts w:ascii="Arial" w:hAnsi="Arial"/>
          <w:sz w:val="22"/>
        </w:rPr>
        <w:t>Yes. For anyone under the age of God knows what God is getting so long now. It's ridiculous. So anyone under the age of about 35? What do you have no idea who I am. But.... once upon a time... we're not quite 35 Yeah. And so I did that. And then I am kind of you know if it got a bit old and a bit less popular in television likes it's new talent. So I am retrained as an access consultant and went off and work with businesses trying to get them to be more accessible, whether it's physically or systemically Oh, that's the kind of talk I do in my job... abd then by mistake I got back into the arts and so now I'm currently producing a show at the barbican. But yeah, I have a very strange career because I did music didn't want to be on telly got spotted and got into Telly so I did that that took off great wonderful super star,  One of my friends got syndicated all over the world. Like one of my shows got syndicated all over the English speaking world. So I was famous in America and Australia and Canada and New Zealand, which was nice couldn't get through any of them because face to fly I'm not flying. So and then they want the show won an Emmy. I got BAFTA nomination. I was voted children's TV presenter of the year in 1992.</w:t>
      </w:r>
    </w:p>
    <w:p>
      <w:pPr>
        <w:spacing w:after="0"/>
      </w:pPr>
    </w:p>
    <w:p>
      <w:pPr>
        <w:spacing w:after="0"/>
      </w:pPr>
      <w:r>
        <w:rPr>
          <w:rFonts w:ascii="Arial" w:hAnsi="Arial"/>
          <w:b/>
          <w:sz w:val="22"/>
        </w:rPr>
        <w:t xml:space="preserve">Alice  </w:t>
      </w:r>
      <w:r>
        <w:rPr>
          <w:rFonts w:ascii="Arial" w:hAnsi="Arial"/>
          <w:color w:val="5D7284"/>
          <w:sz w:val="22"/>
        </w:rPr>
        <w:t>10:11</w:t>
      </w:r>
    </w:p>
    <w:p>
      <w:pPr>
        <w:spacing w:after="0"/>
      </w:pPr>
      <w:r>
        <w:rPr>
          <w:rFonts w:ascii="Arial" w:hAnsi="Arial"/>
          <w:sz w:val="22"/>
        </w:rPr>
        <w:t>Probably just around the time that Me and Lucy will have been watching you.</w:t>
      </w:r>
    </w:p>
    <w:p>
      <w:pPr>
        <w:spacing w:after="0"/>
      </w:pPr>
    </w:p>
    <w:p>
      <w:pPr>
        <w:spacing w:after="0"/>
      </w:pPr>
      <w:r>
        <w:rPr>
          <w:rFonts w:ascii="Arial" w:hAnsi="Arial"/>
          <w:b/>
          <w:sz w:val="22"/>
        </w:rPr>
        <w:t xml:space="preserve">Lucy  </w:t>
      </w:r>
      <w:r>
        <w:rPr>
          <w:rFonts w:ascii="Arial" w:hAnsi="Arial"/>
          <w:color w:val="5D7284"/>
          <w:sz w:val="22"/>
        </w:rPr>
        <w:t>10:15</w:t>
      </w:r>
    </w:p>
    <w:p>
      <w:pPr>
        <w:spacing w:after="0"/>
      </w:pPr>
      <w:r>
        <w:rPr>
          <w:rFonts w:ascii="Arial" w:hAnsi="Arial"/>
          <w:sz w:val="22"/>
        </w:rPr>
        <w:t>We had a conversation about this last week Mik and we were like, Can you remember what the name of the program he was on is called? Neither me nor Alice could remember was called. if you tell me I'll be like, oh, yeah, this was it.</w:t>
      </w:r>
    </w:p>
    <w:p>
      <w:pPr>
        <w:spacing w:after="0"/>
      </w:pPr>
    </w:p>
    <w:p>
      <w:pPr>
        <w:spacing w:after="0"/>
      </w:pPr>
      <w:r>
        <w:rPr>
          <w:rFonts w:ascii="Arial" w:hAnsi="Arial"/>
          <w:color w:val="5D7284"/>
          <w:sz w:val="22"/>
        </w:rPr>
        <w:t>10:29</w:t>
      </w:r>
    </w:p>
    <w:p>
      <w:pPr>
        <w:spacing w:after="0"/>
      </w:pPr>
      <w:r>
        <w:rPr>
          <w:rFonts w:ascii="Arial" w:hAnsi="Arial"/>
          <w:sz w:val="22"/>
        </w:rPr>
        <w:t>It was called beat that. And it was on Channel Four and it when, cuz I don't know if you know, Andrew Miller. Andrew Miller is another disabled presenter. And we basically presented kids TV oppositely. Just so basically, he'd do six weeks, then I'll do six, which seems really weird. So Channel Four, was the first people to kind of have proper disabled people presenting kids TV. And Bt that was on either before or after I can never remember I think was after pob which was kind of the puppet that spat at the camera.</w:t>
      </w:r>
    </w:p>
    <w:p>
      <w:pPr>
        <w:spacing w:after="0"/>
      </w:pPr>
    </w:p>
    <w:p>
      <w:pPr>
        <w:spacing w:after="0"/>
      </w:pPr>
      <w:r>
        <w:rPr>
          <w:rFonts w:ascii="Arial" w:hAnsi="Arial"/>
          <w:b/>
          <w:sz w:val="22"/>
        </w:rPr>
        <w:t xml:space="preserve">Alice  </w:t>
      </w:r>
      <w:r>
        <w:rPr>
          <w:rFonts w:ascii="Arial" w:hAnsi="Arial"/>
          <w:color w:val="5D7284"/>
          <w:sz w:val="22"/>
        </w:rPr>
        <w:t>10:59</w:t>
      </w:r>
    </w:p>
    <w:p>
      <w:pPr>
        <w:spacing w:after="0"/>
      </w:pPr>
      <w:r>
        <w:rPr>
          <w:rFonts w:ascii="Arial" w:hAnsi="Arial"/>
          <w:sz w:val="22"/>
        </w:rPr>
        <w:t>oh Yeah. Yeah. Yeah. So that's this is the kind of stuff I grew up in. This is why I really got the social model. But so So basically, if you're with a disability, then that means it's about you. Whereas I believe that my lack of being able to do things is placed upon me, I don't think not walking or seeing or something, is something that stops you doing stuff, it only stops you doing stuff, the way people who do the thing that way does so you know, I can't walk and you can, then you think I'm disabled because I can't walk? Well, I think you're disabled because you do. Because, you know, if I lived in a world, like that idea that if I if the world was designed for me, you'd be disabled. So it and so is visible. Visual impairment is a perfect example. Right? You know, we live in a world where everything is visual. But if we took away all that stuff, if we went and lived in a cave, for example, suddenly, all the site would be unimportant. And you'd be getting around using different methods. It looked a bit like Michael Gove.</w:t>
      </w:r>
    </w:p>
    <w:p>
      <w:pPr>
        <w:spacing w:after="0"/>
      </w:pPr>
    </w:p>
    <w:p>
      <w:pPr>
        <w:spacing w:after="0"/>
      </w:pPr>
      <w:r>
        <w:rPr>
          <w:rFonts w:ascii="Arial" w:hAnsi="Arial"/>
          <w:b/>
          <w:sz w:val="22"/>
        </w:rPr>
        <w:t xml:space="preserve">Lucy  </w:t>
      </w:r>
      <w:r>
        <w:rPr>
          <w:rFonts w:ascii="Arial" w:hAnsi="Arial"/>
          <w:color w:val="5D7284"/>
          <w:sz w:val="22"/>
        </w:rPr>
        <w:t>10:59</w:t>
      </w:r>
    </w:p>
    <w:p>
      <w:pPr>
        <w:spacing w:after="0"/>
      </w:pPr>
      <w:r>
        <w:rPr>
          <w:rFonts w:ascii="Arial" w:hAnsi="Arial"/>
          <w:sz w:val="22"/>
        </w:rPr>
        <w:t>Yes he did! I cant unsee that now!</w:t>
      </w:r>
    </w:p>
    <w:p>
      <w:pPr>
        <w:spacing w:after="0"/>
      </w:pPr>
    </w:p>
    <w:p>
      <w:pPr>
        <w:spacing w:after="0"/>
      </w:pPr>
      <w:r>
        <w:rPr>
          <w:rFonts w:ascii="Arial" w:hAnsi="Arial"/>
          <w:color w:val="5D7284"/>
          <w:sz w:val="22"/>
        </w:rPr>
        <w:t>11:19</w:t>
      </w:r>
    </w:p>
    <w:p>
      <w:pPr>
        <w:spacing w:after="0"/>
      </w:pPr>
      <w:r>
        <w:rPr>
          <w:rFonts w:ascii="Arial" w:hAnsi="Arial"/>
          <w:sz w:val="22"/>
        </w:rPr>
        <w:t>What was weird because I used to go, I mean, I did kiss TV, but I was like heavily into music and clubbing and I was DJing, and all these clubs and stuff. And I'd go to these clubs, and then all these people. So your program, and I'd be like, why it's Sunday morning, and then realize there's nothing else on now. It was it was religion, politics cooking or me. And people in clubs, as I later discovered, are a little bit more awake on a Sunday due to some things they might have done. And so that's why I had so many people who are much older than the target audience watching the program, which is why I had such a huge viewership. Because all over the country all over the world punks and alternative people would be like I Sunday morning Mik's on brilliant as something to watch while I can't sleep. No. Yeah. So Yeah.</w:t>
      </w:r>
    </w:p>
    <w:p>
      <w:pPr>
        <w:spacing w:after="0"/>
      </w:pPr>
    </w:p>
    <w:p>
      <w:pPr>
        <w:spacing w:after="0"/>
      </w:pPr>
      <w:r>
        <w:rPr>
          <w:rFonts w:ascii="Arial" w:hAnsi="Arial"/>
          <w:b/>
          <w:sz w:val="22"/>
        </w:rPr>
        <w:t xml:space="preserve">Alice  </w:t>
      </w:r>
      <w:r>
        <w:rPr>
          <w:rFonts w:ascii="Arial" w:hAnsi="Arial"/>
          <w:color w:val="5D7284"/>
          <w:sz w:val="22"/>
        </w:rPr>
        <w:t>12:07</w:t>
      </w:r>
    </w:p>
    <w:p>
      <w:pPr>
        <w:spacing w:after="0"/>
      </w:pPr>
      <w:r>
        <w:rPr>
          <w:rFonts w:ascii="Arial" w:hAnsi="Arial"/>
          <w:sz w:val="22"/>
        </w:rPr>
        <w:t>Back in the day, where there was only four channels, so you really didn't have a lot choice</w:t>
      </w:r>
    </w:p>
    <w:p>
      <w:pPr>
        <w:spacing w:after="0"/>
      </w:pPr>
    </w:p>
    <w:p>
      <w:pPr>
        <w:spacing w:after="0"/>
      </w:pPr>
      <w:r>
        <w:rPr>
          <w:rFonts w:ascii="Arial" w:hAnsi="Arial"/>
          <w:b/>
          <w:sz w:val="22"/>
        </w:rPr>
        <w:t xml:space="preserve">Mik Scarlet  </w:t>
      </w:r>
      <w:r>
        <w:rPr>
          <w:rFonts w:ascii="Arial" w:hAnsi="Arial"/>
          <w:color w:val="5D7284"/>
          <w:sz w:val="22"/>
        </w:rPr>
        <w:t>12:13</w:t>
      </w:r>
    </w:p>
    <w:p>
      <w:pPr>
        <w:spacing w:after="0"/>
      </w:pPr>
      <w:r>
        <w:rPr>
          <w:rFonts w:ascii="Arial" w:hAnsi="Arial"/>
          <w:sz w:val="22"/>
        </w:rPr>
        <w:t>yet? No. Yes, definitely no choice until. And there wasn't the internet. And there wasn't even I mean, rapping funny. I used to make music on computers. And it was an Atari that did connect to an old CRT screen. Yeah, in black and white. And you had to before that I used to work in a company as a managerial, an office manager, and I used to have to write the programs for my Amstrad to make it work. Oh, yeah.</w:t>
      </w:r>
    </w:p>
    <w:p>
      <w:pPr>
        <w:spacing w:after="0"/>
      </w:pPr>
    </w:p>
    <w:p>
      <w:pPr>
        <w:spacing w:after="0"/>
      </w:pPr>
      <w:r>
        <w:rPr>
          <w:rFonts w:ascii="Arial" w:hAnsi="Arial"/>
          <w:b/>
          <w:sz w:val="22"/>
        </w:rPr>
        <w:t xml:space="preserve">Lucy  </w:t>
      </w:r>
      <w:r>
        <w:rPr>
          <w:rFonts w:ascii="Arial" w:hAnsi="Arial"/>
          <w:color w:val="5D7284"/>
          <w:sz w:val="22"/>
        </w:rPr>
        <w:t>12:43</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12:43</w:t>
      </w:r>
    </w:p>
    <w:p>
      <w:pPr>
        <w:spacing w:after="0"/>
      </w:pPr>
      <w:r>
        <w:rPr>
          <w:rFonts w:ascii="Arial" w:hAnsi="Arial"/>
          <w:sz w:val="22"/>
        </w:rPr>
        <w:t>Now you're showing your age?</w:t>
      </w:r>
    </w:p>
    <w:p>
      <w:pPr>
        <w:spacing w:after="0"/>
      </w:pPr>
    </w:p>
    <w:p>
      <w:pPr>
        <w:spacing w:after="0"/>
      </w:pPr>
      <w:r>
        <w:rPr>
          <w:rFonts w:ascii="Arial" w:hAnsi="Arial"/>
          <w:b/>
          <w:sz w:val="22"/>
        </w:rPr>
        <w:t xml:space="preserve">Mik Scarlet  </w:t>
      </w:r>
      <w:r>
        <w:rPr>
          <w:rFonts w:ascii="Arial" w:hAnsi="Arial"/>
          <w:color w:val="5D7284"/>
          <w:sz w:val="22"/>
        </w:rPr>
        <w:t>12:48</w:t>
      </w:r>
    </w:p>
    <w:p>
      <w:pPr>
        <w:spacing w:after="0"/>
      </w:pPr>
      <w:r>
        <w:rPr>
          <w:rFonts w:ascii="Arial" w:hAnsi="Arial"/>
          <w:sz w:val="22"/>
        </w:rPr>
        <w:t>Your spreadsheet, I need to write a spreadsheet program.</w:t>
      </w:r>
    </w:p>
    <w:p>
      <w:pPr>
        <w:spacing w:after="0"/>
      </w:pPr>
    </w:p>
    <w:p>
      <w:pPr>
        <w:spacing w:after="0"/>
      </w:pPr>
      <w:r>
        <w:rPr>
          <w:rFonts w:ascii="Arial" w:hAnsi="Arial"/>
          <w:b/>
          <w:sz w:val="22"/>
        </w:rPr>
        <w:t xml:space="preserve">Lucy  </w:t>
      </w:r>
      <w:r>
        <w:rPr>
          <w:rFonts w:ascii="Arial" w:hAnsi="Arial"/>
          <w:color w:val="5D7284"/>
          <w:sz w:val="22"/>
        </w:rPr>
        <w:t>12:53</w:t>
      </w:r>
    </w:p>
    <w:p>
      <w:pPr>
        <w:spacing w:after="0"/>
      </w:pPr>
      <w:r>
        <w:rPr>
          <w:rFonts w:ascii="Arial" w:hAnsi="Arial"/>
          <w:sz w:val="22"/>
        </w:rPr>
        <w:t>Yeah, I mean, if I, if my if the 10 year old me could see what I have to watch on a Saturday morning. So are you so it's like, sort of like, Live and kicking, and all that kind of stuff. And then if they could see me now if that 10 year old could see me now watching like Saturday kitchen, learning how to, like saute some beef or whatever, or like, make a custard. They'd be like, What are you doing? Can you put Children's Television</w:t>
      </w:r>
    </w:p>
    <w:p>
      <w:pPr>
        <w:spacing w:after="0"/>
      </w:pPr>
    </w:p>
    <w:p>
      <w:pPr>
        <w:spacing w:after="0"/>
      </w:pPr>
      <w:r>
        <w:rPr>
          <w:rFonts w:ascii="Arial" w:hAnsi="Arial"/>
          <w:color w:val="5D7284"/>
          <w:sz w:val="22"/>
        </w:rPr>
        <w:t>13:21</w:t>
      </w:r>
    </w:p>
    <w:p>
      <w:pPr>
        <w:spacing w:after="0"/>
      </w:pPr>
      <w:r>
        <w:rPr>
          <w:rFonts w:ascii="Arial" w:hAnsi="Arial"/>
          <w:sz w:val="22"/>
        </w:rPr>
        <w:t>do you know whats weird cuz like, now you've got CBBC and all that. And you know, so that that's but programs back then weren't really made for kids alone. They were made for everybody. Yeah. And the whole point of things like BT that was, you know, we'd get for disabled kids and for non disabled kids and they'd never met before we put them all together. And they'd have to do something like I don't know, the feed a load of footballers or run a fashion show. Go to France was one where we all had to go on a boat. I've never been sick in my life. Different things like that. And it was sort of Yeah, it was a kids show. But it was also kind of I mean, that's part of my job was to make it less kids. So I was mucking about and be like, All right, wahey. And it was I was hired not to be a kids TV presenter, but to resemble their naughty, annoying older brother doing what they want to do. And I was like, Yeah, I can manage that. So and it's we aren't you said swapshop. I mean, tiswas. Yeah, like those things. They were for kids. But let's face it, anyone? I mean, now I'd kill to watch tiswas is wrong? I know. To be honest, I probably kill to present to it was my dream as a kid one day. I'd love to do that. Couple people in guns. Imagine all the pop stars. You could go hander. Now thanks for that interview. And there's only one thing left to do. Gunge!</w:t>
      </w:r>
    </w:p>
    <w:p>
      <w:pPr>
        <w:spacing w:after="0"/>
      </w:pPr>
    </w:p>
    <w:p>
      <w:pPr>
        <w:spacing w:after="0"/>
      </w:pPr>
      <w:r>
        <w:rPr>
          <w:rFonts w:ascii="Arial" w:hAnsi="Arial"/>
          <w:b/>
          <w:sz w:val="22"/>
        </w:rPr>
        <w:t xml:space="preserve">Alice  </w:t>
      </w:r>
      <w:r>
        <w:rPr>
          <w:rFonts w:ascii="Arial" w:hAnsi="Arial"/>
          <w:color w:val="5D7284"/>
          <w:sz w:val="22"/>
        </w:rPr>
        <w:t>14:43</w:t>
      </w:r>
    </w:p>
    <w:p>
      <w:pPr>
        <w:spacing w:after="0"/>
      </w:pPr>
      <w:r>
        <w:rPr>
          <w:rFonts w:ascii="Arial" w:hAnsi="Arial"/>
          <w:sz w:val="22"/>
        </w:rPr>
        <w:t xml:space="preserve">I was just going to say that </w:t>
      </w:r>
    </w:p>
    <w:p>
      <w:pPr>
        <w:spacing w:after="0"/>
      </w:pPr>
    </w:p>
    <w:p>
      <w:pPr>
        <w:spacing w:after="0"/>
      </w:pPr>
      <w:r>
        <w:rPr>
          <w:rFonts w:ascii="Arial" w:hAnsi="Arial"/>
          <w:color w:val="5D7284"/>
          <w:sz w:val="22"/>
        </w:rPr>
        <w:t>14:43</w:t>
      </w:r>
    </w:p>
    <w:p>
      <w:pPr>
        <w:spacing w:after="0"/>
      </w:pPr>
      <w:r>
        <w:rPr>
          <w:rFonts w:ascii="Arial" w:hAnsi="Arial"/>
          <w:sz w:val="22"/>
        </w:rPr>
        <w:t>this is the kind of stuff I grew up with in the '70s and why i really got the social model, so basically if you  if you're with a disability. it's about you. where I believe my lack of ability to do things is placed on me. I don't think not walking or seeing or whatever stops you doing  stuff. it only stops you getting stuff me why the people think you should do things that does si if i cant want and you can  then you think I'm disabled cuz I can walk but I think you're disabled because you do  if the world was on for me, you'd be disabled so visual impairment is a perfect example if we kived in a cave wed find other ways of seeing</w:t>
      </w:r>
    </w:p>
    <w:p>
      <w:pPr>
        <w:spacing w:after="0"/>
      </w:pPr>
    </w:p>
    <w:p>
      <w:pPr>
        <w:spacing w:after="0"/>
      </w:pPr>
      <w:r>
        <w:rPr>
          <w:rFonts w:ascii="Arial" w:hAnsi="Arial"/>
          <w:b/>
          <w:sz w:val="22"/>
        </w:rPr>
        <w:t xml:space="preserve">Mik Scarlet  </w:t>
      </w:r>
      <w:r>
        <w:rPr>
          <w:rFonts w:ascii="Arial" w:hAnsi="Arial"/>
          <w:color w:val="5D7284"/>
          <w:sz w:val="22"/>
        </w:rPr>
        <w:t>14:55</w:t>
      </w:r>
    </w:p>
    <w:p>
      <w:pPr>
        <w:spacing w:after="0"/>
      </w:pPr>
      <w:r>
        <w:rPr>
          <w:rFonts w:ascii="Arial" w:hAnsi="Arial"/>
          <w:sz w:val="22"/>
        </w:rPr>
        <w:t>see, see the problem is you see what it was just sees you're thinking about the guns of the 90s but I'm thinking more of the guns of this 70s in the early 80s tiswas was was the first one to gunjur. Anyone? Yeah, I still have on VHS because I'm that old. Some footage of Mic Khan from 80s New romantic band Japan. being gunged. And he was sitting there all togged up, and I don't think you have any idea what the program was because, you know, thier far busy being esoteric. And he just was all in this. I mean, he got a Portsmouth suit on it must have been worth a grand in the 80s. He looked amazing. Yeah, Sally James went. Anyway, thank you very much. And then they pied him  covered him in gunge. and you could see his face like what the f*** apparently, my wife grew up born and bred in Camden. So as a little girl, her dad had two apprentices that were in madness. Chris another one. I can't remember. She's always gonna tell me anyway, they used to come round and Sunday lunch with dad and so by all the kids would be outside going oh my god madness or in Diane's house. And they went on tiswas and they were banned for enjoying it too much. Yeah, they just went you know, you're not meant to be the band. gunging everyone If you put and apparently, they were told you're never coming back.</w:t>
      </w:r>
    </w:p>
    <w:p>
      <w:pPr>
        <w:spacing w:after="0"/>
      </w:pPr>
    </w:p>
    <w:p>
      <w:pPr>
        <w:spacing w:after="0"/>
      </w:pPr>
      <w:r>
        <w:rPr>
          <w:rFonts w:ascii="Arial" w:hAnsi="Arial"/>
          <w:b/>
          <w:sz w:val="22"/>
        </w:rPr>
        <w:t xml:space="preserve">Alice  </w:t>
      </w:r>
      <w:r>
        <w:rPr>
          <w:rFonts w:ascii="Arial" w:hAnsi="Arial"/>
          <w:color w:val="5D7284"/>
          <w:sz w:val="22"/>
        </w:rPr>
        <w:t>15:41</w:t>
      </w:r>
    </w:p>
    <w:p>
      <w:pPr>
        <w:spacing w:after="0"/>
      </w:pPr>
      <w:r>
        <w:rPr>
          <w:rFonts w:ascii="Arial" w:hAnsi="Arial"/>
          <w:sz w:val="22"/>
        </w:rPr>
        <w:t xml:space="preserve">Sounds very on brand for madness Yeah, </w:t>
      </w:r>
    </w:p>
    <w:p>
      <w:pPr>
        <w:spacing w:after="0"/>
      </w:pPr>
    </w:p>
    <w:p>
      <w:pPr>
        <w:spacing w:after="0"/>
      </w:pPr>
      <w:r>
        <w:rPr>
          <w:rFonts w:ascii="Arial" w:hAnsi="Arial"/>
          <w:b/>
          <w:sz w:val="22"/>
        </w:rPr>
        <w:t xml:space="preserve">Lucy  </w:t>
      </w:r>
      <w:r>
        <w:rPr>
          <w:rFonts w:ascii="Arial" w:hAnsi="Arial"/>
          <w:color w:val="5D7284"/>
          <w:sz w:val="22"/>
        </w:rPr>
        <w:t>1:07:06</w:t>
      </w:r>
    </w:p>
    <w:p>
      <w:pPr>
        <w:spacing w:after="0"/>
      </w:pPr>
      <w:r>
        <w:rPr>
          <w:rFonts w:ascii="Arial" w:hAnsi="Arial"/>
          <w:sz w:val="22"/>
        </w:rPr>
        <w:t>i think if non disabled people. If if like theatre companies started saying all of our performances are relaxed or more at least more relaxed, you know, in a way I think non disabled people to start off with would be like oh, this oh, this is different. I don't think I like it, but they would soon get used to it. It's like anything you get used to ever anything, don't you really well you're not used to</w:t>
      </w:r>
    </w:p>
    <w:p>
      <w:pPr>
        <w:spacing w:after="0"/>
      </w:pPr>
    </w:p>
    <w:p>
      <w:pPr>
        <w:spacing w:after="0"/>
      </w:pPr>
      <w:r>
        <w:rPr>
          <w:rFonts w:ascii="Arial" w:hAnsi="Arial"/>
          <w:b/>
          <w:sz w:val="22"/>
        </w:rPr>
        <w:t xml:space="preserve">Alice  </w:t>
      </w:r>
      <w:r>
        <w:rPr>
          <w:rFonts w:ascii="Arial" w:hAnsi="Arial"/>
          <w:color w:val="5D7284"/>
          <w:sz w:val="22"/>
        </w:rPr>
        <w:t>1:07:27</w:t>
      </w:r>
    </w:p>
    <w:p>
      <w:pPr>
        <w:spacing w:after="0"/>
      </w:pPr>
      <w:r>
        <w:rPr>
          <w:rFonts w:ascii="Arial" w:hAnsi="Arial"/>
          <w:sz w:val="22"/>
        </w:rPr>
        <w:t>we got working from home and not cutting our hair</w:t>
      </w:r>
    </w:p>
    <w:p>
      <w:pPr>
        <w:spacing w:after="0"/>
      </w:pPr>
    </w:p>
    <w:p>
      <w:pPr>
        <w:spacing w:after="0"/>
      </w:pPr>
      <w:r>
        <w:rPr>
          <w:rFonts w:ascii="Arial" w:hAnsi="Arial"/>
          <w:b/>
          <w:sz w:val="22"/>
        </w:rPr>
        <w:t xml:space="preserve">Mik Scarlet  </w:t>
      </w:r>
      <w:r>
        <w:rPr>
          <w:rFonts w:ascii="Arial" w:hAnsi="Arial"/>
          <w:color w:val="5D7284"/>
          <w:sz w:val="22"/>
        </w:rPr>
        <w:t>1:07:32</w:t>
      </w:r>
    </w:p>
    <w:p>
      <w:pPr>
        <w:spacing w:after="0"/>
      </w:pPr>
      <w:r>
        <w:rPr>
          <w:rFonts w:ascii="Arial" w:hAnsi="Arial"/>
          <w:sz w:val="22"/>
        </w:rPr>
        <w:t>ahh w. I've always I've always I've always seem to bring out the worst in hairdressers. I have. I once had just before I started TV, I got my first TV gig and I went to a dress I'm doing TV on Monday, and they started cutting my hair and I said What have you done because I cut it too short. And instead of cutting and finishing it I burst into tears. I mean so I then had to go to net luckily next door to the hairdressers was a hairdressers like equipment, right? Yeah, I bought a clippers, hairdressing scissors it's a boxer. It's when I'm a wizard. And every time I think again, I got I got some money now I might go to a hairdressers and every time I come out looking like a clown or someone's gotta go with a malware or something I've ever done one once and he thing has not thick and he thinned it with this thing. And I came out looking like this. I was like rats, it waa all gone, i hsd to shave it all off. But it was like so yeah, so So the other thing I like about that is when you cut your own hair, if it's crap it didn't cost you £50... it just likr hey it's shit</w:t>
      </w:r>
    </w:p>
    <w:p>
      <w:pPr>
        <w:spacing w:after="0"/>
      </w:pPr>
    </w:p>
    <w:p>
      <w:pPr>
        <w:spacing w:after="0"/>
      </w:pPr>
      <w:r>
        <w:rPr>
          <w:rFonts w:ascii="Arial" w:hAnsi="Arial"/>
          <w:b/>
          <w:sz w:val="22"/>
        </w:rPr>
        <w:t xml:space="preserve">Alice  </w:t>
      </w:r>
      <w:r>
        <w:rPr>
          <w:rFonts w:ascii="Arial" w:hAnsi="Arial"/>
          <w:color w:val="5D7284"/>
          <w:sz w:val="22"/>
        </w:rPr>
        <w:t>1:08:44</w:t>
      </w:r>
    </w:p>
    <w:p>
      <w:pPr>
        <w:spacing w:after="0"/>
      </w:pPr>
      <w:r>
        <w:rPr>
          <w:rFonts w:ascii="Arial" w:hAnsi="Arial"/>
          <w:sz w:val="22"/>
        </w:rPr>
        <w:t>My only caveat to that is that I definitely cut my own hair during lockdown and it's perhaps not the best idea for the girl who can't see</w:t>
      </w:r>
    </w:p>
    <w:p>
      <w:pPr>
        <w:spacing w:after="0"/>
      </w:pPr>
    </w:p>
    <w:p>
      <w:pPr>
        <w:spacing w:after="0"/>
      </w:pPr>
      <w:r>
        <w:rPr>
          <w:rFonts w:ascii="Arial" w:hAnsi="Arial"/>
          <w:b/>
          <w:sz w:val="22"/>
        </w:rPr>
        <w:t xml:space="preserve">Mik Scarlet  </w:t>
      </w:r>
      <w:r>
        <w:rPr>
          <w:rFonts w:ascii="Arial" w:hAnsi="Arial"/>
          <w:color w:val="5D7284"/>
          <w:sz w:val="22"/>
        </w:rPr>
        <w:t>1:08:56</w:t>
      </w:r>
    </w:p>
    <w:p>
      <w:pPr>
        <w:spacing w:after="0"/>
      </w:pPr>
      <w:r>
        <w:rPr>
          <w:rFonts w:ascii="Arial" w:hAnsi="Arial"/>
          <w:sz w:val="22"/>
        </w:rPr>
        <w:t xml:space="preserve">I was gonna say there are some people just go with the growth thing and just gone wahey </w:t>
      </w:r>
    </w:p>
    <w:p>
      <w:pPr>
        <w:spacing w:after="0"/>
      </w:pPr>
    </w:p>
    <w:p>
      <w:pPr>
        <w:spacing w:after="0"/>
      </w:pPr>
      <w:r>
        <w:rPr>
          <w:rFonts w:ascii="Arial" w:hAnsi="Arial"/>
          <w:b/>
          <w:sz w:val="22"/>
        </w:rPr>
        <w:t xml:space="preserve">Lucy  </w:t>
      </w:r>
      <w:r>
        <w:rPr>
          <w:rFonts w:ascii="Arial" w:hAnsi="Arial"/>
          <w:color w:val="5D7284"/>
          <w:sz w:val="22"/>
        </w:rPr>
        <w:t>1:09:04</w:t>
      </w:r>
    </w:p>
    <w:p>
      <w:pPr>
        <w:spacing w:after="0"/>
      </w:pPr>
      <w:r>
        <w:rPr>
          <w:rFonts w:ascii="Arial" w:hAnsi="Arial"/>
          <w:sz w:val="22"/>
        </w:rPr>
        <w:t>did you get Dave to help to this?</w:t>
      </w:r>
    </w:p>
    <w:p>
      <w:pPr>
        <w:spacing w:after="0"/>
      </w:pPr>
    </w:p>
    <w:p>
      <w:pPr>
        <w:spacing w:after="0"/>
      </w:pPr>
      <w:r>
        <w:rPr>
          <w:rFonts w:ascii="Arial" w:hAnsi="Arial"/>
          <w:b/>
          <w:sz w:val="22"/>
        </w:rPr>
        <w:t xml:space="preserve">Alice  </w:t>
      </w:r>
      <w:r>
        <w:rPr>
          <w:rFonts w:ascii="Arial" w:hAnsi="Arial"/>
          <w:color w:val="5D7284"/>
          <w:sz w:val="22"/>
        </w:rPr>
        <w:t>1:09:06</w:t>
      </w:r>
    </w:p>
    <w:p>
      <w:pPr>
        <w:spacing w:after="0"/>
      </w:pPr>
      <w:r>
        <w:rPr>
          <w:rFonts w:ascii="Arial" w:hAnsi="Arial"/>
          <w:sz w:val="22"/>
        </w:rPr>
        <w:t>No, no, no. Well, I love my husband very much but he's not known for having a thick luxurious head of hair. And I sort of felt as though I trust my myself to give myself a wonky cut more than I trust him to not just rage cut all my hair off and be like now you know what it's like we do we do as as every I'm sure you know me as every happily married couple does we do occasionally play that game where you go, would you still love me if and so I do sometimes go Would you still love me if I was bald? He said</w:t>
      </w:r>
    </w:p>
    <w:p>
      <w:pPr>
        <w:spacing w:after="0"/>
      </w:pPr>
    </w:p>
    <w:p>
      <w:pPr>
        <w:spacing w:after="0"/>
      </w:pPr>
      <w:r>
        <w:rPr>
          <w:rFonts w:ascii="Arial" w:hAnsi="Arial"/>
          <w:b/>
          <w:sz w:val="22"/>
        </w:rPr>
        <w:t xml:space="preserve">Lucy  </w:t>
      </w:r>
      <w:r>
        <w:rPr>
          <w:rFonts w:ascii="Arial" w:hAnsi="Arial"/>
          <w:color w:val="5D7284"/>
          <w:sz w:val="22"/>
        </w:rPr>
        <w:t>1:09:47</w:t>
      </w:r>
    </w:p>
    <w:p>
      <w:pPr>
        <w:spacing w:after="0"/>
      </w:pPr>
      <w:r>
        <w:rPr>
          <w:rFonts w:ascii="Arial" w:hAnsi="Arial"/>
          <w:sz w:val="22"/>
        </w:rPr>
        <w:t>i csnt be bald because I've got where I've fallen out of my wheelchair and injured myself. I've got scars on my head, lumps on the head. And basically I have an egg shaped head anyway, so I would just weird</w:t>
      </w:r>
    </w:p>
    <w:p>
      <w:pPr>
        <w:spacing w:after="0"/>
      </w:pPr>
    </w:p>
    <w:p>
      <w:pPr>
        <w:spacing w:after="0"/>
      </w:pPr>
      <w:r>
        <w:rPr>
          <w:rFonts w:ascii="Arial" w:hAnsi="Arial"/>
          <w:b/>
          <w:sz w:val="22"/>
        </w:rPr>
        <w:t xml:space="preserve">Alice  </w:t>
      </w:r>
      <w:r>
        <w:rPr>
          <w:rFonts w:ascii="Arial" w:hAnsi="Arial"/>
          <w:color w:val="5D7284"/>
          <w:sz w:val="22"/>
        </w:rPr>
        <w:t>1:09:59</w:t>
      </w:r>
    </w:p>
    <w:p>
      <w:pPr>
        <w:spacing w:after="0"/>
      </w:pPr>
      <w:r>
        <w:rPr>
          <w:rFonts w:ascii="Arial" w:hAnsi="Arial"/>
          <w:sz w:val="22"/>
        </w:rPr>
        <w:t>man Mostly that game deteriorates into me threatening to leave him take the dogs and leave him with the cat. It's like yeah, but he definitely gonna</w:t>
      </w:r>
    </w:p>
    <w:p>
      <w:pPr>
        <w:spacing w:after="0"/>
      </w:pPr>
    </w:p>
    <w:p>
      <w:pPr>
        <w:spacing w:after="0"/>
      </w:pPr>
      <w:r>
        <w:rPr>
          <w:rFonts w:ascii="Arial" w:hAnsi="Arial"/>
          <w:b/>
          <w:sz w:val="22"/>
        </w:rPr>
        <w:t xml:space="preserve">Mik Scarlet  </w:t>
      </w:r>
      <w:r>
        <w:rPr>
          <w:rFonts w:ascii="Arial" w:hAnsi="Arial"/>
          <w:color w:val="5D7284"/>
          <w:sz w:val="22"/>
        </w:rPr>
        <w:t>1:10:20</w:t>
      </w:r>
    </w:p>
    <w:p>
      <w:pPr>
        <w:spacing w:after="0"/>
      </w:pPr>
      <w:r>
        <w:rPr>
          <w:rFonts w:ascii="Arial" w:hAnsi="Arial"/>
          <w:sz w:val="22"/>
        </w:rPr>
        <w:t>leave. I'm gonna take the dog. Fine. Yes, I think that's probably a good that would be a kind of Boston. We split it up. Well, I'm keeping the dog but it's my I don't care.</w:t>
      </w:r>
    </w:p>
    <w:p>
      <w:pPr>
        <w:spacing w:after="0"/>
      </w:pPr>
    </w:p>
    <w:p>
      <w:pPr>
        <w:spacing w:after="0"/>
      </w:pPr>
      <w:r>
        <w:rPr>
          <w:rFonts w:ascii="Arial" w:hAnsi="Arial"/>
          <w:b/>
          <w:sz w:val="22"/>
        </w:rPr>
        <w:t xml:space="preserve">Alice  </w:t>
      </w:r>
      <w:r>
        <w:rPr>
          <w:rFonts w:ascii="Arial" w:hAnsi="Arial"/>
          <w:color w:val="5D7284"/>
          <w:sz w:val="22"/>
        </w:rPr>
        <w:t>1:10:35</w:t>
      </w:r>
    </w:p>
    <w:p>
      <w:pPr>
        <w:spacing w:after="0"/>
      </w:pPr>
      <w:r>
        <w:rPr>
          <w:rFonts w:ascii="Arial" w:hAnsi="Arial"/>
          <w:sz w:val="22"/>
        </w:rPr>
        <w:t>I mean, we've we've had I've had Lola for nine years. And I've had Dora for coming up to a couple of months. And I'm pretty sure they both prefer him over me anyway. So</w:t>
      </w:r>
    </w:p>
    <w:p>
      <w:pPr>
        <w:spacing w:after="0"/>
      </w:pPr>
    </w:p>
    <w:p>
      <w:pPr>
        <w:spacing w:after="0"/>
      </w:pPr>
      <w:r>
        <w:rPr>
          <w:rFonts w:ascii="Arial" w:hAnsi="Arial"/>
          <w:color w:val="5D7284"/>
          <w:sz w:val="22"/>
        </w:rPr>
        <w:t>1:10:50</w:t>
      </w:r>
    </w:p>
    <w:p>
      <w:pPr>
        <w:spacing w:after="0"/>
      </w:pPr>
      <w:r>
        <w:rPr>
          <w:rFonts w:ascii="Arial" w:hAnsi="Arial"/>
          <w:sz w:val="22"/>
        </w:rPr>
        <w:t>I've always said that what vision pet people need is guide lions nyan because I think that would I think that would recreate the power system</w:t>
      </w:r>
    </w:p>
    <w:p>
      <w:pPr>
        <w:spacing w:after="0"/>
      </w:pPr>
    </w:p>
    <w:p>
      <w:pPr>
        <w:spacing w:after="0"/>
      </w:pPr>
      <w:r>
        <w:rPr>
          <w:rFonts w:ascii="Arial" w:hAnsi="Arial"/>
          <w:b/>
          <w:sz w:val="22"/>
        </w:rPr>
        <w:t xml:space="preserve">Lucy  </w:t>
      </w:r>
      <w:r>
        <w:rPr>
          <w:rFonts w:ascii="Arial" w:hAnsi="Arial"/>
          <w:color w:val="5D7284"/>
          <w:sz w:val="22"/>
        </w:rPr>
        <w:t>1:10:58</w:t>
      </w:r>
    </w:p>
    <w:p>
      <w:pPr>
        <w:spacing w:after="0"/>
      </w:pPr>
      <w:r>
        <w:rPr>
          <w:rFonts w:ascii="Arial" w:hAnsi="Arial"/>
          <w:sz w:val="22"/>
        </w:rPr>
        <w:t>in our house at home.</w:t>
      </w:r>
    </w:p>
    <w:p>
      <w:pPr>
        <w:spacing w:after="0"/>
      </w:pPr>
    </w:p>
    <w:p>
      <w:pPr>
        <w:spacing w:after="0"/>
      </w:pPr>
      <w:r>
        <w:rPr>
          <w:rFonts w:ascii="Arial" w:hAnsi="Arial"/>
          <w:b/>
          <w:sz w:val="22"/>
        </w:rPr>
        <w:t xml:space="preserve">Mik Scarlet  </w:t>
      </w:r>
      <w:r>
        <w:rPr>
          <w:rFonts w:ascii="Arial" w:hAnsi="Arial"/>
          <w:color w:val="5D7284"/>
          <w:sz w:val="22"/>
        </w:rPr>
        <w:t>1:11:02</w:t>
      </w:r>
    </w:p>
    <w:p>
      <w:pPr>
        <w:spacing w:after="0"/>
      </w:pPr>
      <w:r>
        <w:rPr>
          <w:rFonts w:ascii="Arial" w:hAnsi="Arial"/>
          <w:sz w:val="22"/>
        </w:rPr>
        <w:t>Yeah, that's right. Cuz I just think</w:t>
      </w:r>
    </w:p>
    <w:p>
      <w:pPr>
        <w:spacing w:after="0"/>
      </w:pPr>
    </w:p>
    <w:p>
      <w:pPr>
        <w:spacing w:after="0"/>
      </w:pPr>
      <w:r>
        <w:rPr>
          <w:rFonts w:ascii="Arial" w:hAnsi="Arial"/>
          <w:b/>
          <w:sz w:val="22"/>
        </w:rPr>
        <w:t xml:space="preserve">Lucy  </w:t>
      </w:r>
      <w:r>
        <w:rPr>
          <w:rFonts w:ascii="Arial" w:hAnsi="Arial"/>
          <w:color w:val="5D7284"/>
          <w:sz w:val="22"/>
        </w:rPr>
        <w:t>1:11:05</w:t>
      </w:r>
    </w:p>
    <w:p>
      <w:pPr>
        <w:spacing w:after="0"/>
      </w:pPr>
      <w:r>
        <w:rPr>
          <w:rFonts w:ascii="Arial" w:hAnsi="Arial"/>
          <w:sz w:val="22"/>
        </w:rPr>
        <w:t>all over again, like real life. Tigercat I was</w:t>
      </w:r>
    </w:p>
    <w:p>
      <w:pPr>
        <w:spacing w:after="0"/>
      </w:pPr>
    </w:p>
    <w:p>
      <w:pPr>
        <w:spacing w:after="0"/>
      </w:pPr>
      <w:r>
        <w:rPr>
          <w:rFonts w:ascii="Arial" w:hAnsi="Arial"/>
          <w:b/>
          <w:sz w:val="22"/>
        </w:rPr>
        <w:t xml:space="preserve">Mik Scarlet  </w:t>
      </w:r>
      <w:r>
        <w:rPr>
          <w:rFonts w:ascii="Arial" w:hAnsi="Arial"/>
          <w:color w:val="5D7284"/>
          <w:sz w:val="22"/>
        </w:rPr>
        <w:t>1:11:09</w:t>
      </w:r>
    </w:p>
    <w:p>
      <w:pPr>
        <w:spacing w:after="0"/>
      </w:pPr>
      <w:r>
        <w:rPr>
          <w:rFonts w:ascii="Arial" w:hAnsi="Arial"/>
          <w:sz w:val="22"/>
        </w:rPr>
        <w:t>I was part of the team that got the first guide. I was gonna say okay to go on TfL. And it was great, because they were going, Oh, can we do it? It's like, yeah, no, you legally have to do it. Okay. So then, of course, I got the little pony and got him on the train and everything. And it was just like, This is the coolest thing ever. And that was just thinking, casting him what you know, and that's where the guide lion Canucks, I just think, you know, you get all these people kind of not letting people in the cars because you got a dog. Look, my I'm coming in your taxi on. It's up to you. Dangerous, they're more dangerous. If they're not on the right, they're trained. They're well fed. But if I let them lead their alliance.</w:t>
      </w:r>
    </w:p>
    <w:p>
      <w:pPr>
        <w:spacing w:after="0"/>
      </w:pPr>
    </w:p>
    <w:p>
      <w:pPr>
        <w:spacing w:after="0"/>
      </w:pPr>
      <w:r>
        <w:rPr>
          <w:rFonts w:ascii="Arial" w:hAnsi="Arial"/>
          <w:b/>
          <w:sz w:val="22"/>
        </w:rPr>
        <w:t xml:space="preserve">Lucy  </w:t>
      </w:r>
      <w:r>
        <w:rPr>
          <w:rFonts w:ascii="Arial" w:hAnsi="Arial"/>
          <w:color w:val="5D7284"/>
          <w:sz w:val="22"/>
        </w:rPr>
        <w:t>1:11:51</w:t>
      </w:r>
    </w:p>
    <w:p>
      <w:pPr>
        <w:spacing w:after="0"/>
      </w:pPr>
      <w:r>
        <w:rPr>
          <w:rFonts w:ascii="Arial" w:hAnsi="Arial"/>
          <w:sz w:val="22"/>
        </w:rPr>
        <w:t>Right, Mick, before we let you go, yes. Is there anything you would like? To get out anything you would like to plug or where we can find you online and that kind of stuff that, you know,</w:t>
      </w:r>
    </w:p>
    <w:p>
      <w:pPr>
        <w:spacing w:after="0"/>
      </w:pPr>
    </w:p>
    <w:p>
      <w:pPr>
        <w:spacing w:after="0"/>
      </w:pPr>
      <w:r>
        <w:rPr>
          <w:rFonts w:ascii="Arial" w:hAnsi="Arial"/>
          <w:b/>
          <w:sz w:val="22"/>
        </w:rPr>
        <w:t xml:space="preserve">Mik Scarlet  </w:t>
      </w:r>
      <w:r>
        <w:rPr>
          <w:rFonts w:ascii="Arial" w:hAnsi="Arial"/>
          <w:color w:val="5D7284"/>
          <w:sz w:val="22"/>
        </w:rPr>
        <w:t>1:12:08</w:t>
      </w:r>
    </w:p>
    <w:p>
      <w:pPr>
        <w:spacing w:after="0"/>
      </w:pPr>
      <w:r>
        <w:rPr>
          <w:rFonts w:ascii="Arial" w:hAnsi="Arial"/>
          <w:sz w:val="22"/>
        </w:rPr>
        <w:t>like I said, the cryptic thing I was going to plug will be done by the time this goes out. So but look out for future cryptic arts events, folks. And if you are disabled artists get in touch, especially if you are from an underrepresented group, or you have extra barriers, because we're very keen, you know, to promote people that really do have a hard time getting into the art, we want you. And other than that, I have the most empty diary I've had since lockdown started after November the 22nd. So when this goes out, I am available and ready to be hired at very reasonable rates for any job that you want from voiceovers to presenting to access consultancy, and advisory and generally being a gobby. Get but that's about it. And probably don't, don't talk to me. I am also available as a hairdresser.</w:t>
      </w:r>
    </w:p>
    <w:p>
      <w:pPr>
        <w:spacing w:after="0"/>
      </w:pPr>
    </w:p>
    <w:p>
      <w:pPr>
        <w:spacing w:after="0"/>
      </w:pPr>
      <w:r>
        <w:rPr>
          <w:rFonts w:ascii="Arial" w:hAnsi="Arial"/>
          <w:b/>
          <w:sz w:val="22"/>
        </w:rPr>
        <w:t xml:space="preserve">Lucy  </w:t>
      </w:r>
      <w:r>
        <w:rPr>
          <w:rFonts w:ascii="Arial" w:hAnsi="Arial"/>
          <w:color w:val="5D7284"/>
          <w:sz w:val="22"/>
        </w:rPr>
        <w:t>1:13:09</w:t>
      </w:r>
    </w:p>
    <w:p>
      <w:pPr>
        <w:spacing w:after="0"/>
      </w:pPr>
      <w:r>
        <w:rPr>
          <w:rFonts w:ascii="Arial" w:hAnsi="Arial"/>
          <w:sz w:val="22"/>
        </w:rPr>
        <w:t>Where can people find you online Mik, if they want to?</w:t>
      </w:r>
    </w:p>
    <w:p>
      <w:pPr>
        <w:spacing w:after="0"/>
      </w:pPr>
    </w:p>
    <w:p>
      <w:pPr>
        <w:spacing w:after="0"/>
      </w:pPr>
      <w:r>
        <w:rPr>
          <w:rFonts w:ascii="Arial" w:hAnsi="Arial"/>
          <w:color w:val="5D7284"/>
          <w:sz w:val="22"/>
        </w:rPr>
        <w:t>1:13:12</w:t>
      </w:r>
    </w:p>
    <w:p>
      <w:pPr>
        <w:spacing w:after="0"/>
      </w:pPr>
      <w:r>
        <w:rPr>
          <w:rFonts w:ascii="Arial" w:hAnsi="Arial"/>
          <w:sz w:val="22"/>
        </w:rPr>
        <w:t xml:space="preserve">I am on it's mikscarlet.com on line. And then there's mikscarletaccess.co.uk if you want me for a central job where I wear a suit, and don't talk as much bollocks as I have today Then of course there's Twitter. So at MC Scarlet, and remember folks, when I say mik scarlet it is M I K because I'm from the terrible 80s where we all thought it was trendy to drop the literacy. So we had Nik Kershaw, Rik Mayall  and Mik Scarlet Yes. And on Instagram, like I think that's just @mikscarlet as well. I'm really rubbish at Instagram. It's just selfies. And then Facebook is facebook. </w:t>
      </w:r>
    </w:p>
    <w:p>
      <w:pPr>
        <w:spacing w:after="0"/>
      </w:pPr>
    </w:p>
    <w:p>
      <w:pPr>
        <w:spacing w:after="0"/>
      </w:pPr>
      <w:r>
        <w:rPr>
          <w:rFonts w:ascii="Arial" w:hAnsi="Arial"/>
          <w:b/>
          <w:sz w:val="22"/>
        </w:rPr>
        <w:t xml:space="preserve">Lucy  </w:t>
      </w:r>
      <w:r>
        <w:rPr>
          <w:rFonts w:ascii="Arial" w:hAnsi="Arial"/>
          <w:color w:val="5D7284"/>
          <w:sz w:val="22"/>
        </w:rPr>
        <w:t>1:13:53</w:t>
      </w:r>
    </w:p>
    <w:p>
      <w:pPr>
        <w:spacing w:after="0"/>
      </w:pPr>
      <w:r>
        <w:rPr>
          <w:rFonts w:ascii="Arial" w:hAnsi="Arial"/>
          <w:sz w:val="22"/>
        </w:rPr>
        <w:t>we'll put all the links. Just said on the...</w:t>
      </w:r>
    </w:p>
    <w:p>
      <w:pPr>
        <w:spacing w:after="0"/>
      </w:pPr>
    </w:p>
    <w:p>
      <w:pPr>
        <w:spacing w:after="0"/>
      </w:pPr>
      <w:r>
        <w:rPr>
          <w:rFonts w:ascii="Arial" w:hAnsi="Arial"/>
          <w:color w:val="5D7284"/>
          <w:sz w:val="22"/>
        </w:rPr>
        <w:t>1:13:57</w:t>
      </w:r>
    </w:p>
    <w:p>
      <w:pPr>
        <w:spacing w:after="0"/>
      </w:pPr>
      <w:r>
        <w:rPr>
          <w:rFonts w:ascii="Arial" w:hAnsi="Arial"/>
          <w:sz w:val="22"/>
        </w:rPr>
        <w:t>not on tik tok. I don't understand that.</w:t>
      </w:r>
    </w:p>
    <w:p>
      <w:pPr>
        <w:spacing w:after="0"/>
      </w:pPr>
    </w:p>
    <w:p>
      <w:pPr>
        <w:spacing w:after="0"/>
      </w:pPr>
      <w:r>
        <w:rPr>
          <w:rFonts w:ascii="Arial" w:hAnsi="Arial"/>
          <w:b/>
          <w:sz w:val="22"/>
        </w:rPr>
        <w:t xml:space="preserve">Alice  </w:t>
      </w:r>
      <w:r>
        <w:rPr>
          <w:rFonts w:ascii="Arial" w:hAnsi="Arial"/>
          <w:color w:val="5D7284"/>
          <w:sz w:val="22"/>
        </w:rPr>
        <w:t>1:14:03</w:t>
      </w:r>
    </w:p>
    <w:p>
      <w:pPr>
        <w:spacing w:after="0"/>
      </w:pPr>
      <w:r>
        <w:rPr>
          <w:rFonts w:ascii="Arial" w:hAnsi="Arial"/>
          <w:sz w:val="22"/>
        </w:rPr>
        <w:t>Tick, tock. Don't worry. No, no.</w:t>
      </w:r>
    </w:p>
    <w:p>
      <w:pPr>
        <w:spacing w:after="0"/>
      </w:pPr>
    </w:p>
    <w:p>
      <w:pPr>
        <w:spacing w:after="0"/>
      </w:pPr>
      <w:r>
        <w:rPr>
          <w:rFonts w:ascii="Arial" w:hAnsi="Arial"/>
          <w:b/>
          <w:sz w:val="22"/>
        </w:rPr>
        <w:t xml:space="preserve">Mik Scarlet  </w:t>
      </w:r>
      <w:r>
        <w:rPr>
          <w:rFonts w:ascii="Arial" w:hAnsi="Arial"/>
          <w:color w:val="5D7284"/>
          <w:sz w:val="22"/>
        </w:rPr>
        <w:t>1:14:07</w:t>
      </w:r>
    </w:p>
    <w:p>
      <w:pPr>
        <w:spacing w:after="0"/>
      </w:pPr>
      <w:r>
        <w:rPr>
          <w:rFonts w:ascii="Arial" w:hAnsi="Arial"/>
          <w:sz w:val="22"/>
        </w:rPr>
        <w:t>Oh, I see. So.</w:t>
      </w:r>
    </w:p>
    <w:p>
      <w:pPr>
        <w:spacing w:after="0"/>
      </w:pPr>
    </w:p>
    <w:p>
      <w:pPr>
        <w:spacing w:after="0"/>
      </w:pPr>
      <w:r>
        <w:rPr>
          <w:rFonts w:ascii="Arial" w:hAnsi="Arial"/>
          <w:b/>
          <w:sz w:val="22"/>
        </w:rPr>
        <w:t xml:space="preserve">Alice  </w:t>
      </w:r>
      <w:r>
        <w:rPr>
          <w:rFonts w:ascii="Arial" w:hAnsi="Arial"/>
          <w:color w:val="5D7284"/>
          <w:sz w:val="22"/>
        </w:rPr>
        <w:t>1:14:11</w:t>
      </w:r>
    </w:p>
    <w:p>
      <w:pPr>
        <w:spacing w:after="0"/>
      </w:pPr>
      <w:r>
        <w:rPr>
          <w:rFonts w:ascii="Arial" w:hAnsi="Arial"/>
          <w:sz w:val="22"/>
        </w:rPr>
        <w:t>Well. I will just remind you that me and Lucy used to watch you on TV when we were children.</w:t>
      </w:r>
    </w:p>
    <w:p>
      <w:pPr>
        <w:spacing w:after="0"/>
      </w:pPr>
    </w:p>
    <w:p>
      <w:pPr>
        <w:spacing w:after="0"/>
      </w:pPr>
      <w:r>
        <w:rPr>
          <w:rFonts w:ascii="Arial" w:hAnsi="Arial"/>
          <w:b/>
          <w:sz w:val="22"/>
        </w:rPr>
        <w:t xml:space="preserve">Mik Scarlet  </w:t>
      </w:r>
      <w:r>
        <w:rPr>
          <w:rFonts w:ascii="Arial" w:hAnsi="Arial"/>
          <w:color w:val="5D7284"/>
          <w:sz w:val="22"/>
        </w:rPr>
        <w:t>1:14:18</w:t>
      </w:r>
    </w:p>
    <w:p>
      <w:pPr>
        <w:spacing w:after="0"/>
      </w:pPr>
      <w:r>
        <w:rPr>
          <w:rFonts w:ascii="Arial" w:hAnsi="Arial"/>
          <w:sz w:val="22"/>
        </w:rPr>
        <w:t>I know. I know. I know. You know what it's really scary. It was I had all these kids that used to be fans. I mean, they got mixed. I've got to sign all these posters and stuff and send them out. And then I started meeting people and they were like, teenagers to watch you. Then then I've met meet people, and they were kind of like in their 20s. And I'd be like, Oh yeah, and then they'd meet people and go, Look, but this is the kid. This is what I used when I was your age. I'd watch him on telly and these kids in the company. Right? And now I meet people and not only like you they're grown up grownup, grownup but now many people who kids when Oh yeah, my mom And now they're going to their kids. Yeah, granny used to watch him on telly when she was a little girl. Oh my god I'm so Oh,</w:t>
      </w:r>
    </w:p>
    <w:p>
      <w:pPr>
        <w:spacing w:after="0"/>
      </w:pPr>
    </w:p>
    <w:p>
      <w:pPr>
        <w:spacing w:after="0"/>
      </w:pPr>
      <w:r>
        <w:rPr>
          <w:rFonts w:ascii="Arial" w:hAnsi="Arial"/>
          <w:b/>
          <w:sz w:val="22"/>
        </w:rPr>
        <w:t xml:space="preserve">Alice  </w:t>
      </w:r>
      <w:r>
        <w:rPr>
          <w:rFonts w:ascii="Arial" w:hAnsi="Arial"/>
          <w:color w:val="5D7284"/>
          <w:sz w:val="22"/>
        </w:rPr>
        <w:t>1:15:09</w:t>
      </w:r>
    </w:p>
    <w:p>
      <w:pPr>
        <w:spacing w:after="0"/>
      </w:pPr>
      <w:r>
        <w:rPr>
          <w:rFonts w:ascii="Arial" w:hAnsi="Arial"/>
          <w:sz w:val="22"/>
        </w:rPr>
        <w:t>at least your your well remembered generations on people are still talking about you.</w:t>
      </w:r>
    </w:p>
    <w:p>
      <w:pPr>
        <w:spacing w:after="0"/>
      </w:pPr>
    </w:p>
    <w:p>
      <w:pPr>
        <w:spacing w:after="0"/>
      </w:pPr>
      <w:r>
        <w:rPr>
          <w:rFonts w:ascii="Arial" w:hAnsi="Arial"/>
          <w:b/>
          <w:sz w:val="22"/>
        </w:rPr>
        <w:t xml:space="preserve">Mik Scarlet  </w:t>
      </w:r>
      <w:r>
        <w:rPr>
          <w:rFonts w:ascii="Arial" w:hAnsi="Arial"/>
          <w:color w:val="5D7284"/>
          <w:sz w:val="22"/>
        </w:rPr>
        <w:t>1:15:16</w:t>
      </w:r>
    </w:p>
    <w:p>
      <w:pPr>
        <w:spacing w:after="0"/>
      </w:pPr>
      <w:r>
        <w:rPr>
          <w:rFonts w:ascii="Arial" w:hAnsi="Arial"/>
          <w:sz w:val="22"/>
        </w:rPr>
        <w:t>Yeah that's it yeah people remember me slightly the world loves me but the people in the checks the people that could continue with me being on television, you know, I mean let's face it now I kill I take two boxes not only am I disabled, but I'm 56 now have a proper old person. It's great. I can go on a holiday, I can buy a house by the seaside at a discount</w:t>
      </w:r>
    </w:p>
    <w:p>
      <w:pPr>
        <w:spacing w:after="0"/>
      </w:pPr>
    </w:p>
    <w:p>
      <w:pPr>
        <w:spacing w:after="0"/>
      </w:pPr>
      <w:r>
        <w:rPr>
          <w:rFonts w:ascii="Arial" w:hAnsi="Arial"/>
          <w:b/>
          <w:sz w:val="22"/>
        </w:rPr>
        <w:t xml:space="preserve">Lucy  </w:t>
      </w:r>
      <w:r>
        <w:rPr>
          <w:rFonts w:ascii="Arial" w:hAnsi="Arial"/>
          <w:color w:val="5D7284"/>
          <w:sz w:val="22"/>
        </w:rPr>
        <w:t>1:15:50</w:t>
      </w:r>
    </w:p>
    <w:p>
      <w:pPr>
        <w:spacing w:after="0"/>
      </w:pPr>
      <w:r>
        <w:rPr>
          <w:rFonts w:ascii="Arial" w:hAnsi="Arial"/>
          <w:sz w:val="22"/>
        </w:rPr>
        <w:t>thank you so much for joining. Thank you so much.</w:t>
      </w:r>
    </w:p>
    <w:p>
      <w:pPr>
        <w:spacing w:after="0"/>
      </w:pPr>
    </w:p>
    <w:p>
      <w:pPr>
        <w:spacing w:after="0"/>
      </w:pPr>
      <w:r>
        <w:rPr>
          <w:rFonts w:ascii="Arial" w:hAnsi="Arial"/>
          <w:b/>
          <w:sz w:val="22"/>
        </w:rPr>
        <w:t xml:space="preserve">Alice  </w:t>
      </w:r>
      <w:r>
        <w:rPr>
          <w:rFonts w:ascii="Arial" w:hAnsi="Arial"/>
          <w:color w:val="5D7284"/>
          <w:sz w:val="22"/>
        </w:rPr>
        <w:t>1:15:54</w:t>
      </w:r>
    </w:p>
    <w:p>
      <w:pPr>
        <w:spacing w:after="0"/>
      </w:pPr>
      <w:r>
        <w:rPr>
          <w:rFonts w:ascii="Arial" w:hAnsi="Arial"/>
          <w:sz w:val="22"/>
        </w:rPr>
        <w:t>Thank you,</w:t>
      </w:r>
    </w:p>
    <w:p>
      <w:pPr>
        <w:spacing w:after="0"/>
      </w:pPr>
    </w:p>
    <w:p>
      <w:pPr>
        <w:spacing w:after="0"/>
      </w:pPr>
      <w:r>
        <w:rPr>
          <w:rFonts w:ascii="Arial" w:hAnsi="Arial"/>
          <w:b/>
          <w:sz w:val="22"/>
        </w:rPr>
        <w:t xml:space="preserve">Lucy  </w:t>
      </w:r>
      <w:r>
        <w:rPr>
          <w:rFonts w:ascii="Arial" w:hAnsi="Arial"/>
          <w:color w:val="5D7284"/>
          <w:sz w:val="22"/>
        </w:rPr>
        <w:t>1:15:55</w:t>
      </w:r>
    </w:p>
    <w:p>
      <w:pPr>
        <w:spacing w:after="0"/>
      </w:pPr>
      <w:r>
        <w:rPr>
          <w:rFonts w:ascii="Arial" w:hAnsi="Arial"/>
          <w:sz w:val="22"/>
        </w:rPr>
        <w:t>thank you.</w:t>
      </w:r>
    </w:p>
    <w:p>
      <w:pPr>
        <w:spacing w:after="0"/>
      </w:pPr>
    </w:p>
    <w:p>
      <w:pPr>
        <w:spacing w:after="0"/>
      </w:pPr>
      <w:r>
        <w:rPr>
          <w:rFonts w:ascii="Arial" w:hAnsi="Arial"/>
          <w:color w:val="5D7284"/>
          <w:sz w:val="22"/>
        </w:rPr>
        <w:t>1:15:56</w:t>
      </w:r>
    </w:p>
    <w:p>
      <w:pPr>
        <w:spacing w:after="0"/>
      </w:pPr>
      <w:r>
        <w:rPr>
          <w:rFonts w:ascii="Arial" w:hAnsi="Arial"/>
          <w:sz w:val="22"/>
        </w:rPr>
        <w:t>It's been great. I can't wait to see what I say about my wife she's gonna kick me in the bollocks</w:t>
      </w:r>
    </w:p>
    <w:p>
      <w:pPr>
        <w:spacing w:after="0"/>
      </w:pPr>
    </w:p>
    <w:p>
      <w:pPr>
        <w:spacing w:after="0"/>
      </w:pPr>
      <w:r>
        <w:rPr>
          <w:rFonts w:ascii="Arial" w:hAnsi="Arial"/>
          <w:b/>
          <w:sz w:val="22"/>
        </w:rPr>
        <w:t xml:space="preserve">Alice  </w:t>
      </w:r>
      <w:r>
        <w:rPr>
          <w:rFonts w:ascii="Arial" w:hAnsi="Arial"/>
          <w:color w:val="5D7284"/>
          <w:sz w:val="22"/>
        </w:rPr>
        <w:t>1:16:08</w:t>
      </w:r>
    </w:p>
    <w:p>
      <w:pPr>
        <w:spacing w:after="0"/>
      </w:pPr>
      <w:r>
        <w:rPr>
          <w:rFonts w:ascii="Arial" w:hAnsi="Arial"/>
          <w:sz w:val="22"/>
        </w:rPr>
        <w:t>in your calipers.</w:t>
      </w:r>
    </w:p>
    <w:p>
      <w:pPr>
        <w:spacing w:after="0"/>
      </w:pPr>
    </w:p>
    <w:p>
      <w:pPr>
        <w:spacing w:after="0"/>
      </w:pPr>
      <w:r>
        <w:rPr>
          <w:rFonts w:ascii="Arial" w:hAnsi="Arial"/>
          <w:b/>
          <w:sz w:val="22"/>
        </w:rPr>
        <w:t xml:space="preserve">Lucy  </w:t>
      </w:r>
      <w:r>
        <w:rPr>
          <w:rFonts w:ascii="Arial" w:hAnsi="Arial"/>
          <w:color w:val="5D7284"/>
          <w:sz w:val="22"/>
        </w:rPr>
        <w:t>1:16:23</w:t>
      </w:r>
    </w:p>
    <w:p>
      <w:pPr>
        <w:spacing w:after="0"/>
      </w:pPr>
      <w:r>
        <w:rPr>
          <w:rFonts w:ascii="Arial" w:hAnsi="Arial"/>
          <w:sz w:val="22"/>
        </w:rPr>
        <w:t xml:space="preserve">bye </w:t>
      </w:r>
    </w:p>
    <w:p>
      <w:pPr>
        <w:spacing w:after="0"/>
      </w:pPr>
    </w:p>
    <w:p>
      <w:pPr>
        <w:spacing w:after="0"/>
      </w:pPr>
      <w:r>
        <w:rPr>
          <w:rFonts w:ascii="Arial" w:hAnsi="Arial"/>
          <w:b/>
          <w:sz w:val="22"/>
        </w:rPr>
        <w:t xml:space="preserve">Alice  </w:t>
      </w:r>
      <w:r>
        <w:rPr>
          <w:rFonts w:ascii="Arial" w:hAnsi="Arial"/>
          <w:color w:val="5D7284"/>
          <w:sz w:val="22"/>
        </w:rPr>
        <w:t>1:16:38</w:t>
      </w:r>
    </w:p>
    <w:p>
      <w:pPr>
        <w:spacing w:after="0"/>
      </w:pPr>
      <w:r>
        <w:rPr>
          <w:rFonts w:ascii="Arial" w:hAnsi="Arial"/>
          <w:sz w:val="22"/>
        </w:rPr>
        <w:t>Thanks for listening to the lABLEd podcast. If you like the show, please rate review and subscribe.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1:16:49</w:t>
      </w:r>
    </w:p>
    <w:p>
      <w:pPr>
        <w:spacing w:after="0"/>
      </w:pPr>
      <w:r>
        <w:rPr>
          <w:rFonts w:ascii="Arial" w:hAnsi="Arial"/>
          <w:sz w:val="22"/>
        </w:rPr>
        <w:t>Our thsnks go to our  Editor,  Adam Hull,  Ella music composer. Maisy Crunden  and our graphic designer Sarah coley</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