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753E1" w14:textId="6B9F06CC" w:rsidR="00976992" w:rsidRPr="009F2E9C" w:rsidRDefault="004912A8">
      <w:pPr>
        <w:rPr>
          <w:rFonts w:ascii="Calibri" w:hAnsi="Calibri" w:cs="Calibri"/>
          <w:b/>
          <w:bCs/>
        </w:rPr>
      </w:pPr>
      <w:proofErr w:type="spellStart"/>
      <w:r w:rsidRPr="009F2E9C">
        <w:rPr>
          <w:rFonts w:ascii="Calibri" w:hAnsi="Calibri" w:cs="Calibri"/>
          <w:b/>
          <w:bCs/>
        </w:rPr>
        <w:t>lABLEd</w:t>
      </w:r>
      <w:proofErr w:type="spellEnd"/>
      <w:r w:rsidRPr="009F2E9C">
        <w:rPr>
          <w:rFonts w:ascii="Calibri" w:hAnsi="Calibri" w:cs="Calibri"/>
          <w:b/>
          <w:bCs/>
        </w:rPr>
        <w:t xml:space="preserve"> Podcast Episode 21: </w:t>
      </w:r>
      <w:proofErr w:type="spellStart"/>
      <w:r w:rsidRPr="009F2E9C">
        <w:rPr>
          <w:rFonts w:ascii="Calibri" w:hAnsi="Calibri" w:cs="Calibri"/>
          <w:b/>
          <w:bCs/>
        </w:rPr>
        <w:t>Rememberance</w:t>
      </w:r>
      <w:proofErr w:type="spellEnd"/>
      <w:r w:rsidRPr="009F2E9C">
        <w:rPr>
          <w:rFonts w:ascii="Calibri" w:hAnsi="Calibri" w:cs="Calibri"/>
          <w:b/>
          <w:bCs/>
        </w:rPr>
        <w:t xml:space="preserve"> Day Special with Sim</w:t>
      </w:r>
      <w:r w:rsidR="009F2E9C" w:rsidRPr="009F2E9C">
        <w:rPr>
          <w:rFonts w:ascii="Calibri" w:hAnsi="Calibri" w:cs="Calibri"/>
          <w:b/>
          <w:bCs/>
        </w:rPr>
        <w:t>on Weston CBE</w:t>
      </w:r>
    </w:p>
    <w:p w14:paraId="4F6496F4" w14:textId="77777777" w:rsidR="009F2E9C" w:rsidRPr="009F2E9C" w:rsidRDefault="009F2E9C" w:rsidP="0038446B">
      <w:pPr>
        <w:pStyle w:val="p1"/>
        <w:spacing w:before="0" w:beforeAutospacing="0" w:after="0" w:afterAutospacing="0"/>
        <w:rPr>
          <w:rStyle w:val="s2"/>
        </w:rPr>
      </w:pPr>
    </w:p>
    <w:p w14:paraId="3148A0B2" w14:textId="4ED4A902" w:rsidR="0038446B" w:rsidRPr="009F2E9C" w:rsidRDefault="0038446B" w:rsidP="0038446B">
      <w:pPr>
        <w:pStyle w:val="p1"/>
        <w:spacing w:before="0" w:beforeAutospacing="0" w:after="0" w:afterAutospacing="0"/>
      </w:pPr>
      <w:r w:rsidRPr="009F2E9C">
        <w:rPr>
          <w:rStyle w:val="s2"/>
        </w:rPr>
        <w:t xml:space="preserve">Lucy 0:00 </w:t>
      </w:r>
    </w:p>
    <w:p w14:paraId="4A498BC1" w14:textId="77777777" w:rsidR="0038446B" w:rsidRPr="009F2E9C" w:rsidRDefault="0038446B" w:rsidP="0038446B">
      <w:pPr>
        <w:pStyle w:val="p1"/>
        <w:spacing w:before="0" w:beforeAutospacing="0" w:after="0" w:afterAutospacing="0"/>
      </w:pPr>
      <w:r w:rsidRPr="009F2E9C">
        <w:rPr>
          <w:rStyle w:val="s2"/>
        </w:rPr>
        <w:t xml:space="preserve">Welcome to the </w:t>
      </w:r>
      <w:proofErr w:type="spellStart"/>
      <w:r w:rsidRPr="009F2E9C">
        <w:rPr>
          <w:rStyle w:val="s2"/>
        </w:rPr>
        <w:t>lABLEd</w:t>
      </w:r>
      <w:proofErr w:type="spellEnd"/>
      <w:r w:rsidRPr="009F2E9C">
        <w:rPr>
          <w:rStyle w:val="s2"/>
        </w:rPr>
        <w:t xml:space="preserve"> podcast, a show about disability, illness, and difference. I’m Lucy</w:t>
      </w:r>
    </w:p>
    <w:p w14:paraId="028342B5" w14:textId="77777777" w:rsidR="0038446B" w:rsidRPr="009F2E9C" w:rsidRDefault="0038446B" w:rsidP="0038446B">
      <w:pPr>
        <w:pStyle w:val="p2"/>
        <w:spacing w:before="0" w:beforeAutospacing="0" w:after="0" w:afterAutospacing="0"/>
      </w:pPr>
    </w:p>
    <w:p w14:paraId="30B7BDBF" w14:textId="3F353E54" w:rsidR="0038446B" w:rsidRPr="009F2E9C" w:rsidRDefault="0038446B" w:rsidP="0038446B">
      <w:pPr>
        <w:pStyle w:val="p1"/>
        <w:spacing w:before="0" w:beforeAutospacing="0" w:after="0" w:afterAutospacing="0"/>
        <w:rPr>
          <w:rStyle w:val="s2"/>
        </w:rPr>
      </w:pPr>
      <w:r w:rsidRPr="009F2E9C">
        <w:rPr>
          <w:rStyle w:val="s2"/>
        </w:rPr>
        <w:t xml:space="preserve">Alice 0:07 And I’m Alice {dog barking} and that’s Lola </w:t>
      </w:r>
    </w:p>
    <w:p w14:paraId="02996BBD" w14:textId="77777777" w:rsidR="0038446B" w:rsidRPr="009F2E9C" w:rsidRDefault="0038446B" w:rsidP="0038446B">
      <w:pPr>
        <w:pStyle w:val="p1"/>
        <w:spacing w:before="0" w:beforeAutospacing="0" w:after="0" w:afterAutospacing="0"/>
        <w:rPr>
          <w:rStyle w:val="s2"/>
        </w:rPr>
      </w:pPr>
    </w:p>
    <w:p w14:paraId="52C6E547" w14:textId="77777777" w:rsidR="0038446B" w:rsidRPr="009F2E9C" w:rsidRDefault="0038446B" w:rsidP="0038446B">
      <w:pPr>
        <w:pStyle w:val="s4"/>
        <w:spacing w:before="0" w:beforeAutospacing="0" w:after="0" w:afterAutospacing="0" w:line="324" w:lineRule="atLeast"/>
      </w:pPr>
      <w:r w:rsidRPr="009F2E9C">
        <w:rPr>
          <w:rStyle w:val="s5"/>
        </w:rPr>
        <w:t>{</w:t>
      </w:r>
      <w:proofErr w:type="spellStart"/>
      <w:r w:rsidRPr="009F2E9C">
        <w:rPr>
          <w:rStyle w:val="s5"/>
        </w:rPr>
        <w:t>lABLEd</w:t>
      </w:r>
      <w:proofErr w:type="spellEnd"/>
      <w:r w:rsidRPr="009F2E9C">
        <w:rPr>
          <w:rStyle w:val="s5"/>
        </w:rPr>
        <w:t> theme tune plays}</w:t>
      </w:r>
    </w:p>
    <w:p w14:paraId="3356C7A5" w14:textId="77777777" w:rsidR="0038446B" w:rsidRPr="009F2E9C" w:rsidRDefault="0038446B" w:rsidP="0038446B">
      <w:pPr>
        <w:pStyle w:val="s4"/>
        <w:spacing w:before="0" w:beforeAutospacing="0" w:after="0" w:afterAutospacing="0" w:line="324" w:lineRule="atLeast"/>
        <w:rPr>
          <w:i/>
          <w:iCs/>
        </w:rPr>
      </w:pPr>
      <w:r w:rsidRPr="009F2E9C">
        <w:rPr>
          <w:rStyle w:val="s5"/>
          <w:i/>
          <w:iCs/>
        </w:rPr>
        <w:t xml:space="preserve">Though I might not fit in socially, I’m so much more than what you see, </w:t>
      </w:r>
    </w:p>
    <w:p w14:paraId="2335C262" w14:textId="77777777" w:rsidR="0038446B" w:rsidRPr="009F2E9C" w:rsidRDefault="0038446B" w:rsidP="0038446B">
      <w:pPr>
        <w:pStyle w:val="s4"/>
        <w:spacing w:before="0" w:beforeAutospacing="0" w:after="0" w:afterAutospacing="0" w:line="324" w:lineRule="atLeast"/>
        <w:rPr>
          <w:i/>
          <w:iCs/>
        </w:rPr>
      </w:pPr>
      <w:r w:rsidRPr="009F2E9C">
        <w:rPr>
          <w:rStyle w:val="s5"/>
          <w:i/>
          <w:iCs/>
        </w:rPr>
        <w:t>We all live our lives differently </w:t>
      </w:r>
    </w:p>
    <w:p w14:paraId="606F0157" w14:textId="77777777" w:rsidR="0038446B" w:rsidRPr="009F2E9C" w:rsidRDefault="0038446B" w:rsidP="0038446B">
      <w:pPr>
        <w:pStyle w:val="p1"/>
        <w:spacing w:before="0" w:beforeAutospacing="0" w:after="0" w:afterAutospacing="0"/>
        <w:rPr>
          <w:rStyle w:val="s5"/>
          <w:i/>
          <w:iCs/>
        </w:rPr>
      </w:pPr>
      <w:r w:rsidRPr="009F2E9C">
        <w:rPr>
          <w:rStyle w:val="s5"/>
          <w:i/>
          <w:iCs/>
        </w:rPr>
        <w:t>Kaleidoscope Identity, and this is who I’m meant to be, I’m just labelled me.</w:t>
      </w:r>
    </w:p>
    <w:p w14:paraId="1D935B59" w14:textId="77777777" w:rsidR="0038446B" w:rsidRPr="009F2E9C" w:rsidRDefault="0038446B" w:rsidP="0038446B">
      <w:pPr>
        <w:pStyle w:val="p1"/>
        <w:spacing w:before="0" w:beforeAutospacing="0" w:after="0" w:afterAutospacing="0"/>
        <w:rPr>
          <w:rStyle w:val="s5"/>
        </w:rPr>
      </w:pPr>
    </w:p>
    <w:p w14:paraId="392418A9" w14:textId="77777777" w:rsidR="0038446B" w:rsidRPr="009F2E9C" w:rsidRDefault="0038446B" w:rsidP="0038446B">
      <w:pPr>
        <w:pStyle w:val="p1"/>
        <w:spacing w:before="0" w:beforeAutospacing="0" w:after="0" w:afterAutospacing="0"/>
      </w:pPr>
      <w:r w:rsidRPr="009F2E9C">
        <w:rPr>
          <w:rStyle w:val="s2"/>
        </w:rPr>
        <w:t xml:space="preserve">Alice 0:37 </w:t>
      </w:r>
    </w:p>
    <w:p w14:paraId="1309A61A" w14:textId="78A4E425" w:rsidR="00976992" w:rsidRPr="009F2E9C" w:rsidRDefault="0038446B" w:rsidP="0038446B">
      <w:pPr>
        <w:pStyle w:val="PlainText"/>
        <w:rPr>
          <w:rFonts w:cs="Calibri"/>
          <w:szCs w:val="22"/>
        </w:rPr>
      </w:pPr>
      <w:r w:rsidRPr="009F2E9C">
        <w:rPr>
          <w:rStyle w:val="s2"/>
          <w:rFonts w:cs="Calibri"/>
          <w:szCs w:val="22"/>
        </w:rPr>
        <w:t xml:space="preserve">Don't forget in this episode, I might swear, Lucy might cry, and you can check out details of the trigger warnings on our website. </w:t>
      </w:r>
    </w:p>
    <w:p w14:paraId="56CE0E1A" w14:textId="77777777" w:rsidR="009F2E9C" w:rsidRPr="009F2E9C" w:rsidRDefault="009F2E9C">
      <w:pPr>
        <w:spacing w:after="0"/>
        <w:rPr>
          <w:rFonts w:ascii="Calibri" w:hAnsi="Calibri" w:cs="Calibri"/>
        </w:rPr>
      </w:pPr>
    </w:p>
    <w:p w14:paraId="7435F60E" w14:textId="27B1772A"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00:44</w:t>
      </w:r>
    </w:p>
    <w:p w14:paraId="552D6348" w14:textId="444CE682" w:rsidR="00976992" w:rsidRPr="009F2E9C" w:rsidRDefault="004912A8">
      <w:pPr>
        <w:spacing w:after="0"/>
        <w:rPr>
          <w:rFonts w:ascii="Calibri" w:hAnsi="Calibri" w:cs="Calibri"/>
        </w:rPr>
      </w:pPr>
      <w:r w:rsidRPr="009F2E9C">
        <w:rPr>
          <w:rFonts w:ascii="Calibri" w:hAnsi="Calibri" w:cs="Calibri"/>
        </w:rPr>
        <w:t xml:space="preserve">and welcome to a </w:t>
      </w:r>
      <w:r w:rsidR="009F2E9C" w:rsidRPr="009F2E9C">
        <w:rPr>
          <w:rFonts w:ascii="Calibri" w:hAnsi="Calibri" w:cs="Calibri"/>
        </w:rPr>
        <w:t>brand-new</w:t>
      </w:r>
      <w:r w:rsidRPr="009F2E9C">
        <w:rPr>
          <w:rFonts w:ascii="Calibri" w:hAnsi="Calibri" w:cs="Calibri"/>
        </w:rPr>
        <w:t xml:space="preserve"> episode of </w:t>
      </w:r>
      <w:r w:rsidR="0008535F">
        <w:rPr>
          <w:rFonts w:ascii="Calibri" w:hAnsi="Calibri" w:cs="Calibri"/>
        </w:rPr>
        <w:t>t</w:t>
      </w:r>
      <w:r w:rsidRPr="009F2E9C">
        <w:rPr>
          <w:rFonts w:ascii="Calibri" w:hAnsi="Calibri" w:cs="Calibri"/>
        </w:rPr>
        <w:t xml:space="preserve">he </w:t>
      </w:r>
      <w:proofErr w:type="spellStart"/>
      <w:r w:rsidRPr="009F2E9C">
        <w:rPr>
          <w:rFonts w:ascii="Calibri" w:hAnsi="Calibri" w:cs="Calibri"/>
        </w:rPr>
        <w:t>lABLEd</w:t>
      </w:r>
      <w:proofErr w:type="spellEnd"/>
      <w:r w:rsidRPr="009F2E9C">
        <w:rPr>
          <w:rFonts w:ascii="Calibri" w:hAnsi="Calibri" w:cs="Calibri"/>
        </w:rPr>
        <w:t xml:space="preserve"> podcast today is a very special episode for </w:t>
      </w:r>
      <w:proofErr w:type="gramStart"/>
      <w:r w:rsidRPr="009F2E9C">
        <w:rPr>
          <w:rFonts w:ascii="Calibri" w:hAnsi="Calibri" w:cs="Calibri"/>
        </w:rPr>
        <w:t>us, because</w:t>
      </w:r>
      <w:proofErr w:type="gramEnd"/>
      <w:r w:rsidRPr="009F2E9C">
        <w:rPr>
          <w:rFonts w:ascii="Calibri" w:hAnsi="Calibri" w:cs="Calibri"/>
        </w:rPr>
        <w:t xml:space="preserve"> we have Simon Weston, who is our very special guest for this episode. Hello, Simon</w:t>
      </w:r>
    </w:p>
    <w:p w14:paraId="4946A616" w14:textId="77777777" w:rsidR="00976992" w:rsidRPr="009F2E9C" w:rsidRDefault="00976992">
      <w:pPr>
        <w:spacing w:after="0"/>
        <w:rPr>
          <w:rFonts w:ascii="Calibri" w:hAnsi="Calibri" w:cs="Calibri"/>
        </w:rPr>
      </w:pPr>
    </w:p>
    <w:p w14:paraId="365E672B" w14:textId="40B190E2"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00:58</w:t>
      </w:r>
    </w:p>
    <w:p w14:paraId="5EA8B9E8" w14:textId="574CDCC6" w:rsidR="00976992" w:rsidRPr="009F2E9C" w:rsidRDefault="004912A8">
      <w:pPr>
        <w:spacing w:after="0"/>
        <w:rPr>
          <w:rFonts w:ascii="Calibri" w:hAnsi="Calibri" w:cs="Calibri"/>
        </w:rPr>
      </w:pPr>
      <w:r w:rsidRPr="009F2E9C">
        <w:rPr>
          <w:rFonts w:ascii="Calibri" w:hAnsi="Calibri" w:cs="Calibri"/>
        </w:rPr>
        <w:t xml:space="preserve">Hello, </w:t>
      </w:r>
      <w:r w:rsidR="0038446B" w:rsidRPr="009F2E9C">
        <w:rPr>
          <w:rFonts w:ascii="Calibri" w:hAnsi="Calibri" w:cs="Calibri"/>
        </w:rPr>
        <w:t>both, h</w:t>
      </w:r>
      <w:r w:rsidRPr="009F2E9C">
        <w:rPr>
          <w:rFonts w:ascii="Calibri" w:hAnsi="Calibri" w:cs="Calibri"/>
        </w:rPr>
        <w:t>ow are you?</w:t>
      </w:r>
    </w:p>
    <w:p w14:paraId="09F0D898" w14:textId="77777777" w:rsidR="00976992" w:rsidRPr="009F2E9C" w:rsidRDefault="00976992">
      <w:pPr>
        <w:spacing w:after="0"/>
        <w:rPr>
          <w:rFonts w:ascii="Calibri" w:hAnsi="Calibri" w:cs="Calibri"/>
        </w:rPr>
      </w:pPr>
    </w:p>
    <w:p w14:paraId="77B1F47D" w14:textId="3D9A53E3"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01:00</w:t>
      </w:r>
    </w:p>
    <w:p w14:paraId="00FD653C" w14:textId="77777777" w:rsidR="00976992" w:rsidRPr="009F2E9C" w:rsidRDefault="004912A8">
      <w:pPr>
        <w:spacing w:after="0"/>
        <w:rPr>
          <w:rFonts w:ascii="Calibri" w:hAnsi="Calibri" w:cs="Calibri"/>
        </w:rPr>
      </w:pPr>
      <w:r w:rsidRPr="009F2E9C">
        <w:rPr>
          <w:rFonts w:ascii="Calibri" w:hAnsi="Calibri" w:cs="Calibri"/>
        </w:rPr>
        <w:t>I'm very well, how are you?</w:t>
      </w:r>
    </w:p>
    <w:p w14:paraId="14217229" w14:textId="77777777" w:rsidR="00976992" w:rsidRPr="009F2E9C" w:rsidRDefault="00976992">
      <w:pPr>
        <w:spacing w:after="0"/>
        <w:rPr>
          <w:rFonts w:ascii="Calibri" w:hAnsi="Calibri" w:cs="Calibri"/>
        </w:rPr>
      </w:pPr>
    </w:p>
    <w:p w14:paraId="62254DAF" w14:textId="28F2E51D"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01:02</w:t>
      </w:r>
    </w:p>
    <w:p w14:paraId="4C222028" w14:textId="744948EF" w:rsidR="00976992" w:rsidRPr="009F2E9C" w:rsidRDefault="004912A8">
      <w:pPr>
        <w:spacing w:after="0"/>
        <w:rPr>
          <w:rFonts w:ascii="Calibri" w:hAnsi="Calibri" w:cs="Calibri"/>
        </w:rPr>
      </w:pPr>
      <w:r w:rsidRPr="009F2E9C">
        <w:rPr>
          <w:rFonts w:ascii="Calibri" w:hAnsi="Calibri" w:cs="Calibri"/>
        </w:rPr>
        <w:t>I'm tickety</w:t>
      </w:r>
      <w:r w:rsidR="0008535F">
        <w:rPr>
          <w:rFonts w:ascii="Calibri" w:hAnsi="Calibri" w:cs="Calibri"/>
        </w:rPr>
        <w:t>-b</w:t>
      </w:r>
      <w:r w:rsidRPr="009F2E9C">
        <w:rPr>
          <w:rFonts w:ascii="Calibri" w:hAnsi="Calibri" w:cs="Calibri"/>
        </w:rPr>
        <w:t>oo. Thanks. Yeah, very goo</w:t>
      </w:r>
      <w:r w:rsidR="0038446B" w:rsidRPr="009F2E9C">
        <w:rPr>
          <w:rFonts w:ascii="Calibri" w:hAnsi="Calibri" w:cs="Calibri"/>
        </w:rPr>
        <w:t>d,</w:t>
      </w:r>
      <w:r w:rsidR="009F2E9C">
        <w:rPr>
          <w:rFonts w:ascii="Calibri" w:hAnsi="Calibri" w:cs="Calibri"/>
        </w:rPr>
        <w:t xml:space="preserve"> </w:t>
      </w:r>
      <w:r w:rsidR="0038446B" w:rsidRPr="009F2E9C">
        <w:rPr>
          <w:rFonts w:ascii="Calibri" w:hAnsi="Calibri" w:cs="Calibri"/>
        </w:rPr>
        <w:t>v</w:t>
      </w:r>
      <w:r w:rsidRPr="009F2E9C">
        <w:rPr>
          <w:rFonts w:ascii="Calibri" w:hAnsi="Calibri" w:cs="Calibri"/>
        </w:rPr>
        <w:t>ery good.</w:t>
      </w:r>
    </w:p>
    <w:p w14:paraId="54387E24" w14:textId="77777777" w:rsidR="00976992" w:rsidRPr="009F2E9C" w:rsidRDefault="00976992">
      <w:pPr>
        <w:spacing w:after="0"/>
        <w:rPr>
          <w:rFonts w:ascii="Calibri" w:hAnsi="Calibri" w:cs="Calibri"/>
        </w:rPr>
      </w:pPr>
    </w:p>
    <w:p w14:paraId="164BFC3A" w14:textId="489A8F50"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01:06</w:t>
      </w:r>
    </w:p>
    <w:p w14:paraId="7C180C0B" w14:textId="0C3B2CC0" w:rsidR="00976992" w:rsidRPr="009F2E9C" w:rsidRDefault="0008535F">
      <w:pPr>
        <w:spacing w:after="0"/>
        <w:rPr>
          <w:rFonts w:ascii="Calibri" w:hAnsi="Calibri" w:cs="Calibri"/>
        </w:rPr>
      </w:pPr>
      <w:r w:rsidRPr="009F2E9C">
        <w:rPr>
          <w:rFonts w:ascii="Calibri" w:hAnsi="Calibri" w:cs="Calibri"/>
        </w:rPr>
        <w:t>So,</w:t>
      </w:r>
      <w:r w:rsidR="004912A8" w:rsidRPr="009F2E9C">
        <w:rPr>
          <w:rFonts w:ascii="Calibri" w:hAnsi="Calibri" w:cs="Calibri"/>
        </w:rPr>
        <w:t xml:space="preserve"> Simon, you're here today to talk to us about your life and your time in the armed forces. </w:t>
      </w:r>
      <w:r w:rsidRPr="009F2E9C">
        <w:rPr>
          <w:rFonts w:ascii="Calibri" w:hAnsi="Calibri" w:cs="Calibri"/>
        </w:rPr>
        <w:t>So,</w:t>
      </w:r>
      <w:r w:rsidR="004912A8" w:rsidRPr="009F2E9C">
        <w:rPr>
          <w:rFonts w:ascii="Calibri" w:hAnsi="Calibri" w:cs="Calibri"/>
        </w:rPr>
        <w:t xml:space="preserve"> for anybody who doesn't know about your story, Simon, could you sort of tell us a bit about yourself and things like that, please?</w:t>
      </w:r>
    </w:p>
    <w:p w14:paraId="4192ED12" w14:textId="77777777" w:rsidR="00976992" w:rsidRPr="009F2E9C" w:rsidRDefault="00976992">
      <w:pPr>
        <w:spacing w:after="0"/>
        <w:rPr>
          <w:rFonts w:ascii="Calibri" w:hAnsi="Calibri" w:cs="Calibri"/>
        </w:rPr>
      </w:pPr>
    </w:p>
    <w:p w14:paraId="3C9D94BF" w14:textId="72E61D9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01:25</w:t>
      </w:r>
    </w:p>
    <w:p w14:paraId="046028A0" w14:textId="55306929" w:rsidR="00976992" w:rsidRPr="009F2E9C" w:rsidRDefault="004912A8">
      <w:pPr>
        <w:spacing w:after="0"/>
        <w:rPr>
          <w:rFonts w:ascii="Calibri" w:hAnsi="Calibri" w:cs="Calibri"/>
        </w:rPr>
      </w:pPr>
      <w:r w:rsidRPr="009F2E9C">
        <w:rPr>
          <w:rFonts w:ascii="Calibri" w:hAnsi="Calibri" w:cs="Calibri"/>
        </w:rPr>
        <w:t>Yeah</w:t>
      </w:r>
      <w:r w:rsidR="00AC61A0" w:rsidRPr="009F2E9C">
        <w:rPr>
          <w:rFonts w:ascii="Calibri" w:hAnsi="Calibri" w:cs="Calibri"/>
        </w:rPr>
        <w:t>, w</w:t>
      </w:r>
      <w:r w:rsidRPr="009F2E9C">
        <w:rPr>
          <w:rFonts w:ascii="Calibri" w:hAnsi="Calibri" w:cs="Calibri"/>
        </w:rPr>
        <w:t>ell, first of all, obviously, my name is Simon Weston. I grew up in South Wales, born in South Wales, but grew up in the armed forces with my parents in the RAF. I grew up in Singapore, and spent some time in England, although I won't hold that against anybody, particularly in England. Bu</w:t>
      </w:r>
      <w:r w:rsidR="00AC61A0" w:rsidRPr="009F2E9C">
        <w:rPr>
          <w:rFonts w:ascii="Calibri" w:hAnsi="Calibri" w:cs="Calibri"/>
        </w:rPr>
        <w:t>t, a</w:t>
      </w:r>
      <w:r w:rsidRPr="009F2E9C">
        <w:rPr>
          <w:rFonts w:ascii="Calibri" w:hAnsi="Calibri" w:cs="Calibri"/>
        </w:rPr>
        <w:t>nd then at the age of 16, I joined the army, I joined the guards</w:t>
      </w:r>
      <w:r w:rsidR="000D7621" w:rsidRPr="009F2E9C">
        <w:rPr>
          <w:rFonts w:ascii="Calibri" w:hAnsi="Calibri" w:cs="Calibri"/>
        </w:rPr>
        <w:t>,</w:t>
      </w:r>
      <w:r w:rsidRPr="009F2E9C">
        <w:rPr>
          <w:rFonts w:ascii="Calibri" w:hAnsi="Calibri" w:cs="Calibri"/>
        </w:rPr>
        <w:t xml:space="preserve"> was very fortunate to join the first battalion Welsh guards. We served in Berlin, Northern Ireland, Kenya, and then the Falklands. From 16 to 20</w:t>
      </w:r>
      <w:r w:rsidR="0008535F">
        <w:rPr>
          <w:rFonts w:ascii="Calibri" w:hAnsi="Calibri" w:cs="Calibri"/>
        </w:rPr>
        <w:t>,</w:t>
      </w:r>
      <w:r w:rsidR="000D7621" w:rsidRPr="009F2E9C">
        <w:rPr>
          <w:rFonts w:ascii="Calibri" w:hAnsi="Calibri" w:cs="Calibri"/>
        </w:rPr>
        <w:t xml:space="preserve"> a</w:t>
      </w:r>
      <w:r w:rsidRPr="009F2E9C">
        <w:rPr>
          <w:rFonts w:ascii="Calibri" w:hAnsi="Calibri" w:cs="Calibri"/>
        </w:rPr>
        <w:t xml:space="preserve">nd by the time I was 20 my service career was over because I got injured. But I packed a lot in </w:t>
      </w:r>
      <w:r w:rsidR="000D7621" w:rsidRPr="009F2E9C">
        <w:rPr>
          <w:rFonts w:ascii="Calibri" w:hAnsi="Calibri" w:cs="Calibri"/>
        </w:rPr>
        <w:t xml:space="preserve">and had a great </w:t>
      </w:r>
      <w:r w:rsidRPr="009F2E9C">
        <w:rPr>
          <w:rFonts w:ascii="Calibri" w:hAnsi="Calibri" w:cs="Calibri"/>
        </w:rPr>
        <w:t>time.</w:t>
      </w:r>
    </w:p>
    <w:p w14:paraId="78032F4E" w14:textId="77777777" w:rsidR="00976992" w:rsidRPr="009F2E9C" w:rsidRDefault="00976992">
      <w:pPr>
        <w:spacing w:after="0"/>
        <w:rPr>
          <w:rFonts w:ascii="Calibri" w:hAnsi="Calibri" w:cs="Calibri"/>
        </w:rPr>
      </w:pPr>
    </w:p>
    <w:p w14:paraId="2D3AB17B" w14:textId="5ABA6947" w:rsidR="00976992" w:rsidRPr="009F2E9C" w:rsidRDefault="004912A8">
      <w:pPr>
        <w:spacing w:after="0"/>
        <w:rPr>
          <w:rFonts w:ascii="Calibri" w:hAnsi="Calibri" w:cs="Calibri"/>
        </w:rPr>
      </w:pPr>
      <w:r w:rsidRPr="009F2E9C">
        <w:rPr>
          <w:rFonts w:ascii="Calibri" w:hAnsi="Calibri" w:cs="Calibri"/>
        </w:rPr>
        <w:lastRenderedPageBreak/>
        <w:t>Alice</w:t>
      </w:r>
      <w:r w:rsidR="009F2E9C">
        <w:rPr>
          <w:rFonts w:ascii="Calibri" w:hAnsi="Calibri" w:cs="Calibri"/>
        </w:rPr>
        <w:t xml:space="preserve"> </w:t>
      </w:r>
      <w:r w:rsidRPr="009F2E9C">
        <w:rPr>
          <w:rFonts w:ascii="Calibri" w:hAnsi="Calibri" w:cs="Calibri"/>
        </w:rPr>
        <w:t>02:19</w:t>
      </w:r>
    </w:p>
    <w:p w14:paraId="3FB7961F" w14:textId="51ECE0B8" w:rsidR="00976992" w:rsidRPr="009F2E9C" w:rsidRDefault="00C764A2">
      <w:pPr>
        <w:spacing w:after="0"/>
        <w:rPr>
          <w:rFonts w:ascii="Calibri" w:hAnsi="Calibri" w:cs="Calibri"/>
        </w:rPr>
      </w:pPr>
      <w:r w:rsidRPr="009F2E9C">
        <w:rPr>
          <w:rFonts w:ascii="Calibri" w:hAnsi="Calibri" w:cs="Calibri"/>
        </w:rPr>
        <w:t xml:space="preserve">I didn’t </w:t>
      </w:r>
      <w:r w:rsidR="00C12F2B">
        <w:rPr>
          <w:rFonts w:ascii="Calibri" w:hAnsi="Calibri" w:cs="Calibri"/>
        </w:rPr>
        <w:t>realise</w:t>
      </w:r>
      <w:r w:rsidR="004912A8" w:rsidRPr="009F2E9C">
        <w:rPr>
          <w:rFonts w:ascii="Calibri" w:hAnsi="Calibri" w:cs="Calibri"/>
        </w:rPr>
        <w:t xml:space="preserve"> it was that quick, Goodness me.</w:t>
      </w:r>
    </w:p>
    <w:p w14:paraId="01070652" w14:textId="77777777" w:rsidR="00976992" w:rsidRPr="009F2E9C" w:rsidRDefault="00976992">
      <w:pPr>
        <w:spacing w:after="0"/>
        <w:rPr>
          <w:rFonts w:ascii="Calibri" w:hAnsi="Calibri" w:cs="Calibri"/>
        </w:rPr>
      </w:pPr>
    </w:p>
    <w:p w14:paraId="058A3037" w14:textId="24D77E90"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02:23</w:t>
      </w:r>
    </w:p>
    <w:p w14:paraId="216858D8" w14:textId="6AD4EE03" w:rsidR="00976992" w:rsidRPr="009F2E9C" w:rsidRDefault="004912A8">
      <w:pPr>
        <w:spacing w:after="0"/>
        <w:rPr>
          <w:rFonts w:ascii="Calibri" w:hAnsi="Calibri" w:cs="Calibri"/>
        </w:rPr>
      </w:pPr>
      <w:r w:rsidRPr="009F2E9C">
        <w:rPr>
          <w:rFonts w:ascii="Calibri" w:hAnsi="Calibri" w:cs="Calibri"/>
        </w:rPr>
        <w:t>Yeah, you mean, the thing is the military move very quickly if they have to. But we went to the Falklands, I was part of the second wave, the Marines and Par</w:t>
      </w:r>
      <w:r w:rsidR="0008535F">
        <w:rPr>
          <w:rFonts w:ascii="Calibri" w:hAnsi="Calibri" w:cs="Calibri"/>
        </w:rPr>
        <w:t>a</w:t>
      </w:r>
      <w:r w:rsidRPr="009F2E9C">
        <w:rPr>
          <w:rFonts w:ascii="Calibri" w:hAnsi="Calibri" w:cs="Calibri"/>
        </w:rPr>
        <w:t>s had already gone</w:t>
      </w:r>
      <w:r w:rsidR="00C764A2" w:rsidRPr="009F2E9C">
        <w:rPr>
          <w:rFonts w:ascii="Calibri" w:hAnsi="Calibri" w:cs="Calibri"/>
        </w:rPr>
        <w:t xml:space="preserve"> a</w:t>
      </w:r>
      <w:r w:rsidRPr="009F2E9C">
        <w:rPr>
          <w:rFonts w:ascii="Calibri" w:hAnsi="Calibri" w:cs="Calibri"/>
        </w:rPr>
        <w:t xml:space="preserve">nd we went in the second wave on </w:t>
      </w:r>
      <w:r w:rsidR="00C764A2" w:rsidRPr="009F2E9C">
        <w:rPr>
          <w:rFonts w:ascii="Calibri" w:hAnsi="Calibri" w:cs="Calibri"/>
        </w:rPr>
        <w:t xml:space="preserve">board </w:t>
      </w:r>
      <w:r w:rsidRPr="009F2E9C">
        <w:rPr>
          <w:rFonts w:ascii="Calibri" w:hAnsi="Calibri" w:cs="Calibri"/>
        </w:rPr>
        <w:t>the</w:t>
      </w:r>
      <w:r w:rsidR="00C764A2" w:rsidRPr="009F2E9C">
        <w:rPr>
          <w:rFonts w:ascii="Calibri" w:hAnsi="Calibri" w:cs="Calibri"/>
        </w:rPr>
        <w:t xml:space="preserve"> QE2</w:t>
      </w:r>
      <w:r w:rsidRPr="009F2E9C">
        <w:rPr>
          <w:rFonts w:ascii="Calibri" w:hAnsi="Calibri" w:cs="Calibri"/>
        </w:rPr>
        <w:t xml:space="preserve">, and you know, that extreme luxury liner. But they would have put the </w:t>
      </w:r>
      <w:r w:rsidR="00C764A2" w:rsidRPr="009F2E9C">
        <w:rPr>
          <w:rFonts w:ascii="Calibri" w:hAnsi="Calibri" w:cs="Calibri"/>
        </w:rPr>
        <w:t>M</w:t>
      </w:r>
      <w:r w:rsidRPr="009F2E9C">
        <w:rPr>
          <w:rFonts w:ascii="Calibri" w:hAnsi="Calibri" w:cs="Calibri"/>
        </w:rPr>
        <w:t xml:space="preserve">arines and </w:t>
      </w:r>
      <w:r w:rsidR="00C764A2" w:rsidRPr="009F2E9C">
        <w:rPr>
          <w:rFonts w:ascii="Calibri" w:hAnsi="Calibri" w:cs="Calibri"/>
        </w:rPr>
        <w:t xml:space="preserve">Paras </w:t>
      </w:r>
      <w:r w:rsidRPr="009F2E9C">
        <w:rPr>
          <w:rFonts w:ascii="Calibri" w:hAnsi="Calibri" w:cs="Calibri"/>
        </w:rPr>
        <w:t xml:space="preserve">on there, but they didn't think they could </w:t>
      </w:r>
      <w:r w:rsidR="00C764A2" w:rsidRPr="009F2E9C">
        <w:rPr>
          <w:rFonts w:ascii="Calibri" w:hAnsi="Calibri" w:cs="Calibri"/>
        </w:rPr>
        <w:t>rough that, b</w:t>
      </w:r>
      <w:r w:rsidRPr="009F2E9C">
        <w:rPr>
          <w:rFonts w:ascii="Calibri" w:hAnsi="Calibri" w:cs="Calibri"/>
        </w:rPr>
        <w:t xml:space="preserve">ut yeah, so we went down. And the reason she was chosen was because she could carry the most amount of people and travel as fast as she could. She was the fastest vessel we had in our merchant or military fleet. And also, she was the largest </w:t>
      </w:r>
      <w:r w:rsidR="00C764A2" w:rsidRPr="009F2E9C">
        <w:rPr>
          <w:rFonts w:ascii="Calibri" w:hAnsi="Calibri" w:cs="Calibri"/>
        </w:rPr>
        <w:t xml:space="preserve">that could carry </w:t>
      </w:r>
      <w:r w:rsidRPr="009F2E9C">
        <w:rPr>
          <w:rFonts w:ascii="Calibri" w:hAnsi="Calibri" w:cs="Calibri"/>
        </w:rPr>
        <w:t xml:space="preserve">three and a half </w:t>
      </w:r>
      <w:r w:rsidR="00C764A2" w:rsidRPr="009F2E9C">
        <w:rPr>
          <w:rFonts w:ascii="Calibri" w:hAnsi="Calibri" w:cs="Calibri"/>
        </w:rPr>
        <w:t xml:space="preserve">thousand </w:t>
      </w:r>
      <w:r w:rsidRPr="009F2E9C">
        <w:rPr>
          <w:rFonts w:ascii="Calibri" w:hAnsi="Calibri" w:cs="Calibri"/>
        </w:rPr>
        <w:t>men. And so that was it</w:t>
      </w:r>
      <w:r w:rsidR="00C764A2" w:rsidRPr="009F2E9C">
        <w:rPr>
          <w:rFonts w:ascii="Calibri" w:hAnsi="Calibri" w:cs="Calibri"/>
        </w:rPr>
        <w:t>, w</w:t>
      </w:r>
      <w:r w:rsidRPr="009F2E9C">
        <w:rPr>
          <w:rFonts w:ascii="Calibri" w:hAnsi="Calibri" w:cs="Calibri"/>
        </w:rPr>
        <w:t>e went down</w:t>
      </w:r>
      <w:r w:rsidR="00C764A2" w:rsidRPr="009F2E9C">
        <w:rPr>
          <w:rFonts w:ascii="Calibri" w:hAnsi="Calibri" w:cs="Calibri"/>
        </w:rPr>
        <w:t>, w</w:t>
      </w:r>
      <w:r w:rsidRPr="009F2E9C">
        <w:rPr>
          <w:rFonts w:ascii="Calibri" w:hAnsi="Calibri" w:cs="Calibri"/>
        </w:rPr>
        <w:t>e got in the Falklands. And then we were there for about a week</w:t>
      </w:r>
      <w:r w:rsidR="00C764A2" w:rsidRPr="009F2E9C">
        <w:rPr>
          <w:rFonts w:ascii="Calibri" w:hAnsi="Calibri" w:cs="Calibri"/>
        </w:rPr>
        <w:t>,</w:t>
      </w:r>
      <w:r w:rsidRPr="009F2E9C">
        <w:rPr>
          <w:rFonts w:ascii="Calibri" w:hAnsi="Calibri" w:cs="Calibri"/>
        </w:rPr>
        <w:t xml:space="preserve"> got transferred onto a ship</w:t>
      </w:r>
      <w:r w:rsidR="00C764A2" w:rsidRPr="009F2E9C">
        <w:rPr>
          <w:rFonts w:ascii="Calibri" w:hAnsi="Calibri" w:cs="Calibri"/>
        </w:rPr>
        <w:t>, b</w:t>
      </w:r>
      <w:r w:rsidRPr="009F2E9C">
        <w:rPr>
          <w:rFonts w:ascii="Calibri" w:hAnsi="Calibri" w:cs="Calibri"/>
        </w:rPr>
        <w:t xml:space="preserve">ecause they started </w:t>
      </w:r>
      <w:r w:rsidR="00C764A2" w:rsidRPr="009F2E9C">
        <w:rPr>
          <w:rFonts w:ascii="Calibri" w:hAnsi="Calibri" w:cs="Calibri"/>
        </w:rPr>
        <w:t xml:space="preserve">us </w:t>
      </w:r>
      <w:r w:rsidRPr="009F2E9C">
        <w:rPr>
          <w:rFonts w:ascii="Calibri" w:hAnsi="Calibri" w:cs="Calibri"/>
        </w:rPr>
        <w:t>walking, marching over the islands</w:t>
      </w:r>
      <w:r w:rsidR="00C764A2" w:rsidRPr="009F2E9C">
        <w:rPr>
          <w:rFonts w:ascii="Calibri" w:hAnsi="Calibri" w:cs="Calibri"/>
        </w:rPr>
        <w:t>, b</w:t>
      </w:r>
      <w:r w:rsidRPr="009F2E9C">
        <w:rPr>
          <w:rFonts w:ascii="Calibri" w:hAnsi="Calibri" w:cs="Calibri"/>
        </w:rPr>
        <w:t xml:space="preserve">ut the problem was, with the march our </w:t>
      </w:r>
      <w:r w:rsidR="00030C2D" w:rsidRPr="009F2E9C">
        <w:rPr>
          <w:rFonts w:ascii="Calibri" w:hAnsi="Calibri" w:cs="Calibri"/>
        </w:rPr>
        <w:t xml:space="preserve">vehicles, </w:t>
      </w:r>
      <w:r w:rsidRPr="009F2E9C">
        <w:rPr>
          <w:rFonts w:ascii="Calibri" w:hAnsi="Calibri" w:cs="Calibri"/>
        </w:rPr>
        <w:t xml:space="preserve">our </w:t>
      </w:r>
      <w:r w:rsidR="00030C2D" w:rsidRPr="009F2E9C">
        <w:rPr>
          <w:rFonts w:ascii="Calibri" w:hAnsi="Calibri" w:cs="Calibri"/>
        </w:rPr>
        <w:t xml:space="preserve">tractor kept </w:t>
      </w:r>
      <w:r w:rsidRPr="009F2E9C">
        <w:rPr>
          <w:rFonts w:ascii="Calibri" w:hAnsi="Calibri" w:cs="Calibri"/>
        </w:rPr>
        <w:t xml:space="preserve">getting bogged down with all our heavy kit. And </w:t>
      </w:r>
      <w:r w:rsidR="0008535F" w:rsidRPr="009F2E9C">
        <w:rPr>
          <w:rFonts w:ascii="Calibri" w:hAnsi="Calibri" w:cs="Calibri"/>
        </w:rPr>
        <w:t>so,</w:t>
      </w:r>
      <w:r w:rsidRPr="009F2E9C">
        <w:rPr>
          <w:rFonts w:ascii="Calibri" w:hAnsi="Calibri" w:cs="Calibri"/>
        </w:rPr>
        <w:t xml:space="preserve"> what they decided to do, we wouldn't have made our objective on time</w:t>
      </w:r>
      <w:r w:rsidR="00030C2D" w:rsidRPr="009F2E9C">
        <w:rPr>
          <w:rFonts w:ascii="Calibri" w:hAnsi="Calibri" w:cs="Calibri"/>
        </w:rPr>
        <w:t>, s</w:t>
      </w:r>
      <w:r w:rsidRPr="009F2E9C">
        <w:rPr>
          <w:rFonts w:ascii="Calibri" w:hAnsi="Calibri" w:cs="Calibri"/>
        </w:rPr>
        <w:t>o they put us on board a ship called HMS</w:t>
      </w:r>
      <w:r w:rsidR="00030C2D" w:rsidRPr="009F2E9C">
        <w:rPr>
          <w:rFonts w:ascii="Calibri" w:hAnsi="Calibri" w:cs="Calibri"/>
        </w:rPr>
        <w:t xml:space="preserve"> Fearless</w:t>
      </w:r>
      <w:r w:rsidRPr="009F2E9C">
        <w:rPr>
          <w:rFonts w:ascii="Calibri" w:hAnsi="Calibri" w:cs="Calibri"/>
        </w:rPr>
        <w:t xml:space="preserve">. And that went around to a place called </w:t>
      </w:r>
      <w:r w:rsidR="00030C2D" w:rsidRPr="009F2E9C">
        <w:rPr>
          <w:rFonts w:ascii="Calibri" w:hAnsi="Calibri" w:cs="Calibri"/>
        </w:rPr>
        <w:t xml:space="preserve">Lively </w:t>
      </w:r>
      <w:r w:rsidRPr="009F2E9C">
        <w:rPr>
          <w:rFonts w:ascii="Calibri" w:hAnsi="Calibri" w:cs="Calibri"/>
        </w:rPr>
        <w:t>Island</w:t>
      </w:r>
      <w:r w:rsidR="00030C2D" w:rsidRPr="009F2E9C">
        <w:rPr>
          <w:rFonts w:ascii="Calibri" w:hAnsi="Calibri" w:cs="Calibri"/>
        </w:rPr>
        <w:t xml:space="preserve"> a</w:t>
      </w:r>
      <w:r w:rsidRPr="009F2E9C">
        <w:rPr>
          <w:rFonts w:ascii="Calibri" w:hAnsi="Calibri" w:cs="Calibri"/>
        </w:rPr>
        <w:t xml:space="preserve">nd the weather conditions </w:t>
      </w:r>
      <w:r w:rsidR="00030C2D" w:rsidRPr="009F2E9C">
        <w:rPr>
          <w:rFonts w:ascii="Calibri" w:hAnsi="Calibri" w:cs="Calibri"/>
        </w:rPr>
        <w:t xml:space="preserve">that </w:t>
      </w:r>
      <w:r w:rsidRPr="009F2E9C">
        <w:rPr>
          <w:rFonts w:ascii="Calibri" w:hAnsi="Calibri" w:cs="Calibri"/>
        </w:rPr>
        <w:t xml:space="preserve">night </w:t>
      </w:r>
      <w:proofErr w:type="gramStart"/>
      <w:r w:rsidRPr="009F2E9C">
        <w:rPr>
          <w:rFonts w:ascii="Calibri" w:hAnsi="Calibri" w:cs="Calibri"/>
        </w:rPr>
        <w:t>were</w:t>
      </w:r>
      <w:proofErr w:type="gramEnd"/>
      <w:r w:rsidRPr="009F2E9C">
        <w:rPr>
          <w:rFonts w:ascii="Calibri" w:hAnsi="Calibri" w:cs="Calibri"/>
        </w:rPr>
        <w:t xml:space="preserve"> horrendous. And we had contact with the Argentinians</w:t>
      </w:r>
      <w:r w:rsidR="00F37462">
        <w:rPr>
          <w:rFonts w:ascii="Calibri" w:hAnsi="Calibri" w:cs="Calibri"/>
        </w:rPr>
        <w:t>,</w:t>
      </w:r>
      <w:r w:rsidRPr="009F2E9C">
        <w:rPr>
          <w:rFonts w:ascii="Calibri" w:hAnsi="Calibri" w:cs="Calibri"/>
        </w:rPr>
        <w:t xml:space="preserve"> we shot one aircraft out of the sky, and the debris from that destroyed the other missile</w:t>
      </w:r>
      <w:r w:rsidR="00030C2D" w:rsidRPr="009F2E9C">
        <w:rPr>
          <w:rFonts w:ascii="Calibri" w:hAnsi="Calibri" w:cs="Calibri"/>
        </w:rPr>
        <w:t xml:space="preserve"> a</w:t>
      </w:r>
      <w:r w:rsidRPr="009F2E9C">
        <w:rPr>
          <w:rFonts w:ascii="Calibri" w:hAnsi="Calibri" w:cs="Calibri"/>
        </w:rPr>
        <w:t>nd the other aircraft obviously go</w:t>
      </w:r>
      <w:r w:rsidR="00030C2D" w:rsidRPr="009F2E9C">
        <w:rPr>
          <w:rFonts w:ascii="Calibri" w:hAnsi="Calibri" w:cs="Calibri"/>
        </w:rPr>
        <w:t>t</w:t>
      </w:r>
      <w:r w:rsidRPr="009F2E9C">
        <w:rPr>
          <w:rFonts w:ascii="Calibri" w:hAnsi="Calibri" w:cs="Calibri"/>
        </w:rPr>
        <w:t xml:space="preserve"> home. They took half the regiment in LSL</w:t>
      </w:r>
      <w:r w:rsidR="00030C2D" w:rsidRPr="009F2E9C">
        <w:rPr>
          <w:rFonts w:ascii="Calibri" w:hAnsi="Calibri" w:cs="Calibri"/>
        </w:rPr>
        <w:t>s</w:t>
      </w:r>
      <w:r w:rsidRPr="009F2E9C">
        <w:rPr>
          <w:rFonts w:ascii="Calibri" w:hAnsi="Calibri" w:cs="Calibri"/>
        </w:rPr>
        <w:t xml:space="preserve">, which </w:t>
      </w:r>
      <w:r w:rsidR="00030C2D" w:rsidRPr="009F2E9C">
        <w:rPr>
          <w:rFonts w:ascii="Calibri" w:hAnsi="Calibri" w:cs="Calibri"/>
        </w:rPr>
        <w:t xml:space="preserve">are </w:t>
      </w:r>
      <w:r w:rsidRPr="009F2E9C">
        <w:rPr>
          <w:rFonts w:ascii="Calibri" w:hAnsi="Calibri" w:cs="Calibri"/>
        </w:rPr>
        <w:t>small landing craft, you see them in films, you know</w:t>
      </w:r>
      <w:r w:rsidR="00030C2D" w:rsidRPr="009F2E9C">
        <w:rPr>
          <w:rFonts w:ascii="Calibri" w:hAnsi="Calibri" w:cs="Calibri"/>
        </w:rPr>
        <w:t>,</w:t>
      </w:r>
      <w:r w:rsidRPr="009F2E9C">
        <w:rPr>
          <w:rFonts w:ascii="Calibri" w:hAnsi="Calibri" w:cs="Calibri"/>
        </w:rPr>
        <w:t xml:space="preserve"> where they're in those open boats that look like</w:t>
      </w:r>
      <w:r w:rsidR="00030C2D" w:rsidRPr="009F2E9C">
        <w:rPr>
          <w:rFonts w:ascii="Calibri" w:hAnsi="Calibri" w:cs="Calibri"/>
        </w:rPr>
        <w:t>,</w:t>
      </w:r>
      <w:r w:rsidRPr="009F2E9C">
        <w:rPr>
          <w:rFonts w:ascii="Calibri" w:hAnsi="Calibri" w:cs="Calibri"/>
        </w:rPr>
        <w:t xml:space="preserve"> just look like a big oblong. And </w:t>
      </w:r>
      <w:r w:rsidR="00030C2D" w:rsidRPr="009F2E9C">
        <w:rPr>
          <w:rFonts w:ascii="Calibri" w:hAnsi="Calibri" w:cs="Calibri"/>
        </w:rPr>
        <w:t xml:space="preserve">everybody gets </w:t>
      </w:r>
      <w:r w:rsidRPr="009F2E9C">
        <w:rPr>
          <w:rFonts w:ascii="Calibri" w:hAnsi="Calibri" w:cs="Calibri"/>
        </w:rPr>
        <w:t>very cold and wet</w:t>
      </w:r>
      <w:r w:rsidR="00030C2D" w:rsidRPr="009F2E9C">
        <w:rPr>
          <w:rFonts w:ascii="Calibri" w:hAnsi="Calibri" w:cs="Calibri"/>
        </w:rPr>
        <w:t>, w</w:t>
      </w:r>
      <w:r w:rsidRPr="009F2E9C">
        <w:rPr>
          <w:rFonts w:ascii="Calibri" w:hAnsi="Calibri" w:cs="Calibri"/>
        </w:rPr>
        <w:t>ell, that took about eight hours to travel eight miles in freezing conditions</w:t>
      </w:r>
      <w:r w:rsidR="003B37C7" w:rsidRPr="009F2E9C">
        <w:rPr>
          <w:rFonts w:ascii="Calibri" w:hAnsi="Calibri" w:cs="Calibri"/>
        </w:rPr>
        <w:t>,</w:t>
      </w:r>
      <w:r w:rsidR="009F2E9C">
        <w:rPr>
          <w:rFonts w:ascii="Calibri" w:hAnsi="Calibri" w:cs="Calibri"/>
        </w:rPr>
        <w:t xml:space="preserve"> </w:t>
      </w:r>
      <w:r w:rsidR="003B37C7" w:rsidRPr="009F2E9C">
        <w:rPr>
          <w:rFonts w:ascii="Calibri" w:hAnsi="Calibri" w:cs="Calibri"/>
        </w:rPr>
        <w:t>d</w:t>
      </w:r>
      <w:r w:rsidRPr="009F2E9C">
        <w:rPr>
          <w:rFonts w:ascii="Calibri" w:hAnsi="Calibri" w:cs="Calibri"/>
        </w:rPr>
        <w:t>on't ask me why they did what they did that night</w:t>
      </w:r>
      <w:r w:rsidR="003B37C7" w:rsidRPr="009F2E9C">
        <w:rPr>
          <w:rFonts w:ascii="Calibri" w:hAnsi="Calibri" w:cs="Calibri"/>
        </w:rPr>
        <w:t>, b</w:t>
      </w:r>
      <w:r w:rsidRPr="009F2E9C">
        <w:rPr>
          <w:rFonts w:ascii="Calibri" w:hAnsi="Calibri" w:cs="Calibri"/>
        </w:rPr>
        <w:t>ut anyway, what it did mean was that everybody got to the end and they were starting to g</w:t>
      </w:r>
      <w:r w:rsidR="003B37C7" w:rsidRPr="009F2E9C">
        <w:rPr>
          <w:rFonts w:ascii="Calibri" w:hAnsi="Calibri" w:cs="Calibri"/>
        </w:rPr>
        <w:t xml:space="preserve">o down </w:t>
      </w:r>
      <w:r w:rsidRPr="009F2E9C">
        <w:rPr>
          <w:rFonts w:ascii="Calibri" w:hAnsi="Calibri" w:cs="Calibri"/>
        </w:rPr>
        <w:t>with hypothermia, which is extreme cold, which will kill you if you're not careful. So they decided not to put the rest of us on the</w:t>
      </w:r>
      <w:r w:rsidR="003B37C7" w:rsidRPr="009F2E9C">
        <w:rPr>
          <w:rFonts w:ascii="Calibri" w:hAnsi="Calibri" w:cs="Calibri"/>
        </w:rPr>
        <w:t>m a</w:t>
      </w:r>
      <w:r w:rsidRPr="009F2E9C">
        <w:rPr>
          <w:rFonts w:ascii="Calibri" w:hAnsi="Calibri" w:cs="Calibri"/>
        </w:rPr>
        <w:t>nd they took us back around to where we started and put us on board</w:t>
      </w:r>
      <w:r w:rsidR="003B37C7" w:rsidRPr="009F2E9C">
        <w:rPr>
          <w:rFonts w:ascii="Calibri" w:hAnsi="Calibri" w:cs="Calibri"/>
        </w:rPr>
        <w:t xml:space="preserve"> t</w:t>
      </w:r>
      <w:r w:rsidRPr="009F2E9C">
        <w:rPr>
          <w:rFonts w:ascii="Calibri" w:hAnsi="Calibri" w:cs="Calibri"/>
        </w:rPr>
        <w:t>he Sir Galahad which was just a troop carrier, a vehicle carrier and troop carrier</w:t>
      </w:r>
      <w:r w:rsidR="003B37C7" w:rsidRPr="009F2E9C">
        <w:rPr>
          <w:rFonts w:ascii="Calibri" w:hAnsi="Calibri" w:cs="Calibri"/>
        </w:rPr>
        <w:t>,</w:t>
      </w:r>
      <w:r w:rsidRPr="009F2E9C">
        <w:rPr>
          <w:rFonts w:ascii="Calibri" w:hAnsi="Calibri" w:cs="Calibri"/>
        </w:rPr>
        <w:t xml:space="preserve"> had very limited protection, and we were ordered to set sail</w:t>
      </w:r>
      <w:r w:rsidR="003B37C7" w:rsidRPr="009F2E9C">
        <w:rPr>
          <w:rFonts w:ascii="Calibri" w:hAnsi="Calibri" w:cs="Calibri"/>
        </w:rPr>
        <w:t>,</w:t>
      </w:r>
      <w:r w:rsidRPr="009F2E9C">
        <w:rPr>
          <w:rFonts w:ascii="Calibri" w:hAnsi="Calibri" w:cs="Calibri"/>
        </w:rPr>
        <w:t xml:space="preserve"> well, she'll be</w:t>
      </w:r>
      <w:r w:rsidR="00F37462">
        <w:rPr>
          <w:rFonts w:ascii="Calibri" w:hAnsi="Calibri" w:cs="Calibri"/>
        </w:rPr>
        <w:t>,</w:t>
      </w:r>
      <w:r w:rsidRPr="009F2E9C">
        <w:rPr>
          <w:rFonts w:ascii="Calibri" w:hAnsi="Calibri" w:cs="Calibri"/>
        </w:rPr>
        <w:t xml:space="preserve"> she'll be already hit by a 500 pound bomb that didn't detonate and they were just removing it out </w:t>
      </w:r>
      <w:r w:rsidR="003B37C7" w:rsidRPr="009F2E9C">
        <w:rPr>
          <w:rFonts w:ascii="Calibri" w:hAnsi="Calibri" w:cs="Calibri"/>
        </w:rPr>
        <w:t xml:space="preserve">of </w:t>
      </w:r>
      <w:r w:rsidRPr="009F2E9C">
        <w:rPr>
          <w:rFonts w:ascii="Calibri" w:hAnsi="Calibri" w:cs="Calibri"/>
        </w:rPr>
        <w:t>the ship</w:t>
      </w:r>
      <w:r w:rsidR="003B37C7" w:rsidRPr="009F2E9C">
        <w:rPr>
          <w:rFonts w:ascii="Calibri" w:hAnsi="Calibri" w:cs="Calibri"/>
        </w:rPr>
        <w:t xml:space="preserve"> w</w:t>
      </w:r>
      <w:r w:rsidRPr="009F2E9C">
        <w:rPr>
          <w:rFonts w:ascii="Calibri" w:hAnsi="Calibri" w:cs="Calibri"/>
        </w:rPr>
        <w:t>hen we got there, so we pulled it out to the side</w:t>
      </w:r>
      <w:r w:rsidR="003B37C7" w:rsidRPr="009F2E9C">
        <w:rPr>
          <w:rFonts w:ascii="Calibri" w:hAnsi="Calibri" w:cs="Calibri"/>
        </w:rPr>
        <w:t>,</w:t>
      </w:r>
      <w:r w:rsidRPr="009F2E9C">
        <w:rPr>
          <w:rFonts w:ascii="Calibri" w:hAnsi="Calibri" w:cs="Calibri"/>
        </w:rPr>
        <w:t xml:space="preserve"> just dropped it in what the </w:t>
      </w:r>
      <w:r w:rsidR="003B37C7" w:rsidRPr="009F2E9C">
        <w:rPr>
          <w:rFonts w:ascii="Calibri" w:hAnsi="Calibri" w:cs="Calibri"/>
        </w:rPr>
        <w:t xml:space="preserve">sailors </w:t>
      </w:r>
      <w:r w:rsidRPr="009F2E9C">
        <w:rPr>
          <w:rFonts w:ascii="Calibri" w:hAnsi="Calibri" w:cs="Calibri"/>
        </w:rPr>
        <w:t xml:space="preserve">called </w:t>
      </w:r>
      <w:r w:rsidR="00521E2B">
        <w:rPr>
          <w:rFonts w:ascii="Calibri" w:hAnsi="Calibri" w:cs="Calibri"/>
        </w:rPr>
        <w:t>‘</w:t>
      </w:r>
      <w:r w:rsidRPr="009F2E9C">
        <w:rPr>
          <w:rFonts w:ascii="Calibri" w:hAnsi="Calibri" w:cs="Calibri"/>
        </w:rPr>
        <w:t>the</w:t>
      </w:r>
      <w:r w:rsidR="003B37C7" w:rsidRPr="009F2E9C">
        <w:rPr>
          <w:rFonts w:ascii="Calibri" w:hAnsi="Calibri" w:cs="Calibri"/>
        </w:rPr>
        <w:t xml:space="preserve"> </w:t>
      </w:r>
      <w:proofErr w:type="spellStart"/>
      <w:r w:rsidR="00521E2B">
        <w:rPr>
          <w:rFonts w:ascii="Calibri" w:hAnsi="Calibri" w:cs="Calibri"/>
        </w:rPr>
        <w:t>Oggin</w:t>
      </w:r>
      <w:proofErr w:type="spellEnd"/>
      <w:r w:rsidR="00521E2B">
        <w:rPr>
          <w:rFonts w:ascii="Calibri" w:hAnsi="Calibri" w:cs="Calibri"/>
        </w:rPr>
        <w:t>’</w:t>
      </w:r>
      <w:r w:rsidR="009F2E9C">
        <w:rPr>
          <w:rFonts w:ascii="Calibri" w:hAnsi="Calibri" w:cs="Calibri"/>
        </w:rPr>
        <w:t xml:space="preserve"> </w:t>
      </w:r>
      <w:r w:rsidRPr="009F2E9C">
        <w:rPr>
          <w:rFonts w:ascii="Calibri" w:hAnsi="Calibri" w:cs="Calibri"/>
        </w:rPr>
        <w:t>which is the se</w:t>
      </w:r>
      <w:r w:rsidR="003B37C7" w:rsidRPr="009F2E9C">
        <w:rPr>
          <w:rFonts w:ascii="Calibri" w:hAnsi="Calibri" w:cs="Calibri"/>
        </w:rPr>
        <w:t>a</w:t>
      </w:r>
      <w:r w:rsidR="00102237" w:rsidRPr="009F2E9C">
        <w:rPr>
          <w:rFonts w:ascii="Calibri" w:hAnsi="Calibri" w:cs="Calibri"/>
        </w:rPr>
        <w:t>,</w:t>
      </w:r>
      <w:r w:rsidRPr="009F2E9C">
        <w:rPr>
          <w:rFonts w:ascii="Calibri" w:hAnsi="Calibri" w:cs="Calibri"/>
        </w:rPr>
        <w:t xml:space="preserve"> </w:t>
      </w:r>
      <w:r w:rsidR="00102237" w:rsidRPr="009F2E9C">
        <w:rPr>
          <w:rFonts w:ascii="Calibri" w:hAnsi="Calibri" w:cs="Calibri"/>
        </w:rPr>
        <w:t xml:space="preserve">they </w:t>
      </w:r>
      <w:r w:rsidRPr="009F2E9C">
        <w:rPr>
          <w:rFonts w:ascii="Calibri" w:hAnsi="Calibri" w:cs="Calibri"/>
        </w:rPr>
        <w:t>dropped it and it's still sitting where it was dropped</w:t>
      </w:r>
      <w:r w:rsidR="00102237" w:rsidRPr="009F2E9C">
        <w:rPr>
          <w:rFonts w:ascii="Calibri" w:hAnsi="Calibri" w:cs="Calibri"/>
        </w:rPr>
        <w:t>,</w:t>
      </w:r>
      <w:r w:rsidRPr="009F2E9C">
        <w:rPr>
          <w:rFonts w:ascii="Calibri" w:hAnsi="Calibri" w:cs="Calibri"/>
        </w:rPr>
        <w:t xml:space="preserve"> right </w:t>
      </w:r>
      <w:r w:rsidR="00102237" w:rsidRPr="009F2E9C">
        <w:rPr>
          <w:rFonts w:ascii="Calibri" w:hAnsi="Calibri" w:cs="Calibri"/>
        </w:rPr>
        <w:t>to this day, b</w:t>
      </w:r>
      <w:r w:rsidRPr="009F2E9C">
        <w:rPr>
          <w:rFonts w:ascii="Calibri" w:hAnsi="Calibri" w:cs="Calibri"/>
        </w:rPr>
        <w:t>ut then they had to weld the hole</w:t>
      </w:r>
      <w:r w:rsidR="00102237" w:rsidRPr="009F2E9C">
        <w:rPr>
          <w:rFonts w:ascii="Calibri" w:hAnsi="Calibri" w:cs="Calibri"/>
        </w:rPr>
        <w:t xml:space="preserve"> up</w:t>
      </w:r>
      <w:r w:rsidRPr="009F2E9C">
        <w:rPr>
          <w:rFonts w:ascii="Calibri" w:hAnsi="Calibri" w:cs="Calibri"/>
        </w:rPr>
        <w:t xml:space="preserve">, which took </w:t>
      </w:r>
      <w:r w:rsidR="00102237" w:rsidRPr="009F2E9C">
        <w:rPr>
          <w:rFonts w:ascii="Calibri" w:hAnsi="Calibri" w:cs="Calibri"/>
        </w:rPr>
        <w:t xml:space="preserve">a </w:t>
      </w:r>
      <w:r w:rsidRPr="009F2E9C">
        <w:rPr>
          <w:rFonts w:ascii="Calibri" w:hAnsi="Calibri" w:cs="Calibri"/>
        </w:rPr>
        <w:t>whole eight hours longer than they intended</w:t>
      </w:r>
      <w:r w:rsidR="00102237" w:rsidRPr="009F2E9C">
        <w:rPr>
          <w:rFonts w:ascii="Calibri" w:hAnsi="Calibri" w:cs="Calibri"/>
        </w:rPr>
        <w:t xml:space="preserve"> which meant </w:t>
      </w:r>
    </w:p>
    <w:p w14:paraId="3B25118C" w14:textId="77777777" w:rsidR="00976992" w:rsidRPr="009F2E9C" w:rsidRDefault="00976992">
      <w:pPr>
        <w:spacing w:after="0"/>
        <w:rPr>
          <w:rFonts w:ascii="Calibri" w:hAnsi="Calibri" w:cs="Calibri"/>
        </w:rPr>
      </w:pPr>
    </w:p>
    <w:p w14:paraId="181EEF75" w14:textId="3DC43E62"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05:18</w:t>
      </w:r>
    </w:p>
    <w:p w14:paraId="75D51126" w14:textId="3A83D148" w:rsidR="00976992" w:rsidRPr="009F2E9C" w:rsidRDefault="00102237">
      <w:pPr>
        <w:spacing w:after="0"/>
        <w:rPr>
          <w:rFonts w:ascii="Calibri" w:hAnsi="Calibri" w:cs="Calibri"/>
        </w:rPr>
      </w:pPr>
      <w:r w:rsidRPr="009F2E9C">
        <w:rPr>
          <w:rFonts w:ascii="Calibri" w:hAnsi="Calibri" w:cs="Calibri"/>
        </w:rPr>
        <w:t>T</w:t>
      </w:r>
      <w:r w:rsidR="004912A8" w:rsidRPr="009F2E9C">
        <w:rPr>
          <w:rFonts w:ascii="Calibri" w:hAnsi="Calibri" w:cs="Calibri"/>
        </w:rPr>
        <w:t>his was before you even got on the ship</w:t>
      </w:r>
      <w:r w:rsidRPr="009F2E9C">
        <w:rPr>
          <w:rFonts w:ascii="Calibri" w:hAnsi="Calibri" w:cs="Calibri"/>
        </w:rPr>
        <w:t>?</w:t>
      </w:r>
    </w:p>
    <w:p w14:paraId="09FFE11C" w14:textId="77777777" w:rsidR="00976992" w:rsidRPr="009F2E9C" w:rsidRDefault="00976992">
      <w:pPr>
        <w:spacing w:after="0"/>
        <w:rPr>
          <w:rFonts w:ascii="Calibri" w:hAnsi="Calibri" w:cs="Calibri"/>
        </w:rPr>
      </w:pPr>
    </w:p>
    <w:p w14:paraId="386B9DDA" w14:textId="2C85FCC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05:22</w:t>
      </w:r>
    </w:p>
    <w:p w14:paraId="13939442" w14:textId="553EE130" w:rsidR="00976992" w:rsidRPr="009F2E9C" w:rsidRDefault="00102237">
      <w:pPr>
        <w:spacing w:after="0"/>
        <w:rPr>
          <w:rFonts w:ascii="Calibri" w:hAnsi="Calibri" w:cs="Calibri"/>
        </w:rPr>
      </w:pPr>
      <w:r w:rsidRPr="009F2E9C">
        <w:rPr>
          <w:rFonts w:ascii="Calibri" w:hAnsi="Calibri" w:cs="Calibri"/>
        </w:rPr>
        <w:t xml:space="preserve">Oh no, </w:t>
      </w:r>
      <w:r w:rsidR="004912A8" w:rsidRPr="009F2E9C">
        <w:rPr>
          <w:rFonts w:ascii="Calibri" w:hAnsi="Calibri" w:cs="Calibri"/>
        </w:rPr>
        <w:t xml:space="preserve">we were on the ship </w:t>
      </w:r>
      <w:r w:rsidR="0018011A">
        <w:rPr>
          <w:rFonts w:ascii="Calibri" w:hAnsi="Calibri" w:cs="Calibri"/>
        </w:rPr>
        <w:t>t</w:t>
      </w:r>
      <w:r w:rsidR="004912A8" w:rsidRPr="009F2E9C">
        <w:rPr>
          <w:rFonts w:ascii="Calibri" w:hAnsi="Calibri" w:cs="Calibri"/>
        </w:rPr>
        <w:t>hen</w:t>
      </w:r>
    </w:p>
    <w:p w14:paraId="1FAB5636" w14:textId="77777777" w:rsidR="00976992" w:rsidRPr="009F2E9C" w:rsidRDefault="00976992">
      <w:pPr>
        <w:spacing w:after="0"/>
        <w:rPr>
          <w:rFonts w:ascii="Calibri" w:hAnsi="Calibri" w:cs="Calibri"/>
        </w:rPr>
      </w:pPr>
    </w:p>
    <w:p w14:paraId="0B170BDE" w14:textId="3084E29D"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05:24</w:t>
      </w:r>
    </w:p>
    <w:p w14:paraId="0E2F0A9C" w14:textId="2243BF8F" w:rsidR="00976992" w:rsidRPr="009F2E9C" w:rsidRDefault="004912A8">
      <w:pPr>
        <w:spacing w:after="0"/>
        <w:rPr>
          <w:rFonts w:ascii="Calibri" w:hAnsi="Calibri" w:cs="Calibri"/>
        </w:rPr>
      </w:pPr>
      <w:r w:rsidRPr="009F2E9C">
        <w:rPr>
          <w:rFonts w:ascii="Calibri" w:hAnsi="Calibri" w:cs="Calibri"/>
        </w:rPr>
        <w:t>you were</w:t>
      </w:r>
      <w:r w:rsidR="00102237" w:rsidRPr="009F2E9C">
        <w:rPr>
          <w:rFonts w:ascii="Calibri" w:hAnsi="Calibri" w:cs="Calibri"/>
        </w:rPr>
        <w:t xml:space="preserve"> on the ship and you were well, yeah</w:t>
      </w:r>
      <w:r w:rsidR="00E146E2" w:rsidRPr="009F2E9C">
        <w:rPr>
          <w:rFonts w:ascii="Calibri" w:hAnsi="Calibri" w:cs="Calibri"/>
        </w:rPr>
        <w:t>, ok</w:t>
      </w:r>
      <w:r w:rsidRPr="009F2E9C">
        <w:rPr>
          <w:rFonts w:ascii="Calibri" w:hAnsi="Calibri" w:cs="Calibri"/>
        </w:rPr>
        <w:t xml:space="preserve"> </w:t>
      </w:r>
    </w:p>
    <w:p w14:paraId="3DB6B6AC" w14:textId="77777777" w:rsidR="00976992" w:rsidRPr="009F2E9C" w:rsidRDefault="00976992">
      <w:pPr>
        <w:spacing w:after="0"/>
        <w:rPr>
          <w:rFonts w:ascii="Calibri" w:hAnsi="Calibri" w:cs="Calibri"/>
        </w:rPr>
      </w:pPr>
    </w:p>
    <w:p w14:paraId="258AC093" w14:textId="2F2AF12B"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05:25</w:t>
      </w:r>
    </w:p>
    <w:p w14:paraId="52B188A0" w14:textId="1DE9A57A" w:rsidR="009E5853" w:rsidRPr="009F2E9C" w:rsidRDefault="00E146E2">
      <w:pPr>
        <w:spacing w:after="0"/>
        <w:rPr>
          <w:rFonts w:ascii="Calibri" w:hAnsi="Calibri" w:cs="Calibri"/>
        </w:rPr>
      </w:pPr>
      <w:r w:rsidRPr="009F2E9C">
        <w:rPr>
          <w:rFonts w:ascii="Calibri" w:hAnsi="Calibri" w:cs="Calibri"/>
        </w:rPr>
        <w:t>S</w:t>
      </w:r>
      <w:r w:rsidR="004912A8" w:rsidRPr="009F2E9C">
        <w:rPr>
          <w:rFonts w:ascii="Calibri" w:hAnsi="Calibri" w:cs="Calibri"/>
        </w:rPr>
        <w:t xml:space="preserve">o we transferred ships from the </w:t>
      </w:r>
      <w:r w:rsidRPr="009F2E9C">
        <w:rPr>
          <w:rFonts w:ascii="Calibri" w:hAnsi="Calibri" w:cs="Calibri"/>
        </w:rPr>
        <w:t xml:space="preserve">Fearless </w:t>
      </w:r>
      <w:r w:rsidR="004912A8" w:rsidRPr="009F2E9C">
        <w:rPr>
          <w:rFonts w:ascii="Calibri" w:hAnsi="Calibri" w:cs="Calibri"/>
        </w:rPr>
        <w:t xml:space="preserve">to </w:t>
      </w:r>
      <w:r w:rsidRPr="009F2E9C">
        <w:rPr>
          <w:rFonts w:ascii="Calibri" w:hAnsi="Calibri" w:cs="Calibri"/>
        </w:rPr>
        <w:t xml:space="preserve">the Sir </w:t>
      </w:r>
      <w:r w:rsidR="004912A8" w:rsidRPr="009F2E9C">
        <w:rPr>
          <w:rFonts w:ascii="Calibri" w:hAnsi="Calibri" w:cs="Calibri"/>
        </w:rPr>
        <w:t>Galahad</w:t>
      </w:r>
      <w:r w:rsidRPr="009F2E9C">
        <w:rPr>
          <w:rFonts w:ascii="Calibri" w:hAnsi="Calibri" w:cs="Calibri"/>
        </w:rPr>
        <w:t xml:space="preserve"> a</w:t>
      </w:r>
      <w:r w:rsidR="004912A8" w:rsidRPr="009F2E9C">
        <w:rPr>
          <w:rFonts w:ascii="Calibri" w:hAnsi="Calibri" w:cs="Calibri"/>
        </w:rPr>
        <w:t>nd then they remove</w:t>
      </w:r>
      <w:r w:rsidRPr="009F2E9C">
        <w:rPr>
          <w:rFonts w:ascii="Calibri" w:hAnsi="Calibri" w:cs="Calibri"/>
        </w:rPr>
        <w:t>d</w:t>
      </w:r>
      <w:r w:rsidR="004912A8" w:rsidRPr="009F2E9C">
        <w:rPr>
          <w:rFonts w:ascii="Calibri" w:hAnsi="Calibri" w:cs="Calibri"/>
        </w:rPr>
        <w:t xml:space="preserve"> it</w:t>
      </w:r>
      <w:r w:rsidRPr="009F2E9C">
        <w:rPr>
          <w:rFonts w:ascii="Calibri" w:hAnsi="Calibri" w:cs="Calibri"/>
        </w:rPr>
        <w:t>,</w:t>
      </w:r>
      <w:r w:rsidR="004912A8" w:rsidRPr="009F2E9C">
        <w:rPr>
          <w:rFonts w:ascii="Calibri" w:hAnsi="Calibri" w:cs="Calibri"/>
        </w:rPr>
        <w:t xml:space="preserve"> then they welded the </w:t>
      </w:r>
      <w:r w:rsidRPr="009F2E9C">
        <w:rPr>
          <w:rFonts w:ascii="Calibri" w:hAnsi="Calibri" w:cs="Calibri"/>
        </w:rPr>
        <w:t xml:space="preserve">hole up, um, </w:t>
      </w:r>
      <w:r w:rsidR="004912A8" w:rsidRPr="009F2E9C">
        <w:rPr>
          <w:rFonts w:ascii="Calibri" w:hAnsi="Calibri" w:cs="Calibri"/>
        </w:rPr>
        <w:t>I met a guy in the toilet who said he was in the toilet when the bomb came through</w:t>
      </w:r>
      <w:r w:rsidRPr="009F2E9C">
        <w:rPr>
          <w:rFonts w:ascii="Calibri" w:hAnsi="Calibri" w:cs="Calibri"/>
        </w:rPr>
        <w:t>, h</w:t>
      </w:r>
      <w:r w:rsidR="004912A8" w:rsidRPr="009F2E9C">
        <w:rPr>
          <w:rFonts w:ascii="Calibri" w:hAnsi="Calibri" w:cs="Calibri"/>
        </w:rPr>
        <w:t>e said he was</w:t>
      </w:r>
      <w:r w:rsidRPr="009F2E9C">
        <w:rPr>
          <w:rFonts w:ascii="Calibri" w:hAnsi="Calibri" w:cs="Calibri"/>
        </w:rPr>
        <w:t xml:space="preserve"> {laughter}</w:t>
      </w:r>
      <w:r w:rsidR="009F2E9C">
        <w:rPr>
          <w:rFonts w:ascii="Calibri" w:hAnsi="Calibri" w:cs="Calibri"/>
        </w:rPr>
        <w:t xml:space="preserve"> </w:t>
      </w:r>
      <w:r w:rsidR="004912A8" w:rsidRPr="009F2E9C">
        <w:rPr>
          <w:rFonts w:ascii="Calibri" w:hAnsi="Calibri" w:cs="Calibri"/>
        </w:rPr>
        <w:t>he was sitting in the first stall reading the newspaper</w:t>
      </w:r>
      <w:r w:rsidRPr="009F2E9C">
        <w:rPr>
          <w:rFonts w:ascii="Calibri" w:hAnsi="Calibri" w:cs="Calibri"/>
        </w:rPr>
        <w:t>, doing his business</w:t>
      </w:r>
      <w:r w:rsidR="009F2E9C">
        <w:rPr>
          <w:rFonts w:ascii="Calibri" w:hAnsi="Calibri" w:cs="Calibri"/>
        </w:rPr>
        <w:t xml:space="preserve"> </w:t>
      </w:r>
      <w:r w:rsidRPr="009F2E9C">
        <w:rPr>
          <w:rFonts w:ascii="Calibri" w:hAnsi="Calibri" w:cs="Calibri"/>
        </w:rPr>
        <w:t>{laughter} a</w:t>
      </w:r>
      <w:r w:rsidR="004912A8" w:rsidRPr="009F2E9C">
        <w:rPr>
          <w:rFonts w:ascii="Calibri" w:hAnsi="Calibri" w:cs="Calibri"/>
        </w:rPr>
        <w:t xml:space="preserve">nd he said </w:t>
      </w:r>
      <w:r w:rsidRPr="009F2E9C">
        <w:rPr>
          <w:rFonts w:ascii="Calibri" w:hAnsi="Calibri" w:cs="Calibri"/>
        </w:rPr>
        <w:t xml:space="preserve">a 500 </w:t>
      </w:r>
      <w:r w:rsidRPr="009F2E9C">
        <w:rPr>
          <w:rFonts w:ascii="Calibri" w:hAnsi="Calibri" w:cs="Calibri"/>
        </w:rPr>
        <w:lastRenderedPageBreak/>
        <w:t xml:space="preserve">pound bomb came </w:t>
      </w:r>
      <w:r w:rsidR="004912A8" w:rsidRPr="009F2E9C">
        <w:rPr>
          <w:rFonts w:ascii="Calibri" w:hAnsi="Calibri" w:cs="Calibri"/>
        </w:rPr>
        <w:t xml:space="preserve">right across </w:t>
      </w:r>
      <w:r w:rsidRPr="009F2E9C">
        <w:rPr>
          <w:rFonts w:ascii="Calibri" w:hAnsi="Calibri" w:cs="Calibri"/>
        </w:rPr>
        <w:t xml:space="preserve">and tore the </w:t>
      </w:r>
      <w:r w:rsidR="004912A8" w:rsidRPr="009F2E9C">
        <w:rPr>
          <w:rFonts w:ascii="Calibri" w:hAnsi="Calibri" w:cs="Calibri"/>
        </w:rPr>
        <w:t xml:space="preserve">top </w:t>
      </w:r>
      <w:r w:rsidRPr="009F2E9C">
        <w:rPr>
          <w:rFonts w:ascii="Calibri" w:hAnsi="Calibri" w:cs="Calibri"/>
        </w:rPr>
        <w:t xml:space="preserve">right off </w:t>
      </w:r>
      <w:r w:rsidR="004912A8" w:rsidRPr="009F2E9C">
        <w:rPr>
          <w:rFonts w:ascii="Calibri" w:hAnsi="Calibri" w:cs="Calibri"/>
        </w:rPr>
        <w:t xml:space="preserve">of his newspaper </w:t>
      </w:r>
      <w:r w:rsidR="00C411FB" w:rsidRPr="009F2E9C">
        <w:rPr>
          <w:rFonts w:ascii="Calibri" w:hAnsi="Calibri" w:cs="Calibri"/>
        </w:rPr>
        <w:t xml:space="preserve">{laughter} </w:t>
      </w:r>
      <w:r w:rsidR="004912A8" w:rsidRPr="009F2E9C">
        <w:rPr>
          <w:rFonts w:ascii="Calibri" w:hAnsi="Calibri" w:cs="Calibri"/>
        </w:rPr>
        <w:t xml:space="preserve">he said to </w:t>
      </w:r>
      <w:r w:rsidRPr="009F2E9C">
        <w:rPr>
          <w:rFonts w:ascii="Calibri" w:hAnsi="Calibri" w:cs="Calibri"/>
        </w:rPr>
        <w:t xml:space="preserve">me, ‘I </w:t>
      </w:r>
      <w:r w:rsidR="004912A8" w:rsidRPr="009F2E9C">
        <w:rPr>
          <w:rFonts w:ascii="Calibri" w:hAnsi="Calibri" w:cs="Calibri"/>
        </w:rPr>
        <w:t>bet you can't guess what I did with the rest of the newspaper</w:t>
      </w:r>
      <w:r w:rsidRPr="009F2E9C">
        <w:rPr>
          <w:rFonts w:ascii="Calibri" w:hAnsi="Calibri" w:cs="Calibri"/>
        </w:rPr>
        <w:t>?</w:t>
      </w:r>
      <w:r w:rsidR="00C411FB" w:rsidRPr="009F2E9C">
        <w:rPr>
          <w:rFonts w:ascii="Calibri" w:hAnsi="Calibri" w:cs="Calibri"/>
        </w:rPr>
        <w:t>!</w:t>
      </w:r>
      <w:r w:rsidRPr="009F2E9C">
        <w:rPr>
          <w:rFonts w:ascii="Calibri" w:hAnsi="Calibri" w:cs="Calibri"/>
        </w:rPr>
        <w:t>’</w:t>
      </w:r>
      <w:r w:rsidR="004912A8" w:rsidRPr="009F2E9C">
        <w:rPr>
          <w:rFonts w:ascii="Calibri" w:hAnsi="Calibri" w:cs="Calibri"/>
        </w:rPr>
        <w:t xml:space="preserve"> </w:t>
      </w:r>
      <w:r w:rsidR="009E5853" w:rsidRPr="009F2E9C">
        <w:rPr>
          <w:rFonts w:ascii="Calibri" w:hAnsi="Calibri" w:cs="Calibri"/>
        </w:rPr>
        <w:t>{laughter}</w:t>
      </w:r>
      <w:r w:rsidR="009F2E9C">
        <w:rPr>
          <w:rFonts w:ascii="Calibri" w:hAnsi="Calibri" w:cs="Calibri"/>
        </w:rPr>
        <w:t xml:space="preserve"> </w:t>
      </w:r>
      <w:r w:rsidR="00C411FB" w:rsidRPr="009F2E9C">
        <w:rPr>
          <w:rFonts w:ascii="Calibri" w:hAnsi="Calibri" w:cs="Calibri"/>
        </w:rPr>
        <w:t xml:space="preserve">There was no </w:t>
      </w:r>
      <w:r w:rsidR="004912A8" w:rsidRPr="009F2E9C">
        <w:rPr>
          <w:rFonts w:ascii="Calibri" w:hAnsi="Calibri" w:cs="Calibri"/>
        </w:rPr>
        <w:t>constipation</w:t>
      </w:r>
      <w:r w:rsidR="00C411FB" w:rsidRPr="009F2E9C">
        <w:rPr>
          <w:rFonts w:ascii="Calibri" w:hAnsi="Calibri" w:cs="Calibri"/>
        </w:rPr>
        <w:t xml:space="preserve"> there, I can tell you</w:t>
      </w:r>
      <w:r w:rsidR="009E5853" w:rsidRPr="009F2E9C">
        <w:rPr>
          <w:rFonts w:ascii="Calibri" w:hAnsi="Calibri" w:cs="Calibri"/>
        </w:rPr>
        <w:t xml:space="preserve"> now!</w:t>
      </w:r>
      <w:r w:rsidR="00C411FB" w:rsidRPr="009F2E9C">
        <w:rPr>
          <w:rFonts w:ascii="Calibri" w:hAnsi="Calibri" w:cs="Calibri"/>
        </w:rPr>
        <w:t xml:space="preserve"> </w:t>
      </w:r>
    </w:p>
    <w:p w14:paraId="66CFB778" w14:textId="77777777" w:rsidR="009E5853" w:rsidRPr="009F2E9C" w:rsidRDefault="009E5853">
      <w:pPr>
        <w:spacing w:after="0"/>
        <w:rPr>
          <w:rFonts w:ascii="Calibri" w:hAnsi="Calibri" w:cs="Calibri"/>
        </w:rPr>
      </w:pPr>
    </w:p>
    <w:p w14:paraId="0A075556" w14:textId="6851DB28" w:rsidR="009E5853" w:rsidRDefault="009E5853">
      <w:pPr>
        <w:spacing w:after="0"/>
        <w:rPr>
          <w:rFonts w:ascii="Calibri" w:hAnsi="Calibri" w:cs="Calibri"/>
        </w:rPr>
      </w:pPr>
      <w:r w:rsidRPr="009F2E9C">
        <w:rPr>
          <w:rFonts w:ascii="Calibri" w:hAnsi="Calibri" w:cs="Calibri"/>
        </w:rPr>
        <w:t xml:space="preserve">Lucy: I know, I bet! </w:t>
      </w:r>
    </w:p>
    <w:p w14:paraId="27517CE0" w14:textId="77777777" w:rsidR="0018011A" w:rsidRPr="009F2E9C" w:rsidRDefault="0018011A">
      <w:pPr>
        <w:spacing w:after="0"/>
        <w:rPr>
          <w:rFonts w:ascii="Calibri" w:hAnsi="Calibri" w:cs="Calibri"/>
        </w:rPr>
      </w:pPr>
    </w:p>
    <w:p w14:paraId="570A83F1" w14:textId="6C125F28" w:rsidR="00976992" w:rsidRPr="009F2E9C" w:rsidRDefault="009E5853">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Anyways, so they welded the hole and we set sail but we arrived</w:t>
      </w:r>
      <w:r w:rsidRPr="009F2E9C">
        <w:rPr>
          <w:rFonts w:ascii="Calibri" w:hAnsi="Calibri" w:cs="Calibri"/>
        </w:rPr>
        <w:t>, you know,</w:t>
      </w:r>
      <w:r w:rsidR="009F2E9C">
        <w:rPr>
          <w:rFonts w:ascii="Calibri" w:hAnsi="Calibri" w:cs="Calibri"/>
        </w:rPr>
        <w:t xml:space="preserve"> </w:t>
      </w:r>
      <w:r w:rsidR="004912A8" w:rsidRPr="009F2E9C">
        <w:rPr>
          <w:rFonts w:ascii="Calibri" w:hAnsi="Calibri" w:cs="Calibri"/>
        </w:rPr>
        <w:t xml:space="preserve">beautiful sunny days that are cold puffy clouds, but it's </w:t>
      </w:r>
      <w:r w:rsidRPr="009F2E9C">
        <w:rPr>
          <w:rFonts w:ascii="Calibri" w:hAnsi="Calibri" w:cs="Calibri"/>
        </w:rPr>
        <w:t xml:space="preserve">a </w:t>
      </w:r>
      <w:r w:rsidR="004912A8" w:rsidRPr="009F2E9C">
        <w:rPr>
          <w:rFonts w:ascii="Calibri" w:hAnsi="Calibri" w:cs="Calibri"/>
        </w:rPr>
        <w:t>bit breezy, but it's really chilly</w:t>
      </w:r>
      <w:r w:rsidRPr="009F2E9C">
        <w:rPr>
          <w:rFonts w:ascii="Calibri" w:hAnsi="Calibri" w:cs="Calibri"/>
        </w:rPr>
        <w:t>?</w:t>
      </w:r>
      <w:r w:rsidR="004912A8" w:rsidRPr="009F2E9C">
        <w:rPr>
          <w:rFonts w:ascii="Calibri" w:hAnsi="Calibri" w:cs="Calibri"/>
        </w:rPr>
        <w:t xml:space="preserve"> You know</w:t>
      </w:r>
      <w:r w:rsidRPr="009F2E9C">
        <w:rPr>
          <w:rFonts w:ascii="Calibri" w:hAnsi="Calibri" w:cs="Calibri"/>
        </w:rPr>
        <w:t>,</w:t>
      </w:r>
      <w:r w:rsidR="004912A8" w:rsidRPr="009F2E9C">
        <w:rPr>
          <w:rFonts w:ascii="Calibri" w:hAnsi="Calibri" w:cs="Calibri"/>
        </w:rPr>
        <w:t xml:space="preserve"> those beautiful days</w:t>
      </w:r>
      <w:r w:rsidRPr="009F2E9C">
        <w:rPr>
          <w:rFonts w:ascii="Calibri" w:hAnsi="Calibri" w:cs="Calibri"/>
        </w:rPr>
        <w:t>,</w:t>
      </w:r>
      <w:r w:rsidR="004912A8" w:rsidRPr="009F2E9C">
        <w:rPr>
          <w:rFonts w:ascii="Calibri" w:hAnsi="Calibri" w:cs="Calibri"/>
        </w:rPr>
        <w:t xml:space="preserve"> those beautiful winter autumnal days. Well, that's what it was like. And we arrived in this place</w:t>
      </w:r>
      <w:r w:rsidRPr="009F2E9C">
        <w:rPr>
          <w:rFonts w:ascii="Calibri" w:hAnsi="Calibri" w:cs="Calibri"/>
        </w:rPr>
        <w:t>, w</w:t>
      </w:r>
      <w:r w:rsidR="004912A8" w:rsidRPr="009F2E9C">
        <w:rPr>
          <w:rFonts w:ascii="Calibri" w:hAnsi="Calibri" w:cs="Calibri"/>
        </w:rPr>
        <w:t>e were there for far too long</w:t>
      </w:r>
      <w:r w:rsidRPr="009F2E9C">
        <w:rPr>
          <w:rFonts w:ascii="Calibri" w:hAnsi="Calibri" w:cs="Calibri"/>
        </w:rPr>
        <w:t>, w</w:t>
      </w:r>
      <w:r w:rsidR="004912A8" w:rsidRPr="009F2E9C">
        <w:rPr>
          <w:rFonts w:ascii="Calibri" w:hAnsi="Calibri" w:cs="Calibri"/>
        </w:rPr>
        <w:t>e were on board for too long</w:t>
      </w:r>
      <w:r w:rsidRPr="009F2E9C">
        <w:rPr>
          <w:rFonts w:ascii="Calibri" w:hAnsi="Calibri" w:cs="Calibri"/>
        </w:rPr>
        <w:t>, n</w:t>
      </w:r>
      <w:r w:rsidR="004912A8" w:rsidRPr="009F2E9C">
        <w:rPr>
          <w:rFonts w:ascii="Calibri" w:hAnsi="Calibri" w:cs="Calibri"/>
        </w:rPr>
        <w:t xml:space="preserve">obody sent any vehicles to get us off the ship. And the Argentinians arrived and dropped </w:t>
      </w:r>
      <w:r w:rsidR="0018011A" w:rsidRPr="009F2E9C">
        <w:rPr>
          <w:rFonts w:ascii="Calibri" w:hAnsi="Calibri" w:cs="Calibri"/>
        </w:rPr>
        <w:t>500-pound</w:t>
      </w:r>
      <w:r w:rsidR="004912A8" w:rsidRPr="009F2E9C">
        <w:rPr>
          <w:rFonts w:ascii="Calibri" w:hAnsi="Calibri" w:cs="Calibri"/>
        </w:rPr>
        <w:t xml:space="preserve"> bombs on the ship, killed 48 of my friends and colleagues</w:t>
      </w:r>
      <w:r w:rsidR="0018011A">
        <w:rPr>
          <w:rFonts w:ascii="Calibri" w:hAnsi="Calibri" w:cs="Calibri"/>
        </w:rPr>
        <w:t>.</w:t>
      </w:r>
      <w:r w:rsidRPr="009F2E9C">
        <w:rPr>
          <w:rFonts w:ascii="Calibri" w:hAnsi="Calibri" w:cs="Calibri"/>
        </w:rPr>
        <w:t xml:space="preserve"> </w:t>
      </w:r>
      <w:r w:rsidR="004912A8" w:rsidRPr="009F2E9C">
        <w:rPr>
          <w:rFonts w:ascii="Calibri" w:hAnsi="Calibri" w:cs="Calibri"/>
        </w:rPr>
        <w:t xml:space="preserve">I was </w:t>
      </w:r>
      <w:r w:rsidRPr="009F2E9C">
        <w:rPr>
          <w:rFonts w:ascii="Calibri" w:hAnsi="Calibri" w:cs="Calibri"/>
        </w:rPr>
        <w:t xml:space="preserve">the </w:t>
      </w:r>
      <w:r w:rsidR="004912A8" w:rsidRPr="009F2E9C">
        <w:rPr>
          <w:rFonts w:ascii="Calibri" w:hAnsi="Calibri" w:cs="Calibri"/>
        </w:rPr>
        <w:t xml:space="preserve">closest to the bomb </w:t>
      </w:r>
      <w:r w:rsidRPr="009F2E9C">
        <w:rPr>
          <w:rFonts w:ascii="Calibri" w:hAnsi="Calibri" w:cs="Calibri"/>
        </w:rPr>
        <w:t xml:space="preserve">to </w:t>
      </w:r>
      <w:r w:rsidR="004912A8" w:rsidRPr="009F2E9C">
        <w:rPr>
          <w:rFonts w:ascii="Calibri" w:hAnsi="Calibri" w:cs="Calibri"/>
        </w:rPr>
        <w:t>survive</w:t>
      </w:r>
      <w:r w:rsidR="00E518B9" w:rsidRPr="009F2E9C">
        <w:rPr>
          <w:rFonts w:ascii="Calibri" w:hAnsi="Calibri" w:cs="Calibri"/>
        </w:rPr>
        <w:t>, er,</w:t>
      </w:r>
      <w:r w:rsidR="009F2E9C">
        <w:rPr>
          <w:rFonts w:ascii="Calibri" w:hAnsi="Calibri" w:cs="Calibri"/>
        </w:rPr>
        <w:t xml:space="preserve"> </w:t>
      </w:r>
      <w:r w:rsidR="004912A8" w:rsidRPr="009F2E9C">
        <w:rPr>
          <w:rFonts w:ascii="Calibri" w:hAnsi="Calibri" w:cs="Calibri"/>
        </w:rPr>
        <w:t>and subsequently became the worst injured to come back from the Falklands</w:t>
      </w:r>
      <w:r w:rsidR="00E518B9" w:rsidRPr="009F2E9C">
        <w:rPr>
          <w:rFonts w:ascii="Calibri" w:hAnsi="Calibri" w:cs="Calibri"/>
        </w:rPr>
        <w:t xml:space="preserve">, er, worst </w:t>
      </w:r>
      <w:r w:rsidR="004912A8" w:rsidRPr="009F2E9C">
        <w:rPr>
          <w:rFonts w:ascii="Calibri" w:hAnsi="Calibri" w:cs="Calibri"/>
        </w:rPr>
        <w:t xml:space="preserve">injured obviously off the ship, but subsequently to come </w:t>
      </w:r>
      <w:r w:rsidR="00E518B9" w:rsidRPr="009F2E9C">
        <w:rPr>
          <w:rFonts w:ascii="Calibri" w:hAnsi="Calibri" w:cs="Calibri"/>
        </w:rPr>
        <w:t xml:space="preserve">back from the Falklands, you know, </w:t>
      </w:r>
      <w:r w:rsidR="004912A8" w:rsidRPr="009F2E9C">
        <w:rPr>
          <w:rFonts w:ascii="Calibri" w:hAnsi="Calibri" w:cs="Calibri"/>
        </w:rPr>
        <w:t>they also tried bomb</w:t>
      </w:r>
      <w:r w:rsidR="00E518B9" w:rsidRPr="009F2E9C">
        <w:rPr>
          <w:rFonts w:ascii="Calibri" w:hAnsi="Calibri" w:cs="Calibri"/>
        </w:rPr>
        <w:t>ing</w:t>
      </w:r>
      <w:r w:rsidR="004912A8" w:rsidRPr="009F2E9C">
        <w:rPr>
          <w:rFonts w:ascii="Calibri" w:hAnsi="Calibri" w:cs="Calibri"/>
        </w:rPr>
        <w:t xml:space="preserve"> the hospital that I was in. You know, ultimately, you just got to</w:t>
      </w:r>
      <w:r w:rsidR="00E518B9" w:rsidRPr="009F2E9C">
        <w:rPr>
          <w:rFonts w:ascii="Calibri" w:hAnsi="Calibri" w:cs="Calibri"/>
        </w:rPr>
        <w:t xml:space="preserve"> say</w:t>
      </w:r>
      <w:r w:rsidR="004912A8" w:rsidRPr="009F2E9C">
        <w:rPr>
          <w:rFonts w:ascii="Calibri" w:hAnsi="Calibri" w:cs="Calibri"/>
        </w:rPr>
        <w:t>, look, it's war. The clue</w:t>
      </w:r>
      <w:r w:rsidR="00E518B9" w:rsidRPr="009F2E9C">
        <w:rPr>
          <w:rFonts w:ascii="Calibri" w:hAnsi="Calibri" w:cs="Calibri"/>
        </w:rPr>
        <w:t>’</w:t>
      </w:r>
      <w:r w:rsidR="004912A8" w:rsidRPr="009F2E9C">
        <w:rPr>
          <w:rFonts w:ascii="Calibri" w:hAnsi="Calibri" w:cs="Calibri"/>
        </w:rPr>
        <w:t>s</w:t>
      </w:r>
      <w:r w:rsidR="00E518B9" w:rsidRPr="009F2E9C">
        <w:rPr>
          <w:rFonts w:ascii="Calibri" w:hAnsi="Calibri" w:cs="Calibri"/>
        </w:rPr>
        <w:t>,</w:t>
      </w:r>
      <w:r w:rsidR="004912A8" w:rsidRPr="009F2E9C">
        <w:rPr>
          <w:rFonts w:ascii="Calibri" w:hAnsi="Calibri" w:cs="Calibri"/>
        </w:rPr>
        <w:t xml:space="preserve"> the clue</w:t>
      </w:r>
      <w:r w:rsidR="00E518B9" w:rsidRPr="009F2E9C">
        <w:rPr>
          <w:rFonts w:ascii="Calibri" w:hAnsi="Calibri" w:cs="Calibri"/>
        </w:rPr>
        <w:t>’</w:t>
      </w:r>
      <w:r w:rsidR="004912A8" w:rsidRPr="009F2E9C">
        <w:rPr>
          <w:rFonts w:ascii="Calibri" w:hAnsi="Calibri" w:cs="Calibri"/>
        </w:rPr>
        <w:t>s in the title. You know, it's not meant to be pleasant.</w:t>
      </w:r>
    </w:p>
    <w:p w14:paraId="4974ABC3" w14:textId="77777777" w:rsidR="00976992" w:rsidRPr="009F2E9C" w:rsidRDefault="00976992">
      <w:pPr>
        <w:spacing w:after="0"/>
        <w:rPr>
          <w:rFonts w:ascii="Calibri" w:hAnsi="Calibri" w:cs="Calibri"/>
        </w:rPr>
      </w:pPr>
    </w:p>
    <w:p w14:paraId="1BEE314F" w14:textId="17D32014"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07:10</w:t>
      </w:r>
    </w:p>
    <w:p w14:paraId="1BE65288" w14:textId="3C6010B1" w:rsidR="00976992" w:rsidRPr="009F2E9C" w:rsidRDefault="00E518B9">
      <w:pPr>
        <w:spacing w:after="0"/>
        <w:rPr>
          <w:rFonts w:ascii="Calibri" w:hAnsi="Calibri" w:cs="Calibri"/>
        </w:rPr>
      </w:pPr>
      <w:r w:rsidRPr="009F2E9C">
        <w:rPr>
          <w:rFonts w:ascii="Calibri" w:hAnsi="Calibri" w:cs="Calibri"/>
        </w:rPr>
        <w:t xml:space="preserve">No, you’re not </w:t>
      </w:r>
      <w:r w:rsidR="004912A8" w:rsidRPr="009F2E9C">
        <w:rPr>
          <w:rFonts w:ascii="Calibri" w:hAnsi="Calibri" w:cs="Calibri"/>
        </w:rPr>
        <w:t>going to Disneyland Are you really</w:t>
      </w:r>
    </w:p>
    <w:p w14:paraId="6DF8F309" w14:textId="77777777" w:rsidR="00976992" w:rsidRPr="009F2E9C" w:rsidRDefault="00976992">
      <w:pPr>
        <w:spacing w:after="0"/>
        <w:rPr>
          <w:rFonts w:ascii="Calibri" w:hAnsi="Calibri" w:cs="Calibri"/>
        </w:rPr>
      </w:pPr>
    </w:p>
    <w:p w14:paraId="029092FD" w14:textId="38200F86"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07:13</w:t>
      </w:r>
    </w:p>
    <w:p w14:paraId="7F63AAFB" w14:textId="3F99B600" w:rsidR="00976992" w:rsidRPr="009F2E9C" w:rsidRDefault="0018011A">
      <w:pPr>
        <w:spacing w:after="0"/>
        <w:rPr>
          <w:rFonts w:ascii="Calibri" w:hAnsi="Calibri" w:cs="Calibri"/>
        </w:rPr>
      </w:pPr>
      <w:r>
        <w:rPr>
          <w:rFonts w:ascii="Calibri" w:hAnsi="Calibri" w:cs="Calibri"/>
        </w:rPr>
        <w:t>No</w:t>
      </w:r>
      <w:r w:rsidR="00E518B9" w:rsidRPr="009F2E9C">
        <w:rPr>
          <w:rFonts w:ascii="Calibri" w:hAnsi="Calibri" w:cs="Calibri"/>
        </w:rPr>
        <w:t xml:space="preserve">, I </w:t>
      </w:r>
      <w:r w:rsidR="004912A8" w:rsidRPr="009F2E9C">
        <w:rPr>
          <w:rFonts w:ascii="Calibri" w:hAnsi="Calibri" w:cs="Calibri"/>
        </w:rPr>
        <w:t>mean</w:t>
      </w:r>
      <w:r w:rsidR="00E518B9" w:rsidRPr="009F2E9C">
        <w:rPr>
          <w:rFonts w:ascii="Calibri" w:hAnsi="Calibri" w:cs="Calibri"/>
        </w:rPr>
        <w:t xml:space="preserve">, there’s plenty of </w:t>
      </w:r>
      <w:r w:rsidR="004912A8" w:rsidRPr="009F2E9C">
        <w:rPr>
          <w:rFonts w:ascii="Calibri" w:hAnsi="Calibri" w:cs="Calibri"/>
        </w:rPr>
        <w:t>roller coaster ride</w:t>
      </w:r>
      <w:r w:rsidR="00E518B9" w:rsidRPr="009F2E9C">
        <w:rPr>
          <w:rFonts w:ascii="Calibri" w:hAnsi="Calibri" w:cs="Calibri"/>
        </w:rPr>
        <w:t>s with the weather, I’ll tell you now</w:t>
      </w:r>
      <w:r w:rsidR="009F2E9C">
        <w:rPr>
          <w:rFonts w:ascii="Calibri" w:hAnsi="Calibri" w:cs="Calibri"/>
        </w:rPr>
        <w:t xml:space="preserve"> </w:t>
      </w:r>
    </w:p>
    <w:p w14:paraId="2DA34C6F" w14:textId="77777777" w:rsidR="00976992" w:rsidRPr="009F2E9C" w:rsidRDefault="00976992">
      <w:pPr>
        <w:spacing w:after="0"/>
        <w:rPr>
          <w:rFonts w:ascii="Calibri" w:hAnsi="Calibri" w:cs="Calibri"/>
        </w:rPr>
      </w:pPr>
    </w:p>
    <w:p w14:paraId="6CB8026E" w14:textId="7AE48B28"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07:18</w:t>
      </w:r>
    </w:p>
    <w:p w14:paraId="6A423A6F" w14:textId="04BF7DF0" w:rsidR="00976992" w:rsidRPr="009F2E9C" w:rsidRDefault="004912A8">
      <w:pPr>
        <w:spacing w:after="0"/>
        <w:rPr>
          <w:rFonts w:ascii="Calibri" w:hAnsi="Calibri" w:cs="Calibri"/>
        </w:rPr>
      </w:pPr>
      <w:r w:rsidRPr="009F2E9C">
        <w:rPr>
          <w:rFonts w:ascii="Calibri" w:hAnsi="Calibri" w:cs="Calibri"/>
        </w:rPr>
        <w:t>I bet. So then after your accident, so</w:t>
      </w:r>
      <w:r w:rsidR="0018011A">
        <w:rPr>
          <w:rFonts w:ascii="Calibri" w:hAnsi="Calibri" w:cs="Calibri"/>
        </w:rPr>
        <w:t>,</w:t>
      </w:r>
      <w:r w:rsidRPr="009F2E9C">
        <w:rPr>
          <w:rFonts w:ascii="Calibri" w:hAnsi="Calibri" w:cs="Calibri"/>
        </w:rPr>
        <w:t xml:space="preserve"> </w:t>
      </w:r>
      <w:r w:rsidR="0018011A">
        <w:rPr>
          <w:rFonts w:ascii="Calibri" w:hAnsi="Calibri" w:cs="Calibri"/>
        </w:rPr>
        <w:t>s</w:t>
      </w:r>
      <w:r w:rsidRPr="009F2E9C">
        <w:rPr>
          <w:rFonts w:ascii="Calibri" w:hAnsi="Calibri" w:cs="Calibri"/>
        </w:rPr>
        <w:t xml:space="preserve">o, I mean, you say </w:t>
      </w:r>
      <w:r w:rsidR="00E518B9" w:rsidRPr="009F2E9C">
        <w:rPr>
          <w:rFonts w:ascii="Calibri" w:hAnsi="Calibri" w:cs="Calibri"/>
        </w:rPr>
        <w:t xml:space="preserve">you were </w:t>
      </w:r>
      <w:r w:rsidRPr="009F2E9C">
        <w:rPr>
          <w:rFonts w:ascii="Calibri" w:hAnsi="Calibri" w:cs="Calibri"/>
        </w:rPr>
        <w:t xml:space="preserve">quite close to the </w:t>
      </w:r>
      <w:r w:rsidR="00E518B9" w:rsidRPr="009F2E9C">
        <w:rPr>
          <w:rFonts w:ascii="Calibri" w:hAnsi="Calibri" w:cs="Calibri"/>
        </w:rPr>
        <w:t>bomb, s</w:t>
      </w:r>
      <w:r w:rsidRPr="009F2E9C">
        <w:rPr>
          <w:rFonts w:ascii="Calibri" w:hAnsi="Calibri" w:cs="Calibri"/>
        </w:rPr>
        <w:t>o I mean, how long did it take for emergency services and, and medical assistants to find you? Was it quite easy to find you or</w:t>
      </w:r>
      <w:r w:rsidR="00E518B9" w:rsidRPr="009F2E9C">
        <w:rPr>
          <w:rFonts w:ascii="Calibri" w:hAnsi="Calibri" w:cs="Calibri"/>
        </w:rPr>
        <w:t xml:space="preserve">, </w:t>
      </w:r>
      <w:r w:rsidRPr="009F2E9C">
        <w:rPr>
          <w:rFonts w:ascii="Calibri" w:hAnsi="Calibri" w:cs="Calibri"/>
        </w:rPr>
        <w:t>I mean, can you remember much of the aftermath?</w:t>
      </w:r>
    </w:p>
    <w:p w14:paraId="09C89390" w14:textId="77777777" w:rsidR="00976992" w:rsidRPr="009F2E9C" w:rsidRDefault="00976992">
      <w:pPr>
        <w:spacing w:after="0"/>
        <w:rPr>
          <w:rFonts w:ascii="Calibri" w:hAnsi="Calibri" w:cs="Calibri"/>
        </w:rPr>
      </w:pPr>
    </w:p>
    <w:p w14:paraId="6ED1A99E" w14:textId="30A25DBC"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07:41</w:t>
      </w:r>
    </w:p>
    <w:p w14:paraId="7C64F5FA" w14:textId="33EF9807" w:rsidR="00976992" w:rsidRPr="009F2E9C" w:rsidRDefault="004912A8">
      <w:pPr>
        <w:spacing w:after="0"/>
        <w:rPr>
          <w:rFonts w:ascii="Calibri" w:hAnsi="Calibri" w:cs="Calibri"/>
        </w:rPr>
      </w:pPr>
      <w:r w:rsidRPr="009F2E9C">
        <w:rPr>
          <w:rFonts w:ascii="Calibri" w:hAnsi="Calibri" w:cs="Calibri"/>
        </w:rPr>
        <w:t xml:space="preserve">I remember it all. </w:t>
      </w:r>
      <w:r w:rsidR="00915223" w:rsidRPr="009F2E9C">
        <w:rPr>
          <w:rFonts w:ascii="Calibri" w:hAnsi="Calibri" w:cs="Calibri"/>
        </w:rPr>
        <w:t>U</w:t>
      </w:r>
      <w:r w:rsidRPr="009F2E9C">
        <w:rPr>
          <w:rFonts w:ascii="Calibri" w:hAnsi="Calibri" w:cs="Calibri"/>
        </w:rPr>
        <w:t>nfortunately</w:t>
      </w:r>
      <w:r w:rsidR="00915223" w:rsidRPr="009F2E9C">
        <w:rPr>
          <w:rFonts w:ascii="Calibri" w:hAnsi="Calibri" w:cs="Calibri"/>
        </w:rPr>
        <w:t xml:space="preserve">, er, </w:t>
      </w:r>
      <w:r w:rsidRPr="009F2E9C">
        <w:rPr>
          <w:rFonts w:ascii="Calibri" w:hAnsi="Calibri" w:cs="Calibri"/>
        </w:rPr>
        <w:t xml:space="preserve">I ran out </w:t>
      </w:r>
      <w:r w:rsidR="00915223" w:rsidRPr="009F2E9C">
        <w:rPr>
          <w:rFonts w:ascii="Calibri" w:hAnsi="Calibri" w:cs="Calibri"/>
        </w:rPr>
        <w:t xml:space="preserve">of </w:t>
      </w:r>
      <w:r w:rsidRPr="009F2E9C">
        <w:rPr>
          <w:rFonts w:ascii="Calibri" w:hAnsi="Calibri" w:cs="Calibri"/>
        </w:rPr>
        <w:t xml:space="preserve">the fire, tried </w:t>
      </w:r>
      <w:r w:rsidR="00915223" w:rsidRPr="009F2E9C">
        <w:rPr>
          <w:rFonts w:ascii="Calibri" w:hAnsi="Calibri" w:cs="Calibri"/>
        </w:rPr>
        <w:t xml:space="preserve">to help </w:t>
      </w:r>
      <w:r w:rsidRPr="009F2E9C">
        <w:rPr>
          <w:rFonts w:ascii="Calibri" w:hAnsi="Calibri" w:cs="Calibri"/>
        </w:rPr>
        <w:t>a friend of mine</w:t>
      </w:r>
      <w:r w:rsidR="009F2E9C">
        <w:rPr>
          <w:rFonts w:ascii="Calibri" w:hAnsi="Calibri" w:cs="Calibri"/>
        </w:rPr>
        <w:t xml:space="preserve"> </w:t>
      </w:r>
      <w:r w:rsidR="00915223" w:rsidRPr="009F2E9C">
        <w:rPr>
          <w:rFonts w:ascii="Calibri" w:hAnsi="Calibri" w:cs="Calibri"/>
        </w:rPr>
        <w:t xml:space="preserve">who died in my arms, </w:t>
      </w:r>
      <w:r w:rsidR="0018011A">
        <w:rPr>
          <w:rFonts w:ascii="Calibri" w:hAnsi="Calibri" w:cs="Calibri"/>
        </w:rPr>
        <w:t>a</w:t>
      </w:r>
      <w:r w:rsidRPr="009F2E9C">
        <w:rPr>
          <w:rFonts w:ascii="Calibri" w:hAnsi="Calibri" w:cs="Calibri"/>
        </w:rPr>
        <w:t xml:space="preserve">nd then I made my way out and realizing that I was very badly burned. And, you know, probably would be dying if I didn't get out. </w:t>
      </w:r>
      <w:r w:rsidR="00C22DE6" w:rsidRPr="009F2E9C">
        <w:rPr>
          <w:rFonts w:ascii="Calibri" w:hAnsi="Calibri" w:cs="Calibri"/>
        </w:rPr>
        <w:t>So,</w:t>
      </w:r>
      <w:r w:rsidRPr="009F2E9C">
        <w:rPr>
          <w:rFonts w:ascii="Calibri" w:hAnsi="Calibri" w:cs="Calibri"/>
        </w:rPr>
        <w:t xml:space="preserve"> I got out, </w:t>
      </w:r>
      <w:r w:rsidR="00915223" w:rsidRPr="009F2E9C">
        <w:rPr>
          <w:rFonts w:ascii="Calibri" w:hAnsi="Calibri" w:cs="Calibri"/>
        </w:rPr>
        <w:t xml:space="preserve">ran </w:t>
      </w:r>
      <w:r w:rsidRPr="009F2E9C">
        <w:rPr>
          <w:rFonts w:ascii="Calibri" w:hAnsi="Calibri" w:cs="Calibri"/>
        </w:rPr>
        <w:t>across the tank deck where there were bodies laying everywhere. They weren't dead, they were just laying down. And everybody started to move like maggots, if you think of it that way. And I got to a doorway and a great friend of mine, Jimmy Salman helped save my life. We joined the army together</w:t>
      </w:r>
      <w:r w:rsidR="003113F7" w:rsidRPr="009F2E9C">
        <w:rPr>
          <w:rFonts w:ascii="Calibri" w:hAnsi="Calibri" w:cs="Calibri"/>
        </w:rPr>
        <w:t>, h</w:t>
      </w:r>
      <w:r w:rsidRPr="009F2E9C">
        <w:rPr>
          <w:rFonts w:ascii="Calibri" w:hAnsi="Calibri" w:cs="Calibri"/>
        </w:rPr>
        <w:t>e was best man at my weddin</w:t>
      </w:r>
      <w:r w:rsidR="003113F7" w:rsidRPr="009F2E9C">
        <w:rPr>
          <w:rFonts w:ascii="Calibri" w:hAnsi="Calibri" w:cs="Calibri"/>
        </w:rPr>
        <w:t>g, er,</w:t>
      </w:r>
      <w:r w:rsidR="009F2E9C">
        <w:rPr>
          <w:rFonts w:ascii="Calibri" w:hAnsi="Calibri" w:cs="Calibri"/>
        </w:rPr>
        <w:t xml:space="preserve"> </w:t>
      </w:r>
      <w:r w:rsidR="003113F7" w:rsidRPr="009F2E9C">
        <w:rPr>
          <w:rFonts w:ascii="Calibri" w:hAnsi="Calibri" w:cs="Calibri"/>
        </w:rPr>
        <w:t>a</w:t>
      </w:r>
      <w:r w:rsidRPr="009F2E9C">
        <w:rPr>
          <w:rFonts w:ascii="Calibri" w:hAnsi="Calibri" w:cs="Calibri"/>
        </w:rPr>
        <w:t xml:space="preserve">nd I </w:t>
      </w:r>
      <w:r w:rsidR="003113F7" w:rsidRPr="009F2E9C">
        <w:rPr>
          <w:rFonts w:ascii="Calibri" w:hAnsi="Calibri" w:cs="Calibri"/>
        </w:rPr>
        <w:t xml:space="preserve">literally owe him </w:t>
      </w:r>
      <w:r w:rsidRPr="009F2E9C">
        <w:rPr>
          <w:rFonts w:ascii="Calibri" w:hAnsi="Calibri" w:cs="Calibri"/>
        </w:rPr>
        <w:t xml:space="preserve">my life, </w:t>
      </w:r>
      <w:r w:rsidR="003113F7" w:rsidRPr="009F2E9C">
        <w:rPr>
          <w:rFonts w:ascii="Calibri" w:hAnsi="Calibri" w:cs="Calibri"/>
        </w:rPr>
        <w:t xml:space="preserve">er, </w:t>
      </w:r>
      <w:r w:rsidRPr="009F2E9C">
        <w:rPr>
          <w:rFonts w:ascii="Calibri" w:hAnsi="Calibri" w:cs="Calibri"/>
        </w:rPr>
        <w:t>got to the top of the ship and then got picked off by Royal Navy helicopters who took us to the community center, which got turned into what they call the triage center, which is where they prioritize injuries. I was going into shock so they knocked me out</w:t>
      </w:r>
      <w:r w:rsidR="003113F7" w:rsidRPr="009F2E9C">
        <w:rPr>
          <w:rFonts w:ascii="Calibri" w:hAnsi="Calibri" w:cs="Calibri"/>
        </w:rPr>
        <w:t>.</w:t>
      </w:r>
      <w:r w:rsidRPr="009F2E9C">
        <w:rPr>
          <w:rFonts w:ascii="Calibri" w:hAnsi="Calibri" w:cs="Calibri"/>
        </w:rPr>
        <w:t xml:space="preserve"> </w:t>
      </w:r>
      <w:r w:rsidR="003113F7" w:rsidRPr="009F2E9C">
        <w:rPr>
          <w:rFonts w:ascii="Calibri" w:hAnsi="Calibri" w:cs="Calibri"/>
        </w:rPr>
        <w:t>N</w:t>
      </w:r>
      <w:r w:rsidRPr="009F2E9C">
        <w:rPr>
          <w:rFonts w:ascii="Calibri" w:hAnsi="Calibri" w:cs="Calibri"/>
        </w:rPr>
        <w:t>ext time I woke up I was blind</w:t>
      </w:r>
      <w:r w:rsidR="003113F7" w:rsidRPr="009F2E9C">
        <w:rPr>
          <w:rFonts w:ascii="Calibri" w:hAnsi="Calibri" w:cs="Calibri"/>
        </w:rPr>
        <w:t>, s</w:t>
      </w:r>
      <w:r w:rsidRPr="009F2E9C">
        <w:rPr>
          <w:rFonts w:ascii="Calibri" w:hAnsi="Calibri" w:cs="Calibri"/>
        </w:rPr>
        <w:t>o I didn't really know what was going on</w:t>
      </w:r>
      <w:r w:rsidR="003113F7" w:rsidRPr="009F2E9C">
        <w:rPr>
          <w:rFonts w:ascii="Calibri" w:hAnsi="Calibri" w:cs="Calibri"/>
        </w:rPr>
        <w:t>, b</w:t>
      </w:r>
      <w:r w:rsidRPr="009F2E9C">
        <w:rPr>
          <w:rFonts w:ascii="Calibri" w:hAnsi="Calibri" w:cs="Calibri"/>
        </w:rPr>
        <w:t xml:space="preserve">ut I was in a place called </w:t>
      </w:r>
      <w:r w:rsidR="0035277C" w:rsidRPr="009F2E9C">
        <w:rPr>
          <w:rFonts w:ascii="Calibri" w:hAnsi="Calibri" w:cs="Calibri"/>
        </w:rPr>
        <w:t xml:space="preserve">a </w:t>
      </w:r>
      <w:r w:rsidRPr="009F2E9C">
        <w:rPr>
          <w:rFonts w:ascii="Calibri" w:hAnsi="Calibri" w:cs="Calibri"/>
        </w:rPr>
        <w:t xml:space="preserve">Red </w:t>
      </w:r>
      <w:r w:rsidR="0035277C" w:rsidRPr="009F2E9C">
        <w:rPr>
          <w:rFonts w:ascii="Calibri" w:hAnsi="Calibri" w:cs="Calibri"/>
        </w:rPr>
        <w:t xml:space="preserve">and </w:t>
      </w:r>
      <w:r w:rsidRPr="009F2E9C">
        <w:rPr>
          <w:rFonts w:ascii="Calibri" w:hAnsi="Calibri" w:cs="Calibri"/>
        </w:rPr>
        <w:t>Green Life machine by then</w:t>
      </w:r>
      <w:r w:rsidR="0035277C" w:rsidRPr="009F2E9C">
        <w:rPr>
          <w:rFonts w:ascii="Calibri" w:hAnsi="Calibri" w:cs="Calibri"/>
        </w:rPr>
        <w:t xml:space="preserve"> a</w:t>
      </w:r>
      <w:r w:rsidRPr="009F2E9C">
        <w:rPr>
          <w:rFonts w:ascii="Calibri" w:hAnsi="Calibri" w:cs="Calibri"/>
        </w:rPr>
        <w:t>nd then we got taken onto a hospital ship</w:t>
      </w:r>
      <w:r w:rsidR="0035277C" w:rsidRPr="009F2E9C">
        <w:rPr>
          <w:rFonts w:ascii="Calibri" w:hAnsi="Calibri" w:cs="Calibri"/>
        </w:rPr>
        <w:t>,</w:t>
      </w:r>
      <w:r w:rsidRPr="009F2E9C">
        <w:rPr>
          <w:rFonts w:ascii="Calibri" w:hAnsi="Calibri" w:cs="Calibri"/>
        </w:rPr>
        <w:t xml:space="preserve"> regained my eyesight and then they had to resuscitate me because my heart stopped. And then they cleaned </w:t>
      </w:r>
      <w:r w:rsidR="0035277C" w:rsidRPr="009F2E9C">
        <w:rPr>
          <w:rFonts w:ascii="Calibri" w:hAnsi="Calibri" w:cs="Calibri"/>
        </w:rPr>
        <w:t xml:space="preserve">my </w:t>
      </w:r>
      <w:r w:rsidRPr="009F2E9C">
        <w:rPr>
          <w:rFonts w:ascii="Calibri" w:hAnsi="Calibri" w:cs="Calibri"/>
        </w:rPr>
        <w:t>wounds with a brush</w:t>
      </w:r>
      <w:r w:rsidR="0035277C" w:rsidRPr="009F2E9C">
        <w:rPr>
          <w:rFonts w:ascii="Calibri" w:hAnsi="Calibri" w:cs="Calibri"/>
        </w:rPr>
        <w:t xml:space="preserve">, </w:t>
      </w:r>
      <w:r w:rsidRPr="009F2E9C">
        <w:rPr>
          <w:rFonts w:ascii="Calibri" w:hAnsi="Calibri" w:cs="Calibri"/>
        </w:rPr>
        <w:t xml:space="preserve">it </w:t>
      </w:r>
      <w:r w:rsidR="0035277C" w:rsidRPr="009F2E9C">
        <w:rPr>
          <w:rFonts w:ascii="Calibri" w:hAnsi="Calibri" w:cs="Calibri"/>
        </w:rPr>
        <w:t xml:space="preserve">hurt, well I think it hurt, they gave </w:t>
      </w:r>
      <w:r w:rsidRPr="009F2E9C">
        <w:rPr>
          <w:rFonts w:ascii="Calibri" w:hAnsi="Calibri" w:cs="Calibri"/>
        </w:rPr>
        <w:t>me 100 milligrams of</w:t>
      </w:r>
      <w:r w:rsidR="009F2E9C">
        <w:rPr>
          <w:rFonts w:ascii="Calibri" w:hAnsi="Calibri" w:cs="Calibri"/>
        </w:rPr>
        <w:t xml:space="preserve"> </w:t>
      </w:r>
      <w:r w:rsidR="0035277C" w:rsidRPr="009F2E9C">
        <w:rPr>
          <w:rFonts w:ascii="Calibri" w:hAnsi="Calibri" w:cs="Calibri"/>
        </w:rPr>
        <w:t>peth</w:t>
      </w:r>
      <w:r w:rsidR="00D6100E" w:rsidRPr="009F2E9C">
        <w:rPr>
          <w:rFonts w:ascii="Calibri" w:hAnsi="Calibri" w:cs="Calibri"/>
        </w:rPr>
        <w:t>i</w:t>
      </w:r>
      <w:r w:rsidR="0035277C" w:rsidRPr="009F2E9C">
        <w:rPr>
          <w:rFonts w:ascii="Calibri" w:hAnsi="Calibri" w:cs="Calibri"/>
        </w:rPr>
        <w:t xml:space="preserve">dine, </w:t>
      </w:r>
      <w:r w:rsidRPr="009F2E9C">
        <w:rPr>
          <w:rFonts w:ascii="Calibri" w:hAnsi="Calibri" w:cs="Calibri"/>
        </w:rPr>
        <w:t xml:space="preserve">I don't know whether </w:t>
      </w:r>
      <w:r w:rsidR="00D6100E" w:rsidRPr="009F2E9C">
        <w:rPr>
          <w:rFonts w:ascii="Calibri" w:hAnsi="Calibri" w:cs="Calibri"/>
        </w:rPr>
        <w:t xml:space="preserve">it hurt </w:t>
      </w:r>
      <w:r w:rsidRPr="009F2E9C">
        <w:rPr>
          <w:rFonts w:ascii="Calibri" w:hAnsi="Calibri" w:cs="Calibri"/>
        </w:rPr>
        <w:t>or not</w:t>
      </w:r>
      <w:r w:rsidR="00D6100E" w:rsidRPr="009F2E9C">
        <w:rPr>
          <w:rFonts w:ascii="Calibri" w:hAnsi="Calibri" w:cs="Calibri"/>
        </w:rPr>
        <w:t xml:space="preserve">, I </w:t>
      </w:r>
      <w:r w:rsidRPr="009F2E9C">
        <w:rPr>
          <w:rFonts w:ascii="Calibri" w:hAnsi="Calibri" w:cs="Calibri"/>
        </w:rPr>
        <w:t xml:space="preserve">just I just didn't </w:t>
      </w:r>
      <w:r w:rsidR="00D6100E" w:rsidRPr="009F2E9C">
        <w:rPr>
          <w:rFonts w:ascii="Calibri" w:hAnsi="Calibri" w:cs="Calibri"/>
        </w:rPr>
        <w:t xml:space="preserve">give a sod at </w:t>
      </w:r>
      <w:r w:rsidRPr="009F2E9C">
        <w:rPr>
          <w:rFonts w:ascii="Calibri" w:hAnsi="Calibri" w:cs="Calibri"/>
        </w:rPr>
        <w:t xml:space="preserve">the time. </w:t>
      </w:r>
      <w:r w:rsidR="000540EB" w:rsidRPr="009F2E9C">
        <w:rPr>
          <w:rFonts w:ascii="Calibri" w:hAnsi="Calibri" w:cs="Calibri"/>
        </w:rPr>
        <w:t>So,</w:t>
      </w:r>
      <w:r w:rsidRPr="009F2E9C">
        <w:rPr>
          <w:rFonts w:ascii="Calibri" w:hAnsi="Calibri" w:cs="Calibri"/>
        </w:rPr>
        <w:t xml:space="preserve"> I was so high it was unreal. </w:t>
      </w:r>
      <w:r w:rsidR="00067ED1" w:rsidRPr="009F2E9C">
        <w:rPr>
          <w:rFonts w:ascii="Calibri" w:hAnsi="Calibri" w:cs="Calibri"/>
        </w:rPr>
        <w:t>{laughter}</w:t>
      </w:r>
      <w:r w:rsidR="000540EB">
        <w:rPr>
          <w:rFonts w:ascii="Calibri" w:hAnsi="Calibri" w:cs="Calibri"/>
        </w:rPr>
        <w:t xml:space="preserve"> </w:t>
      </w:r>
      <w:r w:rsidRPr="009F2E9C">
        <w:rPr>
          <w:rFonts w:ascii="Calibri" w:hAnsi="Calibri" w:cs="Calibri"/>
        </w:rPr>
        <w:t>And then they took me up</w:t>
      </w:r>
      <w:r w:rsidR="00BE33A9" w:rsidRPr="009F2E9C">
        <w:rPr>
          <w:rFonts w:ascii="Calibri" w:hAnsi="Calibri" w:cs="Calibri"/>
        </w:rPr>
        <w:t>,</w:t>
      </w:r>
      <w:r w:rsidRPr="009F2E9C">
        <w:rPr>
          <w:rFonts w:ascii="Calibri" w:hAnsi="Calibri" w:cs="Calibri"/>
        </w:rPr>
        <w:t xml:space="preserve"> took all of </w:t>
      </w:r>
      <w:r w:rsidR="00BE33A9" w:rsidRPr="009F2E9C">
        <w:rPr>
          <w:rFonts w:ascii="Calibri" w:hAnsi="Calibri" w:cs="Calibri"/>
        </w:rPr>
        <w:t>us up to Montevideo</w:t>
      </w:r>
      <w:r w:rsidR="000540EB">
        <w:rPr>
          <w:rFonts w:ascii="Calibri" w:hAnsi="Calibri" w:cs="Calibri"/>
        </w:rPr>
        <w:t>.</w:t>
      </w:r>
      <w:r w:rsidR="00BE33A9" w:rsidRPr="009F2E9C">
        <w:rPr>
          <w:rFonts w:ascii="Calibri" w:hAnsi="Calibri" w:cs="Calibri"/>
        </w:rPr>
        <w:t xml:space="preserve"> </w:t>
      </w:r>
      <w:r w:rsidRPr="009F2E9C">
        <w:rPr>
          <w:rFonts w:ascii="Calibri" w:hAnsi="Calibri" w:cs="Calibri"/>
        </w:rPr>
        <w:t>Oddly enough</w:t>
      </w:r>
      <w:r w:rsidR="00BE33A9" w:rsidRPr="009F2E9C">
        <w:rPr>
          <w:rFonts w:ascii="Calibri" w:hAnsi="Calibri" w:cs="Calibri"/>
        </w:rPr>
        <w:t xml:space="preserve">, </w:t>
      </w:r>
      <w:r w:rsidRPr="009F2E9C">
        <w:rPr>
          <w:rFonts w:ascii="Calibri" w:hAnsi="Calibri" w:cs="Calibri"/>
        </w:rPr>
        <w:t>I've just recently connected with a guy on social media, who I traveled back with</w:t>
      </w:r>
      <w:r w:rsidR="00BE33A9" w:rsidRPr="009F2E9C">
        <w:rPr>
          <w:rFonts w:ascii="Calibri" w:hAnsi="Calibri" w:cs="Calibri"/>
        </w:rPr>
        <w:t>,</w:t>
      </w:r>
      <w:r w:rsidRPr="009F2E9C">
        <w:rPr>
          <w:rFonts w:ascii="Calibri" w:hAnsi="Calibri" w:cs="Calibri"/>
        </w:rPr>
        <w:t xml:space="preserve"> </w:t>
      </w:r>
      <w:r w:rsidRPr="009F2E9C">
        <w:rPr>
          <w:rFonts w:ascii="Calibri" w:hAnsi="Calibri" w:cs="Calibri"/>
        </w:rPr>
        <w:lastRenderedPageBreak/>
        <w:t>the first one</w:t>
      </w:r>
      <w:r w:rsidR="00BE33A9" w:rsidRPr="009F2E9C">
        <w:rPr>
          <w:rFonts w:ascii="Calibri" w:hAnsi="Calibri" w:cs="Calibri"/>
        </w:rPr>
        <w:t>,</w:t>
      </w:r>
      <w:r w:rsidRPr="009F2E9C">
        <w:rPr>
          <w:rFonts w:ascii="Calibri" w:hAnsi="Calibri" w:cs="Calibri"/>
        </w:rPr>
        <w:t xml:space="preserve"> after </w:t>
      </w:r>
      <w:r w:rsidR="00BE33A9" w:rsidRPr="009F2E9C">
        <w:rPr>
          <w:rFonts w:ascii="Calibri" w:hAnsi="Calibri" w:cs="Calibri"/>
        </w:rPr>
        <w:t xml:space="preserve">nearly 40 </w:t>
      </w:r>
      <w:r w:rsidRPr="009F2E9C">
        <w:rPr>
          <w:rFonts w:ascii="Calibri" w:hAnsi="Calibri" w:cs="Calibri"/>
        </w:rPr>
        <w:t xml:space="preserve">years, </w:t>
      </w:r>
      <w:r w:rsidR="00BE33A9" w:rsidRPr="009F2E9C">
        <w:rPr>
          <w:rFonts w:ascii="Calibri" w:hAnsi="Calibri" w:cs="Calibri"/>
        </w:rPr>
        <w:t xml:space="preserve">that </w:t>
      </w:r>
      <w:r w:rsidRPr="009F2E9C">
        <w:rPr>
          <w:rFonts w:ascii="Calibri" w:hAnsi="Calibri" w:cs="Calibri"/>
        </w:rPr>
        <w:t>I travelled back with</w:t>
      </w:r>
      <w:r w:rsidR="00BE33A9" w:rsidRPr="009F2E9C">
        <w:rPr>
          <w:rFonts w:ascii="Calibri" w:hAnsi="Calibri" w:cs="Calibri"/>
        </w:rPr>
        <w:t>,</w:t>
      </w:r>
      <w:r w:rsidRPr="009F2E9C">
        <w:rPr>
          <w:rFonts w:ascii="Calibri" w:hAnsi="Calibri" w:cs="Calibri"/>
        </w:rPr>
        <w:t xml:space="preserve"> a paratrooper who'd lost his leg. He got hit with a sword fish</w:t>
      </w:r>
      <w:r w:rsidR="00BE33A9" w:rsidRPr="009F2E9C">
        <w:rPr>
          <w:rFonts w:ascii="Calibri" w:hAnsi="Calibri" w:cs="Calibri"/>
        </w:rPr>
        <w:t>,</w:t>
      </w:r>
      <w:r w:rsidRPr="009F2E9C">
        <w:rPr>
          <w:rFonts w:ascii="Calibri" w:hAnsi="Calibri" w:cs="Calibri"/>
        </w:rPr>
        <w:t xml:space="preserve"> which is a </w:t>
      </w:r>
      <w:r w:rsidR="006C73CD" w:rsidRPr="009F2E9C">
        <w:rPr>
          <w:rFonts w:ascii="Calibri" w:hAnsi="Calibri" w:cs="Calibri"/>
        </w:rPr>
        <w:t xml:space="preserve">wire </w:t>
      </w:r>
      <w:r w:rsidRPr="009F2E9C">
        <w:rPr>
          <w:rFonts w:ascii="Calibri" w:hAnsi="Calibri" w:cs="Calibri"/>
        </w:rPr>
        <w:t>guided missile</w:t>
      </w:r>
      <w:r w:rsidR="006C73CD" w:rsidRPr="009F2E9C">
        <w:rPr>
          <w:rFonts w:ascii="Calibri" w:hAnsi="Calibri" w:cs="Calibri"/>
        </w:rPr>
        <w:t>, it</w:t>
      </w:r>
      <w:r w:rsidR="009F2E9C">
        <w:rPr>
          <w:rFonts w:ascii="Calibri" w:hAnsi="Calibri" w:cs="Calibri"/>
        </w:rPr>
        <w:t xml:space="preserve"> </w:t>
      </w:r>
      <w:r w:rsidRPr="009F2E9C">
        <w:rPr>
          <w:rFonts w:ascii="Calibri" w:hAnsi="Calibri" w:cs="Calibri"/>
        </w:rPr>
        <w:t>hit a rock and the blast off the rock took his leg off.</w:t>
      </w:r>
    </w:p>
    <w:p w14:paraId="483D6118" w14:textId="77777777" w:rsidR="00976992" w:rsidRPr="009F2E9C" w:rsidRDefault="00976992">
      <w:pPr>
        <w:spacing w:after="0"/>
        <w:rPr>
          <w:rFonts w:ascii="Calibri" w:hAnsi="Calibri" w:cs="Calibri"/>
        </w:rPr>
      </w:pPr>
    </w:p>
    <w:p w14:paraId="75C2B77F" w14:textId="43496B5F"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10:02</w:t>
      </w:r>
    </w:p>
    <w:p w14:paraId="4A0684EA" w14:textId="48803562" w:rsidR="00976992" w:rsidRPr="009F2E9C" w:rsidRDefault="004912A8">
      <w:pPr>
        <w:spacing w:after="0"/>
        <w:rPr>
          <w:rFonts w:ascii="Calibri" w:hAnsi="Calibri" w:cs="Calibri"/>
        </w:rPr>
      </w:pPr>
      <w:r w:rsidRPr="009F2E9C">
        <w:rPr>
          <w:rFonts w:ascii="Calibri" w:hAnsi="Calibri" w:cs="Calibri"/>
        </w:rPr>
        <w:t>I shouldn't</w:t>
      </w:r>
      <w:r w:rsidR="000540EB">
        <w:rPr>
          <w:rFonts w:ascii="Calibri" w:hAnsi="Calibri" w:cs="Calibri"/>
        </w:rPr>
        <w:t>,</w:t>
      </w:r>
      <w:r w:rsidRPr="009F2E9C">
        <w:rPr>
          <w:rFonts w:ascii="Calibri" w:hAnsi="Calibri" w:cs="Calibri"/>
        </w:rPr>
        <w:t xml:space="preserve"> I shouldn't make a joke but I did immediately assume it was</w:t>
      </w:r>
      <w:r w:rsidR="006C73CD" w:rsidRPr="009F2E9C">
        <w:rPr>
          <w:rFonts w:ascii="Calibri" w:hAnsi="Calibri" w:cs="Calibri"/>
        </w:rPr>
        <w:t>,</w:t>
      </w:r>
      <w:r w:rsidRPr="009F2E9C">
        <w:rPr>
          <w:rFonts w:ascii="Calibri" w:hAnsi="Calibri" w:cs="Calibri"/>
        </w:rPr>
        <w:t xml:space="preserve"> like</w:t>
      </w:r>
      <w:r w:rsidR="006C73CD" w:rsidRPr="009F2E9C">
        <w:rPr>
          <w:rFonts w:ascii="Calibri" w:hAnsi="Calibri" w:cs="Calibri"/>
        </w:rPr>
        <w:t>,</w:t>
      </w:r>
      <w:r w:rsidRPr="009F2E9C">
        <w:rPr>
          <w:rFonts w:ascii="Calibri" w:hAnsi="Calibri" w:cs="Calibri"/>
        </w:rPr>
        <w:t xml:space="preserve"> a fish got blown out of the </w:t>
      </w:r>
      <w:r w:rsidR="006C73CD" w:rsidRPr="009F2E9C">
        <w:rPr>
          <w:rFonts w:ascii="Calibri" w:hAnsi="Calibri" w:cs="Calibri"/>
        </w:rPr>
        <w:t xml:space="preserve">sea </w:t>
      </w:r>
      <w:r w:rsidRPr="009F2E9C">
        <w:rPr>
          <w:rFonts w:ascii="Calibri" w:hAnsi="Calibri" w:cs="Calibri"/>
        </w:rPr>
        <w:t xml:space="preserve">following a bomb and it was just unfortunate coincidence where the sharp pointy </w:t>
      </w:r>
      <w:r w:rsidR="00F90E94" w:rsidRPr="009F2E9C">
        <w:rPr>
          <w:rFonts w:ascii="Calibri" w:hAnsi="Calibri" w:cs="Calibri"/>
        </w:rPr>
        <w:t xml:space="preserve">bits just happened to go straight through </w:t>
      </w:r>
      <w:r w:rsidRPr="009F2E9C">
        <w:rPr>
          <w:rFonts w:ascii="Calibri" w:hAnsi="Calibri" w:cs="Calibri"/>
        </w:rPr>
        <w:t>his leg</w:t>
      </w:r>
    </w:p>
    <w:p w14:paraId="7725CF8F" w14:textId="77777777" w:rsidR="00976992" w:rsidRPr="009F2E9C" w:rsidRDefault="00976992">
      <w:pPr>
        <w:spacing w:after="0"/>
        <w:rPr>
          <w:rFonts w:ascii="Calibri" w:hAnsi="Calibri" w:cs="Calibri"/>
        </w:rPr>
      </w:pPr>
    </w:p>
    <w:p w14:paraId="009896E4" w14:textId="58351FB8"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10:18</w:t>
      </w:r>
    </w:p>
    <w:p w14:paraId="78E158B4" w14:textId="5BDA60D9" w:rsidR="00976992" w:rsidRPr="009F2E9C" w:rsidRDefault="004912A8">
      <w:pPr>
        <w:spacing w:after="0"/>
        <w:rPr>
          <w:rFonts w:ascii="Calibri" w:hAnsi="Calibri" w:cs="Calibri"/>
        </w:rPr>
      </w:pPr>
      <w:r w:rsidRPr="009F2E9C">
        <w:rPr>
          <w:rFonts w:ascii="Calibri" w:hAnsi="Calibri" w:cs="Calibri"/>
        </w:rPr>
        <w:t>Yeah</w:t>
      </w:r>
      <w:r w:rsidR="00F90E94" w:rsidRPr="009F2E9C">
        <w:rPr>
          <w:rFonts w:ascii="Calibri" w:hAnsi="Calibri" w:cs="Calibri"/>
        </w:rPr>
        <w:t>,</w:t>
      </w:r>
      <w:r w:rsidRPr="009F2E9C">
        <w:rPr>
          <w:rFonts w:ascii="Calibri" w:hAnsi="Calibri" w:cs="Calibri"/>
        </w:rPr>
        <w:t xml:space="preserve"> unfortunately that's </w:t>
      </w:r>
      <w:r w:rsidR="00F90E94" w:rsidRPr="009F2E9C">
        <w:rPr>
          <w:rFonts w:ascii="Calibri" w:hAnsi="Calibri" w:cs="Calibri"/>
        </w:rPr>
        <w:t xml:space="preserve">what </w:t>
      </w:r>
      <w:r w:rsidRPr="009F2E9C">
        <w:rPr>
          <w:rFonts w:ascii="Calibri" w:hAnsi="Calibri" w:cs="Calibri"/>
        </w:rPr>
        <w:t xml:space="preserve">you </w:t>
      </w:r>
      <w:r w:rsidR="00F90E94" w:rsidRPr="009F2E9C">
        <w:rPr>
          <w:rFonts w:ascii="Calibri" w:hAnsi="Calibri" w:cs="Calibri"/>
        </w:rPr>
        <w:t xml:space="preserve">get when you </w:t>
      </w:r>
      <w:r w:rsidRPr="009F2E9C">
        <w:rPr>
          <w:rFonts w:ascii="Calibri" w:hAnsi="Calibri" w:cs="Calibri"/>
        </w:rPr>
        <w:t>talk to civilian</w:t>
      </w:r>
      <w:r w:rsidR="00F90E94" w:rsidRPr="009F2E9C">
        <w:rPr>
          <w:rFonts w:ascii="Calibri" w:hAnsi="Calibri" w:cs="Calibri"/>
        </w:rPr>
        <w:t>s {laughter}</w:t>
      </w:r>
      <w:r w:rsidR="009F2E9C">
        <w:rPr>
          <w:rFonts w:ascii="Calibri" w:hAnsi="Calibri" w:cs="Calibri"/>
        </w:rPr>
        <w:t xml:space="preserve"> </w:t>
      </w:r>
      <w:r w:rsidRPr="009F2E9C">
        <w:rPr>
          <w:rFonts w:ascii="Calibri" w:hAnsi="Calibri" w:cs="Calibri"/>
        </w:rPr>
        <w:t>you go from th</w:t>
      </w:r>
      <w:r w:rsidR="00F90E94" w:rsidRPr="009F2E9C">
        <w:rPr>
          <w:rFonts w:ascii="Calibri" w:hAnsi="Calibri" w:cs="Calibri"/>
        </w:rPr>
        <w:t>e</w:t>
      </w:r>
      <w:r w:rsidRPr="009F2E9C">
        <w:rPr>
          <w:rFonts w:ascii="Calibri" w:hAnsi="Calibri" w:cs="Calibri"/>
        </w:rPr>
        <w:t xml:space="preserve"> severe </w:t>
      </w:r>
      <w:r w:rsidR="00F90E94" w:rsidRPr="009F2E9C">
        <w:rPr>
          <w:rFonts w:ascii="Calibri" w:hAnsi="Calibri" w:cs="Calibri"/>
        </w:rPr>
        <w:t xml:space="preserve">and the </w:t>
      </w:r>
      <w:r w:rsidRPr="009F2E9C">
        <w:rPr>
          <w:rFonts w:ascii="Calibri" w:hAnsi="Calibri" w:cs="Calibri"/>
        </w:rPr>
        <w:t xml:space="preserve">critical to </w:t>
      </w:r>
      <w:r w:rsidR="00F90E94" w:rsidRPr="009F2E9C">
        <w:rPr>
          <w:rFonts w:ascii="Calibri" w:hAnsi="Calibri" w:cs="Calibri"/>
        </w:rPr>
        <w:t>the puerile. {laughter}</w:t>
      </w:r>
      <w:r w:rsidR="000540EB">
        <w:rPr>
          <w:rFonts w:ascii="Calibri" w:hAnsi="Calibri" w:cs="Calibri"/>
        </w:rPr>
        <w:t xml:space="preserve"> </w:t>
      </w:r>
      <w:r w:rsidR="00F90E94" w:rsidRPr="009F2E9C">
        <w:rPr>
          <w:rFonts w:ascii="Calibri" w:hAnsi="Calibri" w:cs="Calibri"/>
        </w:rPr>
        <w:t>No, t</w:t>
      </w:r>
      <w:r w:rsidRPr="009F2E9C">
        <w:rPr>
          <w:rFonts w:ascii="Calibri" w:hAnsi="Calibri" w:cs="Calibri"/>
        </w:rPr>
        <w:t xml:space="preserve">his guy </w:t>
      </w:r>
      <w:r w:rsidR="000540EB">
        <w:rPr>
          <w:rFonts w:ascii="Calibri" w:hAnsi="Calibri" w:cs="Calibri"/>
        </w:rPr>
        <w:t>G</w:t>
      </w:r>
      <w:r w:rsidRPr="009F2E9C">
        <w:rPr>
          <w:rFonts w:ascii="Calibri" w:hAnsi="Calibri" w:cs="Calibri"/>
        </w:rPr>
        <w:t>rant is bonkers he was so funny in hospital</w:t>
      </w:r>
      <w:r w:rsidR="00F90E94" w:rsidRPr="009F2E9C">
        <w:rPr>
          <w:rFonts w:ascii="Calibri" w:hAnsi="Calibri" w:cs="Calibri"/>
        </w:rPr>
        <w:t>, w</w:t>
      </w:r>
      <w:r w:rsidRPr="009F2E9C">
        <w:rPr>
          <w:rFonts w:ascii="Calibri" w:hAnsi="Calibri" w:cs="Calibri"/>
        </w:rPr>
        <w:t>e were in hospital together as well</w:t>
      </w:r>
      <w:r w:rsidR="000C096A" w:rsidRPr="009F2E9C">
        <w:rPr>
          <w:rFonts w:ascii="Calibri" w:hAnsi="Calibri" w:cs="Calibri"/>
        </w:rPr>
        <w:t>, s</w:t>
      </w:r>
      <w:r w:rsidRPr="009F2E9C">
        <w:rPr>
          <w:rFonts w:ascii="Calibri" w:hAnsi="Calibri" w:cs="Calibri"/>
        </w:rPr>
        <w:t>o I got taken to a critical injury unit for severe burns and what have you</w:t>
      </w:r>
      <w:r w:rsidR="000540EB">
        <w:rPr>
          <w:rFonts w:ascii="Calibri" w:hAnsi="Calibri" w:cs="Calibri"/>
        </w:rPr>
        <w:t>,</w:t>
      </w:r>
      <w:r w:rsidRPr="009F2E9C">
        <w:rPr>
          <w:rFonts w:ascii="Calibri" w:hAnsi="Calibri" w:cs="Calibri"/>
        </w:rPr>
        <w:t xml:space="preserve"> where they thought I was going to die anywa</w:t>
      </w:r>
      <w:r w:rsidR="000C096A" w:rsidRPr="009F2E9C">
        <w:rPr>
          <w:rFonts w:ascii="Calibri" w:hAnsi="Calibri" w:cs="Calibri"/>
        </w:rPr>
        <w:t>y, b</w:t>
      </w:r>
      <w:r w:rsidRPr="009F2E9C">
        <w:rPr>
          <w:rFonts w:ascii="Calibri" w:hAnsi="Calibri" w:cs="Calibri"/>
        </w:rPr>
        <w:t xml:space="preserve">ecause I went from 18 and a half stone prop forward rugby player who was offered to be </w:t>
      </w:r>
      <w:r w:rsidR="000C096A" w:rsidRPr="009F2E9C">
        <w:rPr>
          <w:rFonts w:ascii="Calibri" w:hAnsi="Calibri" w:cs="Calibri"/>
        </w:rPr>
        <w:t xml:space="preserve">bought out of the army to play rugby, </w:t>
      </w:r>
      <w:r w:rsidRPr="009F2E9C">
        <w:rPr>
          <w:rFonts w:ascii="Calibri" w:hAnsi="Calibri" w:cs="Calibri"/>
        </w:rPr>
        <w:t xml:space="preserve">I went from that to just under </w:t>
      </w:r>
      <w:r w:rsidR="000C096A" w:rsidRPr="009F2E9C">
        <w:rPr>
          <w:rFonts w:ascii="Calibri" w:hAnsi="Calibri" w:cs="Calibri"/>
        </w:rPr>
        <w:t xml:space="preserve">eight </w:t>
      </w:r>
      <w:r w:rsidRPr="009F2E9C">
        <w:rPr>
          <w:rFonts w:ascii="Calibri" w:hAnsi="Calibri" w:cs="Calibri"/>
        </w:rPr>
        <w:t>stone in three weeks. And</w:t>
      </w:r>
      <w:r w:rsidR="002D7DE9" w:rsidRPr="009F2E9C">
        <w:rPr>
          <w:rFonts w:ascii="Calibri" w:hAnsi="Calibri" w:cs="Calibri"/>
        </w:rPr>
        <w:t>, er,</w:t>
      </w:r>
      <w:r w:rsidR="009F2E9C">
        <w:rPr>
          <w:rFonts w:ascii="Calibri" w:hAnsi="Calibri" w:cs="Calibri"/>
        </w:rPr>
        <w:t xml:space="preserve"> </w:t>
      </w:r>
      <w:r w:rsidRPr="009F2E9C">
        <w:rPr>
          <w:rFonts w:ascii="Calibri" w:hAnsi="Calibri" w:cs="Calibri"/>
        </w:rPr>
        <w:t>so I was critically ill</w:t>
      </w:r>
      <w:r w:rsidR="002D7DE9" w:rsidRPr="009F2E9C">
        <w:rPr>
          <w:rFonts w:ascii="Calibri" w:hAnsi="Calibri" w:cs="Calibri"/>
        </w:rPr>
        <w:t>, s</w:t>
      </w:r>
      <w:r w:rsidRPr="009F2E9C">
        <w:rPr>
          <w:rFonts w:ascii="Calibri" w:hAnsi="Calibri" w:cs="Calibri"/>
        </w:rPr>
        <w:t xml:space="preserve">o </w:t>
      </w:r>
      <w:r w:rsidR="000540EB">
        <w:rPr>
          <w:rFonts w:ascii="Calibri" w:hAnsi="Calibri" w:cs="Calibri"/>
        </w:rPr>
        <w:t>G</w:t>
      </w:r>
      <w:r w:rsidRPr="009F2E9C">
        <w:rPr>
          <w:rFonts w:ascii="Calibri" w:hAnsi="Calibri" w:cs="Calibri"/>
        </w:rPr>
        <w:t>rant</w:t>
      </w:r>
    </w:p>
    <w:p w14:paraId="7814F437" w14:textId="77777777" w:rsidR="00976992" w:rsidRPr="009F2E9C" w:rsidRDefault="00976992">
      <w:pPr>
        <w:spacing w:after="0"/>
        <w:rPr>
          <w:rFonts w:ascii="Calibri" w:hAnsi="Calibri" w:cs="Calibri"/>
        </w:rPr>
      </w:pPr>
    </w:p>
    <w:p w14:paraId="56E9CCE7" w14:textId="3F521277"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11:09</w:t>
      </w:r>
    </w:p>
    <w:p w14:paraId="62669B8C" w14:textId="517FF144" w:rsidR="00976992" w:rsidRPr="009F2E9C" w:rsidRDefault="002D7DE9">
      <w:pPr>
        <w:spacing w:after="0"/>
        <w:rPr>
          <w:rFonts w:ascii="Calibri" w:hAnsi="Calibri" w:cs="Calibri"/>
        </w:rPr>
      </w:pPr>
      <w:r w:rsidRPr="009F2E9C">
        <w:rPr>
          <w:rFonts w:ascii="Calibri" w:hAnsi="Calibri" w:cs="Calibri"/>
        </w:rPr>
        <w:t>There are p</w:t>
      </w:r>
      <w:r w:rsidR="004912A8" w:rsidRPr="009F2E9C">
        <w:rPr>
          <w:rFonts w:ascii="Calibri" w:hAnsi="Calibri" w:cs="Calibri"/>
        </w:rPr>
        <w:t>eople who pay a lot of money to sort of learn how to do</w:t>
      </w:r>
      <w:r w:rsidRPr="009F2E9C">
        <w:rPr>
          <w:rFonts w:ascii="Calibri" w:hAnsi="Calibri" w:cs="Calibri"/>
        </w:rPr>
        <w:t>,</w:t>
      </w:r>
      <w:r w:rsidR="004912A8" w:rsidRPr="009F2E9C">
        <w:rPr>
          <w:rFonts w:ascii="Calibri" w:hAnsi="Calibri" w:cs="Calibri"/>
        </w:rPr>
        <w:t xml:space="preserve"> drop 10 </w:t>
      </w:r>
      <w:r w:rsidRPr="009F2E9C">
        <w:rPr>
          <w:rFonts w:ascii="Calibri" w:hAnsi="Calibri" w:cs="Calibri"/>
        </w:rPr>
        <w:t xml:space="preserve">stone in three weeks </w:t>
      </w:r>
    </w:p>
    <w:p w14:paraId="156A3DB4" w14:textId="77777777" w:rsidR="00976992" w:rsidRPr="009F2E9C" w:rsidRDefault="00976992">
      <w:pPr>
        <w:spacing w:after="0"/>
        <w:rPr>
          <w:rFonts w:ascii="Calibri" w:hAnsi="Calibri" w:cs="Calibri"/>
        </w:rPr>
      </w:pPr>
    </w:p>
    <w:p w14:paraId="27CDCED3" w14:textId="40E34DF6"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11:15</w:t>
      </w:r>
    </w:p>
    <w:p w14:paraId="1D84437B" w14:textId="790E6391" w:rsidR="00976992" w:rsidRPr="009F2E9C" w:rsidRDefault="004912A8">
      <w:pPr>
        <w:spacing w:after="0"/>
        <w:rPr>
          <w:rFonts w:ascii="Calibri" w:hAnsi="Calibri" w:cs="Calibri"/>
        </w:rPr>
      </w:pPr>
      <w:r w:rsidRPr="009F2E9C">
        <w:rPr>
          <w:rFonts w:ascii="Calibri" w:hAnsi="Calibri" w:cs="Calibri"/>
        </w:rPr>
        <w:t xml:space="preserve">Yeah, it's yeah, </w:t>
      </w:r>
      <w:r w:rsidR="00A517BC" w:rsidRPr="009F2E9C">
        <w:rPr>
          <w:rFonts w:ascii="Calibri" w:hAnsi="Calibri" w:cs="Calibri"/>
        </w:rPr>
        <w:t xml:space="preserve">Lucy being one of them after what she’s just said to me, all the chocolate and Chinese </w:t>
      </w:r>
    </w:p>
    <w:p w14:paraId="761D7C74" w14:textId="77777777" w:rsidR="00976992" w:rsidRPr="009F2E9C" w:rsidRDefault="00976992">
      <w:pPr>
        <w:spacing w:after="0"/>
        <w:rPr>
          <w:rFonts w:ascii="Calibri" w:hAnsi="Calibri" w:cs="Calibri"/>
        </w:rPr>
      </w:pPr>
    </w:p>
    <w:p w14:paraId="643C65E0" w14:textId="1090AA98"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11:22</w:t>
      </w:r>
    </w:p>
    <w:p w14:paraId="7C1D2667" w14:textId="77777777" w:rsidR="00976992" w:rsidRPr="009F2E9C" w:rsidRDefault="004912A8">
      <w:pPr>
        <w:spacing w:after="0"/>
        <w:rPr>
          <w:rFonts w:ascii="Calibri" w:hAnsi="Calibri" w:cs="Calibri"/>
        </w:rPr>
      </w:pPr>
      <w:r w:rsidRPr="009F2E9C">
        <w:rPr>
          <w:rFonts w:ascii="Calibri" w:hAnsi="Calibri" w:cs="Calibri"/>
        </w:rPr>
        <w:t>Yeah. I have been eating a lot of chocolate and stuff over the lockdown diet. So that's, that's going this week.</w:t>
      </w:r>
    </w:p>
    <w:p w14:paraId="05572A11" w14:textId="77777777" w:rsidR="00976992" w:rsidRPr="009F2E9C" w:rsidRDefault="00976992">
      <w:pPr>
        <w:spacing w:after="0"/>
        <w:rPr>
          <w:rFonts w:ascii="Calibri" w:hAnsi="Calibri" w:cs="Calibri"/>
        </w:rPr>
      </w:pPr>
    </w:p>
    <w:p w14:paraId="7BF59056" w14:textId="63F89F66"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11:30</w:t>
      </w:r>
    </w:p>
    <w:p w14:paraId="3E17AC26" w14:textId="65DEA45D" w:rsidR="009954F6" w:rsidRPr="009F2E9C" w:rsidRDefault="004912A8">
      <w:pPr>
        <w:spacing w:after="0"/>
        <w:rPr>
          <w:rFonts w:ascii="Calibri" w:hAnsi="Calibri" w:cs="Calibri"/>
        </w:rPr>
      </w:pPr>
      <w:r w:rsidRPr="009F2E9C">
        <w:rPr>
          <w:rFonts w:ascii="Calibri" w:hAnsi="Calibri" w:cs="Calibri"/>
        </w:rPr>
        <w:t>Yeah</w:t>
      </w:r>
      <w:r w:rsidR="00A517BC" w:rsidRPr="009F2E9C">
        <w:rPr>
          <w:rFonts w:ascii="Calibri" w:hAnsi="Calibri" w:cs="Calibri"/>
        </w:rPr>
        <w:t>, s</w:t>
      </w:r>
      <w:r w:rsidRPr="009F2E9C">
        <w:rPr>
          <w:rFonts w:ascii="Calibri" w:hAnsi="Calibri" w:cs="Calibri"/>
        </w:rPr>
        <w:t xml:space="preserve">o, so Grant was in the bay when </w:t>
      </w:r>
      <w:r w:rsidR="00A517BC" w:rsidRPr="009F2E9C">
        <w:rPr>
          <w:rFonts w:ascii="Calibri" w:hAnsi="Calibri" w:cs="Calibri"/>
        </w:rPr>
        <w:t xml:space="preserve">I </w:t>
      </w:r>
      <w:r w:rsidRPr="009F2E9C">
        <w:rPr>
          <w:rFonts w:ascii="Calibri" w:hAnsi="Calibri" w:cs="Calibri"/>
        </w:rPr>
        <w:t>got put into the main ward</w:t>
      </w:r>
      <w:r w:rsidR="00A517BC" w:rsidRPr="009F2E9C">
        <w:rPr>
          <w:rFonts w:ascii="Calibri" w:hAnsi="Calibri" w:cs="Calibri"/>
        </w:rPr>
        <w:t>,</w:t>
      </w:r>
      <w:r w:rsidRPr="009F2E9C">
        <w:rPr>
          <w:rFonts w:ascii="Calibri" w:hAnsi="Calibri" w:cs="Calibri"/>
        </w:rPr>
        <w:t xml:space="preserve"> after about eight to 12 weeks. And he,</w:t>
      </w:r>
      <w:r w:rsidR="00A517BC" w:rsidRPr="009F2E9C">
        <w:rPr>
          <w:rFonts w:ascii="Calibri" w:hAnsi="Calibri" w:cs="Calibri"/>
        </w:rPr>
        <w:t xml:space="preserve"> er,</w:t>
      </w:r>
      <w:r w:rsidR="009F2E9C">
        <w:rPr>
          <w:rFonts w:ascii="Calibri" w:hAnsi="Calibri" w:cs="Calibri"/>
        </w:rPr>
        <w:t xml:space="preserve"> </w:t>
      </w:r>
      <w:r w:rsidRPr="009F2E9C">
        <w:rPr>
          <w:rFonts w:ascii="Calibri" w:hAnsi="Calibri" w:cs="Calibri"/>
        </w:rPr>
        <w:t>they were contemplating taking off his other leg</w:t>
      </w:r>
      <w:r w:rsidR="00A517BC" w:rsidRPr="009F2E9C">
        <w:rPr>
          <w:rFonts w:ascii="Calibri" w:hAnsi="Calibri" w:cs="Calibri"/>
        </w:rPr>
        <w:t>, w</w:t>
      </w:r>
      <w:r w:rsidRPr="009F2E9C">
        <w:rPr>
          <w:rFonts w:ascii="Calibri" w:hAnsi="Calibri" w:cs="Calibri"/>
        </w:rPr>
        <w:t>hich I do believe they did, or they took the leg off that was badly damaged. I can't remember quite</w:t>
      </w:r>
      <w:r w:rsidR="00881F0A" w:rsidRPr="009F2E9C">
        <w:rPr>
          <w:rFonts w:ascii="Calibri" w:hAnsi="Calibri" w:cs="Calibri"/>
        </w:rPr>
        <w:t>, b</w:t>
      </w:r>
      <w:r w:rsidRPr="009F2E9C">
        <w:rPr>
          <w:rFonts w:ascii="Calibri" w:hAnsi="Calibri" w:cs="Calibri"/>
        </w:rPr>
        <w:t>ut he was funn</w:t>
      </w:r>
      <w:r w:rsidR="00881F0A" w:rsidRPr="009F2E9C">
        <w:rPr>
          <w:rFonts w:ascii="Calibri" w:hAnsi="Calibri" w:cs="Calibri"/>
        </w:rPr>
        <w:t>y, o</w:t>
      </w:r>
      <w:r w:rsidRPr="009F2E9C">
        <w:rPr>
          <w:rFonts w:ascii="Calibri" w:hAnsi="Calibri" w:cs="Calibri"/>
        </w:rPr>
        <w:t>h my Lord</w:t>
      </w:r>
      <w:r w:rsidR="00881F0A" w:rsidRPr="009F2E9C">
        <w:rPr>
          <w:rFonts w:ascii="Calibri" w:hAnsi="Calibri" w:cs="Calibri"/>
        </w:rPr>
        <w:t>,</w:t>
      </w:r>
      <w:r w:rsidRPr="009F2E9C">
        <w:rPr>
          <w:rFonts w:ascii="Calibri" w:hAnsi="Calibri" w:cs="Calibri"/>
        </w:rPr>
        <w:t xml:space="preserve"> </w:t>
      </w:r>
      <w:r w:rsidR="00881F0A" w:rsidRPr="009F2E9C">
        <w:rPr>
          <w:rFonts w:ascii="Calibri" w:hAnsi="Calibri" w:cs="Calibri"/>
        </w:rPr>
        <w:t>h</w:t>
      </w:r>
      <w:r w:rsidRPr="009F2E9C">
        <w:rPr>
          <w:rFonts w:ascii="Calibri" w:hAnsi="Calibri" w:cs="Calibri"/>
        </w:rPr>
        <w:t>e was funny. And we</w:t>
      </w:r>
      <w:r w:rsidR="00881F0A" w:rsidRPr="009F2E9C">
        <w:rPr>
          <w:rFonts w:ascii="Calibri" w:hAnsi="Calibri" w:cs="Calibri"/>
        </w:rPr>
        <w:t>,</w:t>
      </w:r>
      <w:r w:rsidRPr="009F2E9C">
        <w:rPr>
          <w:rFonts w:ascii="Calibri" w:hAnsi="Calibri" w:cs="Calibri"/>
        </w:rPr>
        <w:t xml:space="preserve"> I met him again</w:t>
      </w:r>
      <w:r w:rsidR="00881F0A" w:rsidRPr="009F2E9C">
        <w:rPr>
          <w:rFonts w:ascii="Calibri" w:hAnsi="Calibri" w:cs="Calibri"/>
        </w:rPr>
        <w:t xml:space="preserve"> t</w:t>
      </w:r>
      <w:r w:rsidRPr="009F2E9C">
        <w:rPr>
          <w:rFonts w:ascii="Calibri" w:hAnsi="Calibri" w:cs="Calibri"/>
        </w:rPr>
        <w:t>hen when we went to rehab. He was just a very young</w:t>
      </w:r>
      <w:r w:rsidR="00881F0A" w:rsidRPr="009F2E9C">
        <w:rPr>
          <w:rFonts w:ascii="Calibri" w:hAnsi="Calibri" w:cs="Calibri"/>
        </w:rPr>
        <w:t>,</w:t>
      </w:r>
      <w:r w:rsidRPr="009F2E9C">
        <w:rPr>
          <w:rFonts w:ascii="Calibri" w:hAnsi="Calibri" w:cs="Calibri"/>
        </w:rPr>
        <w:t xml:space="preserve"> </w:t>
      </w:r>
      <w:r w:rsidR="00881F0A" w:rsidRPr="009F2E9C">
        <w:rPr>
          <w:rFonts w:ascii="Calibri" w:hAnsi="Calibri" w:cs="Calibri"/>
        </w:rPr>
        <w:t xml:space="preserve">only </w:t>
      </w:r>
      <w:r w:rsidRPr="009F2E9C">
        <w:rPr>
          <w:rFonts w:ascii="Calibri" w:hAnsi="Calibri" w:cs="Calibri"/>
        </w:rPr>
        <w:t>a young fella</w:t>
      </w:r>
      <w:r w:rsidR="00881F0A" w:rsidRPr="009F2E9C">
        <w:rPr>
          <w:rFonts w:ascii="Calibri" w:hAnsi="Calibri" w:cs="Calibri"/>
        </w:rPr>
        <w:t>,</w:t>
      </w:r>
      <w:r w:rsidRPr="009F2E9C">
        <w:rPr>
          <w:rFonts w:ascii="Calibri" w:hAnsi="Calibri" w:cs="Calibri"/>
        </w:rPr>
        <w:t xml:space="preserve"> I was 20</w:t>
      </w:r>
      <w:r w:rsidR="00881F0A" w:rsidRPr="009F2E9C">
        <w:rPr>
          <w:rFonts w:ascii="Calibri" w:hAnsi="Calibri" w:cs="Calibri"/>
        </w:rPr>
        <w:t>, h</w:t>
      </w:r>
      <w:r w:rsidRPr="009F2E9C">
        <w:rPr>
          <w:rFonts w:ascii="Calibri" w:hAnsi="Calibri" w:cs="Calibri"/>
        </w:rPr>
        <w:t xml:space="preserve">e was 18 when he got injured, but he was funny. And he was a kid with a lot of </w:t>
      </w:r>
      <w:r w:rsidR="00881F0A" w:rsidRPr="009F2E9C">
        <w:rPr>
          <w:rFonts w:ascii="Calibri" w:hAnsi="Calibri" w:cs="Calibri"/>
        </w:rPr>
        <w:t xml:space="preserve">wise </w:t>
      </w:r>
      <w:r w:rsidRPr="009F2E9C">
        <w:rPr>
          <w:rFonts w:ascii="Calibri" w:hAnsi="Calibri" w:cs="Calibri"/>
        </w:rPr>
        <w:t>words</w:t>
      </w:r>
      <w:r w:rsidR="00881F0A" w:rsidRPr="009F2E9C">
        <w:rPr>
          <w:rFonts w:ascii="Calibri" w:hAnsi="Calibri" w:cs="Calibri"/>
        </w:rPr>
        <w:t xml:space="preserve"> a</w:t>
      </w:r>
      <w:r w:rsidRPr="009F2E9C">
        <w:rPr>
          <w:rFonts w:ascii="Calibri" w:hAnsi="Calibri" w:cs="Calibri"/>
        </w:rPr>
        <w:t xml:space="preserve">nd I had the chance to say to him, when I responded to him, I just said thank you, you know, because there was a lot of </w:t>
      </w:r>
      <w:r w:rsidR="002A07E9" w:rsidRPr="009F2E9C">
        <w:rPr>
          <w:rFonts w:ascii="Calibri" w:hAnsi="Calibri" w:cs="Calibri"/>
        </w:rPr>
        <w:t>things,</w:t>
      </w:r>
      <w:r w:rsidRPr="009F2E9C">
        <w:rPr>
          <w:rFonts w:ascii="Calibri" w:hAnsi="Calibri" w:cs="Calibri"/>
        </w:rPr>
        <w:t xml:space="preserve"> he said to me that helped me</w:t>
      </w:r>
      <w:r w:rsidR="00881F0A" w:rsidRPr="009F2E9C">
        <w:rPr>
          <w:rFonts w:ascii="Calibri" w:hAnsi="Calibri" w:cs="Calibri"/>
        </w:rPr>
        <w:t xml:space="preserve"> a</w:t>
      </w:r>
      <w:r w:rsidRPr="009F2E9C">
        <w:rPr>
          <w:rFonts w:ascii="Calibri" w:hAnsi="Calibri" w:cs="Calibri"/>
        </w:rPr>
        <w:t xml:space="preserve">nd he didn't know </w:t>
      </w:r>
      <w:r w:rsidR="00881F0A" w:rsidRPr="009F2E9C">
        <w:rPr>
          <w:rFonts w:ascii="Calibri" w:hAnsi="Calibri" w:cs="Calibri"/>
        </w:rPr>
        <w:t xml:space="preserve">and </w:t>
      </w:r>
      <w:r w:rsidRPr="009F2E9C">
        <w:rPr>
          <w:rFonts w:ascii="Calibri" w:hAnsi="Calibri" w:cs="Calibri"/>
        </w:rPr>
        <w:t>I'd never had the chance to tell him. But yeah, so it's weird</w:t>
      </w:r>
      <w:r w:rsidR="00881F0A" w:rsidRPr="009F2E9C">
        <w:rPr>
          <w:rFonts w:ascii="Calibri" w:hAnsi="Calibri" w:cs="Calibri"/>
        </w:rPr>
        <w:t>, i</w:t>
      </w:r>
      <w:r w:rsidRPr="009F2E9C">
        <w:rPr>
          <w:rFonts w:ascii="Calibri" w:hAnsi="Calibri" w:cs="Calibri"/>
        </w:rPr>
        <w:t>t's weird, you know</w:t>
      </w:r>
      <w:r w:rsidR="00881F0A" w:rsidRPr="009F2E9C">
        <w:rPr>
          <w:rFonts w:ascii="Calibri" w:hAnsi="Calibri" w:cs="Calibri"/>
        </w:rPr>
        <w:t>, b</w:t>
      </w:r>
      <w:r w:rsidRPr="009F2E9C">
        <w:rPr>
          <w:rFonts w:ascii="Calibri" w:hAnsi="Calibri" w:cs="Calibri"/>
        </w:rPr>
        <w:t xml:space="preserve">ut anyway, we got </w:t>
      </w:r>
      <w:r w:rsidR="009954F6" w:rsidRPr="009F2E9C">
        <w:rPr>
          <w:rFonts w:ascii="Calibri" w:hAnsi="Calibri" w:cs="Calibri"/>
        </w:rPr>
        <w:t>to Montevideo</w:t>
      </w:r>
      <w:r w:rsidR="002A07E9">
        <w:rPr>
          <w:rFonts w:ascii="Calibri" w:hAnsi="Calibri" w:cs="Calibri"/>
        </w:rPr>
        <w:t>,</w:t>
      </w:r>
      <w:r w:rsidR="009954F6" w:rsidRPr="009F2E9C">
        <w:rPr>
          <w:rFonts w:ascii="Calibri" w:hAnsi="Calibri" w:cs="Calibri"/>
        </w:rPr>
        <w:t xml:space="preserve"> </w:t>
      </w:r>
      <w:r w:rsidRPr="009F2E9C">
        <w:rPr>
          <w:rFonts w:ascii="Calibri" w:hAnsi="Calibri" w:cs="Calibri"/>
        </w:rPr>
        <w:t>got on board the RAF aircraft and the plane was hurtling down the runway</w:t>
      </w:r>
      <w:r w:rsidR="009954F6" w:rsidRPr="009F2E9C">
        <w:rPr>
          <w:rFonts w:ascii="Calibri" w:hAnsi="Calibri" w:cs="Calibri"/>
        </w:rPr>
        <w:t>,</w:t>
      </w:r>
      <w:r w:rsidRPr="009F2E9C">
        <w:rPr>
          <w:rFonts w:ascii="Calibri" w:hAnsi="Calibri" w:cs="Calibri"/>
        </w:rPr>
        <w:t xml:space="preserve"> getting to the point of no return the </w:t>
      </w:r>
      <w:r w:rsidR="009954F6" w:rsidRPr="009F2E9C">
        <w:rPr>
          <w:rFonts w:ascii="Calibri" w:hAnsi="Calibri" w:cs="Calibri"/>
        </w:rPr>
        <w:t xml:space="preserve">nose was </w:t>
      </w:r>
      <w:r w:rsidRPr="009F2E9C">
        <w:rPr>
          <w:rFonts w:ascii="Calibri" w:hAnsi="Calibri" w:cs="Calibri"/>
        </w:rPr>
        <w:t xml:space="preserve">about </w:t>
      </w:r>
      <w:r w:rsidR="009954F6" w:rsidRPr="009F2E9C">
        <w:rPr>
          <w:rFonts w:ascii="Calibri" w:hAnsi="Calibri" w:cs="Calibri"/>
        </w:rPr>
        <w:t xml:space="preserve">to </w:t>
      </w:r>
      <w:r w:rsidRPr="009F2E9C">
        <w:rPr>
          <w:rFonts w:ascii="Calibri" w:hAnsi="Calibri" w:cs="Calibri"/>
        </w:rPr>
        <w:t xml:space="preserve">lift off the runway, and the engine fell out of the aircraft </w:t>
      </w:r>
    </w:p>
    <w:p w14:paraId="2744B605" w14:textId="77777777" w:rsidR="002A07E9" w:rsidRDefault="002A07E9">
      <w:pPr>
        <w:spacing w:after="0"/>
        <w:rPr>
          <w:rFonts w:ascii="Calibri" w:hAnsi="Calibri" w:cs="Calibri"/>
        </w:rPr>
      </w:pPr>
    </w:p>
    <w:p w14:paraId="22C332E3" w14:textId="270A55DD" w:rsidR="009954F6" w:rsidRPr="009F2E9C" w:rsidRDefault="009954F6">
      <w:pPr>
        <w:spacing w:after="0"/>
        <w:rPr>
          <w:rFonts w:ascii="Calibri" w:hAnsi="Calibri" w:cs="Calibri"/>
        </w:rPr>
      </w:pPr>
      <w:r w:rsidRPr="009F2E9C">
        <w:rPr>
          <w:rFonts w:ascii="Calibri" w:hAnsi="Calibri" w:cs="Calibri"/>
        </w:rPr>
        <w:t xml:space="preserve">Lucy: </w:t>
      </w:r>
      <w:r w:rsidR="005B6102" w:rsidRPr="009F2E9C">
        <w:rPr>
          <w:rFonts w:ascii="Calibri" w:hAnsi="Calibri" w:cs="Calibri"/>
        </w:rPr>
        <w:t xml:space="preserve">Simon, </w:t>
      </w:r>
      <w:r w:rsidRPr="009F2E9C">
        <w:rPr>
          <w:rFonts w:ascii="Calibri" w:hAnsi="Calibri" w:cs="Calibri"/>
        </w:rPr>
        <w:t xml:space="preserve">how </w:t>
      </w:r>
      <w:r w:rsidR="005B6102" w:rsidRPr="009F2E9C">
        <w:rPr>
          <w:rFonts w:ascii="Calibri" w:hAnsi="Calibri" w:cs="Calibri"/>
        </w:rPr>
        <w:t xml:space="preserve">on earth </w:t>
      </w:r>
      <w:r w:rsidRPr="009F2E9C">
        <w:rPr>
          <w:rFonts w:ascii="Calibri" w:hAnsi="Calibri" w:cs="Calibri"/>
        </w:rPr>
        <w:t>are you still alive</w:t>
      </w:r>
      <w:r w:rsidR="00812FE2" w:rsidRPr="009F2E9C">
        <w:rPr>
          <w:rFonts w:ascii="Calibri" w:hAnsi="Calibri" w:cs="Calibri"/>
        </w:rPr>
        <w:t xml:space="preserve"> </w:t>
      </w:r>
      <w:r w:rsidR="002A07E9">
        <w:rPr>
          <w:rFonts w:ascii="Calibri" w:hAnsi="Calibri" w:cs="Calibri"/>
        </w:rPr>
        <w:t>d</w:t>
      </w:r>
      <w:r w:rsidR="00812FE2" w:rsidRPr="009F2E9C">
        <w:rPr>
          <w:rFonts w:ascii="Calibri" w:hAnsi="Calibri" w:cs="Calibri"/>
        </w:rPr>
        <w:t>’you know what I mean</w:t>
      </w:r>
      <w:proofErr w:type="gramStart"/>
      <w:r w:rsidR="00812FE2" w:rsidRPr="009F2E9C">
        <w:rPr>
          <w:rFonts w:ascii="Calibri" w:hAnsi="Calibri" w:cs="Calibri"/>
        </w:rPr>
        <w:t xml:space="preserve">? </w:t>
      </w:r>
      <w:r w:rsidRPr="009F2E9C">
        <w:rPr>
          <w:rFonts w:ascii="Calibri" w:hAnsi="Calibri" w:cs="Calibri"/>
        </w:rPr>
        <w:t>?!</w:t>
      </w:r>
      <w:proofErr w:type="gramEnd"/>
      <w:r w:rsidRPr="009F2E9C">
        <w:rPr>
          <w:rFonts w:ascii="Calibri" w:hAnsi="Calibri" w:cs="Calibri"/>
        </w:rPr>
        <w:t xml:space="preserve"> {laughter}</w:t>
      </w:r>
    </w:p>
    <w:p w14:paraId="49CA9FFC" w14:textId="77777777" w:rsidR="002A07E9" w:rsidRDefault="002A07E9">
      <w:pPr>
        <w:spacing w:after="0"/>
        <w:rPr>
          <w:rFonts w:ascii="Calibri" w:hAnsi="Calibri" w:cs="Calibri"/>
        </w:rPr>
      </w:pPr>
    </w:p>
    <w:p w14:paraId="16AF1BFF" w14:textId="528CD1A1" w:rsidR="00976992" w:rsidRDefault="009954F6">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I keep doing the lottery</w:t>
      </w:r>
      <w:r w:rsidR="00812FE2" w:rsidRPr="009F2E9C">
        <w:rPr>
          <w:rFonts w:ascii="Calibri" w:hAnsi="Calibri" w:cs="Calibri"/>
        </w:rPr>
        <w:t xml:space="preserve"> </w:t>
      </w:r>
    </w:p>
    <w:p w14:paraId="7F52FF3A" w14:textId="77777777" w:rsidR="002A07E9" w:rsidRPr="009F2E9C" w:rsidRDefault="002A07E9">
      <w:pPr>
        <w:spacing w:after="0"/>
        <w:rPr>
          <w:rFonts w:ascii="Calibri" w:hAnsi="Calibri" w:cs="Calibri"/>
        </w:rPr>
      </w:pPr>
    </w:p>
    <w:p w14:paraId="7D175121" w14:textId="2603E2B3" w:rsidR="00812FE2" w:rsidRPr="009F2E9C" w:rsidRDefault="00812FE2">
      <w:pPr>
        <w:spacing w:after="0"/>
        <w:rPr>
          <w:rFonts w:ascii="Calibri" w:hAnsi="Calibri" w:cs="Calibri"/>
        </w:rPr>
      </w:pPr>
      <w:r w:rsidRPr="009F2E9C">
        <w:rPr>
          <w:rFonts w:ascii="Calibri" w:hAnsi="Calibri" w:cs="Calibri"/>
        </w:rPr>
        <w:t xml:space="preserve">Lucy: You’re like the cat with nine lives </w:t>
      </w:r>
    </w:p>
    <w:p w14:paraId="56D1B6B7" w14:textId="77777777" w:rsidR="00976992" w:rsidRPr="009F2E9C" w:rsidRDefault="00976992">
      <w:pPr>
        <w:spacing w:after="0"/>
        <w:rPr>
          <w:rFonts w:ascii="Calibri" w:hAnsi="Calibri" w:cs="Calibri"/>
        </w:rPr>
      </w:pPr>
    </w:p>
    <w:p w14:paraId="465B6358" w14:textId="012AA2BC" w:rsidR="00976992" w:rsidRPr="009F2E9C" w:rsidRDefault="004912A8">
      <w:pPr>
        <w:spacing w:after="0"/>
        <w:rPr>
          <w:rFonts w:ascii="Calibri" w:hAnsi="Calibri" w:cs="Calibri"/>
        </w:rPr>
      </w:pPr>
      <w:r w:rsidRPr="009F2E9C">
        <w:rPr>
          <w:rFonts w:ascii="Calibri" w:hAnsi="Calibri" w:cs="Calibri"/>
        </w:rPr>
        <w:lastRenderedPageBreak/>
        <w:t>Alice</w:t>
      </w:r>
      <w:r w:rsidR="009F2E9C">
        <w:rPr>
          <w:rFonts w:ascii="Calibri" w:hAnsi="Calibri" w:cs="Calibri"/>
        </w:rPr>
        <w:t xml:space="preserve"> </w:t>
      </w:r>
      <w:r w:rsidRPr="009F2E9C">
        <w:rPr>
          <w:rFonts w:ascii="Calibri" w:hAnsi="Calibri" w:cs="Calibri"/>
        </w:rPr>
        <w:t>13:01</w:t>
      </w:r>
    </w:p>
    <w:p w14:paraId="3AFF1125" w14:textId="1205CD28" w:rsidR="00976992" w:rsidRPr="009F2E9C" w:rsidRDefault="004912A8">
      <w:pPr>
        <w:spacing w:after="0"/>
        <w:rPr>
          <w:rFonts w:ascii="Calibri" w:hAnsi="Calibri" w:cs="Calibri"/>
        </w:rPr>
      </w:pPr>
      <w:r w:rsidRPr="009F2E9C">
        <w:rPr>
          <w:rFonts w:ascii="Calibri" w:hAnsi="Calibri" w:cs="Calibri"/>
        </w:rPr>
        <w:t xml:space="preserve">I </w:t>
      </w:r>
      <w:r w:rsidR="00812FE2" w:rsidRPr="009F2E9C">
        <w:rPr>
          <w:rFonts w:ascii="Calibri" w:hAnsi="Calibri" w:cs="Calibri"/>
        </w:rPr>
        <w:t xml:space="preserve">don’t </w:t>
      </w:r>
      <w:r w:rsidRPr="009F2E9C">
        <w:rPr>
          <w:rFonts w:ascii="Calibri" w:hAnsi="Calibri" w:cs="Calibri"/>
        </w:rPr>
        <w:t xml:space="preserve">think </w:t>
      </w:r>
      <w:r w:rsidR="00812FE2" w:rsidRPr="009F2E9C">
        <w:rPr>
          <w:rFonts w:ascii="Calibri" w:hAnsi="Calibri" w:cs="Calibri"/>
        </w:rPr>
        <w:t xml:space="preserve">the lottery’s worth it Simon, I think </w:t>
      </w:r>
      <w:r w:rsidRPr="009F2E9C">
        <w:rPr>
          <w:rFonts w:ascii="Calibri" w:hAnsi="Calibri" w:cs="Calibri"/>
        </w:rPr>
        <w:t>you've had all of you</w:t>
      </w:r>
      <w:r w:rsidR="00812FE2" w:rsidRPr="009F2E9C">
        <w:rPr>
          <w:rFonts w:ascii="Calibri" w:hAnsi="Calibri" w:cs="Calibri"/>
        </w:rPr>
        <w:t xml:space="preserve">r luck, haven’t you? </w:t>
      </w:r>
    </w:p>
    <w:p w14:paraId="66417AAD" w14:textId="77777777" w:rsidR="00976992" w:rsidRPr="009F2E9C" w:rsidRDefault="00976992">
      <w:pPr>
        <w:spacing w:after="0"/>
        <w:rPr>
          <w:rFonts w:ascii="Calibri" w:hAnsi="Calibri" w:cs="Calibri"/>
        </w:rPr>
      </w:pPr>
    </w:p>
    <w:p w14:paraId="790C2E90" w14:textId="4E75587A"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13:05</w:t>
      </w:r>
    </w:p>
    <w:p w14:paraId="3254921A" w14:textId="286987AE" w:rsidR="00FB3E6F" w:rsidRPr="009F2E9C" w:rsidRDefault="004912A8">
      <w:pPr>
        <w:spacing w:after="0"/>
        <w:rPr>
          <w:rFonts w:ascii="Calibri" w:hAnsi="Calibri" w:cs="Calibri"/>
        </w:rPr>
      </w:pPr>
      <w:r w:rsidRPr="009F2E9C">
        <w:rPr>
          <w:rFonts w:ascii="Calibri" w:hAnsi="Calibri" w:cs="Calibri"/>
        </w:rPr>
        <w:t>Well, I'm convinced of that as well</w:t>
      </w:r>
      <w:r w:rsidR="00812FE2" w:rsidRPr="009F2E9C">
        <w:rPr>
          <w:rFonts w:ascii="Calibri" w:hAnsi="Calibri" w:cs="Calibri"/>
        </w:rPr>
        <w:t>,</w:t>
      </w:r>
      <w:r w:rsidR="009F2E9C">
        <w:rPr>
          <w:rFonts w:ascii="Calibri" w:hAnsi="Calibri" w:cs="Calibri"/>
        </w:rPr>
        <w:t xml:space="preserve"> </w:t>
      </w:r>
      <w:r w:rsidRPr="009F2E9C">
        <w:rPr>
          <w:rFonts w:ascii="Calibri" w:hAnsi="Calibri" w:cs="Calibri"/>
        </w:rPr>
        <w:t xml:space="preserve">I just want to know who I'm giving all my money to, </w:t>
      </w:r>
      <w:r w:rsidR="00947C97" w:rsidRPr="009F2E9C">
        <w:rPr>
          <w:rFonts w:ascii="Calibri" w:hAnsi="Calibri" w:cs="Calibri"/>
        </w:rPr>
        <w:t>I might as well give it all straight to them</w:t>
      </w:r>
      <w:r w:rsidRPr="009F2E9C">
        <w:rPr>
          <w:rFonts w:ascii="Calibri" w:hAnsi="Calibri" w:cs="Calibri"/>
        </w:rPr>
        <w:t>.</w:t>
      </w:r>
      <w:r w:rsidR="00947C97" w:rsidRPr="009F2E9C">
        <w:rPr>
          <w:rFonts w:ascii="Calibri" w:hAnsi="Calibri" w:cs="Calibri"/>
        </w:rPr>
        <w:t xml:space="preserve"> {laughter}</w:t>
      </w:r>
      <w:r w:rsidR="009F2E9C">
        <w:rPr>
          <w:rFonts w:ascii="Calibri" w:hAnsi="Calibri" w:cs="Calibri"/>
        </w:rPr>
        <w:t xml:space="preserve"> </w:t>
      </w:r>
      <w:r w:rsidRPr="009F2E9C">
        <w:rPr>
          <w:rFonts w:ascii="Calibri" w:hAnsi="Calibri" w:cs="Calibri"/>
        </w:rPr>
        <w:t>But no, we got back home eventually</w:t>
      </w:r>
      <w:r w:rsidR="00947C97" w:rsidRPr="009F2E9C">
        <w:rPr>
          <w:rFonts w:ascii="Calibri" w:hAnsi="Calibri" w:cs="Calibri"/>
        </w:rPr>
        <w:t xml:space="preserve"> and I got </w:t>
      </w:r>
      <w:r w:rsidRPr="009F2E9C">
        <w:rPr>
          <w:rFonts w:ascii="Calibri" w:hAnsi="Calibri" w:cs="Calibri"/>
        </w:rPr>
        <w:t>wheeled into a transit hospital at RAF Lyneham</w:t>
      </w:r>
      <w:r w:rsidR="00947C97" w:rsidRPr="009F2E9C">
        <w:rPr>
          <w:rFonts w:ascii="Calibri" w:hAnsi="Calibri" w:cs="Calibri"/>
        </w:rPr>
        <w:t xml:space="preserve"> a</w:t>
      </w:r>
      <w:r w:rsidRPr="009F2E9C">
        <w:rPr>
          <w:rFonts w:ascii="Calibri" w:hAnsi="Calibri" w:cs="Calibri"/>
        </w:rPr>
        <w:t>nd my mother and my grandmother were there</w:t>
      </w:r>
      <w:r w:rsidR="00947C97" w:rsidRPr="009F2E9C">
        <w:rPr>
          <w:rFonts w:ascii="Calibri" w:hAnsi="Calibri" w:cs="Calibri"/>
        </w:rPr>
        <w:t xml:space="preserve"> a</w:t>
      </w:r>
      <w:r w:rsidRPr="009F2E9C">
        <w:rPr>
          <w:rFonts w:ascii="Calibri" w:hAnsi="Calibri" w:cs="Calibri"/>
        </w:rPr>
        <w:t xml:space="preserve">nd our </w:t>
      </w:r>
      <w:r w:rsidR="002A07E9">
        <w:rPr>
          <w:rFonts w:ascii="Calibri" w:hAnsi="Calibri" w:cs="Calibri"/>
        </w:rPr>
        <w:t>M</w:t>
      </w:r>
      <w:r w:rsidR="00947C97" w:rsidRPr="009F2E9C">
        <w:rPr>
          <w:rFonts w:ascii="Calibri" w:hAnsi="Calibri" w:cs="Calibri"/>
        </w:rPr>
        <w:t>a</w:t>
      </w:r>
      <w:r w:rsidRPr="009F2E9C">
        <w:rPr>
          <w:rFonts w:ascii="Calibri" w:hAnsi="Calibri" w:cs="Calibri"/>
        </w:rPr>
        <w:t xml:space="preserve">m said to my grandmother, she said, </w:t>
      </w:r>
      <w:r w:rsidR="00947C97" w:rsidRPr="009F2E9C">
        <w:rPr>
          <w:rFonts w:ascii="Calibri" w:hAnsi="Calibri" w:cs="Calibri"/>
        </w:rPr>
        <w:t>‘</w:t>
      </w:r>
      <w:r w:rsidRPr="009F2E9C">
        <w:rPr>
          <w:rFonts w:ascii="Calibri" w:hAnsi="Calibri" w:cs="Calibri"/>
        </w:rPr>
        <w:t>Oh, M</w:t>
      </w:r>
      <w:r w:rsidR="00947C97" w:rsidRPr="009F2E9C">
        <w:rPr>
          <w:rFonts w:ascii="Calibri" w:hAnsi="Calibri" w:cs="Calibri"/>
        </w:rPr>
        <w:t>a</w:t>
      </w:r>
      <w:r w:rsidRPr="009F2E9C">
        <w:rPr>
          <w:rFonts w:ascii="Calibri" w:hAnsi="Calibri" w:cs="Calibri"/>
        </w:rPr>
        <w:t>m, look at this poor boy</w:t>
      </w:r>
      <w:r w:rsidR="00947C97" w:rsidRPr="009F2E9C">
        <w:rPr>
          <w:rFonts w:ascii="Calibri" w:hAnsi="Calibri" w:cs="Calibri"/>
        </w:rPr>
        <w:t>’</w:t>
      </w:r>
      <w:r w:rsidRPr="009F2E9C">
        <w:rPr>
          <w:rFonts w:ascii="Calibri" w:hAnsi="Calibri" w:cs="Calibri"/>
        </w:rPr>
        <w:t xml:space="preserve"> </w:t>
      </w:r>
      <w:r w:rsidR="00947C97" w:rsidRPr="009F2E9C">
        <w:rPr>
          <w:rFonts w:ascii="Calibri" w:hAnsi="Calibri" w:cs="Calibri"/>
        </w:rPr>
        <w:t>a</w:t>
      </w:r>
      <w:r w:rsidRPr="009F2E9C">
        <w:rPr>
          <w:rFonts w:ascii="Calibri" w:hAnsi="Calibri" w:cs="Calibri"/>
        </w:rPr>
        <w:t xml:space="preserve">nd I </w:t>
      </w:r>
      <w:r w:rsidR="00947C97" w:rsidRPr="009F2E9C">
        <w:rPr>
          <w:rFonts w:ascii="Calibri" w:hAnsi="Calibri" w:cs="Calibri"/>
        </w:rPr>
        <w:t>cried out ‘</w:t>
      </w:r>
      <w:r w:rsidR="009D525A" w:rsidRPr="009F2E9C">
        <w:rPr>
          <w:rFonts w:ascii="Calibri" w:hAnsi="Calibri" w:cs="Calibri"/>
        </w:rPr>
        <w:t>Hey, m</w:t>
      </w:r>
      <w:r w:rsidR="00947C97" w:rsidRPr="009F2E9C">
        <w:rPr>
          <w:rFonts w:ascii="Calibri" w:hAnsi="Calibri" w:cs="Calibri"/>
        </w:rPr>
        <w:t>a</w:t>
      </w:r>
      <w:r w:rsidRPr="009F2E9C">
        <w:rPr>
          <w:rFonts w:ascii="Calibri" w:hAnsi="Calibri" w:cs="Calibri"/>
        </w:rPr>
        <w:t>m, it's me</w:t>
      </w:r>
      <w:r w:rsidR="009D525A" w:rsidRPr="009F2E9C">
        <w:rPr>
          <w:rFonts w:ascii="Calibri" w:hAnsi="Calibri" w:cs="Calibri"/>
        </w:rPr>
        <w:t>’</w:t>
      </w:r>
      <w:r w:rsidR="009F2E9C">
        <w:rPr>
          <w:rFonts w:ascii="Calibri" w:hAnsi="Calibri" w:cs="Calibri"/>
        </w:rPr>
        <w:t xml:space="preserve"> </w:t>
      </w:r>
      <w:r w:rsidR="009D525A" w:rsidRPr="009F2E9C">
        <w:rPr>
          <w:rFonts w:ascii="Calibri" w:hAnsi="Calibri" w:cs="Calibri"/>
        </w:rPr>
        <w:t xml:space="preserve">then she </w:t>
      </w:r>
      <w:r w:rsidR="00C041FD">
        <w:rPr>
          <w:rFonts w:ascii="Calibri" w:hAnsi="Calibri" w:cs="Calibri"/>
        </w:rPr>
        <w:t>recognised</w:t>
      </w:r>
      <w:r w:rsidR="009D525A" w:rsidRPr="009F2E9C">
        <w:rPr>
          <w:rFonts w:ascii="Calibri" w:hAnsi="Calibri" w:cs="Calibri"/>
        </w:rPr>
        <w:t xml:space="preserve"> my voice</w:t>
      </w:r>
      <w:r w:rsidRPr="009F2E9C">
        <w:rPr>
          <w:rFonts w:ascii="Calibri" w:hAnsi="Calibri" w:cs="Calibri"/>
        </w:rPr>
        <w:t xml:space="preserve">, </w:t>
      </w:r>
      <w:r w:rsidR="009D525A" w:rsidRPr="009F2E9C">
        <w:rPr>
          <w:rFonts w:ascii="Calibri" w:hAnsi="Calibri" w:cs="Calibri"/>
        </w:rPr>
        <w:t xml:space="preserve">her </w:t>
      </w:r>
      <w:r w:rsidRPr="009F2E9C">
        <w:rPr>
          <w:rFonts w:ascii="Calibri" w:hAnsi="Calibri" w:cs="Calibri"/>
        </w:rPr>
        <w:t xml:space="preserve">face </w:t>
      </w:r>
      <w:r w:rsidR="009D525A" w:rsidRPr="009F2E9C">
        <w:rPr>
          <w:rFonts w:ascii="Calibri" w:hAnsi="Calibri" w:cs="Calibri"/>
        </w:rPr>
        <w:t xml:space="preserve">turned </w:t>
      </w:r>
      <w:r w:rsidRPr="009F2E9C">
        <w:rPr>
          <w:rFonts w:ascii="Calibri" w:hAnsi="Calibri" w:cs="Calibri"/>
        </w:rPr>
        <w:t>to stone</w:t>
      </w:r>
      <w:r w:rsidR="009D525A" w:rsidRPr="009F2E9C">
        <w:rPr>
          <w:rFonts w:ascii="Calibri" w:hAnsi="Calibri" w:cs="Calibri"/>
        </w:rPr>
        <w:t xml:space="preserve"> a</w:t>
      </w:r>
      <w:r w:rsidRPr="009F2E9C">
        <w:rPr>
          <w:rFonts w:ascii="Calibri" w:hAnsi="Calibri" w:cs="Calibri"/>
        </w:rPr>
        <w:t xml:space="preserve">nd she had to be taken away, to calm her down, because obviously </w:t>
      </w:r>
      <w:r w:rsidR="009D525A" w:rsidRPr="009F2E9C">
        <w:rPr>
          <w:rFonts w:ascii="Calibri" w:hAnsi="Calibri" w:cs="Calibri"/>
        </w:rPr>
        <w:t xml:space="preserve">she’d </w:t>
      </w:r>
      <w:r w:rsidRPr="009F2E9C">
        <w:rPr>
          <w:rFonts w:ascii="Calibri" w:hAnsi="Calibri" w:cs="Calibri"/>
        </w:rPr>
        <w:t>reali</w:t>
      </w:r>
      <w:r w:rsidR="002A07E9">
        <w:rPr>
          <w:rFonts w:ascii="Calibri" w:hAnsi="Calibri" w:cs="Calibri"/>
        </w:rPr>
        <w:t>s</w:t>
      </w:r>
      <w:r w:rsidRPr="009F2E9C">
        <w:rPr>
          <w:rFonts w:ascii="Calibri" w:hAnsi="Calibri" w:cs="Calibri"/>
        </w:rPr>
        <w:t>e</w:t>
      </w:r>
      <w:r w:rsidR="009D525A" w:rsidRPr="009F2E9C">
        <w:rPr>
          <w:rFonts w:ascii="Calibri" w:hAnsi="Calibri" w:cs="Calibri"/>
        </w:rPr>
        <w:t>d</w:t>
      </w:r>
      <w:r w:rsidRPr="009F2E9C">
        <w:rPr>
          <w:rFonts w:ascii="Calibri" w:hAnsi="Calibri" w:cs="Calibri"/>
        </w:rPr>
        <w:t xml:space="preserve"> </w:t>
      </w:r>
      <w:r w:rsidR="009D525A" w:rsidRPr="009F2E9C">
        <w:rPr>
          <w:rFonts w:ascii="Calibri" w:hAnsi="Calibri" w:cs="Calibri"/>
        </w:rPr>
        <w:t xml:space="preserve">her </w:t>
      </w:r>
      <w:r w:rsidRPr="009F2E9C">
        <w:rPr>
          <w:rFonts w:ascii="Calibri" w:hAnsi="Calibri" w:cs="Calibri"/>
        </w:rPr>
        <w:t>son was never going to look the same. And then</w:t>
      </w:r>
      <w:r w:rsidR="009D525A" w:rsidRPr="009F2E9C">
        <w:rPr>
          <w:rFonts w:ascii="Calibri" w:hAnsi="Calibri" w:cs="Calibri"/>
        </w:rPr>
        <w:t>,</w:t>
      </w:r>
      <w:r w:rsidRPr="009F2E9C">
        <w:rPr>
          <w:rFonts w:ascii="Calibri" w:hAnsi="Calibri" w:cs="Calibri"/>
        </w:rPr>
        <w:t xml:space="preserve"> I got taken up to </w:t>
      </w:r>
      <w:r w:rsidR="009D525A" w:rsidRPr="009F2E9C">
        <w:rPr>
          <w:rFonts w:ascii="Calibri" w:hAnsi="Calibri" w:cs="Calibri"/>
        </w:rPr>
        <w:t xml:space="preserve">Woolwich </w:t>
      </w:r>
      <w:r w:rsidRPr="009F2E9C">
        <w:rPr>
          <w:rFonts w:ascii="Calibri" w:hAnsi="Calibri" w:cs="Calibri"/>
        </w:rPr>
        <w:t>in southeast London where we had a military hospital</w:t>
      </w:r>
      <w:r w:rsidR="009D525A" w:rsidRPr="009F2E9C">
        <w:rPr>
          <w:rFonts w:ascii="Calibri" w:hAnsi="Calibri" w:cs="Calibri"/>
        </w:rPr>
        <w:t xml:space="preserve"> a</w:t>
      </w:r>
      <w:r w:rsidRPr="009F2E9C">
        <w:rPr>
          <w:rFonts w:ascii="Calibri" w:hAnsi="Calibri" w:cs="Calibri"/>
        </w:rPr>
        <w:t>nd that's whe</w:t>
      </w:r>
      <w:r w:rsidR="00F10D31" w:rsidRPr="009F2E9C">
        <w:rPr>
          <w:rFonts w:ascii="Calibri" w:hAnsi="Calibri" w:cs="Calibri"/>
        </w:rPr>
        <w:t>re</w:t>
      </w:r>
      <w:r w:rsidRPr="009F2E9C">
        <w:rPr>
          <w:rFonts w:ascii="Calibri" w:hAnsi="Calibri" w:cs="Calibri"/>
        </w:rPr>
        <w:t xml:space="preserve"> it all began really</w:t>
      </w:r>
      <w:r w:rsidR="00F10D31" w:rsidRPr="009F2E9C">
        <w:rPr>
          <w:rFonts w:ascii="Calibri" w:hAnsi="Calibri" w:cs="Calibri"/>
        </w:rPr>
        <w:t>,</w:t>
      </w:r>
      <w:r w:rsidRPr="009F2E9C">
        <w:rPr>
          <w:rFonts w:ascii="Calibri" w:hAnsi="Calibri" w:cs="Calibri"/>
        </w:rPr>
        <w:t xml:space="preserve"> </w:t>
      </w:r>
      <w:r w:rsidR="00F10D31" w:rsidRPr="009F2E9C">
        <w:rPr>
          <w:rFonts w:ascii="Calibri" w:hAnsi="Calibri" w:cs="Calibri"/>
        </w:rPr>
        <w:t xml:space="preserve">you know, </w:t>
      </w:r>
      <w:r w:rsidRPr="009F2E9C">
        <w:rPr>
          <w:rFonts w:ascii="Calibri" w:hAnsi="Calibri" w:cs="Calibri"/>
        </w:rPr>
        <w:t xml:space="preserve">the Film Unit was there and filmed me coming off the helicopter. I </w:t>
      </w:r>
      <w:r w:rsidR="00F10D31" w:rsidRPr="009F2E9C">
        <w:rPr>
          <w:rFonts w:ascii="Calibri" w:hAnsi="Calibri" w:cs="Calibri"/>
        </w:rPr>
        <w:t xml:space="preserve">had </w:t>
      </w:r>
      <w:r w:rsidRPr="009F2E9C">
        <w:rPr>
          <w:rFonts w:ascii="Calibri" w:hAnsi="Calibri" w:cs="Calibri"/>
        </w:rPr>
        <w:t>a few choice words for the Film Unit because I thought they were there to make a freak show, you know, exploit the injured. And then I got taken in</w:t>
      </w:r>
      <w:r w:rsidR="00F10D31" w:rsidRPr="009F2E9C">
        <w:rPr>
          <w:rFonts w:ascii="Calibri" w:hAnsi="Calibri" w:cs="Calibri"/>
        </w:rPr>
        <w:t>,</w:t>
      </w:r>
      <w:r w:rsidRPr="009F2E9C">
        <w:rPr>
          <w:rFonts w:ascii="Calibri" w:hAnsi="Calibri" w:cs="Calibri"/>
        </w:rPr>
        <w:t xml:space="preserve"> got given a bath which took about four hours. It was so painful, because</w:t>
      </w:r>
      <w:r w:rsidR="002A07E9">
        <w:rPr>
          <w:rFonts w:ascii="Calibri" w:hAnsi="Calibri" w:cs="Calibri"/>
        </w:rPr>
        <w:t>,</w:t>
      </w:r>
      <w:r w:rsidRPr="009F2E9C">
        <w:rPr>
          <w:rFonts w:ascii="Calibri" w:hAnsi="Calibri" w:cs="Calibri"/>
        </w:rPr>
        <w:t xml:space="preserve"> because of the engine </w:t>
      </w:r>
      <w:r w:rsidR="00F10D31" w:rsidRPr="009F2E9C">
        <w:rPr>
          <w:rFonts w:ascii="Calibri" w:hAnsi="Calibri" w:cs="Calibri"/>
        </w:rPr>
        <w:t xml:space="preserve">fall </w:t>
      </w:r>
      <w:r w:rsidRPr="009F2E9C">
        <w:rPr>
          <w:rFonts w:ascii="Calibri" w:hAnsi="Calibri" w:cs="Calibri"/>
        </w:rPr>
        <w:t xml:space="preserve">of the aircraft I had </w:t>
      </w:r>
      <w:r w:rsidR="00F10D31" w:rsidRPr="009F2E9C">
        <w:rPr>
          <w:rFonts w:ascii="Calibri" w:hAnsi="Calibri" w:cs="Calibri"/>
        </w:rPr>
        <w:t xml:space="preserve">my </w:t>
      </w:r>
      <w:r w:rsidRPr="009F2E9C">
        <w:rPr>
          <w:rFonts w:ascii="Calibri" w:hAnsi="Calibri" w:cs="Calibri"/>
        </w:rPr>
        <w:t>dressings on for about four or five days</w:t>
      </w:r>
      <w:r w:rsidR="00F10D31" w:rsidRPr="009F2E9C">
        <w:rPr>
          <w:rFonts w:ascii="Calibri" w:hAnsi="Calibri" w:cs="Calibri"/>
        </w:rPr>
        <w:t xml:space="preserve"> a</w:t>
      </w:r>
      <w:r w:rsidRPr="009F2E9C">
        <w:rPr>
          <w:rFonts w:ascii="Calibri" w:hAnsi="Calibri" w:cs="Calibri"/>
        </w:rPr>
        <w:t xml:space="preserve">nd </w:t>
      </w:r>
      <w:r w:rsidR="00F10D31" w:rsidRPr="009F2E9C">
        <w:rPr>
          <w:rFonts w:ascii="Calibri" w:hAnsi="Calibri" w:cs="Calibri"/>
        </w:rPr>
        <w:t xml:space="preserve">they </w:t>
      </w:r>
      <w:r w:rsidRPr="009F2E9C">
        <w:rPr>
          <w:rFonts w:ascii="Calibri" w:hAnsi="Calibri" w:cs="Calibri"/>
        </w:rPr>
        <w:t xml:space="preserve">had welded to me. </w:t>
      </w:r>
    </w:p>
    <w:p w14:paraId="500ED0AC" w14:textId="77777777" w:rsidR="002A07E9" w:rsidRDefault="002A07E9">
      <w:pPr>
        <w:spacing w:after="0"/>
        <w:rPr>
          <w:rFonts w:ascii="Calibri" w:hAnsi="Calibri" w:cs="Calibri"/>
        </w:rPr>
      </w:pPr>
    </w:p>
    <w:p w14:paraId="2884D7D8" w14:textId="572A3EE2" w:rsidR="00FB3E6F" w:rsidRDefault="00FB3E6F">
      <w:pPr>
        <w:spacing w:after="0"/>
        <w:rPr>
          <w:rFonts w:ascii="Calibri" w:hAnsi="Calibri" w:cs="Calibri"/>
        </w:rPr>
      </w:pPr>
      <w:r w:rsidRPr="009F2E9C">
        <w:rPr>
          <w:rFonts w:ascii="Calibri" w:hAnsi="Calibri" w:cs="Calibri"/>
        </w:rPr>
        <w:t xml:space="preserve">Alice: </w:t>
      </w:r>
      <w:r w:rsidR="004912A8" w:rsidRPr="009F2E9C">
        <w:rPr>
          <w:rFonts w:ascii="Calibri" w:hAnsi="Calibri" w:cs="Calibri"/>
        </w:rPr>
        <w:t>Oh,</w:t>
      </w:r>
      <w:r w:rsidR="002006D9">
        <w:rPr>
          <w:rFonts w:ascii="Calibri" w:hAnsi="Calibri" w:cs="Calibri"/>
        </w:rPr>
        <w:t xml:space="preserve"> </w:t>
      </w:r>
      <w:r w:rsidRPr="009F2E9C">
        <w:rPr>
          <w:rFonts w:ascii="Calibri" w:hAnsi="Calibri" w:cs="Calibri"/>
        </w:rPr>
        <w:t xml:space="preserve">God </w:t>
      </w:r>
    </w:p>
    <w:p w14:paraId="27AA9BDD" w14:textId="77777777" w:rsidR="002006D9" w:rsidRPr="009F2E9C" w:rsidRDefault="002006D9">
      <w:pPr>
        <w:spacing w:after="0"/>
        <w:rPr>
          <w:rFonts w:ascii="Calibri" w:hAnsi="Calibri" w:cs="Calibri"/>
        </w:rPr>
      </w:pPr>
    </w:p>
    <w:p w14:paraId="6CB7B892" w14:textId="7D9C7CAA" w:rsidR="00EA3469" w:rsidRPr="009F2E9C" w:rsidRDefault="00FB3E6F">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002006D9" w:rsidRPr="009F2E9C">
        <w:rPr>
          <w:rFonts w:ascii="Calibri" w:hAnsi="Calibri" w:cs="Calibri"/>
        </w:rPr>
        <w:t>So,</w:t>
      </w:r>
      <w:r w:rsidR="004912A8" w:rsidRPr="009F2E9C">
        <w:rPr>
          <w:rFonts w:ascii="Calibri" w:hAnsi="Calibri" w:cs="Calibri"/>
        </w:rPr>
        <w:t xml:space="preserve"> they kept filling me with painkillers to a point where I wouldn't die</w:t>
      </w:r>
      <w:r w:rsidRPr="009F2E9C">
        <w:rPr>
          <w:rFonts w:ascii="Calibri" w:hAnsi="Calibri" w:cs="Calibri"/>
        </w:rPr>
        <w:t xml:space="preserve"> b</w:t>
      </w:r>
      <w:r w:rsidR="004912A8" w:rsidRPr="009F2E9C">
        <w:rPr>
          <w:rFonts w:ascii="Calibri" w:hAnsi="Calibri" w:cs="Calibri"/>
        </w:rPr>
        <w:t xml:space="preserve">ut I was in so much pain. And yeah, and then they put me on </w:t>
      </w:r>
      <w:r w:rsidRPr="009F2E9C">
        <w:rPr>
          <w:rFonts w:ascii="Calibri" w:hAnsi="Calibri" w:cs="Calibri"/>
        </w:rPr>
        <w:t xml:space="preserve">a </w:t>
      </w:r>
      <w:r w:rsidR="004912A8" w:rsidRPr="009F2E9C">
        <w:rPr>
          <w:rFonts w:ascii="Calibri" w:hAnsi="Calibri" w:cs="Calibri"/>
        </w:rPr>
        <w:t>thin</w:t>
      </w:r>
      <w:r w:rsidRPr="009F2E9C">
        <w:rPr>
          <w:rFonts w:ascii="Calibri" w:hAnsi="Calibri" w:cs="Calibri"/>
        </w:rPr>
        <w:t>g</w:t>
      </w:r>
      <w:r w:rsidR="004912A8" w:rsidRPr="009F2E9C">
        <w:rPr>
          <w:rFonts w:ascii="Calibri" w:hAnsi="Calibri" w:cs="Calibri"/>
        </w:rPr>
        <w:t xml:space="preserve"> </w:t>
      </w:r>
      <w:r w:rsidRPr="009F2E9C">
        <w:rPr>
          <w:rFonts w:ascii="Calibri" w:hAnsi="Calibri" w:cs="Calibri"/>
        </w:rPr>
        <w:t xml:space="preserve">called a </w:t>
      </w:r>
      <w:r w:rsidR="004912A8" w:rsidRPr="009F2E9C">
        <w:rPr>
          <w:rFonts w:ascii="Calibri" w:hAnsi="Calibri" w:cs="Calibri"/>
        </w:rPr>
        <w:t>low air loss bed which was pill</w:t>
      </w:r>
      <w:r w:rsidRPr="009F2E9C">
        <w:rPr>
          <w:rFonts w:ascii="Calibri" w:hAnsi="Calibri" w:cs="Calibri"/>
        </w:rPr>
        <w:t>ow</w:t>
      </w:r>
      <w:r w:rsidR="004912A8" w:rsidRPr="009F2E9C">
        <w:rPr>
          <w:rFonts w:ascii="Calibri" w:hAnsi="Calibri" w:cs="Calibri"/>
        </w:rPr>
        <w:t>s of hot air, which stopped pressure sores. And then yeah, they waited a week or so before they started operating and then they started operating once the swelling had gone down from travel</w:t>
      </w:r>
      <w:r w:rsidRPr="009F2E9C">
        <w:rPr>
          <w:rFonts w:ascii="Calibri" w:hAnsi="Calibri" w:cs="Calibri"/>
        </w:rPr>
        <w:t xml:space="preserve"> a</w:t>
      </w:r>
      <w:r w:rsidR="004912A8" w:rsidRPr="009F2E9C">
        <w:rPr>
          <w:rFonts w:ascii="Calibri" w:hAnsi="Calibri" w:cs="Calibri"/>
        </w:rPr>
        <w:t>nd they</w:t>
      </w:r>
      <w:r w:rsidRPr="009F2E9C">
        <w:rPr>
          <w:rFonts w:ascii="Calibri" w:hAnsi="Calibri" w:cs="Calibri"/>
        </w:rPr>
        <w:t>’d</w:t>
      </w:r>
      <w:r w:rsidR="004912A8" w:rsidRPr="009F2E9C">
        <w:rPr>
          <w:rFonts w:ascii="Calibri" w:hAnsi="Calibri" w:cs="Calibri"/>
        </w:rPr>
        <w:t xml:space="preserve"> assess</w:t>
      </w:r>
      <w:r w:rsidRPr="009F2E9C">
        <w:rPr>
          <w:rFonts w:ascii="Calibri" w:hAnsi="Calibri" w:cs="Calibri"/>
        </w:rPr>
        <w:t>ed</w:t>
      </w:r>
      <w:r w:rsidR="004912A8" w:rsidRPr="009F2E9C">
        <w:rPr>
          <w:rFonts w:ascii="Calibri" w:hAnsi="Calibri" w:cs="Calibri"/>
        </w:rPr>
        <w:t xml:space="preserve"> what they could do and how much of it they could do in you know</w:t>
      </w:r>
      <w:r w:rsidR="00C041FD">
        <w:rPr>
          <w:rFonts w:ascii="Calibri" w:hAnsi="Calibri" w:cs="Calibri"/>
        </w:rPr>
        <w:t>,</w:t>
      </w:r>
      <w:r w:rsidR="004912A8" w:rsidRPr="009F2E9C">
        <w:rPr>
          <w:rFonts w:ascii="Calibri" w:hAnsi="Calibri" w:cs="Calibri"/>
        </w:rPr>
        <w:t xml:space="preserve"> in one go. Because really what the object was then</w:t>
      </w:r>
      <w:r w:rsidR="000E5F1A" w:rsidRPr="009F2E9C">
        <w:rPr>
          <w:rFonts w:ascii="Calibri" w:hAnsi="Calibri" w:cs="Calibri"/>
        </w:rPr>
        <w:t>,</w:t>
      </w:r>
      <w:r w:rsidR="004912A8" w:rsidRPr="009F2E9C">
        <w:rPr>
          <w:rFonts w:ascii="Calibri" w:hAnsi="Calibri" w:cs="Calibri"/>
        </w:rPr>
        <w:t xml:space="preserve"> because over half my body was open wounds</w:t>
      </w:r>
      <w:r w:rsidR="000E5F1A" w:rsidRPr="009F2E9C">
        <w:rPr>
          <w:rFonts w:ascii="Calibri" w:hAnsi="Calibri" w:cs="Calibri"/>
        </w:rPr>
        <w:t>, w</w:t>
      </w:r>
      <w:r w:rsidR="004912A8" w:rsidRPr="009F2E9C">
        <w:rPr>
          <w:rFonts w:ascii="Calibri" w:hAnsi="Calibri" w:cs="Calibri"/>
        </w:rPr>
        <w:t xml:space="preserve">hat they wanted to do was clear away all the infection. </w:t>
      </w:r>
      <w:r w:rsidR="00C041FD">
        <w:rPr>
          <w:rFonts w:ascii="Calibri" w:hAnsi="Calibri" w:cs="Calibri"/>
        </w:rPr>
        <w:t>T</w:t>
      </w:r>
      <w:r w:rsidR="004912A8" w:rsidRPr="009F2E9C">
        <w:rPr>
          <w:rFonts w:ascii="Calibri" w:hAnsi="Calibri" w:cs="Calibri"/>
        </w:rPr>
        <w:t xml:space="preserve">hen what </w:t>
      </w:r>
      <w:r w:rsidR="00C041FD">
        <w:rPr>
          <w:rFonts w:ascii="Calibri" w:hAnsi="Calibri" w:cs="Calibri"/>
        </w:rPr>
        <w:t>t</w:t>
      </w:r>
      <w:r w:rsidR="004912A8" w:rsidRPr="009F2E9C">
        <w:rPr>
          <w:rFonts w:ascii="Calibri" w:hAnsi="Calibri" w:cs="Calibri"/>
        </w:rPr>
        <w:t xml:space="preserve">hey wanted to do was to cover as much of my open wounds as possible to stop infections. And, you know, if ever we've learned more about infection, even people who didn't care, </w:t>
      </w:r>
      <w:r w:rsidR="00C041FD">
        <w:rPr>
          <w:rFonts w:ascii="Calibri" w:hAnsi="Calibri" w:cs="Calibri"/>
        </w:rPr>
        <w:t xml:space="preserve">now </w:t>
      </w:r>
      <w:r w:rsidR="004912A8" w:rsidRPr="009F2E9C">
        <w:rPr>
          <w:rFonts w:ascii="Calibri" w:hAnsi="Calibri" w:cs="Calibri"/>
        </w:rPr>
        <w:t xml:space="preserve">know about infection, though, after the last 18 months, you know, </w:t>
      </w:r>
      <w:r w:rsidR="000E5F1A" w:rsidRPr="009F2E9C">
        <w:rPr>
          <w:rFonts w:ascii="Calibri" w:hAnsi="Calibri" w:cs="Calibri"/>
        </w:rPr>
        <w:t xml:space="preserve">with </w:t>
      </w:r>
      <w:r w:rsidR="004912A8" w:rsidRPr="009F2E9C">
        <w:rPr>
          <w:rFonts w:ascii="Calibri" w:hAnsi="Calibri" w:cs="Calibri"/>
        </w:rPr>
        <w:t xml:space="preserve">COVID or the </w:t>
      </w:r>
      <w:r w:rsidR="00EA3469" w:rsidRPr="009F2E9C">
        <w:rPr>
          <w:rFonts w:ascii="Calibri" w:hAnsi="Calibri" w:cs="Calibri"/>
        </w:rPr>
        <w:t>‘</w:t>
      </w:r>
      <w:r w:rsidR="004912A8" w:rsidRPr="009F2E9C">
        <w:rPr>
          <w:rFonts w:ascii="Calibri" w:hAnsi="Calibri" w:cs="Calibri"/>
        </w:rPr>
        <w:t>vid</w:t>
      </w:r>
      <w:r w:rsidR="00EA3469" w:rsidRPr="009F2E9C">
        <w:rPr>
          <w:rFonts w:ascii="Calibri" w:hAnsi="Calibri" w:cs="Calibri"/>
        </w:rPr>
        <w:t>’</w:t>
      </w:r>
      <w:r w:rsidR="004912A8" w:rsidRPr="009F2E9C">
        <w:rPr>
          <w:rFonts w:ascii="Calibri" w:hAnsi="Calibri" w:cs="Calibri"/>
        </w:rPr>
        <w:t xml:space="preserve"> as my </w:t>
      </w:r>
      <w:r w:rsidR="00EA3469" w:rsidRPr="009F2E9C">
        <w:rPr>
          <w:rFonts w:ascii="Calibri" w:hAnsi="Calibri" w:cs="Calibri"/>
        </w:rPr>
        <w:t>kids keep calling it.</w:t>
      </w:r>
    </w:p>
    <w:p w14:paraId="5A965403" w14:textId="77777777" w:rsidR="00C041FD" w:rsidRDefault="00C041FD">
      <w:pPr>
        <w:spacing w:after="0"/>
        <w:rPr>
          <w:rFonts w:ascii="Calibri" w:hAnsi="Calibri" w:cs="Calibri"/>
        </w:rPr>
      </w:pPr>
    </w:p>
    <w:p w14:paraId="5741ED10" w14:textId="77678CED" w:rsidR="00EA3469" w:rsidRPr="009F2E9C" w:rsidRDefault="00EA3469">
      <w:pPr>
        <w:spacing w:after="0"/>
        <w:rPr>
          <w:rFonts w:ascii="Calibri" w:hAnsi="Calibri" w:cs="Calibri"/>
        </w:rPr>
      </w:pPr>
      <w:r w:rsidRPr="009F2E9C">
        <w:rPr>
          <w:rFonts w:ascii="Calibri" w:hAnsi="Calibri" w:cs="Calibri"/>
        </w:rPr>
        <w:t>Lucy: ‘The vid’</w:t>
      </w:r>
    </w:p>
    <w:p w14:paraId="30590C22" w14:textId="77777777" w:rsidR="00C041FD" w:rsidRDefault="00C041FD">
      <w:pPr>
        <w:spacing w:after="0"/>
        <w:rPr>
          <w:rFonts w:ascii="Calibri" w:hAnsi="Calibri" w:cs="Calibri"/>
        </w:rPr>
      </w:pPr>
    </w:p>
    <w:p w14:paraId="636343D8" w14:textId="30715472" w:rsidR="00976992" w:rsidRPr="009F2E9C" w:rsidRDefault="00EA3469">
      <w:pPr>
        <w:spacing w:after="0"/>
        <w:rPr>
          <w:rFonts w:ascii="Calibri" w:hAnsi="Calibri" w:cs="Calibri"/>
        </w:rPr>
      </w:pPr>
      <w:r w:rsidRPr="009F2E9C">
        <w:rPr>
          <w:rFonts w:ascii="Calibri" w:hAnsi="Calibri" w:cs="Calibri"/>
        </w:rPr>
        <w:t xml:space="preserve">Simon Weston: It’s not </w:t>
      </w:r>
      <w:r w:rsidR="004912A8" w:rsidRPr="009F2E9C">
        <w:rPr>
          <w:rFonts w:ascii="Calibri" w:hAnsi="Calibri" w:cs="Calibri"/>
        </w:rPr>
        <w:t>COVID anymore</w:t>
      </w:r>
      <w:r w:rsidRPr="009F2E9C">
        <w:rPr>
          <w:rFonts w:ascii="Calibri" w:hAnsi="Calibri" w:cs="Calibri"/>
        </w:rPr>
        <w:t>, it’s ‘the vid’.</w:t>
      </w:r>
      <w:r w:rsidR="004912A8" w:rsidRPr="009F2E9C">
        <w:rPr>
          <w:rFonts w:ascii="Calibri" w:hAnsi="Calibri" w:cs="Calibri"/>
        </w:rPr>
        <w:t xml:space="preserve"> </w:t>
      </w:r>
      <w:r w:rsidRPr="009F2E9C">
        <w:rPr>
          <w:rFonts w:ascii="Calibri" w:hAnsi="Calibri" w:cs="Calibri"/>
        </w:rPr>
        <w:t xml:space="preserve">{laughter} </w:t>
      </w:r>
      <w:r w:rsidR="004912A8" w:rsidRPr="009F2E9C">
        <w:rPr>
          <w:rFonts w:ascii="Calibri" w:hAnsi="Calibri" w:cs="Calibri"/>
        </w:rPr>
        <w:t>But anyways, and I was in hospital, they saved my eyesight, so I can only thank them for that. They saved my life, I am so happy for that</w:t>
      </w:r>
      <w:r w:rsidRPr="009F2E9C">
        <w:rPr>
          <w:rFonts w:ascii="Calibri" w:hAnsi="Calibri" w:cs="Calibri"/>
        </w:rPr>
        <w:t xml:space="preserve">, </w:t>
      </w:r>
      <w:r w:rsidR="004912A8" w:rsidRPr="009F2E9C">
        <w:rPr>
          <w:rFonts w:ascii="Calibri" w:hAnsi="Calibri" w:cs="Calibri"/>
        </w:rPr>
        <w:t xml:space="preserve">I've had an awful lot of </w:t>
      </w:r>
      <w:r w:rsidR="00C041FD">
        <w:rPr>
          <w:rFonts w:ascii="Calibri" w:hAnsi="Calibri" w:cs="Calibri"/>
        </w:rPr>
        <w:t>o</w:t>
      </w:r>
      <w:r w:rsidR="004912A8" w:rsidRPr="009F2E9C">
        <w:rPr>
          <w:rFonts w:ascii="Calibri" w:hAnsi="Calibri" w:cs="Calibri"/>
        </w:rPr>
        <w:t>peration</w:t>
      </w:r>
      <w:r w:rsidRPr="009F2E9C">
        <w:rPr>
          <w:rFonts w:ascii="Calibri" w:hAnsi="Calibri" w:cs="Calibri"/>
        </w:rPr>
        <w:t>s,</w:t>
      </w:r>
      <w:r w:rsidR="004912A8" w:rsidRPr="009F2E9C">
        <w:rPr>
          <w:rFonts w:ascii="Calibri" w:hAnsi="Calibri" w:cs="Calibri"/>
        </w:rPr>
        <w:t xml:space="preserve"> spent the best part of six years in hospital on and off and had roughly </w:t>
      </w:r>
      <w:r w:rsidR="002D538F" w:rsidRPr="009F2E9C">
        <w:rPr>
          <w:rFonts w:ascii="Calibri" w:hAnsi="Calibri" w:cs="Calibri"/>
        </w:rPr>
        <w:t xml:space="preserve">95, 96, 97 </w:t>
      </w:r>
      <w:r w:rsidR="004912A8" w:rsidRPr="009F2E9C">
        <w:rPr>
          <w:rFonts w:ascii="Calibri" w:hAnsi="Calibri" w:cs="Calibri"/>
        </w:rPr>
        <w:t>operations</w:t>
      </w:r>
      <w:r w:rsidR="002D538F" w:rsidRPr="009F2E9C">
        <w:rPr>
          <w:rFonts w:ascii="Calibri" w:hAnsi="Calibri" w:cs="Calibri"/>
        </w:rPr>
        <w:t>,</w:t>
      </w:r>
      <w:r w:rsidR="004912A8" w:rsidRPr="009F2E9C">
        <w:rPr>
          <w:rFonts w:ascii="Calibri" w:hAnsi="Calibri" w:cs="Calibri"/>
        </w:rPr>
        <w:t xml:space="preserve"> between five and 700 units of blood and blood products. Yeah, I mean, I'm just </w:t>
      </w:r>
      <w:r w:rsidR="002D538F" w:rsidRPr="009F2E9C">
        <w:rPr>
          <w:rFonts w:ascii="Calibri" w:hAnsi="Calibri" w:cs="Calibri"/>
        </w:rPr>
        <w:t xml:space="preserve">a </w:t>
      </w:r>
      <w:r w:rsidR="004912A8" w:rsidRPr="009F2E9C">
        <w:rPr>
          <w:rFonts w:ascii="Calibri" w:hAnsi="Calibri" w:cs="Calibri"/>
        </w:rPr>
        <w:t>very fortunate guy to be here</w:t>
      </w:r>
      <w:r w:rsidR="002D538F" w:rsidRPr="009F2E9C">
        <w:rPr>
          <w:rFonts w:ascii="Calibri" w:hAnsi="Calibri" w:cs="Calibri"/>
        </w:rPr>
        <w:t>,</w:t>
      </w:r>
      <w:r w:rsidR="004912A8" w:rsidRPr="009F2E9C">
        <w:rPr>
          <w:rFonts w:ascii="Calibri" w:hAnsi="Calibri" w:cs="Calibri"/>
        </w:rPr>
        <w:t xml:space="preserve"> you know. And I'd rather have had my injuries and the length of problem I had, rather than, like some of the other injuries I've seen</w:t>
      </w:r>
      <w:r w:rsidR="002D538F" w:rsidRPr="009F2E9C">
        <w:rPr>
          <w:rFonts w:ascii="Calibri" w:hAnsi="Calibri" w:cs="Calibri"/>
        </w:rPr>
        <w:t>, er, b</w:t>
      </w:r>
      <w:r w:rsidR="004912A8" w:rsidRPr="009F2E9C">
        <w:rPr>
          <w:rFonts w:ascii="Calibri" w:hAnsi="Calibri" w:cs="Calibri"/>
        </w:rPr>
        <w:t xml:space="preserve">ecause at least I can walk, at least I can use two arms, you know, </w:t>
      </w:r>
      <w:r w:rsidR="002D538F" w:rsidRPr="009F2E9C">
        <w:rPr>
          <w:rFonts w:ascii="Calibri" w:hAnsi="Calibri" w:cs="Calibri"/>
        </w:rPr>
        <w:t xml:space="preserve">I can use </w:t>
      </w:r>
      <w:r w:rsidR="004912A8" w:rsidRPr="009F2E9C">
        <w:rPr>
          <w:rFonts w:ascii="Calibri" w:hAnsi="Calibri" w:cs="Calibri"/>
        </w:rPr>
        <w:t>t</w:t>
      </w:r>
      <w:r w:rsidR="00F55211" w:rsidRPr="009F2E9C">
        <w:rPr>
          <w:rFonts w:ascii="Calibri" w:hAnsi="Calibri" w:cs="Calibri"/>
        </w:rPr>
        <w:t>w</w:t>
      </w:r>
      <w:r w:rsidR="004912A8" w:rsidRPr="009F2E9C">
        <w:rPr>
          <w:rFonts w:ascii="Calibri" w:hAnsi="Calibri" w:cs="Calibri"/>
        </w:rPr>
        <w:t>o damaged hands</w:t>
      </w:r>
      <w:r w:rsidR="00F55211" w:rsidRPr="009F2E9C">
        <w:rPr>
          <w:rFonts w:ascii="Calibri" w:hAnsi="Calibri" w:cs="Calibri"/>
        </w:rPr>
        <w:t xml:space="preserve">, </w:t>
      </w:r>
      <w:r w:rsidR="004912A8" w:rsidRPr="009F2E9C">
        <w:rPr>
          <w:rFonts w:ascii="Calibri" w:hAnsi="Calibri" w:cs="Calibri"/>
        </w:rPr>
        <w:t>I've got very badly damaged hands, but at least I can use them. For people who have not got their arms or their legs or whatever you</w:t>
      </w:r>
      <w:r w:rsidR="00F55211" w:rsidRPr="009F2E9C">
        <w:rPr>
          <w:rFonts w:ascii="Calibri" w:hAnsi="Calibri" w:cs="Calibri"/>
        </w:rPr>
        <w:t xml:space="preserve"> know</w:t>
      </w:r>
      <w:r w:rsidR="004912A8" w:rsidRPr="009F2E9C">
        <w:rPr>
          <w:rFonts w:ascii="Calibri" w:hAnsi="Calibri" w:cs="Calibri"/>
        </w:rPr>
        <w:t xml:space="preserve">, it's a totally different situation, you know, </w:t>
      </w:r>
      <w:r w:rsidR="00F55211" w:rsidRPr="009F2E9C">
        <w:rPr>
          <w:rFonts w:ascii="Calibri" w:hAnsi="Calibri" w:cs="Calibri"/>
        </w:rPr>
        <w:t xml:space="preserve">there’ve </w:t>
      </w:r>
      <w:r w:rsidR="004912A8" w:rsidRPr="009F2E9C">
        <w:rPr>
          <w:rFonts w:ascii="Calibri" w:hAnsi="Calibri" w:cs="Calibri"/>
        </w:rPr>
        <w:t xml:space="preserve">been </w:t>
      </w:r>
      <w:r w:rsidR="00F55211" w:rsidRPr="009F2E9C">
        <w:rPr>
          <w:rFonts w:ascii="Calibri" w:hAnsi="Calibri" w:cs="Calibri"/>
        </w:rPr>
        <w:t xml:space="preserve">thousands </w:t>
      </w:r>
      <w:r w:rsidR="004912A8" w:rsidRPr="009F2E9C">
        <w:rPr>
          <w:rFonts w:ascii="Calibri" w:hAnsi="Calibri" w:cs="Calibri"/>
        </w:rPr>
        <w:t>of people badly injured since my incident</w:t>
      </w:r>
      <w:r w:rsidR="00F55211" w:rsidRPr="009F2E9C">
        <w:rPr>
          <w:rFonts w:ascii="Calibri" w:hAnsi="Calibri" w:cs="Calibri"/>
        </w:rPr>
        <w:t xml:space="preserve">, </w:t>
      </w:r>
      <w:r w:rsidR="004912A8" w:rsidRPr="009F2E9C">
        <w:rPr>
          <w:rFonts w:ascii="Calibri" w:hAnsi="Calibri" w:cs="Calibri"/>
        </w:rPr>
        <w:t xml:space="preserve">I just happen to have been the person that was available to film after Sir Douglas </w:t>
      </w:r>
      <w:r w:rsidR="00F55211" w:rsidRPr="009F2E9C">
        <w:rPr>
          <w:rFonts w:ascii="Calibri" w:hAnsi="Calibri" w:cs="Calibri"/>
        </w:rPr>
        <w:t xml:space="preserve">Bader, </w:t>
      </w:r>
      <w:r w:rsidR="004912A8" w:rsidRPr="009F2E9C">
        <w:rPr>
          <w:rFonts w:ascii="Calibri" w:hAnsi="Calibri" w:cs="Calibri"/>
        </w:rPr>
        <w:t>who was a second world war fighter pilot, who lost both his legs, made films about him and what have you. And then it just so happened, he died</w:t>
      </w:r>
      <w:r w:rsidR="00F55211" w:rsidRPr="009F2E9C">
        <w:rPr>
          <w:rFonts w:ascii="Calibri" w:hAnsi="Calibri" w:cs="Calibri"/>
        </w:rPr>
        <w:t xml:space="preserve"> a</w:t>
      </w:r>
      <w:r w:rsidR="004912A8" w:rsidRPr="009F2E9C">
        <w:rPr>
          <w:rFonts w:ascii="Calibri" w:hAnsi="Calibri" w:cs="Calibri"/>
        </w:rPr>
        <w:t>nd then there was nobody</w:t>
      </w:r>
      <w:r w:rsidR="00C041FD">
        <w:rPr>
          <w:rFonts w:ascii="Calibri" w:hAnsi="Calibri" w:cs="Calibri"/>
        </w:rPr>
        <w:t xml:space="preserve"> who</w:t>
      </w:r>
      <w:r w:rsidR="004912A8" w:rsidRPr="009F2E9C">
        <w:rPr>
          <w:rFonts w:ascii="Calibri" w:hAnsi="Calibri" w:cs="Calibri"/>
        </w:rPr>
        <w:t xml:space="preserve"> really fell into that space. And then a couple of years later, I fell into that space</w:t>
      </w:r>
      <w:r w:rsidR="00F55211" w:rsidRPr="009F2E9C">
        <w:rPr>
          <w:rFonts w:ascii="Calibri" w:hAnsi="Calibri" w:cs="Calibri"/>
        </w:rPr>
        <w:t xml:space="preserve"> a</w:t>
      </w:r>
      <w:r w:rsidR="004912A8" w:rsidRPr="009F2E9C">
        <w:rPr>
          <w:rFonts w:ascii="Calibri" w:hAnsi="Calibri" w:cs="Calibri"/>
        </w:rPr>
        <w:t xml:space="preserve">nd then I became the service person that </w:t>
      </w:r>
      <w:r w:rsidR="004912A8" w:rsidRPr="009F2E9C">
        <w:rPr>
          <w:rFonts w:ascii="Calibri" w:hAnsi="Calibri" w:cs="Calibri"/>
        </w:rPr>
        <w:lastRenderedPageBreak/>
        <w:t xml:space="preserve">everybody sort of associates with the military and injury and such. But you know, there are </w:t>
      </w:r>
      <w:r w:rsidR="0055713C" w:rsidRPr="009F2E9C">
        <w:rPr>
          <w:rFonts w:ascii="Calibri" w:hAnsi="Calibri" w:cs="Calibri"/>
        </w:rPr>
        <w:t xml:space="preserve">thousands </w:t>
      </w:r>
      <w:r w:rsidR="004912A8" w:rsidRPr="009F2E9C">
        <w:rPr>
          <w:rFonts w:ascii="Calibri" w:hAnsi="Calibri" w:cs="Calibri"/>
        </w:rPr>
        <w:t>of people</w:t>
      </w:r>
      <w:r w:rsidR="0055713C" w:rsidRPr="009F2E9C">
        <w:rPr>
          <w:rFonts w:ascii="Calibri" w:hAnsi="Calibri" w:cs="Calibri"/>
        </w:rPr>
        <w:t xml:space="preserve"> a</w:t>
      </w:r>
      <w:r w:rsidR="004912A8" w:rsidRPr="009F2E9C">
        <w:rPr>
          <w:rFonts w:ascii="Calibri" w:hAnsi="Calibri" w:cs="Calibri"/>
        </w:rPr>
        <w:t>nd I'm not the only guy</w:t>
      </w:r>
      <w:r w:rsidR="0055713C" w:rsidRPr="009F2E9C">
        <w:rPr>
          <w:rFonts w:ascii="Calibri" w:hAnsi="Calibri" w:cs="Calibri"/>
        </w:rPr>
        <w:t>,</w:t>
      </w:r>
      <w:r w:rsidR="004912A8" w:rsidRPr="009F2E9C">
        <w:rPr>
          <w:rFonts w:ascii="Calibri" w:hAnsi="Calibri" w:cs="Calibri"/>
        </w:rPr>
        <w:t xml:space="preserve"> I just happen to be the first guy after Douglas </w:t>
      </w:r>
      <w:r w:rsidR="0055713C" w:rsidRPr="009F2E9C">
        <w:rPr>
          <w:rFonts w:ascii="Calibri" w:hAnsi="Calibri" w:cs="Calibri"/>
        </w:rPr>
        <w:t>Bad</w:t>
      </w:r>
      <w:r w:rsidR="004170D6" w:rsidRPr="009F2E9C">
        <w:rPr>
          <w:rFonts w:ascii="Calibri" w:hAnsi="Calibri" w:cs="Calibri"/>
        </w:rPr>
        <w:t>er</w:t>
      </w:r>
      <w:r w:rsidR="009F2E9C">
        <w:rPr>
          <w:rFonts w:ascii="Calibri" w:hAnsi="Calibri" w:cs="Calibri"/>
        </w:rPr>
        <w:t xml:space="preserve"> </w:t>
      </w:r>
      <w:r w:rsidR="004912A8" w:rsidRPr="009F2E9C">
        <w:rPr>
          <w:rFonts w:ascii="Calibri" w:hAnsi="Calibri" w:cs="Calibri"/>
        </w:rPr>
        <w:t xml:space="preserve">to get acknowledged and </w:t>
      </w:r>
      <w:r w:rsidR="00C041FD">
        <w:rPr>
          <w:rFonts w:ascii="Calibri" w:hAnsi="Calibri" w:cs="Calibri"/>
        </w:rPr>
        <w:t>recognised</w:t>
      </w:r>
      <w:r w:rsidR="004912A8" w:rsidRPr="009F2E9C">
        <w:rPr>
          <w:rFonts w:ascii="Calibri" w:hAnsi="Calibri" w:cs="Calibri"/>
        </w:rPr>
        <w:t xml:space="preserve">. </w:t>
      </w:r>
      <w:r w:rsidR="00C041FD" w:rsidRPr="009F2E9C">
        <w:rPr>
          <w:rFonts w:ascii="Calibri" w:hAnsi="Calibri" w:cs="Calibri"/>
        </w:rPr>
        <w:t>So,</w:t>
      </w:r>
      <w:r w:rsidR="004912A8" w:rsidRPr="009F2E9C">
        <w:rPr>
          <w:rFonts w:ascii="Calibri" w:hAnsi="Calibri" w:cs="Calibri"/>
        </w:rPr>
        <w:t xml:space="preserve"> it was just timing, just</w:t>
      </w:r>
      <w:r w:rsidR="0055713C" w:rsidRPr="009F2E9C">
        <w:rPr>
          <w:rFonts w:ascii="Calibri" w:hAnsi="Calibri" w:cs="Calibri"/>
        </w:rPr>
        <w:t xml:space="preserve"> timing </w:t>
      </w:r>
    </w:p>
    <w:p w14:paraId="722EA748" w14:textId="77777777" w:rsidR="00976992" w:rsidRPr="009F2E9C" w:rsidRDefault="00976992">
      <w:pPr>
        <w:spacing w:after="0"/>
        <w:rPr>
          <w:rFonts w:ascii="Calibri" w:hAnsi="Calibri" w:cs="Calibri"/>
        </w:rPr>
      </w:pPr>
    </w:p>
    <w:p w14:paraId="02D471FE" w14:textId="56E90E92"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17:15</w:t>
      </w:r>
    </w:p>
    <w:p w14:paraId="2B25C211" w14:textId="5631A749" w:rsidR="00976992" w:rsidRPr="009F2E9C" w:rsidRDefault="005532AE">
      <w:pPr>
        <w:spacing w:after="0"/>
        <w:rPr>
          <w:rFonts w:ascii="Calibri" w:hAnsi="Calibri" w:cs="Calibri"/>
        </w:rPr>
      </w:pPr>
      <w:r>
        <w:rPr>
          <w:rFonts w:ascii="Calibri" w:hAnsi="Calibri" w:cs="Calibri"/>
        </w:rPr>
        <w:t>H</w:t>
      </w:r>
      <w:r w:rsidR="004912A8" w:rsidRPr="009F2E9C">
        <w:rPr>
          <w:rFonts w:ascii="Calibri" w:hAnsi="Calibri" w:cs="Calibri"/>
        </w:rPr>
        <w:t>ow do you feel about being kind of, particularly in terms of the press</w:t>
      </w:r>
      <w:r w:rsidR="0055713C" w:rsidRPr="009F2E9C">
        <w:rPr>
          <w:rFonts w:ascii="Calibri" w:hAnsi="Calibri" w:cs="Calibri"/>
        </w:rPr>
        <w:t>,</w:t>
      </w:r>
      <w:r w:rsidR="004912A8" w:rsidRPr="009F2E9C">
        <w:rPr>
          <w:rFonts w:ascii="Calibri" w:hAnsi="Calibri" w:cs="Calibri"/>
        </w:rPr>
        <w:t xml:space="preserve"> like I'm, I'm conscious, you know, you've told your story and sort of explained what happened to you here</w:t>
      </w:r>
      <w:r w:rsidR="0055713C" w:rsidRPr="009F2E9C">
        <w:rPr>
          <w:rFonts w:ascii="Calibri" w:hAnsi="Calibri" w:cs="Calibri"/>
        </w:rPr>
        <w:t>, a</w:t>
      </w:r>
      <w:r w:rsidR="004912A8" w:rsidRPr="009F2E9C">
        <w:rPr>
          <w:rFonts w:ascii="Calibri" w:hAnsi="Calibri" w:cs="Calibri"/>
        </w:rPr>
        <w:t>nd one of the things I really don't want to do is feed into that sort of salacious, or the gory details, sort o</w:t>
      </w:r>
      <w:r w:rsidR="0055713C" w:rsidRPr="009F2E9C">
        <w:rPr>
          <w:rFonts w:ascii="Calibri" w:hAnsi="Calibri" w:cs="Calibri"/>
        </w:rPr>
        <w:t>f, a</w:t>
      </w:r>
      <w:r w:rsidR="004912A8" w:rsidRPr="009F2E9C">
        <w:rPr>
          <w:rFonts w:ascii="Calibri" w:hAnsi="Calibri" w:cs="Calibri"/>
        </w:rPr>
        <w:t>nd so I'm not going to ask you about some of the physical issues that then</w:t>
      </w:r>
      <w:r w:rsidR="00BF2A65" w:rsidRPr="009F2E9C">
        <w:rPr>
          <w:rFonts w:ascii="Calibri" w:hAnsi="Calibri" w:cs="Calibri"/>
        </w:rPr>
        <w:t>,</w:t>
      </w:r>
      <w:r w:rsidR="004912A8" w:rsidRPr="009F2E9C">
        <w:rPr>
          <w:rFonts w:ascii="Calibri" w:hAnsi="Calibri" w:cs="Calibri"/>
        </w:rPr>
        <w:t xml:space="preserve"> things you experienced because of your injury, because I think the point I'm sort of getting to is the press has a tendency to do that</w:t>
      </w:r>
      <w:r w:rsidR="00BF2A65" w:rsidRPr="009F2E9C">
        <w:rPr>
          <w:rFonts w:ascii="Calibri" w:hAnsi="Calibri" w:cs="Calibri"/>
        </w:rPr>
        <w:t xml:space="preserve">, </w:t>
      </w:r>
      <w:r w:rsidR="004912A8" w:rsidRPr="009F2E9C">
        <w:rPr>
          <w:rFonts w:ascii="Calibri" w:hAnsi="Calibri" w:cs="Calibri"/>
        </w:rPr>
        <w:t>I think for</w:t>
      </w:r>
      <w:r w:rsidR="00BF2A65" w:rsidRPr="009F2E9C">
        <w:rPr>
          <w:rFonts w:ascii="Calibri" w:hAnsi="Calibri" w:cs="Calibri"/>
        </w:rPr>
        <w:t>,</w:t>
      </w:r>
      <w:r w:rsidR="004912A8" w:rsidRPr="009F2E9C">
        <w:rPr>
          <w:rFonts w:ascii="Calibri" w:hAnsi="Calibri" w:cs="Calibri"/>
        </w:rPr>
        <w:t xml:space="preserve"> particularly for people with disabilities just in general, it is that kind of freak show, as you said</w:t>
      </w:r>
      <w:r w:rsidR="00BF2A65" w:rsidRPr="009F2E9C">
        <w:rPr>
          <w:rFonts w:ascii="Calibri" w:hAnsi="Calibri" w:cs="Calibri"/>
        </w:rPr>
        <w:t xml:space="preserve"> about when</w:t>
      </w:r>
      <w:r w:rsidR="009F2E9C">
        <w:rPr>
          <w:rFonts w:ascii="Calibri" w:hAnsi="Calibri" w:cs="Calibri"/>
        </w:rPr>
        <w:t xml:space="preserve"> </w:t>
      </w:r>
      <w:r w:rsidR="004912A8" w:rsidRPr="009F2E9C">
        <w:rPr>
          <w:rFonts w:ascii="Calibri" w:hAnsi="Calibri" w:cs="Calibri"/>
        </w:rPr>
        <w:t>you were met by the film crew. How do you sort of feel? How was that? What's that experience been</w:t>
      </w:r>
      <w:r w:rsidR="00BF2A65" w:rsidRPr="009F2E9C">
        <w:rPr>
          <w:rFonts w:ascii="Calibri" w:hAnsi="Calibri" w:cs="Calibri"/>
        </w:rPr>
        <w:t xml:space="preserve"> </w:t>
      </w:r>
      <w:r>
        <w:rPr>
          <w:rFonts w:ascii="Calibri" w:hAnsi="Calibri" w:cs="Calibri"/>
        </w:rPr>
        <w:t>l</w:t>
      </w:r>
      <w:r w:rsidR="004912A8" w:rsidRPr="009F2E9C">
        <w:rPr>
          <w:rFonts w:ascii="Calibri" w:hAnsi="Calibri" w:cs="Calibri"/>
        </w:rPr>
        <w:t>ike for you</w:t>
      </w:r>
      <w:r w:rsidR="00BF2A65" w:rsidRPr="009F2E9C">
        <w:rPr>
          <w:rFonts w:ascii="Calibri" w:hAnsi="Calibri" w:cs="Calibri"/>
        </w:rPr>
        <w:t>,</w:t>
      </w:r>
      <w:r w:rsidR="004912A8" w:rsidRPr="009F2E9C">
        <w:rPr>
          <w:rFonts w:ascii="Calibri" w:hAnsi="Calibri" w:cs="Calibri"/>
        </w:rPr>
        <w:t xml:space="preserve"> being that person that the press goes to? And do you feel like they</w:t>
      </w:r>
      <w:r>
        <w:rPr>
          <w:rFonts w:ascii="Calibri" w:hAnsi="Calibri" w:cs="Calibri"/>
        </w:rPr>
        <w:t>,</w:t>
      </w:r>
      <w:r w:rsidR="004912A8" w:rsidRPr="009F2E9C">
        <w:rPr>
          <w:rFonts w:ascii="Calibri" w:hAnsi="Calibri" w:cs="Calibri"/>
        </w:rPr>
        <w:t xml:space="preserve"> they represent your story? Or do you do you feel sometimes still, like, everybody's</w:t>
      </w:r>
      <w:r w:rsidR="00BF2A65" w:rsidRPr="009F2E9C">
        <w:rPr>
          <w:rFonts w:ascii="Calibri" w:hAnsi="Calibri" w:cs="Calibri"/>
        </w:rPr>
        <w:t>,</w:t>
      </w:r>
      <w:r w:rsidR="004912A8" w:rsidRPr="009F2E9C">
        <w:rPr>
          <w:rFonts w:ascii="Calibri" w:hAnsi="Calibri" w:cs="Calibri"/>
        </w:rPr>
        <w:t xml:space="preserve"> kind of, it's that voyeurism freak show element</w:t>
      </w:r>
    </w:p>
    <w:p w14:paraId="6292C0C5" w14:textId="77777777" w:rsidR="00976992" w:rsidRPr="009F2E9C" w:rsidRDefault="00976992">
      <w:pPr>
        <w:spacing w:after="0"/>
        <w:rPr>
          <w:rFonts w:ascii="Calibri" w:hAnsi="Calibri" w:cs="Calibri"/>
        </w:rPr>
      </w:pPr>
    </w:p>
    <w:p w14:paraId="32FA380F" w14:textId="04049673"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18:23</w:t>
      </w:r>
    </w:p>
    <w:p w14:paraId="44455FE8" w14:textId="3238BD9A" w:rsidR="00976992" w:rsidRPr="009F2E9C" w:rsidRDefault="00BF2A65">
      <w:pPr>
        <w:spacing w:after="0"/>
        <w:rPr>
          <w:rFonts w:ascii="Calibri" w:hAnsi="Calibri" w:cs="Calibri"/>
        </w:rPr>
      </w:pPr>
      <w:r w:rsidRPr="009F2E9C">
        <w:rPr>
          <w:rFonts w:ascii="Calibri" w:hAnsi="Calibri" w:cs="Calibri"/>
        </w:rPr>
        <w:t xml:space="preserve">Er, </w:t>
      </w:r>
      <w:r w:rsidR="004912A8" w:rsidRPr="009F2E9C">
        <w:rPr>
          <w:rFonts w:ascii="Calibri" w:hAnsi="Calibri" w:cs="Calibri"/>
        </w:rPr>
        <w:t>no, I don't feel</w:t>
      </w:r>
      <w:r w:rsidRPr="009F2E9C">
        <w:rPr>
          <w:rFonts w:ascii="Calibri" w:hAnsi="Calibri" w:cs="Calibri"/>
        </w:rPr>
        <w:t>,</w:t>
      </w:r>
      <w:r w:rsidR="004912A8" w:rsidRPr="009F2E9C">
        <w:rPr>
          <w:rFonts w:ascii="Calibri" w:hAnsi="Calibri" w:cs="Calibri"/>
        </w:rPr>
        <w:t xml:space="preserve"> I feel the press have been absolutely fair. Overall, I think they've been magnificent, they've, they've respected my privacy when I've needed it, you know, if you want to enjoy what the media has to offer, and then you've got to be prepared to give a bit. </w:t>
      </w:r>
      <w:r w:rsidR="00F3417E" w:rsidRPr="009F2E9C">
        <w:rPr>
          <w:rFonts w:ascii="Calibri" w:hAnsi="Calibri" w:cs="Calibri"/>
        </w:rPr>
        <w:t xml:space="preserve">Unlike </w:t>
      </w:r>
      <w:r w:rsidR="004912A8" w:rsidRPr="009F2E9C">
        <w:rPr>
          <w:rFonts w:ascii="Calibri" w:hAnsi="Calibri" w:cs="Calibri"/>
        </w:rPr>
        <w:t>some celebrities who want to only give it when they want to. But then they want to keep everything else private. It's a</w:t>
      </w:r>
      <w:r w:rsidR="00F752AC" w:rsidRPr="009F2E9C">
        <w:rPr>
          <w:rFonts w:ascii="Calibri" w:hAnsi="Calibri" w:cs="Calibri"/>
        </w:rPr>
        <w:t xml:space="preserve"> </w:t>
      </w:r>
      <w:r w:rsidR="00F3417E" w:rsidRPr="009F2E9C">
        <w:rPr>
          <w:rFonts w:ascii="Calibri" w:hAnsi="Calibri" w:cs="Calibri"/>
        </w:rPr>
        <w:t>give and take</w:t>
      </w:r>
      <w:r w:rsidR="004912A8" w:rsidRPr="009F2E9C">
        <w:rPr>
          <w:rFonts w:ascii="Calibri" w:hAnsi="Calibri" w:cs="Calibri"/>
        </w:rPr>
        <w:t>, you know, it's</w:t>
      </w:r>
      <w:r w:rsidR="005532AE">
        <w:rPr>
          <w:rFonts w:ascii="Calibri" w:hAnsi="Calibri" w:cs="Calibri"/>
        </w:rPr>
        <w:t>,</w:t>
      </w:r>
      <w:r w:rsidR="004912A8" w:rsidRPr="009F2E9C">
        <w:rPr>
          <w:rFonts w:ascii="Calibri" w:hAnsi="Calibri" w:cs="Calibri"/>
        </w:rPr>
        <w:t xml:space="preserve"> it has to be like a relationship. You can't just </w:t>
      </w:r>
      <w:proofErr w:type="gramStart"/>
      <w:r w:rsidR="004912A8" w:rsidRPr="009F2E9C">
        <w:rPr>
          <w:rFonts w:ascii="Calibri" w:hAnsi="Calibri" w:cs="Calibri"/>
        </w:rPr>
        <w:t>take</w:t>
      </w:r>
      <w:r w:rsidR="005532AE">
        <w:rPr>
          <w:rFonts w:ascii="Calibri" w:hAnsi="Calibri" w:cs="Calibri"/>
        </w:rPr>
        <w:t>,</w:t>
      </w:r>
      <w:proofErr w:type="gramEnd"/>
      <w:r w:rsidR="004912A8" w:rsidRPr="009F2E9C">
        <w:rPr>
          <w:rFonts w:ascii="Calibri" w:hAnsi="Calibri" w:cs="Calibri"/>
        </w:rPr>
        <w:t xml:space="preserve"> you have to share. And I've never, I've never sort of rebuffed the media</w:t>
      </w:r>
      <w:r w:rsidR="00F752AC" w:rsidRPr="009F2E9C">
        <w:rPr>
          <w:rFonts w:ascii="Calibri" w:hAnsi="Calibri" w:cs="Calibri"/>
        </w:rPr>
        <w:t>,</w:t>
      </w:r>
      <w:r w:rsidR="004912A8" w:rsidRPr="009F2E9C">
        <w:rPr>
          <w:rFonts w:ascii="Calibri" w:hAnsi="Calibri" w:cs="Calibri"/>
        </w:rPr>
        <w:t xml:space="preserve"> I have said no a couple of times</w:t>
      </w:r>
      <w:r w:rsidR="00F752AC" w:rsidRPr="009F2E9C">
        <w:rPr>
          <w:rFonts w:ascii="Calibri" w:hAnsi="Calibri" w:cs="Calibri"/>
        </w:rPr>
        <w:t>, b</w:t>
      </w:r>
      <w:r w:rsidR="004912A8" w:rsidRPr="009F2E9C">
        <w:rPr>
          <w:rFonts w:ascii="Calibri" w:hAnsi="Calibri" w:cs="Calibri"/>
        </w:rPr>
        <w:t>ut that's because I wasn't relevant to what they were trying to cover</w:t>
      </w:r>
      <w:r w:rsidR="00F752AC" w:rsidRPr="009F2E9C">
        <w:rPr>
          <w:rFonts w:ascii="Calibri" w:hAnsi="Calibri" w:cs="Calibri"/>
        </w:rPr>
        <w:t>, um, b</w:t>
      </w:r>
      <w:r w:rsidR="004912A8" w:rsidRPr="009F2E9C">
        <w:rPr>
          <w:rFonts w:ascii="Calibri" w:hAnsi="Calibri" w:cs="Calibri"/>
        </w:rPr>
        <w:t xml:space="preserve">ut no I think the media have been absolutely brilliant with me. There's been a few incidences, but you know, </w:t>
      </w:r>
      <w:r w:rsidR="00F752AC" w:rsidRPr="009F2E9C">
        <w:rPr>
          <w:rFonts w:ascii="Calibri" w:hAnsi="Calibri" w:cs="Calibri"/>
        </w:rPr>
        <w:t xml:space="preserve">there </w:t>
      </w:r>
      <w:r w:rsidR="004912A8" w:rsidRPr="009F2E9C">
        <w:rPr>
          <w:rFonts w:ascii="Calibri" w:hAnsi="Calibri" w:cs="Calibri"/>
        </w:rPr>
        <w:t xml:space="preserve">always </w:t>
      </w:r>
      <w:r w:rsidR="00F752AC" w:rsidRPr="009F2E9C">
        <w:rPr>
          <w:rFonts w:ascii="Calibri" w:hAnsi="Calibri" w:cs="Calibri"/>
        </w:rPr>
        <w:t>will be, t</w:t>
      </w:r>
      <w:r w:rsidR="004912A8" w:rsidRPr="009F2E9C">
        <w:rPr>
          <w:rFonts w:ascii="Calibri" w:hAnsi="Calibri" w:cs="Calibri"/>
        </w:rPr>
        <w:t>here's one or two journalists who don't like me because they just don't like me</w:t>
      </w:r>
      <w:r w:rsidR="00F752AC" w:rsidRPr="009F2E9C">
        <w:rPr>
          <w:rFonts w:ascii="Calibri" w:hAnsi="Calibri" w:cs="Calibri"/>
        </w:rPr>
        <w:t>, e</w:t>
      </w:r>
      <w:r w:rsidR="004912A8" w:rsidRPr="009F2E9C">
        <w:rPr>
          <w:rFonts w:ascii="Calibri" w:hAnsi="Calibri" w:cs="Calibri"/>
        </w:rPr>
        <w:t>ven though they've never met me</w:t>
      </w:r>
      <w:r w:rsidR="00F752AC" w:rsidRPr="009F2E9C">
        <w:rPr>
          <w:rFonts w:ascii="Calibri" w:hAnsi="Calibri" w:cs="Calibri"/>
        </w:rPr>
        <w:t>, t</w:t>
      </w:r>
      <w:r w:rsidR="004912A8" w:rsidRPr="009F2E9C">
        <w:rPr>
          <w:rFonts w:ascii="Calibri" w:hAnsi="Calibri" w:cs="Calibri"/>
        </w:rPr>
        <w:t>hey</w:t>
      </w:r>
      <w:r w:rsidR="00F752AC" w:rsidRPr="009F2E9C">
        <w:rPr>
          <w:rFonts w:ascii="Calibri" w:hAnsi="Calibri" w:cs="Calibri"/>
        </w:rPr>
        <w:t>’ve</w:t>
      </w:r>
      <w:r w:rsidR="004912A8" w:rsidRPr="009F2E9C">
        <w:rPr>
          <w:rFonts w:ascii="Calibri" w:hAnsi="Calibri" w:cs="Calibri"/>
        </w:rPr>
        <w:t xml:space="preserve"> just decided they don't like me. Why should I be in the public eye? Listen, I didn't choose it</w:t>
      </w:r>
      <w:r w:rsidR="00F752AC" w:rsidRPr="009F2E9C">
        <w:rPr>
          <w:rFonts w:ascii="Calibri" w:hAnsi="Calibri" w:cs="Calibri"/>
        </w:rPr>
        <w:t>, i</w:t>
      </w:r>
      <w:r w:rsidR="004912A8" w:rsidRPr="009F2E9C">
        <w:rPr>
          <w:rFonts w:ascii="Calibri" w:hAnsi="Calibri" w:cs="Calibri"/>
        </w:rPr>
        <w:t>t chose me</w:t>
      </w:r>
      <w:r w:rsidR="00F752AC" w:rsidRPr="009F2E9C">
        <w:rPr>
          <w:rFonts w:ascii="Calibri" w:hAnsi="Calibri" w:cs="Calibri"/>
        </w:rPr>
        <w:t xml:space="preserve"> a</w:t>
      </w:r>
      <w:r w:rsidR="004912A8" w:rsidRPr="009F2E9C">
        <w:rPr>
          <w:rFonts w:ascii="Calibri" w:hAnsi="Calibri" w:cs="Calibri"/>
        </w:rPr>
        <w:t>nd I just was very fortunate that I could do it. And I could play the game that was needed to be played</w:t>
      </w:r>
      <w:r w:rsidR="00855D94" w:rsidRPr="009F2E9C">
        <w:rPr>
          <w:rFonts w:ascii="Calibri" w:hAnsi="Calibri" w:cs="Calibri"/>
        </w:rPr>
        <w:t xml:space="preserve">, </w:t>
      </w:r>
      <w:r w:rsidR="004912A8" w:rsidRPr="009F2E9C">
        <w:rPr>
          <w:rFonts w:ascii="Calibri" w:hAnsi="Calibri" w:cs="Calibri"/>
        </w:rPr>
        <w:t xml:space="preserve">I mean, but everything I've ever </w:t>
      </w:r>
      <w:proofErr w:type="gramStart"/>
      <w:r w:rsidR="004912A8" w:rsidRPr="009F2E9C">
        <w:rPr>
          <w:rFonts w:ascii="Calibri" w:hAnsi="Calibri" w:cs="Calibri"/>
        </w:rPr>
        <w:t>been is</w:t>
      </w:r>
      <w:proofErr w:type="gramEnd"/>
      <w:r w:rsidR="004912A8" w:rsidRPr="009F2E9C">
        <w:rPr>
          <w:rFonts w:ascii="Calibri" w:hAnsi="Calibri" w:cs="Calibri"/>
        </w:rPr>
        <w:t xml:space="preserve"> honest</w:t>
      </w:r>
      <w:r w:rsidR="00855D94" w:rsidRPr="009F2E9C">
        <w:rPr>
          <w:rFonts w:ascii="Calibri" w:hAnsi="Calibri" w:cs="Calibri"/>
        </w:rPr>
        <w:t xml:space="preserve">, </w:t>
      </w:r>
      <w:r w:rsidR="004912A8" w:rsidRPr="009F2E9C">
        <w:rPr>
          <w:rFonts w:ascii="Calibri" w:hAnsi="Calibri" w:cs="Calibri"/>
        </w:rPr>
        <w:t>I've never</w:t>
      </w:r>
      <w:r w:rsidR="00855D94" w:rsidRPr="009F2E9C">
        <w:rPr>
          <w:rFonts w:ascii="Calibri" w:hAnsi="Calibri" w:cs="Calibri"/>
        </w:rPr>
        <w:t>,</w:t>
      </w:r>
      <w:r w:rsidR="004912A8" w:rsidRPr="009F2E9C">
        <w:rPr>
          <w:rFonts w:ascii="Calibri" w:hAnsi="Calibri" w:cs="Calibri"/>
        </w:rPr>
        <w:t xml:space="preserve"> I've never embellished what happened to me</w:t>
      </w:r>
      <w:r w:rsidR="00855D94" w:rsidRPr="009F2E9C">
        <w:rPr>
          <w:rFonts w:ascii="Calibri" w:hAnsi="Calibri" w:cs="Calibri"/>
        </w:rPr>
        <w:t xml:space="preserve">, </w:t>
      </w:r>
      <w:r w:rsidR="004912A8" w:rsidRPr="009F2E9C">
        <w:rPr>
          <w:rFonts w:ascii="Calibri" w:hAnsi="Calibri" w:cs="Calibri"/>
        </w:rPr>
        <w:t>I've never undersold it</w:t>
      </w:r>
      <w:r w:rsidR="00855D94" w:rsidRPr="009F2E9C">
        <w:rPr>
          <w:rFonts w:ascii="Calibri" w:hAnsi="Calibri" w:cs="Calibri"/>
        </w:rPr>
        <w:t xml:space="preserve">, </w:t>
      </w:r>
      <w:r w:rsidR="004912A8" w:rsidRPr="009F2E9C">
        <w:rPr>
          <w:rFonts w:ascii="Calibri" w:hAnsi="Calibri" w:cs="Calibri"/>
        </w:rPr>
        <w:t xml:space="preserve">I've tried to be as honest as </w:t>
      </w:r>
      <w:r w:rsidR="00855D94" w:rsidRPr="009F2E9C">
        <w:rPr>
          <w:rFonts w:ascii="Calibri" w:hAnsi="Calibri" w:cs="Calibri"/>
        </w:rPr>
        <w:t xml:space="preserve">I </w:t>
      </w:r>
      <w:r w:rsidR="004912A8" w:rsidRPr="009F2E9C">
        <w:rPr>
          <w:rFonts w:ascii="Calibri" w:hAnsi="Calibri" w:cs="Calibri"/>
        </w:rPr>
        <w:t>can without</w:t>
      </w:r>
      <w:r w:rsidR="00855D94" w:rsidRPr="009F2E9C">
        <w:rPr>
          <w:rFonts w:ascii="Calibri" w:hAnsi="Calibri" w:cs="Calibri"/>
        </w:rPr>
        <w:t>,</w:t>
      </w:r>
      <w:r w:rsidR="004912A8" w:rsidRPr="009F2E9C">
        <w:rPr>
          <w:rFonts w:ascii="Calibri" w:hAnsi="Calibri" w:cs="Calibri"/>
        </w:rPr>
        <w:t xml:space="preserve"> as you say, going as you say Alice</w:t>
      </w:r>
      <w:r w:rsidR="00855D94" w:rsidRPr="009F2E9C">
        <w:rPr>
          <w:rFonts w:ascii="Calibri" w:hAnsi="Calibri" w:cs="Calibri"/>
        </w:rPr>
        <w:t>,</w:t>
      </w:r>
      <w:r w:rsidR="004912A8" w:rsidRPr="009F2E9C">
        <w:rPr>
          <w:rFonts w:ascii="Calibri" w:hAnsi="Calibri" w:cs="Calibri"/>
        </w:rPr>
        <w:t xml:space="preserve"> without going into the voyeuristic side of it and the</w:t>
      </w:r>
      <w:r w:rsidR="005532AE">
        <w:rPr>
          <w:rFonts w:ascii="Calibri" w:hAnsi="Calibri" w:cs="Calibri"/>
        </w:rPr>
        <w:t>,</w:t>
      </w:r>
      <w:r w:rsidR="004912A8" w:rsidRPr="009F2E9C">
        <w:rPr>
          <w:rFonts w:ascii="Calibri" w:hAnsi="Calibri" w:cs="Calibri"/>
        </w:rPr>
        <w:t xml:space="preserve"> and the gory. Look, there are two things</w:t>
      </w:r>
      <w:r w:rsidR="00855D94" w:rsidRPr="009F2E9C">
        <w:rPr>
          <w:rFonts w:ascii="Calibri" w:hAnsi="Calibri" w:cs="Calibri"/>
        </w:rPr>
        <w:t xml:space="preserve"> I</w:t>
      </w:r>
      <w:r w:rsidR="009F2E9C">
        <w:rPr>
          <w:rFonts w:ascii="Calibri" w:hAnsi="Calibri" w:cs="Calibri"/>
        </w:rPr>
        <w:t xml:space="preserve"> </w:t>
      </w:r>
      <w:r w:rsidR="004912A8" w:rsidRPr="009F2E9C">
        <w:rPr>
          <w:rFonts w:ascii="Calibri" w:hAnsi="Calibri" w:cs="Calibri"/>
        </w:rPr>
        <w:t>take on the gory aspect is</w:t>
      </w:r>
      <w:r w:rsidR="00855D94" w:rsidRPr="009F2E9C">
        <w:rPr>
          <w:rFonts w:ascii="Calibri" w:hAnsi="Calibri" w:cs="Calibri"/>
        </w:rPr>
        <w:t>,</w:t>
      </w:r>
      <w:r w:rsidR="004912A8" w:rsidRPr="009F2E9C">
        <w:rPr>
          <w:rFonts w:ascii="Calibri" w:hAnsi="Calibri" w:cs="Calibri"/>
        </w:rPr>
        <w:t xml:space="preserve"> first and foremost, what have you ever done</w:t>
      </w:r>
      <w:r w:rsidR="009F2E9C">
        <w:rPr>
          <w:rFonts w:ascii="Calibri" w:hAnsi="Calibri" w:cs="Calibri"/>
        </w:rPr>
        <w:t xml:space="preserve"> </w:t>
      </w:r>
      <w:r w:rsidR="00855D94" w:rsidRPr="009F2E9C">
        <w:rPr>
          <w:rFonts w:ascii="Calibri" w:hAnsi="Calibri" w:cs="Calibri"/>
        </w:rPr>
        <w:t>t</w:t>
      </w:r>
      <w:r w:rsidR="004912A8" w:rsidRPr="009F2E9C">
        <w:rPr>
          <w:rFonts w:ascii="Calibri" w:hAnsi="Calibri" w:cs="Calibri"/>
        </w:rPr>
        <w:t>o me</w:t>
      </w:r>
      <w:r w:rsidR="009F2E9C">
        <w:rPr>
          <w:rFonts w:ascii="Calibri" w:hAnsi="Calibri" w:cs="Calibri"/>
        </w:rPr>
        <w:t xml:space="preserve"> </w:t>
      </w:r>
      <w:r w:rsidR="00855D94" w:rsidRPr="009F2E9C">
        <w:rPr>
          <w:rFonts w:ascii="Calibri" w:hAnsi="Calibri" w:cs="Calibri"/>
        </w:rPr>
        <w:t>t</w:t>
      </w:r>
      <w:r w:rsidR="004912A8" w:rsidRPr="009F2E9C">
        <w:rPr>
          <w:rFonts w:ascii="Calibri" w:hAnsi="Calibri" w:cs="Calibri"/>
        </w:rPr>
        <w:t>hat means that you deserve to be given nightmares? And also, what have you done to earn the right to know about the final moments of my life, and my friend</w:t>
      </w:r>
      <w:r w:rsidR="00855D94" w:rsidRPr="009F2E9C">
        <w:rPr>
          <w:rFonts w:ascii="Calibri" w:hAnsi="Calibri" w:cs="Calibri"/>
        </w:rPr>
        <w:t>’</w:t>
      </w:r>
      <w:r w:rsidR="004912A8" w:rsidRPr="009F2E9C">
        <w:rPr>
          <w:rFonts w:ascii="Calibri" w:hAnsi="Calibri" w:cs="Calibri"/>
        </w:rPr>
        <w:t>s lives? So</w:t>
      </w:r>
      <w:r w:rsidR="005532AE">
        <w:rPr>
          <w:rFonts w:ascii="Calibri" w:hAnsi="Calibri" w:cs="Calibri"/>
        </w:rPr>
        <w:t>,</w:t>
      </w:r>
      <w:r w:rsidR="004912A8" w:rsidRPr="009F2E9C">
        <w:rPr>
          <w:rFonts w:ascii="Calibri" w:hAnsi="Calibri" w:cs="Calibri"/>
        </w:rPr>
        <w:t xml:space="preserve"> there's two parts to it, one that you've never heard me, and you don't deserve those nightmares. And the other one is, you haven't earned the right to know about the final minutes of my friends. You know, if it was one of their family asked me or one of their</w:t>
      </w:r>
      <w:r w:rsidR="005532AE">
        <w:rPr>
          <w:rFonts w:ascii="Calibri" w:hAnsi="Calibri" w:cs="Calibri"/>
        </w:rPr>
        <w:t>,</w:t>
      </w:r>
      <w:r w:rsidR="004912A8" w:rsidRPr="009F2E9C">
        <w:rPr>
          <w:rFonts w:ascii="Calibri" w:hAnsi="Calibri" w:cs="Calibri"/>
        </w:rPr>
        <w:t xml:space="preserve"> one of our friends, if they asked me, and I knew I would tell them, but I </w:t>
      </w:r>
      <w:r w:rsidR="00F86591" w:rsidRPr="009F2E9C">
        <w:rPr>
          <w:rFonts w:ascii="Calibri" w:hAnsi="Calibri" w:cs="Calibri"/>
        </w:rPr>
        <w:t xml:space="preserve">won’t </w:t>
      </w:r>
      <w:r w:rsidR="004912A8" w:rsidRPr="009F2E9C">
        <w:rPr>
          <w:rFonts w:ascii="Calibri" w:hAnsi="Calibri" w:cs="Calibri"/>
        </w:rPr>
        <w:t>do it</w:t>
      </w:r>
      <w:r w:rsidR="00F86591" w:rsidRPr="009F2E9C">
        <w:rPr>
          <w:rFonts w:ascii="Calibri" w:hAnsi="Calibri" w:cs="Calibri"/>
        </w:rPr>
        <w:t xml:space="preserve">, </w:t>
      </w:r>
      <w:r w:rsidR="004912A8" w:rsidRPr="009F2E9C">
        <w:rPr>
          <w:rFonts w:ascii="Calibri" w:hAnsi="Calibri" w:cs="Calibri"/>
        </w:rPr>
        <w:t>I won't share it. It's not for public consumption</w:t>
      </w:r>
    </w:p>
    <w:p w14:paraId="1ED50D37" w14:textId="77777777" w:rsidR="005532AE" w:rsidRDefault="005532AE">
      <w:pPr>
        <w:spacing w:after="0"/>
        <w:rPr>
          <w:rFonts w:ascii="Calibri" w:hAnsi="Calibri" w:cs="Calibri"/>
        </w:rPr>
      </w:pPr>
    </w:p>
    <w:p w14:paraId="347D138F" w14:textId="45CE851A" w:rsidR="00976992" w:rsidRPr="009F2E9C" w:rsidRDefault="007A74B9">
      <w:pPr>
        <w:spacing w:after="0"/>
        <w:rPr>
          <w:rFonts w:ascii="Calibri" w:hAnsi="Calibri" w:cs="Calibri"/>
        </w:rPr>
      </w:pPr>
      <w:r w:rsidRPr="009F2E9C">
        <w:rPr>
          <w:rFonts w:ascii="Calibri" w:hAnsi="Calibri" w:cs="Calibri"/>
        </w:rPr>
        <w:t xml:space="preserve">Lucy: ‘cause it’s not </w:t>
      </w:r>
    </w:p>
    <w:p w14:paraId="425445AC" w14:textId="77777777" w:rsidR="005532AE" w:rsidRDefault="005532AE">
      <w:pPr>
        <w:spacing w:after="0"/>
        <w:rPr>
          <w:rFonts w:ascii="Calibri" w:hAnsi="Calibri" w:cs="Calibri"/>
        </w:rPr>
      </w:pPr>
    </w:p>
    <w:p w14:paraId="3D642B58" w14:textId="6E68B77E"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20:36</w:t>
      </w:r>
    </w:p>
    <w:p w14:paraId="0CEF342A" w14:textId="5D054CFC" w:rsidR="005A5EB4" w:rsidRPr="009F2E9C" w:rsidRDefault="004912A8">
      <w:pPr>
        <w:spacing w:after="0"/>
        <w:rPr>
          <w:rFonts w:ascii="Calibri" w:hAnsi="Calibri" w:cs="Calibri"/>
        </w:rPr>
      </w:pPr>
      <w:r w:rsidRPr="009F2E9C">
        <w:rPr>
          <w:rFonts w:ascii="Calibri" w:hAnsi="Calibri" w:cs="Calibri"/>
        </w:rPr>
        <w:t>That's really it. That's really moving to hear you say that, because I think that there's a</w:t>
      </w:r>
      <w:r w:rsidR="007A74B9" w:rsidRPr="009F2E9C">
        <w:rPr>
          <w:rFonts w:ascii="Calibri" w:hAnsi="Calibri" w:cs="Calibri"/>
        </w:rPr>
        <w:t>,</w:t>
      </w:r>
      <w:r w:rsidRPr="009F2E9C">
        <w:rPr>
          <w:rFonts w:ascii="Calibri" w:hAnsi="Calibri" w:cs="Calibri"/>
        </w:rPr>
        <w:t xml:space="preserve"> there is a lot of, you know, demand from the </w:t>
      </w:r>
      <w:r w:rsidR="007A74B9" w:rsidRPr="009F2E9C">
        <w:rPr>
          <w:rFonts w:ascii="Calibri" w:hAnsi="Calibri" w:cs="Calibri"/>
        </w:rPr>
        <w:t xml:space="preserve">press </w:t>
      </w:r>
      <w:r w:rsidRPr="009F2E9C">
        <w:rPr>
          <w:rFonts w:ascii="Calibri" w:hAnsi="Calibri" w:cs="Calibri"/>
        </w:rPr>
        <w:t xml:space="preserve">for people to hear those kind of salacious stories. </w:t>
      </w:r>
    </w:p>
    <w:p w14:paraId="662053D7" w14:textId="77777777" w:rsidR="00E501E1" w:rsidRDefault="00E501E1">
      <w:pPr>
        <w:spacing w:after="0"/>
        <w:rPr>
          <w:rFonts w:ascii="Calibri" w:hAnsi="Calibri" w:cs="Calibri"/>
        </w:rPr>
      </w:pPr>
    </w:p>
    <w:p w14:paraId="63D2582F" w14:textId="013D4097" w:rsidR="005A5EB4" w:rsidRDefault="005A5EB4">
      <w:pPr>
        <w:spacing w:after="0"/>
        <w:rPr>
          <w:rFonts w:ascii="Calibri" w:hAnsi="Calibri" w:cs="Calibri"/>
        </w:rPr>
      </w:pPr>
      <w:r w:rsidRPr="009F2E9C">
        <w:rPr>
          <w:rFonts w:ascii="Calibri" w:hAnsi="Calibri" w:cs="Calibri"/>
        </w:rPr>
        <w:lastRenderedPageBreak/>
        <w:t xml:space="preserve">Lucy: Yeah, the sensational sort of </w:t>
      </w:r>
    </w:p>
    <w:p w14:paraId="25E3A066" w14:textId="77777777" w:rsidR="00E501E1" w:rsidRPr="009F2E9C" w:rsidRDefault="00E501E1">
      <w:pPr>
        <w:spacing w:after="0"/>
        <w:rPr>
          <w:rFonts w:ascii="Calibri" w:hAnsi="Calibri" w:cs="Calibri"/>
        </w:rPr>
      </w:pPr>
    </w:p>
    <w:p w14:paraId="46DF9301" w14:textId="57B49A3D" w:rsidR="00976992" w:rsidRPr="009F2E9C" w:rsidRDefault="005A5EB4">
      <w:pPr>
        <w:spacing w:after="0"/>
        <w:rPr>
          <w:rFonts w:ascii="Calibri" w:hAnsi="Calibri" w:cs="Calibri"/>
        </w:rPr>
      </w:pPr>
      <w:r w:rsidRPr="009F2E9C">
        <w:rPr>
          <w:rFonts w:ascii="Calibri" w:hAnsi="Calibri" w:cs="Calibri"/>
        </w:rPr>
        <w:t xml:space="preserve">Alice: </w:t>
      </w:r>
      <w:r w:rsidR="004912A8" w:rsidRPr="009F2E9C">
        <w:rPr>
          <w:rFonts w:ascii="Calibri" w:hAnsi="Calibri" w:cs="Calibri"/>
        </w:rPr>
        <w:t xml:space="preserve">And so yeah, you know, that's a really, a really nice and kind of moral and meaningful </w:t>
      </w:r>
      <w:r w:rsidR="00E501E1">
        <w:rPr>
          <w:rFonts w:ascii="Calibri" w:hAnsi="Calibri" w:cs="Calibri"/>
        </w:rPr>
        <w:t>stance</w:t>
      </w:r>
      <w:r w:rsidR="004912A8" w:rsidRPr="009F2E9C">
        <w:rPr>
          <w:rFonts w:ascii="Calibri" w:hAnsi="Calibri" w:cs="Calibri"/>
        </w:rPr>
        <w:t xml:space="preserve"> to sort of </w:t>
      </w:r>
      <w:r w:rsidRPr="009F2E9C">
        <w:rPr>
          <w:rFonts w:ascii="Calibri" w:hAnsi="Calibri" w:cs="Calibri"/>
        </w:rPr>
        <w:t xml:space="preserve">take, </w:t>
      </w:r>
      <w:r w:rsidR="004912A8" w:rsidRPr="009F2E9C">
        <w:rPr>
          <w:rFonts w:ascii="Calibri" w:hAnsi="Calibri" w:cs="Calibri"/>
        </w:rPr>
        <w:t>you know, you, you don't deserve this on either side of it. You don't deserve the horror, but you also don't deserve kind of what it means emotionally, this isn't just something to stare at, and be shocked by, there's so much more to it.</w:t>
      </w:r>
    </w:p>
    <w:p w14:paraId="0A176482" w14:textId="77777777" w:rsidR="00976992" w:rsidRPr="009F2E9C" w:rsidRDefault="00976992">
      <w:pPr>
        <w:spacing w:after="0"/>
        <w:rPr>
          <w:rFonts w:ascii="Calibri" w:hAnsi="Calibri" w:cs="Calibri"/>
        </w:rPr>
      </w:pPr>
    </w:p>
    <w:p w14:paraId="3E778C38" w14:textId="39943CE4"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21:16</w:t>
      </w:r>
    </w:p>
    <w:p w14:paraId="5A639851" w14:textId="1281970E" w:rsidR="00976992" w:rsidRPr="009F2E9C" w:rsidRDefault="004912A8">
      <w:pPr>
        <w:spacing w:after="0"/>
        <w:rPr>
          <w:rFonts w:ascii="Calibri" w:hAnsi="Calibri" w:cs="Calibri"/>
        </w:rPr>
      </w:pPr>
      <w:r w:rsidRPr="009F2E9C">
        <w:rPr>
          <w:rFonts w:ascii="Calibri" w:hAnsi="Calibri" w:cs="Calibri"/>
        </w:rPr>
        <w:t>And I think as well, in the wider sense of disability as a whole, you know, that there's a big thing</w:t>
      </w:r>
      <w:r w:rsidR="005A5EB4" w:rsidRPr="009F2E9C">
        <w:rPr>
          <w:rFonts w:ascii="Calibri" w:hAnsi="Calibri" w:cs="Calibri"/>
        </w:rPr>
        <w:t>,</w:t>
      </w:r>
      <w:r w:rsidRPr="009F2E9C">
        <w:rPr>
          <w:rFonts w:ascii="Calibri" w:hAnsi="Calibri" w:cs="Calibri"/>
        </w:rPr>
        <w:t xml:space="preserve"> a lot of disabled people are like, </w:t>
      </w:r>
      <w:r w:rsidR="005A3609" w:rsidRPr="009F2E9C">
        <w:rPr>
          <w:rFonts w:ascii="Calibri" w:hAnsi="Calibri" w:cs="Calibri"/>
        </w:rPr>
        <w:t xml:space="preserve">they </w:t>
      </w:r>
      <w:r w:rsidRPr="009F2E9C">
        <w:rPr>
          <w:rFonts w:ascii="Calibri" w:hAnsi="Calibri" w:cs="Calibri"/>
        </w:rPr>
        <w:t xml:space="preserve">don't want to discuss their disability or what's wrong with them. You know, we often get the question, </w:t>
      </w:r>
      <w:r w:rsidR="005A3609" w:rsidRPr="009F2E9C">
        <w:rPr>
          <w:rFonts w:ascii="Calibri" w:hAnsi="Calibri" w:cs="Calibri"/>
        </w:rPr>
        <w:t>‘</w:t>
      </w:r>
      <w:r w:rsidRPr="009F2E9C">
        <w:rPr>
          <w:rFonts w:ascii="Calibri" w:hAnsi="Calibri" w:cs="Calibri"/>
        </w:rPr>
        <w:t>What's wrong with</w:t>
      </w:r>
      <w:r w:rsidR="005A3609" w:rsidRPr="009F2E9C">
        <w:rPr>
          <w:rFonts w:ascii="Calibri" w:hAnsi="Calibri" w:cs="Calibri"/>
        </w:rPr>
        <w:t xml:space="preserve"> you,</w:t>
      </w:r>
      <w:r w:rsidR="009F2E9C">
        <w:rPr>
          <w:rFonts w:ascii="Calibri" w:hAnsi="Calibri" w:cs="Calibri"/>
        </w:rPr>
        <w:t xml:space="preserve"> </w:t>
      </w:r>
      <w:r w:rsidRPr="009F2E9C">
        <w:rPr>
          <w:rFonts w:ascii="Calibri" w:hAnsi="Calibri" w:cs="Calibri"/>
        </w:rPr>
        <w:t>what happened to you, then what's wrong with you then?</w:t>
      </w:r>
      <w:r w:rsidR="005A3609" w:rsidRPr="009F2E9C">
        <w:rPr>
          <w:rFonts w:ascii="Calibri" w:hAnsi="Calibri" w:cs="Calibri"/>
        </w:rPr>
        <w:t>’</w:t>
      </w:r>
      <w:r w:rsidRPr="009F2E9C">
        <w:rPr>
          <w:rFonts w:ascii="Calibri" w:hAnsi="Calibri" w:cs="Calibri"/>
        </w:rPr>
        <w:t xml:space="preserve"> And I think that also falls into the category of you know, you don't get to know</w:t>
      </w:r>
      <w:r w:rsidR="005A3609" w:rsidRPr="009F2E9C">
        <w:rPr>
          <w:rFonts w:ascii="Calibri" w:hAnsi="Calibri" w:cs="Calibri"/>
        </w:rPr>
        <w:t>,</w:t>
      </w:r>
      <w:r w:rsidRPr="009F2E9C">
        <w:rPr>
          <w:rFonts w:ascii="Calibri" w:hAnsi="Calibri" w:cs="Calibri"/>
        </w:rPr>
        <w:t xml:space="preserve"> you know, you don't get to know what happened to me in great detail, just to satisfy your curiosity, </w:t>
      </w:r>
      <w:r w:rsidR="005A3609" w:rsidRPr="009F2E9C">
        <w:rPr>
          <w:rFonts w:ascii="Calibri" w:hAnsi="Calibri" w:cs="Calibri"/>
        </w:rPr>
        <w:t xml:space="preserve">for you </w:t>
      </w:r>
      <w:r w:rsidRPr="009F2E9C">
        <w:rPr>
          <w:rFonts w:ascii="Calibri" w:hAnsi="Calibri" w:cs="Calibri"/>
        </w:rPr>
        <w:t xml:space="preserve">then to go off and wander around </w:t>
      </w:r>
      <w:r w:rsidR="001A1A4A" w:rsidRPr="009F2E9C">
        <w:rPr>
          <w:rFonts w:ascii="Calibri" w:hAnsi="Calibri" w:cs="Calibri"/>
        </w:rPr>
        <w:t>Tesco’s</w:t>
      </w:r>
      <w:r w:rsidR="005A3609" w:rsidRPr="009F2E9C">
        <w:rPr>
          <w:rFonts w:ascii="Calibri" w:hAnsi="Calibri" w:cs="Calibri"/>
        </w:rPr>
        <w:t xml:space="preserve"> </w:t>
      </w:r>
      <w:r w:rsidRPr="009F2E9C">
        <w:rPr>
          <w:rFonts w:ascii="Calibri" w:hAnsi="Calibri" w:cs="Calibri"/>
        </w:rPr>
        <w:t xml:space="preserve">and carry on doing your </w:t>
      </w:r>
      <w:r w:rsidR="005A3609" w:rsidRPr="009F2E9C">
        <w:rPr>
          <w:rFonts w:ascii="Calibri" w:hAnsi="Calibri" w:cs="Calibri"/>
        </w:rPr>
        <w:t xml:space="preserve">shopping, d’you know what I mean? </w:t>
      </w:r>
    </w:p>
    <w:p w14:paraId="7DF11D65" w14:textId="77777777" w:rsidR="001A1A4A" w:rsidRDefault="001A1A4A">
      <w:pPr>
        <w:spacing w:after="0"/>
        <w:rPr>
          <w:rFonts w:ascii="Calibri" w:hAnsi="Calibri" w:cs="Calibri"/>
        </w:rPr>
      </w:pPr>
    </w:p>
    <w:p w14:paraId="39D732DE" w14:textId="108CA05F"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21:53</w:t>
      </w:r>
    </w:p>
    <w:p w14:paraId="0FC74784" w14:textId="396F6C00" w:rsidR="00976992" w:rsidRPr="009F2E9C" w:rsidRDefault="004912A8">
      <w:pPr>
        <w:spacing w:after="0"/>
        <w:rPr>
          <w:rFonts w:ascii="Calibri" w:hAnsi="Calibri" w:cs="Calibri"/>
        </w:rPr>
      </w:pPr>
      <w:r w:rsidRPr="009F2E9C">
        <w:rPr>
          <w:rFonts w:ascii="Calibri" w:hAnsi="Calibri" w:cs="Calibri"/>
        </w:rPr>
        <w:t>I don't mind</w:t>
      </w:r>
      <w:r w:rsidR="00726007" w:rsidRPr="009F2E9C">
        <w:rPr>
          <w:rFonts w:ascii="Calibri" w:hAnsi="Calibri" w:cs="Calibri"/>
        </w:rPr>
        <w:t>,</w:t>
      </w:r>
      <w:r w:rsidRPr="009F2E9C">
        <w:rPr>
          <w:rFonts w:ascii="Calibri" w:hAnsi="Calibri" w:cs="Calibri"/>
        </w:rPr>
        <w:t xml:space="preserve"> if people ask me a </w:t>
      </w:r>
      <w:r w:rsidR="001A1A4A" w:rsidRPr="009F2E9C">
        <w:rPr>
          <w:rFonts w:ascii="Calibri" w:hAnsi="Calibri" w:cs="Calibri"/>
        </w:rPr>
        <w:t>question,</w:t>
      </w:r>
      <w:r w:rsidR="00726007" w:rsidRPr="009F2E9C">
        <w:rPr>
          <w:rFonts w:ascii="Calibri" w:hAnsi="Calibri" w:cs="Calibri"/>
        </w:rPr>
        <w:t xml:space="preserve"> </w:t>
      </w:r>
      <w:r w:rsidRPr="009F2E9C">
        <w:rPr>
          <w:rFonts w:ascii="Calibri" w:hAnsi="Calibri" w:cs="Calibri"/>
        </w:rPr>
        <w:t xml:space="preserve">I will answer it. And especially children, because the one thing I don't want is to have children continually running around staring at me, because that just gets on my nerves. </w:t>
      </w:r>
      <w:r w:rsidR="001A1A4A" w:rsidRPr="009F2E9C">
        <w:rPr>
          <w:rFonts w:ascii="Calibri" w:hAnsi="Calibri" w:cs="Calibri"/>
        </w:rPr>
        <w:t>So,</w:t>
      </w:r>
      <w:r w:rsidRPr="009F2E9C">
        <w:rPr>
          <w:rFonts w:ascii="Calibri" w:hAnsi="Calibri" w:cs="Calibri"/>
        </w:rPr>
        <w:t xml:space="preserve"> I'd rather explain </w:t>
      </w:r>
      <w:r w:rsidR="00726007" w:rsidRPr="009F2E9C">
        <w:rPr>
          <w:rFonts w:ascii="Calibri" w:hAnsi="Calibri" w:cs="Calibri"/>
        </w:rPr>
        <w:t xml:space="preserve">to </w:t>
      </w:r>
      <w:r w:rsidRPr="009F2E9C">
        <w:rPr>
          <w:rFonts w:ascii="Calibri" w:hAnsi="Calibri" w:cs="Calibri"/>
        </w:rPr>
        <w:t xml:space="preserve">them </w:t>
      </w:r>
      <w:r w:rsidR="00726007" w:rsidRPr="009F2E9C">
        <w:rPr>
          <w:rFonts w:ascii="Calibri" w:hAnsi="Calibri" w:cs="Calibri"/>
        </w:rPr>
        <w:t>‘</w:t>
      </w:r>
      <w:r w:rsidRPr="009F2E9C">
        <w:rPr>
          <w:rFonts w:ascii="Calibri" w:hAnsi="Calibri" w:cs="Calibri"/>
        </w:rPr>
        <w:t>look, I was a soldier</w:t>
      </w:r>
      <w:r w:rsidR="00726007" w:rsidRPr="009F2E9C">
        <w:rPr>
          <w:rFonts w:ascii="Calibri" w:hAnsi="Calibri" w:cs="Calibri"/>
        </w:rPr>
        <w:t>, I was on</w:t>
      </w:r>
      <w:r w:rsidR="009F2E9C">
        <w:rPr>
          <w:rFonts w:ascii="Calibri" w:hAnsi="Calibri" w:cs="Calibri"/>
        </w:rPr>
        <w:t xml:space="preserve"> </w:t>
      </w:r>
      <w:r w:rsidR="00726007" w:rsidRPr="009F2E9C">
        <w:rPr>
          <w:rFonts w:ascii="Calibri" w:hAnsi="Calibri" w:cs="Calibri"/>
        </w:rPr>
        <w:t>board a ship</w:t>
      </w:r>
      <w:r w:rsidRPr="009F2E9C">
        <w:rPr>
          <w:rFonts w:ascii="Calibri" w:hAnsi="Calibri" w:cs="Calibri"/>
        </w:rPr>
        <w:t>, I got blown up by the enemy</w:t>
      </w:r>
      <w:r w:rsidR="00726007" w:rsidRPr="009F2E9C">
        <w:rPr>
          <w:rFonts w:ascii="Calibri" w:hAnsi="Calibri" w:cs="Calibri"/>
        </w:rPr>
        <w:t xml:space="preserve"> a</w:t>
      </w:r>
      <w:r w:rsidRPr="009F2E9C">
        <w:rPr>
          <w:rFonts w:ascii="Calibri" w:hAnsi="Calibri" w:cs="Calibri"/>
        </w:rPr>
        <w:t>nd I got very badly burned. And if you play with matches in the house, or you go near the cooker, where M</w:t>
      </w:r>
      <w:r w:rsidR="001A1A4A">
        <w:rPr>
          <w:rFonts w:ascii="Calibri" w:hAnsi="Calibri" w:cs="Calibri"/>
        </w:rPr>
        <w:t>u</w:t>
      </w:r>
      <w:r w:rsidRPr="009F2E9C">
        <w:rPr>
          <w:rFonts w:ascii="Calibri" w:hAnsi="Calibri" w:cs="Calibri"/>
        </w:rPr>
        <w:t xml:space="preserve">mmy or </w:t>
      </w:r>
      <w:r w:rsidR="001A1A4A">
        <w:rPr>
          <w:rFonts w:ascii="Calibri" w:hAnsi="Calibri" w:cs="Calibri"/>
        </w:rPr>
        <w:t>D</w:t>
      </w:r>
      <w:r w:rsidRPr="009F2E9C">
        <w:rPr>
          <w:rFonts w:ascii="Calibri" w:hAnsi="Calibri" w:cs="Calibri"/>
        </w:rPr>
        <w:t>addy's cooking, you could end up being badly burned. So, so be a good boy or girl</w:t>
      </w:r>
      <w:r w:rsidR="00726007" w:rsidRPr="009F2E9C">
        <w:rPr>
          <w:rFonts w:ascii="Calibri" w:hAnsi="Calibri" w:cs="Calibri"/>
        </w:rPr>
        <w:t>’</w:t>
      </w:r>
      <w:r w:rsidRPr="009F2E9C">
        <w:rPr>
          <w:rFonts w:ascii="Calibri" w:hAnsi="Calibri" w:cs="Calibri"/>
        </w:rPr>
        <w:t>, you know, try to explain to youngsters in a way that they understand and is relevant to their lives. I don't want to horrify</w:t>
      </w:r>
      <w:r w:rsidR="00726007" w:rsidRPr="009F2E9C">
        <w:rPr>
          <w:rFonts w:ascii="Calibri" w:hAnsi="Calibri" w:cs="Calibri"/>
        </w:rPr>
        <w:t>,</w:t>
      </w:r>
      <w:r w:rsidRPr="009F2E9C">
        <w:rPr>
          <w:rFonts w:ascii="Calibri" w:hAnsi="Calibri" w:cs="Calibri"/>
        </w:rPr>
        <w:t xml:space="preserve"> you know, </w:t>
      </w:r>
      <w:r w:rsidR="001A1A4A" w:rsidRPr="009F2E9C">
        <w:rPr>
          <w:rFonts w:ascii="Calibri" w:hAnsi="Calibri" w:cs="Calibri"/>
        </w:rPr>
        <w:t>but</w:t>
      </w:r>
      <w:r w:rsidRPr="009F2E9C">
        <w:rPr>
          <w:rFonts w:ascii="Calibri" w:hAnsi="Calibri" w:cs="Calibri"/>
        </w:rPr>
        <w:t xml:space="preserve"> we go back to the disability side of it</w:t>
      </w:r>
      <w:r w:rsidR="00086805" w:rsidRPr="009F2E9C">
        <w:rPr>
          <w:rFonts w:ascii="Calibri" w:hAnsi="Calibri" w:cs="Calibri"/>
        </w:rPr>
        <w:t>, y</w:t>
      </w:r>
      <w:r w:rsidRPr="009F2E9C">
        <w:rPr>
          <w:rFonts w:ascii="Calibri" w:hAnsi="Calibri" w:cs="Calibri"/>
        </w:rPr>
        <w:t>ou may have an impairment, it doesn't mean to say that you don't have the ability to do the same as Elon Musk, or to be the next Amazon creator. You just need the imagination</w:t>
      </w:r>
      <w:r w:rsidR="00086805" w:rsidRPr="009F2E9C">
        <w:rPr>
          <w:rFonts w:ascii="Calibri" w:hAnsi="Calibri" w:cs="Calibri"/>
        </w:rPr>
        <w:t>, y</w:t>
      </w:r>
      <w:r w:rsidRPr="009F2E9C">
        <w:rPr>
          <w:rFonts w:ascii="Calibri" w:hAnsi="Calibri" w:cs="Calibri"/>
        </w:rPr>
        <w:t xml:space="preserve">ou just need the hard work and the drive. You know, we are limited by our own imagination, we are limited by </w:t>
      </w:r>
      <w:r w:rsidR="00086805" w:rsidRPr="009F2E9C">
        <w:rPr>
          <w:rFonts w:ascii="Calibri" w:hAnsi="Calibri" w:cs="Calibri"/>
        </w:rPr>
        <w:t xml:space="preserve">our </w:t>
      </w:r>
      <w:r w:rsidRPr="009F2E9C">
        <w:rPr>
          <w:rFonts w:ascii="Calibri" w:hAnsi="Calibri" w:cs="Calibri"/>
        </w:rPr>
        <w:t>own drive. Yes, opportunity counts a lot for a lot of things</w:t>
      </w:r>
      <w:r w:rsidR="00086805" w:rsidRPr="009F2E9C">
        <w:rPr>
          <w:rFonts w:ascii="Calibri" w:hAnsi="Calibri" w:cs="Calibri"/>
        </w:rPr>
        <w:t xml:space="preserve"> b</w:t>
      </w:r>
      <w:r w:rsidRPr="009F2E9C">
        <w:rPr>
          <w:rFonts w:ascii="Calibri" w:hAnsi="Calibri" w:cs="Calibri"/>
        </w:rPr>
        <w:t xml:space="preserve">ut beyond that you </w:t>
      </w:r>
      <w:r w:rsidR="00086805" w:rsidRPr="009F2E9C">
        <w:rPr>
          <w:rFonts w:ascii="Calibri" w:hAnsi="Calibri" w:cs="Calibri"/>
        </w:rPr>
        <w:t xml:space="preserve">are </w:t>
      </w:r>
      <w:r w:rsidRPr="009F2E9C">
        <w:rPr>
          <w:rFonts w:ascii="Calibri" w:hAnsi="Calibri" w:cs="Calibri"/>
        </w:rPr>
        <w:t>limited by your own mind. And yes, there is always going to be physical and mental barriers that we all need to climb and whether you've got impairment or not, it doesn't matter. We all have them</w:t>
      </w:r>
      <w:r w:rsidR="00086805" w:rsidRPr="009F2E9C">
        <w:rPr>
          <w:rFonts w:ascii="Calibri" w:hAnsi="Calibri" w:cs="Calibri"/>
        </w:rPr>
        <w:t xml:space="preserve"> a</w:t>
      </w:r>
      <w:r w:rsidRPr="009F2E9C">
        <w:rPr>
          <w:rFonts w:ascii="Calibri" w:hAnsi="Calibri" w:cs="Calibri"/>
        </w:rPr>
        <w:t xml:space="preserve">nd I know </w:t>
      </w:r>
      <w:r w:rsidR="00086805" w:rsidRPr="009F2E9C">
        <w:rPr>
          <w:rFonts w:ascii="Calibri" w:hAnsi="Calibri" w:cs="Calibri"/>
        </w:rPr>
        <w:t xml:space="preserve">thousands </w:t>
      </w:r>
      <w:r w:rsidRPr="009F2E9C">
        <w:rPr>
          <w:rFonts w:ascii="Calibri" w:hAnsi="Calibri" w:cs="Calibri"/>
        </w:rPr>
        <w:t>of people who've never had a knock in th</w:t>
      </w:r>
      <w:r w:rsidR="00086805" w:rsidRPr="009F2E9C">
        <w:rPr>
          <w:rFonts w:ascii="Calibri" w:hAnsi="Calibri" w:cs="Calibri"/>
        </w:rPr>
        <w:t>eir life</w:t>
      </w:r>
      <w:r w:rsidRPr="009F2E9C">
        <w:rPr>
          <w:rFonts w:ascii="Calibri" w:hAnsi="Calibri" w:cs="Calibri"/>
        </w:rPr>
        <w:t xml:space="preserve">, </w:t>
      </w:r>
      <w:r w:rsidR="00F423C9" w:rsidRPr="009F2E9C">
        <w:rPr>
          <w:rFonts w:ascii="Calibri" w:hAnsi="Calibri" w:cs="Calibri"/>
        </w:rPr>
        <w:t xml:space="preserve">may have had </w:t>
      </w:r>
      <w:r w:rsidRPr="009F2E9C">
        <w:rPr>
          <w:rFonts w:ascii="Calibri" w:hAnsi="Calibri" w:cs="Calibri"/>
        </w:rPr>
        <w:t xml:space="preserve">a bruise on a football field or, or </w:t>
      </w:r>
      <w:r w:rsidR="00F423C9" w:rsidRPr="009F2E9C">
        <w:rPr>
          <w:rFonts w:ascii="Calibri" w:hAnsi="Calibri" w:cs="Calibri"/>
        </w:rPr>
        <w:t xml:space="preserve">a hocky </w:t>
      </w:r>
      <w:r w:rsidRPr="009F2E9C">
        <w:rPr>
          <w:rFonts w:ascii="Calibri" w:hAnsi="Calibri" w:cs="Calibri"/>
        </w:rPr>
        <w:t>pitch or something</w:t>
      </w:r>
      <w:r w:rsidR="00F423C9" w:rsidRPr="009F2E9C">
        <w:rPr>
          <w:rFonts w:ascii="Calibri" w:hAnsi="Calibri" w:cs="Calibri"/>
        </w:rPr>
        <w:t>, b</w:t>
      </w:r>
      <w:r w:rsidRPr="009F2E9C">
        <w:rPr>
          <w:rFonts w:ascii="Calibri" w:hAnsi="Calibri" w:cs="Calibri"/>
        </w:rPr>
        <w:t xml:space="preserve">ut they've never pushed themselves beyond what they've done. </w:t>
      </w:r>
      <w:r w:rsidR="00ED7BEF">
        <w:rPr>
          <w:rFonts w:ascii="Calibri" w:hAnsi="Calibri" w:cs="Calibri"/>
        </w:rPr>
        <w:t>I</w:t>
      </w:r>
      <w:r w:rsidRPr="009F2E9C">
        <w:rPr>
          <w:rFonts w:ascii="Calibri" w:hAnsi="Calibri" w:cs="Calibri"/>
        </w:rPr>
        <w:t xml:space="preserve">t doesn't mean to say they haven't been good. They just haven't expanded themselves. </w:t>
      </w:r>
      <w:r w:rsidR="00ED7BEF" w:rsidRPr="009F2E9C">
        <w:rPr>
          <w:rFonts w:ascii="Calibri" w:hAnsi="Calibri" w:cs="Calibri"/>
        </w:rPr>
        <w:t>So,</w:t>
      </w:r>
      <w:r w:rsidRPr="009F2E9C">
        <w:rPr>
          <w:rFonts w:ascii="Calibri" w:hAnsi="Calibri" w:cs="Calibri"/>
        </w:rPr>
        <w:t xml:space="preserve"> we're only limited by our imagin</w:t>
      </w:r>
      <w:r w:rsidR="00F423C9" w:rsidRPr="009F2E9C">
        <w:rPr>
          <w:rFonts w:ascii="Calibri" w:hAnsi="Calibri" w:cs="Calibri"/>
        </w:rPr>
        <w:t>ation</w:t>
      </w:r>
      <w:r w:rsidR="009F2E9C">
        <w:rPr>
          <w:rFonts w:ascii="Calibri" w:hAnsi="Calibri" w:cs="Calibri"/>
        </w:rPr>
        <w:t xml:space="preserve"> </w:t>
      </w:r>
      <w:r w:rsidR="00F423C9" w:rsidRPr="009F2E9C">
        <w:rPr>
          <w:rFonts w:ascii="Calibri" w:hAnsi="Calibri" w:cs="Calibri"/>
        </w:rPr>
        <w:t xml:space="preserve">and </w:t>
      </w:r>
      <w:r w:rsidR="00ED7BEF">
        <w:rPr>
          <w:rFonts w:ascii="Calibri" w:hAnsi="Calibri" w:cs="Calibri"/>
        </w:rPr>
        <w:t>t</w:t>
      </w:r>
      <w:r w:rsidRPr="009F2E9C">
        <w:rPr>
          <w:rFonts w:ascii="Calibri" w:hAnsi="Calibri" w:cs="Calibri"/>
        </w:rPr>
        <w:t>here are great philosophers and great scientists have said that these things, not me</w:t>
      </w:r>
      <w:r w:rsidR="00F423C9" w:rsidRPr="009F2E9C">
        <w:rPr>
          <w:rFonts w:ascii="Calibri" w:hAnsi="Calibri" w:cs="Calibri"/>
        </w:rPr>
        <w:t xml:space="preserve">, </w:t>
      </w:r>
      <w:r w:rsidRPr="009F2E9C">
        <w:rPr>
          <w:rFonts w:ascii="Calibri" w:hAnsi="Calibri" w:cs="Calibri"/>
        </w:rPr>
        <w:t>I mean, I'm just echoing what they're saying</w:t>
      </w:r>
      <w:r w:rsidR="00B06176" w:rsidRPr="009F2E9C">
        <w:rPr>
          <w:rFonts w:ascii="Calibri" w:hAnsi="Calibri" w:cs="Calibri"/>
        </w:rPr>
        <w:t>, um,</w:t>
      </w:r>
      <w:r w:rsidR="009F2E9C">
        <w:rPr>
          <w:rFonts w:ascii="Calibri" w:hAnsi="Calibri" w:cs="Calibri"/>
        </w:rPr>
        <w:t xml:space="preserve"> </w:t>
      </w:r>
      <w:r w:rsidR="00B06176" w:rsidRPr="009F2E9C">
        <w:rPr>
          <w:rFonts w:ascii="Calibri" w:hAnsi="Calibri" w:cs="Calibri"/>
        </w:rPr>
        <w:t>b</w:t>
      </w:r>
      <w:r w:rsidRPr="009F2E9C">
        <w:rPr>
          <w:rFonts w:ascii="Calibri" w:hAnsi="Calibri" w:cs="Calibri"/>
        </w:rPr>
        <w:t>ut you've just got to</w:t>
      </w:r>
      <w:r w:rsidR="00B06176" w:rsidRPr="009F2E9C">
        <w:rPr>
          <w:rFonts w:ascii="Calibri" w:hAnsi="Calibri" w:cs="Calibri"/>
        </w:rPr>
        <w:t>,</w:t>
      </w:r>
      <w:r w:rsidRPr="009F2E9C">
        <w:rPr>
          <w:rFonts w:ascii="Calibri" w:hAnsi="Calibri" w:cs="Calibri"/>
        </w:rPr>
        <w:t xml:space="preserve"> in life, you've just got to believe in yourself. You know, I'm fortunate enough to know Dame </w:t>
      </w:r>
      <w:proofErr w:type="spellStart"/>
      <w:r w:rsidRPr="009F2E9C">
        <w:rPr>
          <w:rFonts w:ascii="Calibri" w:hAnsi="Calibri" w:cs="Calibri"/>
        </w:rPr>
        <w:t>Tanni</w:t>
      </w:r>
      <w:proofErr w:type="spellEnd"/>
      <w:r w:rsidRPr="009F2E9C">
        <w:rPr>
          <w:rFonts w:ascii="Calibri" w:hAnsi="Calibri" w:cs="Calibri"/>
        </w:rPr>
        <w:t xml:space="preserve"> </w:t>
      </w:r>
      <w:r w:rsidR="00ED7BEF">
        <w:rPr>
          <w:rFonts w:ascii="Calibri" w:hAnsi="Calibri" w:cs="Calibri"/>
        </w:rPr>
        <w:t>G</w:t>
      </w:r>
      <w:r w:rsidRPr="009F2E9C">
        <w:rPr>
          <w:rFonts w:ascii="Calibri" w:hAnsi="Calibri" w:cs="Calibri"/>
        </w:rPr>
        <w:t>rey</w:t>
      </w:r>
      <w:r w:rsidR="00B06176" w:rsidRPr="009F2E9C">
        <w:rPr>
          <w:rFonts w:ascii="Calibri" w:hAnsi="Calibri" w:cs="Calibri"/>
        </w:rPr>
        <w:t>-</w:t>
      </w:r>
      <w:r w:rsidRPr="009F2E9C">
        <w:rPr>
          <w:rFonts w:ascii="Calibri" w:hAnsi="Calibri" w:cs="Calibri"/>
        </w:rPr>
        <w:t>Thompson</w:t>
      </w:r>
      <w:r w:rsidR="009F2E9C">
        <w:rPr>
          <w:rFonts w:ascii="Calibri" w:hAnsi="Calibri" w:cs="Calibri"/>
        </w:rPr>
        <w:t xml:space="preserve"> </w:t>
      </w:r>
      <w:r w:rsidR="00B06176" w:rsidRPr="009F2E9C">
        <w:rPr>
          <w:rFonts w:ascii="Calibri" w:hAnsi="Calibri" w:cs="Calibri"/>
        </w:rPr>
        <w:t>a</w:t>
      </w:r>
      <w:r w:rsidRPr="009F2E9C">
        <w:rPr>
          <w:rFonts w:ascii="Calibri" w:hAnsi="Calibri" w:cs="Calibri"/>
        </w:rPr>
        <w:t>nd had she just accepted the progressive problems and illness she had which created a disability, she would have never become the great wheelchair athlete</w:t>
      </w:r>
      <w:r w:rsidR="00B06176" w:rsidRPr="009F2E9C">
        <w:rPr>
          <w:rFonts w:ascii="Calibri" w:hAnsi="Calibri" w:cs="Calibri"/>
        </w:rPr>
        <w:t xml:space="preserve"> </w:t>
      </w:r>
      <w:r w:rsidRPr="009F2E9C">
        <w:rPr>
          <w:rFonts w:ascii="Calibri" w:hAnsi="Calibri" w:cs="Calibri"/>
        </w:rPr>
        <w:t xml:space="preserve">she became, she would never become a </w:t>
      </w:r>
      <w:r w:rsidR="00B06176" w:rsidRPr="009F2E9C">
        <w:rPr>
          <w:rFonts w:ascii="Calibri" w:hAnsi="Calibri" w:cs="Calibri"/>
        </w:rPr>
        <w:t>D</w:t>
      </w:r>
      <w:r w:rsidRPr="009F2E9C">
        <w:rPr>
          <w:rFonts w:ascii="Calibri" w:hAnsi="Calibri" w:cs="Calibri"/>
        </w:rPr>
        <w:t>ame, she would never be in the House of Lords. And she wouldn't be standing up for people's rights, who can't defend themselves. So, you know, you're limited by only your imagination, or your ability to drive yourself on</w:t>
      </w:r>
      <w:r w:rsidR="00B06176" w:rsidRPr="009F2E9C">
        <w:rPr>
          <w:rFonts w:ascii="Calibri" w:hAnsi="Calibri" w:cs="Calibri"/>
        </w:rPr>
        <w:t>, y</w:t>
      </w:r>
      <w:r w:rsidRPr="009F2E9C">
        <w:rPr>
          <w:rFonts w:ascii="Calibri" w:hAnsi="Calibri" w:cs="Calibri"/>
        </w:rPr>
        <w:t>ou know, if you have one type of impairment, it doesn't mean to say you can't do something else. You know, I've looked at the Special Olympics</w:t>
      </w:r>
      <w:r w:rsidR="001A7240" w:rsidRPr="009F2E9C">
        <w:rPr>
          <w:rFonts w:ascii="Calibri" w:hAnsi="Calibri" w:cs="Calibri"/>
        </w:rPr>
        <w:t>, w</w:t>
      </w:r>
      <w:r w:rsidRPr="009F2E9C">
        <w:rPr>
          <w:rFonts w:ascii="Calibri" w:hAnsi="Calibri" w:cs="Calibri"/>
        </w:rPr>
        <w:t xml:space="preserve">hy is </w:t>
      </w:r>
      <w:r w:rsidR="001A7240" w:rsidRPr="009F2E9C">
        <w:rPr>
          <w:rFonts w:ascii="Calibri" w:hAnsi="Calibri" w:cs="Calibri"/>
        </w:rPr>
        <w:t xml:space="preserve">it </w:t>
      </w:r>
      <w:r w:rsidRPr="009F2E9C">
        <w:rPr>
          <w:rFonts w:ascii="Calibri" w:hAnsi="Calibri" w:cs="Calibri"/>
        </w:rPr>
        <w:t xml:space="preserve">called </w:t>
      </w:r>
      <w:r w:rsidR="001A7240" w:rsidRPr="009F2E9C">
        <w:rPr>
          <w:rFonts w:ascii="Calibri" w:hAnsi="Calibri" w:cs="Calibri"/>
        </w:rPr>
        <w:t xml:space="preserve">the </w:t>
      </w:r>
      <w:r w:rsidRPr="009F2E9C">
        <w:rPr>
          <w:rFonts w:ascii="Calibri" w:hAnsi="Calibri" w:cs="Calibri"/>
        </w:rPr>
        <w:t>Special Olympics</w:t>
      </w:r>
      <w:r w:rsidR="001A7240" w:rsidRPr="009F2E9C">
        <w:rPr>
          <w:rFonts w:ascii="Calibri" w:hAnsi="Calibri" w:cs="Calibri"/>
        </w:rPr>
        <w:t xml:space="preserve">, </w:t>
      </w:r>
      <w:r w:rsidR="00E70B51" w:rsidRPr="009F2E9C">
        <w:rPr>
          <w:rFonts w:ascii="Calibri" w:hAnsi="Calibri" w:cs="Calibri"/>
        </w:rPr>
        <w:t>i</w:t>
      </w:r>
      <w:r w:rsidR="00E70B51">
        <w:rPr>
          <w:rFonts w:ascii="Calibri" w:hAnsi="Calibri" w:cs="Calibri"/>
        </w:rPr>
        <w:t>t</w:t>
      </w:r>
      <w:r w:rsidR="00E70B51" w:rsidRPr="009F2E9C">
        <w:rPr>
          <w:rFonts w:ascii="Calibri" w:hAnsi="Calibri" w:cs="Calibri"/>
        </w:rPr>
        <w:t>’s</w:t>
      </w:r>
      <w:r w:rsidRPr="009F2E9C">
        <w:rPr>
          <w:rFonts w:ascii="Calibri" w:hAnsi="Calibri" w:cs="Calibri"/>
        </w:rPr>
        <w:t xml:space="preserve"> the Olympics for people with impairment</w:t>
      </w:r>
      <w:r w:rsidR="001A7240" w:rsidRPr="009F2E9C">
        <w:rPr>
          <w:rFonts w:ascii="Calibri" w:hAnsi="Calibri" w:cs="Calibri"/>
        </w:rPr>
        <w:t>, t</w:t>
      </w:r>
      <w:r w:rsidRPr="009F2E9C">
        <w:rPr>
          <w:rFonts w:ascii="Calibri" w:hAnsi="Calibri" w:cs="Calibri"/>
        </w:rPr>
        <w:t>hat's what it is</w:t>
      </w:r>
    </w:p>
    <w:p w14:paraId="6B0F56C3" w14:textId="77777777" w:rsidR="00976992" w:rsidRPr="009F2E9C" w:rsidRDefault="00976992">
      <w:pPr>
        <w:spacing w:after="0"/>
        <w:rPr>
          <w:rFonts w:ascii="Calibri" w:hAnsi="Calibri" w:cs="Calibri"/>
        </w:rPr>
      </w:pPr>
    </w:p>
    <w:p w14:paraId="46805F71" w14:textId="7D015342"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24:36</w:t>
      </w:r>
    </w:p>
    <w:p w14:paraId="45DA3B68" w14:textId="3987AC64" w:rsidR="00976992" w:rsidRPr="009F2E9C" w:rsidRDefault="001A7240">
      <w:pPr>
        <w:spacing w:after="0"/>
        <w:rPr>
          <w:rFonts w:ascii="Calibri" w:hAnsi="Calibri" w:cs="Calibri"/>
        </w:rPr>
      </w:pPr>
      <w:r w:rsidRPr="009F2E9C">
        <w:rPr>
          <w:rFonts w:ascii="Calibri" w:hAnsi="Calibri" w:cs="Calibri"/>
        </w:rPr>
        <w:lastRenderedPageBreak/>
        <w:t>It’s n</w:t>
      </w:r>
      <w:r w:rsidR="004912A8" w:rsidRPr="009F2E9C">
        <w:rPr>
          <w:rFonts w:ascii="Calibri" w:hAnsi="Calibri" w:cs="Calibri"/>
        </w:rPr>
        <w:t xml:space="preserve">ot </w:t>
      </w:r>
      <w:r w:rsidRPr="009F2E9C">
        <w:rPr>
          <w:rFonts w:ascii="Calibri" w:hAnsi="Calibri" w:cs="Calibri"/>
        </w:rPr>
        <w:t xml:space="preserve">as </w:t>
      </w:r>
      <w:r w:rsidR="004912A8" w:rsidRPr="009F2E9C">
        <w:rPr>
          <w:rFonts w:ascii="Calibri" w:hAnsi="Calibri" w:cs="Calibri"/>
        </w:rPr>
        <w:t>catchy, though</w:t>
      </w:r>
      <w:r w:rsidRPr="009F2E9C">
        <w:rPr>
          <w:rFonts w:ascii="Calibri" w:hAnsi="Calibri" w:cs="Calibri"/>
        </w:rPr>
        <w:t>, i</w:t>
      </w:r>
      <w:r w:rsidR="004912A8" w:rsidRPr="009F2E9C">
        <w:rPr>
          <w:rFonts w:ascii="Calibri" w:hAnsi="Calibri" w:cs="Calibri"/>
        </w:rPr>
        <w:t>s it</w:t>
      </w:r>
      <w:r w:rsidRPr="009F2E9C">
        <w:rPr>
          <w:rFonts w:ascii="Calibri" w:hAnsi="Calibri" w:cs="Calibri"/>
        </w:rPr>
        <w:t xml:space="preserve"> Simon?</w:t>
      </w:r>
      <w:r w:rsidR="004912A8" w:rsidRPr="009F2E9C">
        <w:rPr>
          <w:rFonts w:ascii="Calibri" w:hAnsi="Calibri" w:cs="Calibri"/>
        </w:rPr>
        <w:t xml:space="preserve"> </w:t>
      </w:r>
    </w:p>
    <w:p w14:paraId="6025D7F3" w14:textId="77777777" w:rsidR="00976992" w:rsidRPr="009F2E9C" w:rsidRDefault="00976992">
      <w:pPr>
        <w:spacing w:after="0"/>
        <w:rPr>
          <w:rFonts w:ascii="Calibri" w:hAnsi="Calibri" w:cs="Calibri"/>
        </w:rPr>
      </w:pPr>
    </w:p>
    <w:p w14:paraId="26DA76F2" w14:textId="642385C0"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24:40</w:t>
      </w:r>
    </w:p>
    <w:p w14:paraId="73FF1EED" w14:textId="2A69C9E9" w:rsidR="001A7240" w:rsidRDefault="004912A8">
      <w:pPr>
        <w:spacing w:after="0"/>
        <w:rPr>
          <w:rFonts w:ascii="Calibri" w:hAnsi="Calibri" w:cs="Calibri"/>
        </w:rPr>
      </w:pPr>
      <w:r w:rsidRPr="009F2E9C">
        <w:rPr>
          <w:rFonts w:ascii="Calibri" w:hAnsi="Calibri" w:cs="Calibri"/>
        </w:rPr>
        <w:t xml:space="preserve">At the end of the day, yeah, that's the way I see it anyway. And I look at some of those people and they think, </w:t>
      </w:r>
      <w:r w:rsidR="00ED7BEF" w:rsidRPr="009F2E9C">
        <w:rPr>
          <w:rFonts w:ascii="Calibri" w:hAnsi="Calibri" w:cs="Calibri"/>
        </w:rPr>
        <w:t>wow</w:t>
      </w:r>
      <w:r w:rsidRPr="009F2E9C">
        <w:rPr>
          <w:rFonts w:ascii="Calibri" w:hAnsi="Calibri" w:cs="Calibri"/>
        </w:rPr>
        <w:t>, just wow, yeah, you know, I see people in wheelchairs that put the shot</w:t>
      </w:r>
      <w:r w:rsidR="001A7240" w:rsidRPr="009F2E9C">
        <w:rPr>
          <w:rFonts w:ascii="Calibri" w:hAnsi="Calibri" w:cs="Calibri"/>
        </w:rPr>
        <w:t>, h</w:t>
      </w:r>
      <w:r w:rsidRPr="009F2E9C">
        <w:rPr>
          <w:rFonts w:ascii="Calibri" w:hAnsi="Calibri" w:cs="Calibri"/>
        </w:rPr>
        <w:t>ow the hell they don't fall out of that bloody chair</w:t>
      </w:r>
      <w:r w:rsidR="001A7240" w:rsidRPr="009F2E9C">
        <w:rPr>
          <w:rFonts w:ascii="Calibri" w:hAnsi="Calibri" w:cs="Calibri"/>
        </w:rPr>
        <w:t xml:space="preserve">, </w:t>
      </w:r>
      <w:r w:rsidRPr="009F2E9C">
        <w:rPr>
          <w:rFonts w:ascii="Calibri" w:hAnsi="Calibri" w:cs="Calibri"/>
        </w:rPr>
        <w:t>I'll never know</w:t>
      </w:r>
      <w:r w:rsidR="001A7240" w:rsidRPr="009F2E9C">
        <w:rPr>
          <w:rFonts w:ascii="Calibri" w:hAnsi="Calibri" w:cs="Calibri"/>
        </w:rPr>
        <w:t xml:space="preserve"> in my life </w:t>
      </w:r>
    </w:p>
    <w:p w14:paraId="3773C151" w14:textId="77777777" w:rsidR="00ED7BEF" w:rsidRPr="009F2E9C" w:rsidRDefault="00ED7BEF">
      <w:pPr>
        <w:spacing w:after="0"/>
        <w:rPr>
          <w:rFonts w:ascii="Calibri" w:hAnsi="Calibri" w:cs="Calibri"/>
        </w:rPr>
      </w:pPr>
    </w:p>
    <w:p w14:paraId="194627AB" w14:textId="3EFE53D7"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24:57</w:t>
      </w:r>
    </w:p>
    <w:p w14:paraId="336C8F88" w14:textId="1177CB53" w:rsidR="00976992" w:rsidRPr="009F2E9C" w:rsidRDefault="00036B55">
      <w:pPr>
        <w:spacing w:after="0"/>
        <w:rPr>
          <w:rFonts w:ascii="Calibri" w:hAnsi="Calibri" w:cs="Calibri"/>
        </w:rPr>
      </w:pPr>
      <w:r w:rsidRPr="009F2E9C">
        <w:rPr>
          <w:rFonts w:ascii="Calibri" w:hAnsi="Calibri" w:cs="Calibri"/>
        </w:rPr>
        <w:t xml:space="preserve">You </w:t>
      </w:r>
      <w:r w:rsidR="001A7240" w:rsidRPr="009F2E9C">
        <w:rPr>
          <w:rFonts w:ascii="Calibri" w:hAnsi="Calibri" w:cs="Calibri"/>
        </w:rPr>
        <w:t>m</w:t>
      </w:r>
      <w:r w:rsidR="004912A8" w:rsidRPr="009F2E9C">
        <w:rPr>
          <w:rFonts w:ascii="Calibri" w:hAnsi="Calibri" w:cs="Calibri"/>
        </w:rPr>
        <w:t xml:space="preserve">ust have such serious like, </w:t>
      </w:r>
      <w:r w:rsidR="001A7240" w:rsidRPr="009F2E9C">
        <w:rPr>
          <w:rFonts w:ascii="Calibri" w:hAnsi="Calibri" w:cs="Calibri"/>
        </w:rPr>
        <w:t xml:space="preserve">core </w:t>
      </w:r>
      <w:r w:rsidR="004912A8" w:rsidRPr="009F2E9C">
        <w:rPr>
          <w:rFonts w:ascii="Calibri" w:hAnsi="Calibri" w:cs="Calibri"/>
        </w:rPr>
        <w:t>strengths</w:t>
      </w:r>
      <w:r w:rsidRPr="009F2E9C">
        <w:rPr>
          <w:rFonts w:ascii="Calibri" w:hAnsi="Calibri" w:cs="Calibri"/>
        </w:rPr>
        <w:t>, l</w:t>
      </w:r>
      <w:r w:rsidR="004912A8" w:rsidRPr="009F2E9C">
        <w:rPr>
          <w:rFonts w:ascii="Calibri" w:hAnsi="Calibri" w:cs="Calibri"/>
        </w:rPr>
        <w:t xml:space="preserve">ike, I don't know, any </w:t>
      </w:r>
      <w:r w:rsidRPr="009F2E9C">
        <w:rPr>
          <w:rFonts w:ascii="Calibri" w:hAnsi="Calibri" w:cs="Calibri"/>
        </w:rPr>
        <w:t xml:space="preserve">one hundred </w:t>
      </w:r>
      <w:r w:rsidR="004912A8" w:rsidRPr="009F2E9C">
        <w:rPr>
          <w:rFonts w:ascii="Calibri" w:hAnsi="Calibri" w:cs="Calibri"/>
        </w:rPr>
        <w:t>% able bodied person who has the core strengths to be able to do that. So how you build, you know, your core strength when perhaps you</w:t>
      </w:r>
      <w:r w:rsidRPr="009F2E9C">
        <w:rPr>
          <w:rFonts w:ascii="Calibri" w:hAnsi="Calibri" w:cs="Calibri"/>
        </w:rPr>
        <w:t>,</w:t>
      </w:r>
      <w:r w:rsidR="004912A8" w:rsidRPr="009F2E9C">
        <w:rPr>
          <w:rFonts w:ascii="Calibri" w:hAnsi="Calibri" w:cs="Calibri"/>
        </w:rPr>
        <w:t xml:space="preserve"> there's a chunk of your body that doesn't work as people, you know, as expected</w:t>
      </w:r>
      <w:r w:rsidRPr="009F2E9C">
        <w:rPr>
          <w:rFonts w:ascii="Calibri" w:hAnsi="Calibri" w:cs="Calibri"/>
        </w:rPr>
        <w:t xml:space="preserve">, </w:t>
      </w:r>
      <w:r w:rsidR="004912A8" w:rsidRPr="009F2E9C">
        <w:rPr>
          <w:rFonts w:ascii="Calibri" w:hAnsi="Calibri" w:cs="Calibri"/>
        </w:rPr>
        <w:t>I mean, jeez, it's just the thing I always say about, about Olympian</w:t>
      </w:r>
      <w:r w:rsidRPr="009F2E9C">
        <w:rPr>
          <w:rFonts w:ascii="Calibri" w:hAnsi="Calibri" w:cs="Calibri"/>
        </w:rPr>
        <w:t>s, t</w:t>
      </w:r>
      <w:r w:rsidR="004912A8" w:rsidRPr="009F2E9C">
        <w:rPr>
          <w:rFonts w:ascii="Calibri" w:hAnsi="Calibri" w:cs="Calibri"/>
        </w:rPr>
        <w:t xml:space="preserve">he thing about the Special Olympics, the Paralympics is that a lot of people go, </w:t>
      </w:r>
      <w:r w:rsidRPr="009F2E9C">
        <w:rPr>
          <w:rFonts w:ascii="Calibri" w:hAnsi="Calibri" w:cs="Calibri"/>
        </w:rPr>
        <w:t>‘</w:t>
      </w:r>
      <w:r w:rsidR="004912A8" w:rsidRPr="009F2E9C">
        <w:rPr>
          <w:rFonts w:ascii="Calibri" w:hAnsi="Calibri" w:cs="Calibri"/>
        </w:rPr>
        <w:t>Oh, you know, these are the special disabled people</w:t>
      </w:r>
      <w:r w:rsidRPr="009F2E9C">
        <w:rPr>
          <w:rFonts w:ascii="Calibri" w:hAnsi="Calibri" w:cs="Calibri"/>
        </w:rPr>
        <w:t>’</w:t>
      </w:r>
      <w:r w:rsidR="004912A8" w:rsidRPr="009F2E9C">
        <w:rPr>
          <w:rFonts w:ascii="Calibri" w:hAnsi="Calibri" w:cs="Calibri"/>
        </w:rPr>
        <w:t xml:space="preserve">, you know, and I sort of, I always want to say, </w:t>
      </w:r>
      <w:r w:rsidR="00F43477" w:rsidRPr="009F2E9C">
        <w:rPr>
          <w:rFonts w:ascii="Calibri" w:hAnsi="Calibri" w:cs="Calibri"/>
        </w:rPr>
        <w:t xml:space="preserve">yeah, but you </w:t>
      </w:r>
      <w:r w:rsidR="004912A8" w:rsidRPr="009F2E9C">
        <w:rPr>
          <w:rFonts w:ascii="Calibri" w:hAnsi="Calibri" w:cs="Calibri"/>
        </w:rPr>
        <w:t xml:space="preserve">don't say that about </w:t>
      </w:r>
      <w:r w:rsidR="00A9458B">
        <w:rPr>
          <w:rFonts w:ascii="Calibri" w:hAnsi="Calibri" w:cs="Calibri"/>
        </w:rPr>
        <w:t>l</w:t>
      </w:r>
      <w:r w:rsidR="004912A8" w:rsidRPr="009F2E9C">
        <w:rPr>
          <w:rFonts w:ascii="Calibri" w:hAnsi="Calibri" w:cs="Calibri"/>
        </w:rPr>
        <w:t>ook at, look at the Olympians, like a regular no</w:t>
      </w:r>
      <w:r w:rsidR="00F43477" w:rsidRPr="009F2E9C">
        <w:rPr>
          <w:rFonts w:ascii="Calibri" w:hAnsi="Calibri" w:cs="Calibri"/>
        </w:rPr>
        <w:t xml:space="preserve">n disabled, </w:t>
      </w:r>
      <w:r w:rsidR="004912A8" w:rsidRPr="009F2E9C">
        <w:rPr>
          <w:rFonts w:ascii="Calibri" w:hAnsi="Calibri" w:cs="Calibri"/>
        </w:rPr>
        <w:t xml:space="preserve">those people are like, above and beyond your average. That's not you know, Joan who works in </w:t>
      </w:r>
      <w:r w:rsidR="00A9458B" w:rsidRPr="009F2E9C">
        <w:rPr>
          <w:rFonts w:ascii="Calibri" w:hAnsi="Calibri" w:cs="Calibri"/>
        </w:rPr>
        <w:t>Tesco’s</w:t>
      </w:r>
      <w:r w:rsidR="00F43477" w:rsidRPr="009F2E9C">
        <w:rPr>
          <w:rFonts w:ascii="Calibri" w:hAnsi="Calibri" w:cs="Calibri"/>
        </w:rPr>
        <w:t xml:space="preserve"> and has a McDonalds for breakfast every day, s</w:t>
      </w:r>
      <w:r w:rsidR="004912A8" w:rsidRPr="009F2E9C">
        <w:rPr>
          <w:rFonts w:ascii="Calibri" w:hAnsi="Calibri" w:cs="Calibri"/>
        </w:rPr>
        <w:t>he couldn't do</w:t>
      </w:r>
      <w:r w:rsidR="00F43477" w:rsidRPr="009F2E9C">
        <w:rPr>
          <w:rFonts w:ascii="Calibri" w:hAnsi="Calibri" w:cs="Calibri"/>
        </w:rPr>
        <w:t xml:space="preserve"> that {laughter}</w:t>
      </w:r>
    </w:p>
    <w:p w14:paraId="66CB2806" w14:textId="77777777" w:rsidR="00976992" w:rsidRPr="009F2E9C" w:rsidRDefault="00976992">
      <w:pPr>
        <w:spacing w:after="0"/>
        <w:rPr>
          <w:rFonts w:ascii="Calibri" w:hAnsi="Calibri" w:cs="Calibri"/>
        </w:rPr>
      </w:pPr>
    </w:p>
    <w:p w14:paraId="1ACB634C" w14:textId="523FFFBF"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25:54</w:t>
      </w:r>
    </w:p>
    <w:p w14:paraId="07AD0A6B" w14:textId="3BBFD9B6" w:rsidR="00976992" w:rsidRPr="009F2E9C" w:rsidRDefault="004912A8">
      <w:pPr>
        <w:spacing w:after="0"/>
        <w:rPr>
          <w:rFonts w:ascii="Calibri" w:hAnsi="Calibri" w:cs="Calibri"/>
        </w:rPr>
      </w:pPr>
      <w:r w:rsidRPr="009F2E9C">
        <w:rPr>
          <w:rFonts w:ascii="Calibri" w:hAnsi="Calibri" w:cs="Calibri"/>
        </w:rPr>
        <w:t xml:space="preserve">She </w:t>
      </w:r>
      <w:proofErr w:type="gramStart"/>
      <w:r w:rsidRPr="009F2E9C">
        <w:rPr>
          <w:rFonts w:ascii="Calibri" w:hAnsi="Calibri" w:cs="Calibri"/>
        </w:rPr>
        <w:t>could</w:t>
      </w:r>
      <w:r w:rsidR="00A9458B">
        <w:rPr>
          <w:rFonts w:ascii="Calibri" w:hAnsi="Calibri" w:cs="Calibri"/>
        </w:rPr>
        <w:t>,</w:t>
      </w:r>
      <w:r w:rsidRPr="009F2E9C">
        <w:rPr>
          <w:rFonts w:ascii="Calibri" w:hAnsi="Calibri" w:cs="Calibri"/>
        </w:rPr>
        <w:t xml:space="preserve"> </w:t>
      </w:r>
      <w:r w:rsidR="00A11145" w:rsidRPr="009F2E9C">
        <w:rPr>
          <w:rFonts w:ascii="Calibri" w:hAnsi="Calibri" w:cs="Calibri"/>
        </w:rPr>
        <w:t>if</w:t>
      </w:r>
      <w:proofErr w:type="gramEnd"/>
      <w:r w:rsidR="00A11145" w:rsidRPr="009F2E9C">
        <w:rPr>
          <w:rFonts w:ascii="Calibri" w:hAnsi="Calibri" w:cs="Calibri"/>
        </w:rPr>
        <w:t xml:space="preserve"> she </w:t>
      </w:r>
      <w:r w:rsidRPr="009F2E9C">
        <w:rPr>
          <w:rFonts w:ascii="Calibri" w:hAnsi="Calibri" w:cs="Calibri"/>
        </w:rPr>
        <w:t>put</w:t>
      </w:r>
      <w:r w:rsidR="00A11145" w:rsidRPr="009F2E9C">
        <w:rPr>
          <w:rFonts w:ascii="Calibri" w:hAnsi="Calibri" w:cs="Calibri"/>
        </w:rPr>
        <w:t xml:space="preserve"> her </w:t>
      </w:r>
      <w:r w:rsidRPr="009F2E9C">
        <w:rPr>
          <w:rFonts w:ascii="Calibri" w:hAnsi="Calibri" w:cs="Calibri"/>
        </w:rPr>
        <w:t>effort into</w:t>
      </w:r>
      <w:r w:rsidR="00A11145" w:rsidRPr="009F2E9C">
        <w:rPr>
          <w:rFonts w:ascii="Calibri" w:hAnsi="Calibri" w:cs="Calibri"/>
        </w:rPr>
        <w:t xml:space="preserve"> it </w:t>
      </w:r>
    </w:p>
    <w:p w14:paraId="6232214B" w14:textId="77777777" w:rsidR="00A9458B" w:rsidRDefault="00A9458B">
      <w:pPr>
        <w:spacing w:after="0"/>
        <w:rPr>
          <w:rFonts w:ascii="Calibri" w:hAnsi="Calibri" w:cs="Calibri"/>
        </w:rPr>
      </w:pPr>
    </w:p>
    <w:p w14:paraId="6C7DF320" w14:textId="4A0FFB8D" w:rsidR="00A11145" w:rsidRPr="009F2E9C" w:rsidRDefault="00A11145">
      <w:pPr>
        <w:spacing w:after="0"/>
        <w:rPr>
          <w:rFonts w:ascii="Calibri" w:hAnsi="Calibri" w:cs="Calibri"/>
        </w:rPr>
      </w:pPr>
      <w:r w:rsidRPr="009F2E9C">
        <w:rPr>
          <w:rFonts w:ascii="Calibri" w:hAnsi="Calibri" w:cs="Calibri"/>
        </w:rPr>
        <w:t xml:space="preserve">Alice: Yeah, exactly </w:t>
      </w:r>
    </w:p>
    <w:p w14:paraId="14755A01" w14:textId="77777777" w:rsidR="00976992" w:rsidRPr="009F2E9C" w:rsidRDefault="00976992">
      <w:pPr>
        <w:spacing w:after="0"/>
        <w:rPr>
          <w:rFonts w:ascii="Calibri" w:hAnsi="Calibri" w:cs="Calibri"/>
        </w:rPr>
      </w:pPr>
    </w:p>
    <w:p w14:paraId="750A9580" w14:textId="3875EE06"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25:58</w:t>
      </w:r>
    </w:p>
    <w:p w14:paraId="32165818" w14:textId="7A207142" w:rsidR="00976992" w:rsidRPr="009F2E9C" w:rsidRDefault="00A11145">
      <w:pPr>
        <w:spacing w:after="0"/>
        <w:rPr>
          <w:rFonts w:ascii="Calibri" w:hAnsi="Calibri" w:cs="Calibri"/>
        </w:rPr>
      </w:pPr>
      <w:r w:rsidRPr="009F2E9C">
        <w:rPr>
          <w:rFonts w:ascii="Calibri" w:hAnsi="Calibri" w:cs="Calibri"/>
        </w:rPr>
        <w:t xml:space="preserve">If she put down her </w:t>
      </w:r>
      <w:r w:rsidR="004912A8" w:rsidRPr="009F2E9C">
        <w:rPr>
          <w:rFonts w:ascii="Calibri" w:hAnsi="Calibri" w:cs="Calibri"/>
        </w:rPr>
        <w:t>McDonald's breakfast, then maybe Jo</w:t>
      </w:r>
      <w:r w:rsidRPr="009F2E9C">
        <w:rPr>
          <w:rFonts w:ascii="Calibri" w:hAnsi="Calibri" w:cs="Calibri"/>
        </w:rPr>
        <w:t>an</w:t>
      </w:r>
      <w:r w:rsidR="004912A8" w:rsidRPr="009F2E9C">
        <w:rPr>
          <w:rFonts w:ascii="Calibri" w:hAnsi="Calibri" w:cs="Calibri"/>
        </w:rPr>
        <w:t xml:space="preserve"> might be able to, you know, </w:t>
      </w:r>
      <w:r w:rsidR="00DE369D" w:rsidRPr="009F2E9C">
        <w:rPr>
          <w:rFonts w:ascii="Calibri" w:hAnsi="Calibri" w:cs="Calibri"/>
        </w:rPr>
        <w:t xml:space="preserve">lifting all those cans </w:t>
      </w:r>
      <w:r w:rsidR="004912A8" w:rsidRPr="009F2E9C">
        <w:rPr>
          <w:rFonts w:ascii="Calibri" w:hAnsi="Calibri" w:cs="Calibri"/>
        </w:rPr>
        <w:t>of beans</w:t>
      </w:r>
      <w:r w:rsidR="00DE369D" w:rsidRPr="009F2E9C">
        <w:rPr>
          <w:rFonts w:ascii="Calibri" w:hAnsi="Calibri" w:cs="Calibri"/>
        </w:rPr>
        <w:t xml:space="preserve"> over the </w:t>
      </w:r>
      <w:r w:rsidR="004912A8" w:rsidRPr="009F2E9C">
        <w:rPr>
          <w:rFonts w:ascii="Calibri" w:hAnsi="Calibri" w:cs="Calibri"/>
        </w:rPr>
        <w:t xml:space="preserve">checkout </w:t>
      </w:r>
      <w:r w:rsidR="00DE369D" w:rsidRPr="009F2E9C">
        <w:rPr>
          <w:rFonts w:ascii="Calibri" w:hAnsi="Calibri" w:cs="Calibri"/>
        </w:rPr>
        <w:t xml:space="preserve">might stand you in good stead </w:t>
      </w:r>
    </w:p>
    <w:p w14:paraId="1E3E6FA8" w14:textId="77777777" w:rsidR="00976992" w:rsidRPr="009F2E9C" w:rsidRDefault="00976992">
      <w:pPr>
        <w:spacing w:after="0"/>
        <w:rPr>
          <w:rFonts w:ascii="Calibri" w:hAnsi="Calibri" w:cs="Calibri"/>
        </w:rPr>
      </w:pPr>
    </w:p>
    <w:p w14:paraId="5C4E38D3" w14:textId="6FC63BE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26:05</w:t>
      </w:r>
    </w:p>
    <w:p w14:paraId="18C7562F" w14:textId="2A001E4F" w:rsidR="00976992" w:rsidRPr="009F2E9C" w:rsidRDefault="004912A8">
      <w:pPr>
        <w:spacing w:after="0"/>
        <w:rPr>
          <w:rFonts w:ascii="Calibri" w:hAnsi="Calibri" w:cs="Calibri"/>
        </w:rPr>
      </w:pPr>
      <w:r w:rsidRPr="009F2E9C">
        <w:rPr>
          <w:rFonts w:ascii="Calibri" w:hAnsi="Calibri" w:cs="Calibri"/>
        </w:rPr>
        <w:t>Or if</w:t>
      </w:r>
      <w:r w:rsidR="00DE369D" w:rsidRPr="009F2E9C">
        <w:rPr>
          <w:rFonts w:ascii="Calibri" w:hAnsi="Calibri" w:cs="Calibri"/>
        </w:rPr>
        <w:t>,</w:t>
      </w:r>
      <w:r w:rsidRPr="009F2E9C">
        <w:rPr>
          <w:rFonts w:ascii="Calibri" w:hAnsi="Calibri" w:cs="Calibri"/>
        </w:rPr>
        <w:t xml:space="preserve"> or if they cut back on the prosecco and </w:t>
      </w:r>
      <w:r w:rsidR="00AE17F8" w:rsidRPr="009F2E9C">
        <w:rPr>
          <w:rFonts w:ascii="Calibri" w:hAnsi="Calibri" w:cs="Calibri"/>
        </w:rPr>
        <w:t xml:space="preserve">the Chinese after they’ve got </w:t>
      </w:r>
      <w:r w:rsidRPr="009F2E9C">
        <w:rPr>
          <w:rFonts w:ascii="Calibri" w:hAnsi="Calibri" w:cs="Calibri"/>
        </w:rPr>
        <w:t>the vaccination.</w:t>
      </w:r>
      <w:r w:rsidR="00AE17F8" w:rsidRPr="009F2E9C">
        <w:rPr>
          <w:rFonts w:ascii="Calibri" w:hAnsi="Calibri" w:cs="Calibri"/>
        </w:rPr>
        <w:t xml:space="preserve"> Not that I’m pointing any fingers, Lucy</w:t>
      </w:r>
      <w:r w:rsidR="009F2E9C">
        <w:rPr>
          <w:rFonts w:ascii="Calibri" w:hAnsi="Calibri" w:cs="Calibri"/>
        </w:rPr>
        <w:t xml:space="preserve"> </w:t>
      </w:r>
    </w:p>
    <w:p w14:paraId="702FB223" w14:textId="77777777" w:rsidR="00D35EB9" w:rsidRDefault="00D35EB9">
      <w:pPr>
        <w:spacing w:after="0"/>
        <w:rPr>
          <w:rFonts w:ascii="Calibri" w:hAnsi="Calibri" w:cs="Calibri"/>
        </w:rPr>
      </w:pPr>
    </w:p>
    <w:p w14:paraId="32420B89" w14:textId="2CDE88B7"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26:15</w:t>
      </w:r>
    </w:p>
    <w:p w14:paraId="2AC16508" w14:textId="42AB9C02" w:rsidR="00976992" w:rsidRPr="009F2E9C" w:rsidRDefault="004912A8">
      <w:pPr>
        <w:spacing w:after="0"/>
        <w:rPr>
          <w:rFonts w:ascii="Calibri" w:hAnsi="Calibri" w:cs="Calibri"/>
        </w:rPr>
      </w:pPr>
      <w:r w:rsidRPr="009F2E9C">
        <w:rPr>
          <w:rFonts w:ascii="Calibri" w:hAnsi="Calibri" w:cs="Calibri"/>
        </w:rPr>
        <w:t>Thank you, Simon</w:t>
      </w:r>
      <w:r w:rsidR="00AE17F8" w:rsidRPr="009F2E9C">
        <w:rPr>
          <w:rFonts w:ascii="Calibri" w:hAnsi="Calibri" w:cs="Calibri"/>
        </w:rPr>
        <w:t>, I thought w</w:t>
      </w:r>
      <w:r w:rsidRPr="009F2E9C">
        <w:rPr>
          <w:rFonts w:ascii="Calibri" w:hAnsi="Calibri" w:cs="Calibri"/>
        </w:rPr>
        <w:t>e were friends</w:t>
      </w:r>
      <w:r w:rsidR="00AE17F8" w:rsidRPr="009F2E9C">
        <w:rPr>
          <w:rFonts w:ascii="Calibri" w:hAnsi="Calibri" w:cs="Calibri"/>
        </w:rPr>
        <w:t xml:space="preserve"> </w:t>
      </w:r>
      <w:r w:rsidR="00AE17F8" w:rsidRPr="009F2E9C">
        <w:rPr>
          <w:rFonts w:ascii="Calibri" w:hAnsi="Calibri" w:cs="Calibri"/>
        </w:rPr>
        <w:t>{laughter}</w:t>
      </w:r>
    </w:p>
    <w:p w14:paraId="584DAAB6" w14:textId="77777777" w:rsidR="00976992" w:rsidRPr="009F2E9C" w:rsidRDefault="00976992">
      <w:pPr>
        <w:spacing w:after="0"/>
        <w:rPr>
          <w:rFonts w:ascii="Calibri" w:hAnsi="Calibri" w:cs="Calibri"/>
        </w:rPr>
      </w:pPr>
    </w:p>
    <w:p w14:paraId="369AFAE9" w14:textId="418D259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26:20</w:t>
      </w:r>
    </w:p>
    <w:p w14:paraId="72987A9C" w14:textId="77777777" w:rsidR="00976992" w:rsidRPr="009F2E9C" w:rsidRDefault="004912A8">
      <w:pPr>
        <w:spacing w:after="0"/>
        <w:rPr>
          <w:rFonts w:ascii="Calibri" w:hAnsi="Calibri" w:cs="Calibri"/>
        </w:rPr>
      </w:pPr>
      <w:r w:rsidRPr="009F2E9C">
        <w:rPr>
          <w:rFonts w:ascii="Calibri" w:hAnsi="Calibri" w:cs="Calibri"/>
        </w:rPr>
        <w:t>You've known me too long.</w:t>
      </w:r>
    </w:p>
    <w:p w14:paraId="5EA494D4" w14:textId="77777777" w:rsidR="00976992" w:rsidRPr="009F2E9C" w:rsidRDefault="00976992">
      <w:pPr>
        <w:spacing w:after="0"/>
        <w:rPr>
          <w:rFonts w:ascii="Calibri" w:hAnsi="Calibri" w:cs="Calibri"/>
        </w:rPr>
      </w:pPr>
    </w:p>
    <w:p w14:paraId="6AEE610E" w14:textId="60BFBFA1"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26:25</w:t>
      </w:r>
    </w:p>
    <w:p w14:paraId="560E4055" w14:textId="402C0DC1" w:rsidR="00976992" w:rsidRPr="009F2E9C" w:rsidRDefault="004912A8">
      <w:pPr>
        <w:spacing w:after="0"/>
        <w:rPr>
          <w:rFonts w:ascii="Calibri" w:hAnsi="Calibri" w:cs="Calibri"/>
        </w:rPr>
      </w:pPr>
      <w:r w:rsidRPr="009F2E9C">
        <w:rPr>
          <w:rFonts w:ascii="Calibri" w:hAnsi="Calibri" w:cs="Calibri"/>
        </w:rPr>
        <w:t>Yeah, I mean, I don't know what your feelings are Simon about the term inspiration and hero and that kind of thing? Does that sit well with you? Is it</w:t>
      </w:r>
      <w:r w:rsidR="00AE17F8" w:rsidRPr="009F2E9C">
        <w:rPr>
          <w:rFonts w:ascii="Calibri" w:hAnsi="Calibri" w:cs="Calibri"/>
        </w:rPr>
        <w:t>,</w:t>
      </w:r>
      <w:r w:rsidRPr="009F2E9C">
        <w:rPr>
          <w:rFonts w:ascii="Calibri" w:hAnsi="Calibri" w:cs="Calibri"/>
        </w:rPr>
        <w:t xml:space="preserve"> </w:t>
      </w:r>
      <w:r w:rsidR="00AE17F8" w:rsidRPr="009F2E9C">
        <w:rPr>
          <w:rFonts w:ascii="Calibri" w:hAnsi="Calibri" w:cs="Calibri"/>
        </w:rPr>
        <w:t>i</w:t>
      </w:r>
      <w:r w:rsidRPr="009F2E9C">
        <w:rPr>
          <w:rFonts w:ascii="Calibri" w:hAnsi="Calibri" w:cs="Calibri"/>
        </w:rPr>
        <w:t>s it something that doesn't bother you? Or does it</w:t>
      </w:r>
      <w:r w:rsidR="00AE17F8" w:rsidRPr="009F2E9C">
        <w:rPr>
          <w:rFonts w:ascii="Calibri" w:hAnsi="Calibri" w:cs="Calibri"/>
        </w:rPr>
        <w:t>,</w:t>
      </w:r>
      <w:r w:rsidRPr="009F2E9C">
        <w:rPr>
          <w:rFonts w:ascii="Calibri" w:hAnsi="Calibri" w:cs="Calibri"/>
        </w:rPr>
        <w:t xml:space="preserve"> is i</w:t>
      </w:r>
      <w:r w:rsidR="00AE17F8" w:rsidRPr="009F2E9C">
        <w:rPr>
          <w:rFonts w:ascii="Calibri" w:hAnsi="Calibri" w:cs="Calibri"/>
        </w:rPr>
        <w:t>t, i</w:t>
      </w:r>
      <w:r w:rsidRPr="009F2E9C">
        <w:rPr>
          <w:rFonts w:ascii="Calibri" w:hAnsi="Calibri" w:cs="Calibri"/>
        </w:rPr>
        <w:t xml:space="preserve">s it part and parcel of being a </w:t>
      </w:r>
      <w:r w:rsidR="00D35EB9" w:rsidRPr="009F2E9C">
        <w:rPr>
          <w:rFonts w:ascii="Calibri" w:hAnsi="Calibri" w:cs="Calibri"/>
        </w:rPr>
        <w:t>high-profile</w:t>
      </w:r>
      <w:r w:rsidR="00AE17F8" w:rsidRPr="009F2E9C">
        <w:rPr>
          <w:rFonts w:ascii="Calibri" w:hAnsi="Calibri" w:cs="Calibri"/>
        </w:rPr>
        <w:t xml:space="preserve"> </w:t>
      </w:r>
      <w:r w:rsidRPr="009F2E9C">
        <w:rPr>
          <w:rFonts w:ascii="Calibri" w:hAnsi="Calibri" w:cs="Calibri"/>
        </w:rPr>
        <w:t>Military serviceman in the press?</w:t>
      </w:r>
    </w:p>
    <w:p w14:paraId="7BC6EC98" w14:textId="77777777" w:rsidR="00976992" w:rsidRPr="009F2E9C" w:rsidRDefault="00976992">
      <w:pPr>
        <w:spacing w:after="0"/>
        <w:rPr>
          <w:rFonts w:ascii="Calibri" w:hAnsi="Calibri" w:cs="Calibri"/>
        </w:rPr>
      </w:pPr>
    </w:p>
    <w:p w14:paraId="196F7CC1" w14:textId="0122186B"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26:51</w:t>
      </w:r>
    </w:p>
    <w:p w14:paraId="6511C390" w14:textId="2EF53742" w:rsidR="00976992" w:rsidRPr="009F2E9C" w:rsidRDefault="004912A8">
      <w:pPr>
        <w:spacing w:after="0"/>
        <w:rPr>
          <w:rFonts w:ascii="Calibri" w:hAnsi="Calibri" w:cs="Calibri"/>
        </w:rPr>
      </w:pPr>
      <w:r w:rsidRPr="009F2E9C">
        <w:rPr>
          <w:rFonts w:ascii="Calibri" w:hAnsi="Calibri" w:cs="Calibri"/>
        </w:rPr>
        <w:lastRenderedPageBreak/>
        <w:t>I think you've got to look at it this way</w:t>
      </w:r>
      <w:r w:rsidR="00D30A8F" w:rsidRPr="009F2E9C">
        <w:rPr>
          <w:rFonts w:ascii="Calibri" w:hAnsi="Calibri" w:cs="Calibri"/>
        </w:rPr>
        <w:t>, Lucy,</w:t>
      </w:r>
      <w:r w:rsidR="009F2E9C">
        <w:rPr>
          <w:rFonts w:ascii="Calibri" w:hAnsi="Calibri" w:cs="Calibri"/>
        </w:rPr>
        <w:t xml:space="preserve"> </w:t>
      </w:r>
      <w:r w:rsidR="00D30A8F" w:rsidRPr="009F2E9C">
        <w:rPr>
          <w:rFonts w:ascii="Calibri" w:hAnsi="Calibri" w:cs="Calibri"/>
        </w:rPr>
        <w:t>h</w:t>
      </w:r>
      <w:r w:rsidRPr="009F2E9C">
        <w:rPr>
          <w:rFonts w:ascii="Calibri" w:hAnsi="Calibri" w:cs="Calibri"/>
        </w:rPr>
        <w:t>eroes are what other people make</w:t>
      </w:r>
      <w:r w:rsidR="00D30A8F" w:rsidRPr="009F2E9C">
        <w:rPr>
          <w:rFonts w:ascii="Calibri" w:hAnsi="Calibri" w:cs="Calibri"/>
        </w:rPr>
        <w:t>. Y</w:t>
      </w:r>
      <w:r w:rsidRPr="009F2E9C">
        <w:rPr>
          <w:rFonts w:ascii="Calibri" w:hAnsi="Calibri" w:cs="Calibri"/>
        </w:rPr>
        <w:t>ou don't go around calling yourself a hero</w:t>
      </w:r>
      <w:r w:rsidR="00D30A8F" w:rsidRPr="009F2E9C">
        <w:rPr>
          <w:rFonts w:ascii="Calibri" w:hAnsi="Calibri" w:cs="Calibri"/>
        </w:rPr>
        <w:t xml:space="preserve"> a</w:t>
      </w:r>
      <w:r w:rsidRPr="009F2E9C">
        <w:rPr>
          <w:rFonts w:ascii="Calibri" w:hAnsi="Calibri" w:cs="Calibri"/>
        </w:rPr>
        <w:t>nd you don't call yourself an inspiration. If you inspire other people to take on challenges and make changes in their life, then, undoubtedly, you are an inspiration, whether you like it or not</w:t>
      </w:r>
      <w:r w:rsidR="00D30A8F" w:rsidRPr="009F2E9C">
        <w:rPr>
          <w:rFonts w:ascii="Calibri" w:hAnsi="Calibri" w:cs="Calibri"/>
        </w:rPr>
        <w:t>. Heroes, t</w:t>
      </w:r>
      <w:r w:rsidRPr="009F2E9C">
        <w:rPr>
          <w:rFonts w:ascii="Calibri" w:hAnsi="Calibri" w:cs="Calibri"/>
        </w:rPr>
        <w:t>hat's for other people to say and other people to decide. I will not ever use that in a sentence about myself or anything to do with me. Other people I know, I would definitely use that about them.</w:t>
      </w:r>
    </w:p>
    <w:p w14:paraId="75886824" w14:textId="77777777" w:rsidR="00976992" w:rsidRPr="009F2E9C" w:rsidRDefault="00976992">
      <w:pPr>
        <w:spacing w:after="0"/>
        <w:rPr>
          <w:rFonts w:ascii="Calibri" w:hAnsi="Calibri" w:cs="Calibri"/>
        </w:rPr>
      </w:pPr>
    </w:p>
    <w:p w14:paraId="0D101E73" w14:textId="418503D9"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27:27</w:t>
      </w:r>
    </w:p>
    <w:p w14:paraId="3E6CCE83" w14:textId="67D0EFED" w:rsidR="00976992" w:rsidRPr="009F2E9C" w:rsidRDefault="004912A8">
      <w:pPr>
        <w:spacing w:after="0"/>
        <w:rPr>
          <w:rFonts w:ascii="Calibri" w:hAnsi="Calibri" w:cs="Calibri"/>
        </w:rPr>
      </w:pPr>
      <w:r w:rsidRPr="009F2E9C">
        <w:rPr>
          <w:rFonts w:ascii="Calibri" w:hAnsi="Calibri" w:cs="Calibri"/>
        </w:rPr>
        <w:t>That's what I was just gonna ask you</w:t>
      </w:r>
      <w:r w:rsidR="00D30A8F" w:rsidRPr="009F2E9C">
        <w:rPr>
          <w:rFonts w:ascii="Calibri" w:hAnsi="Calibri" w:cs="Calibri"/>
        </w:rPr>
        <w:t>,</w:t>
      </w:r>
      <w:r w:rsidRPr="009F2E9C">
        <w:rPr>
          <w:rFonts w:ascii="Calibri" w:hAnsi="Calibri" w:cs="Calibri"/>
        </w:rPr>
        <w:t xml:space="preserve"> is who are your heroes</w:t>
      </w:r>
      <w:r w:rsidR="00D30A8F" w:rsidRPr="009F2E9C">
        <w:rPr>
          <w:rFonts w:ascii="Calibri" w:hAnsi="Calibri" w:cs="Calibri"/>
        </w:rPr>
        <w:t>,</w:t>
      </w:r>
      <w:r w:rsidRPr="009F2E9C">
        <w:rPr>
          <w:rFonts w:ascii="Calibri" w:hAnsi="Calibri" w:cs="Calibri"/>
        </w:rPr>
        <w:t xml:space="preserve"> who inspires you?</w:t>
      </w:r>
    </w:p>
    <w:p w14:paraId="6F3B3BEC" w14:textId="77777777" w:rsidR="00976992" w:rsidRPr="009F2E9C" w:rsidRDefault="00976992">
      <w:pPr>
        <w:spacing w:after="0"/>
        <w:rPr>
          <w:rFonts w:ascii="Calibri" w:hAnsi="Calibri" w:cs="Calibri"/>
        </w:rPr>
      </w:pPr>
    </w:p>
    <w:p w14:paraId="4E76BFC0" w14:textId="161B61A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27:33</w:t>
      </w:r>
    </w:p>
    <w:p w14:paraId="0E3365D5" w14:textId="55C71DB4" w:rsidR="003E1F39" w:rsidRPr="009F2E9C" w:rsidRDefault="004912A8">
      <w:pPr>
        <w:spacing w:after="0"/>
        <w:rPr>
          <w:rFonts w:ascii="Calibri" w:hAnsi="Calibri" w:cs="Calibri"/>
        </w:rPr>
      </w:pPr>
      <w:r w:rsidRPr="009F2E9C">
        <w:rPr>
          <w:rFonts w:ascii="Calibri" w:hAnsi="Calibri" w:cs="Calibri"/>
        </w:rPr>
        <w:t xml:space="preserve">There are lots of people and so many and probably too many, too numerous to mention all of them. But, you know, there's a lady called Dame Felicity </w:t>
      </w:r>
      <w:r w:rsidR="00D35EB9">
        <w:rPr>
          <w:rFonts w:ascii="Calibri" w:hAnsi="Calibri" w:cs="Calibri"/>
        </w:rPr>
        <w:t>P</w:t>
      </w:r>
      <w:r w:rsidRPr="009F2E9C">
        <w:rPr>
          <w:rFonts w:ascii="Calibri" w:hAnsi="Calibri" w:cs="Calibri"/>
        </w:rPr>
        <w:t>eak</w:t>
      </w:r>
      <w:r w:rsidR="00D76D43" w:rsidRPr="009F2E9C">
        <w:rPr>
          <w:rFonts w:ascii="Calibri" w:hAnsi="Calibri" w:cs="Calibri"/>
        </w:rPr>
        <w:t>e</w:t>
      </w:r>
      <w:r w:rsidRPr="009F2E9C">
        <w:rPr>
          <w:rFonts w:ascii="Calibri" w:hAnsi="Calibri" w:cs="Calibri"/>
        </w:rPr>
        <w:t>, who was the first lady, a woman</w:t>
      </w:r>
      <w:r w:rsidR="00D76D43" w:rsidRPr="009F2E9C">
        <w:rPr>
          <w:rFonts w:ascii="Calibri" w:hAnsi="Calibri" w:cs="Calibri"/>
        </w:rPr>
        <w:t>,</w:t>
      </w:r>
      <w:r w:rsidRPr="009F2E9C">
        <w:rPr>
          <w:rFonts w:ascii="Calibri" w:hAnsi="Calibri" w:cs="Calibri"/>
        </w:rPr>
        <w:t xml:space="preserve"> lady</w:t>
      </w:r>
      <w:r w:rsidR="00D76D43" w:rsidRPr="009F2E9C">
        <w:rPr>
          <w:rFonts w:ascii="Calibri" w:hAnsi="Calibri" w:cs="Calibri"/>
        </w:rPr>
        <w:t xml:space="preserve">, Air </w:t>
      </w:r>
      <w:r w:rsidR="00053B77" w:rsidRPr="009F2E9C">
        <w:rPr>
          <w:rFonts w:ascii="Calibri" w:hAnsi="Calibri" w:cs="Calibri"/>
        </w:rPr>
        <w:t xml:space="preserve">Commandant </w:t>
      </w:r>
      <w:r w:rsidRPr="009F2E9C">
        <w:rPr>
          <w:rFonts w:ascii="Calibri" w:hAnsi="Calibri" w:cs="Calibri"/>
        </w:rPr>
        <w:t xml:space="preserve">of the women's Royal Air Force, a very good friend of mine, a guy called </w:t>
      </w:r>
      <w:r w:rsidR="00053B77" w:rsidRPr="009F2E9C">
        <w:rPr>
          <w:rFonts w:ascii="Calibri" w:hAnsi="Calibri" w:cs="Calibri"/>
        </w:rPr>
        <w:t>Noel</w:t>
      </w:r>
      <w:r w:rsidR="009F2E9C">
        <w:rPr>
          <w:rFonts w:ascii="Calibri" w:hAnsi="Calibri" w:cs="Calibri"/>
        </w:rPr>
        <w:t xml:space="preserve"> </w:t>
      </w:r>
      <w:r w:rsidRPr="009F2E9C">
        <w:rPr>
          <w:rFonts w:ascii="Calibri" w:hAnsi="Calibri" w:cs="Calibri"/>
        </w:rPr>
        <w:t>McConkey from Northern Ireland</w:t>
      </w:r>
      <w:r w:rsidR="00053B77" w:rsidRPr="009F2E9C">
        <w:rPr>
          <w:rFonts w:ascii="Calibri" w:hAnsi="Calibri" w:cs="Calibri"/>
        </w:rPr>
        <w:t>,</w:t>
      </w:r>
      <w:r w:rsidRPr="009F2E9C">
        <w:rPr>
          <w:rFonts w:ascii="Calibri" w:hAnsi="Calibri" w:cs="Calibri"/>
        </w:rPr>
        <w:t xml:space="preserve"> first police officer to be blown up with a </w:t>
      </w:r>
      <w:r w:rsidR="00D35EB9" w:rsidRPr="009F2E9C">
        <w:rPr>
          <w:rFonts w:ascii="Calibri" w:hAnsi="Calibri" w:cs="Calibri"/>
        </w:rPr>
        <w:t>remote-control</w:t>
      </w:r>
      <w:r w:rsidRPr="009F2E9C">
        <w:rPr>
          <w:rFonts w:ascii="Calibri" w:hAnsi="Calibri" w:cs="Calibri"/>
        </w:rPr>
        <w:t xml:space="preserve"> device. </w:t>
      </w:r>
    </w:p>
    <w:p w14:paraId="5D9B60BE" w14:textId="77777777" w:rsidR="00D35EB9" w:rsidRDefault="00D35EB9">
      <w:pPr>
        <w:spacing w:after="0"/>
        <w:rPr>
          <w:rFonts w:ascii="Calibri" w:hAnsi="Calibri" w:cs="Calibri"/>
        </w:rPr>
      </w:pPr>
    </w:p>
    <w:p w14:paraId="5F443E33" w14:textId="52CB557C" w:rsidR="003E1F39" w:rsidRPr="009F2E9C" w:rsidRDefault="003E1F39">
      <w:pPr>
        <w:spacing w:after="0"/>
        <w:rPr>
          <w:rFonts w:ascii="Calibri" w:hAnsi="Calibri" w:cs="Calibri"/>
        </w:rPr>
      </w:pPr>
      <w:r w:rsidRPr="009F2E9C">
        <w:rPr>
          <w:rFonts w:ascii="Calibri" w:hAnsi="Calibri" w:cs="Calibri"/>
        </w:rPr>
        <w:t>Alice: Yes, I’ve read about him</w:t>
      </w:r>
    </w:p>
    <w:p w14:paraId="7400EE80" w14:textId="77777777" w:rsidR="00D35EB9" w:rsidRDefault="00D35EB9">
      <w:pPr>
        <w:spacing w:after="0"/>
        <w:rPr>
          <w:rFonts w:ascii="Calibri" w:hAnsi="Calibri" w:cs="Calibri"/>
        </w:rPr>
      </w:pPr>
    </w:p>
    <w:p w14:paraId="3CA6FBB2" w14:textId="2CDB4C0A" w:rsidR="00976992" w:rsidRPr="009F2E9C" w:rsidRDefault="003E1F39">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 xml:space="preserve">lost </w:t>
      </w:r>
      <w:r w:rsidRPr="009F2E9C">
        <w:rPr>
          <w:rFonts w:ascii="Calibri" w:hAnsi="Calibri" w:cs="Calibri"/>
        </w:rPr>
        <w:t xml:space="preserve">all three </w:t>
      </w:r>
      <w:r w:rsidR="004912A8" w:rsidRPr="009F2E9C">
        <w:rPr>
          <w:rFonts w:ascii="Calibri" w:hAnsi="Calibri" w:cs="Calibri"/>
        </w:rPr>
        <w:t>limbs</w:t>
      </w:r>
      <w:r w:rsidRPr="009F2E9C">
        <w:rPr>
          <w:rFonts w:ascii="Calibri" w:hAnsi="Calibri" w:cs="Calibri"/>
        </w:rPr>
        <w:t>, h</w:t>
      </w:r>
      <w:r w:rsidR="004912A8" w:rsidRPr="009F2E9C">
        <w:rPr>
          <w:rFonts w:ascii="Calibri" w:hAnsi="Calibri" w:cs="Calibri"/>
        </w:rPr>
        <w:t>e lost all three limbs</w:t>
      </w:r>
      <w:r w:rsidRPr="009F2E9C">
        <w:rPr>
          <w:rFonts w:ascii="Calibri" w:hAnsi="Calibri" w:cs="Calibri"/>
        </w:rPr>
        <w:t>,</w:t>
      </w:r>
      <w:r w:rsidR="004912A8" w:rsidRPr="009F2E9C">
        <w:rPr>
          <w:rFonts w:ascii="Calibri" w:hAnsi="Calibri" w:cs="Calibri"/>
        </w:rPr>
        <w:t xml:space="preserve"> </w:t>
      </w:r>
      <w:r w:rsidRPr="009F2E9C">
        <w:rPr>
          <w:rFonts w:ascii="Calibri" w:hAnsi="Calibri" w:cs="Calibri"/>
        </w:rPr>
        <w:t xml:space="preserve">he’s </w:t>
      </w:r>
      <w:r w:rsidR="004912A8" w:rsidRPr="009F2E9C">
        <w:rPr>
          <w:rFonts w:ascii="Calibri" w:hAnsi="Calibri" w:cs="Calibri"/>
        </w:rPr>
        <w:t xml:space="preserve">a big friend of mine. And you know, and then there's the guys I served with Jimmy Salman as I said, all my children are named after </w:t>
      </w:r>
      <w:r w:rsidRPr="009F2E9C">
        <w:rPr>
          <w:rFonts w:ascii="Calibri" w:hAnsi="Calibri" w:cs="Calibri"/>
        </w:rPr>
        <w:t>m</w:t>
      </w:r>
      <w:r w:rsidR="004912A8" w:rsidRPr="009F2E9C">
        <w:rPr>
          <w:rFonts w:ascii="Calibri" w:hAnsi="Calibri" w:cs="Calibri"/>
        </w:rPr>
        <w:t xml:space="preserve">y personal heroes. </w:t>
      </w:r>
      <w:proofErr w:type="gramStart"/>
      <w:r w:rsidR="004912A8" w:rsidRPr="009F2E9C">
        <w:rPr>
          <w:rFonts w:ascii="Calibri" w:hAnsi="Calibri" w:cs="Calibri"/>
        </w:rPr>
        <w:t>So</w:t>
      </w:r>
      <w:proofErr w:type="gramEnd"/>
      <w:r w:rsidR="004912A8" w:rsidRPr="009F2E9C">
        <w:rPr>
          <w:rFonts w:ascii="Calibri" w:hAnsi="Calibri" w:cs="Calibri"/>
        </w:rPr>
        <w:t xml:space="preserve"> you know, they have a name that Lucy and </w:t>
      </w:r>
      <w:r w:rsidR="000556CC" w:rsidRPr="009F2E9C">
        <w:rPr>
          <w:rFonts w:ascii="Calibri" w:hAnsi="Calibri" w:cs="Calibri"/>
        </w:rPr>
        <w:t xml:space="preserve">I </w:t>
      </w:r>
      <w:r w:rsidR="004912A8" w:rsidRPr="009F2E9C">
        <w:rPr>
          <w:rFonts w:ascii="Calibri" w:hAnsi="Calibri" w:cs="Calibri"/>
        </w:rPr>
        <w:t xml:space="preserve">chose </w:t>
      </w:r>
      <w:r w:rsidR="000556CC" w:rsidRPr="009F2E9C">
        <w:rPr>
          <w:rFonts w:ascii="Calibri" w:hAnsi="Calibri" w:cs="Calibri"/>
        </w:rPr>
        <w:t>a</w:t>
      </w:r>
      <w:r w:rsidR="004912A8" w:rsidRPr="009F2E9C">
        <w:rPr>
          <w:rFonts w:ascii="Calibri" w:hAnsi="Calibri" w:cs="Calibri"/>
        </w:rPr>
        <w:t>nd then they have a name</w:t>
      </w:r>
      <w:r w:rsidR="009F2E9C">
        <w:rPr>
          <w:rFonts w:ascii="Calibri" w:hAnsi="Calibri" w:cs="Calibri"/>
        </w:rPr>
        <w:t xml:space="preserve"> </w:t>
      </w:r>
    </w:p>
    <w:p w14:paraId="46BB857A" w14:textId="77777777" w:rsidR="00E70B51" w:rsidRDefault="00E70B51">
      <w:pPr>
        <w:spacing w:after="0"/>
        <w:rPr>
          <w:rFonts w:ascii="Calibri" w:hAnsi="Calibri" w:cs="Calibri"/>
        </w:rPr>
      </w:pPr>
    </w:p>
    <w:p w14:paraId="6D12B86C" w14:textId="028F18EA" w:rsidR="00976992" w:rsidRPr="009F2E9C" w:rsidRDefault="000556CC">
      <w:pPr>
        <w:spacing w:after="0"/>
        <w:rPr>
          <w:rFonts w:ascii="Calibri" w:hAnsi="Calibri" w:cs="Calibri"/>
        </w:rPr>
      </w:pPr>
      <w:r w:rsidRPr="009F2E9C">
        <w:rPr>
          <w:rFonts w:ascii="Calibri" w:hAnsi="Calibri" w:cs="Calibri"/>
        </w:rPr>
        <w:t xml:space="preserve">Alice: Not this Lucy </w:t>
      </w:r>
    </w:p>
    <w:p w14:paraId="4776901E" w14:textId="77777777" w:rsidR="00E70B51" w:rsidRDefault="00E70B51">
      <w:pPr>
        <w:spacing w:after="0"/>
        <w:rPr>
          <w:rFonts w:ascii="Calibri" w:hAnsi="Calibri" w:cs="Calibri"/>
        </w:rPr>
      </w:pPr>
    </w:p>
    <w:p w14:paraId="023A027F" w14:textId="22FC6334"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28:24</w:t>
      </w:r>
    </w:p>
    <w:p w14:paraId="067E6DF9" w14:textId="54634305" w:rsidR="00976992" w:rsidRPr="009F2E9C" w:rsidRDefault="004912A8">
      <w:pPr>
        <w:spacing w:after="0"/>
        <w:rPr>
          <w:rFonts w:ascii="Calibri" w:hAnsi="Calibri" w:cs="Calibri"/>
        </w:rPr>
      </w:pPr>
      <w:r w:rsidRPr="009F2E9C">
        <w:rPr>
          <w:rFonts w:ascii="Calibri" w:hAnsi="Calibri" w:cs="Calibri"/>
        </w:rPr>
        <w:t>Can I just point out yeah, he's talking about his wife</w:t>
      </w:r>
      <w:r w:rsidR="000556CC" w:rsidRPr="009F2E9C">
        <w:rPr>
          <w:rFonts w:ascii="Calibri" w:hAnsi="Calibri" w:cs="Calibri"/>
        </w:rPr>
        <w:t>, not me {</w:t>
      </w:r>
      <w:proofErr w:type="gramStart"/>
      <w:r w:rsidR="000556CC" w:rsidRPr="009F2E9C">
        <w:rPr>
          <w:rFonts w:ascii="Calibri" w:hAnsi="Calibri" w:cs="Calibri"/>
        </w:rPr>
        <w:t>laughter}</w:t>
      </w:r>
      <w:proofErr w:type="gramEnd"/>
      <w:r w:rsidR="000556CC" w:rsidRPr="009F2E9C">
        <w:rPr>
          <w:rFonts w:ascii="Calibri" w:hAnsi="Calibri" w:cs="Calibri"/>
        </w:rPr>
        <w:t xml:space="preserve"> </w:t>
      </w:r>
    </w:p>
    <w:p w14:paraId="3B4DA6E7" w14:textId="77777777" w:rsidR="00976992" w:rsidRPr="009F2E9C" w:rsidRDefault="00976992">
      <w:pPr>
        <w:spacing w:after="0"/>
        <w:rPr>
          <w:rFonts w:ascii="Calibri" w:hAnsi="Calibri" w:cs="Calibri"/>
        </w:rPr>
      </w:pPr>
    </w:p>
    <w:p w14:paraId="2D08B44A" w14:textId="53E49AAC"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28:33</w:t>
      </w:r>
    </w:p>
    <w:p w14:paraId="1595CA7C" w14:textId="0514CED4" w:rsidR="00976992" w:rsidRPr="009F2E9C" w:rsidRDefault="004912A8">
      <w:pPr>
        <w:spacing w:after="0"/>
        <w:rPr>
          <w:rFonts w:ascii="Calibri" w:hAnsi="Calibri" w:cs="Calibri"/>
        </w:rPr>
      </w:pPr>
      <w:r w:rsidRPr="009F2E9C">
        <w:rPr>
          <w:rFonts w:ascii="Calibri" w:hAnsi="Calibri" w:cs="Calibri"/>
        </w:rPr>
        <w:t>Sorry</w:t>
      </w:r>
      <w:r w:rsidR="000556CC" w:rsidRPr="009F2E9C">
        <w:rPr>
          <w:rFonts w:ascii="Calibri" w:hAnsi="Calibri" w:cs="Calibri"/>
        </w:rPr>
        <w:t xml:space="preserve">, </w:t>
      </w:r>
      <w:proofErr w:type="spellStart"/>
      <w:r w:rsidR="000556CC" w:rsidRPr="009F2E9C">
        <w:rPr>
          <w:rFonts w:ascii="Calibri" w:hAnsi="Calibri" w:cs="Calibri"/>
        </w:rPr>
        <w:t>Mrs</w:t>
      </w:r>
      <w:proofErr w:type="spellEnd"/>
      <w:r w:rsidR="000556CC" w:rsidRPr="009F2E9C">
        <w:rPr>
          <w:rFonts w:ascii="Calibri" w:hAnsi="Calibri" w:cs="Calibri"/>
        </w:rPr>
        <w:t xml:space="preserve"> Weston, we just had to double check, see what Lucy Wood thinks</w:t>
      </w:r>
      <w:r w:rsidR="009F2E9C">
        <w:rPr>
          <w:rFonts w:ascii="Calibri" w:hAnsi="Calibri" w:cs="Calibri"/>
        </w:rPr>
        <w:t xml:space="preserve"> </w:t>
      </w:r>
    </w:p>
    <w:p w14:paraId="15D0C4A6" w14:textId="77777777" w:rsidR="00E70B51" w:rsidRDefault="00E70B51">
      <w:pPr>
        <w:spacing w:after="0"/>
        <w:rPr>
          <w:rFonts w:ascii="Calibri" w:hAnsi="Calibri" w:cs="Calibri"/>
        </w:rPr>
      </w:pPr>
    </w:p>
    <w:p w14:paraId="2E85B769" w14:textId="2A839AA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28:36</w:t>
      </w:r>
    </w:p>
    <w:p w14:paraId="5ADA121B" w14:textId="5560AA73" w:rsidR="00976992" w:rsidRPr="009F2E9C" w:rsidRDefault="004912A8">
      <w:pPr>
        <w:spacing w:after="0"/>
        <w:rPr>
          <w:rFonts w:ascii="Calibri" w:hAnsi="Calibri" w:cs="Calibri"/>
        </w:rPr>
      </w:pPr>
      <w:r w:rsidRPr="009F2E9C">
        <w:rPr>
          <w:rFonts w:ascii="Calibri" w:hAnsi="Calibri" w:cs="Calibri"/>
        </w:rPr>
        <w:t>Yeah, no, I</w:t>
      </w:r>
      <w:r w:rsidR="00A15212" w:rsidRPr="009F2E9C">
        <w:rPr>
          <w:rFonts w:ascii="Calibri" w:hAnsi="Calibri" w:cs="Calibri"/>
        </w:rPr>
        <w:t>’d</w:t>
      </w:r>
      <w:r w:rsidRPr="009F2E9C">
        <w:rPr>
          <w:rFonts w:ascii="Calibri" w:hAnsi="Calibri" w:cs="Calibri"/>
        </w:rPr>
        <w:t xml:space="preserve"> be swiftly arrested. </w:t>
      </w:r>
      <w:r w:rsidR="00A15212" w:rsidRPr="009F2E9C">
        <w:rPr>
          <w:rFonts w:ascii="Calibri" w:hAnsi="Calibri" w:cs="Calibri"/>
        </w:rPr>
        <w:t xml:space="preserve">Our </w:t>
      </w:r>
      <w:r w:rsidRPr="009F2E9C">
        <w:rPr>
          <w:rFonts w:ascii="Calibri" w:hAnsi="Calibri" w:cs="Calibri"/>
        </w:rPr>
        <w:t>oldest son is 30</w:t>
      </w:r>
      <w:r w:rsidR="00A15212" w:rsidRPr="009F2E9C">
        <w:rPr>
          <w:rFonts w:ascii="Calibri" w:hAnsi="Calibri" w:cs="Calibri"/>
        </w:rPr>
        <w:t>. T</w:t>
      </w:r>
      <w:r w:rsidRPr="009F2E9C">
        <w:rPr>
          <w:rFonts w:ascii="Calibri" w:hAnsi="Calibri" w:cs="Calibri"/>
        </w:rPr>
        <w:t xml:space="preserve">he people I'm most impressed with </w:t>
      </w:r>
      <w:r w:rsidR="00CC2752">
        <w:rPr>
          <w:rFonts w:ascii="Calibri" w:hAnsi="Calibri" w:cs="Calibri"/>
        </w:rPr>
        <w:t xml:space="preserve">are </w:t>
      </w:r>
      <w:r w:rsidRPr="009F2E9C">
        <w:rPr>
          <w:rFonts w:ascii="Calibri" w:hAnsi="Calibri" w:cs="Calibri"/>
        </w:rPr>
        <w:t>everyday people</w:t>
      </w:r>
      <w:r w:rsidR="00A15212" w:rsidRPr="009F2E9C">
        <w:rPr>
          <w:rFonts w:ascii="Calibri" w:hAnsi="Calibri" w:cs="Calibri"/>
        </w:rPr>
        <w:t>, y</w:t>
      </w:r>
      <w:r w:rsidRPr="009F2E9C">
        <w:rPr>
          <w:rFonts w:ascii="Calibri" w:hAnsi="Calibri" w:cs="Calibri"/>
        </w:rPr>
        <w:t>ou know, not people who are projected into the spotlight, because that's where they are, whether they wanted to be there or not, like I didn't particularly want to be in the spotlight. But that's what happened. But the people who inspire me and impress me, are people who get up every day</w:t>
      </w:r>
      <w:r w:rsidR="00A15212" w:rsidRPr="009F2E9C">
        <w:rPr>
          <w:rFonts w:ascii="Calibri" w:hAnsi="Calibri" w:cs="Calibri"/>
        </w:rPr>
        <w:t xml:space="preserve"> a</w:t>
      </w:r>
      <w:r w:rsidRPr="009F2E9C">
        <w:rPr>
          <w:rFonts w:ascii="Calibri" w:hAnsi="Calibri" w:cs="Calibri"/>
        </w:rPr>
        <w:t xml:space="preserve">nd they have a whole raft of things to deal with, whether it's children that have issues, whether they have issues in their own life, whether they are working hard for somebody else, whether they work 24/7 </w:t>
      </w:r>
      <w:r w:rsidR="00CC2752">
        <w:rPr>
          <w:rFonts w:ascii="Calibri" w:hAnsi="Calibri" w:cs="Calibri"/>
        </w:rPr>
        <w:t>a</w:t>
      </w:r>
      <w:r w:rsidRPr="009F2E9C">
        <w:rPr>
          <w:rFonts w:ascii="Calibri" w:hAnsi="Calibri" w:cs="Calibri"/>
        </w:rPr>
        <w:t>t food banks, whether they are</w:t>
      </w:r>
      <w:r w:rsidR="00216F04" w:rsidRPr="009F2E9C">
        <w:rPr>
          <w:rFonts w:ascii="Calibri" w:hAnsi="Calibri" w:cs="Calibri"/>
        </w:rPr>
        <w:t>, {pauses}</w:t>
      </w:r>
      <w:r w:rsidR="009F2E9C">
        <w:rPr>
          <w:rFonts w:ascii="Calibri" w:hAnsi="Calibri" w:cs="Calibri"/>
        </w:rPr>
        <w:t xml:space="preserve"> </w:t>
      </w:r>
      <w:r w:rsidRPr="009F2E9C">
        <w:rPr>
          <w:rFonts w:ascii="Calibri" w:hAnsi="Calibri" w:cs="Calibri"/>
        </w:rPr>
        <w:t>God, there's so many things, whether it's to do with the environment, whether it's education, you know, there are people that weren't even in government, you know, just because they're involved in the political bubbl</w:t>
      </w:r>
      <w:r w:rsidR="00216F04" w:rsidRPr="009F2E9C">
        <w:rPr>
          <w:rFonts w:ascii="Calibri" w:hAnsi="Calibri" w:cs="Calibri"/>
        </w:rPr>
        <w:t>e, d</w:t>
      </w:r>
      <w:r w:rsidRPr="009F2E9C">
        <w:rPr>
          <w:rFonts w:ascii="Calibri" w:hAnsi="Calibri" w:cs="Calibri"/>
        </w:rPr>
        <w:t xml:space="preserve">on't write them off for being absolute inspirations for making a difference. Like, like </w:t>
      </w:r>
      <w:proofErr w:type="spellStart"/>
      <w:r w:rsidRPr="009F2E9C">
        <w:rPr>
          <w:rFonts w:ascii="Calibri" w:hAnsi="Calibri" w:cs="Calibri"/>
        </w:rPr>
        <w:t>Tanni</w:t>
      </w:r>
      <w:proofErr w:type="spellEnd"/>
      <w:r w:rsidRPr="009F2E9C">
        <w:rPr>
          <w:rFonts w:ascii="Calibri" w:hAnsi="Calibri" w:cs="Calibri"/>
        </w:rPr>
        <w:t xml:space="preserve"> </w:t>
      </w:r>
      <w:r w:rsidR="00CC2752">
        <w:rPr>
          <w:rFonts w:ascii="Calibri" w:hAnsi="Calibri" w:cs="Calibri"/>
        </w:rPr>
        <w:t>G</w:t>
      </w:r>
      <w:r w:rsidRPr="009F2E9C">
        <w:rPr>
          <w:rFonts w:ascii="Calibri" w:hAnsi="Calibri" w:cs="Calibri"/>
        </w:rPr>
        <w:t>rey</w:t>
      </w:r>
      <w:r w:rsidR="00216F04" w:rsidRPr="009F2E9C">
        <w:rPr>
          <w:rFonts w:ascii="Calibri" w:hAnsi="Calibri" w:cs="Calibri"/>
        </w:rPr>
        <w:t>-</w:t>
      </w:r>
      <w:r w:rsidRPr="009F2E9C">
        <w:rPr>
          <w:rFonts w:ascii="Calibri" w:hAnsi="Calibri" w:cs="Calibri"/>
        </w:rPr>
        <w:t>Thompson, you mean an inspiration, you know</w:t>
      </w:r>
      <w:r w:rsidR="00216F04" w:rsidRPr="009F2E9C">
        <w:rPr>
          <w:rFonts w:ascii="Calibri" w:hAnsi="Calibri" w:cs="Calibri"/>
        </w:rPr>
        <w:t>, s</w:t>
      </w:r>
      <w:r w:rsidRPr="009F2E9C">
        <w:rPr>
          <w:rFonts w:ascii="Calibri" w:hAnsi="Calibri" w:cs="Calibri"/>
        </w:rPr>
        <w:t xml:space="preserve">o, you just have to look at lots of people. And what we don't know when we go down </w:t>
      </w:r>
      <w:r w:rsidR="00CC2752">
        <w:rPr>
          <w:rFonts w:ascii="Calibri" w:hAnsi="Calibri" w:cs="Calibri"/>
        </w:rPr>
        <w:t xml:space="preserve">the </w:t>
      </w:r>
      <w:r w:rsidRPr="009F2E9C">
        <w:rPr>
          <w:rFonts w:ascii="Calibri" w:hAnsi="Calibri" w:cs="Calibri"/>
        </w:rPr>
        <w:t>ro</w:t>
      </w:r>
      <w:r w:rsidR="00CC2752">
        <w:rPr>
          <w:rFonts w:ascii="Calibri" w:hAnsi="Calibri" w:cs="Calibri"/>
        </w:rPr>
        <w:t>ad</w:t>
      </w:r>
      <w:r w:rsidRPr="009F2E9C">
        <w:rPr>
          <w:rFonts w:ascii="Calibri" w:hAnsi="Calibri" w:cs="Calibri"/>
        </w:rPr>
        <w:t xml:space="preserve"> is what's their back</w:t>
      </w:r>
      <w:r w:rsidR="00D8247D" w:rsidRPr="009F2E9C">
        <w:rPr>
          <w:rFonts w:ascii="Calibri" w:hAnsi="Calibri" w:cs="Calibri"/>
        </w:rPr>
        <w:t xml:space="preserve"> </w:t>
      </w:r>
      <w:r w:rsidRPr="009F2E9C">
        <w:rPr>
          <w:rFonts w:ascii="Calibri" w:hAnsi="Calibri" w:cs="Calibri"/>
        </w:rPr>
        <w:t>story, you know, never judge anybody just because of the way they look or the</w:t>
      </w:r>
      <w:r w:rsidR="00030C5A" w:rsidRPr="009F2E9C">
        <w:rPr>
          <w:rFonts w:ascii="Calibri" w:hAnsi="Calibri" w:cs="Calibri"/>
        </w:rPr>
        <w:t>y</w:t>
      </w:r>
      <w:r w:rsidRPr="009F2E9C">
        <w:rPr>
          <w:rFonts w:ascii="Calibri" w:hAnsi="Calibri" w:cs="Calibri"/>
        </w:rPr>
        <w:t xml:space="preserve"> dress or the way that they, they</w:t>
      </w:r>
      <w:r w:rsidR="00CC2752">
        <w:rPr>
          <w:rFonts w:ascii="Calibri" w:hAnsi="Calibri" w:cs="Calibri"/>
        </w:rPr>
        <w:t>,</w:t>
      </w:r>
      <w:r w:rsidRPr="009F2E9C">
        <w:rPr>
          <w:rFonts w:ascii="Calibri" w:hAnsi="Calibri" w:cs="Calibri"/>
        </w:rPr>
        <w:t xml:space="preserve"> they act. Have a look, you know, everybody has a back</w:t>
      </w:r>
      <w:r w:rsidR="00030C5A" w:rsidRPr="009F2E9C">
        <w:rPr>
          <w:rFonts w:ascii="Calibri" w:hAnsi="Calibri" w:cs="Calibri"/>
        </w:rPr>
        <w:t xml:space="preserve"> </w:t>
      </w:r>
      <w:r w:rsidRPr="009F2E9C">
        <w:rPr>
          <w:rFonts w:ascii="Calibri" w:hAnsi="Calibri" w:cs="Calibri"/>
        </w:rPr>
        <w:t xml:space="preserve">story. So before you </w:t>
      </w:r>
      <w:r w:rsidRPr="009F2E9C">
        <w:rPr>
          <w:rFonts w:ascii="Calibri" w:hAnsi="Calibri" w:cs="Calibri"/>
        </w:rPr>
        <w:lastRenderedPageBreak/>
        <w:t>judge, stop and think about your own life, and think how difficult or how problematic or how issues have crept up in your life, and think every other person could have that, or more or worse, some people may have it better</w:t>
      </w:r>
      <w:r w:rsidR="00030C5A" w:rsidRPr="009F2E9C">
        <w:rPr>
          <w:rFonts w:ascii="Calibri" w:hAnsi="Calibri" w:cs="Calibri"/>
        </w:rPr>
        <w:t>, y</w:t>
      </w:r>
      <w:r w:rsidRPr="009F2E9C">
        <w:rPr>
          <w:rFonts w:ascii="Calibri" w:hAnsi="Calibri" w:cs="Calibri"/>
        </w:rPr>
        <w:t xml:space="preserve">ou know, there's none of them, not even the politicians </w:t>
      </w:r>
      <w:r w:rsidR="00030C5A" w:rsidRPr="009F2E9C">
        <w:rPr>
          <w:rFonts w:ascii="Calibri" w:hAnsi="Calibri" w:cs="Calibri"/>
        </w:rPr>
        <w:t xml:space="preserve">or </w:t>
      </w:r>
      <w:r w:rsidRPr="009F2E9C">
        <w:rPr>
          <w:rFonts w:ascii="Calibri" w:hAnsi="Calibri" w:cs="Calibri"/>
        </w:rPr>
        <w:t>the actors and actresses, they all start off the same as me and you</w:t>
      </w:r>
      <w:r w:rsidR="00030C5A" w:rsidRPr="009F2E9C">
        <w:rPr>
          <w:rFonts w:ascii="Calibri" w:hAnsi="Calibri" w:cs="Calibri"/>
        </w:rPr>
        <w:t>,</w:t>
      </w:r>
      <w:r w:rsidRPr="009F2E9C">
        <w:rPr>
          <w:rFonts w:ascii="Calibri" w:hAnsi="Calibri" w:cs="Calibri"/>
        </w:rPr>
        <w:t xml:space="preserve"> somebody's wiping their bum, putting on a nappy, everybody starts the same way. So, from that point on, they're not going to have a life that much different to yours, unless they</w:t>
      </w:r>
      <w:r w:rsidR="0037141B" w:rsidRPr="009F2E9C">
        <w:rPr>
          <w:rFonts w:ascii="Calibri" w:hAnsi="Calibri" w:cs="Calibri"/>
        </w:rPr>
        <w:t>’re</w:t>
      </w:r>
      <w:r w:rsidR="009F2E9C">
        <w:rPr>
          <w:rFonts w:ascii="Calibri" w:hAnsi="Calibri" w:cs="Calibri"/>
        </w:rPr>
        <w:t xml:space="preserve"> </w:t>
      </w:r>
      <w:r w:rsidRPr="009F2E9C">
        <w:rPr>
          <w:rFonts w:ascii="Calibri" w:hAnsi="Calibri" w:cs="Calibri"/>
        </w:rPr>
        <w:t xml:space="preserve">brought </w:t>
      </w:r>
      <w:r w:rsidR="0037141B" w:rsidRPr="009F2E9C">
        <w:rPr>
          <w:rFonts w:ascii="Calibri" w:hAnsi="Calibri" w:cs="Calibri"/>
        </w:rPr>
        <w:t xml:space="preserve">up </w:t>
      </w:r>
      <w:r w:rsidRPr="009F2E9C">
        <w:rPr>
          <w:rFonts w:ascii="Calibri" w:hAnsi="Calibri" w:cs="Calibri"/>
        </w:rPr>
        <w:t xml:space="preserve">in extreme wealth, never know any issues, never have any problems. But then they never know how to talk to ordinary people, because they've never been brought up around that. So that in itself carries its own problems and stigmas. So, you know, never judge people. This is why I don't understand hate in any shape or form around what you see. If I remember I met a young man after I got injured a little bit older than me, but he was still a young fella. And he was cutting around in a </w:t>
      </w:r>
      <w:r w:rsidR="0037141B" w:rsidRPr="009F2E9C">
        <w:rPr>
          <w:rFonts w:ascii="Calibri" w:hAnsi="Calibri" w:cs="Calibri"/>
        </w:rPr>
        <w:t xml:space="preserve">Lotus </w:t>
      </w:r>
      <w:r w:rsidRPr="009F2E9C">
        <w:rPr>
          <w:rFonts w:ascii="Calibri" w:hAnsi="Calibri" w:cs="Calibri"/>
        </w:rPr>
        <w:t>and he had a big sheepskin coat on</w:t>
      </w:r>
      <w:r w:rsidR="0037141B" w:rsidRPr="009F2E9C">
        <w:rPr>
          <w:rFonts w:ascii="Calibri" w:hAnsi="Calibri" w:cs="Calibri"/>
        </w:rPr>
        <w:t>,</w:t>
      </w:r>
      <w:r w:rsidRPr="009F2E9C">
        <w:rPr>
          <w:rFonts w:ascii="Calibri" w:hAnsi="Calibri" w:cs="Calibri"/>
        </w:rPr>
        <w:t xml:space="preserve"> looked like a flock of sheep the size of it. And</w:t>
      </w:r>
      <w:r w:rsidR="00CC2752">
        <w:rPr>
          <w:rFonts w:ascii="Calibri" w:hAnsi="Calibri" w:cs="Calibri"/>
        </w:rPr>
        <w:t>,</w:t>
      </w:r>
      <w:r w:rsidRPr="009F2E9C">
        <w:rPr>
          <w:rFonts w:ascii="Calibri" w:hAnsi="Calibri" w:cs="Calibri"/>
        </w:rPr>
        <w:t xml:space="preserve"> but he had a heart and lung transplan</w:t>
      </w:r>
      <w:r w:rsidR="0037141B" w:rsidRPr="009F2E9C">
        <w:rPr>
          <w:rFonts w:ascii="Calibri" w:hAnsi="Calibri" w:cs="Calibri"/>
        </w:rPr>
        <w:t>t a</w:t>
      </w:r>
      <w:r w:rsidRPr="009F2E9C">
        <w:rPr>
          <w:rFonts w:ascii="Calibri" w:hAnsi="Calibri" w:cs="Calibri"/>
        </w:rPr>
        <w:t>nd he was laying in a hospital bed</w:t>
      </w:r>
      <w:r w:rsidR="0037141B" w:rsidRPr="009F2E9C">
        <w:rPr>
          <w:rFonts w:ascii="Calibri" w:hAnsi="Calibri" w:cs="Calibri"/>
        </w:rPr>
        <w:t xml:space="preserve"> a</w:t>
      </w:r>
      <w:r w:rsidRPr="009F2E9C">
        <w:rPr>
          <w:rFonts w:ascii="Calibri" w:hAnsi="Calibri" w:cs="Calibri"/>
        </w:rPr>
        <w:t xml:space="preserve">nd this guy was a devout racist. A </w:t>
      </w:r>
      <w:r w:rsidR="0037141B" w:rsidRPr="009F2E9C">
        <w:rPr>
          <w:rFonts w:ascii="Calibri" w:hAnsi="Calibri" w:cs="Calibri"/>
        </w:rPr>
        <w:t xml:space="preserve">devout </w:t>
      </w:r>
      <w:r w:rsidRPr="009F2E9C">
        <w:rPr>
          <w:rFonts w:ascii="Calibri" w:hAnsi="Calibri" w:cs="Calibri"/>
        </w:rPr>
        <w:t>racist. Oh, yeah, yeah</w:t>
      </w:r>
      <w:r w:rsidR="0037141B" w:rsidRPr="009F2E9C">
        <w:rPr>
          <w:rFonts w:ascii="Calibri" w:hAnsi="Calibri" w:cs="Calibri"/>
        </w:rPr>
        <w:t>, a member</w:t>
      </w:r>
      <w:r w:rsidR="009F2E9C">
        <w:rPr>
          <w:rFonts w:ascii="Calibri" w:hAnsi="Calibri" w:cs="Calibri"/>
        </w:rPr>
        <w:t xml:space="preserve"> </w:t>
      </w:r>
      <w:r w:rsidR="0037141B" w:rsidRPr="009F2E9C">
        <w:rPr>
          <w:rFonts w:ascii="Calibri" w:hAnsi="Calibri" w:cs="Calibri"/>
        </w:rPr>
        <w:t xml:space="preserve">of </w:t>
      </w:r>
      <w:r w:rsidRPr="009F2E9C">
        <w:rPr>
          <w:rFonts w:ascii="Calibri" w:hAnsi="Calibri" w:cs="Calibri"/>
        </w:rPr>
        <w:t>the old school National Front, you know, which hated everything that wasn't pretty stereotypical white and Saxon.</w:t>
      </w:r>
    </w:p>
    <w:p w14:paraId="7AF58347" w14:textId="77777777" w:rsidR="00976992" w:rsidRPr="009F2E9C" w:rsidRDefault="00976992">
      <w:pPr>
        <w:spacing w:after="0"/>
        <w:rPr>
          <w:rFonts w:ascii="Calibri" w:hAnsi="Calibri" w:cs="Calibri"/>
        </w:rPr>
      </w:pPr>
    </w:p>
    <w:p w14:paraId="37BA2318" w14:textId="7C9D198A"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31:54</w:t>
      </w:r>
    </w:p>
    <w:p w14:paraId="7AE1238F" w14:textId="108D1DB1" w:rsidR="00976992" w:rsidRPr="009F2E9C" w:rsidRDefault="004912A8">
      <w:pPr>
        <w:spacing w:after="0"/>
        <w:rPr>
          <w:rFonts w:ascii="Calibri" w:hAnsi="Calibri" w:cs="Calibri"/>
        </w:rPr>
      </w:pPr>
      <w:r w:rsidRPr="009F2E9C">
        <w:rPr>
          <w:rFonts w:ascii="Calibri" w:hAnsi="Calibri" w:cs="Calibri"/>
        </w:rPr>
        <w:t xml:space="preserve">I mean, we're talking the 80s </w:t>
      </w:r>
      <w:r w:rsidR="00386B69" w:rsidRPr="009F2E9C">
        <w:rPr>
          <w:rFonts w:ascii="Calibri" w:hAnsi="Calibri" w:cs="Calibri"/>
        </w:rPr>
        <w:t xml:space="preserve">here, aren’t we, </w:t>
      </w:r>
      <w:r w:rsidRPr="009F2E9C">
        <w:rPr>
          <w:rFonts w:ascii="Calibri" w:hAnsi="Calibri" w:cs="Calibri"/>
        </w:rPr>
        <w:t>which was a bit</w:t>
      </w:r>
      <w:r w:rsidR="00386B69" w:rsidRPr="009F2E9C">
        <w:rPr>
          <w:rFonts w:ascii="Calibri" w:hAnsi="Calibri" w:cs="Calibri"/>
        </w:rPr>
        <w:t>, a</w:t>
      </w:r>
      <w:r w:rsidRPr="009F2E9C">
        <w:rPr>
          <w:rFonts w:ascii="Calibri" w:hAnsi="Calibri" w:cs="Calibri"/>
        </w:rPr>
        <w:t xml:space="preserve"> big time for that sort of admirable behavior.</w:t>
      </w:r>
    </w:p>
    <w:p w14:paraId="2A1E2EF8" w14:textId="77777777" w:rsidR="00976992" w:rsidRPr="009F2E9C" w:rsidRDefault="00976992">
      <w:pPr>
        <w:spacing w:after="0"/>
        <w:rPr>
          <w:rFonts w:ascii="Calibri" w:hAnsi="Calibri" w:cs="Calibri"/>
        </w:rPr>
      </w:pPr>
    </w:p>
    <w:p w14:paraId="62FCAA0C" w14:textId="70F4809B"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32:04</w:t>
      </w:r>
    </w:p>
    <w:p w14:paraId="1E432A89" w14:textId="6A73D8A7" w:rsidR="005973F5" w:rsidRPr="009F2E9C" w:rsidRDefault="004912A8">
      <w:pPr>
        <w:spacing w:after="0"/>
        <w:rPr>
          <w:rFonts w:ascii="Calibri" w:hAnsi="Calibri" w:cs="Calibri"/>
        </w:rPr>
      </w:pPr>
      <w:r w:rsidRPr="009F2E9C">
        <w:rPr>
          <w:rFonts w:ascii="Calibri" w:hAnsi="Calibri" w:cs="Calibri"/>
        </w:rPr>
        <w:t>Oh, yeah. I mean, they were dreadful</w:t>
      </w:r>
      <w:r w:rsidR="00386B69" w:rsidRPr="009F2E9C">
        <w:rPr>
          <w:rFonts w:ascii="Calibri" w:hAnsi="Calibri" w:cs="Calibri"/>
        </w:rPr>
        <w:t>, t</w:t>
      </w:r>
      <w:r w:rsidRPr="009F2E9C">
        <w:rPr>
          <w:rFonts w:ascii="Calibri" w:hAnsi="Calibri" w:cs="Calibri"/>
        </w:rPr>
        <w:t>hose people</w:t>
      </w:r>
      <w:r w:rsidR="00386B69" w:rsidRPr="009F2E9C">
        <w:rPr>
          <w:rFonts w:ascii="Calibri" w:hAnsi="Calibri" w:cs="Calibri"/>
        </w:rPr>
        <w:t>,</w:t>
      </w:r>
      <w:r w:rsidRPr="009F2E9C">
        <w:rPr>
          <w:rFonts w:ascii="Calibri" w:hAnsi="Calibri" w:cs="Calibri"/>
        </w:rPr>
        <w:t xml:space="preserve"> no they just </w:t>
      </w:r>
      <w:r w:rsidR="00386B69" w:rsidRPr="009F2E9C">
        <w:rPr>
          <w:rFonts w:ascii="Calibri" w:hAnsi="Calibri" w:cs="Calibri"/>
        </w:rPr>
        <w:t xml:space="preserve">hated </w:t>
      </w:r>
      <w:r w:rsidRPr="009F2E9C">
        <w:rPr>
          <w:rFonts w:ascii="Calibri" w:hAnsi="Calibri" w:cs="Calibri"/>
        </w:rPr>
        <w:t>because they had nothing else better intelligent to think about. But he was laying in hospital bed dying is the point of the story</w:t>
      </w:r>
      <w:r w:rsidR="00386B69" w:rsidRPr="009F2E9C">
        <w:rPr>
          <w:rFonts w:ascii="Calibri" w:hAnsi="Calibri" w:cs="Calibri"/>
        </w:rPr>
        <w:t xml:space="preserve">. </w:t>
      </w:r>
      <w:r w:rsidRPr="009F2E9C">
        <w:rPr>
          <w:rFonts w:ascii="Calibri" w:hAnsi="Calibri" w:cs="Calibri"/>
        </w:rPr>
        <w:t>He had heart and lung disease and he was dying. And, lo and behold, he was waiting for a donor</w:t>
      </w:r>
      <w:r w:rsidR="00386B69" w:rsidRPr="009F2E9C">
        <w:rPr>
          <w:rFonts w:ascii="Calibri" w:hAnsi="Calibri" w:cs="Calibri"/>
        </w:rPr>
        <w:t xml:space="preserve"> a</w:t>
      </w:r>
      <w:r w:rsidRPr="009F2E9C">
        <w:rPr>
          <w:rFonts w:ascii="Calibri" w:hAnsi="Calibri" w:cs="Calibri"/>
        </w:rPr>
        <w:t xml:space="preserve">nd we've all heard how hard it is for people with kidneys to get a </w:t>
      </w:r>
      <w:r w:rsidR="00386B69" w:rsidRPr="009F2E9C">
        <w:rPr>
          <w:rFonts w:ascii="Calibri" w:hAnsi="Calibri" w:cs="Calibri"/>
        </w:rPr>
        <w:t xml:space="preserve">donor </w:t>
      </w:r>
      <w:r w:rsidRPr="009F2E9C">
        <w:rPr>
          <w:rFonts w:ascii="Calibri" w:hAnsi="Calibri" w:cs="Calibri"/>
        </w:rPr>
        <w:t>match. Well, anyway, he lay in bed, and there was a car accident right outside the hospital</w:t>
      </w:r>
      <w:r w:rsidR="00386B69" w:rsidRPr="009F2E9C">
        <w:rPr>
          <w:rFonts w:ascii="Calibri" w:hAnsi="Calibri" w:cs="Calibri"/>
        </w:rPr>
        <w:t xml:space="preserve"> a</w:t>
      </w:r>
      <w:r w:rsidRPr="009F2E9C">
        <w:rPr>
          <w:rFonts w:ascii="Calibri" w:hAnsi="Calibri" w:cs="Calibri"/>
        </w:rPr>
        <w:t xml:space="preserve">nd there was a perfect match. Perfect. </w:t>
      </w:r>
    </w:p>
    <w:p w14:paraId="5BF0D4FD" w14:textId="77777777" w:rsidR="00CC2752" w:rsidRDefault="00CC2752">
      <w:pPr>
        <w:spacing w:after="0"/>
        <w:rPr>
          <w:rFonts w:ascii="Calibri" w:hAnsi="Calibri" w:cs="Calibri"/>
        </w:rPr>
      </w:pPr>
    </w:p>
    <w:p w14:paraId="4EEC75D6" w14:textId="794B61B8" w:rsidR="005973F5" w:rsidRPr="009F2E9C" w:rsidRDefault="005973F5">
      <w:pPr>
        <w:spacing w:after="0"/>
        <w:rPr>
          <w:rFonts w:ascii="Calibri" w:hAnsi="Calibri" w:cs="Calibri"/>
        </w:rPr>
      </w:pPr>
      <w:r w:rsidRPr="009F2E9C">
        <w:rPr>
          <w:rFonts w:ascii="Calibri" w:hAnsi="Calibri" w:cs="Calibri"/>
        </w:rPr>
        <w:t xml:space="preserve">Lucy: You’re joking </w:t>
      </w:r>
    </w:p>
    <w:p w14:paraId="329EEEF4" w14:textId="77777777" w:rsidR="00CC2752" w:rsidRDefault="00CC2752">
      <w:pPr>
        <w:spacing w:after="0"/>
        <w:rPr>
          <w:rFonts w:ascii="Calibri" w:hAnsi="Calibri" w:cs="Calibri"/>
        </w:rPr>
      </w:pPr>
    </w:p>
    <w:p w14:paraId="35894BB5" w14:textId="4127E592" w:rsidR="00976992" w:rsidRPr="009F2E9C" w:rsidRDefault="005973F5">
      <w:pPr>
        <w:spacing w:after="0"/>
        <w:rPr>
          <w:rFonts w:ascii="Calibri" w:hAnsi="Calibri" w:cs="Calibri"/>
        </w:rPr>
      </w:pPr>
      <w:r w:rsidRPr="009F2E9C">
        <w:rPr>
          <w:rFonts w:ascii="Calibri" w:hAnsi="Calibri" w:cs="Calibri"/>
        </w:rPr>
        <w:t>Simon Weston: A</w:t>
      </w:r>
      <w:r w:rsidR="004912A8" w:rsidRPr="009F2E9C">
        <w:rPr>
          <w:rFonts w:ascii="Calibri" w:hAnsi="Calibri" w:cs="Calibri"/>
        </w:rPr>
        <w:t>nd they gave it to him. And the rider is</w:t>
      </w:r>
      <w:r w:rsidRPr="009F2E9C">
        <w:rPr>
          <w:rFonts w:ascii="Calibri" w:hAnsi="Calibri" w:cs="Calibri"/>
        </w:rPr>
        <w:t>,</w:t>
      </w:r>
      <w:r w:rsidR="004912A8" w:rsidRPr="009F2E9C">
        <w:rPr>
          <w:rFonts w:ascii="Calibri" w:hAnsi="Calibri" w:cs="Calibri"/>
        </w:rPr>
        <w:t xml:space="preserve"> the kicker is</w:t>
      </w:r>
      <w:r w:rsidRPr="009F2E9C">
        <w:rPr>
          <w:rFonts w:ascii="Calibri" w:hAnsi="Calibri" w:cs="Calibri"/>
        </w:rPr>
        <w:t>,</w:t>
      </w:r>
      <w:r w:rsidR="004912A8" w:rsidRPr="009F2E9C">
        <w:rPr>
          <w:rFonts w:ascii="Calibri" w:hAnsi="Calibri" w:cs="Calibri"/>
        </w:rPr>
        <w:t xml:space="preserve"> it was an Asian gentleman. I don't know whether he was Indian or Pakistani, but he was one of those or Bangladeshi. </w:t>
      </w:r>
    </w:p>
    <w:p w14:paraId="7A5333F8" w14:textId="77777777" w:rsidR="0006397F" w:rsidRDefault="0006397F">
      <w:pPr>
        <w:spacing w:after="0"/>
        <w:rPr>
          <w:rFonts w:ascii="Calibri" w:hAnsi="Calibri" w:cs="Calibri"/>
        </w:rPr>
      </w:pPr>
    </w:p>
    <w:p w14:paraId="3FA4E998" w14:textId="7C5C41BF"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32:58</w:t>
      </w:r>
    </w:p>
    <w:p w14:paraId="0766A4EA" w14:textId="01CAD0DF" w:rsidR="005973F5" w:rsidRPr="009F2E9C" w:rsidRDefault="005973F5">
      <w:pPr>
        <w:spacing w:after="0"/>
        <w:rPr>
          <w:rFonts w:ascii="Calibri" w:hAnsi="Calibri" w:cs="Calibri"/>
        </w:rPr>
      </w:pPr>
      <w:r w:rsidRPr="009F2E9C">
        <w:rPr>
          <w:rFonts w:ascii="Calibri" w:hAnsi="Calibri" w:cs="Calibri"/>
        </w:rPr>
        <w:t xml:space="preserve">Did they tell him? </w:t>
      </w:r>
    </w:p>
    <w:p w14:paraId="34A2332D" w14:textId="77777777" w:rsidR="00976992" w:rsidRPr="009F2E9C" w:rsidRDefault="00976992">
      <w:pPr>
        <w:spacing w:after="0"/>
        <w:rPr>
          <w:rFonts w:ascii="Calibri" w:hAnsi="Calibri" w:cs="Calibri"/>
        </w:rPr>
      </w:pPr>
    </w:p>
    <w:p w14:paraId="4D921FB6" w14:textId="1F047E69"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33:01</w:t>
      </w:r>
    </w:p>
    <w:p w14:paraId="79D76533" w14:textId="4C5AF633" w:rsidR="00976992" w:rsidRPr="009F2E9C" w:rsidRDefault="00FA6152">
      <w:pPr>
        <w:spacing w:after="0"/>
        <w:rPr>
          <w:rFonts w:ascii="Calibri" w:hAnsi="Calibri" w:cs="Calibri"/>
        </w:rPr>
      </w:pPr>
      <w:r w:rsidRPr="009F2E9C">
        <w:rPr>
          <w:rFonts w:ascii="Calibri" w:hAnsi="Calibri" w:cs="Calibri"/>
        </w:rPr>
        <w:t xml:space="preserve">Oh yeah, they </w:t>
      </w:r>
      <w:r w:rsidR="004912A8" w:rsidRPr="009F2E9C">
        <w:rPr>
          <w:rFonts w:ascii="Calibri" w:hAnsi="Calibri" w:cs="Calibri"/>
        </w:rPr>
        <w:t>told him. They told him generically who it was.</w:t>
      </w:r>
    </w:p>
    <w:p w14:paraId="57525ECB" w14:textId="77777777" w:rsidR="00976992" w:rsidRPr="009F2E9C" w:rsidRDefault="00976992">
      <w:pPr>
        <w:spacing w:after="0"/>
        <w:rPr>
          <w:rFonts w:ascii="Calibri" w:hAnsi="Calibri" w:cs="Calibri"/>
        </w:rPr>
      </w:pPr>
    </w:p>
    <w:p w14:paraId="0E0B88F6" w14:textId="5F6AEDCA"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33:04</w:t>
      </w:r>
    </w:p>
    <w:p w14:paraId="6B91F877" w14:textId="065C59BA" w:rsidR="00976992" w:rsidRPr="009F2E9C" w:rsidRDefault="004912A8">
      <w:pPr>
        <w:spacing w:after="0"/>
        <w:rPr>
          <w:rFonts w:ascii="Calibri" w:hAnsi="Calibri" w:cs="Calibri"/>
        </w:rPr>
      </w:pPr>
      <w:r w:rsidRPr="009F2E9C">
        <w:rPr>
          <w:rFonts w:ascii="Calibri" w:hAnsi="Calibri" w:cs="Calibri"/>
        </w:rPr>
        <w:t>They can't give you names</w:t>
      </w:r>
      <w:r w:rsidR="00FA6152" w:rsidRPr="009F2E9C">
        <w:rPr>
          <w:rFonts w:ascii="Calibri" w:hAnsi="Calibri" w:cs="Calibri"/>
        </w:rPr>
        <w:t>, b</w:t>
      </w:r>
      <w:r w:rsidRPr="009F2E9C">
        <w:rPr>
          <w:rFonts w:ascii="Calibri" w:hAnsi="Calibri" w:cs="Calibri"/>
        </w:rPr>
        <w:t xml:space="preserve">ut they can say this came from a Asian </w:t>
      </w:r>
      <w:r w:rsidR="00FA6152" w:rsidRPr="009F2E9C">
        <w:rPr>
          <w:rFonts w:ascii="Calibri" w:hAnsi="Calibri" w:cs="Calibri"/>
        </w:rPr>
        <w:t xml:space="preserve">male </w:t>
      </w:r>
      <w:r w:rsidRPr="009F2E9C">
        <w:rPr>
          <w:rFonts w:ascii="Calibri" w:hAnsi="Calibri" w:cs="Calibri"/>
        </w:rPr>
        <w:t>or whatever. Yeah.</w:t>
      </w:r>
    </w:p>
    <w:p w14:paraId="59F5E8C9" w14:textId="77777777" w:rsidR="00976992" w:rsidRPr="009F2E9C" w:rsidRDefault="00976992">
      <w:pPr>
        <w:spacing w:after="0"/>
        <w:rPr>
          <w:rFonts w:ascii="Calibri" w:hAnsi="Calibri" w:cs="Calibri"/>
        </w:rPr>
      </w:pPr>
    </w:p>
    <w:p w14:paraId="49F05517" w14:textId="0EEAB885"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33:12</w:t>
      </w:r>
    </w:p>
    <w:p w14:paraId="51338230" w14:textId="4C069515" w:rsidR="0003657A" w:rsidRPr="009F2E9C" w:rsidRDefault="004912A8">
      <w:pPr>
        <w:spacing w:after="0"/>
        <w:rPr>
          <w:rFonts w:ascii="Calibri" w:hAnsi="Calibri" w:cs="Calibri"/>
        </w:rPr>
      </w:pPr>
      <w:r w:rsidRPr="009F2E9C">
        <w:rPr>
          <w:rFonts w:ascii="Calibri" w:hAnsi="Calibri" w:cs="Calibri"/>
        </w:rPr>
        <w:t>It wouldn't have been too hard to find out because it</w:t>
      </w:r>
      <w:r w:rsidR="00FA6152" w:rsidRPr="009F2E9C">
        <w:rPr>
          <w:rFonts w:ascii="Calibri" w:hAnsi="Calibri" w:cs="Calibri"/>
        </w:rPr>
        <w:t>’s</w:t>
      </w:r>
      <w:r w:rsidRPr="009F2E9C">
        <w:rPr>
          <w:rFonts w:ascii="Calibri" w:hAnsi="Calibri" w:cs="Calibri"/>
        </w:rPr>
        <w:t xml:space="preserve"> outside the hospital. So, you know, there couldn't have been too many Asian gentleman who died outside the hospital that donated the</w:t>
      </w:r>
      <w:r w:rsidR="00FA6152" w:rsidRPr="009F2E9C">
        <w:rPr>
          <w:rFonts w:ascii="Calibri" w:hAnsi="Calibri" w:cs="Calibri"/>
        </w:rPr>
        <w:t>ir</w:t>
      </w:r>
      <w:r w:rsidRPr="009F2E9C">
        <w:rPr>
          <w:rFonts w:ascii="Calibri" w:hAnsi="Calibri" w:cs="Calibri"/>
        </w:rPr>
        <w:t xml:space="preserve"> heart and lungs. But this guy was alive because of tha</w:t>
      </w:r>
      <w:r w:rsidR="00FA6152" w:rsidRPr="009F2E9C">
        <w:rPr>
          <w:rFonts w:ascii="Calibri" w:hAnsi="Calibri" w:cs="Calibri"/>
        </w:rPr>
        <w:t>t a</w:t>
      </w:r>
      <w:r w:rsidRPr="009F2E9C">
        <w:rPr>
          <w:rFonts w:ascii="Calibri" w:hAnsi="Calibri" w:cs="Calibri"/>
        </w:rPr>
        <w:t>nd I was watching a rugby match</w:t>
      </w:r>
      <w:r w:rsidR="00FA6152" w:rsidRPr="009F2E9C">
        <w:rPr>
          <w:rFonts w:ascii="Calibri" w:hAnsi="Calibri" w:cs="Calibri"/>
        </w:rPr>
        <w:t>,</w:t>
      </w:r>
      <w:r w:rsidRPr="009F2E9C">
        <w:rPr>
          <w:rFonts w:ascii="Calibri" w:hAnsi="Calibri" w:cs="Calibri"/>
        </w:rPr>
        <w:t xml:space="preserve"> watching my local village rugby team play</w:t>
      </w:r>
      <w:r w:rsidR="00FA6152" w:rsidRPr="009F2E9C">
        <w:rPr>
          <w:rFonts w:ascii="Calibri" w:hAnsi="Calibri" w:cs="Calibri"/>
        </w:rPr>
        <w:t xml:space="preserve"> a</w:t>
      </w:r>
      <w:r w:rsidRPr="009F2E9C">
        <w:rPr>
          <w:rFonts w:ascii="Calibri" w:hAnsi="Calibri" w:cs="Calibri"/>
        </w:rPr>
        <w:t xml:space="preserve">nd he </w:t>
      </w:r>
      <w:r w:rsidRPr="009F2E9C">
        <w:rPr>
          <w:rFonts w:ascii="Calibri" w:hAnsi="Calibri" w:cs="Calibri"/>
        </w:rPr>
        <w:lastRenderedPageBreak/>
        <w:t xml:space="preserve">just happened to be supporting the other side. </w:t>
      </w:r>
      <w:r w:rsidR="0006397F" w:rsidRPr="009F2E9C">
        <w:rPr>
          <w:rFonts w:ascii="Calibri" w:hAnsi="Calibri" w:cs="Calibri"/>
        </w:rPr>
        <w:t>So,</w:t>
      </w:r>
      <w:r w:rsidRPr="009F2E9C">
        <w:rPr>
          <w:rFonts w:ascii="Calibri" w:hAnsi="Calibri" w:cs="Calibri"/>
        </w:rPr>
        <w:t xml:space="preserve"> I asked him, I said, </w:t>
      </w:r>
      <w:r w:rsidR="0006397F">
        <w:rPr>
          <w:rFonts w:ascii="Calibri" w:hAnsi="Calibri" w:cs="Calibri"/>
        </w:rPr>
        <w:t>h</w:t>
      </w:r>
      <w:r w:rsidRPr="009F2E9C">
        <w:rPr>
          <w:rFonts w:ascii="Calibri" w:hAnsi="Calibri" w:cs="Calibri"/>
        </w:rPr>
        <w:t xml:space="preserve">ow do you feel now then? And he said, </w:t>
      </w:r>
      <w:proofErr w:type="gramStart"/>
      <w:r w:rsidRPr="009F2E9C">
        <w:rPr>
          <w:rFonts w:ascii="Calibri" w:hAnsi="Calibri" w:cs="Calibri"/>
        </w:rPr>
        <w:t>How</w:t>
      </w:r>
      <w:proofErr w:type="gramEnd"/>
      <w:r w:rsidRPr="009F2E9C">
        <w:rPr>
          <w:rFonts w:ascii="Calibri" w:hAnsi="Calibri" w:cs="Calibri"/>
        </w:rPr>
        <w:t xml:space="preserve"> can I feel? He said, I now </w:t>
      </w:r>
      <w:r w:rsidR="00C12F2B">
        <w:rPr>
          <w:rFonts w:ascii="Calibri" w:hAnsi="Calibri" w:cs="Calibri"/>
        </w:rPr>
        <w:t>realise</w:t>
      </w:r>
      <w:r w:rsidRPr="009F2E9C">
        <w:rPr>
          <w:rFonts w:ascii="Calibri" w:hAnsi="Calibri" w:cs="Calibri"/>
        </w:rPr>
        <w:t xml:space="preserve"> whatever's on the outside is you know, we're all the same on the inside. </w:t>
      </w:r>
    </w:p>
    <w:p w14:paraId="23F0B3B1" w14:textId="77777777" w:rsidR="0006397F" w:rsidRDefault="0006397F">
      <w:pPr>
        <w:spacing w:after="0"/>
        <w:rPr>
          <w:rFonts w:ascii="Calibri" w:hAnsi="Calibri" w:cs="Calibri"/>
        </w:rPr>
      </w:pPr>
    </w:p>
    <w:p w14:paraId="5A696F39" w14:textId="267CFC88" w:rsidR="0003657A" w:rsidRPr="009F2E9C" w:rsidRDefault="0003657A">
      <w:pPr>
        <w:spacing w:after="0"/>
        <w:rPr>
          <w:rFonts w:ascii="Calibri" w:hAnsi="Calibri" w:cs="Calibri"/>
        </w:rPr>
      </w:pPr>
      <w:r w:rsidRPr="009F2E9C">
        <w:rPr>
          <w:rFonts w:ascii="Calibri" w:hAnsi="Calibri" w:cs="Calibri"/>
        </w:rPr>
        <w:t xml:space="preserve">Alice: </w:t>
      </w:r>
      <w:r w:rsidR="004912A8" w:rsidRPr="009F2E9C">
        <w:rPr>
          <w:rFonts w:ascii="Calibri" w:hAnsi="Calibri" w:cs="Calibri"/>
        </w:rPr>
        <w:t>Yeah.</w:t>
      </w:r>
    </w:p>
    <w:p w14:paraId="46318AE0" w14:textId="77777777" w:rsidR="0006397F" w:rsidRDefault="0006397F">
      <w:pPr>
        <w:spacing w:after="0"/>
        <w:rPr>
          <w:rFonts w:ascii="Calibri" w:hAnsi="Calibri" w:cs="Calibri"/>
        </w:rPr>
      </w:pPr>
    </w:p>
    <w:p w14:paraId="23FD26AE" w14:textId="642A4F50" w:rsidR="00976992" w:rsidRPr="009F2E9C" w:rsidRDefault="0003657A">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And you know, all these people who hate people just because they want to hate them. Those people have blood in their veins that could save your life. They have organs in their bodies that if donated may save you or your child's life. You know, somebody you love or care about outside of that immediate family. So don't just go around hating people willy nilly. There are people on the planet you have every right to dislike or hate</w:t>
      </w:r>
      <w:r w:rsidRPr="009F2E9C">
        <w:rPr>
          <w:rFonts w:ascii="Calibri" w:hAnsi="Calibri" w:cs="Calibri"/>
        </w:rPr>
        <w:t>, i</w:t>
      </w:r>
      <w:r w:rsidR="004912A8" w:rsidRPr="009F2E9C">
        <w:rPr>
          <w:rFonts w:ascii="Calibri" w:hAnsi="Calibri" w:cs="Calibri"/>
        </w:rPr>
        <w:t>f they've done something to dislike or hate them for, you know, there are plenty of mass murderers</w:t>
      </w:r>
      <w:r w:rsidRPr="009F2E9C">
        <w:rPr>
          <w:rFonts w:ascii="Calibri" w:hAnsi="Calibri" w:cs="Calibri"/>
        </w:rPr>
        <w:t xml:space="preserve"> a</w:t>
      </w:r>
      <w:r w:rsidR="004912A8" w:rsidRPr="009F2E9C">
        <w:rPr>
          <w:rFonts w:ascii="Calibri" w:hAnsi="Calibri" w:cs="Calibri"/>
        </w:rPr>
        <w:t xml:space="preserve">nd I can say without any fear </w:t>
      </w:r>
      <w:r w:rsidR="00333FBE" w:rsidRPr="009F2E9C">
        <w:rPr>
          <w:rFonts w:ascii="Calibri" w:hAnsi="Calibri" w:cs="Calibri"/>
        </w:rPr>
        <w:t xml:space="preserve">or </w:t>
      </w:r>
      <w:r w:rsidR="004912A8" w:rsidRPr="009F2E9C">
        <w:rPr>
          <w:rFonts w:ascii="Calibri" w:hAnsi="Calibri" w:cs="Calibri"/>
        </w:rPr>
        <w:t>failing</w:t>
      </w:r>
      <w:r w:rsidR="00333FBE" w:rsidRPr="009F2E9C">
        <w:rPr>
          <w:rFonts w:ascii="Calibri" w:hAnsi="Calibri" w:cs="Calibri"/>
        </w:rPr>
        <w:t xml:space="preserve">, </w:t>
      </w:r>
      <w:r w:rsidR="004912A8" w:rsidRPr="009F2E9C">
        <w:rPr>
          <w:rFonts w:ascii="Calibri" w:hAnsi="Calibri" w:cs="Calibri"/>
        </w:rPr>
        <w:t>I hate Adolf Hitler.</w:t>
      </w:r>
    </w:p>
    <w:p w14:paraId="41C19416" w14:textId="77777777" w:rsidR="00976992" w:rsidRPr="009F2E9C" w:rsidRDefault="00976992">
      <w:pPr>
        <w:spacing w:after="0"/>
        <w:rPr>
          <w:rFonts w:ascii="Calibri" w:hAnsi="Calibri" w:cs="Calibri"/>
        </w:rPr>
      </w:pPr>
    </w:p>
    <w:p w14:paraId="3A5AF6A5" w14:textId="1880D63A"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34:29</w:t>
      </w:r>
    </w:p>
    <w:p w14:paraId="4EB4EBEF" w14:textId="3637678D" w:rsidR="00976992" w:rsidRPr="009F2E9C" w:rsidRDefault="004912A8">
      <w:pPr>
        <w:spacing w:after="0"/>
        <w:rPr>
          <w:rFonts w:ascii="Calibri" w:hAnsi="Calibri" w:cs="Calibri"/>
        </w:rPr>
      </w:pPr>
      <w:r w:rsidRPr="009F2E9C">
        <w:rPr>
          <w:rFonts w:ascii="Calibri" w:hAnsi="Calibri" w:cs="Calibri"/>
        </w:rPr>
        <w:t>I don't think that's particularly controversial</w:t>
      </w:r>
      <w:r w:rsidR="00333FBE" w:rsidRPr="009F2E9C">
        <w:rPr>
          <w:rFonts w:ascii="Calibri" w:hAnsi="Calibri" w:cs="Calibri"/>
        </w:rPr>
        <w:t xml:space="preserve"> either {laughter}</w:t>
      </w:r>
    </w:p>
    <w:p w14:paraId="0DCC216B" w14:textId="77777777" w:rsidR="00976992" w:rsidRPr="009F2E9C" w:rsidRDefault="00976992">
      <w:pPr>
        <w:spacing w:after="0"/>
        <w:rPr>
          <w:rFonts w:ascii="Calibri" w:hAnsi="Calibri" w:cs="Calibri"/>
        </w:rPr>
      </w:pPr>
    </w:p>
    <w:p w14:paraId="0575BED4" w14:textId="77777777" w:rsidR="0006397F"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34:33</w:t>
      </w:r>
    </w:p>
    <w:p w14:paraId="6331C4B0" w14:textId="0BD284D4" w:rsidR="00976992" w:rsidRPr="009F2E9C" w:rsidRDefault="00333FBE">
      <w:pPr>
        <w:spacing w:after="0"/>
        <w:rPr>
          <w:rFonts w:ascii="Calibri" w:hAnsi="Calibri" w:cs="Calibri"/>
        </w:rPr>
      </w:pPr>
      <w:r w:rsidRPr="009F2E9C">
        <w:rPr>
          <w:rFonts w:ascii="Calibri" w:hAnsi="Calibri" w:cs="Calibri"/>
        </w:rPr>
        <w:t xml:space="preserve">We’ll have to put some sort of </w:t>
      </w:r>
      <w:r w:rsidR="004912A8" w:rsidRPr="009F2E9C">
        <w:rPr>
          <w:rFonts w:ascii="Calibri" w:hAnsi="Calibri" w:cs="Calibri"/>
        </w:rPr>
        <w:t xml:space="preserve">trigger </w:t>
      </w:r>
      <w:r w:rsidRPr="009F2E9C">
        <w:rPr>
          <w:rFonts w:ascii="Calibri" w:hAnsi="Calibri" w:cs="Calibri"/>
        </w:rPr>
        <w:t xml:space="preserve">warning </w:t>
      </w:r>
      <w:r w:rsidR="004912A8" w:rsidRPr="009F2E9C">
        <w:rPr>
          <w:rFonts w:ascii="Calibri" w:hAnsi="Calibri" w:cs="Calibri"/>
        </w:rPr>
        <w:t>in</w:t>
      </w:r>
      <w:r w:rsidRPr="009F2E9C">
        <w:rPr>
          <w:rFonts w:ascii="Calibri" w:hAnsi="Calibri" w:cs="Calibri"/>
        </w:rPr>
        <w:t xml:space="preserve"> there</w:t>
      </w:r>
      <w:r w:rsidR="0006397F">
        <w:rPr>
          <w:rFonts w:ascii="Calibri" w:hAnsi="Calibri" w:cs="Calibri"/>
        </w:rPr>
        <w:t>,</w:t>
      </w:r>
      <w:r w:rsidRPr="009F2E9C">
        <w:rPr>
          <w:rFonts w:ascii="Calibri" w:hAnsi="Calibri" w:cs="Calibri"/>
        </w:rPr>
        <w:t xml:space="preserve"> some sort of disclaimer </w:t>
      </w:r>
    </w:p>
    <w:p w14:paraId="07538C5A" w14:textId="77777777" w:rsidR="00976992" w:rsidRPr="009F2E9C" w:rsidRDefault="00976992">
      <w:pPr>
        <w:spacing w:after="0"/>
        <w:rPr>
          <w:rFonts w:ascii="Calibri" w:hAnsi="Calibri" w:cs="Calibri"/>
        </w:rPr>
      </w:pPr>
    </w:p>
    <w:p w14:paraId="2B3C0834" w14:textId="5DDDC38A"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34:37</w:t>
      </w:r>
    </w:p>
    <w:p w14:paraId="39136C83" w14:textId="77777777" w:rsidR="00976992" w:rsidRPr="009F2E9C" w:rsidRDefault="004912A8">
      <w:pPr>
        <w:spacing w:after="0"/>
        <w:rPr>
          <w:rFonts w:ascii="Calibri" w:hAnsi="Calibri" w:cs="Calibri"/>
        </w:rPr>
      </w:pPr>
      <w:r w:rsidRPr="009F2E9C">
        <w:rPr>
          <w:rFonts w:ascii="Calibri" w:hAnsi="Calibri" w:cs="Calibri"/>
        </w:rPr>
        <w:t>But the thing is, he gave me permission by his actions.</w:t>
      </w:r>
    </w:p>
    <w:p w14:paraId="3936AB37" w14:textId="77777777" w:rsidR="00976992" w:rsidRPr="009F2E9C" w:rsidRDefault="00976992">
      <w:pPr>
        <w:spacing w:after="0"/>
        <w:rPr>
          <w:rFonts w:ascii="Calibri" w:hAnsi="Calibri" w:cs="Calibri"/>
        </w:rPr>
      </w:pPr>
    </w:p>
    <w:p w14:paraId="01533DB8" w14:textId="5E42114B"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34:42</w:t>
      </w:r>
    </w:p>
    <w:p w14:paraId="71735C0F" w14:textId="77777777" w:rsidR="00976992" w:rsidRPr="009F2E9C" w:rsidRDefault="004912A8">
      <w:pPr>
        <w:spacing w:after="0"/>
        <w:rPr>
          <w:rFonts w:ascii="Calibri" w:hAnsi="Calibri" w:cs="Calibri"/>
        </w:rPr>
      </w:pPr>
      <w:r w:rsidRPr="009F2E9C">
        <w:rPr>
          <w:rFonts w:ascii="Calibri" w:hAnsi="Calibri" w:cs="Calibri"/>
        </w:rPr>
        <w:t>Yeah, yeah.</w:t>
      </w:r>
    </w:p>
    <w:p w14:paraId="719FAFB2" w14:textId="77777777" w:rsidR="00976992" w:rsidRPr="009F2E9C" w:rsidRDefault="00976992">
      <w:pPr>
        <w:spacing w:after="0"/>
        <w:rPr>
          <w:rFonts w:ascii="Calibri" w:hAnsi="Calibri" w:cs="Calibri"/>
        </w:rPr>
      </w:pPr>
    </w:p>
    <w:p w14:paraId="16243BF9" w14:textId="0030747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34:43</w:t>
      </w:r>
    </w:p>
    <w:p w14:paraId="071D8020" w14:textId="71609E5C" w:rsidR="00976992" w:rsidRPr="009F2E9C" w:rsidRDefault="004912A8">
      <w:pPr>
        <w:spacing w:after="0"/>
        <w:rPr>
          <w:rFonts w:ascii="Calibri" w:hAnsi="Calibri" w:cs="Calibri"/>
        </w:rPr>
      </w:pPr>
      <w:r w:rsidRPr="009F2E9C">
        <w:rPr>
          <w:rFonts w:ascii="Calibri" w:hAnsi="Calibri" w:cs="Calibri"/>
        </w:rPr>
        <w:t xml:space="preserve">Yeah. And there are people that give you permission to </w:t>
      </w:r>
      <w:r w:rsidR="00B908BB" w:rsidRPr="009F2E9C">
        <w:rPr>
          <w:rFonts w:ascii="Calibri" w:hAnsi="Calibri" w:cs="Calibri"/>
        </w:rPr>
        <w:t xml:space="preserve">hate </w:t>
      </w:r>
      <w:r w:rsidRPr="009F2E9C">
        <w:rPr>
          <w:rFonts w:ascii="Calibri" w:hAnsi="Calibri" w:cs="Calibri"/>
        </w:rPr>
        <w:t xml:space="preserve">them by their actions. You know, dare I say </w:t>
      </w:r>
      <w:proofErr w:type="spellStart"/>
      <w:r w:rsidRPr="009F2E9C">
        <w:rPr>
          <w:rFonts w:ascii="Calibri" w:hAnsi="Calibri" w:cs="Calibri"/>
        </w:rPr>
        <w:t>Mr</w:t>
      </w:r>
      <w:proofErr w:type="spellEnd"/>
      <w:r w:rsidRPr="009F2E9C">
        <w:rPr>
          <w:rFonts w:ascii="Calibri" w:hAnsi="Calibri" w:cs="Calibri"/>
        </w:rPr>
        <w:t xml:space="preserve"> Trump, you know, he has given everybody every right to dislike him</w:t>
      </w:r>
      <w:r w:rsidR="00B908BB" w:rsidRPr="009F2E9C">
        <w:rPr>
          <w:rFonts w:ascii="Calibri" w:hAnsi="Calibri" w:cs="Calibri"/>
        </w:rPr>
        <w:t>, b</w:t>
      </w:r>
      <w:r w:rsidRPr="009F2E9C">
        <w:rPr>
          <w:rFonts w:ascii="Calibri" w:hAnsi="Calibri" w:cs="Calibri"/>
        </w:rPr>
        <w:t>ecause of his actions and his words and his</w:t>
      </w:r>
      <w:r w:rsidR="00B908BB" w:rsidRPr="009F2E9C">
        <w:rPr>
          <w:rFonts w:ascii="Calibri" w:hAnsi="Calibri" w:cs="Calibri"/>
        </w:rPr>
        <w:t>,</w:t>
      </w:r>
      <w:r w:rsidRPr="009F2E9C">
        <w:rPr>
          <w:rFonts w:ascii="Calibri" w:hAnsi="Calibri" w:cs="Calibri"/>
        </w:rPr>
        <w:t xml:space="preserve"> </w:t>
      </w:r>
      <w:r w:rsidR="0006397F">
        <w:rPr>
          <w:rFonts w:ascii="Calibri" w:hAnsi="Calibri" w:cs="Calibri"/>
        </w:rPr>
        <w:t>t</w:t>
      </w:r>
      <w:r w:rsidRPr="009F2E9C">
        <w:rPr>
          <w:rFonts w:ascii="Calibri" w:hAnsi="Calibri" w:cs="Calibri"/>
        </w:rPr>
        <w:t xml:space="preserve">he </w:t>
      </w:r>
      <w:r w:rsidR="0006397F">
        <w:rPr>
          <w:rFonts w:ascii="Calibri" w:hAnsi="Calibri" w:cs="Calibri"/>
        </w:rPr>
        <w:t>d</w:t>
      </w:r>
      <w:r w:rsidRPr="009F2E9C">
        <w:rPr>
          <w:rFonts w:ascii="Calibri" w:hAnsi="Calibri" w:cs="Calibri"/>
        </w:rPr>
        <w:t xml:space="preserve">ivision </w:t>
      </w:r>
      <w:r w:rsidR="00B908BB" w:rsidRPr="009F2E9C">
        <w:rPr>
          <w:rFonts w:ascii="Calibri" w:hAnsi="Calibri" w:cs="Calibri"/>
        </w:rPr>
        <w:t xml:space="preserve">he’s </w:t>
      </w:r>
      <w:r w:rsidRPr="009F2E9C">
        <w:rPr>
          <w:rFonts w:ascii="Calibri" w:hAnsi="Calibri" w:cs="Calibri"/>
        </w:rPr>
        <w:t>caused amongst people</w:t>
      </w:r>
      <w:r w:rsidR="0006397F">
        <w:rPr>
          <w:rFonts w:ascii="Calibri" w:hAnsi="Calibri" w:cs="Calibri"/>
        </w:rPr>
        <w:t>,</w:t>
      </w:r>
      <w:r w:rsidRPr="009F2E9C">
        <w:rPr>
          <w:rFonts w:ascii="Calibri" w:hAnsi="Calibri" w:cs="Calibri"/>
        </w:rPr>
        <w:t xml:space="preserve"> </w:t>
      </w:r>
      <w:r w:rsidR="0006397F">
        <w:rPr>
          <w:rFonts w:ascii="Calibri" w:hAnsi="Calibri" w:cs="Calibri"/>
        </w:rPr>
        <w:t>s</w:t>
      </w:r>
      <w:r w:rsidRPr="009F2E9C">
        <w:rPr>
          <w:rFonts w:ascii="Calibri" w:hAnsi="Calibri" w:cs="Calibri"/>
        </w:rPr>
        <w:t>o, you know, let's, we'll accept that there are people that give you permission. And that's all that's necessary. But everybody else, give them the, you know, give them the chance to become unlikable</w:t>
      </w:r>
      <w:r w:rsidR="00B908BB" w:rsidRPr="009F2E9C">
        <w:rPr>
          <w:rFonts w:ascii="Calibri" w:hAnsi="Calibri" w:cs="Calibri"/>
        </w:rPr>
        <w:t>, y</w:t>
      </w:r>
      <w:r w:rsidRPr="009F2E9C">
        <w:rPr>
          <w:rFonts w:ascii="Calibri" w:hAnsi="Calibri" w:cs="Calibri"/>
        </w:rPr>
        <w:t>ou know, give them the chance. So</w:t>
      </w:r>
      <w:r w:rsidR="0006397F">
        <w:rPr>
          <w:rFonts w:ascii="Calibri" w:hAnsi="Calibri" w:cs="Calibri"/>
        </w:rPr>
        <w:t>,</w:t>
      </w:r>
      <w:r w:rsidRPr="009F2E9C">
        <w:rPr>
          <w:rFonts w:ascii="Calibri" w:hAnsi="Calibri" w:cs="Calibri"/>
        </w:rPr>
        <w:t xml:space="preserve"> treat everybody you would</w:t>
      </w:r>
      <w:r w:rsidR="00B908BB" w:rsidRPr="009F2E9C">
        <w:rPr>
          <w:rFonts w:ascii="Calibri" w:hAnsi="Calibri" w:cs="Calibri"/>
        </w:rPr>
        <w:t>,</w:t>
      </w:r>
      <w:r w:rsidRPr="009F2E9C">
        <w:rPr>
          <w:rFonts w:ascii="Calibri" w:hAnsi="Calibri" w:cs="Calibri"/>
        </w:rPr>
        <w:t xml:space="preserve"> as you want to be treated. If they're horrible, then, you know, have a look at what they do. And maybe they're horrible because something's </w:t>
      </w:r>
      <w:r w:rsidR="003F66DC" w:rsidRPr="009F2E9C">
        <w:rPr>
          <w:rFonts w:ascii="Calibri" w:hAnsi="Calibri" w:cs="Calibri"/>
        </w:rPr>
        <w:t xml:space="preserve">gone </w:t>
      </w:r>
      <w:r w:rsidRPr="009F2E9C">
        <w:rPr>
          <w:rFonts w:ascii="Calibri" w:hAnsi="Calibri" w:cs="Calibri"/>
        </w:rPr>
        <w:t>really tragically wrong that day</w:t>
      </w:r>
      <w:r w:rsidR="003F66DC" w:rsidRPr="009F2E9C">
        <w:rPr>
          <w:rFonts w:ascii="Calibri" w:hAnsi="Calibri" w:cs="Calibri"/>
        </w:rPr>
        <w:t xml:space="preserve">, </w:t>
      </w:r>
      <w:r w:rsidRPr="009F2E9C">
        <w:rPr>
          <w:rFonts w:ascii="Calibri" w:hAnsi="Calibri" w:cs="Calibri"/>
        </w:rPr>
        <w:t>you know, and we all</w:t>
      </w:r>
    </w:p>
    <w:p w14:paraId="11C8F5BD" w14:textId="77777777" w:rsidR="00976992" w:rsidRPr="009F2E9C" w:rsidRDefault="00976992">
      <w:pPr>
        <w:spacing w:after="0"/>
        <w:rPr>
          <w:rFonts w:ascii="Calibri" w:hAnsi="Calibri" w:cs="Calibri"/>
        </w:rPr>
      </w:pPr>
    </w:p>
    <w:p w14:paraId="65880A48" w14:textId="50F68DDB"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35:32</w:t>
      </w:r>
    </w:p>
    <w:p w14:paraId="14915DC4" w14:textId="526769B3" w:rsidR="00976992" w:rsidRPr="009F2E9C" w:rsidRDefault="003F66DC">
      <w:pPr>
        <w:spacing w:after="0"/>
        <w:rPr>
          <w:rFonts w:ascii="Calibri" w:hAnsi="Calibri" w:cs="Calibri"/>
        </w:rPr>
      </w:pPr>
      <w:r w:rsidRPr="009F2E9C">
        <w:rPr>
          <w:rFonts w:ascii="Calibri" w:hAnsi="Calibri" w:cs="Calibri"/>
        </w:rPr>
        <w:t>Maybe they’re just having a bad day rather than a</w:t>
      </w:r>
    </w:p>
    <w:p w14:paraId="28F8A1B8" w14:textId="77777777" w:rsidR="0006397F" w:rsidRDefault="0006397F">
      <w:pPr>
        <w:spacing w:after="0"/>
        <w:rPr>
          <w:rFonts w:ascii="Calibri" w:hAnsi="Calibri" w:cs="Calibri"/>
        </w:rPr>
      </w:pPr>
    </w:p>
    <w:p w14:paraId="27C6DFCD" w14:textId="22A82DFA"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35:34</w:t>
      </w:r>
    </w:p>
    <w:p w14:paraId="13848CC6" w14:textId="457A8226" w:rsidR="00976992" w:rsidRPr="009F2E9C" w:rsidRDefault="004912A8">
      <w:pPr>
        <w:spacing w:after="0"/>
        <w:rPr>
          <w:rFonts w:ascii="Calibri" w:hAnsi="Calibri" w:cs="Calibri"/>
        </w:rPr>
      </w:pPr>
      <w:r w:rsidRPr="009F2E9C">
        <w:rPr>
          <w:rFonts w:ascii="Calibri" w:hAnsi="Calibri" w:cs="Calibri"/>
        </w:rPr>
        <w:t>well, we've all had days where somebody has died, or something's happened and a dog's been run over or, you know, anything that could really throw you a real curveball. But it's not your normal persona</w:t>
      </w:r>
      <w:r w:rsidR="003F66DC" w:rsidRPr="009F2E9C">
        <w:rPr>
          <w:rFonts w:ascii="Calibri" w:hAnsi="Calibri" w:cs="Calibri"/>
        </w:rPr>
        <w:t>, y</w:t>
      </w:r>
      <w:r w:rsidRPr="009F2E9C">
        <w:rPr>
          <w:rFonts w:ascii="Calibri" w:hAnsi="Calibri" w:cs="Calibri"/>
        </w:rPr>
        <w:t xml:space="preserve">ou know, I offer everybody the same thing, my </w:t>
      </w:r>
      <w:proofErr w:type="gramStart"/>
      <w:r w:rsidRPr="009F2E9C">
        <w:rPr>
          <w:rFonts w:ascii="Calibri" w:hAnsi="Calibri" w:cs="Calibri"/>
        </w:rPr>
        <w:t>trust</w:t>
      </w:r>
      <w:proofErr w:type="gramEnd"/>
      <w:r w:rsidRPr="009F2E9C">
        <w:rPr>
          <w:rFonts w:ascii="Calibri" w:hAnsi="Calibri" w:cs="Calibri"/>
        </w:rPr>
        <w:t xml:space="preserve"> and my hand when I meet you by respect, but they're yours to lose</w:t>
      </w:r>
      <w:r w:rsidR="003F66DC" w:rsidRPr="009F2E9C">
        <w:rPr>
          <w:rFonts w:ascii="Calibri" w:hAnsi="Calibri" w:cs="Calibri"/>
        </w:rPr>
        <w:t xml:space="preserve"> a</w:t>
      </w:r>
      <w:r w:rsidRPr="009F2E9C">
        <w:rPr>
          <w:rFonts w:ascii="Calibri" w:hAnsi="Calibri" w:cs="Calibri"/>
        </w:rPr>
        <w:t>nd you can, you can lose them over a lifetime</w:t>
      </w:r>
      <w:r w:rsidR="003F66DC" w:rsidRPr="009F2E9C">
        <w:rPr>
          <w:rFonts w:ascii="Calibri" w:hAnsi="Calibri" w:cs="Calibri"/>
        </w:rPr>
        <w:t xml:space="preserve"> o</w:t>
      </w:r>
      <w:r w:rsidRPr="009F2E9C">
        <w:rPr>
          <w:rFonts w:ascii="Calibri" w:hAnsi="Calibri" w:cs="Calibri"/>
        </w:rPr>
        <w:t>r you can lose them straightaway.</w:t>
      </w:r>
    </w:p>
    <w:p w14:paraId="5F193E7A" w14:textId="77777777" w:rsidR="00976992" w:rsidRPr="009F2E9C" w:rsidRDefault="00976992">
      <w:pPr>
        <w:spacing w:after="0"/>
        <w:rPr>
          <w:rFonts w:ascii="Calibri" w:hAnsi="Calibri" w:cs="Calibri"/>
        </w:rPr>
      </w:pPr>
    </w:p>
    <w:p w14:paraId="667EB126" w14:textId="3F015CC3" w:rsidR="00976992" w:rsidRPr="009F2E9C" w:rsidRDefault="004912A8">
      <w:pPr>
        <w:spacing w:after="0"/>
        <w:rPr>
          <w:rFonts w:ascii="Calibri" w:hAnsi="Calibri" w:cs="Calibri"/>
        </w:rPr>
      </w:pPr>
      <w:r w:rsidRPr="009F2E9C">
        <w:rPr>
          <w:rFonts w:ascii="Calibri" w:hAnsi="Calibri" w:cs="Calibri"/>
        </w:rPr>
        <w:lastRenderedPageBreak/>
        <w:t>Lucy</w:t>
      </w:r>
      <w:r w:rsidR="009F2E9C">
        <w:rPr>
          <w:rFonts w:ascii="Calibri" w:hAnsi="Calibri" w:cs="Calibri"/>
        </w:rPr>
        <w:t xml:space="preserve"> </w:t>
      </w:r>
      <w:r w:rsidRPr="009F2E9C">
        <w:rPr>
          <w:rFonts w:ascii="Calibri" w:hAnsi="Calibri" w:cs="Calibri"/>
        </w:rPr>
        <w:t>36:01</w:t>
      </w:r>
    </w:p>
    <w:p w14:paraId="255EEF0D" w14:textId="4F42AF28" w:rsidR="00976992" w:rsidRPr="009F2E9C" w:rsidRDefault="004912A8" w:rsidP="007C10C5">
      <w:pPr>
        <w:spacing w:after="0"/>
        <w:rPr>
          <w:rFonts w:ascii="Calibri" w:hAnsi="Calibri" w:cs="Calibri"/>
        </w:rPr>
      </w:pPr>
      <w:r w:rsidRPr="009F2E9C">
        <w:rPr>
          <w:rFonts w:ascii="Calibri" w:hAnsi="Calibri" w:cs="Calibri"/>
        </w:rPr>
        <w:t xml:space="preserve">Can I just say, Simon, when I </w:t>
      </w:r>
      <w:r w:rsidR="006F7512" w:rsidRPr="009F2E9C">
        <w:rPr>
          <w:rFonts w:ascii="Calibri" w:hAnsi="Calibri" w:cs="Calibri"/>
        </w:rPr>
        <w:t xml:space="preserve">first </w:t>
      </w:r>
      <w:r w:rsidRPr="009F2E9C">
        <w:rPr>
          <w:rFonts w:ascii="Calibri" w:hAnsi="Calibri" w:cs="Calibri"/>
        </w:rPr>
        <w:t>met you for the first time, it was a good few years ago now</w:t>
      </w:r>
      <w:r w:rsidR="006F7512" w:rsidRPr="009F2E9C">
        <w:rPr>
          <w:rFonts w:ascii="Calibri" w:hAnsi="Calibri" w:cs="Calibri"/>
        </w:rPr>
        <w:t xml:space="preserve"> a</w:t>
      </w:r>
      <w:r w:rsidRPr="009F2E9C">
        <w:rPr>
          <w:rFonts w:ascii="Calibri" w:hAnsi="Calibri" w:cs="Calibri"/>
        </w:rPr>
        <w:t>nd it was through something I was doing for a work project</w:t>
      </w:r>
      <w:r w:rsidR="006F7512" w:rsidRPr="009F2E9C">
        <w:rPr>
          <w:rFonts w:ascii="Calibri" w:hAnsi="Calibri" w:cs="Calibri"/>
        </w:rPr>
        <w:t xml:space="preserve"> a</w:t>
      </w:r>
      <w:r w:rsidRPr="009F2E9C">
        <w:rPr>
          <w:rFonts w:ascii="Calibri" w:hAnsi="Calibri" w:cs="Calibri"/>
        </w:rPr>
        <w:t xml:space="preserve">nd somebody said to me, </w:t>
      </w:r>
      <w:r w:rsidR="006F7512" w:rsidRPr="009F2E9C">
        <w:rPr>
          <w:rFonts w:ascii="Calibri" w:hAnsi="Calibri" w:cs="Calibri"/>
        </w:rPr>
        <w:t>‘</w:t>
      </w:r>
      <w:r w:rsidRPr="009F2E9C">
        <w:rPr>
          <w:rFonts w:ascii="Calibri" w:hAnsi="Calibri" w:cs="Calibri"/>
        </w:rPr>
        <w:t xml:space="preserve">Oh, you're gonna </w:t>
      </w:r>
      <w:r w:rsidR="006F7512" w:rsidRPr="009F2E9C">
        <w:rPr>
          <w:rFonts w:ascii="Calibri" w:hAnsi="Calibri" w:cs="Calibri"/>
        </w:rPr>
        <w:t xml:space="preserve">meet, </w:t>
      </w:r>
      <w:r w:rsidRPr="009F2E9C">
        <w:rPr>
          <w:rFonts w:ascii="Calibri" w:hAnsi="Calibri" w:cs="Calibri"/>
        </w:rPr>
        <w:t>you're gonna</w:t>
      </w:r>
      <w:r w:rsidR="0006397F">
        <w:rPr>
          <w:rFonts w:ascii="Calibri" w:hAnsi="Calibri" w:cs="Calibri"/>
        </w:rPr>
        <w:t xml:space="preserve"> </w:t>
      </w:r>
      <w:r w:rsidR="006F7512" w:rsidRPr="009F2E9C">
        <w:rPr>
          <w:rFonts w:ascii="Calibri" w:hAnsi="Calibri" w:cs="Calibri"/>
        </w:rPr>
        <w:t>meet Simon Weston ‘ a</w:t>
      </w:r>
      <w:r w:rsidRPr="009F2E9C">
        <w:rPr>
          <w:rFonts w:ascii="Calibri" w:hAnsi="Calibri" w:cs="Calibri"/>
        </w:rPr>
        <w:t xml:space="preserve">nd I said, </w:t>
      </w:r>
      <w:r w:rsidR="006F7512" w:rsidRPr="009F2E9C">
        <w:rPr>
          <w:rFonts w:ascii="Calibri" w:hAnsi="Calibri" w:cs="Calibri"/>
        </w:rPr>
        <w:t>‘the, the Simon Weston?’, ‘yeah’ and I was like ‘why do you want me to go and meet Simon Weston</w:t>
      </w:r>
      <w:r w:rsidR="007C10C5" w:rsidRPr="009F2E9C">
        <w:rPr>
          <w:rFonts w:ascii="Calibri" w:hAnsi="Calibri" w:cs="Calibri"/>
        </w:rPr>
        <w:t xml:space="preserve"> for</w:t>
      </w:r>
      <w:r w:rsidR="006F7512" w:rsidRPr="009F2E9C">
        <w:rPr>
          <w:rFonts w:ascii="Calibri" w:hAnsi="Calibri" w:cs="Calibri"/>
        </w:rPr>
        <w:t xml:space="preserve">?’, </w:t>
      </w:r>
      <w:r w:rsidR="007C10C5" w:rsidRPr="009F2E9C">
        <w:rPr>
          <w:rFonts w:ascii="Calibri" w:hAnsi="Calibri" w:cs="Calibri"/>
        </w:rPr>
        <w:t>{laughter}</w:t>
      </w:r>
      <w:r w:rsidR="007C10C5" w:rsidRPr="009F2E9C">
        <w:rPr>
          <w:rFonts w:ascii="Calibri" w:hAnsi="Calibri" w:cs="Calibri"/>
        </w:rPr>
        <w:t xml:space="preserve"> </w:t>
      </w:r>
      <w:r w:rsidRPr="009F2E9C">
        <w:rPr>
          <w:rFonts w:ascii="Calibri" w:hAnsi="Calibri" w:cs="Calibri"/>
        </w:rPr>
        <w:t xml:space="preserve">So they just said, </w:t>
      </w:r>
      <w:r w:rsidR="007C10C5" w:rsidRPr="009F2E9C">
        <w:rPr>
          <w:rFonts w:ascii="Calibri" w:hAnsi="Calibri" w:cs="Calibri"/>
        </w:rPr>
        <w:t>‘</w:t>
      </w:r>
      <w:r w:rsidRPr="009F2E9C">
        <w:rPr>
          <w:rFonts w:ascii="Calibri" w:hAnsi="Calibri" w:cs="Calibri"/>
        </w:rPr>
        <w:t>you know, I think you're the</w:t>
      </w:r>
      <w:r w:rsidR="0006397F">
        <w:rPr>
          <w:rFonts w:ascii="Calibri" w:hAnsi="Calibri" w:cs="Calibri"/>
        </w:rPr>
        <w:t>,</w:t>
      </w:r>
      <w:r w:rsidRPr="009F2E9C">
        <w:rPr>
          <w:rFonts w:ascii="Calibri" w:hAnsi="Calibri" w:cs="Calibri"/>
        </w:rPr>
        <w:t xml:space="preserve"> you're the, you're the best person for the job, really</w:t>
      </w:r>
      <w:r w:rsidR="007C10C5" w:rsidRPr="009F2E9C">
        <w:rPr>
          <w:rFonts w:ascii="Calibri" w:hAnsi="Calibri" w:cs="Calibri"/>
        </w:rPr>
        <w:t>’</w:t>
      </w:r>
      <w:r w:rsidRPr="009F2E9C">
        <w:rPr>
          <w:rFonts w:ascii="Calibri" w:hAnsi="Calibri" w:cs="Calibri"/>
        </w:rPr>
        <w:t>. So I w</w:t>
      </w:r>
      <w:r w:rsidR="007C10C5" w:rsidRPr="009F2E9C">
        <w:rPr>
          <w:rFonts w:ascii="Calibri" w:hAnsi="Calibri" w:cs="Calibri"/>
        </w:rPr>
        <w:t>ent,</w:t>
      </w:r>
      <w:r w:rsidRPr="009F2E9C">
        <w:rPr>
          <w:rFonts w:ascii="Calibri" w:hAnsi="Calibri" w:cs="Calibri"/>
        </w:rPr>
        <w:t xml:space="preserve"> </w:t>
      </w:r>
      <w:r w:rsidR="007C10C5" w:rsidRPr="009F2E9C">
        <w:rPr>
          <w:rFonts w:ascii="Calibri" w:hAnsi="Calibri" w:cs="Calibri"/>
        </w:rPr>
        <w:t xml:space="preserve">and </w:t>
      </w:r>
      <w:r w:rsidRPr="009F2E9C">
        <w:rPr>
          <w:rFonts w:ascii="Calibri" w:hAnsi="Calibri" w:cs="Calibri"/>
        </w:rPr>
        <w:t>I was in, I was incredibly nervous because I, like I knew about Simon. I know, I know, I know Simon</w:t>
      </w:r>
      <w:r w:rsidR="007C10C5" w:rsidRPr="009F2E9C">
        <w:rPr>
          <w:rFonts w:ascii="Calibri" w:hAnsi="Calibri" w:cs="Calibri"/>
        </w:rPr>
        <w:t>’s</w:t>
      </w:r>
      <w:r w:rsidRPr="009F2E9C">
        <w:rPr>
          <w:rFonts w:ascii="Calibri" w:hAnsi="Calibri" w:cs="Calibri"/>
        </w:rPr>
        <w:t xml:space="preserve"> story, and all that kind of thing</w:t>
      </w:r>
      <w:r w:rsidR="007C10C5" w:rsidRPr="009F2E9C">
        <w:rPr>
          <w:rFonts w:ascii="Calibri" w:hAnsi="Calibri" w:cs="Calibri"/>
        </w:rPr>
        <w:t xml:space="preserve"> a</w:t>
      </w:r>
      <w:r w:rsidRPr="009F2E9C">
        <w:rPr>
          <w:rFonts w:ascii="Calibri" w:hAnsi="Calibri" w:cs="Calibri"/>
        </w:rPr>
        <w:t>nd it wasn't that I was nervous</w:t>
      </w:r>
    </w:p>
    <w:p w14:paraId="46057CF2" w14:textId="77777777" w:rsidR="00976992" w:rsidRPr="009F2E9C" w:rsidRDefault="00976992">
      <w:pPr>
        <w:spacing w:after="0"/>
        <w:rPr>
          <w:rFonts w:ascii="Calibri" w:hAnsi="Calibri" w:cs="Calibri"/>
        </w:rPr>
      </w:pPr>
    </w:p>
    <w:p w14:paraId="5B9724BB" w14:textId="570154E5"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36:47</w:t>
      </w:r>
    </w:p>
    <w:p w14:paraId="68E91BBB" w14:textId="76CEE777" w:rsidR="00976992" w:rsidRPr="009F2E9C" w:rsidRDefault="007C10C5">
      <w:pPr>
        <w:spacing w:after="0"/>
        <w:rPr>
          <w:rFonts w:ascii="Calibri" w:hAnsi="Calibri" w:cs="Calibri"/>
        </w:rPr>
      </w:pPr>
      <w:r w:rsidRPr="009F2E9C">
        <w:rPr>
          <w:rFonts w:ascii="Calibri" w:hAnsi="Calibri" w:cs="Calibri"/>
        </w:rPr>
        <w:t>It was huge news</w:t>
      </w:r>
      <w:r w:rsidRPr="009F2E9C">
        <w:rPr>
          <w:rFonts w:ascii="Calibri" w:hAnsi="Calibri" w:cs="Calibri"/>
        </w:rPr>
        <w:t xml:space="preserve">, </w:t>
      </w:r>
      <w:proofErr w:type="gramStart"/>
      <w:r w:rsidR="004912A8" w:rsidRPr="009F2E9C">
        <w:rPr>
          <w:rFonts w:ascii="Calibri" w:hAnsi="Calibri" w:cs="Calibri"/>
        </w:rPr>
        <w:t>Simon</w:t>
      </w:r>
      <w:proofErr w:type="gramEnd"/>
      <w:r w:rsidR="004912A8" w:rsidRPr="009F2E9C">
        <w:rPr>
          <w:rFonts w:ascii="Calibri" w:hAnsi="Calibri" w:cs="Calibri"/>
        </w:rPr>
        <w:t xml:space="preserve"> and the aftermath of what happened to you</w:t>
      </w:r>
      <w:r w:rsidR="00FD3560" w:rsidRPr="009F2E9C">
        <w:rPr>
          <w:rFonts w:ascii="Calibri" w:hAnsi="Calibri" w:cs="Calibri"/>
        </w:rPr>
        <w:t>,</w:t>
      </w:r>
      <w:r w:rsidR="004912A8" w:rsidRPr="009F2E9C">
        <w:rPr>
          <w:rFonts w:ascii="Calibri" w:hAnsi="Calibri" w:cs="Calibri"/>
        </w:rPr>
        <w:t xml:space="preserve"> </w:t>
      </w:r>
      <w:r w:rsidR="00FD3560" w:rsidRPr="009F2E9C">
        <w:rPr>
          <w:rFonts w:ascii="Calibri" w:hAnsi="Calibri" w:cs="Calibri"/>
        </w:rPr>
        <w:t xml:space="preserve">it </w:t>
      </w:r>
      <w:r w:rsidR="004912A8" w:rsidRPr="009F2E9C">
        <w:rPr>
          <w:rFonts w:ascii="Calibri" w:hAnsi="Calibri" w:cs="Calibri"/>
        </w:rPr>
        <w:t xml:space="preserve">was all over the news when me and Lucy were </w:t>
      </w:r>
      <w:r w:rsidR="00FD3560" w:rsidRPr="009F2E9C">
        <w:rPr>
          <w:rFonts w:ascii="Calibri" w:hAnsi="Calibri" w:cs="Calibri"/>
        </w:rPr>
        <w:t xml:space="preserve">little, </w:t>
      </w:r>
      <w:r w:rsidR="004912A8" w:rsidRPr="009F2E9C">
        <w:rPr>
          <w:rFonts w:ascii="Calibri" w:hAnsi="Calibri" w:cs="Calibri"/>
        </w:rPr>
        <w:t>you know, we were right about that age to kind of go</w:t>
      </w:r>
      <w:r w:rsidR="00FD3560" w:rsidRPr="009F2E9C">
        <w:rPr>
          <w:rFonts w:ascii="Calibri" w:hAnsi="Calibri" w:cs="Calibri"/>
        </w:rPr>
        <w:t>,</w:t>
      </w:r>
      <w:r w:rsidR="004912A8" w:rsidRPr="009F2E9C">
        <w:rPr>
          <w:rFonts w:ascii="Calibri" w:hAnsi="Calibri" w:cs="Calibri"/>
        </w:rPr>
        <w:t xml:space="preserve"> to just be beginning to kind of comprehend and understand</w:t>
      </w:r>
      <w:r w:rsidR="00FD3560" w:rsidRPr="009F2E9C">
        <w:rPr>
          <w:rFonts w:ascii="Calibri" w:hAnsi="Calibri" w:cs="Calibri"/>
        </w:rPr>
        <w:t xml:space="preserve"> I think what</w:t>
      </w:r>
      <w:r w:rsidR="009F2E9C">
        <w:rPr>
          <w:rFonts w:ascii="Calibri" w:hAnsi="Calibri" w:cs="Calibri"/>
        </w:rPr>
        <w:t xml:space="preserve"> </w:t>
      </w:r>
    </w:p>
    <w:p w14:paraId="42A0A38F" w14:textId="77777777" w:rsidR="0006397F" w:rsidRDefault="0006397F" w:rsidP="00FD3560">
      <w:pPr>
        <w:spacing w:after="0"/>
        <w:rPr>
          <w:rFonts w:ascii="Calibri" w:hAnsi="Calibri" w:cs="Calibri"/>
        </w:rPr>
      </w:pPr>
    </w:p>
    <w:p w14:paraId="2D11AE8B" w14:textId="4C465E68" w:rsidR="00976992" w:rsidRPr="009F2E9C" w:rsidRDefault="004912A8" w:rsidP="00FD3560">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37:03</w:t>
      </w:r>
      <w:r w:rsidR="00FD3560" w:rsidRPr="009F2E9C">
        <w:rPr>
          <w:rFonts w:ascii="Calibri" w:hAnsi="Calibri" w:cs="Calibri"/>
        </w:rPr>
        <w:t xml:space="preserve"> P</w:t>
      </w:r>
      <w:r w:rsidRPr="009F2E9C">
        <w:rPr>
          <w:rFonts w:ascii="Calibri" w:hAnsi="Calibri" w:cs="Calibri"/>
        </w:rPr>
        <w:t xml:space="preserve">eople my age </w:t>
      </w:r>
      <w:proofErr w:type="gramStart"/>
      <w:r w:rsidRPr="009F2E9C">
        <w:rPr>
          <w:rFonts w:ascii="Calibri" w:hAnsi="Calibri" w:cs="Calibri"/>
        </w:rPr>
        <w:t>go</w:t>
      </w:r>
      <w:proofErr w:type="gramEnd"/>
      <w:r w:rsidR="00FD3560" w:rsidRPr="009F2E9C">
        <w:rPr>
          <w:rFonts w:ascii="Calibri" w:hAnsi="Calibri" w:cs="Calibri"/>
        </w:rPr>
        <w:t>,</w:t>
      </w:r>
      <w:r w:rsidRPr="009F2E9C">
        <w:rPr>
          <w:rFonts w:ascii="Calibri" w:hAnsi="Calibri" w:cs="Calibri"/>
        </w:rPr>
        <w:t xml:space="preserve"> who's</w:t>
      </w:r>
      <w:r w:rsidR="00FD3560" w:rsidRPr="009F2E9C">
        <w:rPr>
          <w:rFonts w:ascii="Calibri" w:hAnsi="Calibri" w:cs="Calibri"/>
        </w:rPr>
        <w:t>,</w:t>
      </w:r>
      <w:r w:rsidRPr="009F2E9C">
        <w:rPr>
          <w:rFonts w:ascii="Calibri" w:hAnsi="Calibri" w:cs="Calibri"/>
        </w:rPr>
        <w:t xml:space="preserve"> who's Simon Western, </w:t>
      </w:r>
      <w:r w:rsidR="00FD3560" w:rsidRPr="009F2E9C">
        <w:rPr>
          <w:rFonts w:ascii="Calibri" w:hAnsi="Calibri" w:cs="Calibri"/>
        </w:rPr>
        <w:t xml:space="preserve">and </w:t>
      </w:r>
      <w:r w:rsidRPr="009F2E9C">
        <w:rPr>
          <w:rFonts w:ascii="Calibri" w:hAnsi="Calibri" w:cs="Calibri"/>
        </w:rPr>
        <w:t>I just go</w:t>
      </w:r>
      <w:r w:rsidR="00660DEE" w:rsidRPr="009F2E9C">
        <w:rPr>
          <w:rFonts w:ascii="Calibri" w:hAnsi="Calibri" w:cs="Calibri"/>
        </w:rPr>
        <w:t>, will</w:t>
      </w:r>
      <w:r w:rsidR="009F2E9C">
        <w:rPr>
          <w:rFonts w:ascii="Calibri" w:hAnsi="Calibri" w:cs="Calibri"/>
        </w:rPr>
        <w:t xml:space="preserve"> </w:t>
      </w:r>
      <w:r w:rsidRPr="009F2E9C">
        <w:rPr>
          <w:rFonts w:ascii="Calibri" w:hAnsi="Calibri" w:cs="Calibri"/>
        </w:rPr>
        <w:t>read a book</w:t>
      </w:r>
      <w:r w:rsidR="00660DEE" w:rsidRPr="009F2E9C">
        <w:rPr>
          <w:rFonts w:ascii="Calibri" w:hAnsi="Calibri" w:cs="Calibri"/>
        </w:rPr>
        <w:t xml:space="preserve"> or something {laughter}</w:t>
      </w:r>
      <w:r w:rsidR="009F2E9C">
        <w:rPr>
          <w:rFonts w:ascii="Calibri" w:hAnsi="Calibri" w:cs="Calibri"/>
        </w:rPr>
        <w:t xml:space="preserve"> </w:t>
      </w:r>
    </w:p>
    <w:p w14:paraId="1A61D5F4" w14:textId="77777777" w:rsidR="00976992" w:rsidRPr="009F2E9C" w:rsidRDefault="00976992">
      <w:pPr>
        <w:spacing w:after="0"/>
        <w:rPr>
          <w:rFonts w:ascii="Calibri" w:hAnsi="Calibri" w:cs="Calibri"/>
        </w:rPr>
      </w:pPr>
    </w:p>
    <w:p w14:paraId="3659A1BF" w14:textId="14D386DE"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37:12</w:t>
      </w:r>
    </w:p>
    <w:p w14:paraId="279EE764" w14:textId="180B059A" w:rsidR="00976992" w:rsidRPr="009F2E9C" w:rsidRDefault="004912A8">
      <w:pPr>
        <w:spacing w:after="0"/>
        <w:rPr>
          <w:rFonts w:ascii="Calibri" w:hAnsi="Calibri" w:cs="Calibri"/>
        </w:rPr>
      </w:pPr>
      <w:r w:rsidRPr="009F2E9C">
        <w:rPr>
          <w:rFonts w:ascii="Calibri" w:hAnsi="Calibri" w:cs="Calibri"/>
        </w:rPr>
        <w:t xml:space="preserve">And I mean, like, my husband didn't </w:t>
      </w:r>
      <w:proofErr w:type="spellStart"/>
      <w:r w:rsidR="00FF3349">
        <w:rPr>
          <w:rFonts w:ascii="Calibri" w:hAnsi="Calibri" w:cs="Calibri"/>
        </w:rPr>
        <w:t>recognise</w:t>
      </w:r>
      <w:proofErr w:type="spellEnd"/>
      <w:r w:rsidRPr="009F2E9C">
        <w:rPr>
          <w:rFonts w:ascii="Calibri" w:hAnsi="Calibri" w:cs="Calibri"/>
        </w:rPr>
        <w:t xml:space="preserve"> your name</w:t>
      </w:r>
      <w:r w:rsidR="00660DEE" w:rsidRPr="009F2E9C">
        <w:rPr>
          <w:rFonts w:ascii="Calibri" w:hAnsi="Calibri" w:cs="Calibri"/>
        </w:rPr>
        <w:t>, b</w:t>
      </w:r>
      <w:r w:rsidRPr="009F2E9C">
        <w:rPr>
          <w:rFonts w:ascii="Calibri" w:hAnsi="Calibri" w:cs="Calibri"/>
        </w:rPr>
        <w:t xml:space="preserve">ut then when he saw the picture, he went, </w:t>
      </w:r>
      <w:r w:rsidR="00660DEE" w:rsidRPr="009F2E9C">
        <w:rPr>
          <w:rFonts w:ascii="Calibri" w:hAnsi="Calibri" w:cs="Calibri"/>
        </w:rPr>
        <w:t>‘</w:t>
      </w:r>
      <w:r w:rsidRPr="009F2E9C">
        <w:rPr>
          <w:rFonts w:ascii="Calibri" w:hAnsi="Calibri" w:cs="Calibri"/>
        </w:rPr>
        <w:t>Oh, that guy.</w:t>
      </w:r>
      <w:r w:rsidR="00660DEE" w:rsidRPr="009F2E9C">
        <w:rPr>
          <w:rFonts w:ascii="Calibri" w:hAnsi="Calibri" w:cs="Calibri"/>
        </w:rPr>
        <w:t>’</w:t>
      </w:r>
      <w:r w:rsidRPr="009F2E9C">
        <w:rPr>
          <w:rFonts w:ascii="Calibri" w:hAnsi="Calibri" w:cs="Calibri"/>
        </w:rPr>
        <w:t xml:space="preserve"> Everybody knows who you are</w:t>
      </w:r>
      <w:r w:rsidR="00660DEE" w:rsidRPr="009F2E9C">
        <w:rPr>
          <w:rFonts w:ascii="Calibri" w:hAnsi="Calibri" w:cs="Calibri"/>
        </w:rPr>
        <w:t xml:space="preserve"> a</w:t>
      </w:r>
      <w:r w:rsidRPr="009F2E9C">
        <w:rPr>
          <w:rFonts w:ascii="Calibri" w:hAnsi="Calibri" w:cs="Calibri"/>
        </w:rPr>
        <w:t>nd our generation, I think, certainly,</w:t>
      </w:r>
    </w:p>
    <w:p w14:paraId="161FBA5A" w14:textId="77777777" w:rsidR="00976992" w:rsidRPr="009F2E9C" w:rsidRDefault="00976992">
      <w:pPr>
        <w:spacing w:after="0"/>
        <w:rPr>
          <w:rFonts w:ascii="Calibri" w:hAnsi="Calibri" w:cs="Calibri"/>
        </w:rPr>
      </w:pPr>
    </w:p>
    <w:p w14:paraId="5A3CCC0F" w14:textId="4D93B468"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37:25</w:t>
      </w:r>
    </w:p>
    <w:p w14:paraId="696D5295" w14:textId="29255BBE" w:rsidR="00976992" w:rsidRPr="009F2E9C" w:rsidRDefault="00660DEE">
      <w:pPr>
        <w:spacing w:after="0"/>
        <w:rPr>
          <w:rFonts w:ascii="Calibri" w:hAnsi="Calibri" w:cs="Calibri"/>
        </w:rPr>
      </w:pPr>
      <w:r w:rsidRPr="009F2E9C">
        <w:rPr>
          <w:rFonts w:ascii="Calibri" w:hAnsi="Calibri" w:cs="Calibri"/>
        </w:rPr>
        <w:t>S</w:t>
      </w:r>
      <w:r w:rsidR="004912A8" w:rsidRPr="009F2E9C">
        <w:rPr>
          <w:rFonts w:ascii="Calibri" w:hAnsi="Calibri" w:cs="Calibri"/>
        </w:rPr>
        <w:t>o</w:t>
      </w:r>
      <w:r w:rsidRPr="009F2E9C">
        <w:rPr>
          <w:rFonts w:ascii="Calibri" w:hAnsi="Calibri" w:cs="Calibri"/>
        </w:rPr>
        <w:t>, s</w:t>
      </w:r>
      <w:r w:rsidR="004912A8" w:rsidRPr="009F2E9C">
        <w:rPr>
          <w:rFonts w:ascii="Calibri" w:hAnsi="Calibri" w:cs="Calibri"/>
        </w:rPr>
        <w:t>o when</w:t>
      </w:r>
      <w:r w:rsidR="0006397F">
        <w:rPr>
          <w:rFonts w:ascii="Calibri" w:hAnsi="Calibri" w:cs="Calibri"/>
        </w:rPr>
        <w:t>,</w:t>
      </w:r>
      <w:r w:rsidR="004912A8" w:rsidRPr="009F2E9C">
        <w:rPr>
          <w:rFonts w:ascii="Calibri" w:hAnsi="Calibri" w:cs="Calibri"/>
        </w:rPr>
        <w:t xml:space="preserve"> when I was sort of, you know, you're going to meet </w:t>
      </w:r>
      <w:r w:rsidRPr="009F2E9C">
        <w:rPr>
          <w:rFonts w:ascii="Calibri" w:hAnsi="Calibri" w:cs="Calibri"/>
        </w:rPr>
        <w:t xml:space="preserve">Simon Weston </w:t>
      </w:r>
      <w:r w:rsidR="004912A8" w:rsidRPr="009F2E9C">
        <w:rPr>
          <w:rFonts w:ascii="Calibri" w:hAnsi="Calibri" w:cs="Calibri"/>
        </w:rPr>
        <w:t>I saw, I was like, okay, he's, you know, I consider mine and your friendship</w:t>
      </w:r>
      <w:r w:rsidRPr="009F2E9C">
        <w:rPr>
          <w:rFonts w:ascii="Calibri" w:hAnsi="Calibri" w:cs="Calibri"/>
        </w:rPr>
        <w:t>,</w:t>
      </w:r>
      <w:r w:rsidR="004912A8" w:rsidRPr="009F2E9C">
        <w:rPr>
          <w:rFonts w:ascii="Calibri" w:hAnsi="Calibri" w:cs="Calibri"/>
        </w:rPr>
        <w:t xml:space="preserve"> Simon</w:t>
      </w:r>
      <w:r w:rsidRPr="009F2E9C">
        <w:rPr>
          <w:rFonts w:ascii="Calibri" w:hAnsi="Calibri" w:cs="Calibri"/>
        </w:rPr>
        <w:t>,</w:t>
      </w:r>
      <w:r w:rsidR="004912A8" w:rsidRPr="009F2E9C">
        <w:rPr>
          <w:rFonts w:ascii="Calibri" w:hAnsi="Calibri" w:cs="Calibri"/>
        </w:rPr>
        <w:t xml:space="preserve"> to be one of the most</w:t>
      </w:r>
      <w:r w:rsidRPr="009F2E9C">
        <w:rPr>
          <w:rFonts w:ascii="Calibri" w:hAnsi="Calibri" w:cs="Calibri"/>
        </w:rPr>
        <w:t xml:space="preserve">, </w:t>
      </w:r>
      <w:r w:rsidR="004912A8" w:rsidRPr="009F2E9C">
        <w:rPr>
          <w:rFonts w:ascii="Calibri" w:hAnsi="Calibri" w:cs="Calibri"/>
        </w:rPr>
        <w:t>I don't know what the word is</w:t>
      </w:r>
      <w:r w:rsidRPr="009F2E9C">
        <w:rPr>
          <w:rFonts w:ascii="Calibri" w:hAnsi="Calibri" w:cs="Calibri"/>
        </w:rPr>
        <w:t xml:space="preserve">, </w:t>
      </w:r>
      <w:r w:rsidR="004912A8" w:rsidRPr="009F2E9C">
        <w:rPr>
          <w:rFonts w:ascii="Calibri" w:hAnsi="Calibri" w:cs="Calibri"/>
        </w:rPr>
        <w:t>I'm looking for</w:t>
      </w:r>
      <w:r w:rsidR="00E17099" w:rsidRPr="009F2E9C">
        <w:rPr>
          <w:rFonts w:ascii="Calibri" w:hAnsi="Calibri" w:cs="Calibri"/>
        </w:rPr>
        <w:t>,</w:t>
      </w:r>
      <w:r w:rsidR="004912A8" w:rsidRPr="009F2E9C">
        <w:rPr>
          <w:rFonts w:ascii="Calibri" w:hAnsi="Calibri" w:cs="Calibri"/>
        </w:rPr>
        <w:t xml:space="preserve"> </w:t>
      </w:r>
      <w:r w:rsidR="00C12F2B">
        <w:rPr>
          <w:rFonts w:ascii="Calibri" w:hAnsi="Calibri" w:cs="Calibri"/>
        </w:rPr>
        <w:t>o</w:t>
      </w:r>
      <w:r w:rsidR="004912A8" w:rsidRPr="009F2E9C">
        <w:rPr>
          <w:rFonts w:ascii="Calibri" w:hAnsi="Calibri" w:cs="Calibri"/>
        </w:rPr>
        <w:t xml:space="preserve">ne of the most, I feel very privileged to be able to call </w:t>
      </w:r>
      <w:proofErr w:type="gramStart"/>
      <w:r w:rsidR="004912A8" w:rsidRPr="009F2E9C">
        <w:rPr>
          <w:rFonts w:ascii="Calibri" w:hAnsi="Calibri" w:cs="Calibri"/>
        </w:rPr>
        <w:t>you</w:t>
      </w:r>
      <w:proofErr w:type="gramEnd"/>
      <w:r w:rsidR="004912A8" w:rsidRPr="009F2E9C">
        <w:rPr>
          <w:rFonts w:ascii="Calibri" w:hAnsi="Calibri" w:cs="Calibri"/>
        </w:rPr>
        <w:t xml:space="preserve"> my friend. And I, I would never disrespect you let me know, you know, </w:t>
      </w:r>
      <w:r w:rsidR="00E17099" w:rsidRPr="009F2E9C">
        <w:rPr>
          <w:rFonts w:ascii="Calibri" w:hAnsi="Calibri" w:cs="Calibri"/>
        </w:rPr>
        <w:t xml:space="preserve">I was brought up to </w:t>
      </w:r>
      <w:r w:rsidR="004912A8" w:rsidRPr="009F2E9C">
        <w:rPr>
          <w:rFonts w:ascii="Calibri" w:hAnsi="Calibri" w:cs="Calibri"/>
        </w:rPr>
        <w:t>be a nice person</w:t>
      </w:r>
      <w:r w:rsidR="00E17099" w:rsidRPr="009F2E9C">
        <w:rPr>
          <w:rFonts w:ascii="Calibri" w:hAnsi="Calibri" w:cs="Calibri"/>
        </w:rPr>
        <w:t xml:space="preserve"> a</w:t>
      </w:r>
      <w:r w:rsidR="004912A8" w:rsidRPr="009F2E9C">
        <w:rPr>
          <w:rFonts w:ascii="Calibri" w:hAnsi="Calibri" w:cs="Calibri"/>
        </w:rPr>
        <w:t>nd so</w:t>
      </w:r>
    </w:p>
    <w:p w14:paraId="220616FE" w14:textId="77777777" w:rsidR="00976992" w:rsidRPr="009F2E9C" w:rsidRDefault="00976992">
      <w:pPr>
        <w:spacing w:after="0"/>
        <w:rPr>
          <w:rFonts w:ascii="Calibri" w:hAnsi="Calibri" w:cs="Calibri"/>
        </w:rPr>
      </w:pPr>
    </w:p>
    <w:p w14:paraId="5EACC139" w14:textId="6DA9EE1D"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37:59</w:t>
      </w:r>
    </w:p>
    <w:p w14:paraId="00D68765" w14:textId="3CCF0AE2" w:rsidR="00976992" w:rsidRPr="009F2E9C" w:rsidRDefault="004912A8">
      <w:pPr>
        <w:spacing w:after="0"/>
        <w:rPr>
          <w:rFonts w:ascii="Calibri" w:hAnsi="Calibri" w:cs="Calibri"/>
        </w:rPr>
      </w:pPr>
      <w:r w:rsidRPr="009F2E9C">
        <w:rPr>
          <w:rFonts w:ascii="Calibri" w:hAnsi="Calibri" w:cs="Calibri"/>
        </w:rPr>
        <w:t xml:space="preserve">what </w:t>
      </w:r>
      <w:r w:rsidR="00E17099" w:rsidRPr="009F2E9C">
        <w:rPr>
          <w:rFonts w:ascii="Calibri" w:hAnsi="Calibri" w:cs="Calibri"/>
        </w:rPr>
        <w:t xml:space="preserve">happened, Luce? </w:t>
      </w:r>
      <w:r w:rsidR="00E17099" w:rsidRPr="009F2E9C">
        <w:rPr>
          <w:rFonts w:ascii="Calibri" w:hAnsi="Calibri" w:cs="Calibri"/>
        </w:rPr>
        <w:t>{laughter}</w:t>
      </w:r>
    </w:p>
    <w:p w14:paraId="5DFAE557" w14:textId="77777777" w:rsidR="00C12F2B" w:rsidRDefault="00C12F2B">
      <w:pPr>
        <w:spacing w:after="0"/>
        <w:rPr>
          <w:rFonts w:ascii="Calibri" w:hAnsi="Calibri" w:cs="Calibri"/>
        </w:rPr>
      </w:pPr>
    </w:p>
    <w:p w14:paraId="4114D2EE" w14:textId="193D4132"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38:08</w:t>
      </w:r>
    </w:p>
    <w:p w14:paraId="57488ADF" w14:textId="3019164F" w:rsidR="00976992" w:rsidRPr="009F2E9C" w:rsidRDefault="004912A8">
      <w:pPr>
        <w:spacing w:after="0"/>
        <w:rPr>
          <w:rFonts w:ascii="Calibri" w:hAnsi="Calibri" w:cs="Calibri"/>
        </w:rPr>
      </w:pPr>
      <w:r w:rsidRPr="009F2E9C">
        <w:rPr>
          <w:rFonts w:ascii="Calibri" w:hAnsi="Calibri" w:cs="Calibri"/>
        </w:rPr>
        <w:t>but if there is, you know, you just</w:t>
      </w:r>
      <w:r w:rsidR="00C12F2B">
        <w:rPr>
          <w:rFonts w:ascii="Calibri" w:hAnsi="Calibri" w:cs="Calibri"/>
        </w:rPr>
        <w:t>,</w:t>
      </w:r>
      <w:r w:rsidRPr="009F2E9C">
        <w:rPr>
          <w:rFonts w:ascii="Calibri" w:hAnsi="Calibri" w:cs="Calibri"/>
        </w:rPr>
        <w:t xml:space="preserve"> you</w:t>
      </w:r>
      <w:r w:rsidR="00C12F2B">
        <w:rPr>
          <w:rFonts w:ascii="Calibri" w:hAnsi="Calibri" w:cs="Calibri"/>
        </w:rPr>
        <w:t>,</w:t>
      </w:r>
      <w:r w:rsidRPr="009F2E9C">
        <w:rPr>
          <w:rFonts w:ascii="Calibri" w:hAnsi="Calibri" w:cs="Calibri"/>
        </w:rPr>
        <w:t xml:space="preserve"> I was as soon as I met you, within five seconds, I was like, fine, everything's fine</w:t>
      </w:r>
      <w:r w:rsidR="00E17099" w:rsidRPr="009F2E9C">
        <w:rPr>
          <w:rFonts w:ascii="Calibri" w:hAnsi="Calibri" w:cs="Calibri"/>
        </w:rPr>
        <w:t xml:space="preserve">, he’s </w:t>
      </w:r>
      <w:r w:rsidRPr="009F2E9C">
        <w:rPr>
          <w:rFonts w:ascii="Calibri" w:hAnsi="Calibri" w:cs="Calibri"/>
        </w:rPr>
        <w:t>just a normal guy</w:t>
      </w:r>
      <w:r w:rsidR="00E17099" w:rsidRPr="009F2E9C">
        <w:rPr>
          <w:rFonts w:ascii="Calibri" w:hAnsi="Calibri" w:cs="Calibri"/>
        </w:rPr>
        <w:t xml:space="preserve">, with a sense of </w:t>
      </w:r>
      <w:r w:rsidRPr="009F2E9C">
        <w:rPr>
          <w:rFonts w:ascii="Calibri" w:hAnsi="Calibri" w:cs="Calibri"/>
        </w:rPr>
        <w:t>humor</w:t>
      </w:r>
      <w:r w:rsidR="00E17099" w:rsidRPr="009F2E9C">
        <w:rPr>
          <w:rFonts w:ascii="Calibri" w:hAnsi="Calibri" w:cs="Calibri"/>
        </w:rPr>
        <w:t xml:space="preserve">, you were </w:t>
      </w:r>
      <w:r w:rsidRPr="009F2E9C">
        <w:rPr>
          <w:rFonts w:ascii="Calibri" w:hAnsi="Calibri" w:cs="Calibri"/>
        </w:rPr>
        <w:t>so kind to me, you know, you never made me feel like</w:t>
      </w:r>
      <w:r w:rsidR="005D275C" w:rsidRPr="009F2E9C">
        <w:rPr>
          <w:rFonts w:ascii="Calibri" w:hAnsi="Calibri" w:cs="Calibri"/>
        </w:rPr>
        <w:t>,</w:t>
      </w:r>
      <w:r w:rsidRPr="009F2E9C">
        <w:rPr>
          <w:rFonts w:ascii="Calibri" w:hAnsi="Calibri" w:cs="Calibri"/>
        </w:rPr>
        <w:t xml:space="preserve"> it wasn't </w:t>
      </w:r>
      <w:r w:rsidR="005D275C" w:rsidRPr="009F2E9C">
        <w:rPr>
          <w:rFonts w:ascii="Calibri" w:hAnsi="Calibri" w:cs="Calibri"/>
        </w:rPr>
        <w:t xml:space="preserve">a </w:t>
      </w:r>
      <w:r w:rsidRPr="009F2E9C">
        <w:rPr>
          <w:rFonts w:ascii="Calibri" w:hAnsi="Calibri" w:cs="Calibri"/>
        </w:rPr>
        <w:t>I'm better than Lucy situation. It was a</w:t>
      </w:r>
      <w:r w:rsidR="00C12F2B">
        <w:rPr>
          <w:rFonts w:ascii="Calibri" w:hAnsi="Calibri" w:cs="Calibri"/>
        </w:rPr>
        <w:t>,</w:t>
      </w:r>
      <w:r w:rsidRPr="009F2E9C">
        <w:rPr>
          <w:rFonts w:ascii="Calibri" w:hAnsi="Calibri" w:cs="Calibri"/>
        </w:rPr>
        <w:t xml:space="preserve"> it was </w:t>
      </w:r>
      <w:proofErr w:type="gramStart"/>
      <w:r w:rsidRPr="009F2E9C">
        <w:rPr>
          <w:rFonts w:ascii="Calibri" w:hAnsi="Calibri" w:cs="Calibri"/>
        </w:rPr>
        <w:t>a you</w:t>
      </w:r>
      <w:proofErr w:type="gramEnd"/>
      <w:r w:rsidRPr="009F2E9C">
        <w:rPr>
          <w:rFonts w:ascii="Calibri" w:hAnsi="Calibri" w:cs="Calibri"/>
        </w:rPr>
        <w:t xml:space="preserve"> know, let's listen to what Lucy's got to say about this and</w:t>
      </w:r>
      <w:r w:rsidR="00C12F2B">
        <w:rPr>
          <w:rFonts w:ascii="Calibri" w:hAnsi="Calibri" w:cs="Calibri"/>
        </w:rPr>
        <w:t>,</w:t>
      </w:r>
      <w:r w:rsidRPr="009F2E9C">
        <w:rPr>
          <w:rFonts w:ascii="Calibri" w:hAnsi="Calibri" w:cs="Calibri"/>
        </w:rPr>
        <w:t xml:space="preserve"> and you were very respect</w:t>
      </w:r>
      <w:r w:rsidR="005D275C" w:rsidRPr="009F2E9C">
        <w:rPr>
          <w:rFonts w:ascii="Calibri" w:hAnsi="Calibri" w:cs="Calibri"/>
        </w:rPr>
        <w:t>ful,</w:t>
      </w:r>
      <w:r w:rsidRPr="009F2E9C">
        <w:rPr>
          <w:rFonts w:ascii="Calibri" w:hAnsi="Calibri" w:cs="Calibri"/>
        </w:rPr>
        <w:t xml:space="preserve"> because you know, some</w:t>
      </w:r>
      <w:r w:rsidR="00C12F2B">
        <w:rPr>
          <w:rFonts w:ascii="Calibri" w:hAnsi="Calibri" w:cs="Calibri"/>
        </w:rPr>
        <w:t>,</w:t>
      </w:r>
      <w:r w:rsidRPr="009F2E9C">
        <w:rPr>
          <w:rFonts w:ascii="Calibri" w:hAnsi="Calibri" w:cs="Calibri"/>
        </w:rPr>
        <w:t xml:space="preserve"> some celebrities are saying, you know, you meet famous people who get like, </w:t>
      </w:r>
      <w:r w:rsidR="005D275C" w:rsidRPr="009F2E9C">
        <w:rPr>
          <w:rFonts w:ascii="Calibri" w:hAnsi="Calibri" w:cs="Calibri"/>
        </w:rPr>
        <w:t>‘</w:t>
      </w:r>
      <w:r w:rsidRPr="009F2E9C">
        <w:rPr>
          <w:rFonts w:ascii="Calibri" w:hAnsi="Calibri" w:cs="Calibri"/>
        </w:rPr>
        <w:t xml:space="preserve">Do you not know who I am? </w:t>
      </w:r>
      <w:r w:rsidR="005D275C" w:rsidRPr="009F2E9C">
        <w:rPr>
          <w:rFonts w:ascii="Calibri" w:hAnsi="Calibri" w:cs="Calibri"/>
        </w:rPr>
        <w:t>‘</w:t>
      </w:r>
      <w:r w:rsidRPr="009F2E9C">
        <w:rPr>
          <w:rFonts w:ascii="Calibri" w:hAnsi="Calibri" w:cs="Calibri"/>
        </w:rPr>
        <w:t>And it wasn't that I was worried that that was going to happen</w:t>
      </w:r>
      <w:r w:rsidR="005D275C" w:rsidRPr="009F2E9C">
        <w:rPr>
          <w:rFonts w:ascii="Calibri" w:hAnsi="Calibri" w:cs="Calibri"/>
        </w:rPr>
        <w:t xml:space="preserve"> b</w:t>
      </w:r>
      <w:r w:rsidRPr="009F2E9C">
        <w:rPr>
          <w:rFonts w:ascii="Calibri" w:hAnsi="Calibri" w:cs="Calibri"/>
        </w:rPr>
        <w:t>ecause I didn't think for a second it would</w:t>
      </w:r>
      <w:r w:rsidR="00C12F2B">
        <w:rPr>
          <w:rFonts w:ascii="Calibri" w:hAnsi="Calibri" w:cs="Calibri"/>
        </w:rPr>
        <w:t>,</w:t>
      </w:r>
      <w:r w:rsidR="005D275C" w:rsidRPr="009F2E9C">
        <w:rPr>
          <w:rFonts w:ascii="Calibri" w:hAnsi="Calibri" w:cs="Calibri"/>
        </w:rPr>
        <w:t xml:space="preserve"> b</w:t>
      </w:r>
      <w:r w:rsidRPr="009F2E9C">
        <w:rPr>
          <w:rFonts w:ascii="Calibri" w:hAnsi="Calibri" w:cs="Calibri"/>
        </w:rPr>
        <w:t>ut there are you know, though you do meet some people, don't you sometimes that will pull back a little bit</w:t>
      </w:r>
      <w:r w:rsidR="00094221" w:rsidRPr="009F2E9C">
        <w:rPr>
          <w:rFonts w:ascii="Calibri" w:hAnsi="Calibri" w:cs="Calibri"/>
        </w:rPr>
        <w:t>, b</w:t>
      </w:r>
      <w:r w:rsidRPr="009F2E9C">
        <w:rPr>
          <w:rFonts w:ascii="Calibri" w:hAnsi="Calibri" w:cs="Calibri"/>
        </w:rPr>
        <w:t xml:space="preserve">ut </w:t>
      </w:r>
      <w:r w:rsidR="00094221" w:rsidRPr="009F2E9C">
        <w:rPr>
          <w:rFonts w:ascii="Calibri" w:hAnsi="Calibri" w:cs="Calibri"/>
        </w:rPr>
        <w:t xml:space="preserve">there </w:t>
      </w:r>
      <w:r w:rsidRPr="009F2E9C">
        <w:rPr>
          <w:rFonts w:ascii="Calibri" w:hAnsi="Calibri" w:cs="Calibri"/>
        </w:rPr>
        <w:t xml:space="preserve">was </w:t>
      </w:r>
      <w:r w:rsidR="00094221" w:rsidRPr="009F2E9C">
        <w:rPr>
          <w:rFonts w:ascii="Calibri" w:hAnsi="Calibri" w:cs="Calibri"/>
        </w:rPr>
        <w:t xml:space="preserve">none of that </w:t>
      </w:r>
      <w:r w:rsidR="00C12F2B">
        <w:rPr>
          <w:rFonts w:ascii="Calibri" w:hAnsi="Calibri" w:cs="Calibri"/>
        </w:rPr>
        <w:t>w</w:t>
      </w:r>
      <w:r w:rsidRPr="009F2E9C">
        <w:rPr>
          <w:rFonts w:ascii="Calibri" w:hAnsi="Calibri" w:cs="Calibri"/>
        </w:rPr>
        <w:t xml:space="preserve">hen I met you and I came away from that first meeting, </w:t>
      </w:r>
      <w:r w:rsidR="00094221" w:rsidRPr="009F2E9C">
        <w:rPr>
          <w:rFonts w:ascii="Calibri" w:hAnsi="Calibri" w:cs="Calibri"/>
        </w:rPr>
        <w:t xml:space="preserve">going ‘I can’t believe I </w:t>
      </w:r>
      <w:r w:rsidRPr="009F2E9C">
        <w:rPr>
          <w:rFonts w:ascii="Calibri" w:hAnsi="Calibri" w:cs="Calibri"/>
        </w:rPr>
        <w:t xml:space="preserve">get to call </w:t>
      </w:r>
      <w:r w:rsidR="00094221" w:rsidRPr="009F2E9C">
        <w:rPr>
          <w:rFonts w:ascii="Calibri" w:hAnsi="Calibri" w:cs="Calibri"/>
        </w:rPr>
        <w:t xml:space="preserve">Simon Weston </w:t>
      </w:r>
      <w:r w:rsidRPr="009F2E9C">
        <w:rPr>
          <w:rFonts w:ascii="Calibri" w:hAnsi="Calibri" w:cs="Calibri"/>
        </w:rPr>
        <w:t>a friend</w:t>
      </w:r>
      <w:r w:rsidR="00094221" w:rsidRPr="009F2E9C">
        <w:rPr>
          <w:rFonts w:ascii="Calibri" w:hAnsi="Calibri" w:cs="Calibri"/>
        </w:rPr>
        <w:t>’,</w:t>
      </w:r>
      <w:r w:rsidRPr="009F2E9C">
        <w:rPr>
          <w:rFonts w:ascii="Calibri" w:hAnsi="Calibri" w:cs="Calibri"/>
        </w:rPr>
        <w:t xml:space="preserve"> one of the greatest, you know, I talk to people now they go </w:t>
      </w:r>
      <w:r w:rsidR="00B11A47" w:rsidRPr="009F2E9C">
        <w:rPr>
          <w:rFonts w:ascii="Calibri" w:hAnsi="Calibri" w:cs="Calibri"/>
        </w:rPr>
        <w:t xml:space="preserve">how do you know Simon Weston?’, it’s a great dinner party story , Simon </w:t>
      </w:r>
      <w:r w:rsidR="00B11A47" w:rsidRPr="009F2E9C">
        <w:rPr>
          <w:rFonts w:ascii="Calibri" w:hAnsi="Calibri" w:cs="Calibri"/>
        </w:rPr>
        <w:t>{laughter}</w:t>
      </w:r>
      <w:r w:rsidR="00B11A47" w:rsidRPr="009F2E9C">
        <w:rPr>
          <w:rFonts w:ascii="Calibri" w:hAnsi="Calibri" w:cs="Calibri"/>
        </w:rPr>
        <w:t xml:space="preserve"> </w:t>
      </w:r>
    </w:p>
    <w:p w14:paraId="4DCE10F6" w14:textId="77777777" w:rsidR="00C12F2B" w:rsidRDefault="00C12F2B">
      <w:pPr>
        <w:spacing w:after="0"/>
        <w:rPr>
          <w:rFonts w:ascii="Calibri" w:hAnsi="Calibri" w:cs="Calibri"/>
        </w:rPr>
      </w:pPr>
    </w:p>
    <w:p w14:paraId="15047F21" w14:textId="4D799ECE"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39:20</w:t>
      </w:r>
    </w:p>
    <w:p w14:paraId="25FC449D" w14:textId="20D03BF2" w:rsidR="00976992" w:rsidRPr="009F2E9C" w:rsidRDefault="00B11A47">
      <w:pPr>
        <w:spacing w:after="0"/>
        <w:rPr>
          <w:rFonts w:ascii="Calibri" w:hAnsi="Calibri" w:cs="Calibri"/>
        </w:rPr>
      </w:pPr>
      <w:r w:rsidRPr="009F2E9C">
        <w:rPr>
          <w:rFonts w:ascii="Calibri" w:hAnsi="Calibri" w:cs="Calibri"/>
        </w:rPr>
        <w:lastRenderedPageBreak/>
        <w:t xml:space="preserve">D’you know, </w:t>
      </w:r>
      <w:r w:rsidR="004912A8" w:rsidRPr="009F2E9C">
        <w:rPr>
          <w:rFonts w:ascii="Calibri" w:hAnsi="Calibri" w:cs="Calibri"/>
        </w:rPr>
        <w:t>always, always treat people with kindness with compassion and with respect, you know, everybody has a point or a</w:t>
      </w:r>
      <w:r w:rsidRPr="009F2E9C">
        <w:rPr>
          <w:rFonts w:ascii="Calibri" w:hAnsi="Calibri" w:cs="Calibri"/>
        </w:rPr>
        <w:t>,</w:t>
      </w:r>
      <w:r w:rsidR="004912A8" w:rsidRPr="009F2E9C">
        <w:rPr>
          <w:rFonts w:ascii="Calibri" w:hAnsi="Calibri" w:cs="Calibri"/>
        </w:rPr>
        <w:t xml:space="preserve"> something very valuable and honest to say. And back in the day when</w:t>
      </w:r>
      <w:r w:rsidRPr="009F2E9C">
        <w:rPr>
          <w:rFonts w:ascii="Calibri" w:hAnsi="Calibri" w:cs="Calibri"/>
        </w:rPr>
        <w:t>,</w:t>
      </w:r>
      <w:r w:rsidR="004912A8" w:rsidRPr="009F2E9C">
        <w:rPr>
          <w:rFonts w:ascii="Calibri" w:hAnsi="Calibri" w:cs="Calibri"/>
        </w:rPr>
        <w:t xml:space="preserve"> when my name was much bigger than it is now</w:t>
      </w:r>
      <w:r w:rsidRPr="009F2E9C">
        <w:rPr>
          <w:rFonts w:ascii="Calibri" w:hAnsi="Calibri" w:cs="Calibri"/>
        </w:rPr>
        <w:t>, y</w:t>
      </w:r>
      <w:r w:rsidR="004912A8" w:rsidRPr="009F2E9C">
        <w:rPr>
          <w:rFonts w:ascii="Calibri" w:hAnsi="Calibri" w:cs="Calibri"/>
        </w:rPr>
        <w:t>ou know, you</w:t>
      </w:r>
      <w:r w:rsidRPr="009F2E9C">
        <w:rPr>
          <w:rFonts w:ascii="Calibri" w:hAnsi="Calibri" w:cs="Calibri"/>
        </w:rPr>
        <w:t>’ve</w:t>
      </w:r>
      <w:r w:rsidR="009F2E9C">
        <w:rPr>
          <w:rFonts w:ascii="Calibri" w:hAnsi="Calibri" w:cs="Calibri"/>
        </w:rPr>
        <w:t xml:space="preserve"> </w:t>
      </w:r>
      <w:r w:rsidR="004912A8" w:rsidRPr="009F2E9C">
        <w:rPr>
          <w:rFonts w:ascii="Calibri" w:hAnsi="Calibri" w:cs="Calibri"/>
        </w:rPr>
        <w:t xml:space="preserve">got to </w:t>
      </w:r>
      <w:r w:rsidR="00C12F2B">
        <w:rPr>
          <w:rFonts w:ascii="Calibri" w:hAnsi="Calibri" w:cs="Calibri"/>
        </w:rPr>
        <w:t>realise</w:t>
      </w:r>
      <w:r w:rsidR="004912A8" w:rsidRPr="009F2E9C">
        <w:rPr>
          <w:rFonts w:ascii="Calibri" w:hAnsi="Calibri" w:cs="Calibri"/>
        </w:rPr>
        <w:t xml:space="preserve"> that people can be slightly overawed by that persona, rather than the person and when you </w:t>
      </w:r>
      <w:r w:rsidR="00C12F2B">
        <w:rPr>
          <w:rFonts w:ascii="Calibri" w:hAnsi="Calibri" w:cs="Calibri"/>
        </w:rPr>
        <w:t>realise</w:t>
      </w:r>
      <w:r w:rsidR="004912A8" w:rsidRPr="009F2E9C">
        <w:rPr>
          <w:rFonts w:ascii="Calibri" w:hAnsi="Calibri" w:cs="Calibri"/>
        </w:rPr>
        <w:t xml:space="preserve"> that the person is just very, very </w:t>
      </w:r>
      <w:proofErr w:type="gramStart"/>
      <w:r w:rsidR="00C12F2B" w:rsidRPr="009F2E9C">
        <w:rPr>
          <w:rFonts w:ascii="Calibri" w:hAnsi="Calibri" w:cs="Calibri"/>
        </w:rPr>
        <w:t>ordinary</w:t>
      </w:r>
      <w:proofErr w:type="gramEnd"/>
      <w:r w:rsidR="00C12F2B">
        <w:rPr>
          <w:rFonts w:ascii="Calibri" w:hAnsi="Calibri" w:cs="Calibri"/>
        </w:rPr>
        <w:t xml:space="preserve"> </w:t>
      </w:r>
      <w:r w:rsidR="004912A8" w:rsidRPr="009F2E9C">
        <w:rPr>
          <w:rFonts w:ascii="Calibri" w:hAnsi="Calibri" w:cs="Calibri"/>
        </w:rPr>
        <w:t>and nice and brought up in the same way you've been brought up, then it makes it so much easier. Ultimately, I mean, I've had so many acts of kindness put my way, then being kind with other people is never a difficulty. The only time it's a difficulty is when people become rude or snotty</w:t>
      </w:r>
      <w:r w:rsidR="00892CBB" w:rsidRPr="009F2E9C">
        <w:rPr>
          <w:rFonts w:ascii="Calibri" w:hAnsi="Calibri" w:cs="Calibri"/>
        </w:rPr>
        <w:t xml:space="preserve"> a</w:t>
      </w:r>
      <w:r w:rsidR="004912A8" w:rsidRPr="009F2E9C">
        <w:rPr>
          <w:rFonts w:ascii="Calibri" w:hAnsi="Calibri" w:cs="Calibri"/>
        </w:rPr>
        <w:t>nd, you know, that happens to me. If it happens to me, what's it like for other people? You know, people try to be clever</w:t>
      </w:r>
      <w:r w:rsidR="00892CBB" w:rsidRPr="009F2E9C">
        <w:rPr>
          <w:rFonts w:ascii="Calibri" w:hAnsi="Calibri" w:cs="Calibri"/>
        </w:rPr>
        <w:t>, y</w:t>
      </w:r>
      <w:r w:rsidR="004912A8" w:rsidRPr="009F2E9C">
        <w:rPr>
          <w:rFonts w:ascii="Calibri" w:hAnsi="Calibri" w:cs="Calibri"/>
        </w:rPr>
        <w:t>ou know, they tr</w:t>
      </w:r>
      <w:r w:rsidR="00C12F2B">
        <w:rPr>
          <w:rFonts w:ascii="Calibri" w:hAnsi="Calibri" w:cs="Calibri"/>
        </w:rPr>
        <w:t>y</w:t>
      </w:r>
      <w:r w:rsidR="004912A8" w:rsidRPr="009F2E9C">
        <w:rPr>
          <w:rFonts w:ascii="Calibri" w:hAnsi="Calibri" w:cs="Calibri"/>
        </w:rPr>
        <w:t xml:space="preserve"> to think that they are smart, or they're good at this</w:t>
      </w:r>
      <w:r w:rsidR="00892CBB" w:rsidRPr="009F2E9C">
        <w:rPr>
          <w:rFonts w:ascii="Calibri" w:hAnsi="Calibri" w:cs="Calibri"/>
        </w:rPr>
        <w:t xml:space="preserve"> a</w:t>
      </w:r>
      <w:r w:rsidR="004912A8" w:rsidRPr="009F2E9C">
        <w:rPr>
          <w:rFonts w:ascii="Calibri" w:hAnsi="Calibri" w:cs="Calibri"/>
        </w:rPr>
        <w:t>nd ultimately, all they are</w:t>
      </w:r>
      <w:r w:rsidR="00892CBB" w:rsidRPr="009F2E9C">
        <w:rPr>
          <w:rFonts w:ascii="Calibri" w:hAnsi="Calibri" w:cs="Calibri"/>
        </w:rPr>
        <w:t>, are</w:t>
      </w:r>
      <w:r w:rsidR="009F2E9C">
        <w:rPr>
          <w:rFonts w:ascii="Calibri" w:hAnsi="Calibri" w:cs="Calibri"/>
        </w:rPr>
        <w:t xml:space="preserve"> </w:t>
      </w:r>
      <w:r w:rsidR="004912A8" w:rsidRPr="009F2E9C">
        <w:rPr>
          <w:rFonts w:ascii="Calibri" w:hAnsi="Calibri" w:cs="Calibri"/>
        </w:rPr>
        <w:t>buffoons,</w:t>
      </w:r>
      <w:r w:rsidR="009F2E9C">
        <w:rPr>
          <w:rFonts w:ascii="Calibri" w:hAnsi="Calibri" w:cs="Calibri"/>
        </w:rPr>
        <w:t xml:space="preserve"> </w:t>
      </w:r>
      <w:r w:rsidR="004912A8" w:rsidRPr="009F2E9C">
        <w:rPr>
          <w:rFonts w:ascii="Calibri" w:hAnsi="Calibri" w:cs="Calibri"/>
        </w:rPr>
        <w:t>you know, I don't do</w:t>
      </w:r>
      <w:r w:rsidR="00C12F2B">
        <w:rPr>
          <w:rFonts w:ascii="Calibri" w:hAnsi="Calibri" w:cs="Calibri"/>
        </w:rPr>
        <w:t>,</w:t>
      </w:r>
      <w:r w:rsidR="004912A8" w:rsidRPr="009F2E9C">
        <w:rPr>
          <w:rFonts w:ascii="Calibri" w:hAnsi="Calibri" w:cs="Calibri"/>
        </w:rPr>
        <w:t xml:space="preserve"> I don't do</w:t>
      </w:r>
      <w:r w:rsidR="00C12F2B">
        <w:rPr>
          <w:rFonts w:ascii="Calibri" w:hAnsi="Calibri" w:cs="Calibri"/>
        </w:rPr>
        <w:t>,</w:t>
      </w:r>
      <w:r w:rsidR="004912A8" w:rsidRPr="009F2E9C">
        <w:rPr>
          <w:rFonts w:ascii="Calibri" w:hAnsi="Calibri" w:cs="Calibri"/>
        </w:rPr>
        <w:t xml:space="preserve"> I don't do </w:t>
      </w:r>
      <w:proofErr w:type="spellStart"/>
      <w:r w:rsidR="001C32E6" w:rsidRPr="009F2E9C">
        <w:rPr>
          <w:rFonts w:ascii="Calibri" w:hAnsi="Calibri" w:cs="Calibri"/>
        </w:rPr>
        <w:t>sarky</w:t>
      </w:r>
      <w:proofErr w:type="spellEnd"/>
      <w:r w:rsidR="009F2E9C">
        <w:rPr>
          <w:rFonts w:ascii="Calibri" w:hAnsi="Calibri" w:cs="Calibri"/>
        </w:rPr>
        <w:t xml:space="preserve"> </w:t>
      </w:r>
      <w:r w:rsidR="004912A8" w:rsidRPr="009F2E9C">
        <w:rPr>
          <w:rFonts w:ascii="Calibri" w:hAnsi="Calibri" w:cs="Calibri"/>
        </w:rPr>
        <w:t>and clever that</w:t>
      </w:r>
      <w:r w:rsidR="00C12F2B">
        <w:rPr>
          <w:rFonts w:ascii="Calibri" w:hAnsi="Calibri" w:cs="Calibri"/>
        </w:rPr>
        <w:t>,</w:t>
      </w:r>
      <w:r w:rsidR="004912A8" w:rsidRPr="009F2E9C">
        <w:rPr>
          <w:rFonts w:ascii="Calibri" w:hAnsi="Calibri" w:cs="Calibri"/>
        </w:rPr>
        <w:t xml:space="preserve"> that</w:t>
      </w:r>
      <w:r w:rsidR="00892CBB" w:rsidRPr="009F2E9C">
        <w:rPr>
          <w:rFonts w:ascii="Calibri" w:hAnsi="Calibri" w:cs="Calibri"/>
        </w:rPr>
        <w:t>’s</w:t>
      </w:r>
      <w:r w:rsidR="004912A8" w:rsidRPr="009F2E9C">
        <w:rPr>
          <w:rFonts w:ascii="Calibri" w:hAnsi="Calibri" w:cs="Calibri"/>
        </w:rPr>
        <w:t xml:space="preserve"> just pathetic. </w:t>
      </w:r>
    </w:p>
    <w:p w14:paraId="44663E75" w14:textId="77777777" w:rsidR="00C12F2B" w:rsidRDefault="00C12F2B">
      <w:pPr>
        <w:spacing w:after="0"/>
        <w:rPr>
          <w:rFonts w:ascii="Calibri" w:hAnsi="Calibri" w:cs="Calibri"/>
        </w:rPr>
      </w:pPr>
    </w:p>
    <w:p w14:paraId="59E10F8E" w14:textId="6F9864F7"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40:36</w:t>
      </w:r>
    </w:p>
    <w:p w14:paraId="2A1E903B" w14:textId="0F021E1B" w:rsidR="00976992" w:rsidRPr="009F2E9C" w:rsidRDefault="004912A8">
      <w:pPr>
        <w:spacing w:after="0"/>
        <w:rPr>
          <w:rFonts w:ascii="Calibri" w:hAnsi="Calibri" w:cs="Calibri"/>
        </w:rPr>
      </w:pPr>
      <w:r w:rsidRPr="009F2E9C">
        <w:rPr>
          <w:rFonts w:ascii="Calibri" w:hAnsi="Calibri" w:cs="Calibri"/>
        </w:rPr>
        <w:t>And see that</w:t>
      </w:r>
      <w:r w:rsidR="00892CBB" w:rsidRPr="009F2E9C">
        <w:rPr>
          <w:rFonts w:ascii="Calibri" w:hAnsi="Calibri" w:cs="Calibri"/>
        </w:rPr>
        <w:t>, t</w:t>
      </w:r>
      <w:r w:rsidRPr="009F2E9C">
        <w:rPr>
          <w:rFonts w:ascii="Calibri" w:hAnsi="Calibri" w:cs="Calibri"/>
        </w:rPr>
        <w:t>hat's all I've got going for me</w:t>
      </w:r>
      <w:r w:rsidR="001C32E6" w:rsidRPr="009F2E9C">
        <w:rPr>
          <w:rFonts w:ascii="Calibri" w:hAnsi="Calibri" w:cs="Calibri"/>
        </w:rPr>
        <w:t xml:space="preserve">, is </w:t>
      </w:r>
      <w:proofErr w:type="spellStart"/>
      <w:r w:rsidR="001C32E6" w:rsidRPr="009F2E9C">
        <w:rPr>
          <w:rFonts w:ascii="Calibri" w:hAnsi="Calibri" w:cs="Calibri"/>
        </w:rPr>
        <w:t>sarky</w:t>
      </w:r>
      <w:proofErr w:type="spellEnd"/>
      <w:r w:rsidR="001C32E6" w:rsidRPr="009F2E9C">
        <w:rPr>
          <w:rFonts w:ascii="Calibri" w:hAnsi="Calibri" w:cs="Calibri"/>
        </w:rPr>
        <w:t xml:space="preserve"> and clever so </w:t>
      </w:r>
      <w:r w:rsidR="001C32E6" w:rsidRPr="009F2E9C">
        <w:rPr>
          <w:rFonts w:ascii="Calibri" w:hAnsi="Calibri" w:cs="Calibri"/>
        </w:rPr>
        <w:t>{laughter}</w:t>
      </w:r>
      <w:r w:rsidR="001C32E6" w:rsidRPr="009F2E9C">
        <w:rPr>
          <w:rFonts w:ascii="Calibri" w:hAnsi="Calibri" w:cs="Calibri"/>
        </w:rPr>
        <w:t xml:space="preserve"> </w:t>
      </w:r>
    </w:p>
    <w:p w14:paraId="718FF282" w14:textId="77777777" w:rsidR="00976992" w:rsidRPr="009F2E9C" w:rsidRDefault="00976992">
      <w:pPr>
        <w:spacing w:after="0"/>
        <w:rPr>
          <w:rFonts w:ascii="Calibri" w:hAnsi="Calibri" w:cs="Calibri"/>
        </w:rPr>
      </w:pPr>
    </w:p>
    <w:p w14:paraId="3A576594" w14:textId="1BC05EC3"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40:43</w:t>
      </w:r>
    </w:p>
    <w:p w14:paraId="45E0BE73" w14:textId="2176E98B" w:rsidR="00976992" w:rsidRDefault="004912A8">
      <w:pPr>
        <w:spacing w:after="0"/>
        <w:rPr>
          <w:rFonts w:ascii="Calibri" w:hAnsi="Calibri" w:cs="Calibri"/>
        </w:rPr>
      </w:pPr>
      <w:r w:rsidRPr="009F2E9C">
        <w:rPr>
          <w:rFonts w:ascii="Calibri" w:hAnsi="Calibri" w:cs="Calibri"/>
        </w:rPr>
        <w:t>Some people</w:t>
      </w:r>
      <w:r w:rsidR="001C32E6" w:rsidRPr="009F2E9C">
        <w:rPr>
          <w:rFonts w:ascii="Calibri" w:hAnsi="Calibri" w:cs="Calibri"/>
        </w:rPr>
        <w:t xml:space="preserve"> carry it off Al</w:t>
      </w:r>
    </w:p>
    <w:p w14:paraId="69EA4792" w14:textId="77777777" w:rsidR="00C12F2B" w:rsidRPr="009F2E9C" w:rsidRDefault="00C12F2B">
      <w:pPr>
        <w:spacing w:after="0"/>
        <w:rPr>
          <w:rFonts w:ascii="Calibri" w:hAnsi="Calibri" w:cs="Calibri"/>
        </w:rPr>
      </w:pPr>
    </w:p>
    <w:p w14:paraId="1352EEB2" w14:textId="738779D2" w:rsidR="001C32E6" w:rsidRPr="009F2E9C" w:rsidRDefault="001C32E6">
      <w:pPr>
        <w:spacing w:after="0"/>
        <w:rPr>
          <w:rFonts w:ascii="Calibri" w:hAnsi="Calibri" w:cs="Calibri"/>
        </w:rPr>
      </w:pPr>
      <w:r w:rsidRPr="009F2E9C">
        <w:rPr>
          <w:rFonts w:ascii="Calibri" w:hAnsi="Calibri" w:cs="Calibri"/>
        </w:rPr>
        <w:t>Alice: Thank you</w:t>
      </w:r>
      <w:r w:rsidR="000E395A" w:rsidRPr="009F2E9C">
        <w:rPr>
          <w:rFonts w:ascii="Calibri" w:hAnsi="Calibri" w:cs="Calibri"/>
        </w:rPr>
        <w:t xml:space="preserve"> </w:t>
      </w:r>
      <w:r w:rsidR="000E395A" w:rsidRPr="009F2E9C">
        <w:rPr>
          <w:rFonts w:ascii="Calibri" w:hAnsi="Calibri" w:cs="Calibri"/>
        </w:rPr>
        <w:t>{laughter}</w:t>
      </w:r>
      <w:r w:rsidRPr="009F2E9C">
        <w:rPr>
          <w:rFonts w:ascii="Calibri" w:hAnsi="Calibri" w:cs="Calibri"/>
        </w:rPr>
        <w:t xml:space="preserve"> </w:t>
      </w:r>
    </w:p>
    <w:p w14:paraId="59F719E4" w14:textId="77777777" w:rsidR="00976992" w:rsidRPr="009F2E9C" w:rsidRDefault="00976992">
      <w:pPr>
        <w:spacing w:after="0"/>
        <w:rPr>
          <w:rFonts w:ascii="Calibri" w:hAnsi="Calibri" w:cs="Calibri"/>
        </w:rPr>
      </w:pPr>
    </w:p>
    <w:p w14:paraId="77A9310B" w14:textId="253B6E8C"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40:49</w:t>
      </w:r>
    </w:p>
    <w:p w14:paraId="3167A1F1" w14:textId="2DC5FEB1" w:rsidR="006F6428" w:rsidRPr="009F2E9C" w:rsidRDefault="004912A8">
      <w:pPr>
        <w:spacing w:after="0"/>
        <w:rPr>
          <w:rFonts w:ascii="Calibri" w:hAnsi="Calibri" w:cs="Calibri"/>
        </w:rPr>
      </w:pPr>
      <w:r w:rsidRPr="009F2E9C">
        <w:rPr>
          <w:rFonts w:ascii="Calibri" w:hAnsi="Calibri" w:cs="Calibri"/>
        </w:rPr>
        <w:t>I listen to your story, Simon</w:t>
      </w:r>
      <w:r w:rsidR="000E395A" w:rsidRPr="009F2E9C">
        <w:rPr>
          <w:rFonts w:ascii="Calibri" w:hAnsi="Calibri" w:cs="Calibri"/>
        </w:rPr>
        <w:t>, i</w:t>
      </w:r>
      <w:r w:rsidRPr="009F2E9C">
        <w:rPr>
          <w:rFonts w:ascii="Calibri" w:hAnsi="Calibri" w:cs="Calibri"/>
        </w:rPr>
        <w:t xml:space="preserve">t's like when I rang you originally </w:t>
      </w:r>
      <w:r w:rsidR="000E395A" w:rsidRPr="009F2E9C">
        <w:rPr>
          <w:rFonts w:ascii="Calibri" w:hAnsi="Calibri" w:cs="Calibri"/>
        </w:rPr>
        <w:t xml:space="preserve">to </w:t>
      </w:r>
      <w:r w:rsidRPr="009F2E9C">
        <w:rPr>
          <w:rFonts w:ascii="Calibri" w:hAnsi="Calibri" w:cs="Calibri"/>
        </w:rPr>
        <w:t>talk about the</w:t>
      </w:r>
      <w:r w:rsidR="000E395A" w:rsidRPr="009F2E9C">
        <w:rPr>
          <w:rFonts w:ascii="Calibri" w:hAnsi="Calibri" w:cs="Calibri"/>
        </w:rPr>
        <w:t>,</w:t>
      </w:r>
      <w:r w:rsidRPr="009F2E9C">
        <w:rPr>
          <w:rFonts w:ascii="Calibri" w:hAnsi="Calibri" w:cs="Calibri"/>
        </w:rPr>
        <w:t xml:space="preserve"> you know, coming on to the podcast and recording a podcast with us. And you asked me how I was. And I said, I'm struggling a bit with </w:t>
      </w:r>
      <w:r w:rsidR="000E395A" w:rsidRPr="009F2E9C">
        <w:rPr>
          <w:rFonts w:ascii="Calibri" w:hAnsi="Calibri" w:cs="Calibri"/>
        </w:rPr>
        <w:t xml:space="preserve">shielding </w:t>
      </w:r>
      <w:r w:rsidRPr="009F2E9C">
        <w:rPr>
          <w:rFonts w:ascii="Calibri" w:hAnsi="Calibri" w:cs="Calibri"/>
        </w:rPr>
        <w:t>and not going out and seeing everybody</w:t>
      </w:r>
      <w:r w:rsidR="000E395A" w:rsidRPr="009F2E9C">
        <w:rPr>
          <w:rFonts w:ascii="Calibri" w:hAnsi="Calibri" w:cs="Calibri"/>
        </w:rPr>
        <w:t xml:space="preserve"> a</w:t>
      </w:r>
      <w:r w:rsidRPr="009F2E9C">
        <w:rPr>
          <w:rFonts w:ascii="Calibri" w:hAnsi="Calibri" w:cs="Calibri"/>
        </w:rPr>
        <w:t>nd you told me a story that put everything into perspective. I was like,</w:t>
      </w:r>
      <w:r w:rsidR="006F6428" w:rsidRPr="009F2E9C">
        <w:rPr>
          <w:rFonts w:ascii="Calibri" w:hAnsi="Calibri" w:cs="Calibri"/>
        </w:rPr>
        <w:t xml:space="preserve"> ‘ok, I’ll shut up now, I’ll shush’,</w:t>
      </w:r>
      <w:r w:rsidRPr="009F2E9C">
        <w:rPr>
          <w:rFonts w:ascii="Calibri" w:hAnsi="Calibri" w:cs="Calibri"/>
        </w:rPr>
        <w:t xml:space="preserve"> you know, you know</w:t>
      </w:r>
      <w:r w:rsidR="000E395A" w:rsidRPr="009F2E9C">
        <w:rPr>
          <w:rFonts w:ascii="Calibri" w:hAnsi="Calibri" w:cs="Calibri"/>
        </w:rPr>
        <w:t>, b</w:t>
      </w:r>
      <w:r w:rsidRPr="009F2E9C">
        <w:rPr>
          <w:rFonts w:ascii="Calibri" w:hAnsi="Calibri" w:cs="Calibri"/>
        </w:rPr>
        <w:t>ecause the story that Simon</w:t>
      </w:r>
      <w:r w:rsidR="000E395A" w:rsidRPr="009F2E9C">
        <w:rPr>
          <w:rFonts w:ascii="Calibri" w:hAnsi="Calibri" w:cs="Calibri"/>
        </w:rPr>
        <w:t>,</w:t>
      </w:r>
      <w:r w:rsidRPr="009F2E9C">
        <w:rPr>
          <w:rFonts w:ascii="Calibri" w:hAnsi="Calibri" w:cs="Calibri"/>
        </w:rPr>
        <w:t xml:space="preserve"> I mean, you</w:t>
      </w:r>
      <w:r w:rsidR="00FA191A">
        <w:rPr>
          <w:rFonts w:ascii="Calibri" w:hAnsi="Calibri" w:cs="Calibri"/>
        </w:rPr>
        <w:t>,</w:t>
      </w:r>
      <w:r w:rsidRPr="009F2E9C">
        <w:rPr>
          <w:rFonts w:ascii="Calibri" w:hAnsi="Calibri" w:cs="Calibri"/>
        </w:rPr>
        <w:t xml:space="preserve"> you told</w:t>
      </w:r>
      <w:r w:rsidR="006F6428" w:rsidRPr="009F2E9C">
        <w:rPr>
          <w:rFonts w:ascii="Calibri" w:hAnsi="Calibri" w:cs="Calibri"/>
        </w:rPr>
        <w:t>,</w:t>
      </w:r>
      <w:r w:rsidRPr="009F2E9C">
        <w:rPr>
          <w:rFonts w:ascii="Calibri" w:hAnsi="Calibri" w:cs="Calibri"/>
        </w:rPr>
        <w:t xml:space="preserve"> you said to me that when you were in</w:t>
      </w:r>
      <w:r w:rsidR="006F6428" w:rsidRPr="009F2E9C">
        <w:rPr>
          <w:rFonts w:ascii="Calibri" w:hAnsi="Calibri" w:cs="Calibri"/>
        </w:rPr>
        <w:t>, w</w:t>
      </w:r>
      <w:r w:rsidRPr="009F2E9C">
        <w:rPr>
          <w:rFonts w:ascii="Calibri" w:hAnsi="Calibri" w:cs="Calibri"/>
        </w:rPr>
        <w:t xml:space="preserve">as it recovery </w:t>
      </w:r>
      <w:r w:rsidR="006F6428" w:rsidRPr="009F2E9C">
        <w:rPr>
          <w:rFonts w:ascii="Calibri" w:hAnsi="Calibri" w:cs="Calibri"/>
        </w:rPr>
        <w:t xml:space="preserve">that you were </w:t>
      </w:r>
      <w:r w:rsidRPr="009F2E9C">
        <w:rPr>
          <w:rFonts w:ascii="Calibri" w:hAnsi="Calibri" w:cs="Calibri"/>
        </w:rPr>
        <w:t xml:space="preserve">in? </w:t>
      </w:r>
    </w:p>
    <w:p w14:paraId="6C9DE726" w14:textId="77777777" w:rsidR="00FA191A" w:rsidRDefault="00FA191A">
      <w:pPr>
        <w:spacing w:after="0"/>
        <w:rPr>
          <w:rFonts w:ascii="Calibri" w:hAnsi="Calibri" w:cs="Calibri"/>
        </w:rPr>
      </w:pPr>
    </w:p>
    <w:p w14:paraId="0FDAE74B" w14:textId="1FC89236" w:rsidR="006F6428" w:rsidRPr="009F2E9C" w:rsidRDefault="006F6428">
      <w:pPr>
        <w:spacing w:after="0"/>
        <w:rPr>
          <w:rFonts w:ascii="Calibri" w:hAnsi="Calibri" w:cs="Calibri"/>
        </w:rPr>
      </w:pPr>
      <w:r w:rsidRPr="009F2E9C">
        <w:rPr>
          <w:rFonts w:ascii="Calibri" w:hAnsi="Calibri" w:cs="Calibri"/>
        </w:rPr>
        <w:t xml:space="preserve">Simon Weston: I was in </w:t>
      </w:r>
      <w:r w:rsidR="004912A8" w:rsidRPr="009F2E9C">
        <w:rPr>
          <w:rFonts w:ascii="Calibri" w:hAnsi="Calibri" w:cs="Calibri"/>
        </w:rPr>
        <w:t>Hospital</w:t>
      </w:r>
      <w:r w:rsidRPr="009F2E9C">
        <w:rPr>
          <w:rFonts w:ascii="Calibri" w:hAnsi="Calibri" w:cs="Calibri"/>
        </w:rPr>
        <w:t>, y</w:t>
      </w:r>
      <w:r w:rsidR="004912A8" w:rsidRPr="009F2E9C">
        <w:rPr>
          <w:rFonts w:ascii="Calibri" w:hAnsi="Calibri" w:cs="Calibri"/>
        </w:rPr>
        <w:t>eah.</w:t>
      </w:r>
    </w:p>
    <w:p w14:paraId="69454471" w14:textId="77777777" w:rsidR="00FA191A" w:rsidRDefault="00FA191A">
      <w:pPr>
        <w:spacing w:after="0"/>
        <w:rPr>
          <w:rFonts w:ascii="Calibri" w:hAnsi="Calibri" w:cs="Calibri"/>
        </w:rPr>
      </w:pPr>
    </w:p>
    <w:p w14:paraId="04F3012D" w14:textId="215F85CF" w:rsidR="00976992" w:rsidRPr="009F2E9C" w:rsidRDefault="006F642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004562C7" w:rsidRPr="009F2E9C">
        <w:rPr>
          <w:rFonts w:ascii="Calibri" w:hAnsi="Calibri" w:cs="Calibri"/>
        </w:rPr>
        <w:t xml:space="preserve">For </w:t>
      </w:r>
      <w:r w:rsidR="004912A8" w:rsidRPr="009F2E9C">
        <w:rPr>
          <w:rFonts w:ascii="Calibri" w:hAnsi="Calibri" w:cs="Calibri"/>
        </w:rPr>
        <w:t>your</w:t>
      </w:r>
      <w:r w:rsidR="004562C7" w:rsidRPr="009F2E9C">
        <w:rPr>
          <w:rFonts w:ascii="Calibri" w:hAnsi="Calibri" w:cs="Calibri"/>
        </w:rPr>
        <w:t>,</w:t>
      </w:r>
      <w:r w:rsidR="004912A8" w:rsidRPr="009F2E9C">
        <w:rPr>
          <w:rFonts w:ascii="Calibri" w:hAnsi="Calibri" w:cs="Calibri"/>
        </w:rPr>
        <w:t xml:space="preserve"> with your burns. So</w:t>
      </w:r>
      <w:r w:rsidR="00FA191A">
        <w:rPr>
          <w:rFonts w:ascii="Calibri" w:hAnsi="Calibri" w:cs="Calibri"/>
        </w:rPr>
        <w:t>,</w:t>
      </w:r>
      <w:r w:rsidR="004912A8" w:rsidRPr="009F2E9C">
        <w:rPr>
          <w:rFonts w:ascii="Calibri" w:hAnsi="Calibri" w:cs="Calibri"/>
        </w:rPr>
        <w:t xml:space="preserve"> and, and nobody could, could come in and</w:t>
      </w:r>
      <w:r w:rsidR="004562C7" w:rsidRPr="009F2E9C">
        <w:rPr>
          <w:rFonts w:ascii="Calibri" w:hAnsi="Calibri" w:cs="Calibri"/>
        </w:rPr>
        <w:t xml:space="preserve"> touch you,</w:t>
      </w:r>
      <w:r w:rsidR="009F2E9C">
        <w:rPr>
          <w:rFonts w:ascii="Calibri" w:hAnsi="Calibri" w:cs="Calibri"/>
        </w:rPr>
        <w:t xml:space="preserve"> </w:t>
      </w:r>
      <w:r w:rsidR="004562C7" w:rsidRPr="009F2E9C">
        <w:rPr>
          <w:rFonts w:ascii="Calibri" w:hAnsi="Calibri" w:cs="Calibri"/>
        </w:rPr>
        <w:t xml:space="preserve">you </w:t>
      </w:r>
      <w:r w:rsidR="004912A8" w:rsidRPr="009F2E9C">
        <w:rPr>
          <w:rFonts w:ascii="Calibri" w:hAnsi="Calibri" w:cs="Calibri"/>
        </w:rPr>
        <w:t>couldn't have a hug with anybody. Could you at all</w:t>
      </w:r>
    </w:p>
    <w:p w14:paraId="6F90F517" w14:textId="77777777" w:rsidR="00FA191A" w:rsidRDefault="00FA191A">
      <w:pPr>
        <w:spacing w:after="0"/>
        <w:rPr>
          <w:rFonts w:ascii="Calibri" w:hAnsi="Calibri" w:cs="Calibri"/>
        </w:rPr>
      </w:pPr>
    </w:p>
    <w:p w14:paraId="7980D2F1" w14:textId="689D2492"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41:36</w:t>
      </w:r>
    </w:p>
    <w:p w14:paraId="5E295F36" w14:textId="05AB6588" w:rsidR="00976992" w:rsidRPr="009F2E9C" w:rsidRDefault="004912A8">
      <w:pPr>
        <w:spacing w:after="0"/>
        <w:rPr>
          <w:rFonts w:ascii="Calibri" w:hAnsi="Calibri" w:cs="Calibri"/>
        </w:rPr>
      </w:pPr>
      <w:r w:rsidRPr="009F2E9C">
        <w:rPr>
          <w:rFonts w:ascii="Calibri" w:hAnsi="Calibri" w:cs="Calibri"/>
        </w:rPr>
        <w:t>for about two months, yeah, I was being barriers because I was riddled with infection</w:t>
      </w:r>
      <w:r w:rsidR="004562C7" w:rsidRPr="009F2E9C">
        <w:rPr>
          <w:rFonts w:ascii="Calibri" w:hAnsi="Calibri" w:cs="Calibri"/>
        </w:rPr>
        <w:t xml:space="preserve"> a</w:t>
      </w:r>
      <w:r w:rsidRPr="009F2E9C">
        <w:rPr>
          <w:rFonts w:ascii="Calibri" w:hAnsi="Calibri" w:cs="Calibri"/>
        </w:rPr>
        <w:t>nd I was eating antibiotics by the bucketload</w:t>
      </w:r>
      <w:r w:rsidR="004562C7" w:rsidRPr="009F2E9C">
        <w:rPr>
          <w:rFonts w:ascii="Calibri" w:hAnsi="Calibri" w:cs="Calibri"/>
        </w:rPr>
        <w:t>, w</w:t>
      </w:r>
      <w:r w:rsidRPr="009F2E9C">
        <w:rPr>
          <w:rFonts w:ascii="Calibri" w:hAnsi="Calibri" w:cs="Calibri"/>
        </w:rPr>
        <w:t>hich were great because they, they dealt with the internal bugs, but they couldn't deal with the external. So as soon as they were able, they stuck me in a bath</w:t>
      </w:r>
      <w:r w:rsidR="004562C7" w:rsidRPr="009F2E9C">
        <w:rPr>
          <w:rFonts w:ascii="Calibri" w:hAnsi="Calibri" w:cs="Calibri"/>
        </w:rPr>
        <w:t xml:space="preserve"> a</w:t>
      </w:r>
      <w:r w:rsidRPr="009F2E9C">
        <w:rPr>
          <w:rFonts w:ascii="Calibri" w:hAnsi="Calibri" w:cs="Calibri"/>
        </w:rPr>
        <w:t>nd I was</w:t>
      </w:r>
      <w:r w:rsidR="004562C7" w:rsidRPr="009F2E9C">
        <w:rPr>
          <w:rFonts w:ascii="Calibri" w:hAnsi="Calibri" w:cs="Calibri"/>
        </w:rPr>
        <w:t>,</w:t>
      </w:r>
      <w:r w:rsidRPr="009F2E9C">
        <w:rPr>
          <w:rFonts w:ascii="Calibri" w:hAnsi="Calibri" w:cs="Calibri"/>
        </w:rPr>
        <w:t xml:space="preserve"> for about two months, and my hand was </w:t>
      </w:r>
      <w:r w:rsidR="000B0EF4" w:rsidRPr="009F2E9C">
        <w:rPr>
          <w:rFonts w:ascii="Calibri" w:hAnsi="Calibri" w:cs="Calibri"/>
        </w:rPr>
        <w:t xml:space="preserve">sewn to my </w:t>
      </w:r>
      <w:r w:rsidRPr="009F2E9C">
        <w:rPr>
          <w:rFonts w:ascii="Calibri" w:hAnsi="Calibri" w:cs="Calibri"/>
        </w:rPr>
        <w:t xml:space="preserve">groin to give me a palm </w:t>
      </w:r>
      <w:r w:rsidR="000B0EF4" w:rsidRPr="009F2E9C">
        <w:rPr>
          <w:rFonts w:ascii="Calibri" w:hAnsi="Calibri" w:cs="Calibri"/>
        </w:rPr>
        <w:t xml:space="preserve">on </w:t>
      </w:r>
      <w:r w:rsidRPr="009F2E9C">
        <w:rPr>
          <w:rFonts w:ascii="Calibri" w:hAnsi="Calibri" w:cs="Calibri"/>
        </w:rPr>
        <w:t xml:space="preserve">my right </w:t>
      </w:r>
      <w:r w:rsidR="000B0EF4" w:rsidRPr="009F2E9C">
        <w:rPr>
          <w:rFonts w:ascii="Calibri" w:hAnsi="Calibri" w:cs="Calibri"/>
        </w:rPr>
        <w:t xml:space="preserve">hand, but </w:t>
      </w:r>
      <w:r w:rsidRPr="009F2E9C">
        <w:rPr>
          <w:rFonts w:ascii="Calibri" w:hAnsi="Calibri" w:cs="Calibri"/>
        </w:rPr>
        <w:t>everything that I touched, had to be sterili</w:t>
      </w:r>
      <w:r w:rsidR="00FF3349">
        <w:rPr>
          <w:rFonts w:ascii="Calibri" w:hAnsi="Calibri" w:cs="Calibri"/>
        </w:rPr>
        <w:t>s</w:t>
      </w:r>
      <w:r w:rsidRPr="009F2E9C">
        <w:rPr>
          <w:rFonts w:ascii="Calibri" w:hAnsi="Calibri" w:cs="Calibri"/>
        </w:rPr>
        <w:t>ed or incinerated</w:t>
      </w:r>
      <w:r w:rsidR="00795905" w:rsidRPr="009F2E9C">
        <w:rPr>
          <w:rFonts w:ascii="Calibri" w:hAnsi="Calibri" w:cs="Calibri"/>
        </w:rPr>
        <w:t xml:space="preserve"> a</w:t>
      </w:r>
      <w:r w:rsidRPr="009F2E9C">
        <w:rPr>
          <w:rFonts w:ascii="Calibri" w:hAnsi="Calibri" w:cs="Calibri"/>
        </w:rPr>
        <w:t xml:space="preserve">nd then when they separated my hand from my groin, which left me with a great big scar and open wound in my, in my belly, </w:t>
      </w:r>
      <w:r w:rsidR="00795905" w:rsidRPr="009F2E9C">
        <w:rPr>
          <w:rFonts w:ascii="Calibri" w:hAnsi="Calibri" w:cs="Calibri"/>
        </w:rPr>
        <w:t xml:space="preserve">they </w:t>
      </w:r>
      <w:r w:rsidRPr="009F2E9C">
        <w:rPr>
          <w:rFonts w:ascii="Calibri" w:hAnsi="Calibri" w:cs="Calibri"/>
        </w:rPr>
        <w:t>then bath</w:t>
      </w:r>
      <w:r w:rsidR="00795905" w:rsidRPr="009F2E9C">
        <w:rPr>
          <w:rFonts w:ascii="Calibri" w:hAnsi="Calibri" w:cs="Calibri"/>
        </w:rPr>
        <w:t>ed</w:t>
      </w:r>
      <w:r w:rsidRPr="009F2E9C">
        <w:rPr>
          <w:rFonts w:ascii="Calibri" w:hAnsi="Calibri" w:cs="Calibri"/>
        </w:rPr>
        <w:t xml:space="preserve"> me in a thing called </w:t>
      </w:r>
      <w:proofErr w:type="spellStart"/>
      <w:r w:rsidRPr="009F2E9C">
        <w:rPr>
          <w:rFonts w:ascii="Calibri" w:hAnsi="Calibri" w:cs="Calibri"/>
        </w:rPr>
        <w:t>hydrochlo</w:t>
      </w:r>
      <w:r w:rsidR="00795905" w:rsidRPr="009F2E9C">
        <w:rPr>
          <w:rFonts w:ascii="Calibri" w:hAnsi="Calibri" w:cs="Calibri"/>
        </w:rPr>
        <w:t>ros</w:t>
      </w:r>
      <w:proofErr w:type="spellEnd"/>
      <w:r w:rsidR="00FF3349">
        <w:rPr>
          <w:rFonts w:ascii="Calibri" w:hAnsi="Calibri" w:cs="Calibri"/>
        </w:rPr>
        <w:t>.</w:t>
      </w:r>
      <w:r w:rsidRPr="009F2E9C">
        <w:rPr>
          <w:rFonts w:ascii="Calibri" w:hAnsi="Calibri" w:cs="Calibri"/>
        </w:rPr>
        <w:t xml:space="preserve"> And </w:t>
      </w:r>
      <w:proofErr w:type="spellStart"/>
      <w:r w:rsidRPr="009F2E9C">
        <w:rPr>
          <w:rFonts w:ascii="Calibri" w:hAnsi="Calibri" w:cs="Calibri"/>
        </w:rPr>
        <w:t>hydrochlor</w:t>
      </w:r>
      <w:r w:rsidR="00795905" w:rsidRPr="009F2E9C">
        <w:rPr>
          <w:rFonts w:ascii="Calibri" w:hAnsi="Calibri" w:cs="Calibri"/>
        </w:rPr>
        <w:t>os</w:t>
      </w:r>
      <w:proofErr w:type="spellEnd"/>
      <w:r w:rsidR="009F2E9C">
        <w:rPr>
          <w:rFonts w:ascii="Calibri" w:hAnsi="Calibri" w:cs="Calibri"/>
        </w:rPr>
        <w:t xml:space="preserve"> </w:t>
      </w:r>
      <w:r w:rsidRPr="009F2E9C">
        <w:rPr>
          <w:rFonts w:ascii="Calibri" w:hAnsi="Calibri" w:cs="Calibri"/>
        </w:rPr>
        <w:t xml:space="preserve">is a pink fluid, </w:t>
      </w:r>
      <w:r w:rsidR="00FF3349" w:rsidRPr="009F2E9C">
        <w:rPr>
          <w:rFonts w:ascii="Calibri" w:hAnsi="Calibri" w:cs="Calibri"/>
        </w:rPr>
        <w:t>its</w:t>
      </w:r>
      <w:r w:rsidRPr="009F2E9C">
        <w:rPr>
          <w:rFonts w:ascii="Calibri" w:hAnsi="Calibri" w:cs="Calibri"/>
        </w:rPr>
        <w:t xml:space="preserve"> industrial bleach disinfectant</w:t>
      </w:r>
      <w:r w:rsidR="00795905" w:rsidRPr="009F2E9C">
        <w:rPr>
          <w:rFonts w:ascii="Calibri" w:hAnsi="Calibri" w:cs="Calibri"/>
        </w:rPr>
        <w:t>, a</w:t>
      </w:r>
      <w:r w:rsidRPr="009F2E9C">
        <w:rPr>
          <w:rFonts w:ascii="Calibri" w:hAnsi="Calibri" w:cs="Calibri"/>
        </w:rPr>
        <w:t xml:space="preserve">nd that was to kill all the bugs on the outside of me. </w:t>
      </w:r>
      <w:r w:rsidR="00FF3349" w:rsidRPr="009F2E9C">
        <w:rPr>
          <w:rFonts w:ascii="Calibri" w:hAnsi="Calibri" w:cs="Calibri"/>
        </w:rPr>
        <w:t>So,</w:t>
      </w:r>
      <w:r w:rsidRPr="009F2E9C">
        <w:rPr>
          <w:rFonts w:ascii="Calibri" w:hAnsi="Calibri" w:cs="Calibri"/>
        </w:rPr>
        <w:t xml:space="preserve"> you know, it was a really difficult time, really difficult time. So I kind of get what it's like to be isolated, I </w:t>
      </w:r>
      <w:proofErr w:type="spellStart"/>
      <w:r w:rsidRPr="009F2E9C">
        <w:rPr>
          <w:rFonts w:ascii="Calibri" w:hAnsi="Calibri" w:cs="Calibri"/>
        </w:rPr>
        <w:t>kinda</w:t>
      </w:r>
      <w:proofErr w:type="spellEnd"/>
      <w:r w:rsidRPr="009F2E9C">
        <w:rPr>
          <w:rFonts w:ascii="Calibri" w:hAnsi="Calibri" w:cs="Calibri"/>
        </w:rPr>
        <w:t xml:space="preserve"> get what it's like to be lonely</w:t>
      </w:r>
      <w:r w:rsidR="00795905" w:rsidRPr="009F2E9C">
        <w:rPr>
          <w:rFonts w:ascii="Calibri" w:hAnsi="Calibri" w:cs="Calibri"/>
        </w:rPr>
        <w:t>, b</w:t>
      </w:r>
      <w:r w:rsidRPr="009F2E9C">
        <w:rPr>
          <w:rFonts w:ascii="Calibri" w:hAnsi="Calibri" w:cs="Calibri"/>
        </w:rPr>
        <w:t>ut you know, when you're only</w:t>
      </w:r>
      <w:r w:rsidR="00DB2C82" w:rsidRPr="009F2E9C">
        <w:rPr>
          <w:rFonts w:ascii="Calibri" w:hAnsi="Calibri" w:cs="Calibri"/>
        </w:rPr>
        <w:t>,</w:t>
      </w:r>
      <w:r w:rsidRPr="009F2E9C">
        <w:rPr>
          <w:rFonts w:ascii="Calibri" w:hAnsi="Calibri" w:cs="Calibri"/>
        </w:rPr>
        <w:t xml:space="preserve"> the only people who touch you for two months, are nurses doing your dressings, or somebody helping you go to the loo</w:t>
      </w:r>
      <w:r w:rsidR="00DB2C82" w:rsidRPr="009F2E9C">
        <w:rPr>
          <w:rFonts w:ascii="Calibri" w:hAnsi="Calibri" w:cs="Calibri"/>
        </w:rPr>
        <w:t xml:space="preserve"> w</w:t>
      </w:r>
      <w:r w:rsidRPr="009F2E9C">
        <w:rPr>
          <w:rFonts w:ascii="Calibri" w:hAnsi="Calibri" w:cs="Calibri"/>
        </w:rPr>
        <w:t xml:space="preserve">hich is, unfortunately, when </w:t>
      </w:r>
      <w:r w:rsidRPr="009F2E9C">
        <w:rPr>
          <w:rFonts w:ascii="Calibri" w:hAnsi="Calibri" w:cs="Calibri"/>
        </w:rPr>
        <w:lastRenderedPageBreak/>
        <w:t xml:space="preserve">you're a young man or young woman or whatever, even older, it's, it's almost dehumanizing. </w:t>
      </w:r>
      <w:r w:rsidR="00DB2C82" w:rsidRPr="009F2E9C">
        <w:rPr>
          <w:rFonts w:ascii="Calibri" w:hAnsi="Calibri" w:cs="Calibri"/>
        </w:rPr>
        <w:t xml:space="preserve">I mean it’s </w:t>
      </w:r>
      <w:r w:rsidRPr="009F2E9C">
        <w:rPr>
          <w:rFonts w:ascii="Calibri" w:hAnsi="Calibri" w:cs="Calibri"/>
        </w:rPr>
        <w:t>not</w:t>
      </w:r>
      <w:r w:rsidR="00DB2C82" w:rsidRPr="009F2E9C">
        <w:rPr>
          <w:rFonts w:ascii="Calibri" w:hAnsi="Calibri" w:cs="Calibri"/>
        </w:rPr>
        <w:t>,</w:t>
      </w:r>
      <w:r w:rsidRPr="009F2E9C">
        <w:rPr>
          <w:rFonts w:ascii="Calibri" w:hAnsi="Calibri" w:cs="Calibri"/>
        </w:rPr>
        <w:t xml:space="preserve"> the</w:t>
      </w:r>
      <w:r w:rsidR="00DB2C82" w:rsidRPr="009F2E9C">
        <w:rPr>
          <w:rFonts w:ascii="Calibri" w:hAnsi="Calibri" w:cs="Calibri"/>
        </w:rPr>
        <w:t>y’re</w:t>
      </w:r>
      <w:r w:rsidR="009F2E9C">
        <w:rPr>
          <w:rFonts w:ascii="Calibri" w:hAnsi="Calibri" w:cs="Calibri"/>
        </w:rPr>
        <w:t xml:space="preserve"> </w:t>
      </w:r>
      <w:r w:rsidRPr="009F2E9C">
        <w:rPr>
          <w:rFonts w:ascii="Calibri" w:hAnsi="Calibri" w:cs="Calibri"/>
        </w:rPr>
        <w:t>compassionate, they do it with the greatest of compassion</w:t>
      </w:r>
      <w:r w:rsidR="00DB2C82" w:rsidRPr="009F2E9C">
        <w:rPr>
          <w:rFonts w:ascii="Calibri" w:hAnsi="Calibri" w:cs="Calibri"/>
        </w:rPr>
        <w:t xml:space="preserve"> b</w:t>
      </w:r>
      <w:r w:rsidRPr="009F2E9C">
        <w:rPr>
          <w:rFonts w:ascii="Calibri" w:hAnsi="Calibri" w:cs="Calibri"/>
        </w:rPr>
        <w:t>ut at the end of the day, it can be</w:t>
      </w:r>
      <w:r w:rsidR="00DB2C82" w:rsidRPr="009F2E9C">
        <w:rPr>
          <w:rFonts w:ascii="Calibri" w:hAnsi="Calibri" w:cs="Calibri"/>
        </w:rPr>
        <w:t>,</w:t>
      </w:r>
      <w:r w:rsidRPr="009F2E9C">
        <w:rPr>
          <w:rFonts w:ascii="Calibri" w:hAnsi="Calibri" w:cs="Calibri"/>
        </w:rPr>
        <w:t xml:space="preserve"> you know, and it's not pleasant</w:t>
      </w:r>
      <w:r w:rsidR="00DB2C82" w:rsidRPr="009F2E9C">
        <w:rPr>
          <w:rFonts w:ascii="Calibri" w:hAnsi="Calibri" w:cs="Calibri"/>
        </w:rPr>
        <w:t>, i</w:t>
      </w:r>
      <w:r w:rsidRPr="009F2E9C">
        <w:rPr>
          <w:rFonts w:ascii="Calibri" w:hAnsi="Calibri" w:cs="Calibri"/>
        </w:rPr>
        <w:t>t isn't, you know, so I had all that go</w:t>
      </w:r>
      <w:r w:rsidR="00DB2C82" w:rsidRPr="009F2E9C">
        <w:rPr>
          <w:rFonts w:ascii="Calibri" w:hAnsi="Calibri" w:cs="Calibri"/>
        </w:rPr>
        <w:t>ing on</w:t>
      </w:r>
      <w:r w:rsidRPr="009F2E9C">
        <w:rPr>
          <w:rFonts w:ascii="Calibri" w:hAnsi="Calibri" w:cs="Calibri"/>
        </w:rPr>
        <w:t xml:space="preserve">, </w:t>
      </w:r>
      <w:r w:rsidR="00DB2C82" w:rsidRPr="009F2E9C">
        <w:rPr>
          <w:rFonts w:ascii="Calibri" w:hAnsi="Calibri" w:cs="Calibri"/>
        </w:rPr>
        <w:t>b</w:t>
      </w:r>
      <w:r w:rsidRPr="009F2E9C">
        <w:rPr>
          <w:rFonts w:ascii="Calibri" w:hAnsi="Calibri" w:cs="Calibri"/>
        </w:rPr>
        <w:t>ut look, I'm here to tell the tale</w:t>
      </w:r>
      <w:r w:rsidR="00DB2C82" w:rsidRPr="009F2E9C">
        <w:rPr>
          <w:rFonts w:ascii="Calibri" w:hAnsi="Calibri" w:cs="Calibri"/>
        </w:rPr>
        <w:t>, y</w:t>
      </w:r>
      <w:r w:rsidRPr="009F2E9C">
        <w:rPr>
          <w:rFonts w:ascii="Calibri" w:hAnsi="Calibri" w:cs="Calibri"/>
        </w:rPr>
        <w:t>ou know, I'd rather be able to talk about it and make it relevant to other people's lives</w:t>
      </w:r>
      <w:r w:rsidR="00DB2C82" w:rsidRPr="009F2E9C">
        <w:rPr>
          <w:rFonts w:ascii="Calibri" w:hAnsi="Calibri" w:cs="Calibri"/>
        </w:rPr>
        <w:t xml:space="preserve"> a</w:t>
      </w:r>
      <w:r w:rsidRPr="009F2E9C">
        <w:rPr>
          <w:rFonts w:ascii="Calibri" w:hAnsi="Calibri" w:cs="Calibri"/>
        </w:rPr>
        <w:t>nd see, it will get better, it will move on, it doesn't have to remain the same.</w:t>
      </w:r>
    </w:p>
    <w:p w14:paraId="7436779A" w14:textId="77777777" w:rsidR="00976992" w:rsidRPr="009F2E9C" w:rsidRDefault="00976992">
      <w:pPr>
        <w:spacing w:after="0"/>
        <w:rPr>
          <w:rFonts w:ascii="Calibri" w:hAnsi="Calibri" w:cs="Calibri"/>
        </w:rPr>
      </w:pPr>
    </w:p>
    <w:p w14:paraId="689738BE" w14:textId="22E54061"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43:25</w:t>
      </w:r>
    </w:p>
    <w:p w14:paraId="0C68BD26" w14:textId="1044CF0B" w:rsidR="00976992" w:rsidRPr="009F2E9C" w:rsidRDefault="004912A8">
      <w:pPr>
        <w:spacing w:after="0"/>
        <w:rPr>
          <w:rFonts w:ascii="Calibri" w:hAnsi="Calibri" w:cs="Calibri"/>
        </w:rPr>
      </w:pPr>
      <w:r w:rsidRPr="009F2E9C">
        <w:rPr>
          <w:rFonts w:ascii="Calibri" w:hAnsi="Calibri" w:cs="Calibri"/>
        </w:rPr>
        <w:t xml:space="preserve">That story as well is, you know, you had to go through that isolation for your own safety. If you hadn't gone through that you wouldn't have survived, you would have spread infections amongst other people and amongst yourself that crushed your body, and it would have killed you. And so it is, I think that's the thing that people who don't necessarily abide by, you know, government legislation and the shielding, and things like that is, is that's the important thing to </w:t>
      </w:r>
      <w:proofErr w:type="spellStart"/>
      <w:r w:rsidR="00FF3349">
        <w:rPr>
          <w:rFonts w:ascii="Calibri" w:hAnsi="Calibri" w:cs="Calibri"/>
        </w:rPr>
        <w:t>recognise</w:t>
      </w:r>
      <w:proofErr w:type="spellEnd"/>
      <w:r w:rsidRPr="009F2E9C">
        <w:rPr>
          <w:rFonts w:ascii="Calibri" w:hAnsi="Calibri" w:cs="Calibri"/>
        </w:rPr>
        <w:t xml:space="preserve"> is by doing that you're saving lives. And you know, you had to go through it in hospital, but it saved your life.</w:t>
      </w:r>
    </w:p>
    <w:p w14:paraId="292D1267" w14:textId="77777777" w:rsidR="00976992" w:rsidRPr="009F2E9C" w:rsidRDefault="00976992">
      <w:pPr>
        <w:spacing w:after="0"/>
        <w:rPr>
          <w:rFonts w:ascii="Calibri" w:hAnsi="Calibri" w:cs="Calibri"/>
        </w:rPr>
      </w:pPr>
    </w:p>
    <w:p w14:paraId="4127CAB7" w14:textId="6947BB34"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44:05</w:t>
      </w:r>
    </w:p>
    <w:p w14:paraId="2E98AB65" w14:textId="7494177B" w:rsidR="00976992" w:rsidRPr="009F2E9C" w:rsidRDefault="004912A8">
      <w:pPr>
        <w:spacing w:after="0"/>
        <w:rPr>
          <w:rFonts w:ascii="Calibri" w:hAnsi="Calibri" w:cs="Calibri"/>
        </w:rPr>
      </w:pPr>
      <w:r w:rsidRPr="009F2E9C">
        <w:rPr>
          <w:rFonts w:ascii="Calibri" w:hAnsi="Calibri" w:cs="Calibri"/>
        </w:rPr>
        <w:t xml:space="preserve">Yeah, absolutely. Other people had to obey the </w:t>
      </w:r>
      <w:r w:rsidR="00FF3349" w:rsidRPr="009F2E9C">
        <w:rPr>
          <w:rFonts w:ascii="Calibri" w:hAnsi="Calibri" w:cs="Calibri"/>
        </w:rPr>
        <w:t>rules because</w:t>
      </w:r>
      <w:r w:rsidRPr="009F2E9C">
        <w:rPr>
          <w:rFonts w:ascii="Calibri" w:hAnsi="Calibri" w:cs="Calibri"/>
        </w:rPr>
        <w:t xml:space="preserve"> I couldn't get out of bed. So as people came in to see me or wanted to come in to see me, but they couldn't</w:t>
      </w:r>
      <w:r w:rsidR="00CD1DEA" w:rsidRPr="009F2E9C">
        <w:rPr>
          <w:rFonts w:ascii="Calibri" w:hAnsi="Calibri" w:cs="Calibri"/>
        </w:rPr>
        <w:t xml:space="preserve"> a</w:t>
      </w:r>
      <w:r w:rsidRPr="009F2E9C">
        <w:rPr>
          <w:rFonts w:ascii="Calibri" w:hAnsi="Calibri" w:cs="Calibri"/>
        </w:rPr>
        <w:t xml:space="preserve">nd there was only two at a time. I remember when I was being </w:t>
      </w:r>
      <w:r w:rsidR="00C81263" w:rsidRPr="009F2E9C">
        <w:rPr>
          <w:rFonts w:ascii="Calibri" w:hAnsi="Calibri" w:cs="Calibri"/>
        </w:rPr>
        <w:t>barrier nursed, t</w:t>
      </w:r>
      <w:r w:rsidRPr="009F2E9C">
        <w:rPr>
          <w:rFonts w:ascii="Calibri" w:hAnsi="Calibri" w:cs="Calibri"/>
        </w:rPr>
        <w:t>he Welsh guards came to play rugby at the hospital</w:t>
      </w:r>
      <w:r w:rsidR="00C81263" w:rsidRPr="009F2E9C">
        <w:rPr>
          <w:rFonts w:ascii="Calibri" w:hAnsi="Calibri" w:cs="Calibri"/>
        </w:rPr>
        <w:t>,</w:t>
      </w:r>
      <w:r w:rsidRPr="009F2E9C">
        <w:rPr>
          <w:rFonts w:ascii="Calibri" w:hAnsi="Calibri" w:cs="Calibri"/>
        </w:rPr>
        <w:t xml:space="preserve"> most of the boys in the team </w:t>
      </w:r>
      <w:r w:rsidR="00C81263" w:rsidRPr="009F2E9C">
        <w:rPr>
          <w:rFonts w:ascii="Calibri" w:hAnsi="Calibri" w:cs="Calibri"/>
        </w:rPr>
        <w:t xml:space="preserve">were </w:t>
      </w:r>
      <w:r w:rsidRPr="009F2E9C">
        <w:rPr>
          <w:rFonts w:ascii="Calibri" w:hAnsi="Calibri" w:cs="Calibri"/>
        </w:rPr>
        <w:t xml:space="preserve">still guys I played with, and they wanted to come in and see me and they said that the </w:t>
      </w:r>
      <w:r w:rsidR="00C81263" w:rsidRPr="009F2E9C">
        <w:rPr>
          <w:rFonts w:ascii="Calibri" w:hAnsi="Calibri" w:cs="Calibri"/>
        </w:rPr>
        <w:t>M</w:t>
      </w:r>
      <w:r w:rsidRPr="009F2E9C">
        <w:rPr>
          <w:rFonts w:ascii="Calibri" w:hAnsi="Calibri" w:cs="Calibri"/>
        </w:rPr>
        <w:t>ajor on the ward these, they called him</w:t>
      </w:r>
      <w:r w:rsidR="00C81263" w:rsidRPr="009F2E9C">
        <w:rPr>
          <w:rFonts w:ascii="Calibri" w:hAnsi="Calibri" w:cs="Calibri"/>
        </w:rPr>
        <w:t xml:space="preserve"> Sister</w:t>
      </w:r>
      <w:r w:rsidRPr="009F2E9C">
        <w:rPr>
          <w:rFonts w:ascii="Calibri" w:hAnsi="Calibri" w:cs="Calibri"/>
        </w:rPr>
        <w:t xml:space="preserve">, which didn't go down very well. </w:t>
      </w:r>
      <w:r w:rsidR="00C81263" w:rsidRPr="009F2E9C">
        <w:rPr>
          <w:rFonts w:ascii="Calibri" w:hAnsi="Calibri" w:cs="Calibri"/>
        </w:rPr>
        <w:t>{laughter}</w:t>
      </w:r>
      <w:r w:rsidR="00C81263" w:rsidRPr="009F2E9C">
        <w:rPr>
          <w:rFonts w:ascii="Calibri" w:hAnsi="Calibri" w:cs="Calibri"/>
        </w:rPr>
        <w:t xml:space="preserve"> </w:t>
      </w:r>
      <w:r w:rsidRPr="009F2E9C">
        <w:rPr>
          <w:rFonts w:ascii="Calibri" w:hAnsi="Calibri" w:cs="Calibri"/>
        </w:rPr>
        <w:t>He didn't like that</w:t>
      </w:r>
      <w:r w:rsidR="00C81263" w:rsidRPr="009F2E9C">
        <w:rPr>
          <w:rFonts w:ascii="Calibri" w:hAnsi="Calibri" w:cs="Calibri"/>
        </w:rPr>
        <w:t xml:space="preserve"> b</w:t>
      </w:r>
      <w:r w:rsidRPr="009F2E9C">
        <w:rPr>
          <w:rFonts w:ascii="Calibri" w:hAnsi="Calibri" w:cs="Calibri"/>
        </w:rPr>
        <w:t xml:space="preserve">ut he said, </w:t>
      </w:r>
      <w:proofErr w:type="gramStart"/>
      <w:r w:rsidRPr="009F2E9C">
        <w:rPr>
          <w:rFonts w:ascii="Calibri" w:hAnsi="Calibri" w:cs="Calibri"/>
        </w:rPr>
        <w:t>Can</w:t>
      </w:r>
      <w:proofErr w:type="gramEnd"/>
      <w:r w:rsidRPr="009F2E9C">
        <w:rPr>
          <w:rFonts w:ascii="Calibri" w:hAnsi="Calibri" w:cs="Calibri"/>
        </w:rPr>
        <w:t xml:space="preserve"> we take him out to see the game? And he said, No</w:t>
      </w:r>
      <w:r w:rsidR="00C81263" w:rsidRPr="009F2E9C">
        <w:rPr>
          <w:rFonts w:ascii="Calibri" w:hAnsi="Calibri" w:cs="Calibri"/>
        </w:rPr>
        <w:t xml:space="preserve"> a</w:t>
      </w:r>
      <w:r w:rsidRPr="009F2E9C">
        <w:rPr>
          <w:rFonts w:ascii="Calibri" w:hAnsi="Calibri" w:cs="Calibri"/>
        </w:rPr>
        <w:t xml:space="preserve">nd they said, but </w:t>
      </w:r>
      <w:r w:rsidR="008A78FB" w:rsidRPr="009F2E9C">
        <w:rPr>
          <w:rFonts w:ascii="Calibri" w:hAnsi="Calibri" w:cs="Calibri"/>
        </w:rPr>
        <w:t xml:space="preserve">it’s alright, </w:t>
      </w:r>
      <w:r w:rsidRPr="009F2E9C">
        <w:rPr>
          <w:rFonts w:ascii="Calibri" w:hAnsi="Calibri" w:cs="Calibri"/>
        </w:rPr>
        <w:t>we</w:t>
      </w:r>
      <w:r w:rsidR="008A78FB" w:rsidRPr="009F2E9C">
        <w:rPr>
          <w:rFonts w:ascii="Calibri" w:hAnsi="Calibri" w:cs="Calibri"/>
        </w:rPr>
        <w:t>’ll</w:t>
      </w:r>
      <w:r w:rsidR="009F2E9C">
        <w:rPr>
          <w:rFonts w:ascii="Calibri" w:hAnsi="Calibri" w:cs="Calibri"/>
        </w:rPr>
        <w:t xml:space="preserve"> </w:t>
      </w:r>
      <w:r w:rsidRPr="009F2E9C">
        <w:rPr>
          <w:rFonts w:ascii="Calibri" w:hAnsi="Calibri" w:cs="Calibri"/>
        </w:rPr>
        <w:t>carry the bed out, because it was like about 45 of the</w:t>
      </w:r>
      <w:r w:rsidR="008A78FB" w:rsidRPr="009F2E9C">
        <w:rPr>
          <w:rFonts w:ascii="Calibri" w:hAnsi="Calibri" w:cs="Calibri"/>
        </w:rPr>
        <w:t xml:space="preserve"> boys</w:t>
      </w:r>
      <w:r w:rsidR="009F2E9C">
        <w:rPr>
          <w:rFonts w:ascii="Calibri" w:hAnsi="Calibri" w:cs="Calibri"/>
        </w:rPr>
        <w:t xml:space="preserve"> </w:t>
      </w:r>
      <w:r w:rsidR="008A78FB" w:rsidRPr="009F2E9C">
        <w:rPr>
          <w:rFonts w:ascii="Calibri" w:hAnsi="Calibri" w:cs="Calibri"/>
        </w:rPr>
        <w:t>a</w:t>
      </w:r>
      <w:r w:rsidRPr="009F2E9C">
        <w:rPr>
          <w:rFonts w:ascii="Calibri" w:hAnsi="Calibri" w:cs="Calibri"/>
        </w:rPr>
        <w:t>nd they said no, you can'</w:t>
      </w:r>
      <w:r w:rsidR="008A78FB" w:rsidRPr="009F2E9C">
        <w:rPr>
          <w:rFonts w:ascii="Calibri" w:hAnsi="Calibri" w:cs="Calibri"/>
        </w:rPr>
        <w:t xml:space="preserve">t take him out, it’s </w:t>
      </w:r>
      <w:r w:rsidRPr="009F2E9C">
        <w:rPr>
          <w:rFonts w:ascii="Calibri" w:hAnsi="Calibri" w:cs="Calibri"/>
        </w:rPr>
        <w:t>as simple as that. So</w:t>
      </w:r>
      <w:r w:rsidR="00FF3349">
        <w:rPr>
          <w:rFonts w:ascii="Calibri" w:hAnsi="Calibri" w:cs="Calibri"/>
        </w:rPr>
        <w:t>,</w:t>
      </w:r>
      <w:r w:rsidRPr="009F2E9C">
        <w:rPr>
          <w:rFonts w:ascii="Calibri" w:hAnsi="Calibri" w:cs="Calibri"/>
        </w:rPr>
        <w:t xml:space="preserve"> they came back to see me after they'd w</w:t>
      </w:r>
      <w:r w:rsidR="008A78FB" w:rsidRPr="009F2E9C">
        <w:rPr>
          <w:rFonts w:ascii="Calibri" w:hAnsi="Calibri" w:cs="Calibri"/>
        </w:rPr>
        <w:t>o</w:t>
      </w:r>
      <w:r w:rsidRPr="009F2E9C">
        <w:rPr>
          <w:rFonts w:ascii="Calibri" w:hAnsi="Calibri" w:cs="Calibri"/>
        </w:rPr>
        <w:t>n the game</w:t>
      </w:r>
      <w:r w:rsidR="008A78FB" w:rsidRPr="009F2E9C">
        <w:rPr>
          <w:rFonts w:ascii="Calibri" w:hAnsi="Calibri" w:cs="Calibri"/>
        </w:rPr>
        <w:t xml:space="preserve"> a</w:t>
      </w:r>
      <w:r w:rsidRPr="009F2E9C">
        <w:rPr>
          <w:rFonts w:ascii="Calibri" w:hAnsi="Calibri" w:cs="Calibri"/>
        </w:rPr>
        <w:t xml:space="preserve">nd but yeah, it just made me laugh. I enjoyed it, just seeing the </w:t>
      </w:r>
      <w:r w:rsidR="008A78FB" w:rsidRPr="009F2E9C">
        <w:rPr>
          <w:rFonts w:ascii="Calibri" w:hAnsi="Calibri" w:cs="Calibri"/>
        </w:rPr>
        <w:t>boys, t</w:t>
      </w:r>
      <w:r w:rsidRPr="009F2E9C">
        <w:rPr>
          <w:rFonts w:ascii="Calibri" w:hAnsi="Calibri" w:cs="Calibri"/>
        </w:rPr>
        <w:t>hey were so funny.</w:t>
      </w:r>
    </w:p>
    <w:p w14:paraId="31F3FE29" w14:textId="77777777" w:rsidR="00976992" w:rsidRPr="009F2E9C" w:rsidRDefault="00976992">
      <w:pPr>
        <w:spacing w:after="0"/>
        <w:rPr>
          <w:rFonts w:ascii="Calibri" w:hAnsi="Calibri" w:cs="Calibri"/>
        </w:rPr>
      </w:pPr>
    </w:p>
    <w:p w14:paraId="786A34C5" w14:textId="381C64B5"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45:01</w:t>
      </w:r>
    </w:p>
    <w:p w14:paraId="1D776D84" w14:textId="7055AD7C" w:rsidR="00976992" w:rsidRPr="009F2E9C" w:rsidRDefault="004912A8">
      <w:pPr>
        <w:spacing w:after="0"/>
        <w:rPr>
          <w:rFonts w:ascii="Calibri" w:hAnsi="Calibri" w:cs="Calibri"/>
        </w:rPr>
      </w:pPr>
      <w:r w:rsidRPr="009F2E9C">
        <w:rPr>
          <w:rFonts w:ascii="Calibri" w:hAnsi="Calibri" w:cs="Calibri"/>
        </w:rPr>
        <w:t>And did it kind of make</w:t>
      </w:r>
      <w:r w:rsidR="008A78FB" w:rsidRPr="009F2E9C">
        <w:rPr>
          <w:rFonts w:ascii="Calibri" w:hAnsi="Calibri" w:cs="Calibri"/>
        </w:rPr>
        <w:t xml:space="preserve"> you,</w:t>
      </w:r>
      <w:r w:rsidRPr="009F2E9C">
        <w:rPr>
          <w:rFonts w:ascii="Calibri" w:hAnsi="Calibri" w:cs="Calibri"/>
        </w:rPr>
        <w:t xml:space="preserve"> you know, did it kind of bring </w:t>
      </w:r>
      <w:r w:rsidR="00D83144" w:rsidRPr="009F2E9C">
        <w:rPr>
          <w:rFonts w:ascii="Calibri" w:hAnsi="Calibri" w:cs="Calibri"/>
        </w:rPr>
        <w:t xml:space="preserve">it </w:t>
      </w:r>
      <w:r w:rsidRPr="009F2E9C">
        <w:rPr>
          <w:rFonts w:ascii="Calibri" w:hAnsi="Calibri" w:cs="Calibri"/>
        </w:rPr>
        <w:t xml:space="preserve">home to </w:t>
      </w:r>
      <w:r w:rsidR="00D83144" w:rsidRPr="009F2E9C">
        <w:rPr>
          <w:rFonts w:ascii="Calibri" w:hAnsi="Calibri" w:cs="Calibri"/>
        </w:rPr>
        <w:t xml:space="preserve">you, </w:t>
      </w:r>
      <w:r w:rsidRPr="009F2E9C">
        <w:rPr>
          <w:rFonts w:ascii="Calibri" w:hAnsi="Calibri" w:cs="Calibri"/>
        </w:rPr>
        <w:t>the</w:t>
      </w:r>
      <w:r w:rsidR="00FF3349">
        <w:rPr>
          <w:rFonts w:ascii="Calibri" w:hAnsi="Calibri" w:cs="Calibri"/>
        </w:rPr>
        <w:t>,</w:t>
      </w:r>
      <w:r w:rsidRPr="009F2E9C">
        <w:rPr>
          <w:rFonts w:ascii="Calibri" w:hAnsi="Calibri" w:cs="Calibri"/>
        </w:rPr>
        <w:t xml:space="preserve"> the fact that, you know, people can be kind, you know, because when you're going through that, and they wanted to see </w:t>
      </w:r>
      <w:r w:rsidR="00D83144" w:rsidRPr="009F2E9C">
        <w:rPr>
          <w:rFonts w:ascii="Calibri" w:hAnsi="Calibri" w:cs="Calibri"/>
        </w:rPr>
        <w:t xml:space="preserve">you, </w:t>
      </w:r>
      <w:r w:rsidRPr="009F2E9C">
        <w:rPr>
          <w:rFonts w:ascii="Calibri" w:hAnsi="Calibri" w:cs="Calibri"/>
        </w:rPr>
        <w:t xml:space="preserve">then they were making </w:t>
      </w:r>
      <w:r w:rsidR="00D83144" w:rsidRPr="009F2E9C">
        <w:rPr>
          <w:rFonts w:ascii="Calibri" w:hAnsi="Calibri" w:cs="Calibri"/>
        </w:rPr>
        <w:t xml:space="preserve">an </w:t>
      </w:r>
      <w:r w:rsidRPr="009F2E9C">
        <w:rPr>
          <w:rFonts w:ascii="Calibri" w:hAnsi="Calibri" w:cs="Calibri"/>
        </w:rPr>
        <w:t>effort to visit</w:t>
      </w:r>
      <w:r w:rsidR="00D83144" w:rsidRPr="009F2E9C">
        <w:rPr>
          <w:rFonts w:ascii="Calibri" w:hAnsi="Calibri" w:cs="Calibri"/>
        </w:rPr>
        <w:t>,</w:t>
      </w:r>
      <w:r w:rsidRPr="009F2E9C">
        <w:rPr>
          <w:rFonts w:ascii="Calibri" w:hAnsi="Calibri" w:cs="Calibri"/>
        </w:rPr>
        <w:t xml:space="preserve"> almost</w:t>
      </w:r>
      <w:r w:rsidR="00DE6D9B" w:rsidRPr="009F2E9C">
        <w:rPr>
          <w:rFonts w:ascii="Calibri" w:hAnsi="Calibri" w:cs="Calibri"/>
        </w:rPr>
        <w:t>,</w:t>
      </w:r>
      <w:r w:rsidRPr="009F2E9C">
        <w:rPr>
          <w:rFonts w:ascii="Calibri" w:hAnsi="Calibri" w:cs="Calibri"/>
        </w:rPr>
        <w:t xml:space="preserve"> even if it was </w:t>
      </w:r>
      <w:r w:rsidR="00D83144" w:rsidRPr="009F2E9C">
        <w:rPr>
          <w:rFonts w:ascii="Calibri" w:hAnsi="Calibri" w:cs="Calibri"/>
        </w:rPr>
        <w:t xml:space="preserve">at </w:t>
      </w:r>
      <w:r w:rsidRPr="009F2E9C">
        <w:rPr>
          <w:rFonts w:ascii="Calibri" w:hAnsi="Calibri" w:cs="Calibri"/>
        </w:rPr>
        <w:t>a distance</w:t>
      </w:r>
      <w:r w:rsidR="00D83144" w:rsidRPr="009F2E9C">
        <w:rPr>
          <w:rFonts w:ascii="Calibri" w:hAnsi="Calibri" w:cs="Calibri"/>
        </w:rPr>
        <w:t>,</w:t>
      </w:r>
      <w:r w:rsidRPr="009F2E9C">
        <w:rPr>
          <w:rFonts w:ascii="Calibri" w:hAnsi="Calibri" w:cs="Calibri"/>
        </w:rPr>
        <w:t xml:space="preserve"> did it make</w:t>
      </w:r>
      <w:r w:rsidR="00D83144" w:rsidRPr="009F2E9C">
        <w:rPr>
          <w:rFonts w:ascii="Calibri" w:hAnsi="Calibri" w:cs="Calibri"/>
        </w:rPr>
        <w:t>,</w:t>
      </w:r>
      <w:r w:rsidRPr="009F2E9C">
        <w:rPr>
          <w:rFonts w:ascii="Calibri" w:hAnsi="Calibri" w:cs="Calibri"/>
        </w:rPr>
        <w:t xml:space="preserve"> </w:t>
      </w:r>
      <w:r w:rsidR="00D83144" w:rsidRPr="009F2E9C">
        <w:rPr>
          <w:rFonts w:ascii="Calibri" w:hAnsi="Calibri" w:cs="Calibri"/>
        </w:rPr>
        <w:t>d</w:t>
      </w:r>
      <w:r w:rsidRPr="009F2E9C">
        <w:rPr>
          <w:rFonts w:ascii="Calibri" w:hAnsi="Calibri" w:cs="Calibri"/>
        </w:rPr>
        <w:t>id it restore your faith in, in humanity and human kindness</w:t>
      </w:r>
      <w:r w:rsidR="005E7B6C" w:rsidRPr="009F2E9C">
        <w:rPr>
          <w:rFonts w:ascii="Calibri" w:hAnsi="Calibri" w:cs="Calibri"/>
        </w:rPr>
        <w:t>, b</w:t>
      </w:r>
      <w:r w:rsidRPr="009F2E9C">
        <w:rPr>
          <w:rFonts w:ascii="Calibri" w:hAnsi="Calibri" w:cs="Calibri"/>
        </w:rPr>
        <w:t>ecause I think it would do me</w:t>
      </w:r>
    </w:p>
    <w:p w14:paraId="09B135DA" w14:textId="77777777" w:rsidR="00976992" w:rsidRPr="009F2E9C" w:rsidRDefault="00976992">
      <w:pPr>
        <w:spacing w:after="0"/>
        <w:rPr>
          <w:rFonts w:ascii="Calibri" w:hAnsi="Calibri" w:cs="Calibri"/>
        </w:rPr>
      </w:pPr>
    </w:p>
    <w:p w14:paraId="6E6B97F3" w14:textId="076D1584"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45:25</w:t>
      </w:r>
    </w:p>
    <w:p w14:paraId="04B3AB27" w14:textId="77777777" w:rsidR="005E7B6C" w:rsidRPr="009F2E9C" w:rsidRDefault="004912A8">
      <w:pPr>
        <w:spacing w:after="0"/>
        <w:rPr>
          <w:rFonts w:ascii="Calibri" w:hAnsi="Calibri" w:cs="Calibri"/>
        </w:rPr>
      </w:pPr>
      <w:r w:rsidRPr="009F2E9C">
        <w:rPr>
          <w:rFonts w:ascii="Calibri" w:hAnsi="Calibri" w:cs="Calibri"/>
        </w:rPr>
        <w:t xml:space="preserve">No, not really, because they were my friends anyway. </w:t>
      </w:r>
    </w:p>
    <w:p w14:paraId="2C5AE29F" w14:textId="77777777" w:rsidR="00FF3349" w:rsidRDefault="00FF3349">
      <w:pPr>
        <w:spacing w:after="0"/>
        <w:rPr>
          <w:rFonts w:ascii="Calibri" w:hAnsi="Calibri" w:cs="Calibri"/>
        </w:rPr>
      </w:pPr>
    </w:p>
    <w:p w14:paraId="655EACDD" w14:textId="21ED6C27" w:rsidR="005E7B6C" w:rsidRPr="009F2E9C" w:rsidRDefault="005E7B6C">
      <w:pPr>
        <w:spacing w:after="0"/>
        <w:rPr>
          <w:rFonts w:ascii="Calibri" w:hAnsi="Calibri" w:cs="Calibri"/>
        </w:rPr>
      </w:pPr>
      <w:r w:rsidRPr="009F2E9C">
        <w:rPr>
          <w:rFonts w:ascii="Calibri" w:hAnsi="Calibri" w:cs="Calibri"/>
        </w:rPr>
        <w:t xml:space="preserve">Lucy: </w:t>
      </w:r>
      <w:r w:rsidR="004912A8" w:rsidRPr="009F2E9C">
        <w:rPr>
          <w:rFonts w:ascii="Calibri" w:hAnsi="Calibri" w:cs="Calibri"/>
        </w:rPr>
        <w:t xml:space="preserve">Yeah, yeah. </w:t>
      </w:r>
    </w:p>
    <w:p w14:paraId="6EA00710" w14:textId="77777777" w:rsidR="00FF3349" w:rsidRDefault="00FF3349">
      <w:pPr>
        <w:spacing w:after="0"/>
        <w:rPr>
          <w:rFonts w:ascii="Calibri" w:hAnsi="Calibri" w:cs="Calibri"/>
        </w:rPr>
      </w:pPr>
    </w:p>
    <w:p w14:paraId="30B1487A" w14:textId="0C3BD2D2" w:rsidR="00976992" w:rsidRPr="009F2E9C" w:rsidRDefault="005E7B6C">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And we'd all been to war together. And they were very fortunate to come back</w:t>
      </w:r>
      <w:r w:rsidRPr="009F2E9C">
        <w:rPr>
          <w:rFonts w:ascii="Calibri" w:hAnsi="Calibri" w:cs="Calibri"/>
        </w:rPr>
        <w:t xml:space="preserve"> b</w:t>
      </w:r>
      <w:r w:rsidR="004912A8" w:rsidRPr="009F2E9C">
        <w:rPr>
          <w:rFonts w:ascii="Calibri" w:hAnsi="Calibri" w:cs="Calibri"/>
        </w:rPr>
        <w:t xml:space="preserve">ut it was just, I was </w:t>
      </w:r>
      <w:r w:rsidRPr="009F2E9C">
        <w:rPr>
          <w:rFonts w:ascii="Calibri" w:hAnsi="Calibri" w:cs="Calibri"/>
        </w:rPr>
        <w:t>S</w:t>
      </w:r>
      <w:r w:rsidR="004912A8" w:rsidRPr="009F2E9C">
        <w:rPr>
          <w:rFonts w:ascii="Calibri" w:hAnsi="Calibri" w:cs="Calibri"/>
        </w:rPr>
        <w:t>queaky I was just a ma</w:t>
      </w:r>
      <w:r w:rsidRPr="009F2E9C">
        <w:rPr>
          <w:rFonts w:ascii="Calibri" w:hAnsi="Calibri" w:cs="Calibri"/>
        </w:rPr>
        <w:t>te</w:t>
      </w:r>
      <w:r w:rsidR="004912A8" w:rsidRPr="009F2E9C">
        <w:rPr>
          <w:rFonts w:ascii="Calibri" w:hAnsi="Calibri" w:cs="Calibri"/>
        </w:rPr>
        <w:t>, I was just the, the boy in the bed</w:t>
      </w:r>
      <w:r w:rsidRPr="009F2E9C">
        <w:rPr>
          <w:rFonts w:ascii="Calibri" w:hAnsi="Calibri" w:cs="Calibri"/>
        </w:rPr>
        <w:t>, y</w:t>
      </w:r>
      <w:r w:rsidR="004912A8" w:rsidRPr="009F2E9C">
        <w:rPr>
          <w:rFonts w:ascii="Calibri" w:hAnsi="Calibri" w:cs="Calibri"/>
        </w:rPr>
        <w:t>ou know, they just, they just wanted to spend a bit of time with me</w:t>
      </w:r>
      <w:r w:rsidRPr="009F2E9C">
        <w:rPr>
          <w:rFonts w:ascii="Calibri" w:hAnsi="Calibri" w:cs="Calibri"/>
        </w:rPr>
        <w:t>, t</w:t>
      </w:r>
      <w:r w:rsidR="004912A8" w:rsidRPr="009F2E9C">
        <w:rPr>
          <w:rFonts w:ascii="Calibri" w:hAnsi="Calibri" w:cs="Calibri"/>
        </w:rPr>
        <w:t>hat's all it was</w:t>
      </w:r>
      <w:r w:rsidRPr="009F2E9C">
        <w:rPr>
          <w:rFonts w:ascii="Calibri" w:hAnsi="Calibri" w:cs="Calibri"/>
        </w:rPr>
        <w:t xml:space="preserve"> a</w:t>
      </w:r>
      <w:r w:rsidR="004912A8" w:rsidRPr="009F2E9C">
        <w:rPr>
          <w:rFonts w:ascii="Calibri" w:hAnsi="Calibri" w:cs="Calibri"/>
        </w:rPr>
        <w:t>nd I see them now</w:t>
      </w:r>
      <w:r w:rsidRPr="009F2E9C">
        <w:rPr>
          <w:rFonts w:ascii="Calibri" w:hAnsi="Calibri" w:cs="Calibri"/>
        </w:rPr>
        <w:t xml:space="preserve"> a</w:t>
      </w:r>
      <w:r w:rsidR="004912A8" w:rsidRPr="009F2E9C">
        <w:rPr>
          <w:rFonts w:ascii="Calibri" w:hAnsi="Calibri" w:cs="Calibri"/>
        </w:rPr>
        <w:t>nd, you know, the banter is still</w:t>
      </w:r>
      <w:r w:rsidR="00CF3806" w:rsidRPr="009F2E9C">
        <w:rPr>
          <w:rFonts w:ascii="Calibri" w:hAnsi="Calibri" w:cs="Calibri"/>
        </w:rPr>
        <w:t xml:space="preserve"> as </w:t>
      </w:r>
      <w:r w:rsidR="004912A8" w:rsidRPr="009F2E9C">
        <w:rPr>
          <w:rFonts w:ascii="Calibri" w:hAnsi="Calibri" w:cs="Calibri"/>
        </w:rPr>
        <w:t>brutal</w:t>
      </w:r>
      <w:r w:rsidR="00CF3806" w:rsidRPr="009F2E9C">
        <w:rPr>
          <w:rFonts w:ascii="Calibri" w:hAnsi="Calibri" w:cs="Calibri"/>
        </w:rPr>
        <w:t>, i</w:t>
      </w:r>
      <w:r w:rsidR="004912A8" w:rsidRPr="009F2E9C">
        <w:rPr>
          <w:rFonts w:ascii="Calibri" w:hAnsi="Calibri" w:cs="Calibri"/>
        </w:rPr>
        <w:t>t</w:t>
      </w:r>
      <w:r w:rsidR="00CF3806" w:rsidRPr="009F2E9C">
        <w:rPr>
          <w:rFonts w:ascii="Calibri" w:hAnsi="Calibri" w:cs="Calibri"/>
        </w:rPr>
        <w:t>’s</w:t>
      </w:r>
      <w:r w:rsidR="004912A8" w:rsidRPr="009F2E9C">
        <w:rPr>
          <w:rFonts w:ascii="Calibri" w:hAnsi="Calibri" w:cs="Calibri"/>
        </w:rPr>
        <w:t xml:space="preserve"> still </w:t>
      </w:r>
      <w:r w:rsidR="00CF3806" w:rsidRPr="009F2E9C">
        <w:rPr>
          <w:rFonts w:ascii="Calibri" w:hAnsi="Calibri" w:cs="Calibri"/>
        </w:rPr>
        <w:t xml:space="preserve">as </w:t>
      </w:r>
      <w:r w:rsidR="004912A8" w:rsidRPr="009F2E9C">
        <w:rPr>
          <w:rFonts w:ascii="Calibri" w:hAnsi="Calibri" w:cs="Calibri"/>
        </w:rPr>
        <w:t>rude</w:t>
      </w:r>
      <w:r w:rsidR="00CF3806" w:rsidRPr="009F2E9C">
        <w:rPr>
          <w:rFonts w:ascii="Calibri" w:hAnsi="Calibri" w:cs="Calibri"/>
        </w:rPr>
        <w:t>,</w:t>
      </w:r>
      <w:r w:rsidR="004912A8" w:rsidRPr="009F2E9C">
        <w:rPr>
          <w:rFonts w:ascii="Calibri" w:hAnsi="Calibri" w:cs="Calibri"/>
        </w:rPr>
        <w:t xml:space="preserve"> is irreverent</w:t>
      </w:r>
      <w:r w:rsidR="00CF3806" w:rsidRPr="009F2E9C">
        <w:rPr>
          <w:rFonts w:ascii="Calibri" w:hAnsi="Calibri" w:cs="Calibri"/>
        </w:rPr>
        <w:t>, t</w:t>
      </w:r>
      <w:r w:rsidR="004912A8" w:rsidRPr="009F2E9C">
        <w:rPr>
          <w:rFonts w:ascii="Calibri" w:hAnsi="Calibri" w:cs="Calibri"/>
        </w:rPr>
        <w:t>hey take no prisoners. But I wouldn't expect them to, you know, I don't</w:t>
      </w:r>
      <w:r w:rsidR="00FF3349">
        <w:rPr>
          <w:rFonts w:ascii="Calibri" w:hAnsi="Calibri" w:cs="Calibri"/>
        </w:rPr>
        <w:t>,</w:t>
      </w:r>
      <w:r w:rsidR="004912A8" w:rsidRPr="009F2E9C">
        <w:rPr>
          <w:rFonts w:ascii="Calibri" w:hAnsi="Calibri" w:cs="Calibri"/>
        </w:rPr>
        <w:t xml:space="preserve"> I don't want them to because that means that something special is</w:t>
      </w:r>
      <w:r w:rsidR="00CF3806" w:rsidRPr="009F2E9C">
        <w:rPr>
          <w:rFonts w:ascii="Calibri" w:hAnsi="Calibri" w:cs="Calibri"/>
        </w:rPr>
        <w:t>,</w:t>
      </w:r>
      <w:r w:rsidR="004912A8" w:rsidRPr="009F2E9C">
        <w:rPr>
          <w:rFonts w:ascii="Calibri" w:hAnsi="Calibri" w:cs="Calibri"/>
        </w:rPr>
        <w:t xml:space="preserve"> and </w:t>
      </w:r>
      <w:r w:rsidR="00CF3806" w:rsidRPr="009F2E9C">
        <w:rPr>
          <w:rFonts w:ascii="Calibri" w:hAnsi="Calibri" w:cs="Calibri"/>
        </w:rPr>
        <w:t xml:space="preserve">that </w:t>
      </w:r>
      <w:r w:rsidR="004912A8" w:rsidRPr="009F2E9C">
        <w:rPr>
          <w:rFonts w:ascii="Calibri" w:hAnsi="Calibri" w:cs="Calibri"/>
        </w:rPr>
        <w:t>I'm different</w:t>
      </w:r>
      <w:r w:rsidR="00CF3806" w:rsidRPr="009F2E9C">
        <w:rPr>
          <w:rFonts w:ascii="Calibri" w:hAnsi="Calibri" w:cs="Calibri"/>
        </w:rPr>
        <w:t>, a</w:t>
      </w:r>
      <w:r w:rsidR="004912A8" w:rsidRPr="009F2E9C">
        <w:rPr>
          <w:rFonts w:ascii="Calibri" w:hAnsi="Calibri" w:cs="Calibri"/>
        </w:rPr>
        <w:t>nd I'm not. I'm the same guy</w:t>
      </w:r>
      <w:r w:rsidR="00CF3806" w:rsidRPr="009F2E9C">
        <w:rPr>
          <w:rFonts w:ascii="Calibri" w:hAnsi="Calibri" w:cs="Calibri"/>
        </w:rPr>
        <w:t>, t</w:t>
      </w:r>
      <w:r w:rsidR="004912A8" w:rsidRPr="009F2E9C">
        <w:rPr>
          <w:rFonts w:ascii="Calibri" w:hAnsi="Calibri" w:cs="Calibri"/>
        </w:rPr>
        <w:t xml:space="preserve">he same </w:t>
      </w:r>
      <w:r w:rsidR="004912A8" w:rsidRPr="009F2E9C">
        <w:rPr>
          <w:rFonts w:ascii="Calibri" w:hAnsi="Calibri" w:cs="Calibri"/>
        </w:rPr>
        <w:lastRenderedPageBreak/>
        <w:t>guy, I always was</w:t>
      </w:r>
      <w:r w:rsidR="00CF3806" w:rsidRPr="009F2E9C">
        <w:rPr>
          <w:rFonts w:ascii="Calibri" w:hAnsi="Calibri" w:cs="Calibri"/>
        </w:rPr>
        <w:t>,</w:t>
      </w:r>
      <w:r w:rsidR="004912A8" w:rsidRPr="009F2E9C">
        <w:rPr>
          <w:rFonts w:ascii="Calibri" w:hAnsi="Calibri" w:cs="Calibri"/>
        </w:rPr>
        <w:t xml:space="preserve"> just sort of older, hopefully a little bit wiser</w:t>
      </w:r>
      <w:r w:rsidR="00D45D41" w:rsidRPr="009F2E9C">
        <w:rPr>
          <w:rFonts w:ascii="Calibri" w:hAnsi="Calibri" w:cs="Calibri"/>
        </w:rPr>
        <w:t>, n</w:t>
      </w:r>
      <w:r w:rsidR="004912A8" w:rsidRPr="009F2E9C">
        <w:rPr>
          <w:rFonts w:ascii="Calibri" w:hAnsi="Calibri" w:cs="Calibri"/>
        </w:rPr>
        <w:t>ot too much</w:t>
      </w:r>
      <w:r w:rsidR="00D45D41" w:rsidRPr="009F2E9C">
        <w:rPr>
          <w:rFonts w:ascii="Calibri" w:hAnsi="Calibri" w:cs="Calibri"/>
        </w:rPr>
        <w:t>, a</w:t>
      </w:r>
      <w:r w:rsidR="004912A8" w:rsidRPr="009F2E9C">
        <w:rPr>
          <w:rFonts w:ascii="Calibri" w:hAnsi="Calibri" w:cs="Calibri"/>
        </w:rPr>
        <w:t xml:space="preserve"> little bit more mature</w:t>
      </w:r>
      <w:r w:rsidR="00D45D41" w:rsidRPr="009F2E9C">
        <w:rPr>
          <w:rFonts w:ascii="Calibri" w:hAnsi="Calibri" w:cs="Calibri"/>
        </w:rPr>
        <w:t>,</w:t>
      </w:r>
      <w:r w:rsidR="004912A8" w:rsidRPr="009F2E9C">
        <w:rPr>
          <w:rFonts w:ascii="Calibri" w:hAnsi="Calibri" w:cs="Calibri"/>
        </w:rPr>
        <w:t xml:space="preserve"> </w:t>
      </w:r>
      <w:proofErr w:type="gramStart"/>
      <w:r w:rsidR="004912A8" w:rsidRPr="009F2E9C">
        <w:rPr>
          <w:rFonts w:ascii="Calibri" w:hAnsi="Calibri" w:cs="Calibri"/>
        </w:rPr>
        <w:t>No</w:t>
      </w:r>
      <w:proofErr w:type="gramEnd"/>
      <w:r w:rsidR="004912A8" w:rsidRPr="009F2E9C">
        <w:rPr>
          <w:rFonts w:ascii="Calibri" w:hAnsi="Calibri" w:cs="Calibri"/>
        </w:rPr>
        <w:t xml:space="preserve">, I don't want to mature a bit </w:t>
      </w:r>
      <w:r w:rsidR="00D45D41" w:rsidRPr="009F2E9C">
        <w:rPr>
          <w:rFonts w:ascii="Calibri" w:hAnsi="Calibri" w:cs="Calibri"/>
        </w:rPr>
        <w:t xml:space="preserve">that’s well too </w:t>
      </w:r>
      <w:r w:rsidR="004912A8" w:rsidRPr="009F2E9C">
        <w:rPr>
          <w:rFonts w:ascii="Calibri" w:hAnsi="Calibri" w:cs="Calibri"/>
        </w:rPr>
        <w:t>over overrated that maturity</w:t>
      </w:r>
      <w:r w:rsidR="00D45D41" w:rsidRPr="009F2E9C">
        <w:rPr>
          <w:rFonts w:ascii="Calibri" w:hAnsi="Calibri" w:cs="Calibri"/>
        </w:rPr>
        <w:t xml:space="preserve">, you know </w:t>
      </w:r>
    </w:p>
    <w:p w14:paraId="1C364C43" w14:textId="77777777" w:rsidR="00976992" w:rsidRPr="009F2E9C" w:rsidRDefault="00976992">
      <w:pPr>
        <w:spacing w:after="0"/>
        <w:rPr>
          <w:rFonts w:ascii="Calibri" w:hAnsi="Calibri" w:cs="Calibri"/>
        </w:rPr>
      </w:pPr>
    </w:p>
    <w:p w14:paraId="6A1854F1" w14:textId="504CB9E4"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46:25</w:t>
      </w:r>
    </w:p>
    <w:p w14:paraId="427FA101" w14:textId="671BF5BD" w:rsidR="00976992" w:rsidRPr="009F2E9C" w:rsidRDefault="004912A8">
      <w:pPr>
        <w:spacing w:after="0"/>
        <w:rPr>
          <w:rFonts w:ascii="Calibri" w:hAnsi="Calibri" w:cs="Calibri"/>
        </w:rPr>
      </w:pPr>
      <w:r w:rsidRPr="009F2E9C">
        <w:rPr>
          <w:rFonts w:ascii="Calibri" w:hAnsi="Calibri" w:cs="Calibri"/>
        </w:rPr>
        <w:t>When you came out of hospital, Simon and they said, like, you can go home, how was it adjusting to life as a, you know, somebody who was no longer in the</w:t>
      </w:r>
      <w:r w:rsidR="00242BC9">
        <w:rPr>
          <w:rFonts w:ascii="Calibri" w:hAnsi="Calibri" w:cs="Calibri"/>
        </w:rPr>
        <w:t>,</w:t>
      </w:r>
      <w:r w:rsidRPr="009F2E9C">
        <w:rPr>
          <w:rFonts w:ascii="Calibri" w:hAnsi="Calibri" w:cs="Calibri"/>
        </w:rPr>
        <w:t xml:space="preserve"> in the military was, you know</w:t>
      </w:r>
      <w:r w:rsidR="005F3AD8" w:rsidRPr="009F2E9C">
        <w:rPr>
          <w:rFonts w:ascii="Calibri" w:hAnsi="Calibri" w:cs="Calibri"/>
        </w:rPr>
        <w:t xml:space="preserve">, cos I hear people who </w:t>
      </w:r>
    </w:p>
    <w:p w14:paraId="35507C14" w14:textId="77777777" w:rsidR="00976992" w:rsidRPr="009F2E9C" w:rsidRDefault="00976992">
      <w:pPr>
        <w:spacing w:after="0"/>
        <w:rPr>
          <w:rFonts w:ascii="Calibri" w:hAnsi="Calibri" w:cs="Calibri"/>
        </w:rPr>
      </w:pPr>
    </w:p>
    <w:p w14:paraId="6BB4E780" w14:textId="2ED01958"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46:40</w:t>
      </w:r>
    </w:p>
    <w:p w14:paraId="16220A58" w14:textId="7A7CAD24" w:rsidR="00976992" w:rsidRPr="009F2E9C" w:rsidRDefault="004912A8">
      <w:pPr>
        <w:spacing w:after="0"/>
        <w:rPr>
          <w:rFonts w:ascii="Calibri" w:hAnsi="Calibri" w:cs="Calibri"/>
        </w:rPr>
      </w:pPr>
      <w:r w:rsidRPr="009F2E9C">
        <w:rPr>
          <w:rFonts w:ascii="Calibri" w:hAnsi="Calibri" w:cs="Calibri"/>
        </w:rPr>
        <w:t>who was no longer in the military and was now had, you know, an acquired disability s</w:t>
      </w:r>
      <w:r w:rsidR="00FE4B34" w:rsidRPr="009F2E9C">
        <w:rPr>
          <w:rFonts w:ascii="Calibri" w:hAnsi="Calibri" w:cs="Calibri"/>
        </w:rPr>
        <w:t xml:space="preserve">omething </w:t>
      </w:r>
      <w:r w:rsidRPr="009F2E9C">
        <w:rPr>
          <w:rFonts w:ascii="Calibri" w:hAnsi="Calibri" w:cs="Calibri"/>
        </w:rPr>
        <w:t xml:space="preserve">that you've never had an experience </w:t>
      </w:r>
      <w:r w:rsidR="00242BC9" w:rsidRPr="009F2E9C">
        <w:rPr>
          <w:rFonts w:ascii="Calibri" w:hAnsi="Calibri" w:cs="Calibri"/>
        </w:rPr>
        <w:t>previously?</w:t>
      </w:r>
    </w:p>
    <w:p w14:paraId="32F39ABA" w14:textId="77777777" w:rsidR="00976992" w:rsidRPr="009F2E9C" w:rsidRDefault="00976992">
      <w:pPr>
        <w:spacing w:after="0"/>
        <w:rPr>
          <w:rFonts w:ascii="Calibri" w:hAnsi="Calibri" w:cs="Calibri"/>
        </w:rPr>
      </w:pPr>
    </w:p>
    <w:p w14:paraId="4683935B" w14:textId="5AC1890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46:49</w:t>
      </w:r>
    </w:p>
    <w:p w14:paraId="40B8F655" w14:textId="46ECA8C9" w:rsidR="00976992" w:rsidRPr="009F2E9C" w:rsidRDefault="004912A8">
      <w:pPr>
        <w:spacing w:after="0"/>
        <w:rPr>
          <w:rFonts w:ascii="Calibri" w:hAnsi="Calibri" w:cs="Calibri"/>
        </w:rPr>
      </w:pPr>
      <w:r w:rsidRPr="009F2E9C">
        <w:rPr>
          <w:rFonts w:ascii="Calibri" w:hAnsi="Calibri" w:cs="Calibri"/>
        </w:rPr>
        <w:t>Um, it took a heck of a lot of learning</w:t>
      </w:r>
      <w:r w:rsidR="00FE4B34" w:rsidRPr="009F2E9C">
        <w:rPr>
          <w:rFonts w:ascii="Calibri" w:hAnsi="Calibri" w:cs="Calibri"/>
        </w:rPr>
        <w:t xml:space="preserve"> b</w:t>
      </w:r>
      <w:r w:rsidRPr="009F2E9C">
        <w:rPr>
          <w:rFonts w:ascii="Calibri" w:hAnsi="Calibri" w:cs="Calibri"/>
        </w:rPr>
        <w:t>ecause if you</w:t>
      </w:r>
      <w:r w:rsidR="00242BC9">
        <w:rPr>
          <w:rFonts w:ascii="Calibri" w:hAnsi="Calibri" w:cs="Calibri"/>
        </w:rPr>
        <w:t>,</w:t>
      </w:r>
      <w:r w:rsidRPr="009F2E9C">
        <w:rPr>
          <w:rFonts w:ascii="Calibri" w:hAnsi="Calibri" w:cs="Calibri"/>
        </w:rPr>
        <w:t xml:space="preserve"> if you grow with a disability, or you've had it from birth, and I keep using</w:t>
      </w:r>
      <w:r w:rsidR="00FE4B34" w:rsidRPr="009F2E9C">
        <w:rPr>
          <w:rFonts w:ascii="Calibri" w:hAnsi="Calibri" w:cs="Calibri"/>
        </w:rPr>
        <w:t xml:space="preserve"> </w:t>
      </w:r>
      <w:proofErr w:type="spellStart"/>
      <w:r w:rsidR="00FE4B34" w:rsidRPr="009F2E9C">
        <w:rPr>
          <w:rFonts w:ascii="Calibri" w:hAnsi="Calibri" w:cs="Calibri"/>
        </w:rPr>
        <w:t>Tanni</w:t>
      </w:r>
      <w:proofErr w:type="spellEnd"/>
      <w:r w:rsidRPr="009F2E9C">
        <w:rPr>
          <w:rFonts w:ascii="Calibri" w:hAnsi="Calibri" w:cs="Calibri"/>
        </w:rPr>
        <w:t xml:space="preserve">, </w:t>
      </w:r>
      <w:proofErr w:type="spellStart"/>
      <w:r w:rsidR="00FE4B34" w:rsidRPr="009F2E9C">
        <w:rPr>
          <w:rFonts w:ascii="Calibri" w:hAnsi="Calibri" w:cs="Calibri"/>
        </w:rPr>
        <w:t>Tanni</w:t>
      </w:r>
      <w:proofErr w:type="spellEnd"/>
      <w:r w:rsidR="00FE4B34" w:rsidRPr="009F2E9C">
        <w:rPr>
          <w:rFonts w:ascii="Calibri" w:hAnsi="Calibri" w:cs="Calibri"/>
        </w:rPr>
        <w:t xml:space="preserve"> </w:t>
      </w:r>
      <w:r w:rsidR="00242BC9">
        <w:rPr>
          <w:rFonts w:ascii="Calibri" w:hAnsi="Calibri" w:cs="Calibri"/>
        </w:rPr>
        <w:t>G</w:t>
      </w:r>
      <w:r w:rsidRPr="009F2E9C">
        <w:rPr>
          <w:rFonts w:ascii="Calibri" w:hAnsi="Calibri" w:cs="Calibri"/>
        </w:rPr>
        <w:t>r</w:t>
      </w:r>
      <w:r w:rsidR="00242BC9">
        <w:rPr>
          <w:rFonts w:ascii="Calibri" w:hAnsi="Calibri" w:cs="Calibri"/>
        </w:rPr>
        <w:t>e</w:t>
      </w:r>
      <w:r w:rsidRPr="009F2E9C">
        <w:rPr>
          <w:rFonts w:ascii="Calibri" w:hAnsi="Calibri" w:cs="Calibri"/>
        </w:rPr>
        <w:t>y as a point but her</w:t>
      </w:r>
      <w:r w:rsidR="00FE4B34" w:rsidRPr="009F2E9C">
        <w:rPr>
          <w:rFonts w:ascii="Calibri" w:hAnsi="Calibri" w:cs="Calibri"/>
        </w:rPr>
        <w:t>,</w:t>
      </w:r>
      <w:r w:rsidRPr="009F2E9C">
        <w:rPr>
          <w:rFonts w:ascii="Calibri" w:hAnsi="Calibri" w:cs="Calibri"/>
        </w:rPr>
        <w:t xml:space="preserve"> she's she was able to walk to start with, but then she became disabled as she went on</w:t>
      </w:r>
      <w:r w:rsidR="00FE4B34" w:rsidRPr="009F2E9C">
        <w:rPr>
          <w:rFonts w:ascii="Calibri" w:hAnsi="Calibri" w:cs="Calibri"/>
        </w:rPr>
        <w:t xml:space="preserve"> a</w:t>
      </w:r>
      <w:r w:rsidRPr="009F2E9C">
        <w:rPr>
          <w:rFonts w:ascii="Calibri" w:hAnsi="Calibri" w:cs="Calibri"/>
        </w:rPr>
        <w:t>nd the way I look at it</w:t>
      </w:r>
      <w:r w:rsidR="00FE4B34" w:rsidRPr="009F2E9C">
        <w:rPr>
          <w:rFonts w:ascii="Calibri" w:hAnsi="Calibri" w:cs="Calibri"/>
        </w:rPr>
        <w:t xml:space="preserve">, </w:t>
      </w:r>
      <w:r w:rsidRPr="009F2E9C">
        <w:rPr>
          <w:rFonts w:ascii="Calibri" w:hAnsi="Calibri" w:cs="Calibri"/>
        </w:rPr>
        <w:t>for a young man or a young woman, if you become disabled, after having had a very active life, you have a lot of learning to do</w:t>
      </w:r>
      <w:r w:rsidR="00FE4B34" w:rsidRPr="009F2E9C">
        <w:rPr>
          <w:rFonts w:ascii="Calibri" w:hAnsi="Calibri" w:cs="Calibri"/>
        </w:rPr>
        <w:t xml:space="preserve"> b</w:t>
      </w:r>
      <w:r w:rsidRPr="009F2E9C">
        <w:rPr>
          <w:rFonts w:ascii="Calibri" w:hAnsi="Calibri" w:cs="Calibri"/>
        </w:rPr>
        <w:t xml:space="preserve">ecause I'm still doing things today, nearly 40 years on that I didn't </w:t>
      </w:r>
      <w:r w:rsidR="00C12F2B">
        <w:rPr>
          <w:rFonts w:ascii="Calibri" w:hAnsi="Calibri" w:cs="Calibri"/>
        </w:rPr>
        <w:t>realise</w:t>
      </w:r>
      <w:r w:rsidRPr="009F2E9C">
        <w:rPr>
          <w:rFonts w:ascii="Calibri" w:hAnsi="Calibri" w:cs="Calibri"/>
        </w:rPr>
        <w:t xml:space="preserve"> </w:t>
      </w:r>
      <w:r w:rsidR="004730F3" w:rsidRPr="009F2E9C">
        <w:rPr>
          <w:rFonts w:ascii="Calibri" w:hAnsi="Calibri" w:cs="Calibri"/>
        </w:rPr>
        <w:t xml:space="preserve">I </w:t>
      </w:r>
      <w:r w:rsidRPr="009F2E9C">
        <w:rPr>
          <w:rFonts w:ascii="Calibri" w:hAnsi="Calibri" w:cs="Calibri"/>
        </w:rPr>
        <w:t>could do and I've tried loads of things</w:t>
      </w:r>
      <w:r w:rsidR="004730F3" w:rsidRPr="009F2E9C">
        <w:rPr>
          <w:rFonts w:ascii="Calibri" w:hAnsi="Calibri" w:cs="Calibri"/>
        </w:rPr>
        <w:t>, b</w:t>
      </w:r>
      <w:r w:rsidRPr="009F2E9C">
        <w:rPr>
          <w:rFonts w:ascii="Calibri" w:hAnsi="Calibri" w:cs="Calibri"/>
        </w:rPr>
        <w:t>ut I'm using my hands for more now than I did 40 years ago. It it's a learning curve</w:t>
      </w:r>
      <w:r w:rsidR="004730F3" w:rsidRPr="009F2E9C">
        <w:rPr>
          <w:rFonts w:ascii="Calibri" w:hAnsi="Calibri" w:cs="Calibri"/>
        </w:rPr>
        <w:t xml:space="preserve"> w</w:t>
      </w:r>
      <w:r w:rsidRPr="009F2E9C">
        <w:rPr>
          <w:rFonts w:ascii="Calibri" w:hAnsi="Calibri" w:cs="Calibri"/>
        </w:rPr>
        <w:t>hen you're a child, you do those things, because it's just natural to try everything. But as an adult, you get into a habit very quickly of doing things a certain way</w:t>
      </w:r>
      <w:r w:rsidR="004730F3" w:rsidRPr="009F2E9C">
        <w:rPr>
          <w:rFonts w:ascii="Calibri" w:hAnsi="Calibri" w:cs="Calibri"/>
        </w:rPr>
        <w:t xml:space="preserve"> a</w:t>
      </w:r>
      <w:r w:rsidRPr="009F2E9C">
        <w:rPr>
          <w:rFonts w:ascii="Calibri" w:hAnsi="Calibri" w:cs="Calibri"/>
        </w:rPr>
        <w:t>nd then you forget to try and explore other things as well</w:t>
      </w:r>
      <w:r w:rsidR="004730F3" w:rsidRPr="009F2E9C">
        <w:rPr>
          <w:rFonts w:ascii="Calibri" w:hAnsi="Calibri" w:cs="Calibri"/>
        </w:rPr>
        <w:t xml:space="preserve"> a</w:t>
      </w:r>
      <w:r w:rsidRPr="009F2E9C">
        <w:rPr>
          <w:rFonts w:ascii="Calibri" w:hAnsi="Calibri" w:cs="Calibri"/>
        </w:rPr>
        <w:t>nd I'm not</w:t>
      </w:r>
      <w:r w:rsidR="004730F3" w:rsidRPr="009F2E9C">
        <w:rPr>
          <w:rFonts w:ascii="Calibri" w:hAnsi="Calibri" w:cs="Calibri"/>
        </w:rPr>
        <w:t>,</w:t>
      </w:r>
      <w:r w:rsidRPr="009F2E9C">
        <w:rPr>
          <w:rFonts w:ascii="Calibri" w:hAnsi="Calibri" w:cs="Calibri"/>
        </w:rPr>
        <w:t xml:space="preserve"> that's just not being clever</w:t>
      </w:r>
      <w:r w:rsidR="004730F3" w:rsidRPr="009F2E9C">
        <w:rPr>
          <w:rFonts w:ascii="Calibri" w:hAnsi="Calibri" w:cs="Calibri"/>
        </w:rPr>
        <w:t>, t</w:t>
      </w:r>
      <w:r w:rsidRPr="009F2E9C">
        <w:rPr>
          <w:rFonts w:ascii="Calibri" w:hAnsi="Calibri" w:cs="Calibri"/>
        </w:rPr>
        <w:t xml:space="preserve">hat's just pure human being </w:t>
      </w:r>
      <w:r w:rsidR="004730F3" w:rsidRPr="009F2E9C">
        <w:rPr>
          <w:rFonts w:ascii="Calibri" w:hAnsi="Calibri" w:cs="Calibri"/>
        </w:rPr>
        <w:t xml:space="preserve">or </w:t>
      </w:r>
      <w:r w:rsidRPr="009F2E9C">
        <w:rPr>
          <w:rFonts w:ascii="Calibri" w:hAnsi="Calibri" w:cs="Calibri"/>
        </w:rPr>
        <w:t>adult</w:t>
      </w:r>
      <w:r w:rsidR="004730F3" w:rsidRPr="009F2E9C">
        <w:rPr>
          <w:rFonts w:ascii="Calibri" w:hAnsi="Calibri" w:cs="Calibri"/>
        </w:rPr>
        <w:t xml:space="preserve"> a</w:t>
      </w:r>
      <w:r w:rsidRPr="009F2E9C">
        <w:rPr>
          <w:rFonts w:ascii="Calibri" w:hAnsi="Calibri" w:cs="Calibri"/>
        </w:rPr>
        <w:t>nd not exploring some of the things that you should explore. And this is why being childish is very, very important</w:t>
      </w:r>
      <w:r w:rsidR="009C0D03" w:rsidRPr="009F2E9C">
        <w:rPr>
          <w:rFonts w:ascii="Calibri" w:hAnsi="Calibri" w:cs="Calibri"/>
        </w:rPr>
        <w:t xml:space="preserve"> a</w:t>
      </w:r>
      <w:r w:rsidRPr="009F2E9C">
        <w:rPr>
          <w:rFonts w:ascii="Calibri" w:hAnsi="Calibri" w:cs="Calibri"/>
        </w:rPr>
        <w:t>nd not childish, in debate</w:t>
      </w:r>
      <w:r w:rsidR="009C0D03" w:rsidRPr="009F2E9C">
        <w:rPr>
          <w:rFonts w:ascii="Calibri" w:hAnsi="Calibri" w:cs="Calibri"/>
        </w:rPr>
        <w:t>, n</w:t>
      </w:r>
      <w:r w:rsidRPr="009F2E9C">
        <w:rPr>
          <w:rFonts w:ascii="Calibri" w:hAnsi="Calibri" w:cs="Calibri"/>
        </w:rPr>
        <w:t>ot childish in your attitude to people but childlike in the way you</w:t>
      </w:r>
      <w:r w:rsidR="002553BE">
        <w:rPr>
          <w:rFonts w:ascii="Calibri" w:hAnsi="Calibri" w:cs="Calibri"/>
        </w:rPr>
        <w:t>,</w:t>
      </w:r>
      <w:r w:rsidRPr="009F2E9C">
        <w:rPr>
          <w:rFonts w:ascii="Calibri" w:hAnsi="Calibri" w:cs="Calibri"/>
        </w:rPr>
        <w:t xml:space="preserve"> you respond to life's difficulties, you know, give </w:t>
      </w:r>
      <w:r w:rsidR="009C0D03" w:rsidRPr="009F2E9C">
        <w:rPr>
          <w:rFonts w:ascii="Calibri" w:hAnsi="Calibri" w:cs="Calibri"/>
        </w:rPr>
        <w:t>everything a go</w:t>
      </w:r>
      <w:r w:rsidR="002553BE">
        <w:rPr>
          <w:rFonts w:ascii="Calibri" w:hAnsi="Calibri" w:cs="Calibri"/>
        </w:rPr>
        <w:t>.</w:t>
      </w:r>
      <w:r w:rsidR="009C0D03" w:rsidRPr="009F2E9C">
        <w:rPr>
          <w:rFonts w:ascii="Calibri" w:hAnsi="Calibri" w:cs="Calibri"/>
        </w:rPr>
        <w:t xml:space="preserve"> </w:t>
      </w:r>
      <w:r w:rsidRPr="009F2E9C">
        <w:rPr>
          <w:rFonts w:ascii="Calibri" w:hAnsi="Calibri" w:cs="Calibri"/>
        </w:rPr>
        <w:t xml:space="preserve">And if it doesn't work, if it's impossible, then done. If it's improbable, you got a chance. </w:t>
      </w:r>
      <w:r w:rsidR="009C0D03" w:rsidRPr="009F2E9C">
        <w:rPr>
          <w:rFonts w:ascii="Calibri" w:hAnsi="Calibri" w:cs="Calibri"/>
        </w:rPr>
        <w:t>I</w:t>
      </w:r>
      <w:r w:rsidRPr="009F2E9C">
        <w:rPr>
          <w:rFonts w:ascii="Calibri" w:hAnsi="Calibri" w:cs="Calibri"/>
        </w:rPr>
        <w:t>f say people</w:t>
      </w:r>
      <w:r w:rsidR="002553BE">
        <w:rPr>
          <w:rFonts w:ascii="Calibri" w:hAnsi="Calibri" w:cs="Calibri"/>
        </w:rPr>
        <w:t xml:space="preserve"> </w:t>
      </w:r>
      <w:r w:rsidR="009C0D03" w:rsidRPr="009F2E9C">
        <w:rPr>
          <w:rFonts w:ascii="Calibri" w:hAnsi="Calibri" w:cs="Calibri"/>
        </w:rPr>
        <w:t>always go</w:t>
      </w:r>
      <w:r w:rsidRPr="009F2E9C">
        <w:rPr>
          <w:rFonts w:ascii="Calibri" w:hAnsi="Calibri" w:cs="Calibri"/>
        </w:rPr>
        <w:t>, that's improbable that</w:t>
      </w:r>
      <w:r w:rsidR="009C0D03" w:rsidRPr="009F2E9C">
        <w:rPr>
          <w:rFonts w:ascii="Calibri" w:hAnsi="Calibri" w:cs="Calibri"/>
        </w:rPr>
        <w:t>,</w:t>
      </w:r>
      <w:r w:rsidRPr="009F2E9C">
        <w:rPr>
          <w:rFonts w:ascii="Calibri" w:hAnsi="Calibri" w:cs="Calibri"/>
        </w:rPr>
        <w:t xml:space="preserve"> no, </w:t>
      </w:r>
      <w:r w:rsidR="009C0D03" w:rsidRPr="009F2E9C">
        <w:rPr>
          <w:rFonts w:ascii="Calibri" w:hAnsi="Calibri" w:cs="Calibri"/>
        </w:rPr>
        <w:t xml:space="preserve">well </w:t>
      </w:r>
      <w:r w:rsidRPr="009F2E9C">
        <w:rPr>
          <w:rFonts w:ascii="Calibri" w:hAnsi="Calibri" w:cs="Calibri"/>
        </w:rPr>
        <w:t>that means there's a chance</w:t>
      </w:r>
      <w:r w:rsidR="009C0D03" w:rsidRPr="009F2E9C">
        <w:rPr>
          <w:rFonts w:ascii="Calibri" w:hAnsi="Calibri" w:cs="Calibri"/>
        </w:rPr>
        <w:t>,</w:t>
      </w:r>
      <w:r w:rsidRPr="009F2E9C">
        <w:rPr>
          <w:rFonts w:ascii="Calibri" w:hAnsi="Calibri" w:cs="Calibri"/>
        </w:rPr>
        <w:t xml:space="preserve"> it might work. You just got to find a different way of doing it. You know, as I once said, to Terry </w:t>
      </w:r>
      <w:proofErr w:type="spellStart"/>
      <w:r w:rsidRPr="009F2E9C">
        <w:rPr>
          <w:rFonts w:ascii="Calibri" w:hAnsi="Calibri" w:cs="Calibri"/>
        </w:rPr>
        <w:t>Wogan</w:t>
      </w:r>
      <w:proofErr w:type="spellEnd"/>
      <w:r w:rsidR="00111FCA" w:rsidRPr="009F2E9C">
        <w:rPr>
          <w:rFonts w:ascii="Calibri" w:hAnsi="Calibri" w:cs="Calibri"/>
        </w:rPr>
        <w:t>,</w:t>
      </w:r>
      <w:r w:rsidRPr="009F2E9C">
        <w:rPr>
          <w:rFonts w:ascii="Calibri" w:hAnsi="Calibri" w:cs="Calibri"/>
        </w:rPr>
        <w:t xml:space="preserve"> when I was on a show with him, he said, Well, what's the difference? I said, </w:t>
      </w:r>
      <w:proofErr w:type="gramStart"/>
      <w:r w:rsidRPr="009F2E9C">
        <w:rPr>
          <w:rFonts w:ascii="Calibri" w:hAnsi="Calibri" w:cs="Calibri"/>
        </w:rPr>
        <w:t>Well</w:t>
      </w:r>
      <w:proofErr w:type="gramEnd"/>
      <w:r w:rsidRPr="009F2E9C">
        <w:rPr>
          <w:rFonts w:ascii="Calibri" w:hAnsi="Calibri" w:cs="Calibri"/>
        </w:rPr>
        <w:t xml:space="preserve">, what I used to do with one hand, I </w:t>
      </w:r>
      <w:r w:rsidR="00111FCA" w:rsidRPr="009F2E9C">
        <w:rPr>
          <w:rFonts w:ascii="Calibri" w:hAnsi="Calibri" w:cs="Calibri"/>
        </w:rPr>
        <w:t xml:space="preserve">now have </w:t>
      </w:r>
      <w:r w:rsidRPr="009F2E9C">
        <w:rPr>
          <w:rFonts w:ascii="Calibri" w:hAnsi="Calibri" w:cs="Calibri"/>
        </w:rPr>
        <w:t>to do with the other</w:t>
      </w:r>
      <w:r w:rsidR="009F2E9C">
        <w:rPr>
          <w:rFonts w:ascii="Calibri" w:hAnsi="Calibri" w:cs="Calibri"/>
        </w:rPr>
        <w:t xml:space="preserve"> </w:t>
      </w:r>
      <w:r w:rsidR="00111FCA" w:rsidRPr="009F2E9C">
        <w:rPr>
          <w:rFonts w:ascii="Calibri" w:hAnsi="Calibri" w:cs="Calibri"/>
        </w:rPr>
        <w:t>{laughter}</w:t>
      </w:r>
      <w:r w:rsidR="008170AF">
        <w:rPr>
          <w:rFonts w:ascii="Calibri" w:hAnsi="Calibri" w:cs="Calibri"/>
        </w:rPr>
        <w:t xml:space="preserve"> </w:t>
      </w:r>
      <w:r w:rsidRPr="009F2E9C">
        <w:rPr>
          <w:rFonts w:ascii="Calibri" w:hAnsi="Calibri" w:cs="Calibri"/>
        </w:rPr>
        <w:t>don't go there.</w:t>
      </w:r>
    </w:p>
    <w:p w14:paraId="1A9FC787" w14:textId="77777777" w:rsidR="008170AF" w:rsidRDefault="008170AF">
      <w:pPr>
        <w:spacing w:after="0"/>
        <w:rPr>
          <w:rFonts w:ascii="Calibri" w:hAnsi="Calibri" w:cs="Calibri"/>
        </w:rPr>
      </w:pPr>
    </w:p>
    <w:p w14:paraId="55F026B1" w14:textId="00140210" w:rsidR="00111FCA" w:rsidRPr="009F2E9C" w:rsidRDefault="00111FCA">
      <w:pPr>
        <w:spacing w:after="0"/>
        <w:rPr>
          <w:rFonts w:ascii="Calibri" w:hAnsi="Calibri" w:cs="Calibri"/>
        </w:rPr>
      </w:pPr>
      <w:r w:rsidRPr="009F2E9C">
        <w:rPr>
          <w:rFonts w:ascii="Calibri" w:hAnsi="Calibri" w:cs="Calibri"/>
        </w:rPr>
        <w:t xml:space="preserve">Lucy: Stop leading me up these paths, Simon </w:t>
      </w:r>
      <w:r w:rsidRPr="009F2E9C">
        <w:rPr>
          <w:rFonts w:ascii="Calibri" w:hAnsi="Calibri" w:cs="Calibri"/>
        </w:rPr>
        <w:t>{laughter}</w:t>
      </w:r>
      <w:r w:rsidRPr="009F2E9C">
        <w:rPr>
          <w:rFonts w:ascii="Calibri" w:hAnsi="Calibri" w:cs="Calibri"/>
        </w:rPr>
        <w:t xml:space="preserve"> </w:t>
      </w:r>
    </w:p>
    <w:p w14:paraId="12CEE06A" w14:textId="77777777" w:rsidR="00976992" w:rsidRPr="009F2E9C" w:rsidRDefault="00976992">
      <w:pPr>
        <w:spacing w:after="0"/>
        <w:rPr>
          <w:rFonts w:ascii="Calibri" w:hAnsi="Calibri" w:cs="Calibri"/>
        </w:rPr>
      </w:pPr>
    </w:p>
    <w:p w14:paraId="25840B91" w14:textId="10425872"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48:56</w:t>
      </w:r>
    </w:p>
    <w:p w14:paraId="55BC70F9" w14:textId="23E5BE90" w:rsidR="00976992" w:rsidRPr="009F2E9C" w:rsidRDefault="004912A8">
      <w:pPr>
        <w:spacing w:after="0"/>
        <w:rPr>
          <w:rFonts w:ascii="Calibri" w:hAnsi="Calibri" w:cs="Calibri"/>
        </w:rPr>
      </w:pPr>
      <w:r w:rsidRPr="009F2E9C">
        <w:rPr>
          <w:rFonts w:ascii="Calibri" w:hAnsi="Calibri" w:cs="Calibri"/>
        </w:rPr>
        <w:t xml:space="preserve">I </w:t>
      </w:r>
      <w:r w:rsidR="00CA1D2F" w:rsidRPr="009F2E9C">
        <w:rPr>
          <w:rFonts w:ascii="Calibri" w:hAnsi="Calibri" w:cs="Calibri"/>
        </w:rPr>
        <w:t xml:space="preserve">thought I </w:t>
      </w:r>
      <w:r w:rsidRPr="009F2E9C">
        <w:rPr>
          <w:rFonts w:ascii="Calibri" w:hAnsi="Calibri" w:cs="Calibri"/>
        </w:rPr>
        <w:t>was gonna be the one that was a problem</w:t>
      </w:r>
      <w:r w:rsidR="00CA1D2F" w:rsidRPr="009F2E9C">
        <w:rPr>
          <w:rFonts w:ascii="Calibri" w:hAnsi="Calibri" w:cs="Calibri"/>
        </w:rPr>
        <w:t xml:space="preserve"> </w:t>
      </w:r>
      <w:r w:rsidR="00CA1D2F" w:rsidRPr="009F2E9C">
        <w:rPr>
          <w:rFonts w:ascii="Calibri" w:hAnsi="Calibri" w:cs="Calibri"/>
        </w:rPr>
        <w:t>{laughter}</w:t>
      </w:r>
      <w:r w:rsidRPr="009F2E9C">
        <w:rPr>
          <w:rFonts w:ascii="Calibri" w:hAnsi="Calibri" w:cs="Calibri"/>
        </w:rPr>
        <w:t>.</w:t>
      </w:r>
    </w:p>
    <w:p w14:paraId="3946DC3F" w14:textId="77777777" w:rsidR="00976992" w:rsidRPr="009F2E9C" w:rsidRDefault="00976992">
      <w:pPr>
        <w:spacing w:after="0"/>
        <w:rPr>
          <w:rFonts w:ascii="Calibri" w:hAnsi="Calibri" w:cs="Calibri"/>
        </w:rPr>
      </w:pPr>
    </w:p>
    <w:p w14:paraId="6E7C23EB" w14:textId="4A719D76"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49:02</w:t>
      </w:r>
    </w:p>
    <w:p w14:paraId="2B7ACFB4" w14:textId="529ADCB2" w:rsidR="00976992" w:rsidRPr="009F2E9C" w:rsidRDefault="004912A8">
      <w:pPr>
        <w:spacing w:after="0"/>
        <w:rPr>
          <w:rFonts w:ascii="Calibri" w:hAnsi="Calibri" w:cs="Calibri"/>
        </w:rPr>
      </w:pPr>
      <w:r w:rsidRPr="009F2E9C">
        <w:rPr>
          <w:rFonts w:ascii="Calibri" w:hAnsi="Calibri" w:cs="Calibri"/>
        </w:rPr>
        <w:t>But it's</w:t>
      </w:r>
      <w:r w:rsidR="00CA1D2F" w:rsidRPr="009F2E9C">
        <w:rPr>
          <w:rFonts w:ascii="Calibri" w:hAnsi="Calibri" w:cs="Calibri"/>
        </w:rPr>
        <w:t>,</w:t>
      </w:r>
      <w:r w:rsidRPr="009F2E9C">
        <w:rPr>
          <w:rFonts w:ascii="Calibri" w:hAnsi="Calibri" w:cs="Calibri"/>
        </w:rPr>
        <w:t xml:space="preserve"> it is though, you mean that's all it is, </w:t>
      </w:r>
      <w:r w:rsidR="00CA1D2F" w:rsidRPr="009F2E9C">
        <w:rPr>
          <w:rFonts w:ascii="Calibri" w:hAnsi="Calibri" w:cs="Calibri"/>
        </w:rPr>
        <w:t xml:space="preserve">it’s </w:t>
      </w:r>
      <w:r w:rsidRPr="009F2E9C">
        <w:rPr>
          <w:rFonts w:ascii="Calibri" w:hAnsi="Calibri" w:cs="Calibri"/>
        </w:rPr>
        <w:t>just a new rule of discovery</w:t>
      </w:r>
      <w:r w:rsidR="007822E8" w:rsidRPr="009F2E9C">
        <w:rPr>
          <w:rFonts w:ascii="Calibri" w:hAnsi="Calibri" w:cs="Calibri"/>
        </w:rPr>
        <w:t>, a</w:t>
      </w:r>
      <w:r w:rsidRPr="009F2E9C">
        <w:rPr>
          <w:rFonts w:ascii="Calibri" w:hAnsi="Calibri" w:cs="Calibri"/>
        </w:rPr>
        <w:t>nd if you can accept yourself, as yourself, if you can like who you are, the most important thing is to like who you are, don't go into that world of love</w:t>
      </w:r>
      <w:r w:rsidR="007822E8" w:rsidRPr="009F2E9C">
        <w:rPr>
          <w:rFonts w:ascii="Calibri" w:hAnsi="Calibri" w:cs="Calibri"/>
        </w:rPr>
        <w:t>, i</w:t>
      </w:r>
      <w:r w:rsidRPr="009F2E9C">
        <w:rPr>
          <w:rFonts w:ascii="Calibri" w:hAnsi="Calibri" w:cs="Calibri"/>
        </w:rPr>
        <w:t>f you love who you are, you</w:t>
      </w:r>
      <w:r w:rsidR="00756AEA" w:rsidRPr="009F2E9C">
        <w:rPr>
          <w:rFonts w:ascii="Calibri" w:hAnsi="Calibri" w:cs="Calibri"/>
        </w:rPr>
        <w:t>’ll</w:t>
      </w:r>
      <w:r w:rsidRPr="009F2E9C">
        <w:rPr>
          <w:rFonts w:ascii="Calibri" w:hAnsi="Calibri" w:cs="Calibri"/>
        </w:rPr>
        <w:t xml:space="preserve"> probably forget what it's like to care about other people, because you're too involved with yourself. But if you like who you are, and you like your contribution to life, you want to do more, you have aims, you have ambitions, but you don't want to exclude other people, but you want to try and get the best out of yourself. The more you make those efforts, the better life will be</w:t>
      </w:r>
      <w:r w:rsidR="00756AEA" w:rsidRPr="009F2E9C">
        <w:rPr>
          <w:rFonts w:ascii="Calibri" w:hAnsi="Calibri" w:cs="Calibri"/>
        </w:rPr>
        <w:t xml:space="preserve"> a</w:t>
      </w:r>
      <w:r w:rsidRPr="009F2E9C">
        <w:rPr>
          <w:rFonts w:ascii="Calibri" w:hAnsi="Calibri" w:cs="Calibri"/>
        </w:rPr>
        <w:t>nd I always say to young people, and especially young men as well, young boys in school, I say, You know guys, like who you are</w:t>
      </w:r>
      <w:r w:rsidR="00756AEA" w:rsidRPr="009F2E9C">
        <w:rPr>
          <w:rFonts w:ascii="Calibri" w:hAnsi="Calibri" w:cs="Calibri"/>
        </w:rPr>
        <w:t>,</w:t>
      </w:r>
      <w:r w:rsidRPr="009F2E9C">
        <w:rPr>
          <w:rFonts w:ascii="Calibri" w:hAnsi="Calibri" w:cs="Calibri"/>
        </w:rPr>
        <w:t xml:space="preserve"> really like who you are</w:t>
      </w:r>
      <w:r w:rsidR="00756AEA" w:rsidRPr="009F2E9C">
        <w:rPr>
          <w:rFonts w:ascii="Calibri" w:hAnsi="Calibri" w:cs="Calibri"/>
        </w:rPr>
        <w:t xml:space="preserve"> b</w:t>
      </w:r>
      <w:r w:rsidRPr="009F2E9C">
        <w:rPr>
          <w:rFonts w:ascii="Calibri" w:hAnsi="Calibri" w:cs="Calibri"/>
        </w:rPr>
        <w:t>ecause one day you could be in a relationship with</w:t>
      </w:r>
      <w:r w:rsidR="00756AEA" w:rsidRPr="009F2E9C">
        <w:rPr>
          <w:rFonts w:ascii="Calibri" w:hAnsi="Calibri" w:cs="Calibri"/>
        </w:rPr>
        <w:t>, and there</w:t>
      </w:r>
      <w:r w:rsidR="009F2E9C">
        <w:rPr>
          <w:rFonts w:ascii="Calibri" w:hAnsi="Calibri" w:cs="Calibri"/>
        </w:rPr>
        <w:t xml:space="preserve"> </w:t>
      </w:r>
      <w:r w:rsidRPr="009F2E9C">
        <w:rPr>
          <w:rFonts w:ascii="Calibri" w:hAnsi="Calibri" w:cs="Calibri"/>
        </w:rPr>
        <w:t xml:space="preserve">could be two of you in that relationship </w:t>
      </w:r>
      <w:r w:rsidRPr="009F2E9C">
        <w:rPr>
          <w:rFonts w:ascii="Calibri" w:hAnsi="Calibri" w:cs="Calibri"/>
        </w:rPr>
        <w:lastRenderedPageBreak/>
        <w:t>that don't like who you are, you know</w:t>
      </w:r>
      <w:r w:rsidR="00756AEA" w:rsidRPr="009F2E9C">
        <w:rPr>
          <w:rFonts w:ascii="Calibri" w:hAnsi="Calibri" w:cs="Calibri"/>
        </w:rPr>
        <w:t>, d</w:t>
      </w:r>
      <w:r w:rsidRPr="009F2E9C">
        <w:rPr>
          <w:rFonts w:ascii="Calibri" w:hAnsi="Calibri" w:cs="Calibri"/>
        </w:rPr>
        <w:t>on't get caught up in disliking you</w:t>
      </w:r>
      <w:r w:rsidR="00756AEA" w:rsidRPr="009F2E9C">
        <w:rPr>
          <w:rFonts w:ascii="Calibri" w:hAnsi="Calibri" w:cs="Calibri"/>
        </w:rPr>
        <w:t xml:space="preserve"> b</w:t>
      </w:r>
      <w:r w:rsidRPr="009F2E9C">
        <w:rPr>
          <w:rFonts w:ascii="Calibri" w:hAnsi="Calibri" w:cs="Calibri"/>
        </w:rPr>
        <w:t xml:space="preserve">ecause you know, </w:t>
      </w:r>
      <w:r w:rsidR="00613888" w:rsidRPr="009F2E9C">
        <w:rPr>
          <w:rFonts w:ascii="Calibri" w:hAnsi="Calibri" w:cs="Calibri"/>
        </w:rPr>
        <w:t xml:space="preserve">and </w:t>
      </w:r>
      <w:r w:rsidRPr="009F2E9C">
        <w:rPr>
          <w:rFonts w:ascii="Calibri" w:hAnsi="Calibri" w:cs="Calibri"/>
        </w:rPr>
        <w:t xml:space="preserve">I </w:t>
      </w:r>
      <w:r w:rsidR="00613888" w:rsidRPr="009F2E9C">
        <w:rPr>
          <w:rFonts w:ascii="Calibri" w:hAnsi="Calibri" w:cs="Calibri"/>
        </w:rPr>
        <w:t xml:space="preserve">aim that </w:t>
      </w:r>
      <w:r w:rsidRPr="009F2E9C">
        <w:rPr>
          <w:rFonts w:ascii="Calibri" w:hAnsi="Calibri" w:cs="Calibri"/>
        </w:rPr>
        <w:t xml:space="preserve">at young boys because what people don't </w:t>
      </w:r>
      <w:r w:rsidR="00C12F2B">
        <w:rPr>
          <w:rFonts w:ascii="Calibri" w:hAnsi="Calibri" w:cs="Calibri"/>
        </w:rPr>
        <w:t>realise</w:t>
      </w:r>
      <w:r w:rsidRPr="009F2E9C">
        <w:rPr>
          <w:rFonts w:ascii="Calibri" w:hAnsi="Calibri" w:cs="Calibri"/>
        </w:rPr>
        <w:t xml:space="preserve"> is more young men take their lives than anybody else</w:t>
      </w:r>
      <w:r w:rsidR="00613888" w:rsidRPr="009F2E9C">
        <w:rPr>
          <w:rFonts w:ascii="Calibri" w:hAnsi="Calibri" w:cs="Calibri"/>
        </w:rPr>
        <w:t>, f</w:t>
      </w:r>
      <w:r w:rsidRPr="009F2E9C">
        <w:rPr>
          <w:rFonts w:ascii="Calibri" w:hAnsi="Calibri" w:cs="Calibri"/>
        </w:rPr>
        <w:t xml:space="preserve">or whatever reason, you know, and I just want people </w:t>
      </w:r>
      <w:r w:rsidR="00613888" w:rsidRPr="009F2E9C">
        <w:rPr>
          <w:rFonts w:ascii="Calibri" w:hAnsi="Calibri" w:cs="Calibri"/>
        </w:rPr>
        <w:t xml:space="preserve">to </w:t>
      </w:r>
      <w:r w:rsidRPr="009F2E9C">
        <w:rPr>
          <w:rFonts w:ascii="Calibri" w:hAnsi="Calibri" w:cs="Calibri"/>
        </w:rPr>
        <w:t>like who they are, you know, if you put</w:t>
      </w:r>
      <w:r w:rsidR="006A3BBF" w:rsidRPr="009F2E9C">
        <w:rPr>
          <w:rFonts w:ascii="Calibri" w:hAnsi="Calibri" w:cs="Calibri"/>
        </w:rPr>
        <w:t>,</w:t>
      </w:r>
      <w:r w:rsidRPr="009F2E9C">
        <w:rPr>
          <w:rFonts w:ascii="Calibri" w:hAnsi="Calibri" w:cs="Calibri"/>
        </w:rPr>
        <w:t xml:space="preserve"> if you give the world your greatest contribution, and it's not enough, that's fine, because you gave it your best. But if you</w:t>
      </w:r>
      <w:r w:rsidR="008170AF">
        <w:rPr>
          <w:rFonts w:ascii="Calibri" w:hAnsi="Calibri" w:cs="Calibri"/>
        </w:rPr>
        <w:t>,</w:t>
      </w:r>
      <w:r w:rsidRPr="009F2E9C">
        <w:rPr>
          <w:rFonts w:ascii="Calibri" w:hAnsi="Calibri" w:cs="Calibri"/>
        </w:rPr>
        <w:t xml:space="preserve"> if you struggled, or you don't give it your best, you know, then the options are shutting down for you. And you</w:t>
      </w:r>
      <w:r w:rsidR="00613888" w:rsidRPr="009F2E9C">
        <w:rPr>
          <w:rFonts w:ascii="Calibri" w:hAnsi="Calibri" w:cs="Calibri"/>
        </w:rPr>
        <w:t>’re</w:t>
      </w:r>
      <w:r w:rsidRPr="009F2E9C">
        <w:rPr>
          <w:rFonts w:ascii="Calibri" w:hAnsi="Calibri" w:cs="Calibri"/>
        </w:rPr>
        <w:t xml:space="preserve"> never going to be happy with who you are. And that's what it's all about</w:t>
      </w:r>
      <w:r w:rsidR="00613888" w:rsidRPr="009F2E9C">
        <w:rPr>
          <w:rFonts w:ascii="Calibri" w:hAnsi="Calibri" w:cs="Calibri"/>
        </w:rPr>
        <w:t>, j</w:t>
      </w:r>
      <w:r w:rsidRPr="009F2E9C">
        <w:rPr>
          <w:rFonts w:ascii="Calibri" w:hAnsi="Calibri" w:cs="Calibri"/>
        </w:rPr>
        <w:t>ust be happy with who you are, look, there are things we can't stop, we can't change</w:t>
      </w:r>
      <w:r w:rsidR="00613888" w:rsidRPr="009F2E9C">
        <w:rPr>
          <w:rFonts w:ascii="Calibri" w:hAnsi="Calibri" w:cs="Calibri"/>
        </w:rPr>
        <w:t xml:space="preserve"> and </w:t>
      </w:r>
      <w:r w:rsidRPr="009F2E9C">
        <w:rPr>
          <w:rFonts w:ascii="Calibri" w:hAnsi="Calibri" w:cs="Calibri"/>
        </w:rPr>
        <w:t>there's absolutely nothing in your rearview mirror you can do anything about</w:t>
      </w:r>
      <w:r w:rsidR="007965F3" w:rsidRPr="009F2E9C">
        <w:rPr>
          <w:rFonts w:ascii="Calibri" w:hAnsi="Calibri" w:cs="Calibri"/>
        </w:rPr>
        <w:t>,</w:t>
      </w:r>
      <w:r w:rsidRPr="009F2E9C">
        <w:rPr>
          <w:rFonts w:ascii="Calibri" w:hAnsi="Calibri" w:cs="Calibri"/>
        </w:rPr>
        <w:t xml:space="preserve"> right, everything is in the headlights of your vehicle. Look to the future</w:t>
      </w:r>
      <w:r w:rsidR="007965F3" w:rsidRPr="009F2E9C">
        <w:rPr>
          <w:rFonts w:ascii="Calibri" w:hAnsi="Calibri" w:cs="Calibri"/>
        </w:rPr>
        <w:t>,</w:t>
      </w:r>
      <w:r w:rsidRPr="009F2E9C">
        <w:rPr>
          <w:rFonts w:ascii="Calibri" w:hAnsi="Calibri" w:cs="Calibri"/>
        </w:rPr>
        <w:t xml:space="preserve"> plan for the future, you're in control, you're the one driving it. But if you give in to everything else, you will never ever take that vehicle where you want it to go. You won't turn right or left at the right time, you won't get to the roundabout of life and decide which junction you're coming off </w:t>
      </w:r>
      <w:r w:rsidR="007965F3" w:rsidRPr="009F2E9C">
        <w:rPr>
          <w:rFonts w:ascii="Calibri" w:hAnsi="Calibri" w:cs="Calibri"/>
        </w:rPr>
        <w:t>at, y</w:t>
      </w:r>
      <w:r w:rsidRPr="009F2E9C">
        <w:rPr>
          <w:rFonts w:ascii="Calibri" w:hAnsi="Calibri" w:cs="Calibri"/>
        </w:rPr>
        <w:t xml:space="preserve">ou </w:t>
      </w:r>
      <w:r w:rsidR="007965F3" w:rsidRPr="009F2E9C">
        <w:rPr>
          <w:rFonts w:ascii="Calibri" w:hAnsi="Calibri" w:cs="Calibri"/>
        </w:rPr>
        <w:t xml:space="preserve">are </w:t>
      </w:r>
      <w:r w:rsidRPr="009F2E9C">
        <w:rPr>
          <w:rFonts w:ascii="Calibri" w:hAnsi="Calibri" w:cs="Calibri"/>
        </w:rPr>
        <w:t>the one in charge. So</w:t>
      </w:r>
      <w:r w:rsidR="008170AF">
        <w:rPr>
          <w:rFonts w:ascii="Calibri" w:hAnsi="Calibri" w:cs="Calibri"/>
        </w:rPr>
        <w:t>,</w:t>
      </w:r>
      <w:r w:rsidRPr="009F2E9C">
        <w:rPr>
          <w:rFonts w:ascii="Calibri" w:hAnsi="Calibri" w:cs="Calibri"/>
        </w:rPr>
        <w:t xml:space="preserve"> stop looking in the rearview mirror, there's nothing in there, that's gonna help you for tomorrow. So</w:t>
      </w:r>
      <w:r w:rsidR="008170AF">
        <w:rPr>
          <w:rFonts w:ascii="Calibri" w:hAnsi="Calibri" w:cs="Calibri"/>
        </w:rPr>
        <w:t>,</w:t>
      </w:r>
      <w:r w:rsidRPr="009F2E9C">
        <w:rPr>
          <w:rFonts w:ascii="Calibri" w:hAnsi="Calibri" w:cs="Calibri"/>
        </w:rPr>
        <w:t xml:space="preserve"> you know, I've always said this, take the lessons of life to the future with you, not the baggage. The baggage is too heavy, too cumbersome, it will weigh you down. And you will spend more time arguing about trivia</w:t>
      </w:r>
      <w:r w:rsidR="00B753E1" w:rsidRPr="009F2E9C">
        <w:rPr>
          <w:rFonts w:ascii="Calibri" w:hAnsi="Calibri" w:cs="Calibri"/>
        </w:rPr>
        <w:t xml:space="preserve"> a</w:t>
      </w:r>
      <w:r w:rsidRPr="009F2E9C">
        <w:rPr>
          <w:rFonts w:ascii="Calibri" w:hAnsi="Calibri" w:cs="Calibri"/>
        </w:rPr>
        <w:t>nd we listen to it all the time on TV, people arguing about trivia and about things that they're all Facebook experts on</w:t>
      </w:r>
      <w:r w:rsidR="00F45185" w:rsidRPr="009F2E9C">
        <w:rPr>
          <w:rFonts w:ascii="Calibri" w:hAnsi="Calibri" w:cs="Calibri"/>
        </w:rPr>
        <w:t xml:space="preserve">, you know, </w:t>
      </w:r>
      <w:r w:rsidRPr="009F2E9C">
        <w:rPr>
          <w:rFonts w:ascii="Calibri" w:hAnsi="Calibri" w:cs="Calibri"/>
        </w:rPr>
        <w:t>I'm sick and tired of watching the media on telly</w:t>
      </w:r>
      <w:r w:rsidR="00F45185" w:rsidRPr="009F2E9C">
        <w:rPr>
          <w:rFonts w:ascii="Calibri" w:hAnsi="Calibri" w:cs="Calibri"/>
        </w:rPr>
        <w:t xml:space="preserve"> a</w:t>
      </w:r>
      <w:r w:rsidRPr="009F2E9C">
        <w:rPr>
          <w:rFonts w:ascii="Calibri" w:hAnsi="Calibri" w:cs="Calibri"/>
        </w:rPr>
        <w:t>nd I'm waiting for them to say</w:t>
      </w:r>
      <w:r w:rsidR="001A0EC3" w:rsidRPr="009F2E9C">
        <w:rPr>
          <w:rFonts w:ascii="Calibri" w:hAnsi="Calibri" w:cs="Calibri"/>
        </w:rPr>
        <w:t xml:space="preserve"> ‘a</w:t>
      </w:r>
      <w:r w:rsidRPr="009F2E9C">
        <w:rPr>
          <w:rFonts w:ascii="Calibri" w:hAnsi="Calibri" w:cs="Calibri"/>
        </w:rPr>
        <w:t>nd here we are</w:t>
      </w:r>
      <w:r w:rsidR="001A0EC3" w:rsidRPr="009F2E9C">
        <w:rPr>
          <w:rFonts w:ascii="Calibri" w:hAnsi="Calibri" w:cs="Calibri"/>
        </w:rPr>
        <w:t>, w</w:t>
      </w:r>
      <w:r w:rsidRPr="009F2E9C">
        <w:rPr>
          <w:rFonts w:ascii="Calibri" w:hAnsi="Calibri" w:cs="Calibri"/>
        </w:rPr>
        <w:t xml:space="preserve">e now have our Facebook panel of </w:t>
      </w:r>
      <w:r w:rsidR="001A0EC3" w:rsidRPr="009F2E9C">
        <w:rPr>
          <w:rFonts w:ascii="Calibri" w:hAnsi="Calibri" w:cs="Calibri"/>
        </w:rPr>
        <w:t xml:space="preserve">bar room </w:t>
      </w:r>
      <w:r w:rsidRPr="009F2E9C">
        <w:rPr>
          <w:rFonts w:ascii="Calibri" w:hAnsi="Calibri" w:cs="Calibri"/>
        </w:rPr>
        <w:t>professors who are going to tell us all about</w:t>
      </w:r>
      <w:r w:rsidR="001A0EC3" w:rsidRPr="009F2E9C">
        <w:rPr>
          <w:rFonts w:ascii="Calibri" w:hAnsi="Calibri" w:cs="Calibri"/>
        </w:rPr>
        <w:t>,</w:t>
      </w:r>
      <w:r w:rsidRPr="009F2E9C">
        <w:rPr>
          <w:rFonts w:ascii="Calibri" w:hAnsi="Calibri" w:cs="Calibri"/>
        </w:rPr>
        <w:t xml:space="preserve"> and we're all experts on yesterday</w:t>
      </w:r>
      <w:r w:rsidR="001A0EC3" w:rsidRPr="009F2E9C">
        <w:rPr>
          <w:rFonts w:ascii="Calibri" w:hAnsi="Calibri" w:cs="Calibri"/>
        </w:rPr>
        <w:t>’</w:t>
      </w:r>
      <w:r w:rsidR="009F2E9C">
        <w:rPr>
          <w:rFonts w:ascii="Calibri" w:hAnsi="Calibri" w:cs="Calibri"/>
        </w:rPr>
        <w:t xml:space="preserve"> </w:t>
      </w:r>
    </w:p>
    <w:p w14:paraId="217F046F" w14:textId="77777777" w:rsidR="00976992" w:rsidRPr="009F2E9C" w:rsidRDefault="00976992">
      <w:pPr>
        <w:spacing w:after="0"/>
        <w:rPr>
          <w:rFonts w:ascii="Calibri" w:hAnsi="Calibri" w:cs="Calibri"/>
        </w:rPr>
      </w:pPr>
    </w:p>
    <w:p w14:paraId="20D9DA36" w14:textId="5354C36A"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52:06</w:t>
      </w:r>
    </w:p>
    <w:p w14:paraId="51FFEDE3" w14:textId="3D4D8160" w:rsidR="00976992" w:rsidRPr="009F2E9C" w:rsidRDefault="001A0EC3">
      <w:pPr>
        <w:spacing w:after="0"/>
        <w:rPr>
          <w:rFonts w:ascii="Calibri" w:hAnsi="Calibri" w:cs="Calibri"/>
        </w:rPr>
      </w:pPr>
      <w:r w:rsidRPr="009F2E9C">
        <w:rPr>
          <w:rFonts w:ascii="Calibri" w:hAnsi="Calibri" w:cs="Calibri"/>
        </w:rPr>
        <w:t xml:space="preserve">Joan </w:t>
      </w:r>
      <w:r w:rsidR="004912A8" w:rsidRPr="009F2E9C">
        <w:rPr>
          <w:rFonts w:ascii="Calibri" w:hAnsi="Calibri" w:cs="Calibri"/>
        </w:rPr>
        <w:t>from Tesco has made an appearance on the Facebook panel fo</w:t>
      </w:r>
      <w:r w:rsidR="008170AF">
        <w:rPr>
          <w:rFonts w:ascii="Calibri" w:hAnsi="Calibri" w:cs="Calibri"/>
        </w:rPr>
        <w:t>r</w:t>
      </w:r>
      <w:r w:rsidRPr="009F2E9C">
        <w:rPr>
          <w:rFonts w:ascii="Calibri" w:hAnsi="Calibri" w:cs="Calibri"/>
        </w:rPr>
        <w:t xml:space="preserve"> BBC 2’s</w:t>
      </w:r>
      <w:r w:rsidR="00FB74C4" w:rsidRPr="009F2E9C">
        <w:rPr>
          <w:rFonts w:ascii="Calibri" w:hAnsi="Calibri" w:cs="Calibri"/>
        </w:rPr>
        <w:t>…</w:t>
      </w:r>
      <w:r w:rsidR="009F2E9C">
        <w:rPr>
          <w:rFonts w:ascii="Calibri" w:hAnsi="Calibri" w:cs="Calibri"/>
        </w:rPr>
        <w:t xml:space="preserve"> </w:t>
      </w:r>
    </w:p>
    <w:p w14:paraId="2DDAC893" w14:textId="77777777" w:rsidR="008170AF" w:rsidRDefault="008170AF">
      <w:pPr>
        <w:spacing w:after="0"/>
        <w:rPr>
          <w:rFonts w:ascii="Calibri" w:hAnsi="Calibri" w:cs="Calibri"/>
        </w:rPr>
      </w:pPr>
    </w:p>
    <w:p w14:paraId="6255F102" w14:textId="1A1189A9"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52:12</w:t>
      </w:r>
    </w:p>
    <w:p w14:paraId="5CFF904D" w14:textId="5742A5A5" w:rsidR="00976992" w:rsidRPr="009F2E9C" w:rsidRDefault="00FB74C4">
      <w:pPr>
        <w:spacing w:after="0"/>
        <w:rPr>
          <w:rFonts w:ascii="Calibri" w:hAnsi="Calibri" w:cs="Calibri"/>
        </w:rPr>
      </w:pPr>
      <w:r w:rsidRPr="009F2E9C">
        <w:rPr>
          <w:rFonts w:ascii="Calibri" w:hAnsi="Calibri" w:cs="Calibri"/>
        </w:rPr>
        <w:t xml:space="preserve">Brilliant! Exactly, how many </w:t>
      </w:r>
      <w:r w:rsidR="004912A8" w:rsidRPr="009F2E9C">
        <w:rPr>
          <w:rFonts w:ascii="Calibri" w:hAnsi="Calibri" w:cs="Calibri"/>
        </w:rPr>
        <w:t>experts on</w:t>
      </w:r>
      <w:r w:rsidRPr="009F2E9C">
        <w:rPr>
          <w:rFonts w:ascii="Calibri" w:hAnsi="Calibri" w:cs="Calibri"/>
        </w:rPr>
        <w:t xml:space="preserve"> ’the Vid’</w:t>
      </w:r>
      <w:r w:rsidR="009F2E9C">
        <w:rPr>
          <w:rFonts w:ascii="Calibri" w:hAnsi="Calibri" w:cs="Calibri"/>
        </w:rPr>
        <w:t xml:space="preserve"> </w:t>
      </w:r>
      <w:r w:rsidRPr="009F2E9C">
        <w:rPr>
          <w:rFonts w:ascii="Calibri" w:hAnsi="Calibri" w:cs="Calibri"/>
        </w:rPr>
        <w:t>{laughter}</w:t>
      </w:r>
      <w:r w:rsidRPr="009F2E9C">
        <w:rPr>
          <w:rFonts w:ascii="Calibri" w:hAnsi="Calibri" w:cs="Calibri"/>
        </w:rPr>
        <w:t xml:space="preserve"> and how</w:t>
      </w:r>
      <w:r w:rsidR="003B5A47" w:rsidRPr="009F2E9C">
        <w:rPr>
          <w:rFonts w:ascii="Calibri" w:hAnsi="Calibri" w:cs="Calibri"/>
        </w:rPr>
        <w:t xml:space="preserve"> many people</w:t>
      </w:r>
      <w:r w:rsidR="009F2E9C">
        <w:rPr>
          <w:rFonts w:ascii="Calibri" w:hAnsi="Calibri" w:cs="Calibri"/>
        </w:rPr>
        <w:t xml:space="preserve"> </w:t>
      </w:r>
    </w:p>
    <w:p w14:paraId="1668A609" w14:textId="77777777" w:rsidR="008170AF" w:rsidRDefault="008170AF">
      <w:pPr>
        <w:spacing w:after="0"/>
        <w:rPr>
          <w:rFonts w:ascii="Calibri" w:hAnsi="Calibri" w:cs="Calibri"/>
        </w:rPr>
      </w:pPr>
    </w:p>
    <w:p w14:paraId="534FAF17" w14:textId="61690EC6"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52:19</w:t>
      </w:r>
    </w:p>
    <w:p w14:paraId="32FCEC62" w14:textId="259D1539" w:rsidR="00976992" w:rsidRPr="009F2E9C" w:rsidRDefault="003B5A47">
      <w:pPr>
        <w:spacing w:after="0"/>
        <w:rPr>
          <w:rFonts w:ascii="Calibri" w:hAnsi="Calibri" w:cs="Calibri"/>
        </w:rPr>
      </w:pPr>
      <w:r w:rsidRPr="009F2E9C">
        <w:rPr>
          <w:rFonts w:ascii="Calibri" w:hAnsi="Calibri" w:cs="Calibri"/>
        </w:rPr>
        <w:t xml:space="preserve">I just like the fact that ‘the Vid’ makes it sound like some </w:t>
      </w:r>
      <w:r w:rsidR="004912A8" w:rsidRPr="009F2E9C">
        <w:rPr>
          <w:rFonts w:ascii="Calibri" w:hAnsi="Calibri" w:cs="Calibri"/>
        </w:rPr>
        <w:t xml:space="preserve">trendy channel </w:t>
      </w:r>
      <w:r w:rsidRPr="009F2E9C">
        <w:rPr>
          <w:rFonts w:ascii="Calibri" w:hAnsi="Calibri" w:cs="Calibri"/>
        </w:rPr>
        <w:t xml:space="preserve">4 show </w:t>
      </w:r>
    </w:p>
    <w:p w14:paraId="487655F9" w14:textId="77777777" w:rsidR="003B5A47" w:rsidRPr="009F2E9C" w:rsidRDefault="003B5A47">
      <w:pPr>
        <w:spacing w:after="0"/>
        <w:rPr>
          <w:rFonts w:ascii="Calibri" w:hAnsi="Calibri" w:cs="Calibri"/>
        </w:rPr>
      </w:pPr>
    </w:p>
    <w:p w14:paraId="3DA0F692" w14:textId="77777777" w:rsidR="008170AF" w:rsidRDefault="003B5A47">
      <w:pPr>
        <w:spacing w:after="0"/>
        <w:rPr>
          <w:rFonts w:ascii="Calibri" w:hAnsi="Calibri" w:cs="Calibri"/>
        </w:rPr>
      </w:pPr>
      <w:r w:rsidRPr="009F2E9C">
        <w:rPr>
          <w:rFonts w:ascii="Calibri" w:hAnsi="Calibri" w:cs="Calibri"/>
        </w:rPr>
        <w:t>Alice: It really does, doesn’t it?!</w:t>
      </w:r>
    </w:p>
    <w:p w14:paraId="619AFF15" w14:textId="77777777" w:rsidR="008170AF" w:rsidRDefault="008170AF">
      <w:pPr>
        <w:spacing w:after="0"/>
        <w:rPr>
          <w:rFonts w:ascii="Calibri" w:hAnsi="Calibri" w:cs="Calibri"/>
        </w:rPr>
      </w:pPr>
    </w:p>
    <w:p w14:paraId="7629CB43" w14:textId="578053D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 xml:space="preserve">52:25 </w:t>
      </w:r>
      <w:r w:rsidR="003B5A47" w:rsidRPr="009F2E9C">
        <w:rPr>
          <w:rFonts w:ascii="Calibri" w:hAnsi="Calibri" w:cs="Calibri"/>
        </w:rPr>
        <w:t xml:space="preserve">‘oh, he’s </w:t>
      </w:r>
      <w:r w:rsidRPr="009F2E9C">
        <w:rPr>
          <w:rFonts w:ascii="Calibri" w:hAnsi="Calibri" w:cs="Calibri"/>
        </w:rPr>
        <w:t>off today</w:t>
      </w:r>
      <w:r w:rsidR="003B5A47" w:rsidRPr="009F2E9C">
        <w:rPr>
          <w:rFonts w:ascii="Calibri" w:hAnsi="Calibri" w:cs="Calibri"/>
        </w:rPr>
        <w:t>, h</w:t>
      </w:r>
      <w:r w:rsidRPr="009F2E9C">
        <w:rPr>
          <w:rFonts w:ascii="Calibri" w:hAnsi="Calibri" w:cs="Calibri"/>
        </w:rPr>
        <w:t>e's got the flu</w:t>
      </w:r>
      <w:r w:rsidR="003B5A47" w:rsidRPr="009F2E9C">
        <w:rPr>
          <w:rFonts w:ascii="Calibri" w:hAnsi="Calibri" w:cs="Calibri"/>
        </w:rPr>
        <w:t>’</w:t>
      </w:r>
      <w:r w:rsidRPr="009F2E9C">
        <w:rPr>
          <w:rFonts w:ascii="Calibri" w:hAnsi="Calibri" w:cs="Calibri"/>
        </w:rPr>
        <w:t>. Nobody's calling it influenza</w:t>
      </w:r>
      <w:r w:rsidR="003B5A47" w:rsidRPr="009F2E9C">
        <w:rPr>
          <w:rFonts w:ascii="Calibri" w:hAnsi="Calibri" w:cs="Calibri"/>
        </w:rPr>
        <w:t>,</w:t>
      </w:r>
      <w:r w:rsidRPr="009F2E9C">
        <w:rPr>
          <w:rFonts w:ascii="Calibri" w:hAnsi="Calibri" w:cs="Calibri"/>
        </w:rPr>
        <w:t xml:space="preserve"> </w:t>
      </w:r>
      <w:r w:rsidR="003B5A47" w:rsidRPr="009F2E9C">
        <w:rPr>
          <w:rFonts w:ascii="Calibri" w:hAnsi="Calibri" w:cs="Calibri"/>
        </w:rPr>
        <w:t xml:space="preserve">it’s the flu, </w:t>
      </w:r>
      <w:r w:rsidR="008170AF" w:rsidRPr="009F2E9C">
        <w:rPr>
          <w:rFonts w:ascii="Calibri" w:hAnsi="Calibri" w:cs="Calibri"/>
        </w:rPr>
        <w:t>so</w:t>
      </w:r>
      <w:r w:rsidRPr="009F2E9C">
        <w:rPr>
          <w:rFonts w:ascii="Calibri" w:hAnsi="Calibri" w:cs="Calibri"/>
        </w:rPr>
        <w:t xml:space="preserve"> this is the vid. Right</w:t>
      </w:r>
      <w:r w:rsidR="00111868" w:rsidRPr="009F2E9C">
        <w:rPr>
          <w:rFonts w:ascii="Calibri" w:hAnsi="Calibri" w:cs="Calibri"/>
        </w:rPr>
        <w:t>, s</w:t>
      </w:r>
      <w:r w:rsidRPr="009F2E9C">
        <w:rPr>
          <w:rFonts w:ascii="Calibri" w:hAnsi="Calibri" w:cs="Calibri"/>
        </w:rPr>
        <w:t>o we've had the flu</w:t>
      </w:r>
      <w:r w:rsidR="00111868" w:rsidRPr="009F2E9C">
        <w:rPr>
          <w:rFonts w:ascii="Calibri" w:hAnsi="Calibri" w:cs="Calibri"/>
        </w:rPr>
        <w:t>,</w:t>
      </w:r>
      <w:r w:rsidRPr="009F2E9C">
        <w:rPr>
          <w:rFonts w:ascii="Calibri" w:hAnsi="Calibri" w:cs="Calibri"/>
        </w:rPr>
        <w:t xml:space="preserve"> </w:t>
      </w:r>
      <w:r w:rsidR="00111868" w:rsidRPr="009F2E9C">
        <w:rPr>
          <w:rFonts w:ascii="Calibri" w:hAnsi="Calibri" w:cs="Calibri"/>
        </w:rPr>
        <w:t xml:space="preserve">now </w:t>
      </w:r>
      <w:r w:rsidRPr="009F2E9C">
        <w:rPr>
          <w:rFonts w:ascii="Calibri" w:hAnsi="Calibri" w:cs="Calibri"/>
        </w:rPr>
        <w:t>we</w:t>
      </w:r>
      <w:r w:rsidR="00111868" w:rsidRPr="009F2E9C">
        <w:rPr>
          <w:rFonts w:ascii="Calibri" w:hAnsi="Calibri" w:cs="Calibri"/>
        </w:rPr>
        <w:t>’ve</w:t>
      </w:r>
      <w:r w:rsidR="009F2E9C">
        <w:rPr>
          <w:rFonts w:ascii="Calibri" w:hAnsi="Calibri" w:cs="Calibri"/>
        </w:rPr>
        <w:t xml:space="preserve"> </w:t>
      </w:r>
      <w:r w:rsidRPr="009F2E9C">
        <w:rPr>
          <w:rFonts w:ascii="Calibri" w:hAnsi="Calibri" w:cs="Calibri"/>
        </w:rPr>
        <w:t xml:space="preserve">got the vid. </w:t>
      </w:r>
      <w:r w:rsidR="00111868" w:rsidRPr="009F2E9C">
        <w:rPr>
          <w:rFonts w:ascii="Calibri" w:hAnsi="Calibri" w:cs="Calibri"/>
        </w:rPr>
        <w:t>{laughter}</w:t>
      </w:r>
      <w:r w:rsidR="00111868" w:rsidRPr="009F2E9C">
        <w:rPr>
          <w:rFonts w:ascii="Calibri" w:hAnsi="Calibri" w:cs="Calibri"/>
        </w:rPr>
        <w:t xml:space="preserve"> </w:t>
      </w:r>
      <w:r w:rsidRPr="009F2E9C">
        <w:rPr>
          <w:rFonts w:ascii="Calibri" w:hAnsi="Calibri" w:cs="Calibri"/>
        </w:rPr>
        <w:t>But the fact of the matter is, you know there is so many people that are experts</w:t>
      </w:r>
      <w:r w:rsidR="00111868" w:rsidRPr="009F2E9C">
        <w:rPr>
          <w:rFonts w:ascii="Calibri" w:hAnsi="Calibri" w:cs="Calibri"/>
        </w:rPr>
        <w:t xml:space="preserve"> </w:t>
      </w:r>
      <w:r w:rsidRPr="009F2E9C">
        <w:rPr>
          <w:rFonts w:ascii="Calibri" w:hAnsi="Calibri" w:cs="Calibri"/>
        </w:rPr>
        <w:t>24 hours after the announcement about statistics and everything</w:t>
      </w:r>
      <w:r w:rsidR="00111868" w:rsidRPr="009F2E9C">
        <w:rPr>
          <w:rFonts w:ascii="Calibri" w:hAnsi="Calibri" w:cs="Calibri"/>
        </w:rPr>
        <w:t xml:space="preserve"> else, a</w:t>
      </w:r>
      <w:r w:rsidRPr="009F2E9C">
        <w:rPr>
          <w:rFonts w:ascii="Calibri" w:hAnsi="Calibri" w:cs="Calibri"/>
        </w:rPr>
        <w:t>nd the fact of the matter is, it's eas</w:t>
      </w:r>
      <w:r w:rsidR="00111868" w:rsidRPr="009F2E9C">
        <w:rPr>
          <w:rFonts w:ascii="Calibri" w:hAnsi="Calibri" w:cs="Calibri"/>
        </w:rPr>
        <w:t>y, i</w:t>
      </w:r>
      <w:r w:rsidRPr="009F2E9C">
        <w:rPr>
          <w:rFonts w:ascii="Calibri" w:hAnsi="Calibri" w:cs="Calibri"/>
        </w:rPr>
        <w:t xml:space="preserve">t's easy to be a </w:t>
      </w:r>
      <w:r w:rsidR="008170AF" w:rsidRPr="009F2E9C">
        <w:rPr>
          <w:rFonts w:ascii="Calibri" w:hAnsi="Calibri" w:cs="Calibri"/>
        </w:rPr>
        <w:t>left-wing</w:t>
      </w:r>
      <w:r w:rsidRPr="009F2E9C">
        <w:rPr>
          <w:rFonts w:ascii="Calibri" w:hAnsi="Calibri" w:cs="Calibri"/>
        </w:rPr>
        <w:t xml:space="preserve"> comedian, it's easy to be a critic, it's very hard to have an answer. It's impossible to be a </w:t>
      </w:r>
      <w:r w:rsidR="008170AF" w:rsidRPr="009F2E9C">
        <w:rPr>
          <w:rFonts w:ascii="Calibri" w:hAnsi="Calibri" w:cs="Calibri"/>
        </w:rPr>
        <w:t>right-wing</w:t>
      </w:r>
      <w:r w:rsidRPr="009F2E9C">
        <w:rPr>
          <w:rFonts w:ascii="Calibri" w:hAnsi="Calibri" w:cs="Calibri"/>
        </w:rPr>
        <w:t xml:space="preserve"> comedian</w:t>
      </w:r>
      <w:r w:rsidR="004E4C50" w:rsidRPr="009F2E9C">
        <w:rPr>
          <w:rFonts w:ascii="Calibri" w:hAnsi="Calibri" w:cs="Calibri"/>
        </w:rPr>
        <w:t>, y</w:t>
      </w:r>
      <w:r w:rsidRPr="009F2E9C">
        <w:rPr>
          <w:rFonts w:ascii="Calibri" w:hAnsi="Calibri" w:cs="Calibri"/>
        </w:rPr>
        <w:t xml:space="preserve">ou know, because instantly you become a </w:t>
      </w:r>
      <w:proofErr w:type="gramStart"/>
      <w:r w:rsidRPr="009F2E9C">
        <w:rPr>
          <w:rFonts w:ascii="Calibri" w:hAnsi="Calibri" w:cs="Calibri"/>
        </w:rPr>
        <w:t>right wing</w:t>
      </w:r>
      <w:proofErr w:type="gramEnd"/>
      <w:r w:rsidRPr="009F2E9C">
        <w:rPr>
          <w:rFonts w:ascii="Calibri" w:hAnsi="Calibri" w:cs="Calibri"/>
        </w:rPr>
        <w:t xml:space="preserve"> comedian, you're a racist, you're a bigot, you're everything else</w:t>
      </w:r>
      <w:r w:rsidR="004E4C50" w:rsidRPr="009F2E9C">
        <w:rPr>
          <w:rFonts w:ascii="Calibri" w:hAnsi="Calibri" w:cs="Calibri"/>
        </w:rPr>
        <w:t>, w</w:t>
      </w:r>
      <w:r w:rsidRPr="009F2E9C">
        <w:rPr>
          <w:rFonts w:ascii="Calibri" w:hAnsi="Calibri" w:cs="Calibri"/>
        </w:rPr>
        <w:t xml:space="preserve">hether you are </w:t>
      </w:r>
      <w:r w:rsidR="004E4C50" w:rsidRPr="009F2E9C">
        <w:rPr>
          <w:rFonts w:ascii="Calibri" w:hAnsi="Calibri" w:cs="Calibri"/>
        </w:rPr>
        <w:t xml:space="preserve">or </w:t>
      </w:r>
      <w:r w:rsidRPr="009F2E9C">
        <w:rPr>
          <w:rFonts w:ascii="Calibri" w:hAnsi="Calibri" w:cs="Calibri"/>
        </w:rPr>
        <w:t>you're not</w:t>
      </w:r>
      <w:r w:rsidR="004E4C50" w:rsidRPr="009F2E9C">
        <w:rPr>
          <w:rFonts w:ascii="Calibri" w:hAnsi="Calibri" w:cs="Calibri"/>
        </w:rPr>
        <w:t>,</w:t>
      </w:r>
      <w:r w:rsidRPr="009F2E9C">
        <w:rPr>
          <w:rFonts w:ascii="Calibri" w:hAnsi="Calibri" w:cs="Calibri"/>
        </w:rPr>
        <w:t xml:space="preserve"> just because you disagree with the left side of life, but to be a left wing comedian, all you have to do is criticize everything that is done by a government. That's all you have to do. If it's not what you want to see or what you like, then it's so easy to be left wing about everything</w:t>
      </w:r>
      <w:r w:rsidR="004E4C50" w:rsidRPr="009F2E9C">
        <w:rPr>
          <w:rFonts w:ascii="Calibri" w:hAnsi="Calibri" w:cs="Calibri"/>
        </w:rPr>
        <w:t xml:space="preserve"> b</w:t>
      </w:r>
      <w:r w:rsidRPr="009F2E9C">
        <w:rPr>
          <w:rFonts w:ascii="Calibri" w:hAnsi="Calibri" w:cs="Calibri"/>
        </w:rPr>
        <w:t>ecause nothing that the people at the top do is ever going to be enough or good enough</w:t>
      </w:r>
      <w:r w:rsidR="004E4C50" w:rsidRPr="009F2E9C">
        <w:rPr>
          <w:rFonts w:ascii="Calibri" w:hAnsi="Calibri" w:cs="Calibri"/>
        </w:rPr>
        <w:t>, y</w:t>
      </w:r>
      <w:r w:rsidRPr="009F2E9C">
        <w:rPr>
          <w:rFonts w:ascii="Calibri" w:hAnsi="Calibri" w:cs="Calibri"/>
        </w:rPr>
        <w:t>ou know, it's like being a bodybuilder</w:t>
      </w:r>
      <w:r w:rsidR="004E4C50" w:rsidRPr="009F2E9C">
        <w:rPr>
          <w:rFonts w:ascii="Calibri" w:hAnsi="Calibri" w:cs="Calibri"/>
        </w:rPr>
        <w:t>, y</w:t>
      </w:r>
      <w:r w:rsidRPr="009F2E9C">
        <w:rPr>
          <w:rFonts w:ascii="Calibri" w:hAnsi="Calibri" w:cs="Calibri"/>
        </w:rPr>
        <w:t>ou know, you can, you can go into the gym and lift weights the same as everybody else</w:t>
      </w:r>
      <w:r w:rsidR="004E4C50" w:rsidRPr="009F2E9C">
        <w:rPr>
          <w:rFonts w:ascii="Calibri" w:hAnsi="Calibri" w:cs="Calibri"/>
        </w:rPr>
        <w:t xml:space="preserve"> b</w:t>
      </w:r>
      <w:r w:rsidRPr="009F2E9C">
        <w:rPr>
          <w:rFonts w:ascii="Calibri" w:hAnsi="Calibri" w:cs="Calibri"/>
        </w:rPr>
        <w:t>ut you've got to stick steroids in yourself, because whatever you've achieved is never going to be enough. So</w:t>
      </w:r>
      <w:r w:rsidR="001030AF">
        <w:rPr>
          <w:rFonts w:ascii="Calibri" w:hAnsi="Calibri" w:cs="Calibri"/>
        </w:rPr>
        <w:t xml:space="preserve">, </w:t>
      </w:r>
      <w:r w:rsidRPr="009F2E9C">
        <w:rPr>
          <w:rFonts w:ascii="Calibri" w:hAnsi="Calibri" w:cs="Calibri"/>
        </w:rPr>
        <w:t>you take extra, an extra</w:t>
      </w:r>
      <w:r w:rsidR="001030AF">
        <w:rPr>
          <w:rFonts w:ascii="Calibri" w:hAnsi="Calibri" w:cs="Calibri"/>
        </w:rPr>
        <w:t>,</w:t>
      </w:r>
      <w:r w:rsidRPr="009F2E9C">
        <w:rPr>
          <w:rFonts w:ascii="Calibri" w:hAnsi="Calibri" w:cs="Calibri"/>
        </w:rPr>
        <w:t xml:space="preserve"> an extra, and all you're doing is being a critic of your own self. And you know, how hard is it to make a good decision when you're dealing with things you </w:t>
      </w:r>
      <w:r w:rsidRPr="009F2E9C">
        <w:rPr>
          <w:rFonts w:ascii="Calibri" w:hAnsi="Calibri" w:cs="Calibri"/>
        </w:rPr>
        <w:lastRenderedPageBreak/>
        <w:t>didn't know anything about 12</w:t>
      </w:r>
      <w:r w:rsidR="00DE60C1" w:rsidRPr="009F2E9C">
        <w:rPr>
          <w:rFonts w:ascii="Calibri" w:hAnsi="Calibri" w:cs="Calibri"/>
        </w:rPr>
        <w:t xml:space="preserve">, </w:t>
      </w:r>
      <w:r w:rsidRPr="009F2E9C">
        <w:rPr>
          <w:rFonts w:ascii="Calibri" w:hAnsi="Calibri" w:cs="Calibri"/>
        </w:rPr>
        <w:t xml:space="preserve">18 months ago, to then try to rectify it and give people advice on how to look after themselves. And as </w:t>
      </w:r>
      <w:r w:rsidR="006931E9" w:rsidRPr="009F2E9C">
        <w:rPr>
          <w:rFonts w:ascii="Calibri" w:hAnsi="Calibri" w:cs="Calibri"/>
        </w:rPr>
        <w:t xml:space="preserve">Alice </w:t>
      </w:r>
      <w:r w:rsidRPr="009F2E9C">
        <w:rPr>
          <w:rFonts w:ascii="Calibri" w:hAnsi="Calibri" w:cs="Calibri"/>
        </w:rPr>
        <w:t xml:space="preserve">says, </w:t>
      </w:r>
      <w:r w:rsidR="001030AF">
        <w:rPr>
          <w:rFonts w:ascii="Calibri" w:hAnsi="Calibri" w:cs="Calibri"/>
        </w:rPr>
        <w:t>a</w:t>
      </w:r>
      <w:r w:rsidRPr="009F2E9C">
        <w:rPr>
          <w:rFonts w:ascii="Calibri" w:hAnsi="Calibri" w:cs="Calibri"/>
        </w:rPr>
        <w:t>ll you have to do is obey the rules</w:t>
      </w:r>
      <w:r w:rsidR="001030AF">
        <w:rPr>
          <w:rFonts w:ascii="Calibri" w:hAnsi="Calibri" w:cs="Calibri"/>
        </w:rPr>
        <w:t>,</w:t>
      </w:r>
      <w:r w:rsidRPr="009F2E9C">
        <w:rPr>
          <w:rFonts w:ascii="Calibri" w:hAnsi="Calibri" w:cs="Calibri"/>
        </w:rPr>
        <w:t xml:space="preserve"> do the best</w:t>
      </w:r>
      <w:r w:rsidR="006931E9" w:rsidRPr="009F2E9C">
        <w:rPr>
          <w:rFonts w:ascii="Calibri" w:hAnsi="Calibri" w:cs="Calibri"/>
        </w:rPr>
        <w:t>,</w:t>
      </w:r>
      <w:r w:rsidRPr="009F2E9C">
        <w:rPr>
          <w:rFonts w:ascii="Calibri" w:hAnsi="Calibri" w:cs="Calibri"/>
        </w:rPr>
        <w:t xml:space="preserve"> save everybody else</w:t>
      </w:r>
      <w:r w:rsidR="006931E9" w:rsidRPr="009F2E9C">
        <w:rPr>
          <w:rFonts w:ascii="Calibri" w:hAnsi="Calibri" w:cs="Calibri"/>
        </w:rPr>
        <w:t xml:space="preserve"> b</w:t>
      </w:r>
      <w:r w:rsidRPr="009F2E9C">
        <w:rPr>
          <w:rFonts w:ascii="Calibri" w:hAnsi="Calibri" w:cs="Calibri"/>
        </w:rPr>
        <w:t>ecause by not spreading infection</w:t>
      </w:r>
      <w:r w:rsidR="006931E9" w:rsidRPr="009F2E9C">
        <w:rPr>
          <w:rFonts w:ascii="Calibri" w:hAnsi="Calibri" w:cs="Calibri"/>
        </w:rPr>
        <w:t>,</w:t>
      </w:r>
      <w:r w:rsidRPr="009F2E9C">
        <w:rPr>
          <w:rFonts w:ascii="Calibri" w:hAnsi="Calibri" w:cs="Calibri"/>
        </w:rPr>
        <w:t xml:space="preserve"> by me staying in a hospital bed and not complaining about it because</w:t>
      </w:r>
      <w:r w:rsidR="00F61ED4" w:rsidRPr="009F2E9C">
        <w:rPr>
          <w:rFonts w:ascii="Calibri" w:hAnsi="Calibri" w:cs="Calibri"/>
        </w:rPr>
        <w:t>,</w:t>
      </w:r>
      <w:r w:rsidRPr="009F2E9C">
        <w:rPr>
          <w:rFonts w:ascii="Calibri" w:hAnsi="Calibri" w:cs="Calibri"/>
        </w:rPr>
        <w:t xml:space="preserve"> </w:t>
      </w:r>
      <w:r w:rsidR="00F61ED4" w:rsidRPr="009F2E9C">
        <w:rPr>
          <w:rFonts w:ascii="Calibri" w:hAnsi="Calibri" w:cs="Calibri"/>
        </w:rPr>
        <w:t xml:space="preserve">well </w:t>
      </w:r>
      <w:r w:rsidRPr="009F2E9C">
        <w:rPr>
          <w:rFonts w:ascii="Calibri" w:hAnsi="Calibri" w:cs="Calibri"/>
        </w:rPr>
        <w:t xml:space="preserve">I </w:t>
      </w:r>
      <w:r w:rsidR="00F61ED4" w:rsidRPr="009F2E9C">
        <w:rPr>
          <w:rFonts w:ascii="Calibri" w:hAnsi="Calibri" w:cs="Calibri"/>
        </w:rPr>
        <w:t xml:space="preserve">won’t </w:t>
      </w:r>
      <w:r w:rsidRPr="009F2E9C">
        <w:rPr>
          <w:rFonts w:ascii="Calibri" w:hAnsi="Calibri" w:cs="Calibri"/>
        </w:rPr>
        <w:t>say not complaining about it</w:t>
      </w:r>
    </w:p>
    <w:p w14:paraId="3C67B576" w14:textId="77777777" w:rsidR="00976992" w:rsidRPr="009F2E9C" w:rsidRDefault="00976992">
      <w:pPr>
        <w:spacing w:after="0"/>
        <w:rPr>
          <w:rFonts w:ascii="Calibri" w:hAnsi="Calibri" w:cs="Calibri"/>
        </w:rPr>
      </w:pPr>
    </w:p>
    <w:p w14:paraId="71A94DE6" w14:textId="101970C1"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54:22</w:t>
      </w:r>
    </w:p>
    <w:p w14:paraId="071E6F30" w14:textId="711D5052" w:rsidR="00976992" w:rsidRPr="009F2E9C" w:rsidRDefault="00F61ED4">
      <w:pPr>
        <w:spacing w:after="0"/>
        <w:rPr>
          <w:rFonts w:ascii="Calibri" w:hAnsi="Calibri" w:cs="Calibri"/>
        </w:rPr>
      </w:pPr>
      <w:r w:rsidRPr="009F2E9C">
        <w:rPr>
          <w:rFonts w:ascii="Calibri" w:hAnsi="Calibri" w:cs="Calibri"/>
        </w:rPr>
        <w:t>I was gonna say, cos I think you’d be well within your rights to complain, to be honest,</w:t>
      </w:r>
      <w:r w:rsidR="009F2E9C">
        <w:rPr>
          <w:rFonts w:ascii="Calibri" w:hAnsi="Calibri" w:cs="Calibri"/>
        </w:rPr>
        <w:t xml:space="preserve"> </w:t>
      </w:r>
      <w:r w:rsidR="004912A8" w:rsidRPr="009F2E9C">
        <w:rPr>
          <w:rFonts w:ascii="Calibri" w:hAnsi="Calibri" w:cs="Calibri"/>
        </w:rPr>
        <w:t>I would be</w:t>
      </w:r>
      <w:r w:rsidRPr="009F2E9C">
        <w:rPr>
          <w:rFonts w:ascii="Calibri" w:hAnsi="Calibri" w:cs="Calibri"/>
        </w:rPr>
        <w:t>,</w:t>
      </w:r>
      <w:r w:rsidR="004912A8" w:rsidRPr="009F2E9C">
        <w:rPr>
          <w:rFonts w:ascii="Calibri" w:hAnsi="Calibri" w:cs="Calibri"/>
        </w:rPr>
        <w:t xml:space="preserve"> I would be crying</w:t>
      </w:r>
      <w:r w:rsidRPr="009F2E9C">
        <w:rPr>
          <w:rFonts w:ascii="Calibri" w:hAnsi="Calibri" w:cs="Calibri"/>
        </w:rPr>
        <w:t>,</w:t>
      </w:r>
      <w:r w:rsidR="004912A8" w:rsidRPr="009F2E9C">
        <w:rPr>
          <w:rFonts w:ascii="Calibri" w:hAnsi="Calibri" w:cs="Calibri"/>
        </w:rPr>
        <w:t xml:space="preserve"> </w:t>
      </w:r>
      <w:r w:rsidRPr="009F2E9C">
        <w:rPr>
          <w:rFonts w:ascii="Calibri" w:hAnsi="Calibri" w:cs="Calibri"/>
        </w:rPr>
        <w:t xml:space="preserve">whinging </w:t>
      </w:r>
    </w:p>
    <w:p w14:paraId="359C3704" w14:textId="77777777" w:rsidR="00976992" w:rsidRPr="009F2E9C" w:rsidRDefault="00976992">
      <w:pPr>
        <w:spacing w:after="0"/>
        <w:rPr>
          <w:rFonts w:ascii="Calibri" w:hAnsi="Calibri" w:cs="Calibri"/>
        </w:rPr>
      </w:pPr>
    </w:p>
    <w:p w14:paraId="44F75F3B" w14:textId="06F1A2D8"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54:30</w:t>
      </w:r>
    </w:p>
    <w:p w14:paraId="610D3EE9" w14:textId="41681BD5" w:rsidR="00976992" w:rsidRPr="009F2E9C" w:rsidRDefault="004912A8">
      <w:pPr>
        <w:spacing w:after="0"/>
        <w:rPr>
          <w:rFonts w:ascii="Calibri" w:hAnsi="Calibri" w:cs="Calibri"/>
        </w:rPr>
      </w:pPr>
      <w:r w:rsidRPr="009F2E9C">
        <w:rPr>
          <w:rFonts w:ascii="Calibri" w:hAnsi="Calibri" w:cs="Calibri"/>
        </w:rPr>
        <w:t>Yeah, I was only whining because there was three channels on the telly</w:t>
      </w:r>
      <w:r w:rsidR="000B3F69" w:rsidRPr="009F2E9C">
        <w:rPr>
          <w:rFonts w:ascii="Calibri" w:hAnsi="Calibri" w:cs="Calibri"/>
        </w:rPr>
        <w:t xml:space="preserve"> </w:t>
      </w:r>
      <w:r w:rsidR="000B3F69" w:rsidRPr="009F2E9C">
        <w:rPr>
          <w:rFonts w:ascii="Calibri" w:hAnsi="Calibri" w:cs="Calibri"/>
        </w:rPr>
        <w:t>{laughter}</w:t>
      </w:r>
      <w:r w:rsidR="000B3F69" w:rsidRPr="009F2E9C">
        <w:rPr>
          <w:rFonts w:ascii="Calibri" w:hAnsi="Calibri" w:cs="Calibri"/>
        </w:rPr>
        <w:t xml:space="preserve"> </w:t>
      </w:r>
      <w:r w:rsidRPr="009F2E9C">
        <w:rPr>
          <w:rFonts w:ascii="Calibri" w:hAnsi="Calibri" w:cs="Calibri"/>
        </w:rPr>
        <w:t>No, no</w:t>
      </w:r>
      <w:r w:rsidR="000B3F69" w:rsidRPr="009F2E9C">
        <w:rPr>
          <w:rFonts w:ascii="Calibri" w:hAnsi="Calibri" w:cs="Calibri"/>
        </w:rPr>
        <w:t>w</w:t>
      </w:r>
      <w:r w:rsidRPr="009F2E9C">
        <w:rPr>
          <w:rFonts w:ascii="Calibri" w:hAnsi="Calibri" w:cs="Calibri"/>
        </w:rPr>
        <w:t>, we've got 150 channels of rubbish</w:t>
      </w:r>
      <w:r w:rsidR="000B3F69" w:rsidRPr="009F2E9C">
        <w:rPr>
          <w:rFonts w:ascii="Calibri" w:hAnsi="Calibri" w:cs="Calibri"/>
        </w:rPr>
        <w:t>, y</w:t>
      </w:r>
      <w:r w:rsidRPr="009F2E9C">
        <w:rPr>
          <w:rFonts w:ascii="Calibri" w:hAnsi="Calibri" w:cs="Calibri"/>
        </w:rPr>
        <w:t>ou know, but you didn't get that much live sport, this is where my love of cricket comes from</w:t>
      </w:r>
      <w:r w:rsidR="000B3F69" w:rsidRPr="009F2E9C">
        <w:rPr>
          <w:rFonts w:ascii="Calibri" w:hAnsi="Calibri" w:cs="Calibri"/>
        </w:rPr>
        <w:t>, a</w:t>
      </w:r>
      <w:r w:rsidRPr="009F2E9C">
        <w:rPr>
          <w:rFonts w:ascii="Calibri" w:hAnsi="Calibri" w:cs="Calibri"/>
        </w:rPr>
        <w:t>lbeit that you know, England</w:t>
      </w:r>
      <w:r w:rsidR="0039341B" w:rsidRPr="009F2E9C">
        <w:rPr>
          <w:rFonts w:ascii="Calibri" w:hAnsi="Calibri" w:cs="Calibri"/>
        </w:rPr>
        <w:t>,</w:t>
      </w:r>
      <w:r w:rsidRPr="009F2E9C">
        <w:rPr>
          <w:rFonts w:ascii="Calibri" w:hAnsi="Calibri" w:cs="Calibri"/>
        </w:rPr>
        <w:t xml:space="preserve"> </w:t>
      </w:r>
      <w:r w:rsidR="00532F5B">
        <w:rPr>
          <w:rFonts w:ascii="Calibri" w:hAnsi="Calibri" w:cs="Calibri"/>
        </w:rPr>
        <w:t>o</w:t>
      </w:r>
      <w:r w:rsidRPr="009F2E9C">
        <w:rPr>
          <w:rFonts w:ascii="Calibri" w:hAnsi="Calibri" w:cs="Calibri"/>
        </w:rPr>
        <w:t>ne minute they hit brilliance next minute, it's disaster. But I love cricket because it's such a long game and when you're in hospital</w:t>
      </w:r>
      <w:r w:rsidR="0039341B" w:rsidRPr="009F2E9C">
        <w:rPr>
          <w:rFonts w:ascii="Calibri" w:hAnsi="Calibri" w:cs="Calibri"/>
        </w:rPr>
        <w:t xml:space="preserve">, you know </w:t>
      </w:r>
      <w:r w:rsidR="0039341B" w:rsidRPr="009F2E9C">
        <w:rPr>
          <w:rFonts w:ascii="Calibri" w:hAnsi="Calibri" w:cs="Calibri"/>
        </w:rPr>
        <w:t>{laughter}</w:t>
      </w:r>
      <w:r w:rsidR="0039341B" w:rsidRPr="009F2E9C">
        <w:rPr>
          <w:rFonts w:ascii="Calibri" w:hAnsi="Calibri" w:cs="Calibri"/>
        </w:rPr>
        <w:t xml:space="preserve"> </w:t>
      </w:r>
    </w:p>
    <w:p w14:paraId="543360BD" w14:textId="77777777" w:rsidR="00976992" w:rsidRPr="009F2E9C" w:rsidRDefault="00976992">
      <w:pPr>
        <w:spacing w:after="0"/>
        <w:rPr>
          <w:rFonts w:ascii="Calibri" w:hAnsi="Calibri" w:cs="Calibri"/>
        </w:rPr>
      </w:pPr>
    </w:p>
    <w:p w14:paraId="5213024F" w14:textId="61D5AFAB"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55:00</w:t>
      </w:r>
    </w:p>
    <w:p w14:paraId="3E4C6DC3" w14:textId="69E96411" w:rsidR="00976992" w:rsidRPr="009F2E9C" w:rsidRDefault="0039341B">
      <w:pPr>
        <w:spacing w:after="0"/>
        <w:rPr>
          <w:rFonts w:ascii="Calibri" w:hAnsi="Calibri" w:cs="Calibri"/>
        </w:rPr>
      </w:pPr>
      <w:r w:rsidRPr="009F2E9C">
        <w:rPr>
          <w:rFonts w:ascii="Calibri" w:hAnsi="Calibri" w:cs="Calibri"/>
        </w:rPr>
        <w:t xml:space="preserve">You’ve got </w:t>
      </w:r>
      <w:r w:rsidR="004912A8" w:rsidRPr="009F2E9C">
        <w:rPr>
          <w:rFonts w:ascii="Calibri" w:hAnsi="Calibri" w:cs="Calibri"/>
        </w:rPr>
        <w:t xml:space="preserve">hours and hours to </w:t>
      </w:r>
      <w:r w:rsidRPr="009F2E9C">
        <w:rPr>
          <w:rFonts w:ascii="Calibri" w:hAnsi="Calibri" w:cs="Calibri"/>
        </w:rPr>
        <w:t xml:space="preserve">kill </w:t>
      </w:r>
    </w:p>
    <w:p w14:paraId="151B9C3F" w14:textId="77777777" w:rsidR="00976992" w:rsidRPr="009F2E9C" w:rsidRDefault="00976992">
      <w:pPr>
        <w:spacing w:after="0"/>
        <w:rPr>
          <w:rFonts w:ascii="Calibri" w:hAnsi="Calibri" w:cs="Calibri"/>
        </w:rPr>
      </w:pPr>
    </w:p>
    <w:p w14:paraId="5F45DE86" w14:textId="5750CF08"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55:03</w:t>
      </w:r>
    </w:p>
    <w:p w14:paraId="5ED8FC3A" w14:textId="520097D0" w:rsidR="00976992" w:rsidRPr="009F2E9C" w:rsidRDefault="004912A8">
      <w:pPr>
        <w:spacing w:after="0"/>
        <w:rPr>
          <w:rFonts w:ascii="Calibri" w:hAnsi="Calibri" w:cs="Calibri"/>
        </w:rPr>
      </w:pPr>
      <w:r w:rsidRPr="009F2E9C">
        <w:rPr>
          <w:rFonts w:ascii="Calibri" w:hAnsi="Calibri" w:cs="Calibri"/>
        </w:rPr>
        <w:t xml:space="preserve">Yeah, six hours of a day, you know, and then if you're lucky, they get </w:t>
      </w:r>
      <w:r w:rsidR="0039341B" w:rsidRPr="009F2E9C">
        <w:rPr>
          <w:rFonts w:ascii="Calibri" w:hAnsi="Calibri" w:cs="Calibri"/>
        </w:rPr>
        <w:t xml:space="preserve">an </w:t>
      </w:r>
      <w:r w:rsidRPr="009F2E9C">
        <w:rPr>
          <w:rFonts w:ascii="Calibri" w:hAnsi="Calibri" w:cs="Calibri"/>
        </w:rPr>
        <w:t>extra hour play. So</w:t>
      </w:r>
      <w:r w:rsidR="00532F5B">
        <w:rPr>
          <w:rFonts w:ascii="Calibri" w:hAnsi="Calibri" w:cs="Calibri"/>
        </w:rPr>
        <w:t>,</w:t>
      </w:r>
      <w:r w:rsidRPr="009F2E9C">
        <w:rPr>
          <w:rFonts w:ascii="Calibri" w:hAnsi="Calibri" w:cs="Calibri"/>
        </w:rPr>
        <w:t xml:space="preserve"> you know, but it's true</w:t>
      </w:r>
      <w:r w:rsidR="0039341B" w:rsidRPr="009F2E9C">
        <w:rPr>
          <w:rFonts w:ascii="Calibri" w:hAnsi="Calibri" w:cs="Calibri"/>
        </w:rPr>
        <w:t xml:space="preserve"> a</w:t>
      </w:r>
      <w:r w:rsidRPr="009F2E9C">
        <w:rPr>
          <w:rFonts w:ascii="Calibri" w:hAnsi="Calibri" w:cs="Calibri"/>
        </w:rPr>
        <w:t>nd it's what it was</w:t>
      </w:r>
      <w:r w:rsidR="0039341B" w:rsidRPr="009F2E9C">
        <w:rPr>
          <w:rFonts w:ascii="Calibri" w:hAnsi="Calibri" w:cs="Calibri"/>
        </w:rPr>
        <w:t xml:space="preserve"> </w:t>
      </w:r>
      <w:r w:rsidRPr="009F2E9C">
        <w:rPr>
          <w:rFonts w:ascii="Calibri" w:hAnsi="Calibri" w:cs="Calibri"/>
        </w:rPr>
        <w:t>for me</w:t>
      </w:r>
    </w:p>
    <w:p w14:paraId="16B1D7AD" w14:textId="77777777" w:rsidR="0039341B" w:rsidRPr="009F2E9C" w:rsidRDefault="0039341B">
      <w:pPr>
        <w:spacing w:after="0"/>
        <w:rPr>
          <w:rFonts w:ascii="Calibri" w:hAnsi="Calibri" w:cs="Calibri"/>
        </w:rPr>
      </w:pPr>
    </w:p>
    <w:p w14:paraId="45512BBD" w14:textId="2E260A7D"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55:14</w:t>
      </w:r>
    </w:p>
    <w:p w14:paraId="05B78C6C" w14:textId="7BCCF3CE" w:rsidR="00976992" w:rsidRPr="009F2E9C" w:rsidRDefault="004912A8">
      <w:pPr>
        <w:spacing w:after="0"/>
        <w:rPr>
          <w:rFonts w:ascii="Calibri" w:hAnsi="Calibri" w:cs="Calibri"/>
        </w:rPr>
      </w:pPr>
      <w:r w:rsidRPr="009F2E9C">
        <w:rPr>
          <w:rFonts w:ascii="Calibri" w:hAnsi="Calibri" w:cs="Calibri"/>
        </w:rPr>
        <w:t xml:space="preserve">there must have been time Simon, where when, you know, you came back from the hospital and you were </w:t>
      </w:r>
      <w:r w:rsidR="0052634E" w:rsidRPr="009F2E9C">
        <w:rPr>
          <w:rFonts w:ascii="Calibri" w:hAnsi="Calibri" w:cs="Calibri"/>
        </w:rPr>
        <w:t xml:space="preserve">at </w:t>
      </w:r>
      <w:r w:rsidRPr="009F2E9C">
        <w:rPr>
          <w:rFonts w:ascii="Calibri" w:hAnsi="Calibri" w:cs="Calibri"/>
        </w:rPr>
        <w:t>home</w:t>
      </w:r>
      <w:r w:rsidR="0052634E" w:rsidRPr="009F2E9C">
        <w:rPr>
          <w:rFonts w:ascii="Calibri" w:hAnsi="Calibri" w:cs="Calibri"/>
        </w:rPr>
        <w:t xml:space="preserve"> a</w:t>
      </w:r>
      <w:r w:rsidRPr="009F2E9C">
        <w:rPr>
          <w:rFonts w:ascii="Calibri" w:hAnsi="Calibri" w:cs="Calibri"/>
        </w:rPr>
        <w:t>nd the reality must have set in</w:t>
      </w:r>
      <w:r w:rsidR="0052634E" w:rsidRPr="009F2E9C">
        <w:rPr>
          <w:rFonts w:ascii="Calibri" w:hAnsi="Calibri" w:cs="Calibri"/>
        </w:rPr>
        <w:t>, y</w:t>
      </w:r>
      <w:r w:rsidRPr="009F2E9C">
        <w:rPr>
          <w:rFonts w:ascii="Calibri" w:hAnsi="Calibri" w:cs="Calibri"/>
        </w:rPr>
        <w:t>ou wouldn't</w:t>
      </w:r>
      <w:r w:rsidR="00532F5B">
        <w:rPr>
          <w:rFonts w:ascii="Calibri" w:hAnsi="Calibri" w:cs="Calibri"/>
        </w:rPr>
        <w:t>,</w:t>
      </w:r>
      <w:r w:rsidRPr="009F2E9C">
        <w:rPr>
          <w:rFonts w:ascii="Calibri" w:hAnsi="Calibri" w:cs="Calibri"/>
        </w:rPr>
        <w:t xml:space="preserve"> you wouldn't be human if you didn't sort of go down to the darker side of the, you know, what your life was</w:t>
      </w:r>
      <w:r w:rsidR="0052634E" w:rsidRPr="009F2E9C">
        <w:rPr>
          <w:rFonts w:ascii="Calibri" w:hAnsi="Calibri" w:cs="Calibri"/>
        </w:rPr>
        <w:t xml:space="preserve"> a</w:t>
      </w:r>
      <w:r w:rsidRPr="009F2E9C">
        <w:rPr>
          <w:rFonts w:ascii="Calibri" w:hAnsi="Calibri" w:cs="Calibri"/>
        </w:rPr>
        <w:t xml:space="preserve">nd what </w:t>
      </w:r>
      <w:r w:rsidR="0052634E" w:rsidRPr="009F2E9C">
        <w:rPr>
          <w:rFonts w:ascii="Calibri" w:hAnsi="Calibri" w:cs="Calibri"/>
        </w:rPr>
        <w:t xml:space="preserve">it </w:t>
      </w:r>
      <w:r w:rsidRPr="009F2E9C">
        <w:rPr>
          <w:rFonts w:ascii="Calibri" w:hAnsi="Calibri" w:cs="Calibri"/>
        </w:rPr>
        <w:t>is now</w:t>
      </w:r>
      <w:r w:rsidR="0052634E" w:rsidRPr="009F2E9C">
        <w:rPr>
          <w:rFonts w:ascii="Calibri" w:hAnsi="Calibri" w:cs="Calibri"/>
        </w:rPr>
        <w:t>,</w:t>
      </w:r>
      <w:r w:rsidRPr="009F2E9C">
        <w:rPr>
          <w:rFonts w:ascii="Calibri" w:hAnsi="Calibri" w:cs="Calibri"/>
        </w:rPr>
        <w:t xml:space="preserve"> kind of thing</w:t>
      </w:r>
      <w:r w:rsidR="0052634E" w:rsidRPr="009F2E9C">
        <w:rPr>
          <w:rFonts w:ascii="Calibri" w:hAnsi="Calibri" w:cs="Calibri"/>
        </w:rPr>
        <w:t>,</w:t>
      </w:r>
      <w:r w:rsidRPr="009F2E9C">
        <w:rPr>
          <w:rFonts w:ascii="Calibri" w:hAnsi="Calibri" w:cs="Calibri"/>
        </w:rPr>
        <w:t xml:space="preserve"> that </w:t>
      </w:r>
      <w:r w:rsidR="0052634E" w:rsidRPr="009F2E9C">
        <w:rPr>
          <w:rFonts w:ascii="Calibri" w:hAnsi="Calibri" w:cs="Calibri"/>
        </w:rPr>
        <w:t xml:space="preserve">comparison, </w:t>
      </w:r>
      <w:r w:rsidRPr="009F2E9C">
        <w:rPr>
          <w:rFonts w:ascii="Calibri" w:hAnsi="Calibri" w:cs="Calibri"/>
        </w:rPr>
        <w:t>you know, what I mean, you know, I mean, th</w:t>
      </w:r>
      <w:r w:rsidR="0052634E" w:rsidRPr="009F2E9C">
        <w:rPr>
          <w:rFonts w:ascii="Calibri" w:hAnsi="Calibri" w:cs="Calibri"/>
        </w:rPr>
        <w:t xml:space="preserve">e </w:t>
      </w:r>
    </w:p>
    <w:p w14:paraId="3CB720FC" w14:textId="77777777" w:rsidR="0052634E" w:rsidRPr="009F2E9C" w:rsidRDefault="0052634E">
      <w:pPr>
        <w:spacing w:after="0"/>
        <w:rPr>
          <w:rFonts w:ascii="Calibri" w:hAnsi="Calibri" w:cs="Calibri"/>
        </w:rPr>
      </w:pPr>
    </w:p>
    <w:p w14:paraId="6D92CE84" w14:textId="6D26E155"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55:40</w:t>
      </w:r>
    </w:p>
    <w:p w14:paraId="3409A281" w14:textId="2C414DB7" w:rsidR="00976992" w:rsidRPr="009F2E9C" w:rsidRDefault="004912A8">
      <w:pPr>
        <w:spacing w:after="0"/>
        <w:rPr>
          <w:rFonts w:ascii="Calibri" w:hAnsi="Calibri" w:cs="Calibri"/>
        </w:rPr>
      </w:pPr>
      <w:r w:rsidRPr="009F2E9C">
        <w:rPr>
          <w:rFonts w:ascii="Calibri" w:hAnsi="Calibri" w:cs="Calibri"/>
        </w:rPr>
        <w:t xml:space="preserve">the depression, yeah, depression, </w:t>
      </w:r>
      <w:r w:rsidR="00532F5B" w:rsidRPr="009F2E9C">
        <w:rPr>
          <w:rFonts w:ascii="Calibri" w:hAnsi="Calibri" w:cs="Calibri"/>
        </w:rPr>
        <w:t>post-traumatic</w:t>
      </w:r>
      <w:r w:rsidRPr="009F2E9C">
        <w:rPr>
          <w:rFonts w:ascii="Calibri" w:hAnsi="Calibri" w:cs="Calibri"/>
        </w:rPr>
        <w:t xml:space="preserve"> stress, which wasn't diagnosed</w:t>
      </w:r>
      <w:r w:rsidR="0052634E" w:rsidRPr="009F2E9C">
        <w:rPr>
          <w:rFonts w:ascii="Calibri" w:hAnsi="Calibri" w:cs="Calibri"/>
        </w:rPr>
        <w:t xml:space="preserve"> a</w:t>
      </w:r>
      <w:r w:rsidRPr="009F2E9C">
        <w:rPr>
          <w:rFonts w:ascii="Calibri" w:hAnsi="Calibri" w:cs="Calibri"/>
        </w:rPr>
        <w:t xml:space="preserve">nd in trauma, you couldn't have had </w:t>
      </w:r>
      <w:r w:rsidR="00532F5B" w:rsidRPr="009F2E9C">
        <w:rPr>
          <w:rFonts w:ascii="Calibri" w:hAnsi="Calibri" w:cs="Calibri"/>
        </w:rPr>
        <w:t>post-traumatic</w:t>
      </w:r>
      <w:r w:rsidRPr="009F2E9C">
        <w:rPr>
          <w:rFonts w:ascii="Calibri" w:hAnsi="Calibri" w:cs="Calibri"/>
        </w:rPr>
        <w:t xml:space="preserve"> stress until 1987</w:t>
      </w:r>
      <w:r w:rsidR="0052634E" w:rsidRPr="009F2E9C">
        <w:rPr>
          <w:rFonts w:ascii="Calibri" w:hAnsi="Calibri" w:cs="Calibri"/>
        </w:rPr>
        <w:t xml:space="preserve">, </w:t>
      </w:r>
      <w:r w:rsidRPr="009F2E9C">
        <w:rPr>
          <w:rFonts w:ascii="Calibri" w:hAnsi="Calibri" w:cs="Calibri"/>
        </w:rPr>
        <w:t>I think it was</w:t>
      </w:r>
      <w:r w:rsidR="0052634E" w:rsidRPr="009F2E9C">
        <w:rPr>
          <w:rFonts w:ascii="Calibri" w:hAnsi="Calibri" w:cs="Calibri"/>
        </w:rPr>
        <w:t>, a</w:t>
      </w:r>
      <w:r w:rsidRPr="009F2E9C">
        <w:rPr>
          <w:rFonts w:ascii="Calibri" w:hAnsi="Calibri" w:cs="Calibri"/>
        </w:rPr>
        <w:t>nd that was midnight, on the first of January.</w:t>
      </w:r>
    </w:p>
    <w:p w14:paraId="70ABEEC6" w14:textId="77777777" w:rsidR="00976992" w:rsidRPr="009F2E9C" w:rsidRDefault="00976992">
      <w:pPr>
        <w:spacing w:after="0"/>
        <w:rPr>
          <w:rFonts w:ascii="Calibri" w:hAnsi="Calibri" w:cs="Calibri"/>
        </w:rPr>
      </w:pPr>
    </w:p>
    <w:p w14:paraId="0EF41FD0" w14:textId="0B2F93FC"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55:58</w:t>
      </w:r>
    </w:p>
    <w:p w14:paraId="46752808" w14:textId="604F258B" w:rsidR="00976992" w:rsidRPr="009F2E9C" w:rsidRDefault="004912A8">
      <w:pPr>
        <w:spacing w:after="0"/>
        <w:rPr>
          <w:rFonts w:ascii="Calibri" w:hAnsi="Calibri" w:cs="Calibri"/>
        </w:rPr>
      </w:pPr>
      <w:r w:rsidRPr="009F2E9C">
        <w:rPr>
          <w:rFonts w:ascii="Calibri" w:hAnsi="Calibri" w:cs="Calibri"/>
        </w:rPr>
        <w:t>So</w:t>
      </w:r>
      <w:r w:rsidR="00532F5B">
        <w:rPr>
          <w:rFonts w:ascii="Calibri" w:hAnsi="Calibri" w:cs="Calibri"/>
        </w:rPr>
        <w:t>,</w:t>
      </w:r>
      <w:r w:rsidRPr="009F2E9C">
        <w:rPr>
          <w:rFonts w:ascii="Calibri" w:hAnsi="Calibri" w:cs="Calibri"/>
        </w:rPr>
        <w:t xml:space="preserve"> </w:t>
      </w:r>
      <w:r w:rsidR="00C12EBD" w:rsidRPr="009F2E9C">
        <w:rPr>
          <w:rFonts w:ascii="Calibri" w:hAnsi="Calibri" w:cs="Calibri"/>
        </w:rPr>
        <w:t xml:space="preserve">were you ever </w:t>
      </w:r>
      <w:r w:rsidRPr="009F2E9C">
        <w:rPr>
          <w:rFonts w:ascii="Calibri" w:hAnsi="Calibri" w:cs="Calibri"/>
        </w:rPr>
        <w:t>diagnosed with Post Traumatic Stress</w:t>
      </w:r>
      <w:r w:rsidR="00C12EBD" w:rsidRPr="009F2E9C">
        <w:rPr>
          <w:rFonts w:ascii="Calibri" w:hAnsi="Calibri" w:cs="Calibri"/>
        </w:rPr>
        <w:t xml:space="preserve">? Eventually, or </w:t>
      </w:r>
    </w:p>
    <w:p w14:paraId="178DA0F6" w14:textId="77777777" w:rsidR="00976992" w:rsidRPr="009F2E9C" w:rsidRDefault="00976992">
      <w:pPr>
        <w:spacing w:after="0"/>
        <w:rPr>
          <w:rFonts w:ascii="Calibri" w:hAnsi="Calibri" w:cs="Calibri"/>
        </w:rPr>
      </w:pPr>
    </w:p>
    <w:p w14:paraId="2F64BFFB" w14:textId="0ECEBF47"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56:03</w:t>
      </w:r>
    </w:p>
    <w:p w14:paraId="4725C604" w14:textId="3B3BC273" w:rsidR="00976992" w:rsidRPr="009F2E9C" w:rsidRDefault="004912A8">
      <w:pPr>
        <w:spacing w:after="0"/>
        <w:rPr>
          <w:rFonts w:ascii="Calibri" w:hAnsi="Calibri" w:cs="Calibri"/>
        </w:rPr>
      </w:pPr>
      <w:r w:rsidRPr="009F2E9C">
        <w:rPr>
          <w:rFonts w:ascii="Calibri" w:hAnsi="Calibri" w:cs="Calibri"/>
        </w:rPr>
        <w:t>No, no, no, I was left to my own devices for the depression. It was only because of my mother</w:t>
      </w:r>
      <w:r w:rsidR="00C12EBD" w:rsidRPr="009F2E9C">
        <w:rPr>
          <w:rFonts w:ascii="Calibri" w:hAnsi="Calibri" w:cs="Calibri"/>
        </w:rPr>
        <w:t>, m</w:t>
      </w:r>
      <w:r w:rsidRPr="009F2E9C">
        <w:rPr>
          <w:rFonts w:ascii="Calibri" w:hAnsi="Calibri" w:cs="Calibri"/>
        </w:rPr>
        <w:t>y mother was a psychiatric nurse</w:t>
      </w:r>
      <w:r w:rsidR="00BA36D2" w:rsidRPr="009F2E9C">
        <w:rPr>
          <w:rFonts w:ascii="Calibri" w:hAnsi="Calibri" w:cs="Calibri"/>
        </w:rPr>
        <w:t>, s</w:t>
      </w:r>
      <w:r w:rsidRPr="009F2E9C">
        <w:rPr>
          <w:rFonts w:ascii="Calibri" w:hAnsi="Calibri" w:cs="Calibri"/>
        </w:rPr>
        <w:t>o she had an insight into, into the things that were wrong. But I did, I had deep depression, I was suicidal</w:t>
      </w:r>
      <w:r w:rsidR="00BA36D2" w:rsidRPr="009F2E9C">
        <w:rPr>
          <w:rFonts w:ascii="Calibri" w:hAnsi="Calibri" w:cs="Calibri"/>
        </w:rPr>
        <w:t xml:space="preserve">, </w:t>
      </w:r>
      <w:r w:rsidRPr="009F2E9C">
        <w:rPr>
          <w:rFonts w:ascii="Calibri" w:hAnsi="Calibri" w:cs="Calibri"/>
        </w:rPr>
        <w:t>I was drinking way too much</w:t>
      </w:r>
      <w:r w:rsidR="00BA36D2" w:rsidRPr="009F2E9C">
        <w:rPr>
          <w:rFonts w:ascii="Calibri" w:hAnsi="Calibri" w:cs="Calibri"/>
        </w:rPr>
        <w:t xml:space="preserve">, </w:t>
      </w:r>
      <w:r w:rsidRPr="009F2E9C">
        <w:rPr>
          <w:rFonts w:ascii="Calibri" w:hAnsi="Calibri" w:cs="Calibri"/>
        </w:rPr>
        <w:t xml:space="preserve">I was drinking more in a day than most people could drink a week, I was eating huge </w:t>
      </w:r>
      <w:r w:rsidR="00BA36D2" w:rsidRPr="009F2E9C">
        <w:rPr>
          <w:rFonts w:ascii="Calibri" w:hAnsi="Calibri" w:cs="Calibri"/>
        </w:rPr>
        <w:t xml:space="preserve">amounts, </w:t>
      </w:r>
      <w:r w:rsidRPr="009F2E9C">
        <w:rPr>
          <w:rFonts w:ascii="Calibri" w:hAnsi="Calibri" w:cs="Calibri"/>
        </w:rPr>
        <w:t xml:space="preserve">my </w:t>
      </w:r>
      <w:r w:rsidR="00BA36D2" w:rsidRPr="009F2E9C">
        <w:rPr>
          <w:rFonts w:ascii="Calibri" w:hAnsi="Calibri" w:cs="Calibri"/>
        </w:rPr>
        <w:t xml:space="preserve">weight </w:t>
      </w:r>
      <w:r w:rsidRPr="009F2E9C">
        <w:rPr>
          <w:rFonts w:ascii="Calibri" w:hAnsi="Calibri" w:cs="Calibri"/>
        </w:rPr>
        <w:t>ballooned, I was having a real problem, real, real problem. And it took me a long time to fully get over it. But I fortunately was able to, because of other things and circumstances</w:t>
      </w:r>
      <w:r w:rsidR="00BA36D2" w:rsidRPr="009F2E9C">
        <w:rPr>
          <w:rFonts w:ascii="Calibri" w:hAnsi="Calibri" w:cs="Calibri"/>
        </w:rPr>
        <w:t>, a</w:t>
      </w:r>
      <w:r w:rsidRPr="009F2E9C">
        <w:rPr>
          <w:rFonts w:ascii="Calibri" w:hAnsi="Calibri" w:cs="Calibri"/>
        </w:rPr>
        <w:t xml:space="preserve">nd you know, I went to New Zealand and Australia and went to find myself really. And then I went to live in Liverpool </w:t>
      </w:r>
      <w:r w:rsidRPr="009F2E9C">
        <w:rPr>
          <w:rFonts w:ascii="Calibri" w:hAnsi="Calibri" w:cs="Calibri"/>
        </w:rPr>
        <w:lastRenderedPageBreak/>
        <w:t>and set up a charity with a guy, and I met my wife up there. And that's when my life really changed</w:t>
      </w:r>
      <w:r w:rsidR="00BA36D2" w:rsidRPr="009F2E9C">
        <w:rPr>
          <w:rFonts w:ascii="Calibri" w:hAnsi="Calibri" w:cs="Calibri"/>
        </w:rPr>
        <w:t xml:space="preserve"> b</w:t>
      </w:r>
      <w:r w:rsidRPr="009F2E9C">
        <w:rPr>
          <w:rFonts w:ascii="Calibri" w:hAnsi="Calibri" w:cs="Calibri"/>
        </w:rPr>
        <w:t xml:space="preserve">ecause I had somebody in my life that wanted to get to understand me, not just get to know me, but </w:t>
      </w:r>
      <w:r w:rsidR="00BA36D2" w:rsidRPr="009F2E9C">
        <w:rPr>
          <w:rFonts w:ascii="Calibri" w:hAnsi="Calibri" w:cs="Calibri"/>
        </w:rPr>
        <w:t xml:space="preserve">to understand </w:t>
      </w:r>
      <w:r w:rsidRPr="009F2E9C">
        <w:rPr>
          <w:rFonts w:ascii="Calibri" w:hAnsi="Calibri" w:cs="Calibri"/>
        </w:rPr>
        <w:t>me as well. And, you know, there's, there's not enough emphasis put on growing together, you know, I grew a great deal more because of my wife</w:t>
      </w:r>
      <w:r w:rsidR="003D446A" w:rsidRPr="009F2E9C">
        <w:rPr>
          <w:rFonts w:ascii="Calibri" w:hAnsi="Calibri" w:cs="Calibri"/>
        </w:rPr>
        <w:t xml:space="preserve"> a</w:t>
      </w:r>
      <w:r w:rsidRPr="009F2E9C">
        <w:rPr>
          <w:rFonts w:ascii="Calibri" w:hAnsi="Calibri" w:cs="Calibri"/>
        </w:rPr>
        <w:t xml:space="preserve">nd she changed a huge amount in my world. And then subsequently, we had three children, and now </w:t>
      </w:r>
      <w:r w:rsidR="003D446A" w:rsidRPr="009F2E9C">
        <w:rPr>
          <w:rFonts w:ascii="Calibri" w:hAnsi="Calibri" w:cs="Calibri"/>
        </w:rPr>
        <w:t xml:space="preserve">we’ve got two </w:t>
      </w:r>
      <w:r w:rsidRPr="009F2E9C">
        <w:rPr>
          <w:rFonts w:ascii="Calibri" w:hAnsi="Calibri" w:cs="Calibri"/>
        </w:rPr>
        <w:t>grandchildren, you know, and mind you, if I had my second child first, I wouldn't have had any of them</w:t>
      </w:r>
      <w:r w:rsidR="003D446A" w:rsidRPr="009F2E9C">
        <w:rPr>
          <w:rFonts w:ascii="Calibri" w:hAnsi="Calibri" w:cs="Calibri"/>
        </w:rPr>
        <w:t xml:space="preserve"> </w:t>
      </w:r>
      <w:r w:rsidR="003D446A" w:rsidRPr="009F2E9C">
        <w:rPr>
          <w:rFonts w:ascii="Calibri" w:hAnsi="Calibri" w:cs="Calibri"/>
        </w:rPr>
        <w:t>{laughter}</w:t>
      </w:r>
      <w:r w:rsidR="00532F5B">
        <w:rPr>
          <w:rFonts w:ascii="Calibri" w:hAnsi="Calibri" w:cs="Calibri"/>
        </w:rPr>
        <w:t xml:space="preserve"> </w:t>
      </w:r>
      <w:r w:rsidRPr="009F2E9C">
        <w:rPr>
          <w:rFonts w:ascii="Calibri" w:hAnsi="Calibri" w:cs="Calibri"/>
        </w:rPr>
        <w:t>Yeah, what a stress and strain</w:t>
      </w:r>
      <w:r w:rsidR="003D446A" w:rsidRPr="009F2E9C">
        <w:rPr>
          <w:rFonts w:ascii="Calibri" w:hAnsi="Calibri" w:cs="Calibri"/>
        </w:rPr>
        <w:t>,</w:t>
      </w:r>
      <w:r w:rsidR="009F2E9C">
        <w:rPr>
          <w:rFonts w:ascii="Calibri" w:hAnsi="Calibri" w:cs="Calibri"/>
        </w:rPr>
        <w:t xml:space="preserve"> </w:t>
      </w:r>
      <w:r w:rsidR="003D446A" w:rsidRPr="009F2E9C">
        <w:rPr>
          <w:rFonts w:ascii="Calibri" w:hAnsi="Calibri" w:cs="Calibri"/>
        </w:rPr>
        <w:t>h</w:t>
      </w:r>
      <w:r w:rsidRPr="009F2E9C">
        <w:rPr>
          <w:rFonts w:ascii="Calibri" w:hAnsi="Calibri" w:cs="Calibri"/>
        </w:rPr>
        <w:t>e still is</w:t>
      </w:r>
      <w:r w:rsidR="003D446A" w:rsidRPr="009F2E9C">
        <w:rPr>
          <w:rFonts w:ascii="Calibri" w:hAnsi="Calibri" w:cs="Calibri"/>
        </w:rPr>
        <w:t xml:space="preserve"> </w:t>
      </w:r>
      <w:r w:rsidR="003D446A" w:rsidRPr="009F2E9C">
        <w:rPr>
          <w:rFonts w:ascii="Calibri" w:hAnsi="Calibri" w:cs="Calibri"/>
        </w:rPr>
        <w:t>{laughter}</w:t>
      </w:r>
      <w:r w:rsidR="00532F5B">
        <w:rPr>
          <w:rFonts w:ascii="Calibri" w:hAnsi="Calibri" w:cs="Calibri"/>
        </w:rPr>
        <w:t xml:space="preserve"> </w:t>
      </w:r>
      <w:r w:rsidRPr="009F2E9C">
        <w:rPr>
          <w:rFonts w:ascii="Calibri" w:hAnsi="Calibri" w:cs="Calibri"/>
        </w:rPr>
        <w:t>But more for my wife</w:t>
      </w:r>
      <w:r w:rsidR="003D446A" w:rsidRPr="009F2E9C">
        <w:rPr>
          <w:rFonts w:ascii="Calibri" w:hAnsi="Calibri" w:cs="Calibri"/>
        </w:rPr>
        <w:t>, h</w:t>
      </w:r>
      <w:r w:rsidRPr="009F2E9C">
        <w:rPr>
          <w:rFonts w:ascii="Calibri" w:hAnsi="Calibri" w:cs="Calibri"/>
        </w:rPr>
        <w:t xml:space="preserve">e lives in Amsterdam, </w:t>
      </w:r>
      <w:r w:rsidR="003D446A" w:rsidRPr="009F2E9C">
        <w:rPr>
          <w:rFonts w:ascii="Calibri" w:hAnsi="Calibri" w:cs="Calibri"/>
        </w:rPr>
        <w:t xml:space="preserve">but </w:t>
      </w:r>
      <w:r w:rsidRPr="009F2E9C">
        <w:rPr>
          <w:rFonts w:ascii="Calibri" w:hAnsi="Calibri" w:cs="Calibri"/>
        </w:rPr>
        <w:t xml:space="preserve">my oldest </w:t>
      </w:r>
      <w:r w:rsidR="003D446A" w:rsidRPr="009F2E9C">
        <w:rPr>
          <w:rFonts w:ascii="Calibri" w:hAnsi="Calibri" w:cs="Calibri"/>
        </w:rPr>
        <w:t xml:space="preserve">son, </w:t>
      </w:r>
      <w:r w:rsidRPr="009F2E9C">
        <w:rPr>
          <w:rFonts w:ascii="Calibri" w:hAnsi="Calibri" w:cs="Calibri"/>
        </w:rPr>
        <w:t>he's got a lovely wife and two beautiful children</w:t>
      </w:r>
      <w:r w:rsidR="00E90C96" w:rsidRPr="009F2E9C">
        <w:rPr>
          <w:rFonts w:ascii="Calibri" w:hAnsi="Calibri" w:cs="Calibri"/>
        </w:rPr>
        <w:t xml:space="preserve"> and they’re the </w:t>
      </w:r>
      <w:r w:rsidRPr="009F2E9C">
        <w:rPr>
          <w:rFonts w:ascii="Calibri" w:hAnsi="Calibri" w:cs="Calibri"/>
        </w:rPr>
        <w:t xml:space="preserve">apple of our eyes as it is for so many grandparents. And yeah, </w:t>
      </w:r>
      <w:r w:rsidR="00E90C96" w:rsidRPr="009F2E9C">
        <w:rPr>
          <w:rFonts w:ascii="Calibri" w:hAnsi="Calibri" w:cs="Calibri"/>
        </w:rPr>
        <w:t xml:space="preserve">you know, we’ve </w:t>
      </w:r>
      <w:r w:rsidRPr="009F2E9C">
        <w:rPr>
          <w:rFonts w:ascii="Calibri" w:hAnsi="Calibri" w:cs="Calibri"/>
        </w:rPr>
        <w:t>got a daughter who's, you know, she's in a relationship, you know, but</w:t>
      </w:r>
      <w:r w:rsidR="00E90C96" w:rsidRPr="009F2E9C">
        <w:rPr>
          <w:rFonts w:ascii="Calibri" w:hAnsi="Calibri" w:cs="Calibri"/>
        </w:rPr>
        <w:t xml:space="preserve"> dare I say it, the black sheep of the family, </w:t>
      </w:r>
      <w:r w:rsidRPr="009F2E9C">
        <w:rPr>
          <w:rFonts w:ascii="Calibri" w:hAnsi="Calibri" w:cs="Calibri"/>
        </w:rPr>
        <w:t xml:space="preserve">is my daughter, because </w:t>
      </w:r>
      <w:r w:rsidR="00E90C96" w:rsidRPr="009F2E9C">
        <w:rPr>
          <w:rFonts w:ascii="Calibri" w:hAnsi="Calibri" w:cs="Calibri"/>
        </w:rPr>
        <w:t xml:space="preserve">she’s </w:t>
      </w:r>
      <w:r w:rsidRPr="009F2E9C">
        <w:rPr>
          <w:rFonts w:ascii="Calibri" w:hAnsi="Calibri" w:cs="Calibri"/>
        </w:rPr>
        <w:t xml:space="preserve">in the RAF and I was in the army </w:t>
      </w:r>
      <w:r w:rsidR="00E90C96" w:rsidRPr="009F2E9C">
        <w:rPr>
          <w:rFonts w:ascii="Calibri" w:hAnsi="Calibri" w:cs="Calibri"/>
        </w:rPr>
        <w:t>{laughter}</w:t>
      </w:r>
      <w:r w:rsidR="00E90C96" w:rsidRPr="009F2E9C">
        <w:rPr>
          <w:rFonts w:ascii="Calibri" w:hAnsi="Calibri" w:cs="Calibri"/>
        </w:rPr>
        <w:t xml:space="preserve"> </w:t>
      </w:r>
      <w:r w:rsidRPr="009F2E9C">
        <w:rPr>
          <w:rFonts w:ascii="Calibri" w:hAnsi="Calibri" w:cs="Calibri"/>
        </w:rPr>
        <w:t xml:space="preserve">and </w:t>
      </w:r>
      <w:r w:rsidR="00E90C96" w:rsidRPr="009F2E9C">
        <w:rPr>
          <w:rFonts w:ascii="Calibri" w:hAnsi="Calibri" w:cs="Calibri"/>
        </w:rPr>
        <w:t xml:space="preserve">that’s just </w:t>
      </w:r>
      <w:r w:rsidRPr="009F2E9C">
        <w:rPr>
          <w:rFonts w:ascii="Calibri" w:hAnsi="Calibri" w:cs="Calibri"/>
        </w:rPr>
        <w:t>not acceptable.</w:t>
      </w:r>
    </w:p>
    <w:p w14:paraId="0F2A6C63" w14:textId="77777777" w:rsidR="00976992" w:rsidRPr="009F2E9C" w:rsidRDefault="00976992">
      <w:pPr>
        <w:spacing w:after="0"/>
        <w:rPr>
          <w:rFonts w:ascii="Calibri" w:hAnsi="Calibri" w:cs="Calibri"/>
        </w:rPr>
      </w:pPr>
    </w:p>
    <w:p w14:paraId="698CB8C7" w14:textId="08410898"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58:25</w:t>
      </w:r>
    </w:p>
    <w:p w14:paraId="56998794" w14:textId="077A9638" w:rsidR="00976992" w:rsidRPr="009F2E9C" w:rsidRDefault="004912A8">
      <w:pPr>
        <w:spacing w:after="0"/>
        <w:rPr>
          <w:rFonts w:ascii="Calibri" w:hAnsi="Calibri" w:cs="Calibri"/>
        </w:rPr>
      </w:pPr>
      <w:r w:rsidRPr="009F2E9C">
        <w:rPr>
          <w:rFonts w:ascii="Calibri" w:hAnsi="Calibri" w:cs="Calibri"/>
        </w:rPr>
        <w:t>I</w:t>
      </w:r>
      <w:r w:rsidR="00117221" w:rsidRPr="009F2E9C">
        <w:rPr>
          <w:rFonts w:ascii="Calibri" w:hAnsi="Calibri" w:cs="Calibri"/>
        </w:rPr>
        <w:t xml:space="preserve"> thought</w:t>
      </w:r>
      <w:r w:rsidRPr="009F2E9C">
        <w:rPr>
          <w:rFonts w:ascii="Calibri" w:hAnsi="Calibri" w:cs="Calibri"/>
        </w:rPr>
        <w:t>, you said quite early on that both of your parents were in the armed forces. Do you think</w:t>
      </w:r>
      <w:r w:rsidR="00117221" w:rsidRPr="009F2E9C">
        <w:rPr>
          <w:rFonts w:ascii="Calibri" w:hAnsi="Calibri" w:cs="Calibri"/>
        </w:rPr>
        <w:t>,</w:t>
      </w:r>
      <w:r w:rsidRPr="009F2E9C">
        <w:rPr>
          <w:rFonts w:ascii="Calibri" w:hAnsi="Calibri" w:cs="Calibri"/>
        </w:rPr>
        <w:t xml:space="preserve"> have any of your kids gone into the armed forces? And do you think your decision to go into the forces came from your parents?</w:t>
      </w:r>
    </w:p>
    <w:p w14:paraId="5AF31813" w14:textId="77777777" w:rsidR="00976992" w:rsidRPr="009F2E9C" w:rsidRDefault="00976992">
      <w:pPr>
        <w:spacing w:after="0"/>
        <w:rPr>
          <w:rFonts w:ascii="Calibri" w:hAnsi="Calibri" w:cs="Calibri"/>
        </w:rPr>
      </w:pPr>
    </w:p>
    <w:p w14:paraId="3AEF6C8A" w14:textId="2F15E6BD"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58:37</w:t>
      </w:r>
    </w:p>
    <w:p w14:paraId="65B22BA6" w14:textId="4B8BE41A" w:rsidR="00666AF4" w:rsidRPr="009F2E9C" w:rsidRDefault="00117221">
      <w:pPr>
        <w:spacing w:after="0"/>
        <w:rPr>
          <w:rFonts w:ascii="Calibri" w:hAnsi="Calibri" w:cs="Calibri"/>
        </w:rPr>
      </w:pPr>
      <w:r w:rsidRPr="009F2E9C">
        <w:rPr>
          <w:rFonts w:ascii="Calibri" w:hAnsi="Calibri" w:cs="Calibri"/>
        </w:rPr>
        <w:t xml:space="preserve">Um, no, </w:t>
      </w:r>
      <w:r w:rsidR="004912A8" w:rsidRPr="009F2E9C">
        <w:rPr>
          <w:rFonts w:ascii="Calibri" w:hAnsi="Calibri" w:cs="Calibri"/>
        </w:rPr>
        <w:t>my, my children, my daughter was</w:t>
      </w:r>
      <w:r w:rsidRPr="009F2E9C">
        <w:rPr>
          <w:rFonts w:ascii="Calibri" w:hAnsi="Calibri" w:cs="Calibri"/>
        </w:rPr>
        <w:t>,</w:t>
      </w:r>
      <w:r w:rsidR="004912A8" w:rsidRPr="009F2E9C">
        <w:rPr>
          <w:rFonts w:ascii="Calibri" w:hAnsi="Calibri" w:cs="Calibri"/>
        </w:rPr>
        <w:t xml:space="preserve"> she's a very fine shot</w:t>
      </w:r>
      <w:r w:rsidRPr="009F2E9C">
        <w:rPr>
          <w:rFonts w:ascii="Calibri" w:hAnsi="Calibri" w:cs="Calibri"/>
        </w:rPr>
        <w:t>,</w:t>
      </w:r>
      <w:r w:rsidR="004912A8" w:rsidRPr="009F2E9C">
        <w:rPr>
          <w:rFonts w:ascii="Calibri" w:hAnsi="Calibri" w:cs="Calibri"/>
        </w:rPr>
        <w:t xml:space="preserve"> </w:t>
      </w:r>
      <w:r w:rsidRPr="009F2E9C">
        <w:rPr>
          <w:rFonts w:ascii="Calibri" w:hAnsi="Calibri" w:cs="Calibri"/>
        </w:rPr>
        <w:t>s</w:t>
      </w:r>
      <w:r w:rsidR="004912A8" w:rsidRPr="009F2E9C">
        <w:rPr>
          <w:rFonts w:ascii="Calibri" w:hAnsi="Calibri" w:cs="Calibri"/>
        </w:rPr>
        <w:t>he joined the cadets, and she's a really good shot</w:t>
      </w:r>
      <w:r w:rsidRPr="009F2E9C">
        <w:rPr>
          <w:rFonts w:ascii="Calibri" w:hAnsi="Calibri" w:cs="Calibri"/>
        </w:rPr>
        <w:t>,</w:t>
      </w:r>
      <w:r w:rsidR="004912A8" w:rsidRPr="009F2E9C">
        <w:rPr>
          <w:rFonts w:ascii="Calibri" w:hAnsi="Calibri" w:cs="Calibri"/>
        </w:rPr>
        <w:t xml:space="preserve"> better shot than the boys. And but no, she's the only one who showed any marginal interest in that side of life</w:t>
      </w:r>
      <w:r w:rsidRPr="009F2E9C">
        <w:rPr>
          <w:rFonts w:ascii="Calibri" w:hAnsi="Calibri" w:cs="Calibri"/>
        </w:rPr>
        <w:t xml:space="preserve">, but the boys, no, </w:t>
      </w:r>
      <w:r w:rsidR="004912A8" w:rsidRPr="009F2E9C">
        <w:rPr>
          <w:rFonts w:ascii="Calibri" w:hAnsi="Calibri" w:cs="Calibri"/>
        </w:rPr>
        <w:t>they didn't look at the military as a</w:t>
      </w:r>
      <w:r w:rsidR="00532F5B">
        <w:rPr>
          <w:rFonts w:ascii="Calibri" w:hAnsi="Calibri" w:cs="Calibri"/>
        </w:rPr>
        <w:t>,</w:t>
      </w:r>
      <w:r w:rsidR="004912A8" w:rsidRPr="009F2E9C">
        <w:rPr>
          <w:rFonts w:ascii="Calibri" w:hAnsi="Calibri" w:cs="Calibri"/>
        </w:rPr>
        <w:t xml:space="preserve"> as a way away from </w:t>
      </w:r>
      <w:r w:rsidRPr="009F2E9C">
        <w:rPr>
          <w:rFonts w:ascii="Calibri" w:hAnsi="Calibri" w:cs="Calibri"/>
        </w:rPr>
        <w:t>Wales, t</w:t>
      </w:r>
      <w:r w:rsidR="004912A8" w:rsidRPr="009F2E9C">
        <w:rPr>
          <w:rFonts w:ascii="Calibri" w:hAnsi="Calibri" w:cs="Calibri"/>
        </w:rPr>
        <w:t>hey didn't look at the military as</w:t>
      </w:r>
      <w:r w:rsidR="00532F5B">
        <w:rPr>
          <w:rFonts w:ascii="Calibri" w:hAnsi="Calibri" w:cs="Calibri"/>
        </w:rPr>
        <w:t>,</w:t>
      </w:r>
      <w:r w:rsidR="004912A8" w:rsidRPr="009F2E9C">
        <w:rPr>
          <w:rFonts w:ascii="Calibri" w:hAnsi="Calibri" w:cs="Calibri"/>
        </w:rPr>
        <w:t xml:space="preserve"> as the right thing, you know</w:t>
      </w:r>
      <w:r w:rsidRPr="009F2E9C">
        <w:rPr>
          <w:rFonts w:ascii="Calibri" w:hAnsi="Calibri" w:cs="Calibri"/>
        </w:rPr>
        <w:t>, b</w:t>
      </w:r>
      <w:r w:rsidR="004912A8" w:rsidRPr="009F2E9C">
        <w:rPr>
          <w:rFonts w:ascii="Calibri" w:hAnsi="Calibri" w:cs="Calibri"/>
        </w:rPr>
        <w:t xml:space="preserve">ut then again, they weren't looking at it with rose colored spectacles either because they'd seen me and lots of </w:t>
      </w:r>
      <w:r w:rsidR="00666AF4" w:rsidRPr="009F2E9C">
        <w:rPr>
          <w:rFonts w:ascii="Calibri" w:hAnsi="Calibri" w:cs="Calibri"/>
        </w:rPr>
        <w:t xml:space="preserve">my other friends </w:t>
      </w:r>
    </w:p>
    <w:p w14:paraId="22F00F54" w14:textId="77777777" w:rsidR="00532F5B" w:rsidRDefault="00532F5B">
      <w:pPr>
        <w:spacing w:after="0"/>
        <w:rPr>
          <w:rFonts w:ascii="Calibri" w:hAnsi="Calibri" w:cs="Calibri"/>
        </w:rPr>
      </w:pPr>
    </w:p>
    <w:p w14:paraId="75D8CD96" w14:textId="52C230E0" w:rsidR="00666AF4" w:rsidRPr="009F2E9C" w:rsidRDefault="00666AF4">
      <w:pPr>
        <w:spacing w:after="0"/>
        <w:rPr>
          <w:rFonts w:ascii="Calibri" w:hAnsi="Calibri" w:cs="Calibri"/>
        </w:rPr>
      </w:pPr>
      <w:r w:rsidRPr="009F2E9C">
        <w:rPr>
          <w:rFonts w:ascii="Calibri" w:hAnsi="Calibri" w:cs="Calibri"/>
        </w:rPr>
        <w:t>Alice: That’s what I was just gon</w:t>
      </w:r>
      <w:r w:rsidR="00532F5B">
        <w:rPr>
          <w:rFonts w:ascii="Calibri" w:hAnsi="Calibri" w:cs="Calibri"/>
        </w:rPr>
        <w:t>n</w:t>
      </w:r>
      <w:r w:rsidRPr="009F2E9C">
        <w:rPr>
          <w:rFonts w:ascii="Calibri" w:hAnsi="Calibri" w:cs="Calibri"/>
        </w:rPr>
        <w:t xml:space="preserve">a ask, yeah </w:t>
      </w:r>
    </w:p>
    <w:p w14:paraId="11ACCC95" w14:textId="77777777" w:rsidR="00532F5B" w:rsidRDefault="00532F5B">
      <w:pPr>
        <w:spacing w:after="0"/>
        <w:rPr>
          <w:rFonts w:ascii="Calibri" w:hAnsi="Calibri" w:cs="Calibri"/>
        </w:rPr>
      </w:pPr>
    </w:p>
    <w:p w14:paraId="0E23C998" w14:textId="6E88D052" w:rsidR="00976992" w:rsidRPr="009F2E9C" w:rsidRDefault="00666AF4">
      <w:pPr>
        <w:spacing w:after="0"/>
        <w:rPr>
          <w:rFonts w:ascii="Calibri" w:hAnsi="Calibri" w:cs="Calibri"/>
        </w:rPr>
      </w:pPr>
      <w:r w:rsidRPr="009F2E9C">
        <w:rPr>
          <w:rFonts w:ascii="Calibri" w:hAnsi="Calibri" w:cs="Calibri"/>
        </w:rPr>
        <w:t>Simon Weston: A</w:t>
      </w:r>
      <w:r w:rsidR="004912A8" w:rsidRPr="009F2E9C">
        <w:rPr>
          <w:rFonts w:ascii="Calibri" w:hAnsi="Calibri" w:cs="Calibri"/>
        </w:rPr>
        <w:t>nd my friends who'd had injuries as well.</w:t>
      </w:r>
    </w:p>
    <w:p w14:paraId="0DF98F6F" w14:textId="77777777" w:rsidR="00976992" w:rsidRPr="009F2E9C" w:rsidRDefault="00976992">
      <w:pPr>
        <w:spacing w:after="0"/>
        <w:rPr>
          <w:rFonts w:ascii="Calibri" w:hAnsi="Calibri" w:cs="Calibri"/>
        </w:rPr>
      </w:pPr>
    </w:p>
    <w:p w14:paraId="3A00462E" w14:textId="51719F9F"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59:22</w:t>
      </w:r>
    </w:p>
    <w:p w14:paraId="379116AC" w14:textId="35A3FBCF" w:rsidR="00976992" w:rsidRPr="009F2E9C" w:rsidRDefault="00532F5B">
      <w:pPr>
        <w:spacing w:after="0"/>
        <w:rPr>
          <w:rFonts w:ascii="Calibri" w:hAnsi="Calibri" w:cs="Calibri"/>
        </w:rPr>
      </w:pPr>
      <w:r w:rsidRPr="009F2E9C">
        <w:rPr>
          <w:rFonts w:ascii="Calibri" w:hAnsi="Calibri" w:cs="Calibri"/>
        </w:rPr>
        <w:t>Whereas</w:t>
      </w:r>
      <w:r w:rsidR="004912A8" w:rsidRPr="009F2E9C">
        <w:rPr>
          <w:rFonts w:ascii="Calibri" w:hAnsi="Calibri" w:cs="Calibri"/>
        </w:rPr>
        <w:t xml:space="preserve"> do you think because your parents had been in</w:t>
      </w:r>
      <w:r w:rsidR="00666AF4" w:rsidRPr="009F2E9C">
        <w:rPr>
          <w:rFonts w:ascii="Calibri" w:hAnsi="Calibri" w:cs="Calibri"/>
        </w:rPr>
        <w:t>,</w:t>
      </w:r>
      <w:r w:rsidR="004912A8" w:rsidRPr="009F2E9C">
        <w:rPr>
          <w:rFonts w:ascii="Calibri" w:hAnsi="Calibri" w:cs="Calibri"/>
        </w:rPr>
        <w:t xml:space="preserve"> were in the military, you</w:t>
      </w:r>
      <w:r>
        <w:rPr>
          <w:rFonts w:ascii="Calibri" w:hAnsi="Calibri" w:cs="Calibri"/>
        </w:rPr>
        <w:t>,</w:t>
      </w:r>
      <w:r w:rsidR="004912A8" w:rsidRPr="009F2E9C">
        <w:rPr>
          <w:rFonts w:ascii="Calibri" w:hAnsi="Calibri" w:cs="Calibri"/>
        </w:rPr>
        <w:t xml:space="preserve"> you had that more </w:t>
      </w:r>
      <w:proofErr w:type="spellStart"/>
      <w:r w:rsidRPr="009F2E9C">
        <w:rPr>
          <w:rFonts w:ascii="Calibri" w:hAnsi="Calibri" w:cs="Calibri"/>
        </w:rPr>
        <w:t>rose-colo</w:t>
      </w:r>
      <w:r>
        <w:rPr>
          <w:rFonts w:ascii="Calibri" w:hAnsi="Calibri" w:cs="Calibri"/>
        </w:rPr>
        <w:t>u</w:t>
      </w:r>
      <w:r w:rsidRPr="009F2E9C">
        <w:rPr>
          <w:rFonts w:ascii="Calibri" w:hAnsi="Calibri" w:cs="Calibri"/>
        </w:rPr>
        <w:t>red</w:t>
      </w:r>
      <w:proofErr w:type="spellEnd"/>
      <w:r w:rsidR="004912A8" w:rsidRPr="009F2E9C">
        <w:rPr>
          <w:rFonts w:ascii="Calibri" w:hAnsi="Calibri" w:cs="Calibri"/>
        </w:rPr>
        <w:t xml:space="preserve"> view of the military before you joined?</w:t>
      </w:r>
    </w:p>
    <w:p w14:paraId="541F94A8" w14:textId="77777777" w:rsidR="00976992" w:rsidRPr="009F2E9C" w:rsidRDefault="00976992">
      <w:pPr>
        <w:spacing w:after="0"/>
        <w:rPr>
          <w:rFonts w:ascii="Calibri" w:hAnsi="Calibri" w:cs="Calibri"/>
        </w:rPr>
      </w:pPr>
    </w:p>
    <w:p w14:paraId="5A96D882" w14:textId="5FAF0AC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59:33</w:t>
      </w:r>
    </w:p>
    <w:p w14:paraId="7CC6612A" w14:textId="6F000379" w:rsidR="003A44BD" w:rsidRPr="009F2E9C" w:rsidRDefault="004912A8">
      <w:pPr>
        <w:spacing w:after="0"/>
        <w:rPr>
          <w:rFonts w:ascii="Calibri" w:hAnsi="Calibri" w:cs="Calibri"/>
        </w:rPr>
      </w:pPr>
      <w:r w:rsidRPr="009F2E9C">
        <w:rPr>
          <w:rFonts w:ascii="Calibri" w:hAnsi="Calibri" w:cs="Calibri"/>
        </w:rPr>
        <w:t>No, I joined the military because I'd got into trouble as a youngster</w:t>
      </w:r>
      <w:r w:rsidR="00666AF4" w:rsidRPr="009F2E9C">
        <w:rPr>
          <w:rFonts w:ascii="Calibri" w:hAnsi="Calibri" w:cs="Calibri"/>
        </w:rPr>
        <w:t>, s</w:t>
      </w:r>
      <w:r w:rsidRPr="009F2E9C">
        <w:rPr>
          <w:rFonts w:ascii="Calibri" w:hAnsi="Calibri" w:cs="Calibri"/>
        </w:rPr>
        <w:t xml:space="preserve">o I was a bit of a sort of, </w:t>
      </w:r>
      <w:r w:rsidR="00C05445" w:rsidRPr="009F2E9C">
        <w:rPr>
          <w:rFonts w:ascii="Calibri" w:hAnsi="Calibri" w:cs="Calibri"/>
        </w:rPr>
        <w:t xml:space="preserve">wayward youth </w:t>
      </w:r>
      <w:r w:rsidRPr="009F2E9C">
        <w:rPr>
          <w:rFonts w:ascii="Calibri" w:hAnsi="Calibri" w:cs="Calibri"/>
        </w:rPr>
        <w:t>at the age of 14. I wasn't a bad</w:t>
      </w:r>
      <w:r w:rsidR="00532F5B">
        <w:rPr>
          <w:rFonts w:ascii="Calibri" w:hAnsi="Calibri" w:cs="Calibri"/>
        </w:rPr>
        <w:t>,</w:t>
      </w:r>
      <w:r w:rsidRPr="009F2E9C">
        <w:rPr>
          <w:rFonts w:ascii="Calibri" w:hAnsi="Calibri" w:cs="Calibri"/>
        </w:rPr>
        <w:t xml:space="preserve"> bad lad or anything like that</w:t>
      </w:r>
      <w:r w:rsidR="00C05445" w:rsidRPr="009F2E9C">
        <w:rPr>
          <w:rFonts w:ascii="Calibri" w:hAnsi="Calibri" w:cs="Calibri"/>
        </w:rPr>
        <w:t>, b</w:t>
      </w:r>
      <w:r w:rsidRPr="009F2E9C">
        <w:rPr>
          <w:rFonts w:ascii="Calibri" w:hAnsi="Calibri" w:cs="Calibri"/>
        </w:rPr>
        <w:t>ut I did have a court appearance and I just, I didn't want to be that person</w:t>
      </w:r>
      <w:r w:rsidR="00C05445" w:rsidRPr="009F2E9C">
        <w:rPr>
          <w:rFonts w:ascii="Calibri" w:hAnsi="Calibri" w:cs="Calibri"/>
        </w:rPr>
        <w:t xml:space="preserve">, </w:t>
      </w:r>
      <w:r w:rsidRPr="009F2E9C">
        <w:rPr>
          <w:rFonts w:ascii="Calibri" w:hAnsi="Calibri" w:cs="Calibri"/>
        </w:rPr>
        <w:t>I wanted to be somebody that I could look at and respect</w:t>
      </w:r>
      <w:r w:rsidR="00C05445" w:rsidRPr="009F2E9C">
        <w:rPr>
          <w:rFonts w:ascii="Calibri" w:hAnsi="Calibri" w:cs="Calibri"/>
        </w:rPr>
        <w:t xml:space="preserve"> a</w:t>
      </w:r>
      <w:r w:rsidRPr="009F2E9C">
        <w:rPr>
          <w:rFonts w:ascii="Calibri" w:hAnsi="Calibri" w:cs="Calibri"/>
        </w:rPr>
        <w:t>nd I</w:t>
      </w:r>
      <w:r w:rsidR="00C05445" w:rsidRPr="009F2E9C">
        <w:rPr>
          <w:rFonts w:ascii="Calibri" w:hAnsi="Calibri" w:cs="Calibri"/>
        </w:rPr>
        <w:t>’d</w:t>
      </w:r>
      <w:r w:rsidRPr="009F2E9C">
        <w:rPr>
          <w:rFonts w:ascii="Calibri" w:hAnsi="Calibri" w:cs="Calibri"/>
        </w:rPr>
        <w:t xml:space="preserve"> taken that away from myself and</w:t>
      </w:r>
      <w:r w:rsidR="00532F5B">
        <w:rPr>
          <w:rFonts w:ascii="Calibri" w:hAnsi="Calibri" w:cs="Calibri"/>
        </w:rPr>
        <w:t>,</w:t>
      </w:r>
      <w:r w:rsidRPr="009F2E9C">
        <w:rPr>
          <w:rFonts w:ascii="Calibri" w:hAnsi="Calibri" w:cs="Calibri"/>
        </w:rPr>
        <w:t xml:space="preserve"> and also embarrassed my mother, yo</w:t>
      </w:r>
      <w:r w:rsidR="00DD796D" w:rsidRPr="009F2E9C">
        <w:rPr>
          <w:rFonts w:ascii="Calibri" w:hAnsi="Calibri" w:cs="Calibri"/>
        </w:rPr>
        <w:t>u</w:t>
      </w:r>
      <w:r w:rsidR="00C05445" w:rsidRPr="009F2E9C">
        <w:rPr>
          <w:rFonts w:ascii="Calibri" w:hAnsi="Calibri" w:cs="Calibri"/>
        </w:rPr>
        <w:t xml:space="preserve"> know, and </w:t>
      </w:r>
      <w:r w:rsidR="00DD796D" w:rsidRPr="009F2E9C">
        <w:rPr>
          <w:rFonts w:ascii="Calibri" w:hAnsi="Calibri" w:cs="Calibri"/>
        </w:rPr>
        <w:t xml:space="preserve">that’s </w:t>
      </w:r>
      <w:r w:rsidRPr="009F2E9C">
        <w:rPr>
          <w:rFonts w:ascii="Calibri" w:hAnsi="Calibri" w:cs="Calibri"/>
        </w:rPr>
        <w:t xml:space="preserve">something I will </w:t>
      </w:r>
      <w:r w:rsidR="00DD796D" w:rsidRPr="009F2E9C">
        <w:rPr>
          <w:rFonts w:ascii="Calibri" w:hAnsi="Calibri" w:cs="Calibri"/>
        </w:rPr>
        <w:t>n</w:t>
      </w:r>
      <w:r w:rsidRPr="009F2E9C">
        <w:rPr>
          <w:rFonts w:ascii="Calibri" w:hAnsi="Calibri" w:cs="Calibri"/>
        </w:rPr>
        <w:t>ever forgive myself for</w:t>
      </w:r>
      <w:r w:rsidR="00DD796D" w:rsidRPr="009F2E9C">
        <w:rPr>
          <w:rFonts w:ascii="Calibri" w:hAnsi="Calibri" w:cs="Calibri"/>
        </w:rPr>
        <w:t xml:space="preserve">, </w:t>
      </w:r>
      <w:r w:rsidRPr="009F2E9C">
        <w:rPr>
          <w:rFonts w:ascii="Calibri" w:hAnsi="Calibri" w:cs="Calibri"/>
        </w:rPr>
        <w:t>I embarrassed her because she was a district nurse and her son, I'd stepped off the path, you know</w:t>
      </w:r>
      <w:r w:rsidR="00DD796D" w:rsidRPr="009F2E9C">
        <w:rPr>
          <w:rFonts w:ascii="Calibri" w:hAnsi="Calibri" w:cs="Calibri"/>
        </w:rPr>
        <w:t>, s</w:t>
      </w:r>
      <w:r w:rsidRPr="009F2E9C">
        <w:rPr>
          <w:rFonts w:ascii="Calibri" w:hAnsi="Calibri" w:cs="Calibri"/>
        </w:rPr>
        <w:t>o the military sorted me out</w:t>
      </w:r>
      <w:r w:rsidR="00DD796D" w:rsidRPr="009F2E9C">
        <w:rPr>
          <w:rFonts w:ascii="Calibri" w:hAnsi="Calibri" w:cs="Calibri"/>
        </w:rPr>
        <w:t>,</w:t>
      </w:r>
      <w:r w:rsidRPr="009F2E9C">
        <w:rPr>
          <w:rFonts w:ascii="Calibri" w:hAnsi="Calibri" w:cs="Calibri"/>
        </w:rPr>
        <w:t xml:space="preserve"> best thing </w:t>
      </w:r>
      <w:r w:rsidR="00DD796D" w:rsidRPr="009F2E9C">
        <w:rPr>
          <w:rFonts w:ascii="Calibri" w:hAnsi="Calibri" w:cs="Calibri"/>
        </w:rPr>
        <w:t xml:space="preserve">I </w:t>
      </w:r>
      <w:r w:rsidRPr="009F2E9C">
        <w:rPr>
          <w:rFonts w:ascii="Calibri" w:hAnsi="Calibri" w:cs="Calibri"/>
        </w:rPr>
        <w:t>ever did</w:t>
      </w:r>
      <w:r w:rsidR="00DD796D" w:rsidRPr="009F2E9C">
        <w:rPr>
          <w:rFonts w:ascii="Calibri" w:hAnsi="Calibri" w:cs="Calibri"/>
        </w:rPr>
        <w:t>,</w:t>
      </w:r>
      <w:r w:rsidRPr="009F2E9C">
        <w:rPr>
          <w:rFonts w:ascii="Calibri" w:hAnsi="Calibri" w:cs="Calibri"/>
        </w:rPr>
        <w:t xml:space="preserve"> don't regret joining, don't regret the things I did</w:t>
      </w:r>
      <w:r w:rsidR="00DD796D" w:rsidRPr="009F2E9C">
        <w:rPr>
          <w:rFonts w:ascii="Calibri" w:hAnsi="Calibri" w:cs="Calibri"/>
        </w:rPr>
        <w:t>,</w:t>
      </w:r>
      <w:r w:rsidRPr="009F2E9C">
        <w:rPr>
          <w:rFonts w:ascii="Calibri" w:hAnsi="Calibri" w:cs="Calibri"/>
        </w:rPr>
        <w:t xml:space="preserve"> I accept that the bad things happen, you know</w:t>
      </w:r>
      <w:r w:rsidR="00DD796D" w:rsidRPr="009F2E9C">
        <w:rPr>
          <w:rFonts w:ascii="Calibri" w:hAnsi="Calibri" w:cs="Calibri"/>
        </w:rPr>
        <w:t>,</w:t>
      </w:r>
      <w:r w:rsidRPr="009F2E9C">
        <w:rPr>
          <w:rFonts w:ascii="Calibri" w:hAnsi="Calibri" w:cs="Calibri"/>
        </w:rPr>
        <w:t xml:space="preserve"> </w:t>
      </w:r>
      <w:r w:rsidR="00DD796D" w:rsidRPr="009F2E9C">
        <w:rPr>
          <w:rFonts w:ascii="Calibri" w:hAnsi="Calibri" w:cs="Calibri"/>
        </w:rPr>
        <w:t>a</w:t>
      </w:r>
      <w:r w:rsidRPr="009F2E9C">
        <w:rPr>
          <w:rFonts w:ascii="Calibri" w:hAnsi="Calibri" w:cs="Calibri"/>
        </w:rPr>
        <w:t>nd there are two, two rules you have to accept about being in the military, the first rule is that young people get injured and killed. And the second rule you have to accept is there's nothing you can do about rule number one, you know, and that's the job. That is the job</w:t>
      </w:r>
      <w:r w:rsidR="003A44BD" w:rsidRPr="009F2E9C">
        <w:rPr>
          <w:rFonts w:ascii="Calibri" w:hAnsi="Calibri" w:cs="Calibri"/>
        </w:rPr>
        <w:t>, um, y</w:t>
      </w:r>
      <w:r w:rsidRPr="009F2E9C">
        <w:rPr>
          <w:rFonts w:ascii="Calibri" w:hAnsi="Calibri" w:cs="Calibri"/>
        </w:rPr>
        <w:t xml:space="preserve">ou don't want </w:t>
      </w:r>
      <w:r w:rsidR="003A44BD" w:rsidRPr="009F2E9C">
        <w:rPr>
          <w:rFonts w:ascii="Calibri" w:hAnsi="Calibri" w:cs="Calibri"/>
        </w:rPr>
        <w:t>it to happen, you don’t want it to happen to you or your friends b</w:t>
      </w:r>
      <w:r w:rsidRPr="009F2E9C">
        <w:rPr>
          <w:rFonts w:ascii="Calibri" w:hAnsi="Calibri" w:cs="Calibri"/>
        </w:rPr>
        <w:t xml:space="preserve">ut at the end of the day, my grandfather said one </w:t>
      </w:r>
      <w:r w:rsidRPr="009F2E9C">
        <w:rPr>
          <w:rFonts w:ascii="Calibri" w:hAnsi="Calibri" w:cs="Calibri"/>
        </w:rPr>
        <w:lastRenderedPageBreak/>
        <w:t>thing to me, he was advancing a contact when he was in the army in the Second World War</w:t>
      </w:r>
      <w:r w:rsidR="003A44BD" w:rsidRPr="009F2E9C">
        <w:rPr>
          <w:rFonts w:ascii="Calibri" w:hAnsi="Calibri" w:cs="Calibri"/>
        </w:rPr>
        <w:t>, a</w:t>
      </w:r>
      <w:r w:rsidRPr="009F2E9C">
        <w:rPr>
          <w:rFonts w:ascii="Calibri" w:hAnsi="Calibri" w:cs="Calibri"/>
        </w:rPr>
        <w:t>nd he looked, he was talking to his friend, he looked around, th</w:t>
      </w:r>
      <w:r w:rsidR="003A44BD" w:rsidRPr="009F2E9C">
        <w:rPr>
          <w:rFonts w:ascii="Calibri" w:hAnsi="Calibri" w:cs="Calibri"/>
        </w:rPr>
        <w:t>en</w:t>
      </w:r>
      <w:r w:rsidRPr="009F2E9C">
        <w:rPr>
          <w:rFonts w:ascii="Calibri" w:hAnsi="Calibri" w:cs="Calibri"/>
        </w:rPr>
        <w:t xml:space="preserve"> look</w:t>
      </w:r>
      <w:r w:rsidR="003A44BD" w:rsidRPr="009F2E9C">
        <w:rPr>
          <w:rFonts w:ascii="Calibri" w:hAnsi="Calibri" w:cs="Calibri"/>
        </w:rPr>
        <w:t>ed</w:t>
      </w:r>
      <w:r w:rsidR="009F2E9C">
        <w:rPr>
          <w:rFonts w:ascii="Calibri" w:hAnsi="Calibri" w:cs="Calibri"/>
        </w:rPr>
        <w:t xml:space="preserve"> </w:t>
      </w:r>
      <w:r w:rsidRPr="009F2E9C">
        <w:rPr>
          <w:rFonts w:ascii="Calibri" w:hAnsi="Calibri" w:cs="Calibri"/>
        </w:rPr>
        <w:t>back again</w:t>
      </w:r>
      <w:r w:rsidR="003A44BD" w:rsidRPr="009F2E9C">
        <w:rPr>
          <w:rFonts w:ascii="Calibri" w:hAnsi="Calibri" w:cs="Calibri"/>
        </w:rPr>
        <w:t xml:space="preserve"> a</w:t>
      </w:r>
      <w:r w:rsidRPr="009F2E9C">
        <w:rPr>
          <w:rFonts w:ascii="Calibri" w:hAnsi="Calibri" w:cs="Calibri"/>
        </w:rPr>
        <w:t xml:space="preserve">nd it was just a pair of smoking boots. </w:t>
      </w:r>
    </w:p>
    <w:p w14:paraId="3F5751CD" w14:textId="77777777" w:rsidR="00C67F33" w:rsidRDefault="00C67F33">
      <w:pPr>
        <w:spacing w:after="0"/>
        <w:rPr>
          <w:rFonts w:ascii="Calibri" w:hAnsi="Calibri" w:cs="Calibri"/>
        </w:rPr>
      </w:pPr>
    </w:p>
    <w:p w14:paraId="312DE69F" w14:textId="12F7968D" w:rsidR="003A44BD" w:rsidRPr="009F2E9C" w:rsidRDefault="003A44BD">
      <w:pPr>
        <w:spacing w:after="0"/>
        <w:rPr>
          <w:rFonts w:ascii="Calibri" w:hAnsi="Calibri" w:cs="Calibri"/>
        </w:rPr>
      </w:pPr>
      <w:r w:rsidRPr="009F2E9C">
        <w:rPr>
          <w:rFonts w:ascii="Calibri" w:hAnsi="Calibri" w:cs="Calibri"/>
        </w:rPr>
        <w:t xml:space="preserve">Lucy: </w:t>
      </w:r>
      <w:proofErr w:type="gramStart"/>
      <w:r w:rsidRPr="009F2E9C">
        <w:rPr>
          <w:rFonts w:ascii="Calibri" w:hAnsi="Calibri" w:cs="Calibri"/>
        </w:rPr>
        <w:t>Oh</w:t>
      </w:r>
      <w:proofErr w:type="gramEnd"/>
      <w:r w:rsidRPr="009F2E9C">
        <w:rPr>
          <w:rFonts w:ascii="Calibri" w:hAnsi="Calibri" w:cs="Calibri"/>
        </w:rPr>
        <w:t xml:space="preserve"> my life</w:t>
      </w:r>
    </w:p>
    <w:p w14:paraId="10B2ABBB" w14:textId="77777777" w:rsidR="00C67F33" w:rsidRDefault="00C67F33">
      <w:pPr>
        <w:spacing w:after="0"/>
        <w:rPr>
          <w:rFonts w:ascii="Calibri" w:hAnsi="Calibri" w:cs="Calibri"/>
        </w:rPr>
      </w:pPr>
    </w:p>
    <w:p w14:paraId="67FCC725" w14:textId="65CDD5D7" w:rsidR="00976992" w:rsidRPr="009F2E9C" w:rsidRDefault="003A44BD">
      <w:pPr>
        <w:spacing w:after="0"/>
        <w:rPr>
          <w:rFonts w:ascii="Calibri" w:hAnsi="Calibri" w:cs="Calibri"/>
        </w:rPr>
      </w:pPr>
      <w:r w:rsidRPr="009F2E9C">
        <w:rPr>
          <w:rFonts w:ascii="Calibri" w:hAnsi="Calibri" w:cs="Calibri"/>
        </w:rPr>
        <w:t xml:space="preserve">Simon Weston: </w:t>
      </w:r>
      <w:r w:rsidR="004912A8" w:rsidRPr="009F2E9C">
        <w:rPr>
          <w:rFonts w:ascii="Calibri" w:hAnsi="Calibri" w:cs="Calibri"/>
        </w:rPr>
        <w:t>And all he said to me, was all I could think was, thank God it was him and not me. And no matter how close your friends are, that's where you have to really put your head and say, Thank God, it was them and not me. You know, you can't stop things from happening</w:t>
      </w:r>
      <w:r w:rsidRPr="009F2E9C">
        <w:rPr>
          <w:rFonts w:ascii="Calibri" w:hAnsi="Calibri" w:cs="Calibri"/>
        </w:rPr>
        <w:t xml:space="preserve"> a</w:t>
      </w:r>
      <w:r w:rsidR="004912A8" w:rsidRPr="009F2E9C">
        <w:rPr>
          <w:rFonts w:ascii="Calibri" w:hAnsi="Calibri" w:cs="Calibri"/>
        </w:rPr>
        <w:t>nd things will go wrong. But it's not about what goes wrong in your lif</w:t>
      </w:r>
      <w:r w:rsidRPr="009F2E9C">
        <w:rPr>
          <w:rFonts w:ascii="Calibri" w:hAnsi="Calibri" w:cs="Calibri"/>
        </w:rPr>
        <w:t>e, i</w:t>
      </w:r>
      <w:r w:rsidR="004912A8" w:rsidRPr="009F2E9C">
        <w:rPr>
          <w:rFonts w:ascii="Calibri" w:hAnsi="Calibri" w:cs="Calibri"/>
        </w:rPr>
        <w:t xml:space="preserve">t's what you're prepared to do about it </w:t>
      </w:r>
      <w:r w:rsidR="00353B49" w:rsidRPr="009F2E9C">
        <w:rPr>
          <w:rFonts w:ascii="Calibri" w:hAnsi="Calibri" w:cs="Calibri"/>
        </w:rPr>
        <w:t xml:space="preserve">that </w:t>
      </w:r>
      <w:r w:rsidR="004912A8" w:rsidRPr="009F2E9C">
        <w:rPr>
          <w:rFonts w:ascii="Calibri" w:hAnsi="Calibri" w:cs="Calibri"/>
        </w:rPr>
        <w:t>really matters. And you're two perfect examples, you both have your, your impairments, but you're</w:t>
      </w:r>
      <w:r w:rsidR="00C67F33">
        <w:rPr>
          <w:rFonts w:ascii="Calibri" w:hAnsi="Calibri" w:cs="Calibri"/>
        </w:rPr>
        <w:t>,</w:t>
      </w:r>
      <w:r w:rsidR="004912A8" w:rsidRPr="009F2E9C">
        <w:rPr>
          <w:rFonts w:ascii="Calibri" w:hAnsi="Calibri" w:cs="Calibri"/>
        </w:rPr>
        <w:t xml:space="preserve"> you make the best of your lives, you do the best for you, you can and you do the best </w:t>
      </w:r>
      <w:r w:rsidR="00353B49" w:rsidRPr="009F2E9C">
        <w:rPr>
          <w:rFonts w:ascii="Calibri" w:hAnsi="Calibri" w:cs="Calibri"/>
        </w:rPr>
        <w:t xml:space="preserve">for </w:t>
      </w:r>
      <w:r w:rsidR="004912A8" w:rsidRPr="009F2E9C">
        <w:rPr>
          <w:rFonts w:ascii="Calibri" w:hAnsi="Calibri" w:cs="Calibri"/>
        </w:rPr>
        <w:t xml:space="preserve">the people in your lives. And that's all you can be expected, </w:t>
      </w:r>
      <w:r w:rsidR="00353B49" w:rsidRPr="009F2E9C">
        <w:rPr>
          <w:rFonts w:ascii="Calibri" w:hAnsi="Calibri" w:cs="Calibri"/>
        </w:rPr>
        <w:t xml:space="preserve">you know, that’s the </w:t>
      </w:r>
      <w:r w:rsidR="004912A8" w:rsidRPr="009F2E9C">
        <w:rPr>
          <w:rFonts w:ascii="Calibri" w:hAnsi="Calibri" w:cs="Calibri"/>
        </w:rPr>
        <w:t xml:space="preserve">minimum you can expect. But if you decided to go off and become an astrophysicist, or a </w:t>
      </w:r>
      <w:r w:rsidR="00C67F33" w:rsidRPr="009F2E9C">
        <w:rPr>
          <w:rFonts w:ascii="Calibri" w:hAnsi="Calibri" w:cs="Calibri"/>
        </w:rPr>
        <w:t>rocket scientist</w:t>
      </w:r>
      <w:r w:rsidR="004912A8" w:rsidRPr="009F2E9C">
        <w:rPr>
          <w:rFonts w:ascii="Calibri" w:hAnsi="Calibri" w:cs="Calibri"/>
        </w:rPr>
        <w:t xml:space="preserve"> or whatever, you've decided to become</w:t>
      </w:r>
      <w:r w:rsidR="00353B49" w:rsidRPr="009F2E9C">
        <w:rPr>
          <w:rFonts w:ascii="Calibri" w:hAnsi="Calibri" w:cs="Calibri"/>
        </w:rPr>
        <w:t>, and</w:t>
      </w:r>
      <w:r w:rsidR="009F2E9C">
        <w:rPr>
          <w:rFonts w:ascii="Calibri" w:hAnsi="Calibri" w:cs="Calibri"/>
        </w:rPr>
        <w:t xml:space="preserve"> </w:t>
      </w:r>
      <w:r w:rsidR="004912A8" w:rsidRPr="009F2E9C">
        <w:rPr>
          <w:rFonts w:ascii="Calibri" w:hAnsi="Calibri" w:cs="Calibri"/>
        </w:rPr>
        <w:t xml:space="preserve">all of these things </w:t>
      </w:r>
      <w:r w:rsidR="00353B49" w:rsidRPr="009F2E9C">
        <w:rPr>
          <w:rFonts w:ascii="Calibri" w:hAnsi="Calibri" w:cs="Calibri"/>
        </w:rPr>
        <w:t xml:space="preserve">are </w:t>
      </w:r>
      <w:r w:rsidR="004912A8" w:rsidRPr="009F2E9C">
        <w:rPr>
          <w:rFonts w:ascii="Calibri" w:hAnsi="Calibri" w:cs="Calibri"/>
        </w:rPr>
        <w:t>within our capabilities. It's just whether you want it or you believe in it, or you find that particular area of life, comfortable, easy, whatever. But if you choose to become a guitarist, or a saxophonist, or you decide to become a painter, you know, there's nothing stopping you doing all of these things. The only thing that stops you is your own imagination</w:t>
      </w:r>
      <w:r w:rsidR="00353B49" w:rsidRPr="009F2E9C">
        <w:rPr>
          <w:rFonts w:ascii="Calibri" w:hAnsi="Calibri" w:cs="Calibri"/>
        </w:rPr>
        <w:t>,</w:t>
      </w:r>
      <w:r w:rsidR="004912A8" w:rsidRPr="009F2E9C">
        <w:rPr>
          <w:rFonts w:ascii="Calibri" w:hAnsi="Calibri" w:cs="Calibri"/>
        </w:rPr>
        <w:t xml:space="preserve"> is your own belief in yourself and your desire to learn. And it's not going to happen overnight</w:t>
      </w:r>
      <w:r w:rsidR="00353B49" w:rsidRPr="009F2E9C">
        <w:rPr>
          <w:rFonts w:ascii="Calibri" w:hAnsi="Calibri" w:cs="Calibri"/>
        </w:rPr>
        <w:t>, i</w:t>
      </w:r>
      <w:r w:rsidR="004912A8" w:rsidRPr="009F2E9C">
        <w:rPr>
          <w:rFonts w:ascii="Calibri" w:hAnsi="Calibri" w:cs="Calibri"/>
        </w:rPr>
        <w:t>t's like losing weight</w:t>
      </w:r>
      <w:r w:rsidR="00353B49" w:rsidRPr="009F2E9C">
        <w:rPr>
          <w:rFonts w:ascii="Calibri" w:hAnsi="Calibri" w:cs="Calibri"/>
        </w:rPr>
        <w:t>, y</w:t>
      </w:r>
      <w:r w:rsidR="004912A8" w:rsidRPr="009F2E9C">
        <w:rPr>
          <w:rFonts w:ascii="Calibri" w:hAnsi="Calibri" w:cs="Calibri"/>
        </w:rPr>
        <w:t>ou know, losing weight is hard. It is easy to put it on, very hard to lose it. But it's about consistency, losing a pound a week, you know, and just being a bit more disciplined and you only lose weight by calorie deficit</w:t>
      </w:r>
      <w:r w:rsidR="00962316" w:rsidRPr="009F2E9C">
        <w:rPr>
          <w:rFonts w:ascii="Calibri" w:hAnsi="Calibri" w:cs="Calibri"/>
        </w:rPr>
        <w:t>, y</w:t>
      </w:r>
      <w:r w:rsidR="004912A8" w:rsidRPr="009F2E9C">
        <w:rPr>
          <w:rFonts w:ascii="Calibri" w:hAnsi="Calibri" w:cs="Calibri"/>
        </w:rPr>
        <w:t>ou know, it's however many calories you take in. If you burn up more, then you will lose weight</w:t>
      </w:r>
      <w:r w:rsidR="00962316" w:rsidRPr="009F2E9C">
        <w:rPr>
          <w:rFonts w:ascii="Calibri" w:hAnsi="Calibri" w:cs="Calibri"/>
        </w:rPr>
        <w:t>, i</w:t>
      </w:r>
      <w:r w:rsidR="004912A8" w:rsidRPr="009F2E9C">
        <w:rPr>
          <w:rFonts w:ascii="Calibri" w:hAnsi="Calibri" w:cs="Calibri"/>
        </w:rPr>
        <w:t>t's an absolute guarantee.</w:t>
      </w:r>
    </w:p>
    <w:p w14:paraId="6770C110" w14:textId="77777777" w:rsidR="00976992" w:rsidRPr="009F2E9C" w:rsidRDefault="00976992">
      <w:pPr>
        <w:spacing w:after="0"/>
        <w:rPr>
          <w:rFonts w:ascii="Calibri" w:hAnsi="Calibri" w:cs="Calibri"/>
        </w:rPr>
      </w:pPr>
    </w:p>
    <w:p w14:paraId="6BAB6EDB" w14:textId="498D1778"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1:02:56</w:t>
      </w:r>
    </w:p>
    <w:p w14:paraId="73371A80" w14:textId="249189E0" w:rsidR="00976992" w:rsidRDefault="004912A8">
      <w:pPr>
        <w:spacing w:after="0"/>
        <w:rPr>
          <w:rFonts w:ascii="Calibri" w:hAnsi="Calibri" w:cs="Calibri"/>
        </w:rPr>
      </w:pPr>
      <w:r w:rsidRPr="009F2E9C">
        <w:rPr>
          <w:rFonts w:ascii="Calibri" w:hAnsi="Calibri" w:cs="Calibri"/>
        </w:rPr>
        <w:t>I think I'm going to have you just on speed dial in my pocket</w:t>
      </w:r>
      <w:r w:rsidR="00962316" w:rsidRPr="009F2E9C">
        <w:rPr>
          <w:rFonts w:ascii="Calibri" w:hAnsi="Calibri" w:cs="Calibri"/>
        </w:rPr>
        <w:t xml:space="preserve"> for when I just need a bit of a boost </w:t>
      </w:r>
      <w:r w:rsidR="00962316" w:rsidRPr="009F2E9C">
        <w:rPr>
          <w:rFonts w:ascii="Calibri" w:hAnsi="Calibri" w:cs="Calibri"/>
        </w:rPr>
        <w:t>{laughter}</w:t>
      </w:r>
      <w:r w:rsidR="009F2E9C">
        <w:rPr>
          <w:rFonts w:ascii="Calibri" w:hAnsi="Calibri" w:cs="Calibri"/>
        </w:rPr>
        <w:t xml:space="preserve"> </w:t>
      </w:r>
      <w:r w:rsidR="00962316" w:rsidRPr="009F2E9C">
        <w:rPr>
          <w:rFonts w:ascii="Calibri" w:hAnsi="Calibri" w:cs="Calibri"/>
        </w:rPr>
        <w:t xml:space="preserve">‘excuse me, can I just have five minutes while I call </w:t>
      </w:r>
      <w:proofErr w:type="gramStart"/>
      <w:r w:rsidR="00962316" w:rsidRPr="009F2E9C">
        <w:rPr>
          <w:rFonts w:ascii="Calibri" w:hAnsi="Calibri" w:cs="Calibri"/>
        </w:rPr>
        <w:t>Simon Weston</w:t>
      </w:r>
      <w:proofErr w:type="gramEnd"/>
      <w:r w:rsidR="00962316" w:rsidRPr="009F2E9C">
        <w:rPr>
          <w:rFonts w:ascii="Calibri" w:hAnsi="Calibri" w:cs="Calibri"/>
        </w:rPr>
        <w:t xml:space="preserve"> please?’</w:t>
      </w:r>
    </w:p>
    <w:p w14:paraId="7E631802" w14:textId="77777777" w:rsidR="00C67F33" w:rsidRPr="009F2E9C" w:rsidRDefault="00C67F33">
      <w:pPr>
        <w:spacing w:after="0"/>
        <w:rPr>
          <w:rFonts w:ascii="Calibri" w:hAnsi="Calibri" w:cs="Calibri"/>
        </w:rPr>
      </w:pPr>
    </w:p>
    <w:p w14:paraId="24008402" w14:textId="5672566A"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1:03:08</w:t>
      </w:r>
    </w:p>
    <w:p w14:paraId="42D4FC98" w14:textId="5CC7E9D6" w:rsidR="00976992" w:rsidRPr="009F2E9C" w:rsidRDefault="004912A8">
      <w:pPr>
        <w:spacing w:after="0"/>
        <w:rPr>
          <w:rFonts w:ascii="Calibri" w:hAnsi="Calibri" w:cs="Calibri"/>
        </w:rPr>
      </w:pPr>
      <w:r w:rsidRPr="009F2E9C">
        <w:rPr>
          <w:rFonts w:ascii="Calibri" w:hAnsi="Calibri" w:cs="Calibri"/>
        </w:rPr>
        <w:t>Yeah, just so you can have a boost</w:t>
      </w:r>
      <w:r w:rsidR="00C10DDA" w:rsidRPr="009F2E9C">
        <w:rPr>
          <w:rFonts w:ascii="Calibri" w:hAnsi="Calibri" w:cs="Calibri"/>
        </w:rPr>
        <w:t>, not to eat c</w:t>
      </w:r>
      <w:r w:rsidRPr="009F2E9C">
        <w:rPr>
          <w:rFonts w:ascii="Calibri" w:hAnsi="Calibri" w:cs="Calibri"/>
        </w:rPr>
        <w:t>hocolate</w:t>
      </w:r>
      <w:r w:rsidR="00C10DDA" w:rsidRPr="009F2E9C">
        <w:rPr>
          <w:rFonts w:ascii="Calibri" w:hAnsi="Calibri" w:cs="Calibri"/>
        </w:rPr>
        <w:t xml:space="preserve"> </w:t>
      </w:r>
      <w:r w:rsidR="00C10DDA" w:rsidRPr="009F2E9C">
        <w:rPr>
          <w:rFonts w:ascii="Calibri" w:hAnsi="Calibri" w:cs="Calibri"/>
        </w:rPr>
        <w:t>{laughter}</w:t>
      </w:r>
      <w:r w:rsidR="009F2E9C">
        <w:rPr>
          <w:rFonts w:ascii="Calibri" w:hAnsi="Calibri" w:cs="Calibri"/>
        </w:rPr>
        <w:t xml:space="preserve"> </w:t>
      </w:r>
      <w:r w:rsidR="00C10DDA" w:rsidRPr="009F2E9C">
        <w:rPr>
          <w:rFonts w:ascii="Calibri" w:hAnsi="Calibri" w:cs="Calibri"/>
        </w:rPr>
        <w:t xml:space="preserve">not to have one of them </w:t>
      </w:r>
    </w:p>
    <w:p w14:paraId="7FEB3213" w14:textId="77777777" w:rsidR="00976992" w:rsidRPr="009F2E9C" w:rsidRDefault="00976992">
      <w:pPr>
        <w:spacing w:after="0"/>
        <w:rPr>
          <w:rFonts w:ascii="Calibri" w:hAnsi="Calibri" w:cs="Calibri"/>
        </w:rPr>
      </w:pPr>
    </w:p>
    <w:p w14:paraId="7CED0174" w14:textId="16D70801"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1:03:20</w:t>
      </w:r>
    </w:p>
    <w:p w14:paraId="2B5DB767" w14:textId="73D6D30C" w:rsidR="00976992" w:rsidRPr="009F2E9C" w:rsidRDefault="00C10DDA">
      <w:pPr>
        <w:spacing w:after="0"/>
        <w:rPr>
          <w:rFonts w:ascii="Calibri" w:hAnsi="Calibri" w:cs="Calibri"/>
        </w:rPr>
      </w:pPr>
      <w:r w:rsidRPr="009F2E9C">
        <w:rPr>
          <w:rFonts w:ascii="Calibri" w:hAnsi="Calibri" w:cs="Calibri"/>
        </w:rPr>
        <w:t>Leave it alone Lucy. Leave it!</w:t>
      </w:r>
      <w:r w:rsidR="00C67F33">
        <w:rPr>
          <w:rFonts w:ascii="Calibri" w:hAnsi="Calibri" w:cs="Calibri"/>
        </w:rPr>
        <w:t xml:space="preserve"> </w:t>
      </w:r>
      <w:r w:rsidR="004912A8" w:rsidRPr="009F2E9C">
        <w:rPr>
          <w:rFonts w:ascii="Calibri" w:hAnsi="Calibri" w:cs="Calibri"/>
        </w:rPr>
        <w:t>Simon</w:t>
      </w:r>
      <w:r w:rsidR="00C67F33">
        <w:rPr>
          <w:rFonts w:ascii="Calibri" w:hAnsi="Calibri" w:cs="Calibri"/>
        </w:rPr>
        <w:t>,</w:t>
      </w:r>
      <w:r w:rsidR="004912A8" w:rsidRPr="009F2E9C">
        <w:rPr>
          <w:rFonts w:ascii="Calibri" w:hAnsi="Calibri" w:cs="Calibri"/>
        </w:rPr>
        <w:t xml:space="preserve"> towards the end of a recording we</w:t>
      </w:r>
      <w:r w:rsidR="00C67F33">
        <w:rPr>
          <w:rFonts w:ascii="Calibri" w:hAnsi="Calibri" w:cs="Calibri"/>
        </w:rPr>
        <w:t>,</w:t>
      </w:r>
      <w:r w:rsidR="004912A8" w:rsidRPr="009F2E9C">
        <w:rPr>
          <w:rFonts w:ascii="Calibri" w:hAnsi="Calibri" w:cs="Calibri"/>
        </w:rPr>
        <w:t xml:space="preserve"> we always give our guests a bit of space to sort of promote anything that they're involved with. I know you're heavily involved with a lot of charities and to </w:t>
      </w:r>
      <w:r w:rsidRPr="009F2E9C">
        <w:rPr>
          <w:rFonts w:ascii="Calibri" w:hAnsi="Calibri" w:cs="Calibri"/>
        </w:rPr>
        <w:t xml:space="preserve">list </w:t>
      </w:r>
      <w:r w:rsidR="004912A8" w:rsidRPr="009F2E9C">
        <w:rPr>
          <w:rFonts w:ascii="Calibri" w:hAnsi="Calibri" w:cs="Calibri"/>
        </w:rPr>
        <w:t>the</w:t>
      </w:r>
      <w:r w:rsidRPr="009F2E9C">
        <w:rPr>
          <w:rFonts w:ascii="Calibri" w:hAnsi="Calibri" w:cs="Calibri"/>
        </w:rPr>
        <w:t>m</w:t>
      </w:r>
      <w:r w:rsidR="004912A8" w:rsidRPr="009F2E9C">
        <w:rPr>
          <w:rFonts w:ascii="Calibri" w:hAnsi="Calibri" w:cs="Calibri"/>
        </w:rPr>
        <w:t xml:space="preserve"> </w:t>
      </w:r>
      <w:r w:rsidRPr="009F2E9C">
        <w:rPr>
          <w:rFonts w:ascii="Calibri" w:hAnsi="Calibri" w:cs="Calibri"/>
        </w:rPr>
        <w:t xml:space="preserve">all </w:t>
      </w:r>
      <w:r w:rsidR="004912A8" w:rsidRPr="009F2E9C">
        <w:rPr>
          <w:rFonts w:ascii="Calibri" w:hAnsi="Calibri" w:cs="Calibri"/>
        </w:rPr>
        <w:t>we'd be here until, like 2025, I think. But is there anything in particular you want to highlight as part of this episode that we could perhaps link to on our website?</w:t>
      </w:r>
    </w:p>
    <w:p w14:paraId="4551B26D" w14:textId="77777777" w:rsidR="00976992" w:rsidRPr="009F2E9C" w:rsidRDefault="00976992">
      <w:pPr>
        <w:spacing w:after="0"/>
        <w:rPr>
          <w:rFonts w:ascii="Calibri" w:hAnsi="Calibri" w:cs="Calibri"/>
        </w:rPr>
      </w:pPr>
    </w:p>
    <w:p w14:paraId="6A36C86D" w14:textId="0126CB9F"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1:03:45</w:t>
      </w:r>
    </w:p>
    <w:p w14:paraId="5B8D10A1" w14:textId="03B826D1" w:rsidR="00976992" w:rsidRPr="009F2E9C" w:rsidRDefault="004912A8">
      <w:pPr>
        <w:spacing w:after="0"/>
        <w:rPr>
          <w:rFonts w:ascii="Calibri" w:hAnsi="Calibri" w:cs="Calibri"/>
        </w:rPr>
      </w:pPr>
      <w:r w:rsidRPr="009F2E9C">
        <w:rPr>
          <w:rFonts w:ascii="Calibri" w:hAnsi="Calibri" w:cs="Calibri"/>
        </w:rPr>
        <w:t>Yes, please. There's</w:t>
      </w:r>
      <w:r w:rsidR="00C67F33">
        <w:rPr>
          <w:rFonts w:ascii="Calibri" w:hAnsi="Calibri" w:cs="Calibri"/>
        </w:rPr>
        <w:t>,</w:t>
      </w:r>
      <w:r w:rsidRPr="009F2E9C">
        <w:rPr>
          <w:rFonts w:ascii="Calibri" w:hAnsi="Calibri" w:cs="Calibri"/>
        </w:rPr>
        <w:t xml:space="preserve"> there's a charity that I'm president of</w:t>
      </w:r>
      <w:r w:rsidR="00B66B2A" w:rsidRPr="009F2E9C">
        <w:rPr>
          <w:rFonts w:ascii="Calibri" w:hAnsi="Calibri" w:cs="Calibri"/>
        </w:rPr>
        <w:t>,</w:t>
      </w:r>
      <w:r w:rsidRPr="009F2E9C">
        <w:rPr>
          <w:rFonts w:ascii="Calibri" w:hAnsi="Calibri" w:cs="Calibri"/>
        </w:rPr>
        <w:t xml:space="preserve"> El Presidente</w:t>
      </w:r>
      <w:r w:rsidR="00B66B2A" w:rsidRPr="009F2E9C">
        <w:rPr>
          <w:rFonts w:ascii="Calibri" w:hAnsi="Calibri" w:cs="Calibri"/>
        </w:rPr>
        <w:t>,</w:t>
      </w:r>
      <w:r w:rsidRPr="009F2E9C">
        <w:rPr>
          <w:rFonts w:ascii="Calibri" w:hAnsi="Calibri" w:cs="Calibri"/>
        </w:rPr>
        <w:t xml:space="preserve"> </w:t>
      </w:r>
      <w:r w:rsidR="00B66B2A" w:rsidRPr="009F2E9C">
        <w:rPr>
          <w:rFonts w:ascii="Calibri" w:hAnsi="Calibri" w:cs="Calibri"/>
        </w:rPr>
        <w:t xml:space="preserve">you, know, </w:t>
      </w:r>
      <w:r w:rsidRPr="009F2E9C">
        <w:rPr>
          <w:rFonts w:ascii="Calibri" w:hAnsi="Calibri" w:cs="Calibri"/>
        </w:rPr>
        <w:t xml:space="preserve">makes me </w:t>
      </w:r>
      <w:r w:rsidR="00B66B2A" w:rsidRPr="009F2E9C">
        <w:rPr>
          <w:rFonts w:ascii="Calibri" w:hAnsi="Calibri" w:cs="Calibri"/>
        </w:rPr>
        <w:t xml:space="preserve">sound </w:t>
      </w:r>
      <w:r w:rsidRPr="009F2E9C">
        <w:rPr>
          <w:rFonts w:ascii="Calibri" w:hAnsi="Calibri" w:cs="Calibri"/>
        </w:rPr>
        <w:t>really important. It's an honorary role, which I am so privileged to be a part of. And the charity is called Deborah. Deborah is a charity which deals with a terrible life limiting condition called</w:t>
      </w:r>
      <w:r w:rsidR="00B71CF0" w:rsidRPr="009F2E9C">
        <w:rPr>
          <w:rFonts w:ascii="Calibri" w:hAnsi="Calibri" w:cs="Calibri"/>
        </w:rPr>
        <w:t xml:space="preserve"> </w:t>
      </w:r>
      <w:r w:rsidR="00B71CF0" w:rsidRPr="009F2E9C">
        <w:rPr>
          <w:rFonts w:ascii="Calibri" w:hAnsi="Calibri" w:cs="Calibri"/>
        </w:rPr>
        <w:t>Epidermolysis Bullosa</w:t>
      </w:r>
      <w:r w:rsidRPr="009F2E9C">
        <w:rPr>
          <w:rFonts w:ascii="Calibri" w:hAnsi="Calibri" w:cs="Calibri"/>
        </w:rPr>
        <w:t>. It's to do with skin</w:t>
      </w:r>
      <w:r w:rsidR="00B71CF0" w:rsidRPr="009F2E9C">
        <w:rPr>
          <w:rFonts w:ascii="Calibri" w:hAnsi="Calibri" w:cs="Calibri"/>
        </w:rPr>
        <w:t xml:space="preserve"> a</w:t>
      </w:r>
      <w:r w:rsidRPr="009F2E9C">
        <w:rPr>
          <w:rFonts w:ascii="Calibri" w:hAnsi="Calibri" w:cs="Calibri"/>
        </w:rPr>
        <w:t>nd it's where babies are born without skin on parts of their body</w:t>
      </w:r>
      <w:r w:rsidR="00B71CF0" w:rsidRPr="009F2E9C">
        <w:rPr>
          <w:rFonts w:ascii="Calibri" w:hAnsi="Calibri" w:cs="Calibri"/>
        </w:rPr>
        <w:t xml:space="preserve"> a</w:t>
      </w:r>
      <w:r w:rsidRPr="009F2E9C">
        <w:rPr>
          <w:rFonts w:ascii="Calibri" w:hAnsi="Calibri" w:cs="Calibri"/>
        </w:rPr>
        <w:t xml:space="preserve">nd </w:t>
      </w:r>
      <w:proofErr w:type="gramStart"/>
      <w:r w:rsidRPr="009F2E9C">
        <w:rPr>
          <w:rFonts w:ascii="Calibri" w:hAnsi="Calibri" w:cs="Calibri"/>
        </w:rPr>
        <w:t>sometimes</w:t>
      </w:r>
      <w:proofErr w:type="gramEnd"/>
      <w:r w:rsidRPr="009F2E9C">
        <w:rPr>
          <w:rFonts w:ascii="Calibri" w:hAnsi="Calibri" w:cs="Calibri"/>
        </w:rPr>
        <w:t xml:space="preserve"> they might have to have skin on the whole part of their body</w:t>
      </w:r>
      <w:r w:rsidR="00C70877" w:rsidRPr="009F2E9C">
        <w:rPr>
          <w:rFonts w:ascii="Calibri" w:hAnsi="Calibri" w:cs="Calibri"/>
        </w:rPr>
        <w:t>,</w:t>
      </w:r>
      <w:r w:rsidRPr="009F2E9C">
        <w:rPr>
          <w:rFonts w:ascii="Calibri" w:hAnsi="Calibri" w:cs="Calibri"/>
        </w:rPr>
        <w:t xml:space="preserve"> maybe just on their face. </w:t>
      </w:r>
      <w:r w:rsidR="0009232F" w:rsidRPr="009F2E9C">
        <w:rPr>
          <w:rFonts w:ascii="Calibri" w:hAnsi="Calibri" w:cs="Calibri"/>
        </w:rPr>
        <w:t xml:space="preserve">Skin goes down the </w:t>
      </w:r>
      <w:r w:rsidRPr="009F2E9C">
        <w:rPr>
          <w:rFonts w:ascii="Calibri" w:hAnsi="Calibri" w:cs="Calibri"/>
        </w:rPr>
        <w:t>throat and the other end</w:t>
      </w:r>
      <w:r w:rsidR="0009232F" w:rsidRPr="009F2E9C">
        <w:rPr>
          <w:rFonts w:ascii="Calibri" w:hAnsi="Calibri" w:cs="Calibri"/>
        </w:rPr>
        <w:t>,</w:t>
      </w:r>
      <w:r w:rsidRPr="009F2E9C">
        <w:rPr>
          <w:rFonts w:ascii="Calibri" w:hAnsi="Calibri" w:cs="Calibri"/>
        </w:rPr>
        <w:t xml:space="preserve"> </w:t>
      </w:r>
      <w:r w:rsidR="0009232F" w:rsidRPr="009F2E9C">
        <w:rPr>
          <w:rFonts w:ascii="Calibri" w:hAnsi="Calibri" w:cs="Calibri"/>
        </w:rPr>
        <w:t xml:space="preserve">up </w:t>
      </w:r>
      <w:r w:rsidRPr="009F2E9C">
        <w:rPr>
          <w:rFonts w:ascii="Calibri" w:hAnsi="Calibri" w:cs="Calibri"/>
        </w:rPr>
        <w:t>your back passage. So</w:t>
      </w:r>
      <w:r w:rsidR="00C67F33">
        <w:rPr>
          <w:rFonts w:ascii="Calibri" w:hAnsi="Calibri" w:cs="Calibri"/>
        </w:rPr>
        <w:t>,</w:t>
      </w:r>
      <w:r w:rsidRPr="009F2E9C">
        <w:rPr>
          <w:rFonts w:ascii="Calibri" w:hAnsi="Calibri" w:cs="Calibri"/>
        </w:rPr>
        <w:t xml:space="preserve"> what happens is this terrible condition causes blistering</w:t>
      </w:r>
      <w:r w:rsidR="0009232F" w:rsidRPr="009F2E9C">
        <w:rPr>
          <w:rFonts w:ascii="Calibri" w:hAnsi="Calibri" w:cs="Calibri"/>
        </w:rPr>
        <w:t>,</w:t>
      </w:r>
      <w:r w:rsidRPr="009F2E9C">
        <w:rPr>
          <w:rFonts w:ascii="Calibri" w:hAnsi="Calibri" w:cs="Calibri"/>
        </w:rPr>
        <w:t xml:space="preserve"> causes extreme pain, causes infection and a large amount of people don't get past </w:t>
      </w:r>
      <w:r w:rsidR="00DB4A31" w:rsidRPr="009F2E9C">
        <w:rPr>
          <w:rFonts w:ascii="Calibri" w:hAnsi="Calibri" w:cs="Calibri"/>
        </w:rPr>
        <w:t xml:space="preserve">35, 40, </w:t>
      </w:r>
      <w:r w:rsidRPr="009F2E9C">
        <w:rPr>
          <w:rFonts w:ascii="Calibri" w:hAnsi="Calibri" w:cs="Calibri"/>
        </w:rPr>
        <w:t>There's</w:t>
      </w:r>
      <w:r w:rsidR="00C67F33">
        <w:rPr>
          <w:rFonts w:ascii="Calibri" w:hAnsi="Calibri" w:cs="Calibri"/>
        </w:rPr>
        <w:t>,</w:t>
      </w:r>
      <w:r w:rsidRPr="009F2E9C">
        <w:rPr>
          <w:rFonts w:ascii="Calibri" w:hAnsi="Calibri" w:cs="Calibri"/>
        </w:rPr>
        <w:t xml:space="preserve"> there's</w:t>
      </w:r>
      <w:r w:rsidR="00C67F33">
        <w:rPr>
          <w:rFonts w:ascii="Calibri" w:hAnsi="Calibri" w:cs="Calibri"/>
        </w:rPr>
        <w:t>,</w:t>
      </w:r>
      <w:r w:rsidRPr="009F2E9C">
        <w:rPr>
          <w:rFonts w:ascii="Calibri" w:hAnsi="Calibri" w:cs="Calibri"/>
        </w:rPr>
        <w:t xml:space="preserve"> there are rare cases that have </w:t>
      </w:r>
      <w:r w:rsidR="00DB4A31" w:rsidRPr="009F2E9C">
        <w:rPr>
          <w:rFonts w:ascii="Calibri" w:hAnsi="Calibri" w:cs="Calibri"/>
        </w:rPr>
        <w:t xml:space="preserve">got </w:t>
      </w:r>
      <w:r w:rsidRPr="009F2E9C">
        <w:rPr>
          <w:rFonts w:ascii="Calibri" w:hAnsi="Calibri" w:cs="Calibri"/>
        </w:rPr>
        <w:lastRenderedPageBreak/>
        <w:t>up 60 But at the end of the day, the one thing that happens guaranteed is they all live their lives in pain and discomfort. But on top of</w:t>
      </w:r>
      <w:r w:rsidR="00DB4A31" w:rsidRPr="009F2E9C">
        <w:rPr>
          <w:rFonts w:ascii="Calibri" w:hAnsi="Calibri" w:cs="Calibri"/>
        </w:rPr>
        <w:t xml:space="preserve"> that,</w:t>
      </w:r>
      <w:r w:rsidR="009F2E9C">
        <w:rPr>
          <w:rFonts w:ascii="Calibri" w:hAnsi="Calibri" w:cs="Calibri"/>
        </w:rPr>
        <w:t xml:space="preserve"> </w:t>
      </w:r>
      <w:r w:rsidR="00C67F33">
        <w:rPr>
          <w:rFonts w:ascii="Calibri" w:hAnsi="Calibri" w:cs="Calibri"/>
        </w:rPr>
        <w:t>w</w:t>
      </w:r>
      <w:r w:rsidRPr="009F2E9C">
        <w:rPr>
          <w:rFonts w:ascii="Calibri" w:hAnsi="Calibri" w:cs="Calibri"/>
        </w:rPr>
        <w:t>e've all had sunburn</w:t>
      </w:r>
      <w:r w:rsidR="00DB4A31" w:rsidRPr="009F2E9C">
        <w:rPr>
          <w:rFonts w:ascii="Calibri" w:hAnsi="Calibri" w:cs="Calibri"/>
        </w:rPr>
        <w:t xml:space="preserve"> a</w:t>
      </w:r>
      <w:r w:rsidRPr="009F2E9C">
        <w:rPr>
          <w:rFonts w:ascii="Calibri" w:hAnsi="Calibri" w:cs="Calibri"/>
        </w:rPr>
        <w:t xml:space="preserve">nd I don't want to trivialize the </w:t>
      </w:r>
      <w:r w:rsidR="00DB4A31" w:rsidRPr="009F2E9C">
        <w:rPr>
          <w:rFonts w:ascii="Calibri" w:hAnsi="Calibri" w:cs="Calibri"/>
        </w:rPr>
        <w:t>itch, b</w:t>
      </w:r>
      <w:r w:rsidRPr="009F2E9C">
        <w:rPr>
          <w:rFonts w:ascii="Calibri" w:hAnsi="Calibri" w:cs="Calibri"/>
        </w:rPr>
        <w:t>ut when you get</w:t>
      </w:r>
      <w:r w:rsidR="00DB4A31" w:rsidRPr="009F2E9C">
        <w:rPr>
          <w:rFonts w:ascii="Calibri" w:hAnsi="Calibri" w:cs="Calibri"/>
        </w:rPr>
        <w:t xml:space="preserve"> sunburnt</w:t>
      </w:r>
      <w:r w:rsidRPr="009F2E9C">
        <w:rPr>
          <w:rFonts w:ascii="Calibri" w:hAnsi="Calibri" w:cs="Calibri"/>
        </w:rPr>
        <w:t xml:space="preserve">, you get blistered, and it itches like heck, and you start to scratch it and make it </w:t>
      </w:r>
      <w:r w:rsidR="00DB4A31" w:rsidRPr="009F2E9C">
        <w:rPr>
          <w:rFonts w:ascii="Calibri" w:hAnsi="Calibri" w:cs="Calibri"/>
        </w:rPr>
        <w:t xml:space="preserve">sore </w:t>
      </w:r>
      <w:r w:rsidRPr="009F2E9C">
        <w:rPr>
          <w:rFonts w:ascii="Calibri" w:hAnsi="Calibri" w:cs="Calibri"/>
        </w:rPr>
        <w:t>or even bleed, well their skin is, is rice paper thin, and it will blister and bleed. Doesn't matter what they do, if they scratch, it is going to blister and bleed, which starts the whole cycle again. And we're hoping that we'll be able to get a better management for the pain and a better management for the</w:t>
      </w:r>
      <w:r w:rsidR="00DB4A31" w:rsidRPr="009F2E9C">
        <w:rPr>
          <w:rFonts w:ascii="Calibri" w:hAnsi="Calibri" w:cs="Calibri"/>
        </w:rPr>
        <w:t xml:space="preserve"> itch</w:t>
      </w:r>
      <w:r w:rsidRPr="009F2E9C">
        <w:rPr>
          <w:rFonts w:ascii="Calibri" w:hAnsi="Calibri" w:cs="Calibri"/>
        </w:rPr>
        <w:t>, so that these incredible people, and they are incredible people will have some sort of life given back to them. Because at the moment, their lives are restricted by so much because of the issues they have to live with</w:t>
      </w:r>
      <w:r w:rsidR="00DB4A31" w:rsidRPr="009F2E9C">
        <w:rPr>
          <w:rFonts w:ascii="Calibri" w:hAnsi="Calibri" w:cs="Calibri"/>
        </w:rPr>
        <w:t xml:space="preserve"> a</w:t>
      </w:r>
      <w:r w:rsidRPr="009F2E9C">
        <w:rPr>
          <w:rFonts w:ascii="Calibri" w:hAnsi="Calibri" w:cs="Calibri"/>
        </w:rPr>
        <w:t>nd I feel very relevant to this because I spent so long of my life without skin on parts of my body. And the</w:t>
      </w:r>
      <w:r w:rsidR="003D0420" w:rsidRPr="009F2E9C">
        <w:rPr>
          <w:rFonts w:ascii="Calibri" w:hAnsi="Calibri" w:cs="Calibri"/>
        </w:rPr>
        <w:t xml:space="preserve"> itch</w:t>
      </w:r>
      <w:r w:rsidRPr="009F2E9C">
        <w:rPr>
          <w:rFonts w:ascii="Calibri" w:hAnsi="Calibri" w:cs="Calibri"/>
        </w:rPr>
        <w:t>, and the new skin arriving and itching, and me scratching it and bleeding and blistering. So</w:t>
      </w:r>
      <w:r w:rsidR="00C67F33">
        <w:rPr>
          <w:rFonts w:ascii="Calibri" w:hAnsi="Calibri" w:cs="Calibri"/>
        </w:rPr>
        <w:t>,</w:t>
      </w:r>
      <w:r w:rsidRPr="009F2E9C">
        <w:rPr>
          <w:rFonts w:ascii="Calibri" w:hAnsi="Calibri" w:cs="Calibri"/>
        </w:rPr>
        <w:t xml:space="preserve"> I</w:t>
      </w:r>
      <w:r w:rsidR="00C67F33">
        <w:rPr>
          <w:rFonts w:ascii="Calibri" w:hAnsi="Calibri" w:cs="Calibri"/>
        </w:rPr>
        <w:t>,</w:t>
      </w:r>
      <w:r w:rsidRPr="009F2E9C">
        <w:rPr>
          <w:rFonts w:ascii="Calibri" w:hAnsi="Calibri" w:cs="Calibri"/>
        </w:rPr>
        <w:t xml:space="preserve"> I'm relevant to it in that regard</w:t>
      </w:r>
      <w:r w:rsidR="003D0420" w:rsidRPr="009F2E9C">
        <w:rPr>
          <w:rFonts w:ascii="Calibri" w:hAnsi="Calibri" w:cs="Calibri"/>
        </w:rPr>
        <w:t xml:space="preserve"> b</w:t>
      </w:r>
      <w:r w:rsidRPr="009F2E9C">
        <w:rPr>
          <w:rFonts w:ascii="Calibri" w:hAnsi="Calibri" w:cs="Calibri"/>
        </w:rPr>
        <w:t>ut at least there was always light at the end of my tunnel. For them at this minute in time</w:t>
      </w:r>
      <w:r w:rsidR="003D0420" w:rsidRPr="009F2E9C">
        <w:rPr>
          <w:rFonts w:ascii="Calibri" w:hAnsi="Calibri" w:cs="Calibri"/>
        </w:rPr>
        <w:t xml:space="preserve"> i</w:t>
      </w:r>
      <w:r w:rsidRPr="009F2E9C">
        <w:rPr>
          <w:rFonts w:ascii="Calibri" w:hAnsi="Calibri" w:cs="Calibri"/>
        </w:rPr>
        <w:t>t's very difficult because it's a very rare disease</w:t>
      </w:r>
      <w:r w:rsidR="003D0420" w:rsidRPr="009F2E9C">
        <w:rPr>
          <w:rFonts w:ascii="Calibri" w:hAnsi="Calibri" w:cs="Calibri"/>
        </w:rPr>
        <w:t>, b</w:t>
      </w:r>
      <w:r w:rsidRPr="009F2E9C">
        <w:rPr>
          <w:rFonts w:ascii="Calibri" w:hAnsi="Calibri" w:cs="Calibri"/>
        </w:rPr>
        <w:t xml:space="preserve">ut they were called the butterfly children because they </w:t>
      </w:r>
      <w:r w:rsidR="003D0420" w:rsidRPr="009F2E9C">
        <w:rPr>
          <w:rFonts w:ascii="Calibri" w:hAnsi="Calibri" w:cs="Calibri"/>
        </w:rPr>
        <w:t xml:space="preserve">say </w:t>
      </w:r>
      <w:r w:rsidRPr="009F2E9C">
        <w:rPr>
          <w:rFonts w:ascii="Calibri" w:hAnsi="Calibri" w:cs="Calibri"/>
        </w:rPr>
        <w:t>their skin will break with the beat of a butterfly's wings</w:t>
      </w:r>
      <w:r w:rsidR="003D0420" w:rsidRPr="009F2E9C">
        <w:rPr>
          <w:rFonts w:ascii="Calibri" w:hAnsi="Calibri" w:cs="Calibri"/>
        </w:rPr>
        <w:t xml:space="preserve"> a</w:t>
      </w:r>
      <w:r w:rsidRPr="009F2E9C">
        <w:rPr>
          <w:rFonts w:ascii="Calibri" w:hAnsi="Calibri" w:cs="Calibri"/>
        </w:rPr>
        <w:t>nd if you ever see Gra</w:t>
      </w:r>
      <w:r w:rsidR="00BC7ACF" w:rsidRPr="009F2E9C">
        <w:rPr>
          <w:rFonts w:ascii="Calibri" w:hAnsi="Calibri" w:cs="Calibri"/>
        </w:rPr>
        <w:t>eme</w:t>
      </w:r>
      <w:r w:rsidRPr="009F2E9C">
        <w:rPr>
          <w:rFonts w:ascii="Calibri" w:hAnsi="Calibri" w:cs="Calibri"/>
        </w:rPr>
        <w:t xml:space="preserve"> </w:t>
      </w:r>
      <w:proofErr w:type="spellStart"/>
      <w:r w:rsidR="00BC7ACF" w:rsidRPr="009F2E9C">
        <w:rPr>
          <w:rFonts w:ascii="Calibri" w:hAnsi="Calibri" w:cs="Calibri"/>
        </w:rPr>
        <w:t>Souness</w:t>
      </w:r>
      <w:proofErr w:type="spellEnd"/>
      <w:r w:rsidRPr="009F2E9C">
        <w:rPr>
          <w:rFonts w:ascii="Calibri" w:hAnsi="Calibri" w:cs="Calibri"/>
        </w:rPr>
        <w:t xml:space="preserve"> </w:t>
      </w:r>
      <w:r w:rsidR="00BC7ACF" w:rsidRPr="009F2E9C">
        <w:rPr>
          <w:rFonts w:ascii="Calibri" w:hAnsi="Calibri" w:cs="Calibri"/>
        </w:rPr>
        <w:t xml:space="preserve">on </w:t>
      </w:r>
      <w:r w:rsidRPr="009F2E9C">
        <w:rPr>
          <w:rFonts w:ascii="Calibri" w:hAnsi="Calibri" w:cs="Calibri"/>
        </w:rPr>
        <w:t xml:space="preserve">telly, the football, </w:t>
      </w:r>
      <w:r w:rsidR="00C67F33" w:rsidRPr="009F2E9C">
        <w:rPr>
          <w:rFonts w:ascii="Calibri" w:hAnsi="Calibri" w:cs="Calibri"/>
        </w:rPr>
        <w:t>ex-football</w:t>
      </w:r>
      <w:r w:rsidRPr="009F2E9C">
        <w:rPr>
          <w:rFonts w:ascii="Calibri" w:hAnsi="Calibri" w:cs="Calibri"/>
        </w:rPr>
        <w:t xml:space="preserve"> player and commentator now, he always has </w:t>
      </w:r>
      <w:r w:rsidR="00BC7ACF" w:rsidRPr="009F2E9C">
        <w:rPr>
          <w:rFonts w:ascii="Calibri" w:hAnsi="Calibri" w:cs="Calibri"/>
        </w:rPr>
        <w:t xml:space="preserve">his little badge on </w:t>
      </w:r>
      <w:r w:rsidRPr="009F2E9C">
        <w:rPr>
          <w:rFonts w:ascii="Calibri" w:hAnsi="Calibri" w:cs="Calibri"/>
        </w:rPr>
        <w:t>because he's a vice president. And we're very, very privileged to have him</w:t>
      </w:r>
      <w:r w:rsidR="00BC7ACF" w:rsidRPr="009F2E9C">
        <w:rPr>
          <w:rFonts w:ascii="Calibri" w:hAnsi="Calibri" w:cs="Calibri"/>
        </w:rPr>
        <w:t xml:space="preserve"> a</w:t>
      </w:r>
      <w:r w:rsidRPr="009F2E9C">
        <w:rPr>
          <w:rFonts w:ascii="Calibri" w:hAnsi="Calibri" w:cs="Calibri"/>
        </w:rPr>
        <w:t>nd it's just one of these terrible conditions. It's rare, there are 5</w:t>
      </w:r>
      <w:r w:rsidR="00C67F33">
        <w:rPr>
          <w:rFonts w:ascii="Calibri" w:hAnsi="Calibri" w:cs="Calibri"/>
        </w:rPr>
        <w:t>,</w:t>
      </w:r>
      <w:r w:rsidRPr="009F2E9C">
        <w:rPr>
          <w:rFonts w:ascii="Calibri" w:hAnsi="Calibri" w:cs="Calibri"/>
        </w:rPr>
        <w:t>000 in this country</w:t>
      </w:r>
      <w:r w:rsidR="00BC7ACF" w:rsidRPr="009F2E9C">
        <w:rPr>
          <w:rFonts w:ascii="Calibri" w:hAnsi="Calibri" w:cs="Calibri"/>
        </w:rPr>
        <w:t xml:space="preserve"> a</w:t>
      </w:r>
      <w:r w:rsidRPr="009F2E9C">
        <w:rPr>
          <w:rFonts w:ascii="Calibri" w:hAnsi="Calibri" w:cs="Calibri"/>
        </w:rPr>
        <w:t>nd there's always 5</w:t>
      </w:r>
      <w:r w:rsidR="00C67F33">
        <w:rPr>
          <w:rFonts w:ascii="Calibri" w:hAnsi="Calibri" w:cs="Calibri"/>
        </w:rPr>
        <w:t>,</w:t>
      </w:r>
      <w:r w:rsidRPr="009F2E9C">
        <w:rPr>
          <w:rFonts w:ascii="Calibri" w:hAnsi="Calibri" w:cs="Calibri"/>
        </w:rPr>
        <w:t xml:space="preserve">000 </w:t>
      </w:r>
      <w:r w:rsidR="00C67F33">
        <w:rPr>
          <w:rFonts w:ascii="Calibri" w:hAnsi="Calibri" w:cs="Calibri"/>
        </w:rPr>
        <w:t>b</w:t>
      </w:r>
      <w:r w:rsidRPr="009F2E9C">
        <w:rPr>
          <w:rFonts w:ascii="Calibri" w:hAnsi="Calibri" w:cs="Calibri"/>
        </w:rPr>
        <w:t>ecause when one leaves, another one arrives. But worldwide, we only know about</w:t>
      </w:r>
      <w:r w:rsidR="00EF7621">
        <w:rPr>
          <w:rFonts w:ascii="Calibri" w:hAnsi="Calibri" w:cs="Calibri"/>
        </w:rPr>
        <w:t>,</w:t>
      </w:r>
      <w:r w:rsidRPr="009F2E9C">
        <w:rPr>
          <w:rFonts w:ascii="Calibri" w:hAnsi="Calibri" w:cs="Calibri"/>
        </w:rPr>
        <w:t xml:space="preserve"> about a half a million. First thing is, what we know about is the half a million what we don't know, is</w:t>
      </w:r>
      <w:r w:rsidR="00536466" w:rsidRPr="009F2E9C">
        <w:rPr>
          <w:rFonts w:ascii="Calibri" w:hAnsi="Calibri" w:cs="Calibri"/>
        </w:rPr>
        <w:t>,</w:t>
      </w:r>
      <w:r w:rsidRPr="009F2E9C">
        <w:rPr>
          <w:rFonts w:ascii="Calibri" w:hAnsi="Calibri" w:cs="Calibri"/>
        </w:rPr>
        <w:t xml:space="preserve"> in the much poorer areas of life where they don't have access to any medicine, or treatment, or dressings or sterile environment or doctors anything. And they can't afford it</w:t>
      </w:r>
      <w:r w:rsidR="00536466" w:rsidRPr="009F2E9C">
        <w:rPr>
          <w:rFonts w:ascii="Calibri" w:hAnsi="Calibri" w:cs="Calibri"/>
        </w:rPr>
        <w:t xml:space="preserve"> e</w:t>
      </w:r>
      <w:r w:rsidRPr="009F2E9C">
        <w:rPr>
          <w:rFonts w:ascii="Calibri" w:hAnsi="Calibri" w:cs="Calibri"/>
        </w:rPr>
        <w:t>ven if they did have access, they can't afford it. So</w:t>
      </w:r>
      <w:r w:rsidR="00EF7621">
        <w:rPr>
          <w:rFonts w:ascii="Calibri" w:hAnsi="Calibri" w:cs="Calibri"/>
        </w:rPr>
        <w:t>,</w:t>
      </w:r>
      <w:r w:rsidRPr="009F2E9C">
        <w:rPr>
          <w:rFonts w:ascii="Calibri" w:hAnsi="Calibri" w:cs="Calibri"/>
        </w:rPr>
        <w:t xml:space="preserve"> we don't know how many </w:t>
      </w:r>
      <w:proofErr w:type="gramStart"/>
      <w:r w:rsidR="00536466" w:rsidRPr="009F2E9C">
        <w:rPr>
          <w:rFonts w:ascii="Calibri" w:hAnsi="Calibri" w:cs="Calibri"/>
        </w:rPr>
        <w:t>die</w:t>
      </w:r>
      <w:proofErr w:type="gramEnd"/>
      <w:r w:rsidR="00536466" w:rsidRPr="009F2E9C">
        <w:rPr>
          <w:rFonts w:ascii="Calibri" w:hAnsi="Calibri" w:cs="Calibri"/>
        </w:rPr>
        <w:t xml:space="preserve"> at </w:t>
      </w:r>
      <w:r w:rsidRPr="009F2E9C">
        <w:rPr>
          <w:rFonts w:ascii="Calibri" w:hAnsi="Calibri" w:cs="Calibri"/>
        </w:rPr>
        <w:t>childbirth because of that. So</w:t>
      </w:r>
      <w:r w:rsidR="00EF7621">
        <w:rPr>
          <w:rFonts w:ascii="Calibri" w:hAnsi="Calibri" w:cs="Calibri"/>
        </w:rPr>
        <w:t>,</w:t>
      </w:r>
      <w:r w:rsidRPr="009F2E9C">
        <w:rPr>
          <w:rFonts w:ascii="Calibri" w:hAnsi="Calibri" w:cs="Calibri"/>
        </w:rPr>
        <w:t xml:space="preserve"> you know, as we've seen with a pandemic, if you throw enough money at things, you will find a </w:t>
      </w:r>
      <w:r w:rsidR="00536466" w:rsidRPr="009F2E9C">
        <w:rPr>
          <w:rFonts w:ascii="Calibri" w:hAnsi="Calibri" w:cs="Calibri"/>
        </w:rPr>
        <w:t xml:space="preserve">cure </w:t>
      </w:r>
      <w:r w:rsidRPr="009F2E9C">
        <w:rPr>
          <w:rFonts w:ascii="Calibri" w:hAnsi="Calibri" w:cs="Calibri"/>
        </w:rPr>
        <w:t>quickly. But because there are so few in reality, and they will live for quite a while but it's the</w:t>
      </w:r>
      <w:r w:rsidR="00EF7621">
        <w:rPr>
          <w:rFonts w:ascii="Calibri" w:hAnsi="Calibri" w:cs="Calibri"/>
        </w:rPr>
        <w:t>,</w:t>
      </w:r>
      <w:r w:rsidRPr="009F2E9C">
        <w:rPr>
          <w:rFonts w:ascii="Calibri" w:hAnsi="Calibri" w:cs="Calibri"/>
        </w:rPr>
        <w:t xml:space="preserve"> the problems they have living with it, and many other rare diseases as well. And small companies</w:t>
      </w:r>
      <w:r w:rsidR="00536466" w:rsidRPr="009F2E9C">
        <w:rPr>
          <w:rFonts w:ascii="Calibri" w:hAnsi="Calibri" w:cs="Calibri"/>
        </w:rPr>
        <w:t>,</w:t>
      </w:r>
      <w:r w:rsidRPr="009F2E9C">
        <w:rPr>
          <w:rFonts w:ascii="Calibri" w:hAnsi="Calibri" w:cs="Calibri"/>
        </w:rPr>
        <w:t xml:space="preserve"> for them to be able to convince investors to put their money into it</w:t>
      </w:r>
      <w:r w:rsidR="00F20A6F" w:rsidRPr="009F2E9C">
        <w:rPr>
          <w:rFonts w:ascii="Calibri" w:hAnsi="Calibri" w:cs="Calibri"/>
        </w:rPr>
        <w:t>, t</w:t>
      </w:r>
      <w:r w:rsidRPr="009F2E9C">
        <w:rPr>
          <w:rFonts w:ascii="Calibri" w:hAnsi="Calibri" w:cs="Calibri"/>
        </w:rPr>
        <w:t xml:space="preserve">here's got to be </w:t>
      </w:r>
      <w:r w:rsidR="00F20A6F" w:rsidRPr="009F2E9C">
        <w:rPr>
          <w:rFonts w:ascii="Calibri" w:hAnsi="Calibri" w:cs="Calibri"/>
        </w:rPr>
        <w:t xml:space="preserve">some return </w:t>
      </w:r>
      <w:r w:rsidRPr="009F2E9C">
        <w:rPr>
          <w:rFonts w:ascii="Calibri" w:hAnsi="Calibri" w:cs="Calibri"/>
        </w:rPr>
        <w:t>at the end of the day, they're not gonna do it</w:t>
      </w:r>
      <w:r w:rsidR="00F20A6F" w:rsidRPr="009F2E9C">
        <w:rPr>
          <w:rFonts w:ascii="Calibri" w:hAnsi="Calibri" w:cs="Calibri"/>
        </w:rPr>
        <w:t xml:space="preserve"> b</w:t>
      </w:r>
      <w:r w:rsidRPr="009F2E9C">
        <w:rPr>
          <w:rFonts w:ascii="Calibri" w:hAnsi="Calibri" w:cs="Calibri"/>
        </w:rPr>
        <w:t>ecause they're benevolent, wonderful people</w:t>
      </w:r>
      <w:r w:rsidR="00F20A6F" w:rsidRPr="009F2E9C">
        <w:rPr>
          <w:rFonts w:ascii="Calibri" w:hAnsi="Calibri" w:cs="Calibri"/>
        </w:rPr>
        <w:t>, y</w:t>
      </w:r>
      <w:r w:rsidRPr="009F2E9C">
        <w:rPr>
          <w:rFonts w:ascii="Calibri" w:hAnsi="Calibri" w:cs="Calibri"/>
        </w:rPr>
        <w:t xml:space="preserve">ou know, these investors want their return on their money. </w:t>
      </w:r>
      <w:r w:rsidR="00F20A6F" w:rsidRPr="009F2E9C">
        <w:rPr>
          <w:rFonts w:ascii="Calibri" w:hAnsi="Calibri" w:cs="Calibri"/>
        </w:rPr>
        <w:t xml:space="preserve">But </w:t>
      </w:r>
      <w:r w:rsidRPr="009F2E9C">
        <w:rPr>
          <w:rFonts w:ascii="Calibri" w:hAnsi="Calibri" w:cs="Calibri"/>
        </w:rPr>
        <w:t>the one thing that we can say is that because there's always 5</w:t>
      </w:r>
      <w:r w:rsidR="00EF7621">
        <w:rPr>
          <w:rFonts w:ascii="Calibri" w:hAnsi="Calibri" w:cs="Calibri"/>
        </w:rPr>
        <w:t>,</w:t>
      </w:r>
      <w:r w:rsidRPr="009F2E9C">
        <w:rPr>
          <w:rFonts w:ascii="Calibri" w:hAnsi="Calibri" w:cs="Calibri"/>
        </w:rPr>
        <w:t xml:space="preserve">000 </w:t>
      </w:r>
      <w:r w:rsidR="00EF7621">
        <w:rPr>
          <w:rFonts w:ascii="Calibri" w:hAnsi="Calibri" w:cs="Calibri"/>
        </w:rPr>
        <w:t>t</w:t>
      </w:r>
      <w:r w:rsidRPr="009F2E9C">
        <w:rPr>
          <w:rFonts w:ascii="Calibri" w:hAnsi="Calibri" w:cs="Calibri"/>
        </w:rPr>
        <w:t>here will always be a need for whatever medication but it just may take you longer to recoup your mone</w:t>
      </w:r>
      <w:r w:rsidR="00F20A6F" w:rsidRPr="009F2E9C">
        <w:rPr>
          <w:rFonts w:ascii="Calibri" w:hAnsi="Calibri" w:cs="Calibri"/>
        </w:rPr>
        <w:t>y b</w:t>
      </w:r>
      <w:r w:rsidRPr="009F2E9C">
        <w:rPr>
          <w:rFonts w:ascii="Calibri" w:hAnsi="Calibri" w:cs="Calibri"/>
        </w:rPr>
        <w:t>ut you know, at the end of the day, if we could get governments and the</w:t>
      </w:r>
      <w:r w:rsidR="00EF7621">
        <w:rPr>
          <w:rFonts w:ascii="Calibri" w:hAnsi="Calibri" w:cs="Calibri"/>
        </w:rPr>
        <w:t>,</w:t>
      </w:r>
      <w:r w:rsidRPr="009F2E9C">
        <w:rPr>
          <w:rFonts w:ascii="Calibri" w:hAnsi="Calibri" w:cs="Calibri"/>
        </w:rPr>
        <w:t xml:space="preserve"> the UN the World Health Organization to, to specify that there should be a larger amount of money given to rare diseases</w:t>
      </w:r>
      <w:r w:rsidR="00F20A6F" w:rsidRPr="009F2E9C">
        <w:rPr>
          <w:rFonts w:ascii="Calibri" w:hAnsi="Calibri" w:cs="Calibri"/>
        </w:rPr>
        <w:t xml:space="preserve"> a</w:t>
      </w:r>
      <w:r w:rsidRPr="009F2E9C">
        <w:rPr>
          <w:rFonts w:ascii="Calibri" w:hAnsi="Calibri" w:cs="Calibri"/>
        </w:rPr>
        <w:t>nd, you know, in my case, Epidermolysis Bullosa</w:t>
      </w:r>
      <w:r w:rsidR="00F20A6F" w:rsidRPr="009F2E9C">
        <w:rPr>
          <w:rFonts w:ascii="Calibri" w:hAnsi="Calibri" w:cs="Calibri"/>
        </w:rPr>
        <w:t xml:space="preserve">, </w:t>
      </w:r>
      <w:r w:rsidRPr="009F2E9C">
        <w:rPr>
          <w:rFonts w:ascii="Calibri" w:hAnsi="Calibri" w:cs="Calibri"/>
        </w:rPr>
        <w:t>EB</w:t>
      </w:r>
      <w:r w:rsidR="00F20A6F" w:rsidRPr="009F2E9C">
        <w:rPr>
          <w:rFonts w:ascii="Calibri" w:hAnsi="Calibri" w:cs="Calibri"/>
        </w:rPr>
        <w:t>,</w:t>
      </w:r>
      <w:r w:rsidRPr="009F2E9C">
        <w:rPr>
          <w:rFonts w:ascii="Calibri" w:hAnsi="Calibri" w:cs="Calibri"/>
        </w:rPr>
        <w:t xml:space="preserve"> is within desperate need to be able to get the money because the charity I'm involved in, helps families, helps them deal with it helps the nurses</w:t>
      </w:r>
      <w:r w:rsidR="003722DC">
        <w:rPr>
          <w:rFonts w:ascii="Calibri" w:hAnsi="Calibri" w:cs="Calibri"/>
        </w:rPr>
        <w:t>,</w:t>
      </w:r>
      <w:r w:rsidRPr="009F2E9C">
        <w:rPr>
          <w:rFonts w:ascii="Calibri" w:hAnsi="Calibri" w:cs="Calibri"/>
        </w:rPr>
        <w:t xml:space="preserve"> helps pay for nurses</w:t>
      </w:r>
      <w:r w:rsidR="003722DC">
        <w:rPr>
          <w:rFonts w:ascii="Calibri" w:hAnsi="Calibri" w:cs="Calibri"/>
        </w:rPr>
        <w:t>,</w:t>
      </w:r>
      <w:r w:rsidRPr="009F2E9C">
        <w:rPr>
          <w:rFonts w:ascii="Calibri" w:hAnsi="Calibri" w:cs="Calibri"/>
        </w:rPr>
        <w:t xml:space="preserve"> helps pay for their training, because it's not always covered by the NHS. There's so much that needs doing </w:t>
      </w:r>
    </w:p>
    <w:p w14:paraId="3B25D77B" w14:textId="77777777" w:rsidR="003722DC" w:rsidRDefault="003722DC">
      <w:pPr>
        <w:spacing w:after="0"/>
        <w:rPr>
          <w:rFonts w:ascii="Calibri" w:hAnsi="Calibri" w:cs="Calibri"/>
        </w:rPr>
      </w:pPr>
    </w:p>
    <w:p w14:paraId="4DC3DCC2" w14:textId="4AB5CA7C"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1:08:48</w:t>
      </w:r>
    </w:p>
    <w:p w14:paraId="6DF8EA5F" w14:textId="53F9634E" w:rsidR="00976992" w:rsidRPr="009F2E9C" w:rsidRDefault="004912A8">
      <w:pPr>
        <w:spacing w:after="0"/>
        <w:rPr>
          <w:rFonts w:ascii="Calibri" w:hAnsi="Calibri" w:cs="Calibri"/>
        </w:rPr>
      </w:pPr>
      <w:r w:rsidRPr="009F2E9C">
        <w:rPr>
          <w:rFonts w:ascii="Calibri" w:hAnsi="Calibri" w:cs="Calibri"/>
        </w:rPr>
        <w:t>we'll put all the links on our website and also in the episode description notes as well. And we'll also send you this episode Simon so that you can send it to whoever</w:t>
      </w:r>
      <w:r w:rsidR="004B4C7D" w:rsidRPr="009F2E9C">
        <w:rPr>
          <w:rFonts w:ascii="Calibri" w:hAnsi="Calibri" w:cs="Calibri"/>
        </w:rPr>
        <w:t>,</w:t>
      </w:r>
      <w:r w:rsidRPr="009F2E9C">
        <w:rPr>
          <w:rFonts w:ascii="Calibri" w:hAnsi="Calibri" w:cs="Calibri"/>
        </w:rPr>
        <w:t xml:space="preserve"> within the charity if you like as well.</w:t>
      </w:r>
    </w:p>
    <w:p w14:paraId="01442DEF" w14:textId="77777777" w:rsidR="00976992" w:rsidRPr="009F2E9C" w:rsidRDefault="00976992">
      <w:pPr>
        <w:spacing w:after="0"/>
        <w:rPr>
          <w:rFonts w:ascii="Calibri" w:hAnsi="Calibri" w:cs="Calibri"/>
        </w:rPr>
      </w:pPr>
    </w:p>
    <w:p w14:paraId="2FA2E133" w14:textId="032B35EC"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1:09:01</w:t>
      </w:r>
    </w:p>
    <w:p w14:paraId="16A61DEC" w14:textId="69AA8ADC" w:rsidR="00976992" w:rsidRPr="009F2E9C" w:rsidRDefault="004912A8">
      <w:pPr>
        <w:spacing w:after="0"/>
        <w:rPr>
          <w:rFonts w:ascii="Calibri" w:hAnsi="Calibri" w:cs="Calibri"/>
        </w:rPr>
      </w:pPr>
      <w:r w:rsidRPr="009F2E9C">
        <w:rPr>
          <w:rFonts w:ascii="Calibri" w:hAnsi="Calibri" w:cs="Calibri"/>
        </w:rPr>
        <w:t>Thank you very much indeed.</w:t>
      </w:r>
    </w:p>
    <w:p w14:paraId="7DD6B525" w14:textId="77777777" w:rsidR="00976992" w:rsidRPr="009F2E9C" w:rsidRDefault="00976992">
      <w:pPr>
        <w:spacing w:after="0"/>
        <w:rPr>
          <w:rFonts w:ascii="Calibri" w:hAnsi="Calibri" w:cs="Calibri"/>
        </w:rPr>
      </w:pPr>
    </w:p>
    <w:p w14:paraId="30F03CCC" w14:textId="0B6F5B2F"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1:09:03</w:t>
      </w:r>
    </w:p>
    <w:p w14:paraId="0B593302" w14:textId="75EE6294" w:rsidR="00976992" w:rsidRPr="009F2E9C" w:rsidRDefault="004912A8">
      <w:pPr>
        <w:spacing w:after="0"/>
        <w:rPr>
          <w:rFonts w:ascii="Calibri" w:hAnsi="Calibri" w:cs="Calibri"/>
        </w:rPr>
      </w:pPr>
      <w:r w:rsidRPr="009F2E9C">
        <w:rPr>
          <w:rFonts w:ascii="Calibri" w:hAnsi="Calibri" w:cs="Calibri"/>
        </w:rPr>
        <w:t>no problem</w:t>
      </w:r>
      <w:r w:rsidR="004B4C7D" w:rsidRPr="009F2E9C">
        <w:rPr>
          <w:rFonts w:ascii="Calibri" w:hAnsi="Calibri" w:cs="Calibri"/>
        </w:rPr>
        <w:t xml:space="preserve">, </w:t>
      </w:r>
      <w:r w:rsidRPr="009F2E9C">
        <w:rPr>
          <w:rFonts w:ascii="Calibri" w:hAnsi="Calibri" w:cs="Calibri"/>
        </w:rPr>
        <w:t>Simon, thank you so much for joining us today</w:t>
      </w:r>
      <w:r w:rsidR="004B4C7D" w:rsidRPr="009F2E9C">
        <w:rPr>
          <w:rFonts w:ascii="Calibri" w:hAnsi="Calibri" w:cs="Calibri"/>
        </w:rPr>
        <w:t>, i</w:t>
      </w:r>
      <w:r w:rsidRPr="009F2E9C">
        <w:rPr>
          <w:rFonts w:ascii="Calibri" w:hAnsi="Calibri" w:cs="Calibri"/>
        </w:rPr>
        <w:t>t's been absolutely a joy to speak to you. And even though I'm your friend, I've learned lots and lots and lots and lots</w:t>
      </w:r>
      <w:r w:rsidR="004B4C7D" w:rsidRPr="009F2E9C">
        <w:rPr>
          <w:rFonts w:ascii="Calibri" w:hAnsi="Calibri" w:cs="Calibri"/>
        </w:rPr>
        <w:t>, so thank you so</w:t>
      </w:r>
      <w:r w:rsidR="009F2E9C">
        <w:rPr>
          <w:rFonts w:ascii="Calibri" w:hAnsi="Calibri" w:cs="Calibri"/>
        </w:rPr>
        <w:t xml:space="preserve"> </w:t>
      </w:r>
      <w:r w:rsidRPr="009F2E9C">
        <w:rPr>
          <w:rFonts w:ascii="Calibri" w:hAnsi="Calibri" w:cs="Calibri"/>
        </w:rPr>
        <w:t>much for your time.</w:t>
      </w:r>
    </w:p>
    <w:p w14:paraId="78067F7B" w14:textId="77777777" w:rsidR="00976992" w:rsidRPr="009F2E9C" w:rsidRDefault="00976992">
      <w:pPr>
        <w:spacing w:after="0"/>
        <w:rPr>
          <w:rFonts w:ascii="Calibri" w:hAnsi="Calibri" w:cs="Calibri"/>
        </w:rPr>
      </w:pPr>
    </w:p>
    <w:p w14:paraId="2C5594E2" w14:textId="65A1F607"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1:09:15</w:t>
      </w:r>
    </w:p>
    <w:p w14:paraId="6A3D7E09" w14:textId="77777777" w:rsidR="00976992" w:rsidRPr="009F2E9C" w:rsidRDefault="004912A8">
      <w:pPr>
        <w:spacing w:after="0"/>
        <w:rPr>
          <w:rFonts w:ascii="Calibri" w:hAnsi="Calibri" w:cs="Calibri"/>
        </w:rPr>
      </w:pPr>
      <w:r w:rsidRPr="009F2E9C">
        <w:rPr>
          <w:rFonts w:ascii="Calibri" w:hAnsi="Calibri" w:cs="Calibri"/>
        </w:rPr>
        <w:t>Thank you so much.</w:t>
      </w:r>
    </w:p>
    <w:p w14:paraId="54191A9A" w14:textId="77777777" w:rsidR="00976992" w:rsidRPr="009F2E9C" w:rsidRDefault="00976992">
      <w:pPr>
        <w:spacing w:after="0"/>
        <w:rPr>
          <w:rFonts w:ascii="Calibri" w:hAnsi="Calibri" w:cs="Calibri"/>
        </w:rPr>
      </w:pPr>
    </w:p>
    <w:p w14:paraId="621E5F09" w14:textId="694207B1"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1:09:17</w:t>
      </w:r>
    </w:p>
    <w:p w14:paraId="4230B4FC" w14:textId="1BA8ACE9" w:rsidR="00976992" w:rsidRPr="009F2E9C" w:rsidRDefault="004912A8">
      <w:pPr>
        <w:spacing w:after="0"/>
        <w:rPr>
          <w:rFonts w:ascii="Calibri" w:hAnsi="Calibri" w:cs="Calibri"/>
        </w:rPr>
      </w:pPr>
      <w:r w:rsidRPr="009F2E9C">
        <w:rPr>
          <w:rFonts w:ascii="Calibri" w:hAnsi="Calibri" w:cs="Calibri"/>
        </w:rPr>
        <w:t>It's been a pleasur</w:t>
      </w:r>
      <w:r w:rsidR="009640C4" w:rsidRPr="009F2E9C">
        <w:rPr>
          <w:rFonts w:ascii="Calibri" w:hAnsi="Calibri" w:cs="Calibri"/>
        </w:rPr>
        <w:t>e,</w:t>
      </w:r>
      <w:r w:rsidR="009F2E9C">
        <w:rPr>
          <w:rFonts w:ascii="Calibri" w:hAnsi="Calibri" w:cs="Calibri"/>
        </w:rPr>
        <w:t xml:space="preserve"> </w:t>
      </w:r>
      <w:r w:rsidRPr="009F2E9C">
        <w:rPr>
          <w:rFonts w:ascii="Calibri" w:hAnsi="Calibri" w:cs="Calibri"/>
        </w:rPr>
        <w:t>Luc</w:t>
      </w:r>
      <w:r w:rsidR="009640C4" w:rsidRPr="009F2E9C">
        <w:rPr>
          <w:rFonts w:ascii="Calibri" w:hAnsi="Calibri" w:cs="Calibri"/>
        </w:rPr>
        <w:t>e elastic,</w:t>
      </w:r>
      <w:r w:rsidR="009F2E9C">
        <w:rPr>
          <w:rFonts w:ascii="Calibri" w:hAnsi="Calibri" w:cs="Calibri"/>
        </w:rPr>
        <w:t xml:space="preserve"> </w:t>
      </w:r>
      <w:r w:rsidR="009640C4" w:rsidRPr="009F2E9C">
        <w:rPr>
          <w:rFonts w:ascii="Calibri" w:hAnsi="Calibri" w:cs="Calibri"/>
        </w:rPr>
        <w:t xml:space="preserve">slack </w:t>
      </w:r>
      <w:r w:rsidRPr="009F2E9C">
        <w:rPr>
          <w:rFonts w:ascii="Calibri" w:hAnsi="Calibri" w:cs="Calibri"/>
        </w:rPr>
        <w:t>Alice</w:t>
      </w:r>
      <w:r w:rsidR="009640C4" w:rsidRPr="009F2E9C">
        <w:rPr>
          <w:rFonts w:ascii="Calibri" w:hAnsi="Calibri" w:cs="Calibri"/>
        </w:rPr>
        <w:t xml:space="preserve"> {laughs}</w:t>
      </w:r>
    </w:p>
    <w:p w14:paraId="619C03C8" w14:textId="77777777" w:rsidR="00976992" w:rsidRPr="009F2E9C" w:rsidRDefault="00976992">
      <w:pPr>
        <w:spacing w:after="0"/>
        <w:rPr>
          <w:rFonts w:ascii="Calibri" w:hAnsi="Calibri" w:cs="Calibri"/>
        </w:rPr>
      </w:pPr>
    </w:p>
    <w:p w14:paraId="394A0080" w14:textId="2108D43E"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1:09:24</w:t>
      </w:r>
    </w:p>
    <w:p w14:paraId="6701F71A" w14:textId="21C79606" w:rsidR="00976992" w:rsidRPr="009F2E9C" w:rsidRDefault="004912A8">
      <w:pPr>
        <w:spacing w:after="0"/>
        <w:rPr>
          <w:rFonts w:ascii="Calibri" w:hAnsi="Calibri" w:cs="Calibri"/>
        </w:rPr>
      </w:pPr>
      <w:r w:rsidRPr="009F2E9C">
        <w:rPr>
          <w:rFonts w:ascii="Calibri" w:hAnsi="Calibri" w:cs="Calibri"/>
        </w:rPr>
        <w:t>We've got some</w:t>
      </w:r>
      <w:r w:rsidR="00427504">
        <w:rPr>
          <w:rFonts w:ascii="Calibri" w:hAnsi="Calibri" w:cs="Calibri"/>
        </w:rPr>
        <w:t>,</w:t>
      </w:r>
      <w:r w:rsidRPr="009F2E9C">
        <w:rPr>
          <w:rFonts w:ascii="Calibri" w:hAnsi="Calibri" w:cs="Calibri"/>
        </w:rPr>
        <w:t xml:space="preserve"> some nicknames there,</w:t>
      </w:r>
      <w:r w:rsidR="00427504">
        <w:rPr>
          <w:rFonts w:ascii="Calibri" w:hAnsi="Calibri" w:cs="Calibri"/>
        </w:rPr>
        <w:t xml:space="preserve"> </w:t>
      </w:r>
      <w:r w:rsidR="009640C4" w:rsidRPr="009F2E9C">
        <w:rPr>
          <w:rFonts w:ascii="Calibri" w:hAnsi="Calibri" w:cs="Calibri"/>
        </w:rPr>
        <w:t xml:space="preserve">Alice, that we can use </w:t>
      </w:r>
    </w:p>
    <w:p w14:paraId="6CE04EA9" w14:textId="0FBF7210" w:rsidR="00976992" w:rsidRPr="009F2E9C" w:rsidRDefault="00976992">
      <w:pPr>
        <w:spacing w:after="0"/>
        <w:rPr>
          <w:rFonts w:ascii="Calibri" w:hAnsi="Calibri" w:cs="Calibri"/>
        </w:rPr>
      </w:pPr>
    </w:p>
    <w:p w14:paraId="6E9F7523" w14:textId="5ACB16A6" w:rsidR="00976992" w:rsidRPr="009F2E9C" w:rsidRDefault="004912A8">
      <w:pPr>
        <w:spacing w:after="0"/>
        <w:rPr>
          <w:rFonts w:ascii="Calibri" w:hAnsi="Calibri" w:cs="Calibri"/>
        </w:rPr>
      </w:pPr>
      <w:r w:rsidRPr="009F2E9C">
        <w:rPr>
          <w:rFonts w:ascii="Calibri" w:hAnsi="Calibri" w:cs="Calibri"/>
        </w:rPr>
        <w:t>Alice</w:t>
      </w:r>
      <w:r w:rsidR="009F2E9C">
        <w:rPr>
          <w:rFonts w:ascii="Calibri" w:hAnsi="Calibri" w:cs="Calibri"/>
        </w:rPr>
        <w:t xml:space="preserve"> </w:t>
      </w:r>
      <w:r w:rsidRPr="009F2E9C">
        <w:rPr>
          <w:rFonts w:ascii="Calibri" w:hAnsi="Calibri" w:cs="Calibri"/>
        </w:rPr>
        <w:t>1:09:29</w:t>
      </w:r>
    </w:p>
    <w:p w14:paraId="0661A312" w14:textId="37BB914B" w:rsidR="00976992" w:rsidRPr="009F2E9C" w:rsidRDefault="009640C4">
      <w:pPr>
        <w:spacing w:after="0"/>
        <w:rPr>
          <w:rFonts w:ascii="Calibri" w:hAnsi="Calibri" w:cs="Calibri"/>
        </w:rPr>
      </w:pPr>
      <w:r w:rsidRPr="009F2E9C">
        <w:rPr>
          <w:rFonts w:ascii="Calibri" w:hAnsi="Calibri" w:cs="Calibri"/>
        </w:rPr>
        <w:t>I would b</w:t>
      </w:r>
      <w:r w:rsidR="004912A8" w:rsidRPr="009F2E9C">
        <w:rPr>
          <w:rFonts w:ascii="Calibri" w:hAnsi="Calibri" w:cs="Calibri"/>
        </w:rPr>
        <w:t>e okay if those didn't stic</w:t>
      </w:r>
      <w:r w:rsidRPr="009F2E9C">
        <w:rPr>
          <w:rFonts w:ascii="Calibri" w:hAnsi="Calibri" w:cs="Calibri"/>
        </w:rPr>
        <w:t>k{laughter}</w:t>
      </w:r>
    </w:p>
    <w:p w14:paraId="523C18F7" w14:textId="77777777" w:rsidR="009D6FDD" w:rsidRDefault="009D6FDD">
      <w:pPr>
        <w:spacing w:after="0"/>
        <w:rPr>
          <w:rFonts w:ascii="Calibri" w:hAnsi="Calibri" w:cs="Calibri"/>
        </w:rPr>
      </w:pPr>
    </w:p>
    <w:p w14:paraId="6AB98FAD" w14:textId="406733D4"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1:09:35</w:t>
      </w:r>
    </w:p>
    <w:p w14:paraId="6BC9CB25" w14:textId="3A85AE99" w:rsidR="00976992" w:rsidRPr="009F2E9C" w:rsidRDefault="009640C4">
      <w:pPr>
        <w:spacing w:after="0"/>
        <w:rPr>
          <w:rFonts w:ascii="Calibri" w:hAnsi="Calibri" w:cs="Calibri"/>
        </w:rPr>
      </w:pPr>
      <w:r w:rsidRPr="009F2E9C">
        <w:rPr>
          <w:rFonts w:ascii="Calibri" w:hAnsi="Calibri" w:cs="Calibri"/>
        </w:rPr>
        <w:t xml:space="preserve">Slack </w:t>
      </w:r>
      <w:r w:rsidR="004912A8" w:rsidRPr="009F2E9C">
        <w:rPr>
          <w:rFonts w:ascii="Calibri" w:hAnsi="Calibri" w:cs="Calibri"/>
        </w:rPr>
        <w:t>Alice was made famous by a comedian</w:t>
      </w:r>
      <w:r w:rsidRPr="009F2E9C">
        <w:rPr>
          <w:rFonts w:ascii="Calibri" w:hAnsi="Calibri" w:cs="Calibri"/>
        </w:rPr>
        <w:t xml:space="preserve"> a</w:t>
      </w:r>
      <w:r w:rsidR="004912A8" w:rsidRPr="009F2E9C">
        <w:rPr>
          <w:rFonts w:ascii="Calibri" w:hAnsi="Calibri" w:cs="Calibri"/>
        </w:rPr>
        <w:t>nd I can't remember his name though</w:t>
      </w:r>
      <w:r w:rsidRPr="009F2E9C">
        <w:rPr>
          <w:rFonts w:ascii="Calibri" w:hAnsi="Calibri" w:cs="Calibri"/>
        </w:rPr>
        <w:t xml:space="preserve"> b</w:t>
      </w:r>
      <w:r w:rsidR="004912A8" w:rsidRPr="009F2E9C">
        <w:rPr>
          <w:rFonts w:ascii="Calibri" w:hAnsi="Calibri" w:cs="Calibri"/>
        </w:rPr>
        <w:t>ut he was a comedian on telly and he had a side kick a lady called slack Alice</w:t>
      </w:r>
      <w:r w:rsidRPr="009F2E9C">
        <w:rPr>
          <w:rFonts w:ascii="Calibri" w:hAnsi="Calibri" w:cs="Calibri"/>
        </w:rPr>
        <w:t xml:space="preserve"> a</w:t>
      </w:r>
      <w:r w:rsidR="004912A8" w:rsidRPr="009F2E9C">
        <w:rPr>
          <w:rFonts w:ascii="Calibri" w:hAnsi="Calibri" w:cs="Calibri"/>
        </w:rPr>
        <w:t>nd loose elastic was what my father used to call my wife</w:t>
      </w:r>
      <w:r w:rsidR="00FC24AA" w:rsidRPr="009F2E9C">
        <w:rPr>
          <w:rFonts w:ascii="Calibri" w:hAnsi="Calibri" w:cs="Calibri"/>
        </w:rPr>
        <w:t xml:space="preserve"> </w:t>
      </w:r>
      <w:r w:rsidR="004912A8" w:rsidRPr="009F2E9C">
        <w:rPr>
          <w:rFonts w:ascii="Calibri" w:hAnsi="Calibri" w:cs="Calibri"/>
        </w:rPr>
        <w:t>so it's just</w:t>
      </w:r>
      <w:r w:rsidR="00FC0F4A">
        <w:rPr>
          <w:rFonts w:ascii="Calibri" w:hAnsi="Calibri" w:cs="Calibri"/>
        </w:rPr>
        <w:t>,</w:t>
      </w:r>
      <w:r w:rsidR="004912A8" w:rsidRPr="009F2E9C">
        <w:rPr>
          <w:rFonts w:ascii="Calibri" w:hAnsi="Calibri" w:cs="Calibri"/>
        </w:rPr>
        <w:t xml:space="preserve"> it's just what it is. Thank you ever so much for having me on.</w:t>
      </w:r>
    </w:p>
    <w:p w14:paraId="3783287A" w14:textId="77777777" w:rsidR="00976992" w:rsidRPr="009F2E9C" w:rsidRDefault="00976992">
      <w:pPr>
        <w:spacing w:after="0"/>
        <w:rPr>
          <w:rFonts w:ascii="Calibri" w:hAnsi="Calibri" w:cs="Calibri"/>
        </w:rPr>
      </w:pPr>
    </w:p>
    <w:p w14:paraId="3DB4A8A9" w14:textId="3923F6A5" w:rsidR="00976992" w:rsidRPr="009F2E9C" w:rsidRDefault="004912A8">
      <w:pPr>
        <w:spacing w:after="0"/>
        <w:rPr>
          <w:rFonts w:ascii="Calibri" w:hAnsi="Calibri" w:cs="Calibri"/>
        </w:rPr>
      </w:pPr>
      <w:r w:rsidRPr="009F2E9C">
        <w:rPr>
          <w:rFonts w:ascii="Calibri" w:hAnsi="Calibri" w:cs="Calibri"/>
        </w:rPr>
        <w:t>Lucy</w:t>
      </w:r>
      <w:r w:rsidR="009F2E9C">
        <w:rPr>
          <w:rFonts w:ascii="Calibri" w:hAnsi="Calibri" w:cs="Calibri"/>
        </w:rPr>
        <w:t xml:space="preserve"> </w:t>
      </w:r>
      <w:r w:rsidRPr="009F2E9C">
        <w:rPr>
          <w:rFonts w:ascii="Calibri" w:hAnsi="Calibri" w:cs="Calibri"/>
        </w:rPr>
        <w:t>1:09:57</w:t>
      </w:r>
    </w:p>
    <w:p w14:paraId="56B73B27" w14:textId="77777777" w:rsidR="00976992" w:rsidRPr="009F2E9C" w:rsidRDefault="004912A8">
      <w:pPr>
        <w:spacing w:after="0"/>
        <w:rPr>
          <w:rFonts w:ascii="Calibri" w:hAnsi="Calibri" w:cs="Calibri"/>
        </w:rPr>
      </w:pPr>
      <w:r w:rsidRPr="009F2E9C">
        <w:rPr>
          <w:rFonts w:ascii="Calibri" w:hAnsi="Calibri" w:cs="Calibri"/>
        </w:rPr>
        <w:t>No problem.</w:t>
      </w:r>
    </w:p>
    <w:p w14:paraId="4E652640" w14:textId="77777777" w:rsidR="00976992" w:rsidRPr="009F2E9C" w:rsidRDefault="00976992">
      <w:pPr>
        <w:spacing w:after="0"/>
        <w:rPr>
          <w:rFonts w:ascii="Calibri" w:hAnsi="Calibri" w:cs="Calibri"/>
        </w:rPr>
      </w:pPr>
    </w:p>
    <w:p w14:paraId="19795259" w14:textId="00A849E2" w:rsidR="00976992" w:rsidRPr="009F2E9C" w:rsidRDefault="004912A8">
      <w:pPr>
        <w:spacing w:after="0"/>
        <w:rPr>
          <w:rFonts w:ascii="Calibri" w:hAnsi="Calibri" w:cs="Calibri"/>
        </w:rPr>
      </w:pPr>
      <w:r w:rsidRPr="009F2E9C">
        <w:rPr>
          <w:rFonts w:ascii="Calibri" w:hAnsi="Calibri" w:cs="Calibri"/>
        </w:rPr>
        <w:t>Simon Weston</w:t>
      </w:r>
      <w:r w:rsidR="009F2E9C">
        <w:rPr>
          <w:rFonts w:ascii="Calibri" w:hAnsi="Calibri" w:cs="Calibri"/>
        </w:rPr>
        <w:t xml:space="preserve"> </w:t>
      </w:r>
      <w:r w:rsidRPr="009F2E9C">
        <w:rPr>
          <w:rFonts w:ascii="Calibri" w:hAnsi="Calibri" w:cs="Calibri"/>
        </w:rPr>
        <w:t>1:10:00</w:t>
      </w:r>
    </w:p>
    <w:p w14:paraId="5E58E5CA" w14:textId="10104ADA" w:rsidR="00976992" w:rsidRPr="009F2E9C" w:rsidRDefault="00FC24AA">
      <w:pPr>
        <w:spacing w:after="0"/>
        <w:rPr>
          <w:rFonts w:ascii="Calibri" w:hAnsi="Calibri" w:cs="Calibri"/>
        </w:rPr>
      </w:pPr>
      <w:r w:rsidRPr="009F2E9C">
        <w:rPr>
          <w:rFonts w:ascii="Calibri" w:hAnsi="Calibri" w:cs="Calibri"/>
        </w:rPr>
        <w:t xml:space="preserve">Thank you both, lovely to see you </w:t>
      </w:r>
    </w:p>
    <w:p w14:paraId="3BF276D7" w14:textId="77777777" w:rsidR="00FC0F4A" w:rsidRDefault="00FC0F4A" w:rsidP="00965E03">
      <w:pPr>
        <w:pStyle w:val="PlainText"/>
        <w:rPr>
          <w:rFonts w:cs="Calibri"/>
          <w:szCs w:val="22"/>
        </w:rPr>
      </w:pPr>
    </w:p>
    <w:p w14:paraId="71150956" w14:textId="3587F5EE" w:rsidR="00965E03" w:rsidRPr="009F2E9C" w:rsidRDefault="00965E03" w:rsidP="00965E03">
      <w:pPr>
        <w:pStyle w:val="PlainText"/>
        <w:rPr>
          <w:rFonts w:cs="Calibri"/>
          <w:szCs w:val="22"/>
        </w:rPr>
      </w:pPr>
      <w:r w:rsidRPr="009F2E9C">
        <w:rPr>
          <w:rFonts w:cs="Calibri"/>
          <w:szCs w:val="22"/>
        </w:rPr>
        <w:t>Alic</w:t>
      </w:r>
      <w:r w:rsidRPr="009F2E9C">
        <w:rPr>
          <w:rFonts w:cs="Calibri"/>
          <w:szCs w:val="22"/>
        </w:rPr>
        <w:t>e:</w:t>
      </w:r>
      <w:r w:rsidRPr="009F2E9C">
        <w:rPr>
          <w:rFonts w:cs="Calibri"/>
          <w:szCs w:val="22"/>
        </w:rPr>
        <w:t xml:space="preserve"> </w:t>
      </w:r>
      <w:r w:rsidRPr="009F2E9C">
        <w:rPr>
          <w:rStyle w:val="s2"/>
          <w:rFonts w:cs="Calibri"/>
          <w:szCs w:val="22"/>
        </w:rPr>
        <w:t xml:space="preserve">Thanks for listening to the </w:t>
      </w:r>
      <w:proofErr w:type="spellStart"/>
      <w:r w:rsidRPr="009F2E9C">
        <w:rPr>
          <w:rStyle w:val="s2"/>
          <w:rFonts w:cs="Calibri"/>
          <w:szCs w:val="22"/>
        </w:rPr>
        <w:t>lABLEd</w:t>
      </w:r>
      <w:proofErr w:type="spellEnd"/>
      <w:r w:rsidRPr="009F2E9C">
        <w:rPr>
          <w:rStyle w:val="s2"/>
          <w:rFonts w:cs="Calibri"/>
          <w:szCs w:val="22"/>
        </w:rPr>
        <w:t xml:space="preserve"> podcast. If you like the show, please rate, </w:t>
      </w:r>
      <w:proofErr w:type="gramStart"/>
      <w:r w:rsidRPr="009F2E9C">
        <w:rPr>
          <w:rStyle w:val="s2"/>
          <w:rFonts w:cs="Calibri"/>
          <w:szCs w:val="22"/>
        </w:rPr>
        <w:t>review</w:t>
      </w:r>
      <w:proofErr w:type="gramEnd"/>
      <w:r w:rsidRPr="009F2E9C">
        <w:rPr>
          <w:rStyle w:val="s2"/>
          <w:rFonts w:cs="Calibri"/>
          <w:szCs w:val="22"/>
        </w:rPr>
        <w:t xml:space="preserve"> and subscribe. You can follow us on social media at </w:t>
      </w:r>
      <w:proofErr w:type="spellStart"/>
      <w:r w:rsidRPr="009F2E9C">
        <w:rPr>
          <w:rStyle w:val="s2"/>
          <w:rFonts w:cs="Calibri"/>
          <w:szCs w:val="22"/>
        </w:rPr>
        <w:t>lABLEd</w:t>
      </w:r>
      <w:proofErr w:type="spellEnd"/>
      <w:r w:rsidRPr="009F2E9C">
        <w:rPr>
          <w:rStyle w:val="s2"/>
          <w:rFonts w:cs="Calibri"/>
          <w:szCs w:val="22"/>
        </w:rPr>
        <w:t xml:space="preserve"> podcast.</w:t>
      </w:r>
    </w:p>
    <w:p w14:paraId="4F14267F" w14:textId="77777777" w:rsidR="00965E03" w:rsidRPr="009F2E9C" w:rsidRDefault="00965E03" w:rsidP="00965E03">
      <w:pPr>
        <w:pStyle w:val="p2"/>
        <w:spacing w:before="0" w:beforeAutospacing="0" w:after="0" w:afterAutospacing="0"/>
      </w:pPr>
    </w:p>
    <w:p w14:paraId="5315B286" w14:textId="77777777" w:rsidR="00965E03" w:rsidRPr="009F2E9C" w:rsidRDefault="00965E03" w:rsidP="00965E03">
      <w:pPr>
        <w:pStyle w:val="p1"/>
        <w:spacing w:before="0" w:beforeAutospacing="0" w:after="0" w:afterAutospacing="0"/>
      </w:pPr>
      <w:r w:rsidRPr="009F2E9C">
        <w:rPr>
          <w:rStyle w:val="s2"/>
        </w:rPr>
        <w:t xml:space="preserve">Lucy: </w:t>
      </w:r>
    </w:p>
    <w:p w14:paraId="026E9719" w14:textId="77777777" w:rsidR="00965E03" w:rsidRPr="009F2E9C" w:rsidRDefault="00965E03" w:rsidP="00965E03">
      <w:pPr>
        <w:pStyle w:val="p1"/>
        <w:spacing w:before="0" w:beforeAutospacing="0" w:after="0" w:afterAutospacing="0"/>
      </w:pPr>
      <w:r w:rsidRPr="009F2E9C">
        <w:rPr>
          <w:rStyle w:val="s2"/>
        </w:rPr>
        <w:t xml:space="preserve">Our thanks go to our editor Adam Hall, our music composer Maisie </w:t>
      </w:r>
      <w:proofErr w:type="spellStart"/>
      <w:proofErr w:type="gramStart"/>
      <w:r w:rsidRPr="009F2E9C">
        <w:rPr>
          <w:rStyle w:val="s2"/>
        </w:rPr>
        <w:t>Crundun</w:t>
      </w:r>
      <w:proofErr w:type="spellEnd"/>
      <w:proofErr w:type="gramEnd"/>
      <w:r w:rsidRPr="009F2E9C">
        <w:rPr>
          <w:rStyle w:val="s2"/>
        </w:rPr>
        <w:t xml:space="preserve"> and our graphic designer Sarah Coney. We'll see you next time!</w:t>
      </w:r>
    </w:p>
    <w:p w14:paraId="67A75A71" w14:textId="77777777" w:rsidR="00965E03" w:rsidRPr="009F2E9C" w:rsidRDefault="00965E03" w:rsidP="00965E03">
      <w:pPr>
        <w:pStyle w:val="p2"/>
        <w:spacing w:before="0" w:beforeAutospacing="0" w:after="0" w:afterAutospacing="0"/>
      </w:pPr>
    </w:p>
    <w:p w14:paraId="1A45A262" w14:textId="77777777" w:rsidR="00965E03" w:rsidRPr="009F2E9C" w:rsidRDefault="00965E03" w:rsidP="00965E03">
      <w:pPr>
        <w:pStyle w:val="p1"/>
        <w:spacing w:before="0" w:beforeAutospacing="0" w:after="0" w:afterAutospacing="0"/>
      </w:pPr>
      <w:r w:rsidRPr="009F2E9C">
        <w:rPr>
          <w:rStyle w:val="s2"/>
        </w:rPr>
        <w:t xml:space="preserve">Transcribed by Sarah Matthews and </w:t>
      </w:r>
      <w:hyperlink r:id="rId8" w:history="1">
        <w:r w:rsidRPr="009F2E9C">
          <w:rPr>
            <w:rStyle w:val="Hyperlink"/>
            <w:color w:val="auto"/>
          </w:rPr>
          <w:t>https://otter.ai</w:t>
        </w:r>
      </w:hyperlink>
      <w:r w:rsidRPr="009F2E9C">
        <w:rPr>
          <w:rStyle w:val="s2"/>
        </w:rPr>
        <w:t xml:space="preserve"> </w:t>
      </w:r>
    </w:p>
    <w:p w14:paraId="7C734158" w14:textId="77777777" w:rsidR="00965E03" w:rsidRPr="009F2E9C" w:rsidRDefault="00965E03" w:rsidP="00965E03">
      <w:pPr>
        <w:pStyle w:val="PlainText"/>
        <w:rPr>
          <w:rFonts w:cs="Calibri"/>
          <w:szCs w:val="22"/>
        </w:rPr>
      </w:pPr>
    </w:p>
    <w:p w14:paraId="7099EC66" w14:textId="1003C188" w:rsidR="00976992" w:rsidRPr="009F2E9C" w:rsidRDefault="00976992">
      <w:pPr>
        <w:spacing w:after="0"/>
        <w:rPr>
          <w:rFonts w:ascii="Calibri" w:hAnsi="Calibri" w:cs="Calibri"/>
        </w:rPr>
      </w:pPr>
    </w:p>
    <w:sectPr w:rsidR="00976992" w:rsidRPr="009F2E9C" w:rsidSect="001216B9">
      <w:headerReference w:type="even" r:id="rId9"/>
      <w:headerReference w:type="default" r:id="rId10"/>
      <w:footerReference w:type="even" r:id="rId11"/>
      <w:footerReference w:type="default" r:id="rId12"/>
      <w:headerReference w:type="first" r:id="rId13"/>
      <w:footerReference w:type="first" r:id="rId14"/>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9E73A" w14:textId="77777777" w:rsidR="002959B3" w:rsidRDefault="002959B3">
      <w:pPr>
        <w:spacing w:after="0" w:line="240" w:lineRule="auto"/>
      </w:pPr>
      <w:r>
        <w:separator/>
      </w:r>
    </w:p>
  </w:endnote>
  <w:endnote w:type="continuationSeparator" w:id="0">
    <w:p w14:paraId="6D797EAA" w14:textId="77777777" w:rsidR="002959B3" w:rsidRDefault="002959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1A82A857"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2180CF59" w14:textId="77777777"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9F5695"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7CF68CA"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7AF3E964" w14:textId="77777777"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B2B2"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FA4C1" w14:textId="77777777" w:rsidR="002959B3" w:rsidRDefault="002959B3">
      <w:pPr>
        <w:spacing w:after="0" w:line="240" w:lineRule="auto"/>
      </w:pPr>
      <w:r>
        <w:separator/>
      </w:r>
    </w:p>
  </w:footnote>
  <w:footnote w:type="continuationSeparator" w:id="0">
    <w:p w14:paraId="54174996" w14:textId="77777777" w:rsidR="002959B3" w:rsidRDefault="002959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3EF64"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51DA3"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8B2C89"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0C2D"/>
    <w:rsid w:val="00030C5A"/>
    <w:rsid w:val="00034616"/>
    <w:rsid w:val="0003657A"/>
    <w:rsid w:val="00036B55"/>
    <w:rsid w:val="00050A6B"/>
    <w:rsid w:val="00053B77"/>
    <w:rsid w:val="000540EB"/>
    <w:rsid w:val="000556CC"/>
    <w:rsid w:val="0006063C"/>
    <w:rsid w:val="0006397F"/>
    <w:rsid w:val="00066610"/>
    <w:rsid w:val="00067ED1"/>
    <w:rsid w:val="00082914"/>
    <w:rsid w:val="0008535F"/>
    <w:rsid w:val="00086805"/>
    <w:rsid w:val="0009232F"/>
    <w:rsid w:val="00094221"/>
    <w:rsid w:val="000B0EF4"/>
    <w:rsid w:val="000B3F69"/>
    <w:rsid w:val="000C096A"/>
    <w:rsid w:val="000D7621"/>
    <w:rsid w:val="000E395A"/>
    <w:rsid w:val="000E5F1A"/>
    <w:rsid w:val="00102237"/>
    <w:rsid w:val="001030AF"/>
    <w:rsid w:val="00111868"/>
    <w:rsid w:val="00111FCA"/>
    <w:rsid w:val="00117221"/>
    <w:rsid w:val="001216B9"/>
    <w:rsid w:val="0015074B"/>
    <w:rsid w:val="0015269D"/>
    <w:rsid w:val="0018011A"/>
    <w:rsid w:val="001A0EC3"/>
    <w:rsid w:val="001A1A4A"/>
    <w:rsid w:val="001A7240"/>
    <w:rsid w:val="001C32E6"/>
    <w:rsid w:val="002006D9"/>
    <w:rsid w:val="00216F04"/>
    <w:rsid w:val="00242BC9"/>
    <w:rsid w:val="00254DA8"/>
    <w:rsid w:val="002553BE"/>
    <w:rsid w:val="002959B3"/>
    <w:rsid w:val="0029639D"/>
    <w:rsid w:val="002A07E9"/>
    <w:rsid w:val="002D538F"/>
    <w:rsid w:val="002D7DE9"/>
    <w:rsid w:val="003113F7"/>
    <w:rsid w:val="00326F90"/>
    <w:rsid w:val="00333FBE"/>
    <w:rsid w:val="00347CB3"/>
    <w:rsid w:val="0035277C"/>
    <w:rsid w:val="00353B49"/>
    <w:rsid w:val="00356550"/>
    <w:rsid w:val="0037141B"/>
    <w:rsid w:val="003722DC"/>
    <w:rsid w:val="0038446B"/>
    <w:rsid w:val="00386B69"/>
    <w:rsid w:val="0039341B"/>
    <w:rsid w:val="003A44BD"/>
    <w:rsid w:val="003B37C7"/>
    <w:rsid w:val="003B5A47"/>
    <w:rsid w:val="003D0420"/>
    <w:rsid w:val="003D0B73"/>
    <w:rsid w:val="003D446A"/>
    <w:rsid w:val="003E1F39"/>
    <w:rsid w:val="003F66DC"/>
    <w:rsid w:val="004170D6"/>
    <w:rsid w:val="00427504"/>
    <w:rsid w:val="004562C7"/>
    <w:rsid w:val="00461515"/>
    <w:rsid w:val="004730F3"/>
    <w:rsid w:val="004912A8"/>
    <w:rsid w:val="004A641F"/>
    <w:rsid w:val="004B4C7D"/>
    <w:rsid w:val="004B593C"/>
    <w:rsid w:val="004D0B11"/>
    <w:rsid w:val="004E4C50"/>
    <w:rsid w:val="00506152"/>
    <w:rsid w:val="00521E2B"/>
    <w:rsid w:val="0052634E"/>
    <w:rsid w:val="00532F5B"/>
    <w:rsid w:val="00536466"/>
    <w:rsid w:val="005532AE"/>
    <w:rsid w:val="0055713C"/>
    <w:rsid w:val="005973F5"/>
    <w:rsid w:val="005A3609"/>
    <w:rsid w:val="005A5EB4"/>
    <w:rsid w:val="005B6102"/>
    <w:rsid w:val="005D275C"/>
    <w:rsid w:val="005E7B6C"/>
    <w:rsid w:val="005F3AD8"/>
    <w:rsid w:val="0061067B"/>
    <w:rsid w:val="00613888"/>
    <w:rsid w:val="00660DEE"/>
    <w:rsid w:val="00666AF4"/>
    <w:rsid w:val="006931E9"/>
    <w:rsid w:val="006A3BBF"/>
    <w:rsid w:val="006C73CD"/>
    <w:rsid w:val="006E2A8C"/>
    <w:rsid w:val="006F6428"/>
    <w:rsid w:val="006F7512"/>
    <w:rsid w:val="00726007"/>
    <w:rsid w:val="00756AEA"/>
    <w:rsid w:val="007700DB"/>
    <w:rsid w:val="007749AF"/>
    <w:rsid w:val="007822E8"/>
    <w:rsid w:val="00794EBC"/>
    <w:rsid w:val="00795905"/>
    <w:rsid w:val="007965F3"/>
    <w:rsid w:val="007A4687"/>
    <w:rsid w:val="007A74B9"/>
    <w:rsid w:val="007C10C5"/>
    <w:rsid w:val="007D36C3"/>
    <w:rsid w:val="00812FE2"/>
    <w:rsid w:val="008170AF"/>
    <w:rsid w:val="00855D94"/>
    <w:rsid w:val="00881F0A"/>
    <w:rsid w:val="00892CBB"/>
    <w:rsid w:val="008A78FB"/>
    <w:rsid w:val="00915223"/>
    <w:rsid w:val="00930F33"/>
    <w:rsid w:val="00947C97"/>
    <w:rsid w:val="00962316"/>
    <w:rsid w:val="009640C4"/>
    <w:rsid w:val="00965E03"/>
    <w:rsid w:val="00976992"/>
    <w:rsid w:val="009954F6"/>
    <w:rsid w:val="009A5E3E"/>
    <w:rsid w:val="009C0D03"/>
    <w:rsid w:val="009C3AF0"/>
    <w:rsid w:val="009D525A"/>
    <w:rsid w:val="009D6FDD"/>
    <w:rsid w:val="009E5853"/>
    <w:rsid w:val="009F2E9C"/>
    <w:rsid w:val="00A11145"/>
    <w:rsid w:val="00A12EE5"/>
    <w:rsid w:val="00A15212"/>
    <w:rsid w:val="00A517BC"/>
    <w:rsid w:val="00A9458B"/>
    <w:rsid w:val="00AA1D8D"/>
    <w:rsid w:val="00AC61A0"/>
    <w:rsid w:val="00AE17F8"/>
    <w:rsid w:val="00B06176"/>
    <w:rsid w:val="00B11A47"/>
    <w:rsid w:val="00B47730"/>
    <w:rsid w:val="00B51166"/>
    <w:rsid w:val="00B66B2A"/>
    <w:rsid w:val="00B71CF0"/>
    <w:rsid w:val="00B753E1"/>
    <w:rsid w:val="00B908BB"/>
    <w:rsid w:val="00BA36D2"/>
    <w:rsid w:val="00BA4C2B"/>
    <w:rsid w:val="00BC7ACF"/>
    <w:rsid w:val="00BD0140"/>
    <w:rsid w:val="00BE33A9"/>
    <w:rsid w:val="00BF2A65"/>
    <w:rsid w:val="00C01989"/>
    <w:rsid w:val="00C041FD"/>
    <w:rsid w:val="00C05445"/>
    <w:rsid w:val="00C10DDA"/>
    <w:rsid w:val="00C12EBD"/>
    <w:rsid w:val="00C12F2B"/>
    <w:rsid w:val="00C22DE6"/>
    <w:rsid w:val="00C24502"/>
    <w:rsid w:val="00C411FB"/>
    <w:rsid w:val="00C67F33"/>
    <w:rsid w:val="00C70877"/>
    <w:rsid w:val="00C764A2"/>
    <w:rsid w:val="00C81263"/>
    <w:rsid w:val="00CA1D2F"/>
    <w:rsid w:val="00CB0664"/>
    <w:rsid w:val="00CC2752"/>
    <w:rsid w:val="00CD1DEA"/>
    <w:rsid w:val="00CF3806"/>
    <w:rsid w:val="00D30A8F"/>
    <w:rsid w:val="00D35EB9"/>
    <w:rsid w:val="00D45D41"/>
    <w:rsid w:val="00D57E81"/>
    <w:rsid w:val="00D6100E"/>
    <w:rsid w:val="00D76D43"/>
    <w:rsid w:val="00D8247D"/>
    <w:rsid w:val="00D83144"/>
    <w:rsid w:val="00DB2C82"/>
    <w:rsid w:val="00DB4A31"/>
    <w:rsid w:val="00DD796D"/>
    <w:rsid w:val="00DE369D"/>
    <w:rsid w:val="00DE60C1"/>
    <w:rsid w:val="00DE6D9B"/>
    <w:rsid w:val="00E146E2"/>
    <w:rsid w:val="00E17099"/>
    <w:rsid w:val="00E501E1"/>
    <w:rsid w:val="00E518B9"/>
    <w:rsid w:val="00E70B51"/>
    <w:rsid w:val="00E90C96"/>
    <w:rsid w:val="00EA3469"/>
    <w:rsid w:val="00ED3244"/>
    <w:rsid w:val="00ED7BEF"/>
    <w:rsid w:val="00EF7621"/>
    <w:rsid w:val="00F10D31"/>
    <w:rsid w:val="00F20A6F"/>
    <w:rsid w:val="00F3417E"/>
    <w:rsid w:val="00F37462"/>
    <w:rsid w:val="00F423C9"/>
    <w:rsid w:val="00F43477"/>
    <w:rsid w:val="00F45185"/>
    <w:rsid w:val="00F55211"/>
    <w:rsid w:val="00F61ED4"/>
    <w:rsid w:val="00F752AC"/>
    <w:rsid w:val="00F86591"/>
    <w:rsid w:val="00F90E94"/>
    <w:rsid w:val="00F93F75"/>
    <w:rsid w:val="00FA191A"/>
    <w:rsid w:val="00FA6152"/>
    <w:rsid w:val="00FB3E6F"/>
    <w:rsid w:val="00FB74C4"/>
    <w:rsid w:val="00FC0F4A"/>
    <w:rsid w:val="00FC24AA"/>
    <w:rsid w:val="00FC693F"/>
    <w:rsid w:val="00FD3560"/>
    <w:rsid w:val="00FE4B34"/>
    <w:rsid w:val="00FF33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C595278"/>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 w:type="paragraph" w:customStyle="1" w:styleId="p1">
    <w:name w:val="p1"/>
    <w:basedOn w:val="Normal"/>
    <w:rsid w:val="0038446B"/>
    <w:pPr>
      <w:spacing w:before="100" w:beforeAutospacing="1" w:after="100" w:afterAutospacing="1" w:line="240" w:lineRule="auto"/>
    </w:pPr>
    <w:rPr>
      <w:rFonts w:ascii="Calibri" w:eastAsiaTheme="minorHAnsi" w:hAnsi="Calibri" w:cs="Calibri"/>
      <w:lang w:val="en-GB" w:eastAsia="en-GB"/>
    </w:rPr>
  </w:style>
  <w:style w:type="paragraph" w:customStyle="1" w:styleId="p2">
    <w:name w:val="p2"/>
    <w:basedOn w:val="Normal"/>
    <w:rsid w:val="0038446B"/>
    <w:pPr>
      <w:spacing w:before="100" w:beforeAutospacing="1" w:after="100" w:afterAutospacing="1" w:line="240" w:lineRule="auto"/>
    </w:pPr>
    <w:rPr>
      <w:rFonts w:ascii="Calibri" w:eastAsiaTheme="minorHAnsi" w:hAnsi="Calibri" w:cs="Calibri"/>
      <w:lang w:val="en-GB" w:eastAsia="en-GB"/>
    </w:rPr>
  </w:style>
  <w:style w:type="character" w:customStyle="1" w:styleId="s2">
    <w:name w:val="s2"/>
    <w:basedOn w:val="DefaultParagraphFont"/>
    <w:rsid w:val="0038446B"/>
  </w:style>
  <w:style w:type="paragraph" w:styleId="PlainText">
    <w:name w:val="Plain Text"/>
    <w:basedOn w:val="Normal"/>
    <w:link w:val="PlainTextChar"/>
    <w:uiPriority w:val="99"/>
    <w:unhideWhenUsed/>
    <w:rsid w:val="0038446B"/>
    <w:pPr>
      <w:spacing w:after="0" w:line="240" w:lineRule="auto"/>
    </w:pPr>
    <w:rPr>
      <w:rFonts w:ascii="Calibri" w:eastAsiaTheme="minorHAnsi" w:hAnsi="Calibri"/>
      <w:szCs w:val="21"/>
      <w:lang w:val="en-GB"/>
    </w:rPr>
  </w:style>
  <w:style w:type="character" w:customStyle="1" w:styleId="PlainTextChar">
    <w:name w:val="Plain Text Char"/>
    <w:basedOn w:val="DefaultParagraphFont"/>
    <w:link w:val="PlainText"/>
    <w:uiPriority w:val="99"/>
    <w:rsid w:val="0038446B"/>
    <w:rPr>
      <w:rFonts w:ascii="Calibri" w:eastAsiaTheme="minorHAnsi" w:hAnsi="Calibri"/>
      <w:szCs w:val="21"/>
      <w:lang w:val="en-GB"/>
    </w:rPr>
  </w:style>
  <w:style w:type="paragraph" w:customStyle="1" w:styleId="s4">
    <w:name w:val="s4"/>
    <w:basedOn w:val="Normal"/>
    <w:rsid w:val="0038446B"/>
    <w:pPr>
      <w:spacing w:before="100" w:beforeAutospacing="1" w:after="100" w:afterAutospacing="1" w:line="240" w:lineRule="auto"/>
    </w:pPr>
    <w:rPr>
      <w:rFonts w:ascii="Calibri" w:eastAsiaTheme="minorHAnsi" w:hAnsi="Calibri" w:cs="Calibri"/>
      <w:lang w:val="en-GB" w:eastAsia="en-GB"/>
    </w:rPr>
  </w:style>
  <w:style w:type="character" w:customStyle="1" w:styleId="s5">
    <w:name w:val="s5"/>
    <w:basedOn w:val="DefaultParagraphFont"/>
    <w:rsid w:val="003844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otter.ai"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21</Pages>
  <Words>9252</Words>
  <Characters>52743</Characters>
  <Application>Microsoft Office Word</Application>
  <DocSecurity>0</DocSecurity>
  <Lines>439</Lines>
  <Paragraphs>123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61872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Sarah Matthews</cp:lastModifiedBy>
  <cp:revision>2</cp:revision>
  <dcterms:created xsi:type="dcterms:W3CDTF">2021-11-08T14:06:00Z</dcterms:created>
  <dcterms:modified xsi:type="dcterms:W3CDTF">2021-11-08T14:06:00Z</dcterms:modified>
  <cp:category/>
</cp:coreProperties>
</file>