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Podcast Episode 23: 12 Days of Christmas with Roland ...</w:t>
      </w:r>
    </w:p>
    <w:p>
      <w:r>
        <w:rPr>
          <w:rFonts w:ascii="Arial" w:hAnsi="Arial"/>
          <w:color w:val="4F6880"/>
          <w:sz w:val="22"/>
        </w:rPr>
        <w:t>Tue, 12/21 6:46PM • 1:28:24</w:t>
      </w:r>
    </w:p>
    <w:p>
      <w:pPr>
        <w:spacing w:before="440" w:after="0"/>
      </w:pPr>
      <w:r>
        <w:rPr>
          <w:rFonts w:ascii="Arial" w:hAnsi="Arial"/>
          <w:b/>
          <w:color w:val="4F6880"/>
          <w:sz w:val="22"/>
        </w:rPr>
        <w:t>SUMMARY KEYWORDS</w:t>
      </w:r>
    </w:p>
    <w:p>
      <w:r>
        <w:rPr>
          <w:rFonts w:ascii="Arial" w:hAnsi="Arial"/>
          <w:color w:val="4F6880"/>
          <w:sz w:val="22"/>
        </w:rPr>
        <w:t>christmas, disability, roland, richard, disabled, day, hiv, people, alice, feel, year, absolutely, voice, thought, put, children, tiny tim, learn, wrote, christmas tree</w:t>
      </w:r>
    </w:p>
    <w:p>
      <w:pPr>
        <w:spacing w:before="440" w:after="0"/>
      </w:pPr>
      <w:r>
        <w:rPr>
          <w:rFonts w:ascii="Arial" w:hAnsi="Arial"/>
          <w:b/>
          <w:color w:val="4F6880"/>
          <w:sz w:val="22"/>
        </w:rPr>
        <w:t>SPEAKERS</w:t>
      </w:r>
    </w:p>
    <w:p>
      <w:r>
        <w:rPr>
          <w:rFonts w:ascii="Arial" w:hAnsi="Arial"/>
          <w:color w:val="4F6880"/>
          <w:sz w:val="22"/>
        </w:rPr>
        <w:t>all, Roland Chesters, Theme Tune, Lucy, Alice, Alice Evans &amp; Lucy Wood, Disclaimer</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and difference. I'm Lucy</w:t>
      </w:r>
    </w:p>
    <w:p>
      <w:pPr>
        <w:spacing w:after="0"/>
      </w:pPr>
    </w:p>
    <w:p>
      <w:pPr>
        <w:spacing w:after="0"/>
      </w:pPr>
      <w:r>
        <w:rPr>
          <w:rFonts w:ascii="Arial" w:hAnsi="Arial"/>
          <w:b/>
          <w:sz w:val="22"/>
        </w:rPr>
        <w:t xml:space="preserve">Alice  </w:t>
      </w:r>
      <w:r>
        <w:rPr>
          <w:rFonts w:ascii="Arial" w:hAnsi="Arial"/>
          <w:color w:val="5D7284"/>
          <w:sz w:val="22"/>
        </w:rPr>
        <w:t>00:07</w:t>
      </w:r>
    </w:p>
    <w:p>
      <w:pPr>
        <w:spacing w:after="0"/>
      </w:pPr>
      <w:r>
        <w:rPr>
          <w:rFonts w:ascii="Arial" w:hAnsi="Arial"/>
          <w:sz w:val="22"/>
        </w:rPr>
        <w:t>and I'm Alice [dog barks] and that's Lola</w:t>
      </w:r>
    </w:p>
    <w:p>
      <w:pPr>
        <w:spacing w:after="0"/>
      </w:pPr>
    </w:p>
    <w:p>
      <w:pPr>
        <w:spacing w:after="0"/>
      </w:pPr>
      <w:r>
        <w:rPr>
          <w:rFonts w:ascii="Arial" w:hAnsi="Arial"/>
          <w:b/>
          <w:sz w:val="22"/>
        </w:rPr>
        <w:t xml:space="preserve">Theme Tune  </w:t>
      </w:r>
      <w:r>
        <w:rPr>
          <w:rFonts w:ascii="Arial" w:hAnsi="Arial"/>
          <w:color w:val="5D7284"/>
          <w:sz w:val="22"/>
        </w:rPr>
        <w:t>00:11</w:t>
      </w:r>
    </w:p>
    <w:p>
      <w:pPr>
        <w:spacing w:after="0"/>
      </w:pPr>
      <w:r>
        <w:rPr>
          <w:rFonts w:ascii="Arial" w:hAnsi="Arial"/>
          <w:sz w:val="22"/>
        </w:rPr>
        <w:t>Though I might not fit in socially, I'm so much more than what you see, we all live our lives differently, kalidoscope identity. And this is who I'm meant to be. I'm just labelled me. I'm just labelled me.</w:t>
      </w:r>
    </w:p>
    <w:p>
      <w:pPr>
        <w:spacing w:after="0"/>
      </w:pPr>
    </w:p>
    <w:p>
      <w:pPr>
        <w:spacing w:after="0"/>
      </w:pPr>
      <w:r>
        <w:rPr>
          <w:rFonts w:ascii="Arial" w:hAnsi="Arial"/>
          <w:b/>
          <w:sz w:val="22"/>
        </w:rPr>
        <w:t xml:space="preserve">Alice  </w:t>
      </w:r>
      <w:r>
        <w:rPr>
          <w:rFonts w:ascii="Arial" w:hAnsi="Arial"/>
          <w:color w:val="5D7284"/>
          <w:sz w:val="22"/>
        </w:rPr>
        <w:t>00:14</w:t>
      </w:r>
    </w:p>
    <w:p>
      <w:pPr>
        <w:spacing w:after="0"/>
      </w:pPr>
      <w:r>
        <w:rPr>
          <w:rFonts w:ascii="Arial" w:hAnsi="Arial"/>
          <w:sz w:val="22"/>
        </w:rPr>
        <w:t>I turned to me just I just</w:t>
      </w:r>
    </w:p>
    <w:p>
      <w:pPr>
        <w:spacing w:after="0"/>
      </w:pPr>
    </w:p>
    <w:p>
      <w:pPr>
        <w:spacing w:after="0"/>
      </w:pPr>
      <w:r>
        <w:rPr>
          <w:rFonts w:ascii="Arial" w:hAnsi="Arial"/>
          <w:b/>
          <w:sz w:val="22"/>
        </w:rPr>
        <w:t xml:space="preserve">Disclaimer  </w:t>
      </w:r>
      <w:r>
        <w:rPr>
          <w:rFonts w:ascii="Arial" w:hAnsi="Arial"/>
          <w:color w:val="5D7284"/>
          <w:sz w:val="22"/>
        </w:rPr>
        <w:t>00:37</w:t>
      </w:r>
    </w:p>
    <w:p>
      <w:pPr>
        <w:spacing w:after="0"/>
      </w:pPr>
      <w:r>
        <w:rPr>
          <w:rFonts w:ascii="Arial" w:hAnsi="Arial"/>
          <w:sz w:val="22"/>
        </w:rPr>
        <w:t xml:space="preserve">don't forget in this episode I might swear Lucy might cry and you can check out details of the trigger warnings on our website. Hello everybody. Welcome to another episode of The lABLEd podcast. Guess what? </w:t>
      </w:r>
    </w:p>
    <w:p>
      <w:pPr>
        <w:spacing w:after="0"/>
      </w:pPr>
    </w:p>
    <w:p>
      <w:pPr>
        <w:spacing w:after="0"/>
      </w:pPr>
      <w:r>
        <w:rPr>
          <w:rFonts w:ascii="Arial" w:hAnsi="Arial"/>
          <w:b/>
          <w:sz w:val="22"/>
        </w:rPr>
        <w:t xml:space="preserve">Lucy  </w:t>
      </w:r>
      <w:r>
        <w:rPr>
          <w:rFonts w:ascii="Arial" w:hAnsi="Arial"/>
          <w:color w:val="5D7284"/>
          <w:sz w:val="22"/>
        </w:rPr>
        <w:t>00:50</w:t>
      </w:r>
    </w:p>
    <w:p>
      <w:pPr>
        <w:spacing w:after="0"/>
      </w:pPr>
      <w:r>
        <w:rPr>
          <w:rFonts w:ascii="Arial" w:hAnsi="Arial"/>
          <w:sz w:val="22"/>
        </w:rPr>
        <w:t xml:space="preserve">what? </w:t>
      </w:r>
    </w:p>
    <w:p>
      <w:pPr>
        <w:spacing w:after="0"/>
      </w:pPr>
    </w:p>
    <w:p>
      <w:pPr>
        <w:spacing w:after="0"/>
      </w:pPr>
      <w:r>
        <w:rPr>
          <w:rFonts w:ascii="Arial" w:hAnsi="Arial"/>
          <w:b/>
          <w:sz w:val="22"/>
        </w:rPr>
        <w:t xml:space="preserve">Alice  </w:t>
      </w:r>
      <w:r>
        <w:rPr>
          <w:rFonts w:ascii="Arial" w:hAnsi="Arial"/>
          <w:color w:val="5D7284"/>
          <w:sz w:val="22"/>
        </w:rPr>
        <w:t>00:52</w:t>
      </w:r>
    </w:p>
    <w:p>
      <w:pPr>
        <w:spacing w:after="0"/>
      </w:pPr>
      <w:r>
        <w:rPr>
          <w:rFonts w:ascii="Arial" w:hAnsi="Arial"/>
          <w:sz w:val="22"/>
        </w:rPr>
        <w:t>Today is our Christmas episode</w:t>
      </w:r>
    </w:p>
    <w:p>
      <w:pPr>
        <w:spacing w:after="0"/>
      </w:pPr>
    </w:p>
    <w:p>
      <w:pPr>
        <w:spacing w:after="0"/>
      </w:pPr>
      <w:r>
        <w:rPr>
          <w:rFonts w:ascii="Arial" w:hAnsi="Arial"/>
          <w:b/>
          <w:sz w:val="22"/>
        </w:rPr>
        <w:t xml:space="preserve">Lucy  </w:t>
      </w:r>
      <w:r>
        <w:rPr>
          <w:rFonts w:ascii="Arial" w:hAnsi="Arial"/>
          <w:color w:val="5D7284"/>
          <w:sz w:val="22"/>
        </w:rPr>
        <w:t>00:54</w:t>
      </w:r>
    </w:p>
    <w:p>
      <w:pPr>
        <w:spacing w:after="0"/>
      </w:pPr>
      <w:r>
        <w:rPr>
          <w:rFonts w:ascii="Arial" w:hAnsi="Arial"/>
          <w:sz w:val="22"/>
        </w:rPr>
        <w:t>Yay! Can we be playing like step into Christmas and like Slade and stuff?</w:t>
      </w:r>
    </w:p>
    <w:p>
      <w:pPr>
        <w:spacing w:after="0"/>
      </w:pPr>
    </w:p>
    <w:p>
      <w:pPr>
        <w:spacing w:after="0"/>
      </w:pPr>
      <w:r>
        <w:rPr>
          <w:rFonts w:ascii="Arial" w:hAnsi="Arial"/>
          <w:b/>
          <w:sz w:val="22"/>
        </w:rPr>
        <w:t xml:space="preserve">Alice  </w:t>
      </w:r>
      <w:r>
        <w:rPr>
          <w:rFonts w:ascii="Arial" w:hAnsi="Arial"/>
          <w:color w:val="5D7284"/>
          <w:sz w:val="22"/>
        </w:rPr>
        <w:t>00:59</w:t>
      </w:r>
    </w:p>
    <w:p>
      <w:pPr>
        <w:spacing w:after="0"/>
      </w:pPr>
      <w:r>
        <w:rPr>
          <w:rFonts w:ascii="Arial" w:hAnsi="Arial"/>
          <w:sz w:val="22"/>
        </w:rPr>
        <w:t>I have already we've got, are having, we're having our bathroom done and I have already ruined Whamageddon for the tiler who' in today because that is my favorite Christmas song. I don't care what any body says.</w:t>
      </w:r>
    </w:p>
    <w:p>
      <w:pPr>
        <w:spacing w:after="0"/>
      </w:pPr>
    </w:p>
    <w:p>
      <w:pPr>
        <w:spacing w:after="0"/>
      </w:pPr>
      <w:r>
        <w:rPr>
          <w:rFonts w:ascii="Arial" w:hAnsi="Arial"/>
          <w:b/>
          <w:sz w:val="22"/>
        </w:rPr>
        <w:t xml:space="preserve">Lucy  </w:t>
      </w:r>
      <w:r>
        <w:rPr>
          <w:rFonts w:ascii="Arial" w:hAnsi="Arial"/>
          <w:color w:val="5D7284"/>
          <w:sz w:val="22"/>
        </w:rPr>
        <w:t>01:12</w:t>
      </w:r>
    </w:p>
    <w:p>
      <w:pPr>
        <w:spacing w:after="0"/>
      </w:pPr>
      <w:r>
        <w:rPr>
          <w:rFonts w:ascii="Arial" w:hAnsi="Arial"/>
          <w:sz w:val="22"/>
        </w:rPr>
        <w:t>You see, I don't. Yeah, exactly. I don't really agree with the fact that Whamageddon exists because there is nothing wrong with Wham.</w:t>
      </w:r>
    </w:p>
    <w:p>
      <w:pPr>
        <w:spacing w:after="0"/>
      </w:pPr>
    </w:p>
    <w:p>
      <w:pPr>
        <w:spacing w:after="0"/>
      </w:pPr>
      <w:r>
        <w:rPr>
          <w:rFonts w:ascii="Arial" w:hAnsi="Arial"/>
          <w:b/>
          <w:sz w:val="22"/>
        </w:rPr>
        <w:t xml:space="preserve">Alice  </w:t>
      </w:r>
      <w:r>
        <w:rPr>
          <w:rFonts w:ascii="Arial" w:hAnsi="Arial"/>
          <w:color w:val="5D7284"/>
          <w:sz w:val="22"/>
        </w:rPr>
        <w:t>01:19</w:t>
      </w:r>
    </w:p>
    <w:p>
      <w:pPr>
        <w:spacing w:after="0"/>
      </w:pPr>
      <w:r>
        <w:rPr>
          <w:rFonts w:ascii="Arial" w:hAnsi="Arial"/>
          <w:sz w:val="22"/>
        </w:rPr>
        <w:t>No, I don't think. No I don't think you can over play that song.</w:t>
      </w:r>
    </w:p>
    <w:p>
      <w:pPr>
        <w:spacing w:after="0"/>
      </w:pPr>
    </w:p>
    <w:p>
      <w:pPr>
        <w:spacing w:after="0"/>
      </w:pPr>
      <w:r>
        <w:rPr>
          <w:rFonts w:ascii="Arial" w:hAnsi="Arial"/>
          <w:b/>
          <w:sz w:val="22"/>
        </w:rPr>
        <w:t xml:space="preserve">Lucy  </w:t>
      </w:r>
      <w:r>
        <w:rPr>
          <w:rFonts w:ascii="Arial" w:hAnsi="Arial"/>
          <w:color w:val="5D7284"/>
          <w:sz w:val="22"/>
        </w:rPr>
        <w:t>01:22</w:t>
      </w:r>
    </w:p>
    <w:p>
      <w:pPr>
        <w:spacing w:after="0"/>
      </w:pPr>
      <w:r>
        <w:rPr>
          <w:rFonts w:ascii="Arial" w:hAnsi="Arial"/>
          <w:sz w:val="22"/>
        </w:rPr>
        <w:t>stop not playing Wham</w:t>
      </w:r>
    </w:p>
    <w:p>
      <w:pPr>
        <w:spacing w:after="0"/>
      </w:pPr>
    </w:p>
    <w:p>
      <w:pPr>
        <w:spacing w:after="0"/>
      </w:pPr>
      <w:r>
        <w:rPr>
          <w:rFonts w:ascii="Arial" w:hAnsi="Arial"/>
          <w:b/>
          <w:sz w:val="22"/>
        </w:rPr>
        <w:t xml:space="preserve">Alice  </w:t>
      </w:r>
      <w:r>
        <w:rPr>
          <w:rFonts w:ascii="Arial" w:hAnsi="Arial"/>
          <w:color w:val="5D7284"/>
          <w:sz w:val="22"/>
        </w:rPr>
        <w:t>01:23</w:t>
      </w:r>
    </w:p>
    <w:p>
      <w:pPr>
        <w:spacing w:after="0"/>
      </w:pPr>
      <w:r>
        <w:rPr>
          <w:rFonts w:ascii="Arial" w:hAnsi="Arial"/>
          <w:sz w:val="22"/>
        </w:rPr>
        <w:t>Exactly, exactly. I love it!</w:t>
      </w:r>
    </w:p>
    <w:p>
      <w:pPr>
        <w:spacing w:after="0"/>
      </w:pPr>
    </w:p>
    <w:p>
      <w:pPr>
        <w:spacing w:after="0"/>
      </w:pPr>
      <w:r>
        <w:rPr>
          <w:rFonts w:ascii="Arial" w:hAnsi="Arial"/>
          <w:b/>
          <w:sz w:val="22"/>
        </w:rPr>
        <w:t xml:space="preserve">Lucy  </w:t>
      </w:r>
      <w:r>
        <w:rPr>
          <w:rFonts w:ascii="Arial" w:hAnsi="Arial"/>
          <w:color w:val="5D7284"/>
          <w:sz w:val="22"/>
        </w:rPr>
        <w:t>01:25</w:t>
      </w:r>
    </w:p>
    <w:p>
      <w:pPr>
        <w:spacing w:after="0"/>
      </w:pPr>
      <w:r>
        <w:rPr>
          <w:rFonts w:ascii="Arial" w:hAnsi="Arial"/>
          <w:sz w:val="22"/>
        </w:rPr>
        <w:t>Whats wrong with you? Get a bit of George Michael</w:t>
      </w:r>
    </w:p>
    <w:p>
      <w:pPr>
        <w:spacing w:after="0"/>
      </w:pPr>
    </w:p>
    <w:p>
      <w:pPr>
        <w:spacing w:after="0"/>
      </w:pPr>
      <w:r>
        <w:rPr>
          <w:rFonts w:ascii="Arial" w:hAnsi="Arial"/>
          <w:b/>
          <w:sz w:val="22"/>
        </w:rPr>
        <w:t xml:space="preserve">Alice  </w:t>
      </w:r>
      <w:r>
        <w:rPr>
          <w:rFonts w:ascii="Arial" w:hAnsi="Arial"/>
          <w:color w:val="5D7284"/>
          <w:sz w:val="22"/>
        </w:rPr>
        <w:t>01:28</w:t>
      </w:r>
    </w:p>
    <w:p>
      <w:pPr>
        <w:spacing w:after="0"/>
      </w:pPr>
      <w:r>
        <w:rPr>
          <w:rFonts w:ascii="Arial" w:hAnsi="Arial"/>
          <w:sz w:val="22"/>
        </w:rPr>
        <w:t>George Micheal! Yes! Your life can only be better was a bit of George Micheal in it!</w:t>
      </w:r>
    </w:p>
    <w:p>
      <w:pPr>
        <w:spacing w:after="0"/>
      </w:pPr>
    </w:p>
    <w:p>
      <w:pPr>
        <w:spacing w:after="0"/>
      </w:pPr>
      <w:r>
        <w:rPr>
          <w:rFonts w:ascii="Arial" w:hAnsi="Arial"/>
          <w:b/>
          <w:sz w:val="22"/>
        </w:rPr>
        <w:t xml:space="preserve">Lucy  </w:t>
      </w:r>
      <w:r>
        <w:rPr>
          <w:rFonts w:ascii="Arial" w:hAnsi="Arial"/>
          <w:color w:val="5D7284"/>
          <w:sz w:val="22"/>
        </w:rPr>
        <w:t>01:34</w:t>
      </w:r>
    </w:p>
    <w:p>
      <w:pPr>
        <w:spacing w:after="0"/>
      </w:pPr>
      <w:r>
        <w:rPr>
          <w:rFonts w:ascii="Arial" w:hAnsi="Arial"/>
          <w:sz w:val="22"/>
        </w:rPr>
        <w:t>It can can't it? Yeah. Um. Well, you are feeling very festive because as we started this podcast recording I said...</w:t>
      </w:r>
    </w:p>
    <w:p>
      <w:pPr>
        <w:spacing w:after="0"/>
      </w:pPr>
    </w:p>
    <w:p>
      <w:pPr>
        <w:spacing w:after="0"/>
      </w:pPr>
      <w:r>
        <w:rPr>
          <w:rFonts w:ascii="Arial" w:hAnsi="Arial"/>
          <w:b/>
          <w:sz w:val="22"/>
        </w:rPr>
        <w:t xml:space="preserve">Alice  </w:t>
      </w:r>
      <w:r>
        <w:rPr>
          <w:rFonts w:ascii="Arial" w:hAnsi="Arial"/>
          <w:color w:val="5D7284"/>
          <w:sz w:val="22"/>
        </w:rPr>
        <w:t>01:41</w:t>
      </w:r>
    </w:p>
    <w:p>
      <w:pPr>
        <w:spacing w:after="0"/>
      </w:pPr>
      <w:r>
        <w:rPr>
          <w:rFonts w:ascii="Arial" w:hAnsi="Arial"/>
          <w:sz w:val="22"/>
        </w:rPr>
        <w:t>Still eating it!</w:t>
      </w:r>
    </w:p>
    <w:p>
      <w:pPr>
        <w:spacing w:after="0"/>
      </w:pPr>
    </w:p>
    <w:p>
      <w:pPr>
        <w:spacing w:after="0"/>
      </w:pPr>
      <w:r>
        <w:rPr>
          <w:rFonts w:ascii="Arial" w:hAnsi="Arial"/>
          <w:b/>
          <w:sz w:val="22"/>
        </w:rPr>
        <w:t xml:space="preserve">Lucy  </w:t>
      </w:r>
      <w:r>
        <w:rPr>
          <w:rFonts w:ascii="Arial" w:hAnsi="Arial"/>
          <w:color w:val="5D7284"/>
          <w:sz w:val="22"/>
        </w:rPr>
        <w:t>01:41</w:t>
      </w:r>
    </w:p>
    <w:p>
      <w:pPr>
        <w:spacing w:after="0"/>
      </w:pPr>
      <w:r>
        <w:rPr>
          <w:rFonts w:ascii="Arial" w:hAnsi="Arial"/>
          <w:sz w:val="22"/>
        </w:rPr>
        <w:t>Have you finished your breakfast and you went it's a very festive breakfast. I'm eating Panattoni</w:t>
      </w:r>
    </w:p>
    <w:p>
      <w:pPr>
        <w:spacing w:after="0"/>
      </w:pPr>
    </w:p>
    <w:p>
      <w:pPr>
        <w:spacing w:after="0"/>
      </w:pPr>
      <w:r>
        <w:rPr>
          <w:rFonts w:ascii="Arial" w:hAnsi="Arial"/>
          <w:b/>
          <w:sz w:val="22"/>
        </w:rPr>
        <w:t xml:space="preserve">Alice  </w:t>
      </w:r>
      <w:r>
        <w:rPr>
          <w:rFonts w:ascii="Arial" w:hAnsi="Arial"/>
          <w:color w:val="5D7284"/>
          <w:sz w:val="22"/>
        </w:rPr>
        <w:t>01:46</w:t>
      </w:r>
    </w:p>
    <w:p>
      <w:pPr>
        <w:spacing w:after="0"/>
      </w:pPr>
      <w:r>
        <w:rPr>
          <w:rFonts w:ascii="Arial" w:hAnsi="Arial"/>
          <w:sz w:val="22"/>
        </w:rPr>
        <w:t>Mmmm chocolate panattone</w:t>
      </w:r>
    </w:p>
    <w:p>
      <w:pPr>
        <w:spacing w:after="0"/>
      </w:pPr>
    </w:p>
    <w:p>
      <w:pPr>
        <w:spacing w:after="0"/>
      </w:pPr>
      <w:r>
        <w:rPr>
          <w:rFonts w:ascii="Arial" w:hAnsi="Arial"/>
          <w:b/>
          <w:sz w:val="22"/>
        </w:rPr>
        <w:t xml:space="preserve">Lucy  </w:t>
      </w:r>
      <w:r>
        <w:rPr>
          <w:rFonts w:ascii="Arial" w:hAnsi="Arial"/>
          <w:color w:val="5D7284"/>
          <w:sz w:val="22"/>
        </w:rPr>
        <w:t>01:50</w:t>
      </w:r>
    </w:p>
    <w:p>
      <w:pPr>
        <w:spacing w:after="0"/>
      </w:pPr>
      <w:r>
        <w:rPr>
          <w:rFonts w:ascii="Arial" w:hAnsi="Arial"/>
          <w:sz w:val="22"/>
        </w:rPr>
        <w:t xml:space="preserve">don't do that Alice, don't talk direclty into the... </w:t>
      </w:r>
    </w:p>
    <w:p>
      <w:pPr>
        <w:spacing w:after="0"/>
      </w:pPr>
    </w:p>
    <w:p>
      <w:pPr>
        <w:spacing w:after="0"/>
      </w:pPr>
      <w:r>
        <w:rPr>
          <w:rFonts w:ascii="Arial" w:hAnsi="Arial"/>
          <w:b/>
          <w:sz w:val="22"/>
        </w:rPr>
        <w:t xml:space="preserve">Alice  </w:t>
      </w:r>
      <w:r>
        <w:rPr>
          <w:rFonts w:ascii="Arial" w:hAnsi="Arial"/>
          <w:color w:val="5D7284"/>
          <w:sz w:val="22"/>
        </w:rPr>
        <w:t>01:54</w:t>
      </w:r>
    </w:p>
    <w:p>
      <w:pPr>
        <w:spacing w:after="0"/>
      </w:pPr>
      <w:r>
        <w:rPr>
          <w:rFonts w:ascii="Arial" w:hAnsi="Arial"/>
          <w:sz w:val="22"/>
        </w:rPr>
        <w:t>[laughs]</w:t>
      </w:r>
    </w:p>
    <w:p>
      <w:pPr>
        <w:spacing w:after="0"/>
      </w:pPr>
    </w:p>
    <w:p>
      <w:pPr>
        <w:spacing w:after="0"/>
      </w:pPr>
      <w:r>
        <w:rPr>
          <w:rFonts w:ascii="Arial" w:hAnsi="Arial"/>
          <w:b/>
          <w:sz w:val="22"/>
        </w:rPr>
        <w:t xml:space="preserve">Lucy  </w:t>
      </w:r>
      <w:r>
        <w:rPr>
          <w:rFonts w:ascii="Arial" w:hAnsi="Arial"/>
          <w:color w:val="5D7284"/>
          <w:sz w:val="22"/>
        </w:rPr>
        <w:t>01:54</w:t>
      </w:r>
    </w:p>
    <w:p>
      <w:pPr>
        <w:spacing w:after="0"/>
      </w:pPr>
      <w:r>
        <w:rPr>
          <w:rFonts w:ascii="Arial" w:hAnsi="Arial"/>
          <w:sz w:val="22"/>
        </w:rPr>
        <w:t>I mean, I know it's Christmas and we've been doing this a year and like we're setting into our ways but stop chewing near the microphone. Stop it! [gagging noise}</w:t>
      </w:r>
    </w:p>
    <w:p>
      <w:pPr>
        <w:spacing w:after="0"/>
      </w:pPr>
    </w:p>
    <w:p>
      <w:pPr>
        <w:spacing w:after="0"/>
      </w:pPr>
      <w:r>
        <w:rPr>
          <w:rFonts w:ascii="Arial" w:hAnsi="Arial"/>
          <w:b/>
          <w:sz w:val="22"/>
        </w:rPr>
        <w:t xml:space="preserve">Alice  </w:t>
      </w:r>
      <w:r>
        <w:rPr>
          <w:rFonts w:ascii="Arial" w:hAnsi="Arial"/>
          <w:color w:val="5D7284"/>
          <w:sz w:val="22"/>
        </w:rPr>
        <w:t>02:05</w:t>
      </w:r>
    </w:p>
    <w:p>
      <w:pPr>
        <w:spacing w:after="0"/>
      </w:pPr>
      <w:r>
        <w:rPr>
          <w:rFonts w:ascii="Arial" w:hAnsi="Arial"/>
          <w:sz w:val="22"/>
        </w:rPr>
        <w:t>[laughing]</w:t>
      </w:r>
    </w:p>
    <w:p>
      <w:pPr>
        <w:spacing w:after="0"/>
      </w:pPr>
    </w:p>
    <w:p>
      <w:pPr>
        <w:spacing w:after="0"/>
      </w:pPr>
      <w:r>
        <w:rPr>
          <w:rFonts w:ascii="Arial" w:hAnsi="Arial"/>
          <w:b/>
          <w:sz w:val="22"/>
        </w:rPr>
        <w:t xml:space="preserve">Lucy  </w:t>
      </w:r>
      <w:r>
        <w:rPr>
          <w:rFonts w:ascii="Arial" w:hAnsi="Arial"/>
          <w:color w:val="5D7284"/>
          <w:sz w:val="22"/>
        </w:rPr>
        <w:t>02:05</w:t>
      </w:r>
    </w:p>
    <w:p>
      <w:pPr>
        <w:spacing w:after="0"/>
      </w:pPr>
      <w:r>
        <w:rPr>
          <w:rFonts w:ascii="Arial" w:hAnsi="Arial"/>
          <w:sz w:val="22"/>
        </w:rPr>
        <w:t>Right, I'm getting very cross with you. Professionalism is going downhill. Right.</w:t>
      </w:r>
    </w:p>
    <w:p>
      <w:pPr>
        <w:spacing w:after="0"/>
      </w:pPr>
    </w:p>
    <w:p>
      <w:pPr>
        <w:spacing w:after="0"/>
      </w:pPr>
      <w:r>
        <w:rPr>
          <w:rFonts w:ascii="Arial" w:hAnsi="Arial"/>
          <w:b/>
          <w:sz w:val="22"/>
        </w:rPr>
        <w:t xml:space="preserve">Alice  </w:t>
      </w:r>
      <w:r>
        <w:rPr>
          <w:rFonts w:ascii="Arial" w:hAnsi="Arial"/>
          <w:color w:val="5D7284"/>
          <w:sz w:val="22"/>
        </w:rPr>
        <w:t>02:13</w:t>
      </w:r>
    </w:p>
    <w:p>
      <w:pPr>
        <w:spacing w:after="0"/>
      </w:pPr>
      <w:r>
        <w:rPr>
          <w:rFonts w:ascii="Arial" w:hAnsi="Arial"/>
          <w:sz w:val="22"/>
        </w:rPr>
        <w:t xml:space="preserve">I, ah- </w:t>
      </w:r>
    </w:p>
    <w:p>
      <w:pPr>
        <w:spacing w:after="0"/>
      </w:pPr>
    </w:p>
    <w:p>
      <w:pPr>
        <w:spacing w:after="0"/>
      </w:pPr>
      <w:r>
        <w:rPr>
          <w:rFonts w:ascii="Arial" w:hAnsi="Arial"/>
          <w:b/>
          <w:sz w:val="22"/>
        </w:rPr>
        <w:t xml:space="preserve">Lucy  </w:t>
      </w:r>
      <w:r>
        <w:rPr>
          <w:rFonts w:ascii="Arial" w:hAnsi="Arial"/>
          <w:color w:val="5D7284"/>
          <w:sz w:val="22"/>
        </w:rPr>
        <w:t>02:14</w:t>
      </w:r>
    </w:p>
    <w:p>
      <w:pPr>
        <w:spacing w:after="0"/>
      </w:pPr>
      <w:r>
        <w:rPr>
          <w:rFonts w:ascii="Arial" w:hAnsi="Arial"/>
          <w:sz w:val="22"/>
        </w:rPr>
        <w:t xml:space="preserve"> Go on.</w:t>
      </w:r>
    </w:p>
    <w:p>
      <w:pPr>
        <w:spacing w:after="0"/>
      </w:pPr>
    </w:p>
    <w:p>
      <w:pPr>
        <w:spacing w:after="0"/>
      </w:pPr>
      <w:r>
        <w:rPr>
          <w:rFonts w:ascii="Arial" w:hAnsi="Arial"/>
          <w:b/>
          <w:sz w:val="22"/>
        </w:rPr>
        <w:t xml:space="preserve">Alice  </w:t>
      </w:r>
      <w:r>
        <w:rPr>
          <w:rFonts w:ascii="Arial" w:hAnsi="Arial"/>
          <w:color w:val="5D7284"/>
          <w:sz w:val="22"/>
        </w:rPr>
        <w:t>02:15</w:t>
      </w:r>
    </w:p>
    <w:p>
      <w:pPr>
        <w:spacing w:after="0"/>
      </w:pPr>
      <w:r>
        <w:rPr>
          <w:rFonts w:ascii="Arial" w:hAnsi="Arial"/>
          <w:sz w:val="22"/>
        </w:rPr>
        <w:t xml:space="preserve">I was just gonna say it's not just the panettone. I have Christmas coffee. </w:t>
      </w:r>
    </w:p>
    <w:p>
      <w:pPr>
        <w:spacing w:after="0"/>
      </w:pPr>
    </w:p>
    <w:p>
      <w:pPr>
        <w:spacing w:after="0"/>
      </w:pPr>
      <w:r>
        <w:rPr>
          <w:rFonts w:ascii="Arial" w:hAnsi="Arial"/>
          <w:b/>
          <w:sz w:val="22"/>
        </w:rPr>
        <w:t xml:space="preserve">Lucy  </w:t>
      </w:r>
      <w:r>
        <w:rPr>
          <w:rFonts w:ascii="Arial" w:hAnsi="Arial"/>
          <w:color w:val="5D7284"/>
          <w:sz w:val="22"/>
        </w:rPr>
        <w:t>02:19</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02:19</w:t>
      </w:r>
    </w:p>
    <w:p>
      <w:pPr>
        <w:spacing w:after="0"/>
      </w:pPr>
      <w:r>
        <w:rPr>
          <w:rFonts w:ascii="Arial" w:hAnsi="Arial"/>
          <w:sz w:val="22"/>
        </w:rPr>
        <w:t>And I have my Christmas bell earrings. I don't know if you can hear that? [small bells jingle]</w:t>
      </w:r>
    </w:p>
    <w:p>
      <w:pPr>
        <w:spacing w:after="0"/>
      </w:pPr>
    </w:p>
    <w:p>
      <w:pPr>
        <w:spacing w:after="0"/>
      </w:pPr>
      <w:r>
        <w:rPr>
          <w:rFonts w:ascii="Arial" w:hAnsi="Arial"/>
          <w:b/>
          <w:sz w:val="22"/>
        </w:rPr>
        <w:t xml:space="preserve">Lucy  </w:t>
      </w:r>
      <w:r>
        <w:rPr>
          <w:rFonts w:ascii="Arial" w:hAnsi="Arial"/>
          <w:color w:val="5D7284"/>
          <w:sz w:val="22"/>
        </w:rPr>
        <w:t>02:23</w:t>
      </w:r>
    </w:p>
    <w:p>
      <w:pPr>
        <w:spacing w:after="0"/>
      </w:pPr>
      <w:r>
        <w:rPr>
          <w:rFonts w:ascii="Arial" w:hAnsi="Arial"/>
          <w:sz w:val="22"/>
        </w:rPr>
        <w:t>We can hear that. Yeah.</w:t>
      </w:r>
    </w:p>
    <w:p>
      <w:pPr>
        <w:spacing w:after="0"/>
      </w:pPr>
    </w:p>
    <w:p>
      <w:pPr>
        <w:spacing w:after="0"/>
      </w:pPr>
      <w:r>
        <w:rPr>
          <w:rFonts w:ascii="Arial" w:hAnsi="Arial"/>
          <w:b/>
          <w:sz w:val="22"/>
        </w:rPr>
        <w:t xml:space="preserve">Alice  </w:t>
      </w:r>
      <w:r>
        <w:rPr>
          <w:rFonts w:ascii="Arial" w:hAnsi="Arial"/>
          <w:color w:val="5D7284"/>
          <w:sz w:val="22"/>
        </w:rPr>
        <w:t>02:25</w:t>
      </w:r>
    </w:p>
    <w:p>
      <w:pPr>
        <w:spacing w:after="0"/>
      </w:pPr>
      <w:r>
        <w:rPr>
          <w:rFonts w:ascii="Arial" w:hAnsi="Arial"/>
          <w:sz w:val="22"/>
        </w:rPr>
        <w:t xml:space="preserve"> And even</w:t>
      </w:r>
    </w:p>
    <w:p>
      <w:pPr>
        <w:spacing w:after="0"/>
      </w:pPr>
    </w:p>
    <w:p>
      <w:pPr>
        <w:spacing w:after="0"/>
      </w:pPr>
      <w:r>
        <w:rPr>
          <w:rFonts w:ascii="Arial" w:hAnsi="Arial"/>
          <w:b/>
          <w:sz w:val="22"/>
        </w:rPr>
        <w:t xml:space="preserve">Lucy  </w:t>
      </w:r>
      <w:r>
        <w:rPr>
          <w:rFonts w:ascii="Arial" w:hAnsi="Arial"/>
          <w:color w:val="5D7284"/>
          <w:sz w:val="22"/>
        </w:rPr>
        <w:t>02:25</w:t>
      </w:r>
    </w:p>
    <w:p>
      <w:pPr>
        <w:spacing w:after="0"/>
      </w:pPr>
      <w:r>
        <w:rPr>
          <w:rFonts w:ascii="Arial" w:hAnsi="Arial"/>
          <w:sz w:val="22"/>
        </w:rPr>
        <w:t>That is very... Yeah, go on</w:t>
      </w:r>
    </w:p>
    <w:p>
      <w:pPr>
        <w:spacing w:after="0"/>
      </w:pPr>
    </w:p>
    <w:p>
      <w:pPr>
        <w:spacing w:after="0"/>
      </w:pPr>
      <w:r>
        <w:rPr>
          <w:rFonts w:ascii="Arial" w:hAnsi="Arial"/>
          <w:b/>
          <w:sz w:val="22"/>
        </w:rPr>
        <w:t xml:space="preserve">Alice  </w:t>
      </w:r>
      <w:r>
        <w:rPr>
          <w:rFonts w:ascii="Arial" w:hAnsi="Arial"/>
          <w:color w:val="5D7284"/>
          <w:sz w:val="22"/>
        </w:rPr>
        <w:t>02:27</w:t>
      </w:r>
    </w:p>
    <w:p>
      <w:pPr>
        <w:spacing w:after="0"/>
      </w:pPr>
      <w:r>
        <w:rPr>
          <w:rFonts w:ascii="Arial" w:hAnsi="Arial"/>
          <w:sz w:val="22"/>
        </w:rPr>
        <w:t>And even for extra festivities. I brought my guide dog' bell [a louder bell jingles]</w:t>
      </w:r>
    </w:p>
    <w:p>
      <w:pPr>
        <w:spacing w:after="0"/>
      </w:pPr>
    </w:p>
    <w:p>
      <w:pPr>
        <w:spacing w:after="0"/>
      </w:pPr>
      <w:r>
        <w:rPr>
          <w:rFonts w:ascii="Arial" w:hAnsi="Arial"/>
          <w:b/>
          <w:sz w:val="22"/>
        </w:rPr>
        <w:t xml:space="preserve">Lucy  </w:t>
      </w:r>
      <w:r>
        <w:rPr>
          <w:rFonts w:ascii="Arial" w:hAnsi="Arial"/>
          <w:color w:val="5D7284"/>
          <w:sz w:val="22"/>
        </w:rPr>
        <w:t>02:33</w:t>
      </w:r>
    </w:p>
    <w:p>
      <w:pPr>
        <w:spacing w:after="0"/>
      </w:pPr>
      <w:r>
        <w:rPr>
          <w:rFonts w:ascii="Arial" w:hAnsi="Arial"/>
          <w:sz w:val="22"/>
        </w:rPr>
        <w:t xml:space="preserve">[laughs] We will make this festive. </w:t>
      </w:r>
    </w:p>
    <w:p>
      <w:pPr>
        <w:spacing w:after="0"/>
      </w:pPr>
    </w:p>
    <w:p>
      <w:pPr>
        <w:spacing w:after="0"/>
      </w:pPr>
      <w:r>
        <w:rPr>
          <w:rFonts w:ascii="Arial" w:hAnsi="Arial"/>
          <w:b/>
          <w:sz w:val="22"/>
        </w:rPr>
        <w:t xml:space="preserve">Alice  </w:t>
      </w:r>
      <w:r>
        <w:rPr>
          <w:rFonts w:ascii="Arial" w:hAnsi="Arial"/>
          <w:color w:val="5D7284"/>
          <w:sz w:val="22"/>
        </w:rPr>
        <w:t>02:35</w:t>
      </w:r>
    </w:p>
    <w:p>
      <w:pPr>
        <w:spacing w:after="0"/>
      </w:pPr>
      <w:r>
        <w:rPr>
          <w:rFonts w:ascii="Arial" w:hAnsi="Arial"/>
          <w:sz w:val="22"/>
        </w:rPr>
        <w:t>[laughs]</w:t>
      </w:r>
    </w:p>
    <w:p>
      <w:pPr>
        <w:spacing w:after="0"/>
      </w:pPr>
    </w:p>
    <w:p>
      <w:pPr>
        <w:spacing w:after="0"/>
      </w:pPr>
      <w:r>
        <w:rPr>
          <w:rFonts w:ascii="Arial" w:hAnsi="Arial"/>
          <w:b/>
          <w:sz w:val="22"/>
        </w:rPr>
        <w:t xml:space="preserve">Lucy  </w:t>
      </w:r>
      <w:r>
        <w:rPr>
          <w:rFonts w:ascii="Arial" w:hAnsi="Arial"/>
          <w:color w:val="5D7284"/>
          <w:sz w:val="22"/>
        </w:rPr>
        <w:t>02:37</w:t>
      </w:r>
    </w:p>
    <w:p>
      <w:pPr>
        <w:spacing w:after="0"/>
      </w:pPr>
      <w:r>
        <w:rPr>
          <w:rFonts w:ascii="Arial" w:hAnsi="Arial"/>
          <w:sz w:val="22"/>
        </w:rPr>
        <w:t>Right. Are we oh, we already? Is your mouth empty?</w:t>
      </w:r>
    </w:p>
    <w:p>
      <w:pPr>
        <w:spacing w:after="0"/>
      </w:pPr>
    </w:p>
    <w:p>
      <w:pPr>
        <w:spacing w:after="0"/>
      </w:pPr>
      <w:r>
        <w:rPr>
          <w:rFonts w:ascii="Arial" w:hAnsi="Arial"/>
          <w:b/>
          <w:sz w:val="22"/>
        </w:rPr>
        <w:t xml:space="preserve">Alice  </w:t>
      </w:r>
      <w:r>
        <w:rPr>
          <w:rFonts w:ascii="Arial" w:hAnsi="Arial"/>
          <w:color w:val="5D7284"/>
          <w:sz w:val="22"/>
        </w:rPr>
        <w:t>02:41</w:t>
      </w:r>
    </w:p>
    <w:p>
      <w:pPr>
        <w:spacing w:after="0"/>
      </w:pPr>
      <w:r>
        <w:rPr>
          <w:rFonts w:ascii="Arial" w:hAnsi="Arial"/>
          <w:sz w:val="22"/>
        </w:rPr>
        <w:t xml:space="preserve">More or less? Yeah. </w:t>
      </w:r>
    </w:p>
    <w:p>
      <w:pPr>
        <w:spacing w:after="0"/>
      </w:pPr>
    </w:p>
    <w:p>
      <w:pPr>
        <w:spacing w:after="0"/>
      </w:pPr>
      <w:r>
        <w:rPr>
          <w:rFonts w:ascii="Arial" w:hAnsi="Arial"/>
          <w:b/>
          <w:sz w:val="22"/>
        </w:rPr>
        <w:t xml:space="preserve">Lucy  </w:t>
      </w:r>
      <w:r>
        <w:rPr>
          <w:rFonts w:ascii="Arial" w:hAnsi="Arial"/>
          <w:color w:val="5D7284"/>
          <w:sz w:val="22"/>
        </w:rPr>
        <w:t>02:42</w:t>
      </w:r>
    </w:p>
    <w:p>
      <w:pPr>
        <w:spacing w:after="0"/>
      </w:pPr>
      <w:r>
        <w:rPr>
          <w:rFonts w:ascii="Arial" w:hAnsi="Arial"/>
          <w:sz w:val="22"/>
        </w:rPr>
        <w:t>Shall we introduce our guest</w:t>
      </w:r>
    </w:p>
    <w:p>
      <w:pPr>
        <w:spacing w:after="0"/>
      </w:pPr>
    </w:p>
    <w:p>
      <w:pPr>
        <w:spacing w:after="0"/>
      </w:pPr>
      <w:r>
        <w:rPr>
          <w:rFonts w:ascii="Arial" w:hAnsi="Arial"/>
          <w:b/>
          <w:sz w:val="22"/>
        </w:rPr>
        <w:t xml:space="preserve">Alice  </w:t>
      </w:r>
      <w:r>
        <w:rPr>
          <w:rFonts w:ascii="Arial" w:hAnsi="Arial"/>
          <w:color w:val="5D7284"/>
          <w:sz w:val="22"/>
        </w:rPr>
        <w:t>02:43</w:t>
      </w:r>
    </w:p>
    <w:p>
      <w:pPr>
        <w:spacing w:after="0"/>
      </w:pPr>
      <w:r>
        <w:rPr>
          <w:rFonts w:ascii="Arial" w:hAnsi="Arial"/>
          <w:sz w:val="22"/>
        </w:rPr>
        <w:t>[laughing] Yes. Do you want to do it?</w:t>
      </w:r>
    </w:p>
    <w:p>
      <w:pPr>
        <w:spacing w:after="0"/>
      </w:pPr>
    </w:p>
    <w:p>
      <w:pPr>
        <w:spacing w:after="0"/>
      </w:pPr>
      <w:r>
        <w:rPr>
          <w:rFonts w:ascii="Arial" w:hAnsi="Arial"/>
          <w:b/>
          <w:sz w:val="22"/>
        </w:rPr>
        <w:t xml:space="preserve">Lucy  </w:t>
      </w:r>
      <w:r>
        <w:rPr>
          <w:rFonts w:ascii="Arial" w:hAnsi="Arial"/>
          <w:color w:val="5D7284"/>
          <w:sz w:val="22"/>
        </w:rPr>
        <w:t>02:47</w:t>
      </w:r>
    </w:p>
    <w:p>
      <w:pPr>
        <w:spacing w:after="0"/>
      </w:pPr>
      <w:r>
        <w:rPr>
          <w:rFonts w:ascii="Arial" w:hAnsi="Arial"/>
          <w:sz w:val="22"/>
        </w:rPr>
        <w:t xml:space="preserve">Yes, can do. Our guest this week is Roland Chesters. Now, we have been talking about this Christmas episode since about June. And it's gone, we've had very, various different forms we were going to tell you about Tiny Tim. And then we decided to scratch that because everybody who is disabled knows about Tiny Tim, he's like our mascot for Christmas. And then Alice found an article by Roland which talks about the 12 days of disabled Christmas. So Hello, Roland. </w:t>
      </w:r>
    </w:p>
    <w:p>
      <w:pPr>
        <w:spacing w:after="0"/>
      </w:pPr>
    </w:p>
    <w:p>
      <w:pPr>
        <w:spacing w:after="0"/>
      </w:pPr>
      <w:r>
        <w:rPr>
          <w:rFonts w:ascii="Arial" w:hAnsi="Arial"/>
          <w:b/>
          <w:sz w:val="22"/>
        </w:rPr>
        <w:t xml:space="preserve">Roland Chesters  </w:t>
      </w:r>
      <w:r>
        <w:rPr>
          <w:rFonts w:ascii="Arial" w:hAnsi="Arial"/>
          <w:color w:val="5D7284"/>
          <w:sz w:val="22"/>
        </w:rPr>
        <w:t>03:19</w:t>
      </w:r>
    </w:p>
    <w:p>
      <w:pPr>
        <w:spacing w:after="0"/>
      </w:pPr>
      <w:r>
        <w:rPr>
          <w:rFonts w:ascii="Arial" w:hAnsi="Arial"/>
          <w:sz w:val="22"/>
        </w:rPr>
        <w:t xml:space="preserve">Hello. </w:t>
      </w:r>
    </w:p>
    <w:p>
      <w:pPr>
        <w:spacing w:after="0"/>
      </w:pPr>
    </w:p>
    <w:p>
      <w:pPr>
        <w:spacing w:after="0"/>
      </w:pPr>
      <w:r>
        <w:rPr>
          <w:rFonts w:ascii="Arial" w:hAnsi="Arial"/>
          <w:b/>
          <w:sz w:val="22"/>
        </w:rPr>
        <w:t xml:space="preserve">Lucy  </w:t>
      </w:r>
      <w:r>
        <w:rPr>
          <w:rFonts w:ascii="Arial" w:hAnsi="Arial"/>
          <w:color w:val="5D7284"/>
          <w:sz w:val="22"/>
        </w:rPr>
        <w:t>03:19</w:t>
      </w:r>
    </w:p>
    <w:p>
      <w:pPr>
        <w:spacing w:after="0"/>
      </w:pPr>
      <w:r>
        <w:rPr>
          <w:rFonts w:ascii="Arial" w:hAnsi="Arial"/>
          <w:sz w:val="22"/>
        </w:rPr>
        <w:t>Nice to er, nice to meet you.</w:t>
      </w:r>
    </w:p>
    <w:p>
      <w:pPr>
        <w:spacing w:after="0"/>
      </w:pPr>
    </w:p>
    <w:p>
      <w:pPr>
        <w:spacing w:after="0"/>
      </w:pPr>
      <w:r>
        <w:rPr>
          <w:rFonts w:ascii="Arial" w:hAnsi="Arial"/>
          <w:b/>
          <w:sz w:val="22"/>
        </w:rPr>
        <w:t xml:space="preserve">Roland Chesters  </w:t>
      </w:r>
      <w:r>
        <w:rPr>
          <w:rFonts w:ascii="Arial" w:hAnsi="Arial"/>
          <w:color w:val="5D7284"/>
          <w:sz w:val="22"/>
        </w:rPr>
        <w:t>03:22</w:t>
      </w:r>
    </w:p>
    <w:p>
      <w:pPr>
        <w:spacing w:after="0"/>
      </w:pPr>
      <w:r>
        <w:rPr>
          <w:rFonts w:ascii="Arial" w:hAnsi="Arial"/>
          <w:sz w:val="22"/>
        </w:rPr>
        <w:t>Thank you very much for inviting me.</w:t>
      </w:r>
    </w:p>
    <w:p>
      <w:pPr>
        <w:spacing w:after="0"/>
      </w:pPr>
    </w:p>
    <w:p>
      <w:pPr>
        <w:spacing w:after="0"/>
      </w:pPr>
      <w:r>
        <w:rPr>
          <w:rFonts w:ascii="Arial" w:hAnsi="Arial"/>
          <w:b/>
          <w:sz w:val="22"/>
        </w:rPr>
        <w:t xml:space="preserve">Lucy  </w:t>
      </w:r>
      <w:r>
        <w:rPr>
          <w:rFonts w:ascii="Arial" w:hAnsi="Arial"/>
          <w:color w:val="5D7284"/>
          <w:sz w:val="22"/>
        </w:rPr>
        <w:t>03:24</w:t>
      </w:r>
    </w:p>
    <w:p>
      <w:pPr>
        <w:spacing w:after="0"/>
      </w:pPr>
      <w:r>
        <w:rPr>
          <w:rFonts w:ascii="Arial" w:hAnsi="Arial"/>
          <w:sz w:val="22"/>
        </w:rPr>
        <w:t>Merry Christmas.</w:t>
      </w:r>
    </w:p>
    <w:p>
      <w:pPr>
        <w:spacing w:after="0"/>
      </w:pPr>
    </w:p>
    <w:p>
      <w:pPr>
        <w:spacing w:after="0"/>
      </w:pPr>
      <w:r>
        <w:rPr>
          <w:rFonts w:ascii="Arial" w:hAnsi="Arial"/>
          <w:b/>
          <w:sz w:val="22"/>
        </w:rPr>
        <w:t xml:space="preserve">Roland Chesters  </w:t>
      </w:r>
      <w:r>
        <w:rPr>
          <w:rFonts w:ascii="Arial" w:hAnsi="Arial"/>
          <w:color w:val="5D7284"/>
          <w:sz w:val="22"/>
        </w:rPr>
        <w:t>03:27</w:t>
      </w:r>
    </w:p>
    <w:p>
      <w:pPr>
        <w:spacing w:after="0"/>
      </w:pPr>
      <w:r>
        <w:rPr>
          <w:rFonts w:ascii="Arial" w:hAnsi="Arial"/>
          <w:sz w:val="22"/>
        </w:rPr>
        <w:t>It's too early to start.</w:t>
      </w:r>
    </w:p>
    <w:p>
      <w:pPr>
        <w:spacing w:after="0"/>
      </w:pPr>
    </w:p>
    <w:p>
      <w:pPr>
        <w:spacing w:after="0"/>
      </w:pPr>
      <w:r>
        <w:rPr>
          <w:rFonts w:ascii="Arial" w:hAnsi="Arial"/>
          <w:b/>
          <w:sz w:val="22"/>
        </w:rPr>
        <w:t xml:space="preserve">Lucy  </w:t>
      </w:r>
      <w:r>
        <w:rPr>
          <w:rFonts w:ascii="Arial" w:hAnsi="Arial"/>
          <w:color w:val="5D7284"/>
          <w:sz w:val="22"/>
        </w:rPr>
        <w:t>03:29</w:t>
      </w:r>
    </w:p>
    <w:p>
      <w:pPr>
        <w:spacing w:after="0"/>
      </w:pPr>
      <w:r>
        <w:rPr>
          <w:rFonts w:ascii="Arial" w:hAnsi="Arial"/>
          <w:sz w:val="22"/>
        </w:rPr>
        <w:t>Yeah...</w:t>
      </w:r>
    </w:p>
    <w:p>
      <w:pPr>
        <w:spacing w:after="0"/>
      </w:pPr>
    </w:p>
    <w:p>
      <w:pPr>
        <w:spacing w:after="0"/>
      </w:pPr>
      <w:r>
        <w:rPr>
          <w:rFonts w:ascii="Arial" w:hAnsi="Arial"/>
          <w:b/>
          <w:sz w:val="22"/>
        </w:rPr>
        <w:t xml:space="preserve">Roland Chesters  </w:t>
      </w:r>
      <w:r>
        <w:rPr>
          <w:rFonts w:ascii="Arial" w:hAnsi="Arial"/>
          <w:color w:val="5D7284"/>
          <w:sz w:val="22"/>
        </w:rPr>
        <w:t>03:29</w:t>
      </w:r>
    </w:p>
    <w:p>
      <w:pPr>
        <w:spacing w:after="0"/>
      </w:pPr>
      <w:r>
        <w:rPr>
          <w:rFonts w:ascii="Arial" w:hAnsi="Arial"/>
          <w:sz w:val="22"/>
        </w:rPr>
        <w:t xml:space="preserve"> it's not even the first of December yet!</w:t>
      </w:r>
    </w:p>
    <w:p>
      <w:pPr>
        <w:spacing w:after="0"/>
      </w:pPr>
    </w:p>
    <w:p>
      <w:pPr>
        <w:spacing w:after="0"/>
      </w:pPr>
      <w:r>
        <w:rPr>
          <w:rFonts w:ascii="Arial" w:hAnsi="Arial"/>
          <w:b/>
          <w:sz w:val="22"/>
        </w:rPr>
        <w:t xml:space="preserve">Alice  </w:t>
      </w:r>
      <w:r>
        <w:rPr>
          <w:rFonts w:ascii="Arial" w:hAnsi="Arial"/>
          <w:color w:val="5D7284"/>
          <w:sz w:val="22"/>
        </w:rPr>
        <w:t>03:32</w:t>
      </w:r>
    </w:p>
    <w:p>
      <w:pPr>
        <w:spacing w:after="0"/>
      </w:pPr>
      <w:r>
        <w:rPr>
          <w:rFonts w:ascii="Arial" w:hAnsi="Arial"/>
          <w:sz w:val="22"/>
        </w:rPr>
        <w:t>it is dangerously close. The date of recording is dangerously to Christmas. It's fine. We're not like Eastender's recording our Christmas episode in like February.</w:t>
      </w:r>
    </w:p>
    <w:p>
      <w:pPr>
        <w:spacing w:after="0"/>
      </w:pPr>
    </w:p>
    <w:p>
      <w:pPr>
        <w:spacing w:after="0"/>
      </w:pPr>
      <w:r>
        <w:rPr>
          <w:rFonts w:ascii="Arial" w:hAnsi="Arial"/>
          <w:b/>
          <w:sz w:val="22"/>
        </w:rPr>
        <w:t xml:space="preserve">Lucy  </w:t>
      </w:r>
      <w:r>
        <w:rPr>
          <w:rFonts w:ascii="Arial" w:hAnsi="Arial"/>
          <w:color w:val="5D7284"/>
          <w:sz w:val="22"/>
        </w:rPr>
        <w:t>03:43</w:t>
      </w:r>
    </w:p>
    <w:p>
      <w:pPr>
        <w:spacing w:after="0"/>
      </w:pPr>
      <w:r>
        <w:rPr>
          <w:rFonts w:ascii="Arial" w:hAnsi="Arial"/>
          <w:sz w:val="22"/>
        </w:rPr>
        <w:t>Yeah, exactly. Roland, before we start with the 12 days of Christmas, would do you like to tell us a little bit about yourself, please.</w:t>
      </w:r>
    </w:p>
    <w:p>
      <w:pPr>
        <w:spacing w:after="0"/>
      </w:pPr>
    </w:p>
    <w:p>
      <w:pPr>
        <w:spacing w:after="0"/>
      </w:pPr>
      <w:r>
        <w:rPr>
          <w:rFonts w:ascii="Arial" w:hAnsi="Arial"/>
          <w:b/>
          <w:sz w:val="22"/>
        </w:rPr>
        <w:t xml:space="preserve">Roland Chesters  </w:t>
      </w:r>
      <w:r>
        <w:rPr>
          <w:rFonts w:ascii="Arial" w:hAnsi="Arial"/>
          <w:color w:val="5D7284"/>
          <w:sz w:val="22"/>
        </w:rPr>
        <w:t>03:52</w:t>
      </w:r>
    </w:p>
    <w:p>
      <w:pPr>
        <w:spacing w:after="0"/>
      </w:pPr>
      <w:r>
        <w:rPr>
          <w:rFonts w:ascii="Arial" w:hAnsi="Arial"/>
          <w:sz w:val="22"/>
        </w:rPr>
        <w:t xml:space="preserve">So I am apost 60 year old, white gay male. And I became disabled 16 years ago, I was at the time working as a civil servant in Westminster working for the Foreign and Commonwealth Office. And in 2004, I started to feel unwell. And gradually over the course of the following two years, I lost the use of my arms, my legs, I lost the ability to speak a lot, a lot of cognitive ability, lost a lot of memory. And I had a tendency to fall asleep at my desk in the Foreign Office, which employers tend to not really like very much, don't know why. And I saw lots of different consultants. Lots of different specialists had lots of different tests. Nobody could tell me what the problem was. My partner Richard and I live together in southwest London in Surrey and on my regular commute home from Westminster to our home, I get on a train and end up I didn't know where and I'd phone Richard and say I don't know that right And he'd say get off the train. Look at what it says on the platform and I'll come and find you. I'm </w:t>
      </w:r>
    </w:p>
    <w:p>
      <w:pPr>
        <w:spacing w:after="0"/>
      </w:pPr>
    </w:p>
    <w:p>
      <w:pPr>
        <w:spacing w:after="0"/>
      </w:pPr>
      <w:r>
        <w:rPr>
          <w:rFonts w:ascii="Arial" w:hAnsi="Arial"/>
          <w:b/>
          <w:sz w:val="22"/>
        </w:rPr>
        <w:t xml:space="preserve">Alice  </w:t>
      </w:r>
      <w:r>
        <w:rPr>
          <w:rFonts w:ascii="Arial" w:hAnsi="Arial"/>
          <w:color w:val="5D7284"/>
          <w:sz w:val="22"/>
        </w:rPr>
        <w:t>05:06</w:t>
      </w:r>
    </w:p>
    <w:p>
      <w:pPr>
        <w:spacing w:after="0"/>
      </w:pPr>
      <w:r>
        <w:rPr>
          <w:rFonts w:ascii="Arial" w:hAnsi="Arial"/>
          <w:sz w:val="22"/>
        </w:rPr>
        <w:t>That's love, that is.</w:t>
      </w:r>
    </w:p>
    <w:p>
      <w:pPr>
        <w:spacing w:after="0"/>
      </w:pPr>
    </w:p>
    <w:p>
      <w:pPr>
        <w:spacing w:after="0"/>
      </w:pPr>
      <w:r>
        <w:rPr>
          <w:rFonts w:ascii="Arial" w:hAnsi="Arial"/>
          <w:b/>
          <w:sz w:val="22"/>
        </w:rPr>
        <w:t xml:space="preserve">Roland Chesters  </w:t>
      </w:r>
      <w:r>
        <w:rPr>
          <w:rFonts w:ascii="Arial" w:hAnsi="Arial"/>
          <w:color w:val="5D7284"/>
          <w:sz w:val="22"/>
        </w:rPr>
        <w:t>05:08</w:t>
      </w:r>
    </w:p>
    <w:p>
      <w:pPr>
        <w:spacing w:after="0"/>
      </w:pPr>
      <w:r>
        <w:rPr>
          <w:rFonts w:ascii="Arial" w:hAnsi="Arial"/>
          <w:sz w:val="22"/>
        </w:rPr>
        <w:t>Isn't it? I know bless him. I'm half French, partially raised educated in Paris so Richard thought going off to Paris for a weekend would be a good thing. So off we tootled. And whilst we were there, I collapsed in the underground and I don't remember any of this, but Richard tells me that he had to physically literally carry me out to the underground back to hotel and home. And from that point onwards, he decided that he was going to come with me to all these specialists appointments because you were so concerned, I started to develop blinding crippling, fleeting headaches, and Richard paying for me to go and see a private neurologist in Harley Street. More tests, neurologist came back and said, what you've got is called pick axe syndrome.  As though somebody's stuck a pick axe in your head</w:t>
      </w:r>
    </w:p>
    <w:p>
      <w:pPr>
        <w:spacing w:after="0"/>
      </w:pPr>
    </w:p>
    <w:p>
      <w:pPr>
        <w:spacing w:after="0"/>
      </w:pPr>
      <w:r>
        <w:rPr>
          <w:rFonts w:ascii="Arial" w:hAnsi="Arial"/>
          <w:b/>
          <w:sz w:val="22"/>
        </w:rPr>
        <w:t xml:space="preserve">Alice  </w:t>
      </w:r>
      <w:r>
        <w:rPr>
          <w:rFonts w:ascii="Arial" w:hAnsi="Arial"/>
          <w:color w:val="5D7284"/>
          <w:sz w:val="22"/>
        </w:rPr>
        <w:t>05:56</w:t>
      </w:r>
    </w:p>
    <w:p>
      <w:pPr>
        <w:spacing w:after="0"/>
      </w:pPr>
      <w:r>
        <w:rPr>
          <w:rFonts w:ascii="Arial" w:hAnsi="Arial"/>
          <w:sz w:val="22"/>
        </w:rPr>
        <w:t>[groans]</w:t>
      </w:r>
    </w:p>
    <w:p>
      <w:pPr>
        <w:spacing w:after="0"/>
      </w:pPr>
    </w:p>
    <w:p>
      <w:pPr>
        <w:spacing w:after="0"/>
      </w:pPr>
      <w:r>
        <w:rPr>
          <w:rFonts w:ascii="Arial" w:hAnsi="Arial"/>
          <w:b/>
          <w:sz w:val="22"/>
        </w:rPr>
        <w:t xml:space="preserve">Lucy  </w:t>
      </w:r>
      <w:r>
        <w:rPr>
          <w:rFonts w:ascii="Arial" w:hAnsi="Arial"/>
          <w:color w:val="5D7284"/>
          <w:sz w:val="22"/>
        </w:rPr>
        <w:t>05:56</w:t>
      </w:r>
    </w:p>
    <w:p>
      <w:pPr>
        <w:spacing w:after="0"/>
      </w:pPr>
      <w:r>
        <w:rPr>
          <w:rFonts w:ascii="Arial" w:hAnsi="Arial"/>
          <w:sz w:val="22"/>
        </w:rPr>
        <w:t>Ergh.</w:t>
      </w:r>
    </w:p>
    <w:p>
      <w:pPr>
        <w:spacing w:after="0"/>
      </w:pPr>
    </w:p>
    <w:p>
      <w:pPr>
        <w:spacing w:after="0"/>
      </w:pPr>
      <w:r>
        <w:rPr>
          <w:rFonts w:ascii="Arial" w:hAnsi="Arial"/>
          <w:b/>
          <w:sz w:val="22"/>
        </w:rPr>
        <w:t xml:space="preserve">Roland Chesters  </w:t>
      </w:r>
      <w:r>
        <w:rPr>
          <w:rFonts w:ascii="Arial" w:hAnsi="Arial"/>
          <w:color w:val="5D7284"/>
          <w:sz w:val="22"/>
        </w:rPr>
        <w:t>05:57</w:t>
      </w:r>
    </w:p>
    <w:p>
      <w:pPr>
        <w:spacing w:after="0"/>
      </w:pPr>
      <w:r>
        <w:rPr>
          <w:rFonts w:ascii="Arial" w:hAnsi="Arial"/>
          <w:sz w:val="22"/>
        </w:rPr>
        <w:t>I know. And he said...</w:t>
      </w:r>
    </w:p>
    <w:p>
      <w:pPr>
        <w:spacing w:after="0"/>
      </w:pPr>
    </w:p>
    <w:p>
      <w:pPr>
        <w:spacing w:after="0"/>
      </w:pPr>
      <w:r>
        <w:rPr>
          <w:rFonts w:ascii="Arial" w:hAnsi="Arial"/>
          <w:b/>
          <w:sz w:val="22"/>
        </w:rPr>
        <w:t xml:space="preserve">Lucy  </w:t>
      </w:r>
      <w:r>
        <w:rPr>
          <w:rFonts w:ascii="Arial" w:hAnsi="Arial"/>
          <w:color w:val="5D7284"/>
          <w:sz w:val="22"/>
        </w:rPr>
        <w:t>05:59</w:t>
      </w:r>
    </w:p>
    <w:p>
      <w:pPr>
        <w:spacing w:after="0"/>
      </w:pPr>
      <w:r>
        <w:rPr>
          <w:rFonts w:ascii="Arial" w:hAnsi="Arial"/>
          <w:sz w:val="22"/>
        </w:rPr>
        <w:t>That's very, that's very literal, isn't it?</w:t>
      </w:r>
    </w:p>
    <w:p>
      <w:pPr>
        <w:spacing w:after="0"/>
      </w:pPr>
    </w:p>
    <w:p>
      <w:pPr>
        <w:spacing w:after="0"/>
      </w:pPr>
      <w:r>
        <w:rPr>
          <w:rFonts w:ascii="Arial" w:hAnsi="Arial"/>
          <w:b/>
          <w:sz w:val="22"/>
        </w:rPr>
        <w:t xml:space="preserve">Roland Chesters  </w:t>
      </w:r>
      <w:r>
        <w:rPr>
          <w:rFonts w:ascii="Arial" w:hAnsi="Arial"/>
          <w:color w:val="5D7284"/>
          <w:sz w:val="22"/>
        </w:rPr>
        <w:t>06:01</w:t>
      </w:r>
    </w:p>
    <w:p>
      <w:pPr>
        <w:spacing w:after="0"/>
      </w:pPr>
      <w:r>
        <w:rPr>
          <w:rFonts w:ascii="Arial" w:hAnsi="Arial"/>
          <w:sz w:val="22"/>
        </w:rPr>
        <w:t xml:space="preserve">It was a appropriate description. </w:t>
      </w:r>
    </w:p>
    <w:p>
      <w:pPr>
        <w:spacing w:after="0"/>
      </w:pPr>
    </w:p>
    <w:p>
      <w:pPr>
        <w:spacing w:after="0"/>
      </w:pPr>
      <w:r>
        <w:rPr>
          <w:rFonts w:ascii="Arial" w:hAnsi="Arial"/>
          <w:color w:val="5D7284"/>
          <w:sz w:val="22"/>
        </w:rPr>
        <w:t>06:04</w:t>
      </w:r>
    </w:p>
    <w:p>
      <w:pPr>
        <w:spacing w:after="0"/>
      </w:pPr>
      <w:r>
        <w:rPr>
          <w:rFonts w:ascii="Arial" w:hAnsi="Arial"/>
          <w:sz w:val="22"/>
        </w:rPr>
        <w:t>Yeah, yeah yeah.</w:t>
      </w:r>
    </w:p>
    <w:p>
      <w:pPr>
        <w:spacing w:after="0"/>
      </w:pPr>
    </w:p>
    <w:p>
      <w:pPr>
        <w:spacing w:after="0"/>
      </w:pPr>
      <w:r>
        <w:rPr>
          <w:rFonts w:ascii="Arial" w:hAnsi="Arial"/>
          <w:b/>
          <w:sz w:val="22"/>
        </w:rPr>
        <w:t xml:space="preserve">Roland Chesters  </w:t>
      </w:r>
      <w:r>
        <w:rPr>
          <w:rFonts w:ascii="Arial" w:hAnsi="Arial"/>
          <w:color w:val="5D7284"/>
          <w:sz w:val="22"/>
        </w:rPr>
        <w:t>06:05</w:t>
      </w:r>
    </w:p>
    <w:p>
      <w:pPr>
        <w:spacing w:after="0"/>
      </w:pPr>
      <w:r>
        <w:rPr>
          <w:rFonts w:ascii="Arial" w:hAnsi="Arial"/>
          <w:sz w:val="22"/>
        </w:rPr>
        <w:t xml:space="preserve">I've never had a pick axe stuck in my head. But if it did happen, I guess that's what it would feel like.  The neurologist said to me. There's, there's nothing we can do about it. You just have to learn to live with it. And here are some antidepressants for you to take. Really helpful. Richard and I eventually ended up going to see a chest specialist at the local hospital. And they thought they found something on my lungs turned out to be chicken pox scars in the end, so nothing particularly serious. But this consultant recognizing that we are a same sex couple had the genius stroke to ask me if I'd ever had an HIV test. And I hadn't. At that point, rich and I've been together 10 years in a monogamous relationship. I've only had one previous partner so to never occur to me that HIV test. </w:t>
      </w:r>
    </w:p>
    <w:p>
      <w:pPr>
        <w:spacing w:after="0"/>
      </w:pPr>
    </w:p>
    <w:p>
      <w:pPr>
        <w:spacing w:after="0"/>
      </w:pPr>
      <w:r>
        <w:rPr>
          <w:rFonts w:ascii="Arial" w:hAnsi="Arial"/>
          <w:b/>
          <w:sz w:val="22"/>
        </w:rPr>
        <w:t xml:space="preserve">Alice Evans &amp; Lucy Wood  </w:t>
      </w:r>
      <w:r>
        <w:rPr>
          <w:rFonts w:ascii="Arial" w:hAnsi="Arial"/>
          <w:color w:val="5D7284"/>
          <w:sz w:val="22"/>
        </w:rPr>
        <w:t>06:13</w:t>
      </w:r>
    </w:p>
    <w:p>
      <w:pPr>
        <w:spacing w:after="0"/>
      </w:pPr>
      <w:r>
        <w:rPr>
          <w:rFonts w:ascii="Arial" w:hAnsi="Arial"/>
          <w:sz w:val="22"/>
        </w:rPr>
        <w:t>[laugh]</w:t>
      </w:r>
    </w:p>
    <w:p>
      <w:pPr>
        <w:spacing w:after="0"/>
      </w:pPr>
    </w:p>
    <w:p>
      <w:pPr>
        <w:spacing w:after="0"/>
      </w:pPr>
      <w:r>
        <w:rPr>
          <w:rFonts w:ascii="Arial" w:hAnsi="Arial"/>
          <w:b/>
          <w:sz w:val="22"/>
        </w:rPr>
        <w:t xml:space="preserve">Alice  </w:t>
      </w:r>
      <w:r>
        <w:rPr>
          <w:rFonts w:ascii="Arial" w:hAnsi="Arial"/>
          <w:color w:val="5D7284"/>
          <w:sz w:val="22"/>
        </w:rPr>
        <w:t>06:58</w:t>
      </w:r>
    </w:p>
    <w:p>
      <w:pPr>
        <w:spacing w:after="0"/>
      </w:pPr>
      <w:r>
        <w:rPr>
          <w:rFonts w:ascii="Arial" w:hAnsi="Arial"/>
          <w:sz w:val="22"/>
        </w:rPr>
        <w:t>Mmmhmm.</w:t>
      </w:r>
    </w:p>
    <w:p>
      <w:pPr>
        <w:spacing w:after="0"/>
      </w:pPr>
    </w:p>
    <w:p>
      <w:pPr>
        <w:spacing w:after="0"/>
      </w:pPr>
      <w:r>
        <w:rPr>
          <w:rFonts w:ascii="Arial" w:hAnsi="Arial"/>
          <w:b/>
          <w:sz w:val="22"/>
        </w:rPr>
        <w:t xml:space="preserve">Roland Chesters  </w:t>
      </w:r>
      <w:r>
        <w:rPr>
          <w:rFonts w:ascii="Arial" w:hAnsi="Arial"/>
          <w:color w:val="5D7284"/>
          <w:sz w:val="22"/>
        </w:rPr>
        <w:t>06:59</w:t>
      </w:r>
    </w:p>
    <w:p>
      <w:pPr>
        <w:spacing w:after="0"/>
      </w:pPr>
      <w:r>
        <w:rPr>
          <w:rFonts w:ascii="Arial" w:hAnsi="Arial"/>
          <w:sz w:val="22"/>
        </w:rPr>
        <w:t>I mean, you are both far too young to have been around when the icebergs and the tombstones floated across our TV screens, and when that letter, that leaflet was pushed for every letterbox in the land. I was in my early 20s At that point, so I thought that I was fully informed and educated and knew all about it. But I said to the consultant, please test me test me for anything because I actually think I'm going mad. I really thought that -</w:t>
      </w:r>
    </w:p>
    <w:p>
      <w:pPr>
        <w:spacing w:after="0"/>
      </w:pPr>
    </w:p>
    <w:p>
      <w:pPr>
        <w:spacing w:after="0"/>
      </w:pPr>
      <w:r>
        <w:rPr>
          <w:rFonts w:ascii="Arial" w:hAnsi="Arial"/>
          <w:b/>
          <w:sz w:val="22"/>
        </w:rPr>
        <w:t xml:space="preserve">Lucy  </w:t>
      </w:r>
      <w:r>
        <w:rPr>
          <w:rFonts w:ascii="Arial" w:hAnsi="Arial"/>
          <w:color w:val="5D7284"/>
          <w:sz w:val="22"/>
        </w:rPr>
        <w:t>07:24</w:t>
      </w:r>
    </w:p>
    <w:p>
      <w:pPr>
        <w:spacing w:after="0"/>
      </w:pPr>
      <w:r>
        <w:rPr>
          <w:rFonts w:ascii="Arial" w:hAnsi="Arial"/>
          <w:sz w:val="22"/>
        </w:rPr>
        <w:t>Yeah</w:t>
      </w:r>
    </w:p>
    <w:p>
      <w:pPr>
        <w:spacing w:after="0"/>
      </w:pPr>
    </w:p>
    <w:p>
      <w:pPr>
        <w:spacing w:after="0"/>
      </w:pPr>
      <w:r>
        <w:rPr>
          <w:rFonts w:ascii="Arial" w:hAnsi="Arial"/>
          <w:b/>
          <w:sz w:val="22"/>
        </w:rPr>
        <w:t xml:space="preserve">Roland Chesters  </w:t>
      </w:r>
      <w:r>
        <w:rPr>
          <w:rFonts w:ascii="Arial" w:hAnsi="Arial"/>
          <w:color w:val="5D7284"/>
          <w:sz w:val="22"/>
        </w:rPr>
        <w:t>07:25</w:t>
      </w:r>
    </w:p>
    <w:p>
      <w:pPr>
        <w:spacing w:after="0"/>
      </w:pPr>
      <w:r>
        <w:rPr>
          <w:rFonts w:ascii="Arial" w:hAnsi="Arial"/>
          <w:sz w:val="22"/>
        </w:rPr>
        <w:t xml:space="preserve">In my own mind was I was making it all out. So I have the test done on Thursday, the 31st of August 2006. And we were going to go on holiday on the following Saturday for two weeks. So I said consultant I'll pick up the results when I come back. There's no rush, following day Friday, the first of September and staggered into it to put on my antibiotics message. Richard bless him, had just been made redundant. So he was at home packing. When I got home, there were no cases packed. And I said to Richard well, we need to pack because we're going away tomorrow, hello? And Richard took me in his arms and he started to cry. And I'd never seen him cry before. Consultant had phoned home to get my office number to call me to say if I went away for two weeks, I would come home in a cardboard box. Two weeks to live. And Richard, somehow, said to the consultant no, I'll tell Roland when it comes home. So the man that I love the man that loves me was the person who told me I am HIV positive. I had AIDS.  My AIDS defining illness was a brain disease, progressive multifocal leukoencephalopathy, which in my case had affected the cells at the base of the brain, the one that govern your motoring skills, hence, my paralysis. Richard is the one that told me you're going to die in two weeks. We spent that weekend planning my funeral. And it's a great privilege, in a way to be able to do that on the Monday morning together, we went to local sexual health clinic and they said to me, you are undoubtedly extremely unwell. We're going to start your own treatment straightaway. And that will be difficult, and it will be painful, and you will need to adhere to the treatment. But if you do that, hopefully, we will save your life. However, HIV has affected your body so your lifespan will be shortened. And by the way, we don't think that you'll ever be able to walk again. I was off work for five months, learning how to walk, learning how to talk, learning how to do both at the same time. And now I can notice things that it wasn't easy. Discovering the new me learning the meaning of what it is to be a different person. It's not easy. Here in the UK sexual health records are kept separate and confidential to all other medical records. So my employers, the foreign office were only told about the brain disease and not about the HIV or AIDS. But on my first day back at work, I shared the full diagnosis with my immediate line manager not not for pity or for sympathy, but for understanding and support I was my horizons, it shifted. I had a broken heart for a compass, I didn't know where I was going, what I was doing, why I was there. And she provided me with that support, but she said that she felt that she needed to inform HR. So off she went. And almost immediately, HR sent me a little email two lines long, saying We forbid you to share that information with anybody else. Because we your employers cannot be held responsible for how people will react, respond. </w:t>
      </w:r>
    </w:p>
    <w:p>
      <w:pPr>
        <w:spacing w:after="0"/>
      </w:pPr>
    </w:p>
    <w:p>
      <w:pPr>
        <w:spacing w:after="0"/>
      </w:pPr>
      <w:r>
        <w:rPr>
          <w:rFonts w:ascii="Arial" w:hAnsi="Arial"/>
          <w:b/>
          <w:sz w:val="22"/>
        </w:rPr>
        <w:t xml:space="preserve">Alice  </w:t>
      </w:r>
      <w:r>
        <w:rPr>
          <w:rFonts w:ascii="Arial" w:hAnsi="Arial"/>
          <w:color w:val="5D7284"/>
          <w:sz w:val="22"/>
        </w:rPr>
        <w:t>08:41</w:t>
      </w:r>
    </w:p>
    <w:p>
      <w:pPr>
        <w:spacing w:after="0"/>
      </w:pPr>
      <w:r>
        <w:rPr>
          <w:rFonts w:ascii="Arial" w:hAnsi="Arial"/>
          <w:sz w:val="22"/>
        </w:rPr>
        <w:t>Wow [sighs]</w:t>
      </w:r>
    </w:p>
    <w:p>
      <w:pPr>
        <w:spacing w:after="0"/>
      </w:pPr>
    </w:p>
    <w:p>
      <w:pPr>
        <w:spacing w:after="0"/>
      </w:pPr>
      <w:r>
        <w:rPr>
          <w:rFonts w:ascii="Arial" w:hAnsi="Arial"/>
          <w:b/>
          <w:sz w:val="22"/>
        </w:rPr>
        <w:t xml:space="preserve">Roland Chesters  </w:t>
      </w:r>
      <w:r>
        <w:rPr>
          <w:rFonts w:ascii="Arial" w:hAnsi="Arial"/>
          <w:color w:val="5D7284"/>
          <w:sz w:val="22"/>
        </w:rPr>
        <w:t>09:13</w:t>
      </w:r>
    </w:p>
    <w:p>
      <w:pPr>
        <w:spacing w:after="0"/>
      </w:pPr>
      <w:r>
        <w:rPr>
          <w:rFonts w:ascii="Arial" w:hAnsi="Arial"/>
          <w:sz w:val="22"/>
        </w:rPr>
        <w:t xml:space="preserve">They gagged me, they stole my voice. That opportunity to support the time so desperately needed was taken away from me. And that sent me on a spiral of mental health decline. I felt so isolated, so alone, so unhappy that some months later, Richard and I live very close to the River Thames. Very early on a Saturday morning, I found myself sitting on the riverbank with my feet in the water. No hope, Richard found me. brought me home. on a Monday morning back at work as people gather around the coffee point and share what they've been up to over the weekend. All I wanted to do was to say I tried to kill myself, I tried to kill myself. But I didn't I couldn't. I was scared. And yet, there was a part of me that thought, I am not going to live whatever is left of my life in the shadow of HIV and AIDS. I need to find my voice. I trained as an expert patient, I got coaching and I got counseling. And eventually, I did stand up in a foreign office and said, I am Roland, a colleague living with HIV and AIDS and there's nothing that I can do about that. I'm happy to educate, I'm happy to inform. But I can't change the following World AIDS Day, which is the first of December every year. </w:t>
      </w:r>
    </w:p>
    <w:p>
      <w:pPr>
        <w:spacing w:after="0"/>
      </w:pPr>
    </w:p>
    <w:p>
      <w:pPr>
        <w:spacing w:after="0"/>
      </w:pPr>
      <w:r>
        <w:rPr>
          <w:rFonts w:ascii="Arial" w:hAnsi="Arial"/>
          <w:b/>
          <w:sz w:val="22"/>
        </w:rPr>
        <w:t xml:space="preserve">Lucy  </w:t>
      </w:r>
      <w:r>
        <w:rPr>
          <w:rFonts w:ascii="Arial" w:hAnsi="Arial"/>
          <w:color w:val="5D7284"/>
          <w:sz w:val="22"/>
        </w:rPr>
        <w:t>12:59</w:t>
      </w:r>
    </w:p>
    <w:p>
      <w:pPr>
        <w:spacing w:after="0"/>
      </w:pPr>
      <w:r>
        <w:rPr>
          <w:rFonts w:ascii="Arial" w:hAnsi="Arial"/>
          <w:sz w:val="22"/>
        </w:rPr>
        <w:t>Yep.</w:t>
      </w:r>
    </w:p>
    <w:p>
      <w:pPr>
        <w:spacing w:after="0"/>
      </w:pPr>
    </w:p>
    <w:p>
      <w:pPr>
        <w:spacing w:after="0"/>
      </w:pPr>
      <w:r>
        <w:rPr>
          <w:rFonts w:ascii="Arial" w:hAnsi="Arial"/>
          <w:b/>
          <w:sz w:val="22"/>
        </w:rPr>
        <w:t xml:space="preserve">Roland Chesters  </w:t>
      </w:r>
      <w:r>
        <w:rPr>
          <w:rFonts w:ascii="Arial" w:hAnsi="Arial"/>
          <w:color w:val="5D7284"/>
          <w:sz w:val="22"/>
        </w:rPr>
        <w:t>13:00</w:t>
      </w:r>
    </w:p>
    <w:p>
      <w:pPr>
        <w:spacing w:after="0"/>
      </w:pPr>
      <w:r>
        <w:rPr>
          <w:rFonts w:ascii="Arial" w:hAnsi="Arial"/>
          <w:sz w:val="22"/>
        </w:rPr>
        <w:t>I organize for some external speakers to come in to talk about the global pandemic of HIV and AIDS a topic which is of importance to the foreign office I put posters up around the buildings announcing the event. And on the posters, it said that I was organizing it my contact details. As a colleague living with HIV and AIDS. Posters were defaced, graffitied. Some were slashed with the ninth floor pen. Some were ripped off the wall and torn into shreds and then trodden on. And I was scared. Such a gut, visceral reaction. Now, I was angry that I was organizing this event to educate and inform people and this is their response. And this is from reaction. But all it did was to make my voices stronger. And I pushed and I spoke and I shouted and I screen. And my voice was heard and listened to. And eventually I was elected Chair of the disabled staff network for an office appointing me as diversity and equality officer. And in those positions, I was able to use my voice to enable other voices to be heard. So I empower people whose voices have been silent for too long, who had never thought that their voice would be listened to finally finally were listened to. And together we were able to change the culture of the Foreign Office to become one that now is much more disability confident and disability were disability friendly. Where people are valued and respected and listened to and heard and understood. Because of who they are, because of the values that they bring, because of the experiences that they bring, because of the voices that they bring. I left the foreign office in 2005 to set up my own training consulting team coaching business and my aim in life is to enable people to find their voice to have their voice listened to. Then the last year, in January, I had a heart attack. July I had a stroke. It's been a great year.  And HIV is attacking my bones, I have HIV induced osteoporosis, my spine is disintegrating. So I at the moment have two slipped discs and I'm strapped up to a little TENS machine to try and manage the pain from that. My days are numbered. I'm dying, but then we all would I've been so privileged three times I have been told, potentially you're about to die. Still here. I think I've used up quite a few of my nine lives by now. But each time it gives me pause to reflect and value on what is important to me. What is important in my life, to make sure that I make use of every day we live such pressurized hectic lives that sometimes days pass and we don't realize that actually we now have fewer days left in front of us none of us know when we're going to die. But to make sure that each day is memorable in some kind of way and not necessarily with some huge grandiose gesture. The color of a flower, the smile of a child,  the welcome of a stranger each night as I go to sleep, I try and think of something that will make this day memorable so that it won't be lost forever and I think to myself today I've, have, have I laughed enough? have I loved enough? Have I lived enough? My tomorrows are numbered. But I'm still here. And I'm very grateful to be here. And I'm very grateful to be with you.</w:t>
      </w:r>
    </w:p>
    <w:p>
      <w:pPr>
        <w:spacing w:after="0"/>
      </w:pPr>
    </w:p>
    <w:p>
      <w:pPr>
        <w:spacing w:after="0"/>
      </w:pPr>
      <w:r>
        <w:rPr>
          <w:rFonts w:ascii="Arial" w:hAnsi="Arial"/>
          <w:b/>
          <w:sz w:val="22"/>
        </w:rPr>
        <w:t xml:space="preserve">Lucy  </w:t>
      </w:r>
      <w:r>
        <w:rPr>
          <w:rFonts w:ascii="Arial" w:hAnsi="Arial"/>
          <w:color w:val="5D7284"/>
          <w:sz w:val="22"/>
        </w:rPr>
        <w:t>15:42</w:t>
      </w:r>
    </w:p>
    <w:p>
      <w:pPr>
        <w:spacing w:after="0"/>
      </w:pPr>
      <w:r>
        <w:rPr>
          <w:rFonts w:ascii="Arial" w:hAnsi="Arial"/>
          <w:sz w:val="22"/>
        </w:rPr>
        <w:t xml:space="preserve">[chuckles] Wow Roland. I think that is like that's number one introduction into the life your life that what a story. Thank you so much for sharing it with us. </w:t>
      </w:r>
    </w:p>
    <w:p>
      <w:pPr>
        <w:spacing w:after="0"/>
      </w:pPr>
    </w:p>
    <w:p>
      <w:pPr>
        <w:spacing w:after="0"/>
      </w:pPr>
      <w:r>
        <w:rPr>
          <w:rFonts w:ascii="Arial" w:hAnsi="Arial"/>
          <w:b/>
          <w:sz w:val="22"/>
        </w:rPr>
        <w:t xml:space="preserve">Roland Chesters  </w:t>
      </w:r>
      <w:r>
        <w:rPr>
          <w:rFonts w:ascii="Arial" w:hAnsi="Arial"/>
          <w:color w:val="5D7284"/>
          <w:sz w:val="22"/>
        </w:rPr>
        <w:t>17:59</w:t>
      </w:r>
    </w:p>
    <w:p>
      <w:pPr>
        <w:spacing w:after="0"/>
      </w:pPr>
      <w:r>
        <w:rPr>
          <w:rFonts w:ascii="Arial" w:hAnsi="Arial"/>
          <w:sz w:val="22"/>
        </w:rPr>
        <w:t>Thank you</w:t>
      </w:r>
    </w:p>
    <w:p>
      <w:pPr>
        <w:spacing w:after="0"/>
      </w:pPr>
    </w:p>
    <w:p>
      <w:pPr>
        <w:spacing w:after="0"/>
      </w:pPr>
      <w:r>
        <w:rPr>
          <w:rFonts w:ascii="Arial" w:hAnsi="Arial"/>
          <w:b/>
          <w:sz w:val="22"/>
        </w:rPr>
        <w:t xml:space="preserve">Alice  </w:t>
      </w:r>
      <w:r>
        <w:rPr>
          <w:rFonts w:ascii="Arial" w:hAnsi="Arial"/>
          <w:color w:val="5D7284"/>
          <w:sz w:val="22"/>
        </w:rPr>
        <w:t>18:00</w:t>
      </w:r>
    </w:p>
    <w:p>
      <w:pPr>
        <w:spacing w:after="0"/>
      </w:pPr>
      <w:r>
        <w:rPr>
          <w:rFonts w:ascii="Arial" w:hAnsi="Arial"/>
          <w:sz w:val="22"/>
        </w:rPr>
        <w:t xml:space="preserve">all I can think is I didn't bring enough bells </w:t>
      </w:r>
    </w:p>
    <w:p>
      <w:pPr>
        <w:spacing w:after="0"/>
      </w:pPr>
    </w:p>
    <w:p>
      <w:pPr>
        <w:spacing w:after="0"/>
      </w:pPr>
      <w:r>
        <w:rPr>
          <w:rFonts w:ascii="Arial" w:hAnsi="Arial"/>
          <w:b/>
          <w:sz w:val="22"/>
        </w:rPr>
        <w:t xml:space="preserve">all  </w:t>
      </w:r>
      <w:r>
        <w:rPr>
          <w:rFonts w:ascii="Arial" w:hAnsi="Arial"/>
          <w:color w:val="5D7284"/>
          <w:sz w:val="22"/>
        </w:rPr>
        <w:t>18:02</w:t>
      </w:r>
    </w:p>
    <w:p>
      <w:pPr>
        <w:spacing w:after="0"/>
      </w:pPr>
      <w:r>
        <w:rPr>
          <w:rFonts w:ascii="Arial" w:hAnsi="Arial"/>
          <w:sz w:val="22"/>
        </w:rPr>
        <w:t>[laughing]</w:t>
      </w:r>
    </w:p>
    <w:p>
      <w:pPr>
        <w:spacing w:after="0"/>
      </w:pPr>
    </w:p>
    <w:p>
      <w:pPr>
        <w:spacing w:after="0"/>
      </w:pPr>
      <w:r>
        <w:rPr>
          <w:rFonts w:ascii="Arial" w:hAnsi="Arial"/>
          <w:b/>
          <w:sz w:val="22"/>
        </w:rPr>
        <w:t xml:space="preserve">Alice  </w:t>
      </w:r>
      <w:r>
        <w:rPr>
          <w:rFonts w:ascii="Arial" w:hAnsi="Arial"/>
          <w:color w:val="5D7284"/>
          <w:sz w:val="22"/>
        </w:rPr>
        <w:t>18:03</w:t>
      </w:r>
    </w:p>
    <w:p>
      <w:pPr>
        <w:spacing w:after="0"/>
      </w:pPr>
      <w:r>
        <w:rPr>
          <w:rFonts w:ascii="Arial" w:hAnsi="Arial"/>
          <w:sz w:val="22"/>
        </w:rPr>
        <w:t>I don't know how we're gonna How we're gonna lift this back up!</w:t>
      </w:r>
    </w:p>
    <w:p>
      <w:pPr>
        <w:spacing w:after="0"/>
      </w:pPr>
    </w:p>
    <w:p>
      <w:pPr>
        <w:spacing w:after="0"/>
      </w:pPr>
      <w:r>
        <w:rPr>
          <w:rFonts w:ascii="Arial" w:hAnsi="Arial"/>
          <w:b/>
          <w:sz w:val="22"/>
        </w:rPr>
        <w:t xml:space="preserve">Roland Chesters  </w:t>
      </w:r>
      <w:r>
        <w:rPr>
          <w:rFonts w:ascii="Arial" w:hAnsi="Arial"/>
          <w:color w:val="5D7284"/>
          <w:sz w:val="22"/>
        </w:rPr>
        <w:t>18:06</w:t>
      </w:r>
    </w:p>
    <w:p>
      <w:pPr>
        <w:spacing w:after="0"/>
      </w:pPr>
      <w:r>
        <w:rPr>
          <w:rFonts w:ascii="Arial" w:hAnsi="Arial"/>
          <w:sz w:val="22"/>
        </w:rPr>
        <w:t>Ring the bells Alice! Ring the bells!</w:t>
      </w:r>
    </w:p>
    <w:p>
      <w:pPr>
        <w:spacing w:after="0"/>
      </w:pPr>
    </w:p>
    <w:p>
      <w:pPr>
        <w:spacing w:after="0"/>
      </w:pPr>
      <w:r>
        <w:rPr>
          <w:rFonts w:ascii="Arial" w:hAnsi="Arial"/>
          <w:b/>
          <w:sz w:val="22"/>
        </w:rPr>
        <w:t xml:space="preserve">Lucy  </w:t>
      </w:r>
      <w:r>
        <w:rPr>
          <w:rFonts w:ascii="Arial" w:hAnsi="Arial"/>
          <w:color w:val="5D7284"/>
          <w:sz w:val="22"/>
        </w:rPr>
        <w:t>18:08</w:t>
      </w:r>
    </w:p>
    <w:p>
      <w:pPr>
        <w:spacing w:after="0"/>
      </w:pPr>
      <w:r>
        <w:rPr>
          <w:rFonts w:ascii="Arial" w:hAnsi="Arial"/>
          <w:sz w:val="22"/>
        </w:rPr>
        <w:t>Where's George Michael?</w:t>
      </w:r>
    </w:p>
    <w:p>
      <w:pPr>
        <w:spacing w:after="0"/>
      </w:pPr>
    </w:p>
    <w:p>
      <w:pPr>
        <w:spacing w:after="0"/>
      </w:pPr>
      <w:r>
        <w:rPr>
          <w:rFonts w:ascii="Arial" w:hAnsi="Arial"/>
          <w:b/>
          <w:sz w:val="22"/>
        </w:rPr>
        <w:t xml:space="preserve">Alice  </w:t>
      </w:r>
      <w:r>
        <w:rPr>
          <w:rFonts w:ascii="Arial" w:hAnsi="Arial"/>
          <w:color w:val="5D7284"/>
          <w:sz w:val="22"/>
        </w:rPr>
        <w:t>18:09</w:t>
      </w:r>
    </w:p>
    <w:p>
      <w:pPr>
        <w:spacing w:after="0"/>
      </w:pPr>
      <w:r>
        <w:rPr>
          <w:rFonts w:ascii="Arial" w:hAnsi="Arial"/>
          <w:sz w:val="22"/>
        </w:rPr>
        <w:t>[luahgs] I mean, I I think it's it's apt really because Christmas is a very difficult and sad time for a lot of people and so it's it's quite sort of fitting I think to hear your story Roland, which is you know very sad and difficult but also you know ends on a on a positive you know you are you are getting as much as you can and doing as much as you can with the days that you have</w:t>
      </w:r>
    </w:p>
    <w:p>
      <w:pPr>
        <w:spacing w:after="0"/>
      </w:pPr>
    </w:p>
    <w:p>
      <w:pPr>
        <w:spacing w:after="0"/>
      </w:pPr>
      <w:r>
        <w:rPr>
          <w:rFonts w:ascii="Arial" w:hAnsi="Arial"/>
          <w:b/>
          <w:sz w:val="22"/>
        </w:rPr>
        <w:t xml:space="preserve">Roland Chesters  </w:t>
      </w:r>
      <w:r>
        <w:rPr>
          <w:rFonts w:ascii="Arial" w:hAnsi="Arial"/>
          <w:color w:val="5D7284"/>
          <w:sz w:val="22"/>
        </w:rPr>
        <w:t>18:41</w:t>
      </w:r>
    </w:p>
    <w:p>
      <w:pPr>
        <w:spacing w:after="0"/>
      </w:pPr>
      <w:r>
        <w:rPr>
          <w:rFonts w:ascii="Arial" w:hAnsi="Arial"/>
          <w:sz w:val="22"/>
        </w:rPr>
        <w:t xml:space="preserve">absolutely </w:t>
      </w:r>
    </w:p>
    <w:p>
      <w:pPr>
        <w:spacing w:after="0"/>
      </w:pPr>
    </w:p>
    <w:p>
      <w:pPr>
        <w:spacing w:after="0"/>
      </w:pPr>
      <w:r>
        <w:rPr>
          <w:rFonts w:ascii="Arial" w:hAnsi="Arial"/>
          <w:b/>
          <w:sz w:val="22"/>
        </w:rPr>
        <w:t xml:space="preserve">Lucy  </w:t>
      </w:r>
      <w:r>
        <w:rPr>
          <w:rFonts w:ascii="Arial" w:hAnsi="Arial"/>
          <w:color w:val="5D7284"/>
          <w:sz w:val="22"/>
        </w:rPr>
        <w:t>18:43</w:t>
      </w:r>
    </w:p>
    <w:p>
      <w:pPr>
        <w:spacing w:after="0"/>
      </w:pPr>
      <w:r>
        <w:rPr>
          <w:rFonts w:ascii="Arial" w:hAnsi="Arial"/>
          <w:sz w:val="22"/>
        </w:rPr>
        <w:t>at points during that, that, at points</w:t>
      </w:r>
    </w:p>
    <w:p>
      <w:pPr>
        <w:spacing w:after="0"/>
      </w:pPr>
    </w:p>
    <w:p>
      <w:pPr>
        <w:spacing w:after="0"/>
      </w:pPr>
      <w:r>
        <w:rPr>
          <w:rFonts w:ascii="Arial" w:hAnsi="Arial"/>
          <w:b/>
          <w:sz w:val="22"/>
        </w:rPr>
        <w:t xml:space="preserve">Alice  </w:t>
      </w:r>
      <w:r>
        <w:rPr>
          <w:rFonts w:ascii="Arial" w:hAnsi="Arial"/>
          <w:color w:val="5D7284"/>
          <w:sz w:val="22"/>
        </w:rPr>
        <w:t>18:46</w:t>
      </w:r>
    </w:p>
    <w:p>
      <w:pPr>
        <w:spacing w:after="0"/>
      </w:pPr>
      <w:r>
        <w:rPr>
          <w:rFonts w:ascii="Arial" w:hAnsi="Arial"/>
          <w:sz w:val="22"/>
        </w:rPr>
        <w:t>I don't think I've seen you cried that much.</w:t>
      </w:r>
    </w:p>
    <w:p>
      <w:pPr>
        <w:spacing w:after="0"/>
      </w:pPr>
    </w:p>
    <w:p>
      <w:pPr>
        <w:spacing w:after="0"/>
      </w:pPr>
      <w:r>
        <w:rPr>
          <w:rFonts w:ascii="Arial" w:hAnsi="Arial"/>
          <w:b/>
          <w:sz w:val="22"/>
        </w:rPr>
        <w:t xml:space="preserve">Lucy  </w:t>
      </w:r>
      <w:r>
        <w:rPr>
          <w:rFonts w:ascii="Arial" w:hAnsi="Arial"/>
          <w:color w:val="5D7284"/>
          <w:sz w:val="22"/>
        </w:rPr>
        <w:t>18:48</w:t>
      </w:r>
    </w:p>
    <w:p>
      <w:pPr>
        <w:spacing w:after="0"/>
      </w:pPr>
      <w:r>
        <w:rPr>
          <w:rFonts w:ascii="Arial" w:hAnsi="Arial"/>
          <w:sz w:val="22"/>
        </w:rPr>
        <w:t xml:space="preserve">No, I was biting my lip quite hard. I was also cheering you on at points where I was like yes Roland! Go on! like wow, we are so grateful that you said yes to joining us for this episode. </w:t>
      </w:r>
    </w:p>
    <w:p>
      <w:pPr>
        <w:spacing w:after="0"/>
      </w:pPr>
    </w:p>
    <w:p>
      <w:pPr>
        <w:spacing w:after="0"/>
      </w:pPr>
      <w:r>
        <w:rPr>
          <w:rFonts w:ascii="Arial" w:hAnsi="Arial"/>
          <w:b/>
          <w:sz w:val="22"/>
        </w:rPr>
        <w:t xml:space="preserve">Roland Chesters  </w:t>
      </w:r>
      <w:r>
        <w:rPr>
          <w:rFonts w:ascii="Arial" w:hAnsi="Arial"/>
          <w:color w:val="5D7284"/>
          <w:sz w:val="22"/>
        </w:rPr>
        <w:t>19:05</w:t>
      </w:r>
    </w:p>
    <w:p>
      <w:pPr>
        <w:spacing w:after="0"/>
      </w:pPr>
      <w:r>
        <w:rPr>
          <w:rFonts w:ascii="Arial" w:hAnsi="Arial"/>
          <w:sz w:val="22"/>
        </w:rPr>
        <w:t xml:space="preserve">Thank you </w:t>
      </w:r>
    </w:p>
    <w:p>
      <w:pPr>
        <w:spacing w:after="0"/>
      </w:pPr>
    </w:p>
    <w:p>
      <w:pPr>
        <w:spacing w:after="0"/>
      </w:pPr>
      <w:r>
        <w:rPr>
          <w:rFonts w:ascii="Arial" w:hAnsi="Arial"/>
          <w:b/>
          <w:sz w:val="22"/>
        </w:rPr>
        <w:t xml:space="preserve">Lucy  </w:t>
      </w:r>
      <w:r>
        <w:rPr>
          <w:rFonts w:ascii="Arial" w:hAnsi="Arial"/>
          <w:color w:val="5D7284"/>
          <w:sz w:val="22"/>
        </w:rPr>
        <w:t>19:06</w:t>
      </w:r>
    </w:p>
    <w:p>
      <w:pPr>
        <w:spacing w:after="0"/>
      </w:pPr>
      <w:r>
        <w:rPr>
          <w:rFonts w:ascii="Arial" w:hAnsi="Arial"/>
          <w:sz w:val="22"/>
        </w:rPr>
        <w:t xml:space="preserve">So thank you very much. Um, the reason why we've asked you to join this episode for our Christmas episode was because Alice found an article of yours that was written back when was it Alice, can we remember?  </w:t>
      </w:r>
    </w:p>
    <w:p>
      <w:pPr>
        <w:spacing w:after="0"/>
      </w:pPr>
    </w:p>
    <w:p>
      <w:pPr>
        <w:spacing w:after="0"/>
      </w:pPr>
      <w:r>
        <w:rPr>
          <w:rFonts w:ascii="Arial" w:hAnsi="Arial"/>
          <w:b/>
          <w:sz w:val="22"/>
        </w:rPr>
        <w:t xml:space="preserve">Alice  </w:t>
      </w:r>
      <w:r>
        <w:rPr>
          <w:rFonts w:ascii="Arial" w:hAnsi="Arial"/>
          <w:color w:val="5D7284"/>
          <w:sz w:val="22"/>
        </w:rPr>
        <w:t>19:24</w:t>
      </w:r>
    </w:p>
    <w:p>
      <w:pPr>
        <w:spacing w:after="0"/>
      </w:pPr>
      <w:r>
        <w:rPr>
          <w:rFonts w:ascii="Arial" w:hAnsi="Arial"/>
          <w:sz w:val="22"/>
        </w:rPr>
        <w:t>I think it was 2017 or something...</w:t>
      </w:r>
    </w:p>
    <w:p>
      <w:pPr>
        <w:spacing w:after="0"/>
      </w:pPr>
    </w:p>
    <w:p>
      <w:pPr>
        <w:spacing w:after="0"/>
      </w:pPr>
      <w:r>
        <w:rPr>
          <w:rFonts w:ascii="Arial" w:hAnsi="Arial"/>
          <w:b/>
          <w:sz w:val="22"/>
        </w:rPr>
        <w:t xml:space="preserve">Lucy  </w:t>
      </w:r>
      <w:r>
        <w:rPr>
          <w:rFonts w:ascii="Arial" w:hAnsi="Arial"/>
          <w:color w:val="5D7284"/>
          <w:sz w:val="22"/>
        </w:rPr>
        <w:t>19:24</w:t>
      </w:r>
    </w:p>
    <w:p>
      <w:pPr>
        <w:spacing w:after="0"/>
      </w:pPr>
      <w:r>
        <w:rPr>
          <w:rFonts w:ascii="Arial" w:hAnsi="Arial"/>
          <w:sz w:val="22"/>
        </w:rPr>
        <w:t>We could ask Roland to be honest [laughs] So when did you write this article Roland?</w:t>
      </w:r>
    </w:p>
    <w:p>
      <w:pPr>
        <w:spacing w:after="0"/>
      </w:pPr>
    </w:p>
    <w:p>
      <w:pPr>
        <w:spacing w:after="0"/>
      </w:pPr>
      <w:r>
        <w:rPr>
          <w:rFonts w:ascii="Arial" w:hAnsi="Arial"/>
          <w:color w:val="5D7284"/>
          <w:sz w:val="22"/>
        </w:rPr>
        <w:t>19:31</w:t>
      </w:r>
    </w:p>
    <w:p>
      <w:pPr>
        <w:spacing w:after="0"/>
      </w:pPr>
      <w:r>
        <w:rPr>
          <w:rFonts w:ascii="Arial" w:hAnsi="Arial"/>
          <w:sz w:val="22"/>
        </w:rPr>
        <w:t>I, as Alice said, I think it was 2017 2018 Yeah. Sound about right.</w:t>
      </w:r>
    </w:p>
    <w:p>
      <w:pPr>
        <w:spacing w:after="0"/>
      </w:pPr>
    </w:p>
    <w:p>
      <w:pPr>
        <w:spacing w:after="0"/>
      </w:pPr>
      <w:r>
        <w:rPr>
          <w:rFonts w:ascii="Arial" w:hAnsi="Arial"/>
          <w:b/>
          <w:sz w:val="22"/>
        </w:rPr>
        <w:t xml:space="preserve">Lucy  </w:t>
      </w:r>
      <w:r>
        <w:rPr>
          <w:rFonts w:ascii="Arial" w:hAnsi="Arial"/>
          <w:color w:val="5D7284"/>
          <w:sz w:val="22"/>
        </w:rPr>
        <w:t>19:37</w:t>
      </w:r>
    </w:p>
    <w:p>
      <w:pPr>
        <w:spacing w:after="0"/>
      </w:pPr>
      <w:r>
        <w:rPr>
          <w:rFonts w:ascii="Arial" w:hAnsi="Arial"/>
          <w:sz w:val="22"/>
        </w:rPr>
        <w:t>I think when Alice emailled you she cc'd me into the email and you I think the reply was I had to go right the way back to find what you're talking about?</w:t>
      </w:r>
    </w:p>
    <w:p>
      <w:pPr>
        <w:spacing w:after="0"/>
      </w:pPr>
    </w:p>
    <w:p>
      <w:pPr>
        <w:spacing w:after="0"/>
      </w:pPr>
      <w:r>
        <w:rPr>
          <w:rFonts w:ascii="Arial" w:hAnsi="Arial"/>
          <w:b/>
          <w:sz w:val="22"/>
        </w:rPr>
        <w:t xml:space="preserve">Roland Chesters  </w:t>
      </w:r>
      <w:r>
        <w:rPr>
          <w:rFonts w:ascii="Arial" w:hAnsi="Arial"/>
          <w:color w:val="5D7284"/>
          <w:sz w:val="22"/>
        </w:rPr>
        <w:t>19:48</w:t>
      </w:r>
    </w:p>
    <w:p>
      <w:pPr>
        <w:spacing w:after="0"/>
      </w:pPr>
      <w:r>
        <w:rPr>
          <w:rFonts w:ascii="Arial" w:hAnsi="Arial"/>
          <w:sz w:val="22"/>
        </w:rPr>
        <w:t>Had to dig into my archives</w:t>
      </w:r>
    </w:p>
    <w:p>
      <w:pPr>
        <w:spacing w:after="0"/>
      </w:pPr>
    </w:p>
    <w:p>
      <w:pPr>
        <w:spacing w:after="0"/>
      </w:pPr>
      <w:r>
        <w:rPr>
          <w:rFonts w:ascii="Arial" w:hAnsi="Arial"/>
          <w:b/>
          <w:sz w:val="22"/>
        </w:rPr>
        <w:t xml:space="preserve">Lucy  </w:t>
      </w:r>
      <w:r>
        <w:rPr>
          <w:rFonts w:ascii="Arial" w:hAnsi="Arial"/>
          <w:color w:val="5D7284"/>
          <w:sz w:val="22"/>
        </w:rPr>
        <w:t>19:52</w:t>
      </w:r>
    </w:p>
    <w:p>
      <w:pPr>
        <w:spacing w:after="0"/>
      </w:pPr>
      <w:r>
        <w:rPr>
          <w:rFonts w:ascii="Arial" w:hAnsi="Arial"/>
          <w:sz w:val="22"/>
        </w:rPr>
        <w:t xml:space="preserve">And it was about the 12 days of a disabled Christmas wasn't it? Yeah. Which is very on brand for what we're talking about. So we thought we'd get you on and run through your 12 days of a disabled Christmas, and have a bit of a have a bit of a laugh and a sort of joke about the disabled Christmas. So shall we start at the top? </w:t>
      </w:r>
    </w:p>
    <w:p>
      <w:pPr>
        <w:spacing w:after="0"/>
      </w:pPr>
    </w:p>
    <w:p>
      <w:pPr>
        <w:spacing w:after="0"/>
      </w:pPr>
      <w:r>
        <w:rPr>
          <w:rFonts w:ascii="Arial" w:hAnsi="Arial"/>
          <w:b/>
          <w:sz w:val="22"/>
        </w:rPr>
        <w:t xml:space="preserve">Roland Chesters  </w:t>
      </w:r>
      <w:r>
        <w:rPr>
          <w:rFonts w:ascii="Arial" w:hAnsi="Arial"/>
          <w:color w:val="5D7284"/>
          <w:sz w:val="22"/>
        </w:rPr>
        <w:t>20:14</w:t>
      </w:r>
    </w:p>
    <w:p>
      <w:pPr>
        <w:spacing w:after="0"/>
      </w:pPr>
      <w:r>
        <w:rPr>
          <w:rFonts w:ascii="Arial" w:hAnsi="Arial"/>
          <w:sz w:val="22"/>
        </w:rPr>
        <w:t>Let's just start at the top. On the first day of Christmas, think of Father Christmas. This nice chap who struggles down your inaccessible chimney is actually the ultimate exploiter of short people. He keeps short people patronizing the cold who his little helpers in freezing factory conditions at the North Pole. Although you may argue that santas his little helpers are in fact elves. The Oxford English Dictionary does not agree. According to this authority on the English language. Elves are of dwarfish form, meaning that they're modeled on people of short stature. You wish me to continue? Yeah.</w:t>
      </w:r>
    </w:p>
    <w:p>
      <w:pPr>
        <w:spacing w:after="0"/>
      </w:pPr>
    </w:p>
    <w:p>
      <w:pPr>
        <w:spacing w:after="0"/>
      </w:pPr>
      <w:r>
        <w:rPr>
          <w:rFonts w:ascii="Arial" w:hAnsi="Arial"/>
          <w:b/>
          <w:sz w:val="22"/>
        </w:rPr>
        <w:t xml:space="preserve">Lucy  </w:t>
      </w:r>
      <w:r>
        <w:rPr>
          <w:rFonts w:ascii="Arial" w:hAnsi="Arial"/>
          <w:color w:val="5D7284"/>
          <w:sz w:val="22"/>
        </w:rPr>
        <w:t>21:10</w:t>
      </w:r>
    </w:p>
    <w:p>
      <w:pPr>
        <w:spacing w:after="0"/>
      </w:pPr>
      <w:r>
        <w:rPr>
          <w:rFonts w:ascii="Arial" w:hAnsi="Arial"/>
          <w:sz w:val="22"/>
        </w:rPr>
        <w:t>You point us to say Roland,</w:t>
      </w:r>
    </w:p>
    <w:p>
      <w:pPr>
        <w:spacing w:after="0"/>
      </w:pPr>
    </w:p>
    <w:p>
      <w:pPr>
        <w:spacing w:after="0"/>
      </w:pPr>
      <w:r>
        <w:rPr>
          <w:rFonts w:ascii="Arial" w:hAnsi="Arial"/>
          <w:b/>
          <w:sz w:val="22"/>
        </w:rPr>
        <w:t xml:space="preserve">Alice  </w:t>
      </w:r>
      <w:r>
        <w:rPr>
          <w:rFonts w:ascii="Arial" w:hAnsi="Arial"/>
          <w:color w:val="5D7284"/>
          <w:sz w:val="22"/>
        </w:rPr>
        <w:t>21:11</w:t>
      </w:r>
    </w:p>
    <w:p>
      <w:pPr>
        <w:spacing w:after="0"/>
      </w:pPr>
      <w:r>
        <w:rPr>
          <w:rFonts w:ascii="Arial" w:hAnsi="Arial"/>
          <w:sz w:val="22"/>
        </w:rPr>
        <w:t>The voice for this is brilliant as well. That's amazing. If if do you have any comments you want to make Luce?</w:t>
      </w:r>
    </w:p>
    <w:p>
      <w:pPr>
        <w:spacing w:after="0"/>
      </w:pPr>
    </w:p>
    <w:p>
      <w:pPr>
        <w:spacing w:after="0"/>
      </w:pPr>
      <w:r>
        <w:rPr>
          <w:rFonts w:ascii="Arial" w:hAnsi="Arial"/>
          <w:b/>
          <w:sz w:val="22"/>
        </w:rPr>
        <w:t xml:space="preserve">Lucy  </w:t>
      </w:r>
      <w:r>
        <w:rPr>
          <w:rFonts w:ascii="Arial" w:hAnsi="Arial"/>
          <w:color w:val="5D7284"/>
          <w:sz w:val="22"/>
        </w:rPr>
        <w:t>21:22</w:t>
      </w:r>
    </w:p>
    <w:p>
      <w:pPr>
        <w:spacing w:after="0"/>
      </w:pPr>
      <w:r>
        <w:rPr>
          <w:rFonts w:ascii="Arial" w:hAnsi="Arial"/>
          <w:sz w:val="22"/>
        </w:rPr>
        <w:t>No, not the moment or the other than, you know, I do think whatever Santa has got that can make him squeeze into small spaces. I want some of it please, because this chair takes up quite a lot of room. And sometimes they ever could just squeeze down that gap it be absolutely fine. Would be accessible.</w:t>
      </w:r>
    </w:p>
    <w:p>
      <w:pPr>
        <w:spacing w:after="0"/>
      </w:pPr>
    </w:p>
    <w:p>
      <w:pPr>
        <w:spacing w:after="0"/>
      </w:pPr>
      <w:r>
        <w:rPr>
          <w:rFonts w:ascii="Arial" w:hAnsi="Arial"/>
          <w:b/>
          <w:sz w:val="22"/>
        </w:rPr>
        <w:t xml:space="preserve">Alice  </w:t>
      </w:r>
      <w:r>
        <w:rPr>
          <w:rFonts w:ascii="Arial" w:hAnsi="Arial"/>
          <w:color w:val="5D7284"/>
          <w:sz w:val="22"/>
        </w:rPr>
        <w:t>21:43</w:t>
      </w:r>
    </w:p>
    <w:p>
      <w:pPr>
        <w:spacing w:after="0"/>
      </w:pPr>
      <w:r>
        <w:rPr>
          <w:rFonts w:ascii="Arial" w:hAnsi="Arial"/>
          <w:sz w:val="22"/>
        </w:rPr>
        <w:t>Amazing. Yeah. Okay.</w:t>
      </w:r>
    </w:p>
    <w:p>
      <w:pPr>
        <w:spacing w:after="0"/>
      </w:pPr>
    </w:p>
    <w:p>
      <w:pPr>
        <w:spacing w:after="0"/>
      </w:pPr>
      <w:r>
        <w:rPr>
          <w:rFonts w:ascii="Arial" w:hAnsi="Arial"/>
          <w:b/>
          <w:sz w:val="22"/>
        </w:rPr>
        <w:t xml:space="preserve">Roland Chesters  </w:t>
      </w:r>
      <w:r>
        <w:rPr>
          <w:rFonts w:ascii="Arial" w:hAnsi="Arial"/>
          <w:color w:val="5D7284"/>
          <w:sz w:val="22"/>
        </w:rPr>
        <w:t>21:46</w:t>
      </w:r>
    </w:p>
    <w:p>
      <w:pPr>
        <w:spacing w:after="0"/>
      </w:pPr>
      <w:r>
        <w:rPr>
          <w:rFonts w:ascii="Arial" w:hAnsi="Arial"/>
          <w:sz w:val="22"/>
        </w:rPr>
        <w:t>On the second day of Christmas, it's boxing day. This day links with disability lies in the association with charity. Their traditional celebration abroad Boxing Day includes giving money and other gifts to charitable institutions and needy people known as the deserving poor in Victorian times, and those who went cap in hand, the largest group of those who went cap in hand and were the handicapped, you will have learned through your history episodes that we have moved on from what was then the medical model of disability, where people who which came about during the Industrial Revolution were people who were not able to be productive working in a factory because of their disability were placed into institutions and so on and so forth. Fortunately, we've now largely moved on from that model here in the UK, at least to what we call a social model of disability, which recognizes that it is society, which places barriers in the way of people with disabilities, which may prevent them from fully participating in life. And so it is now our responsibility as members of society to make sure that we minimize mitigate or remove entirely those barriers to make life for the accessible</w:t>
      </w:r>
    </w:p>
    <w:p>
      <w:pPr>
        <w:spacing w:after="0"/>
      </w:pPr>
    </w:p>
    <w:p>
      <w:pPr>
        <w:spacing w:after="0"/>
      </w:pPr>
      <w:r>
        <w:rPr>
          <w:rFonts w:ascii="Arial" w:hAnsi="Arial"/>
          <w:b/>
          <w:sz w:val="22"/>
        </w:rPr>
        <w:t xml:space="preserve">Lucy  </w:t>
      </w:r>
      <w:r>
        <w:rPr>
          <w:rFonts w:ascii="Arial" w:hAnsi="Arial"/>
          <w:color w:val="5D7284"/>
          <w:sz w:val="22"/>
        </w:rPr>
        <w:t>23:16</w:t>
      </w:r>
    </w:p>
    <w:p>
      <w:pPr>
        <w:spacing w:after="0"/>
      </w:pPr>
      <w:r>
        <w:rPr>
          <w:rFonts w:ascii="Arial" w:hAnsi="Arial"/>
          <w:sz w:val="22"/>
        </w:rPr>
        <w:t>absolutely,</w:t>
      </w:r>
    </w:p>
    <w:p>
      <w:pPr>
        <w:spacing w:after="0"/>
      </w:pPr>
    </w:p>
    <w:p>
      <w:pPr>
        <w:spacing w:after="0"/>
      </w:pPr>
      <w:r>
        <w:rPr>
          <w:rFonts w:ascii="Arial" w:hAnsi="Arial"/>
          <w:b/>
          <w:sz w:val="22"/>
        </w:rPr>
        <w:t xml:space="preserve">Alice  </w:t>
      </w:r>
      <w:r>
        <w:rPr>
          <w:rFonts w:ascii="Arial" w:hAnsi="Arial"/>
          <w:color w:val="5D7284"/>
          <w:sz w:val="22"/>
        </w:rPr>
        <w:t>23:18</w:t>
      </w:r>
    </w:p>
    <w:p>
      <w:pPr>
        <w:spacing w:after="0"/>
      </w:pPr>
      <w:r>
        <w:rPr>
          <w:rFonts w:ascii="Arial" w:hAnsi="Arial"/>
          <w:sz w:val="22"/>
        </w:rPr>
        <w:t>you know what I do on Boxing Day,</w:t>
      </w:r>
    </w:p>
    <w:p>
      <w:pPr>
        <w:spacing w:after="0"/>
      </w:pPr>
    </w:p>
    <w:p>
      <w:pPr>
        <w:spacing w:after="0"/>
      </w:pPr>
      <w:r>
        <w:rPr>
          <w:rFonts w:ascii="Arial" w:hAnsi="Arial"/>
          <w:b/>
          <w:sz w:val="22"/>
        </w:rPr>
        <w:t xml:space="preserve">Lucy  </w:t>
      </w:r>
      <w:r>
        <w:rPr>
          <w:rFonts w:ascii="Arial" w:hAnsi="Arial"/>
          <w:color w:val="5D7284"/>
          <w:sz w:val="22"/>
        </w:rPr>
        <w:t>23:19</w:t>
      </w:r>
    </w:p>
    <w:p>
      <w:pPr>
        <w:spacing w:after="0"/>
      </w:pPr>
      <w:r>
        <w:rPr>
          <w:rFonts w:ascii="Arial" w:hAnsi="Arial"/>
          <w:sz w:val="22"/>
        </w:rPr>
        <w:t>what do you do on Boxing Day?</w:t>
      </w:r>
    </w:p>
    <w:p>
      <w:pPr>
        <w:spacing w:after="0"/>
      </w:pPr>
    </w:p>
    <w:p>
      <w:pPr>
        <w:spacing w:after="0"/>
      </w:pPr>
      <w:r>
        <w:rPr>
          <w:rFonts w:ascii="Arial" w:hAnsi="Arial"/>
          <w:b/>
          <w:sz w:val="22"/>
        </w:rPr>
        <w:t xml:space="preserve">Alice  </w:t>
      </w:r>
      <w:r>
        <w:rPr>
          <w:rFonts w:ascii="Arial" w:hAnsi="Arial"/>
          <w:color w:val="5D7284"/>
          <w:sz w:val="22"/>
        </w:rPr>
        <w:t>23:21</w:t>
      </w:r>
    </w:p>
    <w:p>
      <w:pPr>
        <w:spacing w:after="0"/>
      </w:pPr>
      <w:r>
        <w:rPr>
          <w:rFonts w:ascii="Arial" w:hAnsi="Arial"/>
          <w:sz w:val="22"/>
        </w:rPr>
        <w:t>I usually see the side of my family that I didn't see on Christmas Day, and I eat leftovers and that's the law. I usually feel a bit sorry for myself because I'm a little bit hungover. Yeah. And remember why I chose to spend Christmas with the other side of my family. And that's usually a lot of dogs. Thats my boxing day. Most days of my life to be honest. Yes. Is dogs and feeling a bit sorry for myself, but</w:t>
      </w:r>
    </w:p>
    <w:p>
      <w:pPr>
        <w:spacing w:after="0"/>
      </w:pPr>
    </w:p>
    <w:p>
      <w:pPr>
        <w:spacing w:after="0"/>
      </w:pPr>
      <w:r>
        <w:rPr>
          <w:rFonts w:ascii="Arial" w:hAnsi="Arial"/>
          <w:b/>
          <w:sz w:val="22"/>
        </w:rPr>
        <w:t xml:space="preserve">Lucy  </w:t>
      </w:r>
      <w:r>
        <w:rPr>
          <w:rFonts w:ascii="Arial" w:hAnsi="Arial"/>
          <w:color w:val="5D7284"/>
          <w:sz w:val="22"/>
        </w:rPr>
        <w:t>23:54</w:t>
      </w:r>
    </w:p>
    <w:p>
      <w:pPr>
        <w:spacing w:after="0"/>
      </w:pPr>
      <w:r>
        <w:rPr>
          <w:rFonts w:ascii="Arial" w:hAnsi="Arial"/>
          <w:sz w:val="22"/>
        </w:rPr>
        <w:t>just a more festive feeling.</w:t>
      </w:r>
    </w:p>
    <w:p>
      <w:pPr>
        <w:spacing w:after="0"/>
      </w:pPr>
    </w:p>
    <w:p>
      <w:pPr>
        <w:spacing w:after="0"/>
      </w:pPr>
      <w:r>
        <w:rPr>
          <w:rFonts w:ascii="Arial" w:hAnsi="Arial"/>
          <w:b/>
          <w:sz w:val="22"/>
        </w:rPr>
        <w:t xml:space="preserve">Alice  </w:t>
      </w:r>
      <w:r>
        <w:rPr>
          <w:rFonts w:ascii="Arial" w:hAnsi="Arial"/>
          <w:color w:val="5D7284"/>
          <w:sz w:val="22"/>
        </w:rPr>
        <w:t>23:56</w:t>
      </w:r>
    </w:p>
    <w:p>
      <w:pPr>
        <w:spacing w:after="0"/>
      </w:pPr>
      <w:r>
        <w:rPr>
          <w:rFonts w:ascii="Arial" w:hAnsi="Arial"/>
          <w:sz w:val="22"/>
        </w:rPr>
        <w:t>Yeah, I've just got one of them crowns on this time.</w:t>
      </w:r>
    </w:p>
    <w:p>
      <w:pPr>
        <w:spacing w:after="0"/>
      </w:pPr>
    </w:p>
    <w:p>
      <w:pPr>
        <w:spacing w:after="0"/>
      </w:pPr>
      <w:r>
        <w:rPr>
          <w:rFonts w:ascii="Arial" w:hAnsi="Arial"/>
          <w:b/>
          <w:sz w:val="22"/>
        </w:rPr>
        <w:t xml:space="preserve">Lucy  </w:t>
      </w:r>
      <w:r>
        <w:rPr>
          <w:rFonts w:ascii="Arial" w:hAnsi="Arial"/>
          <w:color w:val="5D7284"/>
          <w:sz w:val="22"/>
        </w:rPr>
        <w:t>24:01</w:t>
      </w:r>
    </w:p>
    <w:p>
      <w:pPr>
        <w:spacing w:after="0"/>
      </w:pPr>
      <w:r>
        <w:rPr>
          <w:rFonts w:ascii="Arial" w:hAnsi="Arial"/>
          <w:sz w:val="22"/>
        </w:rPr>
        <w:t>No it's turkey and chips for me on Boxing Day. That's what we do. What do you do Roland for your boxing day? Don't tell me you go like Cheese Rolling or something like that or</w:t>
      </w:r>
    </w:p>
    <w:p>
      <w:pPr>
        <w:spacing w:after="0"/>
      </w:pPr>
    </w:p>
    <w:p>
      <w:pPr>
        <w:spacing w:after="0"/>
      </w:pPr>
      <w:r>
        <w:rPr>
          <w:rFonts w:ascii="Arial" w:hAnsi="Arial"/>
          <w:b/>
          <w:sz w:val="22"/>
        </w:rPr>
        <w:t xml:space="preserve">Roland Chesters  </w:t>
      </w:r>
      <w:r>
        <w:rPr>
          <w:rFonts w:ascii="Arial" w:hAnsi="Arial"/>
          <w:color w:val="5D7284"/>
          <w:sz w:val="22"/>
        </w:rPr>
        <w:t>24:14</w:t>
      </w:r>
    </w:p>
    <w:p>
      <w:pPr>
        <w:spacing w:after="0"/>
      </w:pPr>
      <w:r>
        <w:rPr>
          <w:rFonts w:ascii="Arial" w:hAnsi="Arial"/>
          <w:sz w:val="22"/>
        </w:rPr>
        <w:t>No no i'm not going to tell you that I am the original Christmas Grinch. I do not like Christmas. I have no family. I have no family apart from Richard. And Richard is from Barbados and all his family are out in Barbados. So there's just the two of us. And usually Christmas is a day when we don't do anything. Basically, we eat what we want to eat for me. It's usually sausages and mash. Yeah. And for Richard it's macaroni cheese because he's Barbadian. We don't do anything traditional. And every sort of third or fourth year we put up a Christmas tree because it's the done thing. And but I do have a Christmas story though, after I was diagnosed in on the 1st of September, that following Christmas, Richard had to fly home to Barbados because sadly his brother in law had died of cancer. And we kind of knew that this was probably going to happen and we had discussed it in advance that obviously he needed to go out to support his sister and so on and so forth. And he in the end, he flew out on the morning of Christmas Day. So my brother drove Richard and me to the airport to send him off. Non nobody my mother and brother was both still alive at that time but we hadn't shared with them my diagnosis. They knew I was unclearly I was unwell, but I didn't know full diagnosis. And we had Richard and I had decorated the house for Christmas. We just because we needed to do something. Given what had happened recently, we needed to bring a little bit of life and soul into our life. So we've decorated the house put up a we've got a Victorian house with a huge bay window that i'm sat in at the moment. So we have put up an eight foot Christmas tree</w:t>
      </w:r>
    </w:p>
    <w:p>
      <w:pPr>
        <w:spacing w:after="0"/>
      </w:pPr>
    </w:p>
    <w:p>
      <w:pPr>
        <w:spacing w:after="0"/>
      </w:pPr>
      <w:r>
        <w:rPr>
          <w:rFonts w:ascii="Arial" w:hAnsi="Arial"/>
          <w:b/>
          <w:sz w:val="22"/>
        </w:rPr>
        <w:t xml:space="preserve">Alice  </w:t>
      </w:r>
      <w:r>
        <w:rPr>
          <w:rFonts w:ascii="Arial" w:hAnsi="Arial"/>
          <w:color w:val="5D7284"/>
          <w:sz w:val="22"/>
        </w:rPr>
        <w:t>26:16</w:t>
      </w:r>
    </w:p>
    <w:p>
      <w:pPr>
        <w:spacing w:after="0"/>
      </w:pPr>
      <w:r>
        <w:rPr>
          <w:rFonts w:ascii="Arial" w:hAnsi="Arial"/>
          <w:sz w:val="22"/>
        </w:rPr>
        <w:t>Amazing</w:t>
      </w:r>
    </w:p>
    <w:p>
      <w:pPr>
        <w:spacing w:after="0"/>
      </w:pPr>
    </w:p>
    <w:p>
      <w:pPr>
        <w:spacing w:after="0"/>
      </w:pPr>
      <w:r>
        <w:rPr>
          <w:rFonts w:ascii="Arial" w:hAnsi="Arial"/>
          <w:b/>
          <w:sz w:val="22"/>
        </w:rPr>
        <w:t xml:space="preserve">Lucy  </w:t>
      </w:r>
      <w:r>
        <w:rPr>
          <w:rFonts w:ascii="Arial" w:hAnsi="Arial"/>
          <w:color w:val="5D7284"/>
          <w:sz w:val="22"/>
        </w:rPr>
        <w:t>26:16</w:t>
      </w:r>
    </w:p>
    <w:p>
      <w:pPr>
        <w:spacing w:after="0"/>
      </w:pPr>
      <w:r>
        <w:rPr>
          <w:rFonts w:ascii="Arial" w:hAnsi="Arial"/>
          <w:sz w:val="22"/>
        </w:rPr>
        <w:t>Nice. Real or fake?</w:t>
      </w:r>
    </w:p>
    <w:p>
      <w:pPr>
        <w:spacing w:after="0"/>
      </w:pPr>
    </w:p>
    <w:p>
      <w:pPr>
        <w:spacing w:after="0"/>
      </w:pPr>
      <w:r>
        <w:rPr>
          <w:rFonts w:ascii="Arial" w:hAnsi="Arial"/>
          <w:b/>
          <w:sz w:val="22"/>
        </w:rPr>
        <w:t xml:space="preserve">Roland Chesters  </w:t>
      </w:r>
      <w:r>
        <w:rPr>
          <w:rFonts w:ascii="Arial" w:hAnsi="Arial"/>
          <w:color w:val="5D7284"/>
          <w:sz w:val="22"/>
        </w:rPr>
        <w:t>26:19</w:t>
      </w:r>
    </w:p>
    <w:p>
      <w:pPr>
        <w:spacing w:after="0"/>
      </w:pPr>
      <w:r>
        <w:rPr>
          <w:rFonts w:ascii="Arial" w:hAnsi="Arial"/>
          <w:sz w:val="22"/>
        </w:rPr>
        <w:t>sorry?</w:t>
      </w:r>
    </w:p>
    <w:p>
      <w:pPr>
        <w:spacing w:after="0"/>
      </w:pPr>
    </w:p>
    <w:p>
      <w:pPr>
        <w:spacing w:after="0"/>
      </w:pPr>
      <w:r>
        <w:rPr>
          <w:rFonts w:ascii="Arial" w:hAnsi="Arial"/>
          <w:b/>
          <w:sz w:val="22"/>
        </w:rPr>
        <w:t xml:space="preserve">Lucy  </w:t>
      </w:r>
      <w:r>
        <w:rPr>
          <w:rFonts w:ascii="Arial" w:hAnsi="Arial"/>
          <w:color w:val="5D7284"/>
          <w:sz w:val="22"/>
        </w:rPr>
        <w:t>26:20</w:t>
      </w:r>
    </w:p>
    <w:p>
      <w:pPr>
        <w:spacing w:after="0"/>
      </w:pPr>
      <w:r>
        <w:rPr>
          <w:rFonts w:ascii="Arial" w:hAnsi="Arial"/>
          <w:sz w:val="22"/>
        </w:rPr>
        <w:t>real or fake? Not that it matters</w:t>
      </w:r>
    </w:p>
    <w:p>
      <w:pPr>
        <w:spacing w:after="0"/>
      </w:pPr>
    </w:p>
    <w:p>
      <w:pPr>
        <w:spacing w:after="0"/>
      </w:pPr>
      <w:r>
        <w:rPr>
          <w:rFonts w:ascii="Arial" w:hAnsi="Arial"/>
          <w:b/>
          <w:sz w:val="22"/>
        </w:rPr>
        <w:t xml:space="preserve">Roland Chesters  </w:t>
      </w:r>
      <w:r>
        <w:rPr>
          <w:rFonts w:ascii="Arial" w:hAnsi="Arial"/>
          <w:color w:val="5D7284"/>
          <w:sz w:val="22"/>
        </w:rPr>
        <w:t>26:22</w:t>
      </w:r>
    </w:p>
    <w:p>
      <w:pPr>
        <w:spacing w:after="0"/>
      </w:pPr>
      <w:r>
        <w:rPr>
          <w:rFonts w:ascii="Arial" w:hAnsi="Arial"/>
          <w:sz w:val="22"/>
        </w:rPr>
        <w:t>Real real real well yeah, yeah, yeah, yeah. We were due to have some building work done in the house first week of January. new floors being laid and all that kind of stuff. So Richard moved out of the the first floor with new floors being laid he moved out all the furniture and everything before he left began being able to do anything under the Christmas tree and he said to me, you'll have to sort that before the builders come back. Okay. I was having difficulties walking, difficulties balancing, I could barely get up and down stairs nevermind climb up an eight foot Christmas tree to take off all the decorations and the lights and everything. And so I phoned Richard one evening and I said I just had to cancel the builders it's I can't I just can't do the Christmas tree. And he said no, you got to move Christmas tree because..... okay, I had bought for Richard. He loves after eight mints. I can take them or leave them. I bought for Richard a big bag of these after eight mints for Christmas, which of course he hadn't had the opportunity to eat. So I ate all of them</w:t>
      </w:r>
    </w:p>
    <w:p>
      <w:pPr>
        <w:spacing w:after="0"/>
      </w:pPr>
    </w:p>
    <w:p>
      <w:pPr>
        <w:spacing w:after="0"/>
      </w:pPr>
      <w:r>
        <w:rPr>
          <w:rFonts w:ascii="Arial" w:hAnsi="Arial"/>
          <w:b/>
          <w:sz w:val="22"/>
        </w:rPr>
        <w:t xml:space="preserve">Lucy  </w:t>
      </w:r>
      <w:r>
        <w:rPr>
          <w:rFonts w:ascii="Arial" w:hAnsi="Arial"/>
          <w:color w:val="5D7284"/>
          <w:sz w:val="22"/>
        </w:rPr>
        <w:t>27:38</w:t>
      </w:r>
    </w:p>
    <w:p>
      <w:pPr>
        <w:spacing w:after="0"/>
      </w:pPr>
      <w:r>
        <w:rPr>
          <w:rFonts w:ascii="Arial" w:hAnsi="Arial"/>
          <w:sz w:val="22"/>
        </w:rPr>
        <w:t>even though you don't like them</w:t>
      </w:r>
    </w:p>
    <w:p>
      <w:pPr>
        <w:spacing w:after="0"/>
      </w:pPr>
    </w:p>
    <w:p>
      <w:pPr>
        <w:spacing w:after="0"/>
      </w:pPr>
      <w:r>
        <w:rPr>
          <w:rFonts w:ascii="Arial" w:hAnsi="Arial"/>
          <w:b/>
          <w:sz w:val="22"/>
        </w:rPr>
        <w:t xml:space="preserve">Roland Chesters  </w:t>
      </w:r>
      <w:r>
        <w:rPr>
          <w:rFonts w:ascii="Arial" w:hAnsi="Arial"/>
          <w:color w:val="5D7284"/>
          <w:sz w:val="22"/>
        </w:rPr>
        <w:t>27:40</w:t>
      </w:r>
    </w:p>
    <w:p>
      <w:pPr>
        <w:spacing w:after="0"/>
      </w:pPr>
      <w:r>
        <w:rPr>
          <w:rFonts w:ascii="Arial" w:hAnsi="Arial"/>
          <w:sz w:val="22"/>
        </w:rPr>
        <w:t>I mean I forced myself to eat them and on a chocolate high. The only way to undecorate the Christmas tree was to pull it over on</w:t>
      </w:r>
    </w:p>
    <w:p>
      <w:pPr>
        <w:spacing w:after="0"/>
      </w:pPr>
    </w:p>
    <w:p>
      <w:pPr>
        <w:spacing w:after="0"/>
      </w:pPr>
      <w:r>
        <w:rPr>
          <w:rFonts w:ascii="Arial" w:hAnsi="Arial"/>
          <w:b/>
          <w:sz w:val="22"/>
        </w:rPr>
        <w:t xml:space="preserve">Lucy  </w:t>
      </w:r>
      <w:r>
        <w:rPr>
          <w:rFonts w:ascii="Arial" w:hAnsi="Arial"/>
          <w:color w:val="5D7284"/>
          <w:sz w:val="22"/>
        </w:rPr>
        <w:t>27:54</w:t>
      </w:r>
    </w:p>
    <w:p>
      <w:pPr>
        <w:spacing w:after="0"/>
      </w:pPr>
      <w:r>
        <w:rPr>
          <w:rFonts w:ascii="Arial" w:hAnsi="Arial"/>
          <w:sz w:val="22"/>
        </w:rPr>
        <w:t>Please tell me you didnt get stuck underneath it?</w:t>
      </w:r>
    </w:p>
    <w:p>
      <w:pPr>
        <w:spacing w:after="0"/>
      </w:pPr>
    </w:p>
    <w:p>
      <w:pPr>
        <w:spacing w:after="0"/>
      </w:pPr>
      <w:r>
        <w:rPr>
          <w:rFonts w:ascii="Arial" w:hAnsi="Arial"/>
          <w:b/>
          <w:sz w:val="22"/>
        </w:rPr>
        <w:t xml:space="preserve">Roland Chesters  </w:t>
      </w:r>
      <w:r>
        <w:rPr>
          <w:rFonts w:ascii="Arial" w:hAnsi="Arial"/>
          <w:color w:val="5D7284"/>
          <w:sz w:val="22"/>
        </w:rPr>
        <w:t>27:56</w:t>
      </w:r>
    </w:p>
    <w:p>
      <w:pPr>
        <w:spacing w:after="0"/>
      </w:pPr>
      <w:r>
        <w:rPr>
          <w:rFonts w:ascii="Arial" w:hAnsi="Arial"/>
          <w:sz w:val="22"/>
        </w:rPr>
        <w:t>I didn't get stuck underneath it, but you can imagine Christmas tree came crashing down lights decorations everywhere. So I managed to remove all the broken lights decorations dumped them in the showe for Richard to sought out when he came home. And fortunately when the builder turned up, he was able to cut up the Christmas tree and cart it off. But I was able to say to Rick phone Richard and say I took the Christmas tree down.</w:t>
      </w:r>
    </w:p>
    <w:p>
      <w:pPr>
        <w:spacing w:after="0"/>
      </w:pPr>
    </w:p>
    <w:p>
      <w:pPr>
        <w:spacing w:after="0"/>
      </w:pPr>
      <w:r>
        <w:rPr>
          <w:rFonts w:ascii="Arial" w:hAnsi="Arial"/>
          <w:b/>
          <w:sz w:val="22"/>
        </w:rPr>
        <w:t xml:space="preserve">Lucy  </w:t>
      </w:r>
      <w:r>
        <w:rPr>
          <w:rFonts w:ascii="Arial" w:hAnsi="Arial"/>
          <w:color w:val="5D7284"/>
          <w:sz w:val="22"/>
        </w:rPr>
        <w:t>28:30</w:t>
      </w:r>
    </w:p>
    <w:p>
      <w:pPr>
        <w:spacing w:after="0"/>
      </w:pPr>
      <w:r>
        <w:rPr>
          <w:rFonts w:ascii="Arial" w:hAnsi="Arial"/>
          <w:sz w:val="22"/>
        </w:rPr>
        <w:t>I bet he never asked you to do it again has he</w:t>
      </w:r>
    </w:p>
    <w:p>
      <w:pPr>
        <w:spacing w:after="0"/>
      </w:pPr>
    </w:p>
    <w:p>
      <w:pPr>
        <w:spacing w:after="0"/>
      </w:pPr>
      <w:r>
        <w:rPr>
          <w:rFonts w:ascii="Arial" w:hAnsi="Arial"/>
          <w:b/>
          <w:sz w:val="22"/>
        </w:rPr>
        <w:t xml:space="preserve">Roland Chesters  </w:t>
      </w:r>
      <w:r>
        <w:rPr>
          <w:rFonts w:ascii="Arial" w:hAnsi="Arial"/>
          <w:color w:val="5D7284"/>
          <w:sz w:val="22"/>
        </w:rPr>
        <w:t>28:31</w:t>
      </w:r>
    </w:p>
    <w:p>
      <w:pPr>
        <w:spacing w:after="0"/>
      </w:pPr>
      <w:r>
        <w:rPr>
          <w:rFonts w:ascii="Arial" w:hAnsi="Arial"/>
          <w:sz w:val="22"/>
        </w:rPr>
        <w:t>This is one of the things you learn in a relationship that you do not or you do really badly the things that you dont want to do so they say I have to do that</w:t>
      </w:r>
    </w:p>
    <w:p>
      <w:pPr>
        <w:spacing w:after="0"/>
      </w:pPr>
    </w:p>
    <w:p>
      <w:pPr>
        <w:spacing w:after="0"/>
      </w:pPr>
      <w:r>
        <w:rPr>
          <w:rFonts w:ascii="Arial" w:hAnsi="Arial"/>
          <w:b/>
          <w:sz w:val="22"/>
        </w:rPr>
        <w:t xml:space="preserve">Lucy  </w:t>
      </w:r>
      <w:r>
        <w:rPr>
          <w:rFonts w:ascii="Arial" w:hAnsi="Arial"/>
          <w:color w:val="5D7284"/>
          <w:sz w:val="22"/>
        </w:rPr>
        <w:t>28:49</w:t>
      </w:r>
    </w:p>
    <w:p>
      <w:pPr>
        <w:spacing w:after="0"/>
      </w:pPr>
      <w:r>
        <w:rPr>
          <w:rFonts w:ascii="Arial" w:hAnsi="Arial"/>
          <w:sz w:val="22"/>
        </w:rPr>
        <w:t>Blimey, brilliant, absolutely brilliant. Right? What, number are we on now? Three?</w:t>
      </w:r>
    </w:p>
    <w:p>
      <w:pPr>
        <w:spacing w:after="0"/>
      </w:pPr>
    </w:p>
    <w:p>
      <w:pPr>
        <w:spacing w:after="0"/>
      </w:pPr>
      <w:r>
        <w:rPr>
          <w:rFonts w:ascii="Arial" w:hAnsi="Arial"/>
          <w:b/>
          <w:sz w:val="22"/>
        </w:rPr>
        <w:t xml:space="preserve">Roland Chesters  </w:t>
      </w:r>
      <w:r>
        <w:rPr>
          <w:rFonts w:ascii="Arial" w:hAnsi="Arial"/>
          <w:color w:val="5D7284"/>
          <w:sz w:val="22"/>
        </w:rPr>
        <w:t>28:53</w:t>
      </w:r>
    </w:p>
    <w:p>
      <w:pPr>
        <w:spacing w:after="0"/>
      </w:pPr>
      <w:r>
        <w:rPr>
          <w:rFonts w:ascii="Arial" w:hAnsi="Arial"/>
          <w:sz w:val="22"/>
        </w:rPr>
        <w:t>I think Three? Right. So yes, on the third day of Christmas, think about tiny Tim In Charles Dickens A Christmas Carol. He's the character from Christmas literature that disabled people love to hate sent was a crutch and iron frame supporting his limbs. Tiny Tim has been described as proof of Victorian emotional excess, and the model for all the poster children of our time. He's also said to be the cripple who accepts his suffering and is sweetly grateful for the charity of the non disabled. No disabled person should have to accept their suffering.</w:t>
      </w:r>
    </w:p>
    <w:p>
      <w:pPr>
        <w:spacing w:after="0"/>
      </w:pPr>
    </w:p>
    <w:p>
      <w:pPr>
        <w:spacing w:after="0"/>
      </w:pPr>
      <w:r>
        <w:rPr>
          <w:rFonts w:ascii="Arial" w:hAnsi="Arial"/>
          <w:b/>
          <w:sz w:val="22"/>
        </w:rPr>
        <w:t xml:space="preserve">Alice  </w:t>
      </w:r>
      <w:r>
        <w:rPr>
          <w:rFonts w:ascii="Arial" w:hAnsi="Arial"/>
          <w:color w:val="5D7284"/>
          <w:sz w:val="22"/>
        </w:rPr>
        <w:t>29:38</w:t>
      </w:r>
    </w:p>
    <w:p>
      <w:pPr>
        <w:spacing w:after="0"/>
      </w:pPr>
      <w:r>
        <w:rPr>
          <w:rFonts w:ascii="Arial" w:hAnsi="Arial"/>
          <w:sz w:val="22"/>
        </w:rPr>
        <w:t>So I think that there's that's exactly why we decided not to do Tiny Tim is that it is just a bit. It's just a bit on the nose.</w:t>
      </w:r>
    </w:p>
    <w:p>
      <w:pPr>
        <w:spacing w:after="0"/>
      </w:pPr>
    </w:p>
    <w:p>
      <w:pPr>
        <w:spacing w:after="0"/>
      </w:pPr>
      <w:r>
        <w:rPr>
          <w:rFonts w:ascii="Arial" w:hAnsi="Arial"/>
          <w:b/>
          <w:sz w:val="22"/>
        </w:rPr>
        <w:t xml:space="preserve">Lucy  </w:t>
      </w:r>
      <w:r>
        <w:rPr>
          <w:rFonts w:ascii="Arial" w:hAnsi="Arial"/>
          <w:color w:val="5D7284"/>
          <w:sz w:val="22"/>
        </w:rPr>
        <w:t>29:50</w:t>
      </w:r>
    </w:p>
    <w:p>
      <w:pPr>
        <w:spacing w:after="0"/>
      </w:pPr>
      <w:r>
        <w:rPr>
          <w:rFonts w:ascii="Arial" w:hAnsi="Arial"/>
          <w:sz w:val="22"/>
        </w:rPr>
        <w:t>decision that was made hastily to fill out the schedule. No, I think I think the best version of the best version of Christmas carol And this is not up for debate. Is a Muppets Christmas? Yeah. Michael Caine is the best scrooge I've ever seen. Yes.</w:t>
      </w:r>
    </w:p>
    <w:p>
      <w:pPr>
        <w:spacing w:after="0"/>
      </w:pPr>
    </w:p>
    <w:p>
      <w:pPr>
        <w:spacing w:after="0"/>
      </w:pPr>
      <w:r>
        <w:rPr>
          <w:rFonts w:ascii="Arial" w:hAnsi="Arial"/>
          <w:b/>
          <w:sz w:val="22"/>
        </w:rPr>
        <w:t xml:space="preserve">Roland Chesters  </w:t>
      </w:r>
      <w:r>
        <w:rPr>
          <w:rFonts w:ascii="Arial" w:hAnsi="Arial"/>
          <w:color w:val="5D7284"/>
          <w:sz w:val="22"/>
        </w:rPr>
        <w:t>30:09</w:t>
      </w:r>
    </w:p>
    <w:p>
      <w:pPr>
        <w:spacing w:after="0"/>
      </w:pPr>
      <w:r>
        <w:rPr>
          <w:rFonts w:ascii="Arial" w:hAnsi="Arial"/>
          <w:sz w:val="22"/>
        </w:rPr>
        <w:t>Yeah. Are you saying that I'm the replacement for tiny Tim? Is that what</w:t>
      </w:r>
    </w:p>
    <w:p>
      <w:pPr>
        <w:spacing w:after="0"/>
      </w:pPr>
    </w:p>
    <w:p>
      <w:pPr>
        <w:spacing w:after="0"/>
      </w:pPr>
      <w:r>
        <w:rPr>
          <w:rFonts w:ascii="Arial" w:hAnsi="Arial"/>
          <w:b/>
          <w:sz w:val="22"/>
        </w:rPr>
        <w:t xml:space="preserve">Alice  </w:t>
      </w:r>
      <w:r>
        <w:rPr>
          <w:rFonts w:ascii="Arial" w:hAnsi="Arial"/>
          <w:color w:val="5D7284"/>
          <w:sz w:val="22"/>
        </w:rPr>
        <w:t>30:15</w:t>
      </w:r>
    </w:p>
    <w:p>
      <w:pPr>
        <w:spacing w:after="0"/>
      </w:pPr>
      <w:r>
        <w:rPr>
          <w:rFonts w:ascii="Arial" w:hAnsi="Arial"/>
          <w:sz w:val="22"/>
        </w:rPr>
        <w:t>you are you are the preferred option to go for something that was a little less Christmas cliche and Christmas cringe and a bit more. Yeah.</w:t>
      </w:r>
    </w:p>
    <w:p>
      <w:pPr>
        <w:spacing w:after="0"/>
      </w:pPr>
    </w:p>
    <w:p>
      <w:pPr>
        <w:spacing w:after="0"/>
      </w:pPr>
      <w:r>
        <w:rPr>
          <w:rFonts w:ascii="Arial" w:hAnsi="Arial"/>
          <w:b/>
          <w:sz w:val="22"/>
        </w:rPr>
        <w:t xml:space="preserve">Lucy  </w:t>
      </w:r>
      <w:r>
        <w:rPr>
          <w:rFonts w:ascii="Arial" w:hAnsi="Arial"/>
          <w:color w:val="5D7284"/>
          <w:sz w:val="22"/>
        </w:rPr>
        <w:t>30:28</w:t>
      </w:r>
    </w:p>
    <w:p>
      <w:pPr>
        <w:spacing w:after="0"/>
      </w:pPr>
      <w:r>
        <w:rPr>
          <w:rFonts w:ascii="Arial" w:hAnsi="Arial"/>
          <w:sz w:val="22"/>
        </w:rPr>
        <w:t>A bit more considered. Okay. Yeah, yeah. What do we actually know what was wrong with Tiny Tim? Or was it just sick Ricketts or something? Oh,</w:t>
      </w:r>
    </w:p>
    <w:p>
      <w:pPr>
        <w:spacing w:after="0"/>
      </w:pPr>
    </w:p>
    <w:p>
      <w:pPr>
        <w:spacing w:after="0"/>
      </w:pPr>
      <w:r>
        <w:rPr>
          <w:rFonts w:ascii="Arial" w:hAnsi="Arial"/>
          <w:b/>
          <w:sz w:val="22"/>
        </w:rPr>
        <w:t xml:space="preserve">Alice  </w:t>
      </w:r>
      <w:r>
        <w:rPr>
          <w:rFonts w:ascii="Arial" w:hAnsi="Arial"/>
          <w:color w:val="5D7284"/>
          <w:sz w:val="22"/>
        </w:rPr>
        <w:t>30:38</w:t>
      </w:r>
    </w:p>
    <w:p>
      <w:pPr>
        <w:spacing w:after="0"/>
      </w:pPr>
      <w:r>
        <w:rPr>
          <w:rFonts w:ascii="Arial" w:hAnsi="Arial"/>
          <w:sz w:val="22"/>
        </w:rPr>
        <w:t>I was gonna say something like that or polio was one of the old fashioned illnesses</w:t>
      </w:r>
    </w:p>
    <w:p>
      <w:pPr>
        <w:spacing w:after="0"/>
      </w:pPr>
    </w:p>
    <w:p>
      <w:pPr>
        <w:spacing w:after="0"/>
      </w:pPr>
      <w:r>
        <w:rPr>
          <w:rFonts w:ascii="Arial" w:hAnsi="Arial"/>
          <w:b/>
          <w:sz w:val="22"/>
        </w:rPr>
        <w:t xml:space="preserve">Lucy  </w:t>
      </w:r>
      <w:r>
        <w:rPr>
          <w:rFonts w:ascii="Arial" w:hAnsi="Arial"/>
          <w:color w:val="5D7284"/>
          <w:sz w:val="22"/>
        </w:rPr>
        <w:t>30:51</w:t>
      </w:r>
    </w:p>
    <w:p>
      <w:pPr>
        <w:spacing w:after="0"/>
      </w:pPr>
      <w:r>
        <w:rPr>
          <w:rFonts w:ascii="Arial" w:hAnsi="Arial"/>
          <w:sz w:val="22"/>
        </w:rPr>
        <w:t>no I don't know whether we know what's whether it was ever mentioned what was wrong with</w:t>
      </w:r>
    </w:p>
    <w:p>
      <w:pPr>
        <w:spacing w:after="0"/>
      </w:pPr>
    </w:p>
    <w:p>
      <w:pPr>
        <w:spacing w:after="0"/>
      </w:pPr>
      <w:r>
        <w:rPr>
          <w:rFonts w:ascii="Arial" w:hAnsi="Arial"/>
          <w:b/>
          <w:sz w:val="22"/>
        </w:rPr>
        <w:t xml:space="preserve">Alice  </w:t>
      </w:r>
      <w:r>
        <w:rPr>
          <w:rFonts w:ascii="Arial" w:hAnsi="Arial"/>
          <w:color w:val="5D7284"/>
          <w:sz w:val="22"/>
        </w:rPr>
        <w:t>30:57</w:t>
      </w:r>
    </w:p>
    <w:p>
      <w:pPr>
        <w:spacing w:after="0"/>
      </w:pPr>
      <w:r>
        <w:rPr>
          <w:rFonts w:ascii="Arial" w:hAnsi="Arial"/>
          <w:sz w:val="22"/>
        </w:rPr>
        <w:t>just a poor little cripple essentially Isn't it</w:t>
      </w:r>
    </w:p>
    <w:p>
      <w:pPr>
        <w:spacing w:after="0"/>
      </w:pPr>
    </w:p>
    <w:p>
      <w:pPr>
        <w:spacing w:after="0"/>
      </w:pPr>
      <w:r>
        <w:rPr>
          <w:rFonts w:ascii="Arial" w:hAnsi="Arial"/>
          <w:b/>
          <w:sz w:val="22"/>
        </w:rPr>
        <w:t xml:space="preserve">Lucy  </w:t>
      </w:r>
      <w:r>
        <w:rPr>
          <w:rFonts w:ascii="Arial" w:hAnsi="Arial"/>
          <w:color w:val="5D7284"/>
          <w:sz w:val="22"/>
        </w:rPr>
        <w:t>31:01</w:t>
      </w:r>
    </w:p>
    <w:p>
      <w:pPr>
        <w:spacing w:after="0"/>
      </w:pPr>
      <w:r>
        <w:rPr>
          <w:rFonts w:ascii="Arial" w:hAnsi="Arial"/>
          <w:sz w:val="22"/>
        </w:rPr>
        <w:t>because the heating has not been put on or something because Ebenezer wont pay the bill or whatever</w:t>
      </w:r>
    </w:p>
    <w:p>
      <w:pPr>
        <w:spacing w:after="0"/>
      </w:pPr>
    </w:p>
    <w:p>
      <w:pPr>
        <w:spacing w:after="0"/>
      </w:pPr>
      <w:r>
        <w:rPr>
          <w:rFonts w:ascii="Arial" w:hAnsi="Arial"/>
          <w:b/>
          <w:sz w:val="22"/>
        </w:rPr>
        <w:t xml:space="preserve">Roland Chesters  </w:t>
      </w:r>
      <w:r>
        <w:rPr>
          <w:rFonts w:ascii="Arial" w:hAnsi="Arial"/>
          <w:color w:val="5D7284"/>
          <w:sz w:val="22"/>
        </w:rPr>
        <w:t>31:07</w:t>
      </w:r>
    </w:p>
    <w:p>
      <w:pPr>
        <w:spacing w:after="0"/>
      </w:pPr>
      <w:r>
        <w:rPr>
          <w:rFonts w:ascii="Arial" w:hAnsi="Arial"/>
          <w:sz w:val="22"/>
        </w:rPr>
        <w:t>But it is, again, relating back to the history of disability Dickens was writing at a time when we had the charitable model of disability the charitable model of disability said that they the disabled poor were deserving of pity deserving of charity and these are example of, they are examples of his time and whilst now with our current thinking we may look at it and think that's hugely inappropriate. That's how it was when he was writing which</w:t>
      </w:r>
    </w:p>
    <w:p>
      <w:pPr>
        <w:spacing w:after="0"/>
      </w:pPr>
    </w:p>
    <w:p>
      <w:pPr>
        <w:spacing w:after="0"/>
      </w:pPr>
      <w:r>
        <w:rPr>
          <w:rFonts w:ascii="Arial" w:hAnsi="Arial"/>
          <w:b/>
          <w:sz w:val="22"/>
        </w:rPr>
        <w:t xml:space="preserve">Alice  </w:t>
      </w:r>
      <w:r>
        <w:rPr>
          <w:rFonts w:ascii="Arial" w:hAnsi="Arial"/>
          <w:color w:val="5D7284"/>
          <w:sz w:val="22"/>
        </w:rPr>
        <w:t>31:46</w:t>
      </w:r>
    </w:p>
    <w:p>
      <w:pPr>
        <w:spacing w:after="0"/>
      </w:pPr>
      <w:r>
        <w:rPr>
          <w:rFonts w:ascii="Arial" w:hAnsi="Arial"/>
          <w:sz w:val="22"/>
        </w:rPr>
        <w:t>I mean my sort of thoughts are if I like if Jeff Bezos decided that he wanted to give Turkey to every single one of his you know underpaid overworked warehouse delivery drivers then I would see that as you know that that's that's very much within the the Christmas spirit I think it's the it's because he's disabled issue with it really is just, you know, let's be inclusive here. Let's take pity on everybody and give them all free stuff</w:t>
      </w:r>
    </w:p>
    <w:p>
      <w:pPr>
        <w:spacing w:after="0"/>
      </w:pPr>
    </w:p>
    <w:p>
      <w:pPr>
        <w:spacing w:after="0"/>
      </w:pPr>
      <w:r>
        <w:rPr>
          <w:rFonts w:ascii="Arial" w:hAnsi="Arial"/>
          <w:b/>
          <w:sz w:val="22"/>
        </w:rPr>
        <w:t xml:space="preserve">Lucy  </w:t>
      </w:r>
      <w:r>
        <w:rPr>
          <w:rFonts w:ascii="Arial" w:hAnsi="Arial"/>
          <w:color w:val="5D7284"/>
          <w:sz w:val="22"/>
        </w:rPr>
        <w:t>32:23</w:t>
      </w:r>
    </w:p>
    <w:p>
      <w:pPr>
        <w:spacing w:after="0"/>
      </w:pPr>
      <w:r>
        <w:rPr>
          <w:rFonts w:ascii="Arial" w:hAnsi="Arial"/>
          <w:sz w:val="22"/>
        </w:rPr>
        <w:t>Pudsey bear all over again really, isn't it? But that's for another episode.</w:t>
      </w:r>
    </w:p>
    <w:p>
      <w:pPr>
        <w:spacing w:after="0"/>
      </w:pPr>
    </w:p>
    <w:p>
      <w:pPr>
        <w:spacing w:after="0"/>
      </w:pPr>
      <w:r>
        <w:rPr>
          <w:rFonts w:ascii="Arial" w:hAnsi="Arial"/>
          <w:b/>
          <w:sz w:val="22"/>
        </w:rPr>
        <w:t xml:space="preserve">Roland Chesters  </w:t>
      </w:r>
      <w:r>
        <w:rPr>
          <w:rFonts w:ascii="Arial" w:hAnsi="Arial"/>
          <w:color w:val="5D7284"/>
          <w:sz w:val="22"/>
        </w:rPr>
        <w:t>32:28</w:t>
      </w:r>
    </w:p>
    <w:p>
      <w:pPr>
        <w:spacing w:after="0"/>
      </w:pPr>
      <w:r>
        <w:rPr>
          <w:rFonts w:ascii="Arial" w:hAnsi="Arial"/>
          <w:sz w:val="22"/>
        </w:rPr>
        <w:t>But whilst I absolutely agree with your sentiment, you shouldn't give a turkey to a vegetarian or a vegan. No, no,</w:t>
      </w:r>
    </w:p>
    <w:p>
      <w:pPr>
        <w:spacing w:after="0"/>
      </w:pPr>
    </w:p>
    <w:p>
      <w:pPr>
        <w:spacing w:after="0"/>
      </w:pPr>
      <w:r>
        <w:rPr>
          <w:rFonts w:ascii="Arial" w:hAnsi="Arial"/>
          <w:b/>
          <w:sz w:val="22"/>
        </w:rPr>
        <w:t xml:space="preserve">Alice  </w:t>
      </w:r>
      <w:r>
        <w:rPr>
          <w:rFonts w:ascii="Arial" w:hAnsi="Arial"/>
          <w:color w:val="5D7284"/>
          <w:sz w:val="22"/>
        </w:rPr>
        <w:t>32:37</w:t>
      </w:r>
    </w:p>
    <w:p>
      <w:pPr>
        <w:spacing w:after="0"/>
      </w:pPr>
      <w:r>
        <w:rPr>
          <w:rFonts w:ascii="Arial" w:hAnsi="Arial"/>
          <w:sz w:val="22"/>
        </w:rPr>
        <w:t>that's true. Although this year because I am vegetarian slash vegan ish. I was very excited to see that a popular High Street coffee chain are doing like a vegan turkey sandwich as part of their Christmas food. I've got that. And</w:t>
      </w:r>
    </w:p>
    <w:p>
      <w:pPr>
        <w:spacing w:after="0"/>
      </w:pPr>
    </w:p>
    <w:p>
      <w:pPr>
        <w:spacing w:after="0"/>
      </w:pPr>
      <w:r>
        <w:rPr>
          <w:rFonts w:ascii="Arial" w:hAnsi="Arial"/>
          <w:b/>
          <w:sz w:val="22"/>
        </w:rPr>
        <w:t xml:space="preserve">Lucy  </w:t>
      </w:r>
      <w:r>
        <w:rPr>
          <w:rFonts w:ascii="Arial" w:hAnsi="Arial"/>
          <w:color w:val="5D7284"/>
          <w:sz w:val="22"/>
        </w:rPr>
        <w:t>32:59</w:t>
      </w:r>
    </w:p>
    <w:p>
      <w:pPr>
        <w:spacing w:after="0"/>
      </w:pPr>
      <w:r>
        <w:rPr>
          <w:rFonts w:ascii="Arial" w:hAnsi="Arial"/>
          <w:sz w:val="22"/>
        </w:rPr>
        <w:t>also Greg's if Greg's wants to sponsor our podcast. We are 100% sign that deal.</w:t>
      </w:r>
    </w:p>
    <w:p>
      <w:pPr>
        <w:spacing w:after="0"/>
      </w:pPr>
    </w:p>
    <w:p>
      <w:pPr>
        <w:spacing w:after="0"/>
      </w:pPr>
      <w:r>
        <w:rPr>
          <w:rFonts w:ascii="Arial" w:hAnsi="Arial"/>
          <w:b/>
          <w:sz w:val="22"/>
        </w:rPr>
        <w:t xml:space="preserve">Alice  </w:t>
      </w:r>
      <w:r>
        <w:rPr>
          <w:rFonts w:ascii="Arial" w:hAnsi="Arial"/>
          <w:color w:val="5D7284"/>
          <w:sz w:val="22"/>
        </w:rPr>
        <w:t>33:05</w:t>
      </w:r>
    </w:p>
    <w:p>
      <w:pPr>
        <w:spacing w:after="0"/>
      </w:pPr>
      <w:r>
        <w:rPr>
          <w:rFonts w:ascii="Arial" w:hAnsi="Arial"/>
          <w:sz w:val="22"/>
        </w:rPr>
        <w:t>I had a vegan festive bake just yesterday</w:t>
      </w:r>
    </w:p>
    <w:p>
      <w:pPr>
        <w:spacing w:after="0"/>
      </w:pPr>
    </w:p>
    <w:p>
      <w:pPr>
        <w:spacing w:after="0"/>
      </w:pPr>
      <w:r>
        <w:rPr>
          <w:rFonts w:ascii="Arial" w:hAnsi="Arial"/>
          <w:b/>
          <w:sz w:val="22"/>
        </w:rPr>
        <w:t xml:space="preserve">Lucy  </w:t>
      </w:r>
      <w:r>
        <w:rPr>
          <w:rFonts w:ascii="Arial" w:hAnsi="Arial"/>
          <w:color w:val="5D7284"/>
          <w:sz w:val="22"/>
        </w:rPr>
        <w:t>33:09</w:t>
      </w:r>
    </w:p>
    <w:p>
      <w:pPr>
        <w:spacing w:after="0"/>
      </w:pPr>
      <w:r>
        <w:rPr>
          <w:rFonts w:ascii="Arial" w:hAnsi="Arial"/>
          <w:sz w:val="22"/>
        </w:rPr>
        <w:t>now. Aren't they nice?</w:t>
      </w:r>
    </w:p>
    <w:p>
      <w:pPr>
        <w:spacing w:after="0"/>
      </w:pPr>
    </w:p>
    <w:p>
      <w:pPr>
        <w:spacing w:after="0"/>
      </w:pPr>
      <w:r>
        <w:rPr>
          <w:rFonts w:ascii="Arial" w:hAnsi="Arial"/>
          <w:b/>
          <w:sz w:val="22"/>
        </w:rPr>
        <w:t xml:space="preserve">Alice  </w:t>
      </w:r>
      <w:r>
        <w:rPr>
          <w:rFonts w:ascii="Arial" w:hAnsi="Arial"/>
          <w:color w:val="5D7284"/>
          <w:sz w:val="22"/>
        </w:rPr>
        <w:t>33:12</w:t>
      </w:r>
    </w:p>
    <w:p>
      <w:pPr>
        <w:spacing w:after="0"/>
      </w:pPr>
      <w:r>
        <w:rPr>
          <w:rFonts w:ascii="Arial" w:hAnsi="Arial"/>
          <w:sz w:val="22"/>
        </w:rPr>
        <w:t>It's a little bit mushroomy for me</w:t>
      </w:r>
    </w:p>
    <w:p>
      <w:pPr>
        <w:spacing w:after="0"/>
      </w:pPr>
    </w:p>
    <w:p>
      <w:pPr>
        <w:spacing w:after="0"/>
      </w:pPr>
      <w:r>
        <w:rPr>
          <w:rFonts w:ascii="Arial" w:hAnsi="Arial"/>
          <w:b/>
          <w:sz w:val="22"/>
        </w:rPr>
        <w:t xml:space="preserve">Lucy  </w:t>
      </w:r>
      <w:r>
        <w:rPr>
          <w:rFonts w:ascii="Arial" w:hAnsi="Arial"/>
          <w:color w:val="5D7284"/>
          <w:sz w:val="22"/>
        </w:rPr>
        <w:t>33:16</w:t>
      </w:r>
    </w:p>
    <w:p>
      <w:pPr>
        <w:spacing w:after="0"/>
      </w:pPr>
      <w:r>
        <w:rPr>
          <w:rFonts w:ascii="Arial" w:hAnsi="Arial"/>
          <w:sz w:val="22"/>
        </w:rPr>
        <w:t>I'm I'm eating the proper one. So</w:t>
      </w:r>
    </w:p>
    <w:p>
      <w:pPr>
        <w:spacing w:after="0"/>
      </w:pPr>
    </w:p>
    <w:p>
      <w:pPr>
        <w:spacing w:after="0"/>
      </w:pPr>
      <w:r>
        <w:rPr>
          <w:rFonts w:ascii="Arial" w:hAnsi="Arial"/>
          <w:b/>
          <w:sz w:val="22"/>
        </w:rPr>
        <w:t xml:space="preserve">Alice  </w:t>
      </w:r>
      <w:r>
        <w:rPr>
          <w:rFonts w:ascii="Arial" w:hAnsi="Arial"/>
          <w:color w:val="5D7284"/>
          <w:sz w:val="22"/>
        </w:rPr>
        <w:t>33:26</w:t>
      </w:r>
    </w:p>
    <w:p>
      <w:pPr>
        <w:spacing w:after="0"/>
      </w:pPr>
      <w:r>
        <w:rPr>
          <w:rFonts w:ascii="Arial" w:hAnsi="Arial"/>
          <w:sz w:val="22"/>
        </w:rPr>
        <w:t>this is this is a regular episode for us</w:t>
      </w:r>
    </w:p>
    <w:p>
      <w:pPr>
        <w:spacing w:after="0"/>
      </w:pPr>
    </w:p>
    <w:p>
      <w:pPr>
        <w:spacing w:after="0"/>
      </w:pPr>
      <w:r>
        <w:rPr>
          <w:rFonts w:ascii="Arial" w:hAnsi="Arial"/>
          <w:b/>
          <w:sz w:val="22"/>
        </w:rPr>
        <w:t xml:space="preserve">Roland Chesters  </w:t>
      </w:r>
      <w:r>
        <w:rPr>
          <w:rFonts w:ascii="Arial" w:hAnsi="Arial"/>
          <w:color w:val="5D7284"/>
          <w:sz w:val="22"/>
        </w:rPr>
        <w:t>33:30</w:t>
      </w:r>
    </w:p>
    <w:p>
      <w:pPr>
        <w:spacing w:after="0"/>
      </w:pPr>
      <w:r>
        <w:rPr>
          <w:rFonts w:ascii="Arial" w:hAnsi="Arial"/>
          <w:sz w:val="22"/>
        </w:rPr>
        <w:t>There is a theme of food here and we've gradually slid southward</w:t>
      </w:r>
    </w:p>
    <w:p>
      <w:pPr>
        <w:spacing w:after="0"/>
      </w:pPr>
    </w:p>
    <w:p>
      <w:pPr>
        <w:spacing w:after="0"/>
      </w:pPr>
      <w:r>
        <w:rPr>
          <w:rFonts w:ascii="Arial" w:hAnsi="Arial"/>
          <w:b/>
          <w:sz w:val="22"/>
        </w:rPr>
        <w:t xml:space="preserve">Lucy  </w:t>
      </w:r>
      <w:r>
        <w:rPr>
          <w:rFonts w:ascii="Arial" w:hAnsi="Arial"/>
          <w:color w:val="5D7284"/>
          <w:sz w:val="22"/>
        </w:rPr>
        <w:t>33:39</w:t>
      </w:r>
    </w:p>
    <w:p>
      <w:pPr>
        <w:spacing w:after="0"/>
      </w:pPr>
      <w:r>
        <w:rPr>
          <w:rFonts w:ascii="Arial" w:hAnsi="Arial"/>
          <w:sz w:val="22"/>
        </w:rPr>
        <w:t>will go downhill.</w:t>
      </w:r>
    </w:p>
    <w:p>
      <w:pPr>
        <w:spacing w:after="0"/>
      </w:pPr>
    </w:p>
    <w:p>
      <w:pPr>
        <w:spacing w:after="0"/>
      </w:pPr>
      <w:r>
        <w:rPr>
          <w:rFonts w:ascii="Arial" w:hAnsi="Arial"/>
          <w:b/>
          <w:sz w:val="22"/>
        </w:rPr>
        <w:t xml:space="preserve">Alice  </w:t>
      </w:r>
      <w:r>
        <w:rPr>
          <w:rFonts w:ascii="Arial" w:hAnsi="Arial"/>
          <w:color w:val="5D7284"/>
          <w:sz w:val="22"/>
        </w:rPr>
        <w:t>33:41</w:t>
      </w:r>
    </w:p>
    <w:p>
      <w:pPr>
        <w:spacing w:after="0"/>
      </w:pPr>
      <w:r>
        <w:rPr>
          <w:rFonts w:ascii="Arial" w:hAnsi="Arial"/>
          <w:sz w:val="22"/>
        </w:rPr>
        <w:t>It's been it's been ages. Let me ring my bell. We can carry on</w:t>
      </w:r>
    </w:p>
    <w:p>
      <w:pPr>
        <w:spacing w:after="0"/>
      </w:pPr>
    </w:p>
    <w:p>
      <w:pPr>
        <w:spacing w:after="0"/>
      </w:pPr>
      <w:r>
        <w:rPr>
          <w:rFonts w:ascii="Arial" w:hAnsi="Arial"/>
          <w:b/>
          <w:sz w:val="22"/>
        </w:rPr>
        <w:t xml:space="preserve">Lucy  </w:t>
      </w:r>
      <w:r>
        <w:rPr>
          <w:rFonts w:ascii="Arial" w:hAnsi="Arial"/>
          <w:color w:val="5D7284"/>
          <w:sz w:val="22"/>
        </w:rPr>
        <w:t>33:50</w:t>
      </w:r>
    </w:p>
    <w:p>
      <w:pPr>
        <w:spacing w:after="0"/>
      </w:pPr>
      <w:r>
        <w:rPr>
          <w:rFonts w:ascii="Arial" w:hAnsi="Arial"/>
          <w:sz w:val="22"/>
        </w:rPr>
        <w:t>back after this short break. Anyway, I do apologize. Please carry on.</w:t>
      </w:r>
    </w:p>
    <w:p>
      <w:pPr>
        <w:spacing w:after="0"/>
      </w:pPr>
    </w:p>
    <w:p>
      <w:pPr>
        <w:spacing w:after="0"/>
      </w:pPr>
      <w:r>
        <w:rPr>
          <w:rFonts w:ascii="Arial" w:hAnsi="Arial"/>
          <w:b/>
          <w:sz w:val="22"/>
        </w:rPr>
        <w:t xml:space="preserve">Roland Chesters  </w:t>
      </w:r>
      <w:r>
        <w:rPr>
          <w:rFonts w:ascii="Arial" w:hAnsi="Arial"/>
          <w:color w:val="5D7284"/>
          <w:sz w:val="22"/>
        </w:rPr>
        <w:t>33:57</w:t>
      </w:r>
    </w:p>
    <w:p>
      <w:pPr>
        <w:spacing w:after="0"/>
      </w:pPr>
      <w:r>
        <w:rPr>
          <w:rFonts w:ascii="Arial" w:hAnsi="Arial"/>
          <w:sz w:val="22"/>
        </w:rPr>
        <w:t>No need to apologize. So I do the fourth day for you. Yes. Which is about Charles Dickens. So on the fourth day of Christmas. Think of Charles Dickens. Here was a man who unashamedly use disability as a literary device wherever and whenever he could. And often at Christmas, as if tiny Tim wasn't bad enough. There's also Bertha, the little blind daughter of toy maker Caleb Plumber in the cricket on the half. She is tricked into believing the life of poverty that the two share is in fact one of wealth and ease. It is a tale of deceit, that patronizes blind people and is modeled almost entirely on the medical model of disability rather than the social model.</w:t>
      </w:r>
    </w:p>
    <w:p>
      <w:pPr>
        <w:spacing w:after="0"/>
      </w:pPr>
    </w:p>
    <w:p>
      <w:pPr>
        <w:spacing w:after="0"/>
      </w:pPr>
      <w:r>
        <w:rPr>
          <w:rFonts w:ascii="Arial" w:hAnsi="Arial"/>
          <w:b/>
          <w:sz w:val="22"/>
        </w:rPr>
        <w:t xml:space="preserve">Alice  </w:t>
      </w:r>
      <w:r>
        <w:rPr>
          <w:rFonts w:ascii="Arial" w:hAnsi="Arial"/>
          <w:color w:val="5D7284"/>
          <w:sz w:val="22"/>
        </w:rPr>
        <w:t>34:47</w:t>
      </w:r>
    </w:p>
    <w:p>
      <w:pPr>
        <w:spacing w:after="0"/>
      </w:pPr>
      <w:r>
        <w:rPr>
          <w:rFonts w:ascii="Arial" w:hAnsi="Arial"/>
          <w:sz w:val="22"/>
        </w:rPr>
        <w:t>I have as a as a blind person that is definitely like hits a weird sort of secret fear that people are going to play tricks on me and I'm not going to know I went to school with this girl who thought it was hilarious because I've got no peripheral vision to just reach out from beside me and boot me on the nose.</w:t>
      </w:r>
    </w:p>
    <w:p>
      <w:pPr>
        <w:spacing w:after="0"/>
      </w:pPr>
    </w:p>
    <w:p>
      <w:pPr>
        <w:spacing w:after="0"/>
      </w:pPr>
      <w:r>
        <w:rPr>
          <w:rFonts w:ascii="Arial" w:hAnsi="Arial"/>
          <w:b/>
          <w:sz w:val="22"/>
        </w:rPr>
        <w:t xml:space="preserve">Lucy  </w:t>
      </w:r>
      <w:r>
        <w:rPr>
          <w:rFonts w:ascii="Arial" w:hAnsi="Arial"/>
          <w:color w:val="5D7284"/>
          <w:sz w:val="22"/>
        </w:rPr>
        <w:t>35:11</w:t>
      </w:r>
    </w:p>
    <w:p>
      <w:pPr>
        <w:spacing w:after="0"/>
      </w:pPr>
      <w:r>
        <w:rPr>
          <w:rFonts w:ascii="Arial" w:hAnsi="Arial"/>
          <w:sz w:val="22"/>
        </w:rPr>
        <w:t>Well,</w:t>
      </w:r>
    </w:p>
    <w:p>
      <w:pPr>
        <w:spacing w:after="0"/>
      </w:pPr>
    </w:p>
    <w:p>
      <w:pPr>
        <w:spacing w:after="0"/>
      </w:pPr>
      <w:r>
        <w:rPr>
          <w:rFonts w:ascii="Arial" w:hAnsi="Arial"/>
          <w:b/>
          <w:sz w:val="22"/>
        </w:rPr>
        <w:t xml:space="preserve">Roland Chesters  </w:t>
      </w:r>
      <w:r>
        <w:rPr>
          <w:rFonts w:ascii="Arial" w:hAnsi="Arial"/>
          <w:color w:val="5D7284"/>
          <w:sz w:val="22"/>
        </w:rPr>
        <w:t>35:13</w:t>
      </w:r>
    </w:p>
    <w:p>
      <w:pPr>
        <w:spacing w:after="0"/>
      </w:pPr>
      <w:r>
        <w:rPr>
          <w:rFonts w:ascii="Arial" w:hAnsi="Arial"/>
          <w:sz w:val="22"/>
        </w:rPr>
        <w:t>I hope you biffed her</w:t>
      </w:r>
    </w:p>
    <w:p>
      <w:pPr>
        <w:spacing w:after="0"/>
      </w:pPr>
    </w:p>
    <w:p>
      <w:pPr>
        <w:spacing w:after="0"/>
      </w:pPr>
      <w:r>
        <w:rPr>
          <w:rFonts w:ascii="Arial" w:hAnsi="Arial"/>
          <w:b/>
          <w:sz w:val="22"/>
        </w:rPr>
        <w:t xml:space="preserve">Lucy  </w:t>
      </w:r>
      <w:r>
        <w:rPr>
          <w:rFonts w:ascii="Arial" w:hAnsi="Arial"/>
          <w:color w:val="5D7284"/>
          <w:sz w:val="22"/>
        </w:rPr>
        <w:t>35:14</w:t>
      </w:r>
    </w:p>
    <w:p>
      <w:pPr>
        <w:spacing w:after="0"/>
      </w:pPr>
      <w:r>
        <w:rPr>
          <w:rFonts w:ascii="Arial" w:hAnsi="Arial"/>
          <w:sz w:val="22"/>
        </w:rPr>
        <w:t>i don't know about finger rolling. I would have bitten her</w:t>
      </w:r>
    </w:p>
    <w:p>
      <w:pPr>
        <w:spacing w:after="0"/>
      </w:pPr>
    </w:p>
    <w:p>
      <w:pPr>
        <w:spacing w:after="0"/>
      </w:pPr>
      <w:r>
        <w:rPr>
          <w:rFonts w:ascii="Arial" w:hAnsi="Arial"/>
          <w:b/>
          <w:sz w:val="22"/>
        </w:rPr>
        <w:t xml:space="preserve">Alice  </w:t>
      </w:r>
      <w:r>
        <w:rPr>
          <w:rFonts w:ascii="Arial" w:hAnsi="Arial"/>
          <w:color w:val="5D7284"/>
          <w:sz w:val="22"/>
        </w:rPr>
        <w:t>35:22</w:t>
      </w:r>
    </w:p>
    <w:p>
      <w:pPr>
        <w:spacing w:after="0"/>
      </w:pPr>
      <w:r>
        <w:rPr>
          <w:rFonts w:ascii="Arial" w:hAnsi="Arial"/>
          <w:sz w:val="22"/>
        </w:rPr>
        <w:t>Wow. Yeah, I mean, unfortunately she she got the advantage because I couldn't see it happening until it was too late. Ignorant, ignorant people.</w:t>
      </w:r>
    </w:p>
    <w:p>
      <w:pPr>
        <w:spacing w:after="0"/>
      </w:pPr>
    </w:p>
    <w:p>
      <w:pPr>
        <w:spacing w:after="0"/>
      </w:pPr>
      <w:r>
        <w:rPr>
          <w:rFonts w:ascii="Arial" w:hAnsi="Arial"/>
          <w:b/>
          <w:sz w:val="22"/>
        </w:rPr>
        <w:t xml:space="preserve">Lucy  </w:t>
      </w:r>
      <w:r>
        <w:rPr>
          <w:rFonts w:ascii="Arial" w:hAnsi="Arial"/>
          <w:color w:val="5D7284"/>
          <w:sz w:val="22"/>
        </w:rPr>
        <w:t>35:36</w:t>
      </w:r>
    </w:p>
    <w:p>
      <w:pPr>
        <w:spacing w:after="0"/>
      </w:pPr>
      <w:r>
        <w:rPr>
          <w:rFonts w:ascii="Arial" w:hAnsi="Arial"/>
          <w:sz w:val="22"/>
        </w:rPr>
        <w:t>Like Listen, I know the answer. Please like people that will purposely go boo and make me jump because I've got cerebral palsy and a startle reflex that has never, ever left. And some people think it is hilarious to go urghhhhh and make me jump. And when I jump I go into spasm. So I end up swearing at them and then hitting them because the spasm is maybe my arm.</w:t>
      </w:r>
    </w:p>
    <w:p>
      <w:pPr>
        <w:spacing w:after="0"/>
      </w:pPr>
    </w:p>
    <w:p>
      <w:pPr>
        <w:spacing w:after="0"/>
      </w:pPr>
      <w:r>
        <w:rPr>
          <w:rFonts w:ascii="Arial" w:hAnsi="Arial"/>
          <w:b/>
          <w:sz w:val="22"/>
        </w:rPr>
        <w:t xml:space="preserve">Alice  </w:t>
      </w:r>
      <w:r>
        <w:rPr>
          <w:rFonts w:ascii="Arial" w:hAnsi="Arial"/>
          <w:color w:val="5D7284"/>
          <w:sz w:val="22"/>
        </w:rPr>
        <w:t>35:59</w:t>
      </w:r>
    </w:p>
    <w:p>
      <w:pPr>
        <w:spacing w:after="0"/>
      </w:pPr>
      <w:r>
        <w:rPr>
          <w:rFonts w:ascii="Arial" w:hAnsi="Arial"/>
          <w:sz w:val="22"/>
        </w:rPr>
        <w:t>Or at least that's what she tells them She punches them she's like, I can't help it. It's an involuntary spasm</w:t>
      </w:r>
    </w:p>
    <w:p>
      <w:pPr>
        <w:spacing w:after="0"/>
      </w:pPr>
    </w:p>
    <w:p>
      <w:pPr>
        <w:spacing w:after="0"/>
      </w:pPr>
      <w:r>
        <w:rPr>
          <w:rFonts w:ascii="Arial" w:hAnsi="Arial"/>
          <w:b/>
          <w:sz w:val="22"/>
        </w:rPr>
        <w:t xml:space="preserve">Lucy  </w:t>
      </w:r>
      <w:r>
        <w:rPr>
          <w:rFonts w:ascii="Arial" w:hAnsi="Arial"/>
          <w:color w:val="5D7284"/>
          <w:sz w:val="22"/>
        </w:rPr>
        <w:t>36:07</w:t>
      </w:r>
    </w:p>
    <w:p>
      <w:pPr>
        <w:spacing w:after="0"/>
      </w:pPr>
      <w:r>
        <w:rPr>
          <w:rFonts w:ascii="Arial" w:hAnsi="Arial"/>
          <w:sz w:val="22"/>
        </w:rPr>
        <w:t>Yeah, that's not me. Yeah, but now Charles Dickens. A disabled characters doesn't he</w:t>
      </w:r>
    </w:p>
    <w:p>
      <w:pPr>
        <w:spacing w:after="0"/>
      </w:pPr>
    </w:p>
    <w:p>
      <w:pPr>
        <w:spacing w:after="0"/>
      </w:pPr>
      <w:r>
        <w:rPr>
          <w:rFonts w:ascii="Arial" w:hAnsi="Arial"/>
          <w:b/>
          <w:sz w:val="22"/>
        </w:rPr>
        <w:t xml:space="preserve">Alice  </w:t>
      </w:r>
      <w:r>
        <w:rPr>
          <w:rFonts w:ascii="Arial" w:hAnsi="Arial"/>
          <w:color w:val="5D7284"/>
          <w:sz w:val="22"/>
        </w:rPr>
        <w:t>36:16</w:t>
      </w:r>
    </w:p>
    <w:p>
      <w:pPr>
        <w:spacing w:after="0"/>
      </w:pPr>
      <w:r>
        <w:rPr>
          <w:rFonts w:ascii="Arial" w:hAnsi="Arial"/>
          <w:sz w:val="22"/>
        </w:rPr>
        <w:t>a sad disabled character</w:t>
      </w:r>
    </w:p>
    <w:p>
      <w:pPr>
        <w:spacing w:after="0"/>
      </w:pPr>
    </w:p>
    <w:p>
      <w:pPr>
        <w:spacing w:after="0"/>
      </w:pPr>
      <w:r>
        <w:rPr>
          <w:rFonts w:ascii="Arial" w:hAnsi="Arial"/>
          <w:b/>
          <w:sz w:val="22"/>
        </w:rPr>
        <w:t xml:space="preserve">Lucy  </w:t>
      </w:r>
      <w:r>
        <w:rPr>
          <w:rFonts w:ascii="Arial" w:hAnsi="Arial"/>
          <w:color w:val="5D7284"/>
          <w:sz w:val="22"/>
        </w:rPr>
        <w:t>36:18</w:t>
      </w:r>
    </w:p>
    <w:p>
      <w:pPr>
        <w:spacing w:after="0"/>
      </w:pPr>
      <w:r>
        <w:rPr>
          <w:rFonts w:ascii="Arial" w:hAnsi="Arial"/>
          <w:sz w:val="22"/>
        </w:rPr>
        <w:t>They've got to be sad because they can't be living their best lives</w:t>
      </w:r>
    </w:p>
    <w:p>
      <w:pPr>
        <w:spacing w:after="0"/>
      </w:pPr>
    </w:p>
    <w:p>
      <w:pPr>
        <w:spacing w:after="0"/>
      </w:pPr>
      <w:r>
        <w:rPr>
          <w:rFonts w:ascii="Arial" w:hAnsi="Arial"/>
          <w:b/>
          <w:sz w:val="22"/>
        </w:rPr>
        <w:t xml:space="preserve">Alice  </w:t>
      </w:r>
      <w:r>
        <w:rPr>
          <w:rFonts w:ascii="Arial" w:hAnsi="Arial"/>
          <w:color w:val="5D7284"/>
          <w:sz w:val="22"/>
        </w:rPr>
        <w:t>36:22</w:t>
      </w:r>
    </w:p>
    <w:p>
      <w:pPr>
        <w:spacing w:after="0"/>
      </w:pPr>
      <w:r>
        <w:rPr>
          <w:rFonts w:ascii="Arial" w:hAnsi="Arial"/>
          <w:sz w:val="22"/>
        </w:rPr>
        <w:t>I was going to say i don't think he'd like us very much.</w:t>
      </w:r>
    </w:p>
    <w:p>
      <w:pPr>
        <w:spacing w:after="0"/>
      </w:pPr>
    </w:p>
    <w:p>
      <w:pPr>
        <w:spacing w:after="0"/>
      </w:pPr>
      <w:r>
        <w:rPr>
          <w:rFonts w:ascii="Arial" w:hAnsi="Arial"/>
          <w:b/>
          <w:sz w:val="22"/>
        </w:rPr>
        <w:t xml:space="preserve">Lucy  </w:t>
      </w:r>
      <w:r>
        <w:rPr>
          <w:rFonts w:ascii="Arial" w:hAnsi="Arial"/>
          <w:color w:val="5D7284"/>
          <w:sz w:val="22"/>
        </w:rPr>
        <w:t>36:24</w:t>
      </w:r>
    </w:p>
    <w:p>
      <w:pPr>
        <w:spacing w:after="0"/>
      </w:pPr>
      <w:r>
        <w:rPr>
          <w:rFonts w:ascii="Arial" w:hAnsi="Arial"/>
          <w:sz w:val="22"/>
        </w:rPr>
        <w:t>No well it would upset his equilibrium wouldn't it really</w:t>
      </w:r>
    </w:p>
    <w:p>
      <w:pPr>
        <w:spacing w:after="0"/>
      </w:pPr>
    </w:p>
    <w:p>
      <w:pPr>
        <w:spacing w:after="0"/>
      </w:pPr>
      <w:r>
        <w:rPr>
          <w:rFonts w:ascii="Arial" w:hAnsi="Arial"/>
          <w:b/>
          <w:sz w:val="22"/>
        </w:rPr>
        <w:t xml:space="preserve">Roland Chesters  </w:t>
      </w:r>
      <w:r>
        <w:rPr>
          <w:rFonts w:ascii="Arial" w:hAnsi="Arial"/>
          <w:color w:val="5D7284"/>
          <w:sz w:val="22"/>
        </w:rPr>
        <w:t>36:29</w:t>
      </w:r>
    </w:p>
    <w:p>
      <w:pPr>
        <w:spacing w:after="0"/>
      </w:pPr>
      <w:r>
        <w:rPr>
          <w:rFonts w:ascii="Arial" w:hAnsi="Arial"/>
          <w:sz w:val="22"/>
        </w:rPr>
        <w:t>is interesting, because obviously nobody is still alive. I don't think who lived in Victorian times. But we have this sort of particular Christmas, we have this vision of the lovely Victorian Christmas where people are gathered in nicely dressed around a Christmas tree on the gently folding sleigh singing beautifully harmonized Christmas carols with the reality of life, there's nothing like that. The reality of life in Victorian times was huge levels of poverty, which is why so many disabled people were forced to go out onto the street and back using their carts, and so on and so forth. And, to a degree, Dickens was able to write about those realities of Victorian life and a lot of it was around disability. And so we need to have a more realistic view of history. And not always just paint it in a rosy picture of everybody enjoying Christmas. And we still have that societal pressure to be to be enjoying Christmas.</w:t>
      </w:r>
    </w:p>
    <w:p>
      <w:pPr>
        <w:spacing w:after="0"/>
      </w:pPr>
    </w:p>
    <w:p>
      <w:pPr>
        <w:spacing w:after="0"/>
      </w:pPr>
      <w:r>
        <w:rPr>
          <w:rFonts w:ascii="Arial" w:hAnsi="Arial"/>
          <w:b/>
          <w:sz w:val="22"/>
        </w:rPr>
        <w:t xml:space="preserve">Lucy  </w:t>
      </w:r>
      <w:r>
        <w:rPr>
          <w:rFonts w:ascii="Arial" w:hAnsi="Arial"/>
          <w:color w:val="5D7284"/>
          <w:sz w:val="22"/>
        </w:rPr>
        <w:t>37:39</w:t>
      </w:r>
    </w:p>
    <w:p>
      <w:pPr>
        <w:spacing w:after="0"/>
      </w:pPr>
      <w:r>
        <w:rPr>
          <w:rFonts w:ascii="Arial" w:hAnsi="Arial"/>
          <w:sz w:val="22"/>
        </w:rPr>
        <w:t>Oh, absolutely. Absolutely. Like, if he I don't know, Roland, you just told us that you're not really that into Christmas. You don't it's nothing to do. But I suppose do when you tell people that how many people go, Oh, don't be so miserable. Oh, really? Oh, they're shocked and appalled that you can't possibly want a Christmas tree. Like not want a Christmas tree? Or, you know, at the end of the day, you know, people people who when they say to me, I don't really like Christmas that much. I mean, recently, my Nana died three years ago, on New Year's Day, so she was very, very poorly over Christmas. And since then, she's uh, my Nana was a big part of our family. Don't cry Lucy. And she's like, she was like, you know, she was always the one feeding the olives every year and go and do like an olive yet? No, no, try it. Try to do now my Nana would be very pleased to know that I now eat olives but she would do that every Christmas and it's silly things like that. So every year now Christmas is always tinged with that little bit of sadness. I still maintain that she died on New Year's Day on purpose. So that we would never forget. Because it's the kind of thing she would do my Nana. But yeah, so we use you know, whilst I still enjoy Christmas, Christmas will never now be the same again. Because my Nana is not here. Who I loved dearly, you know, so? Yeah. So I always say to people who who struggle with Christmas, it's just a day at the end of the day, like a week a week out most, two at a huge push. And if you think of it like that, it really doesn't matter does it as long as you can feel a bit more relaxed because you're not at work and please yourself, you know watch a good film on the telly. It's not it's you know, that's as much as the rest as you need is.</w:t>
      </w:r>
    </w:p>
    <w:p>
      <w:pPr>
        <w:spacing w:after="0"/>
      </w:pPr>
    </w:p>
    <w:p>
      <w:pPr>
        <w:spacing w:after="0"/>
      </w:pPr>
      <w:r>
        <w:rPr>
          <w:rFonts w:ascii="Arial" w:hAnsi="Arial"/>
          <w:b/>
          <w:sz w:val="22"/>
        </w:rPr>
        <w:t xml:space="preserve">Roland Chesters  </w:t>
      </w:r>
      <w:r>
        <w:rPr>
          <w:rFonts w:ascii="Arial" w:hAnsi="Arial"/>
          <w:color w:val="5D7284"/>
          <w:sz w:val="22"/>
        </w:rPr>
        <w:t>39:40</w:t>
      </w:r>
    </w:p>
    <w:p>
      <w:pPr>
        <w:spacing w:after="0"/>
      </w:pPr>
      <w:r>
        <w:rPr>
          <w:rFonts w:ascii="Arial" w:hAnsi="Arial"/>
          <w:sz w:val="22"/>
        </w:rPr>
        <w:t>Absolutely. I I'm very much feel that everybody needs to make their own Christmas. And for those people who do want to be hugely sociable, decorate their house but all of those lights up in the garden ramp up their electricity bill, that's fine. if that's their choice and their decision, yeah, but my choice and my decision is different. And we need to respect and understand each other's point of view. I do feel sorry for those people who feel pressurised into putting up that facade of joyfulness and Bonami, and so on and so forth. I feel really sorry for people who feel pressurised into spending too much money that they can't afford on gifts that people don't really want. Yeah, it'll end up in landfill in a couple of weeks. Yeah. Yeah, why exactly?</w:t>
      </w:r>
    </w:p>
    <w:p>
      <w:pPr>
        <w:spacing w:after="0"/>
      </w:pPr>
    </w:p>
    <w:p>
      <w:pPr>
        <w:spacing w:after="0"/>
      </w:pPr>
      <w:r>
        <w:rPr>
          <w:rFonts w:ascii="Arial" w:hAnsi="Arial"/>
          <w:b/>
          <w:sz w:val="22"/>
        </w:rPr>
        <w:t xml:space="preserve">Lucy  </w:t>
      </w:r>
      <w:r>
        <w:rPr>
          <w:rFonts w:ascii="Arial" w:hAnsi="Arial"/>
          <w:color w:val="5D7284"/>
          <w:sz w:val="22"/>
        </w:rPr>
        <w:t>40:40</w:t>
      </w:r>
    </w:p>
    <w:p>
      <w:pPr>
        <w:spacing w:after="0"/>
      </w:pPr>
      <w:r>
        <w:rPr>
          <w:rFonts w:ascii="Arial" w:hAnsi="Arial"/>
          <w:sz w:val="22"/>
        </w:rPr>
        <w:t>Yeah, no, it's</w:t>
      </w:r>
    </w:p>
    <w:p>
      <w:pPr>
        <w:spacing w:after="0"/>
      </w:pPr>
    </w:p>
    <w:p>
      <w:pPr>
        <w:spacing w:after="0"/>
      </w:pPr>
      <w:r>
        <w:rPr>
          <w:rFonts w:ascii="Arial" w:hAnsi="Arial"/>
          <w:b/>
          <w:sz w:val="22"/>
        </w:rPr>
        <w:t xml:space="preserve">Alice  </w:t>
      </w:r>
      <w:r>
        <w:rPr>
          <w:rFonts w:ascii="Arial" w:hAnsi="Arial"/>
          <w:color w:val="5D7284"/>
          <w:sz w:val="22"/>
        </w:rPr>
        <w:t>40:41</w:t>
      </w:r>
    </w:p>
    <w:p>
      <w:pPr>
        <w:spacing w:after="0"/>
      </w:pPr>
      <w:r>
        <w:rPr>
          <w:rFonts w:ascii="Arial" w:hAnsi="Arial"/>
          <w:sz w:val="22"/>
        </w:rPr>
        <w:t>Yeah, ridiculous. We, we've told people in our family that, you know, if you want to give us a give us cash or make a charity donation, because, you know, I, I can always spend money on coffee and getting my nails done, which are the things that I like to buying books that, you know, audio books that I can listen to, otherwise, I don't I don't need anything to spend my money on anything. You know, so it's, I don't I really don't need more crap.</w:t>
      </w:r>
    </w:p>
    <w:p>
      <w:pPr>
        <w:spacing w:after="0"/>
      </w:pPr>
    </w:p>
    <w:p>
      <w:pPr>
        <w:spacing w:after="0"/>
      </w:pPr>
      <w:r>
        <w:rPr>
          <w:rFonts w:ascii="Arial" w:hAnsi="Arial"/>
          <w:b/>
          <w:sz w:val="22"/>
        </w:rPr>
        <w:t xml:space="preserve">Lucy  </w:t>
      </w:r>
      <w:r>
        <w:rPr>
          <w:rFonts w:ascii="Arial" w:hAnsi="Arial"/>
          <w:color w:val="5D7284"/>
          <w:sz w:val="22"/>
        </w:rPr>
        <w:t>41:12</w:t>
      </w:r>
    </w:p>
    <w:p>
      <w:pPr>
        <w:spacing w:after="0"/>
      </w:pPr>
      <w:r>
        <w:rPr>
          <w:rFonts w:ascii="Arial" w:hAnsi="Arial"/>
          <w:sz w:val="22"/>
        </w:rPr>
        <w:t>This is a public service announcement. This is Don't get yourself into debt, this Christmas is not worth it really, really not</w:t>
      </w:r>
    </w:p>
    <w:p>
      <w:pPr>
        <w:spacing w:after="0"/>
      </w:pPr>
    </w:p>
    <w:p>
      <w:pPr>
        <w:spacing w:after="0"/>
      </w:pPr>
      <w:r>
        <w:rPr>
          <w:rFonts w:ascii="Arial" w:hAnsi="Arial"/>
          <w:b/>
          <w:sz w:val="22"/>
        </w:rPr>
        <w:t xml:space="preserve">Roland Chesters  </w:t>
      </w:r>
      <w:r>
        <w:rPr>
          <w:rFonts w:ascii="Arial" w:hAnsi="Arial"/>
          <w:color w:val="5D7284"/>
          <w:sz w:val="22"/>
        </w:rPr>
        <w:t>41:20</w:t>
      </w:r>
    </w:p>
    <w:p>
      <w:pPr>
        <w:spacing w:after="0"/>
      </w:pPr>
      <w:r>
        <w:rPr>
          <w:rFonts w:ascii="Arial" w:hAnsi="Arial"/>
          <w:sz w:val="22"/>
        </w:rPr>
        <w:t>talking of audiobooks, am I allowed to do a little plug for my book is that Oh, absolutely. So I wrote a book called ripples from the edge of life that was published in 2018. And the audio version has just been released on Audible. The book, the book is the story of my diagnosis, but not only me, because I now do a lot of volunteer work in HIV AIDS sector. I'm a speaker, I'm one of the panel of positive voices, speakers. So we go out and speak to schools, workplaces, anybody that will invite us basically, to talk about our experiences of living with HIV. And so having done the work, and in that sector heard these stories, I realized that my story base by no means unique or special in any kind of way. So it's not only my story, but I reached out to the HIV community and 14 other wonderful people also shared their stories of their diagnoses in the book. And they are arranged in chronological order from Maurice who was diagnosed in 1981, up to Simon who was diagnosed in 2015. And whilst the experiences of diagnosis have changed as treatment has improved over the years, the consistent theme throughout all those stories is one is stigma. And the way people around the people who've been diagnosed have responded and reacted to that diagnosis. And sadly, that situation hasn't really improved that much.</w:t>
      </w:r>
    </w:p>
    <w:p>
      <w:pPr>
        <w:spacing w:after="0"/>
      </w:pPr>
    </w:p>
    <w:p>
      <w:pPr>
        <w:spacing w:after="0"/>
      </w:pPr>
      <w:r>
        <w:rPr>
          <w:rFonts w:ascii="Arial" w:hAnsi="Arial"/>
          <w:b/>
          <w:sz w:val="22"/>
        </w:rPr>
        <w:t xml:space="preserve">Lucy  </w:t>
      </w:r>
      <w:r>
        <w:rPr>
          <w:rFonts w:ascii="Arial" w:hAnsi="Arial"/>
          <w:color w:val="5D7284"/>
          <w:sz w:val="22"/>
        </w:rPr>
        <w:t>43:00</w:t>
      </w:r>
    </w:p>
    <w:p>
      <w:pPr>
        <w:spacing w:after="0"/>
      </w:pPr>
      <w:r>
        <w:rPr>
          <w:rFonts w:ascii="Arial" w:hAnsi="Arial"/>
          <w:sz w:val="22"/>
        </w:rPr>
        <w:t>No. Please tell me please tell me Roland that you are you have recorded?</w:t>
      </w:r>
    </w:p>
    <w:p>
      <w:pPr>
        <w:spacing w:after="0"/>
      </w:pPr>
    </w:p>
    <w:p>
      <w:pPr>
        <w:spacing w:after="0"/>
      </w:pPr>
      <w:r>
        <w:rPr>
          <w:rFonts w:ascii="Arial" w:hAnsi="Arial"/>
          <w:b/>
          <w:sz w:val="22"/>
        </w:rPr>
        <w:t xml:space="preserve">Alice  </w:t>
      </w:r>
      <w:r>
        <w:rPr>
          <w:rFonts w:ascii="Arial" w:hAnsi="Arial"/>
          <w:color w:val="5D7284"/>
          <w:sz w:val="22"/>
        </w:rPr>
        <w:t>43:08</w:t>
      </w:r>
    </w:p>
    <w:p>
      <w:pPr>
        <w:spacing w:after="0"/>
      </w:pPr>
      <w:r>
        <w:rPr>
          <w:rFonts w:ascii="Arial" w:hAnsi="Arial"/>
          <w:sz w:val="22"/>
        </w:rPr>
        <w:t>The audio is gonna safely Yeah, did you read it?</w:t>
      </w:r>
    </w:p>
    <w:p>
      <w:pPr>
        <w:spacing w:after="0"/>
      </w:pPr>
    </w:p>
    <w:p>
      <w:pPr>
        <w:spacing w:after="0"/>
      </w:pPr>
      <w:r>
        <w:rPr>
          <w:rFonts w:ascii="Arial" w:hAnsi="Arial"/>
          <w:b/>
          <w:sz w:val="22"/>
        </w:rPr>
        <w:t xml:space="preserve">Roland Chesters  </w:t>
      </w:r>
      <w:r>
        <w:rPr>
          <w:rFonts w:ascii="Arial" w:hAnsi="Arial"/>
          <w:color w:val="5D7284"/>
          <w:sz w:val="22"/>
        </w:rPr>
        <w:t>43:10</w:t>
      </w:r>
    </w:p>
    <w:p>
      <w:pPr>
        <w:spacing w:after="0"/>
      </w:pPr>
      <w:r>
        <w:rPr>
          <w:rFonts w:ascii="Arial" w:hAnsi="Arial"/>
          <w:sz w:val="22"/>
        </w:rPr>
        <w:t>I didn't. Sorry to disappoint you.</w:t>
      </w:r>
    </w:p>
    <w:p>
      <w:pPr>
        <w:spacing w:after="0"/>
      </w:pPr>
    </w:p>
    <w:p>
      <w:pPr>
        <w:spacing w:after="0"/>
      </w:pPr>
      <w:r>
        <w:rPr>
          <w:rFonts w:ascii="Arial" w:hAnsi="Arial"/>
          <w:b/>
          <w:sz w:val="22"/>
        </w:rPr>
        <w:t xml:space="preserve">Alice  </w:t>
      </w:r>
      <w:r>
        <w:rPr>
          <w:rFonts w:ascii="Arial" w:hAnsi="Arial"/>
          <w:color w:val="5D7284"/>
          <w:sz w:val="22"/>
        </w:rPr>
        <w:t>43:17</w:t>
      </w:r>
    </w:p>
    <w:p>
      <w:pPr>
        <w:spacing w:after="0"/>
      </w:pPr>
      <w:r>
        <w:rPr>
          <w:rFonts w:ascii="Arial" w:hAnsi="Arial"/>
          <w:sz w:val="22"/>
        </w:rPr>
        <w:t>You've got a lovely speech, you know, you're delivering what you're telling us really beautifully. So I feel like it would have been really good.</w:t>
      </w:r>
    </w:p>
    <w:p>
      <w:pPr>
        <w:spacing w:after="0"/>
      </w:pPr>
    </w:p>
    <w:p>
      <w:pPr>
        <w:spacing w:after="0"/>
      </w:pPr>
      <w:r>
        <w:rPr>
          <w:rFonts w:ascii="Arial" w:hAnsi="Arial"/>
          <w:b/>
          <w:sz w:val="22"/>
        </w:rPr>
        <w:t xml:space="preserve">Lucy  </w:t>
      </w:r>
      <w:r>
        <w:rPr>
          <w:rFonts w:ascii="Arial" w:hAnsi="Arial"/>
          <w:color w:val="5D7284"/>
          <w:sz w:val="22"/>
        </w:rPr>
        <w:t>43:24</w:t>
      </w:r>
    </w:p>
    <w:p>
      <w:pPr>
        <w:spacing w:after="0"/>
      </w:pPr>
      <w:r>
        <w:rPr>
          <w:rFonts w:ascii="Arial" w:hAnsi="Arial"/>
          <w:sz w:val="22"/>
        </w:rPr>
        <w:t>Or like us who are like,</w:t>
      </w:r>
    </w:p>
    <w:p>
      <w:pPr>
        <w:spacing w:after="0"/>
      </w:pPr>
    </w:p>
    <w:p>
      <w:pPr>
        <w:spacing w:after="0"/>
      </w:pPr>
      <w:r>
        <w:rPr>
          <w:rFonts w:ascii="Arial" w:hAnsi="Arial"/>
          <w:b/>
          <w:sz w:val="22"/>
        </w:rPr>
        <w:t xml:space="preserve">Alice  </w:t>
      </w:r>
      <w:r>
        <w:rPr>
          <w:rFonts w:ascii="Arial" w:hAnsi="Arial"/>
          <w:color w:val="5D7284"/>
          <w:sz w:val="22"/>
        </w:rPr>
        <w:t>43:27</w:t>
      </w:r>
    </w:p>
    <w:p>
      <w:pPr>
        <w:spacing w:after="0"/>
      </w:pPr>
      <w:r>
        <w:rPr>
          <w:rFonts w:ascii="Arial" w:hAnsi="Arial"/>
          <w:sz w:val="22"/>
        </w:rPr>
        <w:t>effing and jeffing and eating Panattoni</w:t>
      </w:r>
    </w:p>
    <w:p>
      <w:pPr>
        <w:spacing w:after="0"/>
      </w:pPr>
    </w:p>
    <w:p>
      <w:pPr>
        <w:spacing w:after="0"/>
      </w:pPr>
      <w:r>
        <w:rPr>
          <w:rFonts w:ascii="Arial" w:hAnsi="Arial"/>
          <w:b/>
          <w:sz w:val="22"/>
        </w:rPr>
        <w:t xml:space="preserve">Roland Chesters  </w:t>
      </w:r>
      <w:r>
        <w:rPr>
          <w:rFonts w:ascii="Arial" w:hAnsi="Arial"/>
          <w:color w:val="5D7284"/>
          <w:sz w:val="22"/>
        </w:rPr>
        <w:t>43:29</w:t>
      </w:r>
    </w:p>
    <w:p>
      <w:pPr>
        <w:spacing w:after="0"/>
      </w:pPr>
      <w:r>
        <w:rPr>
          <w:rFonts w:ascii="Arial" w:hAnsi="Arial"/>
          <w:sz w:val="22"/>
        </w:rPr>
        <w:t>I made a deliberate choice to not read it because I know the 14 other people who share their stories, and I didn't want as I was reading their stories, I didn't want to try and imitate their voices. Well, that would have been disrespectful. Yeah. So I auditioned various people and got a brilliant Alan Turton, who is the chap who narrates it has done a fantastic job. Fabulous. Well, if you want to get a copy of the audiobook, or if you want get hold of a copy of the hardback or the E, the e book on Amazon, or from my website www.ripplesfromtheedge.com</w:t>
      </w:r>
    </w:p>
    <w:p>
      <w:pPr>
        <w:spacing w:after="0"/>
      </w:pPr>
    </w:p>
    <w:p>
      <w:pPr>
        <w:spacing w:after="0"/>
      </w:pPr>
      <w:r>
        <w:rPr>
          <w:rFonts w:ascii="Arial" w:hAnsi="Arial"/>
          <w:b/>
          <w:sz w:val="22"/>
        </w:rPr>
        <w:t xml:space="preserve">Lucy  </w:t>
      </w:r>
      <w:r>
        <w:rPr>
          <w:rFonts w:ascii="Arial" w:hAnsi="Arial"/>
          <w:color w:val="5D7284"/>
          <w:sz w:val="22"/>
        </w:rPr>
        <w:t>44:20</w:t>
      </w:r>
    </w:p>
    <w:p>
      <w:pPr>
        <w:spacing w:after="0"/>
      </w:pPr>
      <w:r>
        <w:rPr>
          <w:rFonts w:ascii="Arial" w:hAnsi="Arial"/>
          <w:sz w:val="22"/>
        </w:rPr>
        <w:t>We're gonna put all those links in the episode description so that people can click on it link through guys, because these episodes get transcribed the standard so we can pull them rented.</w:t>
      </w:r>
    </w:p>
    <w:p>
      <w:pPr>
        <w:spacing w:after="0"/>
      </w:pPr>
    </w:p>
    <w:p>
      <w:pPr>
        <w:spacing w:after="0"/>
      </w:pPr>
      <w:r>
        <w:rPr>
          <w:rFonts w:ascii="Arial" w:hAnsi="Arial"/>
          <w:b/>
          <w:sz w:val="22"/>
        </w:rPr>
        <w:t xml:space="preserve">Alice  </w:t>
      </w:r>
      <w:r>
        <w:rPr>
          <w:rFonts w:ascii="Arial" w:hAnsi="Arial"/>
          <w:color w:val="5D7284"/>
          <w:sz w:val="22"/>
        </w:rPr>
        <w:t>44:33</w:t>
      </w:r>
    </w:p>
    <w:p>
      <w:pPr>
        <w:spacing w:after="0"/>
      </w:pPr>
      <w:r>
        <w:rPr>
          <w:rFonts w:ascii="Arial" w:hAnsi="Arial"/>
          <w:sz w:val="22"/>
        </w:rPr>
        <w:t>last minute Christmas present guys if you Yeah, if anything? Yeah,</w:t>
      </w:r>
    </w:p>
    <w:p>
      <w:pPr>
        <w:spacing w:after="0"/>
      </w:pPr>
    </w:p>
    <w:p>
      <w:pPr>
        <w:spacing w:after="0"/>
      </w:pPr>
      <w:r>
        <w:rPr>
          <w:rFonts w:ascii="Arial" w:hAnsi="Arial"/>
          <w:b/>
          <w:sz w:val="22"/>
        </w:rPr>
        <w:t xml:space="preserve">Roland Chesters  </w:t>
      </w:r>
      <w:r>
        <w:rPr>
          <w:rFonts w:ascii="Arial" w:hAnsi="Arial"/>
          <w:color w:val="5D7284"/>
          <w:sz w:val="22"/>
        </w:rPr>
        <w:t>44:39</w:t>
      </w:r>
    </w:p>
    <w:p>
      <w:pPr>
        <w:spacing w:after="0"/>
      </w:pPr>
      <w:r>
        <w:rPr>
          <w:rFonts w:ascii="Arial" w:hAnsi="Arial"/>
          <w:sz w:val="22"/>
        </w:rPr>
        <w:t>I think I mentioned Well, they say something that obviously is very important, very dear to me. It's not only a celebration of those people who are still alive still living with HIV and AIDS, but also a reminder of those people that we have lost 70 million people were have been diagnosed globally with HIV and AIDS. Only 50% of those people still survive. And I think it I'm not diminishing in any kind of way what we have all been still going through these last 18 months, two years with COVID. But bear in mind that globally so far, about 5 million people have have died from COVID compared to all those that have died from HIV and AIDS.</w:t>
      </w:r>
    </w:p>
    <w:p>
      <w:pPr>
        <w:spacing w:after="0"/>
      </w:pPr>
    </w:p>
    <w:p>
      <w:pPr>
        <w:spacing w:after="0"/>
      </w:pPr>
      <w:r>
        <w:rPr>
          <w:rFonts w:ascii="Arial" w:hAnsi="Arial"/>
          <w:b/>
          <w:sz w:val="22"/>
        </w:rPr>
        <w:t xml:space="preserve">Lucy  </w:t>
      </w:r>
      <w:r>
        <w:rPr>
          <w:rFonts w:ascii="Arial" w:hAnsi="Arial"/>
          <w:color w:val="5D7284"/>
          <w:sz w:val="22"/>
        </w:rPr>
        <w:t>45:36</w:t>
      </w:r>
    </w:p>
    <w:p>
      <w:pPr>
        <w:spacing w:after="0"/>
      </w:pPr>
      <w:r>
        <w:rPr>
          <w:rFonts w:ascii="Arial" w:hAnsi="Arial"/>
          <w:sz w:val="22"/>
        </w:rPr>
        <w:t>Absolutely, absolutely. No, that's great Roland, we're gonna link everything that you've just talked about, into the to do with the episode so people can find that</w:t>
      </w:r>
    </w:p>
    <w:p>
      <w:pPr>
        <w:spacing w:after="0"/>
      </w:pPr>
    </w:p>
    <w:p>
      <w:pPr>
        <w:spacing w:after="0"/>
      </w:pPr>
      <w:r>
        <w:rPr>
          <w:rFonts w:ascii="Arial" w:hAnsi="Arial"/>
          <w:b/>
          <w:sz w:val="22"/>
        </w:rPr>
        <w:t xml:space="preserve">Roland Chesters  </w:t>
      </w:r>
      <w:r>
        <w:rPr>
          <w:rFonts w:ascii="Arial" w:hAnsi="Arial"/>
          <w:color w:val="5D7284"/>
          <w:sz w:val="22"/>
        </w:rPr>
        <w:t>45:47</w:t>
      </w:r>
    </w:p>
    <w:p>
      <w:pPr>
        <w:spacing w:after="0"/>
      </w:pPr>
      <w:r>
        <w:rPr>
          <w:rFonts w:ascii="Arial" w:hAnsi="Arial"/>
          <w:sz w:val="22"/>
        </w:rPr>
        <w:t>Would you like carry on we have another 7 to go ladies</w:t>
      </w:r>
    </w:p>
    <w:p>
      <w:pPr>
        <w:spacing w:after="0"/>
      </w:pPr>
    </w:p>
    <w:p>
      <w:pPr>
        <w:spacing w:after="0"/>
      </w:pPr>
      <w:r>
        <w:rPr>
          <w:rFonts w:ascii="Arial" w:hAnsi="Arial"/>
          <w:b/>
          <w:sz w:val="22"/>
        </w:rPr>
        <w:t xml:space="preserve">Lucy  </w:t>
      </w:r>
      <w:r>
        <w:rPr>
          <w:rFonts w:ascii="Arial" w:hAnsi="Arial"/>
          <w:color w:val="5D7284"/>
          <w:sz w:val="22"/>
        </w:rPr>
        <w:t>45:53</w:t>
      </w:r>
    </w:p>
    <w:p>
      <w:pPr>
        <w:spacing w:after="0"/>
      </w:pPr>
      <w:r>
        <w:rPr>
          <w:rFonts w:ascii="Arial" w:hAnsi="Arial"/>
          <w:sz w:val="22"/>
        </w:rPr>
        <w:t>Christmas bell time.</w:t>
      </w:r>
    </w:p>
    <w:p>
      <w:pPr>
        <w:spacing w:after="0"/>
      </w:pPr>
    </w:p>
    <w:p>
      <w:pPr>
        <w:spacing w:after="0"/>
      </w:pPr>
      <w:r>
        <w:rPr>
          <w:rFonts w:ascii="Arial" w:hAnsi="Arial"/>
          <w:b/>
          <w:sz w:val="22"/>
        </w:rPr>
        <w:t xml:space="preserve">Roland Chesters  </w:t>
      </w:r>
      <w:r>
        <w:rPr>
          <w:rFonts w:ascii="Arial" w:hAnsi="Arial"/>
          <w:color w:val="5D7284"/>
          <w:sz w:val="22"/>
        </w:rPr>
        <w:t>45:59</w:t>
      </w:r>
    </w:p>
    <w:p>
      <w:pPr>
        <w:spacing w:after="0"/>
      </w:pPr>
      <w:r>
        <w:rPr>
          <w:rFonts w:ascii="Arial" w:hAnsi="Arial"/>
          <w:sz w:val="22"/>
        </w:rPr>
        <w:t>On the fifth day of Christmas, think of how many places are accessible to disabled people, you can find a list of the top five accessible festive days out if you do a search on the internet. But there are a limited number. There should be more places that are easy for disabled people to visit at any time of the year.</w:t>
      </w:r>
    </w:p>
    <w:p>
      <w:pPr>
        <w:spacing w:after="0"/>
      </w:pPr>
    </w:p>
    <w:p>
      <w:pPr>
        <w:spacing w:after="0"/>
      </w:pPr>
      <w:r>
        <w:rPr>
          <w:rFonts w:ascii="Arial" w:hAnsi="Arial"/>
          <w:b/>
          <w:sz w:val="22"/>
        </w:rPr>
        <w:t xml:space="preserve">Alice  </w:t>
      </w:r>
      <w:r>
        <w:rPr>
          <w:rFonts w:ascii="Arial" w:hAnsi="Arial"/>
          <w:color w:val="5D7284"/>
          <w:sz w:val="22"/>
        </w:rPr>
        <w:t>46:25</w:t>
      </w:r>
    </w:p>
    <w:p>
      <w:pPr>
        <w:spacing w:after="0"/>
      </w:pPr>
      <w:r>
        <w:rPr>
          <w:rFonts w:ascii="Arial" w:hAnsi="Arial"/>
          <w:sz w:val="22"/>
        </w:rPr>
        <w:t>I I hate Christmas markets, not because I don't love the idea of drinking hot wine and wandering around looking at crap I don't need but because they're so busy and so inaccessible, and people don't like it. Like I have to touch everything. I have to fundle all everything because I can't sort of understand it with my eyes. So whenever I go shopping, I'm constantly touching things. And people particularly on stalls just don't seem to like it when you're just fingers all over their stuff, especially if it's like baked goods that I can kind of understand.</w:t>
      </w:r>
    </w:p>
    <w:p>
      <w:pPr>
        <w:spacing w:after="0"/>
      </w:pPr>
    </w:p>
    <w:p>
      <w:pPr>
        <w:spacing w:after="0"/>
      </w:pPr>
      <w:r>
        <w:rPr>
          <w:rFonts w:ascii="Arial" w:hAnsi="Arial"/>
          <w:b/>
          <w:sz w:val="22"/>
        </w:rPr>
        <w:t xml:space="preserve">Lucy  </w:t>
      </w:r>
      <w:r>
        <w:rPr>
          <w:rFonts w:ascii="Arial" w:hAnsi="Arial"/>
          <w:color w:val="5D7284"/>
          <w:sz w:val="22"/>
        </w:rPr>
        <w:t>47:01</w:t>
      </w:r>
    </w:p>
    <w:p>
      <w:pPr>
        <w:spacing w:after="0"/>
      </w:pPr>
      <w:r>
        <w:rPr>
          <w:rFonts w:ascii="Arial" w:hAnsi="Arial"/>
          <w:sz w:val="22"/>
        </w:rPr>
        <w:t>Sorry i'm being very childish and i'm giggling quite a lot and you're making it just me fumbling my finger all over everything quite funny.</w:t>
      </w:r>
    </w:p>
    <w:p>
      <w:pPr>
        <w:spacing w:after="0"/>
      </w:pPr>
    </w:p>
    <w:p>
      <w:pPr>
        <w:spacing w:after="0"/>
      </w:pPr>
      <w:r>
        <w:rPr>
          <w:rFonts w:ascii="Arial" w:hAnsi="Arial"/>
          <w:b/>
          <w:sz w:val="22"/>
        </w:rPr>
        <w:t xml:space="preserve">Roland Chesters  </w:t>
      </w:r>
      <w:r>
        <w:rPr>
          <w:rFonts w:ascii="Arial" w:hAnsi="Arial"/>
          <w:color w:val="5D7284"/>
          <w:sz w:val="22"/>
        </w:rPr>
        <w:t>47:20</w:t>
      </w:r>
    </w:p>
    <w:p>
      <w:pPr>
        <w:spacing w:after="0"/>
      </w:pPr>
      <w:r>
        <w:rPr>
          <w:rFonts w:ascii="Arial" w:hAnsi="Arial"/>
          <w:sz w:val="22"/>
        </w:rPr>
        <w:t>There's there is something that about hidden disabilities, so people necessarily know Alice that you have got a visual impairment. I found as I said earlier on, I had a stroke in July. Fortunately, it was only a minor stroke. And the only thing that I was left with was problems with balance when walking. So I bought myself a very fancy walking stick on these ones that folds up with an elastic. So all you need to do is go snap, and it goes bejoinggggg</w:t>
      </w:r>
    </w:p>
    <w:p>
      <w:pPr>
        <w:spacing w:after="0"/>
      </w:pPr>
    </w:p>
    <w:p>
      <w:pPr>
        <w:spacing w:after="0"/>
      </w:pPr>
      <w:r>
        <w:rPr>
          <w:rFonts w:ascii="Arial" w:hAnsi="Arial"/>
          <w:b/>
          <w:sz w:val="22"/>
        </w:rPr>
        <w:t xml:space="preserve">Alice  </w:t>
      </w:r>
      <w:r>
        <w:rPr>
          <w:rFonts w:ascii="Arial" w:hAnsi="Arial"/>
          <w:color w:val="5D7284"/>
          <w:sz w:val="22"/>
        </w:rPr>
        <w:t>47:55</w:t>
      </w:r>
    </w:p>
    <w:p>
      <w:pPr>
        <w:spacing w:after="0"/>
      </w:pPr>
      <w:r>
        <w:rPr>
          <w:rFonts w:ascii="Arial" w:hAnsi="Arial"/>
          <w:sz w:val="22"/>
        </w:rPr>
        <w:t>makes you feel like a superhero. kind of fancy weapon, doesn't it? Yeah, my cane does that.</w:t>
      </w:r>
    </w:p>
    <w:p>
      <w:pPr>
        <w:spacing w:after="0"/>
      </w:pPr>
    </w:p>
    <w:p>
      <w:pPr>
        <w:spacing w:after="0"/>
      </w:pPr>
      <w:r>
        <w:rPr>
          <w:rFonts w:ascii="Arial" w:hAnsi="Arial"/>
          <w:b/>
          <w:sz w:val="22"/>
        </w:rPr>
        <w:t xml:space="preserve">Roland Chesters  </w:t>
      </w:r>
      <w:r>
        <w:rPr>
          <w:rFonts w:ascii="Arial" w:hAnsi="Arial"/>
          <w:color w:val="5D7284"/>
          <w:sz w:val="22"/>
        </w:rPr>
        <w:t>48:00</w:t>
      </w:r>
    </w:p>
    <w:p>
      <w:pPr>
        <w:spacing w:after="0"/>
      </w:pPr>
      <w:r>
        <w:rPr>
          <w:rFonts w:ascii="Arial" w:hAnsi="Arial"/>
          <w:sz w:val="22"/>
        </w:rPr>
        <w:t>What i noticed, was a completely different attitude towards me, when I was walking with a walking stick, people would look differently at me, then I would perhaps I became more aware of it more sensitive to it, I don't know but people would give me a wider berth. Because I'm walking with a walking stick. People were more friendly, and offering me assistance. If I go into a cafe and there were no seats available, somebody would inevitably invariably stand up and offer me a seat. And I cannot really I can understand why because people can see it. But as you and I know, 80% of people living with a disability have an invisible disability. And my feeling is that we should actually treat everybody as though they did have a disability until we know differently.</w:t>
      </w:r>
    </w:p>
    <w:p>
      <w:pPr>
        <w:spacing w:after="0"/>
      </w:pPr>
    </w:p>
    <w:p>
      <w:pPr>
        <w:spacing w:after="0"/>
      </w:pPr>
      <w:r>
        <w:rPr>
          <w:rFonts w:ascii="Arial" w:hAnsi="Arial"/>
          <w:b/>
          <w:sz w:val="22"/>
        </w:rPr>
        <w:t xml:space="preserve">Lucy  </w:t>
      </w:r>
      <w:r>
        <w:rPr>
          <w:rFonts w:ascii="Arial" w:hAnsi="Arial"/>
          <w:color w:val="5D7284"/>
          <w:sz w:val="22"/>
        </w:rPr>
        <w:t>49:05</w:t>
      </w:r>
    </w:p>
    <w:p>
      <w:pPr>
        <w:spacing w:after="0"/>
      </w:pPr>
      <w:r>
        <w:rPr>
          <w:rFonts w:ascii="Arial" w:hAnsi="Arial"/>
          <w:sz w:val="22"/>
        </w:rPr>
        <w:t>Yeah, yeah. I completely agree with that. And I will I'm always saying that if people show a bit of empathy, the world will be a nicer place to start with. treat everybody like they're going to have some additional need, and then go from there. And if they don't, they don't, but if they do, then you're ready for it aren't you. I think. I think that is the way we need to start looking at things.</w:t>
      </w:r>
    </w:p>
    <w:p>
      <w:pPr>
        <w:spacing w:after="0"/>
      </w:pPr>
    </w:p>
    <w:p>
      <w:pPr>
        <w:spacing w:after="0"/>
      </w:pPr>
      <w:r>
        <w:rPr>
          <w:rFonts w:ascii="Arial" w:hAnsi="Arial"/>
          <w:b/>
          <w:sz w:val="22"/>
        </w:rPr>
        <w:t xml:space="preserve">Roland Chesters  </w:t>
      </w:r>
      <w:r>
        <w:rPr>
          <w:rFonts w:ascii="Arial" w:hAnsi="Arial"/>
          <w:color w:val="5D7284"/>
          <w:sz w:val="22"/>
        </w:rPr>
        <w:t>49:31</w:t>
      </w:r>
    </w:p>
    <w:p>
      <w:pPr>
        <w:spacing w:after="0"/>
      </w:pPr>
      <w:r>
        <w:rPr>
          <w:rFonts w:ascii="Arial" w:hAnsi="Arial"/>
          <w:sz w:val="22"/>
        </w:rPr>
        <w:t>And certainly at the start of the pandemic I although it was a difficult time and I was on the sheltering vulnerable list. So I was completely paid off at home Richard would go out and do the shopping once a week and I'm standing in the garden hose him down when he came back. Didn't really like it. But it had to be done. I saw stuff happening that I was really hopeful about people coming together. Yeah, absolutely. I thought this hopefully will be the new normal, we will learn from this and benefit from this. Sadly, memory, human memory is very short. And we resort to our primary instinct of self survival, which in many cases means greed. And we've kept that has all kind of faded into the background, which is, you know, sad.</w:t>
      </w:r>
    </w:p>
    <w:p>
      <w:pPr>
        <w:spacing w:after="0"/>
      </w:pPr>
    </w:p>
    <w:p>
      <w:pPr>
        <w:spacing w:after="0"/>
      </w:pPr>
      <w:r>
        <w:rPr>
          <w:rFonts w:ascii="Arial" w:hAnsi="Arial"/>
          <w:b/>
          <w:sz w:val="22"/>
        </w:rPr>
        <w:t xml:space="preserve">Lucy  </w:t>
      </w:r>
      <w:r>
        <w:rPr>
          <w:rFonts w:ascii="Arial" w:hAnsi="Arial"/>
          <w:color w:val="5D7284"/>
          <w:sz w:val="22"/>
        </w:rPr>
        <w:t>50:22</w:t>
      </w:r>
    </w:p>
    <w:p>
      <w:pPr>
        <w:spacing w:after="0"/>
      </w:pPr>
      <w:r>
        <w:rPr>
          <w:rFonts w:ascii="Arial" w:hAnsi="Arial"/>
          <w:sz w:val="22"/>
        </w:rPr>
        <w:t>Very sad, very sad. I too, like you was hopeful for about a period of 3 or 4 weeks, it was like, Whoa, this is this is good. This is everybody's seeing the benefits of this. And I think I said to you, Alice, but I think after about week five, I was like, this isn't gonna stick. People are gonna want to like, go and stand in the office with Greg from accounts, you know, a breathe all over him. Like, you know, you just know that it's not not happening is it really, which is sad, very sad.</w:t>
      </w:r>
    </w:p>
    <w:p>
      <w:pPr>
        <w:spacing w:after="0"/>
      </w:pPr>
    </w:p>
    <w:p>
      <w:pPr>
        <w:spacing w:after="0"/>
      </w:pPr>
      <w:r>
        <w:rPr>
          <w:rFonts w:ascii="Arial" w:hAnsi="Arial"/>
          <w:b/>
          <w:sz w:val="22"/>
        </w:rPr>
        <w:t xml:space="preserve">Roland Chesters  </w:t>
      </w:r>
      <w:r>
        <w:rPr>
          <w:rFonts w:ascii="Arial" w:hAnsi="Arial"/>
          <w:color w:val="5D7284"/>
          <w:sz w:val="22"/>
        </w:rPr>
        <w:t>50:55</w:t>
      </w:r>
    </w:p>
    <w:p>
      <w:pPr>
        <w:spacing w:after="0"/>
      </w:pPr>
      <w:r>
        <w:rPr>
          <w:rFonts w:ascii="Arial" w:hAnsi="Arial"/>
          <w:sz w:val="22"/>
        </w:rPr>
        <w:t>I think some things have changed, I think certainly, obviously, because I'm self employed. I'm not always based in an office and I haven't delivered any training in and i've only done one face to face training delivery over the past 18 months, all the rest has been online. But there are organizations my partner started this week to with great reluctance to go back into his office one day a week, they've been told they have to go back to the office. And I think that employers and organizations need to treat this with great caution. There will be people with potentially hidden disabilities who haven't shared that information with our employers who may have great concerns about going back into the office, who may have felt much safer working from home. But now they've been told they have to go back and work in an office. On the other hand, of course, we know that there are many people who have experienced poor mental ill health as a result of being isolated as a result of having to work remotely. Who will benefit enormously from being back in the office and being surrounded by people. But employers need to be aware and open to the fact that there will be different degrees of excitement, anticipation, or reluctance about being back in the office space.</w:t>
      </w:r>
    </w:p>
    <w:p>
      <w:pPr>
        <w:spacing w:after="0"/>
      </w:pPr>
    </w:p>
    <w:p>
      <w:pPr>
        <w:spacing w:after="0"/>
      </w:pPr>
      <w:r>
        <w:rPr>
          <w:rFonts w:ascii="Arial" w:hAnsi="Arial"/>
          <w:b/>
          <w:sz w:val="22"/>
        </w:rPr>
        <w:t xml:space="preserve">Lucy  </w:t>
      </w:r>
      <w:r>
        <w:rPr>
          <w:rFonts w:ascii="Arial" w:hAnsi="Arial"/>
          <w:color w:val="5D7284"/>
          <w:sz w:val="22"/>
        </w:rPr>
        <w:t>52:31</w:t>
      </w:r>
    </w:p>
    <w:p>
      <w:pPr>
        <w:spacing w:after="0"/>
      </w:pPr>
      <w:r>
        <w:rPr>
          <w:rFonts w:ascii="Arial" w:hAnsi="Arial"/>
          <w:sz w:val="22"/>
        </w:rPr>
        <w:t>Absolutely Roland Right. I what number are we</w:t>
      </w:r>
    </w:p>
    <w:p>
      <w:pPr>
        <w:spacing w:after="0"/>
      </w:pPr>
    </w:p>
    <w:p>
      <w:pPr>
        <w:spacing w:after="0"/>
      </w:pPr>
      <w:r>
        <w:rPr>
          <w:rFonts w:ascii="Arial" w:hAnsi="Arial"/>
          <w:b/>
          <w:sz w:val="22"/>
        </w:rPr>
        <w:t xml:space="preserve">Alice  </w:t>
      </w:r>
      <w:r>
        <w:rPr>
          <w:rFonts w:ascii="Arial" w:hAnsi="Arial"/>
          <w:color w:val="5D7284"/>
          <w:sz w:val="22"/>
        </w:rPr>
        <w:t>52:35</w:t>
      </w:r>
    </w:p>
    <w:p>
      <w:pPr>
        <w:spacing w:after="0"/>
      </w:pPr>
      <w:r>
        <w:rPr>
          <w:rFonts w:ascii="Arial" w:hAnsi="Arial"/>
          <w:sz w:val="22"/>
        </w:rPr>
        <w:t>I'll get my bell</w:t>
      </w:r>
    </w:p>
    <w:p>
      <w:pPr>
        <w:spacing w:after="0"/>
      </w:pPr>
    </w:p>
    <w:p>
      <w:pPr>
        <w:spacing w:after="0"/>
      </w:pPr>
      <w:r>
        <w:rPr>
          <w:rFonts w:ascii="Arial" w:hAnsi="Arial"/>
          <w:b/>
          <w:sz w:val="22"/>
        </w:rPr>
        <w:t xml:space="preserve">Lucy  </w:t>
      </w:r>
      <w:r>
        <w:rPr>
          <w:rFonts w:ascii="Arial" w:hAnsi="Arial"/>
          <w:color w:val="5D7284"/>
          <w:sz w:val="22"/>
        </w:rPr>
        <w:t>52:40</w:t>
      </w:r>
    </w:p>
    <w:p>
      <w:pPr>
        <w:spacing w:after="0"/>
      </w:pPr>
      <w:r>
        <w:rPr>
          <w:rFonts w:ascii="Arial" w:hAnsi="Arial"/>
          <w:sz w:val="22"/>
        </w:rPr>
        <w:t>Alice you're getting louder and louder calm down. Put the panettone down</w:t>
      </w:r>
    </w:p>
    <w:p>
      <w:pPr>
        <w:spacing w:after="0"/>
      </w:pPr>
    </w:p>
    <w:p>
      <w:pPr>
        <w:spacing w:after="0"/>
      </w:pPr>
      <w:r>
        <w:rPr>
          <w:rFonts w:ascii="Arial" w:hAnsi="Arial"/>
          <w:b/>
          <w:sz w:val="22"/>
        </w:rPr>
        <w:t xml:space="preserve">Alice  </w:t>
      </w:r>
      <w:r>
        <w:rPr>
          <w:rFonts w:ascii="Arial" w:hAnsi="Arial"/>
          <w:color w:val="5D7284"/>
          <w:sz w:val="22"/>
        </w:rPr>
        <w:t>52:45</w:t>
      </w:r>
    </w:p>
    <w:p>
      <w:pPr>
        <w:spacing w:after="0"/>
      </w:pPr>
      <w:r>
        <w:rPr>
          <w:rFonts w:ascii="Arial" w:hAnsi="Arial"/>
          <w:sz w:val="22"/>
        </w:rPr>
        <w:t>panettone is long gone.</w:t>
      </w:r>
    </w:p>
    <w:p>
      <w:pPr>
        <w:spacing w:after="0"/>
      </w:pPr>
    </w:p>
    <w:p>
      <w:pPr>
        <w:spacing w:after="0"/>
      </w:pPr>
      <w:r>
        <w:rPr>
          <w:rFonts w:ascii="Arial" w:hAnsi="Arial"/>
          <w:b/>
          <w:sz w:val="22"/>
        </w:rPr>
        <w:t xml:space="preserve">Roland Chesters  </w:t>
      </w:r>
      <w:r>
        <w:rPr>
          <w:rFonts w:ascii="Arial" w:hAnsi="Arial"/>
          <w:color w:val="5D7284"/>
          <w:sz w:val="22"/>
        </w:rPr>
        <w:t>52:49</w:t>
      </w:r>
    </w:p>
    <w:p>
      <w:pPr>
        <w:spacing w:after="0"/>
      </w:pPr>
      <w:r>
        <w:rPr>
          <w:rFonts w:ascii="Arial" w:hAnsi="Arial"/>
          <w:sz w:val="22"/>
        </w:rPr>
        <w:t>So on the sixth day of Christmas think of, Victoriana as we have been saying, The Victorians loved the festive season, and also had a fascination with disability presented as seasonal entertainment. One of the most celebrated of these entertainers was and we've mentioned him before, Tom Thumb, a short person brought over to the UK by circus impresario PT Barnum, for the sole purpose of amusing Queen Victoria and Prince Albert. Have you seen the greatest showmen, the film, the greatest showmen?</w:t>
      </w:r>
    </w:p>
    <w:p>
      <w:pPr>
        <w:spacing w:after="0"/>
      </w:pPr>
    </w:p>
    <w:p>
      <w:pPr>
        <w:spacing w:after="0"/>
      </w:pPr>
      <w:r>
        <w:rPr>
          <w:rFonts w:ascii="Arial" w:hAnsi="Arial"/>
          <w:b/>
          <w:sz w:val="22"/>
        </w:rPr>
        <w:t xml:space="preserve">Lucy  </w:t>
      </w:r>
      <w:r>
        <w:rPr>
          <w:rFonts w:ascii="Arial" w:hAnsi="Arial"/>
          <w:color w:val="5D7284"/>
          <w:sz w:val="22"/>
        </w:rPr>
        <w:t>53:28</w:t>
      </w:r>
    </w:p>
    <w:p>
      <w:pPr>
        <w:spacing w:after="0"/>
      </w:pPr>
      <w:r>
        <w:rPr>
          <w:rFonts w:ascii="Arial" w:hAnsi="Arial"/>
          <w:sz w:val="22"/>
        </w:rPr>
        <w:t>I have Yes</w:t>
      </w:r>
    </w:p>
    <w:p>
      <w:pPr>
        <w:spacing w:after="0"/>
      </w:pPr>
    </w:p>
    <w:p>
      <w:pPr>
        <w:spacing w:after="0"/>
      </w:pPr>
      <w:r>
        <w:rPr>
          <w:rFonts w:ascii="Arial" w:hAnsi="Arial"/>
          <w:b/>
          <w:sz w:val="22"/>
        </w:rPr>
        <w:t xml:space="preserve">Roland Chesters  </w:t>
      </w:r>
      <w:r>
        <w:rPr>
          <w:rFonts w:ascii="Arial" w:hAnsi="Arial"/>
          <w:color w:val="5D7284"/>
          <w:sz w:val="22"/>
        </w:rPr>
        <w:t>53:29</w:t>
      </w:r>
    </w:p>
    <w:p>
      <w:pPr>
        <w:spacing w:after="0"/>
      </w:pPr>
      <w:r>
        <w:rPr>
          <w:rFonts w:ascii="Arial" w:hAnsi="Arial"/>
          <w:sz w:val="22"/>
        </w:rPr>
        <w:t>It's a fantastic film. But were you aware that the actor who plays Tom Thumb is actually a short person in reality, but they had to electronically engineer his voice so that his voice would appear to be more the voice that would come from a short person?</w:t>
      </w:r>
    </w:p>
    <w:p>
      <w:pPr>
        <w:spacing w:after="0"/>
      </w:pPr>
    </w:p>
    <w:p>
      <w:pPr>
        <w:spacing w:after="0"/>
      </w:pPr>
      <w:r>
        <w:rPr>
          <w:rFonts w:ascii="Arial" w:hAnsi="Arial"/>
          <w:b/>
          <w:sz w:val="22"/>
        </w:rPr>
        <w:t xml:space="preserve">Alice  </w:t>
      </w:r>
      <w:r>
        <w:rPr>
          <w:rFonts w:ascii="Arial" w:hAnsi="Arial"/>
          <w:color w:val="5D7284"/>
          <w:sz w:val="22"/>
        </w:rPr>
        <w:t>53:59</w:t>
      </w:r>
    </w:p>
    <w:p>
      <w:pPr>
        <w:spacing w:after="0"/>
      </w:pPr>
      <w:r>
        <w:rPr>
          <w:rFonts w:ascii="Arial" w:hAnsi="Arial"/>
          <w:sz w:val="22"/>
        </w:rPr>
        <w:t>Or rather a voice that we expect to come from a person of small</w:t>
      </w:r>
    </w:p>
    <w:p>
      <w:pPr>
        <w:spacing w:after="0"/>
      </w:pPr>
    </w:p>
    <w:p>
      <w:pPr>
        <w:spacing w:after="0"/>
      </w:pPr>
      <w:r>
        <w:rPr>
          <w:rFonts w:ascii="Arial" w:hAnsi="Arial"/>
          <w:b/>
          <w:sz w:val="22"/>
        </w:rPr>
        <w:t xml:space="preserve">Roland Chesters  </w:t>
      </w:r>
      <w:r>
        <w:rPr>
          <w:rFonts w:ascii="Arial" w:hAnsi="Arial"/>
          <w:color w:val="5D7284"/>
          <w:sz w:val="22"/>
        </w:rPr>
        <w:t>54:03</w:t>
      </w:r>
    </w:p>
    <w:p>
      <w:pPr>
        <w:spacing w:after="0"/>
      </w:pPr>
      <w:r>
        <w:rPr>
          <w:rFonts w:ascii="Arial" w:hAnsi="Arial"/>
          <w:sz w:val="22"/>
        </w:rPr>
        <w:t>Yes Thank you Alice you're right. Yeah.</w:t>
      </w:r>
    </w:p>
    <w:p>
      <w:pPr>
        <w:spacing w:after="0"/>
      </w:pPr>
    </w:p>
    <w:p>
      <w:pPr>
        <w:spacing w:after="0"/>
      </w:pPr>
      <w:r>
        <w:rPr>
          <w:rFonts w:ascii="Arial" w:hAnsi="Arial"/>
          <w:b/>
          <w:sz w:val="22"/>
        </w:rPr>
        <w:t xml:space="preserve">Lucy  </w:t>
      </w:r>
      <w:r>
        <w:rPr>
          <w:rFonts w:ascii="Arial" w:hAnsi="Arial"/>
          <w:color w:val="5D7284"/>
          <w:sz w:val="22"/>
        </w:rPr>
        <w:t>54:07</w:t>
      </w:r>
    </w:p>
    <w:p>
      <w:pPr>
        <w:spacing w:after="0"/>
      </w:pPr>
      <w:r>
        <w:rPr>
          <w:rFonts w:ascii="Arial" w:hAnsi="Arial"/>
          <w:sz w:val="22"/>
        </w:rPr>
        <w:t>Alice is far better at wording things that come out of my mouth as well. Roland, I wouldn't worry about it. Yeah, no idea. I didn't know that. That. Really? Yeah. So his voice is like a is like a like a normal. I hate the word normal. Like an average voice.</w:t>
      </w:r>
    </w:p>
    <w:p>
      <w:pPr>
        <w:spacing w:after="0"/>
      </w:pPr>
    </w:p>
    <w:p>
      <w:pPr>
        <w:spacing w:after="0"/>
      </w:pPr>
      <w:r>
        <w:rPr>
          <w:rFonts w:ascii="Arial" w:hAnsi="Arial"/>
          <w:b/>
          <w:sz w:val="22"/>
        </w:rPr>
        <w:t xml:space="preserve">Alice  </w:t>
      </w:r>
      <w:r>
        <w:rPr>
          <w:rFonts w:ascii="Arial" w:hAnsi="Arial"/>
          <w:color w:val="5D7284"/>
          <w:sz w:val="22"/>
        </w:rPr>
        <w:t>54:28</w:t>
      </w:r>
    </w:p>
    <w:p>
      <w:pPr>
        <w:spacing w:after="0"/>
      </w:pPr>
      <w:r>
        <w:rPr>
          <w:rFonts w:ascii="Arial" w:hAnsi="Arial"/>
          <w:sz w:val="22"/>
        </w:rPr>
        <w:t>Yeah. His voice Yeah. Average</w:t>
      </w:r>
    </w:p>
    <w:p>
      <w:pPr>
        <w:spacing w:after="0"/>
      </w:pPr>
    </w:p>
    <w:p>
      <w:pPr>
        <w:spacing w:after="0"/>
      </w:pPr>
      <w:r>
        <w:rPr>
          <w:rFonts w:ascii="Arial" w:hAnsi="Arial"/>
          <w:b/>
          <w:sz w:val="22"/>
        </w:rPr>
        <w:t xml:space="preserve">Roland Chesters  </w:t>
      </w:r>
      <w:r>
        <w:rPr>
          <w:rFonts w:ascii="Arial" w:hAnsi="Arial"/>
          <w:color w:val="5D7284"/>
          <w:sz w:val="22"/>
        </w:rPr>
        <w:t>54:34</w:t>
      </w:r>
    </w:p>
    <w:p>
      <w:pPr>
        <w:spacing w:after="0"/>
      </w:pPr>
      <w:r>
        <w:rPr>
          <w:rFonts w:ascii="Arial" w:hAnsi="Arial"/>
          <w:sz w:val="22"/>
        </w:rPr>
        <w:t>of normal, but something else to share with you. As a result of the brain disease, I was diagnosed whilst working in the foreign office with dyspraxia and I was very lucky to be diagnosed as an adult because we all know that it's really difficult as an adult to get a diagnosis of any kind of neurodiverse condition. But the foreign office went after my lovely HIV consultant to ask if the dyspraxia was as a result, the brain disease and my consultant wrote back and copied me in. And in her letter, she put, yes, the dypraxia is undoubtedly a result of the brain disease, and Roland will never be normal again.</w:t>
      </w:r>
    </w:p>
    <w:p>
      <w:pPr>
        <w:spacing w:after="0"/>
      </w:pPr>
    </w:p>
    <w:p>
      <w:pPr>
        <w:spacing w:after="0"/>
      </w:pPr>
      <w:r>
        <w:rPr>
          <w:rFonts w:ascii="Arial" w:hAnsi="Arial"/>
          <w:b/>
          <w:sz w:val="22"/>
        </w:rPr>
        <w:t xml:space="preserve">Lucy  </w:t>
      </w:r>
      <w:r>
        <w:rPr>
          <w:rFonts w:ascii="Arial" w:hAnsi="Arial"/>
          <w:color w:val="5D7284"/>
          <w:sz w:val="22"/>
        </w:rPr>
        <w:t>55:16</w:t>
      </w:r>
    </w:p>
    <w:p>
      <w:pPr>
        <w:spacing w:after="0"/>
      </w:pPr>
      <w:r>
        <w:rPr>
          <w:rFonts w:ascii="Arial" w:hAnsi="Arial"/>
          <w:sz w:val="22"/>
        </w:rPr>
        <w:t>Oh stop it. Like, oh</w:t>
      </w:r>
    </w:p>
    <w:p>
      <w:pPr>
        <w:spacing w:after="0"/>
      </w:pPr>
    </w:p>
    <w:p>
      <w:pPr>
        <w:spacing w:after="0"/>
      </w:pPr>
      <w:r>
        <w:rPr>
          <w:rFonts w:ascii="Arial" w:hAnsi="Arial"/>
          <w:b/>
          <w:sz w:val="22"/>
        </w:rPr>
        <w:t xml:space="preserve">Roland Chesters  </w:t>
      </w:r>
      <w:r>
        <w:rPr>
          <w:rFonts w:ascii="Arial" w:hAnsi="Arial"/>
          <w:color w:val="5D7284"/>
          <w:sz w:val="22"/>
        </w:rPr>
        <w:t>55:22</w:t>
      </w:r>
    </w:p>
    <w:p>
      <w:pPr>
        <w:spacing w:after="0"/>
      </w:pPr>
      <w:r>
        <w:rPr>
          <w:rFonts w:ascii="Arial" w:hAnsi="Arial"/>
          <w:sz w:val="22"/>
        </w:rPr>
        <w:t>that's the biggest compliment setting on a washing machine. That washing machine my aim in life is to never ever, ever be normal. Normal is boring.</w:t>
      </w:r>
    </w:p>
    <w:p>
      <w:pPr>
        <w:spacing w:after="0"/>
      </w:pPr>
    </w:p>
    <w:p>
      <w:pPr>
        <w:spacing w:after="0"/>
      </w:pPr>
      <w:r>
        <w:rPr>
          <w:rFonts w:ascii="Arial" w:hAnsi="Arial"/>
          <w:b/>
          <w:sz w:val="22"/>
        </w:rPr>
        <w:t xml:space="preserve">Lucy  </w:t>
      </w:r>
      <w:r>
        <w:rPr>
          <w:rFonts w:ascii="Arial" w:hAnsi="Arial"/>
          <w:color w:val="5D7284"/>
          <w:sz w:val="22"/>
        </w:rPr>
        <w:t>55:39</w:t>
      </w:r>
    </w:p>
    <w:p>
      <w:pPr>
        <w:spacing w:after="0"/>
      </w:pPr>
      <w:r>
        <w:rPr>
          <w:rFonts w:ascii="Arial" w:hAnsi="Arial"/>
          <w:sz w:val="22"/>
        </w:rPr>
        <w:t>Whilst we are sharing these stories. When I was learning to drive I don't know how I didn't pass my test. I was terrible at learning to drive. I was driving learn to drive for six years and had two car accidents so gave up because I just I can't do this. This is ridiculous. And anyway, the most important people are driven aren't they really as far as im concerned</w:t>
      </w:r>
    </w:p>
    <w:p>
      <w:pPr>
        <w:spacing w:after="0"/>
      </w:pPr>
    </w:p>
    <w:p>
      <w:pPr>
        <w:spacing w:after="0"/>
      </w:pPr>
      <w:r>
        <w:rPr>
          <w:rFonts w:ascii="Arial" w:hAnsi="Arial"/>
          <w:b/>
          <w:sz w:val="22"/>
        </w:rPr>
        <w:t xml:space="preserve">Alice  </w:t>
      </w:r>
      <w:r>
        <w:rPr>
          <w:rFonts w:ascii="Arial" w:hAnsi="Arial"/>
          <w:color w:val="5D7284"/>
          <w:sz w:val="22"/>
        </w:rPr>
        <w:t>55:57</w:t>
      </w:r>
    </w:p>
    <w:p>
      <w:pPr>
        <w:spacing w:after="0"/>
      </w:pPr>
      <w:r>
        <w:rPr>
          <w:rFonts w:ascii="Arial" w:hAnsi="Arial"/>
          <w:sz w:val="22"/>
        </w:rPr>
        <w:t>My husbands mum says that. Some people drive some people are made to be driven.</w:t>
      </w:r>
    </w:p>
    <w:p>
      <w:pPr>
        <w:spacing w:after="0"/>
      </w:pPr>
    </w:p>
    <w:p>
      <w:pPr>
        <w:spacing w:after="0"/>
      </w:pPr>
      <w:r>
        <w:rPr>
          <w:rFonts w:ascii="Arial" w:hAnsi="Arial"/>
          <w:b/>
          <w:sz w:val="22"/>
        </w:rPr>
        <w:t xml:space="preserve">Lucy  </w:t>
      </w:r>
      <w:r>
        <w:rPr>
          <w:rFonts w:ascii="Arial" w:hAnsi="Arial"/>
          <w:color w:val="5D7284"/>
          <w:sz w:val="22"/>
        </w:rPr>
        <w:t>56:03</w:t>
      </w:r>
    </w:p>
    <w:p>
      <w:pPr>
        <w:spacing w:after="0"/>
      </w:pPr>
      <w:r>
        <w:rPr>
          <w:rFonts w:ascii="Arial" w:hAnsi="Arial"/>
          <w:sz w:val="22"/>
        </w:rPr>
        <w:t>Anyway, and so I was learning to drive and I was also I went I was an extra on the film's on a television set for just the current sitcom all about me, which was about a mixed racial family. So half of the family were Indian, and there was Jasper Carrott and his side of his family and they come together, they got married, and I was I was going to be an extra in this television program. The BBC wrote to my GP, as did the DVLA to see there were two completely different exercises but they both wrote to the doctor to say you know what is mental competence to be on A. be on a film set and B. learn to drive. And my doctor wrote back and I quote, Lucy will be absolutely fine on the film set. Her her she's a very bright girl, all this business and her intelligence is above average. I am taking as I am a genius Thank you very much. I'm gonna have that printed on a t shirt. And my mum said is not said that. I said he narrows down it did whatever. Yeah.</w:t>
      </w:r>
    </w:p>
    <w:p>
      <w:pPr>
        <w:spacing w:after="0"/>
      </w:pPr>
    </w:p>
    <w:p>
      <w:pPr>
        <w:spacing w:after="0"/>
      </w:pPr>
      <w:r>
        <w:rPr>
          <w:rFonts w:ascii="Arial" w:hAnsi="Arial"/>
          <w:b/>
          <w:sz w:val="22"/>
        </w:rPr>
        <w:t xml:space="preserve">Roland Chesters  </w:t>
      </w:r>
      <w:r>
        <w:rPr>
          <w:rFonts w:ascii="Arial" w:hAnsi="Arial"/>
          <w:color w:val="5D7284"/>
          <w:sz w:val="22"/>
        </w:rPr>
        <w:t>57:26</w:t>
      </w:r>
    </w:p>
    <w:p>
      <w:pPr>
        <w:spacing w:after="0"/>
      </w:pPr>
      <w:r>
        <w:rPr>
          <w:rFonts w:ascii="Arial" w:hAnsi="Arial"/>
          <w:sz w:val="22"/>
        </w:rPr>
        <w:t>My motto is like you know this saying that we learn by mistakes. Yeah, that's why I'm a genius.</w:t>
      </w:r>
    </w:p>
    <w:p>
      <w:pPr>
        <w:spacing w:after="0"/>
      </w:pPr>
    </w:p>
    <w:p>
      <w:pPr>
        <w:spacing w:after="0"/>
      </w:pPr>
      <w:r>
        <w:rPr>
          <w:rFonts w:ascii="Arial" w:hAnsi="Arial"/>
          <w:b/>
          <w:sz w:val="22"/>
        </w:rPr>
        <w:t xml:space="preserve">Lucy  </w:t>
      </w:r>
      <w:r>
        <w:rPr>
          <w:rFonts w:ascii="Arial" w:hAnsi="Arial"/>
          <w:color w:val="5D7284"/>
          <w:sz w:val="22"/>
        </w:rPr>
        <w:t>57:37</w:t>
      </w:r>
    </w:p>
    <w:p>
      <w:pPr>
        <w:spacing w:after="0"/>
      </w:pPr>
      <w:r>
        <w:rPr>
          <w:rFonts w:ascii="Arial" w:hAnsi="Arial"/>
          <w:sz w:val="22"/>
        </w:rPr>
        <w:t>Absolutely. So as I take whatever people say as you say you have a positive spin on it.</w:t>
      </w:r>
    </w:p>
    <w:p>
      <w:pPr>
        <w:spacing w:after="0"/>
      </w:pPr>
    </w:p>
    <w:p>
      <w:pPr>
        <w:spacing w:after="0"/>
      </w:pPr>
      <w:r>
        <w:rPr>
          <w:rFonts w:ascii="Arial" w:hAnsi="Arial"/>
          <w:b/>
          <w:sz w:val="22"/>
        </w:rPr>
        <w:t xml:space="preserve">Alice  </w:t>
      </w:r>
      <w:r>
        <w:rPr>
          <w:rFonts w:ascii="Arial" w:hAnsi="Arial"/>
          <w:color w:val="5D7284"/>
          <w:sz w:val="22"/>
        </w:rPr>
        <w:t>57:45</w:t>
      </w:r>
    </w:p>
    <w:p>
      <w:pPr>
        <w:spacing w:after="0"/>
      </w:pPr>
      <w:r>
        <w:rPr>
          <w:rFonts w:ascii="Arial" w:hAnsi="Arial"/>
          <w:sz w:val="22"/>
        </w:rPr>
        <w:t>I like your Keisha idea Lucy. Nearest dammit, a genius</w:t>
      </w:r>
    </w:p>
    <w:p>
      <w:pPr>
        <w:spacing w:after="0"/>
      </w:pPr>
    </w:p>
    <w:p>
      <w:pPr>
        <w:spacing w:after="0"/>
      </w:pPr>
      <w:r>
        <w:rPr>
          <w:rFonts w:ascii="Arial" w:hAnsi="Arial"/>
          <w:b/>
          <w:sz w:val="22"/>
        </w:rPr>
        <w:t xml:space="preserve">Lucy  </w:t>
      </w:r>
      <w:r>
        <w:rPr>
          <w:rFonts w:ascii="Arial" w:hAnsi="Arial"/>
          <w:color w:val="5D7284"/>
          <w:sz w:val="22"/>
        </w:rPr>
        <w:t>57:50</w:t>
      </w:r>
    </w:p>
    <w:p>
      <w:pPr>
        <w:spacing w:after="0"/>
      </w:pPr>
      <w:r>
        <w:rPr>
          <w:rFonts w:ascii="Arial" w:hAnsi="Arial"/>
          <w:sz w:val="22"/>
        </w:rPr>
        <w:t>Genius. Yeah, yeah.</w:t>
      </w:r>
    </w:p>
    <w:p>
      <w:pPr>
        <w:spacing w:after="0"/>
      </w:pPr>
    </w:p>
    <w:p>
      <w:pPr>
        <w:spacing w:after="0"/>
      </w:pPr>
      <w:r>
        <w:rPr>
          <w:rFonts w:ascii="Arial" w:hAnsi="Arial"/>
          <w:b/>
          <w:sz w:val="22"/>
        </w:rPr>
        <w:t xml:space="preserve">Alice  </w:t>
      </w:r>
      <w:r>
        <w:rPr>
          <w:rFonts w:ascii="Arial" w:hAnsi="Arial"/>
          <w:color w:val="5D7284"/>
          <w:sz w:val="22"/>
        </w:rPr>
        <w:t>57:53</w:t>
      </w:r>
    </w:p>
    <w:p>
      <w:pPr>
        <w:spacing w:after="0"/>
      </w:pPr>
      <w:r>
        <w:rPr>
          <w:rFonts w:ascii="Arial" w:hAnsi="Arial"/>
          <w:sz w:val="22"/>
        </w:rPr>
        <w:t>It's like what? It's Mensa. But it's he</w:t>
      </w:r>
    </w:p>
    <w:p>
      <w:pPr>
        <w:spacing w:after="0"/>
      </w:pPr>
    </w:p>
    <w:p>
      <w:pPr>
        <w:spacing w:after="0"/>
      </w:pPr>
      <w:r>
        <w:rPr>
          <w:rFonts w:ascii="Arial" w:hAnsi="Arial"/>
          <w:b/>
          <w:sz w:val="22"/>
        </w:rPr>
        <w:t xml:space="preserve">Lucy  </w:t>
      </w:r>
      <w:r>
        <w:rPr>
          <w:rFonts w:ascii="Arial" w:hAnsi="Arial"/>
          <w:color w:val="5D7284"/>
          <w:sz w:val="22"/>
        </w:rPr>
        <w:t>57:58</w:t>
      </w:r>
    </w:p>
    <w:p>
      <w:pPr>
        <w:spacing w:after="0"/>
      </w:pPr>
      <w:r>
        <w:rPr>
          <w:rFonts w:ascii="Arial" w:hAnsi="Arial"/>
          <w:sz w:val="22"/>
        </w:rPr>
        <w:t>Yeah. Nearly near as dammit. Yeah, yeah. No, right. Okay, Roland, continue</w:t>
      </w:r>
    </w:p>
    <w:p>
      <w:pPr>
        <w:spacing w:after="0"/>
      </w:pPr>
    </w:p>
    <w:p>
      <w:pPr>
        <w:spacing w:after="0"/>
      </w:pPr>
      <w:r>
        <w:rPr>
          <w:rFonts w:ascii="Arial" w:hAnsi="Arial"/>
          <w:b/>
          <w:sz w:val="22"/>
        </w:rPr>
        <w:t xml:space="preserve">Roland Chesters  </w:t>
      </w:r>
      <w:r>
        <w:rPr>
          <w:rFonts w:ascii="Arial" w:hAnsi="Arial"/>
          <w:color w:val="5D7284"/>
          <w:sz w:val="22"/>
        </w:rPr>
        <w:t>58:07</w:t>
      </w:r>
    </w:p>
    <w:p>
      <w:pPr>
        <w:spacing w:after="0"/>
      </w:pPr>
      <w:r>
        <w:rPr>
          <w:rFonts w:ascii="Arial" w:hAnsi="Arial"/>
          <w:sz w:val="22"/>
        </w:rPr>
        <w:t>On the seventh day of Christmas. Think mistletoe? You probably think that this winter plant is mere is merely a historic fertility, right? Something under which you kiss. Mistletoe is in fact part of Nordic negativity about blind people. According to Norse mythology, the blind God Hodor was tricked into firing a missile tow tipped arrow, thus killing his scientific brother, Boulder. Should we boycott mistletoe? This Christmas insert shows solidarity with Hodor. And obviously, given COVID</w:t>
      </w:r>
    </w:p>
    <w:p>
      <w:pPr>
        <w:spacing w:after="0"/>
      </w:pPr>
    </w:p>
    <w:p>
      <w:pPr>
        <w:spacing w:after="0"/>
      </w:pPr>
      <w:r>
        <w:rPr>
          <w:rFonts w:ascii="Arial" w:hAnsi="Arial"/>
          <w:b/>
          <w:sz w:val="22"/>
        </w:rPr>
        <w:t xml:space="preserve">Alice  </w:t>
      </w:r>
      <w:r>
        <w:rPr>
          <w:rFonts w:ascii="Arial" w:hAnsi="Arial"/>
          <w:color w:val="5D7284"/>
          <w:sz w:val="22"/>
        </w:rPr>
        <w:t>58:45</w:t>
      </w:r>
    </w:p>
    <w:p>
      <w:pPr>
        <w:spacing w:after="0"/>
      </w:pPr>
      <w:r>
        <w:rPr>
          <w:rFonts w:ascii="Arial" w:hAnsi="Arial"/>
          <w:sz w:val="22"/>
        </w:rPr>
        <w:t>Yeah. Absolutely. Would you like to hear my horrible blind person mistletoe story?</w:t>
      </w:r>
    </w:p>
    <w:p>
      <w:pPr>
        <w:spacing w:after="0"/>
      </w:pPr>
    </w:p>
    <w:p>
      <w:pPr>
        <w:spacing w:after="0"/>
      </w:pPr>
      <w:r>
        <w:rPr>
          <w:rFonts w:ascii="Arial" w:hAnsi="Arial"/>
          <w:b/>
          <w:sz w:val="22"/>
        </w:rPr>
        <w:t xml:space="preserve">Lucy  </w:t>
      </w:r>
      <w:r>
        <w:rPr>
          <w:rFonts w:ascii="Arial" w:hAnsi="Arial"/>
          <w:color w:val="5D7284"/>
          <w:sz w:val="22"/>
        </w:rPr>
        <w:t>58:53</w:t>
      </w:r>
    </w:p>
    <w:p>
      <w:pPr>
        <w:spacing w:after="0"/>
      </w:pPr>
      <w:r>
        <w:rPr>
          <w:rFonts w:ascii="Arial" w:hAnsi="Arial"/>
          <w:sz w:val="22"/>
        </w:rPr>
        <w:t>Oh. The Good Stuff God,</w:t>
      </w:r>
    </w:p>
    <w:p>
      <w:pPr>
        <w:spacing w:after="0"/>
      </w:pPr>
    </w:p>
    <w:p>
      <w:pPr>
        <w:spacing w:after="0"/>
      </w:pPr>
      <w:r>
        <w:rPr>
          <w:rFonts w:ascii="Arial" w:hAnsi="Arial"/>
          <w:b/>
          <w:sz w:val="22"/>
        </w:rPr>
        <w:t xml:space="preserve">Alice  </w:t>
      </w:r>
      <w:r>
        <w:rPr>
          <w:rFonts w:ascii="Arial" w:hAnsi="Arial"/>
          <w:color w:val="5D7284"/>
          <w:sz w:val="22"/>
        </w:rPr>
        <w:t>58:59</w:t>
      </w:r>
    </w:p>
    <w:p>
      <w:pPr>
        <w:spacing w:after="0"/>
      </w:pPr>
      <w:r>
        <w:rPr>
          <w:rFonts w:ascii="Arial" w:hAnsi="Arial"/>
          <w:sz w:val="22"/>
        </w:rPr>
        <w:t>when I was 17, there was a there was a boy. And I liked him so much. And he had absolutely no idea who I was, despite sitting opposite me in English literature for two years. And I told my friend who did not go to the same school as me about this boy and there was a six form Christmas in like Christmas party thing and this I don't I do not looking back. I do not know how this was orchestrated. It was really grimy dodgy bar in our local town center where they obviously decided we were close enough to 18 so they'd let us all in and they wouldn't. I wouldn't worry too much about checking IDs, because we bought tickets before we got there. Right. Okay. And I'd gone out and I bought this really nice, really nice skirt, which I really regret that I don't fit into anymore. And, and I, I bought an extra ticket because my friends from college, including Adam, Hi Adam. Were not really interested in being popular and friends with everybody else from college. So they didn't want to go to the stupid like party that. Yeah, all the other popular kids were going to and I was like, oh, but the boy is going to be there. I'm going to, I'm going to make all this effort and go and see the boy. And I got there. I had been drinking beforehand, because I was 17</w:t>
      </w:r>
    </w:p>
    <w:p>
      <w:pPr>
        <w:spacing w:after="0"/>
      </w:pPr>
    </w:p>
    <w:p>
      <w:pPr>
        <w:spacing w:after="0"/>
      </w:pPr>
      <w:r>
        <w:rPr>
          <w:rFonts w:ascii="Arial" w:hAnsi="Arial"/>
          <w:b/>
          <w:sz w:val="22"/>
        </w:rPr>
        <w:t xml:space="preserve">Lucy  </w:t>
      </w:r>
      <w:r>
        <w:rPr>
          <w:rFonts w:ascii="Arial" w:hAnsi="Arial"/>
          <w:color w:val="5D7284"/>
          <w:sz w:val="22"/>
        </w:rPr>
        <w:t>1:00:42</w:t>
      </w:r>
    </w:p>
    <w:p>
      <w:pPr>
        <w:spacing w:after="0"/>
      </w:pPr>
      <w:r>
        <w:rPr>
          <w:rFonts w:ascii="Arial" w:hAnsi="Arial"/>
          <w:sz w:val="22"/>
        </w:rPr>
        <w:t>like, well, there we go that I had been drinking before. Feeling over confident.</w:t>
      </w:r>
    </w:p>
    <w:p>
      <w:pPr>
        <w:spacing w:after="0"/>
      </w:pPr>
    </w:p>
    <w:p>
      <w:pPr>
        <w:spacing w:after="0"/>
      </w:pPr>
      <w:r>
        <w:rPr>
          <w:rFonts w:ascii="Arial" w:hAnsi="Arial"/>
          <w:b/>
          <w:sz w:val="22"/>
        </w:rPr>
        <w:t xml:space="preserve">Alice  </w:t>
      </w:r>
      <w:r>
        <w:rPr>
          <w:rFonts w:ascii="Arial" w:hAnsi="Arial"/>
          <w:color w:val="5D7284"/>
          <w:sz w:val="22"/>
        </w:rPr>
        <w:t>1:00:55</w:t>
      </w:r>
    </w:p>
    <w:p>
      <w:pPr>
        <w:spacing w:after="0"/>
      </w:pPr>
      <w:r>
        <w:rPr>
          <w:rFonts w:ascii="Arial" w:hAnsi="Arial"/>
          <w:sz w:val="22"/>
        </w:rPr>
        <w:t>So had my friend Emma who I didn't who didn't go to college with us. And so we got there. And I and she said, which one's the boy? And I was like, I mean, it's dark. So I can't point him out to you, can I? But I described him. And I told him, I told Emma what his name was. And she, she probably went up to likely gentleman and went, are you such and such. And when she eventually found him, she then fetched me over and was like here, I just held up some mistletoe. But I was drunk. And oh, God telling this story. I could feel myself curling up into a ball of</w:t>
      </w:r>
    </w:p>
    <w:p>
      <w:pPr>
        <w:spacing w:after="0"/>
      </w:pPr>
    </w:p>
    <w:p>
      <w:pPr>
        <w:spacing w:after="0"/>
      </w:pPr>
      <w:r>
        <w:rPr>
          <w:rFonts w:ascii="Arial" w:hAnsi="Arial"/>
          <w:b/>
          <w:sz w:val="22"/>
        </w:rPr>
        <w:t xml:space="preserve">Lucy  </w:t>
      </w:r>
      <w:r>
        <w:rPr>
          <w:rFonts w:ascii="Arial" w:hAnsi="Arial"/>
          <w:color w:val="5D7284"/>
          <w:sz w:val="22"/>
        </w:rPr>
        <w:t>1:01:41</w:t>
      </w:r>
    </w:p>
    <w:p>
      <w:pPr>
        <w:spacing w:after="0"/>
      </w:pPr>
      <w:r>
        <w:rPr>
          <w:rFonts w:ascii="Arial" w:hAnsi="Arial"/>
          <w:sz w:val="22"/>
        </w:rPr>
        <w:t>sweaty palms. Oh, yes. And she</w:t>
      </w:r>
    </w:p>
    <w:p>
      <w:pPr>
        <w:spacing w:after="0"/>
      </w:pPr>
    </w:p>
    <w:p>
      <w:pPr>
        <w:spacing w:after="0"/>
      </w:pPr>
      <w:r>
        <w:rPr>
          <w:rFonts w:ascii="Arial" w:hAnsi="Arial"/>
          <w:b/>
          <w:sz w:val="22"/>
        </w:rPr>
        <w:t xml:space="preserve">Alice  </w:t>
      </w:r>
      <w:r>
        <w:rPr>
          <w:rFonts w:ascii="Arial" w:hAnsi="Arial"/>
          <w:color w:val="5D7284"/>
          <w:sz w:val="22"/>
        </w:rPr>
        <w:t>1:01:45</w:t>
      </w:r>
    </w:p>
    <w:p>
      <w:pPr>
        <w:spacing w:after="0"/>
      </w:pPr>
      <w:r>
        <w:rPr>
          <w:rFonts w:ascii="Arial" w:hAnsi="Arial"/>
          <w:sz w:val="22"/>
        </w:rPr>
        <w:t>held up this big of mistletoe for me to kiss him. And she went, you have to kiss him now. And I was like, Why? Because it was dark. So I couldn't see it. She was like mistletoe. And I was like, Can you hold</w:t>
      </w:r>
    </w:p>
    <w:p>
      <w:pPr>
        <w:spacing w:after="0"/>
      </w:pPr>
    </w:p>
    <w:p>
      <w:pPr>
        <w:spacing w:after="0"/>
      </w:pPr>
      <w:r>
        <w:rPr>
          <w:rFonts w:ascii="Arial" w:hAnsi="Arial"/>
          <w:b/>
          <w:sz w:val="22"/>
        </w:rPr>
        <w:t xml:space="preserve">Lucy  </w:t>
      </w:r>
      <w:r>
        <w:rPr>
          <w:rFonts w:ascii="Arial" w:hAnsi="Arial"/>
          <w:color w:val="5D7284"/>
          <w:sz w:val="22"/>
        </w:rPr>
        <w:t>1:01:59</w:t>
      </w:r>
    </w:p>
    <w:p>
      <w:pPr>
        <w:spacing w:after="0"/>
      </w:pPr>
      <w:r>
        <w:rPr>
          <w:rFonts w:ascii="Arial" w:hAnsi="Arial"/>
          <w:sz w:val="22"/>
        </w:rPr>
        <w:t>these things? So I can see him put a torch over that every face. So I can see where? Like land in my lip. Are you?</w:t>
      </w:r>
    </w:p>
    <w:p>
      <w:pPr>
        <w:spacing w:after="0"/>
      </w:pPr>
    </w:p>
    <w:p>
      <w:pPr>
        <w:spacing w:after="0"/>
      </w:pPr>
      <w:r>
        <w:rPr>
          <w:rFonts w:ascii="Arial" w:hAnsi="Arial"/>
          <w:b/>
          <w:sz w:val="22"/>
        </w:rPr>
        <w:t xml:space="preserve">Alice  </w:t>
      </w:r>
      <w:r>
        <w:rPr>
          <w:rFonts w:ascii="Arial" w:hAnsi="Arial"/>
          <w:color w:val="5D7284"/>
          <w:sz w:val="22"/>
        </w:rPr>
        <w:t>1:02:07</w:t>
      </w:r>
    </w:p>
    <w:p>
      <w:pPr>
        <w:spacing w:after="0"/>
      </w:pPr>
      <w:r>
        <w:rPr>
          <w:rFonts w:ascii="Arial" w:hAnsi="Arial"/>
          <w:sz w:val="22"/>
        </w:rPr>
        <w:t>I mean, you say that but and this is the bit that makes me want to curl up in a corner and die. Okay, I did miss. Like, just drunk, wet mouth on his face. Yeah. Oh, God. So that that's it. That's not the beginning of my fairytale romance.</w:t>
      </w:r>
    </w:p>
    <w:p>
      <w:pPr>
        <w:spacing w:after="0"/>
      </w:pPr>
    </w:p>
    <w:p>
      <w:pPr>
        <w:spacing w:after="0"/>
      </w:pPr>
      <w:r>
        <w:rPr>
          <w:rFonts w:ascii="Arial" w:hAnsi="Arial"/>
          <w:b/>
          <w:sz w:val="22"/>
        </w:rPr>
        <w:t xml:space="preserve">Lucy  </w:t>
      </w:r>
      <w:r>
        <w:rPr>
          <w:rFonts w:ascii="Arial" w:hAnsi="Arial"/>
          <w:color w:val="5D7284"/>
          <w:sz w:val="22"/>
        </w:rPr>
        <w:t>1:02:33</w:t>
      </w:r>
    </w:p>
    <w:p>
      <w:pPr>
        <w:spacing w:after="0"/>
      </w:pPr>
      <w:r>
        <w:rPr>
          <w:rFonts w:ascii="Arial" w:hAnsi="Arial"/>
          <w:sz w:val="22"/>
        </w:rPr>
        <w:t>Now, you see, nobody ever looked at me twice. So I never have anything. And I I never know when anybody is flirting with me, or likes me. Anyway. So I just don't bother. Because I'm clueless. But I can always remember like, at school at the school like Christmas parties, somebody would inevitably want to play spin the bottle. And I would just sit there thinking please, please don't please don't please, please, please don't spin it in my direction. Because everybody. And there was one boy in particular, who like was besotted with me and bless him. He was a lovely guy, but I just didn't feel the same. And I just knew that he would purposely try and park himself, opposite me because he knew that if the bottle landed on me, then obviously, I love that. I was just panicking, juicing for 45 minutes sitting there thinking, Oh, God, no. Can I go to the toilet and just sit in there. But for the rest of the party, please. Awful, awful.</w:t>
      </w:r>
    </w:p>
    <w:p>
      <w:pPr>
        <w:spacing w:after="0"/>
      </w:pPr>
    </w:p>
    <w:p>
      <w:pPr>
        <w:spacing w:after="0"/>
      </w:pPr>
      <w:r>
        <w:rPr>
          <w:rFonts w:ascii="Arial" w:hAnsi="Arial"/>
          <w:b/>
          <w:sz w:val="22"/>
        </w:rPr>
        <w:t xml:space="preserve">Alice  </w:t>
      </w:r>
      <w:r>
        <w:rPr>
          <w:rFonts w:ascii="Arial" w:hAnsi="Arial"/>
          <w:color w:val="5D7284"/>
          <w:sz w:val="22"/>
        </w:rPr>
        <w:t>1:03:38</w:t>
      </w:r>
    </w:p>
    <w:p>
      <w:pPr>
        <w:spacing w:after="0"/>
      </w:pPr>
      <w:r>
        <w:rPr>
          <w:rFonts w:ascii="Arial" w:hAnsi="Arial"/>
          <w:sz w:val="22"/>
        </w:rPr>
        <w:t>The one good thing about COVID is that, you know, there is a whole generation of 14 year olds who haven't had to go through the hideousness that is spin the bottle.</w:t>
      </w:r>
    </w:p>
    <w:p>
      <w:pPr>
        <w:spacing w:after="0"/>
      </w:pPr>
    </w:p>
    <w:p>
      <w:pPr>
        <w:spacing w:after="0"/>
      </w:pPr>
      <w:r>
        <w:rPr>
          <w:rFonts w:ascii="Arial" w:hAnsi="Arial"/>
          <w:b/>
          <w:sz w:val="22"/>
        </w:rPr>
        <w:t xml:space="preserve">Lucy  </w:t>
      </w:r>
      <w:r>
        <w:rPr>
          <w:rFonts w:ascii="Arial" w:hAnsi="Arial"/>
          <w:color w:val="5D7284"/>
          <w:sz w:val="22"/>
        </w:rPr>
        <w:t>1:03:47</w:t>
      </w:r>
    </w:p>
    <w:p>
      <w:pPr>
        <w:spacing w:after="0"/>
      </w:pPr>
      <w:r>
        <w:rPr>
          <w:rFonts w:ascii="Arial" w:hAnsi="Arial"/>
          <w:sz w:val="22"/>
        </w:rPr>
        <w:t>Yeah, no. I mean, it's awful, isn't it, really. But there we go. So there we go.</w:t>
      </w:r>
    </w:p>
    <w:p>
      <w:pPr>
        <w:spacing w:after="0"/>
      </w:pPr>
    </w:p>
    <w:p>
      <w:pPr>
        <w:spacing w:after="0"/>
      </w:pPr>
      <w:r>
        <w:rPr>
          <w:rFonts w:ascii="Arial" w:hAnsi="Arial"/>
          <w:b/>
          <w:sz w:val="22"/>
        </w:rPr>
        <w:t xml:space="preserve">Roland Chesters  </w:t>
      </w:r>
      <w:r>
        <w:rPr>
          <w:rFonts w:ascii="Arial" w:hAnsi="Arial"/>
          <w:color w:val="5D7284"/>
          <w:sz w:val="22"/>
        </w:rPr>
        <w:t>1:03:53</w:t>
      </w:r>
    </w:p>
    <w:p>
      <w:pPr>
        <w:spacing w:after="0"/>
      </w:pPr>
      <w:r>
        <w:rPr>
          <w:rFonts w:ascii="Arial" w:hAnsi="Arial"/>
          <w:sz w:val="22"/>
        </w:rPr>
        <w:t>Talking of which, as I said, I'm one of the panel of positive voices, speakers for trancing and trust. So we go into schools and other places to talk about HIV. As you may be aware, in I think 2018 or 2019, the government passed legislation to say that schools need to include sex education on the curriculum for children from a certain age upwards, which hadn't been on the curriculum before them. So I've been doing this going into schools talking about sexual health for at least 10 years, I suppose now. And I haven't seen any particular increase in the level of knowledge that is demonstrated by the pupils that we're talking to in terms of the questions they are asking and sometimes they asked perfectly appropriate questions given what we're talking about, but sometimes they just made me think surely Somebody should have spoken to you, your parents for example. And so often when we go into schools, even though it's a mandated part of the curriculum, you find that they had to find a volunteer teacher to talk about it. And nobody's volunteered. So it's the teacher that drew the shortest straw who doesn't really want to do it because they're a bit embarrassed, and they don't have that amount of information. So what they are sharing with the children, is that degree of embarrassment about talking about sex, sex, an important part of life? Absolutely.</w:t>
      </w:r>
    </w:p>
    <w:p>
      <w:pPr>
        <w:spacing w:after="0"/>
      </w:pPr>
    </w:p>
    <w:p>
      <w:pPr>
        <w:spacing w:after="0"/>
      </w:pPr>
      <w:r>
        <w:rPr>
          <w:rFonts w:ascii="Arial" w:hAnsi="Arial"/>
          <w:b/>
          <w:sz w:val="22"/>
        </w:rPr>
        <w:t xml:space="preserve">Alice  </w:t>
      </w:r>
      <w:r>
        <w:rPr>
          <w:rFonts w:ascii="Arial" w:hAnsi="Arial"/>
          <w:color w:val="5D7284"/>
          <w:sz w:val="22"/>
        </w:rPr>
        <w:t>1:05:42</w:t>
      </w:r>
    </w:p>
    <w:p>
      <w:pPr>
        <w:spacing w:after="0"/>
      </w:pPr>
      <w:r>
        <w:rPr>
          <w:rFonts w:ascii="Arial" w:hAnsi="Arial"/>
          <w:sz w:val="22"/>
        </w:rPr>
        <w:t>A teacher, I'd want to be like, Yeah, I'm the cool teacher that you can that talks about really normal stuff like sex, but I wouldn't be embarrassed. I'd be like, yeah,</w:t>
      </w:r>
    </w:p>
    <w:p>
      <w:pPr>
        <w:spacing w:after="0"/>
      </w:pPr>
    </w:p>
    <w:p>
      <w:pPr>
        <w:spacing w:after="0"/>
      </w:pPr>
      <w:r>
        <w:rPr>
          <w:rFonts w:ascii="Arial" w:hAnsi="Arial"/>
          <w:b/>
          <w:sz w:val="22"/>
        </w:rPr>
        <w:t xml:space="preserve">Lucy  </w:t>
      </w:r>
      <w:r>
        <w:rPr>
          <w:rFonts w:ascii="Arial" w:hAnsi="Arial"/>
          <w:color w:val="5D7284"/>
          <w:sz w:val="22"/>
        </w:rPr>
        <w:t>1:05:53</w:t>
      </w:r>
    </w:p>
    <w:p>
      <w:pPr>
        <w:spacing w:after="0"/>
      </w:pPr>
      <w:r>
        <w:rPr>
          <w:rFonts w:ascii="Arial" w:hAnsi="Arial"/>
          <w:sz w:val="22"/>
        </w:rPr>
        <w:t>when I was at school, right, we had sex education lessons from about the age of what 12, 13. And when we got to, like, senior, end so a bit bit further on, we had sex education lessons, and my sex education teacher who also doubled up as a math teacher.</w:t>
      </w:r>
    </w:p>
    <w:p>
      <w:pPr>
        <w:spacing w:after="0"/>
      </w:pPr>
    </w:p>
    <w:p>
      <w:pPr>
        <w:spacing w:after="0"/>
      </w:pPr>
      <w:r>
        <w:rPr>
          <w:rFonts w:ascii="Arial" w:hAnsi="Arial"/>
          <w:b/>
          <w:sz w:val="22"/>
        </w:rPr>
        <w:t xml:space="preserve">Alice  </w:t>
      </w:r>
      <w:r>
        <w:rPr>
          <w:rFonts w:ascii="Arial" w:hAnsi="Arial"/>
          <w:color w:val="5D7284"/>
          <w:sz w:val="22"/>
        </w:rPr>
        <w:t>1:06:14</w:t>
      </w:r>
    </w:p>
    <w:p>
      <w:pPr>
        <w:spacing w:after="0"/>
      </w:pPr>
      <w:r>
        <w:rPr>
          <w:rFonts w:ascii="Arial" w:hAnsi="Arial"/>
          <w:sz w:val="22"/>
        </w:rPr>
        <w:t>One plus one equals.</w:t>
      </w:r>
    </w:p>
    <w:p>
      <w:pPr>
        <w:spacing w:after="0"/>
      </w:pPr>
    </w:p>
    <w:p>
      <w:pPr>
        <w:spacing w:after="0"/>
      </w:pPr>
      <w:r>
        <w:rPr>
          <w:rFonts w:ascii="Arial" w:hAnsi="Arial"/>
          <w:b/>
          <w:sz w:val="22"/>
        </w:rPr>
        <w:t xml:space="preserve">Lucy  </w:t>
      </w:r>
      <w:r>
        <w:rPr>
          <w:rFonts w:ascii="Arial" w:hAnsi="Arial"/>
          <w:color w:val="5D7284"/>
          <w:sz w:val="22"/>
        </w:rPr>
        <w:t>1:06:17</w:t>
      </w:r>
    </w:p>
    <w:p>
      <w:pPr>
        <w:spacing w:after="0"/>
      </w:pPr>
      <w:r>
        <w:rPr>
          <w:rFonts w:ascii="Arial" w:hAnsi="Arial"/>
          <w:sz w:val="22"/>
        </w:rPr>
        <w:t>Anyway, yeah. She didn't know she did not know what oral sex was. And we had to tell what the pupils had to tell her she thought about it. That's no joke, honestly. Didn't know. And I'm like, we are we are going to hell in a handcart at this rate, we really to be fair,</w:t>
      </w:r>
    </w:p>
    <w:p>
      <w:pPr>
        <w:spacing w:after="0"/>
      </w:pPr>
    </w:p>
    <w:p>
      <w:pPr>
        <w:spacing w:after="0"/>
      </w:pPr>
      <w:r>
        <w:rPr>
          <w:rFonts w:ascii="Arial" w:hAnsi="Arial"/>
          <w:b/>
          <w:sz w:val="22"/>
        </w:rPr>
        <w:t xml:space="preserve">Roland Chesters  </w:t>
      </w:r>
      <w:r>
        <w:rPr>
          <w:rFonts w:ascii="Arial" w:hAnsi="Arial"/>
          <w:color w:val="5D7284"/>
          <w:sz w:val="22"/>
        </w:rPr>
        <w:t>1:06:41</w:t>
      </w:r>
    </w:p>
    <w:p>
      <w:pPr>
        <w:spacing w:after="0"/>
      </w:pPr>
      <w:r>
        <w:rPr>
          <w:rFonts w:ascii="Arial" w:hAnsi="Arial"/>
          <w:sz w:val="22"/>
        </w:rPr>
        <w:t>don't get me wrong, though, we will I have certainly come across an absolute gems of teacher who teachers who are really on the ball. But it's also the parents we last year, we went to give two talks at a I'm not going to name the school, but is a private school in London. And the talks are two weeks apart. And it was a private school for girls. So we went and gave off the first talked to a group of girls who were extremely well behaved, ask intelligent questions, and so on and so forth. When we went back the second time, two weeks later, same teacher organizing it. And we said to them was any feedback from she said she was inundated with abusive emails from parents. So the girls are gone. And we talk about HIV, and the parents email the teacher emails, because how dare you expose our beloved child to somebody talking about HIV?</w:t>
      </w:r>
    </w:p>
    <w:p>
      <w:pPr>
        <w:spacing w:after="0"/>
      </w:pPr>
    </w:p>
    <w:p>
      <w:pPr>
        <w:spacing w:after="0"/>
      </w:pPr>
      <w:r>
        <w:rPr>
          <w:rFonts w:ascii="Arial" w:hAnsi="Arial"/>
          <w:b/>
          <w:sz w:val="22"/>
        </w:rPr>
        <w:t xml:space="preserve">Alice  </w:t>
      </w:r>
      <w:r>
        <w:rPr>
          <w:rFonts w:ascii="Arial" w:hAnsi="Arial"/>
          <w:color w:val="5D7284"/>
          <w:sz w:val="22"/>
        </w:rPr>
        <w:t>1:07:37</w:t>
      </w:r>
    </w:p>
    <w:p>
      <w:pPr>
        <w:spacing w:after="0"/>
      </w:pPr>
      <w:r>
        <w:rPr>
          <w:rFonts w:ascii="Arial" w:hAnsi="Arial"/>
          <w:sz w:val="22"/>
        </w:rPr>
        <w:t>I just I just don't understand. How can you expect your child to be aware enough to protect themselves from you know, contracted diseases? Like, ah, like? How can how, you know, those kids are going to be the sorts of kids who are now running around thinking that, you know, you can catch herpes from using somebody's toilet or something, it's be that sort of nonsense, and you just is, why on earth would you not want to educate your children? Like, alright, I understand sometimes, you know, children might learn things earlier than is perhaps age appropriate. But I would rather manage the outcome of that, than have to manage the experience of my child who has their first sexual contact and ends up with HIV.</w:t>
      </w:r>
    </w:p>
    <w:p>
      <w:pPr>
        <w:spacing w:after="0"/>
      </w:pPr>
    </w:p>
    <w:p>
      <w:pPr>
        <w:spacing w:after="0"/>
      </w:pPr>
      <w:r>
        <w:rPr>
          <w:rFonts w:ascii="Arial" w:hAnsi="Arial"/>
          <w:b/>
          <w:sz w:val="22"/>
        </w:rPr>
        <w:t xml:space="preserve">Roland Chesters  </w:t>
      </w:r>
      <w:r>
        <w:rPr>
          <w:rFonts w:ascii="Arial" w:hAnsi="Arial"/>
          <w:color w:val="5D7284"/>
          <w:sz w:val="22"/>
        </w:rPr>
        <w:t>1:08:45</w:t>
      </w:r>
    </w:p>
    <w:p>
      <w:pPr>
        <w:spacing w:after="0"/>
      </w:pPr>
      <w:r>
        <w:rPr>
          <w:rFonts w:ascii="Arial" w:hAnsi="Arial"/>
          <w:sz w:val="22"/>
        </w:rPr>
        <w:t>While we are only allowed to talk to pupils from a certain age, our words, and our talks are all carefully constructed, carefully vetted, carefully monitored, to make sure that we are not seen to be encouraging young people to engage in sexual activity. As you rightly said, we talk in order to educate and inform and ensure that these children will have a healthy sex life as and when they choose and decide to engage in it.</w:t>
      </w:r>
    </w:p>
    <w:p>
      <w:pPr>
        <w:spacing w:after="0"/>
      </w:pPr>
    </w:p>
    <w:p>
      <w:pPr>
        <w:spacing w:after="0"/>
      </w:pPr>
      <w:r>
        <w:rPr>
          <w:rFonts w:ascii="Arial" w:hAnsi="Arial"/>
          <w:b/>
          <w:sz w:val="22"/>
        </w:rPr>
        <w:t xml:space="preserve">Alice  </w:t>
      </w:r>
      <w:r>
        <w:rPr>
          <w:rFonts w:ascii="Arial" w:hAnsi="Arial"/>
          <w:color w:val="5D7284"/>
          <w:sz w:val="22"/>
        </w:rPr>
        <w:t>1:09:20</w:t>
      </w:r>
    </w:p>
    <w:p>
      <w:pPr>
        <w:spacing w:after="0"/>
      </w:pPr>
      <w:r>
        <w:rPr>
          <w:rFonts w:ascii="Arial" w:hAnsi="Arial"/>
          <w:sz w:val="22"/>
        </w:rPr>
        <w:t>And it's ridiculous because there have been so many studies that have been done that show that things like you know preaching abstinence rather than educating people about contraception has shown that it's one of those southern American states where you know, probably Texas where you now can't get an abortion,</w:t>
      </w:r>
    </w:p>
    <w:p>
      <w:pPr>
        <w:spacing w:after="0"/>
      </w:pPr>
    </w:p>
    <w:p>
      <w:pPr>
        <w:spacing w:after="0"/>
      </w:pPr>
      <w:r>
        <w:rPr>
          <w:rFonts w:ascii="Arial" w:hAnsi="Arial"/>
          <w:b/>
          <w:sz w:val="22"/>
        </w:rPr>
        <w:t xml:space="preserve">Lucy  </w:t>
      </w:r>
      <w:r>
        <w:rPr>
          <w:rFonts w:ascii="Arial" w:hAnsi="Arial"/>
          <w:color w:val="5D7284"/>
          <w:sz w:val="22"/>
        </w:rPr>
        <w:t>1:09:41</w:t>
      </w:r>
    </w:p>
    <w:p>
      <w:pPr>
        <w:spacing w:after="0"/>
      </w:pPr>
      <w:r>
        <w:rPr>
          <w:rFonts w:ascii="Arial" w:hAnsi="Arial"/>
          <w:sz w:val="22"/>
        </w:rPr>
        <w:t>probably Texas where you can marry a horse.</w:t>
      </w:r>
    </w:p>
    <w:p>
      <w:pPr>
        <w:spacing w:after="0"/>
      </w:pPr>
    </w:p>
    <w:p>
      <w:pPr>
        <w:spacing w:after="0"/>
      </w:pPr>
      <w:r>
        <w:rPr>
          <w:rFonts w:ascii="Arial" w:hAnsi="Arial"/>
          <w:b/>
          <w:sz w:val="22"/>
        </w:rPr>
        <w:t xml:space="preserve">Alice  </w:t>
      </w:r>
      <w:r>
        <w:rPr>
          <w:rFonts w:ascii="Arial" w:hAnsi="Arial"/>
          <w:color w:val="5D7284"/>
          <w:sz w:val="22"/>
        </w:rPr>
        <w:t>1:09:44</w:t>
      </w:r>
    </w:p>
    <w:p>
      <w:pPr>
        <w:spacing w:after="0"/>
      </w:pPr>
      <w:r>
        <w:rPr>
          <w:rFonts w:ascii="Arial" w:hAnsi="Arial"/>
          <w:sz w:val="22"/>
        </w:rPr>
        <w:t>That whether it's young girls who are being you know, who aren't being educated about contraception and the risks of sexually transmitted diseases are but instead of being a preaching abstinence are are starting anal sex and oral sex at like 13 because it doesn't count. No. And they're still leaving themselves open to catching all the only disease you don't catch from anal sex is babies. So, you know, it's just just</w:t>
      </w:r>
    </w:p>
    <w:p>
      <w:pPr>
        <w:spacing w:after="0"/>
      </w:pPr>
    </w:p>
    <w:p>
      <w:pPr>
        <w:spacing w:after="0"/>
      </w:pPr>
      <w:r>
        <w:rPr>
          <w:rFonts w:ascii="Arial" w:hAnsi="Arial"/>
          <w:b/>
          <w:sz w:val="22"/>
        </w:rPr>
        <w:t xml:space="preserve">Lucy  </w:t>
      </w:r>
      <w:r>
        <w:rPr>
          <w:rFonts w:ascii="Arial" w:hAnsi="Arial"/>
          <w:color w:val="5D7284"/>
          <w:sz w:val="22"/>
        </w:rPr>
        <w:t>1:10:21</w:t>
      </w:r>
    </w:p>
    <w:p>
      <w:pPr>
        <w:spacing w:after="0"/>
      </w:pPr>
      <w:r>
        <w:rPr>
          <w:rFonts w:ascii="Arial" w:hAnsi="Arial"/>
          <w:sz w:val="22"/>
        </w:rPr>
        <w:t>and then on and then on relating it back, because if we go back to the whole disability issue you have, you have people who they look at somebody who is disabled, and think are they are they can't possibly have have an active sex life. You know, even people who potential date, you know, you go online dating and you disclose you've got a disability, you build up the court, you either you either put it on your profile straight off the bat, and you get all sorts of questions like, How is it? How is it possible because they think it's some sort of weird, you know, we have to get into all sorts of weird position at all, if you don't put it on your profile and you build up the courage to you get the same thing. It's just a delayed reaction of because they think all that it's like this McCobb kind of curiosity, or wonder how that works? Well, it works exactly the same as everybody else</w:t>
      </w:r>
    </w:p>
    <w:p>
      <w:pPr>
        <w:spacing w:after="0"/>
      </w:pPr>
    </w:p>
    <w:p>
      <w:pPr>
        <w:spacing w:after="0"/>
      </w:pPr>
      <w:r>
        <w:rPr>
          <w:rFonts w:ascii="Arial" w:hAnsi="Arial"/>
          <w:b/>
          <w:sz w:val="22"/>
        </w:rPr>
        <w:t xml:space="preserve">Roland Chesters  </w:t>
      </w:r>
      <w:r>
        <w:rPr>
          <w:rFonts w:ascii="Arial" w:hAnsi="Arial"/>
          <w:color w:val="5D7284"/>
          <w:sz w:val="22"/>
        </w:rPr>
        <w:t>1:11:17</w:t>
      </w:r>
    </w:p>
    <w:p>
      <w:pPr>
        <w:spacing w:after="0"/>
      </w:pPr>
      <w:r>
        <w:rPr>
          <w:rFonts w:ascii="Arial" w:hAnsi="Arial"/>
          <w:sz w:val="22"/>
        </w:rPr>
        <w:t>you are, I'm sure aware that we are in the middle of the UK disability history. And the two themes this year are sex and relationships and hidden disabilities, how appropriate. I went to give it a talk sexual health talk to a Catholic school a couple of years ago. In a reception area, the Catholic school was a big picture of an AIDS orphanage somewhere in Africa that the school support is oh, this is really good start. And as I was taken into the the room that has given the talk the teacher drew me to one side and said of course you must have mentioned the C word. Which C word</w:t>
      </w:r>
    </w:p>
    <w:p>
      <w:pPr>
        <w:spacing w:after="0"/>
      </w:pPr>
    </w:p>
    <w:p>
      <w:pPr>
        <w:spacing w:after="0"/>
      </w:pPr>
      <w:r>
        <w:rPr>
          <w:rFonts w:ascii="Arial" w:hAnsi="Arial"/>
          <w:b/>
          <w:sz w:val="22"/>
        </w:rPr>
        <w:t xml:space="preserve">Alice  </w:t>
      </w:r>
      <w:r>
        <w:rPr>
          <w:rFonts w:ascii="Arial" w:hAnsi="Arial"/>
          <w:color w:val="5D7284"/>
          <w:sz w:val="22"/>
        </w:rPr>
        <w:t>1:12:03</w:t>
      </w:r>
    </w:p>
    <w:p>
      <w:pPr>
        <w:spacing w:after="0"/>
      </w:pPr>
      <w:r>
        <w:rPr>
          <w:rFonts w:ascii="Arial" w:hAnsi="Arial"/>
          <w:sz w:val="22"/>
        </w:rPr>
        <w:t>I was gonna say. I always say the C word on on but I think we may be talking about different different C word.</w:t>
      </w:r>
    </w:p>
    <w:p>
      <w:pPr>
        <w:spacing w:after="0"/>
      </w:pPr>
    </w:p>
    <w:p>
      <w:pPr>
        <w:spacing w:after="0"/>
      </w:pPr>
      <w:r>
        <w:rPr>
          <w:rFonts w:ascii="Arial" w:hAnsi="Arial"/>
          <w:b/>
          <w:sz w:val="22"/>
        </w:rPr>
        <w:t xml:space="preserve">Roland Chesters  </w:t>
      </w:r>
      <w:r>
        <w:rPr>
          <w:rFonts w:ascii="Arial" w:hAnsi="Arial"/>
          <w:color w:val="5D7284"/>
          <w:sz w:val="22"/>
        </w:rPr>
        <w:t>1:12:15</w:t>
      </w:r>
    </w:p>
    <w:p>
      <w:pPr>
        <w:spacing w:after="0"/>
      </w:pPr>
      <w:r>
        <w:rPr>
          <w:rFonts w:ascii="Arial" w:hAnsi="Arial"/>
          <w:sz w:val="22"/>
        </w:rPr>
        <w:t>The C word words that I was not allowed to use were contraception and condoms</w:t>
      </w:r>
    </w:p>
    <w:p>
      <w:pPr>
        <w:spacing w:after="0"/>
      </w:pPr>
    </w:p>
    <w:p>
      <w:pPr>
        <w:spacing w:after="0"/>
      </w:pPr>
      <w:r>
        <w:rPr>
          <w:rFonts w:ascii="Arial" w:hAnsi="Arial"/>
          <w:b/>
          <w:sz w:val="22"/>
        </w:rPr>
        <w:t xml:space="preserve">Lucy  </w:t>
      </w:r>
      <w:r>
        <w:rPr>
          <w:rFonts w:ascii="Arial" w:hAnsi="Arial"/>
          <w:color w:val="5D7284"/>
          <w:sz w:val="22"/>
        </w:rPr>
        <w:t>1:12:21</w:t>
      </w:r>
    </w:p>
    <w:p>
      <w:pPr>
        <w:spacing w:after="0"/>
      </w:pPr>
      <w:r>
        <w:rPr>
          <w:rFonts w:ascii="Arial" w:hAnsi="Arial"/>
          <w:sz w:val="22"/>
        </w:rPr>
        <w:t>are unbelievable. absolutely unbelievable. I know.</w:t>
      </w:r>
    </w:p>
    <w:p>
      <w:pPr>
        <w:spacing w:after="0"/>
      </w:pPr>
    </w:p>
    <w:p>
      <w:pPr>
        <w:spacing w:after="0"/>
      </w:pPr>
      <w:r>
        <w:rPr>
          <w:rFonts w:ascii="Arial" w:hAnsi="Arial"/>
          <w:b/>
          <w:sz w:val="22"/>
        </w:rPr>
        <w:t xml:space="preserve">Alice  </w:t>
      </w:r>
      <w:r>
        <w:rPr>
          <w:rFonts w:ascii="Arial" w:hAnsi="Arial"/>
          <w:color w:val="5D7284"/>
          <w:sz w:val="22"/>
        </w:rPr>
        <w:t>1:12:28</w:t>
      </w:r>
    </w:p>
    <w:p>
      <w:pPr>
        <w:spacing w:after="0"/>
      </w:pPr>
      <w:r>
        <w:rPr>
          <w:rFonts w:ascii="Arial" w:hAnsi="Arial"/>
          <w:sz w:val="22"/>
        </w:rPr>
        <w:t>I know the C word for you. Go on. Hold on, hold on. I don't get credit. At surprised. Yeah, I've got another C word for you. Christmassssss</w:t>
      </w:r>
    </w:p>
    <w:p>
      <w:pPr>
        <w:spacing w:after="0"/>
      </w:pPr>
    </w:p>
    <w:p>
      <w:pPr>
        <w:spacing w:after="0"/>
      </w:pPr>
      <w:r>
        <w:rPr>
          <w:rFonts w:ascii="Arial" w:hAnsi="Arial"/>
          <w:b/>
          <w:sz w:val="22"/>
        </w:rPr>
        <w:t xml:space="preserve">Lucy  </w:t>
      </w:r>
      <w:r>
        <w:rPr>
          <w:rFonts w:ascii="Arial" w:hAnsi="Arial"/>
          <w:color w:val="5D7284"/>
          <w:sz w:val="22"/>
        </w:rPr>
        <w:t>1:12:43</w:t>
      </w:r>
    </w:p>
    <w:p>
      <w:pPr>
        <w:spacing w:after="0"/>
      </w:pPr>
      <w:r>
        <w:rPr>
          <w:rFonts w:ascii="Arial" w:hAnsi="Arial"/>
          <w:sz w:val="22"/>
        </w:rPr>
        <w:t>Oh, Roland. Can we carry on? Garbage?</w:t>
      </w:r>
    </w:p>
    <w:p>
      <w:pPr>
        <w:spacing w:after="0"/>
      </w:pPr>
    </w:p>
    <w:p>
      <w:pPr>
        <w:spacing w:after="0"/>
      </w:pPr>
      <w:r>
        <w:rPr>
          <w:rFonts w:ascii="Arial" w:hAnsi="Arial"/>
          <w:b/>
          <w:sz w:val="22"/>
        </w:rPr>
        <w:t xml:space="preserve">Roland Chesters  </w:t>
      </w:r>
      <w:r>
        <w:rPr>
          <w:rFonts w:ascii="Arial" w:hAnsi="Arial"/>
          <w:color w:val="5D7284"/>
          <w:sz w:val="22"/>
        </w:rPr>
        <w:t>1:12:46</w:t>
      </w:r>
    </w:p>
    <w:p>
      <w:pPr>
        <w:spacing w:after="0"/>
      </w:pPr>
      <w:r>
        <w:rPr>
          <w:rFonts w:ascii="Arial" w:hAnsi="Arial"/>
          <w:sz w:val="22"/>
        </w:rPr>
        <w:t>Okay, on the eighth day of Christmas, let's hear it for leper Lordy, who staying on the theme of Norse myths. Iceland has its very own Christmas Santa story that incorporates a disabled character. He is the disabled troll, leper Lordy, who is unable to leave his bed. His wife greyleigh steals naughty children to provide food for herself and more children.</w:t>
      </w:r>
    </w:p>
    <w:p>
      <w:pPr>
        <w:spacing w:after="0"/>
      </w:pPr>
    </w:p>
    <w:p>
      <w:pPr>
        <w:spacing w:after="0"/>
      </w:pPr>
      <w:r>
        <w:rPr>
          <w:rFonts w:ascii="Arial" w:hAnsi="Arial"/>
          <w:b/>
          <w:sz w:val="22"/>
        </w:rPr>
        <w:t xml:space="preserve">Lucy  </w:t>
      </w:r>
      <w:r>
        <w:rPr>
          <w:rFonts w:ascii="Arial" w:hAnsi="Arial"/>
          <w:color w:val="5D7284"/>
          <w:sz w:val="22"/>
        </w:rPr>
        <w:t>1:13:21</w:t>
      </w:r>
    </w:p>
    <w:p>
      <w:pPr>
        <w:spacing w:after="0"/>
      </w:pPr>
      <w:r>
        <w:rPr>
          <w:rFonts w:ascii="Arial" w:hAnsi="Arial"/>
          <w:sz w:val="22"/>
        </w:rPr>
        <w:t>That I mean, that isn't that Yeah, I know what's gonna make you feel better. I'll go I'll go and find you some small child to chomp on. Delicious. Delicious.</w:t>
      </w:r>
    </w:p>
    <w:p>
      <w:pPr>
        <w:spacing w:after="0"/>
      </w:pPr>
    </w:p>
    <w:p>
      <w:pPr>
        <w:spacing w:after="0"/>
      </w:pPr>
      <w:r>
        <w:rPr>
          <w:rFonts w:ascii="Arial" w:hAnsi="Arial"/>
          <w:b/>
          <w:sz w:val="22"/>
        </w:rPr>
        <w:t xml:space="preserve">Alice  </w:t>
      </w:r>
      <w:r>
        <w:rPr>
          <w:rFonts w:ascii="Arial" w:hAnsi="Arial"/>
          <w:color w:val="5D7284"/>
          <w:sz w:val="22"/>
        </w:rPr>
        <w:t>1:13:37</w:t>
      </w:r>
    </w:p>
    <w:p>
      <w:pPr>
        <w:spacing w:after="0"/>
      </w:pPr>
      <w:r>
        <w:rPr>
          <w:rFonts w:ascii="Arial" w:hAnsi="Arial"/>
          <w:sz w:val="22"/>
        </w:rPr>
        <w:t>Me. I think I think if I was a child, if my parents had said to me, if you're not, you know, as a child, they did say to me if you're not good this year, Santa won't come. If they said to me if you're not good this year, we'll feed you to a troll.</w:t>
      </w:r>
    </w:p>
    <w:p>
      <w:pPr>
        <w:spacing w:after="0"/>
      </w:pPr>
    </w:p>
    <w:p>
      <w:pPr>
        <w:spacing w:after="0"/>
      </w:pPr>
      <w:r>
        <w:rPr>
          <w:rFonts w:ascii="Arial" w:hAnsi="Arial"/>
          <w:b/>
          <w:sz w:val="22"/>
        </w:rPr>
        <w:t xml:space="preserve">Lucy  </w:t>
      </w:r>
      <w:r>
        <w:rPr>
          <w:rFonts w:ascii="Arial" w:hAnsi="Arial"/>
          <w:color w:val="5D7284"/>
          <w:sz w:val="22"/>
        </w:rPr>
        <w:t>1:13:54</w:t>
      </w:r>
    </w:p>
    <w:p>
      <w:pPr>
        <w:spacing w:after="0"/>
      </w:pPr>
      <w:r>
        <w:rPr>
          <w:rFonts w:ascii="Arial" w:hAnsi="Arial"/>
          <w:sz w:val="22"/>
        </w:rPr>
        <w:t>Sit down, shut up and get on with whatever you were told to do. Amazing</w:t>
      </w:r>
    </w:p>
    <w:p>
      <w:pPr>
        <w:spacing w:after="0"/>
      </w:pPr>
    </w:p>
    <w:p>
      <w:pPr>
        <w:spacing w:after="0"/>
      </w:pPr>
      <w:r>
        <w:rPr>
          <w:rFonts w:ascii="Arial" w:hAnsi="Arial"/>
          <w:b/>
          <w:sz w:val="22"/>
        </w:rPr>
        <w:t xml:space="preserve">Roland Chesters  </w:t>
      </w:r>
      <w:r>
        <w:rPr>
          <w:rFonts w:ascii="Arial" w:hAnsi="Arial"/>
          <w:color w:val="5D7284"/>
          <w:sz w:val="22"/>
        </w:rPr>
        <w:t>1:14:00</w:t>
      </w:r>
    </w:p>
    <w:p>
      <w:pPr>
        <w:spacing w:after="0"/>
      </w:pPr>
      <w:r>
        <w:rPr>
          <w:rFonts w:ascii="Arial" w:hAnsi="Arial"/>
          <w:sz w:val="22"/>
        </w:rPr>
        <w:t>on the ninth day of Christmas, we're nearly there, folks on the ninth day of Christmas entertainment. panto time is great. Oh know it isn't.</w:t>
      </w:r>
    </w:p>
    <w:p>
      <w:pPr>
        <w:spacing w:after="0"/>
      </w:pPr>
    </w:p>
    <w:p>
      <w:pPr>
        <w:spacing w:after="0"/>
      </w:pPr>
      <w:r>
        <w:rPr>
          <w:rFonts w:ascii="Arial" w:hAnsi="Arial"/>
          <w:b/>
          <w:sz w:val="22"/>
        </w:rPr>
        <w:t xml:space="preserve">Lucy  </w:t>
      </w:r>
      <w:r>
        <w:rPr>
          <w:rFonts w:ascii="Arial" w:hAnsi="Arial"/>
          <w:color w:val="5D7284"/>
          <w:sz w:val="22"/>
        </w:rPr>
        <w:t>1:14:12</w:t>
      </w:r>
    </w:p>
    <w:p>
      <w:pPr>
        <w:spacing w:after="0"/>
      </w:pPr>
      <w:r>
        <w:rPr>
          <w:rFonts w:ascii="Arial" w:hAnsi="Arial"/>
          <w:sz w:val="22"/>
        </w:rPr>
        <w:t>Oh, yes, it is.</w:t>
      </w:r>
    </w:p>
    <w:p>
      <w:pPr>
        <w:spacing w:after="0"/>
      </w:pPr>
    </w:p>
    <w:p>
      <w:pPr>
        <w:spacing w:after="0"/>
      </w:pPr>
      <w:r>
        <w:rPr>
          <w:rFonts w:ascii="Arial" w:hAnsi="Arial"/>
          <w:b/>
          <w:sz w:val="22"/>
        </w:rPr>
        <w:t xml:space="preserve">Roland Chesters  </w:t>
      </w:r>
      <w:r>
        <w:rPr>
          <w:rFonts w:ascii="Arial" w:hAnsi="Arial"/>
          <w:color w:val="5D7284"/>
          <w:sz w:val="22"/>
        </w:rPr>
        <w:t>1:14:16</w:t>
      </w:r>
    </w:p>
    <w:p>
      <w:pPr>
        <w:spacing w:after="0"/>
      </w:pPr>
      <w:r>
        <w:rPr>
          <w:rFonts w:ascii="Arial" w:hAnsi="Arial"/>
          <w:sz w:val="22"/>
        </w:rPr>
        <w:t>How many pantomime productions are disability friendly? Thankfully, an increasing number of production companies are recognizing the need for Relaxed Performances, sign interpretive performances, audio describe performances? Oh, yes, they do.</w:t>
      </w:r>
    </w:p>
    <w:p>
      <w:pPr>
        <w:spacing w:after="0"/>
      </w:pPr>
    </w:p>
    <w:p>
      <w:pPr>
        <w:spacing w:after="0"/>
      </w:pPr>
      <w:r>
        <w:rPr>
          <w:rFonts w:ascii="Arial" w:hAnsi="Arial"/>
          <w:b/>
          <w:sz w:val="22"/>
        </w:rPr>
        <w:t xml:space="preserve">Alice  </w:t>
      </w:r>
      <w:r>
        <w:rPr>
          <w:rFonts w:ascii="Arial" w:hAnsi="Arial"/>
          <w:color w:val="5D7284"/>
          <w:sz w:val="22"/>
        </w:rPr>
        <w:t>1:14:36</w:t>
      </w:r>
    </w:p>
    <w:p>
      <w:pPr>
        <w:spacing w:after="0"/>
      </w:pPr>
      <w:r>
        <w:rPr>
          <w:rFonts w:ascii="Arial" w:hAnsi="Arial"/>
          <w:sz w:val="22"/>
        </w:rPr>
        <w:t>Yeah, I think that that's very, I think those those things are really cool. I think it's definitely one of those things that we're seeing in London in the South. It's perhaps not made its way up to the bigger cities yet. And certainly, like it's not made its way up to the northern, the North yet or into smaller.</w:t>
      </w:r>
    </w:p>
    <w:p>
      <w:pPr>
        <w:spacing w:after="0"/>
      </w:pPr>
    </w:p>
    <w:p>
      <w:pPr>
        <w:spacing w:after="0"/>
      </w:pPr>
      <w:r>
        <w:rPr>
          <w:rFonts w:ascii="Arial" w:hAnsi="Arial"/>
          <w:b/>
          <w:sz w:val="22"/>
        </w:rPr>
        <w:t xml:space="preserve">Lucy  </w:t>
      </w:r>
      <w:r>
        <w:rPr>
          <w:rFonts w:ascii="Arial" w:hAnsi="Arial"/>
          <w:color w:val="5D7284"/>
          <w:sz w:val="22"/>
        </w:rPr>
        <w:t>1:14:58</w:t>
      </w:r>
    </w:p>
    <w:p>
      <w:pPr>
        <w:spacing w:after="0"/>
      </w:pPr>
      <w:r>
        <w:rPr>
          <w:rFonts w:ascii="Arial" w:hAnsi="Arial"/>
          <w:sz w:val="22"/>
        </w:rPr>
        <w:t>I'm on the access panel for Birmingham hippodrome and Birmingham, obviously. And they do so much they do touch doors, audio descriptions, the touch tones, you can actually go behind the scenes and touch all the costumes and the props and things before the show starts so that your you know what, what you're looking at, they do</w:t>
      </w:r>
    </w:p>
    <w:p>
      <w:pPr>
        <w:spacing w:after="0"/>
      </w:pPr>
    </w:p>
    <w:p>
      <w:pPr>
        <w:spacing w:after="0"/>
      </w:pPr>
      <w:r>
        <w:rPr>
          <w:rFonts w:ascii="Arial" w:hAnsi="Arial"/>
          <w:b/>
          <w:sz w:val="22"/>
        </w:rPr>
        <w:t xml:space="preserve">Alice  </w:t>
      </w:r>
      <w:r>
        <w:rPr>
          <w:rFonts w:ascii="Arial" w:hAnsi="Arial"/>
          <w:color w:val="5D7284"/>
          <w:sz w:val="22"/>
        </w:rPr>
        <w:t>1:15:17</w:t>
      </w:r>
    </w:p>
    <w:p>
      <w:pPr>
        <w:spacing w:after="0"/>
      </w:pPr>
      <w:r>
        <w:rPr>
          <w:rFonts w:ascii="Arial" w:hAnsi="Arial"/>
          <w:sz w:val="22"/>
        </w:rPr>
        <w:t>See thats what I need for Christmas markets, people need to let me put my fingers all over all their pies.</w:t>
      </w:r>
    </w:p>
    <w:p>
      <w:pPr>
        <w:spacing w:after="0"/>
      </w:pPr>
    </w:p>
    <w:p>
      <w:pPr>
        <w:spacing w:after="0"/>
      </w:pPr>
      <w:r>
        <w:rPr>
          <w:rFonts w:ascii="Arial" w:hAnsi="Arial"/>
          <w:b/>
          <w:sz w:val="22"/>
        </w:rPr>
        <w:t xml:space="preserve">Lucy  </w:t>
      </w:r>
      <w:r>
        <w:rPr>
          <w:rFonts w:ascii="Arial" w:hAnsi="Arial"/>
          <w:color w:val="5D7284"/>
          <w:sz w:val="22"/>
        </w:rPr>
        <w:t>1:15:25</w:t>
      </w:r>
    </w:p>
    <w:p>
      <w:pPr>
        <w:spacing w:after="0"/>
      </w:pPr>
      <w:r>
        <w:rPr>
          <w:rFonts w:ascii="Arial" w:hAnsi="Arial"/>
          <w:sz w:val="22"/>
        </w:rPr>
        <w:t>Maybe I can get one of the Birmingham Hippodrome, lots to come with you. But yeah, they do so much stuff. They've got disabled seating areas where you can actually sit in your wheelchair. And they've got a screen so that when everybody stands up at the end of a performance, as they always do, starts clapping and cheering instead of just seeing a bum in front of your face, or whatever. You you can actually see what's what's happening on the stage because the camera. Yeah, so I'm very proud to be part of the access panel for Birmingham Hippodrome, they do a great job. So</w:t>
      </w:r>
    </w:p>
    <w:p>
      <w:pPr>
        <w:spacing w:after="0"/>
      </w:pPr>
    </w:p>
    <w:p>
      <w:pPr>
        <w:spacing w:after="0"/>
      </w:pPr>
      <w:r>
        <w:rPr>
          <w:rFonts w:ascii="Arial" w:hAnsi="Arial"/>
          <w:b/>
          <w:sz w:val="22"/>
        </w:rPr>
        <w:t xml:space="preserve">Roland Chesters  </w:t>
      </w:r>
      <w:r>
        <w:rPr>
          <w:rFonts w:ascii="Arial" w:hAnsi="Arial"/>
          <w:color w:val="5D7284"/>
          <w:sz w:val="22"/>
        </w:rPr>
        <w:t>1:16:01</w:t>
      </w:r>
    </w:p>
    <w:p>
      <w:pPr>
        <w:spacing w:after="0"/>
      </w:pPr>
      <w:r>
        <w:rPr>
          <w:rFonts w:ascii="Arial" w:hAnsi="Arial"/>
          <w:sz w:val="22"/>
        </w:rPr>
        <w:t>although it depends on the attractiveness of the bum that's in front of you.</w:t>
      </w:r>
    </w:p>
    <w:p>
      <w:pPr>
        <w:spacing w:after="0"/>
      </w:pPr>
    </w:p>
    <w:p>
      <w:pPr>
        <w:spacing w:after="0"/>
      </w:pPr>
      <w:r>
        <w:rPr>
          <w:rFonts w:ascii="Arial" w:hAnsi="Arial"/>
          <w:b/>
          <w:sz w:val="22"/>
        </w:rPr>
        <w:t xml:space="preserve">Lucy  </w:t>
      </w:r>
      <w:r>
        <w:rPr>
          <w:rFonts w:ascii="Arial" w:hAnsi="Arial"/>
          <w:color w:val="5D7284"/>
          <w:sz w:val="22"/>
        </w:rPr>
        <w:t>1:16:08</w:t>
      </w:r>
    </w:p>
    <w:p>
      <w:pPr>
        <w:spacing w:after="0"/>
      </w:pPr>
      <w:r>
        <w:rPr>
          <w:rFonts w:ascii="Arial" w:hAnsi="Arial"/>
          <w:sz w:val="22"/>
        </w:rPr>
        <w:t>Well, yes, there is that. But no, I'm very proud to be part of the Birmingham Hippodrome, they do a great job and their pantomimes are always very well, they do rack performances of the pantos as well. So they are really trying to take on board, you know, a lot of disabilities, not just wheelchairs, which</w:t>
      </w:r>
    </w:p>
    <w:p>
      <w:pPr>
        <w:spacing w:after="0"/>
      </w:pPr>
    </w:p>
    <w:p>
      <w:pPr>
        <w:spacing w:after="0"/>
      </w:pPr>
      <w:r>
        <w:rPr>
          <w:rFonts w:ascii="Arial" w:hAnsi="Arial"/>
          <w:b/>
          <w:sz w:val="22"/>
        </w:rPr>
        <w:t xml:space="preserve">Roland Chesters  </w:t>
      </w:r>
      <w:r>
        <w:rPr>
          <w:rFonts w:ascii="Arial" w:hAnsi="Arial"/>
          <w:color w:val="5D7284"/>
          <w:sz w:val="22"/>
        </w:rPr>
        <w:t>1:16:28</w:t>
      </w:r>
    </w:p>
    <w:p>
      <w:pPr>
        <w:spacing w:after="0"/>
      </w:pPr>
      <w:r>
        <w:rPr>
          <w:rFonts w:ascii="Arial" w:hAnsi="Arial"/>
          <w:sz w:val="22"/>
        </w:rPr>
        <w:t>I'm about to engage with the National Ballet Company, about how they can make their performances more disability friendly. And it's not easy, because ballet is very visual. And yes, we can make them audio interpreted, and so on and so forth. But there's a lot of the ballet that you won't be able to gain through just having no interpretation. So it's something that we are engaged on at the moment, and I'm really glad that they are engaged on it.</w:t>
      </w:r>
    </w:p>
    <w:p>
      <w:pPr>
        <w:spacing w:after="0"/>
      </w:pPr>
    </w:p>
    <w:p>
      <w:pPr>
        <w:spacing w:after="0"/>
      </w:pPr>
      <w:r>
        <w:rPr>
          <w:rFonts w:ascii="Arial" w:hAnsi="Arial"/>
          <w:b/>
          <w:sz w:val="22"/>
        </w:rPr>
        <w:t xml:space="preserve">Lucy  </w:t>
      </w:r>
      <w:r>
        <w:rPr>
          <w:rFonts w:ascii="Arial" w:hAnsi="Arial"/>
          <w:color w:val="5D7284"/>
          <w:sz w:val="22"/>
        </w:rPr>
        <w:t>1:17:07</w:t>
      </w:r>
    </w:p>
    <w:p>
      <w:pPr>
        <w:spacing w:after="0"/>
      </w:pPr>
      <w:r>
        <w:rPr>
          <w:rFonts w:ascii="Arial" w:hAnsi="Arial"/>
          <w:sz w:val="22"/>
        </w:rPr>
        <w:t>It just makes sense, doesn't it really, I think for everybody to to at least consider it. And whilst they say you know, we might not be perfect, we'll give it a good go. And that's why the access panel exists for Birmingham hippodrome so that we can go back and say, well, actually, we thought about it like this, because that's not going to work. So they're actually engaging with disabled people rather than telling us what's best for us. Which is the way forward really?</w:t>
      </w:r>
    </w:p>
    <w:p>
      <w:pPr>
        <w:spacing w:after="0"/>
      </w:pPr>
    </w:p>
    <w:p>
      <w:pPr>
        <w:spacing w:after="0"/>
      </w:pPr>
      <w:r>
        <w:rPr>
          <w:rFonts w:ascii="Arial" w:hAnsi="Arial"/>
          <w:b/>
          <w:sz w:val="22"/>
        </w:rPr>
        <w:t xml:space="preserve">Roland Chesters  </w:t>
      </w:r>
      <w:r>
        <w:rPr>
          <w:rFonts w:ascii="Arial" w:hAnsi="Arial"/>
          <w:color w:val="5D7284"/>
          <w:sz w:val="22"/>
        </w:rPr>
        <w:t>1:17:30</w:t>
      </w:r>
    </w:p>
    <w:p>
      <w:pPr>
        <w:spacing w:after="0"/>
      </w:pPr>
      <w:r>
        <w:rPr>
          <w:rFonts w:ascii="Arial" w:hAnsi="Arial"/>
          <w:sz w:val="22"/>
        </w:rPr>
        <w:t>Yeah. Would you like the 10th day of Christmas?</w:t>
      </w:r>
    </w:p>
    <w:p>
      <w:pPr>
        <w:spacing w:after="0"/>
      </w:pPr>
    </w:p>
    <w:p>
      <w:pPr>
        <w:spacing w:after="0"/>
      </w:pPr>
      <w:r>
        <w:rPr>
          <w:rFonts w:ascii="Arial" w:hAnsi="Arial"/>
          <w:b/>
          <w:sz w:val="22"/>
        </w:rPr>
        <w:t xml:space="preserve">Lucy  </w:t>
      </w:r>
      <w:r>
        <w:rPr>
          <w:rFonts w:ascii="Arial" w:hAnsi="Arial"/>
          <w:color w:val="5D7284"/>
          <w:sz w:val="22"/>
        </w:rPr>
        <w:t>1:17:34</w:t>
      </w:r>
    </w:p>
    <w:p>
      <w:pPr>
        <w:spacing w:after="0"/>
      </w:pPr>
      <w:r>
        <w:rPr>
          <w:rFonts w:ascii="Arial" w:hAnsi="Arial"/>
          <w:sz w:val="22"/>
        </w:rPr>
        <w:t>I would like the 10th day of Christmas. Yeah.</w:t>
      </w:r>
    </w:p>
    <w:p>
      <w:pPr>
        <w:spacing w:after="0"/>
      </w:pPr>
    </w:p>
    <w:p>
      <w:pPr>
        <w:spacing w:after="0"/>
      </w:pPr>
      <w:r>
        <w:rPr>
          <w:rFonts w:ascii="Arial" w:hAnsi="Arial"/>
          <w:b/>
          <w:sz w:val="22"/>
        </w:rPr>
        <w:t xml:space="preserve">Roland Chesters  </w:t>
      </w:r>
      <w:r>
        <w:rPr>
          <w:rFonts w:ascii="Arial" w:hAnsi="Arial"/>
          <w:color w:val="5D7284"/>
          <w:sz w:val="22"/>
        </w:rPr>
        <w:t>1:17:36</w:t>
      </w:r>
    </w:p>
    <w:p>
      <w:pPr>
        <w:spacing w:after="0"/>
      </w:pPr>
      <w:r>
        <w:rPr>
          <w:rFonts w:ascii="Arial" w:hAnsi="Arial"/>
          <w:sz w:val="22"/>
        </w:rPr>
        <w:t>On the 10th day of Christmas, think Saturnalia. The Romans had their own seasonal entertainment based on Saturn, their god of agriculture. However, contrary to popular myth, Saturnalia isn't so much an occasion for honoring Saturn, but rather to defy him and his forces of limitation. including disability. de fi your disability? Is this the sort of positive message we should be sending out to disabled people?</w:t>
      </w:r>
    </w:p>
    <w:p>
      <w:pPr>
        <w:spacing w:after="0"/>
      </w:pPr>
    </w:p>
    <w:p>
      <w:pPr>
        <w:spacing w:after="0"/>
      </w:pPr>
      <w:r>
        <w:rPr>
          <w:rFonts w:ascii="Arial" w:hAnsi="Arial"/>
          <w:b/>
          <w:sz w:val="22"/>
        </w:rPr>
        <w:t xml:space="preserve">Lucy  </w:t>
      </w:r>
      <w:r>
        <w:rPr>
          <w:rFonts w:ascii="Arial" w:hAnsi="Arial"/>
          <w:color w:val="5D7284"/>
          <w:sz w:val="22"/>
        </w:rPr>
        <w:t>1:18:10</w:t>
      </w:r>
    </w:p>
    <w:p>
      <w:pPr>
        <w:spacing w:after="0"/>
      </w:pPr>
      <w:r>
        <w:rPr>
          <w:rFonts w:ascii="Arial" w:hAnsi="Arial"/>
          <w:sz w:val="22"/>
        </w:rPr>
        <w:t>Yes, we should be well labeled podcast all over isn't it really isn't it. We don't like labels. That's brilliant. I love that. I think 10 is my favorite so far.</w:t>
      </w:r>
    </w:p>
    <w:p>
      <w:pPr>
        <w:spacing w:after="0"/>
      </w:pPr>
    </w:p>
    <w:p>
      <w:pPr>
        <w:spacing w:after="0"/>
      </w:pPr>
      <w:r>
        <w:rPr>
          <w:rFonts w:ascii="Arial" w:hAnsi="Arial"/>
          <w:b/>
          <w:sz w:val="22"/>
        </w:rPr>
        <w:t xml:space="preserve">Roland Chesters  </w:t>
      </w:r>
      <w:r>
        <w:rPr>
          <w:rFonts w:ascii="Arial" w:hAnsi="Arial"/>
          <w:color w:val="5D7284"/>
          <w:sz w:val="22"/>
        </w:rPr>
        <w:t>1:18:21</w:t>
      </w:r>
    </w:p>
    <w:p>
      <w:pPr>
        <w:spacing w:after="0"/>
      </w:pPr>
      <w:r>
        <w:rPr>
          <w:rFonts w:ascii="Arial" w:hAnsi="Arial"/>
          <w:sz w:val="22"/>
        </w:rPr>
        <w:t>We still got two more to go so you know shall i move rapidly on then onto the 11th day of Christmas. On the 11th day of Christmas think Carol's although Christmas carols are part of the festive season the singing of the seasonal disease shouldn't be thought of as excluding deaf or hearing impaired people. There are several all deaf or sign assisted choirs in the UK ding dong merrily on high and find those heartless</w:t>
      </w:r>
    </w:p>
    <w:p>
      <w:pPr>
        <w:spacing w:after="0"/>
      </w:pPr>
    </w:p>
    <w:p>
      <w:pPr>
        <w:spacing w:after="0"/>
      </w:pPr>
      <w:r>
        <w:rPr>
          <w:rFonts w:ascii="Arial" w:hAnsi="Arial"/>
          <w:b/>
          <w:sz w:val="22"/>
        </w:rPr>
        <w:t xml:space="preserve">Alice  </w:t>
      </w:r>
      <w:r>
        <w:rPr>
          <w:rFonts w:ascii="Arial" w:hAnsi="Arial"/>
          <w:color w:val="5D7284"/>
          <w:sz w:val="22"/>
        </w:rPr>
        <w:t>1:18:56</w:t>
      </w:r>
    </w:p>
    <w:p>
      <w:pPr>
        <w:spacing w:after="0"/>
      </w:pPr>
      <w:r>
        <w:rPr>
          <w:rFonts w:ascii="Arial" w:hAnsi="Arial"/>
          <w:sz w:val="22"/>
        </w:rPr>
        <w:t>and now would be the the time for us to to put on the wham because that is yeah my I know it's not a carol but that is my I can't</w:t>
      </w:r>
    </w:p>
    <w:p>
      <w:pPr>
        <w:spacing w:after="0"/>
      </w:pPr>
    </w:p>
    <w:p>
      <w:pPr>
        <w:spacing w:after="0"/>
      </w:pPr>
      <w:r>
        <w:rPr>
          <w:rFonts w:ascii="Arial" w:hAnsi="Arial"/>
          <w:b/>
          <w:sz w:val="22"/>
        </w:rPr>
        <w:t xml:space="preserve">Lucy  </w:t>
      </w:r>
      <w:r>
        <w:rPr>
          <w:rFonts w:ascii="Arial" w:hAnsi="Arial"/>
          <w:color w:val="5D7284"/>
          <w:sz w:val="22"/>
        </w:rPr>
        <w:t>1:19:06</w:t>
      </w:r>
    </w:p>
    <w:p>
      <w:pPr>
        <w:spacing w:after="0"/>
      </w:pPr>
      <w:r>
        <w:rPr>
          <w:rFonts w:ascii="Arial" w:hAnsi="Arial"/>
          <w:sz w:val="22"/>
        </w:rPr>
        <w:t>I cannot I can't do I can sign and I did learn shakin Stevens Merry Christmas everyone don't ask me to do it because I've forgotten it but okay if I sit down and concentrate again okay it's on your</w:t>
      </w:r>
    </w:p>
    <w:p>
      <w:pPr>
        <w:spacing w:after="0"/>
      </w:pPr>
    </w:p>
    <w:p>
      <w:pPr>
        <w:spacing w:after="0"/>
      </w:pPr>
      <w:r>
        <w:rPr>
          <w:rFonts w:ascii="Arial" w:hAnsi="Arial"/>
          <w:b/>
          <w:sz w:val="22"/>
        </w:rPr>
        <w:t xml:space="preserve">Alice  </w:t>
      </w:r>
      <w:r>
        <w:rPr>
          <w:rFonts w:ascii="Arial" w:hAnsi="Arial"/>
          <w:color w:val="5D7284"/>
          <w:sz w:val="22"/>
        </w:rPr>
        <w:t>1:19:19</w:t>
      </w:r>
    </w:p>
    <w:p>
      <w:pPr>
        <w:spacing w:after="0"/>
      </w:pPr>
      <w:r>
        <w:rPr>
          <w:rFonts w:ascii="Arial" w:hAnsi="Arial"/>
          <w:sz w:val="22"/>
        </w:rPr>
        <w:t>lap to have a have a thick sort of have a go and we'll we'll record a video of you signing it and all</w:t>
      </w:r>
    </w:p>
    <w:p>
      <w:pPr>
        <w:spacing w:after="0"/>
      </w:pPr>
    </w:p>
    <w:p>
      <w:pPr>
        <w:spacing w:after="0"/>
      </w:pPr>
      <w:r>
        <w:rPr>
          <w:rFonts w:ascii="Arial" w:hAnsi="Arial"/>
          <w:b/>
          <w:sz w:val="22"/>
        </w:rPr>
        <w:t xml:space="preserve">Roland Chesters  </w:t>
      </w:r>
      <w:r>
        <w:rPr>
          <w:rFonts w:ascii="Arial" w:hAnsi="Arial"/>
          <w:color w:val="5D7284"/>
          <w:sz w:val="22"/>
        </w:rPr>
        <w:t>1:19:26</w:t>
      </w:r>
    </w:p>
    <w:p>
      <w:pPr>
        <w:spacing w:after="0"/>
      </w:pPr>
      <w:r>
        <w:rPr>
          <w:rFonts w:ascii="Arial" w:hAnsi="Arial"/>
          <w:sz w:val="22"/>
        </w:rPr>
        <w:t>that are you Ladies strictly watchers Strictly Come dancing?</w:t>
      </w:r>
    </w:p>
    <w:p>
      <w:pPr>
        <w:spacing w:after="0"/>
      </w:pPr>
    </w:p>
    <w:p>
      <w:pPr>
        <w:spacing w:after="0"/>
      </w:pPr>
      <w:r>
        <w:rPr>
          <w:rFonts w:ascii="Arial" w:hAnsi="Arial"/>
          <w:b/>
          <w:sz w:val="22"/>
        </w:rPr>
        <w:t xml:space="preserve">Lucy  </w:t>
      </w:r>
      <w:r>
        <w:rPr>
          <w:rFonts w:ascii="Arial" w:hAnsi="Arial"/>
          <w:color w:val="5D7284"/>
          <w:sz w:val="22"/>
        </w:rPr>
        <w:t>1:19:40</w:t>
      </w:r>
    </w:p>
    <w:p>
      <w:pPr>
        <w:spacing w:after="0"/>
      </w:pPr>
      <w:r>
        <w:rPr>
          <w:rFonts w:ascii="Arial" w:hAnsi="Arial"/>
          <w:sz w:val="22"/>
        </w:rPr>
        <w:t>Yes we are.</w:t>
      </w:r>
    </w:p>
    <w:p>
      <w:pPr>
        <w:spacing w:after="0"/>
      </w:pPr>
    </w:p>
    <w:p>
      <w:pPr>
        <w:spacing w:after="0"/>
      </w:pPr>
      <w:r>
        <w:rPr>
          <w:rFonts w:ascii="Arial" w:hAnsi="Arial"/>
          <w:b/>
          <w:sz w:val="22"/>
        </w:rPr>
        <w:t xml:space="preserve">Alice  </w:t>
      </w:r>
      <w:r>
        <w:rPr>
          <w:rFonts w:ascii="Arial" w:hAnsi="Arial"/>
          <w:color w:val="5D7284"/>
          <w:sz w:val="22"/>
        </w:rPr>
        <w:t>1:19:41</w:t>
      </w:r>
    </w:p>
    <w:p>
      <w:pPr>
        <w:spacing w:after="0"/>
      </w:pPr>
      <w:r>
        <w:rPr>
          <w:rFonts w:ascii="Arial" w:hAnsi="Arial"/>
          <w:sz w:val="22"/>
        </w:rPr>
        <w:t>I don't really watch TV. I read books and I</w:t>
      </w:r>
    </w:p>
    <w:p>
      <w:pPr>
        <w:spacing w:after="0"/>
      </w:pPr>
    </w:p>
    <w:p>
      <w:pPr>
        <w:spacing w:after="0"/>
      </w:pPr>
      <w:r>
        <w:rPr>
          <w:rFonts w:ascii="Arial" w:hAnsi="Arial"/>
          <w:b/>
          <w:sz w:val="22"/>
        </w:rPr>
        <w:t xml:space="preserve">Lucy  </w:t>
      </w:r>
      <w:r>
        <w:rPr>
          <w:rFonts w:ascii="Arial" w:hAnsi="Arial"/>
          <w:color w:val="5D7284"/>
          <w:sz w:val="22"/>
        </w:rPr>
        <w:t>1:19:46</w:t>
      </w:r>
    </w:p>
    <w:p>
      <w:pPr>
        <w:spacing w:after="0"/>
      </w:pPr>
      <w:r>
        <w:rPr>
          <w:rFonts w:ascii="Arial" w:hAnsi="Arial"/>
          <w:sz w:val="22"/>
        </w:rPr>
        <w:t>that I then have to tell Alice about the TV she's missing out on but yes, I I kind of like I pick and choose really the years I watch but I was quite interested to see this year obviously The actress from EastEnders, who is deaf, who I think should win, really, because she cannot hear music at all. And yet can dance like that it's amazing,</w:t>
      </w:r>
    </w:p>
    <w:p>
      <w:pPr>
        <w:spacing w:after="0"/>
      </w:pPr>
    </w:p>
    <w:p>
      <w:pPr>
        <w:spacing w:after="0"/>
      </w:pPr>
      <w:r>
        <w:rPr>
          <w:rFonts w:ascii="Arial" w:hAnsi="Arial"/>
          <w:b/>
          <w:sz w:val="22"/>
        </w:rPr>
        <w:t xml:space="preserve">Roland Chesters  </w:t>
      </w:r>
      <w:r>
        <w:rPr>
          <w:rFonts w:ascii="Arial" w:hAnsi="Arial"/>
          <w:color w:val="5D7284"/>
          <w:sz w:val="22"/>
        </w:rPr>
        <w:t>1:20:10</w:t>
      </w:r>
    </w:p>
    <w:p>
      <w:pPr>
        <w:spacing w:after="0"/>
      </w:pPr>
      <w:r>
        <w:rPr>
          <w:rFonts w:ascii="Arial" w:hAnsi="Arial"/>
          <w:sz w:val="22"/>
        </w:rPr>
        <w:t>beautiful dancer, it is</w:t>
      </w:r>
    </w:p>
    <w:p>
      <w:pPr>
        <w:spacing w:after="0"/>
      </w:pPr>
    </w:p>
    <w:p>
      <w:pPr>
        <w:spacing w:after="0"/>
      </w:pPr>
      <w:r>
        <w:rPr>
          <w:rFonts w:ascii="Arial" w:hAnsi="Arial"/>
          <w:b/>
          <w:sz w:val="22"/>
        </w:rPr>
        <w:t xml:space="preserve">Lucy  </w:t>
      </w:r>
      <w:r>
        <w:rPr>
          <w:rFonts w:ascii="Arial" w:hAnsi="Arial"/>
          <w:color w:val="5D7284"/>
          <w:sz w:val="22"/>
        </w:rPr>
        <w:t>1:20:12</w:t>
      </w:r>
    </w:p>
    <w:p>
      <w:pPr>
        <w:spacing w:after="0"/>
      </w:pPr>
      <w:r>
        <w:rPr>
          <w:rFonts w:ascii="Arial" w:hAnsi="Arial"/>
          <w:sz w:val="22"/>
        </w:rPr>
        <w:t>absolutely fantastic.</w:t>
      </w:r>
    </w:p>
    <w:p>
      <w:pPr>
        <w:spacing w:after="0"/>
      </w:pPr>
    </w:p>
    <w:p>
      <w:pPr>
        <w:spacing w:after="0"/>
      </w:pPr>
      <w:r>
        <w:rPr>
          <w:rFonts w:ascii="Arial" w:hAnsi="Arial"/>
          <w:b/>
          <w:sz w:val="22"/>
        </w:rPr>
        <w:t xml:space="preserve">Roland Chesters  </w:t>
      </w:r>
      <w:r>
        <w:rPr>
          <w:rFonts w:ascii="Arial" w:hAnsi="Arial"/>
          <w:color w:val="5D7284"/>
          <w:sz w:val="22"/>
        </w:rPr>
        <w:t>1:20:14</w:t>
      </w:r>
    </w:p>
    <w:p>
      <w:pPr>
        <w:spacing w:after="0"/>
      </w:pPr>
      <w:r>
        <w:rPr>
          <w:rFonts w:ascii="Arial" w:hAnsi="Arial"/>
          <w:sz w:val="22"/>
        </w:rPr>
        <w:t>But you will probably also be aware that there has been an enormous increase in the number of people who are wanting to learn British Sign Language purely as a result of seeing her performing on strictly. So it's about visibility of people with disabilities in different contexts and people being shocked and surprised. I never knew that a hearing impaired or a deaf person could dance to music, how can that happen? And we need to see more of that happening the normalization back to normal of disability.</w:t>
      </w:r>
    </w:p>
    <w:p>
      <w:pPr>
        <w:spacing w:after="0"/>
      </w:pPr>
    </w:p>
    <w:p>
      <w:pPr>
        <w:spacing w:after="0"/>
      </w:pPr>
      <w:r>
        <w:rPr>
          <w:rFonts w:ascii="Arial" w:hAnsi="Arial"/>
          <w:b/>
          <w:sz w:val="22"/>
        </w:rPr>
        <w:t xml:space="preserve">Lucy  </w:t>
      </w:r>
      <w:r>
        <w:rPr>
          <w:rFonts w:ascii="Arial" w:hAnsi="Arial"/>
          <w:color w:val="5D7284"/>
          <w:sz w:val="22"/>
        </w:rPr>
        <w:t>1:20:49</w:t>
      </w:r>
    </w:p>
    <w:p>
      <w:pPr>
        <w:spacing w:after="0"/>
      </w:pPr>
      <w:r>
        <w:rPr>
          <w:rFonts w:ascii="Arial" w:hAnsi="Arial"/>
          <w:sz w:val="22"/>
        </w:rPr>
        <w:t>learning sign language was probably one of the best things I've ever I've ever done. Because it actually comes in quite handy. I mean, my mum, my mum can be talking to me across a busy shop. And I will immediately start signing to her. But then I realized, well, she doesn't know sign language. And I'm thinking, I have to I have to teach you the basics at least fingerspelling because Oh, when she's wanting to have gossip about somebody. We've got to t we like all she tried to tell me something about my dad very quietly. And I'm like, Well, let me let me at least teach you fingerspelling. Like, because it's quite handy. Really.</w:t>
      </w:r>
    </w:p>
    <w:p>
      <w:pPr>
        <w:spacing w:after="0"/>
      </w:pPr>
    </w:p>
    <w:p>
      <w:pPr>
        <w:spacing w:after="0"/>
      </w:pPr>
      <w:r>
        <w:rPr>
          <w:rFonts w:ascii="Arial" w:hAnsi="Arial"/>
          <w:b/>
          <w:sz w:val="22"/>
        </w:rPr>
        <w:t xml:space="preserve">Alice  </w:t>
      </w:r>
      <w:r>
        <w:rPr>
          <w:rFonts w:ascii="Arial" w:hAnsi="Arial"/>
          <w:color w:val="5D7284"/>
          <w:sz w:val="22"/>
        </w:rPr>
        <w:t>1:21:26</w:t>
      </w:r>
    </w:p>
    <w:p>
      <w:pPr>
        <w:spacing w:after="0"/>
      </w:pPr>
      <w:r>
        <w:rPr>
          <w:rFonts w:ascii="Arial" w:hAnsi="Arial"/>
          <w:sz w:val="22"/>
        </w:rPr>
        <w:t>We've just started watching. The little bit of TV that I do watch is like the geekiest TV that you can find. So we've just started watching the latest Marvel spin off of Hawkeye will Jeremy Renner. Yeah. And he is his character is hearing impaired, I believe to debating this with my husband last night. I believe he's got no hearing in one ear and has a hearing aid in the other and they've just introduced the villain who I believe is also hearing impaired. So, you know, it's just getting those getting people you know, as you say, volunteer, just just putting people out there and showing the world that these people actually exist is a big step.</w:t>
      </w:r>
    </w:p>
    <w:p>
      <w:pPr>
        <w:spacing w:after="0"/>
      </w:pPr>
    </w:p>
    <w:p>
      <w:pPr>
        <w:spacing w:after="0"/>
      </w:pPr>
      <w:r>
        <w:rPr>
          <w:rFonts w:ascii="Arial" w:hAnsi="Arial"/>
          <w:b/>
          <w:sz w:val="22"/>
        </w:rPr>
        <w:t xml:space="preserve">Lucy  </w:t>
      </w:r>
      <w:r>
        <w:rPr>
          <w:rFonts w:ascii="Arial" w:hAnsi="Arial"/>
          <w:color w:val="5D7284"/>
          <w:sz w:val="22"/>
        </w:rPr>
        <w:t>1:22:13</w:t>
      </w:r>
    </w:p>
    <w:p>
      <w:pPr>
        <w:spacing w:after="0"/>
      </w:pPr>
      <w:r>
        <w:rPr>
          <w:rFonts w:ascii="Arial" w:hAnsi="Arial"/>
          <w:sz w:val="22"/>
        </w:rPr>
        <w:t>Yeah, definitely. Absolutely. But I really do want her to win because she she can't hear music, for Christ's sake. And she can dance like that. That is skill. Really? Yeah,</w:t>
      </w:r>
    </w:p>
    <w:p>
      <w:pPr>
        <w:spacing w:after="0"/>
      </w:pPr>
    </w:p>
    <w:p>
      <w:pPr>
        <w:spacing w:after="0"/>
      </w:pPr>
      <w:r>
        <w:rPr>
          <w:rFonts w:ascii="Arial" w:hAnsi="Arial"/>
          <w:b/>
          <w:sz w:val="22"/>
        </w:rPr>
        <w:t xml:space="preserve">Alice  </w:t>
      </w:r>
      <w:r>
        <w:rPr>
          <w:rFonts w:ascii="Arial" w:hAnsi="Arial"/>
          <w:color w:val="5D7284"/>
          <w:sz w:val="22"/>
        </w:rPr>
        <w:t>1:22:25</w:t>
      </w:r>
    </w:p>
    <w:p>
      <w:pPr>
        <w:spacing w:after="0"/>
      </w:pPr>
      <w:r>
        <w:rPr>
          <w:rFonts w:ascii="Arial" w:hAnsi="Arial"/>
          <w:sz w:val="22"/>
        </w:rPr>
        <w:t>I think that's the thing. It's just it's that's that's a real that's a dance skill. That is</w:t>
      </w:r>
    </w:p>
    <w:p>
      <w:pPr>
        <w:spacing w:after="0"/>
      </w:pPr>
    </w:p>
    <w:p>
      <w:pPr>
        <w:spacing w:after="0"/>
      </w:pPr>
      <w:r>
        <w:rPr>
          <w:rFonts w:ascii="Arial" w:hAnsi="Arial"/>
          <w:b/>
          <w:sz w:val="22"/>
        </w:rPr>
        <w:t xml:space="preserve">Lucy  </w:t>
      </w:r>
      <w:r>
        <w:rPr>
          <w:rFonts w:ascii="Arial" w:hAnsi="Arial"/>
          <w:color w:val="5D7284"/>
          <w:sz w:val="22"/>
        </w:rPr>
        <w:t>1:22:30</w:t>
      </w:r>
    </w:p>
    <w:p>
      <w:pPr>
        <w:spacing w:after="0"/>
      </w:pPr>
      <w:r>
        <w:rPr>
          <w:rFonts w:ascii="Arial" w:hAnsi="Arial"/>
          <w:sz w:val="22"/>
        </w:rPr>
        <w:t>yeah, that's nothing to do with a disability either. She's properly skilled at moving a body in a way that people go oh, that's that's nice dance. If you watch me dance, it's like a funky chicken. Really is all my all my moves come from my elbow.</w:t>
      </w:r>
    </w:p>
    <w:p>
      <w:pPr>
        <w:spacing w:after="0"/>
      </w:pPr>
    </w:p>
    <w:p>
      <w:pPr>
        <w:spacing w:after="0"/>
      </w:pPr>
      <w:r>
        <w:rPr>
          <w:rFonts w:ascii="Arial" w:hAnsi="Arial"/>
          <w:b/>
          <w:sz w:val="22"/>
        </w:rPr>
        <w:t xml:space="preserve">Roland Chesters  </w:t>
      </w:r>
      <w:r>
        <w:rPr>
          <w:rFonts w:ascii="Arial" w:hAnsi="Arial"/>
          <w:color w:val="5D7284"/>
          <w:sz w:val="22"/>
        </w:rPr>
        <w:t>1:22:50</w:t>
      </w:r>
    </w:p>
    <w:p>
      <w:pPr>
        <w:spacing w:after="0"/>
      </w:pPr>
      <w:r>
        <w:rPr>
          <w:rFonts w:ascii="Arial" w:hAnsi="Arial"/>
          <w:sz w:val="22"/>
        </w:rPr>
        <w:t>Have we reached the last day of Christmas?</w:t>
      </w:r>
    </w:p>
    <w:p>
      <w:pPr>
        <w:spacing w:after="0"/>
      </w:pPr>
    </w:p>
    <w:p>
      <w:pPr>
        <w:spacing w:after="0"/>
      </w:pPr>
      <w:r>
        <w:rPr>
          <w:rFonts w:ascii="Arial" w:hAnsi="Arial"/>
          <w:b/>
          <w:sz w:val="22"/>
        </w:rPr>
        <w:t xml:space="preserve">Alice  </w:t>
      </w:r>
      <w:r>
        <w:rPr>
          <w:rFonts w:ascii="Arial" w:hAnsi="Arial"/>
          <w:color w:val="5D7284"/>
          <w:sz w:val="22"/>
        </w:rPr>
        <w:t>1:22:54</w:t>
      </w:r>
    </w:p>
    <w:p>
      <w:pPr>
        <w:spacing w:after="0"/>
      </w:pPr>
      <w:r>
        <w:rPr>
          <w:rFonts w:ascii="Arial" w:hAnsi="Arial"/>
          <w:sz w:val="22"/>
        </w:rPr>
        <w:t>Well, are we on 12? Or are we on 11</w:t>
      </w:r>
    </w:p>
    <w:p>
      <w:pPr>
        <w:spacing w:after="0"/>
      </w:pPr>
    </w:p>
    <w:p>
      <w:pPr>
        <w:spacing w:after="0"/>
      </w:pPr>
      <w:r>
        <w:rPr>
          <w:rFonts w:ascii="Arial" w:hAnsi="Arial"/>
          <w:b/>
          <w:sz w:val="22"/>
        </w:rPr>
        <w:t xml:space="preserve">Roland Chesters  </w:t>
      </w:r>
      <w:r>
        <w:rPr>
          <w:rFonts w:ascii="Arial" w:hAnsi="Arial"/>
          <w:color w:val="5D7284"/>
          <w:sz w:val="22"/>
        </w:rPr>
        <w:t>1:23:00</w:t>
      </w:r>
    </w:p>
    <w:p>
      <w:pPr>
        <w:spacing w:after="0"/>
      </w:pPr>
      <w:r>
        <w:rPr>
          <w:rFonts w:ascii="Arial" w:hAnsi="Arial"/>
          <w:sz w:val="22"/>
        </w:rPr>
        <w:t>was careless? We're now we've drumroll. We need a bell for this i think. On the 12th day of Christmas, think of reclaiming the festive season for disabled people. There's so much negative stereotyping going on that it's about time disabled people found something positive to celebrate. I'm talking Christmas presents and the power of the purple pound. What about a wheelchair using Barbie doll? Yes, toy maker roll one out in 1997. Whilst this has been a slightly lighthearted look at Christmas and disabilities, the sense of isolation and loneliness that many disabled people can feel throughout the year is even more pronounced at Christmas when we are forced by the images of stereotypical happy families. If you know someone who is living with a disability and who will be on their own this Christmas the smallest of gestures can make the biggest of differences.</w:t>
      </w:r>
    </w:p>
    <w:p>
      <w:pPr>
        <w:spacing w:after="0"/>
      </w:pPr>
    </w:p>
    <w:p>
      <w:pPr>
        <w:spacing w:after="0"/>
      </w:pPr>
      <w:r>
        <w:rPr>
          <w:rFonts w:ascii="Arial" w:hAnsi="Arial"/>
          <w:b/>
          <w:sz w:val="22"/>
        </w:rPr>
        <w:t xml:space="preserve">Lucy  </w:t>
      </w:r>
      <w:r>
        <w:rPr>
          <w:rFonts w:ascii="Arial" w:hAnsi="Arial"/>
          <w:color w:val="5D7284"/>
          <w:sz w:val="22"/>
        </w:rPr>
        <w:t>1:24:11</w:t>
      </w:r>
    </w:p>
    <w:p>
      <w:pPr>
        <w:spacing w:after="0"/>
      </w:pPr>
      <w:r>
        <w:rPr>
          <w:rFonts w:ascii="Arial" w:hAnsi="Arial"/>
          <w:sz w:val="22"/>
        </w:rPr>
        <w:t xml:space="preserve">Roland You are brilliant. </w:t>
      </w:r>
    </w:p>
    <w:p>
      <w:pPr>
        <w:spacing w:after="0"/>
      </w:pPr>
    </w:p>
    <w:p>
      <w:pPr>
        <w:spacing w:after="0"/>
      </w:pPr>
      <w:r>
        <w:rPr>
          <w:rFonts w:ascii="Arial" w:hAnsi="Arial"/>
          <w:b/>
          <w:sz w:val="22"/>
        </w:rPr>
        <w:t xml:space="preserve">Roland Chesters  </w:t>
      </w:r>
      <w:r>
        <w:rPr>
          <w:rFonts w:ascii="Arial" w:hAnsi="Arial"/>
          <w:color w:val="5D7284"/>
          <w:sz w:val="22"/>
        </w:rPr>
        <w:t>1:24:14</w:t>
      </w:r>
    </w:p>
    <w:p>
      <w:pPr>
        <w:spacing w:after="0"/>
      </w:pPr>
      <w:r>
        <w:rPr>
          <w:rFonts w:ascii="Arial" w:hAnsi="Arial"/>
          <w:sz w:val="22"/>
        </w:rPr>
        <w:t>Thank you</w:t>
      </w:r>
    </w:p>
    <w:p>
      <w:pPr>
        <w:spacing w:after="0"/>
      </w:pPr>
    </w:p>
    <w:p>
      <w:pPr>
        <w:spacing w:after="0"/>
      </w:pPr>
      <w:r>
        <w:rPr>
          <w:rFonts w:ascii="Arial" w:hAnsi="Arial"/>
          <w:b/>
          <w:sz w:val="22"/>
        </w:rPr>
        <w:t xml:space="preserve">Lucy  </w:t>
      </w:r>
      <w:r>
        <w:rPr>
          <w:rFonts w:ascii="Arial" w:hAnsi="Arial"/>
          <w:color w:val="5D7284"/>
          <w:sz w:val="22"/>
        </w:rPr>
        <w:t>1:24:14</w:t>
      </w:r>
    </w:p>
    <w:p>
      <w:pPr>
        <w:spacing w:after="0"/>
      </w:pPr>
      <w:r>
        <w:rPr>
          <w:rFonts w:ascii="Arial" w:hAnsi="Arial"/>
          <w:sz w:val="22"/>
        </w:rPr>
        <w:t>You honestly</w:t>
      </w:r>
    </w:p>
    <w:p>
      <w:pPr>
        <w:spacing w:after="0"/>
      </w:pPr>
    </w:p>
    <w:p>
      <w:pPr>
        <w:spacing w:after="0"/>
      </w:pPr>
      <w:r>
        <w:rPr>
          <w:rFonts w:ascii="Arial" w:hAnsi="Arial"/>
          <w:b/>
          <w:sz w:val="22"/>
        </w:rPr>
        <w:t xml:space="preserve">Roland Chesters  </w:t>
      </w:r>
      <w:r>
        <w:rPr>
          <w:rFonts w:ascii="Arial" w:hAnsi="Arial"/>
          <w:color w:val="5D7284"/>
          <w:sz w:val="22"/>
        </w:rPr>
        <w:t>1:24:16</w:t>
      </w:r>
    </w:p>
    <w:p>
      <w:pPr>
        <w:spacing w:after="0"/>
      </w:pPr>
      <w:r>
        <w:rPr>
          <w:rFonts w:ascii="Arial" w:hAnsi="Arial"/>
          <w:sz w:val="22"/>
        </w:rPr>
        <w:t>Can i get that in writing and putting frame it on my wall</w:t>
      </w:r>
    </w:p>
    <w:p>
      <w:pPr>
        <w:spacing w:after="0"/>
      </w:pPr>
    </w:p>
    <w:p>
      <w:pPr>
        <w:spacing w:after="0"/>
      </w:pPr>
      <w:r>
        <w:rPr>
          <w:rFonts w:ascii="Arial" w:hAnsi="Arial"/>
          <w:b/>
          <w:sz w:val="22"/>
        </w:rPr>
        <w:t xml:space="preserve">Lucy  </w:t>
      </w:r>
      <w:r>
        <w:rPr>
          <w:rFonts w:ascii="Arial" w:hAnsi="Arial"/>
          <w:color w:val="5D7284"/>
          <w:sz w:val="22"/>
        </w:rPr>
        <w:t>1:24:21</w:t>
      </w:r>
    </w:p>
    <w:p>
      <w:pPr>
        <w:spacing w:after="0"/>
      </w:pPr>
      <w:r>
        <w:rPr>
          <w:rFonts w:ascii="Arial" w:hAnsi="Arial"/>
          <w:sz w:val="22"/>
        </w:rPr>
        <w:t>please, please come back and join us for an episode in the new year that will be absolutely brilliant</w:t>
      </w:r>
    </w:p>
    <w:p>
      <w:pPr>
        <w:spacing w:after="0"/>
      </w:pPr>
    </w:p>
    <w:p>
      <w:pPr>
        <w:spacing w:after="0"/>
      </w:pPr>
      <w:r>
        <w:rPr>
          <w:rFonts w:ascii="Arial" w:hAnsi="Arial"/>
          <w:b/>
          <w:sz w:val="22"/>
        </w:rPr>
        <w:t xml:space="preserve">Roland Chesters  </w:t>
      </w:r>
      <w:r>
        <w:rPr>
          <w:rFonts w:ascii="Arial" w:hAnsi="Arial"/>
          <w:color w:val="5D7284"/>
          <w:sz w:val="22"/>
        </w:rPr>
        <w:t>1:24:26</w:t>
      </w:r>
    </w:p>
    <w:p>
      <w:pPr>
        <w:spacing w:after="0"/>
      </w:pPr>
      <w:r>
        <w:rPr>
          <w:rFonts w:ascii="Arial" w:hAnsi="Arial"/>
          <w:sz w:val="22"/>
        </w:rPr>
        <w:t>I would be more than delighted to do that. Thank you</w:t>
      </w:r>
    </w:p>
    <w:p>
      <w:pPr>
        <w:spacing w:after="0"/>
      </w:pPr>
    </w:p>
    <w:p>
      <w:pPr>
        <w:spacing w:after="0"/>
      </w:pPr>
      <w:r>
        <w:rPr>
          <w:rFonts w:ascii="Arial" w:hAnsi="Arial"/>
          <w:b/>
          <w:sz w:val="22"/>
        </w:rPr>
        <w:t xml:space="preserve">Alice  </w:t>
      </w:r>
      <w:r>
        <w:rPr>
          <w:rFonts w:ascii="Arial" w:hAnsi="Arial"/>
          <w:color w:val="5D7284"/>
          <w:sz w:val="22"/>
        </w:rPr>
        <w:t>1:24:29</w:t>
      </w:r>
    </w:p>
    <w:p>
      <w:pPr>
        <w:spacing w:after="0"/>
      </w:pPr>
      <w:r>
        <w:rPr>
          <w:rFonts w:ascii="Arial" w:hAnsi="Arial"/>
          <w:sz w:val="22"/>
        </w:rPr>
        <w:t>Thank you so much</w:t>
      </w:r>
    </w:p>
    <w:p>
      <w:pPr>
        <w:spacing w:after="0"/>
      </w:pPr>
    </w:p>
    <w:p>
      <w:pPr>
        <w:spacing w:after="0"/>
      </w:pPr>
      <w:r>
        <w:rPr>
          <w:rFonts w:ascii="Arial" w:hAnsi="Arial"/>
          <w:b/>
          <w:sz w:val="22"/>
        </w:rPr>
        <w:t xml:space="preserve">Roland Chesters  </w:t>
      </w:r>
      <w:r>
        <w:rPr>
          <w:rFonts w:ascii="Arial" w:hAnsi="Arial"/>
          <w:color w:val="5D7284"/>
          <w:sz w:val="22"/>
        </w:rPr>
        <w:t>1:24:30</w:t>
      </w:r>
    </w:p>
    <w:p>
      <w:pPr>
        <w:spacing w:after="0"/>
      </w:pPr>
      <w:r>
        <w:rPr>
          <w:rFonts w:ascii="Arial" w:hAnsi="Arial"/>
          <w:sz w:val="22"/>
        </w:rPr>
        <w:t>It's been an absolute pleasure and a ball.</w:t>
      </w:r>
    </w:p>
    <w:p>
      <w:pPr>
        <w:spacing w:after="0"/>
      </w:pPr>
    </w:p>
    <w:p>
      <w:pPr>
        <w:spacing w:after="0"/>
      </w:pPr>
      <w:r>
        <w:rPr>
          <w:rFonts w:ascii="Arial" w:hAnsi="Arial"/>
          <w:b/>
          <w:sz w:val="22"/>
        </w:rPr>
        <w:t xml:space="preserve">Lucy  </w:t>
      </w:r>
      <w:r>
        <w:rPr>
          <w:rFonts w:ascii="Arial" w:hAnsi="Arial"/>
          <w:color w:val="5D7284"/>
          <w:sz w:val="22"/>
        </w:rPr>
        <w:t>1:24:37</w:t>
      </w:r>
    </w:p>
    <w:p>
      <w:pPr>
        <w:spacing w:after="0"/>
      </w:pPr>
      <w:r>
        <w:rPr>
          <w:rFonts w:ascii="Arial" w:hAnsi="Arial"/>
          <w:sz w:val="22"/>
        </w:rPr>
        <w:t>I know that you don't you're not keen on the festive period but I hope you're feeling a little bit festive.</w:t>
      </w:r>
    </w:p>
    <w:p>
      <w:pPr>
        <w:spacing w:after="0"/>
      </w:pPr>
    </w:p>
    <w:p>
      <w:pPr>
        <w:spacing w:after="0"/>
      </w:pPr>
      <w:r>
        <w:rPr>
          <w:rFonts w:ascii="Arial" w:hAnsi="Arial"/>
          <w:b/>
          <w:sz w:val="22"/>
        </w:rPr>
        <w:t xml:space="preserve">Roland Chesters  </w:t>
      </w:r>
      <w:r>
        <w:rPr>
          <w:rFonts w:ascii="Arial" w:hAnsi="Arial"/>
          <w:color w:val="5D7284"/>
          <w:sz w:val="22"/>
        </w:rPr>
        <w:t>1:24:46</w:t>
      </w:r>
    </w:p>
    <w:p>
      <w:pPr>
        <w:spacing w:after="0"/>
      </w:pPr>
      <w:r>
        <w:rPr>
          <w:rFonts w:ascii="Arial" w:hAnsi="Arial"/>
          <w:sz w:val="22"/>
        </w:rPr>
        <w:t>I will make an effort on the day. I'm not gonna wear a paper hat or anything like but I will I will make an effort to be Chris at least Christmas friendly</w:t>
      </w:r>
    </w:p>
    <w:p>
      <w:pPr>
        <w:spacing w:after="0"/>
      </w:pPr>
    </w:p>
    <w:p>
      <w:pPr>
        <w:spacing w:after="0"/>
      </w:pPr>
      <w:r>
        <w:rPr>
          <w:rFonts w:ascii="Arial" w:hAnsi="Arial"/>
          <w:b/>
          <w:sz w:val="22"/>
        </w:rPr>
        <w:t xml:space="preserve">Lucy  </w:t>
      </w:r>
      <w:r>
        <w:rPr>
          <w:rFonts w:ascii="Arial" w:hAnsi="Arial"/>
          <w:color w:val="5D7284"/>
          <w:sz w:val="22"/>
        </w:rPr>
        <w:t>1:25:00</w:t>
      </w:r>
    </w:p>
    <w:p>
      <w:pPr>
        <w:spacing w:after="0"/>
      </w:pPr>
      <w:r>
        <w:rPr>
          <w:rFonts w:ascii="Arial" w:hAnsi="Arial"/>
          <w:sz w:val="22"/>
        </w:rPr>
        <w:t>Good Christmas friend, we'll set up for Christmas friendly.</w:t>
      </w:r>
    </w:p>
    <w:p>
      <w:pPr>
        <w:spacing w:after="0"/>
      </w:pPr>
    </w:p>
    <w:p>
      <w:pPr>
        <w:spacing w:after="0"/>
      </w:pPr>
      <w:r>
        <w:rPr>
          <w:rFonts w:ascii="Arial" w:hAnsi="Arial"/>
          <w:b/>
          <w:sz w:val="22"/>
        </w:rPr>
        <w:t xml:space="preserve">Alice  </w:t>
      </w:r>
      <w:r>
        <w:rPr>
          <w:rFonts w:ascii="Arial" w:hAnsi="Arial"/>
          <w:color w:val="5D7284"/>
          <w:sz w:val="22"/>
        </w:rPr>
        <w:t>1:25:05</w:t>
      </w:r>
    </w:p>
    <w:p>
      <w:pPr>
        <w:spacing w:after="0"/>
      </w:pPr>
      <w:r>
        <w:rPr>
          <w:rFonts w:ascii="Arial" w:hAnsi="Arial"/>
          <w:sz w:val="22"/>
        </w:rPr>
        <w:t>I'll eat a mince pie in your honor.</w:t>
      </w:r>
    </w:p>
    <w:p>
      <w:pPr>
        <w:spacing w:after="0"/>
      </w:pPr>
    </w:p>
    <w:p>
      <w:pPr>
        <w:spacing w:after="0"/>
      </w:pPr>
      <w:r>
        <w:rPr>
          <w:rFonts w:ascii="Arial" w:hAnsi="Arial"/>
          <w:b/>
          <w:sz w:val="22"/>
        </w:rPr>
        <w:t xml:space="preserve">Roland Chesters  </w:t>
      </w:r>
      <w:r>
        <w:rPr>
          <w:rFonts w:ascii="Arial" w:hAnsi="Arial"/>
          <w:color w:val="5D7284"/>
          <w:sz w:val="22"/>
        </w:rPr>
        <w:t>1:25:07</w:t>
      </w:r>
    </w:p>
    <w:p>
      <w:pPr>
        <w:spacing w:after="0"/>
      </w:pPr>
      <w:r>
        <w:rPr>
          <w:rFonts w:ascii="Arial" w:hAnsi="Arial"/>
          <w:sz w:val="22"/>
        </w:rPr>
        <w:t>Thank you very much.</w:t>
      </w:r>
    </w:p>
    <w:p>
      <w:pPr>
        <w:spacing w:after="0"/>
      </w:pPr>
    </w:p>
    <w:p>
      <w:pPr>
        <w:spacing w:after="0"/>
      </w:pPr>
      <w:r>
        <w:rPr>
          <w:rFonts w:ascii="Arial" w:hAnsi="Arial"/>
          <w:b/>
          <w:sz w:val="22"/>
        </w:rPr>
        <w:t xml:space="preserve">Alice  </w:t>
      </w:r>
      <w:r>
        <w:rPr>
          <w:rFonts w:ascii="Arial" w:hAnsi="Arial"/>
          <w:color w:val="5D7284"/>
          <w:sz w:val="22"/>
        </w:rPr>
        <w:t>1:25:11</w:t>
      </w:r>
    </w:p>
    <w:p>
      <w:pPr>
        <w:spacing w:after="0"/>
      </w:pPr>
      <w:r>
        <w:rPr>
          <w:rFonts w:ascii="Arial" w:hAnsi="Arial"/>
          <w:sz w:val="22"/>
        </w:rPr>
        <w:t>I cannot believe that this is our first Christmas and that we will have been doing this actually for like an actual year.</w:t>
      </w:r>
    </w:p>
    <w:p>
      <w:pPr>
        <w:spacing w:after="0"/>
      </w:pPr>
    </w:p>
    <w:p>
      <w:pPr>
        <w:spacing w:after="0"/>
      </w:pPr>
      <w:r>
        <w:rPr>
          <w:rFonts w:ascii="Arial" w:hAnsi="Arial"/>
          <w:b/>
          <w:sz w:val="22"/>
        </w:rPr>
        <w:t xml:space="preserve">Lucy  </w:t>
      </w:r>
      <w:r>
        <w:rPr>
          <w:rFonts w:ascii="Arial" w:hAnsi="Arial"/>
          <w:color w:val="5D7284"/>
          <w:sz w:val="22"/>
        </w:rPr>
        <w:t>1:25:20</w:t>
      </w:r>
    </w:p>
    <w:p>
      <w:pPr>
        <w:spacing w:after="0"/>
      </w:pPr>
      <w:r>
        <w:rPr>
          <w:rFonts w:ascii="Arial" w:hAnsi="Arial"/>
          <w:sz w:val="22"/>
        </w:rPr>
        <w:t>It's crazy, isn't it? I really can't believe how well, the podcast has been received by so many people. We when we started this, we thought we were gonna do an episode every two weeks because we didn't want to bore people with disability. And we are constantly surprised at how well our episodes grow over time and are received on the day of release. So thank you so much to everybody who's taken the time to support us and listen to listen to us throughout the year. Please stick around.</w:t>
      </w:r>
    </w:p>
    <w:p>
      <w:pPr>
        <w:spacing w:after="0"/>
      </w:pPr>
    </w:p>
    <w:p>
      <w:pPr>
        <w:spacing w:after="0"/>
      </w:pPr>
      <w:r>
        <w:rPr>
          <w:rFonts w:ascii="Arial" w:hAnsi="Arial"/>
          <w:b/>
          <w:sz w:val="22"/>
        </w:rPr>
        <w:t xml:space="preserve">Alice  </w:t>
      </w:r>
      <w:r>
        <w:rPr>
          <w:rFonts w:ascii="Arial" w:hAnsi="Arial"/>
          <w:color w:val="5D7284"/>
          <w:sz w:val="22"/>
        </w:rPr>
        <w:t>1:25:52</w:t>
      </w:r>
    </w:p>
    <w:p>
      <w:pPr>
        <w:spacing w:after="0"/>
      </w:pPr>
      <w:r>
        <w:rPr>
          <w:rFonts w:ascii="Arial" w:hAnsi="Arial"/>
          <w:sz w:val="22"/>
        </w:rPr>
        <w:t>We've got some really fun exciting stuff planned. I'm really excited for it. And like Lucy said, like we we could not we wouldn't be here if it wasn't for our listeners, you guys have have got your your the reason we keep coming back and doing this and we love it and is so amazing. And we've had such great feedback and I feel like I feel like you know, I've heard so many other podcasts say you know, I feel like our our listeners, they're a community and they're, you know, and I care but I but I really do. I always thought it was just you know, are they're just saying that because they pay the bills, but I get it. I get it. You guys.</w:t>
      </w:r>
    </w:p>
    <w:p>
      <w:pPr>
        <w:spacing w:after="0"/>
      </w:pPr>
    </w:p>
    <w:p>
      <w:pPr>
        <w:spacing w:after="0"/>
      </w:pPr>
      <w:r>
        <w:rPr>
          <w:rFonts w:ascii="Arial" w:hAnsi="Arial"/>
          <w:b/>
          <w:sz w:val="22"/>
        </w:rPr>
        <w:t xml:space="preserve">Lucy  </w:t>
      </w:r>
      <w:r>
        <w:rPr>
          <w:rFonts w:ascii="Arial" w:hAnsi="Arial"/>
          <w:color w:val="5D7284"/>
          <w:sz w:val="22"/>
        </w:rPr>
        <w:t>1:26:30</w:t>
      </w:r>
    </w:p>
    <w:p>
      <w:pPr>
        <w:spacing w:after="0"/>
      </w:pPr>
      <w:r>
        <w:rPr>
          <w:rFonts w:ascii="Arial" w:hAnsi="Arial"/>
          <w:sz w:val="22"/>
        </w:rPr>
        <w:t>Nobody's paying our bills.</w:t>
      </w:r>
    </w:p>
    <w:p>
      <w:pPr>
        <w:spacing w:after="0"/>
      </w:pPr>
    </w:p>
    <w:p>
      <w:pPr>
        <w:spacing w:after="0"/>
      </w:pPr>
      <w:r>
        <w:rPr>
          <w:rFonts w:ascii="Arial" w:hAnsi="Arial"/>
          <w:b/>
          <w:sz w:val="22"/>
        </w:rPr>
        <w:t xml:space="preserve">Alice  </w:t>
      </w:r>
      <w:r>
        <w:rPr>
          <w:rFonts w:ascii="Arial" w:hAnsi="Arial"/>
          <w:color w:val="5D7284"/>
          <w:sz w:val="22"/>
        </w:rPr>
        <w:t>1:26:32</w:t>
      </w:r>
    </w:p>
    <w:p>
      <w:pPr>
        <w:spacing w:after="0"/>
      </w:pPr>
      <w:r>
        <w:rPr>
          <w:rFonts w:ascii="Arial" w:hAnsi="Arial"/>
          <w:sz w:val="22"/>
        </w:rPr>
        <w:t>Exactly. Well, if you'd like to donate to our GoFundMe to pay our bills, you can find all the information for that on our website.</w:t>
      </w:r>
    </w:p>
    <w:p>
      <w:pPr>
        <w:spacing w:after="0"/>
      </w:pPr>
    </w:p>
    <w:p>
      <w:pPr>
        <w:spacing w:after="0"/>
      </w:pPr>
      <w:r>
        <w:rPr>
          <w:rFonts w:ascii="Arial" w:hAnsi="Arial"/>
          <w:b/>
          <w:sz w:val="22"/>
        </w:rPr>
        <w:t xml:space="preserve">Lucy  </w:t>
      </w:r>
      <w:r>
        <w:rPr>
          <w:rFonts w:ascii="Arial" w:hAnsi="Arial"/>
          <w:color w:val="5D7284"/>
          <w:sz w:val="22"/>
        </w:rPr>
        <w:t>1:26:45</w:t>
      </w:r>
    </w:p>
    <w:p>
      <w:pPr>
        <w:spacing w:after="0"/>
      </w:pPr>
      <w:r>
        <w:rPr>
          <w:rFonts w:ascii="Arial" w:hAnsi="Arial"/>
          <w:sz w:val="22"/>
        </w:rPr>
        <w:t>It is Christmas after all</w:t>
      </w:r>
    </w:p>
    <w:p>
      <w:pPr>
        <w:spacing w:after="0"/>
      </w:pPr>
    </w:p>
    <w:p>
      <w:pPr>
        <w:spacing w:after="0"/>
      </w:pPr>
      <w:r>
        <w:rPr>
          <w:rFonts w:ascii="Arial" w:hAnsi="Arial"/>
          <w:b/>
          <w:sz w:val="22"/>
        </w:rPr>
        <w:t xml:space="preserve">Alice  </w:t>
      </w:r>
      <w:r>
        <w:rPr>
          <w:rFonts w:ascii="Arial" w:hAnsi="Arial"/>
          <w:color w:val="5D7284"/>
          <w:sz w:val="22"/>
        </w:rPr>
        <w:t>1:26:46</w:t>
      </w:r>
    </w:p>
    <w:p>
      <w:pPr>
        <w:spacing w:after="0"/>
      </w:pPr>
      <w:r>
        <w:rPr>
          <w:rFonts w:ascii="Arial" w:hAnsi="Arial"/>
          <w:sz w:val="22"/>
        </w:rPr>
        <w:t>it is it's a time for giving.</w:t>
      </w:r>
    </w:p>
    <w:p>
      <w:pPr>
        <w:spacing w:after="0"/>
      </w:pPr>
    </w:p>
    <w:p>
      <w:pPr>
        <w:spacing w:after="0"/>
      </w:pPr>
      <w:r>
        <w:rPr>
          <w:rFonts w:ascii="Arial" w:hAnsi="Arial"/>
          <w:b/>
          <w:sz w:val="22"/>
        </w:rPr>
        <w:t xml:space="preserve">Lucy  </w:t>
      </w:r>
      <w:r>
        <w:rPr>
          <w:rFonts w:ascii="Arial" w:hAnsi="Arial"/>
          <w:color w:val="5D7284"/>
          <w:sz w:val="22"/>
        </w:rPr>
        <w:t>1:26:50</w:t>
      </w:r>
    </w:p>
    <w:p>
      <w:pPr>
        <w:spacing w:after="0"/>
      </w:pPr>
      <w:r>
        <w:rPr>
          <w:rFonts w:ascii="Arial" w:hAnsi="Arial"/>
          <w:sz w:val="22"/>
        </w:rPr>
        <w:t>But now, as well. I just want to say that meeting you Alice has probably been one of the best things that's ever happened to me because it's been a very difficult period of time to get our head around. We've been through lockdowns and all sorts we've not actually met yet in person. Well, at the time of recording this week. We've still not met work.</w:t>
      </w:r>
    </w:p>
    <w:p>
      <w:pPr>
        <w:spacing w:after="0"/>
      </w:pPr>
    </w:p>
    <w:p>
      <w:pPr>
        <w:spacing w:after="0"/>
      </w:pPr>
      <w:r>
        <w:rPr>
          <w:rFonts w:ascii="Arial" w:hAnsi="Arial"/>
          <w:b/>
          <w:sz w:val="22"/>
        </w:rPr>
        <w:t xml:space="preserve">Alice  </w:t>
      </w:r>
      <w:r>
        <w:rPr>
          <w:rFonts w:ascii="Arial" w:hAnsi="Arial"/>
          <w:color w:val="5D7284"/>
          <w:sz w:val="22"/>
        </w:rPr>
        <w:t>1:27:10</w:t>
      </w:r>
    </w:p>
    <w:p>
      <w:pPr>
        <w:spacing w:after="0"/>
      </w:pPr>
      <w:r>
        <w:rPr>
          <w:rFonts w:ascii="Arial" w:hAnsi="Arial"/>
          <w:sz w:val="22"/>
        </w:rPr>
        <w:t>It is in the works though.</w:t>
      </w:r>
    </w:p>
    <w:p>
      <w:pPr>
        <w:spacing w:after="0"/>
      </w:pPr>
    </w:p>
    <w:p>
      <w:pPr>
        <w:spacing w:after="0"/>
      </w:pPr>
      <w:r>
        <w:rPr>
          <w:rFonts w:ascii="Arial" w:hAnsi="Arial"/>
          <w:b/>
          <w:sz w:val="22"/>
        </w:rPr>
        <w:t xml:space="preserve">Lucy  </w:t>
      </w:r>
      <w:r>
        <w:rPr>
          <w:rFonts w:ascii="Arial" w:hAnsi="Arial"/>
          <w:color w:val="5D7284"/>
          <w:sz w:val="22"/>
        </w:rPr>
        <w:t>1:27:11</w:t>
      </w:r>
    </w:p>
    <w:p>
      <w:pPr>
        <w:spacing w:after="0"/>
      </w:pPr>
      <w:r>
        <w:rPr>
          <w:rFonts w:ascii="Arial" w:hAnsi="Arial"/>
          <w:sz w:val="22"/>
        </w:rPr>
        <w:t>Yes. We may not be able to remember it by the time we're finished. But Alice it's one of my things that I'm most proud of is making friends with this girl on the internet who said, Shall we shall we make a podcast because what we've got now is absolutely fantastic. And it's something that I know we're going to have in our lives for a very long time. So thank you</w:t>
      </w:r>
    </w:p>
    <w:p>
      <w:pPr>
        <w:spacing w:after="0"/>
      </w:pPr>
    </w:p>
    <w:p>
      <w:pPr>
        <w:spacing w:after="0"/>
      </w:pPr>
      <w:r>
        <w:rPr>
          <w:rFonts w:ascii="Arial" w:hAnsi="Arial"/>
          <w:b/>
          <w:sz w:val="22"/>
        </w:rPr>
        <w:t xml:space="preserve">Alice  </w:t>
      </w:r>
      <w:r>
        <w:rPr>
          <w:rFonts w:ascii="Arial" w:hAnsi="Arial"/>
          <w:color w:val="5D7284"/>
          <w:sz w:val="22"/>
        </w:rPr>
        <w:t>1:27:35</w:t>
      </w:r>
    </w:p>
    <w:p>
      <w:pPr>
        <w:spacing w:after="0"/>
      </w:pPr>
      <w:r>
        <w:rPr>
          <w:rFonts w:ascii="Arial" w:hAnsi="Arial"/>
          <w:sz w:val="22"/>
        </w:rPr>
        <w:t>don't cry again.</w:t>
      </w:r>
    </w:p>
    <w:p>
      <w:pPr>
        <w:spacing w:after="0"/>
      </w:pPr>
    </w:p>
    <w:p>
      <w:pPr>
        <w:spacing w:after="0"/>
      </w:pPr>
      <w:r>
        <w:rPr>
          <w:rFonts w:ascii="Arial" w:hAnsi="Arial"/>
          <w:b/>
          <w:sz w:val="22"/>
        </w:rPr>
        <w:t xml:space="preserve">Lucy  </w:t>
      </w:r>
      <w:r>
        <w:rPr>
          <w:rFonts w:ascii="Arial" w:hAnsi="Arial"/>
          <w:color w:val="5D7284"/>
          <w:sz w:val="22"/>
        </w:rPr>
        <w:t>1:27:36</w:t>
      </w:r>
    </w:p>
    <w:p>
      <w:pPr>
        <w:spacing w:after="0"/>
      </w:pPr>
      <w:r>
        <w:rPr>
          <w:rFonts w:ascii="Arial" w:hAnsi="Arial"/>
          <w:sz w:val="22"/>
        </w:rPr>
        <w:t>No, no, no tears. Fine. My eyeballs are dry.</w:t>
      </w:r>
    </w:p>
    <w:p>
      <w:pPr>
        <w:spacing w:after="0"/>
      </w:pPr>
    </w:p>
    <w:p>
      <w:pPr>
        <w:spacing w:after="0"/>
      </w:pPr>
      <w:r>
        <w:rPr>
          <w:rFonts w:ascii="Arial" w:hAnsi="Arial"/>
          <w:b/>
          <w:sz w:val="22"/>
        </w:rPr>
        <w:t xml:space="preserve">Alice  </w:t>
      </w:r>
      <w:r>
        <w:rPr>
          <w:rFonts w:ascii="Arial" w:hAnsi="Arial"/>
          <w:color w:val="5D7284"/>
          <w:sz w:val="22"/>
        </w:rPr>
        <w:t>1:27:41</w:t>
      </w:r>
    </w:p>
    <w:p>
      <w:pPr>
        <w:spacing w:after="0"/>
      </w:pPr>
      <w:r>
        <w:rPr>
          <w:rFonts w:ascii="Arial" w:hAnsi="Arial"/>
          <w:sz w:val="22"/>
        </w:rPr>
        <w:t>Very Christmas everybody. We will see you on the other side.</w:t>
      </w:r>
    </w:p>
    <w:p>
      <w:pPr>
        <w:spacing w:after="0"/>
      </w:pPr>
    </w:p>
    <w:p>
      <w:pPr>
        <w:spacing w:after="0"/>
      </w:pPr>
      <w:r>
        <w:rPr>
          <w:rFonts w:ascii="Arial" w:hAnsi="Arial"/>
          <w:b/>
          <w:sz w:val="22"/>
        </w:rPr>
        <w:t xml:space="preserve">Lucy  </w:t>
      </w:r>
      <w:r>
        <w:rPr>
          <w:rFonts w:ascii="Arial" w:hAnsi="Arial"/>
          <w:color w:val="5D7284"/>
          <w:sz w:val="22"/>
        </w:rPr>
        <w:t>1:27:46</w:t>
      </w:r>
    </w:p>
    <w:p>
      <w:pPr>
        <w:spacing w:after="0"/>
      </w:pPr>
      <w:r>
        <w:rPr>
          <w:rFonts w:ascii="Arial" w:hAnsi="Arial"/>
          <w:sz w:val="22"/>
        </w:rPr>
        <w:t>Merry Christmas</w:t>
      </w:r>
    </w:p>
    <w:p>
      <w:pPr>
        <w:spacing w:after="0"/>
      </w:pPr>
    </w:p>
    <w:p>
      <w:pPr>
        <w:spacing w:after="0"/>
      </w:pPr>
      <w:r>
        <w:rPr>
          <w:rFonts w:ascii="Arial" w:hAnsi="Arial"/>
          <w:b/>
          <w:sz w:val="22"/>
        </w:rPr>
        <w:t xml:space="preserve">Alice  </w:t>
      </w:r>
      <w:r>
        <w:rPr>
          <w:rFonts w:ascii="Arial" w:hAnsi="Arial"/>
          <w:color w:val="5D7284"/>
          <w:sz w:val="22"/>
        </w:rPr>
        <w:t>1:27:55</w:t>
      </w:r>
    </w:p>
    <w:p>
      <w:pPr>
        <w:spacing w:after="0"/>
      </w:pPr>
      <w:r>
        <w:rPr>
          <w:rFonts w:ascii="Arial" w:hAnsi="Arial"/>
          <w:sz w:val="22"/>
        </w:rPr>
        <w:t>thanks for listening to the lABLEd podcast. If you like the show, please rate review and subscribe. You can follow us on social media at lABLEd podcast.</w:t>
      </w:r>
    </w:p>
    <w:p>
      <w:pPr>
        <w:spacing w:after="0"/>
      </w:pPr>
    </w:p>
    <w:p>
      <w:pPr>
        <w:spacing w:after="0"/>
      </w:pPr>
      <w:r>
        <w:rPr>
          <w:rFonts w:ascii="Arial" w:hAnsi="Arial"/>
          <w:b/>
          <w:sz w:val="22"/>
        </w:rPr>
        <w:t xml:space="preserve">Lucy  </w:t>
      </w:r>
      <w:r>
        <w:rPr>
          <w:rFonts w:ascii="Arial" w:hAnsi="Arial"/>
          <w:color w:val="5D7284"/>
          <w:sz w:val="22"/>
        </w:rPr>
        <w:t>1:28:06</w:t>
      </w:r>
    </w:p>
    <w:p>
      <w:pPr>
        <w:spacing w:after="0"/>
      </w:pPr>
      <w:r>
        <w:rPr>
          <w:rFonts w:ascii="Arial" w:hAnsi="Arial"/>
          <w:sz w:val="22"/>
        </w:rPr>
        <w:t>Our thanks go to our editor Adam Hall, music composer Maisy Crunden and our graphic designer Sarah Colley.</w:t>
      </w:r>
    </w:p>
    <w:p>
      <w:pPr>
        <w:spacing w:after="0"/>
      </w:pPr>
    </w:p>
    <w:p>
      <w:pPr>
        <w:spacing w:after="0"/>
      </w:pPr>
      <w:r>
        <w:rPr>
          <w:rFonts w:ascii="Arial" w:hAnsi="Arial"/>
          <w:b/>
          <w:sz w:val="22"/>
        </w:rPr>
        <w:t xml:space="preserve">Alice Evans &amp; Lucy Wood  </w:t>
      </w:r>
      <w:r>
        <w:rPr>
          <w:rFonts w:ascii="Arial" w:hAnsi="Arial"/>
          <w:color w:val="5D7284"/>
          <w:sz w:val="22"/>
        </w:rPr>
        <w:t>1:28:13</w:t>
      </w:r>
    </w:p>
    <w:p>
      <w:pPr>
        <w:spacing w:after="0"/>
      </w:pPr>
      <w:r>
        <w:rPr>
          <w:rFonts w:ascii="Arial" w:hAnsi="Arial"/>
          <w:sz w:val="22"/>
        </w:rPr>
        <w:t>We'll see you next time.</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5" Type="http://schemas.openxmlformats.org/officeDocument/2006/relationships/webSettings" Target="webSettings.xml"/><Relationship Id="rId4" Type="http://schemas.openxmlformats.org/officeDocument/2006/relationships/settings" Target="settings.xml"/><Relationship Id="rId6" Type="http://schemas.openxmlformats.org/officeDocument/2006/relationships/footnotes" Target="footnotes.xml"/><Relationship Id="rId7" Type="http://schemas.openxmlformats.org/officeDocument/2006/relationships/endnotes" Target="endnotes.xml"/><Relationship Id="rId15" Type="http://schemas.openxmlformats.org/officeDocument/2006/relationships/theme" Target="theme/theme1.xml"/><Relationship Id="rId9" Type="http://schemas.openxmlformats.org/officeDocument/2006/relationships/header" Target="header2.xml"/><Relationship Id="rId8" Type="http://schemas.openxmlformats.org/officeDocument/2006/relationships/header" Target="header1.xml"/><Relationship Id="rId13" Type="http://schemas.openxmlformats.org/officeDocument/2006/relationships/footer" Target="footer3.xml"/><Relationship Id="rId12" Type="http://schemas.openxmlformats.org/officeDocument/2006/relationships/header" Target="header3.xml"/><Relationship Id="rId11" Type="http://schemas.openxmlformats.org/officeDocument/2006/relationships/footer" Target="footer2.xml"/><Relationship Id="rId10" Type="http://schemas.openxmlformats.org/officeDocument/2006/relationships/footer" Target="footer1.xml"/><Relationship Id="rId3" Type="http://schemas.openxmlformats.org/officeDocument/2006/relationships/styles" Target="styles.xml"/><Relationship Id="rId2" Type="http://schemas.openxmlformats.org/officeDocument/2006/relationships/numbering" Target="numbering.xml"/><Relationship Id="rId1" Type="http://schemas.openxmlformats.org/officeDocument/2006/relationships/customXml" Target="../customXml/item1.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