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Ep25 Holly Greader</w:t>
      </w:r>
    </w:p>
    <w:p>
      <w:r>
        <w:rPr>
          <w:rFonts w:ascii="Arial" w:hAnsi="Arial"/>
          <w:color w:val="4F6880"/>
          <w:sz w:val="22"/>
        </w:rPr>
        <w:t>Tue, 1/25 8:46PM • 1:39:09</w:t>
      </w:r>
    </w:p>
    <w:p>
      <w:pPr>
        <w:spacing w:before="440" w:after="0"/>
      </w:pPr>
      <w:r>
        <w:rPr>
          <w:rFonts w:ascii="Arial" w:hAnsi="Arial"/>
          <w:b/>
          <w:color w:val="4F6880"/>
          <w:sz w:val="22"/>
        </w:rPr>
        <w:t>SUMMARY KEYWORDS</w:t>
      </w:r>
    </w:p>
    <w:p>
      <w:r>
        <w:rPr>
          <w:rFonts w:ascii="Arial" w:hAnsi="Arial"/>
          <w:color w:val="4F6880"/>
          <w:sz w:val="22"/>
        </w:rPr>
        <w:t>people, laughs, disabled, disability, bit, lucy, person, writing, good, alice, thinking, dog, feel, wheelchair, mom, holly, friend, listening, remember, diary</w:t>
      </w:r>
    </w:p>
    <w:p>
      <w:pPr>
        <w:spacing w:before="440" w:after="0"/>
      </w:pPr>
      <w:r>
        <w:rPr>
          <w:rFonts w:ascii="Arial" w:hAnsi="Arial"/>
          <w:b/>
          <w:color w:val="4F6880"/>
          <w:sz w:val="22"/>
        </w:rPr>
        <w:t>SPEAKERS</w:t>
      </w:r>
    </w:p>
    <w:p>
      <w:r>
        <w:rPr>
          <w:rFonts w:ascii="Arial" w:hAnsi="Arial"/>
          <w:color w:val="4F6880"/>
          <w:sz w:val="22"/>
        </w:rPr>
        <w:t>all, Theme Tune, Lucy, Alice, Holly Greader, Alice Evans &amp; Lucy Wood, Disclaimer</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barks]...and that's Lola</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I'm so much more than waht you see. We all live our lives differently, kaleidoscope identity. And this is who I'm meant to be, I'm just labelled me. I'm just labelled me.</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Hi, gang. Just a little warning that our guest this week had a couple of issues with her sound. It's a bit sort of noisy, buzzy. Don't worry too much because as usual, Lucy andI don't let her get a word in edgewise. But if you can, I really encourage you to have a listen to the episode. We think it's a good one.</w:t>
      </w:r>
    </w:p>
    <w:p>
      <w:pPr>
        <w:spacing w:after="0"/>
      </w:pPr>
    </w:p>
    <w:p>
      <w:pPr>
        <w:spacing w:after="0"/>
      </w:pPr>
      <w:r>
        <w:rPr>
          <w:rFonts w:ascii="Arial" w:hAnsi="Arial"/>
          <w:b/>
          <w:sz w:val="22"/>
        </w:rPr>
        <w:t xml:space="preserve">Lucy  </w:t>
      </w:r>
      <w:r>
        <w:rPr>
          <w:rFonts w:ascii="Arial" w:hAnsi="Arial"/>
          <w:color w:val="5D7284"/>
          <w:sz w:val="22"/>
        </w:rPr>
        <w:t>01:05</w:t>
      </w:r>
    </w:p>
    <w:p>
      <w:pPr>
        <w:spacing w:after="0"/>
      </w:pPr>
      <w:r>
        <w:rPr>
          <w:rFonts w:ascii="Arial" w:hAnsi="Arial"/>
          <w:sz w:val="22"/>
        </w:rPr>
        <w:t>Hello everybody and welcome to a brand new episode of The lABLEd podcast. Of course, by now you should know that I am Lucy and I am joined by Alice Of course as ever Hello Alice how are you?</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I'm alright, thank you Lucy how are you?</w:t>
      </w:r>
    </w:p>
    <w:p>
      <w:pPr>
        <w:spacing w:after="0"/>
      </w:pPr>
    </w:p>
    <w:p>
      <w:pPr>
        <w:spacing w:after="0"/>
      </w:pPr>
      <w:r>
        <w:rPr>
          <w:rFonts w:ascii="Arial" w:hAnsi="Arial"/>
          <w:b/>
          <w:sz w:val="22"/>
        </w:rPr>
        <w:t xml:space="preserve">Lucy  </w:t>
      </w:r>
      <w:r>
        <w:rPr>
          <w:rFonts w:ascii="Arial" w:hAnsi="Arial"/>
          <w:color w:val="5D7284"/>
          <w:sz w:val="22"/>
        </w:rPr>
        <w:t>01:22</w:t>
      </w:r>
    </w:p>
    <w:p>
      <w:pPr>
        <w:spacing w:after="0"/>
      </w:pPr>
      <w:r>
        <w:rPr>
          <w:rFonts w:ascii="Arial" w:hAnsi="Arial"/>
          <w:sz w:val="22"/>
        </w:rPr>
        <w:t>I'm very well thank you very much. What have you been up to this week?</w:t>
      </w:r>
    </w:p>
    <w:p>
      <w:pPr>
        <w:spacing w:after="0"/>
      </w:pPr>
    </w:p>
    <w:p>
      <w:pPr>
        <w:spacing w:after="0"/>
      </w:pPr>
      <w:r>
        <w:rPr>
          <w:rFonts w:ascii="Arial" w:hAnsi="Arial"/>
          <w:b/>
          <w:sz w:val="22"/>
        </w:rPr>
        <w:t xml:space="preserve">Alice  </w:t>
      </w:r>
      <w:r>
        <w:rPr>
          <w:rFonts w:ascii="Arial" w:hAnsi="Arial"/>
          <w:color w:val="5D7284"/>
          <w:sz w:val="22"/>
        </w:rPr>
        <w:t>01:26</w:t>
      </w:r>
    </w:p>
    <w:p>
      <w:pPr>
        <w:spacing w:after="0"/>
      </w:pPr>
      <w:r>
        <w:rPr>
          <w:rFonts w:ascii="Arial" w:hAnsi="Arial"/>
          <w:sz w:val="22"/>
        </w:rPr>
        <w:t>Um Well I'm lying when I said that I'm very well I actually think I might be getting a cold so...</w:t>
      </w:r>
    </w:p>
    <w:p>
      <w:pPr>
        <w:spacing w:after="0"/>
      </w:pPr>
    </w:p>
    <w:p>
      <w:pPr>
        <w:spacing w:after="0"/>
      </w:pPr>
      <w:r>
        <w:rPr>
          <w:rFonts w:ascii="Arial" w:hAnsi="Arial"/>
          <w:b/>
          <w:sz w:val="22"/>
        </w:rPr>
        <w:t xml:space="preserve">Lucy  </w:t>
      </w:r>
      <w:r>
        <w:rPr>
          <w:rFonts w:ascii="Arial" w:hAnsi="Arial"/>
          <w:color w:val="5D7284"/>
          <w:sz w:val="22"/>
        </w:rPr>
        <w:t>01:32</w:t>
      </w:r>
    </w:p>
    <w:p>
      <w:pPr>
        <w:spacing w:after="0"/>
      </w:pPr>
      <w:r>
        <w:rPr>
          <w:rFonts w:ascii="Arial" w:hAnsi="Arial"/>
          <w:sz w:val="22"/>
        </w:rPr>
        <w:t>Oh no...</w:t>
      </w:r>
    </w:p>
    <w:p>
      <w:pPr>
        <w:spacing w:after="0"/>
      </w:pPr>
    </w:p>
    <w:p>
      <w:pPr>
        <w:spacing w:after="0"/>
      </w:pPr>
      <w:r>
        <w:rPr>
          <w:rFonts w:ascii="Arial" w:hAnsi="Arial"/>
          <w:b/>
          <w:sz w:val="22"/>
        </w:rPr>
        <w:t xml:space="preserve">Alice  </w:t>
      </w:r>
      <w:r>
        <w:rPr>
          <w:rFonts w:ascii="Arial" w:hAnsi="Arial"/>
          <w:color w:val="5D7284"/>
          <w:sz w:val="22"/>
        </w:rPr>
        <w:t>01:33</w:t>
      </w:r>
    </w:p>
    <w:p>
      <w:pPr>
        <w:spacing w:after="0"/>
      </w:pPr>
      <w:r>
        <w:rPr>
          <w:rFonts w:ascii="Arial" w:hAnsi="Arial"/>
          <w:sz w:val="22"/>
        </w:rPr>
        <w:t xml:space="preserve"> Husband was out last night and I was like Oh I'm gonna have an indulgent eveningto myself I'm gonna get take away I'm gonna have a drink in the bath. I'm gonna listen to my book in bed by half past eight with a hot water bottle. Just going ergh I just feel crap.</w:t>
      </w:r>
    </w:p>
    <w:p>
      <w:pPr>
        <w:spacing w:after="0"/>
      </w:pPr>
    </w:p>
    <w:p>
      <w:pPr>
        <w:spacing w:after="0"/>
      </w:pPr>
      <w:r>
        <w:rPr>
          <w:rFonts w:ascii="Arial" w:hAnsi="Arial"/>
          <w:b/>
          <w:sz w:val="22"/>
        </w:rPr>
        <w:t xml:space="preserve">Lucy  </w:t>
      </w:r>
      <w:r>
        <w:rPr>
          <w:rFonts w:ascii="Arial" w:hAnsi="Arial"/>
          <w:color w:val="5D7284"/>
          <w:sz w:val="22"/>
        </w:rPr>
        <w:t>01:47</w:t>
      </w:r>
    </w:p>
    <w:p>
      <w:pPr>
        <w:spacing w:after="0"/>
      </w:pPr>
      <w:r>
        <w:rPr>
          <w:rFonts w:ascii="Arial" w:hAnsi="Arial"/>
          <w:sz w:val="22"/>
        </w:rPr>
        <w:t>Welcome to my life. [laughs] I had the the flu job this week. She harpoons me like a whale because I once said to her many, many years ago, I'm not keen on needles. And now she's remembered that and of course runs at me like a javelin thrower when she's trying to inject me with anything. So my arm feels a little bit stiff and a little bit sore, but at least I won't get flow. So you know, swings and roundabouts good.</w:t>
      </w:r>
    </w:p>
    <w:p>
      <w:pPr>
        <w:spacing w:after="0"/>
      </w:pPr>
    </w:p>
    <w:p>
      <w:pPr>
        <w:spacing w:after="0"/>
      </w:pPr>
      <w:r>
        <w:rPr>
          <w:rFonts w:ascii="Arial" w:hAnsi="Arial"/>
          <w:b/>
          <w:sz w:val="22"/>
        </w:rPr>
        <w:t xml:space="preserve">Alice  </w:t>
      </w:r>
      <w:r>
        <w:rPr>
          <w:rFonts w:ascii="Arial" w:hAnsi="Arial"/>
          <w:color w:val="5D7284"/>
          <w:sz w:val="22"/>
        </w:rPr>
        <w:t>02:14</w:t>
      </w:r>
    </w:p>
    <w:p>
      <w:pPr>
        <w:spacing w:after="0"/>
      </w:pPr>
      <w:r>
        <w:rPr>
          <w:rFonts w:ascii="Arial" w:hAnsi="Arial"/>
          <w:sz w:val="22"/>
        </w:rPr>
        <w:t>That's good. Yeah, yeah, I have been thinking about getting mine. But the fact that I'm already starting to feel a bit peaky. I'm a bit like, Ah, maybe I should just stay inside until it's the summer again. I can stay inside till April right? No one's gonna have a problem with that?</w:t>
      </w:r>
    </w:p>
    <w:p>
      <w:pPr>
        <w:spacing w:after="0"/>
      </w:pPr>
    </w:p>
    <w:p>
      <w:pPr>
        <w:spacing w:after="0"/>
      </w:pPr>
      <w:r>
        <w:rPr>
          <w:rFonts w:ascii="Arial" w:hAnsi="Arial"/>
          <w:b/>
          <w:sz w:val="22"/>
        </w:rPr>
        <w:t xml:space="preserve">Lucy  </w:t>
      </w:r>
      <w:r>
        <w:rPr>
          <w:rFonts w:ascii="Arial" w:hAnsi="Arial"/>
          <w:color w:val="5D7284"/>
          <w:sz w:val="22"/>
        </w:rPr>
        <w:t>02:28</w:t>
      </w:r>
    </w:p>
    <w:p>
      <w:pPr>
        <w:spacing w:after="0"/>
      </w:pPr>
      <w:r>
        <w:rPr>
          <w:rFonts w:ascii="Arial" w:hAnsi="Arial"/>
          <w:sz w:val="22"/>
        </w:rPr>
        <w:t xml:space="preserve">Yeah. That's the team meet up cancelled til at least April then!  Oh, brilliant this week. Alice we are joined by Holly Greaeder. Hello, Holly. </w:t>
      </w:r>
    </w:p>
    <w:p>
      <w:pPr>
        <w:spacing w:after="0"/>
      </w:pPr>
    </w:p>
    <w:p>
      <w:pPr>
        <w:spacing w:after="0"/>
      </w:pPr>
      <w:r>
        <w:rPr>
          <w:rFonts w:ascii="Arial" w:hAnsi="Arial"/>
          <w:b/>
          <w:sz w:val="22"/>
        </w:rPr>
        <w:t xml:space="preserve">Alice Evans &amp; Lucy Wood  </w:t>
      </w:r>
      <w:r>
        <w:rPr>
          <w:rFonts w:ascii="Arial" w:hAnsi="Arial"/>
          <w:color w:val="5D7284"/>
          <w:sz w:val="22"/>
        </w:rPr>
        <w:t>02:35</w:t>
      </w:r>
    </w:p>
    <w:p>
      <w:pPr>
        <w:spacing w:after="0"/>
      </w:pPr>
      <w:r>
        <w:rPr>
          <w:rFonts w:ascii="Arial" w:hAnsi="Arial"/>
          <w:sz w:val="22"/>
        </w:rPr>
        <w:t>[laugh]</w:t>
      </w:r>
    </w:p>
    <w:p>
      <w:pPr>
        <w:spacing w:after="0"/>
      </w:pPr>
    </w:p>
    <w:p>
      <w:pPr>
        <w:spacing w:after="0"/>
      </w:pPr>
      <w:r>
        <w:rPr>
          <w:rFonts w:ascii="Arial" w:hAnsi="Arial"/>
          <w:b/>
          <w:sz w:val="22"/>
        </w:rPr>
        <w:t xml:space="preserve">Holly Greader  </w:t>
      </w:r>
      <w:r>
        <w:rPr>
          <w:rFonts w:ascii="Arial" w:hAnsi="Arial"/>
          <w:color w:val="5D7284"/>
          <w:sz w:val="22"/>
        </w:rPr>
        <w:t>02:41</w:t>
      </w:r>
    </w:p>
    <w:p>
      <w:pPr>
        <w:spacing w:after="0"/>
      </w:pPr>
      <w:r>
        <w:rPr>
          <w:rFonts w:ascii="Arial" w:hAnsi="Arial"/>
          <w:sz w:val="22"/>
        </w:rPr>
        <w:t>Hello.</w:t>
      </w:r>
    </w:p>
    <w:p>
      <w:pPr>
        <w:spacing w:after="0"/>
      </w:pPr>
    </w:p>
    <w:p>
      <w:pPr>
        <w:spacing w:after="0"/>
      </w:pPr>
      <w:r>
        <w:rPr>
          <w:rFonts w:ascii="Arial" w:hAnsi="Arial"/>
          <w:b/>
          <w:sz w:val="22"/>
        </w:rPr>
        <w:t xml:space="preserve">Lucy  </w:t>
      </w:r>
      <w:r>
        <w:rPr>
          <w:rFonts w:ascii="Arial" w:hAnsi="Arial"/>
          <w:color w:val="5D7284"/>
          <w:sz w:val="22"/>
        </w:rPr>
        <w:t>02:44</w:t>
      </w:r>
    </w:p>
    <w:p>
      <w:pPr>
        <w:spacing w:after="0"/>
      </w:pPr>
      <w:r>
        <w:rPr>
          <w:rFonts w:ascii="Arial" w:hAnsi="Arial"/>
          <w:sz w:val="22"/>
        </w:rPr>
        <w:t>Hello. Holly is going to tell us all about her life. And we're gonna have a nice little chit chat. So it's gonna be nice and easy. Hopefully.</w:t>
      </w:r>
    </w:p>
    <w:p>
      <w:pPr>
        <w:spacing w:after="0"/>
      </w:pPr>
    </w:p>
    <w:p>
      <w:pPr>
        <w:spacing w:after="0"/>
      </w:pPr>
      <w:r>
        <w:rPr>
          <w:rFonts w:ascii="Arial" w:hAnsi="Arial"/>
          <w:b/>
          <w:sz w:val="22"/>
        </w:rPr>
        <w:t xml:space="preserve">Alice  </w:t>
      </w:r>
      <w:r>
        <w:rPr>
          <w:rFonts w:ascii="Arial" w:hAnsi="Arial"/>
          <w:color w:val="5D7284"/>
          <w:sz w:val="22"/>
        </w:rPr>
        <w:t>02:55</w:t>
      </w:r>
    </w:p>
    <w:p>
      <w:pPr>
        <w:spacing w:after="0"/>
      </w:pPr>
      <w:r>
        <w:rPr>
          <w:rFonts w:ascii="Arial" w:hAnsi="Arial"/>
          <w:sz w:val="22"/>
        </w:rPr>
        <w:t xml:space="preserve">Holly has already warned us that she is being watched closely by her dog. </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 xml:space="preserve">Yep. </w:t>
      </w:r>
    </w:p>
    <w:p>
      <w:pPr>
        <w:spacing w:after="0"/>
      </w:pPr>
    </w:p>
    <w:p>
      <w:pPr>
        <w:spacing w:after="0"/>
      </w:pPr>
      <w:r>
        <w:rPr>
          <w:rFonts w:ascii="Arial" w:hAnsi="Arial"/>
          <w:b/>
          <w:sz w:val="22"/>
        </w:rPr>
        <w:t xml:space="preserve">Alice  </w:t>
      </w:r>
      <w:r>
        <w:rPr>
          <w:rFonts w:ascii="Arial" w:hAnsi="Arial"/>
          <w:color w:val="5D7284"/>
          <w:sz w:val="22"/>
        </w:rPr>
        <w:t>03:02</w:t>
      </w:r>
    </w:p>
    <w:p>
      <w:pPr>
        <w:spacing w:after="0"/>
      </w:pPr>
      <w:r>
        <w:rPr>
          <w:rFonts w:ascii="Arial" w:hAnsi="Arial"/>
          <w:sz w:val="22"/>
        </w:rPr>
        <w:t xml:space="preserve">So in case you hear groans and yips. I think that's that's a dog desperate for attention. </w:t>
      </w:r>
    </w:p>
    <w:p>
      <w:pPr>
        <w:spacing w:after="0"/>
      </w:pPr>
    </w:p>
    <w:p>
      <w:pPr>
        <w:spacing w:after="0"/>
      </w:pPr>
      <w:r>
        <w:rPr>
          <w:rFonts w:ascii="Arial" w:hAnsi="Arial"/>
          <w:b/>
          <w:sz w:val="22"/>
        </w:rPr>
        <w:t xml:space="preserve">Lucy  </w:t>
      </w:r>
      <w:r>
        <w:rPr>
          <w:rFonts w:ascii="Arial" w:hAnsi="Arial"/>
          <w:color w:val="5D7284"/>
          <w:sz w:val="22"/>
        </w:rPr>
        <w:t>03:10</w:t>
      </w:r>
    </w:p>
    <w:p>
      <w:pPr>
        <w:spacing w:after="0"/>
      </w:pPr>
      <w:r>
        <w:rPr>
          <w:rFonts w:ascii="Arial" w:hAnsi="Arial"/>
          <w:sz w:val="22"/>
        </w:rPr>
        <w:t>And also, while we're here, my mom is in the kitchen cooking dinner. And Alice's husband Dave is in the office with the paper shredder. So this could be quite interesting. Hold on your hats, folks.</w:t>
      </w:r>
    </w:p>
    <w:p>
      <w:pPr>
        <w:spacing w:after="0"/>
      </w:pPr>
    </w:p>
    <w:p>
      <w:pPr>
        <w:spacing w:after="0"/>
      </w:pPr>
      <w:r>
        <w:rPr>
          <w:rFonts w:ascii="Arial" w:hAnsi="Arial"/>
          <w:b/>
          <w:sz w:val="22"/>
        </w:rPr>
        <w:t xml:space="preserve">Alice  </w:t>
      </w:r>
      <w:r>
        <w:rPr>
          <w:rFonts w:ascii="Arial" w:hAnsi="Arial"/>
          <w:color w:val="5D7284"/>
          <w:sz w:val="22"/>
        </w:rPr>
        <w:t>03:22</w:t>
      </w:r>
    </w:p>
    <w:p>
      <w:pPr>
        <w:spacing w:after="0"/>
      </w:pPr>
      <w:r>
        <w:rPr>
          <w:rFonts w:ascii="Arial" w:hAnsi="Arial"/>
          <w:sz w:val="22"/>
        </w:rPr>
        <w:t>[laughs] Yes, quite the noise filled episode. Cuz you know, me and Lucy are usually so quiet and soothing.</w:t>
      </w:r>
    </w:p>
    <w:p>
      <w:pPr>
        <w:spacing w:after="0"/>
      </w:pPr>
    </w:p>
    <w:p>
      <w:pPr>
        <w:spacing w:after="0"/>
      </w:pPr>
      <w:r>
        <w:rPr>
          <w:rFonts w:ascii="Arial" w:hAnsi="Arial"/>
          <w:b/>
          <w:sz w:val="22"/>
        </w:rPr>
        <w:t xml:space="preserve">Lucy  </w:t>
      </w:r>
      <w:r>
        <w:rPr>
          <w:rFonts w:ascii="Arial" w:hAnsi="Arial"/>
          <w:color w:val="5D7284"/>
          <w:sz w:val="22"/>
        </w:rPr>
        <w:t>03:34</w:t>
      </w:r>
    </w:p>
    <w:p>
      <w:pPr>
        <w:spacing w:after="0"/>
      </w:pPr>
      <w:r>
        <w:rPr>
          <w:rFonts w:ascii="Arial" w:hAnsi="Arial"/>
          <w:sz w:val="22"/>
        </w:rPr>
        <w:t>[laughs] Anyway, Holly, would you like about yourself, please?</w:t>
      </w:r>
    </w:p>
    <w:p>
      <w:pPr>
        <w:spacing w:after="0"/>
      </w:pPr>
    </w:p>
    <w:p>
      <w:pPr>
        <w:spacing w:after="0"/>
      </w:pPr>
      <w:r>
        <w:rPr>
          <w:rFonts w:ascii="Arial" w:hAnsi="Arial"/>
          <w:b/>
          <w:sz w:val="22"/>
        </w:rPr>
        <w:t xml:space="preserve">Holly Greader  </w:t>
      </w:r>
      <w:r>
        <w:rPr>
          <w:rFonts w:ascii="Arial" w:hAnsi="Arial"/>
          <w:color w:val="5D7284"/>
          <w:sz w:val="22"/>
        </w:rPr>
        <w:t>03:39</w:t>
      </w:r>
    </w:p>
    <w:p>
      <w:pPr>
        <w:spacing w:after="0"/>
      </w:pPr>
      <w:r>
        <w:rPr>
          <w:rFonts w:ascii="Arial" w:hAnsi="Arial"/>
          <w:sz w:val="22"/>
        </w:rPr>
        <w:t>I mean, when you said talk about my life, I just couldn't stop thinking you don't have enough time for that.</w:t>
      </w:r>
    </w:p>
    <w:p>
      <w:pPr>
        <w:spacing w:after="0"/>
      </w:pPr>
    </w:p>
    <w:p>
      <w:pPr>
        <w:spacing w:after="0"/>
      </w:pPr>
      <w:r>
        <w:rPr>
          <w:rFonts w:ascii="Arial" w:hAnsi="Arial"/>
          <w:b/>
          <w:sz w:val="22"/>
        </w:rPr>
        <w:t xml:space="preserve">Lucy  </w:t>
      </w:r>
      <w:r>
        <w:rPr>
          <w:rFonts w:ascii="Arial" w:hAnsi="Arial"/>
          <w:color w:val="5D7284"/>
          <w:sz w:val="22"/>
        </w:rPr>
        <w:t>03:45</w:t>
      </w:r>
    </w:p>
    <w:p>
      <w:pPr>
        <w:spacing w:after="0"/>
      </w:pPr>
      <w:r>
        <w:rPr>
          <w:rFonts w:ascii="Arial" w:hAnsi="Arial"/>
          <w:sz w:val="22"/>
        </w:rPr>
        <w:t>[laughing] We've got a very good editor.</w:t>
      </w:r>
    </w:p>
    <w:p>
      <w:pPr>
        <w:spacing w:after="0"/>
      </w:pPr>
    </w:p>
    <w:p>
      <w:pPr>
        <w:spacing w:after="0"/>
      </w:pPr>
      <w:r>
        <w:rPr>
          <w:rFonts w:ascii="Arial" w:hAnsi="Arial"/>
          <w:b/>
          <w:sz w:val="22"/>
        </w:rPr>
        <w:t xml:space="preserve">Holly Greader  </w:t>
      </w:r>
      <w:r>
        <w:rPr>
          <w:rFonts w:ascii="Arial" w:hAnsi="Arial"/>
          <w:color w:val="5D7284"/>
          <w:sz w:val="22"/>
        </w:rPr>
        <w:t>03:49</w:t>
      </w:r>
    </w:p>
    <w:p>
      <w:pPr>
        <w:spacing w:after="0"/>
      </w:pPr>
      <w:r>
        <w:rPr>
          <w:rFonts w:ascii="Arial" w:hAnsi="Arial"/>
          <w:sz w:val="22"/>
        </w:rPr>
        <w:t>Yeah, so I'm Holly. I'm a disability blogger and advocate. I run my blog the world in my words.com. Sometimes I post  Try to post... I have a very, very needy dog called Teddy and am an ambulatory wheelchair use.</w:t>
      </w:r>
    </w:p>
    <w:p>
      <w:pPr>
        <w:spacing w:after="0"/>
      </w:pPr>
    </w:p>
    <w:p>
      <w:pPr>
        <w:spacing w:after="0"/>
      </w:pPr>
      <w:r>
        <w:rPr>
          <w:rFonts w:ascii="Arial" w:hAnsi="Arial"/>
          <w:b/>
          <w:sz w:val="22"/>
        </w:rPr>
        <w:t xml:space="preserve">Alice  </w:t>
      </w:r>
      <w:r>
        <w:rPr>
          <w:rFonts w:ascii="Arial" w:hAnsi="Arial"/>
          <w:color w:val="5D7284"/>
          <w:sz w:val="22"/>
        </w:rPr>
        <w:t>04:14</w:t>
      </w:r>
    </w:p>
    <w:p>
      <w:pPr>
        <w:spacing w:after="0"/>
      </w:pPr>
      <w:r>
        <w:rPr>
          <w:rFonts w:ascii="Arial" w:hAnsi="Arial"/>
          <w:sz w:val="22"/>
        </w:rPr>
        <w:t>Awesome. So what was it that made you decide that you wanted to start a blog?</w:t>
      </w:r>
    </w:p>
    <w:p>
      <w:pPr>
        <w:spacing w:after="0"/>
      </w:pPr>
    </w:p>
    <w:p>
      <w:pPr>
        <w:spacing w:after="0"/>
      </w:pPr>
      <w:r>
        <w:rPr>
          <w:rFonts w:ascii="Arial" w:hAnsi="Arial"/>
          <w:b/>
          <w:sz w:val="22"/>
        </w:rPr>
        <w:t xml:space="preserve">Holly Greader  </w:t>
      </w:r>
      <w:r>
        <w:rPr>
          <w:rFonts w:ascii="Arial" w:hAnsi="Arial"/>
          <w:color w:val="5D7284"/>
          <w:sz w:val="22"/>
        </w:rPr>
        <w:t>04:22</w:t>
      </w:r>
    </w:p>
    <w:p>
      <w:pPr>
        <w:spacing w:after="0"/>
      </w:pPr>
      <w:r>
        <w:rPr>
          <w:rFonts w:ascii="Arial" w:hAnsi="Arial"/>
          <w:sz w:val="22"/>
        </w:rPr>
        <w:t>So I never necessarily set out to start a blog. I had a huge decline in my health and I had to leave work full time in like my dream career, and I discovered that writing about what I was going through, made it easier for me to kind of process things because I kind of went into quite a deep depression as well. So a lot of what I wrote, has never reached the internet and never will. A lot of it has already been deleted off my laptop. But I found that like, kind of writing really did help me get through things and start discussing topics. And that's when like we found the disabled and chronic illness community and kind of a safe space for me. umm...</w:t>
      </w:r>
    </w:p>
    <w:p>
      <w:pPr>
        <w:spacing w:after="0"/>
      </w:pPr>
    </w:p>
    <w:p>
      <w:pPr>
        <w:spacing w:after="0"/>
      </w:pPr>
      <w:r>
        <w:rPr>
          <w:rFonts w:ascii="Arial" w:hAnsi="Arial"/>
          <w:b/>
          <w:sz w:val="22"/>
        </w:rPr>
        <w:t xml:space="preserve">Alice  </w:t>
      </w:r>
      <w:r>
        <w:rPr>
          <w:rFonts w:ascii="Arial" w:hAnsi="Arial"/>
          <w:color w:val="5D7284"/>
          <w:sz w:val="22"/>
        </w:rPr>
        <w:t>05:12</w:t>
      </w:r>
    </w:p>
    <w:p>
      <w:pPr>
        <w:spacing w:after="0"/>
      </w:pPr>
      <w:r>
        <w:rPr>
          <w:rFonts w:ascii="Arial" w:hAnsi="Arial"/>
          <w:sz w:val="22"/>
        </w:rPr>
        <w:t>I think that's something we hear a lot from people coming on is talking about that finding writing helpful, but also the, you know, finding, as the putting their writing out there and having other people read it and respond to it has been really kind of cathartic. And I think it's been, it's been something that's happened a little bit with, you know, with the show is getting that response of people going Yes, I understand.  I have experienced something similar. I've felt that. Ermm, you know I think it's something...</w:t>
      </w:r>
    </w:p>
    <w:p>
      <w:pPr>
        <w:spacing w:after="0"/>
      </w:pPr>
    </w:p>
    <w:p>
      <w:pPr>
        <w:spacing w:after="0"/>
      </w:pPr>
      <w:r>
        <w:rPr>
          <w:rFonts w:ascii="Arial" w:hAnsi="Arial"/>
          <w:b/>
          <w:sz w:val="22"/>
        </w:rPr>
        <w:t xml:space="preserve">Lucy  </w:t>
      </w:r>
      <w:r>
        <w:rPr>
          <w:rFonts w:ascii="Arial" w:hAnsi="Arial"/>
          <w:color w:val="5D7284"/>
          <w:sz w:val="22"/>
        </w:rPr>
        <w:t>05:44</w:t>
      </w:r>
    </w:p>
    <w:p>
      <w:pPr>
        <w:spacing w:after="0"/>
      </w:pPr>
      <w:r>
        <w:rPr>
          <w:rFonts w:ascii="Arial" w:hAnsi="Arial"/>
          <w:sz w:val="22"/>
        </w:rPr>
        <w:t xml:space="preserve">Yeah, they either say that, or thank you for helping me understand, don't they? </w:t>
      </w:r>
    </w:p>
    <w:p>
      <w:pPr>
        <w:spacing w:after="0"/>
      </w:pPr>
    </w:p>
    <w:p>
      <w:pPr>
        <w:spacing w:after="0"/>
      </w:pPr>
      <w:r>
        <w:rPr>
          <w:rFonts w:ascii="Arial" w:hAnsi="Arial"/>
          <w:b/>
          <w:sz w:val="22"/>
        </w:rPr>
        <w:t xml:space="preserve">Alice  </w:t>
      </w:r>
      <w:r>
        <w:rPr>
          <w:rFonts w:ascii="Arial" w:hAnsi="Arial"/>
          <w:color w:val="5D7284"/>
          <w:sz w:val="22"/>
        </w:rPr>
        <w:t>05:48</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05:49</w:t>
      </w:r>
    </w:p>
    <w:p>
      <w:pPr>
        <w:spacing w:after="0"/>
      </w:pPr>
      <w:r>
        <w:rPr>
          <w:rFonts w:ascii="Arial" w:hAnsi="Arial"/>
          <w:sz w:val="22"/>
        </w:rPr>
        <w:t>It's either one or the other, which I think is quite nice. I mean, for me, I mean, I with my blog is exactly the same reason I started it. The same as Holly was because it was cathartic. And I could get out of my head onto paper, what was bothering me, and there was nobody to say, all right, shut up, stop moaning, because I could keep writing until I felt better. And like, Holly, there is stuff that I've written that will never see the light of day, because I would probably get sued.  Because I'm slagging people off. But yeah, it does. It does really help and and having the, you know, get getting to a point where you think right, I can post now. I'm not, I'm not liable. And I'm not going to cause any issues here. Once it is out and somebody reads it, they go, Oh, that, you know, I understand that when somebody says, they understand you immediately feel better anyway. Because you you've taken time to consider what you're writing so I can completely understand where you're coming from.</w:t>
      </w:r>
    </w:p>
    <w:p>
      <w:pPr>
        <w:spacing w:after="0"/>
      </w:pPr>
    </w:p>
    <w:p>
      <w:pPr>
        <w:spacing w:after="0"/>
      </w:pPr>
      <w:r>
        <w:rPr>
          <w:rFonts w:ascii="Arial" w:hAnsi="Arial"/>
          <w:b/>
          <w:sz w:val="22"/>
        </w:rPr>
        <w:t xml:space="preserve">Holly Greader  </w:t>
      </w:r>
      <w:r>
        <w:rPr>
          <w:rFonts w:ascii="Arial" w:hAnsi="Arial"/>
          <w:color w:val="5D7284"/>
          <w:sz w:val="22"/>
        </w:rPr>
        <w:t>06:19</w:t>
      </w:r>
    </w:p>
    <w:p>
      <w:pPr>
        <w:spacing w:after="0"/>
      </w:pPr>
      <w:r>
        <w:rPr>
          <w:rFonts w:ascii="Arial" w:hAnsi="Arial"/>
          <w:sz w:val="22"/>
        </w:rPr>
        <w:t>[luaghs] Yeah I mean, ometimes my mom calls me up after I post a blog and she just goes Are you okay? And it's like, she's just gone, err I've read this. You seem a little bit emotional was really good, though. But you alright? Yeah, no, it was, like, I'd been at that point in time. I never really refer to myself as disabled. I was I had a chronic illness. And I had issues with my legs. That was kind of what I say. So I'd never really met many people that had, or any people that had my conditions, especially, and were I going through the same thing as me and hearing other people go, Oh, yeah, no, I, I have to deal with that, too. I'm like, oh, yeah, but it can work out or there are things you can do to help or there are people here to support you, especially when you're in that place of feeling like a burden.</w:t>
      </w:r>
    </w:p>
    <w:p>
      <w:pPr>
        <w:spacing w:after="0"/>
      </w:pPr>
    </w:p>
    <w:p>
      <w:pPr>
        <w:spacing w:after="0"/>
      </w:pPr>
      <w:r>
        <w:rPr>
          <w:rFonts w:ascii="Arial" w:hAnsi="Arial"/>
          <w:b/>
          <w:sz w:val="22"/>
        </w:rPr>
        <w:t xml:space="preserve">Alice  </w:t>
      </w:r>
      <w:r>
        <w:rPr>
          <w:rFonts w:ascii="Arial" w:hAnsi="Arial"/>
          <w:color w:val="5D7284"/>
          <w:sz w:val="22"/>
        </w:rPr>
        <w:t>07:46</w:t>
      </w:r>
    </w:p>
    <w:p>
      <w:pPr>
        <w:spacing w:after="0"/>
      </w:pPr>
      <w:r>
        <w:rPr>
          <w:rFonts w:ascii="Arial" w:hAnsi="Arial"/>
          <w:sz w:val="22"/>
        </w:rPr>
        <w:t>Mmm</w:t>
      </w:r>
    </w:p>
    <w:p>
      <w:pPr>
        <w:spacing w:after="0"/>
      </w:pPr>
    </w:p>
    <w:p>
      <w:pPr>
        <w:spacing w:after="0"/>
      </w:pPr>
      <w:r>
        <w:rPr>
          <w:rFonts w:ascii="Arial" w:hAnsi="Arial"/>
          <w:b/>
          <w:sz w:val="22"/>
        </w:rPr>
        <w:t xml:space="preserve">Lucy  </w:t>
      </w:r>
      <w:r>
        <w:rPr>
          <w:rFonts w:ascii="Arial" w:hAnsi="Arial"/>
          <w:color w:val="5D7284"/>
          <w:sz w:val="22"/>
        </w:rPr>
        <w:t>07:47</w:t>
      </w:r>
    </w:p>
    <w:p>
      <w:pPr>
        <w:spacing w:after="0"/>
      </w:pPr>
      <w:r>
        <w:rPr>
          <w:rFonts w:ascii="Arial" w:hAnsi="Arial"/>
          <w:sz w:val="22"/>
        </w:rPr>
        <w:t>It is very, a cathartic thing. And when I when I started my blog, I was like, we'll see how this goes. And then because I my blog, originally, I changed it, I changed the name halfway through. It was called Diary of a Gimpy Kid</w:t>
      </w:r>
    </w:p>
    <w:p>
      <w:pPr>
        <w:spacing w:after="0"/>
      </w:pPr>
    </w:p>
    <w:p>
      <w:pPr>
        <w:spacing w:after="0"/>
      </w:pPr>
      <w:r>
        <w:rPr>
          <w:rFonts w:ascii="Arial" w:hAnsi="Arial"/>
          <w:b/>
          <w:sz w:val="22"/>
        </w:rPr>
        <w:t xml:space="preserve">Alice  </w:t>
      </w:r>
      <w:r>
        <w:rPr>
          <w:rFonts w:ascii="Arial" w:hAnsi="Arial"/>
          <w:color w:val="5D7284"/>
          <w:sz w:val="22"/>
        </w:rPr>
        <w:t>08:06</w:t>
      </w:r>
    </w:p>
    <w:p>
      <w:pPr>
        <w:spacing w:after="0"/>
      </w:pPr>
      <w:r>
        <w:rPr>
          <w:rFonts w:ascii="Arial" w:hAnsi="Arial"/>
          <w:sz w:val="22"/>
        </w:rPr>
        <w:t>[laughs]</w:t>
      </w:r>
    </w:p>
    <w:p>
      <w:pPr>
        <w:spacing w:after="0"/>
      </w:pPr>
    </w:p>
    <w:p>
      <w:pPr>
        <w:spacing w:after="0"/>
      </w:pPr>
      <w:r>
        <w:rPr>
          <w:rFonts w:ascii="Arial" w:hAnsi="Arial"/>
          <w:b/>
          <w:sz w:val="22"/>
        </w:rPr>
        <w:t xml:space="preserve">Holly Greader  </w:t>
      </w:r>
      <w:r>
        <w:rPr>
          <w:rFonts w:ascii="Arial" w:hAnsi="Arial"/>
          <w:color w:val="5D7284"/>
          <w:sz w:val="22"/>
        </w:rPr>
        <w:t>08:06</w:t>
      </w:r>
    </w:p>
    <w:p>
      <w:pPr>
        <w:spacing w:after="0"/>
      </w:pPr>
      <w:r>
        <w:rPr>
          <w:rFonts w:ascii="Arial" w:hAnsi="Arial"/>
          <w:sz w:val="22"/>
        </w:rPr>
        <w:t>[laughing] Oh wow.</w:t>
      </w:r>
    </w:p>
    <w:p>
      <w:pPr>
        <w:spacing w:after="0"/>
      </w:pPr>
    </w:p>
    <w:p>
      <w:pPr>
        <w:spacing w:after="0"/>
      </w:pPr>
      <w:r>
        <w:rPr>
          <w:rFonts w:ascii="Arial" w:hAnsi="Arial"/>
          <w:b/>
          <w:sz w:val="22"/>
        </w:rPr>
        <w:t xml:space="preserve">Lucy  </w:t>
      </w:r>
      <w:r>
        <w:rPr>
          <w:rFonts w:ascii="Arial" w:hAnsi="Arial"/>
          <w:color w:val="5D7284"/>
          <w:sz w:val="22"/>
        </w:rPr>
        <w:t>08:09</w:t>
      </w:r>
    </w:p>
    <w:p>
      <w:pPr>
        <w:spacing w:after="0"/>
      </w:pPr>
      <w:r>
        <w:rPr>
          <w:rFonts w:ascii="Arial" w:hAnsi="Arial"/>
          <w:sz w:val="22"/>
        </w:rPr>
        <w:t>I also I was quite, I was I used to be trying to be quite humorous with it. Because I used to think I was stand up comedian and I'm not. But I always said if I knew how popular writing a diary in diary form would have been for me. I would have started many many years ago. Sort of shame I didn't really although Do you really want to hear about teenage Lucy? I don't think so. It's quite boring. But yeah, I can understand why.</w:t>
      </w:r>
    </w:p>
    <w:p>
      <w:pPr>
        <w:spacing w:after="0"/>
      </w:pPr>
    </w:p>
    <w:p>
      <w:pPr>
        <w:spacing w:after="0"/>
      </w:pPr>
      <w:r>
        <w:rPr>
          <w:rFonts w:ascii="Arial" w:hAnsi="Arial"/>
          <w:b/>
          <w:sz w:val="22"/>
        </w:rPr>
        <w:t xml:space="preserve">Holly Greader  </w:t>
      </w:r>
      <w:r>
        <w:rPr>
          <w:rFonts w:ascii="Arial" w:hAnsi="Arial"/>
          <w:color w:val="5D7284"/>
          <w:sz w:val="22"/>
        </w:rPr>
        <w:t>08:39</w:t>
      </w:r>
    </w:p>
    <w:p>
      <w:pPr>
        <w:spacing w:after="0"/>
      </w:pPr>
      <w:r>
        <w:rPr>
          <w:rFonts w:ascii="Arial" w:hAnsi="Arial"/>
          <w:sz w:val="22"/>
        </w:rPr>
        <w:t>I wrote some stuff when I was a lot younger as well. I started writing things. And again, I don't think that even exists anymore. And the same in my blog. It actually this did before I started it as such, it was a place that I would just write stuff on the internet because I think it made me feel like it was getting out there. Even though it was going to  absolutely nobody!</w:t>
      </w:r>
    </w:p>
    <w:p>
      <w:pPr>
        <w:spacing w:after="0"/>
      </w:pPr>
    </w:p>
    <w:p>
      <w:pPr>
        <w:spacing w:after="0"/>
      </w:pPr>
      <w:r>
        <w:rPr>
          <w:rFonts w:ascii="Arial" w:hAnsi="Arial"/>
          <w:b/>
          <w:sz w:val="22"/>
        </w:rPr>
        <w:t xml:space="preserve">Lucy  </w:t>
      </w:r>
      <w:r>
        <w:rPr>
          <w:rFonts w:ascii="Arial" w:hAnsi="Arial"/>
          <w:color w:val="5D7284"/>
          <w:sz w:val="22"/>
        </w:rPr>
        <w:t>09:02</w:t>
      </w:r>
    </w:p>
    <w:p>
      <w:pPr>
        <w:spacing w:after="0"/>
      </w:pPr>
      <w:r>
        <w:rPr>
          <w:rFonts w:ascii="Arial" w:hAnsi="Arial"/>
          <w:sz w:val="22"/>
        </w:rPr>
        <w:t>Yeah,</w:t>
      </w:r>
    </w:p>
    <w:p>
      <w:pPr>
        <w:spacing w:after="0"/>
      </w:pPr>
    </w:p>
    <w:p>
      <w:pPr>
        <w:spacing w:after="0"/>
      </w:pPr>
      <w:r>
        <w:rPr>
          <w:rFonts w:ascii="Arial" w:hAnsi="Arial"/>
          <w:b/>
          <w:sz w:val="22"/>
        </w:rPr>
        <w:t xml:space="preserve">Holly Greader  </w:t>
      </w:r>
      <w:r>
        <w:rPr>
          <w:rFonts w:ascii="Arial" w:hAnsi="Arial"/>
          <w:color w:val="5D7284"/>
          <w:sz w:val="22"/>
        </w:rPr>
        <w:t>09:02</w:t>
      </w:r>
    </w:p>
    <w:p>
      <w:pPr>
        <w:spacing w:after="0"/>
      </w:pPr>
      <w:r>
        <w:rPr>
          <w:rFonts w:ascii="Arial" w:hAnsi="Arial"/>
          <w:sz w:val="22"/>
        </w:rPr>
        <w:t>But it felt good.</w:t>
      </w:r>
    </w:p>
    <w:p>
      <w:pPr>
        <w:spacing w:after="0"/>
      </w:pPr>
    </w:p>
    <w:p>
      <w:pPr>
        <w:spacing w:after="0"/>
      </w:pPr>
      <w:r>
        <w:rPr>
          <w:rFonts w:ascii="Arial" w:hAnsi="Arial"/>
          <w:b/>
          <w:sz w:val="22"/>
        </w:rPr>
        <w:t xml:space="preserve">Lucy  </w:t>
      </w:r>
      <w:r>
        <w:rPr>
          <w:rFonts w:ascii="Arial" w:hAnsi="Arial"/>
          <w:color w:val="5D7284"/>
          <w:sz w:val="22"/>
        </w:rPr>
        <w:t>09:05</w:t>
      </w:r>
    </w:p>
    <w:p>
      <w:pPr>
        <w:spacing w:after="0"/>
      </w:pPr>
      <w:r>
        <w:rPr>
          <w:rFonts w:ascii="Arial" w:hAnsi="Arial"/>
          <w:sz w:val="22"/>
        </w:rPr>
        <w:t>yeah. I think you know, is that thing of writing something and then like leaving it a few days before you go, am I gonna post this? No...</w:t>
      </w:r>
    </w:p>
    <w:p>
      <w:pPr>
        <w:spacing w:after="0"/>
      </w:pPr>
    </w:p>
    <w:p>
      <w:pPr>
        <w:spacing w:after="0"/>
      </w:pPr>
      <w:r>
        <w:rPr>
          <w:rFonts w:ascii="Arial" w:hAnsi="Arial"/>
          <w:b/>
          <w:sz w:val="22"/>
        </w:rPr>
        <w:t xml:space="preserve">Holly Greader  </w:t>
      </w:r>
      <w:r>
        <w:rPr>
          <w:rFonts w:ascii="Arial" w:hAnsi="Arial"/>
          <w:color w:val="5D7284"/>
          <w:sz w:val="22"/>
        </w:rPr>
        <w:t>09:14</w:t>
      </w:r>
    </w:p>
    <w:p>
      <w:pPr>
        <w:spacing w:after="0"/>
      </w:pPr>
      <w:r>
        <w:rPr>
          <w:rFonts w:ascii="Arial" w:hAnsi="Arial"/>
          <w:sz w:val="22"/>
        </w:rPr>
        <w:t>Yeah, like my first post my partner James he actually like posted it for me because I was like, maybe I could maybe, I don't know and I was like I'm not sure becuase I think my first post was about like the accessibility on an iPhone. I suppose I just discovered it and it was like a whole new world to me. Like a lot of people knew this stuff. But to me it was brand new information. I was like everybody must know about this. And maybe not like spent hours writing it and then I was like nah leave but umm, he kind of posted it for me and I'm really glad that I did that now.</w:t>
      </w:r>
    </w:p>
    <w:p>
      <w:pPr>
        <w:spacing w:after="0"/>
      </w:pPr>
    </w:p>
    <w:p>
      <w:pPr>
        <w:spacing w:after="0"/>
      </w:pPr>
      <w:r>
        <w:rPr>
          <w:rFonts w:ascii="Arial" w:hAnsi="Arial"/>
          <w:b/>
          <w:sz w:val="22"/>
        </w:rPr>
        <w:t xml:space="preserve">Lucy  </w:t>
      </w:r>
      <w:r>
        <w:rPr>
          <w:rFonts w:ascii="Arial" w:hAnsi="Arial"/>
          <w:color w:val="5D7284"/>
          <w:sz w:val="22"/>
        </w:rPr>
        <w:t>09:51</w:t>
      </w:r>
    </w:p>
    <w:p>
      <w:pPr>
        <w:spacing w:after="0"/>
      </w:pPr>
      <w:r>
        <w:rPr>
          <w:rFonts w:ascii="Arial" w:hAnsi="Arial"/>
          <w:sz w:val="22"/>
        </w:rPr>
        <w:t xml:space="preserve">Yeah, yeah, it's good to go to get to be able to give it to somebody and go do you think this is alright? Am I gonna get in trouble if I post this? That is really helpful thing to have. It's a shame we can't really do, I mean, that's why we go through the editing process with the podcast because there have been times where Alice has said, You've said this, do you really want to say this? Yes, please. </w:t>
      </w:r>
    </w:p>
    <w:p>
      <w:pPr>
        <w:spacing w:after="0"/>
      </w:pPr>
    </w:p>
    <w:p>
      <w:pPr>
        <w:spacing w:after="0"/>
      </w:pPr>
      <w:r>
        <w:rPr>
          <w:rFonts w:ascii="Arial" w:hAnsi="Arial"/>
          <w:b/>
          <w:sz w:val="22"/>
        </w:rPr>
        <w:t xml:space="preserve">Holly Greader  </w:t>
      </w:r>
      <w:r>
        <w:rPr>
          <w:rFonts w:ascii="Arial" w:hAnsi="Arial"/>
          <w:color w:val="5D7284"/>
          <w:sz w:val="22"/>
        </w:rPr>
        <w:t>10:14</w:t>
      </w:r>
    </w:p>
    <w:p>
      <w:pPr>
        <w:spacing w:after="0"/>
      </w:pPr>
      <w:r>
        <w:rPr>
          <w:rFonts w:ascii="Arial" w:hAnsi="Arial"/>
          <w:sz w:val="22"/>
        </w:rPr>
        <w:t xml:space="preserve">I have noticed though, because obviously I've written  aforccessAble a couple of times. </w:t>
      </w:r>
    </w:p>
    <w:p>
      <w:pPr>
        <w:spacing w:after="0"/>
      </w:pPr>
    </w:p>
    <w:p>
      <w:pPr>
        <w:spacing w:after="0"/>
      </w:pPr>
      <w:r>
        <w:rPr>
          <w:rFonts w:ascii="Arial" w:hAnsi="Arial"/>
          <w:b/>
          <w:sz w:val="22"/>
        </w:rPr>
        <w:t xml:space="preserve">Lucy  </w:t>
      </w:r>
      <w:r>
        <w:rPr>
          <w:rFonts w:ascii="Arial" w:hAnsi="Arial"/>
          <w:color w:val="5D7284"/>
          <w:sz w:val="22"/>
        </w:rPr>
        <w:t>10:19</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10:20</w:t>
      </w:r>
    </w:p>
    <w:p>
      <w:pPr>
        <w:spacing w:after="0"/>
      </w:pPr>
      <w:r>
        <w:rPr>
          <w:rFonts w:ascii="Arial" w:hAnsi="Arial"/>
          <w:sz w:val="22"/>
        </w:rPr>
        <w:t>And I have noticed that quite often. You'll come back to me be like, but maybe not too angry Holly.</w:t>
      </w:r>
    </w:p>
    <w:p>
      <w:pPr>
        <w:spacing w:after="0"/>
      </w:pPr>
    </w:p>
    <w:p>
      <w:pPr>
        <w:spacing w:after="0"/>
      </w:pPr>
      <w:r>
        <w:rPr>
          <w:rFonts w:ascii="Arial" w:hAnsi="Arial"/>
          <w:b/>
          <w:sz w:val="22"/>
        </w:rPr>
        <w:t xml:space="preserve">Alice  </w:t>
      </w:r>
      <w:r>
        <w:rPr>
          <w:rFonts w:ascii="Arial" w:hAnsi="Arial"/>
          <w:color w:val="5D7284"/>
          <w:sz w:val="22"/>
        </w:rPr>
        <w:t>10:28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10:28</w:t>
      </w:r>
    </w:p>
    <w:p>
      <w:pPr>
        <w:spacing w:after="0"/>
      </w:pPr>
      <w:r>
        <w:rPr>
          <w:rFonts w:ascii="Arial" w:hAnsi="Arial"/>
          <w:sz w:val="22"/>
        </w:rPr>
        <w:t>Maybe just tone, maybe just tone down the err...</w:t>
      </w:r>
    </w:p>
    <w:p>
      <w:pPr>
        <w:spacing w:after="0"/>
      </w:pPr>
    </w:p>
    <w:p>
      <w:pPr>
        <w:spacing w:after="0"/>
      </w:pPr>
      <w:r>
        <w:rPr>
          <w:rFonts w:ascii="Arial" w:hAnsi="Arial"/>
          <w:b/>
          <w:sz w:val="22"/>
        </w:rPr>
        <w:t xml:space="preserve">Holly Greader  </w:t>
      </w:r>
      <w:r>
        <w:rPr>
          <w:rFonts w:ascii="Arial" w:hAnsi="Arial"/>
          <w:color w:val="5D7284"/>
          <w:sz w:val="22"/>
        </w:rPr>
        <w:t>10:32</w:t>
      </w:r>
    </w:p>
    <w:p>
      <w:pPr>
        <w:spacing w:after="0"/>
      </w:pPr>
      <w:r>
        <w:rPr>
          <w:rFonts w:ascii="Arial" w:hAnsi="Arial"/>
          <w:sz w:val="22"/>
        </w:rPr>
        <w:t>Like, you get in there before I even sent, like, first draft, and I was like, Lucy already knows me.  Make it more understandable. I write the first version like slapping the keys. And then the next time I'm like Oh OK this is fine.</w:t>
      </w:r>
    </w:p>
    <w:p>
      <w:pPr>
        <w:spacing w:after="0"/>
      </w:pPr>
    </w:p>
    <w:p>
      <w:pPr>
        <w:spacing w:after="0"/>
      </w:pPr>
      <w:r>
        <w:rPr>
          <w:rFonts w:ascii="Arial" w:hAnsi="Arial"/>
          <w:b/>
          <w:sz w:val="22"/>
        </w:rPr>
        <w:t xml:space="preserve">Lucy  </w:t>
      </w:r>
      <w:r>
        <w:rPr>
          <w:rFonts w:ascii="Arial" w:hAnsi="Arial"/>
          <w:color w:val="5D7284"/>
          <w:sz w:val="22"/>
        </w:rPr>
        <w:t>10:50</w:t>
      </w:r>
    </w:p>
    <w:p>
      <w:pPr>
        <w:spacing w:after="0"/>
      </w:pPr>
      <w:r>
        <w:rPr>
          <w:rFonts w:ascii="Arial" w:hAnsi="Arial"/>
          <w:sz w:val="22"/>
        </w:rPr>
        <w:t xml:space="preserve">Bit calmer. I have a PA who, when I'm writing emails, I say, Can I say that? And she's like, No, you can't say that. It makes you - </w:t>
      </w:r>
    </w:p>
    <w:p>
      <w:pPr>
        <w:spacing w:after="0"/>
      </w:pPr>
    </w:p>
    <w:p>
      <w:pPr>
        <w:spacing w:after="0"/>
      </w:pPr>
      <w:r>
        <w:rPr>
          <w:rFonts w:ascii="Arial" w:hAnsi="Arial"/>
          <w:b/>
          <w:sz w:val="22"/>
        </w:rPr>
        <w:t xml:space="preserve">Holly Greader  </w:t>
      </w:r>
      <w:r>
        <w:rPr>
          <w:rFonts w:ascii="Arial" w:hAnsi="Arial"/>
          <w:color w:val="5D7284"/>
          <w:sz w:val="22"/>
        </w:rPr>
        <w:t>10:58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10:59</w:t>
      </w:r>
    </w:p>
    <w:p>
      <w:pPr>
        <w:spacing w:after="0"/>
      </w:pPr>
      <w:r>
        <w:rPr>
          <w:rFonts w:ascii="Arial" w:hAnsi="Arial"/>
          <w:sz w:val="22"/>
        </w:rPr>
        <w:t>You can't say that. Let me... take that out... Why? It may be a valid, point Lucy, we can't say it. That kind of thing. So yeah, it's always good to have people around you...</w:t>
      </w:r>
    </w:p>
    <w:p>
      <w:pPr>
        <w:spacing w:after="0"/>
      </w:pPr>
    </w:p>
    <w:p>
      <w:pPr>
        <w:spacing w:after="0"/>
      </w:pPr>
      <w:r>
        <w:rPr>
          <w:rFonts w:ascii="Arial" w:hAnsi="Arial"/>
          <w:b/>
          <w:sz w:val="22"/>
        </w:rPr>
        <w:t xml:space="preserve">Alice  </w:t>
      </w:r>
      <w:r>
        <w:rPr>
          <w:rFonts w:ascii="Arial" w:hAnsi="Arial"/>
          <w:color w:val="5D7284"/>
          <w:sz w:val="22"/>
        </w:rPr>
        <w:t>11:10</w:t>
      </w:r>
    </w:p>
    <w:p>
      <w:pPr>
        <w:spacing w:after="0"/>
      </w:pPr>
      <w:r>
        <w:rPr>
          <w:rFonts w:ascii="Arial" w:hAnsi="Arial"/>
          <w:sz w:val="22"/>
        </w:rPr>
        <w:t>You see, I'm much more. I mean, I maybe it's because I didn't, I I posted sort of blogs on this like community forum thing that I was on for like, lonely emo kids in the early noughties. And we also posted quite a lot of poetry, as you can imagine. It's out there!</w:t>
      </w:r>
    </w:p>
    <w:p>
      <w:pPr>
        <w:spacing w:after="0"/>
      </w:pPr>
    </w:p>
    <w:p>
      <w:pPr>
        <w:spacing w:after="0"/>
      </w:pPr>
      <w:r>
        <w:rPr>
          <w:rFonts w:ascii="Arial" w:hAnsi="Arial"/>
          <w:b/>
          <w:sz w:val="22"/>
        </w:rPr>
        <w:t xml:space="preserve">Lucy  </w:t>
      </w:r>
      <w:r>
        <w:rPr>
          <w:rFonts w:ascii="Arial" w:hAnsi="Arial"/>
          <w:color w:val="5D7284"/>
          <w:sz w:val="22"/>
        </w:rPr>
        <w:t>11:34</w:t>
      </w:r>
    </w:p>
    <w:p>
      <w:pPr>
        <w:spacing w:after="0"/>
      </w:pPr>
      <w:r>
        <w:rPr>
          <w:rFonts w:ascii="Arial" w:hAnsi="Arial"/>
          <w:sz w:val="22"/>
        </w:rPr>
        <w:t>Oh, I'm gonna have to do some digging around on Google to find that! Bonus content, anybody?</w:t>
      </w:r>
    </w:p>
    <w:p>
      <w:pPr>
        <w:spacing w:after="0"/>
      </w:pPr>
    </w:p>
    <w:p>
      <w:pPr>
        <w:spacing w:after="0"/>
      </w:pPr>
      <w:r>
        <w:rPr>
          <w:rFonts w:ascii="Arial" w:hAnsi="Arial"/>
          <w:b/>
          <w:sz w:val="22"/>
        </w:rPr>
        <w:t xml:space="preserve">Alice  </w:t>
      </w:r>
      <w:r>
        <w:rPr>
          <w:rFonts w:ascii="Arial" w:hAnsi="Arial"/>
          <w:color w:val="5D7284"/>
          <w:sz w:val="22"/>
        </w:rPr>
        <w:t>11:44</w:t>
      </w:r>
    </w:p>
    <w:p>
      <w:pPr>
        <w:spacing w:after="0"/>
      </w:pPr>
      <w:r>
        <w:rPr>
          <w:rFonts w:ascii="Arial" w:hAnsi="Arial"/>
          <w:sz w:val="22"/>
        </w:rPr>
        <w:t>And I, my, I think the posting stuff I did on that it was, it was more just oh today, I went to the park today this happened and, you know, at the weekend I'm gonna go shopping, there was not a great deal of kind of personal exploration and insight, I have a periodically, sort of, I keep a journal and I do not so much I used to it used to be something I did, like, for an hour every day for a period of my life and my mental health was quite bad. That for me, that stuff's always been really private. It's always been about a place for me to process my thoughts. And understand myself, I think whereas it's, it's really interesting to hear you guys talk about getting that kind of understanding from other people. But I think as a reflection of that when I send angry emails at work, I don't you know</w:t>
      </w:r>
    </w:p>
    <w:p>
      <w:pPr>
        <w:spacing w:after="0"/>
      </w:pPr>
    </w:p>
    <w:p>
      <w:pPr>
        <w:spacing w:after="0"/>
      </w:pPr>
      <w:r>
        <w:rPr>
          <w:rFonts w:ascii="Arial" w:hAnsi="Arial"/>
          <w:b/>
          <w:sz w:val="22"/>
        </w:rPr>
        <w:t xml:space="preserve">Lucy  </w:t>
      </w:r>
      <w:r>
        <w:rPr>
          <w:rFonts w:ascii="Arial" w:hAnsi="Arial"/>
          <w:color w:val="5D7284"/>
          <w:sz w:val="22"/>
        </w:rPr>
        <w:t>12:44</w:t>
      </w:r>
    </w:p>
    <w:p>
      <w:pPr>
        <w:spacing w:after="0"/>
      </w:pPr>
      <w:r>
        <w:rPr>
          <w:rFonts w:ascii="Arial" w:hAnsi="Arial"/>
          <w:sz w:val="22"/>
        </w:rPr>
        <w:t xml:space="preserve">You don't have an edit button! </w:t>
      </w:r>
    </w:p>
    <w:p>
      <w:pPr>
        <w:spacing w:after="0"/>
      </w:pPr>
    </w:p>
    <w:p>
      <w:pPr>
        <w:spacing w:after="0"/>
      </w:pPr>
      <w:r>
        <w:rPr>
          <w:rFonts w:ascii="Arial" w:hAnsi="Arial"/>
          <w:b/>
          <w:sz w:val="22"/>
        </w:rPr>
        <w:t xml:space="preserve">Alice  </w:t>
      </w:r>
      <w:r>
        <w:rPr>
          <w:rFonts w:ascii="Arial" w:hAnsi="Arial"/>
          <w:color w:val="5D7284"/>
          <w:sz w:val="22"/>
        </w:rPr>
        <w:t>12:45</w:t>
      </w:r>
    </w:p>
    <w:p>
      <w:pPr>
        <w:spacing w:after="0"/>
      </w:pPr>
      <w:r>
        <w:rPr>
          <w:rFonts w:ascii="Arial" w:hAnsi="Arial"/>
          <w:sz w:val="22"/>
        </w:rPr>
        <w:t>No...</w:t>
      </w:r>
    </w:p>
    <w:p>
      <w:pPr>
        <w:spacing w:after="0"/>
      </w:pPr>
    </w:p>
    <w:p>
      <w:pPr>
        <w:spacing w:after="0"/>
      </w:pPr>
      <w:r>
        <w:rPr>
          <w:rFonts w:ascii="Arial" w:hAnsi="Arial"/>
          <w:b/>
          <w:sz w:val="22"/>
        </w:rPr>
        <w:t xml:space="preserve">Lucy  </w:t>
      </w:r>
      <w:r>
        <w:rPr>
          <w:rFonts w:ascii="Arial" w:hAnsi="Arial"/>
          <w:color w:val="5D7284"/>
          <w:sz w:val="22"/>
        </w:rPr>
        <w:t>12:46</w:t>
      </w:r>
    </w:p>
    <w:p>
      <w:pPr>
        <w:spacing w:after="0"/>
      </w:pPr>
      <w:r>
        <w:rPr>
          <w:rFonts w:ascii="Arial" w:hAnsi="Arial"/>
          <w:sz w:val="22"/>
        </w:rPr>
        <w:t>You don't have somebody going You can't say that Alice. Too late.</w:t>
      </w:r>
    </w:p>
    <w:p>
      <w:pPr>
        <w:spacing w:after="0"/>
      </w:pPr>
    </w:p>
    <w:p>
      <w:pPr>
        <w:spacing w:after="0"/>
      </w:pPr>
      <w:r>
        <w:rPr>
          <w:rFonts w:ascii="Arial" w:hAnsi="Arial"/>
          <w:b/>
          <w:sz w:val="22"/>
        </w:rPr>
        <w:t xml:space="preserve">Alice  </w:t>
      </w:r>
      <w:r>
        <w:rPr>
          <w:rFonts w:ascii="Arial" w:hAnsi="Arial"/>
          <w:color w:val="5D7284"/>
          <w:sz w:val="22"/>
        </w:rPr>
        <w:t>12:48</w:t>
      </w:r>
    </w:p>
    <w:p>
      <w:pPr>
        <w:spacing w:after="0"/>
      </w:pPr>
      <w:r>
        <w:rPr>
          <w:rFonts w:ascii="Arial" w:hAnsi="Arial"/>
          <w:sz w:val="22"/>
        </w:rPr>
        <w:t xml:space="preserve"> I, my, my my feelings are you could say anything as long as you phrase it correctly. So</w:t>
      </w:r>
    </w:p>
    <w:p>
      <w:pPr>
        <w:spacing w:after="0"/>
      </w:pPr>
    </w:p>
    <w:p>
      <w:pPr>
        <w:spacing w:after="0"/>
      </w:pPr>
      <w:r>
        <w:rPr>
          <w:rFonts w:ascii="Arial" w:hAnsi="Arial"/>
          <w:b/>
          <w:sz w:val="22"/>
        </w:rPr>
        <w:t xml:space="preserve">Lucy  </w:t>
      </w:r>
      <w:r>
        <w:rPr>
          <w:rFonts w:ascii="Arial" w:hAnsi="Arial"/>
          <w:color w:val="5D7284"/>
          <w:sz w:val="22"/>
        </w:rPr>
        <w:t>12:58</w:t>
      </w:r>
    </w:p>
    <w:p>
      <w:pPr>
        <w:spacing w:after="0"/>
      </w:pPr>
      <w:r>
        <w:rPr>
          <w:rFonts w:ascii="Arial" w:hAnsi="Arial"/>
          <w:sz w:val="22"/>
        </w:rPr>
        <w:t>I have just got verbal diarrhoea, it just comes out and I've said it, do you know what i mean? Thank God, Gmail  have got that five second thing  where you can go recind! Recind!</w:t>
      </w:r>
    </w:p>
    <w:p>
      <w:pPr>
        <w:spacing w:after="0"/>
      </w:pPr>
    </w:p>
    <w:p>
      <w:pPr>
        <w:spacing w:after="0"/>
      </w:pPr>
      <w:r>
        <w:rPr>
          <w:rFonts w:ascii="Arial" w:hAnsi="Arial"/>
          <w:b/>
          <w:sz w:val="22"/>
        </w:rPr>
        <w:t xml:space="preserve">Alice  </w:t>
      </w:r>
      <w:r>
        <w:rPr>
          <w:rFonts w:ascii="Arial" w:hAnsi="Arial"/>
          <w:color w:val="5D7284"/>
          <w:sz w:val="22"/>
        </w:rPr>
        <w:t>13:08</w:t>
      </w:r>
    </w:p>
    <w:p>
      <w:pPr>
        <w:spacing w:after="0"/>
      </w:pPr>
      <w:r>
        <w:rPr>
          <w:rFonts w:ascii="Arial" w:hAnsi="Arial"/>
          <w:sz w:val="22"/>
        </w:rPr>
        <w:t>Unsend. [laughs]</w:t>
      </w:r>
    </w:p>
    <w:p>
      <w:pPr>
        <w:spacing w:after="0"/>
      </w:pPr>
    </w:p>
    <w:p>
      <w:pPr>
        <w:spacing w:after="0"/>
      </w:pPr>
      <w:r>
        <w:rPr>
          <w:rFonts w:ascii="Arial" w:hAnsi="Arial"/>
          <w:b/>
          <w:sz w:val="22"/>
        </w:rPr>
        <w:t xml:space="preserve">Lucy  </w:t>
      </w:r>
      <w:r>
        <w:rPr>
          <w:rFonts w:ascii="Arial" w:hAnsi="Arial"/>
          <w:color w:val="5D7284"/>
          <w:sz w:val="22"/>
        </w:rPr>
        <w:t>13:08</w:t>
      </w:r>
    </w:p>
    <w:p>
      <w:pPr>
        <w:spacing w:after="0"/>
      </w:pPr>
      <w:r>
        <w:rPr>
          <w:rFonts w:ascii="Arial" w:hAnsi="Arial"/>
          <w:sz w:val="22"/>
        </w:rPr>
        <w:t>Yeah, yeah yeah.</w:t>
      </w:r>
    </w:p>
    <w:p>
      <w:pPr>
        <w:spacing w:after="0"/>
      </w:pPr>
    </w:p>
    <w:p>
      <w:pPr>
        <w:spacing w:after="0"/>
      </w:pPr>
      <w:r>
        <w:rPr>
          <w:rFonts w:ascii="Arial" w:hAnsi="Arial"/>
          <w:b/>
          <w:sz w:val="22"/>
        </w:rPr>
        <w:t xml:space="preserve">Alice  </w:t>
      </w:r>
      <w:r>
        <w:rPr>
          <w:rFonts w:ascii="Arial" w:hAnsi="Arial"/>
          <w:color w:val="5D7284"/>
          <w:sz w:val="22"/>
        </w:rPr>
        <w:t>13:10</w:t>
      </w:r>
    </w:p>
    <w:p>
      <w:pPr>
        <w:spacing w:after="0"/>
      </w:pPr>
      <w:r>
        <w:rPr>
          <w:rFonts w:ascii="Arial" w:hAnsi="Arial"/>
          <w:sz w:val="22"/>
        </w:rPr>
        <w:t>When I was a little little kid, I used to keep a diary in code.</w:t>
      </w:r>
    </w:p>
    <w:p>
      <w:pPr>
        <w:spacing w:after="0"/>
      </w:pPr>
    </w:p>
    <w:p>
      <w:pPr>
        <w:spacing w:after="0"/>
      </w:pPr>
      <w:r>
        <w:rPr>
          <w:rFonts w:ascii="Arial" w:hAnsi="Arial"/>
          <w:b/>
          <w:sz w:val="22"/>
        </w:rPr>
        <w:t xml:space="preserve">Lucy  </w:t>
      </w:r>
      <w:r>
        <w:rPr>
          <w:rFonts w:ascii="Arial" w:hAnsi="Arial"/>
          <w:color w:val="5D7284"/>
          <w:sz w:val="22"/>
        </w:rPr>
        <w:t>13:15</w:t>
      </w:r>
    </w:p>
    <w:p>
      <w:pPr>
        <w:spacing w:after="0"/>
      </w:pPr>
      <w:r>
        <w:rPr>
          <w:rFonts w:ascii="Arial" w:hAnsi="Arial"/>
          <w:sz w:val="22"/>
        </w:rPr>
        <w:t xml:space="preserve">Oh my god. That is effort. </w:t>
      </w:r>
    </w:p>
    <w:p>
      <w:pPr>
        <w:spacing w:after="0"/>
      </w:pPr>
    </w:p>
    <w:p>
      <w:pPr>
        <w:spacing w:after="0"/>
      </w:pPr>
      <w:r>
        <w:rPr>
          <w:rFonts w:ascii="Arial" w:hAnsi="Arial"/>
          <w:b/>
          <w:sz w:val="22"/>
        </w:rPr>
        <w:t xml:space="preserve">Alice  </w:t>
      </w:r>
      <w:r>
        <w:rPr>
          <w:rFonts w:ascii="Arial" w:hAnsi="Arial"/>
          <w:color w:val="5D7284"/>
          <w:sz w:val="22"/>
        </w:rPr>
        <w:t>13:17</w:t>
      </w:r>
    </w:p>
    <w:p>
      <w:pPr>
        <w:spacing w:after="0"/>
      </w:pPr>
      <w:r>
        <w:rPr>
          <w:rFonts w:ascii="Arial" w:hAnsi="Arial"/>
          <w:sz w:val="22"/>
        </w:rPr>
        <w:t>Mm hmm. It wouldn't have taken a lot of people to work out them because it was just the alphabet backwards.</w:t>
      </w:r>
    </w:p>
    <w:p>
      <w:pPr>
        <w:spacing w:after="0"/>
      </w:pPr>
    </w:p>
    <w:p>
      <w:pPr>
        <w:spacing w:after="0"/>
      </w:pPr>
      <w:r>
        <w:rPr>
          <w:rFonts w:ascii="Arial" w:hAnsi="Arial"/>
          <w:b/>
          <w:sz w:val="22"/>
        </w:rPr>
        <w:t xml:space="preserve">Lucy  </w:t>
      </w:r>
      <w:r>
        <w:rPr>
          <w:rFonts w:ascii="Arial" w:hAnsi="Arial"/>
          <w:color w:val="5D7284"/>
          <w:sz w:val="22"/>
        </w:rPr>
        <w:t>13:24</w:t>
      </w:r>
    </w:p>
    <w:p>
      <w:pPr>
        <w:spacing w:after="0"/>
      </w:pPr>
      <w:r>
        <w:rPr>
          <w:rFonts w:ascii="Arial" w:hAnsi="Arial"/>
          <w:sz w:val="22"/>
        </w:rPr>
        <w:t>Right. So that Z was an A</w:t>
      </w:r>
    </w:p>
    <w:p>
      <w:pPr>
        <w:spacing w:after="0"/>
      </w:pPr>
    </w:p>
    <w:p>
      <w:pPr>
        <w:spacing w:after="0"/>
      </w:pPr>
      <w:r>
        <w:rPr>
          <w:rFonts w:ascii="Arial" w:hAnsi="Arial"/>
          <w:b/>
          <w:sz w:val="22"/>
        </w:rPr>
        <w:t xml:space="preserve">Alice  </w:t>
      </w:r>
      <w:r>
        <w:rPr>
          <w:rFonts w:ascii="Arial" w:hAnsi="Arial"/>
          <w:color w:val="5D7284"/>
          <w:sz w:val="22"/>
        </w:rPr>
        <w:t>13:27</w:t>
      </w:r>
    </w:p>
    <w:p>
      <w:pPr>
        <w:spacing w:after="0"/>
      </w:pPr>
      <w:r>
        <w:rPr>
          <w:rFonts w:ascii="Arial" w:hAnsi="Arial"/>
          <w:sz w:val="22"/>
        </w:rPr>
        <w:t>Yeah, yeah. And I could only do it if I had a like reference in front of me. So every time I wrote my diary,  I had to write the alphabet out and then write it backwards, so that I could and then of course, I just leave them lying around the house. So if anybody wanted to read my diary...</w:t>
      </w:r>
    </w:p>
    <w:p>
      <w:pPr>
        <w:spacing w:after="0"/>
      </w:pPr>
    </w:p>
    <w:p>
      <w:pPr>
        <w:spacing w:after="0"/>
      </w:pPr>
      <w:r>
        <w:rPr>
          <w:rFonts w:ascii="Arial" w:hAnsi="Arial"/>
          <w:b/>
          <w:sz w:val="22"/>
        </w:rPr>
        <w:t xml:space="preserve">Lucy  </w:t>
      </w:r>
      <w:r>
        <w:rPr>
          <w:rFonts w:ascii="Arial" w:hAnsi="Arial"/>
          <w:color w:val="5D7284"/>
          <w:sz w:val="22"/>
        </w:rPr>
        <w:t>13:46</w:t>
      </w:r>
    </w:p>
    <w:p>
      <w:pPr>
        <w:spacing w:after="0"/>
      </w:pPr>
      <w:r>
        <w:rPr>
          <w:rFonts w:ascii="Arial" w:hAnsi="Arial"/>
          <w:sz w:val="22"/>
        </w:rPr>
        <w:t>ladies and gentlemen, I think we found the next James Bond. [laughs]</w:t>
      </w:r>
    </w:p>
    <w:p>
      <w:pPr>
        <w:spacing w:after="0"/>
      </w:pPr>
    </w:p>
    <w:p>
      <w:pPr>
        <w:spacing w:after="0"/>
      </w:pPr>
      <w:r>
        <w:rPr>
          <w:rFonts w:ascii="Arial" w:hAnsi="Arial"/>
          <w:b/>
          <w:sz w:val="22"/>
        </w:rPr>
        <w:t xml:space="preserve">Alice  </w:t>
      </w:r>
      <w:r>
        <w:rPr>
          <w:rFonts w:ascii="Arial" w:hAnsi="Arial"/>
          <w:color w:val="5D7284"/>
          <w:sz w:val="22"/>
        </w:rPr>
        <w:t>13:51</w:t>
      </w:r>
    </w:p>
    <w:p>
      <w:pPr>
        <w:spacing w:after="0"/>
      </w:pPr>
      <w:r>
        <w:rPr>
          <w:rFonts w:ascii="Arial" w:hAnsi="Arial"/>
          <w:sz w:val="22"/>
        </w:rPr>
        <w:t>Yes, yes. And of course, my diary, it was I was 12. And so it was all about that I didn't know that kid that I had gone to school with at primary school and I saw him now that he was a grown up - I say a grown up, he was also 12. And I was like, Oh, he's turned into a man! I love him!</w:t>
      </w:r>
    </w:p>
    <w:p>
      <w:pPr>
        <w:spacing w:after="0"/>
      </w:pPr>
    </w:p>
    <w:p>
      <w:pPr>
        <w:spacing w:after="0"/>
      </w:pPr>
      <w:r>
        <w:rPr>
          <w:rFonts w:ascii="Arial" w:hAnsi="Arial"/>
          <w:b/>
          <w:sz w:val="22"/>
        </w:rPr>
        <w:t xml:space="preserve">Lucy  </w:t>
      </w:r>
      <w:r>
        <w:rPr>
          <w:rFonts w:ascii="Arial" w:hAnsi="Arial"/>
          <w:color w:val="5D7284"/>
          <w:sz w:val="22"/>
        </w:rPr>
        <w:t>14:14</w:t>
      </w:r>
    </w:p>
    <w:p>
      <w:pPr>
        <w:spacing w:after="0"/>
      </w:pPr>
      <w:r>
        <w:rPr>
          <w:rFonts w:ascii="Arial" w:hAnsi="Arial"/>
          <w:sz w:val="22"/>
        </w:rPr>
        <w:t xml:space="preserve">[laughing] amazing, amazing. That is brilliant. No, i always think like that sort of stuff. As a kid. I never kept a diary as a kid. I had somebody did buy me that the diary with the lock, you know the lock that you could </w:t>
      </w:r>
    </w:p>
    <w:p>
      <w:pPr>
        <w:spacing w:after="0"/>
      </w:pPr>
    </w:p>
    <w:p>
      <w:pPr>
        <w:spacing w:after="0"/>
      </w:pPr>
      <w:r>
        <w:rPr>
          <w:rFonts w:ascii="Arial" w:hAnsi="Arial"/>
          <w:b/>
          <w:sz w:val="22"/>
        </w:rPr>
        <w:t xml:space="preserve">Alice  </w:t>
      </w:r>
      <w:r>
        <w:rPr>
          <w:rFonts w:ascii="Arial" w:hAnsi="Arial"/>
          <w:color w:val="5D7284"/>
          <w:sz w:val="22"/>
        </w:rPr>
        <w:t>14:30</w:t>
      </w:r>
    </w:p>
    <w:p>
      <w:pPr>
        <w:spacing w:after="0"/>
      </w:pPr>
      <w:r>
        <w:rPr>
          <w:rFonts w:ascii="Arial" w:hAnsi="Arial"/>
          <w:sz w:val="22"/>
        </w:rPr>
        <w:t>Yeah., yeah yeah yeah yeah.</w:t>
      </w:r>
    </w:p>
    <w:p>
      <w:pPr>
        <w:spacing w:after="0"/>
      </w:pPr>
    </w:p>
    <w:p>
      <w:pPr>
        <w:spacing w:after="0"/>
      </w:pPr>
      <w:r>
        <w:rPr>
          <w:rFonts w:ascii="Arial" w:hAnsi="Arial"/>
          <w:b/>
          <w:sz w:val="22"/>
        </w:rPr>
        <w:t xml:space="preserve">Lucy  </w:t>
      </w:r>
      <w:r>
        <w:rPr>
          <w:rFonts w:ascii="Arial" w:hAnsi="Arial"/>
          <w:color w:val="5D7284"/>
          <w:sz w:val="22"/>
        </w:rPr>
        <w:t>14:32</w:t>
      </w:r>
    </w:p>
    <w:p>
      <w:pPr>
        <w:spacing w:after="0"/>
      </w:pPr>
      <w:r>
        <w:rPr>
          <w:rFonts w:ascii="Arial" w:hAnsi="Arial"/>
          <w:sz w:val="22"/>
        </w:rPr>
        <w:t>Um, I lost the key so I couldn't get back in it.</w:t>
      </w:r>
    </w:p>
    <w:p>
      <w:pPr>
        <w:spacing w:after="0"/>
      </w:pPr>
    </w:p>
    <w:p>
      <w:pPr>
        <w:spacing w:after="0"/>
      </w:pPr>
      <w:r>
        <w:rPr>
          <w:rFonts w:ascii="Arial" w:hAnsi="Arial"/>
          <w:b/>
          <w:sz w:val="22"/>
        </w:rPr>
        <w:t xml:space="preserve">Holly Greader  </w:t>
      </w:r>
      <w:r>
        <w:rPr>
          <w:rFonts w:ascii="Arial" w:hAnsi="Arial"/>
          <w:color w:val="5D7284"/>
          <w:sz w:val="22"/>
        </w:rPr>
        <w:t>14:37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14:37</w:t>
      </w:r>
    </w:p>
    <w:p>
      <w:pPr>
        <w:spacing w:after="0"/>
      </w:pPr>
      <w:r>
        <w:rPr>
          <w:rFonts w:ascii="Arial" w:hAnsi="Arial"/>
          <w:sz w:val="22"/>
        </w:rPr>
        <w:t>The thing about those right, I had a bunch of those. And like all the different brands and all the different ones, the same fucking key, opened all of them so it didn't matter.</w:t>
      </w:r>
    </w:p>
    <w:p>
      <w:pPr>
        <w:spacing w:after="0"/>
      </w:pPr>
    </w:p>
    <w:p>
      <w:pPr>
        <w:spacing w:after="0"/>
      </w:pPr>
      <w:r>
        <w:rPr>
          <w:rFonts w:ascii="Arial" w:hAnsi="Arial"/>
          <w:b/>
          <w:sz w:val="22"/>
        </w:rPr>
        <w:t xml:space="preserve">Lucy  </w:t>
      </w:r>
      <w:r>
        <w:rPr>
          <w:rFonts w:ascii="Arial" w:hAnsi="Arial"/>
          <w:color w:val="5D7284"/>
          <w:sz w:val="22"/>
        </w:rPr>
        <w:t>14:48</w:t>
      </w:r>
    </w:p>
    <w:p>
      <w:pPr>
        <w:spacing w:after="0"/>
      </w:pPr>
      <w:r>
        <w:rPr>
          <w:rFonts w:ascii="Arial" w:hAnsi="Arial"/>
          <w:sz w:val="22"/>
        </w:rPr>
        <w:t>Sounds like you were going around the shop like does that key work?</w:t>
      </w:r>
    </w:p>
    <w:p>
      <w:pPr>
        <w:spacing w:after="0"/>
      </w:pPr>
    </w:p>
    <w:p>
      <w:pPr>
        <w:spacing w:after="0"/>
      </w:pPr>
      <w:r>
        <w:rPr>
          <w:rFonts w:ascii="Arial" w:hAnsi="Arial"/>
          <w:b/>
          <w:sz w:val="22"/>
        </w:rPr>
        <w:t xml:space="preserve">Alice  </w:t>
      </w:r>
      <w:r>
        <w:rPr>
          <w:rFonts w:ascii="Arial" w:hAnsi="Arial"/>
          <w:color w:val="5D7284"/>
          <w:sz w:val="22"/>
        </w:rPr>
        <w:t>14:50</w:t>
      </w:r>
    </w:p>
    <w:p>
      <w:pPr>
        <w:spacing w:after="0"/>
      </w:pPr>
      <w:r>
        <w:rPr>
          <w:rFonts w:ascii="Arial" w:hAnsi="Arial"/>
          <w:sz w:val="22"/>
        </w:rPr>
        <w:t>Yeah pretty much.</w:t>
      </w:r>
    </w:p>
    <w:p>
      <w:pPr>
        <w:spacing w:after="0"/>
      </w:pPr>
    </w:p>
    <w:p>
      <w:pPr>
        <w:spacing w:after="0"/>
      </w:pPr>
      <w:r>
        <w:rPr>
          <w:rFonts w:ascii="Arial" w:hAnsi="Arial"/>
          <w:b/>
          <w:sz w:val="22"/>
        </w:rPr>
        <w:t xml:space="preserve">Holly Greader  </w:t>
      </w:r>
      <w:r>
        <w:rPr>
          <w:rFonts w:ascii="Arial" w:hAnsi="Arial"/>
          <w:color w:val="5D7284"/>
          <w:sz w:val="22"/>
        </w:rPr>
        <w:t>14:52</w:t>
      </w:r>
    </w:p>
    <w:p>
      <w:pPr>
        <w:spacing w:after="0"/>
      </w:pPr>
      <w:r>
        <w:rPr>
          <w:rFonts w:ascii="Arial" w:hAnsi="Arial"/>
          <w:sz w:val="22"/>
        </w:rPr>
        <w:t>I had one of those when I was younger.  And then I've always had like, in my room, I've always had like a safe space and the safe space was just actually just sort of like buttons, or broken bits of combs [laughs], or something. So I always used to put those keys in there. And then like, as I've grown up, like change rooms or moved house and stuff like that, you know, I'm, I'm fully grown adult at this point in time. Sorry. At this point in time, like it's gonna go backwards! [laughs]. And then I realized the other day, I have still got one of those in an old jewelry box. Because I've just moved those things. From being seven, I'm nearly 24. And I just keep moving them. So I still have a set of those keys.</w:t>
      </w:r>
    </w:p>
    <w:p>
      <w:pPr>
        <w:spacing w:after="0"/>
      </w:pPr>
    </w:p>
    <w:p>
      <w:pPr>
        <w:spacing w:after="0"/>
      </w:pPr>
      <w:r>
        <w:rPr>
          <w:rFonts w:ascii="Arial" w:hAnsi="Arial"/>
          <w:b/>
          <w:sz w:val="22"/>
        </w:rPr>
        <w:t xml:space="preserve">Alice  </w:t>
      </w:r>
      <w:r>
        <w:rPr>
          <w:rFonts w:ascii="Arial" w:hAnsi="Arial"/>
          <w:color w:val="5D7284"/>
          <w:sz w:val="22"/>
        </w:rPr>
        <w:t>15:39</w:t>
      </w:r>
    </w:p>
    <w:p>
      <w:pPr>
        <w:spacing w:after="0"/>
      </w:pPr>
      <w:r>
        <w:rPr>
          <w:rFonts w:ascii="Arial" w:hAnsi="Arial"/>
          <w:sz w:val="22"/>
        </w:rPr>
        <w:t>The stuff that you keep, I have got a scrap of wallpaper from when I moved out of the room. That was my room when I was a little kid into like, my secondary, I finally I shared a room with my little brother until I was 11. And then, despite the fact that we lived in a fucking four bedroom house, just me and my brother and my parents, my parents were like, no, no, no, you don't get your own bedrooms. You guys have to share. We've got a spare bedroom. And then basically what was a spare TV room, which looking back I think was their room that we weren't allowed in the so that they could sit and watch TV and drink in peace. [laughs]</w:t>
      </w:r>
    </w:p>
    <w:p>
      <w:pPr>
        <w:spacing w:after="0"/>
      </w:pPr>
    </w:p>
    <w:p>
      <w:pPr>
        <w:spacing w:after="0"/>
      </w:pPr>
      <w:r>
        <w:rPr>
          <w:rFonts w:ascii="Arial" w:hAnsi="Arial"/>
          <w:b/>
          <w:sz w:val="22"/>
        </w:rPr>
        <w:t xml:space="preserve">Lucy  </w:t>
      </w:r>
      <w:r>
        <w:rPr>
          <w:rFonts w:ascii="Arial" w:hAnsi="Arial"/>
          <w:color w:val="5D7284"/>
          <w:sz w:val="22"/>
        </w:rPr>
        <w:t>16:18</w:t>
      </w:r>
    </w:p>
    <w:p>
      <w:pPr>
        <w:spacing w:after="0"/>
      </w:pPr>
      <w:r>
        <w:rPr>
          <w:rFonts w:ascii="Arial" w:hAnsi="Arial"/>
          <w:sz w:val="22"/>
        </w:rPr>
        <w:t>Oh okay. And now we are adults, we fully understand the purpose of that room.</w:t>
      </w:r>
    </w:p>
    <w:p>
      <w:pPr>
        <w:spacing w:after="0"/>
      </w:pPr>
    </w:p>
    <w:p>
      <w:pPr>
        <w:spacing w:after="0"/>
      </w:pPr>
      <w:r>
        <w:rPr>
          <w:rFonts w:ascii="Arial" w:hAnsi="Arial"/>
          <w:b/>
          <w:sz w:val="22"/>
        </w:rPr>
        <w:t xml:space="preserve">Alice  </w:t>
      </w:r>
      <w:r>
        <w:rPr>
          <w:rFonts w:ascii="Arial" w:hAnsi="Arial"/>
          <w:color w:val="5D7284"/>
          <w:sz w:val="22"/>
        </w:rPr>
        <w:t>16:24</w:t>
      </w:r>
    </w:p>
    <w:p>
      <w:pPr>
        <w:spacing w:after="0"/>
      </w:pPr>
      <w:r>
        <w:rPr>
          <w:rFonts w:ascii="Arial" w:hAnsi="Arial"/>
          <w:sz w:val="22"/>
        </w:rPr>
        <w:t xml:space="preserve">Yeah. But yeah, I have a scrap of wallpaper from the paper that was in my bedroom from like, when I was a little kid, and I kept it before my parents painted over it. And I moved into the big bedroom. </w:t>
      </w:r>
    </w:p>
    <w:p>
      <w:pPr>
        <w:spacing w:after="0"/>
      </w:pPr>
    </w:p>
    <w:p>
      <w:pPr>
        <w:spacing w:after="0"/>
      </w:pPr>
      <w:r>
        <w:rPr>
          <w:rFonts w:ascii="Arial" w:hAnsi="Arial"/>
          <w:b/>
          <w:sz w:val="22"/>
        </w:rPr>
        <w:t xml:space="preserve">Lucy  </w:t>
      </w:r>
      <w:r>
        <w:rPr>
          <w:rFonts w:ascii="Arial" w:hAnsi="Arial"/>
          <w:color w:val="5D7284"/>
          <w:sz w:val="22"/>
        </w:rPr>
        <w:t>16:40</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16:40</w:t>
      </w:r>
    </w:p>
    <w:p>
      <w:pPr>
        <w:spacing w:after="0"/>
      </w:pPr>
      <w:r>
        <w:rPr>
          <w:rFonts w:ascii="Arial" w:hAnsi="Arial"/>
          <w:sz w:val="22"/>
        </w:rPr>
        <w:t>And it's just, I've still got that. And 22 years later. I, when we moved last year, I was like Oh still got it!</w:t>
      </w:r>
    </w:p>
    <w:p>
      <w:pPr>
        <w:spacing w:after="0"/>
      </w:pPr>
    </w:p>
    <w:p>
      <w:pPr>
        <w:spacing w:after="0"/>
      </w:pPr>
      <w:r>
        <w:rPr>
          <w:rFonts w:ascii="Arial" w:hAnsi="Arial"/>
          <w:b/>
          <w:sz w:val="22"/>
        </w:rPr>
        <w:t xml:space="preserve">Lucy  </w:t>
      </w:r>
      <w:r>
        <w:rPr>
          <w:rFonts w:ascii="Arial" w:hAnsi="Arial"/>
          <w:color w:val="5D7284"/>
          <w:sz w:val="22"/>
        </w:rPr>
        <w:t>16:49</w:t>
      </w:r>
    </w:p>
    <w:p>
      <w:pPr>
        <w:spacing w:after="0"/>
      </w:pPr>
      <w:r>
        <w:rPr>
          <w:rFonts w:ascii="Arial" w:hAnsi="Arial"/>
          <w:sz w:val="22"/>
        </w:rPr>
        <w:t>You've decorated your, you've decorated your, you've decorated your new bedroom in exactly the same wallpaper.</w:t>
      </w:r>
    </w:p>
    <w:p>
      <w:pPr>
        <w:spacing w:after="0"/>
      </w:pPr>
    </w:p>
    <w:p>
      <w:pPr>
        <w:spacing w:after="0"/>
      </w:pPr>
      <w:r>
        <w:rPr>
          <w:rFonts w:ascii="Arial" w:hAnsi="Arial"/>
          <w:b/>
          <w:sz w:val="22"/>
        </w:rPr>
        <w:t xml:space="preserve">Alice  </w:t>
      </w:r>
      <w:r>
        <w:rPr>
          <w:rFonts w:ascii="Arial" w:hAnsi="Arial"/>
          <w:color w:val="5D7284"/>
          <w:sz w:val="22"/>
        </w:rPr>
        <w:t>16:54</w:t>
      </w:r>
    </w:p>
    <w:p>
      <w:pPr>
        <w:spacing w:after="0"/>
      </w:pPr>
      <w:r>
        <w:rPr>
          <w:rFonts w:ascii="Arial" w:hAnsi="Arial"/>
          <w:sz w:val="22"/>
        </w:rPr>
        <w:t>Yeah, yeah, I used to that quarter of an inch scrap and I was like this.</w:t>
      </w:r>
    </w:p>
    <w:p>
      <w:pPr>
        <w:spacing w:after="0"/>
      </w:pPr>
    </w:p>
    <w:p>
      <w:pPr>
        <w:spacing w:after="0"/>
      </w:pPr>
      <w:r>
        <w:rPr>
          <w:rFonts w:ascii="Arial" w:hAnsi="Arial"/>
          <w:b/>
          <w:sz w:val="22"/>
        </w:rPr>
        <w:t xml:space="preserve">Lucy  </w:t>
      </w:r>
      <w:r>
        <w:rPr>
          <w:rFonts w:ascii="Arial" w:hAnsi="Arial"/>
          <w:color w:val="5D7284"/>
          <w:sz w:val="22"/>
        </w:rPr>
        <w:t>16:58</w:t>
      </w:r>
    </w:p>
    <w:p>
      <w:pPr>
        <w:spacing w:after="0"/>
      </w:pPr>
      <w:r>
        <w:rPr>
          <w:rFonts w:ascii="Arial" w:hAnsi="Arial"/>
          <w:sz w:val="22"/>
        </w:rPr>
        <w:t>Can you re-print this, please?</w:t>
      </w:r>
    </w:p>
    <w:p>
      <w:pPr>
        <w:spacing w:after="0"/>
      </w:pPr>
    </w:p>
    <w:p>
      <w:pPr>
        <w:spacing w:after="0"/>
      </w:pPr>
      <w:r>
        <w:rPr>
          <w:rFonts w:ascii="Arial" w:hAnsi="Arial"/>
          <w:b/>
          <w:sz w:val="22"/>
        </w:rPr>
        <w:t xml:space="preserve">Alice  </w:t>
      </w:r>
      <w:r>
        <w:rPr>
          <w:rFonts w:ascii="Arial" w:hAnsi="Arial"/>
          <w:color w:val="5D7284"/>
          <w:sz w:val="22"/>
        </w:rPr>
        <w:t>17:01</w:t>
      </w:r>
    </w:p>
    <w:p>
      <w:pPr>
        <w:spacing w:after="0"/>
      </w:pPr>
      <w:r>
        <w:rPr>
          <w:rFonts w:ascii="Arial" w:hAnsi="Arial"/>
          <w:sz w:val="22"/>
        </w:rPr>
        <w:t xml:space="preserve">No it's pink. And it's got flowers on it. And my husband is far too masculine. For us to have anything like that in the house. </w:t>
      </w:r>
    </w:p>
    <w:p>
      <w:pPr>
        <w:spacing w:after="0"/>
      </w:pPr>
    </w:p>
    <w:p>
      <w:pPr>
        <w:spacing w:after="0"/>
      </w:pPr>
      <w:r>
        <w:rPr>
          <w:rFonts w:ascii="Arial" w:hAnsi="Arial"/>
          <w:b/>
          <w:sz w:val="22"/>
        </w:rPr>
        <w:t xml:space="preserve">Lucy  </w:t>
      </w:r>
      <w:r>
        <w:rPr>
          <w:rFonts w:ascii="Arial" w:hAnsi="Arial"/>
          <w:color w:val="5D7284"/>
          <w:sz w:val="22"/>
        </w:rPr>
        <w:t>17:07</w:t>
      </w:r>
    </w:p>
    <w:p>
      <w:pPr>
        <w:spacing w:after="0"/>
      </w:pPr>
      <w:r>
        <w:rPr>
          <w:rFonts w:ascii="Arial" w:hAnsi="Arial"/>
          <w:sz w:val="22"/>
        </w:rPr>
        <w:t>Of course. Of course he is.</w:t>
      </w:r>
    </w:p>
    <w:p>
      <w:pPr>
        <w:spacing w:after="0"/>
      </w:pPr>
    </w:p>
    <w:p>
      <w:pPr>
        <w:spacing w:after="0"/>
      </w:pPr>
      <w:r>
        <w:rPr>
          <w:rFonts w:ascii="Arial" w:hAnsi="Arial"/>
          <w:b/>
          <w:sz w:val="22"/>
        </w:rPr>
        <w:t xml:space="preserve">Holly Greader  </w:t>
      </w:r>
      <w:r>
        <w:rPr>
          <w:rFonts w:ascii="Arial" w:hAnsi="Arial"/>
          <w:color w:val="5D7284"/>
          <w:sz w:val="22"/>
        </w:rPr>
        <w:t>17:08</w:t>
      </w:r>
    </w:p>
    <w:p>
      <w:pPr>
        <w:spacing w:after="0"/>
      </w:pPr>
      <w:r>
        <w:rPr>
          <w:rFonts w:ascii="Arial" w:hAnsi="Arial"/>
          <w:sz w:val="22"/>
        </w:rPr>
        <w:t xml:space="preserve">I am an annoyingly sentimental person. </w:t>
      </w:r>
    </w:p>
    <w:p>
      <w:pPr>
        <w:spacing w:after="0"/>
      </w:pPr>
    </w:p>
    <w:p>
      <w:pPr>
        <w:spacing w:after="0"/>
      </w:pPr>
      <w:r>
        <w:rPr>
          <w:rFonts w:ascii="Arial" w:hAnsi="Arial"/>
          <w:b/>
          <w:sz w:val="22"/>
        </w:rPr>
        <w:t xml:space="preserve">Lucy  </w:t>
      </w:r>
      <w:r>
        <w:rPr>
          <w:rFonts w:ascii="Arial" w:hAnsi="Arial"/>
          <w:color w:val="5D7284"/>
          <w:sz w:val="22"/>
        </w:rPr>
        <w:t>17:11</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17:12</w:t>
      </w:r>
    </w:p>
    <w:p>
      <w:pPr>
        <w:spacing w:after="0"/>
      </w:pPr>
      <w:r>
        <w:rPr>
          <w:rFonts w:ascii="Arial" w:hAnsi="Arial"/>
          <w:sz w:val="22"/>
        </w:rPr>
        <w:t>I'm aware of it. But I struggled to get rid of anything.</w:t>
      </w:r>
    </w:p>
    <w:p>
      <w:pPr>
        <w:spacing w:after="0"/>
      </w:pPr>
    </w:p>
    <w:p>
      <w:pPr>
        <w:spacing w:after="0"/>
      </w:pPr>
      <w:r>
        <w:rPr>
          <w:rFonts w:ascii="Arial" w:hAnsi="Arial"/>
          <w:b/>
          <w:sz w:val="22"/>
        </w:rPr>
        <w:t xml:space="preserve">Lucy  </w:t>
      </w:r>
      <w:r>
        <w:rPr>
          <w:rFonts w:ascii="Arial" w:hAnsi="Arial"/>
          <w:color w:val="5D7284"/>
          <w:sz w:val="22"/>
        </w:rPr>
        <w:t>17:15</w:t>
      </w:r>
    </w:p>
    <w:p>
      <w:pPr>
        <w:spacing w:after="0"/>
      </w:pPr>
      <w:r>
        <w:rPr>
          <w:rFonts w:ascii="Arial" w:hAnsi="Arial"/>
          <w:sz w:val="22"/>
        </w:rPr>
        <w:t>I think though, I think though, that there is a certain element of the sentimental thing that comes with being disabled. And that is because like, when you reach a milestone that nobody ever thought you would you keep the stuff that is really relatable to that milestone that you've reached.</w:t>
      </w:r>
    </w:p>
    <w:p>
      <w:pPr>
        <w:spacing w:after="0"/>
      </w:pPr>
    </w:p>
    <w:p>
      <w:pPr>
        <w:spacing w:after="0"/>
      </w:pPr>
      <w:r>
        <w:rPr>
          <w:rFonts w:ascii="Arial" w:hAnsi="Arial"/>
          <w:b/>
          <w:sz w:val="22"/>
        </w:rPr>
        <w:t xml:space="preserve">Alice  </w:t>
      </w:r>
      <w:r>
        <w:rPr>
          <w:rFonts w:ascii="Arial" w:hAnsi="Arial"/>
          <w:color w:val="5D7284"/>
          <w:sz w:val="22"/>
        </w:rPr>
        <w:t>17:33</w:t>
      </w:r>
    </w:p>
    <w:p>
      <w:pPr>
        <w:spacing w:after="0"/>
      </w:pPr>
      <w:r>
        <w:rPr>
          <w:rFonts w:ascii="Arial" w:hAnsi="Arial"/>
          <w:sz w:val="22"/>
        </w:rPr>
        <w:t>You see, I think for me, I'm the opposite of kind of sentimental in terms of stuff like that, like, I went to a theatre show was friends. I mean, it was probably like 2019 now because nothing happened in 2020. And, and I can remember, at the end friend was like, Oh, does everybody wants their tickets? And I was like, No, it's fine. I'll just, mine'll just get put in the recycling. Like, I don't need to bring it home to do that. And she was like, You're not gonna keep it and I was like, What the fuck do I want to like put a scrapbook together for that I then can't see. Like, oh, this is this is a piece of paper from where I went to where. I can't remember. And this is another piece of paper from where I can't see.</w:t>
      </w:r>
    </w:p>
    <w:p>
      <w:pPr>
        <w:spacing w:after="0"/>
      </w:pPr>
    </w:p>
    <w:p>
      <w:pPr>
        <w:spacing w:after="0"/>
      </w:pPr>
      <w:r>
        <w:rPr>
          <w:rFonts w:ascii="Arial" w:hAnsi="Arial"/>
          <w:b/>
          <w:sz w:val="22"/>
        </w:rPr>
        <w:t xml:space="preserve">Lucy  </w:t>
      </w:r>
      <w:r>
        <w:rPr>
          <w:rFonts w:ascii="Arial" w:hAnsi="Arial"/>
          <w:color w:val="5D7284"/>
          <w:sz w:val="22"/>
        </w:rPr>
        <w:t>18:23</w:t>
      </w:r>
    </w:p>
    <w:p>
      <w:pPr>
        <w:spacing w:after="0"/>
      </w:pPr>
      <w:r>
        <w:rPr>
          <w:rFonts w:ascii="Arial" w:hAnsi="Arial"/>
          <w:sz w:val="22"/>
        </w:rPr>
        <w:t>To be fair Alice I do understand that with  your visual impairment. I do understand that. But for me, there is there is this level of this was bloody hard won. And I'm going to keep this because this is like my trophy. So I've got things like my BBC pass that no longer works. In the in the box.</w:t>
      </w:r>
    </w:p>
    <w:p>
      <w:pPr>
        <w:spacing w:after="0"/>
      </w:pPr>
    </w:p>
    <w:p>
      <w:pPr>
        <w:spacing w:after="0"/>
      </w:pPr>
      <w:r>
        <w:rPr>
          <w:rFonts w:ascii="Arial" w:hAnsi="Arial"/>
          <w:b/>
          <w:sz w:val="22"/>
        </w:rPr>
        <w:t xml:space="preserve">Alice  </w:t>
      </w:r>
      <w:r>
        <w:rPr>
          <w:rFonts w:ascii="Arial" w:hAnsi="Arial"/>
          <w:color w:val="5D7284"/>
          <w:sz w:val="22"/>
        </w:rPr>
        <w:t>18:40</w:t>
      </w:r>
    </w:p>
    <w:p>
      <w:pPr>
        <w:spacing w:after="0"/>
      </w:pPr>
      <w:r>
        <w:rPr>
          <w:rFonts w:ascii="Arial" w:hAnsi="Arial"/>
          <w:sz w:val="22"/>
        </w:rPr>
        <w:t>Do you know that? Have you tried it?</w:t>
      </w:r>
    </w:p>
    <w:p>
      <w:pPr>
        <w:spacing w:after="0"/>
      </w:pPr>
    </w:p>
    <w:p>
      <w:pPr>
        <w:spacing w:after="0"/>
      </w:pPr>
      <w:r>
        <w:rPr>
          <w:rFonts w:ascii="Arial" w:hAnsi="Arial"/>
          <w:b/>
          <w:sz w:val="22"/>
        </w:rPr>
        <w:t xml:space="preserve">Lucy  </w:t>
      </w:r>
      <w:r>
        <w:rPr>
          <w:rFonts w:ascii="Arial" w:hAnsi="Arial"/>
          <w:color w:val="5D7284"/>
          <w:sz w:val="22"/>
        </w:rPr>
        <w:t>18:42</w:t>
      </w:r>
    </w:p>
    <w:p>
      <w:pPr>
        <w:spacing w:after="0"/>
      </w:pPr>
      <w:r>
        <w:rPr>
          <w:rFonts w:ascii="Arial" w:hAnsi="Arial"/>
          <w:sz w:val="22"/>
        </w:rPr>
        <w:t>No, I haven't. But I would imagine-</w:t>
      </w:r>
    </w:p>
    <w:p>
      <w:pPr>
        <w:spacing w:after="0"/>
      </w:pPr>
    </w:p>
    <w:p>
      <w:pPr>
        <w:spacing w:after="0"/>
      </w:pPr>
      <w:r>
        <w:rPr>
          <w:rFonts w:ascii="Arial" w:hAnsi="Arial"/>
          <w:b/>
          <w:sz w:val="22"/>
        </w:rPr>
        <w:t xml:space="preserve">Alice  </w:t>
      </w:r>
      <w:r>
        <w:rPr>
          <w:rFonts w:ascii="Arial" w:hAnsi="Arial"/>
          <w:color w:val="5D7284"/>
          <w:sz w:val="22"/>
        </w:rPr>
        <w:t>18:44</w:t>
      </w:r>
    </w:p>
    <w:p>
      <w:pPr>
        <w:spacing w:after="0"/>
      </w:pPr>
      <w:r>
        <w:rPr>
          <w:rFonts w:ascii="Arial" w:hAnsi="Arial"/>
          <w:sz w:val="22"/>
        </w:rPr>
        <w:t>Yeah I was gonna say try it! I think, I think next time I walk past the past the door with the mailbox. I'll be like, let me just see if I can get in please. So, I 'Cause you know, you never, it could be good promo for the show. Podcaster gets arrested for breaking into the BBC.</w:t>
      </w:r>
    </w:p>
    <w:p>
      <w:pPr>
        <w:spacing w:after="0"/>
      </w:pPr>
    </w:p>
    <w:p>
      <w:pPr>
        <w:spacing w:after="0"/>
      </w:pPr>
      <w:r>
        <w:rPr>
          <w:rFonts w:ascii="Arial" w:hAnsi="Arial"/>
          <w:b/>
          <w:sz w:val="22"/>
        </w:rPr>
        <w:t xml:space="preserve">Lucy  </w:t>
      </w:r>
      <w:r>
        <w:rPr>
          <w:rFonts w:ascii="Arial" w:hAnsi="Arial"/>
          <w:color w:val="5D7284"/>
          <w:sz w:val="22"/>
        </w:rPr>
        <w:t>19:00</w:t>
      </w:r>
    </w:p>
    <w:p>
      <w:pPr>
        <w:spacing w:after="0"/>
      </w:pPr>
      <w:r>
        <w:rPr>
          <w:rFonts w:ascii="Arial" w:hAnsi="Arial"/>
          <w:sz w:val="22"/>
        </w:rPr>
        <w:t xml:space="preserve">[laughs] Look at me! I've got a podcast! </w:t>
      </w:r>
    </w:p>
    <w:p>
      <w:pPr>
        <w:spacing w:after="0"/>
      </w:pPr>
    </w:p>
    <w:p>
      <w:pPr>
        <w:spacing w:after="0"/>
      </w:pPr>
      <w:r>
        <w:rPr>
          <w:rFonts w:ascii="Arial" w:hAnsi="Arial"/>
          <w:b/>
          <w:sz w:val="22"/>
        </w:rPr>
        <w:t xml:space="preserve">Alice  </w:t>
      </w:r>
      <w:r>
        <w:rPr>
          <w:rFonts w:ascii="Arial" w:hAnsi="Arial"/>
          <w:color w:val="5D7284"/>
          <w:sz w:val="22"/>
        </w:rPr>
        <w:t>19:04</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19:04</w:t>
      </w:r>
    </w:p>
    <w:p>
      <w:pPr>
        <w:spacing w:after="0"/>
      </w:pPr>
      <w:r>
        <w:rPr>
          <w:rFonts w:ascii="Arial" w:hAnsi="Arial"/>
          <w:sz w:val="22"/>
        </w:rPr>
        <w:t>That kind of thing. Yeah, so I've got all that sort of stuff that where like, people think I don't what do, what do, why would you keep that? I can remember. Somebody coming to help me like, like, organize myself. And she said, What's in that box? It was like keepsakes. She was like what's in it? I was like, she pulled the lid off. She was like, Why are you keeping this? I was like because it means that and I genuinely think it is because it's hard won so you want to keep it and remember it and... for me at least.</w:t>
      </w:r>
    </w:p>
    <w:p>
      <w:pPr>
        <w:spacing w:after="0"/>
      </w:pPr>
    </w:p>
    <w:p>
      <w:pPr>
        <w:spacing w:after="0"/>
      </w:pPr>
      <w:r>
        <w:rPr>
          <w:rFonts w:ascii="Arial" w:hAnsi="Arial"/>
          <w:b/>
          <w:sz w:val="22"/>
        </w:rPr>
        <w:t xml:space="preserve">Holly Greader  </w:t>
      </w:r>
      <w:r>
        <w:rPr>
          <w:rFonts w:ascii="Arial" w:hAnsi="Arial"/>
          <w:color w:val="5D7284"/>
          <w:sz w:val="22"/>
        </w:rPr>
        <w:t>19:35</w:t>
      </w:r>
    </w:p>
    <w:p>
      <w:pPr>
        <w:spacing w:after="0"/>
      </w:pPr>
      <w:r>
        <w:rPr>
          <w:rFonts w:ascii="Arial" w:hAnsi="Arial"/>
          <w:sz w:val="22"/>
        </w:rPr>
        <w:t xml:space="preserve">I think I have so like I do keep every ticket every time we go to cinemalike... Yeah and I have like every ticket especially like theater shows and gigs that's really important to me. But that's like things that I'm into because I used to work in theatre. So that's like a really big thing for James and I and we save all those things. And one day when we have like our own house where we can put stuff on the wall and things I am 100% creating something with it. But then I have weird attachments, especially to clothes. Because they remind me of certain things. But I feel like I've kind of gone the opposite way to lose now and that they don't kind of show that Oh, I did that I reached that. It's more of a I did that, and I can't do that anymore. </w:t>
      </w:r>
    </w:p>
    <w:p>
      <w:pPr>
        <w:spacing w:after="0"/>
      </w:pPr>
    </w:p>
    <w:p>
      <w:pPr>
        <w:spacing w:after="0"/>
      </w:pPr>
      <w:r>
        <w:rPr>
          <w:rFonts w:ascii="Arial" w:hAnsi="Arial"/>
          <w:b/>
          <w:sz w:val="22"/>
        </w:rPr>
        <w:t xml:space="preserve">Lucy  </w:t>
      </w:r>
      <w:r>
        <w:rPr>
          <w:rFonts w:ascii="Arial" w:hAnsi="Arial"/>
          <w:color w:val="5D7284"/>
          <w:sz w:val="22"/>
        </w:rPr>
        <w:t>19:40</w:t>
      </w:r>
    </w:p>
    <w:p>
      <w:pPr>
        <w:spacing w:after="0"/>
      </w:pPr>
      <w:r>
        <w:rPr>
          <w:rFonts w:ascii="Arial" w:hAnsi="Arial"/>
          <w:sz w:val="22"/>
        </w:rPr>
        <w:t>Do you? Yeah</w:t>
      </w:r>
    </w:p>
    <w:p>
      <w:pPr>
        <w:spacing w:after="0"/>
      </w:pPr>
    </w:p>
    <w:p>
      <w:pPr>
        <w:spacing w:after="0"/>
      </w:pPr>
      <w:r>
        <w:rPr>
          <w:rFonts w:ascii="Arial" w:hAnsi="Arial"/>
          <w:b/>
          <w:sz w:val="22"/>
        </w:rPr>
        <w:t xml:space="preserve">Holly Greader  </w:t>
      </w:r>
      <w:r>
        <w:rPr>
          <w:rFonts w:ascii="Arial" w:hAnsi="Arial"/>
          <w:color w:val="5D7284"/>
          <w:sz w:val="22"/>
        </w:rPr>
        <w:t>20:29</w:t>
      </w:r>
    </w:p>
    <w:p>
      <w:pPr>
        <w:spacing w:after="0"/>
      </w:pPr>
      <w:r>
        <w:rPr>
          <w:rFonts w:ascii="Arial" w:hAnsi="Arial"/>
          <w:sz w:val="22"/>
        </w:rPr>
        <w:t xml:space="preserve">This is probably a point where one of you says, you might need some therapy for that! </w:t>
      </w:r>
    </w:p>
    <w:p>
      <w:pPr>
        <w:spacing w:after="0"/>
      </w:pPr>
    </w:p>
    <w:p>
      <w:pPr>
        <w:spacing w:after="0"/>
      </w:pPr>
      <w:r>
        <w:rPr>
          <w:rFonts w:ascii="Arial" w:hAnsi="Arial"/>
          <w:b/>
          <w:sz w:val="22"/>
        </w:rPr>
        <w:t xml:space="preserve">all  </w:t>
      </w:r>
      <w:r>
        <w:rPr>
          <w:rFonts w:ascii="Arial" w:hAnsi="Arial"/>
          <w:color w:val="5D7284"/>
          <w:sz w:val="22"/>
        </w:rPr>
        <w:t>20:35</w:t>
      </w:r>
    </w:p>
    <w:p>
      <w:pPr>
        <w:spacing w:after="0"/>
      </w:pPr>
      <w:r>
        <w:rPr>
          <w:rFonts w:ascii="Arial" w:hAnsi="Arial"/>
          <w:sz w:val="22"/>
        </w:rPr>
        <w:t xml:space="preserve">[laughing] </w:t>
      </w:r>
    </w:p>
    <w:p>
      <w:pPr>
        <w:spacing w:after="0"/>
      </w:pPr>
    </w:p>
    <w:p>
      <w:pPr>
        <w:spacing w:after="0"/>
      </w:pPr>
      <w:r>
        <w:rPr>
          <w:rFonts w:ascii="Arial" w:hAnsi="Arial"/>
          <w:b/>
          <w:sz w:val="22"/>
        </w:rPr>
        <w:t xml:space="preserve">Holly Greader  </w:t>
      </w:r>
      <w:r>
        <w:rPr>
          <w:rFonts w:ascii="Arial" w:hAnsi="Arial"/>
          <w:color w:val="5D7284"/>
          <w:sz w:val="22"/>
        </w:rPr>
        <w:t>20:36</w:t>
      </w:r>
    </w:p>
    <w:p>
      <w:pPr>
        <w:spacing w:after="0"/>
      </w:pPr>
      <w:r>
        <w:rPr>
          <w:rFonts w:ascii="Arial" w:hAnsi="Arial"/>
          <w:sz w:val="22"/>
        </w:rPr>
        <w:t>But I didn't realize it until you were saying that Lucy. Like, actually, those things, I look back and I'm like, oh, yeah, when I did that. And that's probably not the best frame of mind to be in! [laughs]</w:t>
      </w:r>
    </w:p>
    <w:p>
      <w:pPr>
        <w:spacing w:after="0"/>
      </w:pPr>
    </w:p>
    <w:p>
      <w:pPr>
        <w:spacing w:after="0"/>
      </w:pPr>
      <w:r>
        <w:rPr>
          <w:rFonts w:ascii="Arial" w:hAnsi="Arial"/>
          <w:b/>
          <w:sz w:val="22"/>
        </w:rPr>
        <w:t xml:space="preserve">Alice  </w:t>
      </w:r>
      <w:r>
        <w:rPr>
          <w:rFonts w:ascii="Arial" w:hAnsi="Arial"/>
          <w:color w:val="5D7284"/>
          <w:sz w:val="22"/>
        </w:rPr>
        <w:t>20:49</w:t>
      </w:r>
    </w:p>
    <w:p>
      <w:pPr>
        <w:spacing w:after="0"/>
      </w:pPr>
      <w:r>
        <w:rPr>
          <w:rFonts w:ascii="Arial" w:hAnsi="Arial"/>
          <w:sz w:val="22"/>
        </w:rPr>
        <w:t>Like, can you sort of explain that a little bit more, like I suppose, just I think I'm trying to understand and, and it's sort of, to me, it sounds in my head you saying, you know, stuff you can't do anymore. It's like, for example, if you had got a jumper with like, ridiculous balloon sleeves, and then you had had an arm amputated, you're like, Well, I can't wear that anymore. But from how you explained your disability. And previously, I don't, I don't think you've had any unexpected amputations. So is it just is it because for me like...</w:t>
      </w:r>
    </w:p>
    <w:p>
      <w:pPr>
        <w:spacing w:after="0"/>
      </w:pPr>
    </w:p>
    <w:p>
      <w:pPr>
        <w:spacing w:after="0"/>
      </w:pPr>
      <w:r>
        <w:rPr>
          <w:rFonts w:ascii="Arial" w:hAnsi="Arial"/>
          <w:b/>
          <w:sz w:val="22"/>
        </w:rPr>
        <w:t xml:space="preserve">Holly Greader  </w:t>
      </w:r>
      <w:r>
        <w:rPr>
          <w:rFonts w:ascii="Arial" w:hAnsi="Arial"/>
          <w:color w:val="5D7284"/>
          <w:sz w:val="22"/>
        </w:rPr>
        <w:t>21:29</w:t>
      </w:r>
    </w:p>
    <w:p>
      <w:pPr>
        <w:spacing w:after="0"/>
      </w:pPr>
      <w:r>
        <w:rPr>
          <w:rFonts w:ascii="Arial" w:hAnsi="Arial"/>
          <w:sz w:val="22"/>
        </w:rPr>
        <w:t>I haven't had any expected amputations either.</w:t>
      </w:r>
    </w:p>
    <w:p>
      <w:pPr>
        <w:spacing w:after="0"/>
      </w:pPr>
    </w:p>
    <w:p>
      <w:pPr>
        <w:spacing w:after="0"/>
      </w:pPr>
      <w:r>
        <w:rPr>
          <w:rFonts w:ascii="Arial" w:hAnsi="Arial"/>
          <w:b/>
          <w:sz w:val="22"/>
        </w:rPr>
        <w:t xml:space="preserve">Alice  </w:t>
      </w:r>
      <w:r>
        <w:rPr>
          <w:rFonts w:ascii="Arial" w:hAnsi="Arial"/>
          <w:color w:val="5D7284"/>
          <w:sz w:val="22"/>
        </w:rPr>
        <w:t>21:36</w:t>
      </w:r>
    </w:p>
    <w:p>
      <w:pPr>
        <w:spacing w:after="0"/>
      </w:pPr>
      <w:r>
        <w:rPr>
          <w:rFonts w:ascii="Arial" w:hAnsi="Arial"/>
          <w:sz w:val="22"/>
        </w:rPr>
        <w:t xml:space="preserve">Yeah! 'Cause for me, like, I tend to go through clothes quite quickly, because I have a tendency, my weight goes up and down. And whenever my weight goes down, I go, Oh, well, I'll stay like this. And I will never need this size 14 skirt ever again. </w:t>
      </w:r>
    </w:p>
    <w:p>
      <w:pPr>
        <w:spacing w:after="0"/>
      </w:pPr>
    </w:p>
    <w:p>
      <w:pPr>
        <w:spacing w:after="0"/>
      </w:pPr>
      <w:r>
        <w:rPr>
          <w:rFonts w:ascii="Arial" w:hAnsi="Arial"/>
          <w:b/>
          <w:sz w:val="22"/>
        </w:rPr>
        <w:t xml:space="preserve">all  </w:t>
      </w:r>
      <w:r>
        <w:rPr>
          <w:rFonts w:ascii="Arial" w:hAnsi="Arial"/>
          <w:color w:val="5D7284"/>
          <w:sz w:val="22"/>
        </w:rPr>
        <w:t>21:36</w:t>
      </w:r>
    </w:p>
    <w:p>
      <w:pPr>
        <w:spacing w:after="0"/>
      </w:pPr>
      <w:r>
        <w:rPr>
          <w:rFonts w:ascii="Arial" w:hAnsi="Arial"/>
          <w:sz w:val="22"/>
        </w:rPr>
        <w:t>[laughing]</w:t>
      </w:r>
    </w:p>
    <w:p>
      <w:pPr>
        <w:spacing w:after="0"/>
      </w:pPr>
    </w:p>
    <w:p>
      <w:pPr>
        <w:spacing w:after="0"/>
      </w:pPr>
      <w:r>
        <w:rPr>
          <w:rFonts w:ascii="Arial" w:hAnsi="Arial"/>
          <w:b/>
          <w:sz w:val="22"/>
        </w:rPr>
        <w:t xml:space="preserve">Disclaimer  </w:t>
      </w:r>
      <w:r>
        <w:rPr>
          <w:rFonts w:ascii="Arial" w:hAnsi="Arial"/>
          <w:color w:val="5D7284"/>
          <w:sz w:val="22"/>
        </w:rPr>
        <w:t>21:37</w:t>
      </w:r>
    </w:p>
    <w:p>
      <w:pPr>
        <w:spacing w:after="0"/>
      </w:pPr>
      <w:r>
        <w:rPr>
          <w:rFonts w:ascii="Arial" w:hAnsi="Arial"/>
          <w:sz w:val="22"/>
        </w:rPr>
        <w:t>I don't think that's like, just unique to you, though, Alice I think, everybody,</w:t>
      </w:r>
    </w:p>
    <w:p>
      <w:pPr>
        <w:spacing w:after="0"/>
      </w:pPr>
    </w:p>
    <w:p>
      <w:pPr>
        <w:spacing w:after="0"/>
      </w:pPr>
      <w:r>
        <w:rPr>
          <w:rFonts w:ascii="Arial" w:hAnsi="Arial"/>
          <w:b/>
          <w:sz w:val="22"/>
        </w:rPr>
        <w:t xml:space="preserve">Alice  </w:t>
      </w:r>
      <w:r>
        <w:rPr>
          <w:rFonts w:ascii="Arial" w:hAnsi="Arial"/>
          <w:color w:val="5D7284"/>
          <w:sz w:val="22"/>
        </w:rPr>
        <w:t>21:56</w:t>
      </w:r>
    </w:p>
    <w:p>
      <w:pPr>
        <w:spacing w:after="0"/>
      </w:pPr>
      <w:r>
        <w:rPr>
          <w:rFonts w:ascii="Arial" w:hAnsi="Arial"/>
          <w:sz w:val="22"/>
        </w:rPr>
        <w:t>but then six months later, I'm like, I wish I still had that skirt, none of my clothes fit.</w:t>
      </w:r>
    </w:p>
    <w:p>
      <w:pPr>
        <w:spacing w:after="0"/>
      </w:pPr>
    </w:p>
    <w:p>
      <w:pPr>
        <w:spacing w:after="0"/>
      </w:pPr>
      <w:r>
        <w:rPr>
          <w:rFonts w:ascii="Arial" w:hAnsi="Arial"/>
          <w:b/>
          <w:sz w:val="22"/>
        </w:rPr>
        <w:t xml:space="preserve">Holly Greader  </w:t>
      </w:r>
      <w:r>
        <w:rPr>
          <w:rFonts w:ascii="Arial" w:hAnsi="Arial"/>
          <w:color w:val="5D7284"/>
          <w:sz w:val="22"/>
        </w:rPr>
        <w:t>22:00</w:t>
      </w:r>
    </w:p>
    <w:p>
      <w:pPr>
        <w:spacing w:after="0"/>
      </w:pPr>
      <w:r>
        <w:rPr>
          <w:rFonts w:ascii="Arial" w:hAnsi="Arial"/>
          <w:sz w:val="22"/>
        </w:rPr>
        <w:t>I have so many clothes still no longer fit me but they are finally out of my wardrobe. Like that was a big step. But so I remember when when I talked to people about memories, or certain days or whatever. They remember, like one big thing that happened. Whereas I remember what I was wearing, what the weather's like some,  like I remember very specific details and quite a lot of them. So like, I mean, right now I've got a red shirt like pictured in my head that I had. And like I wore it everywhere. I wore it all the time. But I know that I wore it certain paces to do certain things like I'd wear it to the theatre, like I wore it first time I rigged a light, stuff like that. And I'm kind of like, Oh, I think keeping hold of that makes me feel like I've still got a hold on that thing that I don't do anymore.</w:t>
      </w:r>
    </w:p>
    <w:p>
      <w:pPr>
        <w:spacing w:after="0"/>
      </w:pPr>
    </w:p>
    <w:p>
      <w:pPr>
        <w:spacing w:after="0"/>
      </w:pPr>
      <w:r>
        <w:rPr>
          <w:rFonts w:ascii="Arial" w:hAnsi="Arial"/>
          <w:b/>
          <w:sz w:val="22"/>
        </w:rPr>
        <w:t xml:space="preserve">Alice  </w:t>
      </w:r>
      <w:r>
        <w:rPr>
          <w:rFonts w:ascii="Arial" w:hAnsi="Arial"/>
          <w:color w:val="5D7284"/>
          <w:sz w:val="22"/>
        </w:rPr>
        <w:t>22:26</w:t>
      </w:r>
    </w:p>
    <w:p>
      <w:pPr>
        <w:spacing w:after="0"/>
      </w:pPr>
      <w:r>
        <w:rPr>
          <w:rFonts w:ascii="Arial" w:hAnsi="Arial"/>
          <w:sz w:val="22"/>
        </w:rPr>
        <w:t>Ok</w:t>
      </w:r>
    </w:p>
    <w:p>
      <w:pPr>
        <w:spacing w:after="0"/>
      </w:pPr>
    </w:p>
    <w:p>
      <w:pPr>
        <w:spacing w:after="0"/>
      </w:pPr>
      <w:r>
        <w:rPr>
          <w:rFonts w:ascii="Arial" w:hAnsi="Arial"/>
          <w:b/>
          <w:sz w:val="22"/>
        </w:rPr>
        <w:t xml:space="preserve">Lucy  </w:t>
      </w:r>
      <w:r>
        <w:rPr>
          <w:rFonts w:ascii="Arial" w:hAnsi="Arial"/>
          <w:color w:val="5D7284"/>
          <w:sz w:val="22"/>
        </w:rPr>
        <w:t>22:57</w:t>
      </w:r>
    </w:p>
    <w:p>
      <w:pPr>
        <w:spacing w:after="0"/>
      </w:pPr>
      <w:r>
        <w:rPr>
          <w:rFonts w:ascii="Arial" w:hAnsi="Arial"/>
          <w:sz w:val="22"/>
        </w:rPr>
        <w:t>Yeah, that aspect is that aspect of what you did is still in your life, because it relates to the clothing that you've got. I understand.</w:t>
      </w:r>
    </w:p>
    <w:p>
      <w:pPr>
        <w:spacing w:after="0"/>
      </w:pPr>
    </w:p>
    <w:p>
      <w:pPr>
        <w:spacing w:after="0"/>
      </w:pPr>
      <w:r>
        <w:rPr>
          <w:rFonts w:ascii="Arial" w:hAnsi="Arial"/>
          <w:b/>
          <w:sz w:val="22"/>
        </w:rPr>
        <w:t xml:space="preserve">Holly Greader  </w:t>
      </w:r>
      <w:r>
        <w:rPr>
          <w:rFonts w:ascii="Arial" w:hAnsi="Arial"/>
          <w:color w:val="5D7284"/>
          <w:sz w:val="22"/>
        </w:rPr>
        <w:t>23:05</w:t>
      </w:r>
    </w:p>
    <w:p>
      <w:pPr>
        <w:spacing w:after="0"/>
      </w:pPr>
      <w:r>
        <w:rPr>
          <w:rFonts w:ascii="Arial" w:hAnsi="Arial"/>
          <w:sz w:val="22"/>
        </w:rPr>
        <w:t>And it's weird that it's related to clothing. But I think that's why I struggled to get rid of clothes a lot of time because I I find that they hold so many memories, because I always I can remember somebody can be like, Oh, what did you wear on this day? At this time? I'd like, I could list it off. I have no idea why but I can</w:t>
      </w:r>
    </w:p>
    <w:p>
      <w:pPr>
        <w:spacing w:after="0"/>
      </w:pPr>
    </w:p>
    <w:p>
      <w:pPr>
        <w:spacing w:after="0"/>
      </w:pPr>
      <w:r>
        <w:rPr>
          <w:rFonts w:ascii="Arial" w:hAnsi="Arial"/>
          <w:b/>
          <w:sz w:val="22"/>
        </w:rPr>
        <w:t xml:space="preserve">Alice  </w:t>
      </w:r>
      <w:r>
        <w:rPr>
          <w:rFonts w:ascii="Arial" w:hAnsi="Arial"/>
          <w:color w:val="5D7284"/>
          <w:sz w:val="22"/>
        </w:rPr>
        <w:t>23:26</w:t>
      </w:r>
    </w:p>
    <w:p>
      <w:pPr>
        <w:spacing w:after="0"/>
      </w:pPr>
      <w:r>
        <w:rPr>
          <w:rFonts w:ascii="Arial" w:hAnsi="Arial"/>
          <w:sz w:val="22"/>
        </w:rPr>
        <w:t>I guess it's just that's the what your emotional memories tied to isn't it is the what you were wearing in the place and the time when something meaningful happened.</w:t>
      </w:r>
    </w:p>
    <w:p>
      <w:pPr>
        <w:spacing w:after="0"/>
      </w:pPr>
    </w:p>
    <w:p>
      <w:pPr>
        <w:spacing w:after="0"/>
      </w:pPr>
      <w:r>
        <w:rPr>
          <w:rFonts w:ascii="Arial" w:hAnsi="Arial"/>
          <w:b/>
          <w:sz w:val="22"/>
        </w:rPr>
        <w:t xml:space="preserve">Holly Greader  </w:t>
      </w:r>
      <w:r>
        <w:rPr>
          <w:rFonts w:ascii="Arial" w:hAnsi="Arial"/>
          <w:color w:val="5D7284"/>
          <w:sz w:val="22"/>
        </w:rPr>
        <w:t>23:38</w:t>
      </w:r>
    </w:p>
    <w:p>
      <w:pPr>
        <w:spacing w:after="0"/>
      </w:pPr>
      <w:r>
        <w:rPr>
          <w:rFonts w:ascii="Arial" w:hAnsi="Arial"/>
          <w:sz w:val="22"/>
        </w:rPr>
        <w:t>I think it's... Sorry.</w:t>
      </w:r>
    </w:p>
    <w:p>
      <w:pPr>
        <w:spacing w:after="0"/>
      </w:pPr>
    </w:p>
    <w:p>
      <w:pPr>
        <w:spacing w:after="0"/>
      </w:pPr>
      <w:r>
        <w:rPr>
          <w:rFonts w:ascii="Arial" w:hAnsi="Arial"/>
          <w:b/>
          <w:sz w:val="22"/>
        </w:rPr>
        <w:t xml:space="preserve">Lucy  </w:t>
      </w:r>
      <w:r>
        <w:rPr>
          <w:rFonts w:ascii="Arial" w:hAnsi="Arial"/>
          <w:color w:val="5D7284"/>
          <w:sz w:val="22"/>
        </w:rPr>
        <w:t>23:42</w:t>
      </w:r>
    </w:p>
    <w:p>
      <w:pPr>
        <w:spacing w:after="0"/>
      </w:pPr>
      <w:r>
        <w:rPr>
          <w:rFonts w:ascii="Arial" w:hAnsi="Arial"/>
          <w:sz w:val="22"/>
        </w:rPr>
        <w:t>Sorry, no, the brain. I was just gonna say isn't the brain just like a mystery? Really? You know, of what it sort of goes, I'm going to remember this. And another thing the way that you actually need to need to go what was that? Like? Yeah, I've got no idea.</w:t>
      </w:r>
    </w:p>
    <w:p>
      <w:pPr>
        <w:spacing w:after="0"/>
      </w:pPr>
    </w:p>
    <w:p>
      <w:pPr>
        <w:spacing w:after="0"/>
      </w:pPr>
      <w:r>
        <w:rPr>
          <w:rFonts w:ascii="Arial" w:hAnsi="Arial"/>
          <w:b/>
          <w:sz w:val="22"/>
        </w:rPr>
        <w:t xml:space="preserve">Holly Greader  </w:t>
      </w:r>
      <w:r>
        <w:rPr>
          <w:rFonts w:ascii="Arial" w:hAnsi="Arial"/>
          <w:color w:val="5D7284"/>
          <w:sz w:val="22"/>
        </w:rPr>
        <w:t>23:59</w:t>
      </w:r>
    </w:p>
    <w:p>
      <w:pPr>
        <w:spacing w:after="0"/>
      </w:pPr>
      <w:r>
        <w:rPr>
          <w:rFonts w:ascii="Arial" w:hAnsi="Arial"/>
          <w:sz w:val="22"/>
        </w:rPr>
        <w:t>Yeah, like, I can't tell the doctors what medication I can take but I tell them what I want five years ago today. [laughs]</w:t>
      </w:r>
    </w:p>
    <w:p>
      <w:pPr>
        <w:spacing w:after="0"/>
      </w:pPr>
    </w:p>
    <w:p>
      <w:pPr>
        <w:spacing w:after="0"/>
      </w:pPr>
      <w:r>
        <w:rPr>
          <w:rFonts w:ascii="Arial" w:hAnsi="Arial"/>
          <w:b/>
          <w:sz w:val="22"/>
        </w:rPr>
        <w:t xml:space="preserve">Lucy  </w:t>
      </w:r>
      <w:r>
        <w:rPr>
          <w:rFonts w:ascii="Arial" w:hAnsi="Arial"/>
          <w:color w:val="5D7284"/>
          <w:sz w:val="22"/>
        </w:rPr>
        <w:t>24:07</w:t>
      </w:r>
    </w:p>
    <w:p>
      <w:pPr>
        <w:spacing w:after="0"/>
      </w:pPr>
      <w:r>
        <w:rPr>
          <w:rFonts w:ascii="Arial" w:hAnsi="Arial"/>
          <w:sz w:val="22"/>
        </w:rPr>
        <w:t>It's like, for me I am a fiend fact my my brain holds on to useless information that nobody needs to remember far more easily than it does the the stuff I actually need to remember. So I am really good at pub quizzes because I just remember the random facts of stuff like and you think what why was it's just the way my brain processes things. It's very bizarre.</w:t>
      </w:r>
    </w:p>
    <w:p>
      <w:pPr>
        <w:spacing w:after="0"/>
      </w:pPr>
    </w:p>
    <w:p>
      <w:pPr>
        <w:spacing w:after="0"/>
      </w:pPr>
      <w:r>
        <w:rPr>
          <w:rFonts w:ascii="Arial" w:hAnsi="Arial"/>
          <w:b/>
          <w:sz w:val="22"/>
        </w:rPr>
        <w:t xml:space="preserve">Holly Greader  </w:t>
      </w:r>
      <w:r>
        <w:rPr>
          <w:rFonts w:ascii="Arial" w:hAnsi="Arial"/>
          <w:color w:val="5D7284"/>
          <w:sz w:val="22"/>
        </w:rPr>
        <w:t>24:38</w:t>
      </w:r>
    </w:p>
    <w:p>
      <w:pPr>
        <w:spacing w:after="0"/>
      </w:pPr>
      <w:r>
        <w:rPr>
          <w:rFonts w:ascii="Arial" w:hAnsi="Arial"/>
          <w:sz w:val="22"/>
        </w:rPr>
        <w:t>Yeah, I honestly Actually, I didn't put all of those things together and we started talking. So I feel like I've just had a bit of a therapy session. I apologise.</w:t>
      </w:r>
    </w:p>
    <w:p>
      <w:pPr>
        <w:spacing w:after="0"/>
      </w:pPr>
    </w:p>
    <w:p>
      <w:pPr>
        <w:spacing w:after="0"/>
      </w:pPr>
      <w:r>
        <w:rPr>
          <w:rFonts w:ascii="Arial" w:hAnsi="Arial"/>
          <w:b/>
          <w:sz w:val="22"/>
        </w:rPr>
        <w:t xml:space="preserve">Lucy  </w:t>
      </w:r>
      <w:r>
        <w:rPr>
          <w:rFonts w:ascii="Arial" w:hAnsi="Arial"/>
          <w:color w:val="5D7284"/>
          <w:sz w:val="22"/>
        </w:rPr>
        <w:t>24:49</w:t>
      </w:r>
    </w:p>
    <w:p>
      <w:pPr>
        <w:spacing w:after="0"/>
      </w:pPr>
      <w:r>
        <w:rPr>
          <w:rFonts w:ascii="Arial" w:hAnsi="Arial"/>
          <w:sz w:val="22"/>
        </w:rPr>
        <w:t>Glad to be of service.</w:t>
      </w:r>
    </w:p>
    <w:p>
      <w:pPr>
        <w:spacing w:after="0"/>
      </w:pPr>
    </w:p>
    <w:p>
      <w:pPr>
        <w:spacing w:after="0"/>
      </w:pPr>
      <w:r>
        <w:rPr>
          <w:rFonts w:ascii="Arial" w:hAnsi="Arial"/>
          <w:b/>
          <w:sz w:val="22"/>
        </w:rPr>
        <w:t xml:space="preserve">Alice  </w:t>
      </w:r>
      <w:r>
        <w:rPr>
          <w:rFonts w:ascii="Arial" w:hAnsi="Arial"/>
          <w:color w:val="5D7284"/>
          <w:sz w:val="22"/>
        </w:rPr>
        <w:t>24:51</w:t>
      </w:r>
    </w:p>
    <w:p>
      <w:pPr>
        <w:spacing w:after="0"/>
      </w:pPr>
      <w:r>
        <w:rPr>
          <w:rFonts w:ascii="Arial" w:hAnsi="Arial"/>
          <w:sz w:val="22"/>
        </w:rPr>
        <w:t xml:space="preserve">That will be 45 pounds. </w:t>
      </w:r>
    </w:p>
    <w:p>
      <w:pPr>
        <w:spacing w:after="0"/>
      </w:pPr>
    </w:p>
    <w:p>
      <w:pPr>
        <w:spacing w:after="0"/>
      </w:pPr>
      <w:r>
        <w:rPr>
          <w:rFonts w:ascii="Arial" w:hAnsi="Arial"/>
          <w:b/>
          <w:sz w:val="22"/>
        </w:rPr>
        <w:t xml:space="preserve">all  </w:t>
      </w:r>
      <w:r>
        <w:rPr>
          <w:rFonts w:ascii="Arial" w:hAnsi="Arial"/>
          <w:color w:val="5D7284"/>
          <w:sz w:val="22"/>
        </w:rPr>
        <w:t>24:55</w:t>
      </w:r>
    </w:p>
    <w:p>
      <w:pPr>
        <w:spacing w:after="0"/>
      </w:pPr>
      <w:r>
        <w:rPr>
          <w:rFonts w:ascii="Arial" w:hAnsi="Arial"/>
          <w:sz w:val="22"/>
        </w:rPr>
        <w:t>[laughing]</w:t>
      </w:r>
    </w:p>
    <w:p>
      <w:pPr>
        <w:spacing w:after="0"/>
      </w:pPr>
    </w:p>
    <w:p>
      <w:pPr>
        <w:spacing w:after="0"/>
      </w:pPr>
      <w:r>
        <w:rPr>
          <w:rFonts w:ascii="Arial" w:hAnsi="Arial"/>
          <w:b/>
          <w:sz w:val="22"/>
        </w:rPr>
        <w:t xml:space="preserve">Holly Greader  </w:t>
      </w:r>
      <w:r>
        <w:rPr>
          <w:rFonts w:ascii="Arial" w:hAnsi="Arial"/>
          <w:color w:val="5D7284"/>
          <w:sz w:val="22"/>
        </w:rPr>
        <w:t>24:55</w:t>
      </w:r>
    </w:p>
    <w:p>
      <w:pPr>
        <w:spacing w:after="0"/>
      </w:pPr>
      <w:r>
        <w:rPr>
          <w:rFonts w:ascii="Arial" w:hAnsi="Arial"/>
          <w:sz w:val="22"/>
        </w:rPr>
        <w:t>Actuall, that's pretty cheap. I'll pay that.</w:t>
      </w:r>
    </w:p>
    <w:p>
      <w:pPr>
        <w:spacing w:after="0"/>
      </w:pPr>
    </w:p>
    <w:p>
      <w:pPr>
        <w:spacing w:after="0"/>
      </w:pPr>
      <w:r>
        <w:rPr>
          <w:rFonts w:ascii="Arial" w:hAnsi="Arial"/>
          <w:b/>
          <w:sz w:val="22"/>
        </w:rPr>
        <w:t xml:space="preserve">Lucy  </w:t>
      </w:r>
      <w:r>
        <w:rPr>
          <w:rFonts w:ascii="Arial" w:hAnsi="Arial"/>
          <w:color w:val="5D7284"/>
          <w:sz w:val="22"/>
        </w:rPr>
        <w:t>24:58</w:t>
      </w:r>
    </w:p>
    <w:p>
      <w:pPr>
        <w:spacing w:after="0"/>
      </w:pPr>
      <w:r>
        <w:rPr>
          <w:rFonts w:ascii="Arial" w:hAnsi="Arial"/>
          <w:sz w:val="22"/>
        </w:rPr>
        <w:t>So Holly you say that you're a disability advocate, what kind of disability issues do you tend to talk about within the sort of blogging arena.</w:t>
      </w:r>
    </w:p>
    <w:p>
      <w:pPr>
        <w:spacing w:after="0"/>
      </w:pPr>
    </w:p>
    <w:p>
      <w:pPr>
        <w:spacing w:after="0"/>
      </w:pPr>
      <w:r>
        <w:rPr>
          <w:rFonts w:ascii="Arial" w:hAnsi="Arial"/>
          <w:b/>
          <w:sz w:val="22"/>
        </w:rPr>
        <w:t xml:space="preserve">Holly Greader  </w:t>
      </w:r>
      <w:r>
        <w:rPr>
          <w:rFonts w:ascii="Arial" w:hAnsi="Arial"/>
          <w:color w:val="5D7284"/>
          <w:sz w:val="22"/>
        </w:rPr>
        <w:t>25:09</w:t>
      </w:r>
    </w:p>
    <w:p>
      <w:pPr>
        <w:spacing w:after="0"/>
      </w:pPr>
      <w:r>
        <w:rPr>
          <w:rFonts w:ascii="Arial" w:hAnsi="Arial"/>
          <w:sz w:val="22"/>
        </w:rPr>
        <w:t>So I'm kind of that really annoying disability blogger that doesn't have one specific niche, so I have a few specific niches. I kind of I look at quite a few issues. Lately. I mean, I guess I've been talking a lot about I'm going through a lot medically at the moment, I'm talking a lot about that I've been talking a lot about kind of accessing the right care, especially when often there's is huge lack of specialist's in certain areas. So I've been talking about that a lot lately.</w:t>
      </w:r>
    </w:p>
    <w:p>
      <w:pPr>
        <w:spacing w:after="0"/>
      </w:pPr>
    </w:p>
    <w:p>
      <w:pPr>
        <w:spacing w:after="0"/>
      </w:pPr>
      <w:r>
        <w:rPr>
          <w:rFonts w:ascii="Arial" w:hAnsi="Arial"/>
          <w:b/>
          <w:sz w:val="22"/>
        </w:rPr>
        <w:t xml:space="preserve">Alice  </w:t>
      </w:r>
      <w:r>
        <w:rPr>
          <w:rFonts w:ascii="Arial" w:hAnsi="Arial"/>
          <w:color w:val="5D7284"/>
          <w:sz w:val="22"/>
        </w:rPr>
        <w:t>25:48</w:t>
      </w:r>
    </w:p>
    <w:p>
      <w:pPr>
        <w:spacing w:after="0"/>
      </w:pPr>
      <w:r>
        <w:rPr>
          <w:rFonts w:ascii="Arial" w:hAnsi="Arial"/>
          <w:sz w:val="22"/>
        </w:rPr>
        <w:t xml:space="preserve">I feel like for what you been sort of saying, in the show so far is that it tends to be whatever is pissing you off on that particular day. </w:t>
      </w:r>
    </w:p>
    <w:p>
      <w:pPr>
        <w:spacing w:after="0"/>
      </w:pPr>
    </w:p>
    <w:p>
      <w:pPr>
        <w:spacing w:after="0"/>
      </w:pPr>
      <w:r>
        <w:rPr>
          <w:rFonts w:ascii="Arial" w:hAnsi="Arial"/>
          <w:b/>
          <w:sz w:val="22"/>
        </w:rPr>
        <w:t xml:space="preserve">Lucy  </w:t>
      </w:r>
      <w:r>
        <w:rPr>
          <w:rFonts w:ascii="Arial" w:hAnsi="Arial"/>
          <w:color w:val="5D7284"/>
          <w:sz w:val="22"/>
        </w:rPr>
        <w:t>25:57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25:57</w:t>
      </w:r>
    </w:p>
    <w:p>
      <w:pPr>
        <w:spacing w:after="0"/>
      </w:pPr>
      <w:r>
        <w:rPr>
          <w:rFonts w:ascii="Arial" w:hAnsi="Arial"/>
          <w:sz w:val="22"/>
        </w:rPr>
        <w:t>Is the thing that you're like Right, I am going to deal with this to raise awareness. I'm gonna make everybody else annoyed about this as much as I am.</w:t>
      </w:r>
    </w:p>
    <w:p>
      <w:pPr>
        <w:spacing w:after="0"/>
      </w:pPr>
    </w:p>
    <w:p>
      <w:pPr>
        <w:spacing w:after="0"/>
      </w:pPr>
      <w:r>
        <w:rPr>
          <w:rFonts w:ascii="Arial" w:hAnsi="Arial"/>
          <w:b/>
          <w:sz w:val="22"/>
        </w:rPr>
        <w:t xml:space="preserve">Holly Greader  </w:t>
      </w:r>
      <w:r>
        <w:rPr>
          <w:rFonts w:ascii="Arial" w:hAnsi="Arial"/>
          <w:color w:val="5D7284"/>
          <w:sz w:val="22"/>
        </w:rPr>
        <w:t>26:06</w:t>
      </w:r>
    </w:p>
    <w:p>
      <w:pPr>
        <w:spacing w:after="0"/>
      </w:pPr>
      <w:r>
        <w:rPr>
          <w:rFonts w:ascii="Arial" w:hAnsi="Arial"/>
          <w:sz w:val="22"/>
        </w:rPr>
        <w:t xml:space="preserve">Yeah, it's true. </w:t>
      </w:r>
    </w:p>
    <w:p>
      <w:pPr>
        <w:spacing w:after="0"/>
      </w:pPr>
    </w:p>
    <w:p>
      <w:pPr>
        <w:spacing w:after="0"/>
      </w:pPr>
      <w:r>
        <w:rPr>
          <w:rFonts w:ascii="Arial" w:hAnsi="Arial"/>
          <w:b/>
          <w:sz w:val="22"/>
        </w:rPr>
        <w:t xml:space="preserve">all  </w:t>
      </w:r>
      <w:r>
        <w:rPr>
          <w:rFonts w:ascii="Arial" w:hAnsi="Arial"/>
          <w:color w:val="5D7284"/>
          <w:sz w:val="22"/>
        </w:rPr>
        <w:t>26:07</w:t>
      </w:r>
    </w:p>
    <w:p>
      <w:pPr>
        <w:spacing w:after="0"/>
      </w:pPr>
      <w:r>
        <w:rPr>
          <w:rFonts w:ascii="Arial" w:hAnsi="Arial"/>
          <w:sz w:val="22"/>
        </w:rPr>
        <w:t>[laughs]</w:t>
      </w:r>
    </w:p>
    <w:p>
      <w:pPr>
        <w:spacing w:after="0"/>
      </w:pPr>
    </w:p>
    <w:p>
      <w:pPr>
        <w:spacing w:after="0"/>
      </w:pPr>
      <w:r>
        <w:rPr>
          <w:rFonts w:ascii="Arial" w:hAnsi="Arial"/>
          <w:b/>
          <w:sz w:val="22"/>
        </w:rPr>
        <w:t xml:space="preserve">Holly Greader  </w:t>
      </w:r>
      <w:r>
        <w:rPr>
          <w:rFonts w:ascii="Arial" w:hAnsi="Arial"/>
          <w:color w:val="5D7284"/>
          <w:sz w:val="22"/>
        </w:rPr>
        <w:t>26:08</w:t>
      </w:r>
    </w:p>
    <w:p>
      <w:pPr>
        <w:spacing w:after="0"/>
      </w:pPr>
      <w:r>
        <w:rPr>
          <w:rFonts w:ascii="Arial" w:hAnsi="Arial"/>
          <w:sz w:val="22"/>
        </w:rPr>
        <w:t>Like I went, I went out on Tuesday, I had four, four instances with cars blocking the dropped curb. And two of which were like on the same bit, just opposite sides of the road, came home and I've started writing like an Instagram series about it, and I can't tell if it'll even ever make it to Instagram!</w:t>
      </w:r>
    </w:p>
    <w:p>
      <w:pPr>
        <w:spacing w:after="0"/>
      </w:pPr>
    </w:p>
    <w:p>
      <w:pPr>
        <w:spacing w:after="0"/>
      </w:pPr>
      <w:r>
        <w:rPr>
          <w:rFonts w:ascii="Arial" w:hAnsi="Arial"/>
          <w:b/>
          <w:sz w:val="22"/>
        </w:rPr>
        <w:t xml:space="preserve">Lucy  </w:t>
      </w:r>
      <w:r>
        <w:rPr>
          <w:rFonts w:ascii="Arial" w:hAnsi="Arial"/>
          <w:color w:val="5D7284"/>
          <w:sz w:val="22"/>
        </w:rPr>
        <w:t>26:29</w:t>
      </w:r>
    </w:p>
    <w:p>
      <w:pPr>
        <w:spacing w:after="0"/>
      </w:pPr>
      <w:r>
        <w:rPr>
          <w:rFonts w:ascii="Arial" w:hAnsi="Arial"/>
          <w:sz w:val="22"/>
        </w:rPr>
        <w:t>But that covers Monday, Tuesday, Wednesday, Thursday, and a roundup on Friday [laughs]</w:t>
      </w:r>
    </w:p>
    <w:p>
      <w:pPr>
        <w:spacing w:after="0"/>
      </w:pPr>
    </w:p>
    <w:p>
      <w:pPr>
        <w:spacing w:after="0"/>
      </w:pPr>
      <w:r>
        <w:rPr>
          <w:rFonts w:ascii="Arial" w:hAnsi="Arial"/>
          <w:b/>
          <w:sz w:val="22"/>
        </w:rPr>
        <w:t xml:space="preserve">Holly Greader  </w:t>
      </w:r>
      <w:r>
        <w:rPr>
          <w:rFonts w:ascii="Arial" w:hAnsi="Arial"/>
          <w:color w:val="5D7284"/>
          <w:sz w:val="22"/>
        </w:rPr>
        <w:t>26:36</w:t>
      </w:r>
    </w:p>
    <w:p>
      <w:pPr>
        <w:spacing w:after="0"/>
      </w:pPr>
      <w:r>
        <w:rPr>
          <w:rFonts w:ascii="Arial" w:hAnsi="Arial"/>
          <w:sz w:val="22"/>
        </w:rPr>
        <w:t>like I, I just got filled with like this energy. Um, it probably means not that much to other people. Unless maybe they're having a bad day with it. And they want to read about a rant and see how rude I can get about it without, getting too rude because my mom and my grandma read it...</w:t>
      </w:r>
    </w:p>
    <w:p>
      <w:pPr>
        <w:spacing w:after="0"/>
      </w:pPr>
    </w:p>
    <w:p>
      <w:pPr>
        <w:spacing w:after="0"/>
      </w:pPr>
      <w:r>
        <w:rPr>
          <w:rFonts w:ascii="Arial" w:hAnsi="Arial"/>
          <w:b/>
          <w:sz w:val="22"/>
        </w:rPr>
        <w:t xml:space="preserve">Alice  </w:t>
      </w:r>
      <w:r>
        <w:rPr>
          <w:rFonts w:ascii="Arial" w:hAnsi="Arial"/>
          <w:color w:val="5D7284"/>
          <w:sz w:val="22"/>
        </w:rPr>
        <w:t>26:57</w:t>
      </w:r>
    </w:p>
    <w:p>
      <w:pPr>
        <w:spacing w:after="0"/>
      </w:pPr>
      <w:r>
        <w:rPr>
          <w:rFonts w:ascii="Arial" w:hAnsi="Arial"/>
          <w:sz w:val="22"/>
        </w:rPr>
        <w:t>I do think though, that there, it's one of the things that I really like about this show. And one of the things I really wanted to do when you know, before I even met Lucy, when I was first thinking about a podcast was wanting to do something that wasn't wasn't just your clinical, informative, you know, there is there is a very, it's not medical, but it's almost like an academic sort of presentation for the way a lot of awareness raising and information about the disabled experience is delivered. And actually, I wanted something that was like no, personally, this is actually how I'm affected. This is how pissed off it makes me or upset or afraid or whatever it is. I think that's really important because it shows the human element of it.</w:t>
      </w:r>
    </w:p>
    <w:p>
      <w:pPr>
        <w:spacing w:after="0"/>
      </w:pPr>
    </w:p>
    <w:p>
      <w:pPr>
        <w:spacing w:after="0"/>
      </w:pPr>
      <w:r>
        <w:rPr>
          <w:rFonts w:ascii="Arial" w:hAnsi="Arial"/>
          <w:b/>
          <w:sz w:val="22"/>
        </w:rPr>
        <w:t xml:space="preserve">Holly Greader  </w:t>
      </w:r>
      <w:r>
        <w:rPr>
          <w:rFonts w:ascii="Arial" w:hAnsi="Arial"/>
          <w:color w:val="5D7284"/>
          <w:sz w:val="22"/>
        </w:rPr>
        <w:t>27:49</w:t>
      </w:r>
    </w:p>
    <w:p>
      <w:pPr>
        <w:spacing w:after="0"/>
      </w:pPr>
      <w:r>
        <w:rPr>
          <w:rFonts w:ascii="Arial" w:hAnsi="Arial"/>
          <w:sz w:val="22"/>
        </w:rPr>
        <w:t xml:space="preserve">I think, I think that's something I noticed, actually on my posts sometimes, I think, especially with Instagram, is that I post the thing that's on my mind, because I'm just going to be more likely to actually write about it. </w:t>
      </w:r>
    </w:p>
    <w:p>
      <w:pPr>
        <w:spacing w:after="0"/>
      </w:pPr>
    </w:p>
    <w:p>
      <w:pPr>
        <w:spacing w:after="0"/>
      </w:pPr>
      <w:r>
        <w:rPr>
          <w:rFonts w:ascii="Arial" w:hAnsi="Arial"/>
          <w:b/>
          <w:sz w:val="22"/>
        </w:rPr>
        <w:t xml:space="preserve">Lucy  </w:t>
      </w:r>
      <w:r>
        <w:rPr>
          <w:rFonts w:ascii="Arial" w:hAnsi="Arial"/>
          <w:color w:val="5D7284"/>
          <w:sz w:val="22"/>
        </w:rPr>
        <w:t>28:04</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28:05</w:t>
      </w:r>
    </w:p>
    <w:p>
      <w:pPr>
        <w:spacing w:after="0"/>
      </w:pPr>
      <w:r>
        <w:rPr>
          <w:rFonts w:ascii="Arial" w:hAnsi="Arial"/>
          <w:sz w:val="22"/>
        </w:rPr>
        <w:t>But often people will come back, almost trying to rationalize whatever I'm talking about. And the thing is, the reason I'm posting it is because I just need to be angry or pissed off and air that.</w:t>
      </w:r>
    </w:p>
    <w:p>
      <w:pPr>
        <w:spacing w:after="0"/>
      </w:pPr>
    </w:p>
    <w:p>
      <w:pPr>
        <w:spacing w:after="0"/>
      </w:pPr>
      <w:r>
        <w:rPr>
          <w:rFonts w:ascii="Arial" w:hAnsi="Arial"/>
          <w:b/>
          <w:sz w:val="22"/>
        </w:rPr>
        <w:t xml:space="preserve">Alice  </w:t>
      </w:r>
      <w:r>
        <w:rPr>
          <w:rFonts w:ascii="Arial" w:hAnsi="Arial"/>
          <w:color w:val="5D7284"/>
          <w:sz w:val="22"/>
        </w:rPr>
        <w:t>28:19</w:t>
      </w:r>
    </w:p>
    <w:p>
      <w:pPr>
        <w:spacing w:after="0"/>
      </w:pPr>
      <w:r>
        <w:rPr>
          <w:rFonts w:ascii="Arial" w:hAnsi="Arial"/>
          <w:sz w:val="22"/>
        </w:rPr>
        <w:t>Mmm</w:t>
      </w:r>
    </w:p>
    <w:p>
      <w:pPr>
        <w:spacing w:after="0"/>
      </w:pPr>
    </w:p>
    <w:p>
      <w:pPr>
        <w:spacing w:after="0"/>
      </w:pPr>
      <w:r>
        <w:rPr>
          <w:rFonts w:ascii="Arial" w:hAnsi="Arial"/>
          <w:b/>
          <w:sz w:val="22"/>
        </w:rPr>
        <w:t xml:space="preserve">Holly Greader  </w:t>
      </w:r>
      <w:r>
        <w:rPr>
          <w:rFonts w:ascii="Arial" w:hAnsi="Arial"/>
          <w:color w:val="5D7284"/>
          <w:sz w:val="22"/>
        </w:rPr>
        <w:t>28:19</w:t>
      </w:r>
    </w:p>
    <w:p>
      <w:pPr>
        <w:spacing w:after="0"/>
      </w:pPr>
      <w:r>
        <w:rPr>
          <w:rFonts w:ascii="Arial" w:hAnsi="Arial"/>
          <w:sz w:val="22"/>
        </w:rPr>
        <w:t>And I know that when I see other people do that. I'm like, yeah, no, I agree. And I kind of I get, like this feeling like I'm not entirely alone in that. And and also, I think it is important to feel all of your emotions, not all at once, preferably...  All ofyour emotions, you know, if it is pissing you off, let it piss you off and shout about it for a little while. And then maybe you can go back to the later in a more rational state. So I do you find that some sometimes if people come back and start trying to rationalize it? I'm a bit like, woah, hold up. No.</w:t>
      </w:r>
    </w:p>
    <w:p>
      <w:pPr>
        <w:spacing w:after="0"/>
      </w:pPr>
    </w:p>
    <w:p>
      <w:pPr>
        <w:spacing w:after="0"/>
      </w:pPr>
      <w:r>
        <w:rPr>
          <w:rFonts w:ascii="Arial" w:hAnsi="Arial"/>
          <w:b/>
          <w:sz w:val="22"/>
        </w:rPr>
        <w:t xml:space="preserve">Lucy  </w:t>
      </w:r>
      <w:r>
        <w:rPr>
          <w:rFonts w:ascii="Arial" w:hAnsi="Arial"/>
          <w:color w:val="5D7284"/>
          <w:sz w:val="22"/>
        </w:rPr>
        <w:t>28:37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28:50</w:t>
      </w:r>
    </w:p>
    <w:p>
      <w:pPr>
        <w:spacing w:after="0"/>
      </w:pPr>
      <w:r>
        <w:rPr>
          <w:rFonts w:ascii="Arial" w:hAnsi="Arial"/>
          <w:sz w:val="22"/>
        </w:rPr>
        <w:t>Yeah, absolutely. And I think rationals are a really good kind of phrase there is that is, there is a lot of rationalization, which again, I think it takes away the the human element of the disabled experiences. As much as you know, you can talk about access issues and things that people aren't, you know, people don't make adaptations to buildings, and people don't provide information accessibility and things accessibly, and things like that. And that is that is kind of the core nature of the issue. But that doesn't tell you about the impact that that has on the people experiencing it. And ultimately, that's the kind of that's the biggest thing isn't it is you can sit there and go, Oh, well, this building has steps and that's not good. But actually, what does that mean for the people who can't get in that building? The amount of people that say to me, oh, like I had to be in a wheelchair for a week and I now understand and I'm thinking because sometimes I've said this before, it's like wading to advocacy for disability or anything really, can be like wading through treacle because you feel like you're banging your head against a brick wall. And you just feel like I might, I've had this, in fact, myself this week, where you just you just take a step back, from what everything you are reading and everything you're taking in. And you think, what is the point in me, adding my voice to all of this, because nobody's really listening. And I know that that will subside. But it does get to me where I think, Am I making any difference whatsoever? And I think that's where deliver, you know, changing the way that we deliver something and giving that personal emotional experience, sometimes that makes a real difference, because the thing, particularly if you're on the outside, and you just think, oh, but you know, what does, what does the disabled person need to get into that cafe for they can just go to that cafe doesn't matter. But actually, you know, giving somebody reframing it and giving somebody an understanding of actually, well, you know, it's not just about convenience. It's about a person's actual life. And I think that that can that can make the difference from rather it not just being you're not just another voice, your it's not just another statistic. It's actually personal. And this is me.</w:t>
      </w:r>
    </w:p>
    <w:p>
      <w:pPr>
        <w:spacing w:after="0"/>
      </w:pPr>
    </w:p>
    <w:p>
      <w:pPr>
        <w:spacing w:after="0"/>
      </w:pPr>
      <w:r>
        <w:rPr>
          <w:rFonts w:ascii="Arial" w:hAnsi="Arial"/>
          <w:b/>
          <w:sz w:val="22"/>
        </w:rPr>
        <w:t xml:space="preserve">Holly Greader  </w:t>
      </w:r>
      <w:r>
        <w:rPr>
          <w:rFonts w:ascii="Arial" w:hAnsi="Arial"/>
          <w:color w:val="5D7284"/>
          <w:sz w:val="22"/>
        </w:rPr>
        <w:t>31:23</w:t>
      </w:r>
    </w:p>
    <w:p>
      <w:pPr>
        <w:spacing w:after="0"/>
      </w:pPr>
      <w:r>
        <w:rPr>
          <w:rFonts w:ascii="Arial" w:hAnsi="Arial"/>
          <w:sz w:val="22"/>
        </w:rPr>
        <w:t>It's about having a choice, I think.</w:t>
      </w:r>
    </w:p>
    <w:p>
      <w:pPr>
        <w:spacing w:after="0"/>
      </w:pPr>
    </w:p>
    <w:p>
      <w:pPr>
        <w:spacing w:after="0"/>
      </w:pPr>
      <w:r>
        <w:rPr>
          <w:rFonts w:ascii="Arial" w:hAnsi="Arial"/>
          <w:b/>
          <w:sz w:val="22"/>
        </w:rPr>
        <w:t xml:space="preserve">Lucy  </w:t>
      </w:r>
      <w:r>
        <w:rPr>
          <w:rFonts w:ascii="Arial" w:hAnsi="Arial"/>
          <w:color w:val="5D7284"/>
          <w:sz w:val="22"/>
        </w:rPr>
        <w:t>31:25</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31:26</w:t>
      </w:r>
    </w:p>
    <w:p>
      <w:pPr>
        <w:spacing w:after="0"/>
      </w:pPr>
      <w:r>
        <w:rPr>
          <w:rFonts w:ascii="Arial" w:hAnsi="Arial"/>
          <w:sz w:val="22"/>
        </w:rPr>
        <w:t>Disabled people. We don't, yeah, the same choices. Everybody else does. And I think, for us, maybe looking out non safe people, it feels like they have such a privilege to be able to make a choice on those things taken away from you. I mean, maybe I don't even want to go to that cafe, but I should still have the choice...</w:t>
      </w:r>
    </w:p>
    <w:p>
      <w:pPr>
        <w:spacing w:after="0"/>
      </w:pPr>
    </w:p>
    <w:p>
      <w:pPr>
        <w:spacing w:after="0"/>
      </w:pPr>
      <w:r>
        <w:rPr>
          <w:rFonts w:ascii="Arial" w:hAnsi="Arial"/>
          <w:b/>
          <w:sz w:val="22"/>
        </w:rPr>
        <w:t xml:space="preserve">Disclaimer  </w:t>
      </w:r>
      <w:r>
        <w:rPr>
          <w:rFonts w:ascii="Arial" w:hAnsi="Arial"/>
          <w:color w:val="5D7284"/>
          <w:sz w:val="22"/>
        </w:rPr>
        <w:t>31:52</w:t>
      </w:r>
    </w:p>
    <w:p>
      <w:pPr>
        <w:spacing w:after="0"/>
      </w:pPr>
      <w:r>
        <w:rPr>
          <w:rFonts w:ascii="Arial" w:hAnsi="Arial"/>
          <w:sz w:val="22"/>
        </w:rPr>
        <w:t>it, I saw a post on Twitter the other day that was like, I find it mad that there are people in the world who can just go into any cafe that they want and order, whatever they want off the menu without having to think about it. And that was more a kind of a reflection on people with food intolerance, intolerances and food preferences, and as a vegetarian, vegan ish person, like I get and I, I For me, you know, there's definitely a, there are places sometimes where I go, and I go, Oh, what's the vegetarian option? And it's a baked mushroom, and that's it, or baked mushrooms...</w:t>
      </w:r>
    </w:p>
    <w:p>
      <w:pPr>
        <w:spacing w:after="0"/>
      </w:pPr>
    </w:p>
    <w:p>
      <w:pPr>
        <w:spacing w:after="0"/>
      </w:pPr>
      <w:r>
        <w:rPr>
          <w:rFonts w:ascii="Arial" w:hAnsi="Arial"/>
          <w:b/>
          <w:sz w:val="22"/>
        </w:rPr>
        <w:t xml:space="preserve">Lucy  </w:t>
      </w:r>
      <w:r>
        <w:rPr>
          <w:rFonts w:ascii="Arial" w:hAnsi="Arial"/>
          <w:color w:val="5D7284"/>
          <w:sz w:val="22"/>
        </w:rPr>
        <w:t>32:33</w:t>
      </w:r>
    </w:p>
    <w:p>
      <w:pPr>
        <w:spacing w:after="0"/>
      </w:pPr>
      <w:r>
        <w:rPr>
          <w:rFonts w:ascii="Arial" w:hAnsi="Arial"/>
          <w:sz w:val="22"/>
        </w:rPr>
        <w:t xml:space="preserve">Or cheese and tomato pizza? </w:t>
      </w:r>
    </w:p>
    <w:p>
      <w:pPr>
        <w:spacing w:after="0"/>
      </w:pPr>
    </w:p>
    <w:p>
      <w:pPr>
        <w:spacing w:after="0"/>
      </w:pPr>
      <w:r>
        <w:rPr>
          <w:rFonts w:ascii="Arial" w:hAnsi="Arial"/>
          <w:b/>
          <w:sz w:val="22"/>
        </w:rPr>
        <w:t xml:space="preserve">Alice  </w:t>
      </w:r>
      <w:r>
        <w:rPr>
          <w:rFonts w:ascii="Arial" w:hAnsi="Arial"/>
          <w:color w:val="5D7284"/>
          <w:sz w:val="22"/>
        </w:rPr>
        <w:t>32:34</w:t>
      </w:r>
    </w:p>
    <w:p>
      <w:pPr>
        <w:spacing w:after="0"/>
      </w:pPr>
      <w:r>
        <w:rPr>
          <w:rFonts w:ascii="Arial" w:hAnsi="Arial"/>
          <w:sz w:val="22"/>
        </w:rPr>
        <w:t>Yeah, exactly.Yeah. And so it is that kind of, you know, this is this is a choice that I made, yes, but it's a choice I made a long time ago, that's a very, very strong part of who I am. But I don't have her I cannot imagine ever changing that part of who I am. And so having those choices restrict to from me is, you know, it kind of is very reflective of then, you know, my, my access experiences are a bit different from you know, wheelchair users, because obviously I can manage steps and things like that, is that as you say, Holly, it's it's about a choice and have whenever you have your, your options reduced and your choices taken away from you. It just dehumanizes you a little bit. It's just like you don't matter enough. Here's, here's your one option that will do we've catered to you. There's no no other diversity to your identity,</w:t>
      </w:r>
    </w:p>
    <w:p>
      <w:pPr>
        <w:spacing w:after="0"/>
      </w:pPr>
    </w:p>
    <w:p>
      <w:pPr>
        <w:spacing w:after="0"/>
      </w:pPr>
      <w:r>
        <w:rPr>
          <w:rFonts w:ascii="Arial" w:hAnsi="Arial"/>
          <w:b/>
          <w:sz w:val="22"/>
        </w:rPr>
        <w:t xml:space="preserve">Lucy  </w:t>
      </w:r>
      <w:r>
        <w:rPr>
          <w:rFonts w:ascii="Arial" w:hAnsi="Arial"/>
          <w:color w:val="5D7284"/>
          <w:sz w:val="22"/>
        </w:rPr>
        <w:t>33:36</w:t>
      </w:r>
    </w:p>
    <w:p>
      <w:pPr>
        <w:spacing w:after="0"/>
      </w:pPr>
      <w:r>
        <w:rPr>
          <w:rFonts w:ascii="Arial" w:hAnsi="Arial"/>
          <w:sz w:val="22"/>
        </w:rPr>
        <w:t>sit there and be grateful. Yeah,</w:t>
      </w:r>
    </w:p>
    <w:p>
      <w:pPr>
        <w:spacing w:after="0"/>
      </w:pPr>
    </w:p>
    <w:p>
      <w:pPr>
        <w:spacing w:after="0"/>
      </w:pPr>
      <w:r>
        <w:rPr>
          <w:rFonts w:ascii="Arial" w:hAnsi="Arial"/>
          <w:b/>
          <w:sz w:val="22"/>
        </w:rPr>
        <w:t xml:space="preserve">Holly Greader  </w:t>
      </w:r>
      <w:r>
        <w:rPr>
          <w:rFonts w:ascii="Arial" w:hAnsi="Arial"/>
          <w:color w:val="5D7284"/>
          <w:sz w:val="22"/>
        </w:rPr>
        <w:t>33:39</w:t>
      </w:r>
    </w:p>
    <w:p>
      <w:pPr>
        <w:spacing w:after="0"/>
      </w:pPr>
      <w:r>
        <w:rPr>
          <w:rFonts w:ascii="Arial" w:hAnsi="Arial"/>
          <w:sz w:val="22"/>
        </w:rPr>
        <w:t>I do wonder sometimes what would happen if we closed off every shop restaurant cafe that is step free? Yeah. It's not to say, oh, no, but you can get into these spaces. I think it would be the whole working from home thing all over again. Like everything would change.</w:t>
      </w:r>
    </w:p>
    <w:p>
      <w:pPr>
        <w:spacing w:after="0"/>
      </w:pPr>
    </w:p>
    <w:p>
      <w:pPr>
        <w:spacing w:after="0"/>
      </w:pPr>
      <w:r>
        <w:rPr>
          <w:rFonts w:ascii="Arial" w:hAnsi="Arial"/>
          <w:b/>
          <w:sz w:val="22"/>
        </w:rPr>
        <w:t xml:space="preserve">Lucy  </w:t>
      </w:r>
      <w:r>
        <w:rPr>
          <w:rFonts w:ascii="Arial" w:hAnsi="Arial"/>
          <w:color w:val="5D7284"/>
          <w:sz w:val="22"/>
        </w:rPr>
        <w:t>34:00</w:t>
      </w:r>
    </w:p>
    <w:p>
      <w:pPr>
        <w:spacing w:after="0"/>
      </w:pPr>
      <w:r>
        <w:rPr>
          <w:rFonts w:ascii="Arial" w:hAnsi="Arial"/>
          <w:sz w:val="22"/>
        </w:rPr>
        <w:t>Yeah. The whole working from home thing. Really, I mean, I work from home anyway, I've always worked from home, because my employer knows the value of you know, having disabled voices on the team and everything. I'm so grateful for that. But  watching from the app, like from the outside being a person who would have loved to work from home in every job I've ever had. goes, I cannot believe this is happening. I knew I knew I bloody knew that as soon as as soon as the doors opened up again. Teams would be we don't need teams anymore. We don't need zoom anymore. You coming into the office at half past nine. And you stay in hell till four o'clock. You're not going home. You're not sitting with your slippers on an I you knEW, everybody's like, Oh, I'm so hopeful that this will be the new normal. I'm like. It won't be you can hope but it won't be you know, we will was artists who were having livestream gigs, that you thought, Oh, this is brilliant, I watched the darkness, I'm a massive fan of the donors go every year to see them and, or every other year, and we watched them live on the telly, it was brilliant, I could sit comfy, I could lie down, because like I've said tp Alice before, whenever I go anywhere past eight o'clock, nobody goes, know what thing you're doing. And I was able to sit in comfort, and I thought this is brilliant. I mean, it's not the same as going to a gig or proper live performance. But like, if you have a flare up for if your condition has a flare uo or you really can't go anywhere, but you still want to go, you still want to experience, you know, that concert, you could still watch it from home. And there was a brief period of time where I thought to myself, this, this could be you know, we could have live streaming and proper ticketed events, and it never happened.</w:t>
      </w:r>
    </w:p>
    <w:p>
      <w:pPr>
        <w:spacing w:after="0"/>
      </w:pPr>
    </w:p>
    <w:p>
      <w:pPr>
        <w:spacing w:after="0"/>
      </w:pPr>
      <w:r>
        <w:rPr>
          <w:rFonts w:ascii="Arial" w:hAnsi="Arial"/>
          <w:b/>
          <w:sz w:val="22"/>
        </w:rPr>
        <w:t xml:space="preserve">Alice  </w:t>
      </w:r>
      <w:r>
        <w:rPr>
          <w:rFonts w:ascii="Arial" w:hAnsi="Arial"/>
          <w:color w:val="5D7284"/>
          <w:sz w:val="22"/>
        </w:rPr>
        <w:t>35:58</w:t>
      </w:r>
    </w:p>
    <w:p>
      <w:pPr>
        <w:spacing w:after="0"/>
      </w:pPr>
      <w:r>
        <w:rPr>
          <w:rFonts w:ascii="Arial" w:hAnsi="Arial"/>
          <w:sz w:val="22"/>
        </w:rPr>
        <w:t>And it was a real, a real equalizer for not just for kind of the disabled community. But for you know, economically, it sounds like cheaper buying a concert ticket than it is, say, buying a concert tickets and train tickets and hotel ticket. Yeah, you know, it's for people who live. You know, in the UK, it's generally more affluent. And there's just kind of more going on in terms of festivals and things, museums and stuff like that, in, in the south, in this country, there's a big north south divide, here. And so the, you know, if, if your favorite band, or I watched a podcast live stream, from the comfort of my own home that was recorded in central London, which getting to in terms of my disability would have been a nightmare, getting to in terms of where I live would have been a nightmare, getting, you know, it would have been costly, and all of that it was a real equalizer. And we've just put ourselves back in the position again, where the more well off more, you know, a physically able, and, you know, economically and physically mobile, I've got all we'll do it this way, this is how we like it</w:t>
      </w:r>
    </w:p>
    <w:p>
      <w:pPr>
        <w:spacing w:after="0"/>
      </w:pPr>
    </w:p>
    <w:p>
      <w:pPr>
        <w:spacing w:after="0"/>
      </w:pPr>
      <w:r>
        <w:rPr>
          <w:rFonts w:ascii="Arial" w:hAnsi="Arial"/>
          <w:b/>
          <w:sz w:val="22"/>
        </w:rPr>
        <w:t xml:space="preserve">Lucy  </w:t>
      </w:r>
      <w:r>
        <w:rPr>
          <w:rFonts w:ascii="Arial" w:hAnsi="Arial"/>
          <w:color w:val="5D7284"/>
          <w:sz w:val="22"/>
        </w:rPr>
        <w:t>37:23</w:t>
      </w:r>
    </w:p>
    <w:p>
      <w:pPr>
        <w:spacing w:after="0"/>
      </w:pPr>
      <w:r>
        <w:rPr>
          <w:rFonts w:ascii="Arial" w:hAnsi="Arial"/>
          <w:sz w:val="22"/>
        </w:rPr>
        <w:t>are so glad to don't have to watch it on a TV on a laptop screen anymore. SHUT UP GARETH!</w:t>
      </w:r>
    </w:p>
    <w:p>
      <w:pPr>
        <w:spacing w:after="0"/>
      </w:pPr>
    </w:p>
    <w:p>
      <w:pPr>
        <w:spacing w:after="0"/>
      </w:pPr>
      <w:r>
        <w:rPr>
          <w:rFonts w:ascii="Arial" w:hAnsi="Arial"/>
          <w:b/>
          <w:sz w:val="22"/>
        </w:rPr>
        <w:t xml:space="preserve">all  </w:t>
      </w:r>
      <w:r>
        <w:rPr>
          <w:rFonts w:ascii="Arial" w:hAnsi="Arial"/>
          <w:color w:val="5D7284"/>
          <w:sz w:val="22"/>
        </w:rPr>
        <w:t>37:32</w:t>
      </w:r>
    </w:p>
    <w:p>
      <w:pPr>
        <w:spacing w:after="0"/>
      </w:pPr>
      <w:r>
        <w:rPr>
          <w:rFonts w:ascii="Arial" w:hAnsi="Arial"/>
          <w:sz w:val="22"/>
        </w:rPr>
        <w:t>Laugh</w:t>
      </w:r>
    </w:p>
    <w:p>
      <w:pPr>
        <w:spacing w:after="0"/>
      </w:pPr>
    </w:p>
    <w:p>
      <w:pPr>
        <w:spacing w:after="0"/>
      </w:pPr>
      <w:r>
        <w:rPr>
          <w:rFonts w:ascii="Arial" w:hAnsi="Arial"/>
          <w:b/>
          <w:sz w:val="22"/>
        </w:rPr>
        <w:t xml:space="preserve">Holly Greader  </w:t>
      </w:r>
      <w:r>
        <w:rPr>
          <w:rFonts w:ascii="Arial" w:hAnsi="Arial"/>
          <w:color w:val="5D7284"/>
          <w:sz w:val="22"/>
        </w:rPr>
        <w:t>37:32</w:t>
      </w:r>
    </w:p>
    <w:p>
      <w:pPr>
        <w:spacing w:after="0"/>
      </w:pPr>
      <w:r>
        <w:rPr>
          <w:rFonts w:ascii="Arial" w:hAnsi="Arial"/>
          <w:sz w:val="22"/>
        </w:rPr>
        <w:t xml:space="preserve">I have like, I have very mixed views on this, because I come from the events industry. And my partner owns a company that works in events. So I've seen like the other side of it quite a lot over the last 18 months. But the access side of it. You know, I mean, it's not quite the same as an event. But I did one of my college lessons, whilst lying down a few months ago, like I wasn't in college, but I was able to zoom in, and I was able to lie down. And that meant I could participate, which wouldn't always happen. Or things like that happen all the time. But I went to an event recently, I was a small theatre show, Outdoor Show. And they were live streaming, as well as people being able to go and I was like, this is the number </w:t>
      </w:r>
    </w:p>
    <w:p>
      <w:pPr>
        <w:spacing w:after="0"/>
      </w:pPr>
    </w:p>
    <w:p>
      <w:pPr>
        <w:spacing w:after="0"/>
      </w:pPr>
      <w:r>
        <w:rPr>
          <w:rFonts w:ascii="Arial" w:hAnsi="Arial"/>
          <w:b/>
          <w:sz w:val="22"/>
        </w:rPr>
        <w:t xml:space="preserve">Lucy  </w:t>
      </w:r>
      <w:r>
        <w:rPr>
          <w:rFonts w:ascii="Arial" w:hAnsi="Arial"/>
          <w:color w:val="5D7284"/>
          <w:sz w:val="22"/>
        </w:rPr>
        <w:t>38:23</w:t>
      </w:r>
    </w:p>
    <w:p>
      <w:pPr>
        <w:spacing w:after="0"/>
      </w:pPr>
      <w:r>
        <w:rPr>
          <w:rFonts w:ascii="Arial" w:hAnsi="Arial"/>
          <w:sz w:val="22"/>
        </w:rPr>
        <w:t xml:space="preserve">that is the solution. </w:t>
      </w:r>
    </w:p>
    <w:p>
      <w:pPr>
        <w:spacing w:after="0"/>
      </w:pPr>
    </w:p>
    <w:p>
      <w:pPr>
        <w:spacing w:after="0"/>
      </w:pPr>
      <w:r>
        <w:rPr>
          <w:rFonts w:ascii="Arial" w:hAnsi="Arial"/>
          <w:b/>
          <w:sz w:val="22"/>
        </w:rPr>
        <w:t xml:space="preserve">Holly Greader  </w:t>
      </w:r>
      <w:r>
        <w:rPr>
          <w:rFonts w:ascii="Arial" w:hAnsi="Arial"/>
          <w:color w:val="5D7284"/>
          <w:sz w:val="22"/>
        </w:rPr>
        <w:t>38:25</w:t>
      </w:r>
    </w:p>
    <w:p>
      <w:pPr>
        <w:spacing w:after="0"/>
      </w:pPr>
      <w:r>
        <w:rPr>
          <w:rFonts w:ascii="Arial" w:hAnsi="Arial"/>
          <w:sz w:val="22"/>
        </w:rPr>
        <w:t>Otherwise, now on so much culture. Yeah. And people don't. People don't even have the opportunity to find things that they like, yeah, to access venues or get to certain places. And even financially, there's a big difference there. And you know, this show, I mean, they also include subtitles on the live stream. And then in the actual show. They had a BSL interpreter, as well. As screens rounds, it was one of the most successful shows I've been to. And I just thought this is what it is. And it made me so, so happy. Like in that moment. I felt so content that it was accessible to everybody. However, it did slightly go downhill when women that was leading people on the accessible platform, turned around and said, oh, sorry, we didn't expect too many people to need the platform. And I was there like, I'm about to go, and James is like holding me back and he's like, just just try dial it back a little bit</w:t>
      </w:r>
    </w:p>
    <w:p>
      <w:pPr>
        <w:spacing w:after="0"/>
      </w:pPr>
    </w:p>
    <w:p>
      <w:pPr>
        <w:spacing w:after="0"/>
      </w:pPr>
      <w:r>
        <w:rPr>
          <w:rFonts w:ascii="Arial" w:hAnsi="Arial"/>
          <w:b/>
          <w:sz w:val="22"/>
        </w:rPr>
        <w:t xml:space="preserve">Alice  </w:t>
      </w:r>
      <w:r>
        <w:rPr>
          <w:rFonts w:ascii="Arial" w:hAnsi="Arial"/>
          <w:color w:val="5D7284"/>
          <w:sz w:val="22"/>
        </w:rPr>
        <w:t>39:42</w:t>
      </w:r>
    </w:p>
    <w:p>
      <w:pPr>
        <w:spacing w:after="0"/>
      </w:pPr>
      <w:r>
        <w:rPr>
          <w:rFonts w:ascii="Arial" w:hAnsi="Arial"/>
          <w:sz w:val="22"/>
        </w:rPr>
        <w:t>I think the thing that I take away from that though, is like it's the Don't, don't don't go oh, well we'll have an accessible platform for the disabled. The you know the the little out name for the disabled for the disableds, we'll sit them over here. Actually, why don't you make it more accessible, more level, you know, and make accessibility across the and across most of it, and then have instead of, you know, 25% of people on the accessible platform, have maybe 75% of our successful grab, and then 25% of people if they insist on sitting in the stupid chairs, they can sit in the stupid stationary chairs. I mean, it's like, it made me think of my mom. When we lived in London, my mum loved going to the theater. She was it was a big thing. She's now in her 70s Mobile, we don't live in London anymore. She can't get around as easily as she used to. And so there was a period of time where I think it was the Royal Shakespeare Company where they partnered with like National Film theatre or something. And they were basically live streaming shows and also recorded shows into cinemas, which meant that my 70 year old mum could still go and see the plays and stuff that she loved, without having to go to London without having to sit like the globe is amazing. It's fucking outside and it's cold outside. Like, I don't know if you guys know England, known for our tropical weather.</w:t>
      </w:r>
    </w:p>
    <w:p>
      <w:pPr>
        <w:spacing w:after="0"/>
      </w:pPr>
    </w:p>
    <w:p>
      <w:pPr>
        <w:spacing w:after="0"/>
      </w:pPr>
      <w:r>
        <w:rPr>
          <w:rFonts w:ascii="Arial" w:hAnsi="Arial"/>
          <w:b/>
          <w:sz w:val="22"/>
        </w:rPr>
        <w:t xml:space="preserve">Lucy  </w:t>
      </w:r>
      <w:r>
        <w:rPr>
          <w:rFonts w:ascii="Arial" w:hAnsi="Arial"/>
          <w:color w:val="5D7284"/>
          <w:sz w:val="22"/>
        </w:rPr>
        <w:t>41:20</w:t>
      </w:r>
    </w:p>
    <w:p>
      <w:pPr>
        <w:spacing w:after="0"/>
      </w:pPr>
      <w:r>
        <w:rPr>
          <w:rFonts w:ascii="Arial" w:hAnsi="Arial"/>
          <w:sz w:val="22"/>
        </w:rPr>
        <w:t>No. I can remember going to see Muse a few years back with my mom and it was at the Coventry stadium. And the night before, everybody thought somebody was trying to attack the Coventry stadium because there was pyrotechnics going off. And they're like, no, no, it's musw. But I went to the I went to this football. I've never been to a football stadium before in my life. And it was freezing cold. My hips had gone into spasm. I was like, I really need a cup of tea. I know it's not very rock and roll. I would like a lie down</w:t>
      </w:r>
    </w:p>
    <w:p>
      <w:pPr>
        <w:spacing w:after="0"/>
      </w:pPr>
    </w:p>
    <w:p>
      <w:pPr>
        <w:spacing w:after="0"/>
      </w:pPr>
      <w:r>
        <w:rPr>
          <w:rFonts w:ascii="Arial" w:hAnsi="Arial"/>
          <w:b/>
          <w:sz w:val="22"/>
        </w:rPr>
        <w:t xml:space="preserve">Alice  </w:t>
      </w:r>
      <w:r>
        <w:rPr>
          <w:rFonts w:ascii="Arial" w:hAnsi="Arial"/>
          <w:color w:val="5D7284"/>
          <w:sz w:val="22"/>
        </w:rPr>
        <w:t>42:01</w:t>
      </w:r>
    </w:p>
    <w:p>
      <w:pPr>
        <w:spacing w:after="0"/>
      </w:pPr>
      <w:r>
        <w:rPr>
          <w:rFonts w:ascii="Arial" w:hAnsi="Arial"/>
          <w:sz w:val="22"/>
        </w:rPr>
        <w:t>Can I have a hot chocolate and a blanket please</w:t>
      </w:r>
    </w:p>
    <w:p>
      <w:pPr>
        <w:spacing w:after="0"/>
      </w:pPr>
    </w:p>
    <w:p>
      <w:pPr>
        <w:spacing w:after="0"/>
      </w:pPr>
      <w:r>
        <w:rPr>
          <w:rFonts w:ascii="Arial" w:hAnsi="Arial"/>
          <w:b/>
          <w:sz w:val="22"/>
        </w:rPr>
        <w:t xml:space="preserve">Lucy  </w:t>
      </w:r>
      <w:r>
        <w:rPr>
          <w:rFonts w:ascii="Arial" w:hAnsi="Arial"/>
          <w:color w:val="5D7284"/>
          <w:sz w:val="22"/>
        </w:rPr>
        <w:t>42:04</w:t>
      </w:r>
    </w:p>
    <w:p>
      <w:pPr>
        <w:spacing w:after="0"/>
      </w:pPr>
      <w:r>
        <w:rPr>
          <w:rFonts w:ascii="Arial" w:hAnsi="Arial"/>
          <w:sz w:val="22"/>
        </w:rPr>
        <w:t>Thank you Matt Bellamy but I want to go home now. That kind of thing, and  you just but this is the thing I don't understand where people's mindset is post COVID where they've gone. Oh, yeah, corridors, corridors. Well, combs have been, I would have to sort the doors. That's why has this somebody said, I'm gonna win it. Can't we do this like a jewel thing. So like, a live stream, you can have the live stream. But if you want to call and be part of the audience to help, whoever it is on stage feel like they're performing to a live audience crack on? Because it's, it just makes sense.</w:t>
      </w:r>
    </w:p>
    <w:p>
      <w:pPr>
        <w:spacing w:after="0"/>
      </w:pPr>
    </w:p>
    <w:p>
      <w:pPr>
        <w:spacing w:after="0"/>
      </w:pPr>
      <w:r>
        <w:rPr>
          <w:rFonts w:ascii="Arial" w:hAnsi="Arial"/>
          <w:b/>
          <w:sz w:val="22"/>
        </w:rPr>
        <w:t xml:space="preserve">Holly Greader  </w:t>
      </w:r>
      <w:r>
        <w:rPr>
          <w:rFonts w:ascii="Arial" w:hAnsi="Arial"/>
          <w:color w:val="5D7284"/>
          <w:sz w:val="22"/>
        </w:rPr>
        <w:t>42:41</w:t>
      </w:r>
    </w:p>
    <w:p>
      <w:pPr>
        <w:spacing w:after="0"/>
      </w:pPr>
      <w:r>
        <w:rPr>
          <w:rFonts w:ascii="Arial" w:hAnsi="Arial"/>
          <w:sz w:val="22"/>
        </w:rPr>
        <w:t xml:space="preserve">I think there's a lot of people, I think there's a fear for some people that it means that people will stop turning up to events. </w:t>
      </w:r>
    </w:p>
    <w:p>
      <w:pPr>
        <w:spacing w:after="0"/>
      </w:pPr>
    </w:p>
    <w:p>
      <w:pPr>
        <w:spacing w:after="0"/>
      </w:pPr>
      <w:r>
        <w:rPr>
          <w:rFonts w:ascii="Arial" w:hAnsi="Arial"/>
          <w:b/>
          <w:sz w:val="22"/>
        </w:rPr>
        <w:t xml:space="preserve">Lucy  </w:t>
      </w:r>
      <w:r>
        <w:rPr>
          <w:rFonts w:ascii="Arial" w:hAnsi="Arial"/>
          <w:color w:val="5D7284"/>
          <w:sz w:val="22"/>
        </w:rPr>
        <w:t>42:48</w:t>
      </w:r>
    </w:p>
    <w:p>
      <w:pPr>
        <w:spacing w:after="0"/>
      </w:pPr>
      <w:r>
        <w:rPr>
          <w:rFonts w:ascii="Arial" w:hAnsi="Arial"/>
          <w:sz w:val="22"/>
        </w:rPr>
        <w:t>They wouldn't</w:t>
      </w:r>
    </w:p>
    <w:p>
      <w:pPr>
        <w:spacing w:after="0"/>
      </w:pPr>
    </w:p>
    <w:p>
      <w:pPr>
        <w:spacing w:after="0"/>
      </w:pPr>
      <w:r>
        <w:rPr>
          <w:rFonts w:ascii="Arial" w:hAnsi="Arial"/>
          <w:b/>
          <w:sz w:val="22"/>
        </w:rPr>
        <w:t xml:space="preserve">Holly Greader  </w:t>
      </w:r>
      <w:r>
        <w:rPr>
          <w:rFonts w:ascii="Arial" w:hAnsi="Arial"/>
          <w:color w:val="5D7284"/>
          <w:sz w:val="22"/>
        </w:rPr>
        <w:t>42:48</w:t>
      </w:r>
    </w:p>
    <w:p>
      <w:pPr>
        <w:spacing w:after="0"/>
      </w:pPr>
      <w:r>
        <w:rPr>
          <w:rFonts w:ascii="Arial" w:hAnsi="Arial"/>
          <w:sz w:val="22"/>
        </w:rPr>
        <w:t xml:space="preserve">They don't think that's true, because there's no you do there is an atmosphere, when you're actually at a venue, there is often different atmosphere. But this makes it more accessible for people that may never get the opportunity to go otherwise. And why are we not like accessibility, someone listens that you go, Ah, well, we meant to do something about like, people that have something they can see, like somebody mentioned that it should be like on top of your list, because a lot of the time when you're looking at a venue you might consider you know, how big do you want that audience to be? So you will actually that venue is not going to work? Because I want this many 1000 people, this few 100 people. So why the hell are we not doing that? for accessibility purposes? If the space is too small to have a big enough Disabled viewing platform, get a bigger space, or take up some of your standing space, because both should be treated equally. </w:t>
      </w:r>
    </w:p>
    <w:p>
      <w:pPr>
        <w:spacing w:after="0"/>
      </w:pPr>
    </w:p>
    <w:p>
      <w:pPr>
        <w:spacing w:after="0"/>
      </w:pPr>
      <w:r>
        <w:rPr>
          <w:rFonts w:ascii="Arial" w:hAnsi="Arial"/>
          <w:b/>
          <w:sz w:val="22"/>
        </w:rPr>
        <w:t xml:space="preserve">Alice  </w:t>
      </w:r>
      <w:r>
        <w:rPr>
          <w:rFonts w:ascii="Arial" w:hAnsi="Arial"/>
          <w:color w:val="5D7284"/>
          <w:sz w:val="22"/>
        </w:rPr>
        <w:t>43:20</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43:40</w:t>
      </w:r>
    </w:p>
    <w:p>
      <w:pPr>
        <w:spacing w:after="0"/>
      </w:pPr>
      <w:r>
        <w:rPr>
          <w:rFonts w:ascii="Arial" w:hAnsi="Arial"/>
          <w:sz w:val="22"/>
        </w:rPr>
        <w:t>it shouldn't. One shouldn't ever be prioritized.</w:t>
      </w:r>
    </w:p>
    <w:p>
      <w:pPr>
        <w:spacing w:after="0"/>
      </w:pPr>
    </w:p>
    <w:p>
      <w:pPr>
        <w:spacing w:after="0"/>
      </w:pPr>
      <w:r>
        <w:rPr>
          <w:rFonts w:ascii="Arial" w:hAnsi="Arial"/>
          <w:b/>
          <w:sz w:val="22"/>
        </w:rPr>
        <w:t xml:space="preserve">Alice  </w:t>
      </w:r>
      <w:r>
        <w:rPr>
          <w:rFonts w:ascii="Arial" w:hAnsi="Arial"/>
          <w:color w:val="5D7284"/>
          <w:sz w:val="22"/>
        </w:rPr>
        <w:t>44:00</w:t>
      </w:r>
    </w:p>
    <w:p>
      <w:pPr>
        <w:spacing w:after="0"/>
      </w:pPr>
      <w:r>
        <w:rPr>
          <w:rFonts w:ascii="Arial" w:hAnsi="Arial"/>
          <w:sz w:val="22"/>
        </w:rPr>
        <w:t>And the thing that doesn't that I would say as well is you know if if I know that there is a lot of complexity to making a venue accessible to different kinds of sort of disabled needs, but I mean if if you've planned for 50 wheelchair users and actually only 25 wheelchair users turn up can the able bodied people not also stand on the platform?</w:t>
      </w:r>
    </w:p>
    <w:p>
      <w:pPr>
        <w:spacing w:after="0"/>
      </w:pPr>
    </w:p>
    <w:p>
      <w:pPr>
        <w:spacing w:after="0"/>
      </w:pPr>
      <w:r>
        <w:rPr>
          <w:rFonts w:ascii="Arial" w:hAnsi="Arial"/>
          <w:b/>
          <w:sz w:val="22"/>
        </w:rPr>
        <w:t xml:space="preserve">Lucy  </w:t>
      </w:r>
      <w:r>
        <w:rPr>
          <w:rFonts w:ascii="Arial" w:hAnsi="Arial"/>
          <w:color w:val="5D7284"/>
          <w:sz w:val="22"/>
        </w:rPr>
        <w:t>44:28</w:t>
      </w:r>
    </w:p>
    <w:p>
      <w:pPr>
        <w:spacing w:after="0"/>
      </w:pPr>
      <w:r>
        <w:rPr>
          <w:rFonts w:ascii="Arial" w:hAnsi="Arial"/>
          <w:sz w:val="22"/>
        </w:rPr>
        <w:t>Oh don't be silly Alice, How dare you! No! They can't stand on a platform like a pleb,  No. Absolutely not!</w:t>
      </w:r>
    </w:p>
    <w:p>
      <w:pPr>
        <w:spacing w:after="0"/>
      </w:pPr>
    </w:p>
    <w:p>
      <w:pPr>
        <w:spacing w:after="0"/>
      </w:pPr>
      <w:r>
        <w:rPr>
          <w:rFonts w:ascii="Arial" w:hAnsi="Arial"/>
          <w:b/>
          <w:sz w:val="22"/>
        </w:rPr>
        <w:t xml:space="preserve">Holly Greader  </w:t>
      </w:r>
      <w:r>
        <w:rPr>
          <w:rFonts w:ascii="Arial" w:hAnsi="Arial"/>
          <w:color w:val="5D7284"/>
          <w:sz w:val="22"/>
        </w:rPr>
        <w:t>44:37</w:t>
      </w:r>
    </w:p>
    <w:p>
      <w:pPr>
        <w:spacing w:after="0"/>
      </w:pPr>
      <w:r>
        <w:rPr>
          <w:rFonts w:ascii="Arial" w:hAnsi="Arial"/>
          <w:sz w:val="22"/>
        </w:rPr>
        <w:t>They might be mistaken for a Carer..</w:t>
      </w:r>
    </w:p>
    <w:p>
      <w:pPr>
        <w:spacing w:after="0"/>
      </w:pPr>
    </w:p>
    <w:p>
      <w:pPr>
        <w:spacing w:after="0"/>
      </w:pPr>
      <w:r>
        <w:rPr>
          <w:rFonts w:ascii="Arial" w:hAnsi="Arial"/>
          <w:b/>
          <w:sz w:val="22"/>
        </w:rPr>
        <w:t xml:space="preserve">Lucy  </w:t>
      </w:r>
      <w:r>
        <w:rPr>
          <w:rFonts w:ascii="Arial" w:hAnsi="Arial"/>
          <w:color w:val="5D7284"/>
          <w:sz w:val="22"/>
        </w:rPr>
        <w:t>44:45</w:t>
      </w:r>
    </w:p>
    <w:p>
      <w:pPr>
        <w:spacing w:after="0"/>
      </w:pPr>
      <w:r>
        <w:rPr>
          <w:rFonts w:ascii="Arial" w:hAnsi="Arial"/>
          <w:sz w:val="22"/>
        </w:rPr>
        <w:t>Yeah. Oh goodness. They might catch something</w:t>
      </w:r>
    </w:p>
    <w:p>
      <w:pPr>
        <w:spacing w:after="0"/>
      </w:pPr>
    </w:p>
    <w:p>
      <w:pPr>
        <w:spacing w:after="0"/>
      </w:pPr>
      <w:r>
        <w:rPr>
          <w:rFonts w:ascii="Arial" w:hAnsi="Arial"/>
          <w:b/>
          <w:sz w:val="22"/>
        </w:rPr>
        <w:t xml:space="preserve">Holly Greader  </w:t>
      </w:r>
      <w:r>
        <w:rPr>
          <w:rFonts w:ascii="Arial" w:hAnsi="Arial"/>
          <w:color w:val="5D7284"/>
          <w:sz w:val="22"/>
        </w:rPr>
        <w:t>44:48</w:t>
      </w:r>
    </w:p>
    <w:p>
      <w:pPr>
        <w:spacing w:after="0"/>
      </w:pPr>
      <w:r>
        <w:rPr>
          <w:rFonts w:ascii="Arial" w:hAnsi="Arial"/>
          <w:sz w:val="22"/>
        </w:rPr>
        <w:t>I use the extra Space to dance</w:t>
      </w:r>
    </w:p>
    <w:p>
      <w:pPr>
        <w:spacing w:after="0"/>
      </w:pPr>
    </w:p>
    <w:p>
      <w:pPr>
        <w:spacing w:after="0"/>
      </w:pPr>
      <w:r>
        <w:rPr>
          <w:rFonts w:ascii="Arial" w:hAnsi="Arial"/>
          <w:b/>
          <w:sz w:val="22"/>
        </w:rPr>
        <w:t xml:space="preserve">Disclaimer  </w:t>
      </w:r>
      <w:r>
        <w:rPr>
          <w:rFonts w:ascii="Arial" w:hAnsi="Arial"/>
          <w:color w:val="5D7284"/>
          <w:sz w:val="22"/>
        </w:rPr>
        <w:t>44:53</w:t>
      </w:r>
    </w:p>
    <w:p>
      <w:pPr>
        <w:spacing w:after="0"/>
      </w:pPr>
      <w:r>
        <w:rPr>
          <w:rFonts w:ascii="Arial" w:hAnsi="Arial"/>
          <w:sz w:val="22"/>
        </w:rPr>
        <w:t>And the thing I always say to people like I keep saying to my friends is you know whenever you want to go to they're like, tell me about I get a free carers ticket like you want you want to be mistaken for Cara because then instead of paying 90 quid for two tickets we could pay 90 quid for four tickets</w:t>
      </w:r>
    </w:p>
    <w:p>
      <w:pPr>
        <w:spacing w:after="0"/>
      </w:pPr>
    </w:p>
    <w:p>
      <w:pPr>
        <w:spacing w:after="0"/>
      </w:pPr>
      <w:r>
        <w:rPr>
          <w:rFonts w:ascii="Arial" w:hAnsi="Arial"/>
          <w:b/>
          <w:sz w:val="22"/>
        </w:rPr>
        <w:t xml:space="preserve">Holly Greader  </w:t>
      </w:r>
      <w:r>
        <w:rPr>
          <w:rFonts w:ascii="Arial" w:hAnsi="Arial"/>
          <w:color w:val="5D7284"/>
          <w:sz w:val="22"/>
        </w:rPr>
        <w:t>45:14</w:t>
      </w:r>
    </w:p>
    <w:p>
      <w:pPr>
        <w:spacing w:after="0"/>
      </w:pPr>
      <w:r>
        <w:rPr>
          <w:rFonts w:ascii="Arial" w:hAnsi="Arial"/>
          <w:sz w:val="22"/>
        </w:rPr>
        <w:t>I've just with my with my mom and her husband so we're going to be Stereophonics Tom Jones Gig in December and I managed to guess basically over half price off the yeah</w:t>
      </w:r>
    </w:p>
    <w:p>
      <w:pPr>
        <w:spacing w:after="0"/>
      </w:pPr>
    </w:p>
    <w:p>
      <w:pPr>
        <w:spacing w:after="0"/>
      </w:pPr>
      <w:r>
        <w:rPr>
          <w:rFonts w:ascii="Arial" w:hAnsi="Arial"/>
          <w:b/>
          <w:sz w:val="22"/>
        </w:rPr>
        <w:t xml:space="preserve">Lucy  </w:t>
      </w:r>
      <w:r>
        <w:rPr>
          <w:rFonts w:ascii="Arial" w:hAnsi="Arial"/>
          <w:color w:val="5D7284"/>
          <w:sz w:val="22"/>
        </w:rPr>
        <w:t>45:29</w:t>
      </w:r>
    </w:p>
    <w:p>
      <w:pPr>
        <w:spacing w:after="0"/>
      </w:pPr>
      <w:r>
        <w:rPr>
          <w:rFonts w:ascii="Arial" w:hAnsi="Arial"/>
          <w:sz w:val="22"/>
        </w:rPr>
        <w:t>yeah my when I when I go anywhere with my friend Tom we go to concerts or anything and there was an opportunity for me to meet the said star of whatever we've been to say he'll go Come with me Come with me because he knows that if they spot me, it's like we're in and then he's like look sad look, I've been stood there ages</w:t>
      </w:r>
    </w:p>
    <w:p>
      <w:pPr>
        <w:spacing w:after="0"/>
      </w:pPr>
    </w:p>
    <w:p>
      <w:pPr>
        <w:spacing w:after="0"/>
      </w:pPr>
      <w:r>
        <w:rPr>
          <w:rFonts w:ascii="Arial" w:hAnsi="Arial"/>
          <w:b/>
          <w:sz w:val="22"/>
        </w:rPr>
        <w:t xml:space="preserve">Alice  </w:t>
      </w:r>
      <w:r>
        <w:rPr>
          <w:rFonts w:ascii="Arial" w:hAnsi="Arial"/>
          <w:color w:val="5D7284"/>
          <w:sz w:val="22"/>
        </w:rPr>
        <w:t>45:57</w:t>
      </w:r>
    </w:p>
    <w:p>
      <w:pPr>
        <w:spacing w:after="0"/>
      </w:pPr>
      <w:r>
        <w:rPr>
          <w:rFonts w:ascii="Arial" w:hAnsi="Arial"/>
          <w:sz w:val="22"/>
        </w:rPr>
        <w:t>we haven't had a  Tom  story for ages, It's nice to bring him back.  Tom's back!</w:t>
      </w:r>
    </w:p>
    <w:p>
      <w:pPr>
        <w:spacing w:after="0"/>
      </w:pPr>
    </w:p>
    <w:p>
      <w:pPr>
        <w:spacing w:after="0"/>
      </w:pPr>
      <w:r>
        <w:rPr>
          <w:rFonts w:ascii="Arial" w:hAnsi="Arial"/>
          <w:b/>
          <w:sz w:val="22"/>
        </w:rPr>
        <w:t xml:space="preserve">Disclaimer  </w:t>
      </w:r>
      <w:r>
        <w:rPr>
          <w:rFonts w:ascii="Arial" w:hAnsi="Arial"/>
          <w:color w:val="5D7284"/>
          <w:sz w:val="22"/>
        </w:rPr>
        <w:t>46:02</w:t>
      </w:r>
    </w:p>
    <w:p>
      <w:pPr>
        <w:spacing w:after="0"/>
      </w:pPr>
      <w:r>
        <w:rPr>
          <w:rFonts w:ascii="Arial" w:hAnsi="Arial"/>
          <w:sz w:val="22"/>
        </w:rPr>
        <w:t>Hearing him making full use of your disability privalidges</w:t>
      </w:r>
    </w:p>
    <w:p>
      <w:pPr>
        <w:spacing w:after="0"/>
      </w:pPr>
    </w:p>
    <w:p>
      <w:pPr>
        <w:spacing w:after="0"/>
      </w:pPr>
      <w:r>
        <w:rPr>
          <w:rFonts w:ascii="Arial" w:hAnsi="Arial"/>
          <w:b/>
          <w:sz w:val="22"/>
        </w:rPr>
        <w:t xml:space="preserve">Lucy  </w:t>
      </w:r>
      <w:r>
        <w:rPr>
          <w:rFonts w:ascii="Arial" w:hAnsi="Arial"/>
          <w:color w:val="5D7284"/>
          <w:sz w:val="22"/>
        </w:rPr>
        <w:t>46:07</w:t>
      </w:r>
    </w:p>
    <w:p>
      <w:pPr>
        <w:spacing w:after="0"/>
      </w:pPr>
      <w:r>
        <w:rPr>
          <w:rFonts w:ascii="Arial" w:hAnsi="Arial"/>
          <w:sz w:val="22"/>
        </w:rPr>
        <w:t>He'll be ringing me going Why did you say that?</w:t>
      </w:r>
    </w:p>
    <w:p>
      <w:pPr>
        <w:spacing w:after="0"/>
      </w:pPr>
    </w:p>
    <w:p>
      <w:pPr>
        <w:spacing w:after="0"/>
      </w:pPr>
      <w:r>
        <w:rPr>
          <w:rFonts w:ascii="Arial" w:hAnsi="Arial"/>
          <w:b/>
          <w:sz w:val="22"/>
        </w:rPr>
        <w:t xml:space="preserve">Holly Greader  </w:t>
      </w:r>
      <w:r>
        <w:rPr>
          <w:rFonts w:ascii="Arial" w:hAnsi="Arial"/>
          <w:color w:val="5D7284"/>
          <w:sz w:val="22"/>
        </w:rPr>
        <w:t>46:15</w:t>
      </w:r>
    </w:p>
    <w:p>
      <w:pPr>
        <w:spacing w:after="0"/>
      </w:pPr>
      <w:r>
        <w:rPr>
          <w:rFonts w:ascii="Arial" w:hAnsi="Arial"/>
          <w:sz w:val="22"/>
        </w:rPr>
        <w:t>I had a friend. I still have a friend who have more than one friend. But like I had a friend and she worked and kind of like, she was kind of about to leave school, she was working with Mencap center. And one of her colleagues spotted her out with me one day. And you know obviously you know, I wasn't part of the center. And she was pushing me my chair before my had my electric. So like, We met once a week as like a highlight of my week, because I just got to go out and be a bit more normal than I had been. Basically, she's reported to her manager, because she was taking private clients. That's my friend. So she got to be you know, to be, you know, maybe suspension on your job, we weren't really sure. And they went at her and she was like, that is my friend.</w:t>
      </w:r>
    </w:p>
    <w:p>
      <w:pPr>
        <w:spacing w:after="0"/>
      </w:pPr>
    </w:p>
    <w:p>
      <w:pPr>
        <w:spacing w:after="0"/>
      </w:pPr>
      <w:r>
        <w:rPr>
          <w:rFonts w:ascii="Arial" w:hAnsi="Arial"/>
          <w:b/>
          <w:sz w:val="22"/>
        </w:rPr>
        <w:t xml:space="preserve">Disclaimer  </w:t>
      </w:r>
      <w:r>
        <w:rPr>
          <w:rFonts w:ascii="Arial" w:hAnsi="Arial"/>
          <w:color w:val="5D7284"/>
          <w:sz w:val="22"/>
        </w:rPr>
        <w:t>47:17</w:t>
      </w:r>
    </w:p>
    <w:p>
      <w:pPr>
        <w:spacing w:after="0"/>
      </w:pPr>
      <w:r>
        <w:rPr>
          <w:rFonts w:ascii="Arial" w:hAnsi="Arial"/>
          <w:sz w:val="22"/>
        </w:rPr>
        <w:t>Yeah, I'm allowed to have a friend.</w:t>
      </w:r>
    </w:p>
    <w:p>
      <w:pPr>
        <w:spacing w:after="0"/>
      </w:pPr>
    </w:p>
    <w:p>
      <w:pPr>
        <w:spacing w:after="0"/>
      </w:pPr>
      <w:r>
        <w:rPr>
          <w:rFonts w:ascii="Arial" w:hAnsi="Arial"/>
          <w:b/>
          <w:sz w:val="22"/>
        </w:rPr>
        <w:t xml:space="preserve">Holly Greader  </w:t>
      </w:r>
      <w:r>
        <w:rPr>
          <w:rFonts w:ascii="Arial" w:hAnsi="Arial"/>
          <w:color w:val="5D7284"/>
          <w:sz w:val="22"/>
        </w:rPr>
        <w:t>47:20</w:t>
      </w:r>
    </w:p>
    <w:p>
      <w:pPr>
        <w:spacing w:after="0"/>
      </w:pPr>
      <w:r>
        <w:rPr>
          <w:rFonts w:ascii="Arial" w:hAnsi="Arial"/>
          <w:sz w:val="22"/>
        </w:rPr>
        <w:t>Some people are disabled, you know, my friend happens to be disabled, and I pushed her wheelchair, because it was easier for her. Like, she was like, the shock on thier face was absolutely outstanding.</w:t>
      </w:r>
    </w:p>
    <w:p>
      <w:pPr>
        <w:spacing w:after="0"/>
      </w:pPr>
    </w:p>
    <w:p>
      <w:pPr>
        <w:spacing w:after="0"/>
      </w:pPr>
      <w:r>
        <w:rPr>
          <w:rFonts w:ascii="Arial" w:hAnsi="Arial"/>
          <w:b/>
          <w:sz w:val="22"/>
        </w:rPr>
        <w:t xml:space="preserve">Disclaimer  </w:t>
      </w:r>
      <w:r>
        <w:rPr>
          <w:rFonts w:ascii="Arial" w:hAnsi="Arial"/>
          <w:color w:val="5D7284"/>
          <w:sz w:val="22"/>
        </w:rPr>
        <w:t>47:34</w:t>
      </w:r>
    </w:p>
    <w:p>
      <w:pPr>
        <w:spacing w:after="0"/>
      </w:pPr>
      <w:r>
        <w:rPr>
          <w:rFonts w:ascii="Arial" w:hAnsi="Arial"/>
          <w:sz w:val="22"/>
        </w:rPr>
        <w:t>I mean, what on earth is she doing? If she she works with disabled people, and and she's socializing with the same time she'll be getting named for ourselves, you must have</w:t>
      </w:r>
    </w:p>
    <w:p>
      <w:pPr>
        <w:spacing w:after="0"/>
      </w:pPr>
    </w:p>
    <w:p>
      <w:pPr>
        <w:spacing w:after="0"/>
      </w:pPr>
      <w:r>
        <w:rPr>
          <w:rFonts w:ascii="Arial" w:hAnsi="Arial"/>
          <w:b/>
          <w:sz w:val="22"/>
        </w:rPr>
        <w:t xml:space="preserve">Lucy  </w:t>
      </w:r>
      <w:r>
        <w:rPr>
          <w:rFonts w:ascii="Arial" w:hAnsi="Arial"/>
          <w:color w:val="5D7284"/>
          <w:sz w:val="22"/>
        </w:rPr>
        <w:t>47:44</w:t>
      </w:r>
    </w:p>
    <w:p>
      <w:pPr>
        <w:spacing w:after="0"/>
      </w:pPr>
      <w:r>
        <w:rPr>
          <w:rFonts w:ascii="Arial" w:hAnsi="Arial"/>
          <w:sz w:val="22"/>
        </w:rPr>
        <w:t>some sort of fetish.</w:t>
      </w:r>
    </w:p>
    <w:p>
      <w:pPr>
        <w:spacing w:after="0"/>
      </w:pPr>
    </w:p>
    <w:p>
      <w:pPr>
        <w:spacing w:after="0"/>
      </w:pPr>
      <w:r>
        <w:rPr>
          <w:rFonts w:ascii="Arial" w:hAnsi="Arial"/>
          <w:b/>
          <w:sz w:val="22"/>
        </w:rPr>
        <w:t xml:space="preserve">Holly Greader  </w:t>
      </w:r>
      <w:r>
        <w:rPr>
          <w:rFonts w:ascii="Arial" w:hAnsi="Arial"/>
          <w:color w:val="5D7284"/>
          <w:sz w:val="22"/>
        </w:rPr>
        <w:t>47:51</w:t>
      </w:r>
    </w:p>
    <w:p>
      <w:pPr>
        <w:spacing w:after="0"/>
      </w:pPr>
      <w:r>
        <w:rPr>
          <w:rFonts w:ascii="Arial" w:hAnsi="Arial"/>
          <w:sz w:val="22"/>
        </w:rPr>
        <w:t>Just it was one of those moments where I was like, Oh, my God, like what the hell is wrong?</w:t>
      </w:r>
    </w:p>
    <w:p>
      <w:pPr>
        <w:spacing w:after="0"/>
      </w:pPr>
    </w:p>
    <w:p>
      <w:pPr>
        <w:spacing w:after="0"/>
      </w:pPr>
      <w:r>
        <w:rPr>
          <w:rFonts w:ascii="Arial" w:hAnsi="Arial"/>
          <w:b/>
          <w:sz w:val="22"/>
        </w:rPr>
        <w:t xml:space="preserve">Disclaimer  </w:t>
      </w:r>
      <w:r>
        <w:rPr>
          <w:rFonts w:ascii="Arial" w:hAnsi="Arial"/>
          <w:color w:val="5D7284"/>
          <w:sz w:val="22"/>
        </w:rPr>
        <w:t>47:58</w:t>
      </w:r>
    </w:p>
    <w:p>
      <w:pPr>
        <w:spacing w:after="0"/>
      </w:pPr>
      <w:r>
        <w:rPr>
          <w:rFonts w:ascii="Arial" w:hAnsi="Arial"/>
          <w:sz w:val="22"/>
        </w:rPr>
        <w:t>I mean, that just speaks volumes. It just tells you what people think is why she wouldn't possibly choose to spend time with somebody who happens to have a mobility difference. Why on earth would your person wish to spend? Like, shouldn't you only do that? If you've got no other choice?</w:t>
      </w:r>
    </w:p>
    <w:p>
      <w:pPr>
        <w:spacing w:after="0"/>
      </w:pPr>
    </w:p>
    <w:p>
      <w:pPr>
        <w:spacing w:after="0"/>
      </w:pPr>
      <w:r>
        <w:rPr>
          <w:rFonts w:ascii="Arial" w:hAnsi="Arial"/>
          <w:b/>
          <w:sz w:val="22"/>
        </w:rPr>
        <w:t xml:space="preserve">Lucy  </w:t>
      </w:r>
      <w:r>
        <w:rPr>
          <w:rFonts w:ascii="Arial" w:hAnsi="Arial"/>
          <w:color w:val="5D7284"/>
          <w:sz w:val="22"/>
        </w:rPr>
        <w:t>48:14</w:t>
      </w:r>
    </w:p>
    <w:p>
      <w:pPr>
        <w:spacing w:after="0"/>
      </w:pPr>
      <w:r>
        <w:rPr>
          <w:rFonts w:ascii="Arial" w:hAnsi="Arial"/>
          <w:sz w:val="22"/>
        </w:rPr>
        <w:t>Yeah. Well, I did have a friend at college many, many moons ago who I was, I was friends of for very long time, actually. And we will we'll got quite close. And I actually found out that she was friends with me because it made her look good. Which was really quite hurtful. Because she, she she was talking to one of my other friends about me. And she let slip like, oh, well with Lucy, I get good views at gigs. And they get, you know, we can park here and we can jump queues at theme parks. And obviously, the other friend who is also disabled, came back and told me because they were like, did you know she's saying this. And so we all came to a head and I sort of had to distance myself on because that's that was like a toxic friendship. I'm very lucky that my friends, the circles I move in now. I don't like that at all. In fact, I mean, I joke that Tom often says, Yeah, we get to meet the famous people and park outside. Like he'll often say, if he takes me anywhere in the car is like, Did you bring the budget? I don't know. And he goes, Oh, God sake it's the only reason I  bring out because I can park close, but easy. Of course, he's joking. And if he thought I was one bit offended, he would be mortified.</w:t>
      </w:r>
    </w:p>
    <w:p>
      <w:pPr>
        <w:spacing w:after="0"/>
      </w:pPr>
    </w:p>
    <w:p>
      <w:pPr>
        <w:spacing w:after="0"/>
      </w:pPr>
      <w:r>
        <w:rPr>
          <w:rFonts w:ascii="Arial" w:hAnsi="Arial"/>
          <w:b/>
          <w:sz w:val="22"/>
        </w:rPr>
        <w:t xml:space="preserve">Disclaimer  </w:t>
      </w:r>
      <w:r>
        <w:rPr>
          <w:rFonts w:ascii="Arial" w:hAnsi="Arial"/>
          <w:color w:val="5D7284"/>
          <w:sz w:val="22"/>
        </w:rPr>
        <w:t>49:35</w:t>
      </w:r>
    </w:p>
    <w:p>
      <w:pPr>
        <w:spacing w:after="0"/>
      </w:pPr>
      <w:r>
        <w:rPr>
          <w:rFonts w:ascii="Arial" w:hAnsi="Arial"/>
          <w:sz w:val="22"/>
        </w:rPr>
        <w:t>I would also say, you know, considering how long Tom has known you and how much Lucy he has to put up with, I think the trade off decent parking spaces probably Yeah,</w:t>
      </w:r>
    </w:p>
    <w:p>
      <w:pPr>
        <w:spacing w:after="0"/>
      </w:pPr>
    </w:p>
    <w:p>
      <w:pPr>
        <w:spacing w:after="0"/>
      </w:pPr>
      <w:r>
        <w:rPr>
          <w:rFonts w:ascii="Arial" w:hAnsi="Arial"/>
          <w:b/>
          <w:sz w:val="22"/>
        </w:rPr>
        <w:t xml:space="preserve">Lucy  </w:t>
      </w:r>
      <w:r>
        <w:rPr>
          <w:rFonts w:ascii="Arial" w:hAnsi="Arial"/>
          <w:color w:val="5D7284"/>
          <w:sz w:val="22"/>
        </w:rPr>
        <w:t>49:46</w:t>
      </w:r>
    </w:p>
    <w:p>
      <w:pPr>
        <w:spacing w:after="0"/>
      </w:pPr>
      <w:r>
        <w:rPr>
          <w:rFonts w:ascii="Arial" w:hAnsi="Arial"/>
          <w:sz w:val="22"/>
        </w:rPr>
        <w:t>yeah, to be fair.</w:t>
      </w:r>
    </w:p>
    <w:p>
      <w:pPr>
        <w:spacing w:after="0"/>
      </w:pPr>
    </w:p>
    <w:p>
      <w:pPr>
        <w:spacing w:after="0"/>
      </w:pPr>
      <w:r>
        <w:rPr>
          <w:rFonts w:ascii="Arial" w:hAnsi="Arial"/>
          <w:b/>
          <w:sz w:val="22"/>
        </w:rPr>
        <w:t xml:space="preserve">Holly Greader  </w:t>
      </w:r>
      <w:r>
        <w:rPr>
          <w:rFonts w:ascii="Arial" w:hAnsi="Arial"/>
          <w:color w:val="5D7284"/>
          <w:sz w:val="22"/>
        </w:rPr>
        <w:t>49:49</w:t>
      </w:r>
    </w:p>
    <w:p>
      <w:pPr>
        <w:spacing w:after="0"/>
      </w:pPr>
      <w:r>
        <w:rPr>
          <w:rFonts w:ascii="Arial" w:hAnsi="Arial"/>
          <w:sz w:val="22"/>
        </w:rPr>
        <w:t>I think a video might have been the last year or last winter of a massive puddle in the park. And James Scott. Like him sat on my lap seat and have walked through Facebook with like reasons to date a disabled. Like you can go over puddles you can get closer things you can get cheap tickets for things. And is that the only reason why your with mw</w:t>
      </w:r>
    </w:p>
    <w:p>
      <w:pPr>
        <w:spacing w:after="0"/>
      </w:pPr>
    </w:p>
    <w:p>
      <w:pPr>
        <w:spacing w:after="0"/>
      </w:pPr>
      <w:r>
        <w:rPr>
          <w:rFonts w:ascii="Arial" w:hAnsi="Arial"/>
          <w:b/>
          <w:sz w:val="22"/>
        </w:rPr>
        <w:t xml:space="preserve">Disclaimer  </w:t>
      </w:r>
      <w:r>
        <w:rPr>
          <w:rFonts w:ascii="Arial" w:hAnsi="Arial"/>
          <w:color w:val="5D7284"/>
          <w:sz w:val="22"/>
        </w:rPr>
        <w:t>50:17</w:t>
      </w:r>
    </w:p>
    <w:p>
      <w:pPr>
        <w:spacing w:after="0"/>
      </w:pPr>
      <w:r>
        <w:rPr>
          <w:rFonts w:ascii="Arial" w:hAnsi="Arial"/>
          <w:sz w:val="22"/>
        </w:rPr>
        <w:t>I am I am fairly certain that the only reason several of my friends are my friends is because I come with a dog everywhere. Adam, in particular our editor, I imagine he would have walked off years ago had I not been like, Hey, I've got this cute Labrador.</w:t>
      </w:r>
    </w:p>
    <w:p>
      <w:pPr>
        <w:spacing w:after="0"/>
      </w:pPr>
    </w:p>
    <w:p>
      <w:pPr>
        <w:spacing w:after="0"/>
      </w:pPr>
      <w:r>
        <w:rPr>
          <w:rFonts w:ascii="Arial" w:hAnsi="Arial"/>
          <w:b/>
          <w:sz w:val="22"/>
        </w:rPr>
        <w:t xml:space="preserve">Lucy  </w:t>
      </w:r>
      <w:r>
        <w:rPr>
          <w:rFonts w:ascii="Arial" w:hAnsi="Arial"/>
          <w:color w:val="5D7284"/>
          <w:sz w:val="22"/>
        </w:rPr>
        <w:t>50:35</w:t>
      </w:r>
    </w:p>
    <w:p>
      <w:pPr>
        <w:spacing w:after="0"/>
      </w:pPr>
      <w:r>
        <w:rPr>
          <w:rFonts w:ascii="Arial" w:hAnsi="Arial"/>
          <w:sz w:val="22"/>
        </w:rPr>
        <w:t xml:space="preserve">I think the only reason I and he told me that she told me this himself. The only reason we have our friends is because my mom cooks lunch </w:t>
      </w:r>
    </w:p>
    <w:p>
      <w:pPr>
        <w:spacing w:after="0"/>
      </w:pPr>
    </w:p>
    <w:p>
      <w:pPr>
        <w:spacing w:after="0"/>
      </w:pPr>
      <w:r>
        <w:rPr>
          <w:rFonts w:ascii="Arial" w:hAnsi="Arial"/>
          <w:b/>
          <w:sz w:val="22"/>
        </w:rPr>
        <w:t xml:space="preserve">all  </w:t>
      </w:r>
      <w:r>
        <w:rPr>
          <w:rFonts w:ascii="Arial" w:hAnsi="Arial"/>
          <w:color w:val="5D7284"/>
          <w:sz w:val="22"/>
        </w:rPr>
        <w:t>50:46</w:t>
      </w:r>
    </w:p>
    <w:p>
      <w:pPr>
        <w:spacing w:after="0"/>
      </w:pPr>
      <w:r>
        <w:rPr>
          <w:rFonts w:ascii="Arial" w:hAnsi="Arial"/>
          <w:sz w:val="22"/>
        </w:rPr>
        <w:t>Laugh</w:t>
      </w:r>
    </w:p>
    <w:p>
      <w:pPr>
        <w:spacing w:after="0"/>
      </w:pPr>
    </w:p>
    <w:p>
      <w:pPr>
        <w:spacing w:after="0"/>
      </w:pPr>
      <w:r>
        <w:rPr>
          <w:rFonts w:ascii="Arial" w:hAnsi="Arial"/>
          <w:b/>
          <w:sz w:val="22"/>
        </w:rPr>
        <w:t xml:space="preserve">Lucy  </w:t>
      </w:r>
      <w:r>
        <w:rPr>
          <w:rFonts w:ascii="Arial" w:hAnsi="Arial"/>
          <w:color w:val="5D7284"/>
          <w:sz w:val="22"/>
        </w:rPr>
        <w:t>50:46</w:t>
      </w:r>
    </w:p>
    <w:p>
      <w:pPr>
        <w:spacing w:after="0"/>
      </w:pPr>
      <w:r>
        <w:rPr>
          <w:rFonts w:ascii="Arial" w:hAnsi="Arial"/>
          <w:sz w:val="22"/>
        </w:rPr>
        <w:t xml:space="preserve"> If your Mum stops cooking I'm off  It is true. In fact, sometimes when he arrives  I have Sorry, Tom, you're gonna listen to this. Like, this is liable. But it is true. You've told me he'll he'll turn up at the house. And my mom is probably nipped at Tescos to go and get like some stuff in or whatever. And instead of saying, Hello, how are you? It's nice to see you. I've missed you. That kind of nice thing. He'll go. Alright, where's your mom? Why? Because she has the food </w:t>
      </w:r>
    </w:p>
    <w:p>
      <w:pPr>
        <w:spacing w:after="0"/>
      </w:pPr>
    </w:p>
    <w:p>
      <w:pPr>
        <w:spacing w:after="0"/>
      </w:pPr>
      <w:r>
        <w:rPr>
          <w:rFonts w:ascii="Arial" w:hAnsi="Arial"/>
          <w:b/>
          <w:sz w:val="22"/>
        </w:rPr>
        <w:t xml:space="preserve">Disclaimer  </w:t>
      </w:r>
      <w:r>
        <w:rPr>
          <w:rFonts w:ascii="Arial" w:hAnsi="Arial"/>
          <w:color w:val="5D7284"/>
          <w:sz w:val="22"/>
        </w:rPr>
        <w:t>51:24</w:t>
      </w:r>
    </w:p>
    <w:p>
      <w:pPr>
        <w:spacing w:after="0"/>
      </w:pPr>
      <w:r>
        <w:rPr>
          <w:rFonts w:ascii="Arial" w:hAnsi="Arial"/>
          <w:sz w:val="22"/>
        </w:rPr>
        <w:t>Tom's a bit peckish.</w:t>
      </w:r>
    </w:p>
    <w:p>
      <w:pPr>
        <w:spacing w:after="0"/>
      </w:pPr>
    </w:p>
    <w:p>
      <w:pPr>
        <w:spacing w:after="0"/>
      </w:pPr>
      <w:r>
        <w:rPr>
          <w:rFonts w:ascii="Arial" w:hAnsi="Arial"/>
          <w:b/>
          <w:sz w:val="22"/>
        </w:rPr>
        <w:t xml:space="preserve">Lucy  </w:t>
      </w:r>
      <w:r>
        <w:rPr>
          <w:rFonts w:ascii="Arial" w:hAnsi="Arial"/>
          <w:color w:val="5D7284"/>
          <w:sz w:val="22"/>
        </w:rPr>
        <w:t>51:26</w:t>
      </w:r>
    </w:p>
    <w:p>
      <w:pPr>
        <w:spacing w:after="0"/>
      </w:pPr>
      <w:r>
        <w:rPr>
          <w:rFonts w:ascii="Arial" w:hAnsi="Arial"/>
          <w:sz w:val="22"/>
        </w:rPr>
        <w:t>Yeah, Tom is hungry. its only  backfired on him once really. But there we go.</w:t>
      </w:r>
    </w:p>
    <w:p>
      <w:pPr>
        <w:spacing w:after="0"/>
      </w:pPr>
    </w:p>
    <w:p>
      <w:pPr>
        <w:spacing w:after="0"/>
      </w:pPr>
      <w:r>
        <w:rPr>
          <w:rFonts w:ascii="Arial" w:hAnsi="Arial"/>
          <w:b/>
          <w:sz w:val="22"/>
        </w:rPr>
        <w:t xml:space="preserve">Holly Greader  </w:t>
      </w:r>
      <w:r>
        <w:rPr>
          <w:rFonts w:ascii="Arial" w:hAnsi="Arial"/>
          <w:color w:val="5D7284"/>
          <w:sz w:val="22"/>
        </w:rPr>
        <w:t>51:32</w:t>
      </w:r>
    </w:p>
    <w:p>
      <w:pPr>
        <w:spacing w:after="0"/>
      </w:pPr>
      <w:r>
        <w:rPr>
          <w:rFonts w:ascii="Arial" w:hAnsi="Arial"/>
          <w:sz w:val="22"/>
        </w:rPr>
        <w:t xml:space="preserve">I mean, I don't really meant to tell this story. I'm going anyway. In my teens, I used crutches or a walking stick. I use crutches majority of the time most of school. And whenever my mom and I would go out somewhere, we're like trying to cross the road and cars coming. Nobody's gonna let you cross. She just kind of like, nudged me, they'll be like, put your stick in the road  Like, just like just just visible so people can see  that you're on crutches. And like she'd be like, just kind of edge them forwrd  a little bit. And then people would see my crutches to be like they'd stop and I'd  get across. </w:t>
      </w:r>
    </w:p>
    <w:p>
      <w:pPr>
        <w:spacing w:after="0"/>
      </w:pPr>
    </w:p>
    <w:p>
      <w:pPr>
        <w:spacing w:after="0"/>
      </w:pPr>
      <w:r>
        <w:rPr>
          <w:rFonts w:ascii="Arial" w:hAnsi="Arial"/>
          <w:b/>
          <w:sz w:val="22"/>
        </w:rPr>
        <w:t xml:space="preserve">Alice  </w:t>
      </w:r>
      <w:r>
        <w:rPr>
          <w:rFonts w:ascii="Arial" w:hAnsi="Arial"/>
          <w:color w:val="5D7284"/>
          <w:sz w:val="22"/>
        </w:rPr>
        <w:t>52:07</w:t>
      </w:r>
    </w:p>
    <w:p>
      <w:pPr>
        <w:spacing w:after="0"/>
      </w:pPr>
      <w:r>
        <w:rPr>
          <w:rFonts w:ascii="Arial" w:hAnsi="Arial"/>
          <w:sz w:val="22"/>
        </w:rPr>
        <w:t>Yeah</w:t>
      </w:r>
    </w:p>
    <w:p>
      <w:pPr>
        <w:spacing w:after="0"/>
      </w:pPr>
    </w:p>
    <w:p>
      <w:pPr>
        <w:spacing w:after="0"/>
      </w:pPr>
      <w:r>
        <w:rPr>
          <w:rFonts w:ascii="Arial" w:hAnsi="Arial"/>
          <w:b/>
          <w:sz w:val="22"/>
        </w:rPr>
        <w:t xml:space="preserve">Holly Greader  </w:t>
      </w:r>
      <w:r>
        <w:rPr>
          <w:rFonts w:ascii="Arial" w:hAnsi="Arial"/>
          <w:color w:val="5D7284"/>
          <w:sz w:val="22"/>
        </w:rPr>
        <w:t>52:08</w:t>
      </w:r>
    </w:p>
    <w:p>
      <w:pPr>
        <w:spacing w:after="0"/>
      </w:pPr>
      <w:r>
        <w:rPr>
          <w:rFonts w:ascii="Arial" w:hAnsi="Arial"/>
          <w:sz w:val="22"/>
        </w:rPr>
        <w:t xml:space="preserve"> didn't work every time, but a lot of the time, And she just like, it got to the point where it's just like a little like slight little gentle nudge. And I'm like sticking my toe into the road. Like, look at me, let me cross </w:t>
      </w:r>
    </w:p>
    <w:p>
      <w:pPr>
        <w:spacing w:after="0"/>
      </w:pPr>
    </w:p>
    <w:p>
      <w:pPr>
        <w:spacing w:after="0"/>
      </w:pPr>
      <w:r>
        <w:rPr>
          <w:rFonts w:ascii="Arial" w:hAnsi="Arial"/>
          <w:b/>
          <w:sz w:val="22"/>
        </w:rPr>
        <w:t xml:space="preserve">Alice  </w:t>
      </w:r>
      <w:r>
        <w:rPr>
          <w:rFonts w:ascii="Arial" w:hAnsi="Arial"/>
          <w:color w:val="5D7284"/>
          <w:sz w:val="22"/>
        </w:rPr>
        <w:t>52:18</w:t>
      </w:r>
    </w:p>
    <w:p>
      <w:pPr>
        <w:spacing w:after="0"/>
      </w:pPr>
      <w:r>
        <w:rPr>
          <w:rFonts w:ascii="Arial" w:hAnsi="Arial"/>
          <w:sz w:val="22"/>
        </w:rPr>
        <w:t>you've got to I'm sure I've heard the story before. But I don't ever have to, like, you know, if I go to Costa or Starbucks or whatever, I cannot remember the last time I had to carry my own drink. No, because I order my drink. And then they go bring it over.</w:t>
      </w:r>
    </w:p>
    <w:p>
      <w:pPr>
        <w:spacing w:after="0"/>
      </w:pPr>
    </w:p>
    <w:p>
      <w:pPr>
        <w:spacing w:after="0"/>
      </w:pPr>
      <w:r>
        <w:rPr>
          <w:rFonts w:ascii="Arial" w:hAnsi="Arial"/>
          <w:b/>
          <w:sz w:val="22"/>
        </w:rPr>
        <w:t xml:space="preserve">Lucy  </w:t>
      </w:r>
      <w:r>
        <w:rPr>
          <w:rFonts w:ascii="Arial" w:hAnsi="Arial"/>
          <w:color w:val="5D7284"/>
          <w:sz w:val="22"/>
        </w:rPr>
        <w:t>52:37</w:t>
      </w:r>
    </w:p>
    <w:p>
      <w:pPr>
        <w:spacing w:after="0"/>
      </w:pPr>
      <w:r>
        <w:rPr>
          <w:rFonts w:ascii="Arial" w:hAnsi="Arial"/>
          <w:sz w:val="22"/>
        </w:rPr>
        <w:t>I can't carry my own drink. If I carry my own drink. I go round in circles. I've got nobody with me. I'm like Can somebody?</w:t>
      </w:r>
    </w:p>
    <w:p>
      <w:pPr>
        <w:spacing w:after="0"/>
      </w:pPr>
    </w:p>
    <w:p>
      <w:pPr>
        <w:spacing w:after="0"/>
      </w:pPr>
      <w:r>
        <w:rPr>
          <w:rFonts w:ascii="Arial" w:hAnsi="Arial"/>
          <w:b/>
          <w:sz w:val="22"/>
        </w:rPr>
        <w:t xml:space="preserve">Disclaimer  </w:t>
      </w:r>
      <w:r>
        <w:rPr>
          <w:rFonts w:ascii="Arial" w:hAnsi="Arial"/>
          <w:color w:val="5D7284"/>
          <w:sz w:val="22"/>
        </w:rPr>
        <w:t>52:46</w:t>
      </w:r>
    </w:p>
    <w:p>
      <w:pPr>
        <w:spacing w:after="0"/>
      </w:pPr>
      <w:r>
        <w:rPr>
          <w:rFonts w:ascii="Arial" w:hAnsi="Arial"/>
          <w:sz w:val="22"/>
        </w:rPr>
        <w:t xml:space="preserve">I mean? Yeah, like I do me, I would really struggle because I need to have the harness and the leads. </w:t>
      </w:r>
    </w:p>
    <w:p>
      <w:pPr>
        <w:spacing w:after="0"/>
      </w:pPr>
    </w:p>
    <w:p>
      <w:pPr>
        <w:spacing w:after="0"/>
      </w:pPr>
      <w:r>
        <w:rPr>
          <w:rFonts w:ascii="Arial" w:hAnsi="Arial"/>
          <w:b/>
          <w:sz w:val="22"/>
        </w:rPr>
        <w:t xml:space="preserve">Lucy  </w:t>
      </w:r>
      <w:r>
        <w:rPr>
          <w:rFonts w:ascii="Arial" w:hAnsi="Arial"/>
          <w:color w:val="5D7284"/>
          <w:sz w:val="22"/>
        </w:rPr>
        <w:t>52:54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52:54</w:t>
      </w:r>
    </w:p>
    <w:p>
      <w:pPr>
        <w:spacing w:after="0"/>
      </w:pPr>
      <w:r>
        <w:rPr>
          <w:rFonts w:ascii="Arial" w:hAnsi="Arial"/>
          <w:sz w:val="22"/>
        </w:rPr>
        <w:t>And, you know, like, if my dog will take me to a table, but I have to find the chair. And that usually means I have to use my hands to find the chair because I can't see it with my eyes and stuff like that. So like it's it is absolutely an kind of an a necessity. But it because I've got the dog, I don't have to have this conversation with people anymore. They go, you've got a dog you sit down, we'll bring it to you. And I get you anything else? How about some cake? Like</w:t>
      </w:r>
    </w:p>
    <w:p>
      <w:pPr>
        <w:spacing w:after="0"/>
      </w:pPr>
    </w:p>
    <w:p>
      <w:pPr>
        <w:spacing w:after="0"/>
      </w:pPr>
      <w:r>
        <w:rPr>
          <w:rFonts w:ascii="Arial" w:hAnsi="Arial"/>
          <w:b/>
          <w:sz w:val="22"/>
        </w:rPr>
        <w:t xml:space="preserve">Lucy  </w:t>
      </w:r>
      <w:r>
        <w:rPr>
          <w:rFonts w:ascii="Arial" w:hAnsi="Arial"/>
          <w:color w:val="5D7284"/>
          <w:sz w:val="22"/>
        </w:rPr>
        <w:t>53:04</w:t>
      </w:r>
    </w:p>
    <w:p>
      <w:pPr>
        <w:spacing w:after="0"/>
      </w:pPr>
      <w:r>
        <w:rPr>
          <w:rFonts w:ascii="Arial" w:hAnsi="Arial"/>
          <w:sz w:val="22"/>
        </w:rPr>
        <w:t>Is it on the house? No, No thank you</w:t>
      </w:r>
    </w:p>
    <w:p>
      <w:pPr>
        <w:spacing w:after="0"/>
      </w:pPr>
    </w:p>
    <w:p>
      <w:pPr>
        <w:spacing w:after="0"/>
      </w:pPr>
      <w:r>
        <w:rPr>
          <w:rFonts w:ascii="Arial" w:hAnsi="Arial"/>
          <w:b/>
          <w:sz w:val="22"/>
        </w:rPr>
        <w:t xml:space="preserve">Holly Greader  </w:t>
      </w:r>
      <w:r>
        <w:rPr>
          <w:rFonts w:ascii="Arial" w:hAnsi="Arial"/>
          <w:color w:val="5D7284"/>
          <w:sz w:val="22"/>
        </w:rPr>
        <w:t>53:25</w:t>
      </w:r>
    </w:p>
    <w:p>
      <w:pPr>
        <w:spacing w:after="0"/>
      </w:pPr>
      <w:r>
        <w:rPr>
          <w:rFonts w:ascii="Arial" w:hAnsi="Arial"/>
          <w:sz w:val="22"/>
        </w:rPr>
        <w:t>When I used a walking stick, and I'd go to a coffee shop. And then like I wouldn't I never got that offer. So I'd like one hand on my walking, say. And then if it's just like a coffee, like me, I'm probably going to spill it but I think I can get my way to a table. If I've got a tray full of stuff. Not sure what they expect me to do and instead of asking for help. Because, you know, I wasn't quite there yet. I would just he likes to stop using my walking stick So you can carry this tray. Not only am I trying not to. I'm also just trying to keep yourself upright. And why the hell do I do this? Then I go in with a wheelchair one day, like, go sit down we'll to do bring it to you need anything else? Just grab some sugar? Yeah, maybe I should have done this earlier. Why did I do that. And then when I got the electric wheelchair, I realized if I asked for a takeaway cup, I could like put the cup into my knees and easily go to a table without bothering anyone. Until I realized that if I ordered more than one drink or wanted to sound just don't work. So they bring you over and I'm just thinking where's the level of when to offer help to  person</w:t>
      </w:r>
    </w:p>
    <w:p>
      <w:pPr>
        <w:spacing w:after="0"/>
      </w:pPr>
    </w:p>
    <w:p>
      <w:pPr>
        <w:spacing w:after="0"/>
      </w:pPr>
      <w:r>
        <w:rPr>
          <w:rFonts w:ascii="Arial" w:hAnsi="Arial"/>
          <w:b/>
          <w:sz w:val="22"/>
        </w:rPr>
        <w:t xml:space="preserve">Lucy  </w:t>
      </w:r>
      <w:r>
        <w:rPr>
          <w:rFonts w:ascii="Arial" w:hAnsi="Arial"/>
          <w:color w:val="5D7284"/>
          <w:sz w:val="22"/>
        </w:rPr>
        <w:t>54:40</w:t>
      </w:r>
    </w:p>
    <w:p>
      <w:pPr>
        <w:spacing w:after="0"/>
      </w:pPr>
      <w:r>
        <w:rPr>
          <w:rFonts w:ascii="Arial" w:hAnsi="Arial"/>
          <w:sz w:val="22"/>
        </w:rPr>
        <w:t>Its interesting isn't it?</w:t>
      </w:r>
    </w:p>
    <w:p>
      <w:pPr>
        <w:spacing w:after="0"/>
      </w:pPr>
    </w:p>
    <w:p>
      <w:pPr>
        <w:spacing w:after="0"/>
      </w:pPr>
      <w:r>
        <w:rPr>
          <w:rFonts w:ascii="Arial" w:hAnsi="Arial"/>
          <w:b/>
          <w:sz w:val="22"/>
        </w:rPr>
        <w:t xml:space="preserve">Alice  </w:t>
      </w:r>
      <w:r>
        <w:rPr>
          <w:rFonts w:ascii="Arial" w:hAnsi="Arial"/>
          <w:color w:val="5D7284"/>
          <w:sz w:val="22"/>
        </w:rPr>
        <w:t>54:41</w:t>
      </w:r>
    </w:p>
    <w:p>
      <w:pPr>
        <w:spacing w:after="0"/>
      </w:pPr>
      <w:r>
        <w:rPr>
          <w:rFonts w:ascii="Arial" w:hAnsi="Arial"/>
          <w:sz w:val="22"/>
        </w:rPr>
        <w:t xml:space="preserve"> Yeah, it's interesting, isn't it? Yeah. And, you know, like I I quite often I'm in a period of time that I spent without a dog. I can remember having a couple of conversations with somebody in like my local Sainsbury's stroke stroke. Because I have to, I have to keep my cake, I will, I would keep my cane out. Because there's no point putting it away to walk through to then have to get it out again and just, it's just alot. But a cane is, you know, it's like they come up to your breastbone. So my cane is four foot something, it's not a small piece of kit. And they are kind of cumbersome and you can't if you loop it over your wrist like mine, it you loop over your wrist before you know it's at your elbow. It's got a ball on the bottom, so it's sliding around or taking other people's legs out from under them behind you.</w:t>
      </w:r>
    </w:p>
    <w:p>
      <w:pPr>
        <w:spacing w:after="0"/>
      </w:pPr>
    </w:p>
    <w:p>
      <w:pPr>
        <w:spacing w:after="0"/>
      </w:pPr>
      <w:r>
        <w:rPr>
          <w:rFonts w:ascii="Arial" w:hAnsi="Arial"/>
          <w:b/>
          <w:sz w:val="22"/>
        </w:rPr>
        <w:t xml:space="preserve">Lucy  </w:t>
      </w:r>
      <w:r>
        <w:rPr>
          <w:rFonts w:ascii="Arial" w:hAnsi="Arial"/>
          <w:color w:val="5D7284"/>
          <w:sz w:val="22"/>
        </w:rPr>
        <w:t>55:39</w:t>
      </w:r>
    </w:p>
    <w:p>
      <w:pPr>
        <w:spacing w:after="0"/>
      </w:pPr>
      <w:r>
        <w:rPr>
          <w:rFonts w:ascii="Arial" w:hAnsi="Arial"/>
          <w:sz w:val="22"/>
        </w:rPr>
        <w:t xml:space="preserve">This is a comedy sketch in the making this </w:t>
      </w:r>
    </w:p>
    <w:p>
      <w:pPr>
        <w:spacing w:after="0"/>
      </w:pPr>
    </w:p>
    <w:p>
      <w:pPr>
        <w:spacing w:after="0"/>
      </w:pPr>
      <w:r>
        <w:rPr>
          <w:rFonts w:ascii="Arial" w:hAnsi="Arial"/>
          <w:b/>
          <w:sz w:val="22"/>
        </w:rPr>
        <w:t xml:space="preserve">Alice  </w:t>
      </w:r>
      <w:r>
        <w:rPr>
          <w:rFonts w:ascii="Arial" w:hAnsi="Arial"/>
          <w:color w:val="5D7284"/>
          <w:sz w:val="22"/>
        </w:rPr>
        <w:t>55:42</w:t>
      </w:r>
    </w:p>
    <w:p>
      <w:pPr>
        <w:spacing w:after="0"/>
      </w:pPr>
      <w:r>
        <w:rPr>
          <w:rFonts w:ascii="Arial" w:hAnsi="Arial"/>
          <w:sz w:val="22"/>
        </w:rPr>
        <w:t xml:space="preserve">Exactly And so and I would have to with a cane every single time I think I'd have to say can can you pack for me? Whereas you turn it with a dog and it's I find it quite strange because actually, if you're sitting behind the till, you can't always see the dog </w:t>
      </w:r>
    </w:p>
    <w:p>
      <w:pPr>
        <w:spacing w:after="0"/>
      </w:pPr>
    </w:p>
    <w:p>
      <w:pPr>
        <w:spacing w:after="0"/>
      </w:pPr>
      <w:r>
        <w:rPr>
          <w:rFonts w:ascii="Arial" w:hAnsi="Arial"/>
          <w:b/>
          <w:sz w:val="22"/>
        </w:rPr>
        <w:t xml:space="preserve">Lucy  </w:t>
      </w:r>
      <w:r>
        <w:rPr>
          <w:rFonts w:ascii="Arial" w:hAnsi="Arial"/>
          <w:color w:val="5D7284"/>
          <w:sz w:val="22"/>
        </w:rPr>
        <w:t>56:02</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56:02</w:t>
      </w:r>
    </w:p>
    <w:p>
      <w:pPr>
        <w:spacing w:after="0"/>
      </w:pPr>
      <w:r>
        <w:rPr>
          <w:rFonts w:ascii="Arial" w:hAnsi="Arial"/>
          <w:sz w:val="22"/>
        </w:rPr>
        <w:t>know when I'm you know, because where the tellers and stuff, but people just seem much more willing to go Do you want some help you want me to pack for you? And is that kind of perhaps about the perceived level of need? You know, maybe people don't want to be nice to non disabled people. Maybe they're just like you can fend for yourself.</w:t>
      </w:r>
    </w:p>
    <w:p>
      <w:pPr>
        <w:spacing w:after="0"/>
      </w:pPr>
    </w:p>
    <w:p>
      <w:pPr>
        <w:spacing w:after="0"/>
      </w:pPr>
      <w:r>
        <w:rPr>
          <w:rFonts w:ascii="Arial" w:hAnsi="Arial"/>
          <w:b/>
          <w:sz w:val="22"/>
        </w:rPr>
        <w:t xml:space="preserve">Holly Greader  </w:t>
      </w:r>
      <w:r>
        <w:rPr>
          <w:rFonts w:ascii="Arial" w:hAnsi="Arial"/>
          <w:color w:val="5D7284"/>
          <w:sz w:val="22"/>
        </w:rPr>
        <w:t>56:26</w:t>
      </w:r>
    </w:p>
    <w:p>
      <w:pPr>
        <w:spacing w:after="0"/>
      </w:pPr>
      <w:r>
        <w:rPr>
          <w:rFonts w:ascii="Arial" w:hAnsi="Arial"/>
          <w:sz w:val="22"/>
        </w:rPr>
        <w:t>I think sometimes as well. It depends whether or not I look like I've got myself together. If I rock up shop in like my joggers, which isn't very often just like a hoodie, head of hair all tangled up, then they're probably gonna ask me help if I've got like my makeup on and I'm wearing some nice, they're like, oh, yeah, no, she's fine. She's good.</w:t>
      </w:r>
    </w:p>
    <w:p>
      <w:pPr>
        <w:spacing w:after="0"/>
      </w:pPr>
    </w:p>
    <w:p>
      <w:pPr>
        <w:spacing w:after="0"/>
      </w:pPr>
      <w:r>
        <w:rPr>
          <w:rFonts w:ascii="Arial" w:hAnsi="Arial"/>
          <w:b/>
          <w:sz w:val="22"/>
        </w:rPr>
        <w:t xml:space="preserve">Lucy  </w:t>
      </w:r>
      <w:r>
        <w:rPr>
          <w:rFonts w:ascii="Arial" w:hAnsi="Arial"/>
          <w:color w:val="5D7284"/>
          <w:sz w:val="22"/>
        </w:rPr>
        <w:t>56:45</w:t>
      </w:r>
    </w:p>
    <w:p>
      <w:pPr>
        <w:spacing w:after="0"/>
      </w:pPr>
      <w:r>
        <w:rPr>
          <w:rFonts w:ascii="Arial" w:hAnsi="Arial"/>
          <w:sz w:val="22"/>
        </w:rPr>
        <w:t>Oh, yeah, I was in the hairdresser's last week. And I it's very, like, there's no steps in the hairdressers at all. So, like, there's no step in when you end like it's very flat, everything's fine. So I, when I have the hair dye washed off my hair, I transfer into the basin to have my hair washed. And as I was, as I was transferring, now, it's always a bit I always feel very vulnerable when I have to transfer in public because I think if I fall on my arse, this is going to be a embarrassing, and be a faff to get back up again, because everybody's gonna go into panic mode and go, Oh, how do we do this? I've never fallen over in the hairdresser's ever, right. But that's not what I was there for. And yeah, so I've never fallen in love in hairdressers. So what I do is I put my hand on the arm of the chair, and then I sort of like do a 90 degree transfer onto the seat. And the hairdresser's I've been going to that the same guy is cut my hair for 20 years, so he knows exactly how it works. There's no force, it's very much there you go, you're in. There was a guy faffing about with a fire extinguisher in the corner. And he said, I put my hand forward. And I looked at him and he was looking at me. I smiled, because he was looking at me. And it's an you know, polite thing to do, because he's like, look, and he's like, gawping looking. So smile. Anyway, are alright, day. All right. Do you need a hand? Do you do some help? Do you need some help? You need some help? And then he looked at the hairdresser and when she needed some help, and I'm like, No, I'm fine. But because he said, Do you need some help? I was like, He's put me off. Now. I need to go and sit back down and do it. Like start again. Because you didn't do self. Just let me get on with it.</w:t>
      </w:r>
    </w:p>
    <w:p>
      <w:pPr>
        <w:spacing w:after="0"/>
      </w:pPr>
    </w:p>
    <w:p>
      <w:pPr>
        <w:spacing w:after="0"/>
      </w:pPr>
      <w:r>
        <w:rPr>
          <w:rFonts w:ascii="Arial" w:hAnsi="Arial"/>
          <w:b/>
          <w:sz w:val="22"/>
        </w:rPr>
        <w:t xml:space="preserve">Alice  </w:t>
      </w:r>
      <w:r>
        <w:rPr>
          <w:rFonts w:ascii="Arial" w:hAnsi="Arial"/>
          <w:color w:val="5D7284"/>
          <w:sz w:val="22"/>
        </w:rPr>
        <w:t>58:40</w:t>
      </w:r>
    </w:p>
    <w:p>
      <w:pPr>
        <w:spacing w:after="0"/>
      </w:pPr>
      <w:r>
        <w:rPr>
          <w:rFonts w:ascii="Arial" w:hAnsi="Arial"/>
          <w:sz w:val="22"/>
        </w:rPr>
        <w:t>I get the dog like people, people, people stop and ask if I want help. And of course the dog thinks is a person who stopped to talk to me. So I not only have to say this person. No I'm alright, thank you. They don't believe you. So they have to stop and watch you do it for yourself. And so you have to go No, I'm alright. Thank you. And then you have to go. Okay, dog. Now it's time to pay attention again, give the dog the instruction again. They're a bit it's different because they were about to walk around this obstacle. But now there's a bloody great person standing between them and the obstacle. It's not like you need to... just it's an but I can see from the other side it must be it must be difficult because you know if you've if you don't know that Lucy has been going to that hairdresser for 20 years and she's been transferring like that for 20 years at that hairdressers and you see somebody about to do it. I can see why you might be a bit like should I offer to help?</w:t>
      </w:r>
    </w:p>
    <w:p>
      <w:pPr>
        <w:spacing w:after="0"/>
      </w:pPr>
    </w:p>
    <w:p>
      <w:pPr>
        <w:spacing w:after="0"/>
      </w:pPr>
      <w:r>
        <w:rPr>
          <w:rFonts w:ascii="Arial" w:hAnsi="Arial"/>
          <w:b/>
          <w:sz w:val="22"/>
        </w:rPr>
        <w:t xml:space="preserve">Lucy  </w:t>
      </w:r>
      <w:r>
        <w:rPr>
          <w:rFonts w:ascii="Arial" w:hAnsi="Arial"/>
          <w:color w:val="5D7284"/>
          <w:sz w:val="22"/>
        </w:rPr>
        <w:t>59:39</w:t>
      </w:r>
    </w:p>
    <w:p>
      <w:pPr>
        <w:spacing w:after="0"/>
      </w:pPr>
      <w:r>
        <w:rPr>
          <w:rFonts w:ascii="Arial" w:hAnsi="Arial"/>
          <w:sz w:val="22"/>
        </w:rPr>
        <w:t xml:space="preserve">it was the fact that when he went do you need some help and went no, I'm ok. No are you sure. just believe me </w:t>
      </w:r>
    </w:p>
    <w:p>
      <w:pPr>
        <w:spacing w:after="0"/>
      </w:pPr>
    </w:p>
    <w:p>
      <w:pPr>
        <w:spacing w:after="0"/>
      </w:pPr>
      <w:r>
        <w:rPr>
          <w:rFonts w:ascii="Arial" w:hAnsi="Arial"/>
          <w:b/>
          <w:sz w:val="22"/>
        </w:rPr>
        <w:t xml:space="preserve">Alice  </w:t>
      </w:r>
      <w:r>
        <w:rPr>
          <w:rFonts w:ascii="Arial" w:hAnsi="Arial"/>
          <w:color w:val="5D7284"/>
          <w:sz w:val="22"/>
        </w:rPr>
        <w:t>59:43</w:t>
      </w:r>
    </w:p>
    <w:p>
      <w:pPr>
        <w:spacing w:after="0"/>
      </w:pPr>
      <w:r>
        <w:rPr>
          <w:rFonts w:ascii="Arial" w:hAnsi="Arial"/>
          <w:sz w:val="22"/>
        </w:rPr>
        <w:t>Yeah, yeah, just Yeah.</w:t>
      </w:r>
    </w:p>
    <w:p>
      <w:pPr>
        <w:spacing w:after="0"/>
      </w:pPr>
    </w:p>
    <w:p>
      <w:pPr>
        <w:spacing w:after="0"/>
      </w:pPr>
      <w:r>
        <w:rPr>
          <w:rFonts w:ascii="Arial" w:hAnsi="Arial"/>
          <w:b/>
          <w:sz w:val="22"/>
        </w:rPr>
        <w:t xml:space="preserve">Holly Greader  </w:t>
      </w:r>
      <w:r>
        <w:rPr>
          <w:rFonts w:ascii="Arial" w:hAnsi="Arial"/>
          <w:color w:val="5D7284"/>
          <w:sz w:val="22"/>
        </w:rPr>
        <w:t>59:46</w:t>
      </w:r>
    </w:p>
    <w:p>
      <w:pPr>
        <w:spacing w:after="0"/>
      </w:pPr>
      <w:r>
        <w:rPr>
          <w:rFonts w:ascii="Arial" w:hAnsi="Arial"/>
          <w:sz w:val="22"/>
        </w:rPr>
        <w:t>I wrote a  blog post. Two years ago now, I think it was and it got it was quite controversial to the people that read it. And I think it was titled something like just helping me make you feel good. Because I was just so fed up of like, we hadn't long moved here. And I was getting a hell of using an electric wheelchair. And every time I'd go to like city or go to  the shopping center, people were trying to hold doors open for me. And I'm like, I need to learn to do it myself so that but at the e shopping center, the accessible doors are accessible so that they're automatic, and people will door open. And I'm like, it's an automatic door to door right. And I'm like, I'm fine. There's so many signs, that say automatic door. And then the problem is that they stood in the way of the door. So if I try to get into the building, I'm going straight over their toes, or crashing my chair, or which point they'll moan at me for hitting their toes, or I'll get a your not very good at driving that. And I'm sick of it rolling my eyes. So I'm like, please, like, I'm fine. Like, you could you can take step back. And I'll try and explain that. I can't move because of their feet  and I don't want to hurt them. And I would be really lovely and polite. And then they're like, oh, no, no, no, you can and I'm like, I've been the one that's been driving this, like, I'm the one that uses. This is basically my legs. Please don't tell me what I can and can't do. Like, I was like, you really need me. And I will be so flat. And eventually I was just like, I was done. And I just, I was like you have to leave. Because otherwise I'm gonna run you over and you know what, I'm just gonna do it. And they, they walk off. And then they'll be like, God, I was trying to help her. And like, that wasn't helping me like, in the slightest. Yeah,</w:t>
      </w:r>
    </w:p>
    <w:p>
      <w:pPr>
        <w:spacing w:after="0"/>
      </w:pPr>
    </w:p>
    <w:p>
      <w:pPr>
        <w:spacing w:after="0"/>
      </w:pPr>
      <w:r>
        <w:rPr>
          <w:rFonts w:ascii="Arial" w:hAnsi="Arial"/>
          <w:b/>
          <w:sz w:val="22"/>
        </w:rPr>
        <w:t xml:space="preserve">Lucy  </w:t>
      </w:r>
      <w:r>
        <w:rPr>
          <w:rFonts w:ascii="Arial" w:hAnsi="Arial"/>
          <w:color w:val="5D7284"/>
          <w:sz w:val="22"/>
        </w:rPr>
        <w:t>1:01:36</w:t>
      </w:r>
    </w:p>
    <w:p>
      <w:pPr>
        <w:spacing w:after="0"/>
      </w:pPr>
      <w:r>
        <w:rPr>
          <w:rFonts w:ascii="Arial" w:hAnsi="Arial"/>
          <w:sz w:val="22"/>
        </w:rPr>
        <w:t>I can always there is always something about people who, when you meet them, they will tell you, Oh, I volunteer for for Guide Dogs for the Blind. And I also volunteer for the Deaf in the Deaf Club. And I also do this I also do that. And they are able bodied. You think? Okay, that's brilliant. That's, that's absolutely brilliant. You do that. But there is also like an a little alarm bell in my head going, why are they doing so much? Like why? Like, is it? Is it because they just want to help? Or is it because they are trying to make themselves feel? Better? Like a bit like a saintly I get what I get all this stuff? And also, what is it hiding? To know what I mean? Like? So if you remember, what are you gonna say Alice? I was.</w:t>
      </w:r>
    </w:p>
    <w:p>
      <w:pPr>
        <w:spacing w:after="0"/>
      </w:pPr>
    </w:p>
    <w:p>
      <w:pPr>
        <w:spacing w:after="0"/>
      </w:pPr>
      <w:r>
        <w:rPr>
          <w:rFonts w:ascii="Arial" w:hAnsi="Arial"/>
          <w:b/>
          <w:sz w:val="22"/>
        </w:rPr>
        <w:t xml:space="preserve">Alice  </w:t>
      </w:r>
      <w:r>
        <w:rPr>
          <w:rFonts w:ascii="Arial" w:hAnsi="Arial"/>
          <w:color w:val="5D7284"/>
          <w:sz w:val="22"/>
        </w:rPr>
        <w:t>1:02:35</w:t>
      </w:r>
    </w:p>
    <w:p>
      <w:pPr>
        <w:spacing w:after="0"/>
      </w:pPr>
      <w:r>
        <w:rPr>
          <w:rFonts w:ascii="Arial" w:hAnsi="Arial"/>
          <w:sz w:val="22"/>
        </w:rPr>
        <w:t>I was just, I was gonna say, I was just gonna list the different things that I volunteer for. Well, I know the all the volunteer work that I do. But then I was gonna caveat it and say that I made the reason I volunteer for guide dogs and I volunteer supporting vulnerable families and volunteer supporting elderly people as it is because that's also what I do for a job and it's good for my CV. I do it because I'm hoping somebody will pay me more.</w:t>
      </w:r>
    </w:p>
    <w:p>
      <w:pPr>
        <w:spacing w:after="0"/>
      </w:pPr>
    </w:p>
    <w:p>
      <w:pPr>
        <w:spacing w:after="0"/>
      </w:pPr>
      <w:r>
        <w:rPr>
          <w:rFonts w:ascii="Arial" w:hAnsi="Arial"/>
          <w:b/>
          <w:sz w:val="22"/>
        </w:rPr>
        <w:t xml:space="preserve">Lucy  </w:t>
      </w:r>
      <w:r>
        <w:rPr>
          <w:rFonts w:ascii="Arial" w:hAnsi="Arial"/>
          <w:color w:val="5D7284"/>
          <w:sz w:val="22"/>
        </w:rPr>
        <w:t>1:03:08</w:t>
      </w:r>
    </w:p>
    <w:p>
      <w:pPr>
        <w:spacing w:after="0"/>
      </w:pPr>
      <w:r>
        <w:rPr>
          <w:rFonts w:ascii="Arial" w:hAnsi="Arial"/>
          <w:sz w:val="22"/>
        </w:rPr>
        <w:t>Before I carry on with this, I am in no way pointing this at you Alice at this  at all right? But there are some people in this world who are often and they're often very high profile people who do all these things for charity and other thing and they set up these schemes. So if you remember Noel Clark the whole Noel  issue Jimmy Savile so when when all the shit hit the fan, sorry, Mum did say shit. When the when the shit hit the fan, with Noel Clarke for instance, no clock in his defense turned round and said, Well, I can't have that. I can't do all these things. People say I've done this bad stuff, because I've set up this scheme to help disadvantaged people in the media industry. And actually think what it what is this goodness, this over egged goodness,</w:t>
      </w:r>
    </w:p>
    <w:p>
      <w:pPr>
        <w:spacing w:after="0"/>
      </w:pPr>
    </w:p>
    <w:p>
      <w:pPr>
        <w:spacing w:after="0"/>
      </w:pPr>
      <w:r>
        <w:rPr>
          <w:rFonts w:ascii="Arial" w:hAnsi="Arial"/>
          <w:b/>
          <w:sz w:val="22"/>
        </w:rPr>
        <w:t xml:space="preserve">Alice  </w:t>
      </w:r>
      <w:r>
        <w:rPr>
          <w:rFonts w:ascii="Arial" w:hAnsi="Arial"/>
          <w:color w:val="5D7284"/>
          <w:sz w:val="22"/>
        </w:rPr>
        <w:t>1:04:09</w:t>
      </w:r>
    </w:p>
    <w:p>
      <w:pPr>
        <w:spacing w:after="0"/>
      </w:pPr>
      <w:r>
        <w:rPr>
          <w:rFonts w:ascii="Arial" w:hAnsi="Arial"/>
          <w:sz w:val="22"/>
        </w:rPr>
        <w:t xml:space="preserve">even that, like I mean it. Jimmy Savile is a hideously perfect example of this, but it's one of the things I've learned in the training I've done to be a foster carer is that people who want to take advantage of people without power, vulnerable people put themselves in positions where they will come into contact with people like that there was a reason that Jimmy Saville gave a lot of money and supported children's hospitals. </w:t>
      </w:r>
    </w:p>
    <w:p>
      <w:pPr>
        <w:spacing w:after="0"/>
      </w:pPr>
    </w:p>
    <w:p>
      <w:pPr>
        <w:spacing w:after="0"/>
      </w:pPr>
      <w:r>
        <w:rPr>
          <w:rFonts w:ascii="Arial" w:hAnsi="Arial"/>
          <w:b/>
          <w:sz w:val="22"/>
        </w:rPr>
        <w:t xml:space="preserve">Lucy  </w:t>
      </w:r>
      <w:r>
        <w:rPr>
          <w:rFonts w:ascii="Arial" w:hAnsi="Arial"/>
          <w:color w:val="5D7284"/>
          <w:sz w:val="22"/>
        </w:rPr>
        <w:t>1:04:39</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1:04:39</w:t>
      </w:r>
    </w:p>
    <w:p>
      <w:pPr>
        <w:spacing w:after="0"/>
      </w:pPr>
      <w:r>
        <w:rPr>
          <w:rFonts w:ascii="Arial" w:hAnsi="Arial"/>
          <w:sz w:val="22"/>
        </w:rPr>
        <w:t xml:space="preserve"> because there were children in those hospitals that he could take advantage of.</w:t>
      </w:r>
    </w:p>
    <w:p>
      <w:pPr>
        <w:spacing w:after="0"/>
      </w:pPr>
    </w:p>
    <w:p>
      <w:pPr>
        <w:spacing w:after="0"/>
      </w:pPr>
      <w:r>
        <w:rPr>
          <w:rFonts w:ascii="Arial" w:hAnsi="Arial"/>
          <w:b/>
          <w:sz w:val="22"/>
        </w:rPr>
        <w:t xml:space="preserve">Lucy  </w:t>
      </w:r>
      <w:r>
        <w:rPr>
          <w:rFonts w:ascii="Arial" w:hAnsi="Arial"/>
          <w:color w:val="5D7284"/>
          <w:sz w:val="22"/>
        </w:rPr>
        <w:t>1:04:43</w:t>
      </w:r>
    </w:p>
    <w:p>
      <w:pPr>
        <w:spacing w:after="0"/>
      </w:pPr>
      <w:r>
        <w:rPr>
          <w:rFonts w:ascii="Arial" w:hAnsi="Arial"/>
          <w:sz w:val="22"/>
        </w:rPr>
        <w:t>Exactly. There was a reason why he set up the demo, fix it. So you know that? I mean, except for Jim. Yeah, I wrote to Jim I'll fix it. Once when I was a kid. I'm so glad I never got picked because I can't run away. So there is that level of when Somebody tells you all this like glowingly good stuff, and they can't really give you a reason as to why they do it like, Oh, I just really, really, I really like love it. I really</w:t>
      </w:r>
    </w:p>
    <w:p>
      <w:pPr>
        <w:spacing w:after="0"/>
      </w:pPr>
    </w:p>
    <w:p>
      <w:pPr>
        <w:spacing w:after="0"/>
      </w:pPr>
      <w:r>
        <w:rPr>
          <w:rFonts w:ascii="Arial" w:hAnsi="Arial"/>
          <w:b/>
          <w:sz w:val="22"/>
        </w:rPr>
        <w:t xml:space="preserve">Holly Greader  </w:t>
      </w:r>
      <w:r>
        <w:rPr>
          <w:rFonts w:ascii="Arial" w:hAnsi="Arial"/>
          <w:color w:val="5D7284"/>
          <w:sz w:val="22"/>
        </w:rPr>
        <w:t>1:05:12</w:t>
      </w:r>
    </w:p>
    <w:p>
      <w:pPr>
        <w:spacing w:after="0"/>
      </w:pPr>
      <w:r>
        <w:rPr>
          <w:rFonts w:ascii="Arial" w:hAnsi="Arial"/>
          <w:sz w:val="22"/>
        </w:rPr>
        <w:t xml:space="preserve">is barking right? </w:t>
      </w:r>
    </w:p>
    <w:p>
      <w:pPr>
        <w:spacing w:after="0"/>
      </w:pPr>
    </w:p>
    <w:p>
      <w:pPr>
        <w:spacing w:after="0"/>
      </w:pPr>
      <w:r>
        <w:rPr>
          <w:rFonts w:ascii="Arial" w:hAnsi="Arial"/>
          <w:b/>
          <w:sz w:val="22"/>
        </w:rPr>
        <w:t xml:space="preserve">Lucy  </w:t>
      </w:r>
      <w:r>
        <w:rPr>
          <w:rFonts w:ascii="Arial" w:hAnsi="Arial"/>
          <w:color w:val="5D7284"/>
          <w:sz w:val="22"/>
        </w:rPr>
        <w:t>1:05:13</w:t>
      </w:r>
    </w:p>
    <w:p>
      <w:pPr>
        <w:spacing w:after="0"/>
      </w:pPr>
      <w:r>
        <w:rPr>
          <w:rFonts w:ascii="Arial" w:hAnsi="Arial"/>
          <w:sz w:val="22"/>
        </w:rPr>
        <w:t xml:space="preserve">Yes. </w:t>
      </w:r>
    </w:p>
    <w:p>
      <w:pPr>
        <w:spacing w:after="0"/>
      </w:pPr>
    </w:p>
    <w:p>
      <w:pPr>
        <w:spacing w:after="0"/>
      </w:pPr>
      <w:r>
        <w:rPr>
          <w:rFonts w:ascii="Arial" w:hAnsi="Arial"/>
          <w:b/>
          <w:sz w:val="22"/>
        </w:rPr>
        <w:t xml:space="preserve">Holly Greader  </w:t>
      </w:r>
      <w:r>
        <w:rPr>
          <w:rFonts w:ascii="Arial" w:hAnsi="Arial"/>
          <w:color w:val="5D7284"/>
          <w:sz w:val="22"/>
        </w:rPr>
        <w:t>1:05:15</w:t>
      </w:r>
    </w:p>
    <w:p>
      <w:pPr>
        <w:spacing w:after="0"/>
      </w:pPr>
      <w:r>
        <w:rPr>
          <w:rFonts w:ascii="Arial" w:hAnsi="Arial"/>
          <w:sz w:val="22"/>
        </w:rPr>
        <w:t>Oh Like, look how good</w:t>
      </w:r>
    </w:p>
    <w:p>
      <w:pPr>
        <w:spacing w:after="0"/>
      </w:pPr>
    </w:p>
    <w:p>
      <w:pPr>
        <w:spacing w:after="0"/>
      </w:pPr>
      <w:r>
        <w:rPr>
          <w:rFonts w:ascii="Arial" w:hAnsi="Arial"/>
          <w:b/>
          <w:sz w:val="22"/>
        </w:rPr>
        <w:t xml:space="preserve">Lucy  </w:t>
      </w:r>
      <w:r>
        <w:rPr>
          <w:rFonts w:ascii="Arial" w:hAnsi="Arial"/>
          <w:color w:val="5D7284"/>
          <w:sz w:val="22"/>
        </w:rPr>
        <w:t>1:05:18</w:t>
      </w:r>
    </w:p>
    <w:p>
      <w:pPr>
        <w:spacing w:after="0"/>
      </w:pPr>
      <w:r>
        <w:rPr>
          <w:rFonts w:ascii="Arial" w:hAnsi="Arial"/>
          <w:sz w:val="22"/>
        </w:rPr>
        <w:t>but what is that? Look how good of a person I am covering up.</w:t>
      </w:r>
    </w:p>
    <w:p>
      <w:pPr>
        <w:spacing w:after="0"/>
      </w:pPr>
    </w:p>
    <w:p>
      <w:pPr>
        <w:spacing w:after="0"/>
      </w:pPr>
      <w:r>
        <w:rPr>
          <w:rFonts w:ascii="Arial" w:hAnsi="Arial"/>
          <w:b/>
          <w:sz w:val="22"/>
        </w:rPr>
        <w:t xml:space="preserve">Holly Greader  </w:t>
      </w:r>
      <w:r>
        <w:rPr>
          <w:rFonts w:ascii="Arial" w:hAnsi="Arial"/>
          <w:color w:val="5D7284"/>
          <w:sz w:val="22"/>
        </w:rPr>
        <w:t>1:05:22</w:t>
      </w:r>
    </w:p>
    <w:p>
      <w:pPr>
        <w:spacing w:after="0"/>
      </w:pPr>
      <w:r>
        <w:rPr>
          <w:rFonts w:ascii="Arial" w:hAnsi="Arial"/>
          <w:sz w:val="22"/>
        </w:rPr>
        <w:t xml:space="preserve">Like, I think it's different when you enjoy it and you have a reason, like a purpose. And if it fails something for you, but if you're doing it just to be like, oh, like I'm such a thing. </w:t>
      </w:r>
    </w:p>
    <w:p>
      <w:pPr>
        <w:spacing w:after="0"/>
      </w:pPr>
    </w:p>
    <w:p>
      <w:pPr>
        <w:spacing w:after="0"/>
      </w:pPr>
      <w:r>
        <w:rPr>
          <w:rFonts w:ascii="Arial" w:hAnsi="Arial"/>
          <w:b/>
          <w:sz w:val="22"/>
        </w:rPr>
        <w:t xml:space="preserve">Lucy  </w:t>
      </w:r>
      <w:r>
        <w:rPr>
          <w:rFonts w:ascii="Arial" w:hAnsi="Arial"/>
          <w:color w:val="5D7284"/>
          <w:sz w:val="22"/>
        </w:rPr>
        <w:t>1:05:37</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1:05:37</w:t>
      </w:r>
    </w:p>
    <w:p>
      <w:pPr>
        <w:spacing w:after="0"/>
      </w:pPr>
      <w:r>
        <w:rPr>
          <w:rFonts w:ascii="Arial" w:hAnsi="Arial"/>
          <w:sz w:val="22"/>
        </w:rPr>
        <w:t xml:space="preserve">then, like, get lost. </w:t>
      </w:r>
    </w:p>
    <w:p>
      <w:pPr>
        <w:spacing w:after="0"/>
      </w:pPr>
    </w:p>
    <w:p>
      <w:pPr>
        <w:spacing w:after="0"/>
      </w:pPr>
      <w:r>
        <w:rPr>
          <w:rFonts w:ascii="Arial" w:hAnsi="Arial"/>
          <w:b/>
          <w:sz w:val="22"/>
        </w:rPr>
        <w:t xml:space="preserve">Lucy  </w:t>
      </w:r>
      <w:r>
        <w:rPr>
          <w:rFonts w:ascii="Arial" w:hAnsi="Arial"/>
          <w:color w:val="5D7284"/>
          <w:sz w:val="22"/>
        </w:rPr>
        <w:t>1:05:39</w:t>
      </w:r>
    </w:p>
    <w:p>
      <w:pPr>
        <w:spacing w:after="0"/>
      </w:pPr>
      <w:r>
        <w:rPr>
          <w:rFonts w:ascii="Arial" w:hAnsi="Arial"/>
          <w:sz w:val="22"/>
        </w:rPr>
        <w:t>Exactly</w:t>
      </w:r>
    </w:p>
    <w:p>
      <w:pPr>
        <w:spacing w:after="0"/>
      </w:pPr>
    </w:p>
    <w:p>
      <w:pPr>
        <w:spacing w:after="0"/>
      </w:pPr>
      <w:r>
        <w:rPr>
          <w:rFonts w:ascii="Arial" w:hAnsi="Arial"/>
          <w:b/>
          <w:sz w:val="22"/>
        </w:rPr>
        <w:t xml:space="preserve">Alice  </w:t>
      </w:r>
      <w:r>
        <w:rPr>
          <w:rFonts w:ascii="Arial" w:hAnsi="Arial"/>
          <w:color w:val="5D7284"/>
          <w:sz w:val="22"/>
        </w:rPr>
        <w:t>1:05:40</w:t>
      </w:r>
    </w:p>
    <w:p>
      <w:pPr>
        <w:spacing w:after="0"/>
      </w:pPr>
      <w:r>
        <w:rPr>
          <w:rFonts w:ascii="Arial" w:hAnsi="Arial"/>
          <w:sz w:val="22"/>
        </w:rPr>
        <w:t>I think it's really hard to pick those people out as well. Because I think reflecting on my own reasons for volunteering and sort of quote unquote, good works that I do. Like, I definitely do them so that I can feel better about sitting on my fucking fat ass and doing bollock all sometimes. And, you know, there was definitely an element of sometimes I do go, Oh, I really can't be asked to do anything today. But on Sunday, I am going to spend the day, you know, fundraising for guide dogs. So like, I do, I'm doing my bit there. So it's fine if I do, if I'm totally self indulgent? Yeah. And, and I think I mean, ultimately, there's, there's complex reasons for why people do. You know, I think, if you're, if you're volunteering is entirely self involved, but it's not hurting anybody. Like if the reason you're working as a volunteer is because you're fundraising. And, or, you know, you're volunteering is like, I don't know, knitting socks for disadvantaged babies. Like, if you've got like,</w:t>
      </w:r>
    </w:p>
    <w:p>
      <w:pPr>
        <w:spacing w:after="0"/>
      </w:pPr>
    </w:p>
    <w:p>
      <w:pPr>
        <w:spacing w:after="0"/>
      </w:pPr>
      <w:r>
        <w:rPr>
          <w:rFonts w:ascii="Arial" w:hAnsi="Arial"/>
          <w:b/>
          <w:sz w:val="22"/>
        </w:rPr>
        <w:t xml:space="preserve">Lucy  </w:t>
      </w:r>
      <w:r>
        <w:rPr>
          <w:rFonts w:ascii="Arial" w:hAnsi="Arial"/>
          <w:color w:val="5D7284"/>
          <w:sz w:val="22"/>
        </w:rPr>
        <w:t>1:07:02</w:t>
      </w:r>
    </w:p>
    <w:p>
      <w:pPr>
        <w:spacing w:after="0"/>
      </w:pPr>
      <w:r>
        <w:rPr>
          <w:rFonts w:ascii="Arial" w:hAnsi="Arial"/>
          <w:sz w:val="22"/>
        </w:rPr>
        <w:t>a personal reason to why you are doing</w:t>
      </w:r>
    </w:p>
    <w:p>
      <w:pPr>
        <w:spacing w:after="0"/>
      </w:pPr>
    </w:p>
    <w:p>
      <w:pPr>
        <w:spacing w:after="0"/>
      </w:pPr>
      <w:r>
        <w:rPr>
          <w:rFonts w:ascii="Arial" w:hAnsi="Arial"/>
          <w:b/>
          <w:sz w:val="22"/>
        </w:rPr>
        <w:t xml:space="preserve">Alice  </w:t>
      </w:r>
      <w:r>
        <w:rPr>
          <w:rFonts w:ascii="Arial" w:hAnsi="Arial"/>
          <w:color w:val="5D7284"/>
          <w:sz w:val="22"/>
        </w:rPr>
        <w:t>1:07:05</w:t>
      </w:r>
    </w:p>
    <w:p>
      <w:pPr>
        <w:spacing w:after="0"/>
      </w:pPr>
      <w:r>
        <w:rPr>
          <w:rFonts w:ascii="Arial" w:hAnsi="Arial"/>
          <w:sz w:val="22"/>
        </w:rPr>
        <w:t xml:space="preserve">even then if the only reason you're doing it is because you enjoy knitting, and it makes you feel good. It's like, yeah, I get a kick out of this. Like, I feel like I'm doing a good thing. I think I think even if it's not a sense community, I genuinely think if you're doing it, because I just watched a rerun a friend where they said, There's no such thing as a selfless deed </w:t>
      </w:r>
    </w:p>
    <w:p>
      <w:pPr>
        <w:spacing w:after="0"/>
      </w:pPr>
    </w:p>
    <w:p>
      <w:pPr>
        <w:spacing w:after="0"/>
      </w:pPr>
      <w:r>
        <w:rPr>
          <w:rFonts w:ascii="Arial" w:hAnsi="Arial"/>
          <w:b/>
          <w:sz w:val="22"/>
        </w:rPr>
        <w:t xml:space="preserve">Disclaimer  </w:t>
      </w:r>
      <w:r>
        <w:rPr>
          <w:rFonts w:ascii="Arial" w:hAnsi="Arial"/>
          <w:color w:val="5D7284"/>
          <w:sz w:val="22"/>
        </w:rPr>
        <w:t>1:07:26</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1:07:27</w:t>
      </w:r>
    </w:p>
    <w:p>
      <w:pPr>
        <w:spacing w:after="0"/>
      </w:pPr>
      <w:r>
        <w:rPr>
          <w:rFonts w:ascii="Arial" w:hAnsi="Arial"/>
          <w:sz w:val="22"/>
        </w:rPr>
        <w:t xml:space="preserve">And if there is, if if you are doing a thing, and actually, you get a lot out of it, and it gives you like a sense of, you know, oh, look at me, I did a good thing and all of this, like, if that happens, but you're not hurting anybody, then that's fine. The problem is, is that there are people who take advantage of those situations of going, well, I'm going to help somebody, too. Because it only because it makes me feel good. And it's going to cause that person to feel bad about themselves. And I think that's kind of the crux of it. </w:t>
      </w:r>
    </w:p>
    <w:p>
      <w:pPr>
        <w:spacing w:after="0"/>
      </w:pPr>
    </w:p>
    <w:p>
      <w:pPr>
        <w:spacing w:after="0"/>
      </w:pPr>
      <w:r>
        <w:rPr>
          <w:rFonts w:ascii="Arial" w:hAnsi="Arial"/>
          <w:b/>
          <w:sz w:val="22"/>
        </w:rPr>
        <w:t xml:space="preserve">Lucy  </w:t>
      </w:r>
      <w:r>
        <w:rPr>
          <w:rFonts w:ascii="Arial" w:hAnsi="Arial"/>
          <w:color w:val="5D7284"/>
          <w:sz w:val="22"/>
        </w:rPr>
        <w:t>1:08:05</w:t>
      </w:r>
    </w:p>
    <w:p>
      <w:pPr>
        <w:spacing w:after="0"/>
      </w:pPr>
      <w:r>
        <w:rPr>
          <w:rFonts w:ascii="Arial" w:hAnsi="Arial"/>
          <w:sz w:val="22"/>
        </w:rPr>
        <w:t>Yeah</w:t>
      </w:r>
    </w:p>
    <w:p>
      <w:pPr>
        <w:spacing w:after="0"/>
      </w:pPr>
    </w:p>
    <w:p>
      <w:pPr>
        <w:spacing w:after="0"/>
      </w:pPr>
      <w:r>
        <w:rPr>
          <w:rFonts w:ascii="Arial" w:hAnsi="Arial"/>
          <w:b/>
          <w:sz w:val="22"/>
        </w:rPr>
        <w:t xml:space="preserve">Holly Greader  </w:t>
      </w:r>
      <w:r>
        <w:rPr>
          <w:rFonts w:ascii="Arial" w:hAnsi="Arial"/>
          <w:color w:val="5D7284"/>
          <w:sz w:val="22"/>
        </w:rPr>
        <w:t>1:08:05</w:t>
      </w:r>
    </w:p>
    <w:p>
      <w:pPr>
        <w:spacing w:after="0"/>
      </w:pPr>
      <w:r>
        <w:rPr>
          <w:rFonts w:ascii="Arial" w:hAnsi="Arial"/>
          <w:sz w:val="22"/>
        </w:rPr>
        <w:t xml:space="preserve">think when you watch that episode of Friends as well, I find it a really complex episode, because I think it's like one of those that really makes you think about things. </w:t>
      </w:r>
    </w:p>
    <w:p>
      <w:pPr>
        <w:spacing w:after="0"/>
      </w:pPr>
    </w:p>
    <w:p>
      <w:pPr>
        <w:spacing w:after="0"/>
      </w:pPr>
      <w:r>
        <w:rPr>
          <w:rFonts w:ascii="Arial" w:hAnsi="Arial"/>
          <w:b/>
          <w:sz w:val="22"/>
        </w:rPr>
        <w:t xml:space="preserve">Alice  </w:t>
      </w:r>
      <w:r>
        <w:rPr>
          <w:rFonts w:ascii="Arial" w:hAnsi="Arial"/>
          <w:color w:val="5D7284"/>
          <w:sz w:val="22"/>
        </w:rPr>
        <w:t>1:08:15</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1:08:16</w:t>
      </w:r>
    </w:p>
    <w:p>
      <w:pPr>
        <w:spacing w:after="0"/>
      </w:pPr>
      <w:r>
        <w:rPr>
          <w:rFonts w:ascii="Arial" w:hAnsi="Arial"/>
          <w:sz w:val="22"/>
        </w:rPr>
        <w:t>And then you're like, oh, wait, is is like is this that is purpose. And like you can, you can do things just because you enjoy it. I guess just this is the bragging thing, I think. And I think also, you know, don't tell me that you do it because like you're doing it specifically for your neighbor's daughters, cousins, girlfriends. Fish. you know</w:t>
      </w:r>
    </w:p>
    <w:p>
      <w:pPr>
        <w:spacing w:after="0"/>
      </w:pPr>
    </w:p>
    <w:p>
      <w:pPr>
        <w:spacing w:after="0"/>
      </w:pPr>
      <w:r>
        <w:rPr>
          <w:rFonts w:ascii="Arial" w:hAnsi="Arial"/>
          <w:b/>
          <w:sz w:val="22"/>
        </w:rPr>
        <w:t xml:space="preserve">Lucy  </w:t>
      </w:r>
      <w:r>
        <w:rPr>
          <w:rFonts w:ascii="Arial" w:hAnsi="Arial"/>
          <w:color w:val="5D7284"/>
          <w:sz w:val="22"/>
        </w:rPr>
        <w:t>1:08:42</w:t>
      </w:r>
    </w:p>
    <w:p>
      <w:pPr>
        <w:spacing w:after="0"/>
      </w:pPr>
      <w:r>
        <w:rPr>
          <w:rFonts w:ascii="Arial" w:hAnsi="Arial"/>
          <w:sz w:val="22"/>
        </w:rPr>
        <w:t>yeah. And also don't do it. Because you feel sorry for me. Do you know what I mean? Don't volunteer to do something because you feel sorry for people who have to use guide dogs or because you feel sorry for kids who have cerebral palsy or whatever that whatever the reason is, don't that shouldn't be the main driving force. I've I feel so sorry for these kids. My life is so much better than their that's not ideal, either. Is it really?</w:t>
      </w:r>
    </w:p>
    <w:p>
      <w:pPr>
        <w:spacing w:after="0"/>
      </w:pPr>
    </w:p>
    <w:p>
      <w:pPr>
        <w:spacing w:after="0"/>
      </w:pPr>
      <w:r>
        <w:rPr>
          <w:rFonts w:ascii="Arial" w:hAnsi="Arial"/>
          <w:b/>
          <w:sz w:val="22"/>
        </w:rPr>
        <w:t xml:space="preserve">Holly Greader  </w:t>
      </w:r>
      <w:r>
        <w:rPr>
          <w:rFonts w:ascii="Arial" w:hAnsi="Arial"/>
          <w:color w:val="5D7284"/>
          <w:sz w:val="22"/>
        </w:rPr>
        <w:t>1:09:10</w:t>
      </w:r>
    </w:p>
    <w:p>
      <w:pPr>
        <w:spacing w:after="0"/>
      </w:pPr>
      <w:r>
        <w:rPr>
          <w:rFonts w:ascii="Arial" w:hAnsi="Arial"/>
          <w:sz w:val="22"/>
        </w:rPr>
        <w:t xml:space="preserve">I've been doing. I've just finished my level one in British Sign Language. And we talk a lot about like, why we do  things. And something that came up that has kind of been on my mind entire time is when people have said to help deaf people. And I'm thinking to help them with what </w:t>
      </w:r>
    </w:p>
    <w:p>
      <w:pPr>
        <w:spacing w:after="0"/>
      </w:pPr>
    </w:p>
    <w:p>
      <w:pPr>
        <w:spacing w:after="0"/>
      </w:pPr>
      <w:r>
        <w:rPr>
          <w:rFonts w:ascii="Arial" w:hAnsi="Arial"/>
          <w:b/>
          <w:sz w:val="22"/>
        </w:rPr>
        <w:t xml:space="preserve">Alice  </w:t>
      </w:r>
      <w:r>
        <w:rPr>
          <w:rFonts w:ascii="Arial" w:hAnsi="Arial"/>
          <w:color w:val="5D7284"/>
          <w:sz w:val="22"/>
        </w:rPr>
        <w:t>1:09:34</w:t>
      </w:r>
    </w:p>
    <w:p>
      <w:pPr>
        <w:spacing w:after="0"/>
      </w:pPr>
      <w:r>
        <w:rPr>
          <w:rFonts w:ascii="Arial" w:hAnsi="Arial"/>
          <w:sz w:val="22"/>
        </w:rPr>
        <w:t xml:space="preserve">Yeah, </w:t>
      </w:r>
    </w:p>
    <w:p>
      <w:pPr>
        <w:spacing w:after="0"/>
      </w:pPr>
    </w:p>
    <w:p>
      <w:pPr>
        <w:spacing w:after="0"/>
      </w:pPr>
      <w:r>
        <w:rPr>
          <w:rFonts w:ascii="Arial" w:hAnsi="Arial"/>
          <w:b/>
          <w:sz w:val="22"/>
        </w:rPr>
        <w:t xml:space="preserve">Holly Greader  </w:t>
      </w:r>
      <w:r>
        <w:rPr>
          <w:rFonts w:ascii="Arial" w:hAnsi="Arial"/>
          <w:color w:val="5D7284"/>
          <w:sz w:val="22"/>
        </w:rPr>
        <w:t>1:09:35</w:t>
      </w:r>
    </w:p>
    <w:p>
      <w:pPr>
        <w:spacing w:after="0"/>
      </w:pPr>
      <w:r>
        <w:rPr>
          <w:rFonts w:ascii="Arial" w:hAnsi="Arial"/>
          <w:sz w:val="22"/>
        </w:rPr>
        <w:t>exactly like, for me, I tend to say so I can communicate with Yes, people. It was like yes, yes. When I go on to do things inclusive, you know, as somebody that wants to work with people, I would like to be able to have that positive communication. When people say Oh, I do it to help them. Why are you helping them and what are you helping them with?</w:t>
      </w:r>
    </w:p>
    <w:p>
      <w:pPr>
        <w:spacing w:after="0"/>
      </w:pPr>
    </w:p>
    <w:p>
      <w:pPr>
        <w:spacing w:after="0"/>
      </w:pPr>
      <w:r>
        <w:rPr>
          <w:rFonts w:ascii="Arial" w:hAnsi="Arial"/>
          <w:b/>
          <w:sz w:val="22"/>
        </w:rPr>
        <w:t xml:space="preserve">Lucy  </w:t>
      </w:r>
      <w:r>
        <w:rPr>
          <w:rFonts w:ascii="Arial" w:hAnsi="Arial"/>
          <w:color w:val="5D7284"/>
          <w:sz w:val="22"/>
        </w:rPr>
        <w:t>1:10:04</w:t>
      </w:r>
    </w:p>
    <w:p>
      <w:pPr>
        <w:spacing w:after="0"/>
      </w:pPr>
      <w:r>
        <w:rPr>
          <w:rFonts w:ascii="Arial" w:hAnsi="Arial"/>
          <w:sz w:val="22"/>
        </w:rPr>
        <w:t xml:space="preserve">the difference between helping somebody as an interpreter, and then just using the General General, generalized sweeping statement of I just want to help. That, to me is a red flag because you like where your help in those bracket things. What are they called? Yeah, like air quotes, and </w:t>
      </w:r>
    </w:p>
    <w:p>
      <w:pPr>
        <w:spacing w:after="0"/>
      </w:pPr>
    </w:p>
    <w:p>
      <w:pPr>
        <w:spacing w:after="0"/>
      </w:pPr>
      <w:r>
        <w:rPr>
          <w:rFonts w:ascii="Arial" w:hAnsi="Arial"/>
          <w:b/>
          <w:sz w:val="22"/>
        </w:rPr>
        <w:t xml:space="preserve">Alice  </w:t>
      </w:r>
      <w:r>
        <w:rPr>
          <w:rFonts w:ascii="Arial" w:hAnsi="Arial"/>
          <w:color w:val="5D7284"/>
          <w:sz w:val="22"/>
        </w:rPr>
        <w:t>1:10:28</w:t>
      </w:r>
    </w:p>
    <w:p>
      <w:pPr>
        <w:spacing w:after="0"/>
      </w:pPr>
      <w:r>
        <w:rPr>
          <w:rFonts w:ascii="Arial" w:hAnsi="Arial"/>
          <w:sz w:val="22"/>
        </w:rPr>
        <w:t xml:space="preserve">Inverted commas </w:t>
      </w:r>
    </w:p>
    <w:p>
      <w:pPr>
        <w:spacing w:after="0"/>
      </w:pPr>
    </w:p>
    <w:p>
      <w:pPr>
        <w:spacing w:after="0"/>
      </w:pPr>
      <w:r>
        <w:rPr>
          <w:rFonts w:ascii="Arial" w:hAnsi="Arial"/>
          <w:b/>
          <w:sz w:val="22"/>
        </w:rPr>
        <w:t xml:space="preserve">Lucy  </w:t>
      </w:r>
      <w:r>
        <w:rPr>
          <w:rFonts w:ascii="Arial" w:hAnsi="Arial"/>
          <w:color w:val="5D7284"/>
          <w:sz w:val="22"/>
        </w:rPr>
        <w:t>1:10:29</w:t>
      </w:r>
    </w:p>
    <w:p>
      <w:pPr>
        <w:spacing w:after="0"/>
      </w:pPr>
      <w:r>
        <w:rPr>
          <w:rFonts w:ascii="Arial" w:hAnsi="Arial"/>
          <w:sz w:val="22"/>
        </w:rPr>
        <w:t xml:space="preserve"> that's it, but I'm doing very well. Today, um, that help an advert in inverted commas. Is, is not as helpful as you think it is. I mean, you're fooling yourself into thinking. I'm gonna be helpful.</w:t>
      </w:r>
    </w:p>
    <w:p>
      <w:pPr>
        <w:spacing w:after="0"/>
      </w:pPr>
    </w:p>
    <w:p>
      <w:pPr>
        <w:spacing w:after="0"/>
      </w:pPr>
      <w:r>
        <w:rPr>
          <w:rFonts w:ascii="Arial" w:hAnsi="Arial"/>
          <w:b/>
          <w:sz w:val="22"/>
        </w:rPr>
        <w:t xml:space="preserve">Holly Greader  </w:t>
      </w:r>
      <w:r>
        <w:rPr>
          <w:rFonts w:ascii="Arial" w:hAnsi="Arial"/>
          <w:color w:val="5D7284"/>
          <w:sz w:val="22"/>
        </w:rPr>
        <w:t>1:10:50</w:t>
      </w:r>
    </w:p>
    <w:p>
      <w:pPr>
        <w:spacing w:after="0"/>
      </w:pPr>
      <w:r>
        <w:rPr>
          <w:rFonts w:ascii="Arial" w:hAnsi="Arial"/>
          <w:sz w:val="22"/>
        </w:rPr>
        <w:t>Yeah. Yeah. And I think as well , it assumes a lot it assumes  a lot about the Deaf community. I mean, in whatever sort of situation this is about, but, you know, people have been deaf. Yeah, for as long as time and, you know, I, even without, if I didn't have a disability, if I wasn't quite the person I am, I always believed in communication with everyone. So it's something I've always wanted to do. It was important that we can all communicate with each other, not because I felt sorry for someone who desperately needed an able person to help.</w:t>
      </w:r>
    </w:p>
    <w:p>
      <w:pPr>
        <w:spacing w:after="0"/>
      </w:pPr>
    </w:p>
    <w:p>
      <w:pPr>
        <w:spacing w:after="0"/>
      </w:pPr>
      <w:r>
        <w:rPr>
          <w:rFonts w:ascii="Arial" w:hAnsi="Arial"/>
          <w:b/>
          <w:sz w:val="22"/>
        </w:rPr>
        <w:t xml:space="preserve">Alice  </w:t>
      </w:r>
      <w:r>
        <w:rPr>
          <w:rFonts w:ascii="Arial" w:hAnsi="Arial"/>
          <w:color w:val="5D7284"/>
          <w:sz w:val="22"/>
        </w:rPr>
        <w:t>1:11:36</w:t>
      </w:r>
    </w:p>
    <w:p>
      <w:pPr>
        <w:spacing w:after="0"/>
      </w:pPr>
      <w:r>
        <w:rPr>
          <w:rFonts w:ascii="Arial" w:hAnsi="Arial"/>
          <w:sz w:val="22"/>
        </w:rPr>
        <w:t>And I think that, you know, again, you can look at it from a, if you want to be entirely selfish point of view. So, you know, I've, I don't speak any other languages, but I have said. My husband and I had this conversation quite recently, where I said, you know, if I were to learn another language, you I actually I think I'd, I'd like to learn Polish. Because I think, in the day and age that we we live in, in this country, polish is a very useful language to have particularly working in social care. If I could speak Polish, it would make my life a lot easier, it would probably open up job avenues to me to be entirely selfish, I'm not doing that, because I want to be able to, you know, help polish speakers communicate more or anything entirely selfishly, I think it would make my life easier. And it would probably be quite interesting. But that is a that is not about me going, I'm going to help you. Because you're different because you communicate differently. It's different.</w:t>
      </w:r>
    </w:p>
    <w:p>
      <w:pPr>
        <w:spacing w:after="0"/>
      </w:pPr>
    </w:p>
    <w:p>
      <w:pPr>
        <w:spacing w:after="0"/>
      </w:pPr>
      <w:r>
        <w:rPr>
          <w:rFonts w:ascii="Arial" w:hAnsi="Arial"/>
          <w:b/>
          <w:sz w:val="22"/>
        </w:rPr>
        <w:t xml:space="preserve">Lucy  </w:t>
      </w:r>
      <w:r>
        <w:rPr>
          <w:rFonts w:ascii="Arial" w:hAnsi="Arial"/>
          <w:color w:val="5D7284"/>
          <w:sz w:val="22"/>
        </w:rPr>
        <w:t>1:12:43</w:t>
      </w:r>
    </w:p>
    <w:p>
      <w:pPr>
        <w:spacing w:after="0"/>
      </w:pPr>
      <w:r>
        <w:rPr>
          <w:rFonts w:ascii="Arial" w:hAnsi="Arial"/>
          <w:sz w:val="22"/>
        </w:rPr>
        <w:t>It's, I suppose, as well, doing doing volunteering, or doing anything free of charge. With that purely, look at me aren't I brilliant, gives the person who is volunteering, you know, if for whatever, say it's like they volunteer to help disabled people access the community, for instance, if that disabled person says actually, your what you're doing is not very helpful. They sometimes in my experience can go well, I'm helping I have experience of this because I'm helping, and you're like, yes, but you're, you're in that help, you are also not listening to the person you are helping. So and that's a fact. You're not helping anybody. It was just confusing the issue and making them very frustrated because you're not listening. Do you know, I mean, it's, it's, it gets sort of, if you're not careful gives them that one upmanship? Well, I know what I've got, I know what I'm doing. I'm helping you. Do you know what I mean?</w:t>
      </w:r>
    </w:p>
    <w:p>
      <w:pPr>
        <w:spacing w:after="0"/>
      </w:pPr>
    </w:p>
    <w:p>
      <w:pPr>
        <w:spacing w:after="0"/>
      </w:pPr>
      <w:r>
        <w:rPr>
          <w:rFonts w:ascii="Arial" w:hAnsi="Arial"/>
          <w:b/>
          <w:sz w:val="22"/>
        </w:rPr>
        <w:t xml:space="preserve">Holly Greader  </w:t>
      </w:r>
      <w:r>
        <w:rPr>
          <w:rFonts w:ascii="Arial" w:hAnsi="Arial"/>
          <w:color w:val="5D7284"/>
          <w:sz w:val="22"/>
        </w:rPr>
        <w:t>1:13:46</w:t>
      </w:r>
    </w:p>
    <w:p>
      <w:pPr>
        <w:spacing w:after="0"/>
      </w:pPr>
      <w:r>
        <w:rPr>
          <w:rFonts w:ascii="Arial" w:hAnsi="Arial"/>
          <w:sz w:val="22"/>
        </w:rPr>
        <w:t>Like, well, have you asked what I need? Yeah, if I do need help, and like, I think as well with this whole kind of, I want to do it to help people. I'm not a deaf person. But I so I'm wondering how they feel how, you know, a deaf person or the deaf community would feel when somebody goes, Oh, because I want to help you like what what are their thoughts on that? And, like, I know how I would probably do that as a disabled person, but I would like for that personal that community to have people talk to you in that way and to, to patronize you all the time.</w:t>
      </w:r>
    </w:p>
    <w:p>
      <w:pPr>
        <w:spacing w:after="0"/>
      </w:pPr>
    </w:p>
    <w:p>
      <w:pPr>
        <w:spacing w:after="0"/>
      </w:pPr>
      <w:r>
        <w:rPr>
          <w:rFonts w:ascii="Arial" w:hAnsi="Arial"/>
          <w:b/>
          <w:sz w:val="22"/>
        </w:rPr>
        <w:t xml:space="preserve">Alice  </w:t>
      </w:r>
      <w:r>
        <w:rPr>
          <w:rFonts w:ascii="Arial" w:hAnsi="Arial"/>
          <w:color w:val="5D7284"/>
          <w:sz w:val="22"/>
        </w:rPr>
        <w:t>1:14:28</w:t>
      </w:r>
    </w:p>
    <w:p>
      <w:pPr>
        <w:spacing w:after="0"/>
      </w:pPr>
      <w:r>
        <w:rPr>
          <w:rFonts w:ascii="Arial" w:hAnsi="Arial"/>
          <w:sz w:val="22"/>
        </w:rPr>
        <w:t xml:space="preserve">Yeah, I mean, it's that you know, going Well I, I personally sent who's essentially learning your language learning to communicate with you, but, uh, not to get to know you not to have a conversation with you. You know, I, I think it's, it's that word help, you know, there's a difference between say, facilitate support, </w:t>
      </w:r>
    </w:p>
    <w:p>
      <w:pPr>
        <w:spacing w:after="0"/>
      </w:pPr>
    </w:p>
    <w:p>
      <w:pPr>
        <w:spacing w:after="0"/>
      </w:pPr>
      <w:r>
        <w:rPr>
          <w:rFonts w:ascii="Arial" w:hAnsi="Arial"/>
          <w:b/>
          <w:sz w:val="22"/>
        </w:rPr>
        <w:t xml:space="preserve">Lucy  </w:t>
      </w:r>
      <w:r>
        <w:rPr>
          <w:rFonts w:ascii="Arial" w:hAnsi="Arial"/>
          <w:color w:val="5D7284"/>
          <w:sz w:val="22"/>
        </w:rPr>
        <w:t>1:14:51</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1:14:52</w:t>
      </w:r>
    </w:p>
    <w:p>
      <w:pPr>
        <w:spacing w:after="0"/>
      </w:pPr>
      <w:r>
        <w:rPr>
          <w:rFonts w:ascii="Arial" w:hAnsi="Arial"/>
          <w:sz w:val="22"/>
        </w:rPr>
        <w:t>Enable include, open up, you know, access to, there's a big difference between that great To help to help the disabled person</w:t>
      </w:r>
    </w:p>
    <w:p>
      <w:pPr>
        <w:spacing w:after="0"/>
      </w:pPr>
    </w:p>
    <w:p>
      <w:pPr>
        <w:spacing w:after="0"/>
      </w:pPr>
      <w:r>
        <w:rPr>
          <w:rFonts w:ascii="Arial" w:hAnsi="Arial"/>
          <w:b/>
          <w:sz w:val="22"/>
        </w:rPr>
        <w:t xml:space="preserve">Lucy  </w:t>
      </w:r>
      <w:r>
        <w:rPr>
          <w:rFonts w:ascii="Arial" w:hAnsi="Arial"/>
          <w:color w:val="5D7284"/>
          <w:sz w:val="22"/>
        </w:rPr>
        <w:t>1:15:02</w:t>
      </w:r>
    </w:p>
    <w:p>
      <w:pPr>
        <w:spacing w:after="0"/>
      </w:pPr>
      <w:r>
        <w:rPr>
          <w:rFonts w:ascii="Arial" w:hAnsi="Arial"/>
          <w:sz w:val="22"/>
        </w:rPr>
        <w:t xml:space="preserve">because Because good help and bad help isn't there that's what we are trying to get at </w:t>
      </w:r>
    </w:p>
    <w:p>
      <w:pPr>
        <w:spacing w:after="0"/>
      </w:pPr>
    </w:p>
    <w:p>
      <w:pPr>
        <w:spacing w:after="0"/>
      </w:pPr>
      <w:r>
        <w:rPr>
          <w:rFonts w:ascii="Arial" w:hAnsi="Arial"/>
          <w:b/>
          <w:sz w:val="22"/>
        </w:rPr>
        <w:t xml:space="preserve">Alice  </w:t>
      </w:r>
      <w:r>
        <w:rPr>
          <w:rFonts w:ascii="Arial" w:hAnsi="Arial"/>
          <w:color w:val="5D7284"/>
          <w:sz w:val="22"/>
        </w:rPr>
        <w:t>1:15:06</w:t>
      </w:r>
    </w:p>
    <w:p>
      <w:pPr>
        <w:spacing w:after="0"/>
      </w:pPr>
      <w:r>
        <w:rPr>
          <w:rFonts w:ascii="Arial" w:hAnsi="Arial"/>
          <w:sz w:val="22"/>
        </w:rPr>
        <w:t>smacks a little bit of somebody wants to learn to sign questions like, also what's wrong? What happened to you? Can I help you? Oh, what? What do you what do you need? What can I do for you?</w:t>
      </w:r>
    </w:p>
    <w:p>
      <w:pPr>
        <w:spacing w:after="0"/>
      </w:pPr>
    </w:p>
    <w:p>
      <w:pPr>
        <w:spacing w:after="0"/>
      </w:pPr>
      <w:r>
        <w:rPr>
          <w:rFonts w:ascii="Arial" w:hAnsi="Arial"/>
          <w:b/>
          <w:sz w:val="22"/>
        </w:rPr>
        <w:t xml:space="preserve">Holly Greader  </w:t>
      </w:r>
      <w:r>
        <w:rPr>
          <w:rFonts w:ascii="Arial" w:hAnsi="Arial"/>
          <w:color w:val="5D7284"/>
          <w:sz w:val="22"/>
        </w:rPr>
        <w:t>1:15:19</w:t>
      </w:r>
    </w:p>
    <w:p>
      <w:pPr>
        <w:spacing w:after="0"/>
      </w:pPr>
      <w:r>
        <w:rPr>
          <w:rFonts w:ascii="Arial" w:hAnsi="Arial"/>
          <w:sz w:val="22"/>
        </w:rPr>
        <w:t>But then listen to the answer no, as you read those questions, but then they won't even listen to your answer. No. And you</w:t>
      </w:r>
    </w:p>
    <w:p>
      <w:pPr>
        <w:spacing w:after="0"/>
      </w:pPr>
    </w:p>
    <w:p>
      <w:pPr>
        <w:spacing w:after="0"/>
      </w:pPr>
      <w:r>
        <w:rPr>
          <w:rFonts w:ascii="Arial" w:hAnsi="Arial"/>
          <w:b/>
          <w:sz w:val="22"/>
        </w:rPr>
        <w:t xml:space="preserve">Lucy  </w:t>
      </w:r>
      <w:r>
        <w:rPr>
          <w:rFonts w:ascii="Arial" w:hAnsi="Arial"/>
          <w:color w:val="5D7284"/>
          <w:sz w:val="22"/>
        </w:rPr>
        <w:t>1:15:27</w:t>
      </w:r>
    </w:p>
    <w:p>
      <w:pPr>
        <w:spacing w:after="0"/>
      </w:pPr>
      <w:r>
        <w:rPr>
          <w:rFonts w:ascii="Arial" w:hAnsi="Arial"/>
          <w:sz w:val="22"/>
        </w:rPr>
        <w:t>can You and you, you can genuinely tell when they are not listening. So they ask the right questions, because outwardly, they're asking the right questions. But you know, whilst when you're answering these people, and you're giving them your opinion, you can see it's like they're on standby. They've gone. Doo doo doo doo doo doo.</w:t>
      </w:r>
    </w:p>
    <w:p>
      <w:pPr>
        <w:spacing w:after="0"/>
      </w:pPr>
    </w:p>
    <w:p>
      <w:pPr>
        <w:spacing w:after="0"/>
      </w:pPr>
      <w:r>
        <w:rPr>
          <w:rFonts w:ascii="Arial" w:hAnsi="Arial"/>
          <w:b/>
          <w:sz w:val="22"/>
        </w:rPr>
        <w:t xml:space="preserve">Holly Greader  </w:t>
      </w:r>
      <w:r>
        <w:rPr>
          <w:rFonts w:ascii="Arial" w:hAnsi="Arial"/>
          <w:color w:val="5D7284"/>
          <w:sz w:val="22"/>
        </w:rPr>
        <w:t>1:15:46</w:t>
      </w:r>
    </w:p>
    <w:p>
      <w:pPr>
        <w:spacing w:after="0"/>
      </w:pPr>
      <w:r>
        <w:rPr>
          <w:rFonts w:ascii="Arial" w:hAnsi="Arial"/>
          <w:sz w:val="22"/>
        </w:rPr>
        <w:t>it's not gonna make change their mind if they believe that they can help you in some way. Even if you're stuck saying you don't need help, or how to help they they've already got it sorted, then they're not listening.</w:t>
      </w:r>
    </w:p>
    <w:p>
      <w:pPr>
        <w:spacing w:after="0"/>
      </w:pPr>
    </w:p>
    <w:p>
      <w:pPr>
        <w:spacing w:after="0"/>
      </w:pPr>
      <w:r>
        <w:rPr>
          <w:rFonts w:ascii="Arial" w:hAnsi="Arial"/>
          <w:b/>
          <w:sz w:val="22"/>
        </w:rPr>
        <w:t xml:space="preserve">Lucy  </w:t>
      </w:r>
      <w:r>
        <w:rPr>
          <w:rFonts w:ascii="Arial" w:hAnsi="Arial"/>
          <w:color w:val="5D7284"/>
          <w:sz w:val="22"/>
        </w:rPr>
        <w:t>1:15:59</w:t>
      </w:r>
    </w:p>
    <w:p>
      <w:pPr>
        <w:spacing w:after="0"/>
      </w:pPr>
      <w:r>
        <w:rPr>
          <w:rFonts w:ascii="Arial" w:hAnsi="Arial"/>
          <w:sz w:val="22"/>
        </w:rPr>
        <w:t>And then when you have to get forceful with them, they're like, oh, it's been shirty.</w:t>
      </w:r>
    </w:p>
    <w:p>
      <w:pPr>
        <w:spacing w:after="0"/>
      </w:pPr>
    </w:p>
    <w:p>
      <w:pPr>
        <w:spacing w:after="0"/>
      </w:pPr>
      <w:r>
        <w:rPr>
          <w:rFonts w:ascii="Arial" w:hAnsi="Arial"/>
          <w:b/>
          <w:sz w:val="22"/>
        </w:rPr>
        <w:t xml:space="preserve">Alice  </w:t>
      </w:r>
      <w:r>
        <w:rPr>
          <w:rFonts w:ascii="Arial" w:hAnsi="Arial"/>
          <w:color w:val="5D7284"/>
          <w:sz w:val="22"/>
        </w:rPr>
        <w:t>1:16:05</w:t>
      </w:r>
    </w:p>
    <w:p>
      <w:pPr>
        <w:spacing w:after="0"/>
      </w:pPr>
      <w:r>
        <w:rPr>
          <w:rFonts w:ascii="Arial" w:hAnsi="Arial"/>
          <w:sz w:val="22"/>
        </w:rPr>
        <w:t>I can't remember if I told the story. On another show on quite recently, I, when I was between dogs, I was using a using my white cane to get into my town center. And an older gentleman stopped me and asked, I thought he was going to ask me if I wanted help. And I was late to get my nails done. And so I immediately went on. No, I don't need any help. Thank you. And he was like, oh, no, I just wanted to ask you about your stick. And I was like, Oh, well, I'm visually impaired.</w:t>
      </w:r>
    </w:p>
    <w:p>
      <w:pPr>
        <w:spacing w:after="0"/>
      </w:pPr>
    </w:p>
    <w:p>
      <w:pPr>
        <w:spacing w:after="0"/>
      </w:pPr>
      <w:r>
        <w:rPr>
          <w:rFonts w:ascii="Arial" w:hAnsi="Arial"/>
          <w:b/>
          <w:sz w:val="22"/>
        </w:rPr>
        <w:t xml:space="preserve">Lucy  </w:t>
      </w:r>
      <w:r>
        <w:rPr>
          <w:rFonts w:ascii="Arial" w:hAnsi="Arial"/>
          <w:color w:val="5D7284"/>
          <w:sz w:val="22"/>
        </w:rPr>
        <w:t>1:16:39</w:t>
      </w:r>
    </w:p>
    <w:p>
      <w:pPr>
        <w:spacing w:after="0"/>
      </w:pPr>
      <w:r>
        <w:rPr>
          <w:rFonts w:ascii="Arial" w:hAnsi="Arial"/>
          <w:sz w:val="22"/>
        </w:rPr>
        <w:t xml:space="preserve">  and I'm late for my nails.</w:t>
      </w:r>
    </w:p>
    <w:p>
      <w:pPr>
        <w:spacing w:after="0"/>
      </w:pPr>
    </w:p>
    <w:p>
      <w:pPr>
        <w:spacing w:after="0"/>
      </w:pPr>
      <w:r>
        <w:rPr>
          <w:rFonts w:ascii="Arial" w:hAnsi="Arial"/>
          <w:b/>
          <w:sz w:val="22"/>
        </w:rPr>
        <w:t xml:space="preserve">Alice  </w:t>
      </w:r>
      <w:r>
        <w:rPr>
          <w:rFonts w:ascii="Arial" w:hAnsi="Arial"/>
          <w:color w:val="5D7284"/>
          <w:sz w:val="22"/>
        </w:rPr>
        <w:t>1:16:41</w:t>
      </w:r>
    </w:p>
    <w:p>
      <w:pPr>
        <w:spacing w:after="0"/>
      </w:pPr>
      <w:r>
        <w:rPr>
          <w:rFonts w:ascii="Arial" w:hAnsi="Arial"/>
          <w:sz w:val="22"/>
        </w:rPr>
        <w:t>Yeah, so so. So I need it. So move. And he was like, Oh, I just wondered because he volunteers for my local VI, charity. And he knows people at like local, the local uni and the local academics who are visually impaired. And he's an older person. So he had I think a lot of you know, a lot of people cataracts and people who have lost their sight if they got an older and all of this. And he was like, I'll see, you know, I understand. And I just wanted to put the phrase he used it wasn't what's wrong. Oh, that was it? No, the he said, I just wanted to talk to you. Because you look normal. You don't look like you need a stick</w:t>
      </w:r>
    </w:p>
    <w:p>
      <w:pPr>
        <w:spacing w:after="0"/>
      </w:pPr>
    </w:p>
    <w:p>
      <w:pPr>
        <w:spacing w:after="0"/>
      </w:pPr>
      <w:r>
        <w:rPr>
          <w:rFonts w:ascii="Arial" w:hAnsi="Arial"/>
          <w:b/>
          <w:sz w:val="22"/>
        </w:rPr>
        <w:t xml:space="preserve">Lucy  </w:t>
      </w:r>
      <w:r>
        <w:rPr>
          <w:rFonts w:ascii="Arial" w:hAnsi="Arial"/>
          <w:color w:val="5D7284"/>
          <w:sz w:val="22"/>
        </w:rPr>
        <w:t>1:17:26</w:t>
      </w:r>
    </w:p>
    <w:p>
      <w:pPr>
        <w:spacing w:after="0"/>
      </w:pPr>
      <w:r>
        <w:rPr>
          <w:rFonts w:ascii="Arial" w:hAnsi="Arial"/>
          <w:sz w:val="22"/>
        </w:rPr>
        <w:t xml:space="preserve">WHAAAAAT! he said look normal. </w:t>
      </w:r>
    </w:p>
    <w:p>
      <w:pPr>
        <w:spacing w:after="0"/>
      </w:pPr>
    </w:p>
    <w:p>
      <w:pPr>
        <w:spacing w:after="0"/>
      </w:pPr>
      <w:r>
        <w:rPr>
          <w:rFonts w:ascii="Arial" w:hAnsi="Arial"/>
          <w:b/>
          <w:sz w:val="22"/>
        </w:rPr>
        <w:t xml:space="preserve">Holly Greader  </w:t>
      </w:r>
      <w:r>
        <w:rPr>
          <w:rFonts w:ascii="Arial" w:hAnsi="Arial"/>
          <w:color w:val="5D7284"/>
          <w:sz w:val="22"/>
        </w:rPr>
        <w:t>1:17:34</w:t>
      </w:r>
    </w:p>
    <w:p>
      <w:pPr>
        <w:spacing w:after="0"/>
      </w:pPr>
      <w:r>
        <w:rPr>
          <w:rFonts w:ascii="Arial" w:hAnsi="Arial"/>
          <w:sz w:val="22"/>
        </w:rPr>
        <w:t>My gosh. I am gonna swear. I think my sweat count is gonna go through the roof.</w:t>
      </w:r>
    </w:p>
    <w:p>
      <w:pPr>
        <w:spacing w:after="0"/>
      </w:pPr>
    </w:p>
    <w:p>
      <w:pPr>
        <w:spacing w:after="0"/>
      </w:pPr>
      <w:r>
        <w:rPr>
          <w:rFonts w:ascii="Arial" w:hAnsi="Arial"/>
          <w:b/>
          <w:sz w:val="22"/>
        </w:rPr>
        <w:t xml:space="preserve">Alice  </w:t>
      </w:r>
      <w:r>
        <w:rPr>
          <w:rFonts w:ascii="Arial" w:hAnsi="Arial"/>
          <w:color w:val="5D7284"/>
          <w:sz w:val="22"/>
        </w:rPr>
        <w:t>1:17:40</w:t>
      </w:r>
    </w:p>
    <w:p>
      <w:pPr>
        <w:spacing w:after="0"/>
      </w:pPr>
      <w:r>
        <w:rPr>
          <w:rFonts w:ascii="Arial" w:hAnsi="Arial"/>
          <w:sz w:val="22"/>
        </w:rPr>
        <w:t>Does that mean I have to cry?</w:t>
      </w:r>
    </w:p>
    <w:p>
      <w:pPr>
        <w:spacing w:after="0"/>
      </w:pPr>
    </w:p>
    <w:p>
      <w:pPr>
        <w:spacing w:after="0"/>
      </w:pPr>
      <w:r>
        <w:rPr>
          <w:rFonts w:ascii="Arial" w:hAnsi="Arial"/>
          <w:b/>
          <w:sz w:val="22"/>
        </w:rPr>
        <w:t xml:space="preserve">Lucy  </w:t>
      </w:r>
      <w:r>
        <w:rPr>
          <w:rFonts w:ascii="Arial" w:hAnsi="Arial"/>
          <w:color w:val="5D7284"/>
          <w:sz w:val="22"/>
        </w:rPr>
        <w:t>1:17:41</w:t>
      </w:r>
    </w:p>
    <w:p>
      <w:pPr>
        <w:spacing w:after="0"/>
      </w:pPr>
      <w:r>
        <w:rPr>
          <w:rFonts w:ascii="Arial" w:hAnsi="Arial"/>
          <w:sz w:val="22"/>
        </w:rPr>
        <w:t xml:space="preserve"> Yes. Can you get dave to pke you in the eye...Am I joking!</w:t>
      </w:r>
    </w:p>
    <w:p>
      <w:pPr>
        <w:spacing w:after="0"/>
      </w:pPr>
    </w:p>
    <w:p>
      <w:pPr>
        <w:spacing w:after="0"/>
      </w:pPr>
      <w:r>
        <w:rPr>
          <w:rFonts w:ascii="Arial" w:hAnsi="Arial"/>
          <w:b/>
          <w:sz w:val="22"/>
        </w:rPr>
        <w:t xml:space="preserve">Alice  </w:t>
      </w:r>
      <w:r>
        <w:rPr>
          <w:rFonts w:ascii="Arial" w:hAnsi="Arial"/>
          <w:color w:val="5D7284"/>
          <w:sz w:val="22"/>
        </w:rPr>
        <w:t>1:17:50</w:t>
      </w:r>
    </w:p>
    <w:p>
      <w:pPr>
        <w:spacing w:after="0"/>
      </w:pPr>
      <w:r>
        <w:rPr>
          <w:rFonts w:ascii="Arial" w:hAnsi="Arial"/>
          <w:sz w:val="22"/>
        </w:rPr>
        <w:t>Yeah. He wouldn't get hurt me. I punch him in the nuts.</w:t>
      </w:r>
    </w:p>
    <w:p>
      <w:pPr>
        <w:spacing w:after="0"/>
      </w:pPr>
    </w:p>
    <w:p>
      <w:pPr>
        <w:spacing w:after="0"/>
      </w:pPr>
      <w:r>
        <w:rPr>
          <w:rFonts w:ascii="Arial" w:hAnsi="Arial"/>
          <w:b/>
          <w:sz w:val="22"/>
        </w:rPr>
        <w:t xml:space="preserve">Holly Greader  </w:t>
      </w:r>
      <w:r>
        <w:rPr>
          <w:rFonts w:ascii="Arial" w:hAnsi="Arial"/>
          <w:color w:val="5D7284"/>
          <w:sz w:val="22"/>
        </w:rPr>
        <w:t>1:17:57</w:t>
      </w:r>
    </w:p>
    <w:p>
      <w:pPr>
        <w:spacing w:after="0"/>
      </w:pPr>
      <w:r>
        <w:rPr>
          <w:rFonts w:ascii="Arial" w:hAnsi="Arial"/>
          <w:sz w:val="22"/>
        </w:rPr>
        <w:t>Yeah, Is that what you did to this guy?</w:t>
      </w:r>
    </w:p>
    <w:p>
      <w:pPr>
        <w:spacing w:after="0"/>
      </w:pPr>
    </w:p>
    <w:p>
      <w:pPr>
        <w:spacing w:after="0"/>
      </w:pPr>
      <w:r>
        <w:rPr>
          <w:rFonts w:ascii="Arial" w:hAnsi="Arial"/>
          <w:b/>
          <w:sz w:val="22"/>
        </w:rPr>
        <w:t xml:space="preserve">Alice  </w:t>
      </w:r>
      <w:r>
        <w:rPr>
          <w:rFonts w:ascii="Arial" w:hAnsi="Arial"/>
          <w:color w:val="5D7284"/>
          <w:sz w:val="22"/>
        </w:rPr>
        <w:t>1:18:01</w:t>
      </w:r>
    </w:p>
    <w:p>
      <w:pPr>
        <w:spacing w:after="0"/>
      </w:pPr>
      <w:r>
        <w:rPr>
          <w:rFonts w:ascii="Arial" w:hAnsi="Arial"/>
          <w:sz w:val="22"/>
        </w:rPr>
        <w:t>No, I stood in talked to him for a bit. And I sort of, you know, I answered his questions and stuff. And then I just, I think Lucy and I had quite recently had a conversation about dealing with these kinds of issues and how one has these conversations and how it's very difficult to not get angry. But you know, it's something Lucy and I have debated quite a lot, I think is that about whose job it is to do that work. And sometimes it is more helpful for us to be the patiece kind educators, as disabled people. And sometimes,</w:t>
      </w:r>
    </w:p>
    <w:p>
      <w:pPr>
        <w:spacing w:after="0"/>
      </w:pPr>
    </w:p>
    <w:p>
      <w:pPr>
        <w:spacing w:after="0"/>
      </w:pPr>
      <w:r>
        <w:rPr>
          <w:rFonts w:ascii="Arial" w:hAnsi="Arial"/>
          <w:b/>
          <w:sz w:val="22"/>
        </w:rPr>
        <w:t xml:space="preserve">Lucy  </w:t>
      </w:r>
      <w:r>
        <w:rPr>
          <w:rFonts w:ascii="Arial" w:hAnsi="Arial"/>
          <w:color w:val="5D7284"/>
          <w:sz w:val="22"/>
        </w:rPr>
        <w:t>1:18:35</w:t>
      </w:r>
    </w:p>
    <w:p>
      <w:pPr>
        <w:spacing w:after="0"/>
      </w:pPr>
      <w:r>
        <w:rPr>
          <w:rFonts w:ascii="Arial" w:hAnsi="Arial"/>
          <w:sz w:val="22"/>
        </w:rPr>
        <w:t>inside you're fuming and thinking, yeah, yeah.</w:t>
      </w:r>
    </w:p>
    <w:p>
      <w:pPr>
        <w:spacing w:after="0"/>
      </w:pPr>
    </w:p>
    <w:p>
      <w:pPr>
        <w:spacing w:after="0"/>
      </w:pPr>
      <w:r>
        <w:rPr>
          <w:rFonts w:ascii="Arial" w:hAnsi="Arial"/>
          <w:b/>
          <w:sz w:val="22"/>
        </w:rPr>
        <w:t xml:space="preserve">Alice  </w:t>
      </w:r>
      <w:r>
        <w:rPr>
          <w:rFonts w:ascii="Arial" w:hAnsi="Arial"/>
          <w:color w:val="5D7284"/>
          <w:sz w:val="22"/>
        </w:rPr>
        <w:t>1:18:38</w:t>
      </w:r>
    </w:p>
    <w:p>
      <w:pPr>
        <w:spacing w:after="0"/>
      </w:pPr>
      <w:r>
        <w:rPr>
          <w:rFonts w:ascii="Arial" w:hAnsi="Arial"/>
          <w:sz w:val="22"/>
        </w:rPr>
        <w:t>And so I talked to him. And I also just questions and then at the end of the conversation, I just said to him, can I just say that? You know, you you started this conversation by saying that I look normal. And actually, that phrase is quite problematic, because, as far as I'm concerned, my visual impairment is normal to me. I am perfectly normal, perfectly average. And, you know, a phrase like that makes me feel very different. And he he got very he was clearly upset, but he handled it you know, he didn't get sort of offended that I'd called him out on it. I think partly because of the way that I handled it. Which I have to give kind of props to Lucy previously I probably would have gone I'm fucking normal fuck off</w:t>
      </w:r>
    </w:p>
    <w:p>
      <w:pPr>
        <w:spacing w:after="0"/>
      </w:pPr>
    </w:p>
    <w:p>
      <w:pPr>
        <w:spacing w:after="0"/>
      </w:pPr>
      <w:r>
        <w:rPr>
          <w:rFonts w:ascii="Arial" w:hAnsi="Arial"/>
          <w:b/>
          <w:sz w:val="22"/>
        </w:rPr>
        <w:t xml:space="preserve">Lucy  </w:t>
      </w:r>
      <w:r>
        <w:rPr>
          <w:rFonts w:ascii="Arial" w:hAnsi="Arial"/>
          <w:color w:val="5D7284"/>
          <w:sz w:val="22"/>
        </w:rPr>
        <w:t>1:19:34</w:t>
      </w:r>
    </w:p>
    <w:p>
      <w:pPr>
        <w:spacing w:after="0"/>
      </w:pPr>
      <w:r>
        <w:rPr>
          <w:rFonts w:ascii="Arial" w:hAnsi="Arial"/>
          <w:sz w:val="22"/>
        </w:rPr>
        <w:t>am I calming you down?</w:t>
      </w:r>
    </w:p>
    <w:p>
      <w:pPr>
        <w:spacing w:after="0"/>
      </w:pPr>
    </w:p>
    <w:p>
      <w:pPr>
        <w:spacing w:after="0"/>
      </w:pPr>
      <w:r>
        <w:rPr>
          <w:rFonts w:ascii="Arial" w:hAnsi="Arial"/>
          <w:b/>
          <w:sz w:val="22"/>
        </w:rPr>
        <w:t xml:space="preserve">Alice  </w:t>
      </w:r>
      <w:r>
        <w:rPr>
          <w:rFonts w:ascii="Arial" w:hAnsi="Arial"/>
          <w:color w:val="5D7284"/>
          <w:sz w:val="22"/>
        </w:rPr>
        <w:t>1:19:38</w:t>
      </w:r>
    </w:p>
    <w:p>
      <w:pPr>
        <w:spacing w:after="0"/>
      </w:pPr>
      <w:r>
        <w:rPr>
          <w:rFonts w:ascii="Arial" w:hAnsi="Arial"/>
          <w:sz w:val="22"/>
        </w:rPr>
        <w:t>And he sort of said, Oh, no, I didn't mean so that I just meant you know, you don't you don't look like a person who usually who you and I sort</w:t>
      </w:r>
    </w:p>
    <w:p>
      <w:pPr>
        <w:spacing w:after="0"/>
      </w:pPr>
    </w:p>
    <w:p>
      <w:pPr>
        <w:spacing w:after="0"/>
      </w:pPr>
      <w:r>
        <w:rPr>
          <w:rFonts w:ascii="Arial" w:hAnsi="Arial"/>
          <w:b/>
          <w:sz w:val="22"/>
        </w:rPr>
        <w:t xml:space="preserve">Lucy  </w:t>
      </w:r>
      <w:r>
        <w:rPr>
          <w:rFonts w:ascii="Arial" w:hAnsi="Arial"/>
          <w:color w:val="5D7284"/>
          <w:sz w:val="22"/>
        </w:rPr>
        <w:t>1:19:47</w:t>
      </w:r>
    </w:p>
    <w:p>
      <w:pPr>
        <w:spacing w:after="0"/>
      </w:pPr>
      <w:r>
        <w:rPr>
          <w:rFonts w:ascii="Arial" w:hAnsi="Arial"/>
          <w:sz w:val="22"/>
        </w:rPr>
        <w:t xml:space="preserve"> Oh he's making it worse... </w:t>
      </w:r>
    </w:p>
    <w:p>
      <w:pPr>
        <w:spacing w:after="0"/>
      </w:pPr>
    </w:p>
    <w:p>
      <w:pPr>
        <w:spacing w:after="0"/>
      </w:pPr>
      <w:r>
        <w:rPr>
          <w:rFonts w:ascii="Arial" w:hAnsi="Arial"/>
          <w:b/>
          <w:sz w:val="22"/>
        </w:rPr>
        <w:t xml:space="preserve">Alice  </w:t>
      </w:r>
      <w:r>
        <w:rPr>
          <w:rFonts w:ascii="Arial" w:hAnsi="Arial"/>
          <w:color w:val="5D7284"/>
          <w:sz w:val="22"/>
        </w:rPr>
        <w:t>1:19:49</w:t>
      </w:r>
    </w:p>
    <w:p>
      <w:pPr>
        <w:spacing w:after="0"/>
      </w:pPr>
      <w:r>
        <w:rPr>
          <w:rFonts w:ascii="Arial" w:hAnsi="Arial"/>
          <w:sz w:val="22"/>
        </w:rPr>
        <w:t xml:space="preserve">He was going no, that's not right either. That's not and he could see and digging himself out and I </w:t>
      </w:r>
    </w:p>
    <w:p>
      <w:pPr>
        <w:spacing w:after="0"/>
      </w:pPr>
    </w:p>
    <w:p>
      <w:pPr>
        <w:spacing w:after="0"/>
      </w:pPr>
      <w:r>
        <w:rPr>
          <w:rFonts w:ascii="Arial" w:hAnsi="Arial"/>
          <w:b/>
          <w:sz w:val="22"/>
        </w:rPr>
        <w:t xml:space="preserve">Lucy  </w:t>
      </w:r>
      <w:r>
        <w:rPr>
          <w:rFonts w:ascii="Arial" w:hAnsi="Arial"/>
          <w:color w:val="5D7284"/>
          <w:sz w:val="22"/>
        </w:rPr>
        <w:t>1:19:54</w:t>
      </w:r>
    </w:p>
    <w:p>
      <w:pPr>
        <w:spacing w:after="0"/>
      </w:pPr>
      <w:r>
        <w:rPr>
          <w:rFonts w:ascii="Arial" w:hAnsi="Arial"/>
          <w:sz w:val="22"/>
        </w:rPr>
        <w:t>just give him a shovel.</w:t>
      </w:r>
    </w:p>
    <w:p>
      <w:pPr>
        <w:spacing w:after="0"/>
      </w:pPr>
    </w:p>
    <w:p>
      <w:pPr>
        <w:spacing w:after="0"/>
      </w:pPr>
      <w:r>
        <w:rPr>
          <w:rFonts w:ascii="Arial" w:hAnsi="Arial"/>
          <w:b/>
          <w:sz w:val="22"/>
        </w:rPr>
        <w:t xml:space="preserve">Alice  </w:t>
      </w:r>
      <w:r>
        <w:rPr>
          <w:rFonts w:ascii="Arial" w:hAnsi="Arial"/>
          <w:color w:val="5D7284"/>
          <w:sz w:val="22"/>
        </w:rPr>
        <w:t>1:19:56</w:t>
      </w:r>
    </w:p>
    <w:p>
      <w:pPr>
        <w:spacing w:after="0"/>
      </w:pPr>
      <w:r>
        <w:rPr>
          <w:rFonts w:ascii="Arial" w:hAnsi="Arial"/>
          <w:sz w:val="22"/>
        </w:rPr>
        <w:t xml:space="preserve"> I just said to just just have a think like If I feel like I don't, I don't know, what's the right phrase that you're looking for here, but just just think about it before, if you come across a cane user or guide dog user again, maybe just think about the language that you use.</w:t>
      </w:r>
    </w:p>
    <w:p>
      <w:pPr>
        <w:spacing w:after="0"/>
      </w:pPr>
    </w:p>
    <w:p>
      <w:pPr>
        <w:spacing w:after="0"/>
      </w:pPr>
      <w:r>
        <w:rPr>
          <w:rFonts w:ascii="Arial" w:hAnsi="Arial"/>
          <w:b/>
          <w:sz w:val="22"/>
        </w:rPr>
        <w:t xml:space="preserve">Lucy  </w:t>
      </w:r>
      <w:r>
        <w:rPr>
          <w:rFonts w:ascii="Arial" w:hAnsi="Arial"/>
          <w:color w:val="5D7284"/>
          <w:sz w:val="22"/>
        </w:rPr>
        <w:t>1:20:14</w:t>
      </w:r>
    </w:p>
    <w:p>
      <w:pPr>
        <w:spacing w:after="0"/>
      </w:pPr>
      <w:r>
        <w:rPr>
          <w:rFonts w:ascii="Arial" w:hAnsi="Arial"/>
          <w:sz w:val="22"/>
        </w:rPr>
        <w:t>Well, I am proud of you Alice</w:t>
      </w:r>
    </w:p>
    <w:p>
      <w:pPr>
        <w:spacing w:after="0"/>
      </w:pPr>
    </w:p>
    <w:p>
      <w:pPr>
        <w:spacing w:after="0"/>
      </w:pPr>
      <w:r>
        <w:rPr>
          <w:rFonts w:ascii="Arial" w:hAnsi="Arial"/>
          <w:b/>
          <w:sz w:val="22"/>
        </w:rPr>
        <w:t xml:space="preserve">Alice  </w:t>
      </w:r>
      <w:r>
        <w:rPr>
          <w:rFonts w:ascii="Arial" w:hAnsi="Arial"/>
          <w:color w:val="5D7284"/>
          <w:sz w:val="22"/>
        </w:rPr>
        <w:t>1:20:18</w:t>
      </w:r>
    </w:p>
    <w:p>
      <w:pPr>
        <w:spacing w:after="0"/>
      </w:pPr>
      <w:r>
        <w:rPr>
          <w:rFonts w:ascii="Arial" w:hAnsi="Arial"/>
          <w:sz w:val="22"/>
        </w:rPr>
        <w:t>I was proud. I still made it on time for my nails.</w:t>
      </w:r>
    </w:p>
    <w:p>
      <w:pPr>
        <w:spacing w:after="0"/>
      </w:pPr>
    </w:p>
    <w:p>
      <w:pPr>
        <w:spacing w:after="0"/>
      </w:pPr>
      <w:r>
        <w:rPr>
          <w:rFonts w:ascii="Arial" w:hAnsi="Arial"/>
          <w:b/>
          <w:sz w:val="22"/>
        </w:rPr>
        <w:t xml:space="preserve">Holly Greader  </w:t>
      </w:r>
      <w:r>
        <w:rPr>
          <w:rFonts w:ascii="Arial" w:hAnsi="Arial"/>
          <w:color w:val="5D7284"/>
          <w:sz w:val="22"/>
        </w:rPr>
        <w:t>1:20:23</w:t>
      </w:r>
    </w:p>
    <w:p>
      <w:pPr>
        <w:spacing w:after="0"/>
      </w:pPr>
      <w:r>
        <w:rPr>
          <w:rFonts w:ascii="Arial" w:hAnsi="Arial"/>
          <w:sz w:val="22"/>
        </w:rPr>
        <w:t>I think you've got to find like the right anger, if that makes sense. Because I think a lot of the time, we kind of feel that anger. And it's like, do you use the bit where you just want to tell someone to get lost? Or do you kind of use it to drive forward and message</w:t>
      </w:r>
    </w:p>
    <w:p>
      <w:pPr>
        <w:spacing w:after="0"/>
      </w:pPr>
    </w:p>
    <w:p>
      <w:pPr>
        <w:spacing w:after="0"/>
      </w:pPr>
      <w:r>
        <w:rPr>
          <w:rFonts w:ascii="Arial" w:hAnsi="Arial"/>
          <w:b/>
          <w:sz w:val="22"/>
        </w:rPr>
        <w:t xml:space="preserve">Lucy  </w:t>
      </w:r>
      <w:r>
        <w:rPr>
          <w:rFonts w:ascii="Arial" w:hAnsi="Arial"/>
          <w:color w:val="5D7284"/>
          <w:sz w:val="22"/>
        </w:rPr>
        <w:t>1:20:40</w:t>
      </w:r>
    </w:p>
    <w:p>
      <w:pPr>
        <w:spacing w:after="0"/>
      </w:pPr>
      <w:r>
        <w:rPr>
          <w:rFonts w:ascii="Arial" w:hAnsi="Arial"/>
          <w:sz w:val="22"/>
        </w:rPr>
        <w:t xml:space="preserve">I always, when I am confronted by stuff like that, I always feel like inside of me, it's bubbling up. But I think if I leave this any longer, it's gonna, he's gonna get both barrels, and they will never want to speak to a disabled person again. So it is a fight between, okay, let's be nice about this </w:t>
      </w:r>
    </w:p>
    <w:p>
      <w:pPr>
        <w:spacing w:after="0"/>
      </w:pPr>
    </w:p>
    <w:p>
      <w:pPr>
        <w:spacing w:after="0"/>
      </w:pPr>
      <w:r>
        <w:rPr>
          <w:rFonts w:ascii="Arial" w:hAnsi="Arial"/>
          <w:b/>
          <w:sz w:val="22"/>
        </w:rPr>
        <w:t xml:space="preserve">Holly Greader  </w:t>
      </w:r>
      <w:r>
        <w:rPr>
          <w:rFonts w:ascii="Arial" w:hAnsi="Arial"/>
          <w:color w:val="5D7284"/>
          <w:sz w:val="22"/>
        </w:rPr>
        <w:t>1:21:00</w:t>
      </w:r>
    </w:p>
    <w:p>
      <w:pPr>
        <w:spacing w:after="0"/>
      </w:pPr>
      <w:r>
        <w:rPr>
          <w:rFonts w:ascii="Arial" w:hAnsi="Arial"/>
          <w:sz w:val="22"/>
        </w:rPr>
        <w:t xml:space="preserve">and if it's the 3rd that day, they comment on my wheelchair or something, I probably am gonna lose it slightly. Like it is Tuesday, but it is it's you've got to find a balance. There's a point where you kind of make a choice, I think when people ask you these questions in public when you're just living life. You feel - Do I want to advocate today? </w:t>
      </w:r>
    </w:p>
    <w:p>
      <w:pPr>
        <w:spacing w:after="0"/>
      </w:pPr>
    </w:p>
    <w:p>
      <w:pPr>
        <w:spacing w:after="0"/>
      </w:pPr>
      <w:r>
        <w:rPr>
          <w:rFonts w:ascii="Arial" w:hAnsi="Arial"/>
          <w:b/>
          <w:sz w:val="22"/>
        </w:rPr>
        <w:t xml:space="preserve">Alice  </w:t>
      </w:r>
      <w:r>
        <w:rPr>
          <w:rFonts w:ascii="Arial" w:hAnsi="Arial"/>
          <w:color w:val="5D7284"/>
          <w:sz w:val="22"/>
        </w:rPr>
        <w:t>1:21:30</w:t>
      </w:r>
    </w:p>
    <w:p>
      <w:pPr>
        <w:spacing w:after="0"/>
      </w:pPr>
      <w:r>
        <w:rPr>
          <w:rFonts w:ascii="Arial" w:hAnsi="Arial"/>
          <w:sz w:val="22"/>
        </w:rPr>
        <w:t>And the thing that I think kind of, to bring it back to the conversation, you know, that we started having at the beginning of the show is that sometimes actually, you know, getting angry or getting upset, or just saying to people, that's absolutely fucking unacceptable. We, we should still do that. Because that is advocacy. And that is showing the human real experience of Being a disabled person is you know, what, if, if I turn around to somebody, and I go, You know what, you were the fucking fourth person today, who has said something to me like that. And I'm, frankly, I've had enough, I've had enough of being nice to people. So why don't you go away and educate yourself. And then next time you come across a blind person or a guide, dog user, or whatever it is, you know, not to be such a dick</w:t>
      </w:r>
    </w:p>
    <w:p>
      <w:pPr>
        <w:spacing w:after="0"/>
      </w:pPr>
    </w:p>
    <w:p>
      <w:pPr>
        <w:spacing w:after="0"/>
      </w:pPr>
      <w:r>
        <w:rPr>
          <w:rFonts w:ascii="Arial" w:hAnsi="Arial"/>
          <w:b/>
          <w:sz w:val="22"/>
        </w:rPr>
        <w:t xml:space="preserve">Lucy  </w:t>
      </w:r>
      <w:r>
        <w:rPr>
          <w:rFonts w:ascii="Arial" w:hAnsi="Arial"/>
          <w:color w:val="5D7284"/>
          <w:sz w:val="22"/>
        </w:rPr>
        <w:t>1:22:16</w:t>
      </w:r>
    </w:p>
    <w:p>
      <w:pPr>
        <w:spacing w:after="0"/>
      </w:pPr>
      <w:r>
        <w:rPr>
          <w:rFonts w:ascii="Arial" w:hAnsi="Arial"/>
          <w:sz w:val="22"/>
        </w:rPr>
        <w:t xml:space="preserve">you say now, Alice, what you've just said, there, you are the fourth person, that to me, if I was a non disabled person, would be far more impactful than fuck off, go and learn about about this  yourself. Because the aura calm down. If you say you are the fourth person I have had this week this month, whatever. </w:t>
      </w:r>
    </w:p>
    <w:p>
      <w:pPr>
        <w:spacing w:after="0"/>
      </w:pPr>
    </w:p>
    <w:p>
      <w:pPr>
        <w:spacing w:after="0"/>
      </w:pPr>
      <w:r>
        <w:rPr>
          <w:rFonts w:ascii="Arial" w:hAnsi="Arial"/>
          <w:b/>
          <w:sz w:val="22"/>
        </w:rPr>
        <w:t xml:space="preserve">Alice  </w:t>
      </w:r>
      <w:r>
        <w:rPr>
          <w:rFonts w:ascii="Arial" w:hAnsi="Arial"/>
          <w:color w:val="5D7284"/>
          <w:sz w:val="22"/>
        </w:rPr>
        <w:t>1:22:38</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1:22:39</w:t>
      </w:r>
    </w:p>
    <w:p>
      <w:pPr>
        <w:spacing w:after="0"/>
      </w:pPr>
      <w:r>
        <w:rPr>
          <w:rFonts w:ascii="Arial" w:hAnsi="Arial"/>
          <w:sz w:val="22"/>
        </w:rPr>
        <w:t>Today, I would then as a non disabled person, I would be more likely to go okay. Yeah. Okay. I can understand why that is problematic. Fuck off and learn about it yourself.</w:t>
      </w:r>
    </w:p>
    <w:p>
      <w:pPr>
        <w:spacing w:after="0"/>
      </w:pPr>
    </w:p>
    <w:p>
      <w:pPr>
        <w:spacing w:after="0"/>
      </w:pPr>
      <w:r>
        <w:rPr>
          <w:rFonts w:ascii="Arial" w:hAnsi="Arial"/>
          <w:b/>
          <w:sz w:val="22"/>
        </w:rPr>
        <w:t xml:space="preserve">Alice  </w:t>
      </w:r>
      <w:r>
        <w:rPr>
          <w:rFonts w:ascii="Arial" w:hAnsi="Arial"/>
          <w:color w:val="5D7284"/>
          <w:sz w:val="22"/>
        </w:rPr>
        <w:t>1:22:52</w:t>
      </w:r>
    </w:p>
    <w:p>
      <w:pPr>
        <w:spacing w:after="0"/>
      </w:pPr>
      <w:r>
        <w:rPr>
          <w:rFonts w:ascii="Arial" w:hAnsi="Arial"/>
          <w:sz w:val="22"/>
        </w:rPr>
        <w:t xml:space="preserve">Again, though. Even in that there's an element of language it makes me think about, I constantly get asked, Oh, are you training the dog? Yeah, because I am young ish. And my dog looks young. You know, people say, Oh, are you trying to train in the dog and I have to go? No, she's my guide dog. I'm legally blind. She's a working guide dog. And what I find myself saying is, people ask me that all the time. But actually, you know what? Maybe I need to start saying, No, people make that mistake a lot. There you go. Just because I am a young person. </w:t>
      </w:r>
    </w:p>
    <w:p>
      <w:pPr>
        <w:spacing w:after="0"/>
      </w:pPr>
    </w:p>
    <w:p>
      <w:pPr>
        <w:spacing w:after="0"/>
      </w:pPr>
      <w:r>
        <w:rPr>
          <w:rFonts w:ascii="Arial" w:hAnsi="Arial"/>
          <w:b/>
          <w:sz w:val="22"/>
        </w:rPr>
        <w:t xml:space="preserve">Lucy  </w:t>
      </w:r>
      <w:r>
        <w:rPr>
          <w:rFonts w:ascii="Arial" w:hAnsi="Arial"/>
          <w:color w:val="5D7284"/>
          <w:sz w:val="22"/>
        </w:rPr>
        <w:t>1:23:30</w:t>
      </w:r>
    </w:p>
    <w:p>
      <w:pPr>
        <w:spacing w:after="0"/>
      </w:pPr>
      <w:r>
        <w:rPr>
          <w:rFonts w:ascii="Arial" w:hAnsi="Arial"/>
          <w:sz w:val="22"/>
        </w:rPr>
        <w:t xml:space="preserve">most people make that mistake all the time is what you say. </w:t>
      </w:r>
    </w:p>
    <w:p>
      <w:pPr>
        <w:spacing w:after="0"/>
      </w:pPr>
    </w:p>
    <w:p>
      <w:pPr>
        <w:spacing w:after="0"/>
      </w:pPr>
      <w:r>
        <w:rPr>
          <w:rFonts w:ascii="Arial" w:hAnsi="Arial"/>
          <w:b/>
          <w:sz w:val="22"/>
        </w:rPr>
        <w:t xml:space="preserve">Holly Greader  </w:t>
      </w:r>
      <w:r>
        <w:rPr>
          <w:rFonts w:ascii="Arial" w:hAnsi="Arial"/>
          <w:color w:val="5D7284"/>
          <w:sz w:val="22"/>
        </w:rPr>
        <w:t>1:23:34</w:t>
      </w:r>
    </w:p>
    <w:p>
      <w:pPr>
        <w:spacing w:after="0"/>
      </w:pPr>
      <w:r>
        <w:rPr>
          <w:rFonts w:ascii="Arial" w:hAnsi="Arial"/>
          <w:sz w:val="22"/>
        </w:rPr>
        <w:t xml:space="preserve">it's crazy. How like two different words could absolutely change the message or what people take on board? Yeah, I had that like breakthrough for a few months, give my therapist but like, just just kind of changing word slightly depends on how people take it. I think, as well. It's hard sometimes to think of those in the moment. Like as a disabled person, I store certain responses in the back of my head. I can just like, come out with a bit sometimes they get a bit jumbled or sometimes is like your the fourth person today just leave me alone. </w:t>
      </w:r>
    </w:p>
    <w:p>
      <w:pPr>
        <w:spacing w:after="0"/>
      </w:pPr>
    </w:p>
    <w:p>
      <w:pPr>
        <w:spacing w:after="0"/>
      </w:pPr>
      <w:r>
        <w:rPr>
          <w:rFonts w:ascii="Arial" w:hAnsi="Arial"/>
          <w:b/>
          <w:sz w:val="22"/>
        </w:rPr>
        <w:t xml:space="preserve">Lucy  </w:t>
      </w:r>
      <w:r>
        <w:rPr>
          <w:rFonts w:ascii="Arial" w:hAnsi="Arial"/>
          <w:color w:val="5D7284"/>
          <w:sz w:val="22"/>
        </w:rPr>
        <w:t>1:24:11</w:t>
      </w:r>
    </w:p>
    <w:p>
      <w:pPr>
        <w:spacing w:after="0"/>
      </w:pPr>
      <w:r>
        <w:rPr>
          <w:rFonts w:ascii="Arial" w:hAnsi="Arial"/>
          <w:sz w:val="22"/>
        </w:rPr>
        <w:t>Yeah,there are there are times where I do think to myself, maybe it would be better if I just put like a whiteboard rammer that with frequently asked questions written on it. Just like that, yes. Yes. You read this</w:t>
      </w:r>
    </w:p>
    <w:p>
      <w:pPr>
        <w:spacing w:after="0"/>
      </w:pPr>
    </w:p>
    <w:p>
      <w:pPr>
        <w:spacing w:after="0"/>
      </w:pPr>
      <w:r>
        <w:rPr>
          <w:rFonts w:ascii="Arial" w:hAnsi="Arial"/>
          <w:b/>
          <w:sz w:val="22"/>
        </w:rPr>
        <w:t xml:space="preserve">Alice  </w:t>
      </w:r>
      <w:r>
        <w:rPr>
          <w:rFonts w:ascii="Arial" w:hAnsi="Arial"/>
          <w:color w:val="5D7284"/>
          <w:sz w:val="22"/>
        </w:rPr>
        <w:t>1:24:24</w:t>
      </w:r>
    </w:p>
    <w:p>
      <w:pPr>
        <w:spacing w:after="0"/>
      </w:pPr>
      <w:r>
        <w:rPr>
          <w:rFonts w:ascii="Arial" w:hAnsi="Arial"/>
          <w:sz w:val="22"/>
        </w:rPr>
        <w:t>cue cards?</w:t>
      </w:r>
    </w:p>
    <w:p>
      <w:pPr>
        <w:spacing w:after="0"/>
      </w:pPr>
    </w:p>
    <w:p>
      <w:pPr>
        <w:spacing w:after="0"/>
      </w:pPr>
      <w:r>
        <w:rPr>
          <w:rFonts w:ascii="Arial" w:hAnsi="Arial"/>
          <w:b/>
          <w:sz w:val="22"/>
        </w:rPr>
        <w:t xml:space="preserve">Holly Greader  </w:t>
      </w:r>
      <w:r>
        <w:rPr>
          <w:rFonts w:ascii="Arial" w:hAnsi="Arial"/>
          <w:color w:val="5D7284"/>
          <w:sz w:val="22"/>
        </w:rPr>
        <w:t>1:24:26</w:t>
      </w:r>
    </w:p>
    <w:p>
      <w:pPr>
        <w:spacing w:after="0"/>
      </w:pPr>
      <w:r>
        <w:rPr>
          <w:rFonts w:ascii="Arial" w:hAnsi="Arial"/>
          <w:sz w:val="22"/>
        </w:rPr>
        <w:t>Yes. I'm also kind of sitting here thinking is is it the same from the male perspective? Like men, does the same for men get treated slightly differently than disabled women?</w:t>
      </w:r>
    </w:p>
    <w:p>
      <w:pPr>
        <w:spacing w:after="0"/>
      </w:pPr>
    </w:p>
    <w:p>
      <w:pPr>
        <w:spacing w:after="0"/>
      </w:pPr>
      <w:r>
        <w:rPr>
          <w:rFonts w:ascii="Arial" w:hAnsi="Arial"/>
          <w:b/>
          <w:sz w:val="22"/>
        </w:rPr>
        <w:t xml:space="preserve">Alice  </w:t>
      </w:r>
      <w:r>
        <w:rPr>
          <w:rFonts w:ascii="Arial" w:hAnsi="Arial"/>
          <w:color w:val="5D7284"/>
          <w:sz w:val="22"/>
        </w:rPr>
        <w:t>1:24:39</w:t>
      </w:r>
    </w:p>
    <w:p>
      <w:pPr>
        <w:spacing w:after="0"/>
      </w:pPr>
      <w:r>
        <w:rPr>
          <w:rFonts w:ascii="Arial" w:hAnsi="Arial"/>
          <w:sz w:val="22"/>
        </w:rPr>
        <w:t>Well, it's funny I was I was thinking about this. Literally earlier today. I was looking at because I periodically like to look at our listener numbers because it gives me like a bit like my husband likes to look at our our savings and be like, we got we got point two five of a penny today in our savings</w:t>
      </w:r>
    </w:p>
    <w:p>
      <w:pPr>
        <w:spacing w:after="0"/>
      </w:pPr>
    </w:p>
    <w:p>
      <w:pPr>
        <w:spacing w:after="0"/>
      </w:pPr>
      <w:r>
        <w:rPr>
          <w:rFonts w:ascii="Arial" w:hAnsi="Arial"/>
          <w:b/>
          <w:sz w:val="22"/>
        </w:rPr>
        <w:t xml:space="preserve">Lucy  </w:t>
      </w:r>
      <w:r>
        <w:rPr>
          <w:rFonts w:ascii="Arial" w:hAnsi="Arial"/>
          <w:color w:val="5D7284"/>
          <w:sz w:val="22"/>
        </w:rPr>
        <w:t>1:25:02</w:t>
      </w:r>
    </w:p>
    <w:p>
      <w:pPr>
        <w:spacing w:after="0"/>
      </w:pPr>
      <w:r>
        <w:rPr>
          <w:rFonts w:ascii="Arial" w:hAnsi="Arial"/>
          <w:sz w:val="22"/>
        </w:rPr>
        <w:t xml:space="preserve">Where as we are podcasters have no money. </w:t>
      </w:r>
    </w:p>
    <w:p>
      <w:pPr>
        <w:spacing w:after="0"/>
      </w:pPr>
    </w:p>
    <w:p>
      <w:pPr>
        <w:spacing w:after="0"/>
      </w:pPr>
      <w:r>
        <w:rPr>
          <w:rFonts w:ascii="Arial" w:hAnsi="Arial"/>
          <w:b/>
          <w:sz w:val="22"/>
        </w:rPr>
        <w:t xml:space="preserve">Alice  </w:t>
      </w:r>
      <w:r>
        <w:rPr>
          <w:rFonts w:ascii="Arial" w:hAnsi="Arial"/>
          <w:color w:val="5D7284"/>
          <w:sz w:val="22"/>
        </w:rPr>
        <w:t>1:25:04</w:t>
      </w:r>
    </w:p>
    <w:p>
      <w:pPr>
        <w:spacing w:after="0"/>
      </w:pPr>
      <w:r>
        <w:rPr>
          <w:rFonts w:ascii="Arial" w:hAnsi="Arial"/>
          <w:sz w:val="22"/>
        </w:rPr>
        <w:t xml:space="preserve">Yeah. But we look at listeners. </w:t>
      </w:r>
    </w:p>
    <w:p>
      <w:pPr>
        <w:spacing w:after="0"/>
      </w:pPr>
    </w:p>
    <w:p>
      <w:pPr>
        <w:spacing w:after="0"/>
      </w:pPr>
      <w:r>
        <w:rPr>
          <w:rFonts w:ascii="Arial" w:hAnsi="Arial"/>
          <w:b/>
          <w:sz w:val="22"/>
        </w:rPr>
        <w:t xml:space="preserve">Lucy  </w:t>
      </w:r>
      <w:r>
        <w:rPr>
          <w:rFonts w:ascii="Arial" w:hAnsi="Arial"/>
          <w:color w:val="5D7284"/>
          <w:sz w:val="22"/>
        </w:rPr>
        <w:t>1:25:07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1:25:07</w:t>
      </w:r>
    </w:p>
    <w:p>
      <w:pPr>
        <w:spacing w:after="0"/>
      </w:pPr>
      <w:r>
        <w:rPr>
          <w:rFonts w:ascii="Arial" w:hAnsi="Arial"/>
          <w:sz w:val="22"/>
        </w:rPr>
        <w:t xml:space="preserve"> So and and the most popular episode that we have, I'm not going to say which episode it is, I be quite interested to see what if people can guess. But it's the most popular episode is a male person with a disability. And I think that their outlook on dealing with public and their experience of the way that they've communicated with people is quite different from mine, their disability is quite different from mine. And, you know, they are older, older than me. So it may be, it's probably very clear to people who I'm talking about. But it's, it's interesting. And I, I do think that there is a difference in the gender experience and the age experience of people with disabilities.</w:t>
      </w:r>
    </w:p>
    <w:p>
      <w:pPr>
        <w:spacing w:after="0"/>
      </w:pPr>
    </w:p>
    <w:p>
      <w:pPr>
        <w:spacing w:after="0"/>
      </w:pPr>
      <w:r>
        <w:rPr>
          <w:rFonts w:ascii="Arial" w:hAnsi="Arial"/>
          <w:b/>
          <w:sz w:val="22"/>
        </w:rPr>
        <w:t xml:space="preserve">Lucy  </w:t>
      </w:r>
      <w:r>
        <w:rPr>
          <w:rFonts w:ascii="Arial" w:hAnsi="Arial"/>
          <w:color w:val="5D7284"/>
          <w:sz w:val="22"/>
        </w:rPr>
        <w:t>1:26:05</w:t>
      </w:r>
    </w:p>
    <w:p>
      <w:pPr>
        <w:spacing w:after="0"/>
      </w:pPr>
      <w:r>
        <w:rPr>
          <w:rFonts w:ascii="Arial" w:hAnsi="Arial"/>
          <w:sz w:val="22"/>
        </w:rPr>
        <w:t>Yes, definitely, definitely at the age as well, I think because obviously, people who are older, have gone through a lot of reforms to the disability movement, and that kind of thing. So that, you know, there are certain age groups with people with disabilities, who are not afraid to sort of chain themselves to railings, and, you know, like, proper get really protesty about things</w:t>
      </w:r>
    </w:p>
    <w:p>
      <w:pPr>
        <w:spacing w:after="0"/>
      </w:pPr>
    </w:p>
    <w:p>
      <w:pPr>
        <w:spacing w:after="0"/>
      </w:pPr>
      <w:r>
        <w:rPr>
          <w:rFonts w:ascii="Arial" w:hAnsi="Arial"/>
          <w:b/>
          <w:sz w:val="22"/>
        </w:rPr>
        <w:t xml:space="preserve">Alice  </w:t>
      </w:r>
      <w:r>
        <w:rPr>
          <w:rFonts w:ascii="Arial" w:hAnsi="Arial"/>
          <w:color w:val="5D7284"/>
          <w:sz w:val="22"/>
        </w:rPr>
        <w:t>1:26:35</w:t>
      </w:r>
    </w:p>
    <w:p>
      <w:pPr>
        <w:spacing w:after="0"/>
      </w:pPr>
      <w:r>
        <w:rPr>
          <w:rFonts w:ascii="Arial" w:hAnsi="Arial"/>
          <w:sz w:val="22"/>
        </w:rPr>
        <w:t xml:space="preserve"> I think that there are, the older that you get, even you know, when you start getting into your late 40s People start to go, Oh, they're less, they're less surprised that you have a disability, because people do you know, age can just disable you sometimes. So, you know, I think whereas being, you know, I'm in my 30s Holly's in her 20s. I think that that happens, you know, when basically a young woman with a disability, and people go, oh, oh, something must have happened to you. And that's what they want to know about, rather than an older person.</w:t>
      </w:r>
    </w:p>
    <w:p>
      <w:pPr>
        <w:spacing w:after="0"/>
      </w:pPr>
    </w:p>
    <w:p>
      <w:pPr>
        <w:spacing w:after="0"/>
      </w:pPr>
      <w:r>
        <w:rPr>
          <w:rFonts w:ascii="Arial" w:hAnsi="Arial"/>
          <w:b/>
          <w:sz w:val="22"/>
        </w:rPr>
        <w:t xml:space="preserve">Holly Greader  </w:t>
      </w:r>
      <w:r>
        <w:rPr>
          <w:rFonts w:ascii="Arial" w:hAnsi="Arial"/>
          <w:color w:val="5D7284"/>
          <w:sz w:val="22"/>
        </w:rPr>
        <w:t>1:27:15</w:t>
      </w:r>
    </w:p>
    <w:p>
      <w:pPr>
        <w:spacing w:after="0"/>
      </w:pPr>
      <w:r>
        <w:rPr>
          <w:rFonts w:ascii="Arial" w:hAnsi="Arial"/>
          <w:sz w:val="22"/>
        </w:rPr>
        <w:t>I'm waiting for somebody to ask me if I'm breaking in the wheelchair. Somebody else? Yeah, I think as well, like with the whole male perspective, I was thinking about it, because I'm so sorry, my stomach has just rumbled really badly.</w:t>
      </w:r>
    </w:p>
    <w:p>
      <w:pPr>
        <w:spacing w:after="0"/>
      </w:pPr>
    </w:p>
    <w:p>
      <w:pPr>
        <w:spacing w:after="0"/>
      </w:pPr>
      <w:r>
        <w:rPr>
          <w:rFonts w:ascii="Arial" w:hAnsi="Arial"/>
          <w:b/>
          <w:sz w:val="22"/>
        </w:rPr>
        <w:t xml:space="preserve">Alice  </w:t>
      </w:r>
      <w:r>
        <w:rPr>
          <w:rFonts w:ascii="Arial" w:hAnsi="Arial"/>
          <w:color w:val="5D7284"/>
          <w:sz w:val="22"/>
        </w:rPr>
        <w:t>1:27:32</w:t>
      </w:r>
    </w:p>
    <w:p>
      <w:pPr>
        <w:spacing w:after="0"/>
      </w:pPr>
      <w:r>
        <w:rPr>
          <w:rFonts w:ascii="Arial" w:hAnsi="Arial"/>
          <w:sz w:val="22"/>
        </w:rPr>
        <w:t>I don't think we would have noticed it. if you hadn't said anything</w:t>
      </w:r>
    </w:p>
    <w:p>
      <w:pPr>
        <w:spacing w:after="0"/>
      </w:pPr>
    </w:p>
    <w:p>
      <w:pPr>
        <w:spacing w:after="0"/>
      </w:pPr>
      <w:r>
        <w:rPr>
          <w:rFonts w:ascii="Arial" w:hAnsi="Arial"/>
          <w:b/>
          <w:sz w:val="22"/>
        </w:rPr>
        <w:t xml:space="preserve">Holly Greader  </w:t>
      </w:r>
      <w:r>
        <w:rPr>
          <w:rFonts w:ascii="Arial" w:hAnsi="Arial"/>
          <w:color w:val="5D7284"/>
          <w:sz w:val="22"/>
        </w:rPr>
        <w:t>1:27:39</w:t>
      </w:r>
    </w:p>
    <w:p>
      <w:pPr>
        <w:spacing w:after="0"/>
      </w:pPr>
      <w:r>
        <w:rPr>
          <w:rFonts w:ascii="Arial" w:hAnsi="Arial"/>
          <w:sz w:val="22"/>
        </w:rPr>
        <w:t>Yeah, we're moving from the male perspective. Because we're talking about being angry, like, in my mind was in hell. Terrible, like, this is safe. So I, I was like, actually, the male perspective must be so different. It would be until now. And then something I realized years ago that I'd done is that I, I kind of assumed that every older specifically elderly disabled person that I came across, was disabled from age is the fact that they could have actually had a disability their entire lives. And I realized</w:t>
      </w:r>
    </w:p>
    <w:p>
      <w:pPr>
        <w:spacing w:after="0"/>
      </w:pPr>
    </w:p>
    <w:p>
      <w:pPr>
        <w:spacing w:after="0"/>
      </w:pPr>
      <w:r>
        <w:rPr>
          <w:rFonts w:ascii="Arial" w:hAnsi="Arial"/>
          <w:b/>
          <w:sz w:val="22"/>
        </w:rPr>
        <w:t xml:space="preserve">Alice  </w:t>
      </w:r>
      <w:r>
        <w:rPr>
          <w:rFonts w:ascii="Arial" w:hAnsi="Arial"/>
          <w:color w:val="5D7284"/>
          <w:sz w:val="22"/>
        </w:rPr>
        <w:t>1:28:20</w:t>
      </w:r>
    </w:p>
    <w:p>
      <w:pPr>
        <w:spacing w:after="0"/>
      </w:pPr>
      <w:r>
        <w:rPr>
          <w:rFonts w:ascii="Arial" w:hAnsi="Arial"/>
          <w:sz w:val="22"/>
        </w:rPr>
        <w:t xml:space="preserve">they just happen to be older now. </w:t>
      </w:r>
    </w:p>
    <w:p>
      <w:pPr>
        <w:spacing w:after="0"/>
      </w:pPr>
    </w:p>
    <w:p>
      <w:pPr>
        <w:spacing w:after="0"/>
      </w:pPr>
      <w:r>
        <w:rPr>
          <w:rFonts w:ascii="Arial" w:hAnsi="Arial"/>
          <w:b/>
          <w:sz w:val="22"/>
        </w:rPr>
        <w:t xml:space="preserve">Holly Greader  </w:t>
      </w:r>
      <w:r>
        <w:rPr>
          <w:rFonts w:ascii="Arial" w:hAnsi="Arial"/>
          <w:color w:val="5D7284"/>
          <w:sz w:val="22"/>
        </w:rPr>
        <w:t>1:28:22</w:t>
      </w:r>
    </w:p>
    <w:p>
      <w:pPr>
        <w:spacing w:after="0"/>
      </w:pPr>
      <w:r>
        <w:rPr>
          <w:rFonts w:ascii="Arial" w:hAnsi="Arial"/>
          <w:sz w:val="22"/>
        </w:rPr>
        <w:t>And I'd never considered that. And then it sort of started me started thinking like, what are my views? And how, how is the way that I get treated going to change as I get older? When I'm kind of more, because it's kind of like elderly. And then also, when I've come across, I will leave people that are disabled. That a lot of the times I say nine times out of 10 I need somebody that has become disabled due to age. Their view on disability is very different. It's very end of the world very down very everything that I guess I I don't believe in or am against. Yeah, I'm not quite difficult</w:t>
      </w:r>
    </w:p>
    <w:p>
      <w:pPr>
        <w:spacing w:after="0"/>
      </w:pPr>
    </w:p>
    <w:p>
      <w:pPr>
        <w:spacing w:after="0"/>
      </w:pPr>
      <w:r>
        <w:rPr>
          <w:rFonts w:ascii="Arial" w:hAnsi="Arial"/>
          <w:b/>
          <w:sz w:val="22"/>
        </w:rPr>
        <w:t xml:space="preserve">Alice  </w:t>
      </w:r>
      <w:r>
        <w:rPr>
          <w:rFonts w:ascii="Arial" w:hAnsi="Arial"/>
          <w:color w:val="5D7284"/>
          <w:sz w:val="22"/>
        </w:rPr>
        <w:t>1:29:04</w:t>
      </w:r>
    </w:p>
    <w:p>
      <w:pPr>
        <w:spacing w:after="0"/>
      </w:pPr>
      <w:r>
        <w:rPr>
          <w:rFonts w:ascii="Arial" w:hAnsi="Arial"/>
          <w:sz w:val="22"/>
        </w:rPr>
        <w:t xml:space="preserve">It's interesting I, because I work in social care. I can remember a quite recently, within the last six or eight months, I'm working with an elderly lady who lives in care. And I was working with several people in that residential placement. And she has been blind since childhood and she's now in her 80s and having a conversation with the care staff about what sorts of entertainment and stuff though they do with her. And I said, you know, what, what about she really likes to sing what about just having a radio on for her having some music playing for it because as a blind person, she perhaps can't take part in all of the activities that they would do with the other older residents. But actually, she's she's always had music that's always been something she's been interested in. So actually just putting the radio on for her This isn't care staff going ooh you can't see now what can we do to you know, keep you entertained? She's never been able to see. So actually, why don't you ask her and think </w:t>
      </w:r>
    </w:p>
    <w:p>
      <w:pPr>
        <w:spacing w:after="0"/>
      </w:pPr>
    </w:p>
    <w:p>
      <w:pPr>
        <w:spacing w:after="0"/>
      </w:pPr>
      <w:r>
        <w:rPr>
          <w:rFonts w:ascii="Arial" w:hAnsi="Arial"/>
          <w:b/>
          <w:sz w:val="22"/>
        </w:rPr>
        <w:t xml:space="preserve">Lucy  </w:t>
      </w:r>
      <w:r>
        <w:rPr>
          <w:rFonts w:ascii="Arial" w:hAnsi="Arial"/>
          <w:color w:val="5D7284"/>
          <w:sz w:val="22"/>
        </w:rPr>
        <w:t>1:29:35</w:t>
      </w:r>
    </w:p>
    <w:p>
      <w:pPr>
        <w:spacing w:after="0"/>
      </w:pPr>
      <w:r>
        <w:rPr>
          <w:rFonts w:ascii="Arial" w:hAnsi="Arial"/>
          <w:sz w:val="22"/>
        </w:rPr>
        <w:t>what she wants to do? Yeah.</w:t>
      </w:r>
    </w:p>
    <w:p>
      <w:pPr>
        <w:spacing w:after="0"/>
      </w:pPr>
    </w:p>
    <w:p>
      <w:pPr>
        <w:spacing w:after="0"/>
      </w:pPr>
      <w:r>
        <w:rPr>
          <w:rFonts w:ascii="Arial" w:hAnsi="Arial"/>
          <w:b/>
          <w:sz w:val="22"/>
        </w:rPr>
        <w:t xml:space="preserve">Alice  </w:t>
      </w:r>
      <w:r>
        <w:rPr>
          <w:rFonts w:ascii="Arial" w:hAnsi="Arial"/>
          <w:color w:val="5D7284"/>
          <w:sz w:val="22"/>
        </w:rPr>
        <w:t>1:30:13</w:t>
      </w:r>
    </w:p>
    <w:p>
      <w:pPr>
        <w:spacing w:after="0"/>
      </w:pPr>
      <w:r>
        <w:rPr>
          <w:rFonts w:ascii="Arial" w:hAnsi="Arial"/>
          <w:sz w:val="22"/>
        </w:rPr>
        <w:t xml:space="preserve"> What What is interesting for her as who she is, rather than what is interesting for her as a blind person, because actually, she's always had that she hasn't got to think differently now.</w:t>
      </w:r>
    </w:p>
    <w:p>
      <w:pPr>
        <w:spacing w:after="0"/>
      </w:pPr>
    </w:p>
    <w:p>
      <w:pPr>
        <w:spacing w:after="0"/>
      </w:pPr>
      <w:r>
        <w:rPr>
          <w:rFonts w:ascii="Arial" w:hAnsi="Arial"/>
          <w:b/>
          <w:sz w:val="22"/>
        </w:rPr>
        <w:t xml:space="preserve">Lucy  </w:t>
      </w:r>
      <w:r>
        <w:rPr>
          <w:rFonts w:ascii="Arial" w:hAnsi="Arial"/>
          <w:color w:val="5D7284"/>
          <w:sz w:val="22"/>
        </w:rPr>
        <w:t>1:30:25</w:t>
      </w:r>
    </w:p>
    <w:p>
      <w:pPr>
        <w:spacing w:after="0"/>
      </w:pPr>
      <w:r>
        <w:rPr>
          <w:rFonts w:ascii="Arial" w:hAnsi="Arial"/>
          <w:sz w:val="22"/>
        </w:rPr>
        <w:t>Yeah, her blindness is her. It's not, it's not an add on that suddenly appeared. Is it?</w:t>
      </w:r>
    </w:p>
    <w:p>
      <w:pPr>
        <w:spacing w:after="0"/>
      </w:pPr>
    </w:p>
    <w:p>
      <w:pPr>
        <w:spacing w:after="0"/>
      </w:pPr>
      <w:r>
        <w:rPr>
          <w:rFonts w:ascii="Arial" w:hAnsi="Arial"/>
          <w:b/>
          <w:sz w:val="22"/>
        </w:rPr>
        <w:t xml:space="preserve">Holly Greader  </w:t>
      </w:r>
      <w:r>
        <w:rPr>
          <w:rFonts w:ascii="Arial" w:hAnsi="Arial"/>
          <w:color w:val="5D7284"/>
          <w:sz w:val="22"/>
        </w:rPr>
        <w:t>1:30:31</w:t>
      </w:r>
    </w:p>
    <w:p>
      <w:pPr>
        <w:spacing w:after="0"/>
      </w:pPr>
      <w:r>
        <w:rPr>
          <w:rFonts w:ascii="Arial" w:hAnsi="Arial"/>
          <w:sz w:val="22"/>
        </w:rPr>
        <w:t>Also that that assumption of, I think what people would enjoy, when I was like, when I, when I moved here, they there's like a service where basically somebody can come out. And if you need it support you to access different things. So it's about community. And the very first thing they tried was, oh, you should, should go to like an art class. I'm not interested, what</w:t>
      </w:r>
    </w:p>
    <w:p>
      <w:pPr>
        <w:spacing w:after="0"/>
      </w:pPr>
    </w:p>
    <w:p>
      <w:pPr>
        <w:spacing w:after="0"/>
      </w:pPr>
      <w:r>
        <w:rPr>
          <w:rFonts w:ascii="Arial" w:hAnsi="Arial"/>
          <w:b/>
          <w:sz w:val="22"/>
        </w:rPr>
        <w:t xml:space="preserve">Lucy  </w:t>
      </w:r>
      <w:r>
        <w:rPr>
          <w:rFonts w:ascii="Arial" w:hAnsi="Arial"/>
          <w:color w:val="5D7284"/>
          <w:sz w:val="22"/>
        </w:rPr>
        <w:t>1:31:00</w:t>
      </w:r>
    </w:p>
    <w:p>
      <w:pPr>
        <w:spacing w:after="0"/>
      </w:pPr>
      <w:r>
        <w:rPr>
          <w:rFonts w:ascii="Arial" w:hAnsi="Arial"/>
          <w:sz w:val="22"/>
        </w:rPr>
        <w:t>is it? What is it with? With art</w:t>
      </w:r>
    </w:p>
    <w:p>
      <w:pPr>
        <w:spacing w:after="0"/>
      </w:pPr>
    </w:p>
    <w:p>
      <w:pPr>
        <w:spacing w:after="0"/>
      </w:pPr>
      <w:r>
        <w:rPr>
          <w:rFonts w:ascii="Arial" w:hAnsi="Arial"/>
          <w:b/>
          <w:sz w:val="22"/>
        </w:rPr>
        <w:t xml:space="preserve">Holly Greader  </w:t>
      </w:r>
      <w:r>
        <w:rPr>
          <w:rFonts w:ascii="Arial" w:hAnsi="Arial"/>
          <w:color w:val="5D7284"/>
          <w:sz w:val="22"/>
        </w:rPr>
        <w:t>1:31:04</w:t>
      </w:r>
    </w:p>
    <w:p>
      <w:pPr>
        <w:spacing w:after="0"/>
      </w:pPr>
      <w:r>
        <w:rPr>
          <w:rFonts w:ascii="Arial" w:hAnsi="Arial"/>
          <w:sz w:val="22"/>
        </w:rPr>
        <w:t>I turned up? I just, I didn't want to be that turned up teach was even there. Turned out it's more of a more of a thing. If you've got experience, it's just basic, essentially, then renting out a place you bring all your stuff and you can work</w:t>
      </w:r>
    </w:p>
    <w:p>
      <w:pPr>
        <w:spacing w:after="0"/>
      </w:pPr>
    </w:p>
    <w:p>
      <w:pPr>
        <w:spacing w:after="0"/>
      </w:pPr>
      <w:r>
        <w:rPr>
          <w:rFonts w:ascii="Arial" w:hAnsi="Arial"/>
          <w:b/>
          <w:sz w:val="22"/>
        </w:rPr>
        <w:t xml:space="preserve">Lucy  </w:t>
      </w:r>
      <w:r>
        <w:rPr>
          <w:rFonts w:ascii="Arial" w:hAnsi="Arial"/>
          <w:color w:val="5D7284"/>
          <w:sz w:val="22"/>
        </w:rPr>
        <w:t>1:31:19</w:t>
      </w:r>
    </w:p>
    <w:p>
      <w:pPr>
        <w:spacing w:after="0"/>
      </w:pPr>
      <w:r>
        <w:rPr>
          <w:rFonts w:ascii="Arial" w:hAnsi="Arial"/>
          <w:sz w:val="22"/>
        </w:rPr>
        <w:t>Right.</w:t>
      </w:r>
    </w:p>
    <w:p>
      <w:pPr>
        <w:spacing w:after="0"/>
      </w:pPr>
    </w:p>
    <w:p>
      <w:pPr>
        <w:spacing w:after="0"/>
      </w:pPr>
      <w:r>
        <w:rPr>
          <w:rFonts w:ascii="Arial" w:hAnsi="Arial"/>
          <w:b/>
          <w:sz w:val="22"/>
        </w:rPr>
        <w:t xml:space="preserve">Holly Greader  </w:t>
      </w:r>
      <w:r>
        <w:rPr>
          <w:rFonts w:ascii="Arial" w:hAnsi="Arial"/>
          <w:color w:val="5D7284"/>
          <w:sz w:val="22"/>
        </w:rPr>
        <w:t>1:31:20</w:t>
      </w:r>
    </w:p>
    <w:p>
      <w:pPr>
        <w:spacing w:after="0"/>
      </w:pPr>
      <w:r>
        <w:rPr>
          <w:rFonts w:ascii="Arial" w:hAnsi="Arial"/>
          <w:sz w:val="22"/>
        </w:rPr>
        <w:t>i get in there and this woman goes Oh, you must be from the spinal cord injury group. And I'm like, I was like, I mean, because like the council, basically brought me Oh, well, she must be in the other people's like, no, really, Dr. Group? I'll see. But you do have spinal cord injury? No, no. Oh, well why are you here What? What did that come from? And then, like their second option, and obviously, I do enjoy, and right. The second thing was, oh, you should go into a creative writing.</w:t>
      </w:r>
    </w:p>
    <w:p>
      <w:pPr>
        <w:spacing w:after="0"/>
      </w:pPr>
    </w:p>
    <w:p>
      <w:pPr>
        <w:spacing w:after="0"/>
      </w:pPr>
      <w:r>
        <w:rPr>
          <w:rFonts w:ascii="Arial" w:hAnsi="Arial"/>
          <w:b/>
          <w:sz w:val="22"/>
        </w:rPr>
        <w:t xml:space="preserve">Lucy  </w:t>
      </w:r>
      <w:r>
        <w:rPr>
          <w:rFonts w:ascii="Arial" w:hAnsi="Arial"/>
          <w:color w:val="5D7284"/>
          <w:sz w:val="22"/>
        </w:rPr>
        <w:t>1:32:02</w:t>
      </w:r>
    </w:p>
    <w:p>
      <w:pPr>
        <w:spacing w:after="0"/>
      </w:pPr>
      <w:r>
        <w:rPr>
          <w:rFonts w:ascii="Arial" w:hAnsi="Arial"/>
          <w:sz w:val="22"/>
        </w:rPr>
        <w:t>Class. Why does that have to be in class? Why do we have to have Birdbox making sessions and art finger painting and all that?</w:t>
      </w:r>
    </w:p>
    <w:p>
      <w:pPr>
        <w:spacing w:after="0"/>
      </w:pPr>
    </w:p>
    <w:p>
      <w:pPr>
        <w:spacing w:after="0"/>
      </w:pPr>
      <w:r>
        <w:rPr>
          <w:rFonts w:ascii="Arial" w:hAnsi="Arial"/>
          <w:b/>
          <w:sz w:val="22"/>
        </w:rPr>
        <w:t xml:space="preserve">Holly Greader  </w:t>
      </w:r>
      <w:r>
        <w:rPr>
          <w:rFonts w:ascii="Arial" w:hAnsi="Arial"/>
          <w:color w:val="5D7284"/>
          <w:sz w:val="22"/>
        </w:rPr>
        <w:t>1:32:12</w:t>
      </w:r>
    </w:p>
    <w:p>
      <w:pPr>
        <w:spacing w:after="0"/>
      </w:pPr>
      <w:r>
        <w:rPr>
          <w:rFonts w:ascii="Arial" w:hAnsi="Arial"/>
          <w:sz w:val="22"/>
        </w:rPr>
        <w:t>I get it. But, because I'm disabled. I didn't go into any creative writing class. No, I went into a creative writing class for people with learning disabilities, and disabilities, is kind of what they said they had basically been created for learning disabilities hadn't been given those opportunities. So I was in this class, and I, I didn't fit in there so, because they like all the songs my brochure. So they put me in that and then I'm in this class, I'm trying my best. And every so often, the teachers like, wow, like, you can, like, really got this you've got a really good concept. And I'm like, people pay me to write I'm just like, you know, not in that kind of really, like, self absorded  of way but I was like, I, I can write and I, I do have that ability. I was like, I'm just in a wheelchair.</w:t>
      </w:r>
    </w:p>
    <w:p>
      <w:pPr>
        <w:spacing w:after="0"/>
      </w:pPr>
    </w:p>
    <w:p>
      <w:pPr>
        <w:spacing w:after="0"/>
      </w:pPr>
      <w:r>
        <w:rPr>
          <w:rFonts w:ascii="Arial" w:hAnsi="Arial"/>
          <w:b/>
          <w:sz w:val="22"/>
        </w:rPr>
        <w:t xml:space="preserve">Lucy  </w:t>
      </w:r>
      <w:r>
        <w:rPr>
          <w:rFonts w:ascii="Arial" w:hAnsi="Arial"/>
          <w:color w:val="5D7284"/>
          <w:sz w:val="22"/>
        </w:rPr>
        <w:t>1:33:11</w:t>
      </w:r>
    </w:p>
    <w:p>
      <w:pPr>
        <w:spacing w:after="0"/>
      </w:pPr>
      <w:r>
        <w:rPr>
          <w:rFonts w:ascii="Arial" w:hAnsi="Arial"/>
          <w:sz w:val="22"/>
        </w:rPr>
        <w:t>I think it is that societal equivalent of them. Talking to you really, really slowly and really loudly like your, your disability most affects your ears, and your ability to understand so you know that if that happens to me a lot. Oh, you're right, but</w:t>
      </w:r>
    </w:p>
    <w:p>
      <w:pPr>
        <w:spacing w:after="0"/>
      </w:pPr>
    </w:p>
    <w:p>
      <w:pPr>
        <w:spacing w:after="0"/>
      </w:pPr>
      <w:r>
        <w:rPr>
          <w:rFonts w:ascii="Arial" w:hAnsi="Arial"/>
          <w:b/>
          <w:sz w:val="22"/>
        </w:rPr>
        <w:t xml:space="preserve">Holly Greader  </w:t>
      </w:r>
      <w:r>
        <w:rPr>
          <w:rFonts w:ascii="Arial" w:hAnsi="Arial"/>
          <w:color w:val="5D7284"/>
          <w:sz w:val="22"/>
        </w:rPr>
        <w:t>1:33:33</w:t>
      </w:r>
    </w:p>
    <w:p>
      <w:pPr>
        <w:spacing w:after="0"/>
      </w:pPr>
      <w:r>
        <w:rPr>
          <w:rFonts w:ascii="Arial" w:hAnsi="Arial"/>
          <w:sz w:val="22"/>
        </w:rPr>
        <w:t>that bloodyhead tilt  so sorry. And I'm like, Why? Why are I think I should be saying sorry? Because I know what I'm gonna say next.</w:t>
      </w:r>
    </w:p>
    <w:p>
      <w:pPr>
        <w:spacing w:after="0"/>
      </w:pPr>
    </w:p>
    <w:p>
      <w:pPr>
        <w:spacing w:after="0"/>
      </w:pPr>
      <w:r>
        <w:rPr>
          <w:rFonts w:ascii="Arial" w:hAnsi="Arial"/>
          <w:b/>
          <w:sz w:val="22"/>
        </w:rPr>
        <w:t xml:space="preserve">Lucy  </w:t>
      </w:r>
      <w:r>
        <w:rPr>
          <w:rFonts w:ascii="Arial" w:hAnsi="Arial"/>
          <w:color w:val="5D7284"/>
          <w:sz w:val="22"/>
        </w:rPr>
        <w:t>1:33:47</w:t>
      </w:r>
    </w:p>
    <w:p>
      <w:pPr>
        <w:spacing w:after="0"/>
      </w:pPr>
      <w:r>
        <w:rPr>
          <w:rFonts w:ascii="Arial" w:hAnsi="Arial"/>
          <w:sz w:val="22"/>
        </w:rPr>
        <w:t>Yes, please. Excuse me while I go on this rant.</w:t>
      </w:r>
    </w:p>
    <w:p>
      <w:pPr>
        <w:spacing w:after="0"/>
      </w:pPr>
    </w:p>
    <w:p>
      <w:pPr>
        <w:spacing w:after="0"/>
      </w:pPr>
      <w:r>
        <w:rPr>
          <w:rFonts w:ascii="Arial" w:hAnsi="Arial"/>
          <w:b/>
          <w:sz w:val="22"/>
        </w:rPr>
        <w:t xml:space="preserve">Holly Greader  </w:t>
      </w:r>
      <w:r>
        <w:rPr>
          <w:rFonts w:ascii="Arial" w:hAnsi="Arial"/>
          <w:color w:val="5D7284"/>
          <w:sz w:val="22"/>
        </w:rPr>
        <w:t>1:33:49</w:t>
      </w:r>
    </w:p>
    <w:p>
      <w:pPr>
        <w:spacing w:after="0"/>
      </w:pPr>
      <w:r>
        <w:rPr>
          <w:rFonts w:ascii="Arial" w:hAnsi="Arial"/>
          <w:sz w:val="22"/>
        </w:rPr>
        <w:t>I kind of I've always been in that space where I've always just nodded along and been too polite and just kind of let people say whatever. And then I was like, yeah, no, I'm not going to neatly flip to the other side of it. Where, like, you cannot say that and I'm like, I can that's how I get a bit more of a middle ground.</w:t>
      </w:r>
    </w:p>
    <w:p>
      <w:pPr>
        <w:spacing w:after="0"/>
      </w:pPr>
    </w:p>
    <w:p>
      <w:pPr>
        <w:spacing w:after="0"/>
      </w:pPr>
      <w:r>
        <w:rPr>
          <w:rFonts w:ascii="Arial" w:hAnsi="Arial"/>
          <w:b/>
          <w:sz w:val="22"/>
        </w:rPr>
        <w:t xml:space="preserve">Lucy  </w:t>
      </w:r>
      <w:r>
        <w:rPr>
          <w:rFonts w:ascii="Arial" w:hAnsi="Arial"/>
          <w:color w:val="5D7284"/>
          <w:sz w:val="22"/>
        </w:rPr>
        <w:t>1:34:10</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1:34:12</w:t>
      </w:r>
    </w:p>
    <w:p>
      <w:pPr>
        <w:spacing w:after="0"/>
      </w:pPr>
      <w:r>
        <w:rPr>
          <w:rFonts w:ascii="Arial" w:hAnsi="Arial"/>
          <w:sz w:val="22"/>
        </w:rPr>
        <w:t>I think it's important to challenge those kind of those, those just, you know, just just just gently, but firmly.</w:t>
      </w:r>
    </w:p>
    <w:p>
      <w:pPr>
        <w:spacing w:after="0"/>
      </w:pPr>
    </w:p>
    <w:p>
      <w:pPr>
        <w:spacing w:after="0"/>
      </w:pPr>
      <w:r>
        <w:rPr>
          <w:rFonts w:ascii="Arial" w:hAnsi="Arial"/>
          <w:b/>
          <w:sz w:val="22"/>
        </w:rPr>
        <w:t xml:space="preserve">Lucy  </w:t>
      </w:r>
      <w:r>
        <w:rPr>
          <w:rFonts w:ascii="Arial" w:hAnsi="Arial"/>
          <w:color w:val="5D7284"/>
          <w:sz w:val="22"/>
        </w:rPr>
        <w:t>1:34:23</w:t>
      </w:r>
    </w:p>
    <w:p>
      <w:pPr>
        <w:spacing w:after="0"/>
      </w:pPr>
      <w:r>
        <w:rPr>
          <w:rFonts w:ascii="Arial" w:hAnsi="Arial"/>
          <w:sz w:val="22"/>
        </w:rPr>
        <w:t>Every time you say gently but firmly  reminds me of a time I was in a shopping center, and it was crossing the road. I was by myself. My mom had gone to get a haircut or something. And I was by myself and always stuff like this always happens when I'm on my own, never with other people. And this teenage girl got a cigarette on. And as she was like, as people were crossing the road, she was blowing smoke in thier faces. And I just knew that she was going to try and blow smoke in my face. And I don't know what came over me. But as I walked towards her, she went like that go She got her a real other one a podcast. Nobody can see this</w:t>
      </w:r>
    </w:p>
    <w:p>
      <w:pPr>
        <w:spacing w:after="0"/>
      </w:pPr>
    </w:p>
    <w:p>
      <w:pPr>
        <w:spacing w:after="0"/>
      </w:pPr>
      <w:r>
        <w:rPr>
          <w:rFonts w:ascii="Arial" w:hAnsi="Arial"/>
          <w:b/>
          <w:sz w:val="22"/>
        </w:rPr>
        <w:t xml:space="preserve">Alice  </w:t>
      </w:r>
      <w:r>
        <w:rPr>
          <w:rFonts w:ascii="Arial" w:hAnsi="Arial"/>
          <w:color w:val="5D7284"/>
          <w:sz w:val="22"/>
        </w:rPr>
        <w:t>1:35:03</w:t>
      </w:r>
    </w:p>
    <w:p>
      <w:pPr>
        <w:spacing w:after="0"/>
      </w:pPr>
      <w:r>
        <w:rPr>
          <w:rFonts w:ascii="Arial" w:hAnsi="Arial"/>
          <w:sz w:val="22"/>
        </w:rPr>
        <w:t xml:space="preserve">She took a drag. </w:t>
      </w:r>
    </w:p>
    <w:p>
      <w:pPr>
        <w:spacing w:after="0"/>
      </w:pPr>
    </w:p>
    <w:p>
      <w:pPr>
        <w:spacing w:after="0"/>
      </w:pPr>
      <w:r>
        <w:rPr>
          <w:rFonts w:ascii="Arial" w:hAnsi="Arial"/>
          <w:b/>
          <w:sz w:val="22"/>
        </w:rPr>
        <w:t xml:space="preserve">Lucy  </w:t>
      </w:r>
      <w:r>
        <w:rPr>
          <w:rFonts w:ascii="Arial" w:hAnsi="Arial"/>
          <w:color w:val="5D7284"/>
          <w:sz w:val="22"/>
        </w:rPr>
        <w:t>1:35:04</w:t>
      </w:r>
    </w:p>
    <w:p>
      <w:pPr>
        <w:spacing w:after="0"/>
      </w:pPr>
      <w:r>
        <w:rPr>
          <w:rFonts w:ascii="Arial" w:hAnsi="Arial"/>
          <w:sz w:val="22"/>
        </w:rPr>
        <w:t xml:space="preserve">She took the drag and moved it away from her mouth. And as she moved away from I took it dropped on the floor. And she was so taken aback. I think she swallowed a bit of smoke. And I went sorry, Mom, I won't. You won't fucking do that again. She said she she said, What did you do? For it was my last cigarettes. I was like what serves you? Right? </w:t>
      </w:r>
    </w:p>
    <w:p>
      <w:pPr>
        <w:spacing w:after="0"/>
      </w:pPr>
    </w:p>
    <w:p>
      <w:pPr>
        <w:spacing w:after="0"/>
      </w:pPr>
      <w:r>
        <w:rPr>
          <w:rFonts w:ascii="Arial" w:hAnsi="Arial"/>
          <w:b/>
          <w:sz w:val="22"/>
        </w:rPr>
        <w:t xml:space="preserve">Holly Greader  </w:t>
      </w:r>
      <w:r>
        <w:rPr>
          <w:rFonts w:ascii="Arial" w:hAnsi="Arial"/>
          <w:color w:val="5D7284"/>
          <w:sz w:val="22"/>
        </w:rPr>
        <w:t>1:35:37</w:t>
      </w:r>
    </w:p>
    <w:p>
      <w:pPr>
        <w:spacing w:after="0"/>
      </w:pPr>
      <w:r>
        <w:rPr>
          <w:rFonts w:ascii="Arial" w:hAnsi="Arial"/>
          <w:sz w:val="22"/>
        </w:rPr>
        <w:t>Laughs uncontrollably</w:t>
      </w:r>
    </w:p>
    <w:p>
      <w:pPr>
        <w:spacing w:after="0"/>
      </w:pPr>
    </w:p>
    <w:p>
      <w:pPr>
        <w:spacing w:after="0"/>
      </w:pPr>
      <w:r>
        <w:rPr>
          <w:rFonts w:ascii="Arial" w:hAnsi="Arial"/>
          <w:b/>
          <w:sz w:val="22"/>
        </w:rPr>
        <w:t xml:space="preserve">Lucy  </w:t>
      </w:r>
      <w:r>
        <w:rPr>
          <w:rFonts w:ascii="Arial" w:hAnsi="Arial"/>
          <w:color w:val="5D7284"/>
          <w:sz w:val="22"/>
        </w:rPr>
        <w:t>1:35:41</w:t>
      </w:r>
    </w:p>
    <w:p>
      <w:pPr>
        <w:spacing w:after="0"/>
      </w:pPr>
      <w:r>
        <w:rPr>
          <w:rFonts w:ascii="Arial" w:hAnsi="Arial"/>
          <w:sz w:val="22"/>
        </w:rPr>
        <w:t>This is the first time we've ever made a guest Laugh. Yeah, I told my mom was her horrified. She was a loser. She could have hit you or anything!  She wasn't gonna hit me She was too surprised that I'd taken her ciggarette off her .</w:t>
      </w:r>
    </w:p>
    <w:p>
      <w:pPr>
        <w:spacing w:after="0"/>
      </w:pPr>
    </w:p>
    <w:p>
      <w:pPr>
        <w:spacing w:after="0"/>
      </w:pPr>
      <w:r>
        <w:rPr>
          <w:rFonts w:ascii="Arial" w:hAnsi="Arial"/>
          <w:b/>
          <w:sz w:val="22"/>
        </w:rPr>
        <w:t xml:space="preserve">Alice  </w:t>
      </w:r>
      <w:r>
        <w:rPr>
          <w:rFonts w:ascii="Arial" w:hAnsi="Arial"/>
          <w:color w:val="5D7284"/>
          <w:sz w:val="22"/>
        </w:rPr>
        <w:t>1:35:56</w:t>
      </w:r>
    </w:p>
    <w:p>
      <w:pPr>
        <w:spacing w:after="0"/>
      </w:pPr>
      <w:r>
        <w:rPr>
          <w:rFonts w:ascii="Arial" w:hAnsi="Arial"/>
          <w:sz w:val="22"/>
        </w:rPr>
        <w:t>That is  very badass. Lucy I have to say, uh, that's well done for that.</w:t>
      </w:r>
    </w:p>
    <w:p>
      <w:pPr>
        <w:spacing w:after="0"/>
      </w:pPr>
    </w:p>
    <w:p>
      <w:pPr>
        <w:spacing w:after="0"/>
      </w:pPr>
      <w:r>
        <w:rPr>
          <w:rFonts w:ascii="Arial" w:hAnsi="Arial"/>
          <w:b/>
          <w:sz w:val="22"/>
        </w:rPr>
        <w:t xml:space="preserve">Lucy  </w:t>
      </w:r>
      <w:r>
        <w:rPr>
          <w:rFonts w:ascii="Arial" w:hAnsi="Arial"/>
          <w:color w:val="5D7284"/>
          <w:sz w:val="22"/>
        </w:rPr>
        <w:t>1:36:01</w:t>
      </w:r>
    </w:p>
    <w:p>
      <w:pPr>
        <w:spacing w:after="0"/>
      </w:pPr>
      <w:r>
        <w:rPr>
          <w:rFonts w:ascii="Arial" w:hAnsi="Arial"/>
          <w:sz w:val="22"/>
        </w:rPr>
        <w:t>I think that was the last time I was badass to be honest</w:t>
      </w:r>
    </w:p>
    <w:p>
      <w:pPr>
        <w:spacing w:after="0"/>
      </w:pPr>
    </w:p>
    <w:p>
      <w:pPr>
        <w:spacing w:after="0"/>
      </w:pPr>
      <w:r>
        <w:rPr>
          <w:rFonts w:ascii="Arial" w:hAnsi="Arial"/>
          <w:b/>
          <w:sz w:val="22"/>
        </w:rPr>
        <w:t xml:space="preserve">Alice  </w:t>
      </w:r>
      <w:r>
        <w:rPr>
          <w:rFonts w:ascii="Arial" w:hAnsi="Arial"/>
          <w:color w:val="5D7284"/>
          <w:sz w:val="22"/>
        </w:rPr>
        <w:t>1:36:06</w:t>
      </w:r>
    </w:p>
    <w:p>
      <w:pPr>
        <w:spacing w:after="0"/>
      </w:pPr>
      <w:r>
        <w:rPr>
          <w:rFonts w:ascii="Arial" w:hAnsi="Arial"/>
          <w:sz w:val="22"/>
        </w:rPr>
        <w:t>I remember it. Well. It was 2009 beautiful summer's day.</w:t>
      </w:r>
    </w:p>
    <w:p>
      <w:pPr>
        <w:spacing w:after="0"/>
      </w:pPr>
    </w:p>
    <w:p>
      <w:pPr>
        <w:spacing w:after="0"/>
      </w:pPr>
      <w:r>
        <w:rPr>
          <w:rFonts w:ascii="Arial" w:hAnsi="Arial"/>
          <w:b/>
          <w:sz w:val="22"/>
        </w:rPr>
        <w:t xml:space="preserve">Lucy  </w:t>
      </w:r>
      <w:r>
        <w:rPr>
          <w:rFonts w:ascii="Arial" w:hAnsi="Arial"/>
          <w:color w:val="5D7284"/>
          <w:sz w:val="22"/>
        </w:rPr>
        <w:t>1:36:13</w:t>
      </w:r>
    </w:p>
    <w:p>
      <w:pPr>
        <w:spacing w:after="0"/>
      </w:pPr>
      <w:r>
        <w:rPr>
          <w:rFonts w:ascii="Arial" w:hAnsi="Arial"/>
          <w:sz w:val="22"/>
        </w:rPr>
        <w:t>Actually, like rolled over the cigarette so she couldn't</w:t>
      </w:r>
    </w:p>
    <w:p>
      <w:pPr>
        <w:spacing w:after="0"/>
      </w:pPr>
    </w:p>
    <w:p>
      <w:pPr>
        <w:spacing w:after="0"/>
      </w:pPr>
      <w:r>
        <w:rPr>
          <w:rFonts w:ascii="Arial" w:hAnsi="Arial"/>
          <w:b/>
          <w:sz w:val="22"/>
        </w:rPr>
        <w:t xml:space="preserve">Alice  </w:t>
      </w:r>
      <w:r>
        <w:rPr>
          <w:rFonts w:ascii="Arial" w:hAnsi="Arial"/>
          <w:color w:val="5D7284"/>
          <w:sz w:val="22"/>
        </w:rPr>
        <w:t>1:36:16</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1:36:17</w:t>
      </w:r>
    </w:p>
    <w:p>
      <w:pPr>
        <w:spacing w:after="0"/>
      </w:pPr>
      <w:r>
        <w:rPr>
          <w:rFonts w:ascii="Arial" w:hAnsi="Arial"/>
          <w:sz w:val="22"/>
        </w:rPr>
        <w:t>You're not getting that back? you cow. Anyway, I think that was a good place to round off the podcast.</w:t>
      </w:r>
    </w:p>
    <w:p>
      <w:pPr>
        <w:spacing w:after="0"/>
      </w:pPr>
    </w:p>
    <w:p>
      <w:pPr>
        <w:spacing w:after="0"/>
      </w:pPr>
      <w:r>
        <w:rPr>
          <w:rFonts w:ascii="Arial" w:hAnsi="Arial"/>
          <w:b/>
          <w:sz w:val="22"/>
        </w:rPr>
        <w:t xml:space="preserve">Alice  </w:t>
      </w:r>
      <w:r>
        <w:rPr>
          <w:rFonts w:ascii="Arial" w:hAnsi="Arial"/>
          <w:color w:val="5D7284"/>
          <w:sz w:val="22"/>
        </w:rPr>
        <w:t>1:36:26</w:t>
      </w:r>
    </w:p>
    <w:p>
      <w:pPr>
        <w:spacing w:after="0"/>
      </w:pPr>
      <w:r>
        <w:rPr>
          <w:rFonts w:ascii="Arial" w:hAnsi="Arial"/>
          <w:sz w:val="22"/>
        </w:rPr>
        <w:t xml:space="preserve">Yeah, I think so </w:t>
      </w:r>
    </w:p>
    <w:p>
      <w:pPr>
        <w:spacing w:after="0"/>
      </w:pPr>
    </w:p>
    <w:p>
      <w:pPr>
        <w:spacing w:after="0"/>
      </w:pPr>
      <w:r>
        <w:rPr>
          <w:rFonts w:ascii="Arial" w:hAnsi="Arial"/>
          <w:b/>
          <w:sz w:val="22"/>
        </w:rPr>
        <w:t xml:space="preserve">Lucy  </w:t>
      </w:r>
      <w:r>
        <w:rPr>
          <w:rFonts w:ascii="Arial" w:hAnsi="Arial"/>
          <w:color w:val="5D7284"/>
          <w:sz w:val="22"/>
        </w:rPr>
        <w:t>1:36:28</w:t>
      </w:r>
    </w:p>
    <w:p>
      <w:pPr>
        <w:spacing w:after="0"/>
      </w:pPr>
      <w:r>
        <w:rPr>
          <w:rFonts w:ascii="Arial" w:hAnsi="Arial"/>
          <w:sz w:val="22"/>
        </w:rPr>
        <w:t xml:space="preserve"> save the best for last. Holly. All right.</w:t>
      </w:r>
    </w:p>
    <w:p>
      <w:pPr>
        <w:spacing w:after="0"/>
      </w:pPr>
    </w:p>
    <w:p>
      <w:pPr>
        <w:spacing w:after="0"/>
      </w:pPr>
      <w:r>
        <w:rPr>
          <w:rFonts w:ascii="Arial" w:hAnsi="Arial"/>
          <w:b/>
          <w:sz w:val="22"/>
        </w:rPr>
        <w:t xml:space="preserve">Holly Greader  </w:t>
      </w:r>
      <w:r>
        <w:rPr>
          <w:rFonts w:ascii="Arial" w:hAnsi="Arial"/>
          <w:color w:val="5D7284"/>
          <w:sz w:val="22"/>
        </w:rPr>
        <w:t>1:36:34</w:t>
      </w:r>
    </w:p>
    <w:p>
      <w:pPr>
        <w:spacing w:after="0"/>
      </w:pPr>
      <w:r>
        <w:rPr>
          <w:rFonts w:ascii="Arial" w:hAnsi="Arial"/>
          <w:sz w:val="22"/>
        </w:rPr>
        <w:t>No. Laughs...I really struggled to control my laughter I also have a condition called laugh syncope and if I laugh too hard I pass out!</w:t>
      </w:r>
    </w:p>
    <w:p>
      <w:pPr>
        <w:spacing w:after="0"/>
      </w:pPr>
    </w:p>
    <w:p>
      <w:pPr>
        <w:spacing w:after="0"/>
      </w:pPr>
      <w:r>
        <w:rPr>
          <w:rFonts w:ascii="Arial" w:hAnsi="Arial"/>
          <w:b/>
          <w:sz w:val="22"/>
        </w:rPr>
        <w:t xml:space="preserve">Lucy  </w:t>
      </w:r>
      <w:r>
        <w:rPr>
          <w:rFonts w:ascii="Arial" w:hAnsi="Arial"/>
          <w:color w:val="5D7284"/>
          <w:sz w:val="22"/>
        </w:rPr>
        <w:t>1:36:49</w:t>
      </w:r>
    </w:p>
    <w:p>
      <w:pPr>
        <w:spacing w:after="0"/>
      </w:pPr>
      <w:r>
        <w:rPr>
          <w:rFonts w:ascii="Arial" w:hAnsi="Arial"/>
          <w:sz w:val="22"/>
        </w:rPr>
        <w:t>right? Oh, no, God. Okay.</w:t>
      </w:r>
    </w:p>
    <w:p>
      <w:pPr>
        <w:spacing w:after="0"/>
      </w:pPr>
    </w:p>
    <w:p>
      <w:pPr>
        <w:spacing w:after="0"/>
      </w:pPr>
      <w:r>
        <w:rPr>
          <w:rFonts w:ascii="Arial" w:hAnsi="Arial"/>
          <w:b/>
          <w:sz w:val="22"/>
        </w:rPr>
        <w:t xml:space="preserve">Holly Greader  </w:t>
      </w:r>
      <w:r>
        <w:rPr>
          <w:rFonts w:ascii="Arial" w:hAnsi="Arial"/>
          <w:color w:val="5D7284"/>
          <w:sz w:val="22"/>
        </w:rPr>
        <w:t>1:36:58</w:t>
      </w:r>
    </w:p>
    <w:p>
      <w:pPr>
        <w:spacing w:after="0"/>
      </w:pPr>
      <w:r>
        <w:rPr>
          <w:rFonts w:ascii="Arial" w:hAnsi="Arial"/>
          <w:sz w:val="22"/>
        </w:rPr>
        <w:t xml:space="preserve">To keep myself together, right. </w:t>
      </w:r>
    </w:p>
    <w:p>
      <w:pPr>
        <w:spacing w:after="0"/>
      </w:pPr>
    </w:p>
    <w:p>
      <w:pPr>
        <w:spacing w:after="0"/>
      </w:pPr>
      <w:r>
        <w:rPr>
          <w:rFonts w:ascii="Arial" w:hAnsi="Arial"/>
          <w:b/>
          <w:sz w:val="22"/>
        </w:rPr>
        <w:t xml:space="preserve">Alice  </w:t>
      </w:r>
      <w:r>
        <w:rPr>
          <w:rFonts w:ascii="Arial" w:hAnsi="Arial"/>
          <w:color w:val="5D7284"/>
          <w:sz w:val="22"/>
        </w:rPr>
        <w:t>1:37:01</w:t>
      </w:r>
    </w:p>
    <w:p>
      <w:pPr>
        <w:spacing w:after="0"/>
      </w:pPr>
      <w:r>
        <w:rPr>
          <w:rFonts w:ascii="Arial" w:hAnsi="Arial"/>
          <w:sz w:val="22"/>
        </w:rPr>
        <w:t>Okay.We will we'll round things off and say thank you very much for coming on Holly. Can you can you you manage to tell us where our listeners can find you? Where's your blog and stuff like that?</w:t>
      </w:r>
    </w:p>
    <w:p>
      <w:pPr>
        <w:spacing w:after="0"/>
      </w:pPr>
    </w:p>
    <w:p>
      <w:pPr>
        <w:spacing w:after="0"/>
      </w:pPr>
      <w:r>
        <w:rPr>
          <w:rFonts w:ascii="Arial" w:hAnsi="Arial"/>
          <w:b/>
          <w:sz w:val="22"/>
        </w:rPr>
        <w:t xml:space="preserve">Holly Greader  </w:t>
      </w:r>
      <w:r>
        <w:rPr>
          <w:rFonts w:ascii="Arial" w:hAnsi="Arial"/>
          <w:color w:val="5D7284"/>
          <w:sz w:val="22"/>
        </w:rPr>
        <w:t>1:37:13</w:t>
      </w:r>
    </w:p>
    <w:p>
      <w:pPr>
        <w:spacing w:after="0"/>
      </w:pPr>
      <w:r>
        <w:rPr>
          <w:rFonts w:ascii="Arial" w:hAnsi="Arial"/>
          <w:sz w:val="22"/>
        </w:rPr>
        <w:t>I'll do my best. Find my blog at the world in my words.com and all my socials are at worldin_myworlds on Twitter, Facebook, tik, Tok Instagram.</w:t>
      </w:r>
    </w:p>
    <w:p>
      <w:pPr>
        <w:spacing w:after="0"/>
      </w:pPr>
    </w:p>
    <w:p>
      <w:pPr>
        <w:spacing w:after="0"/>
      </w:pPr>
      <w:r>
        <w:rPr>
          <w:rFonts w:ascii="Arial" w:hAnsi="Arial"/>
          <w:b/>
          <w:sz w:val="22"/>
        </w:rPr>
        <w:t xml:space="preserve">Lucy  </w:t>
      </w:r>
      <w:r>
        <w:rPr>
          <w:rFonts w:ascii="Arial" w:hAnsi="Arial"/>
          <w:color w:val="5D7284"/>
          <w:sz w:val="22"/>
        </w:rPr>
        <w:t>1:37:29</w:t>
      </w:r>
    </w:p>
    <w:p>
      <w:pPr>
        <w:spacing w:after="0"/>
      </w:pPr>
      <w:r>
        <w:rPr>
          <w:rFonts w:ascii="Arial" w:hAnsi="Arial"/>
          <w:sz w:val="22"/>
        </w:rPr>
        <w:t xml:space="preserve">Fabulous, Holly, it's been an absolute joy to have you on. Thank you so much for joining us. Today. This this. This episode has gone in all sorts of directions. </w:t>
      </w:r>
    </w:p>
    <w:p>
      <w:pPr>
        <w:spacing w:after="0"/>
      </w:pPr>
    </w:p>
    <w:p>
      <w:pPr>
        <w:spacing w:after="0"/>
      </w:pPr>
      <w:r>
        <w:rPr>
          <w:rFonts w:ascii="Arial" w:hAnsi="Arial"/>
          <w:b/>
          <w:sz w:val="22"/>
        </w:rPr>
        <w:t xml:space="preserve">Holly Greader  </w:t>
      </w:r>
      <w:r>
        <w:rPr>
          <w:rFonts w:ascii="Arial" w:hAnsi="Arial"/>
          <w:color w:val="5D7284"/>
          <w:sz w:val="22"/>
        </w:rPr>
        <w:t>1:37:39</w:t>
      </w:r>
    </w:p>
    <w:p>
      <w:pPr>
        <w:spacing w:after="0"/>
      </w:pPr>
      <w:r>
        <w:rPr>
          <w:rFonts w:ascii="Arial" w:hAnsi="Arial"/>
          <w:sz w:val="22"/>
        </w:rPr>
        <w:t>Thank you for having me</w:t>
      </w:r>
    </w:p>
    <w:p>
      <w:pPr>
        <w:spacing w:after="0"/>
      </w:pPr>
    </w:p>
    <w:p>
      <w:pPr>
        <w:spacing w:after="0"/>
      </w:pPr>
      <w:r>
        <w:rPr>
          <w:rFonts w:ascii="Arial" w:hAnsi="Arial"/>
          <w:b/>
          <w:sz w:val="22"/>
        </w:rPr>
        <w:t xml:space="preserve">Alice  </w:t>
      </w:r>
      <w:r>
        <w:rPr>
          <w:rFonts w:ascii="Arial" w:hAnsi="Arial"/>
          <w:color w:val="5D7284"/>
          <w:sz w:val="22"/>
        </w:rPr>
        <w:t>1:37:41</w:t>
      </w:r>
    </w:p>
    <w:p>
      <w:pPr>
        <w:spacing w:after="0"/>
      </w:pPr>
      <w:r>
        <w:rPr>
          <w:rFonts w:ascii="Arial" w:hAnsi="Arial"/>
          <w:sz w:val="22"/>
        </w:rPr>
        <w:t>Thanks to all of our listeners and the obligatory if you enjoyed listening, then you can rate review and subscribe. Please, please do that because it really helps it honestly I'm not just being like weird, lame and needy is probably a bad word lame is probably a very terrible ableist phrase that I should try and remove from my vocabulary. Here I am being being needy and desperate for your subscription and review love. Please tell everybody how much you like us. Please rate and review and subscribe on Apple and Spotify in all of those places because it helps new listeners find us and I promise that when we have got enough new listeners, I will stop begging for  your approval desperately.</w:t>
      </w:r>
    </w:p>
    <w:p>
      <w:pPr>
        <w:spacing w:after="0"/>
      </w:pPr>
    </w:p>
    <w:p>
      <w:pPr>
        <w:spacing w:after="0"/>
      </w:pPr>
      <w:r>
        <w:rPr>
          <w:rFonts w:ascii="Arial" w:hAnsi="Arial"/>
          <w:b/>
          <w:sz w:val="22"/>
        </w:rPr>
        <w:t xml:space="preserve">Lucy  </w:t>
      </w:r>
      <w:r>
        <w:rPr>
          <w:rFonts w:ascii="Arial" w:hAnsi="Arial"/>
          <w:color w:val="5D7284"/>
          <w:sz w:val="22"/>
        </w:rPr>
        <w:t>1:38:32</w:t>
      </w:r>
    </w:p>
    <w:p>
      <w:pPr>
        <w:spacing w:after="0"/>
      </w:pPr>
      <w:r>
        <w:rPr>
          <w:rFonts w:ascii="Arial" w:hAnsi="Arial"/>
          <w:sz w:val="22"/>
        </w:rPr>
        <w:t>Yeah, we've written into a contract and everything.</w:t>
      </w:r>
    </w:p>
    <w:p>
      <w:pPr>
        <w:spacing w:after="0"/>
      </w:pPr>
    </w:p>
    <w:p>
      <w:pPr>
        <w:spacing w:after="0"/>
      </w:pPr>
      <w:r>
        <w:rPr>
          <w:rFonts w:ascii="Arial" w:hAnsi="Arial"/>
          <w:b/>
          <w:sz w:val="22"/>
        </w:rPr>
        <w:t xml:space="preserve">Alice  </w:t>
      </w:r>
      <w:r>
        <w:rPr>
          <w:rFonts w:ascii="Arial" w:hAnsi="Arial"/>
          <w:color w:val="5D7284"/>
          <w:sz w:val="22"/>
        </w:rPr>
        <w:t>1:38:37</w:t>
      </w:r>
    </w:p>
    <w:p>
      <w:pPr>
        <w:spacing w:after="0"/>
      </w:pPr>
      <w:r>
        <w:rPr>
          <w:rFonts w:ascii="Arial" w:hAnsi="Arial"/>
          <w:sz w:val="22"/>
        </w:rPr>
        <w:t>We'll see you next time the next time. Bye.  Thanks for listening to the lABLEd podcast. If you like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1:38:54</w:t>
      </w:r>
    </w:p>
    <w:p>
      <w:pPr>
        <w:spacing w:after="0"/>
      </w:pPr>
      <w:r>
        <w:rPr>
          <w:rFonts w:ascii="Arial" w:hAnsi="Arial"/>
          <w:sz w:val="22"/>
        </w:rPr>
        <w:t>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