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Access makes a Big Difference</w:t>
      </w:r>
    </w:p>
    <w:p>
      <w:r>
        <w:rPr>
          <w:rFonts w:ascii="Arial" w:hAnsi="Arial"/>
          <w:color w:val="4F6880"/>
          <w:sz w:val="22"/>
        </w:rPr>
        <w:t>Mon, 1/31 4:15PM • 54:39</w:t>
      </w:r>
    </w:p>
    <w:p>
      <w:pPr>
        <w:spacing w:before="440" w:after="0"/>
      </w:pPr>
      <w:r>
        <w:rPr>
          <w:rFonts w:ascii="Arial" w:hAnsi="Arial"/>
          <w:b/>
          <w:color w:val="4F6880"/>
          <w:sz w:val="22"/>
        </w:rPr>
        <w:t>SUMMARY KEYWORDS</w:t>
      </w:r>
    </w:p>
    <w:p>
      <w:r>
        <w:rPr>
          <w:rFonts w:ascii="Arial" w:hAnsi="Arial"/>
          <w:color w:val="4F6880"/>
          <w:sz w:val="22"/>
        </w:rPr>
        <w:t>disabled, lucy, rosie, alice, people, organisers, venue, disability, bit, accessible, leicester, thought, jones, basement, rest, stairs, comedy festival, molly, money, access</w:t>
      </w:r>
    </w:p>
    <w:p>
      <w:pPr>
        <w:spacing w:before="440" w:after="0"/>
      </w:pPr>
      <w:r>
        <w:rPr>
          <w:rFonts w:ascii="Arial" w:hAnsi="Arial"/>
          <w:b/>
          <w:color w:val="4F6880"/>
          <w:sz w:val="22"/>
        </w:rPr>
        <w:t>SPEAKERS</w:t>
      </w:r>
    </w:p>
    <w:p>
      <w:r>
        <w:rPr>
          <w:rFonts w:ascii="Arial" w:hAnsi="Arial"/>
          <w:color w:val="4F6880"/>
          <w:sz w:val="22"/>
        </w:rPr>
        <w:t>Theme Tune, Disclaimer,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might not fit in socially I'm so much more than what you see, We all live our lives differently, kaleidoscope identity, and this is who I'm meant to be, I'm just labelled me. I'm just labelled me.</w:t>
      </w:r>
    </w:p>
    <w:p>
      <w:pPr>
        <w:spacing w:after="0"/>
      </w:pPr>
    </w:p>
    <w:p>
      <w:pPr>
        <w:spacing w:after="0"/>
      </w:pPr>
      <w:r>
        <w:rPr>
          <w:rFonts w:ascii="Arial" w:hAnsi="Arial"/>
          <w:b/>
          <w:sz w:val="22"/>
        </w:rPr>
        <w:t xml:space="preserve">Disclaimer  </w:t>
      </w:r>
      <w:r>
        <w:rPr>
          <w:rFonts w:ascii="Arial" w:hAnsi="Arial"/>
          <w:color w:val="5D7284"/>
          <w:sz w:val="22"/>
        </w:rPr>
        <w:t>00:37</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Hi, guys, and welcome to an ep, well abrand new episode. I'm all over the shop because this is slightly out of kilter for what we usually do. But we've got a brand new episode of The lABLEd podcast. Nevertheless, I am Lucy, and this is Alice. Hi, Alice.</w:t>
      </w:r>
    </w:p>
    <w:p>
      <w:pPr>
        <w:spacing w:after="0"/>
      </w:pPr>
    </w:p>
    <w:p>
      <w:pPr>
        <w:spacing w:after="0"/>
      </w:pPr>
      <w:r>
        <w:rPr>
          <w:rFonts w:ascii="Arial" w:hAnsi="Arial"/>
          <w:b/>
          <w:sz w:val="22"/>
        </w:rPr>
        <w:t xml:space="preserve">Alice  </w:t>
      </w:r>
      <w:r>
        <w:rPr>
          <w:rFonts w:ascii="Arial" w:hAnsi="Arial"/>
          <w:color w:val="5D7284"/>
          <w:sz w:val="22"/>
        </w:rPr>
        <w:t>01:02</w:t>
      </w:r>
    </w:p>
    <w:p>
      <w:pPr>
        <w:spacing w:after="0"/>
      </w:pPr>
      <w:r>
        <w:rPr>
          <w:rFonts w:ascii="Arial" w:hAnsi="Arial"/>
          <w:sz w:val="22"/>
        </w:rPr>
        <w:t xml:space="preserve">Hi, Lucy. </w:t>
      </w:r>
    </w:p>
    <w:p>
      <w:pPr>
        <w:spacing w:after="0"/>
      </w:pPr>
    </w:p>
    <w:p>
      <w:pPr>
        <w:spacing w:after="0"/>
      </w:pPr>
      <w:r>
        <w:rPr>
          <w:rFonts w:ascii="Arial" w:hAnsi="Arial"/>
          <w:b/>
          <w:sz w:val="22"/>
        </w:rPr>
        <w:t xml:space="preserve">Lucy  </w:t>
      </w:r>
      <w:r>
        <w:rPr>
          <w:rFonts w:ascii="Arial" w:hAnsi="Arial"/>
          <w:color w:val="5D7284"/>
          <w:sz w:val="22"/>
        </w:rPr>
        <w:t>01:04</w:t>
      </w:r>
    </w:p>
    <w:p>
      <w:pPr>
        <w:spacing w:after="0"/>
      </w:pPr>
      <w:r>
        <w:rPr>
          <w:rFonts w:ascii="Arial" w:hAnsi="Arial"/>
          <w:sz w:val="22"/>
        </w:rPr>
        <w:t>You alright?</w:t>
      </w:r>
    </w:p>
    <w:p>
      <w:pPr>
        <w:spacing w:after="0"/>
      </w:pPr>
    </w:p>
    <w:p>
      <w:pPr>
        <w:spacing w:after="0"/>
      </w:pPr>
      <w:r>
        <w:rPr>
          <w:rFonts w:ascii="Arial" w:hAnsi="Arial"/>
          <w:b/>
          <w:sz w:val="22"/>
        </w:rPr>
        <w:t xml:space="preserve">Alice  </w:t>
      </w:r>
      <w:r>
        <w:rPr>
          <w:rFonts w:ascii="Arial" w:hAnsi="Arial"/>
          <w:color w:val="5D7284"/>
          <w:sz w:val="22"/>
        </w:rPr>
        <w:t>01:04</w:t>
      </w:r>
    </w:p>
    <w:p>
      <w:pPr>
        <w:spacing w:after="0"/>
      </w:pPr>
      <w:r>
        <w:rPr>
          <w:rFonts w:ascii="Arial" w:hAnsi="Arial"/>
          <w:sz w:val="22"/>
        </w:rPr>
        <w:t>As Lucy said, everybody, this is gonna be a bit different this week. No guest...</w:t>
      </w:r>
    </w:p>
    <w:p>
      <w:pPr>
        <w:spacing w:after="0"/>
      </w:pPr>
    </w:p>
    <w:p>
      <w:pPr>
        <w:spacing w:after="0"/>
      </w:pPr>
      <w:r>
        <w:rPr>
          <w:rFonts w:ascii="Arial" w:hAnsi="Arial"/>
          <w:b/>
          <w:sz w:val="22"/>
        </w:rPr>
        <w:t xml:space="preserve">Lucy  </w:t>
      </w:r>
      <w:r>
        <w:rPr>
          <w:rFonts w:ascii="Arial" w:hAnsi="Arial"/>
          <w:color w:val="5D7284"/>
          <w:sz w:val="22"/>
        </w:rPr>
        <w:t>01:10</w:t>
      </w:r>
    </w:p>
    <w:p>
      <w:pPr>
        <w:spacing w:after="0"/>
      </w:pPr>
      <w:r>
        <w:rPr>
          <w:rFonts w:ascii="Arial" w:hAnsi="Arial"/>
          <w:sz w:val="22"/>
        </w:rPr>
        <w:t>You literally text, you literally text me about a half an hour ago. and said can you just hop on Squadcast? So here we are</w:t>
      </w:r>
    </w:p>
    <w:p>
      <w:pPr>
        <w:spacing w:after="0"/>
      </w:pPr>
    </w:p>
    <w:p>
      <w:pPr>
        <w:spacing w:after="0"/>
      </w:pPr>
      <w:r>
        <w:rPr>
          <w:rFonts w:ascii="Arial" w:hAnsi="Arial"/>
          <w:b/>
          <w:sz w:val="22"/>
        </w:rPr>
        <w:t xml:space="preserve">Alice  </w:t>
      </w:r>
      <w:r>
        <w:rPr>
          <w:rFonts w:ascii="Arial" w:hAnsi="Arial"/>
          <w:color w:val="5D7284"/>
          <w:sz w:val="22"/>
        </w:rPr>
        <w:t>01:16</w:t>
      </w:r>
    </w:p>
    <w:p>
      <w:pPr>
        <w:spacing w:after="0"/>
      </w:pPr>
      <w:r>
        <w:rPr>
          <w:rFonts w:ascii="Arial" w:hAnsi="Arial"/>
          <w:sz w:val="22"/>
        </w:rPr>
        <w:t xml:space="preserve">Shall we just do this? Yeah. </w:t>
      </w:r>
    </w:p>
    <w:p>
      <w:pPr>
        <w:spacing w:after="0"/>
      </w:pPr>
    </w:p>
    <w:p>
      <w:pPr>
        <w:spacing w:after="0"/>
      </w:pPr>
      <w:r>
        <w:rPr>
          <w:rFonts w:ascii="Arial" w:hAnsi="Arial"/>
          <w:b/>
          <w:sz w:val="22"/>
        </w:rPr>
        <w:t xml:space="preserve">Lucy  </w:t>
      </w:r>
      <w:r>
        <w:rPr>
          <w:rFonts w:ascii="Arial" w:hAnsi="Arial"/>
          <w:color w:val="5D7284"/>
          <w:sz w:val="22"/>
        </w:rPr>
        <w:t>01:17</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01:18</w:t>
      </w:r>
    </w:p>
    <w:p>
      <w:pPr>
        <w:spacing w:after="0"/>
      </w:pPr>
      <w:r>
        <w:rPr>
          <w:rFonts w:ascii="Arial" w:hAnsi="Arial"/>
          <w:sz w:val="22"/>
        </w:rPr>
        <w:t xml:space="preserve">I feel like it sounds like we're breaking up. </w:t>
      </w:r>
    </w:p>
    <w:p>
      <w:pPr>
        <w:spacing w:after="0"/>
      </w:pPr>
    </w:p>
    <w:p>
      <w:pPr>
        <w:spacing w:after="0"/>
      </w:pPr>
      <w:r>
        <w:rPr>
          <w:rFonts w:ascii="Arial" w:hAnsi="Arial"/>
          <w:b/>
          <w:sz w:val="22"/>
        </w:rPr>
        <w:t xml:space="preserve">Lucy  </w:t>
      </w:r>
      <w:r>
        <w:rPr>
          <w:rFonts w:ascii="Arial" w:hAnsi="Arial"/>
          <w:color w:val="5D7284"/>
          <w:sz w:val="22"/>
        </w:rPr>
        <w:t>01:20</w:t>
      </w:r>
    </w:p>
    <w:p>
      <w:pPr>
        <w:spacing w:after="0"/>
      </w:pPr>
      <w:r>
        <w:rPr>
          <w:rFonts w:ascii="Arial" w:hAnsi="Arial"/>
          <w:sz w:val="22"/>
        </w:rPr>
        <w:t>No we're not not and it was, we, the I'm afraid listeners, you're not that lucky. We're still going to continue [laughs] We've not had a row.</w:t>
      </w:r>
    </w:p>
    <w:p>
      <w:pPr>
        <w:spacing w:after="0"/>
      </w:pPr>
    </w:p>
    <w:p>
      <w:pPr>
        <w:spacing w:after="0"/>
      </w:pPr>
      <w:r>
        <w:rPr>
          <w:rFonts w:ascii="Arial" w:hAnsi="Arial"/>
          <w:b/>
          <w:sz w:val="22"/>
        </w:rPr>
        <w:t xml:space="preserve">Alice  </w:t>
      </w:r>
      <w:r>
        <w:rPr>
          <w:rFonts w:ascii="Arial" w:hAnsi="Arial"/>
          <w:color w:val="5D7284"/>
          <w:sz w:val="22"/>
        </w:rPr>
        <w:t>01:28</w:t>
      </w:r>
    </w:p>
    <w:p>
      <w:pPr>
        <w:spacing w:after="0"/>
      </w:pPr>
      <w:r>
        <w:rPr>
          <w:rFonts w:ascii="Arial" w:hAnsi="Arial"/>
          <w:sz w:val="22"/>
        </w:rPr>
        <w:t>No.</w:t>
      </w:r>
    </w:p>
    <w:p>
      <w:pPr>
        <w:spacing w:after="0"/>
      </w:pPr>
    </w:p>
    <w:p>
      <w:pPr>
        <w:spacing w:after="0"/>
      </w:pPr>
      <w:r>
        <w:rPr>
          <w:rFonts w:ascii="Arial" w:hAnsi="Arial"/>
          <w:b/>
          <w:sz w:val="22"/>
        </w:rPr>
        <w:t xml:space="preserve">Lucy  </w:t>
      </w:r>
      <w:r>
        <w:rPr>
          <w:rFonts w:ascii="Arial" w:hAnsi="Arial"/>
          <w:color w:val="5D7284"/>
          <w:sz w:val="22"/>
        </w:rPr>
        <w:t>01:28</w:t>
      </w:r>
    </w:p>
    <w:p>
      <w:pPr>
        <w:spacing w:after="0"/>
      </w:pPr>
      <w:r>
        <w:rPr>
          <w:rFonts w:ascii="Arial" w:hAnsi="Arial"/>
          <w:sz w:val="22"/>
        </w:rPr>
        <w:t xml:space="preserve">We're just having a bit of a therapy session. </w:t>
      </w:r>
    </w:p>
    <w:p>
      <w:pPr>
        <w:spacing w:after="0"/>
      </w:pPr>
    </w:p>
    <w:p>
      <w:pPr>
        <w:spacing w:after="0"/>
      </w:pPr>
      <w:r>
        <w:rPr>
          <w:rFonts w:ascii="Arial" w:hAnsi="Arial"/>
          <w:b/>
          <w:sz w:val="22"/>
        </w:rPr>
        <w:t xml:space="preserve">Alice  </w:t>
      </w:r>
      <w:r>
        <w:rPr>
          <w:rFonts w:ascii="Arial" w:hAnsi="Arial"/>
          <w:color w:val="5D7284"/>
          <w:sz w:val="22"/>
        </w:rPr>
        <w:t>01:30</w:t>
      </w:r>
    </w:p>
    <w:p>
      <w:pPr>
        <w:spacing w:after="0"/>
      </w:pPr>
      <w:r>
        <w:rPr>
          <w:rFonts w:ascii="Arial" w:hAnsi="Arial"/>
          <w:sz w:val="22"/>
        </w:rPr>
        <w:t xml:space="preserve">Yeah, well, 'cause we do have some slightly crappy news to be sharing with you guys. And I feel moderately responsible for it not because it's my fault. But because I feel like I should have looked into just just a bit more legwork. But I'll stop, I'll stop beating around the bush. So as you guys know, we've been making a big fuss about our competition, where we were going to take one of our wonderful listeners to go and see Rosie Jones at the Leicester comedy festival. We announced in our newsletter a couple of weeks ago that the wonderful listener that we would be taking would be Molly Salter. got all excited about that we had a brief series of emails with Molly trying to find out what her access requirements were going to be. And then I got all excited and was talking to husband in the middle of Tescos about it and talking about where it is and said, Oh, it's the Big Difference in Leicester, which is what used to be the Cookie. And he went isn't that in the basement? And I was like, No, they've got ground floor like I've been on the ground floor, it's, you know, and and he was like, I think you should check that. And so I promptly came home and Googled it. And the venue that they are holding, I believe the majority, if not all of the events for the Leicester Comedy Festival is this place called the Big Difference which has got a accessible ground floor entrance. But only stairs down to the basement, which is where all of the performances will be taking place. Obviously, that is a problem for those of us amongst the team who do not have working legs. Lucy and I have just been talking about her potentially just deciding that her legs work now and she's going to walk. Perhaps she has to rest first. Because you know, I assume something you haven't tried before Luce just just deciding you'll walk now and it's fine? </w:t>
      </w:r>
    </w:p>
    <w:p>
      <w:pPr>
        <w:spacing w:after="0"/>
      </w:pPr>
    </w:p>
    <w:p>
      <w:pPr>
        <w:spacing w:after="0"/>
      </w:pPr>
      <w:r>
        <w:rPr>
          <w:rFonts w:ascii="Arial" w:hAnsi="Arial"/>
          <w:b/>
          <w:sz w:val="22"/>
        </w:rPr>
        <w:t xml:space="preserve">Lucy  </w:t>
      </w:r>
      <w:r>
        <w:rPr>
          <w:rFonts w:ascii="Arial" w:hAnsi="Arial"/>
          <w:color w:val="5D7284"/>
          <w:sz w:val="22"/>
        </w:rPr>
        <w:t>03:46</w:t>
      </w:r>
    </w:p>
    <w:p>
      <w:pPr>
        <w:spacing w:after="0"/>
      </w:pPr>
      <w:r>
        <w:rPr>
          <w:rFonts w:ascii="Arial" w:hAnsi="Arial"/>
          <w:sz w:val="22"/>
        </w:rPr>
        <w:t>No. I have I did suggest to Alice that maybe I rest my legs until the Rosie Jones gig from now until the Rosie Jones gig, however, doesn't matter how much rest I have in my legs. The, my legs have been disconnected from the main switchboard and just won't work. So it's going to be a bit difficult to do that because they just you know, doesn't matter. I don't miraculously go Oh, yeah, I find I can get down up and down that mountain. I'll just turn my legs on. I'll give it give it 48 hours we'll be fine. And also, I've spoken to Alice this afternoon. And the lady at the venue when Alice asked so there's no w- you know there's no lift or anything or no other alternative route into the basement. The lady at the venue said no. Well, there's only a couple of steps.</w:t>
      </w:r>
    </w:p>
    <w:p>
      <w:pPr>
        <w:spacing w:after="0"/>
      </w:pPr>
    </w:p>
    <w:p>
      <w:pPr>
        <w:spacing w:after="0"/>
      </w:pPr>
      <w:r>
        <w:rPr>
          <w:rFonts w:ascii="Arial" w:hAnsi="Arial"/>
          <w:b/>
          <w:sz w:val="22"/>
        </w:rPr>
        <w:t xml:space="preserve">Alice  </w:t>
      </w:r>
      <w:r>
        <w:rPr>
          <w:rFonts w:ascii="Arial" w:hAnsi="Arial"/>
          <w:color w:val="5D7284"/>
          <w:sz w:val="22"/>
        </w:rPr>
        <w:t>04:40</w:t>
      </w:r>
    </w:p>
    <w:p>
      <w:pPr>
        <w:spacing w:after="0"/>
      </w:pPr>
      <w:r>
        <w:rPr>
          <w:rFonts w:ascii="Arial" w:hAnsi="Arial"/>
          <w:sz w:val="22"/>
        </w:rPr>
        <w:t>It's a short flight of stairs she said to me.</w:t>
      </w:r>
    </w:p>
    <w:p>
      <w:pPr>
        <w:spacing w:after="0"/>
      </w:pPr>
    </w:p>
    <w:p>
      <w:pPr>
        <w:spacing w:after="0"/>
      </w:pPr>
      <w:r>
        <w:rPr>
          <w:rFonts w:ascii="Arial" w:hAnsi="Arial"/>
          <w:b/>
          <w:sz w:val="22"/>
        </w:rPr>
        <w:t xml:space="preserve">Lucy  </w:t>
      </w:r>
      <w:r>
        <w:rPr>
          <w:rFonts w:ascii="Arial" w:hAnsi="Arial"/>
          <w:color w:val="5D7284"/>
          <w:sz w:val="22"/>
        </w:rPr>
        <w:t>04:42</w:t>
      </w:r>
    </w:p>
    <w:p>
      <w:pPr>
        <w:spacing w:after="0"/>
      </w:pPr>
      <w:r>
        <w:rPr>
          <w:rFonts w:ascii="Arial" w:hAnsi="Arial"/>
          <w:sz w:val="22"/>
        </w:rPr>
        <w:t xml:space="preserve">There you go. </w:t>
      </w:r>
    </w:p>
    <w:p>
      <w:pPr>
        <w:spacing w:after="0"/>
      </w:pPr>
    </w:p>
    <w:p>
      <w:pPr>
        <w:spacing w:after="0"/>
      </w:pPr>
      <w:r>
        <w:rPr>
          <w:rFonts w:ascii="Arial" w:hAnsi="Arial"/>
          <w:b/>
          <w:sz w:val="22"/>
        </w:rPr>
        <w:t xml:space="preserve">Alice  </w:t>
      </w:r>
      <w:r>
        <w:rPr>
          <w:rFonts w:ascii="Arial" w:hAnsi="Arial"/>
          <w:color w:val="5D7284"/>
          <w:sz w:val="22"/>
        </w:rPr>
        <w:t>04:43</w:t>
      </w:r>
    </w:p>
    <w:p>
      <w:pPr>
        <w:spacing w:after="0"/>
      </w:pPr>
      <w:r>
        <w:rPr>
          <w:rFonts w:ascii="Arial" w:hAnsi="Arial"/>
          <w:sz w:val="22"/>
        </w:rPr>
        <w:t xml:space="preserve">So... </w:t>
      </w:r>
    </w:p>
    <w:p>
      <w:pPr>
        <w:spacing w:after="0"/>
      </w:pPr>
    </w:p>
    <w:p>
      <w:pPr>
        <w:spacing w:after="0"/>
      </w:pPr>
      <w:r>
        <w:rPr>
          <w:rFonts w:ascii="Arial" w:hAnsi="Arial"/>
          <w:b/>
          <w:sz w:val="22"/>
        </w:rPr>
        <w:t xml:space="preserve">Lucy  </w:t>
      </w:r>
      <w:r>
        <w:rPr>
          <w:rFonts w:ascii="Arial" w:hAnsi="Arial"/>
          <w:color w:val="5D7284"/>
          <w:sz w:val="22"/>
        </w:rPr>
        <w:t>04:44</w:t>
      </w:r>
    </w:p>
    <w:p>
      <w:pPr>
        <w:spacing w:after="0"/>
      </w:pPr>
      <w:r>
        <w:rPr>
          <w:rFonts w:ascii="Arial" w:hAnsi="Arial"/>
          <w:sz w:val="22"/>
        </w:rPr>
        <w:t>Doesn't matter how big the staircase is. I cannot I cannot get down stairs.</w:t>
      </w:r>
    </w:p>
    <w:p>
      <w:pPr>
        <w:spacing w:after="0"/>
      </w:pPr>
    </w:p>
    <w:p>
      <w:pPr>
        <w:spacing w:after="0"/>
      </w:pPr>
      <w:r>
        <w:rPr>
          <w:rFonts w:ascii="Arial" w:hAnsi="Arial"/>
          <w:b/>
          <w:sz w:val="22"/>
        </w:rPr>
        <w:t xml:space="preserve">Alice  </w:t>
      </w:r>
      <w:r>
        <w:rPr>
          <w:rFonts w:ascii="Arial" w:hAnsi="Arial"/>
          <w:color w:val="5D7284"/>
          <w:sz w:val="22"/>
        </w:rPr>
        <w:t>04:51</w:t>
      </w:r>
    </w:p>
    <w:p>
      <w:pPr>
        <w:spacing w:after="0"/>
      </w:pPr>
      <w:r>
        <w:rPr>
          <w:rFonts w:ascii="Arial" w:hAnsi="Arial"/>
          <w:sz w:val="22"/>
        </w:rPr>
        <w:t>I did wonder you know how keen Lucy was to see Rosie Jones or whether we could just fling her down the stairs and hope that Rosie would catch her at the bottom.</w:t>
      </w:r>
    </w:p>
    <w:p>
      <w:pPr>
        <w:spacing w:after="0"/>
      </w:pPr>
    </w:p>
    <w:p>
      <w:pPr>
        <w:spacing w:after="0"/>
      </w:pPr>
      <w:r>
        <w:rPr>
          <w:rFonts w:ascii="Arial" w:hAnsi="Arial"/>
          <w:b/>
          <w:sz w:val="22"/>
        </w:rPr>
        <w:t xml:space="preserve">Lucy  </w:t>
      </w:r>
      <w:r>
        <w:rPr>
          <w:rFonts w:ascii="Arial" w:hAnsi="Arial"/>
          <w:color w:val="5D7284"/>
          <w:sz w:val="22"/>
        </w:rPr>
        <w:t>04:59</w:t>
      </w:r>
    </w:p>
    <w:p>
      <w:pPr>
        <w:spacing w:after="0"/>
      </w:pPr>
      <w:r>
        <w:rPr>
          <w:rFonts w:ascii="Arial" w:hAnsi="Arial"/>
          <w:sz w:val="22"/>
        </w:rPr>
        <w:t>Maybe like a limp. So i'll just put a crash helmet on it'll be fine</w:t>
      </w:r>
    </w:p>
    <w:p>
      <w:pPr>
        <w:spacing w:after="0"/>
      </w:pPr>
    </w:p>
    <w:p>
      <w:pPr>
        <w:spacing w:after="0"/>
      </w:pPr>
      <w:r>
        <w:rPr>
          <w:rFonts w:ascii="Arial" w:hAnsi="Arial"/>
          <w:b/>
          <w:sz w:val="22"/>
        </w:rPr>
        <w:t xml:space="preserve">Alice  </w:t>
      </w:r>
      <w:r>
        <w:rPr>
          <w:rFonts w:ascii="Arial" w:hAnsi="Arial"/>
          <w:color w:val="5D7284"/>
          <w:sz w:val="22"/>
        </w:rPr>
        <w:t>05:06</w:t>
      </w:r>
    </w:p>
    <w:p>
      <w:pPr>
        <w:spacing w:after="0"/>
      </w:pPr>
      <w:r>
        <w:rPr>
          <w:rFonts w:ascii="Arial" w:hAnsi="Arial"/>
          <w:sz w:val="22"/>
        </w:rPr>
        <w:t>So, as much as Lucy and I are making light of this, I just want to take a couple of minutes myself to say that I feel, as I say, very responsible for this because Leicester is as close to being my home city as any city really. And this was my idea. And I saw it and kind of ran away with it and got excited. And having had been having been to the place myself, I knew that there was a ground floor and didn't really think any further than that. So I think one of the things that this is, sort of got me to think about is, and it's something I've, you know, we've talked about before, but how we do all a little bit live in our own little inclusivity bubble, that I can't help but feel like, you know, had Lucy been in my shoes, she would have done the excuse the phrase extra legwork to, to find out, you know, a little bit more about the venue and be like, Yes, this is definitely accessible for everybody. Whereas I sort of went, Yeah, I'm sure that seems accessible. Let's, let's do this. So, you know, I'm, I'm cross with myself for not doing that bit of extra research, because I feel like I got excited, Lucy got excited. Molly was excited. We were all excited. And now it's shit. And I mean, there's, there's another element to this, that I think Lucy and I are going to go on and talk about about disabled performers in in accessible spaces. But I think, you know, the thing that I I'm feeling most at the moment about this is I was really looking forward to it, it was going to be fun, and it's really, really, really shit. So these, yeah,</w:t>
      </w:r>
    </w:p>
    <w:p>
      <w:pPr>
        <w:spacing w:after="0"/>
      </w:pPr>
    </w:p>
    <w:p>
      <w:pPr>
        <w:spacing w:after="0"/>
      </w:pPr>
      <w:r>
        <w:rPr>
          <w:rFonts w:ascii="Arial" w:hAnsi="Arial"/>
          <w:b/>
          <w:sz w:val="22"/>
        </w:rPr>
        <w:t xml:space="preserve">Lucy  </w:t>
      </w:r>
      <w:r>
        <w:rPr>
          <w:rFonts w:ascii="Arial" w:hAnsi="Arial"/>
          <w:color w:val="5D7284"/>
          <w:sz w:val="22"/>
        </w:rPr>
        <w:t>07:03</w:t>
      </w:r>
    </w:p>
    <w:p>
      <w:pPr>
        <w:spacing w:after="0"/>
      </w:pPr>
      <w:r>
        <w:rPr>
          <w:rFonts w:ascii="Arial" w:hAnsi="Arial"/>
          <w:sz w:val="22"/>
        </w:rPr>
        <w:t>yeah, sorry, this, this is what always gets me a little bit. The fact that when you are disabled, it can be any disability, the act of being spontaneous, you know, in regards to going out on Friday night, to the pub, or to comedy gig or whatever. As a disabled person, you are robbed of every opportunity to be spontaneous, spontaneous, and have that level of wherever I go, I have anywhere to anywhere new, there is always that level of oh, God, am I gonna be right? Can I get in here, wherever the, wherever I go anywhere I'm, the first thing I do is look for where the toilet is. And quite simply, if I don't know, a place has got, you know, adequate access. And it's not very easy to get hold of the person who can say yes, it is accessible or No, it isn't accessible. That, again, causes panic. But then when you ask somebody at a venue, you know, is it accessible? They give you a very generic sort of sweeping statement. Yeah, you get it, it's fine. They don't know anything about me, I then have to feel like I have to tell them my access needs in my new detail, which sometimes it's very personal information. Because I need to feel confident enough to go to these buildings. And if I don't know, I don't go, that's the be all and end all of it really. And it's probably one of the one of the things in my whole, there's probably two things that really pissed me off about being disabled. And that is probably number one in in the list of things that really, that can get in the bin, you know, I mean, I'm not cross with Alice about this at all, because, you know, it's an easy mistake to make. She'd been to the venue before and thought that that as I would have thought, surely, if it's a disabled comedian, who has got disabled fans, they will put her in the most accessible arena one night. That's what us that's just, that's just our disabled brains. With logic, isn't it? Really, I think and I think you know,</w:t>
      </w:r>
    </w:p>
    <w:p>
      <w:pPr>
        <w:spacing w:after="0"/>
      </w:pPr>
    </w:p>
    <w:p>
      <w:pPr>
        <w:spacing w:after="0"/>
      </w:pPr>
      <w:r>
        <w:rPr>
          <w:rFonts w:ascii="Arial" w:hAnsi="Arial"/>
          <w:b/>
          <w:sz w:val="22"/>
        </w:rPr>
        <w:t xml:space="preserve">Alice  </w:t>
      </w:r>
      <w:r>
        <w:rPr>
          <w:rFonts w:ascii="Arial" w:hAnsi="Arial"/>
          <w:color w:val="5D7284"/>
          <w:sz w:val="22"/>
        </w:rPr>
        <w:t>09:27</w:t>
      </w:r>
    </w:p>
    <w:p>
      <w:pPr>
        <w:spacing w:after="0"/>
      </w:pPr>
      <w:r>
        <w:rPr>
          <w:rFonts w:ascii="Arial" w:hAnsi="Arial"/>
          <w:sz w:val="22"/>
        </w:rPr>
        <w:t>I think this is one of the things that this has got, sort of got me thinking about is I don't ever want to play disability Top Trumps but, there is an element of privilege to being ambulatory to being able to mobilise independently that makes the outside world in many ways easier to kind of navigate and makes it easier for you to be included and that goes for me and I'm My assumption is that Rosie doesn't have difficulty with stairs. No. God forbid that she gets there. And she goes, I know it's only a short a flight of stairs, but I can't manage that. What are they going to do about her performance?</w:t>
      </w:r>
    </w:p>
    <w:p>
      <w:pPr>
        <w:spacing w:after="0"/>
      </w:pPr>
    </w:p>
    <w:p>
      <w:pPr>
        <w:spacing w:after="0"/>
      </w:pPr>
      <w:r>
        <w:rPr>
          <w:rFonts w:ascii="Arial" w:hAnsi="Arial"/>
          <w:b/>
          <w:sz w:val="22"/>
        </w:rPr>
        <w:t xml:space="preserve">Lucy  </w:t>
      </w:r>
      <w:r>
        <w:rPr>
          <w:rFonts w:ascii="Arial" w:hAnsi="Arial"/>
          <w:color w:val="5D7284"/>
          <w:sz w:val="22"/>
        </w:rPr>
        <w:t>10:12</w:t>
      </w:r>
    </w:p>
    <w:p>
      <w:pPr>
        <w:spacing w:after="0"/>
      </w:pPr>
      <w:r>
        <w:rPr>
          <w:rFonts w:ascii="Arial" w:hAnsi="Arial"/>
          <w:sz w:val="22"/>
        </w:rPr>
        <w:t>What I would do is I'd get them to carry me on a sedan chair down the stairs, like the Queen</w:t>
      </w:r>
    </w:p>
    <w:p>
      <w:pPr>
        <w:spacing w:after="0"/>
      </w:pPr>
    </w:p>
    <w:p>
      <w:pPr>
        <w:spacing w:after="0"/>
      </w:pPr>
      <w:r>
        <w:rPr>
          <w:rFonts w:ascii="Arial" w:hAnsi="Arial"/>
          <w:b/>
          <w:sz w:val="22"/>
        </w:rPr>
        <w:t xml:space="preserve">Alice  </w:t>
      </w:r>
      <w:r>
        <w:rPr>
          <w:rFonts w:ascii="Arial" w:hAnsi="Arial"/>
          <w:color w:val="5D7284"/>
          <w:sz w:val="22"/>
        </w:rPr>
        <w:t>10:19</w:t>
      </w:r>
    </w:p>
    <w:p>
      <w:pPr>
        <w:spacing w:after="0"/>
      </w:pPr>
      <w:r>
        <w:rPr>
          <w:rFonts w:ascii="Arial" w:hAnsi="Arial"/>
          <w:sz w:val="22"/>
        </w:rPr>
        <w:t>Whilst singing god save the Queen.</w:t>
      </w:r>
    </w:p>
    <w:p>
      <w:pPr>
        <w:spacing w:after="0"/>
      </w:pPr>
    </w:p>
    <w:p>
      <w:pPr>
        <w:spacing w:after="0"/>
      </w:pPr>
      <w:r>
        <w:rPr>
          <w:rFonts w:ascii="Arial" w:hAnsi="Arial"/>
          <w:b/>
          <w:sz w:val="22"/>
        </w:rPr>
        <w:t xml:space="preserve">Lucy  </w:t>
      </w:r>
      <w:r>
        <w:rPr>
          <w:rFonts w:ascii="Arial" w:hAnsi="Arial"/>
          <w:color w:val="5D7284"/>
          <w:sz w:val="22"/>
        </w:rPr>
        <w:t>10:21</w:t>
      </w:r>
    </w:p>
    <w:p>
      <w:pPr>
        <w:spacing w:after="0"/>
      </w:pPr>
      <w:r>
        <w:rPr>
          <w:rFonts w:ascii="Arial" w:hAnsi="Arial"/>
          <w:sz w:val="22"/>
        </w:rPr>
        <w:t>Yes, exactly. And it's fabulous.</w:t>
      </w:r>
    </w:p>
    <w:p>
      <w:pPr>
        <w:spacing w:after="0"/>
      </w:pPr>
    </w:p>
    <w:p>
      <w:pPr>
        <w:spacing w:after="0"/>
      </w:pPr>
      <w:r>
        <w:rPr>
          <w:rFonts w:ascii="Arial" w:hAnsi="Arial"/>
          <w:b/>
          <w:sz w:val="22"/>
        </w:rPr>
        <w:t xml:space="preserve">Alice  </w:t>
      </w:r>
      <w:r>
        <w:rPr>
          <w:rFonts w:ascii="Arial" w:hAnsi="Arial"/>
          <w:color w:val="5D7284"/>
          <w:sz w:val="22"/>
        </w:rPr>
        <w:t>10:24</w:t>
      </w:r>
    </w:p>
    <w:p>
      <w:pPr>
        <w:spacing w:after="0"/>
      </w:pPr>
      <w:r>
        <w:rPr>
          <w:rFonts w:ascii="Arial" w:hAnsi="Arial"/>
          <w:sz w:val="22"/>
        </w:rPr>
        <w:t>Yes. But that's one of the things that's kind of had me, you know, thinking about is that in terms of spontaneity, I, I am fortunate that generally, I've got a brilliant group of friends and family. And if anybody comes to me goes, oh, let's do this. I know, I can rely on them to facilitate access, and support me to engage with things. Whereas there is no amount of kind of facilitation that your family or your friends can do that will enable you to access a space that's got stairs. And it's that's, you know, I think that's one of the things that is, I know, I have always known in kind of principle. But I think one of the things, one of the reasons that I'm so cross and upset with myself about this is because I really feel like as your friend, I should have been more aware of your needs, I should have thought it through more. And I didn't see kind of beyond the the bubble of my own access needs. And what I'm used to, and I mean, this is it's shitty that this is my learning, kind of the thing that that I'm going to learn from, but you can bet your fucking ass I won't be doing that again. Everywhere I go from now on. I'll be like one Lucy can't get in here. And they'll be like Lucy's not coming. I don't care. She can't get in.</w:t>
      </w:r>
    </w:p>
    <w:p>
      <w:pPr>
        <w:spacing w:after="0"/>
      </w:pPr>
    </w:p>
    <w:p>
      <w:pPr>
        <w:spacing w:after="0"/>
      </w:pPr>
      <w:r>
        <w:rPr>
          <w:rFonts w:ascii="Arial" w:hAnsi="Arial"/>
          <w:b/>
          <w:sz w:val="22"/>
        </w:rPr>
        <w:t xml:space="preserve">Lucy  </w:t>
      </w:r>
      <w:r>
        <w:rPr>
          <w:rFonts w:ascii="Arial" w:hAnsi="Arial"/>
          <w:color w:val="5D7284"/>
          <w:sz w:val="22"/>
        </w:rPr>
        <w:t>11:59</w:t>
      </w:r>
    </w:p>
    <w:p>
      <w:pPr>
        <w:spacing w:after="0"/>
      </w:pPr>
      <w:r>
        <w:rPr>
          <w:rFonts w:ascii="Arial" w:hAnsi="Arial"/>
          <w:sz w:val="22"/>
        </w:rPr>
        <w:t>I will send the cardboard cutout of me. Gary, wherever you go. Yeah, yeah. Don't talk to her though she can't speak Yeah, no, he's just I mean, I won't lie. I am. I am disappointed. But at the end of the day, you can't be so hard on yourself. It's the it's the that I think that what you what you told me about the lady on the phone. That attitude was the venue. They haven't answered our emails, which would have made it a hell of a lot easier. You had to go all the way into Leicester</w:t>
      </w:r>
    </w:p>
    <w:p>
      <w:pPr>
        <w:spacing w:after="0"/>
      </w:pPr>
    </w:p>
    <w:p>
      <w:pPr>
        <w:spacing w:after="0"/>
      </w:pPr>
      <w:r>
        <w:rPr>
          <w:rFonts w:ascii="Arial" w:hAnsi="Arial"/>
          <w:b/>
          <w:sz w:val="22"/>
        </w:rPr>
        <w:t xml:space="preserve">Alice  </w:t>
      </w:r>
      <w:r>
        <w:rPr>
          <w:rFonts w:ascii="Arial" w:hAnsi="Arial"/>
          <w:color w:val="5D7284"/>
          <w:sz w:val="22"/>
        </w:rPr>
        <w:t>12:41</w:t>
      </w:r>
    </w:p>
    <w:p>
      <w:pPr>
        <w:spacing w:after="0"/>
      </w:pPr>
      <w:r>
        <w:rPr>
          <w:rFonts w:ascii="Arial" w:hAnsi="Arial"/>
          <w:sz w:val="22"/>
        </w:rPr>
        <w:t>Oh God yeah. Yeah. Like fucking if if you if anybody out there is like, oh, you know, Alice deserves some kind of karmic retribution for this. Me trying to get home from Leicester which should be a four minute walk to the bus stop from the big difference. And then a 20 minute bus journey. It took me walking to three count it, three different not bus stops but bus fucking like, big you know what they called Luce whether the big like terminal things. Yeah. Three bus stations before going. Fuck this. I'm getting on a train, and then walking for 20 minutes just to get one. Very, very straightforward. Nice lady at the train station. Would you like some help getting down to the platform? I said, No, if you could just tell me what platform it is. And she said, Oh, it's platform two. It's not the next train. It's the one after I said thank you got on the train was home. Not a problem. Fuck you. Leicestershire county council. I hate you and all of your bus services.</w:t>
      </w:r>
    </w:p>
    <w:p>
      <w:pPr>
        <w:spacing w:after="0"/>
      </w:pPr>
    </w:p>
    <w:p>
      <w:pPr>
        <w:spacing w:after="0"/>
      </w:pPr>
      <w:r>
        <w:rPr>
          <w:rFonts w:ascii="Arial" w:hAnsi="Arial"/>
          <w:b/>
          <w:sz w:val="22"/>
        </w:rPr>
        <w:t xml:space="preserve">Lucy  </w:t>
      </w:r>
      <w:r>
        <w:rPr>
          <w:rFonts w:ascii="Arial" w:hAnsi="Arial"/>
          <w:color w:val="5D7284"/>
          <w:sz w:val="22"/>
        </w:rPr>
        <w:t>13:45</w:t>
      </w:r>
    </w:p>
    <w:p>
      <w:pPr>
        <w:spacing w:after="0"/>
      </w:pPr>
      <w:r>
        <w:rPr>
          <w:rFonts w:ascii="Arial" w:hAnsi="Arial"/>
          <w:sz w:val="22"/>
        </w:rPr>
        <w:t>Okay, so we might have a lawsuit by Rosie Jones and the county council at this rate now. I'm so glad you didn't have a Gin before we started this.</w:t>
      </w:r>
    </w:p>
    <w:p>
      <w:pPr>
        <w:spacing w:after="0"/>
      </w:pPr>
    </w:p>
    <w:p>
      <w:pPr>
        <w:spacing w:after="0"/>
      </w:pPr>
      <w:r>
        <w:rPr>
          <w:rFonts w:ascii="Arial" w:hAnsi="Arial"/>
          <w:b/>
          <w:sz w:val="22"/>
        </w:rPr>
        <w:t xml:space="preserve">Alice  </w:t>
      </w:r>
      <w:r>
        <w:rPr>
          <w:rFonts w:ascii="Arial" w:hAnsi="Arial"/>
          <w:color w:val="5D7284"/>
          <w:sz w:val="22"/>
        </w:rPr>
        <w:t>13:57</w:t>
      </w:r>
    </w:p>
    <w:p>
      <w:pPr>
        <w:spacing w:after="0"/>
      </w:pPr>
      <w:r>
        <w:rPr>
          <w:rFonts w:ascii="Arial" w:hAnsi="Arial"/>
          <w:sz w:val="22"/>
        </w:rPr>
        <w:t>I think that would have calmed me. I don't I don't think. I don't know. I I'm so fucking all over the place right now. I am an emotional, just just hot mess. So it could have been anything. I did actually say, well, Alice said, Could you can we just jump on and record this episode? I said, is it a case of I'm Lucy might swear and Alice might cry rather than Lucy might cry. And Alice might swear Well i've already sworn... So...</w:t>
      </w:r>
    </w:p>
    <w:p>
      <w:pPr>
        <w:spacing w:after="0"/>
      </w:pPr>
    </w:p>
    <w:p>
      <w:pPr>
        <w:spacing w:after="0"/>
      </w:pPr>
      <w:r>
        <w:rPr>
          <w:rFonts w:ascii="Arial" w:hAnsi="Arial"/>
          <w:b/>
          <w:sz w:val="22"/>
        </w:rPr>
        <w:t xml:space="preserve">Lucy  </w:t>
      </w:r>
      <w:r>
        <w:rPr>
          <w:rFonts w:ascii="Arial" w:hAnsi="Arial"/>
          <w:color w:val="5D7284"/>
          <w:sz w:val="22"/>
        </w:rPr>
        <w:t>14:30</w:t>
      </w:r>
    </w:p>
    <w:p>
      <w:pPr>
        <w:spacing w:after="0"/>
      </w:pPr>
      <w:r>
        <w:rPr>
          <w:rFonts w:ascii="Arial" w:hAnsi="Arial"/>
          <w:sz w:val="22"/>
        </w:rPr>
        <w:t>But I do get very passionate about these sorts of things. And it's just you know, I don't really know what the solution is really. I don't, you know, I think it's because it's my day job. I work with accessibility all the time. And I know what is is. I mean, everybody's accessibility journey is different. I mean, that's how much of a arsehole i sound, i've just said accessibility journey.</w:t>
      </w:r>
    </w:p>
    <w:p>
      <w:pPr>
        <w:spacing w:after="0"/>
      </w:pPr>
    </w:p>
    <w:p>
      <w:pPr>
        <w:spacing w:after="0"/>
      </w:pPr>
      <w:r>
        <w:rPr>
          <w:rFonts w:ascii="Arial" w:hAnsi="Arial"/>
          <w:b/>
          <w:sz w:val="22"/>
        </w:rPr>
        <w:t xml:space="preserve">Alice  </w:t>
      </w:r>
      <w:r>
        <w:rPr>
          <w:rFonts w:ascii="Arial" w:hAnsi="Arial"/>
          <w:color w:val="5D7284"/>
          <w:sz w:val="22"/>
        </w:rPr>
        <w:t>15:00</w:t>
      </w:r>
    </w:p>
    <w:p>
      <w:pPr>
        <w:spacing w:after="0"/>
      </w:pPr>
      <w:r>
        <w:rPr>
          <w:rFonts w:ascii="Arial" w:hAnsi="Arial"/>
          <w:sz w:val="22"/>
        </w:rPr>
        <w:t>Haha yeah i was thinking that</w:t>
      </w:r>
    </w:p>
    <w:p>
      <w:pPr>
        <w:spacing w:after="0"/>
      </w:pPr>
    </w:p>
    <w:p>
      <w:pPr>
        <w:spacing w:after="0"/>
      </w:pPr>
      <w:r>
        <w:rPr>
          <w:rFonts w:ascii="Arial" w:hAnsi="Arial"/>
          <w:b/>
          <w:sz w:val="22"/>
        </w:rPr>
        <w:t xml:space="preserve">Lucy  </w:t>
      </w:r>
      <w:r>
        <w:rPr>
          <w:rFonts w:ascii="Arial" w:hAnsi="Arial"/>
          <w:color w:val="5D7284"/>
          <w:sz w:val="22"/>
        </w:rPr>
        <w:t>15:03</w:t>
      </w:r>
    </w:p>
    <w:p>
      <w:pPr>
        <w:spacing w:after="0"/>
      </w:pPr>
      <w:r>
        <w:rPr>
          <w:rFonts w:ascii="Arial" w:hAnsi="Arial"/>
          <w:sz w:val="22"/>
        </w:rPr>
        <w:t>But yeah, it's it is different. What is what we this is why reviews on Google and TripAdvisor about access written by a disabled person are all very well and good. But if that disabled person has a vision impairment, like Alice does if Alice has gone on TripAdvisor, and written a review about I don't know, some pub somewhere. And I've gone on to that a few weeks later gone on to that review</w:t>
      </w:r>
    </w:p>
    <w:p>
      <w:pPr>
        <w:spacing w:after="0"/>
      </w:pPr>
    </w:p>
    <w:p>
      <w:pPr>
        <w:spacing w:after="0"/>
      </w:pPr>
      <w:r>
        <w:rPr>
          <w:rFonts w:ascii="Arial" w:hAnsi="Arial"/>
          <w:b/>
          <w:sz w:val="22"/>
        </w:rPr>
        <w:t xml:space="preserve">Alice  </w:t>
      </w:r>
      <w:r>
        <w:rPr>
          <w:rFonts w:ascii="Arial" w:hAnsi="Arial"/>
          <w:color w:val="5D7284"/>
          <w:sz w:val="22"/>
        </w:rPr>
        <w:t>15:30</w:t>
      </w:r>
    </w:p>
    <w:p>
      <w:pPr>
        <w:spacing w:after="0"/>
      </w:pPr>
      <w:r>
        <w:rPr>
          <w:rFonts w:ascii="Arial" w:hAnsi="Arial"/>
          <w:sz w:val="22"/>
        </w:rPr>
        <w:t>You do like the pub...</w:t>
      </w:r>
    </w:p>
    <w:p>
      <w:pPr>
        <w:spacing w:after="0"/>
      </w:pPr>
    </w:p>
    <w:p>
      <w:pPr>
        <w:spacing w:after="0"/>
      </w:pPr>
      <w:r>
        <w:rPr>
          <w:rFonts w:ascii="Arial" w:hAnsi="Arial"/>
          <w:b/>
          <w:sz w:val="22"/>
        </w:rPr>
        <w:t xml:space="preserve">Lucy  </w:t>
      </w:r>
      <w:r>
        <w:rPr>
          <w:rFonts w:ascii="Arial" w:hAnsi="Arial"/>
          <w:color w:val="5D7284"/>
          <w:sz w:val="22"/>
        </w:rPr>
        <w:t>15:30</w:t>
      </w:r>
    </w:p>
    <w:p>
      <w:pPr>
        <w:spacing w:after="0"/>
      </w:pPr>
      <w:r>
        <w:rPr>
          <w:rFonts w:ascii="Arial" w:hAnsi="Arial"/>
          <w:sz w:val="22"/>
        </w:rPr>
        <w:t>There you go, if I've gone onto that review, and I go ooo let me just read about the disability. And that is like, one of four reviews that are all written by people who are blind, who've got a hearing impairment who are autistic, that sort of stuff. That's not why they are going to be focusing on what is right for them. Not is what not what is right, or what I need out of a venue. You know, they might be talking about low level lighting where all I really need to know is is there a disabled toilet? If you've not visited  the disabled you're not going to be able to tell me are you yano? Because who else is such a saddo that it goes? Yeah, there is a disabled toilet, it's quite spacious and it doesn't stink, because? Really do you know what i mean? Yeah, I just, it winds me up. Because I think to myself, you are missing, and they're missing out on so much the purple pounds, you know, at the spending power of disabled people is, and</w:t>
      </w:r>
    </w:p>
    <w:p>
      <w:pPr>
        <w:spacing w:after="0"/>
      </w:pPr>
    </w:p>
    <w:p>
      <w:pPr>
        <w:spacing w:after="0"/>
      </w:pPr>
      <w:r>
        <w:rPr>
          <w:rFonts w:ascii="Arial" w:hAnsi="Arial"/>
          <w:b/>
          <w:sz w:val="22"/>
        </w:rPr>
        <w:t xml:space="preserve">Alice  </w:t>
      </w:r>
      <w:r>
        <w:rPr>
          <w:rFonts w:ascii="Arial" w:hAnsi="Arial"/>
          <w:color w:val="5D7284"/>
          <w:sz w:val="22"/>
        </w:rPr>
        <w:t>16:37</w:t>
      </w:r>
    </w:p>
    <w:p>
      <w:pPr>
        <w:spacing w:after="0"/>
      </w:pPr>
      <w:r>
        <w:rPr>
          <w:rFonts w:ascii="Arial" w:hAnsi="Arial"/>
          <w:sz w:val="22"/>
        </w:rPr>
        <w:t>this is this is the other side of this conversation that I wanted us to have. You know why I insisted on dragging Lucy into recording where she's been planning to spend the day sitting on her arse in her house in her jammies was the almost audacity of an event organiser to go. We'll make some profit. And yes, I know, the Leicester Comedy Festival is all for a nonprofit charitable organisation, but we'll get some money out of a popular disabled comic. Because they can that they'll bring they'll bring in an audience and we want that audience's money. But it's</w:t>
      </w:r>
    </w:p>
    <w:p>
      <w:pPr>
        <w:spacing w:after="0"/>
      </w:pPr>
    </w:p>
    <w:p>
      <w:pPr>
        <w:spacing w:after="0"/>
      </w:pPr>
      <w:r>
        <w:rPr>
          <w:rFonts w:ascii="Arial" w:hAnsi="Arial"/>
          <w:b/>
          <w:sz w:val="22"/>
        </w:rPr>
        <w:t xml:space="preserve">Lucy  </w:t>
      </w:r>
      <w:r>
        <w:rPr>
          <w:rFonts w:ascii="Arial" w:hAnsi="Arial"/>
          <w:color w:val="5D7284"/>
          <w:sz w:val="22"/>
        </w:rPr>
        <w:t>17:22</w:t>
      </w:r>
    </w:p>
    <w:p>
      <w:pPr>
        <w:spacing w:after="0"/>
      </w:pPr>
      <w:r>
        <w:rPr>
          <w:rFonts w:ascii="Arial" w:hAnsi="Arial"/>
          <w:sz w:val="22"/>
        </w:rPr>
        <w:t>it looks good on our diversity tick box scheme</w:t>
      </w:r>
    </w:p>
    <w:p>
      <w:pPr>
        <w:spacing w:after="0"/>
      </w:pPr>
    </w:p>
    <w:p>
      <w:pPr>
        <w:spacing w:after="0"/>
      </w:pPr>
      <w:r>
        <w:rPr>
          <w:rFonts w:ascii="Arial" w:hAnsi="Arial"/>
          <w:b/>
          <w:sz w:val="22"/>
        </w:rPr>
        <w:t xml:space="preserve">Alice  </w:t>
      </w:r>
      <w:r>
        <w:rPr>
          <w:rFonts w:ascii="Arial" w:hAnsi="Arial"/>
          <w:color w:val="5D7284"/>
          <w:sz w:val="22"/>
        </w:rPr>
        <w:t>17:24</w:t>
      </w:r>
    </w:p>
    <w:p>
      <w:pPr>
        <w:spacing w:after="0"/>
      </w:pPr>
      <w:r>
        <w:rPr>
          <w:rFonts w:ascii="Arial" w:hAnsi="Arial"/>
          <w:sz w:val="22"/>
        </w:rPr>
        <w:t>Yeah, yeah but can't can't happen disabled, actually a disabled audience there</w:t>
      </w:r>
    </w:p>
    <w:p>
      <w:pPr>
        <w:spacing w:after="0"/>
      </w:pPr>
    </w:p>
    <w:p>
      <w:pPr>
        <w:spacing w:after="0"/>
      </w:pPr>
      <w:r>
        <w:rPr>
          <w:rFonts w:ascii="Arial" w:hAnsi="Arial"/>
          <w:b/>
          <w:sz w:val="22"/>
        </w:rPr>
        <w:t xml:space="preserve">Lucy  </w:t>
      </w:r>
      <w:r>
        <w:rPr>
          <w:rFonts w:ascii="Arial" w:hAnsi="Arial"/>
          <w:color w:val="5D7284"/>
          <w:sz w:val="22"/>
        </w:rPr>
        <w:t>17:30</w:t>
      </w:r>
    </w:p>
    <w:p>
      <w:pPr>
        <w:spacing w:after="0"/>
      </w:pPr>
      <w:r>
        <w:rPr>
          <w:rFonts w:ascii="Arial" w:hAnsi="Arial"/>
          <w:sz w:val="22"/>
        </w:rPr>
        <w:t>screw the rest of them. We don't want them plebs</w:t>
      </w:r>
    </w:p>
    <w:p>
      <w:pPr>
        <w:spacing w:after="0"/>
      </w:pPr>
    </w:p>
    <w:p>
      <w:pPr>
        <w:spacing w:after="0"/>
      </w:pPr>
      <w:r>
        <w:rPr>
          <w:rFonts w:ascii="Arial" w:hAnsi="Arial"/>
          <w:b/>
          <w:sz w:val="22"/>
        </w:rPr>
        <w:t xml:space="preserve">Alice  </w:t>
      </w:r>
      <w:r>
        <w:rPr>
          <w:rFonts w:ascii="Arial" w:hAnsi="Arial"/>
          <w:color w:val="5D7284"/>
          <w:sz w:val="22"/>
        </w:rPr>
        <w:t>17:34</w:t>
      </w:r>
    </w:p>
    <w:p>
      <w:pPr>
        <w:spacing w:after="0"/>
      </w:pPr>
      <w:r>
        <w:rPr>
          <w:rFonts w:ascii="Arial" w:hAnsi="Arial"/>
          <w:sz w:val="22"/>
        </w:rPr>
        <w:t>Theres this one... This one thats useful to us</w:t>
      </w:r>
    </w:p>
    <w:p>
      <w:pPr>
        <w:spacing w:after="0"/>
      </w:pPr>
    </w:p>
    <w:p>
      <w:pPr>
        <w:spacing w:after="0"/>
      </w:pPr>
      <w:r>
        <w:rPr>
          <w:rFonts w:ascii="Arial" w:hAnsi="Arial"/>
          <w:b/>
          <w:sz w:val="22"/>
        </w:rPr>
        <w:t xml:space="preserve">Lucy  </w:t>
      </w:r>
      <w:r>
        <w:rPr>
          <w:rFonts w:ascii="Arial" w:hAnsi="Arial"/>
          <w:color w:val="5D7284"/>
          <w:sz w:val="22"/>
        </w:rPr>
        <w:t>17:36</w:t>
      </w:r>
    </w:p>
    <w:p>
      <w:pPr>
        <w:spacing w:after="0"/>
      </w:pPr>
      <w:r>
        <w:rPr>
          <w:rFonts w:ascii="Arial" w:hAnsi="Arial"/>
          <w:sz w:val="22"/>
        </w:rPr>
        <w:t>Just the one that's on the table that everybody knows about. Yeah, I mean, we understand it. We are fans of Rosie Jones, we get it if we had the opportunity to have Rosie Jones on our podcast or comedy festival, not that we arrange comedy festivals. Because to be quite honest, me and Alice will be top of that bill we're hilarious. I don't know. I'm not. I'm not I'm just going out for coffee. It's ridiculous. But you'd like to my mind. Like in my head, the marketing person from Leicester Comedy Festival, or whoever whoever is responsible for booking that venue would go Okay, so who got on the bill? We've got Rosie Jones. Okay. Let's have a look at her demographic of fans and supporters. Oh, they're disabled? Have we got everything in place? for disabled people to come to that venue? No. Oh, we'll just stick them downstairs in the basement. Who puts people downstairs in the basement? Why are you still using basements? It's not the Victorian era anymore. Stop it. Cordon them off.</w:t>
      </w:r>
    </w:p>
    <w:p>
      <w:pPr>
        <w:spacing w:after="0"/>
      </w:pPr>
    </w:p>
    <w:p>
      <w:pPr>
        <w:spacing w:after="0"/>
      </w:pPr>
      <w:r>
        <w:rPr>
          <w:rFonts w:ascii="Arial" w:hAnsi="Arial"/>
          <w:b/>
          <w:sz w:val="22"/>
        </w:rPr>
        <w:t xml:space="preserve">Alice  </w:t>
      </w:r>
      <w:r>
        <w:rPr>
          <w:rFonts w:ascii="Arial" w:hAnsi="Arial"/>
          <w:color w:val="5D7284"/>
          <w:sz w:val="22"/>
        </w:rPr>
        <w:t>18:44</w:t>
      </w:r>
    </w:p>
    <w:p>
      <w:pPr>
        <w:spacing w:after="0"/>
      </w:pPr>
      <w:r>
        <w:rPr>
          <w:rFonts w:ascii="Arial" w:hAnsi="Arial"/>
          <w:sz w:val="22"/>
        </w:rPr>
        <w:t>They are they are just just just cold damp and dark aren't they as well and accessible.</w:t>
      </w:r>
    </w:p>
    <w:p>
      <w:pPr>
        <w:spacing w:after="0"/>
      </w:pPr>
    </w:p>
    <w:p>
      <w:pPr>
        <w:spacing w:after="0"/>
      </w:pPr>
      <w:r>
        <w:rPr>
          <w:rFonts w:ascii="Arial" w:hAnsi="Arial"/>
          <w:b/>
          <w:sz w:val="22"/>
        </w:rPr>
        <w:t xml:space="preserve">Lucy  </w:t>
      </w:r>
      <w:r>
        <w:rPr>
          <w:rFonts w:ascii="Arial" w:hAnsi="Arial"/>
          <w:color w:val="5D7284"/>
          <w:sz w:val="22"/>
        </w:rPr>
        <w:t>18:51</w:t>
      </w:r>
    </w:p>
    <w:p>
      <w:pPr>
        <w:spacing w:after="0"/>
      </w:pPr>
      <w:r>
        <w:rPr>
          <w:rFonts w:ascii="Arial" w:hAnsi="Arial"/>
          <w:sz w:val="22"/>
        </w:rPr>
        <w:t>They're creepy if you ask me, that's where the bodies are.</w:t>
      </w:r>
    </w:p>
    <w:p>
      <w:pPr>
        <w:spacing w:after="0"/>
      </w:pPr>
    </w:p>
    <w:p>
      <w:pPr>
        <w:spacing w:after="0"/>
      </w:pPr>
      <w:r>
        <w:rPr>
          <w:rFonts w:ascii="Arial" w:hAnsi="Arial"/>
          <w:b/>
          <w:sz w:val="22"/>
        </w:rPr>
        <w:t xml:space="preserve">Alice  </w:t>
      </w:r>
      <w:r>
        <w:rPr>
          <w:rFonts w:ascii="Arial" w:hAnsi="Arial"/>
          <w:color w:val="5D7284"/>
          <w:sz w:val="22"/>
        </w:rPr>
        <w:t>18:56</w:t>
      </w:r>
    </w:p>
    <w:p>
      <w:pPr>
        <w:spacing w:after="0"/>
      </w:pPr>
      <w:r>
        <w:rPr>
          <w:rFonts w:ascii="Arial" w:hAnsi="Arial"/>
          <w:sz w:val="22"/>
        </w:rPr>
        <w:t>But I mean, this is I think as well you know, it's it's not just Rosie there's several disabled acts on at at the festival this year. And people with you know, a myriad of different disabilities access needs. Harriet Dyer, who I also have tickets to see in the basement at the cookie. And the gent who we were talking about the other day whose name I still can't remember and even though I've just tried to google it quickly can't find him. Visually Impaired stand up Yeah. There are people out there going Oh, this guy is that guy is that guy? Yes. That's who it is. But that's who we're talking about we just don't remember his name. him you know so it's not it's it's not like this is an and indiverse in diverse undiverse</w:t>
      </w:r>
    </w:p>
    <w:p>
      <w:pPr>
        <w:spacing w:after="0"/>
      </w:pPr>
    </w:p>
    <w:p>
      <w:pPr>
        <w:spacing w:after="0"/>
      </w:pPr>
      <w:r>
        <w:rPr>
          <w:rFonts w:ascii="Arial" w:hAnsi="Arial"/>
          <w:b/>
          <w:sz w:val="22"/>
        </w:rPr>
        <w:t xml:space="preserve">Lucy  </w:t>
      </w:r>
      <w:r>
        <w:rPr>
          <w:rFonts w:ascii="Arial" w:hAnsi="Arial"/>
          <w:color w:val="5D7284"/>
          <w:sz w:val="22"/>
        </w:rPr>
        <w:t>19:55</w:t>
      </w:r>
    </w:p>
    <w:p>
      <w:pPr>
        <w:spacing w:after="0"/>
      </w:pPr>
      <w:r>
        <w:rPr>
          <w:rFonts w:ascii="Arial" w:hAnsi="Arial"/>
          <w:sz w:val="22"/>
        </w:rPr>
        <w:t>undiverse not in diverse in diverse is like inwards. Well actually i suppose that works.</w:t>
      </w:r>
    </w:p>
    <w:p>
      <w:pPr>
        <w:spacing w:after="0"/>
      </w:pPr>
    </w:p>
    <w:p>
      <w:pPr>
        <w:spacing w:after="0"/>
      </w:pPr>
      <w:r>
        <w:rPr>
          <w:rFonts w:ascii="Arial" w:hAnsi="Arial"/>
          <w:b/>
          <w:sz w:val="22"/>
        </w:rPr>
        <w:t xml:space="preserve">Alice  </w:t>
      </w:r>
      <w:r>
        <w:rPr>
          <w:rFonts w:ascii="Arial" w:hAnsi="Arial"/>
          <w:color w:val="5D7284"/>
          <w:sz w:val="22"/>
        </w:rPr>
        <w:t>20:01</w:t>
      </w:r>
    </w:p>
    <w:p>
      <w:pPr>
        <w:spacing w:after="0"/>
      </w:pPr>
      <w:r>
        <w:rPr>
          <w:rFonts w:ascii="Arial" w:hAnsi="Arial"/>
          <w:sz w:val="22"/>
        </w:rPr>
        <w:t>It's not it's it's not just a bunch of like straight, white able bodied men for once in comedy, which, you know, big deal. But yeah, but you know, it's and I mean, there is a little voice in my head that's going oh, well at least they've got disabled acts on. Like that's something but I think I don't think that's fucking good enough personally Nope. You know and recognise that we exist but only, like I said only the ones that you can profit from</w:t>
      </w:r>
    </w:p>
    <w:p>
      <w:pPr>
        <w:spacing w:after="0"/>
      </w:pPr>
    </w:p>
    <w:p>
      <w:pPr>
        <w:spacing w:after="0"/>
      </w:pPr>
      <w:r>
        <w:rPr>
          <w:rFonts w:ascii="Arial" w:hAnsi="Arial"/>
          <w:b/>
          <w:sz w:val="22"/>
        </w:rPr>
        <w:t xml:space="preserve">Lucy  </w:t>
      </w:r>
      <w:r>
        <w:rPr>
          <w:rFonts w:ascii="Arial" w:hAnsi="Arial"/>
          <w:color w:val="5D7284"/>
          <w:sz w:val="22"/>
        </w:rPr>
        <w:t>20:35</w:t>
      </w:r>
    </w:p>
    <w:p>
      <w:pPr>
        <w:spacing w:after="0"/>
      </w:pPr>
      <w:r>
        <w:rPr>
          <w:rFonts w:ascii="Arial" w:hAnsi="Arial"/>
          <w:sz w:val="22"/>
        </w:rPr>
        <w:t>Only the ones that are shiny and you know are slightly more mainstream and that that's the less frightening side of the disability isn't it really? Yeah, you know? Yeah. So non disabled people might be listening to this and thinking why? Why is this you're not more cross and upset about this. Believe me. This is not the first time this has happened won't be that if I got upset every time I couldn't get in anywhere. I would be exhausted all I mean I am exhausted all the time. Really. I'm just like tired turtle. But, um</w:t>
      </w:r>
    </w:p>
    <w:p>
      <w:pPr>
        <w:spacing w:after="0"/>
      </w:pPr>
    </w:p>
    <w:p>
      <w:pPr>
        <w:spacing w:after="0"/>
      </w:pPr>
      <w:r>
        <w:rPr>
          <w:rFonts w:ascii="Arial" w:hAnsi="Arial"/>
          <w:b/>
          <w:sz w:val="22"/>
        </w:rPr>
        <w:t xml:space="preserve">Alice  </w:t>
      </w:r>
      <w:r>
        <w:rPr>
          <w:rFonts w:ascii="Arial" w:hAnsi="Arial"/>
          <w:color w:val="5D7284"/>
          <w:sz w:val="22"/>
        </w:rPr>
        <w:t>21:14</w:t>
      </w:r>
    </w:p>
    <w:p>
      <w:pPr>
        <w:spacing w:after="0"/>
      </w:pPr>
      <w:r>
        <w:rPr>
          <w:rFonts w:ascii="Arial" w:hAnsi="Arial"/>
          <w:sz w:val="22"/>
        </w:rPr>
        <w:t>You need to hibernate that's where you're going wrong?</w:t>
      </w:r>
    </w:p>
    <w:p>
      <w:pPr>
        <w:spacing w:after="0"/>
      </w:pPr>
    </w:p>
    <w:p>
      <w:pPr>
        <w:spacing w:after="0"/>
      </w:pPr>
      <w:r>
        <w:rPr>
          <w:rFonts w:ascii="Arial" w:hAnsi="Arial"/>
          <w:b/>
          <w:sz w:val="22"/>
        </w:rPr>
        <w:t xml:space="preserve">Lucy  </w:t>
      </w:r>
      <w:r>
        <w:rPr>
          <w:rFonts w:ascii="Arial" w:hAnsi="Arial"/>
          <w:color w:val="5D7284"/>
          <w:sz w:val="22"/>
        </w:rPr>
        <w:t>21:17</w:t>
      </w:r>
    </w:p>
    <w:p>
      <w:pPr>
        <w:spacing w:after="0"/>
      </w:pPr>
      <w:r>
        <w:rPr>
          <w:rFonts w:ascii="Arial" w:hAnsi="Arial"/>
          <w:sz w:val="22"/>
        </w:rPr>
        <w:t>Do they hibernate? Or is that tortoise? Turtle turtle aren't turtles in water? Anyway, I</w:t>
      </w:r>
    </w:p>
    <w:p>
      <w:pPr>
        <w:spacing w:after="0"/>
      </w:pPr>
    </w:p>
    <w:p>
      <w:pPr>
        <w:spacing w:after="0"/>
      </w:pPr>
      <w:r>
        <w:rPr>
          <w:rFonts w:ascii="Arial" w:hAnsi="Arial"/>
          <w:b/>
          <w:sz w:val="22"/>
        </w:rPr>
        <w:t xml:space="preserve">Alice  </w:t>
      </w:r>
      <w:r>
        <w:rPr>
          <w:rFonts w:ascii="Arial" w:hAnsi="Arial"/>
          <w:color w:val="5D7284"/>
          <w:sz w:val="22"/>
        </w:rPr>
        <w:t>21:25</w:t>
      </w:r>
    </w:p>
    <w:p>
      <w:pPr>
        <w:spacing w:after="0"/>
      </w:pPr>
      <w:r>
        <w:rPr>
          <w:rFonts w:ascii="Arial" w:hAnsi="Arial"/>
          <w:sz w:val="22"/>
        </w:rPr>
        <w:t>don't know. I know somebody who's got either a turtle or a tortoise is one of the littley ones</w:t>
      </w:r>
    </w:p>
    <w:p>
      <w:pPr>
        <w:spacing w:after="0"/>
      </w:pPr>
    </w:p>
    <w:p>
      <w:pPr>
        <w:spacing w:after="0"/>
      </w:pPr>
      <w:r>
        <w:rPr>
          <w:rFonts w:ascii="Arial" w:hAnsi="Arial"/>
          <w:b/>
          <w:sz w:val="22"/>
        </w:rPr>
        <w:t xml:space="preserve">Lucy  </w:t>
      </w:r>
      <w:r>
        <w:rPr>
          <w:rFonts w:ascii="Arial" w:hAnsi="Arial"/>
          <w:color w:val="5D7284"/>
          <w:sz w:val="22"/>
        </w:rPr>
        <w:t>21:31</w:t>
      </w:r>
    </w:p>
    <w:p>
      <w:pPr>
        <w:spacing w:after="0"/>
      </w:pPr>
      <w:r>
        <w:rPr>
          <w:rFonts w:ascii="Arial" w:hAnsi="Arial"/>
          <w:sz w:val="22"/>
        </w:rPr>
        <w:t>Its a toitose it won't be a turtle</w:t>
      </w:r>
    </w:p>
    <w:p>
      <w:pPr>
        <w:spacing w:after="0"/>
      </w:pPr>
    </w:p>
    <w:p>
      <w:pPr>
        <w:spacing w:after="0"/>
      </w:pPr>
      <w:r>
        <w:rPr>
          <w:rFonts w:ascii="Arial" w:hAnsi="Arial"/>
          <w:b/>
          <w:sz w:val="22"/>
        </w:rPr>
        <w:t xml:space="preserve">Alice  </w:t>
      </w:r>
      <w:r>
        <w:rPr>
          <w:rFonts w:ascii="Arial" w:hAnsi="Arial"/>
          <w:color w:val="5D7284"/>
          <w:sz w:val="22"/>
        </w:rPr>
        <w:t>21:33</w:t>
      </w:r>
    </w:p>
    <w:p>
      <w:pPr>
        <w:spacing w:after="0"/>
      </w:pPr>
      <w:r>
        <w:rPr>
          <w:rFonts w:ascii="Arial" w:hAnsi="Arial"/>
          <w:sz w:val="22"/>
        </w:rPr>
        <w:t>And he hibernates and he sleeps in a couple bucks in F fridge in their garage. For free. Yeah, because it's gonna be like a maintainable temperature.</w:t>
      </w:r>
    </w:p>
    <w:p>
      <w:pPr>
        <w:spacing w:after="0"/>
      </w:pPr>
    </w:p>
    <w:p>
      <w:pPr>
        <w:spacing w:after="0"/>
      </w:pPr>
      <w:r>
        <w:rPr>
          <w:rFonts w:ascii="Arial" w:hAnsi="Arial"/>
          <w:b/>
          <w:sz w:val="22"/>
        </w:rPr>
        <w:t xml:space="preserve">Lucy  </w:t>
      </w:r>
      <w:r>
        <w:rPr>
          <w:rFonts w:ascii="Arial" w:hAnsi="Arial"/>
          <w:color w:val="5D7284"/>
          <w:sz w:val="22"/>
        </w:rPr>
        <w:t>21:47</w:t>
      </w:r>
    </w:p>
    <w:p>
      <w:pPr>
        <w:spacing w:after="0"/>
      </w:pPr>
      <w:r>
        <w:rPr>
          <w:rFonts w:ascii="Arial" w:hAnsi="Arial"/>
          <w:sz w:val="22"/>
        </w:rPr>
        <w:t>I think we have digressed a little bit but yeah, let's roll with it. Yeah, this that's why I am. I mean, I am disappointed in it. I am sad. I was looking forward to a night out with Alice it's I've only seen Alice in the flesh once.</w:t>
      </w:r>
    </w:p>
    <w:p>
      <w:pPr>
        <w:spacing w:after="0"/>
      </w:pPr>
    </w:p>
    <w:p>
      <w:pPr>
        <w:spacing w:after="0"/>
      </w:pPr>
      <w:r>
        <w:rPr>
          <w:rFonts w:ascii="Arial" w:hAnsi="Arial"/>
          <w:b/>
          <w:sz w:val="22"/>
        </w:rPr>
        <w:t xml:space="preserve">Alice  </w:t>
      </w:r>
      <w:r>
        <w:rPr>
          <w:rFonts w:ascii="Arial" w:hAnsi="Arial"/>
          <w:color w:val="5D7284"/>
          <w:sz w:val="22"/>
        </w:rPr>
        <w:t>22:03</w:t>
      </w:r>
    </w:p>
    <w:p>
      <w:pPr>
        <w:spacing w:after="0"/>
      </w:pPr>
      <w:r>
        <w:rPr>
          <w:rFonts w:ascii="Arial" w:hAnsi="Arial"/>
          <w:sz w:val="22"/>
        </w:rPr>
        <w:t>And yeah, me i was looking forward for you to meet Adam and Molly.</w:t>
      </w:r>
    </w:p>
    <w:p>
      <w:pPr>
        <w:spacing w:after="0"/>
      </w:pPr>
    </w:p>
    <w:p>
      <w:pPr>
        <w:spacing w:after="0"/>
      </w:pPr>
      <w:r>
        <w:rPr>
          <w:rFonts w:ascii="Arial" w:hAnsi="Arial"/>
          <w:b/>
          <w:sz w:val="22"/>
        </w:rPr>
        <w:t xml:space="preserve">Lucy  </w:t>
      </w:r>
      <w:r>
        <w:rPr>
          <w:rFonts w:ascii="Arial" w:hAnsi="Arial"/>
          <w:color w:val="5D7284"/>
          <w:sz w:val="22"/>
        </w:rPr>
        <w:t>22:09</w:t>
      </w:r>
    </w:p>
    <w:p>
      <w:pPr>
        <w:spacing w:after="0"/>
      </w:pPr>
      <w:r>
        <w:rPr>
          <w:rFonts w:ascii="Arial" w:hAnsi="Arial"/>
          <w:sz w:val="22"/>
        </w:rPr>
        <w:t>Yeah. But we can do Yeah. Can we can we can you know...</w:t>
      </w:r>
    </w:p>
    <w:p>
      <w:pPr>
        <w:spacing w:after="0"/>
      </w:pPr>
    </w:p>
    <w:p>
      <w:pPr>
        <w:spacing w:after="0"/>
      </w:pPr>
      <w:r>
        <w:rPr>
          <w:rFonts w:ascii="Arial" w:hAnsi="Arial"/>
          <w:b/>
          <w:sz w:val="22"/>
        </w:rPr>
        <w:t xml:space="preserve">Alice  </w:t>
      </w:r>
      <w:r>
        <w:rPr>
          <w:rFonts w:ascii="Arial" w:hAnsi="Arial"/>
          <w:color w:val="5D7284"/>
          <w:sz w:val="22"/>
        </w:rPr>
        <w:t>22:16</w:t>
      </w:r>
    </w:p>
    <w:p>
      <w:pPr>
        <w:spacing w:after="0"/>
      </w:pPr>
      <w:r>
        <w:rPr>
          <w:rFonts w:ascii="Arial" w:hAnsi="Arial"/>
          <w:sz w:val="22"/>
        </w:rPr>
        <w:t>An actual like actual person and actual listener who's not like, you know, our mom's? Again? Not that my mum listens.</w:t>
      </w:r>
    </w:p>
    <w:p>
      <w:pPr>
        <w:spacing w:after="0"/>
      </w:pPr>
    </w:p>
    <w:p>
      <w:pPr>
        <w:spacing w:after="0"/>
      </w:pPr>
      <w:r>
        <w:rPr>
          <w:rFonts w:ascii="Arial" w:hAnsi="Arial"/>
          <w:b/>
          <w:sz w:val="22"/>
        </w:rPr>
        <w:t xml:space="preserve">Lucy  </w:t>
      </w:r>
      <w:r>
        <w:rPr>
          <w:rFonts w:ascii="Arial" w:hAnsi="Arial"/>
          <w:color w:val="5D7284"/>
          <w:sz w:val="22"/>
        </w:rPr>
        <w:t>22:24</w:t>
      </w:r>
    </w:p>
    <w:p>
      <w:pPr>
        <w:spacing w:after="0"/>
      </w:pPr>
      <w:r>
        <w:rPr>
          <w:rFonts w:ascii="Arial" w:hAnsi="Arial"/>
          <w:sz w:val="22"/>
        </w:rPr>
        <w:t>no, no, neither does mine or my my sister she told me yesterday it's like, yeah, my sister said that she told me yesterday that somebody at work had seen me on the ITV Central News, which we were on before Christmas. And she said oh whats your sisters podcast about and she was like oh i don't know no, some disability or something, she was like do you listen and my sister was like, no, I hear a prattling on in my ear all the time. Which is true.</w:t>
      </w:r>
    </w:p>
    <w:p>
      <w:pPr>
        <w:spacing w:after="0"/>
      </w:pPr>
    </w:p>
    <w:p>
      <w:pPr>
        <w:spacing w:after="0"/>
      </w:pPr>
      <w:r>
        <w:rPr>
          <w:rFonts w:ascii="Arial" w:hAnsi="Arial"/>
          <w:b/>
          <w:sz w:val="22"/>
        </w:rPr>
        <w:t xml:space="preserve">Alice  </w:t>
      </w:r>
      <w:r>
        <w:rPr>
          <w:rFonts w:ascii="Arial" w:hAnsi="Arial"/>
          <w:color w:val="5D7284"/>
          <w:sz w:val="22"/>
        </w:rPr>
        <w:t>22:57</w:t>
      </w:r>
    </w:p>
    <w:p>
      <w:pPr>
        <w:spacing w:after="0"/>
      </w:pPr>
      <w:r>
        <w:rPr>
          <w:rFonts w:ascii="Arial" w:hAnsi="Arial"/>
          <w:sz w:val="22"/>
        </w:rPr>
        <w:t>Yeah, the same reason why I know Dave, my husband doesn't listen because it's like, I hear enough of your fucking voice droning on constantly.</w:t>
      </w:r>
    </w:p>
    <w:p>
      <w:pPr>
        <w:spacing w:after="0"/>
      </w:pPr>
    </w:p>
    <w:p>
      <w:pPr>
        <w:spacing w:after="0"/>
      </w:pPr>
      <w:r>
        <w:rPr>
          <w:rFonts w:ascii="Arial" w:hAnsi="Arial"/>
          <w:b/>
          <w:sz w:val="22"/>
        </w:rPr>
        <w:t xml:space="preserve">Lucy  </w:t>
      </w:r>
      <w:r>
        <w:rPr>
          <w:rFonts w:ascii="Arial" w:hAnsi="Arial"/>
          <w:color w:val="5D7284"/>
          <w:sz w:val="22"/>
        </w:rPr>
        <w:t>23:05</w:t>
      </w:r>
    </w:p>
    <w:p>
      <w:pPr>
        <w:spacing w:after="0"/>
      </w:pPr>
      <w:r>
        <w:rPr>
          <w:rFonts w:ascii="Arial" w:hAnsi="Arial"/>
          <w:sz w:val="22"/>
        </w:rPr>
        <w:t>Exactly. You know, I don't expect them to listen. But um, yeah, so I was looking forward to it. But it doesn't mean we got to say we can't do it. It just have to be another time. Yeah. If anyone from ITV Central is listening to this would like us to kick up a fuss</w:t>
      </w:r>
    </w:p>
    <w:p>
      <w:pPr>
        <w:spacing w:after="0"/>
      </w:pPr>
    </w:p>
    <w:p>
      <w:pPr>
        <w:spacing w:after="0"/>
      </w:pPr>
      <w:r>
        <w:rPr>
          <w:rFonts w:ascii="Arial" w:hAnsi="Arial"/>
          <w:b/>
          <w:sz w:val="22"/>
        </w:rPr>
        <w:t xml:space="preserve">Alice  </w:t>
      </w:r>
      <w:r>
        <w:rPr>
          <w:rFonts w:ascii="Arial" w:hAnsi="Arial"/>
          <w:color w:val="5D7284"/>
          <w:sz w:val="22"/>
        </w:rPr>
        <w:t>23:22</w:t>
      </w:r>
    </w:p>
    <w:p>
      <w:pPr>
        <w:spacing w:after="0"/>
      </w:pPr>
      <w:r>
        <w:rPr>
          <w:rFonts w:ascii="Arial" w:hAnsi="Arial"/>
          <w:sz w:val="22"/>
        </w:rPr>
        <w:t>like to come and film you know, film us meeting again, but this time meeting a listener in a car park.</w:t>
      </w:r>
    </w:p>
    <w:p>
      <w:pPr>
        <w:spacing w:after="0"/>
      </w:pPr>
    </w:p>
    <w:p>
      <w:pPr>
        <w:spacing w:after="0"/>
      </w:pPr>
      <w:r>
        <w:rPr>
          <w:rFonts w:ascii="Arial" w:hAnsi="Arial"/>
          <w:b/>
          <w:sz w:val="22"/>
        </w:rPr>
        <w:t xml:space="preserve">Lucy  </w:t>
      </w:r>
      <w:r>
        <w:rPr>
          <w:rFonts w:ascii="Arial" w:hAnsi="Arial"/>
          <w:color w:val="5D7284"/>
          <w:sz w:val="22"/>
        </w:rPr>
        <w:t>23:30</w:t>
      </w:r>
    </w:p>
    <w:p>
      <w:pPr>
        <w:spacing w:after="0"/>
      </w:pPr>
      <w:r>
        <w:rPr>
          <w:rFonts w:ascii="Arial" w:hAnsi="Arial"/>
          <w:sz w:val="22"/>
        </w:rPr>
        <w:t>The cool book club, Rosie Jones in a Wetherspoons</w:t>
      </w:r>
    </w:p>
    <w:p>
      <w:pPr>
        <w:spacing w:after="0"/>
      </w:pPr>
    </w:p>
    <w:p>
      <w:pPr>
        <w:spacing w:after="0"/>
      </w:pPr>
      <w:r>
        <w:rPr>
          <w:rFonts w:ascii="Arial" w:hAnsi="Arial"/>
          <w:b/>
          <w:sz w:val="22"/>
        </w:rPr>
        <w:t xml:space="preserve">Alice  </w:t>
      </w:r>
      <w:r>
        <w:rPr>
          <w:rFonts w:ascii="Arial" w:hAnsi="Arial"/>
          <w:color w:val="5D7284"/>
          <w:sz w:val="22"/>
        </w:rPr>
        <w:t>23:36</w:t>
      </w:r>
    </w:p>
    <w:p>
      <w:pPr>
        <w:spacing w:after="0"/>
      </w:pPr>
      <w:r>
        <w:rPr>
          <w:rFonts w:ascii="Arial" w:hAnsi="Arial"/>
          <w:sz w:val="22"/>
        </w:rPr>
        <w:t>my friend did say when we put up the pictures of us meeting for the first time she was like, of course you met in the fucking pub.</w:t>
      </w:r>
    </w:p>
    <w:p>
      <w:pPr>
        <w:spacing w:after="0"/>
      </w:pPr>
    </w:p>
    <w:p>
      <w:pPr>
        <w:spacing w:after="0"/>
      </w:pPr>
      <w:r>
        <w:rPr>
          <w:rFonts w:ascii="Arial" w:hAnsi="Arial"/>
          <w:b/>
          <w:sz w:val="22"/>
        </w:rPr>
        <w:t xml:space="preserve">Lucy  </w:t>
      </w:r>
      <w:r>
        <w:rPr>
          <w:rFonts w:ascii="Arial" w:hAnsi="Arial"/>
          <w:color w:val="5D7284"/>
          <w:sz w:val="22"/>
        </w:rPr>
        <w:t>23:42</w:t>
      </w:r>
    </w:p>
    <w:p>
      <w:pPr>
        <w:spacing w:after="0"/>
      </w:pPr>
      <w:r>
        <w:rPr>
          <w:rFonts w:ascii="Arial" w:hAnsi="Arial"/>
          <w:sz w:val="22"/>
        </w:rPr>
        <w:t>Yeah, of course we did. Although technically it wasn't a pub it was a restaurant but it did look like a pub. It wasn't a pub</w:t>
      </w:r>
    </w:p>
    <w:p>
      <w:pPr>
        <w:spacing w:after="0"/>
      </w:pPr>
    </w:p>
    <w:p>
      <w:pPr>
        <w:spacing w:after="0"/>
      </w:pPr>
      <w:r>
        <w:rPr>
          <w:rFonts w:ascii="Arial" w:hAnsi="Arial"/>
          <w:b/>
          <w:sz w:val="22"/>
        </w:rPr>
        <w:t xml:space="preserve">Alice  </w:t>
      </w:r>
      <w:r>
        <w:rPr>
          <w:rFonts w:ascii="Arial" w:hAnsi="Arial"/>
          <w:color w:val="5D7284"/>
          <w:sz w:val="22"/>
        </w:rPr>
        <w:t>23:48</w:t>
      </w:r>
    </w:p>
    <w:p>
      <w:pPr>
        <w:spacing w:after="0"/>
      </w:pPr>
      <w:r>
        <w:rPr>
          <w:rFonts w:ascii="Arial" w:hAnsi="Arial"/>
          <w:sz w:val="22"/>
        </w:rPr>
        <w:t>and and it was it was accessible to everyone that was the important thing.</w:t>
      </w:r>
    </w:p>
    <w:p>
      <w:pPr>
        <w:spacing w:after="0"/>
      </w:pPr>
    </w:p>
    <w:p>
      <w:pPr>
        <w:spacing w:after="0"/>
      </w:pPr>
      <w:r>
        <w:rPr>
          <w:rFonts w:ascii="Arial" w:hAnsi="Arial"/>
          <w:b/>
          <w:sz w:val="22"/>
        </w:rPr>
        <w:t xml:space="preserve">Lucy  </w:t>
      </w:r>
      <w:r>
        <w:rPr>
          <w:rFonts w:ascii="Arial" w:hAnsi="Arial"/>
          <w:color w:val="5D7284"/>
          <w:sz w:val="22"/>
        </w:rPr>
        <w:t>23:54</w:t>
      </w:r>
    </w:p>
    <w:p>
      <w:pPr>
        <w:spacing w:after="0"/>
      </w:pPr>
      <w:r>
        <w:rPr>
          <w:rFonts w:ascii="Arial" w:hAnsi="Arial"/>
          <w:sz w:val="22"/>
        </w:rPr>
        <w:t>I even we even made sure that the window you know, we were near a window so that you could see my face poor you. But yeah, so you know these things happen. It's disappointing. I'm quite cross, not necessarily with Alice, not necessarily with Rosie Jones, but the organisers it's quite short sighted really. This whole Yeah. We want disabled people but we just want the nice ones that everybody knows Off the Telly. When are we going to get well known disabled people so that we are known Off the Telly and then when we say</w:t>
      </w:r>
    </w:p>
    <w:p>
      <w:pPr>
        <w:spacing w:after="0"/>
      </w:pPr>
    </w:p>
    <w:p>
      <w:pPr>
        <w:spacing w:after="0"/>
      </w:pPr>
      <w:r>
        <w:rPr>
          <w:rFonts w:ascii="Arial" w:hAnsi="Arial"/>
          <w:b/>
          <w:sz w:val="22"/>
        </w:rPr>
        <w:t xml:space="preserve">Alice  </w:t>
      </w:r>
      <w:r>
        <w:rPr>
          <w:rFonts w:ascii="Arial" w:hAnsi="Arial"/>
          <w:color w:val="5D7284"/>
          <w:sz w:val="22"/>
        </w:rPr>
        <w:t>24:33</w:t>
      </w:r>
    </w:p>
    <w:p>
      <w:pPr>
        <w:spacing w:after="0"/>
      </w:pPr>
      <w:r>
        <w:rPr>
          <w:rFonts w:ascii="Arial" w:hAnsi="Arial"/>
          <w:sz w:val="22"/>
        </w:rPr>
        <w:t>so that we can go to these places and be like not the rest of you disabled people you're not good enough</w:t>
      </w:r>
    </w:p>
    <w:p>
      <w:pPr>
        <w:spacing w:after="0"/>
      </w:pPr>
    </w:p>
    <w:p>
      <w:pPr>
        <w:spacing w:after="0"/>
      </w:pPr>
      <w:r>
        <w:rPr>
          <w:rFonts w:ascii="Arial" w:hAnsi="Arial"/>
          <w:b/>
          <w:sz w:val="22"/>
        </w:rPr>
        <w:t xml:space="preserve">Lucy  </w:t>
      </w:r>
      <w:r>
        <w:rPr>
          <w:rFonts w:ascii="Arial" w:hAnsi="Arial"/>
          <w:color w:val="5D7284"/>
          <w:sz w:val="22"/>
        </w:rPr>
        <w:t>24:37</w:t>
      </w:r>
    </w:p>
    <w:p>
      <w:pPr>
        <w:spacing w:after="0"/>
      </w:pPr>
      <w:r>
        <w:rPr>
          <w:rFonts w:ascii="Arial" w:hAnsi="Arial"/>
          <w:sz w:val="22"/>
        </w:rPr>
        <w:t>you're basically you know, when we go places they shut it off like even if we want to go Primark or whatever for for socks, they could just shut Primark off.</w:t>
      </w:r>
    </w:p>
    <w:p>
      <w:pPr>
        <w:spacing w:after="0"/>
      </w:pPr>
    </w:p>
    <w:p>
      <w:pPr>
        <w:spacing w:after="0"/>
      </w:pPr>
      <w:r>
        <w:rPr>
          <w:rFonts w:ascii="Arial" w:hAnsi="Arial"/>
          <w:b/>
          <w:sz w:val="22"/>
        </w:rPr>
        <w:t xml:space="preserve">Alice  </w:t>
      </w:r>
      <w:r>
        <w:rPr>
          <w:rFonts w:ascii="Arial" w:hAnsi="Arial"/>
          <w:color w:val="5D7284"/>
          <w:sz w:val="22"/>
        </w:rPr>
        <w:t>24:49</w:t>
      </w:r>
    </w:p>
    <w:p>
      <w:pPr>
        <w:spacing w:after="0"/>
      </w:pPr>
      <w:r>
        <w:rPr>
          <w:rFonts w:ascii="Arial" w:hAnsi="Arial"/>
          <w:sz w:val="22"/>
        </w:rPr>
        <w:t>Yeah. That's your goal is it Luce to be famous enough for them to close Primark</w:t>
      </w:r>
    </w:p>
    <w:p>
      <w:pPr>
        <w:spacing w:after="0"/>
      </w:pPr>
    </w:p>
    <w:p>
      <w:pPr>
        <w:spacing w:after="0"/>
      </w:pPr>
      <w:r>
        <w:rPr>
          <w:rFonts w:ascii="Arial" w:hAnsi="Arial"/>
          <w:b/>
          <w:sz w:val="22"/>
        </w:rPr>
        <w:t xml:space="preserve">Lucy  </w:t>
      </w:r>
      <w:r>
        <w:rPr>
          <w:rFonts w:ascii="Arial" w:hAnsi="Arial"/>
          <w:color w:val="5D7284"/>
          <w:sz w:val="22"/>
        </w:rPr>
        <w:t>24:55</w:t>
      </w:r>
    </w:p>
    <w:p>
      <w:pPr>
        <w:spacing w:after="0"/>
      </w:pPr>
      <w:r>
        <w:rPr>
          <w:rFonts w:ascii="Arial" w:hAnsi="Arial"/>
          <w:sz w:val="22"/>
        </w:rPr>
        <w:t>and then close Nando's after for afters. We can go Nando's.</w:t>
      </w:r>
    </w:p>
    <w:p>
      <w:pPr>
        <w:spacing w:after="0"/>
      </w:pPr>
    </w:p>
    <w:p>
      <w:pPr>
        <w:spacing w:after="0"/>
      </w:pPr>
      <w:r>
        <w:rPr>
          <w:rFonts w:ascii="Arial" w:hAnsi="Arial"/>
          <w:b/>
          <w:sz w:val="22"/>
        </w:rPr>
        <w:t xml:space="preserve">Alice  </w:t>
      </w:r>
      <w:r>
        <w:rPr>
          <w:rFonts w:ascii="Arial" w:hAnsi="Arial"/>
          <w:color w:val="5D7284"/>
          <w:sz w:val="22"/>
        </w:rPr>
        <w:t>25:00</w:t>
      </w:r>
    </w:p>
    <w:p>
      <w:pPr>
        <w:spacing w:after="0"/>
      </w:pPr>
      <w:r>
        <w:rPr>
          <w:rFonts w:ascii="Arial" w:hAnsi="Arial"/>
          <w:sz w:val="22"/>
        </w:rPr>
        <w:t>Wow. You have really really high hopes for yourself don't you.</w:t>
      </w:r>
    </w:p>
    <w:p>
      <w:pPr>
        <w:spacing w:after="0"/>
      </w:pPr>
    </w:p>
    <w:p>
      <w:pPr>
        <w:spacing w:after="0"/>
      </w:pPr>
      <w:r>
        <w:rPr>
          <w:rFonts w:ascii="Arial" w:hAnsi="Arial"/>
          <w:b/>
          <w:sz w:val="22"/>
        </w:rPr>
        <w:t xml:space="preserve">Lucy  </w:t>
      </w:r>
      <w:r>
        <w:rPr>
          <w:rFonts w:ascii="Arial" w:hAnsi="Arial"/>
          <w:color w:val="5D7284"/>
          <w:sz w:val="22"/>
        </w:rPr>
        <w:t>25:05</w:t>
      </w:r>
    </w:p>
    <w:p>
      <w:pPr>
        <w:spacing w:after="0"/>
      </w:pPr>
      <w:r>
        <w:rPr>
          <w:rFonts w:ascii="Arial" w:hAnsi="Arial"/>
          <w:sz w:val="22"/>
        </w:rPr>
        <w:t>Yeah, I high hopes for my career. Yeah. But yeah, it's um yeah, yeah, times like this you have to kind of direct your anger to the right places no good me getting cross with Alice because it was not Alices fault</w:t>
      </w:r>
    </w:p>
    <w:p>
      <w:pPr>
        <w:spacing w:after="0"/>
      </w:pPr>
    </w:p>
    <w:p>
      <w:pPr>
        <w:spacing w:after="0"/>
      </w:pPr>
      <w:r>
        <w:rPr>
          <w:rFonts w:ascii="Arial" w:hAnsi="Arial"/>
          <w:b/>
          <w:sz w:val="22"/>
        </w:rPr>
        <w:t xml:space="preserve">Alice  </w:t>
      </w:r>
      <w:r>
        <w:rPr>
          <w:rFonts w:ascii="Arial" w:hAnsi="Arial"/>
          <w:color w:val="5D7284"/>
          <w:sz w:val="22"/>
        </w:rPr>
        <w:t>25:20</w:t>
      </w:r>
    </w:p>
    <w:p>
      <w:pPr>
        <w:spacing w:after="0"/>
      </w:pPr>
      <w:r>
        <w:rPr>
          <w:rFonts w:ascii="Arial" w:hAnsi="Arial"/>
          <w:sz w:val="22"/>
        </w:rPr>
        <w:t>I'm trying not to get too cross with myself. And at the point of recording, I haven't actually spoken to Molly yet. I've been trying to catch her not because she's been unavailable. I've just been shit and keep forgetting. And so we haven't broken the news to her. We will obviously do that before we tell everybody else</w:t>
      </w:r>
    </w:p>
    <w:p>
      <w:pPr>
        <w:spacing w:after="0"/>
      </w:pPr>
    </w:p>
    <w:p>
      <w:pPr>
        <w:spacing w:after="0"/>
      </w:pPr>
      <w:r>
        <w:rPr>
          <w:rFonts w:ascii="Arial" w:hAnsi="Arial"/>
          <w:b/>
          <w:sz w:val="22"/>
        </w:rPr>
        <w:t xml:space="preserve">Lucy  </w:t>
      </w:r>
      <w:r>
        <w:rPr>
          <w:rFonts w:ascii="Arial" w:hAnsi="Arial"/>
          <w:color w:val="5D7284"/>
          <w:sz w:val="22"/>
        </w:rPr>
        <w:t>25:43</w:t>
      </w:r>
    </w:p>
    <w:p>
      <w:pPr>
        <w:spacing w:after="0"/>
      </w:pPr>
      <w:r>
        <w:rPr>
          <w:rFonts w:ascii="Arial" w:hAnsi="Arial"/>
          <w:sz w:val="22"/>
        </w:rPr>
        <w:t>Oh by the way Molly you're not coming anymore. It's off</w:t>
      </w:r>
    </w:p>
    <w:p>
      <w:pPr>
        <w:spacing w:after="0"/>
      </w:pPr>
    </w:p>
    <w:p>
      <w:pPr>
        <w:spacing w:after="0"/>
      </w:pPr>
      <w:r>
        <w:rPr>
          <w:rFonts w:ascii="Arial" w:hAnsi="Arial"/>
          <w:b/>
          <w:sz w:val="22"/>
        </w:rPr>
        <w:t xml:space="preserve">Alice  </w:t>
      </w:r>
      <w:r>
        <w:rPr>
          <w:rFonts w:ascii="Arial" w:hAnsi="Arial"/>
          <w:color w:val="5D7284"/>
          <w:sz w:val="22"/>
        </w:rPr>
        <w:t>25:49</w:t>
      </w:r>
    </w:p>
    <w:p>
      <w:pPr>
        <w:spacing w:after="0"/>
      </w:pPr>
      <w:r>
        <w:rPr>
          <w:rFonts w:ascii="Arial" w:hAnsi="Arial"/>
          <w:sz w:val="22"/>
        </w:rPr>
        <w:t>so we'll... I think you know, we will try and, and rectify this with Molly and with kind of the rest of you of trying to organise something else maybe sorting out another competition of some kind where, I don't know we'll give away a me and Lucy we'll take you to Greg's or something. But in your Greg's in your town of choice.</w:t>
      </w:r>
    </w:p>
    <w:p>
      <w:pPr>
        <w:spacing w:after="0"/>
      </w:pPr>
    </w:p>
    <w:p>
      <w:pPr>
        <w:spacing w:after="0"/>
      </w:pPr>
      <w:r>
        <w:rPr>
          <w:rFonts w:ascii="Arial" w:hAnsi="Arial"/>
          <w:b/>
          <w:sz w:val="22"/>
        </w:rPr>
        <w:t xml:space="preserve">Lucy  </w:t>
      </w:r>
      <w:r>
        <w:rPr>
          <w:rFonts w:ascii="Arial" w:hAnsi="Arial"/>
          <w:color w:val="5D7284"/>
          <w:sz w:val="22"/>
        </w:rPr>
        <w:t>26:18</w:t>
      </w:r>
    </w:p>
    <w:p>
      <w:pPr>
        <w:spacing w:after="0"/>
      </w:pPr>
      <w:r>
        <w:rPr>
          <w:rFonts w:ascii="Arial" w:hAnsi="Arial"/>
          <w:sz w:val="22"/>
        </w:rPr>
        <w:t>The onus is on you, the competition winner to make sure we can get in and its not up a set of steps, how many Greg's are up a set of steps</w:t>
      </w:r>
    </w:p>
    <w:p>
      <w:pPr>
        <w:spacing w:after="0"/>
      </w:pPr>
    </w:p>
    <w:p>
      <w:pPr>
        <w:spacing w:after="0"/>
      </w:pPr>
      <w:r>
        <w:rPr>
          <w:rFonts w:ascii="Arial" w:hAnsi="Arial"/>
          <w:b/>
          <w:sz w:val="22"/>
        </w:rPr>
        <w:t xml:space="preserve">Alice  </w:t>
      </w:r>
      <w:r>
        <w:rPr>
          <w:rFonts w:ascii="Arial" w:hAnsi="Arial"/>
          <w:color w:val="5D7284"/>
          <w:sz w:val="22"/>
        </w:rPr>
        <w:t>26:26</w:t>
      </w:r>
    </w:p>
    <w:p>
      <w:pPr>
        <w:spacing w:after="0"/>
      </w:pPr>
      <w:r>
        <w:rPr>
          <w:rFonts w:ascii="Arial" w:hAnsi="Arial"/>
          <w:sz w:val="22"/>
        </w:rPr>
        <w:t>I was gonna say I don't know if Greg's are are famously inaccessible.</w:t>
      </w:r>
    </w:p>
    <w:p>
      <w:pPr>
        <w:spacing w:after="0"/>
      </w:pPr>
    </w:p>
    <w:p>
      <w:pPr>
        <w:spacing w:after="0"/>
      </w:pPr>
      <w:r>
        <w:rPr>
          <w:rFonts w:ascii="Arial" w:hAnsi="Arial"/>
          <w:b/>
          <w:sz w:val="22"/>
        </w:rPr>
        <w:t xml:space="preserve">Lucy  </w:t>
      </w:r>
      <w:r>
        <w:rPr>
          <w:rFonts w:ascii="Arial" w:hAnsi="Arial"/>
          <w:color w:val="5D7284"/>
          <w:sz w:val="22"/>
        </w:rPr>
        <w:t>26:31</w:t>
      </w:r>
    </w:p>
    <w:p>
      <w:pPr>
        <w:spacing w:after="0"/>
      </w:pPr>
      <w:r>
        <w:rPr>
          <w:rFonts w:ascii="Arial" w:hAnsi="Arial"/>
          <w:sz w:val="22"/>
        </w:rPr>
        <w:t>Have you seen those posh Gregg's that have got seating areas and tables like a cafe? So you can sit down and eat your sausage...</w:t>
      </w:r>
    </w:p>
    <w:p>
      <w:pPr>
        <w:spacing w:after="0"/>
      </w:pPr>
    </w:p>
    <w:p>
      <w:pPr>
        <w:spacing w:after="0"/>
      </w:pPr>
      <w:r>
        <w:rPr>
          <w:rFonts w:ascii="Arial" w:hAnsi="Arial"/>
          <w:b/>
          <w:sz w:val="22"/>
        </w:rPr>
        <w:t xml:space="preserve">Alice  </w:t>
      </w:r>
      <w:r>
        <w:rPr>
          <w:rFonts w:ascii="Arial" w:hAnsi="Arial"/>
          <w:color w:val="5D7284"/>
          <w:sz w:val="22"/>
        </w:rPr>
        <w:t>26:38</w:t>
      </w:r>
    </w:p>
    <w:p>
      <w:pPr>
        <w:spacing w:after="0"/>
      </w:pPr>
      <w:r>
        <w:rPr>
          <w:rFonts w:ascii="Arial" w:hAnsi="Arial"/>
          <w:sz w:val="22"/>
        </w:rPr>
        <w:t>Whispers: We've got those in Loughborough... It's like all of about 450 people we've got two fucking Greg's</w:t>
      </w:r>
    </w:p>
    <w:p>
      <w:pPr>
        <w:spacing w:after="0"/>
      </w:pPr>
    </w:p>
    <w:p>
      <w:pPr>
        <w:spacing w:after="0"/>
      </w:pPr>
      <w:r>
        <w:rPr>
          <w:rFonts w:ascii="Arial" w:hAnsi="Arial"/>
          <w:b/>
          <w:sz w:val="22"/>
        </w:rPr>
        <w:t xml:space="preserve">Lucy  </w:t>
      </w:r>
      <w:r>
        <w:rPr>
          <w:rFonts w:ascii="Arial" w:hAnsi="Arial"/>
          <w:color w:val="5D7284"/>
          <w:sz w:val="22"/>
        </w:rPr>
        <w:t>26:46</w:t>
      </w:r>
    </w:p>
    <w:p>
      <w:pPr>
        <w:spacing w:after="0"/>
      </w:pPr>
      <w:r>
        <w:rPr>
          <w:rFonts w:ascii="Arial" w:hAnsi="Arial"/>
          <w:sz w:val="22"/>
        </w:rPr>
        <w:t>we've got about, yeah, we've got two in Litchfield, and then there's one that I saw. I went into Birmingham not long ago. And it's one like on the side of the road near a busy like Highway. And i'm like who would want to stop for a Gregs when you're going down like the M6 or whatever it is</w:t>
      </w:r>
    </w:p>
    <w:p>
      <w:pPr>
        <w:spacing w:after="0"/>
      </w:pPr>
    </w:p>
    <w:p>
      <w:pPr>
        <w:spacing w:after="0"/>
      </w:pPr>
      <w:r>
        <w:rPr>
          <w:rFonts w:ascii="Arial" w:hAnsi="Arial"/>
          <w:b/>
          <w:sz w:val="22"/>
        </w:rPr>
        <w:t xml:space="preserve">Alice  </w:t>
      </w:r>
      <w:r>
        <w:rPr>
          <w:rFonts w:ascii="Arial" w:hAnsi="Arial"/>
          <w:color w:val="5D7284"/>
          <w:sz w:val="22"/>
        </w:rPr>
        <w:t>27:03</w:t>
      </w:r>
    </w:p>
    <w:p>
      <w:pPr>
        <w:spacing w:after="0"/>
      </w:pPr>
      <w:r>
        <w:rPr>
          <w:rFonts w:ascii="Arial" w:hAnsi="Arial"/>
          <w:sz w:val="22"/>
        </w:rPr>
        <w:t>I'm pretty sure we've got like eight subways in this town as well. We're very healthy in this town. It's very much like the Loughborough uni runners. And then the rest of us just shuffling out of subway with eight sandwiches.</w:t>
      </w:r>
    </w:p>
    <w:p>
      <w:pPr>
        <w:spacing w:after="0"/>
      </w:pPr>
    </w:p>
    <w:p>
      <w:pPr>
        <w:spacing w:after="0"/>
      </w:pPr>
      <w:r>
        <w:rPr>
          <w:rFonts w:ascii="Arial" w:hAnsi="Arial"/>
          <w:b/>
          <w:sz w:val="22"/>
        </w:rPr>
        <w:t xml:space="preserve">Lucy  </w:t>
      </w:r>
      <w:r>
        <w:rPr>
          <w:rFonts w:ascii="Arial" w:hAnsi="Arial"/>
          <w:color w:val="5D7284"/>
          <w:sz w:val="22"/>
        </w:rPr>
        <w:t>27:17</w:t>
      </w:r>
    </w:p>
    <w:p>
      <w:pPr>
        <w:spacing w:after="0"/>
      </w:pPr>
      <w:r>
        <w:rPr>
          <w:rFonts w:ascii="Arial" w:hAnsi="Arial"/>
          <w:sz w:val="22"/>
        </w:rPr>
        <w:t>Yeah, you've got sporty Loughborough and the rest of you</w:t>
      </w:r>
    </w:p>
    <w:p>
      <w:pPr>
        <w:spacing w:after="0"/>
      </w:pPr>
    </w:p>
    <w:p>
      <w:pPr>
        <w:spacing w:after="0"/>
      </w:pPr>
      <w:r>
        <w:rPr>
          <w:rFonts w:ascii="Arial" w:hAnsi="Arial"/>
          <w:b/>
          <w:sz w:val="22"/>
        </w:rPr>
        <w:t xml:space="preserve">Alice  </w:t>
      </w:r>
      <w:r>
        <w:rPr>
          <w:rFonts w:ascii="Arial" w:hAnsi="Arial"/>
          <w:color w:val="5D7284"/>
          <w:sz w:val="22"/>
        </w:rPr>
        <w:t>27:21</w:t>
      </w:r>
    </w:p>
    <w:p>
      <w:pPr>
        <w:spacing w:after="0"/>
      </w:pPr>
      <w:r>
        <w:rPr>
          <w:rFonts w:ascii="Arial" w:hAnsi="Arial"/>
          <w:sz w:val="22"/>
        </w:rPr>
        <w:t>sandwich Loughborough.</w:t>
      </w:r>
    </w:p>
    <w:p>
      <w:pPr>
        <w:spacing w:after="0"/>
      </w:pPr>
    </w:p>
    <w:p>
      <w:pPr>
        <w:spacing w:after="0"/>
      </w:pPr>
      <w:r>
        <w:rPr>
          <w:rFonts w:ascii="Arial" w:hAnsi="Arial"/>
          <w:b/>
          <w:sz w:val="22"/>
        </w:rPr>
        <w:t xml:space="preserve">Lucy  </w:t>
      </w:r>
      <w:r>
        <w:rPr>
          <w:rFonts w:ascii="Arial" w:hAnsi="Arial"/>
          <w:color w:val="5D7284"/>
          <w:sz w:val="22"/>
        </w:rPr>
        <w:t>27:23</w:t>
      </w:r>
    </w:p>
    <w:p>
      <w:pPr>
        <w:spacing w:after="0"/>
      </w:pPr>
      <w:r>
        <w:rPr>
          <w:rFonts w:ascii="Arial" w:hAnsi="Arial"/>
          <w:sz w:val="22"/>
        </w:rPr>
        <w:t>Sandwich, yeah spoiler it's sandwich Loughbrough. But yeah, so that's where we are with this. If Rosie was to make it up to us, and come onto our podcast, please feel free and email lABLEdpodcast@gmail.com and we will get you on the show,</w:t>
      </w:r>
    </w:p>
    <w:p>
      <w:pPr>
        <w:spacing w:after="0"/>
      </w:pPr>
    </w:p>
    <w:p>
      <w:pPr>
        <w:spacing w:after="0"/>
      </w:pPr>
      <w:r>
        <w:rPr>
          <w:rFonts w:ascii="Arial" w:hAnsi="Arial"/>
          <w:b/>
          <w:sz w:val="22"/>
        </w:rPr>
        <w:t xml:space="preserve">Alice  </w:t>
      </w:r>
      <w:r>
        <w:rPr>
          <w:rFonts w:ascii="Arial" w:hAnsi="Arial"/>
          <w:color w:val="5D7284"/>
          <w:sz w:val="22"/>
        </w:rPr>
        <w:t>27:41</w:t>
      </w:r>
    </w:p>
    <w:p>
      <w:pPr>
        <w:spacing w:after="0"/>
      </w:pPr>
      <w:r>
        <w:rPr>
          <w:rFonts w:ascii="Arial" w:hAnsi="Arial"/>
          <w:sz w:val="22"/>
        </w:rPr>
        <w:t xml:space="preserve">I think we're going to we're going to use this opportunity to do something, I want to say positive by trying to raise some awareness with the organisers perhaps talk to some local press about the impact that this sort of thing has on the disabled community at large. And also obviously, this particular situation but I think, you know, I think it's, it's just one of those it's just complete, complete Oblivion on on the part of the organisers of, you know, go of just going Rosie Jones is funny, it doesn't matter that she's disabled, we like her. But actually, again, this is the thing that, that I, I come back to time and time again, is that, yes, I am a person and I've got all of these other things, and I am not just disabled, but you cannot separate who I am, from my disability. And I don't know, Rosie Jones's personal feelings on that topic. But I, I can't imagine having a different approach to it. And to be a performer with a disability, and knows that people within my community are excluded, because of where I'm performing, because of the venue because of things that can be managed differently as well. I think this is the thing you know, we're not saying Luce, you know, Lucy can't access the venue because Lucy can't breathe oxygen. And so she's only, you know, can go very specific. It's, it's, this is absolutely a surmountable problem, you know, we can overcome this. We can resolve this. </w:t>
      </w:r>
    </w:p>
    <w:p>
      <w:pPr>
        <w:spacing w:after="0"/>
      </w:pPr>
    </w:p>
    <w:p>
      <w:pPr>
        <w:spacing w:after="0"/>
      </w:pPr>
      <w:r>
        <w:rPr>
          <w:rFonts w:ascii="Arial" w:hAnsi="Arial"/>
          <w:b/>
          <w:sz w:val="22"/>
        </w:rPr>
        <w:t xml:space="preserve">Lucy  </w:t>
      </w:r>
      <w:r>
        <w:rPr>
          <w:rFonts w:ascii="Arial" w:hAnsi="Arial"/>
          <w:color w:val="5D7284"/>
          <w:sz w:val="22"/>
        </w:rPr>
        <w:t>29:46</w:t>
      </w:r>
    </w:p>
    <w:p>
      <w:pPr>
        <w:spacing w:after="0"/>
      </w:pPr>
      <w:r>
        <w:rPr>
          <w:rFonts w:ascii="Arial" w:hAnsi="Arial"/>
          <w:sz w:val="22"/>
        </w:rPr>
        <w:t>And again exactly, I'm not being a Kim Kardashian type, but I'm sorry, I'm not coming. I can't. If it's in a basement, I'm not going to sit in in a basement no not doing that. It's not that</w:t>
      </w:r>
    </w:p>
    <w:p>
      <w:pPr>
        <w:spacing w:after="0"/>
      </w:pPr>
    </w:p>
    <w:p>
      <w:pPr>
        <w:spacing w:after="0"/>
      </w:pPr>
      <w:r>
        <w:rPr>
          <w:rFonts w:ascii="Arial" w:hAnsi="Arial"/>
          <w:b/>
          <w:sz w:val="22"/>
        </w:rPr>
        <w:t xml:space="preserve">Alice  </w:t>
      </w:r>
      <w:r>
        <w:rPr>
          <w:rFonts w:ascii="Arial" w:hAnsi="Arial"/>
          <w:color w:val="5D7284"/>
          <w:sz w:val="22"/>
        </w:rPr>
        <w:t>29:59</w:t>
      </w:r>
    </w:p>
    <w:p>
      <w:pPr>
        <w:spacing w:after="0"/>
      </w:pPr>
      <w:r>
        <w:rPr>
          <w:rFonts w:ascii="Arial" w:hAnsi="Arial"/>
          <w:sz w:val="22"/>
        </w:rPr>
        <w:t>I think Lucy would crawl over hot coals for Rosie Jones</w:t>
      </w:r>
    </w:p>
    <w:p>
      <w:pPr>
        <w:spacing w:after="0"/>
      </w:pPr>
    </w:p>
    <w:p>
      <w:pPr>
        <w:spacing w:after="0"/>
      </w:pPr>
      <w:r>
        <w:rPr>
          <w:rFonts w:ascii="Arial" w:hAnsi="Arial"/>
          <w:b/>
          <w:sz w:val="22"/>
        </w:rPr>
        <w:t xml:space="preserve">Lucy  </w:t>
      </w:r>
      <w:r>
        <w:rPr>
          <w:rFonts w:ascii="Arial" w:hAnsi="Arial"/>
          <w:color w:val="5D7284"/>
          <w:sz w:val="22"/>
        </w:rPr>
        <w:t>30:03</w:t>
      </w:r>
    </w:p>
    <w:p>
      <w:pPr>
        <w:spacing w:after="0"/>
      </w:pPr>
      <w:r>
        <w:rPr>
          <w:rFonts w:ascii="Arial" w:hAnsi="Arial"/>
          <w:sz w:val="22"/>
        </w:rPr>
        <w:t>Oh, my God would I!</w:t>
      </w:r>
    </w:p>
    <w:p>
      <w:pPr>
        <w:spacing w:after="0"/>
      </w:pPr>
    </w:p>
    <w:p>
      <w:pPr>
        <w:spacing w:after="0"/>
      </w:pPr>
      <w:r>
        <w:rPr>
          <w:rFonts w:ascii="Arial" w:hAnsi="Arial"/>
          <w:b/>
          <w:sz w:val="22"/>
        </w:rPr>
        <w:t xml:space="preserve">Alice  </w:t>
      </w:r>
      <w:r>
        <w:rPr>
          <w:rFonts w:ascii="Arial" w:hAnsi="Arial"/>
          <w:color w:val="5D7284"/>
          <w:sz w:val="22"/>
        </w:rPr>
        <w:t>30:05</w:t>
      </w:r>
    </w:p>
    <w:p>
      <w:pPr>
        <w:spacing w:after="0"/>
      </w:pPr>
      <w:r>
        <w:rPr>
          <w:rFonts w:ascii="Arial" w:hAnsi="Arial"/>
          <w:sz w:val="22"/>
        </w:rPr>
        <w:t>provided they were nice, accessible, hot coals</w:t>
      </w:r>
    </w:p>
    <w:p>
      <w:pPr>
        <w:spacing w:after="0"/>
      </w:pPr>
    </w:p>
    <w:p>
      <w:pPr>
        <w:spacing w:after="0"/>
      </w:pPr>
      <w:r>
        <w:rPr>
          <w:rFonts w:ascii="Arial" w:hAnsi="Arial"/>
          <w:b/>
          <w:sz w:val="22"/>
        </w:rPr>
        <w:t xml:space="preserve">Lucy  </w:t>
      </w:r>
      <w:r>
        <w:rPr>
          <w:rFonts w:ascii="Arial" w:hAnsi="Arial"/>
          <w:color w:val="5D7284"/>
          <w:sz w:val="22"/>
        </w:rPr>
        <w:t>30:08</w:t>
      </w:r>
    </w:p>
    <w:p>
      <w:pPr>
        <w:spacing w:after="0"/>
      </w:pPr>
      <w:r>
        <w:rPr>
          <w:rFonts w:ascii="Arial" w:hAnsi="Arial"/>
          <w:sz w:val="22"/>
        </w:rPr>
        <w:t xml:space="preserve">and nice and smooth. But it is a bit like, if slash when we get to the stage where we get to do live events, with our podcasts with an audience, which hopefully one day we will God, I don't know when but you know dream? It's a dream. It's on that it's on there, like five year mark. </w:t>
      </w:r>
    </w:p>
    <w:p>
      <w:pPr>
        <w:spacing w:after="0"/>
      </w:pPr>
    </w:p>
    <w:p>
      <w:pPr>
        <w:spacing w:after="0"/>
      </w:pPr>
      <w:r>
        <w:rPr>
          <w:rFonts w:ascii="Arial" w:hAnsi="Arial"/>
          <w:b/>
          <w:sz w:val="22"/>
        </w:rPr>
        <w:t xml:space="preserve">Alice  </w:t>
      </w:r>
      <w:r>
        <w:rPr>
          <w:rFonts w:ascii="Arial" w:hAnsi="Arial"/>
          <w:color w:val="5D7284"/>
          <w:sz w:val="22"/>
        </w:rPr>
        <w:t>30:33</w:t>
      </w:r>
    </w:p>
    <w:p>
      <w:pPr>
        <w:spacing w:after="0"/>
      </w:pPr>
      <w:r>
        <w:rPr>
          <w:rFonts w:ascii="Arial" w:hAnsi="Arial"/>
          <w:sz w:val="22"/>
        </w:rPr>
        <w:t>It's on my what's it called, my vision board?</w:t>
      </w:r>
    </w:p>
    <w:p>
      <w:pPr>
        <w:spacing w:after="0"/>
      </w:pPr>
    </w:p>
    <w:p>
      <w:pPr>
        <w:spacing w:after="0"/>
      </w:pPr>
      <w:r>
        <w:rPr>
          <w:rFonts w:ascii="Arial" w:hAnsi="Arial"/>
          <w:b/>
          <w:sz w:val="22"/>
        </w:rPr>
        <w:t xml:space="preserve">Lucy  </w:t>
      </w:r>
      <w:r>
        <w:rPr>
          <w:rFonts w:ascii="Arial" w:hAnsi="Arial"/>
          <w:color w:val="5D7284"/>
          <w:sz w:val="22"/>
        </w:rPr>
        <w:t>30:36</w:t>
      </w:r>
    </w:p>
    <w:p>
      <w:pPr>
        <w:spacing w:after="0"/>
      </w:pPr>
      <w:r>
        <w:rPr>
          <w:rFonts w:ascii="Arial" w:hAnsi="Arial"/>
          <w:sz w:val="22"/>
        </w:rPr>
        <w:t>Yes, a vision board. And we, I mean, even now as podcasters now we bend over backwards to make sure that we are accessible as possible if we're if we're not doing something that we think that our listeners think we should be doing. We listen and we take it on board and we do what we can where we can we provide transcripts to go out with every episode. And this isn't us going. Aren't we great? Aren't we brilliant? But we serve. This podcast serves a community of people who have additional needs, there's no escaping that if we were to put on an event that was accessible to me and Alice but not accessible to everybody else. And it meant that half our audience couldn't come</w:t>
      </w:r>
    </w:p>
    <w:p>
      <w:pPr>
        <w:spacing w:after="0"/>
      </w:pPr>
    </w:p>
    <w:p>
      <w:pPr>
        <w:spacing w:after="0"/>
      </w:pPr>
      <w:r>
        <w:rPr>
          <w:rFonts w:ascii="Arial" w:hAnsi="Arial"/>
          <w:b/>
          <w:sz w:val="22"/>
        </w:rPr>
        <w:t xml:space="preserve">Alice  </w:t>
      </w:r>
      <w:r>
        <w:rPr>
          <w:rFonts w:ascii="Arial" w:hAnsi="Arial"/>
          <w:color w:val="5D7284"/>
          <w:sz w:val="22"/>
        </w:rPr>
        <w:t>31:21</w:t>
      </w:r>
    </w:p>
    <w:p>
      <w:pPr>
        <w:spacing w:after="0"/>
      </w:pPr>
      <w:r>
        <w:rPr>
          <w:rFonts w:ascii="Arial" w:hAnsi="Arial"/>
          <w:sz w:val="22"/>
        </w:rPr>
        <w:t>It's just practice what youfucking preach, isn't it? Yeah, it's just, it's just, you know, put your money where your fucking mouth is.</w:t>
      </w:r>
    </w:p>
    <w:p>
      <w:pPr>
        <w:spacing w:after="0"/>
      </w:pPr>
    </w:p>
    <w:p>
      <w:pPr>
        <w:spacing w:after="0"/>
      </w:pPr>
      <w:r>
        <w:rPr>
          <w:rFonts w:ascii="Arial" w:hAnsi="Arial"/>
          <w:b/>
          <w:sz w:val="22"/>
        </w:rPr>
        <w:t xml:space="preserve">Lucy  </w:t>
      </w:r>
      <w:r>
        <w:rPr>
          <w:rFonts w:ascii="Arial" w:hAnsi="Arial"/>
          <w:color w:val="5D7284"/>
          <w:sz w:val="22"/>
        </w:rPr>
        <w:t>31:29</w:t>
      </w:r>
    </w:p>
    <w:p>
      <w:pPr>
        <w:spacing w:after="0"/>
      </w:pPr>
      <w:r>
        <w:rPr>
          <w:rFonts w:ascii="Arial" w:hAnsi="Arial"/>
          <w:sz w:val="22"/>
        </w:rPr>
        <w:t>And I think that if, you know, if we put an event on and we realise that half our audience couldn't come because, you know, of something we'd put in place at that venue, both me and Alice would be horrified. Yeah, we really would. I know we would, because I know Alice, you know, and it's just,</w:t>
      </w:r>
    </w:p>
    <w:p>
      <w:pPr>
        <w:spacing w:after="0"/>
      </w:pPr>
    </w:p>
    <w:p>
      <w:pPr>
        <w:spacing w:after="0"/>
      </w:pPr>
      <w:r>
        <w:rPr>
          <w:rFonts w:ascii="Arial" w:hAnsi="Arial"/>
          <w:b/>
          <w:sz w:val="22"/>
        </w:rPr>
        <w:t xml:space="preserve">Alice  </w:t>
      </w:r>
      <w:r>
        <w:rPr>
          <w:rFonts w:ascii="Arial" w:hAnsi="Arial"/>
          <w:color w:val="5D7284"/>
          <w:sz w:val="22"/>
        </w:rPr>
        <w:t>31:50</w:t>
      </w:r>
    </w:p>
    <w:p>
      <w:pPr>
        <w:spacing w:after="0"/>
      </w:pPr>
      <w:r>
        <w:rPr>
          <w:rFonts w:ascii="Arial" w:hAnsi="Arial"/>
          <w:sz w:val="22"/>
        </w:rPr>
        <w:t>it's not like, you know, Lucy and I, at the time of recording again, we've were without a transcriptionist, at the moment, our previous transcription of Sarah has gone on to do another job. And you know, brilliant, we're very happy for her. It has left me and Lucy, tearing our hair out trying to get transcripts done. But it's, it's just tough shit. That's what yeah, we want to do we have to do that. Because it matters to us, that people who need transcripts of audio content, have it, and so we just fucking do it. Even if, you know, there have been times where I am up. I've been up till two o'clock in the morning, getting a transcript done. When it's, you know, due out we're supposed to go out at midnight, and I'm like, I've got it out. Like I'm doing it as quickly as I can. But we do it. And you know, it's hard and like, yes. Sounds like I'm complaining. And I'm not what I'm I'm not complaining is what I'm saying is we do it because it's the outcome is worth the work. Because the outcome supports disability. Exactly. And even you know, it's not like we see it, it's not like we see people in front of us going Oh, excellent. I've got the transcript now. But yeah, it's it's just, exactly, it's our responsibility. And our audience means that means enough to us that we put the effort in. And I think that that's, that's the thing that is really galling about this is that it's a charity that is there to try and break down health inequalities and to try and, you know, make a big difference. And yet, they, they're not looking far enough at even making what is essentially a fundraising event accessible.</w:t>
      </w:r>
    </w:p>
    <w:p>
      <w:pPr>
        <w:spacing w:after="0"/>
      </w:pPr>
    </w:p>
    <w:p>
      <w:pPr>
        <w:spacing w:after="0"/>
      </w:pPr>
      <w:r>
        <w:rPr>
          <w:rFonts w:ascii="Arial" w:hAnsi="Arial"/>
          <w:b/>
          <w:sz w:val="22"/>
        </w:rPr>
        <w:t xml:space="preserve">Lucy  </w:t>
      </w:r>
      <w:r>
        <w:rPr>
          <w:rFonts w:ascii="Arial" w:hAnsi="Arial"/>
          <w:color w:val="5D7284"/>
          <w:sz w:val="22"/>
        </w:rPr>
        <w:t>33:48</w:t>
      </w:r>
    </w:p>
    <w:p>
      <w:pPr>
        <w:spacing w:after="0"/>
      </w:pPr>
      <w:r>
        <w:rPr>
          <w:rFonts w:ascii="Arial" w:hAnsi="Arial"/>
          <w:sz w:val="22"/>
        </w:rPr>
        <w:t>And I don't know how many meetings that event has gone through, and how many discussions they've had with how many people but for some, you just know that the issue of accessibility has been completely left off their, their list of things to talk about. We talk about things to do with our podcast weekly, about when we make lists, we have lists upon lists that we add, we've got a list, and that list keeps getting added to we've never reached the bottom of that list. Because it's important to us that we keep an open dialogue or we discuss things that may be bothering us or concerning us or that we could do differently because we care about it. And when you realise that these event organisers, they don't get to me it looks at them as the moment this point in time, it looks to me like they don't care. And that that is the bit that's hurtful.</w:t>
      </w:r>
    </w:p>
    <w:p>
      <w:pPr>
        <w:spacing w:after="0"/>
      </w:pPr>
    </w:p>
    <w:p>
      <w:pPr>
        <w:spacing w:after="0"/>
      </w:pPr>
      <w:r>
        <w:rPr>
          <w:rFonts w:ascii="Arial" w:hAnsi="Arial"/>
          <w:b/>
          <w:sz w:val="22"/>
        </w:rPr>
        <w:t xml:space="preserve">Alice  </w:t>
      </w:r>
      <w:r>
        <w:rPr>
          <w:rFonts w:ascii="Arial" w:hAnsi="Arial"/>
          <w:color w:val="5D7284"/>
          <w:sz w:val="22"/>
        </w:rPr>
        <w:t>34:51</w:t>
      </w:r>
    </w:p>
    <w:p>
      <w:pPr>
        <w:spacing w:after="0"/>
      </w:pPr>
      <w:r>
        <w:rPr>
          <w:rFonts w:ascii="Arial" w:hAnsi="Arial"/>
          <w:sz w:val="22"/>
        </w:rPr>
        <w:t>It Yeah, it was at the bottom of their list and</w:t>
      </w:r>
    </w:p>
    <w:p>
      <w:pPr>
        <w:spacing w:after="0"/>
      </w:pPr>
    </w:p>
    <w:p>
      <w:pPr>
        <w:spacing w:after="0"/>
      </w:pPr>
      <w:r>
        <w:rPr>
          <w:rFonts w:ascii="Arial" w:hAnsi="Arial"/>
          <w:b/>
          <w:sz w:val="22"/>
        </w:rPr>
        <w:t xml:space="preserve">Lucy  </w:t>
      </w:r>
      <w:r>
        <w:rPr>
          <w:rFonts w:ascii="Arial" w:hAnsi="Arial"/>
          <w:color w:val="5D7284"/>
          <w:sz w:val="22"/>
        </w:rPr>
        <w:t>34:53</w:t>
      </w:r>
    </w:p>
    <w:p>
      <w:pPr>
        <w:spacing w:after="0"/>
      </w:pPr>
      <w:r>
        <w:rPr>
          <w:rFonts w:ascii="Arial" w:hAnsi="Arial"/>
          <w:sz w:val="22"/>
        </w:rPr>
        <w:t>completely you just know, and I don't care how much sort of "oh we're really sorry". I just don't that's been left off the list, okay? I, you can't you won't ever convince me otherwise, unless you've got a very good reason. And out of everything that is upsetting and unnerving about this whole situation. That is the thing that upsets me most the fact that to me now looking as we stand now. And it looks like those organisers don't care about me, they don't want my money. So that's fine, then.</w:t>
      </w:r>
    </w:p>
    <w:p>
      <w:pPr>
        <w:spacing w:after="0"/>
      </w:pPr>
    </w:p>
    <w:p>
      <w:pPr>
        <w:spacing w:after="0"/>
      </w:pPr>
      <w:r>
        <w:rPr>
          <w:rFonts w:ascii="Arial" w:hAnsi="Arial"/>
          <w:b/>
          <w:sz w:val="22"/>
        </w:rPr>
        <w:t xml:space="preserve">Alice  </w:t>
      </w:r>
      <w:r>
        <w:rPr>
          <w:rFonts w:ascii="Arial" w:hAnsi="Arial"/>
          <w:color w:val="5D7284"/>
          <w:sz w:val="22"/>
        </w:rPr>
        <w:t>35:33</w:t>
      </w:r>
    </w:p>
    <w:p>
      <w:pPr>
        <w:spacing w:after="0"/>
      </w:pPr>
      <w:r>
        <w:rPr>
          <w:rFonts w:ascii="Arial" w:hAnsi="Arial"/>
          <w:sz w:val="22"/>
        </w:rPr>
        <w:t>That's, but that's the thing is they've obviously gone. I, you know, if it was on their list, they've glanced at it and gone, or will it it will be fine. And just yet, they haven't thought</w:t>
      </w:r>
    </w:p>
    <w:p>
      <w:pPr>
        <w:spacing w:after="0"/>
      </w:pPr>
    </w:p>
    <w:p>
      <w:pPr>
        <w:spacing w:after="0"/>
      </w:pPr>
      <w:r>
        <w:rPr>
          <w:rFonts w:ascii="Arial" w:hAnsi="Arial"/>
          <w:b/>
          <w:sz w:val="22"/>
        </w:rPr>
        <w:t xml:space="preserve">Lucy  </w:t>
      </w:r>
      <w:r>
        <w:rPr>
          <w:rFonts w:ascii="Arial" w:hAnsi="Arial"/>
          <w:color w:val="5D7284"/>
          <w:sz w:val="22"/>
        </w:rPr>
        <w:t>35:49</w:t>
      </w:r>
    </w:p>
    <w:p>
      <w:pPr>
        <w:spacing w:after="0"/>
      </w:pPr>
      <w:r>
        <w:rPr>
          <w:rFonts w:ascii="Arial" w:hAnsi="Arial"/>
          <w:sz w:val="22"/>
        </w:rPr>
        <w:t>how many disabled how many disabled people actually want to come out at nine o'clock at night, to see a gig, there'll be they'll all be in bed, having taken medication, and gone to sleep. So you know, let's not worry about that. That, to me is what is hurtful and upsetting. And it's just another little societal barrier that we we have got to climb over. Not me, we Yeah.</w:t>
      </w:r>
    </w:p>
    <w:p>
      <w:pPr>
        <w:spacing w:after="0"/>
      </w:pPr>
    </w:p>
    <w:p>
      <w:pPr>
        <w:spacing w:after="0"/>
      </w:pPr>
      <w:r>
        <w:rPr>
          <w:rFonts w:ascii="Arial" w:hAnsi="Arial"/>
          <w:b/>
          <w:sz w:val="22"/>
        </w:rPr>
        <w:t xml:space="preserve">Alice  </w:t>
      </w:r>
      <w:r>
        <w:rPr>
          <w:rFonts w:ascii="Arial" w:hAnsi="Arial"/>
          <w:color w:val="5D7284"/>
          <w:sz w:val="22"/>
        </w:rPr>
        <w:t>36:19</w:t>
      </w:r>
    </w:p>
    <w:p>
      <w:pPr>
        <w:spacing w:after="0"/>
      </w:pPr>
      <w:r>
        <w:rPr>
          <w:rFonts w:ascii="Arial" w:hAnsi="Arial"/>
          <w:sz w:val="22"/>
        </w:rPr>
        <w:t>And I think that's the thing that is the most like, like, the most galling about this is that the big difference is supposed to be a charity to combat health inequalities. And actually, the people who experience a huge amount of health inequalities, their minority groups, and yet the biggest minority group in the world is the disabled community. And to just to just be like, Oh, we're raising money to combat inequalities in our local community, but not access inequalities, because disabled people don't want to go out and do things. And it's just, it's, it's just doing something with one hand and something else with the other. It's just not. And it does, it feels really personal, I think, because it's a disabled comic that's related to, and I want to make it really clear, like, as far as we know, Rosie, and her people have absolutely no idea or control over, you know, venue choice and stuff like that. The fact that pretty much as far as I can tell all of the performances are happening in this one place, it's I don't think they would have had any input. They went, Oh, this place is cheap, displaces in a convenient location that you know, and they they've gone oh, this is brilliant, it means that we'll be able to maximise the profits for the the the fundraising event, the charity that we're fundraising for. But that's just, I don't know, it just, it just feels like you should be. You should be wanting people to come to your event, whoever those people are, yeah, you know, like, what if? What if the people that you're helping to overcome health inequalities, what if they wanted to come? But they can't, because they can't get down a short flight of stairs? Or they can't get up a short flight of stairs? Or</w:t>
      </w:r>
    </w:p>
    <w:p>
      <w:pPr>
        <w:spacing w:after="0"/>
      </w:pPr>
    </w:p>
    <w:p>
      <w:pPr>
        <w:spacing w:after="0"/>
      </w:pPr>
      <w:r>
        <w:rPr>
          <w:rFonts w:ascii="Arial" w:hAnsi="Arial"/>
          <w:b/>
          <w:sz w:val="22"/>
        </w:rPr>
        <w:t xml:space="preserve">Lucy  </w:t>
      </w:r>
      <w:r>
        <w:rPr>
          <w:rFonts w:ascii="Arial" w:hAnsi="Arial"/>
          <w:color w:val="5D7284"/>
          <w:sz w:val="22"/>
        </w:rPr>
        <w:t>38:34</w:t>
      </w:r>
    </w:p>
    <w:p>
      <w:pPr>
        <w:spacing w:after="0"/>
      </w:pPr>
      <w:r>
        <w:rPr>
          <w:rFonts w:ascii="Arial" w:hAnsi="Arial"/>
          <w:sz w:val="22"/>
        </w:rPr>
        <w:t>they or they can't do either in my case</w:t>
      </w:r>
    </w:p>
    <w:p>
      <w:pPr>
        <w:spacing w:after="0"/>
      </w:pPr>
    </w:p>
    <w:p>
      <w:pPr>
        <w:spacing w:after="0"/>
      </w:pPr>
      <w:r>
        <w:rPr>
          <w:rFonts w:ascii="Arial" w:hAnsi="Arial"/>
          <w:b/>
          <w:sz w:val="22"/>
        </w:rPr>
        <w:t xml:space="preserve">Alice  </w:t>
      </w:r>
      <w:r>
        <w:rPr>
          <w:rFonts w:ascii="Arial" w:hAnsi="Arial"/>
          <w:color w:val="5D7284"/>
          <w:sz w:val="22"/>
        </w:rPr>
        <w:t>38:37</w:t>
      </w:r>
    </w:p>
    <w:p>
      <w:pPr>
        <w:spacing w:after="0"/>
      </w:pPr>
      <w:r>
        <w:rPr>
          <w:rFonts w:ascii="Arial" w:hAnsi="Arial"/>
          <w:sz w:val="22"/>
        </w:rPr>
        <w:t xml:space="preserve">Well, I mean, my understanding in my understanding of that basement room is that it's all about eight foot square. So, you know, David said, it's so small, it doesn't even have a backstage. Like, you know, Rosie is going to be like rubbing shoulders with the plebs. </w:t>
      </w:r>
    </w:p>
    <w:p>
      <w:pPr>
        <w:spacing w:after="0"/>
      </w:pPr>
    </w:p>
    <w:p>
      <w:pPr>
        <w:spacing w:after="0"/>
      </w:pPr>
      <w:r>
        <w:rPr>
          <w:rFonts w:ascii="Arial" w:hAnsi="Arial"/>
          <w:b/>
          <w:sz w:val="22"/>
        </w:rPr>
        <w:t xml:space="preserve">Lucy  </w:t>
      </w:r>
      <w:r>
        <w:rPr>
          <w:rFonts w:ascii="Arial" w:hAnsi="Arial"/>
          <w:color w:val="5D7284"/>
          <w:sz w:val="22"/>
        </w:rPr>
        <w:t>38:53</w:t>
      </w:r>
    </w:p>
    <w:p>
      <w:pPr>
        <w:spacing w:after="0"/>
      </w:pPr>
      <w:r>
        <w:rPr>
          <w:rFonts w:ascii="Arial" w:hAnsi="Arial"/>
          <w:sz w:val="22"/>
        </w:rPr>
        <w:t>Welcome to Leicester!</w:t>
      </w:r>
    </w:p>
    <w:p>
      <w:pPr>
        <w:spacing w:after="0"/>
      </w:pPr>
    </w:p>
    <w:p>
      <w:pPr>
        <w:spacing w:after="0"/>
      </w:pPr>
      <w:r>
        <w:rPr>
          <w:rFonts w:ascii="Arial" w:hAnsi="Arial"/>
          <w:b/>
          <w:sz w:val="22"/>
        </w:rPr>
        <w:t xml:space="preserve">Alice  </w:t>
      </w:r>
      <w:r>
        <w:rPr>
          <w:rFonts w:ascii="Arial" w:hAnsi="Arial"/>
          <w:color w:val="5D7284"/>
          <w:sz w:val="22"/>
        </w:rPr>
        <w:t>38:54</w:t>
      </w:r>
    </w:p>
    <w:p>
      <w:pPr>
        <w:spacing w:after="0"/>
      </w:pPr>
      <w:r>
        <w:rPr>
          <w:rFonts w:ascii="Arial" w:hAnsi="Arial"/>
          <w:sz w:val="22"/>
        </w:rPr>
        <w:t>And it's just Well, yeah, but it's just, yeah, it just feels personal because Rosie is part of our community. But you feel as though you should you expect a member of the disabled community to have thought of these things, but it's not her who's organised this. And as far as we know, you know, the organisers have not thought about this, and therefore, it's unlikely that they really have any ties with the disabled community. And I mean, you know, if you're listening fucking come at me if I'm wrong. Tell me how wrong I am. Tell me about all the, you know, illnesses and disabilities and problems and whatever that you've got, and how you've thought about doing all these things,</w:t>
      </w:r>
    </w:p>
    <w:p>
      <w:pPr>
        <w:spacing w:after="0"/>
      </w:pPr>
    </w:p>
    <w:p>
      <w:pPr>
        <w:spacing w:after="0"/>
      </w:pPr>
      <w:r>
        <w:rPr>
          <w:rFonts w:ascii="Arial" w:hAnsi="Arial"/>
          <w:b/>
          <w:sz w:val="22"/>
        </w:rPr>
        <w:t xml:space="preserve">Lucy  </w:t>
      </w:r>
      <w:r>
        <w:rPr>
          <w:rFonts w:ascii="Arial" w:hAnsi="Arial"/>
          <w:color w:val="5D7284"/>
          <w:sz w:val="22"/>
        </w:rPr>
        <w:t>39:46</w:t>
      </w:r>
    </w:p>
    <w:p>
      <w:pPr>
        <w:spacing w:after="0"/>
      </w:pPr>
      <w:r>
        <w:rPr>
          <w:rFonts w:ascii="Arial" w:hAnsi="Arial"/>
          <w:sz w:val="22"/>
        </w:rPr>
        <w:t>because I will tell you exactly what you have not done and how you've made me as a disabled person who cannot walk up a flight of stairs no matter how big that flight of stairs is. How you've made Made me feel as as you know, you could have glad I would have gladly given you my money. But I'm now not going to. And it's not that I don't want to it's, you know, A i cant get in and it's a principle of the fact isn't it really.</w:t>
      </w:r>
    </w:p>
    <w:p>
      <w:pPr>
        <w:spacing w:after="0"/>
      </w:pPr>
    </w:p>
    <w:p>
      <w:pPr>
        <w:spacing w:after="0"/>
      </w:pPr>
      <w:r>
        <w:rPr>
          <w:rFonts w:ascii="Arial" w:hAnsi="Arial"/>
          <w:b/>
          <w:sz w:val="22"/>
        </w:rPr>
        <w:t xml:space="preserve">Alice  </w:t>
      </w:r>
      <w:r>
        <w:rPr>
          <w:rFonts w:ascii="Arial" w:hAnsi="Arial"/>
          <w:color w:val="5D7284"/>
          <w:sz w:val="22"/>
        </w:rPr>
        <w:t>40:17</w:t>
      </w:r>
    </w:p>
    <w:p>
      <w:pPr>
        <w:spacing w:after="0"/>
      </w:pPr>
      <w:r>
        <w:rPr>
          <w:rFonts w:ascii="Arial" w:hAnsi="Arial"/>
          <w:sz w:val="22"/>
        </w:rPr>
        <w:t>And when when I called them up, they said, Oh, you know, you can go back to the box office and get your money back. And I thought at first, I won't, because you know, this is for a good cause. But there is a part of me there is a little part of me that said, No, you know what, that's my that's my hard worked for money.</w:t>
      </w:r>
    </w:p>
    <w:p>
      <w:pPr>
        <w:spacing w:after="0"/>
      </w:pPr>
    </w:p>
    <w:p>
      <w:pPr>
        <w:spacing w:after="0"/>
      </w:pPr>
      <w:r>
        <w:rPr>
          <w:rFonts w:ascii="Arial" w:hAnsi="Arial"/>
          <w:b/>
          <w:sz w:val="22"/>
        </w:rPr>
        <w:t xml:space="preserve">Lucy  </w:t>
      </w:r>
      <w:r>
        <w:rPr>
          <w:rFonts w:ascii="Arial" w:hAnsi="Arial"/>
          <w:color w:val="5D7284"/>
          <w:sz w:val="22"/>
        </w:rPr>
        <w:t>40:36</w:t>
      </w:r>
    </w:p>
    <w:p>
      <w:pPr>
        <w:spacing w:after="0"/>
      </w:pPr>
      <w:r>
        <w:rPr>
          <w:rFonts w:ascii="Arial" w:hAnsi="Arial"/>
          <w:sz w:val="22"/>
        </w:rPr>
        <w:t>Yeah, absolutely.</w:t>
      </w:r>
    </w:p>
    <w:p>
      <w:pPr>
        <w:spacing w:after="0"/>
      </w:pPr>
    </w:p>
    <w:p>
      <w:pPr>
        <w:spacing w:after="0"/>
      </w:pPr>
      <w:r>
        <w:rPr>
          <w:rFonts w:ascii="Arial" w:hAnsi="Arial"/>
          <w:b/>
          <w:sz w:val="22"/>
        </w:rPr>
        <w:t xml:space="preserve">Alice  </w:t>
      </w:r>
      <w:r>
        <w:rPr>
          <w:rFonts w:ascii="Arial" w:hAnsi="Arial"/>
          <w:color w:val="5D7284"/>
          <w:sz w:val="22"/>
        </w:rPr>
        <w:t>40:39</w:t>
      </w:r>
    </w:p>
    <w:p>
      <w:pPr>
        <w:spacing w:after="0"/>
      </w:pPr>
      <w:r>
        <w:rPr>
          <w:rFonts w:ascii="Arial" w:hAnsi="Arial"/>
          <w:sz w:val="22"/>
        </w:rPr>
        <w:t>I could I'm sorely tempted to return the 60 quids odds worth of tickets that I've bought. And, and donate that money to someone else.</w:t>
      </w:r>
    </w:p>
    <w:p>
      <w:pPr>
        <w:spacing w:after="0"/>
      </w:pPr>
    </w:p>
    <w:p>
      <w:pPr>
        <w:spacing w:after="0"/>
      </w:pPr>
      <w:r>
        <w:rPr>
          <w:rFonts w:ascii="Arial" w:hAnsi="Arial"/>
          <w:b/>
          <w:sz w:val="22"/>
        </w:rPr>
        <w:t xml:space="preserve">Lucy  </w:t>
      </w:r>
      <w:r>
        <w:rPr>
          <w:rFonts w:ascii="Arial" w:hAnsi="Arial"/>
          <w:color w:val="5D7284"/>
          <w:sz w:val="22"/>
        </w:rPr>
        <w:t>40:50</w:t>
      </w:r>
    </w:p>
    <w:p>
      <w:pPr>
        <w:spacing w:after="0"/>
      </w:pPr>
      <w:r>
        <w:rPr>
          <w:rFonts w:ascii="Arial" w:hAnsi="Arial"/>
          <w:sz w:val="22"/>
        </w:rPr>
        <w:t>Yep.</w:t>
      </w:r>
    </w:p>
    <w:p>
      <w:pPr>
        <w:spacing w:after="0"/>
      </w:pPr>
    </w:p>
    <w:p>
      <w:pPr>
        <w:spacing w:after="0"/>
      </w:pPr>
      <w:r>
        <w:rPr>
          <w:rFonts w:ascii="Arial" w:hAnsi="Arial"/>
          <w:b/>
          <w:sz w:val="22"/>
        </w:rPr>
        <w:t xml:space="preserve">Alice  </w:t>
      </w:r>
      <w:r>
        <w:rPr>
          <w:rFonts w:ascii="Arial" w:hAnsi="Arial"/>
          <w:color w:val="5D7284"/>
          <w:sz w:val="22"/>
        </w:rPr>
        <w:t>40:52</w:t>
      </w:r>
    </w:p>
    <w:p>
      <w:pPr>
        <w:spacing w:after="0"/>
      </w:pPr>
      <w:r>
        <w:rPr>
          <w:rFonts w:ascii="Arial" w:hAnsi="Arial"/>
          <w:sz w:val="22"/>
        </w:rPr>
        <w:t>So I don't I do. I'm definitely aware and I definitely feel bad, you know, that I sound like such a fucking pretentious git. But like, I know that, you know, Lucy, and I have a platform. And I don't want to sit here and bad mouth this charity. Because for all I know, the work they do, is really changing communities, and is really helping people and changing lives. But the attitude of the people at the front of it. And and the the fact that what is more important if they're trying to serve a community, but actually, what's more important for them is raising the money. Yeah, I mean, you know, I should be fucking shocked it's capitalism, but it it stings, you know?</w:t>
      </w:r>
    </w:p>
    <w:p>
      <w:pPr>
        <w:spacing w:after="0"/>
      </w:pPr>
    </w:p>
    <w:p>
      <w:pPr>
        <w:spacing w:after="0"/>
      </w:pPr>
      <w:r>
        <w:rPr>
          <w:rFonts w:ascii="Arial" w:hAnsi="Arial"/>
          <w:b/>
          <w:sz w:val="22"/>
        </w:rPr>
        <w:t xml:space="preserve">Lucy  </w:t>
      </w:r>
      <w:r>
        <w:rPr>
          <w:rFonts w:ascii="Arial" w:hAnsi="Arial"/>
          <w:color w:val="5D7284"/>
          <w:sz w:val="22"/>
        </w:rPr>
        <w:t>41:42</w:t>
      </w:r>
    </w:p>
    <w:p>
      <w:pPr>
        <w:spacing w:after="0"/>
      </w:pPr>
      <w:r>
        <w:rPr>
          <w:rFonts w:ascii="Arial" w:hAnsi="Arial"/>
          <w:sz w:val="22"/>
        </w:rPr>
        <w:t xml:space="preserve">Yeah. Yeah. And especially as like, I mean, Alice I would say you are one of my best friends, I've said it, I've said it publicly many times, you are one of my best friends, I speak to you more than any other friend I've got. But we are, if you think about it, we are still in that period of time, where we are still finding opportunities to get together and to get to know one another. On that more personal level, not just through a screen. Do you know what I mean? And I think as well, it's, it's like, oh, well, that's a bit of a missed opportunity. What a shame. Because that would have been a really, we would have had a right got we've got plans, you know, to try and persuade Rose to come on the show, we were gonna do like a funny little thing of holding a plaque. </w:t>
      </w:r>
    </w:p>
    <w:p>
      <w:pPr>
        <w:spacing w:after="0"/>
      </w:pPr>
    </w:p>
    <w:p>
      <w:pPr>
        <w:spacing w:after="0"/>
      </w:pPr>
      <w:r>
        <w:rPr>
          <w:rFonts w:ascii="Arial" w:hAnsi="Arial"/>
          <w:b/>
          <w:sz w:val="22"/>
        </w:rPr>
        <w:t xml:space="preserve">Alice  </w:t>
      </w:r>
      <w:r>
        <w:rPr>
          <w:rFonts w:ascii="Arial" w:hAnsi="Arial"/>
          <w:color w:val="5D7284"/>
          <w:sz w:val="22"/>
        </w:rPr>
        <w:t>42:28</w:t>
      </w:r>
    </w:p>
    <w:p>
      <w:pPr>
        <w:spacing w:after="0"/>
      </w:pPr>
      <w:r>
        <w:rPr>
          <w:rFonts w:ascii="Arial" w:hAnsi="Arial"/>
          <w:sz w:val="22"/>
        </w:rPr>
        <w:t>We were gonna go for dinner and drinks beforehand. And it was</w:t>
      </w:r>
    </w:p>
    <w:p>
      <w:pPr>
        <w:spacing w:after="0"/>
      </w:pPr>
    </w:p>
    <w:p>
      <w:pPr>
        <w:spacing w:after="0"/>
      </w:pPr>
      <w:r>
        <w:rPr>
          <w:rFonts w:ascii="Arial" w:hAnsi="Arial"/>
          <w:b/>
          <w:sz w:val="22"/>
        </w:rPr>
        <w:t xml:space="preserve">Lucy  </w:t>
      </w:r>
      <w:r>
        <w:rPr>
          <w:rFonts w:ascii="Arial" w:hAnsi="Arial"/>
          <w:color w:val="5D7284"/>
          <w:sz w:val="22"/>
        </w:rPr>
        <w:t>42:33</w:t>
      </w:r>
    </w:p>
    <w:p>
      <w:pPr>
        <w:spacing w:after="0"/>
      </w:pPr>
      <w:r>
        <w:rPr>
          <w:rFonts w:ascii="Arial" w:hAnsi="Arial"/>
          <w:sz w:val="22"/>
        </w:rPr>
        <w:t>just have a nice time.</w:t>
      </w:r>
    </w:p>
    <w:p>
      <w:pPr>
        <w:spacing w:after="0"/>
      </w:pPr>
    </w:p>
    <w:p>
      <w:pPr>
        <w:spacing w:after="0"/>
      </w:pPr>
      <w:r>
        <w:rPr>
          <w:rFonts w:ascii="Arial" w:hAnsi="Arial"/>
          <w:b/>
          <w:sz w:val="22"/>
        </w:rPr>
        <w:t xml:space="preserve">Alice  </w:t>
      </w:r>
      <w:r>
        <w:rPr>
          <w:rFonts w:ascii="Arial" w:hAnsi="Arial"/>
          <w:color w:val="5D7284"/>
          <w:sz w:val="22"/>
        </w:rPr>
        <w:t>42:36</w:t>
      </w:r>
    </w:p>
    <w:p>
      <w:pPr>
        <w:spacing w:after="0"/>
      </w:pPr>
      <w:r>
        <w:rPr>
          <w:rFonts w:ascii="Arial" w:hAnsi="Arial"/>
          <w:sz w:val="22"/>
        </w:rPr>
        <w:t>Yeah and I think that this is this is part of it as well, I think is that there's a part of me that's going we by being inaccessible places that just say, well, you know, we don't, you don't need a social life disabled people, you don't need to come to fun events, you don't need to do all the nice things that everybody else gets to do, because, because we in 2022 are choosing to hold an event in a building that people can't access.</w:t>
      </w:r>
    </w:p>
    <w:p>
      <w:pPr>
        <w:spacing w:after="0"/>
      </w:pPr>
    </w:p>
    <w:p>
      <w:pPr>
        <w:spacing w:after="0"/>
      </w:pPr>
      <w:r>
        <w:rPr>
          <w:rFonts w:ascii="Arial" w:hAnsi="Arial"/>
          <w:b/>
          <w:sz w:val="22"/>
        </w:rPr>
        <w:t xml:space="preserve">Lucy  </w:t>
      </w:r>
      <w:r>
        <w:rPr>
          <w:rFonts w:ascii="Arial" w:hAnsi="Arial"/>
          <w:color w:val="5D7284"/>
          <w:sz w:val="22"/>
        </w:rPr>
        <w:t>43:16</w:t>
      </w:r>
    </w:p>
    <w:p>
      <w:pPr>
        <w:spacing w:after="0"/>
      </w:pPr>
      <w:r>
        <w:rPr>
          <w:rFonts w:ascii="Arial" w:hAnsi="Arial"/>
          <w:sz w:val="22"/>
        </w:rPr>
        <w:t>Can I also say as well, the fact that we've been through a pandemic, and disabled people are the people that have been most affected in the most horrendous horrific ways. They've been shut away from family and friends. They've been, you know, had to lose jobs. In some cases, you'd think wouldn't you when you were just like emerging, allegedly, out of this pandemic, and things are starting to write themselves again. And you just think we just want it, we just want to go out and have a bit of fun. You know what I mean? That's all we want to do</w:t>
      </w:r>
    </w:p>
    <w:p>
      <w:pPr>
        <w:spacing w:after="0"/>
      </w:pPr>
    </w:p>
    <w:p>
      <w:pPr>
        <w:spacing w:after="0"/>
      </w:pPr>
      <w:r>
        <w:rPr>
          <w:rFonts w:ascii="Arial" w:hAnsi="Arial"/>
          <w:b/>
          <w:sz w:val="22"/>
        </w:rPr>
        <w:t xml:space="preserve">Alice  </w:t>
      </w:r>
      <w:r>
        <w:rPr>
          <w:rFonts w:ascii="Arial" w:hAnsi="Arial"/>
          <w:color w:val="5D7284"/>
          <w:sz w:val="22"/>
        </w:rPr>
        <w:t>43:47</w:t>
      </w:r>
    </w:p>
    <w:p>
      <w:pPr>
        <w:spacing w:after="0"/>
      </w:pPr>
      <w:r>
        <w:rPr>
          <w:rFonts w:ascii="Arial" w:hAnsi="Arial"/>
          <w:sz w:val="22"/>
        </w:rPr>
        <w:t>We want to we want to celebrate how much work, Lucy and I put into the show over the last year, and we were like, We're going to celebrate it, we're going to go out, we're going to be like, Oh my God, we did this podcast thing. And now we're actually outside with somebody who, you know, wants to listen to what we have to say. And that that really validates us, I think for me and Lucy, knowing that there are people out there, I mean, when we decided to do the competition, and we had the last history lesson of last year, we were at just shy of 3000 streams. We are now coming to the end of January, less than eight weeks later, and we have had an additional 1500 So half as many that you know in eight weeks. And that for me and Lucy, it that's people, people out there for the first time. For a lot of disabled people. There are people who actually want to listen to what we have to say. And it's not All about disability. Sometimes it's about gin. Sometimes it's about I don't know what else to talk about gin and Dog's. Gin dogs and history.I'll get that on a t shirt</w:t>
      </w:r>
    </w:p>
    <w:p>
      <w:pPr>
        <w:spacing w:after="0"/>
      </w:pPr>
    </w:p>
    <w:p>
      <w:pPr>
        <w:spacing w:after="0"/>
      </w:pPr>
      <w:r>
        <w:rPr>
          <w:rFonts w:ascii="Arial" w:hAnsi="Arial"/>
          <w:b/>
          <w:sz w:val="22"/>
        </w:rPr>
        <w:t xml:space="preserve">Lucy  </w:t>
      </w:r>
      <w:r>
        <w:rPr>
          <w:rFonts w:ascii="Arial" w:hAnsi="Arial"/>
          <w:color w:val="5D7284"/>
          <w:sz w:val="22"/>
        </w:rPr>
        <w:t>45:16</w:t>
      </w:r>
    </w:p>
    <w:p>
      <w:pPr>
        <w:spacing w:after="0"/>
      </w:pPr>
      <w:r>
        <w:rPr>
          <w:rFonts w:ascii="Arial" w:hAnsi="Arial"/>
          <w:sz w:val="22"/>
        </w:rPr>
        <w:t>that's a new tagline.</w:t>
      </w:r>
    </w:p>
    <w:p>
      <w:pPr>
        <w:spacing w:after="0"/>
      </w:pPr>
    </w:p>
    <w:p>
      <w:pPr>
        <w:spacing w:after="0"/>
      </w:pPr>
      <w:r>
        <w:rPr>
          <w:rFonts w:ascii="Arial" w:hAnsi="Arial"/>
          <w:b/>
          <w:sz w:val="22"/>
        </w:rPr>
        <w:t xml:space="preserve">Alice  </w:t>
      </w:r>
      <w:r>
        <w:rPr>
          <w:rFonts w:ascii="Arial" w:hAnsi="Arial"/>
          <w:color w:val="5D7284"/>
          <w:sz w:val="22"/>
        </w:rPr>
        <w:t>45:18</w:t>
      </w:r>
    </w:p>
    <w:p>
      <w:pPr>
        <w:spacing w:after="0"/>
      </w:pPr>
      <w:r>
        <w:rPr>
          <w:rFonts w:ascii="Arial" w:hAnsi="Arial"/>
          <w:sz w:val="22"/>
        </w:rPr>
        <w:t>But for for the first time, you know, people want to hear my experiences and we want to, you know, people want to hear the experiences of our guests, and that it's so important to us. And it's so validating that we've got these people who do care enough to listen to us. It's just unfortunate. Are you crying?</w:t>
      </w:r>
    </w:p>
    <w:p>
      <w:pPr>
        <w:spacing w:after="0"/>
      </w:pPr>
    </w:p>
    <w:p>
      <w:pPr>
        <w:spacing w:after="0"/>
      </w:pPr>
      <w:r>
        <w:rPr>
          <w:rFonts w:ascii="Arial" w:hAnsi="Arial"/>
          <w:b/>
          <w:sz w:val="22"/>
        </w:rPr>
        <w:t xml:space="preserve">Lucy  </w:t>
      </w:r>
      <w:r>
        <w:rPr>
          <w:rFonts w:ascii="Arial" w:hAnsi="Arial"/>
          <w:color w:val="5D7284"/>
          <w:sz w:val="22"/>
        </w:rPr>
        <w:t>45:42</w:t>
      </w:r>
    </w:p>
    <w:p>
      <w:pPr>
        <w:spacing w:after="0"/>
      </w:pPr>
      <w:r>
        <w:rPr>
          <w:rFonts w:ascii="Arial" w:hAnsi="Arial"/>
          <w:sz w:val="22"/>
        </w:rPr>
        <w:t>I am crying yeah.</w:t>
      </w:r>
    </w:p>
    <w:p>
      <w:pPr>
        <w:spacing w:after="0"/>
      </w:pPr>
    </w:p>
    <w:p>
      <w:pPr>
        <w:spacing w:after="0"/>
      </w:pPr>
      <w:r>
        <w:rPr>
          <w:rFonts w:ascii="Arial" w:hAnsi="Arial"/>
          <w:b/>
          <w:sz w:val="22"/>
        </w:rPr>
        <w:t xml:space="preserve">Alice  </w:t>
      </w:r>
      <w:r>
        <w:rPr>
          <w:rFonts w:ascii="Arial" w:hAnsi="Arial"/>
          <w:color w:val="5D7284"/>
          <w:sz w:val="22"/>
        </w:rPr>
        <w:t>45:43</w:t>
      </w:r>
    </w:p>
    <w:p>
      <w:pPr>
        <w:spacing w:after="0"/>
      </w:pPr>
      <w:r>
        <w:rPr>
          <w:rFonts w:ascii="Arial" w:hAnsi="Arial"/>
          <w:sz w:val="22"/>
        </w:rPr>
        <w:t>Oh for goodness sake.</w:t>
      </w:r>
    </w:p>
    <w:p>
      <w:pPr>
        <w:spacing w:after="0"/>
      </w:pPr>
    </w:p>
    <w:p>
      <w:pPr>
        <w:spacing w:after="0"/>
      </w:pPr>
      <w:r>
        <w:rPr>
          <w:rFonts w:ascii="Arial" w:hAnsi="Arial"/>
          <w:b/>
          <w:sz w:val="22"/>
        </w:rPr>
        <w:t xml:space="preserve">Lucy  </w:t>
      </w:r>
      <w:r>
        <w:rPr>
          <w:rFonts w:ascii="Arial" w:hAnsi="Arial"/>
          <w:color w:val="5D7284"/>
          <w:sz w:val="22"/>
        </w:rPr>
        <w:t>45:44</w:t>
      </w:r>
    </w:p>
    <w:p>
      <w:pPr>
        <w:spacing w:after="0"/>
      </w:pPr>
      <w:r>
        <w:rPr>
          <w:rFonts w:ascii="Arial" w:hAnsi="Arial"/>
          <w:sz w:val="22"/>
        </w:rPr>
        <w:t>You said nice things! You said nice things so you set me off</w:t>
      </w:r>
    </w:p>
    <w:p>
      <w:pPr>
        <w:spacing w:after="0"/>
      </w:pPr>
    </w:p>
    <w:p>
      <w:pPr>
        <w:spacing w:after="0"/>
      </w:pPr>
      <w:r>
        <w:rPr>
          <w:rFonts w:ascii="Arial" w:hAnsi="Arial"/>
          <w:b/>
          <w:sz w:val="22"/>
        </w:rPr>
        <w:t xml:space="preserve">Alice  </w:t>
      </w:r>
      <w:r>
        <w:rPr>
          <w:rFonts w:ascii="Arial" w:hAnsi="Arial"/>
          <w:color w:val="5D7284"/>
          <w:sz w:val="22"/>
        </w:rPr>
        <w:t>45:47</w:t>
      </w:r>
    </w:p>
    <w:p>
      <w:pPr>
        <w:spacing w:after="0"/>
      </w:pPr>
      <w:r>
        <w:rPr>
          <w:rFonts w:ascii="Arial" w:hAnsi="Arial"/>
          <w:sz w:val="22"/>
        </w:rPr>
        <w:t>I thought this was going to be a flip round and i was going to be the crier</w:t>
      </w:r>
    </w:p>
    <w:p>
      <w:pPr>
        <w:spacing w:after="0"/>
      </w:pPr>
    </w:p>
    <w:p>
      <w:pPr>
        <w:spacing w:after="0"/>
      </w:pPr>
      <w:r>
        <w:rPr>
          <w:rFonts w:ascii="Arial" w:hAnsi="Arial"/>
          <w:b/>
          <w:sz w:val="22"/>
        </w:rPr>
        <w:t xml:space="preserve">Lucy  </w:t>
      </w:r>
      <w:r>
        <w:rPr>
          <w:rFonts w:ascii="Arial" w:hAnsi="Arial"/>
          <w:color w:val="5D7284"/>
          <w:sz w:val="22"/>
        </w:rPr>
        <w:t>45:53</w:t>
      </w:r>
    </w:p>
    <w:p>
      <w:pPr>
        <w:spacing w:after="0"/>
      </w:pPr>
      <w:r>
        <w:rPr>
          <w:rFonts w:ascii="Arial" w:hAnsi="Arial"/>
          <w:sz w:val="22"/>
        </w:rPr>
        <w:t>Can i just say I have been biting my lip so hard no don't cry don't cry. But no, it's, I think it's like you just said Alice that it's we've achieved so much in this short space of time where we have both been locked away, because of the pandemic and all this malarkey. And there was an opportunity for us as a team. I've never met Adam, I've never met our editor he like he's only seen me in a few teams meetings, and through email. That's all we've ever known each other as and it was gonna be a lovely opportunity for us to all get together and go "aren't we bloody brilliant".</w:t>
      </w:r>
    </w:p>
    <w:p>
      <w:pPr>
        <w:spacing w:after="0"/>
      </w:pPr>
    </w:p>
    <w:p>
      <w:pPr>
        <w:spacing w:after="0"/>
      </w:pPr>
      <w:r>
        <w:rPr>
          <w:rFonts w:ascii="Arial" w:hAnsi="Arial"/>
          <w:b/>
          <w:sz w:val="22"/>
        </w:rPr>
        <w:t xml:space="preserve">Alice  </w:t>
      </w:r>
      <w:r>
        <w:rPr>
          <w:rFonts w:ascii="Arial" w:hAnsi="Arial"/>
          <w:color w:val="5D7284"/>
          <w:sz w:val="22"/>
        </w:rPr>
        <w:t>46:30</w:t>
      </w:r>
    </w:p>
    <w:p>
      <w:pPr>
        <w:spacing w:after="0"/>
      </w:pPr>
      <w:r>
        <w:rPr>
          <w:rFonts w:ascii="Arial" w:hAnsi="Arial"/>
          <w:sz w:val="22"/>
        </w:rPr>
        <w:t>And I know the first time I met Adam, I showed him my pants.</w:t>
      </w:r>
    </w:p>
    <w:p>
      <w:pPr>
        <w:spacing w:after="0"/>
      </w:pPr>
    </w:p>
    <w:p>
      <w:pPr>
        <w:spacing w:after="0"/>
      </w:pPr>
      <w:r>
        <w:rPr>
          <w:rFonts w:ascii="Arial" w:hAnsi="Arial"/>
          <w:b/>
          <w:sz w:val="22"/>
        </w:rPr>
        <w:t xml:space="preserve">Lucy  </w:t>
      </w:r>
      <w:r>
        <w:rPr>
          <w:rFonts w:ascii="Arial" w:hAnsi="Arial"/>
          <w:color w:val="5D7284"/>
          <w:sz w:val="22"/>
        </w:rPr>
        <w:t>46:35</w:t>
      </w:r>
    </w:p>
    <w:p>
      <w:pPr>
        <w:spacing w:after="0"/>
      </w:pPr>
      <w:r>
        <w:rPr>
          <w:rFonts w:ascii="Arial" w:hAnsi="Arial"/>
          <w:sz w:val="22"/>
        </w:rPr>
        <w:t>I... I... I don't</w:t>
      </w:r>
    </w:p>
    <w:p>
      <w:pPr>
        <w:spacing w:after="0"/>
      </w:pPr>
    </w:p>
    <w:p>
      <w:pPr>
        <w:spacing w:after="0"/>
      </w:pPr>
      <w:r>
        <w:rPr>
          <w:rFonts w:ascii="Arial" w:hAnsi="Arial"/>
          <w:b/>
          <w:sz w:val="22"/>
        </w:rPr>
        <w:t xml:space="preserve">Alice  </w:t>
      </w:r>
      <w:r>
        <w:rPr>
          <w:rFonts w:ascii="Arial" w:hAnsi="Arial"/>
          <w:color w:val="5D7284"/>
          <w:sz w:val="22"/>
        </w:rPr>
        <w:t>46:36</w:t>
      </w:r>
    </w:p>
    <w:p>
      <w:pPr>
        <w:spacing w:after="0"/>
      </w:pPr>
      <w:r>
        <w:rPr>
          <w:rFonts w:ascii="Arial" w:hAnsi="Arial"/>
          <w:sz w:val="22"/>
        </w:rPr>
        <w:t>I was it was a house party and I took my trousers down to show him my new tattoo.</w:t>
      </w:r>
    </w:p>
    <w:p>
      <w:pPr>
        <w:spacing w:after="0"/>
      </w:pPr>
    </w:p>
    <w:p>
      <w:pPr>
        <w:spacing w:after="0"/>
      </w:pPr>
      <w:r>
        <w:rPr>
          <w:rFonts w:ascii="Arial" w:hAnsi="Arial"/>
          <w:b/>
          <w:sz w:val="22"/>
        </w:rPr>
        <w:t xml:space="preserve">Lucy  </w:t>
      </w:r>
      <w:r>
        <w:rPr>
          <w:rFonts w:ascii="Arial" w:hAnsi="Arial"/>
          <w:color w:val="5D7284"/>
          <w:sz w:val="22"/>
        </w:rPr>
        <w:t>46:43</w:t>
      </w:r>
    </w:p>
    <w:p>
      <w:pPr>
        <w:spacing w:after="0"/>
      </w:pPr>
      <w:r>
        <w:rPr>
          <w:rFonts w:ascii="Arial" w:hAnsi="Arial"/>
          <w:sz w:val="22"/>
        </w:rPr>
        <w:t>Right. Okay.</w:t>
      </w:r>
    </w:p>
    <w:p>
      <w:pPr>
        <w:spacing w:after="0"/>
      </w:pPr>
    </w:p>
    <w:p>
      <w:pPr>
        <w:spacing w:after="0"/>
      </w:pPr>
      <w:r>
        <w:rPr>
          <w:rFonts w:ascii="Arial" w:hAnsi="Arial"/>
          <w:b/>
          <w:sz w:val="22"/>
        </w:rPr>
        <w:t xml:space="preserve">Alice  </w:t>
      </w:r>
      <w:r>
        <w:rPr>
          <w:rFonts w:ascii="Arial" w:hAnsi="Arial"/>
          <w:color w:val="5D7284"/>
          <w:sz w:val="22"/>
        </w:rPr>
        <w:t>46:45</w:t>
      </w:r>
    </w:p>
    <w:p>
      <w:pPr>
        <w:spacing w:after="0"/>
      </w:pPr>
      <w:r>
        <w:rPr>
          <w:rFonts w:ascii="Arial" w:hAnsi="Arial"/>
          <w:sz w:val="22"/>
        </w:rPr>
        <w:t>That's just there's no more to that story. That's just the story. But yeah, I just thought I'd share it. Lift the mood a little bit. Speechless. Now she's like, I don't know what to say.</w:t>
      </w:r>
    </w:p>
    <w:p>
      <w:pPr>
        <w:spacing w:after="0"/>
      </w:pPr>
    </w:p>
    <w:p>
      <w:pPr>
        <w:spacing w:after="0"/>
      </w:pPr>
      <w:r>
        <w:rPr>
          <w:rFonts w:ascii="Arial" w:hAnsi="Arial"/>
          <w:b/>
          <w:sz w:val="22"/>
        </w:rPr>
        <w:t xml:space="preserve">Lucy  </w:t>
      </w:r>
      <w:r>
        <w:rPr>
          <w:rFonts w:ascii="Arial" w:hAnsi="Arial"/>
          <w:color w:val="5D7284"/>
          <w:sz w:val="22"/>
        </w:rPr>
        <w:t>46:59</w:t>
      </w:r>
    </w:p>
    <w:p>
      <w:pPr>
        <w:spacing w:after="0"/>
      </w:pPr>
      <w:r>
        <w:rPr>
          <w:rFonts w:ascii="Arial" w:hAnsi="Arial"/>
          <w:sz w:val="22"/>
        </w:rPr>
        <w:t>It stopped me crying. Yeah, I just it say all the time Alice, but I am extremely proud of us. Extremely proud, and it's just like, yeah, we like we like hearing you but you can't go out you who can't be seen together. Oh, my God no, go out, no how dare you, you know? Erm so yeah, that's the bits thats upse...  see I wasn't gonna get upset, but now its a bit like ohhh, yeah, I forgot that that was why we were going out in the first place. Never mind. But next year, we're going to have a bigger and better celebration I think, shall we try and see if we can book out Birmingham hippodrome and do a live show</w:t>
      </w:r>
    </w:p>
    <w:p>
      <w:pPr>
        <w:spacing w:after="0"/>
      </w:pPr>
    </w:p>
    <w:p>
      <w:pPr>
        <w:spacing w:after="0"/>
      </w:pPr>
      <w:r>
        <w:rPr>
          <w:rFonts w:ascii="Arial" w:hAnsi="Arial"/>
          <w:b/>
          <w:sz w:val="22"/>
        </w:rPr>
        <w:t xml:space="preserve">Alice  </w:t>
      </w:r>
      <w:r>
        <w:rPr>
          <w:rFonts w:ascii="Arial" w:hAnsi="Arial"/>
          <w:color w:val="5D7284"/>
          <w:sz w:val="22"/>
        </w:rPr>
        <w:t>47:48</w:t>
      </w:r>
    </w:p>
    <w:p>
      <w:pPr>
        <w:spacing w:after="0"/>
      </w:pPr>
      <w:r>
        <w:rPr>
          <w:rFonts w:ascii="Arial" w:hAnsi="Arial"/>
          <w:sz w:val="22"/>
        </w:rPr>
        <w:t>Even if its just the two of us.</w:t>
      </w:r>
    </w:p>
    <w:p>
      <w:pPr>
        <w:spacing w:after="0"/>
      </w:pPr>
    </w:p>
    <w:p>
      <w:pPr>
        <w:spacing w:after="0"/>
      </w:pPr>
      <w:r>
        <w:rPr>
          <w:rFonts w:ascii="Arial" w:hAnsi="Arial"/>
          <w:b/>
          <w:sz w:val="22"/>
        </w:rPr>
        <w:t xml:space="preserve">Lucy  </w:t>
      </w:r>
      <w:r>
        <w:rPr>
          <w:rFonts w:ascii="Arial" w:hAnsi="Arial"/>
          <w:color w:val="5D7284"/>
          <w:sz w:val="22"/>
        </w:rPr>
        <w:t>47:50</w:t>
      </w:r>
    </w:p>
    <w:p>
      <w:pPr>
        <w:spacing w:after="0"/>
      </w:pPr>
      <w:r>
        <w:rPr>
          <w:rFonts w:ascii="Arial" w:hAnsi="Arial"/>
          <w:sz w:val="22"/>
        </w:rPr>
        <w:t>Yeah, basically, and their access forum because I am part of their access forum. We can get a few of them on.</w:t>
      </w:r>
    </w:p>
    <w:p>
      <w:pPr>
        <w:spacing w:after="0"/>
      </w:pPr>
    </w:p>
    <w:p>
      <w:pPr>
        <w:spacing w:after="0"/>
      </w:pPr>
      <w:r>
        <w:rPr>
          <w:rFonts w:ascii="Arial" w:hAnsi="Arial"/>
          <w:b/>
          <w:sz w:val="22"/>
        </w:rPr>
        <w:t xml:space="preserve">Alice  </w:t>
      </w:r>
      <w:r>
        <w:rPr>
          <w:rFonts w:ascii="Arial" w:hAnsi="Arial"/>
          <w:color w:val="5D7284"/>
          <w:sz w:val="22"/>
        </w:rPr>
        <w:t>47:58</w:t>
      </w:r>
    </w:p>
    <w:p>
      <w:pPr>
        <w:spacing w:after="0"/>
      </w:pPr>
      <w:r>
        <w:rPr>
          <w:rFonts w:ascii="Arial" w:hAnsi="Arial"/>
          <w:sz w:val="22"/>
        </w:rPr>
        <w:t>But I think anyway, I think that that's one of the like, that's a, almost quite a nice kind of thing to be, to be ending this episode on is to say that, yes, this has happened, and this is really shit. But you know, what we are going to go on, we are going to get bigger and better. And also, you know, to say thank you, to all of you guys out there who have been listening, who have heard us wanted to listen to us, who have helped us feel validated and who have helped us grow by sharing and by reviewing and all of those things, like, you know, the listeners that we have, that all these new listeners that we've got in the last eight weeks</w:t>
      </w:r>
    </w:p>
    <w:p>
      <w:pPr>
        <w:spacing w:after="0"/>
      </w:pPr>
    </w:p>
    <w:p>
      <w:pPr>
        <w:spacing w:after="0"/>
      </w:pPr>
      <w:r>
        <w:rPr>
          <w:rFonts w:ascii="Arial" w:hAnsi="Arial"/>
          <w:b/>
          <w:sz w:val="22"/>
        </w:rPr>
        <w:t xml:space="preserve">Lucy  </w:t>
      </w:r>
      <w:r>
        <w:rPr>
          <w:rFonts w:ascii="Arial" w:hAnsi="Arial"/>
          <w:color w:val="5D7284"/>
          <w:sz w:val="22"/>
        </w:rPr>
        <w:t>48:48</w:t>
      </w:r>
    </w:p>
    <w:p>
      <w:pPr>
        <w:spacing w:after="0"/>
      </w:pPr>
      <w:r>
        <w:rPr>
          <w:rFonts w:ascii="Arial" w:hAnsi="Arial"/>
          <w:sz w:val="22"/>
        </w:rPr>
        <w:t>Hi guys!</w:t>
      </w:r>
    </w:p>
    <w:p>
      <w:pPr>
        <w:spacing w:after="0"/>
      </w:pPr>
    </w:p>
    <w:p>
      <w:pPr>
        <w:spacing w:after="0"/>
      </w:pPr>
      <w:r>
        <w:rPr>
          <w:rFonts w:ascii="Arial" w:hAnsi="Arial"/>
          <w:b/>
          <w:sz w:val="22"/>
        </w:rPr>
        <w:t xml:space="preserve">Alice  </w:t>
      </w:r>
      <w:r>
        <w:rPr>
          <w:rFonts w:ascii="Arial" w:hAnsi="Arial"/>
          <w:color w:val="5D7284"/>
          <w:sz w:val="22"/>
        </w:rPr>
        <w:t>48:50</w:t>
      </w:r>
    </w:p>
    <w:p>
      <w:pPr>
        <w:spacing w:after="0"/>
      </w:pPr>
      <w:r>
        <w:rPr>
          <w:rFonts w:ascii="Arial" w:hAnsi="Arial"/>
          <w:sz w:val="22"/>
        </w:rPr>
        <w:t>Yeah, hi! Every single one of you, like you're, you're making a difference to us and we're trying to repay the favour by giving space for guests to share their stories, but also, you know, we're trying to I think we're trying to just show the outside world what this there's more to disability. And I think it's a real shame that the thing that stopped us from really getting out there and going hey, look at how much we've accomplished look how awesome this is. And let's celebrate and let's celebrate the disabled community being heard and represented is a really shitty, like access... like it almost seems like like this is old news. Surely we've we've addressed this, how have you not fixed this by now</w:t>
      </w:r>
    </w:p>
    <w:p>
      <w:pPr>
        <w:spacing w:after="0"/>
      </w:pPr>
    </w:p>
    <w:p>
      <w:pPr>
        <w:spacing w:after="0"/>
      </w:pPr>
      <w:r>
        <w:rPr>
          <w:rFonts w:ascii="Arial" w:hAnsi="Arial"/>
          <w:b/>
          <w:sz w:val="22"/>
        </w:rPr>
        <w:t xml:space="preserve">Lucy  </w:t>
      </w:r>
      <w:r>
        <w:rPr>
          <w:rFonts w:ascii="Arial" w:hAnsi="Arial"/>
          <w:color w:val="5D7284"/>
          <w:sz w:val="22"/>
        </w:rPr>
        <w:t>50:01</w:t>
      </w:r>
    </w:p>
    <w:p>
      <w:pPr>
        <w:spacing w:after="0"/>
      </w:pPr>
      <w:r>
        <w:rPr>
          <w:rFonts w:ascii="Arial" w:hAnsi="Arial"/>
          <w:sz w:val="22"/>
        </w:rPr>
        <w:t>Everybody thought this was fixed in 1995 with you know the Equality Act and all that malarkey. Everybody thinks disability is fixed. Well, we're here to tell you, it's not, right!? It's not fixed and it is still shit, but we're gonna, we're gonna keep we're gonna, we're just gonna keep banging that drum until somebody hears us and goes. I mean, it makes it sound like I'm running for prime minister. I'm not I don't want that job. I don't like, I don't like cheese and wine Yeah. Are you the chancellor? Who is the prime minister's right hand person? Um,</w:t>
      </w:r>
    </w:p>
    <w:p>
      <w:pPr>
        <w:spacing w:after="0"/>
      </w:pPr>
    </w:p>
    <w:p>
      <w:pPr>
        <w:spacing w:after="0"/>
      </w:pPr>
      <w:r>
        <w:rPr>
          <w:rFonts w:ascii="Arial" w:hAnsi="Arial"/>
          <w:b/>
          <w:sz w:val="22"/>
        </w:rPr>
        <w:t xml:space="preserve">Alice  </w:t>
      </w:r>
      <w:r>
        <w:rPr>
          <w:rFonts w:ascii="Arial" w:hAnsi="Arial"/>
          <w:color w:val="5D7284"/>
          <w:sz w:val="22"/>
        </w:rPr>
        <w:t>50:45</w:t>
      </w:r>
    </w:p>
    <w:p>
      <w:pPr>
        <w:spacing w:after="0"/>
      </w:pPr>
      <w:r>
        <w:rPr>
          <w:rFonts w:ascii="Arial" w:hAnsi="Arial"/>
          <w:sz w:val="22"/>
        </w:rPr>
        <w:t>I don't know deputy prime minister.</w:t>
      </w:r>
    </w:p>
    <w:p>
      <w:pPr>
        <w:spacing w:after="0"/>
      </w:pPr>
    </w:p>
    <w:p>
      <w:pPr>
        <w:spacing w:after="0"/>
      </w:pPr>
      <w:r>
        <w:rPr>
          <w:rFonts w:ascii="Arial" w:hAnsi="Arial"/>
          <w:b/>
          <w:sz w:val="22"/>
        </w:rPr>
        <w:t xml:space="preserve">Lucy  </w:t>
      </w:r>
      <w:r>
        <w:rPr>
          <w:rFonts w:ascii="Arial" w:hAnsi="Arial"/>
          <w:color w:val="5D7284"/>
          <w:sz w:val="22"/>
        </w:rPr>
        <w:t>50:48</w:t>
      </w:r>
    </w:p>
    <w:p>
      <w:pPr>
        <w:spacing w:after="0"/>
      </w:pPr>
      <w:r>
        <w:rPr>
          <w:rFonts w:ascii="Arial" w:hAnsi="Arial"/>
          <w:sz w:val="22"/>
        </w:rPr>
        <w:t>Yeah, whoever that is. Alice is my deputy. But the thing is, we are we, it's little things like this, you get upset? Like, I've just got upset about it. It's not it's not the fact that I can't get into a sodding building. That's not the upsetting thing, what's the upsetting thing is, it's the missed opportunity to spend time with my friends is what is is really irritating. And yes, we could just go down the pub down the road, but it's not so because we want to go and see somebody in a venue where that person is performing. So</w:t>
      </w:r>
    </w:p>
    <w:p>
      <w:pPr>
        <w:spacing w:after="0"/>
      </w:pPr>
    </w:p>
    <w:p>
      <w:pPr>
        <w:spacing w:after="0"/>
      </w:pPr>
      <w:r>
        <w:rPr>
          <w:rFonts w:ascii="Arial" w:hAnsi="Arial"/>
          <w:b/>
          <w:sz w:val="22"/>
        </w:rPr>
        <w:t xml:space="preserve">Alice  </w:t>
      </w:r>
      <w:r>
        <w:rPr>
          <w:rFonts w:ascii="Arial" w:hAnsi="Arial"/>
          <w:color w:val="5D7284"/>
          <w:sz w:val="22"/>
        </w:rPr>
        <w:t>51:17</w:t>
      </w:r>
    </w:p>
    <w:p>
      <w:pPr>
        <w:spacing w:after="0"/>
      </w:pPr>
      <w:r>
        <w:rPr>
          <w:rFonts w:ascii="Arial" w:hAnsi="Arial"/>
          <w:sz w:val="22"/>
        </w:rPr>
        <w:t>We want to celebrate the fact that Rosie is a disabled comic who is achieving something and is getting out there and representing and she is, you know, in the same way that we're trying to put those disabled voices out there, she's doing that. And we That's awesome. And I love her for that. And it's just crap that probably non disabled organisers have taken that away from us.</w:t>
      </w:r>
    </w:p>
    <w:p>
      <w:pPr>
        <w:spacing w:after="0"/>
      </w:pPr>
    </w:p>
    <w:p>
      <w:pPr>
        <w:spacing w:after="0"/>
      </w:pPr>
      <w:r>
        <w:rPr>
          <w:rFonts w:ascii="Arial" w:hAnsi="Arial"/>
          <w:b/>
          <w:sz w:val="22"/>
        </w:rPr>
        <w:t xml:space="preserve">Lucy  </w:t>
      </w:r>
      <w:r>
        <w:rPr>
          <w:rFonts w:ascii="Arial" w:hAnsi="Arial"/>
          <w:color w:val="5D7284"/>
          <w:sz w:val="22"/>
        </w:rPr>
        <w:t>51:45</w:t>
      </w:r>
    </w:p>
    <w:p>
      <w:pPr>
        <w:spacing w:after="0"/>
      </w:pPr>
      <w:r>
        <w:rPr>
          <w:rFonts w:ascii="Arial" w:hAnsi="Arial"/>
          <w:sz w:val="22"/>
        </w:rPr>
        <w:t xml:space="preserve">Yeah. And also, can we just please note, this is personal progress for me, because when Alice first met me, I was never very good at being confident and bragging about my achievements, but we are bloody good. I think at what we do, we're getting better each and every month that goes by we get better with this podcasting lark. So that is personal progress that I've just said, we want to go out and celebrate how bloody good we were to be fair. </w:t>
      </w:r>
    </w:p>
    <w:p>
      <w:pPr>
        <w:spacing w:after="0"/>
      </w:pPr>
    </w:p>
    <w:p>
      <w:pPr>
        <w:spacing w:after="0"/>
      </w:pPr>
      <w:r>
        <w:rPr>
          <w:rFonts w:ascii="Arial" w:hAnsi="Arial"/>
          <w:b/>
          <w:sz w:val="22"/>
        </w:rPr>
        <w:t xml:space="preserve">Alice  </w:t>
      </w:r>
      <w:r>
        <w:rPr>
          <w:rFonts w:ascii="Arial" w:hAnsi="Arial"/>
          <w:color w:val="5D7284"/>
          <w:sz w:val="22"/>
        </w:rPr>
        <w:t>52:14</w:t>
      </w:r>
    </w:p>
    <w:p>
      <w:pPr>
        <w:spacing w:after="0"/>
      </w:pPr>
      <w:r>
        <w:rPr>
          <w:rFonts w:ascii="Arial" w:hAnsi="Arial"/>
          <w:sz w:val="22"/>
        </w:rPr>
        <w:t>And i've definitely only like gone off topic, what, two or three times there was one point where I was like, Oh, I could tell the story about the time I went to the pub with Adam. But I chose not to tell you that story</w:t>
      </w:r>
    </w:p>
    <w:p>
      <w:pPr>
        <w:spacing w:after="0"/>
      </w:pPr>
    </w:p>
    <w:p>
      <w:pPr>
        <w:spacing w:after="0"/>
      </w:pPr>
      <w:r>
        <w:rPr>
          <w:rFonts w:ascii="Arial" w:hAnsi="Arial"/>
          <w:b/>
          <w:sz w:val="22"/>
        </w:rPr>
        <w:t xml:space="preserve">Lucy  </w:t>
      </w:r>
      <w:r>
        <w:rPr>
          <w:rFonts w:ascii="Arial" w:hAnsi="Arial"/>
          <w:color w:val="5D7284"/>
          <w:sz w:val="22"/>
        </w:rPr>
        <w:t>52:30</w:t>
      </w:r>
    </w:p>
    <w:p>
      <w:pPr>
        <w:spacing w:after="0"/>
      </w:pPr>
      <w:r>
        <w:rPr>
          <w:rFonts w:ascii="Arial" w:hAnsi="Arial"/>
          <w:sz w:val="22"/>
        </w:rPr>
        <w:t>You did tell me that you pulled your pants down.</w:t>
      </w:r>
    </w:p>
    <w:p>
      <w:pPr>
        <w:spacing w:after="0"/>
      </w:pPr>
    </w:p>
    <w:p>
      <w:pPr>
        <w:spacing w:after="0"/>
      </w:pPr>
      <w:r>
        <w:rPr>
          <w:rFonts w:ascii="Arial" w:hAnsi="Arial"/>
          <w:b/>
          <w:sz w:val="22"/>
        </w:rPr>
        <w:t xml:space="preserve">Alice  </w:t>
      </w:r>
      <w:r>
        <w:rPr>
          <w:rFonts w:ascii="Arial" w:hAnsi="Arial"/>
          <w:color w:val="5D7284"/>
          <w:sz w:val="22"/>
        </w:rPr>
        <w:t>52:33</w:t>
      </w:r>
    </w:p>
    <w:p>
      <w:pPr>
        <w:spacing w:after="0"/>
      </w:pPr>
      <w:r>
        <w:rPr>
          <w:rFonts w:ascii="Arial" w:hAnsi="Arial"/>
          <w:sz w:val="22"/>
        </w:rPr>
        <w:t>What I'm saying is, is that I managed to only go off topic, like two or three times rather than, like 15 times... Progress</w:t>
      </w:r>
    </w:p>
    <w:p>
      <w:pPr>
        <w:spacing w:after="0"/>
      </w:pPr>
    </w:p>
    <w:p>
      <w:pPr>
        <w:spacing w:after="0"/>
      </w:pPr>
      <w:r>
        <w:rPr>
          <w:rFonts w:ascii="Arial" w:hAnsi="Arial"/>
          <w:b/>
          <w:sz w:val="22"/>
        </w:rPr>
        <w:t xml:space="preserve">Lucy  </w:t>
      </w:r>
      <w:r>
        <w:rPr>
          <w:rFonts w:ascii="Arial" w:hAnsi="Arial"/>
          <w:color w:val="5D7284"/>
          <w:sz w:val="22"/>
        </w:rPr>
        <w:t>52:44</w:t>
      </w:r>
    </w:p>
    <w:p>
      <w:pPr>
        <w:spacing w:after="0"/>
      </w:pPr>
      <w:r>
        <w:rPr>
          <w:rFonts w:ascii="Arial" w:hAnsi="Arial"/>
          <w:sz w:val="22"/>
        </w:rPr>
        <w:t>Progress. We're getting better people as the episodes go out. So yeah, we just wanted to do we just wanted to jump on and sort of say, well, Alice wanted to say..</w:t>
      </w:r>
    </w:p>
    <w:p>
      <w:pPr>
        <w:spacing w:after="0"/>
      </w:pPr>
    </w:p>
    <w:p>
      <w:pPr>
        <w:spacing w:after="0"/>
      </w:pPr>
      <w:r>
        <w:rPr>
          <w:rFonts w:ascii="Arial" w:hAnsi="Arial"/>
          <w:b/>
          <w:sz w:val="22"/>
        </w:rPr>
        <w:t xml:space="preserve">Alice  </w:t>
      </w:r>
      <w:r>
        <w:rPr>
          <w:rFonts w:ascii="Arial" w:hAnsi="Arial"/>
          <w:color w:val="5D7284"/>
          <w:sz w:val="22"/>
        </w:rPr>
        <w:t>52:56</w:t>
      </w:r>
    </w:p>
    <w:p>
      <w:pPr>
        <w:spacing w:after="0"/>
      </w:pPr>
      <w:r>
        <w:rPr>
          <w:rFonts w:ascii="Arial" w:hAnsi="Arial"/>
          <w:sz w:val="22"/>
        </w:rPr>
        <w:t>I guess, I'm sorry and this is kind of shit. But we still love you. We hope that you still like us. And we'll keep coming back. We will be back to our regularly scheduled programming in two weeks and erm...</w:t>
      </w:r>
    </w:p>
    <w:p>
      <w:pPr>
        <w:spacing w:after="0"/>
      </w:pPr>
    </w:p>
    <w:p>
      <w:pPr>
        <w:spacing w:after="0"/>
      </w:pPr>
      <w:r>
        <w:rPr>
          <w:rFonts w:ascii="Arial" w:hAnsi="Arial"/>
          <w:b/>
          <w:sz w:val="22"/>
        </w:rPr>
        <w:t xml:space="preserve">Lucy  </w:t>
      </w:r>
      <w:r>
        <w:rPr>
          <w:rFonts w:ascii="Arial" w:hAnsi="Arial"/>
          <w:color w:val="5D7284"/>
          <w:sz w:val="22"/>
        </w:rPr>
        <w:t>53:17</w:t>
      </w:r>
    </w:p>
    <w:p>
      <w:pPr>
        <w:spacing w:after="0"/>
      </w:pPr>
      <w:r>
        <w:rPr>
          <w:rFonts w:ascii="Arial" w:hAnsi="Arial"/>
          <w:sz w:val="22"/>
        </w:rPr>
        <w:t xml:space="preserve">I'll stop crying and now and go get myself a gin. </w:t>
      </w:r>
    </w:p>
    <w:p>
      <w:pPr>
        <w:spacing w:after="0"/>
      </w:pPr>
    </w:p>
    <w:p>
      <w:pPr>
        <w:spacing w:after="0"/>
      </w:pPr>
      <w:r>
        <w:rPr>
          <w:rFonts w:ascii="Arial" w:hAnsi="Arial"/>
          <w:b/>
          <w:sz w:val="22"/>
        </w:rPr>
        <w:t xml:space="preserve">Alice  </w:t>
      </w:r>
      <w:r>
        <w:rPr>
          <w:rFonts w:ascii="Arial" w:hAnsi="Arial"/>
          <w:color w:val="5D7284"/>
          <w:sz w:val="22"/>
        </w:rPr>
        <w:t>53:19</w:t>
      </w:r>
    </w:p>
    <w:p>
      <w:pPr>
        <w:spacing w:after="0"/>
      </w:pPr>
      <w:r>
        <w:rPr>
          <w:rFonts w:ascii="Arial" w:hAnsi="Arial"/>
          <w:sz w:val="22"/>
        </w:rPr>
        <w:t>Yeah okay. Make sure you check out, you sign up for our newsletter because we're doing loads of new bonus stuff and there's probably going to be some, like, I don't know, there'll be something in the newsletter probably related to this or possibly the opposite of all of the stuff we've talked about here in the newsletter that comes out with this episode and just everybody out there, you know, don't let the inaccessibility get you down. We get it, it's shit</w:t>
      </w:r>
    </w:p>
    <w:p>
      <w:pPr>
        <w:spacing w:after="0"/>
      </w:pPr>
    </w:p>
    <w:p>
      <w:pPr>
        <w:spacing w:after="0"/>
      </w:pPr>
      <w:r>
        <w:rPr>
          <w:rFonts w:ascii="Arial" w:hAnsi="Arial"/>
          <w:b/>
          <w:sz w:val="22"/>
        </w:rPr>
        <w:t xml:space="preserve">Lucy  </w:t>
      </w:r>
      <w:r>
        <w:rPr>
          <w:rFonts w:ascii="Arial" w:hAnsi="Arial"/>
          <w:color w:val="5D7284"/>
          <w:sz w:val="22"/>
        </w:rPr>
        <w:t>53:54</w:t>
      </w:r>
    </w:p>
    <w:p>
      <w:pPr>
        <w:spacing w:after="0"/>
      </w:pPr>
      <w:r>
        <w:rPr>
          <w:rFonts w:ascii="Arial" w:hAnsi="Arial"/>
          <w:sz w:val="22"/>
        </w:rPr>
        <w:t>Fight the power!</w:t>
      </w:r>
    </w:p>
    <w:p>
      <w:pPr>
        <w:spacing w:after="0"/>
      </w:pPr>
    </w:p>
    <w:p>
      <w:pPr>
        <w:spacing w:after="0"/>
      </w:pPr>
      <w:r>
        <w:rPr>
          <w:rFonts w:ascii="Arial" w:hAnsi="Arial"/>
          <w:b/>
          <w:sz w:val="22"/>
        </w:rPr>
        <w:t xml:space="preserve">Alice  </w:t>
      </w:r>
      <w:r>
        <w:rPr>
          <w:rFonts w:ascii="Arial" w:hAnsi="Arial"/>
          <w:color w:val="5D7284"/>
          <w:sz w:val="22"/>
        </w:rPr>
        <w:t>53:56</w:t>
      </w:r>
    </w:p>
    <w:p>
      <w:pPr>
        <w:spacing w:after="0"/>
      </w:pPr>
      <w:r>
        <w:rPr>
          <w:rFonts w:ascii="Arial" w:hAnsi="Arial"/>
          <w:sz w:val="22"/>
        </w:rPr>
        <w:t>Yes, yes to to use a much overused phrase. Yeah, just just keep at it, guys. We will see you in a couple of weeks.</w:t>
      </w:r>
    </w:p>
    <w:p>
      <w:pPr>
        <w:spacing w:after="0"/>
      </w:pPr>
    </w:p>
    <w:p>
      <w:pPr>
        <w:spacing w:after="0"/>
      </w:pPr>
      <w:r>
        <w:rPr>
          <w:rFonts w:ascii="Arial" w:hAnsi="Arial"/>
          <w:b/>
          <w:sz w:val="22"/>
        </w:rPr>
        <w:t xml:space="preserve">Lucy  </w:t>
      </w:r>
      <w:r>
        <w:rPr>
          <w:rFonts w:ascii="Arial" w:hAnsi="Arial"/>
          <w:color w:val="5D7284"/>
          <w:sz w:val="22"/>
        </w:rPr>
        <w:t>54:09</w:t>
      </w:r>
    </w:p>
    <w:p>
      <w:pPr>
        <w:spacing w:after="0"/>
      </w:pPr>
      <w:r>
        <w:rPr>
          <w:rFonts w:ascii="Arial" w:hAnsi="Arial"/>
          <w:sz w:val="22"/>
        </w:rPr>
        <w:t>Chin up chuck!</w:t>
      </w:r>
    </w:p>
    <w:p>
      <w:pPr>
        <w:spacing w:after="0"/>
      </w:pPr>
    </w:p>
    <w:p>
      <w:pPr>
        <w:spacing w:after="0"/>
      </w:pPr>
      <w:r>
        <w:rPr>
          <w:rFonts w:ascii="Arial" w:hAnsi="Arial"/>
          <w:b/>
          <w:sz w:val="22"/>
        </w:rPr>
        <w:t xml:space="preserve">Alice  </w:t>
      </w:r>
      <w:r>
        <w:rPr>
          <w:rFonts w:ascii="Arial" w:hAnsi="Arial"/>
          <w:color w:val="5D7284"/>
          <w:sz w:val="22"/>
        </w:rPr>
        <w:t>54:10</w:t>
      </w:r>
    </w:p>
    <w:p>
      <w:pPr>
        <w:spacing w:after="0"/>
      </w:pPr>
      <w:r>
        <w:rPr>
          <w:rFonts w:ascii="Arial" w:hAnsi="Arial"/>
          <w:sz w:val="22"/>
        </w:rPr>
        <w:t>Bye</w:t>
      </w:r>
    </w:p>
    <w:p>
      <w:pPr>
        <w:spacing w:after="0"/>
      </w:pPr>
    </w:p>
    <w:p>
      <w:pPr>
        <w:spacing w:after="0"/>
      </w:pPr>
      <w:r>
        <w:rPr>
          <w:rFonts w:ascii="Arial" w:hAnsi="Arial"/>
          <w:b/>
          <w:sz w:val="22"/>
        </w:rPr>
        <w:t xml:space="preserve">Lucy  </w:t>
      </w:r>
      <w:r>
        <w:rPr>
          <w:rFonts w:ascii="Arial" w:hAnsi="Arial"/>
          <w:color w:val="5D7284"/>
          <w:sz w:val="22"/>
        </w:rPr>
        <w:t>54:12</w:t>
      </w:r>
    </w:p>
    <w:p>
      <w:pPr>
        <w:spacing w:after="0"/>
      </w:pPr>
      <w:r>
        <w:rPr>
          <w:rFonts w:ascii="Arial" w:hAnsi="Arial"/>
          <w:sz w:val="22"/>
        </w:rPr>
        <w:t>Bye</w:t>
      </w:r>
    </w:p>
    <w:p>
      <w:pPr>
        <w:spacing w:after="0"/>
      </w:pPr>
    </w:p>
    <w:p>
      <w:pPr>
        <w:spacing w:after="0"/>
      </w:pPr>
      <w:r>
        <w:rPr>
          <w:rFonts w:ascii="Arial" w:hAnsi="Arial"/>
          <w:b/>
          <w:sz w:val="22"/>
        </w:rPr>
        <w:t xml:space="preserve">Alice  </w:t>
      </w:r>
      <w:r>
        <w:rPr>
          <w:rFonts w:ascii="Arial" w:hAnsi="Arial"/>
          <w:color w:val="5D7284"/>
          <w:sz w:val="22"/>
        </w:rPr>
        <w:t>54:14</w:t>
      </w:r>
    </w:p>
    <w:p>
      <w:pPr>
        <w:spacing w:after="0"/>
      </w:pPr>
      <w:r>
        <w:rPr>
          <w:rFonts w:ascii="Arial" w:hAnsi="Arial"/>
          <w:sz w:val="22"/>
        </w:rPr>
        <w:t>Thanks for listening to the lABLEd podcast. If you like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54:24</w:t>
      </w:r>
    </w:p>
    <w:p>
      <w:pPr>
        <w:spacing w:after="0"/>
      </w:pPr>
      <w:r>
        <w:rPr>
          <w:rFonts w:ascii="Arial" w:hAnsi="Arial"/>
          <w:sz w:val="22"/>
        </w:rPr>
        <w:t>This episode was edited by Adam Hull,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