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Podcast Episode 26 Emma Clare</w:t>
      </w:r>
    </w:p>
    <w:p>
      <w:r>
        <w:rPr>
          <w:rFonts w:ascii="Arial" w:hAnsi="Arial"/>
          <w:color w:val="4F6880"/>
          <w:sz w:val="22"/>
        </w:rPr>
        <w:t>Tue, 2/8 7:36PM • 1:19:33</w:t>
      </w:r>
    </w:p>
    <w:p>
      <w:pPr>
        <w:spacing w:before="440" w:after="0"/>
      </w:pPr>
      <w:r>
        <w:rPr>
          <w:rFonts w:ascii="Arial" w:hAnsi="Arial"/>
          <w:b/>
          <w:color w:val="4F6880"/>
          <w:sz w:val="22"/>
        </w:rPr>
        <w:t>SUMMARY KEYWORDS</w:t>
      </w:r>
    </w:p>
    <w:p>
      <w:r>
        <w:rPr>
          <w:rFonts w:ascii="Arial" w:hAnsi="Arial"/>
          <w:color w:val="4F6880"/>
          <w:sz w:val="22"/>
        </w:rPr>
        <w:t>people, hospital, happening, lucy, emma, bit, person, poorly, experience, alice, feel, important, section, voices, mental health advocacy, medication, schizophrenia, began, disability, terms</w:t>
      </w:r>
    </w:p>
    <w:p>
      <w:pPr>
        <w:spacing w:before="440" w:after="0"/>
      </w:pPr>
      <w:r>
        <w:rPr>
          <w:rFonts w:ascii="Arial" w:hAnsi="Arial"/>
          <w:b/>
          <w:color w:val="4F6880"/>
          <w:sz w:val="22"/>
        </w:rPr>
        <w:t>SPEAKERS</w:t>
      </w:r>
    </w:p>
    <w:p>
      <w:r>
        <w:rPr>
          <w:rFonts w:ascii="Arial" w:hAnsi="Arial"/>
          <w:color w:val="4F6880"/>
          <w:sz w:val="22"/>
        </w:rPr>
        <w:t>Emma, Disclaimer, music,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*bark* and thats Lola</w:t>
      </w:r>
    </w:p>
    <w:p>
      <w:pPr>
        <w:spacing w:after="0"/>
      </w:pPr>
    </w:p>
    <w:p>
      <w:pPr>
        <w:spacing w:after="0"/>
      </w:pPr>
      <w:r>
        <w:rPr>
          <w:rFonts w:ascii="Arial" w:hAnsi="Arial"/>
          <w:b/>
          <w:sz w:val="22"/>
        </w:rPr>
        <w:t xml:space="preserve">music  </w:t>
      </w:r>
      <w:r>
        <w:rPr>
          <w:rFonts w:ascii="Arial" w:hAnsi="Arial"/>
          <w:color w:val="5D7284"/>
          <w:sz w:val="22"/>
        </w:rPr>
        <w:t>00:11</w:t>
      </w:r>
    </w:p>
    <w:p>
      <w:pPr>
        <w:spacing w:after="0"/>
      </w:pPr>
      <w:r>
        <w:rPr>
          <w:rFonts w:ascii="Arial" w:hAnsi="Arial"/>
          <w:sz w:val="22"/>
        </w:rPr>
        <w:t>We all live our lives differently kaleidoscope identity, and this is who i'm meant to be i'm just lABLEd me... I'm just lABLEd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 Just a heads up everyone that our guest in this episode is going to talk about mental health and hospitalization. Hello, everyone. Welcome to another episode of The lABLEd podcast with me, Alice and Lucy</w:t>
      </w:r>
    </w:p>
    <w:p>
      <w:pPr>
        <w:spacing w:after="0"/>
      </w:pPr>
    </w:p>
    <w:p>
      <w:pPr>
        <w:spacing w:after="0"/>
      </w:pPr>
      <w:r>
        <w:rPr>
          <w:rFonts w:ascii="Arial" w:hAnsi="Arial"/>
          <w:b/>
          <w:sz w:val="22"/>
        </w:rPr>
        <w:t xml:space="preserve">Lucy  </w:t>
      </w:r>
      <w:r>
        <w:rPr>
          <w:rFonts w:ascii="Arial" w:hAnsi="Arial"/>
          <w:color w:val="5D7284"/>
          <w:sz w:val="22"/>
        </w:rPr>
        <w:t>00:59</w:t>
      </w:r>
    </w:p>
    <w:p>
      <w:pPr>
        <w:spacing w:after="0"/>
      </w:pPr>
      <w:r>
        <w:rPr>
          <w:rFonts w:ascii="Arial" w:hAnsi="Arial"/>
          <w:sz w:val="22"/>
        </w:rPr>
        <w:t>Hello</w:t>
      </w:r>
    </w:p>
    <w:p>
      <w:pPr>
        <w:spacing w:after="0"/>
      </w:pPr>
    </w:p>
    <w:p>
      <w:pPr>
        <w:spacing w:after="0"/>
      </w:pPr>
      <w:r>
        <w:rPr>
          <w:rFonts w:ascii="Arial" w:hAnsi="Arial"/>
          <w:b/>
          <w:sz w:val="22"/>
        </w:rPr>
        <w:t xml:space="preserve">Alice  </w:t>
      </w:r>
      <w:r>
        <w:rPr>
          <w:rFonts w:ascii="Arial" w:hAnsi="Arial"/>
          <w:color w:val="5D7284"/>
          <w:sz w:val="22"/>
        </w:rPr>
        <w:t>01:01</w:t>
      </w:r>
    </w:p>
    <w:p>
      <w:pPr>
        <w:spacing w:after="0"/>
      </w:pPr>
      <w:r>
        <w:rPr>
          <w:rFonts w:ascii="Arial" w:hAnsi="Arial"/>
          <w:sz w:val="22"/>
        </w:rPr>
        <w:t>Hi, I saw a thing on that you posted on Twitter a little while ago about how everybody, every podcast has their own sort of standard intro and I think ours is welcome to another episode.</w:t>
      </w:r>
    </w:p>
    <w:p>
      <w:pPr>
        <w:spacing w:after="0"/>
      </w:pPr>
    </w:p>
    <w:p>
      <w:pPr>
        <w:spacing w:after="0"/>
      </w:pPr>
      <w:r>
        <w:rPr>
          <w:rFonts w:ascii="Arial" w:hAnsi="Arial"/>
          <w:b/>
          <w:sz w:val="22"/>
        </w:rPr>
        <w:t xml:space="preserve">Lucy  </w:t>
      </w:r>
      <w:r>
        <w:rPr>
          <w:rFonts w:ascii="Arial" w:hAnsi="Arial"/>
          <w:color w:val="5D7284"/>
          <w:sz w:val="22"/>
        </w:rPr>
        <w:t>01:17</w:t>
      </w:r>
    </w:p>
    <w:p>
      <w:pPr>
        <w:spacing w:after="0"/>
      </w:pPr>
      <w:r>
        <w:rPr>
          <w:rFonts w:ascii="Arial" w:hAnsi="Arial"/>
          <w:sz w:val="22"/>
        </w:rPr>
        <w:t xml:space="preserve">Congratulations on getting this far. </w:t>
      </w:r>
    </w:p>
    <w:p>
      <w:pPr>
        <w:spacing w:after="0"/>
      </w:pPr>
    </w:p>
    <w:p>
      <w:pPr>
        <w:spacing w:after="0"/>
      </w:pPr>
      <w:r>
        <w:rPr>
          <w:rFonts w:ascii="Arial" w:hAnsi="Arial"/>
          <w:b/>
          <w:sz w:val="22"/>
        </w:rPr>
        <w:t xml:space="preserve">Alice  </w:t>
      </w:r>
      <w:r>
        <w:rPr>
          <w:rFonts w:ascii="Arial" w:hAnsi="Arial"/>
          <w:color w:val="5D7284"/>
          <w:sz w:val="22"/>
        </w:rPr>
        <w:t>01:21</w:t>
      </w:r>
    </w:p>
    <w:p>
      <w:pPr>
        <w:spacing w:after="0"/>
      </w:pPr>
      <w:r>
        <w:rPr>
          <w:rFonts w:ascii="Arial" w:hAnsi="Arial"/>
          <w:sz w:val="22"/>
        </w:rPr>
        <w:t>Yeah, why are you still here?</w:t>
      </w:r>
    </w:p>
    <w:p>
      <w:pPr>
        <w:spacing w:after="0"/>
      </w:pPr>
    </w:p>
    <w:p>
      <w:pPr>
        <w:spacing w:after="0"/>
      </w:pPr>
      <w:r>
        <w:rPr>
          <w:rFonts w:ascii="Arial" w:hAnsi="Arial"/>
          <w:b/>
          <w:sz w:val="22"/>
        </w:rPr>
        <w:t xml:space="preserve">Lucy  </w:t>
      </w:r>
      <w:r>
        <w:rPr>
          <w:rFonts w:ascii="Arial" w:hAnsi="Arial"/>
          <w:color w:val="5D7284"/>
          <w:sz w:val="22"/>
        </w:rPr>
        <w:t>01:24</w:t>
      </w:r>
    </w:p>
    <w:p>
      <w:pPr>
        <w:spacing w:after="0"/>
      </w:pPr>
      <w:r>
        <w:rPr>
          <w:rFonts w:ascii="Arial" w:hAnsi="Arial"/>
          <w:sz w:val="22"/>
        </w:rPr>
        <w:t>Thank you for not getting irritated by my voice.</w:t>
      </w:r>
    </w:p>
    <w:p>
      <w:pPr>
        <w:spacing w:after="0"/>
      </w:pPr>
    </w:p>
    <w:p>
      <w:pPr>
        <w:spacing w:after="0"/>
      </w:pPr>
      <w:r>
        <w:rPr>
          <w:rFonts w:ascii="Arial" w:hAnsi="Arial"/>
          <w:b/>
          <w:sz w:val="22"/>
        </w:rPr>
        <w:t xml:space="preserve">Alice  </w:t>
      </w:r>
      <w:r>
        <w:rPr>
          <w:rFonts w:ascii="Arial" w:hAnsi="Arial"/>
          <w:color w:val="5D7284"/>
          <w:sz w:val="22"/>
        </w:rPr>
        <w:t>01:29</w:t>
      </w:r>
    </w:p>
    <w:p>
      <w:pPr>
        <w:spacing w:after="0"/>
      </w:pPr>
      <w:r>
        <w:rPr>
          <w:rFonts w:ascii="Arial" w:hAnsi="Arial"/>
          <w:sz w:val="22"/>
        </w:rPr>
        <w:t>Yeah, how you doing today Luce?</w:t>
      </w:r>
    </w:p>
    <w:p>
      <w:pPr>
        <w:spacing w:after="0"/>
      </w:pPr>
    </w:p>
    <w:p>
      <w:pPr>
        <w:spacing w:after="0"/>
      </w:pPr>
      <w:r>
        <w:rPr>
          <w:rFonts w:ascii="Arial" w:hAnsi="Arial"/>
          <w:b/>
          <w:sz w:val="22"/>
        </w:rPr>
        <w:t xml:space="preserve">Lucy  </w:t>
      </w:r>
      <w:r>
        <w:rPr>
          <w:rFonts w:ascii="Arial" w:hAnsi="Arial"/>
          <w:color w:val="5D7284"/>
          <w:sz w:val="22"/>
        </w:rPr>
        <w:t>01:31</w:t>
      </w:r>
    </w:p>
    <w:p>
      <w:pPr>
        <w:spacing w:after="0"/>
      </w:pPr>
      <w:r>
        <w:rPr>
          <w:rFonts w:ascii="Arial" w:hAnsi="Arial"/>
          <w:sz w:val="22"/>
        </w:rPr>
        <w:t>I'm okay. Yeah, I'm not too bad. I had a good night's sleep. That's that's always helpful. But yeah, I'm I'm alright. It's cold. Cold. I just want to do I've said this many at the start of many an episode come so many in my house please put the heating on. No. Is the answer to that question. So yeah, I'm a little bit chilly but it's alright.</w:t>
      </w:r>
    </w:p>
    <w:p>
      <w:pPr>
        <w:spacing w:after="0"/>
      </w:pPr>
    </w:p>
    <w:p>
      <w:pPr>
        <w:spacing w:after="0"/>
      </w:pPr>
      <w:r>
        <w:rPr>
          <w:rFonts w:ascii="Arial" w:hAnsi="Arial"/>
          <w:b/>
          <w:sz w:val="22"/>
        </w:rPr>
        <w:t xml:space="preserve">Alice  </w:t>
      </w:r>
      <w:r>
        <w:rPr>
          <w:rFonts w:ascii="Arial" w:hAnsi="Arial"/>
          <w:color w:val="5D7284"/>
          <w:sz w:val="22"/>
        </w:rPr>
        <w:t>01:55</w:t>
      </w:r>
    </w:p>
    <w:p>
      <w:pPr>
        <w:spacing w:after="0"/>
      </w:pPr>
      <w:r>
        <w:rPr>
          <w:rFonts w:ascii="Arial" w:hAnsi="Arial"/>
          <w:sz w:val="22"/>
        </w:rPr>
        <w:t>Have you have you have thought about asking the people in your house like in person? You're not just expecting them to hear you on the pod?</w:t>
      </w:r>
    </w:p>
    <w:p>
      <w:pPr>
        <w:spacing w:after="0"/>
      </w:pPr>
    </w:p>
    <w:p>
      <w:pPr>
        <w:spacing w:after="0"/>
      </w:pPr>
      <w:r>
        <w:rPr>
          <w:rFonts w:ascii="Arial" w:hAnsi="Arial"/>
          <w:b/>
          <w:sz w:val="22"/>
        </w:rPr>
        <w:t xml:space="preserve">Lucy  </w:t>
      </w:r>
      <w:r>
        <w:rPr>
          <w:rFonts w:ascii="Arial" w:hAnsi="Arial"/>
          <w:color w:val="5D7284"/>
          <w:sz w:val="22"/>
        </w:rPr>
        <w:t>02:03</w:t>
      </w:r>
    </w:p>
    <w:p>
      <w:pPr>
        <w:spacing w:after="0"/>
      </w:pPr>
      <w:r>
        <w:rPr>
          <w:rFonts w:ascii="Arial" w:hAnsi="Arial"/>
          <w:sz w:val="22"/>
        </w:rPr>
        <w:t>No no, because they don't listen to the pod. I am. Yeah, I've asked them and they're like, No, it's not that cold. And I'm like, yes. I'm sat down. I can't really move. But yeah, so it's, it's fine.</w:t>
      </w:r>
    </w:p>
    <w:p>
      <w:pPr>
        <w:spacing w:after="0"/>
      </w:pPr>
    </w:p>
    <w:p>
      <w:pPr>
        <w:spacing w:after="0"/>
      </w:pPr>
      <w:r>
        <w:rPr>
          <w:rFonts w:ascii="Arial" w:hAnsi="Arial"/>
          <w:b/>
          <w:sz w:val="22"/>
        </w:rPr>
        <w:t xml:space="preserve">Alice  </w:t>
      </w:r>
      <w:r>
        <w:rPr>
          <w:rFonts w:ascii="Arial" w:hAnsi="Arial"/>
          <w:color w:val="5D7284"/>
          <w:sz w:val="22"/>
        </w:rPr>
        <w:t>02:18</w:t>
      </w:r>
    </w:p>
    <w:p>
      <w:pPr>
        <w:spacing w:after="0"/>
      </w:pPr>
      <w:r>
        <w:rPr>
          <w:rFonts w:ascii="Arial" w:hAnsi="Arial"/>
          <w:sz w:val="22"/>
        </w:rPr>
        <w:t>Start using the really using the disabled colors. But I'm disabled. I feel the cold.</w:t>
      </w:r>
    </w:p>
    <w:p>
      <w:pPr>
        <w:spacing w:after="0"/>
      </w:pPr>
    </w:p>
    <w:p>
      <w:pPr>
        <w:spacing w:after="0"/>
      </w:pPr>
      <w:r>
        <w:rPr>
          <w:rFonts w:ascii="Arial" w:hAnsi="Arial"/>
          <w:b/>
          <w:sz w:val="22"/>
        </w:rPr>
        <w:t xml:space="preserve">Lucy  </w:t>
      </w:r>
      <w:r>
        <w:rPr>
          <w:rFonts w:ascii="Arial" w:hAnsi="Arial"/>
          <w:color w:val="5D7284"/>
          <w:sz w:val="22"/>
        </w:rPr>
        <w:t>02:24</w:t>
      </w:r>
    </w:p>
    <w:p>
      <w:pPr>
        <w:spacing w:after="0"/>
      </w:pPr>
      <w:r>
        <w:rPr>
          <w:rFonts w:ascii="Arial" w:hAnsi="Arial"/>
          <w:sz w:val="22"/>
        </w:rPr>
        <w:t>Yeah, exactly.</w:t>
      </w:r>
    </w:p>
    <w:p>
      <w:pPr>
        <w:spacing w:after="0"/>
      </w:pPr>
    </w:p>
    <w:p>
      <w:pPr>
        <w:spacing w:after="0"/>
      </w:pPr>
      <w:r>
        <w:rPr>
          <w:rFonts w:ascii="Arial" w:hAnsi="Arial"/>
          <w:b/>
          <w:sz w:val="22"/>
        </w:rPr>
        <w:t xml:space="preserve">Alice  </w:t>
      </w:r>
      <w:r>
        <w:rPr>
          <w:rFonts w:ascii="Arial" w:hAnsi="Arial"/>
          <w:color w:val="5D7284"/>
          <w:sz w:val="22"/>
        </w:rPr>
        <w:t>02:26</w:t>
      </w:r>
    </w:p>
    <w:p>
      <w:pPr>
        <w:spacing w:after="0"/>
      </w:pPr>
      <w:r>
        <w:rPr>
          <w:rFonts w:ascii="Arial" w:hAnsi="Arial"/>
          <w:sz w:val="22"/>
        </w:rPr>
        <w:t>Yeah, start telling them you can't feel your legs.</w:t>
      </w:r>
    </w:p>
    <w:p>
      <w:pPr>
        <w:spacing w:after="0"/>
      </w:pPr>
    </w:p>
    <w:p>
      <w:pPr>
        <w:spacing w:after="0"/>
      </w:pPr>
      <w:r>
        <w:rPr>
          <w:rFonts w:ascii="Arial" w:hAnsi="Arial"/>
          <w:b/>
          <w:sz w:val="22"/>
        </w:rPr>
        <w:t xml:space="preserve">Lucy  </w:t>
      </w:r>
      <w:r>
        <w:rPr>
          <w:rFonts w:ascii="Arial" w:hAnsi="Arial"/>
          <w:color w:val="5D7284"/>
          <w:sz w:val="22"/>
        </w:rPr>
        <w:t>02:29</w:t>
      </w:r>
    </w:p>
    <w:p>
      <w:pPr>
        <w:spacing w:after="0"/>
      </w:pPr>
      <w:r>
        <w:rPr>
          <w:rFonts w:ascii="Arial" w:hAnsi="Arial"/>
          <w:sz w:val="22"/>
        </w:rPr>
        <w:t>I can't feel my feet anyway. So you know</w:t>
      </w:r>
    </w:p>
    <w:p>
      <w:pPr>
        <w:spacing w:after="0"/>
      </w:pPr>
    </w:p>
    <w:p>
      <w:pPr>
        <w:spacing w:after="0"/>
      </w:pPr>
      <w:r>
        <w:rPr>
          <w:rFonts w:ascii="Arial" w:hAnsi="Arial"/>
          <w:b/>
          <w:sz w:val="22"/>
        </w:rPr>
        <w:t xml:space="preserve">Alice  </w:t>
      </w:r>
      <w:r>
        <w:rPr>
          <w:rFonts w:ascii="Arial" w:hAnsi="Arial"/>
          <w:color w:val="5D7284"/>
          <w:sz w:val="22"/>
        </w:rPr>
        <w:t>02:31</w:t>
      </w:r>
    </w:p>
    <w:p>
      <w:pPr>
        <w:spacing w:after="0"/>
      </w:pPr>
      <w:r>
        <w:rPr>
          <w:rFonts w:ascii="Arial" w:hAnsi="Arial"/>
          <w:sz w:val="22"/>
        </w:rPr>
        <w:t>Exactly It's so cold I can't feel my feet. Just see if they notice.</w:t>
      </w:r>
    </w:p>
    <w:p>
      <w:pPr>
        <w:spacing w:after="0"/>
      </w:pPr>
    </w:p>
    <w:p>
      <w:pPr>
        <w:spacing w:after="0"/>
      </w:pPr>
      <w:r>
        <w:rPr>
          <w:rFonts w:ascii="Arial" w:hAnsi="Arial"/>
          <w:b/>
          <w:sz w:val="22"/>
        </w:rPr>
        <w:t xml:space="preserve">Lucy  </w:t>
      </w:r>
      <w:r>
        <w:rPr>
          <w:rFonts w:ascii="Arial" w:hAnsi="Arial"/>
          <w:color w:val="5D7284"/>
          <w:sz w:val="22"/>
        </w:rPr>
        <w:t>02:36</w:t>
      </w:r>
    </w:p>
    <w:p>
      <w:pPr>
        <w:spacing w:after="0"/>
      </w:pPr>
      <w:r>
        <w:rPr>
          <w:rFonts w:ascii="Arial" w:hAnsi="Arial"/>
          <w:sz w:val="22"/>
        </w:rPr>
        <w:t>Yeah, yeah.</w:t>
      </w:r>
    </w:p>
    <w:p>
      <w:pPr>
        <w:spacing w:after="0"/>
      </w:pPr>
    </w:p>
    <w:p>
      <w:pPr>
        <w:spacing w:after="0"/>
      </w:pPr>
      <w:r>
        <w:rPr>
          <w:rFonts w:ascii="Arial" w:hAnsi="Arial"/>
          <w:b/>
          <w:sz w:val="22"/>
        </w:rPr>
        <w:t xml:space="preserve">Alice  </w:t>
      </w:r>
      <w:r>
        <w:rPr>
          <w:rFonts w:ascii="Arial" w:hAnsi="Arial"/>
          <w:color w:val="5D7284"/>
          <w:sz w:val="22"/>
        </w:rPr>
        <w:t>02:38</w:t>
      </w:r>
    </w:p>
    <w:p>
      <w:pPr>
        <w:spacing w:after="0"/>
      </w:pPr>
      <w:r>
        <w:rPr>
          <w:rFonts w:ascii="Arial" w:hAnsi="Arial"/>
          <w:sz w:val="22"/>
        </w:rPr>
        <w:t>We have a guest on today. Today Emma is going to come on and talk to us about her, Well, I'm not sure how Emma likes to refer to her experiences, whether it's a experience of mental illness or a mental health condition. So why don't we just hand over to Emma, and she can tell us for herself. Emma do you want to introduce yourself?</w:t>
      </w:r>
    </w:p>
    <w:p>
      <w:pPr>
        <w:spacing w:after="0"/>
      </w:pPr>
    </w:p>
    <w:p>
      <w:pPr>
        <w:spacing w:after="0"/>
      </w:pPr>
      <w:r>
        <w:rPr>
          <w:rFonts w:ascii="Arial" w:hAnsi="Arial"/>
          <w:b/>
          <w:sz w:val="22"/>
        </w:rPr>
        <w:t xml:space="preserve">Emma  </w:t>
      </w:r>
      <w:r>
        <w:rPr>
          <w:rFonts w:ascii="Arial" w:hAnsi="Arial"/>
          <w:color w:val="5D7284"/>
          <w:sz w:val="22"/>
        </w:rPr>
        <w:t>03:06</w:t>
      </w:r>
    </w:p>
    <w:p>
      <w:pPr>
        <w:spacing w:after="0"/>
      </w:pPr>
      <w:r>
        <w:rPr>
          <w:rFonts w:ascii="Arial" w:hAnsi="Arial"/>
          <w:sz w:val="22"/>
        </w:rPr>
        <w:t>Yeah, okay. Yeah, I'm Emma. I have got the heating on just by the way. Yeah, I'm Emma. And I'm a 50 year old lady. I have two lovely children. And I work as an advocate. And I have a diagnosis of paranoid schizophrenia. So I don't normally introduce myself in terms of my schizophrenia, but in this case, this is part of what well the main thing about what I'm here to talk about. So. Yeah,</w:t>
      </w:r>
    </w:p>
    <w:p>
      <w:pPr>
        <w:spacing w:after="0"/>
      </w:pPr>
    </w:p>
    <w:p>
      <w:pPr>
        <w:spacing w:after="0"/>
      </w:pPr>
      <w:r>
        <w:rPr>
          <w:rFonts w:ascii="Arial" w:hAnsi="Arial"/>
          <w:b/>
          <w:sz w:val="22"/>
        </w:rPr>
        <w:t xml:space="preserve">Alice  </w:t>
      </w:r>
      <w:r>
        <w:rPr>
          <w:rFonts w:ascii="Arial" w:hAnsi="Arial"/>
          <w:color w:val="5D7284"/>
          <w:sz w:val="22"/>
        </w:rPr>
        <w:t>03:51</w:t>
      </w:r>
    </w:p>
    <w:p>
      <w:pPr>
        <w:spacing w:after="0"/>
      </w:pPr>
      <w:r>
        <w:rPr>
          <w:rFonts w:ascii="Arial" w:hAnsi="Arial"/>
          <w:sz w:val="22"/>
        </w:rPr>
        <w:t>yeah. Don't worry. I don't tend to go around saying hello, I'm Alice, I'm blind. So this is this is a bit of an exceptional circumstance.</w:t>
      </w:r>
    </w:p>
    <w:p>
      <w:pPr>
        <w:spacing w:after="0"/>
      </w:pPr>
    </w:p>
    <w:p>
      <w:pPr>
        <w:spacing w:after="0"/>
      </w:pPr>
      <w:r>
        <w:rPr>
          <w:rFonts w:ascii="Arial" w:hAnsi="Arial"/>
          <w:b/>
          <w:sz w:val="22"/>
        </w:rPr>
        <w:t xml:space="preserve">Lucy  </w:t>
      </w:r>
      <w:r>
        <w:rPr>
          <w:rFonts w:ascii="Arial" w:hAnsi="Arial"/>
          <w:color w:val="5D7284"/>
          <w:sz w:val="22"/>
        </w:rPr>
        <w:t>04:01</w:t>
      </w:r>
    </w:p>
    <w:p>
      <w:pPr>
        <w:spacing w:after="0"/>
      </w:pPr>
      <w:r>
        <w:rPr>
          <w:rFonts w:ascii="Arial" w:hAnsi="Arial"/>
          <w:sz w:val="22"/>
        </w:rPr>
        <w:t>Fine. Yeah. Well, thank you so much for coming on the show Emma. It's really lovely to have you with us.</w:t>
      </w:r>
    </w:p>
    <w:p>
      <w:pPr>
        <w:spacing w:after="0"/>
      </w:pPr>
    </w:p>
    <w:p>
      <w:pPr>
        <w:spacing w:after="0"/>
      </w:pPr>
      <w:r>
        <w:rPr>
          <w:rFonts w:ascii="Arial" w:hAnsi="Arial"/>
          <w:b/>
          <w:sz w:val="22"/>
        </w:rPr>
        <w:t xml:space="preserve">Emma  </w:t>
      </w:r>
      <w:r>
        <w:rPr>
          <w:rFonts w:ascii="Arial" w:hAnsi="Arial"/>
          <w:color w:val="5D7284"/>
          <w:sz w:val="22"/>
        </w:rPr>
        <w:t>04:10</w:t>
      </w:r>
    </w:p>
    <w:p>
      <w:pPr>
        <w:spacing w:after="0"/>
      </w:pPr>
      <w:r>
        <w:rPr>
          <w:rFonts w:ascii="Arial" w:hAnsi="Arial"/>
          <w:sz w:val="22"/>
        </w:rPr>
        <w:t>Thank you, Lucy.</w:t>
      </w:r>
    </w:p>
    <w:p>
      <w:pPr>
        <w:spacing w:after="0"/>
      </w:pPr>
    </w:p>
    <w:p>
      <w:pPr>
        <w:spacing w:after="0"/>
      </w:pPr>
      <w:r>
        <w:rPr>
          <w:rFonts w:ascii="Arial" w:hAnsi="Arial"/>
          <w:b/>
          <w:sz w:val="22"/>
        </w:rPr>
        <w:t xml:space="preserve">Alice  </w:t>
      </w:r>
      <w:r>
        <w:rPr>
          <w:rFonts w:ascii="Arial" w:hAnsi="Arial"/>
          <w:color w:val="5D7284"/>
          <w:sz w:val="22"/>
        </w:rPr>
        <w:t>04:11</w:t>
      </w:r>
    </w:p>
    <w:p>
      <w:pPr>
        <w:spacing w:after="0"/>
      </w:pPr>
      <w:r>
        <w:rPr>
          <w:rFonts w:ascii="Arial" w:hAnsi="Arial"/>
          <w:sz w:val="22"/>
        </w:rPr>
        <w:t>So Emma, I work with you, which is part of the reason that I know a little bit about your story, Emma was kind enough to actually do some sort of awareness raising amongst our team to give an insight because we work with people with, you know, across the board of experiences with mental health conditions. Emma has a really unique insight into, you know, not only, being sort of both sides, I suppose of that that hospital bed, yeah. So yeah, I think I think the Emma's, Emma's Story is is, as I say, a really a really interesting one and the fact that she's now come into sort of working in in mental health advocacy, because that's sort of what your specialism is, isn't it, Emma?</w:t>
      </w:r>
    </w:p>
    <w:p>
      <w:pPr>
        <w:spacing w:after="0"/>
      </w:pPr>
    </w:p>
    <w:p>
      <w:pPr>
        <w:spacing w:after="0"/>
      </w:pPr>
      <w:r>
        <w:rPr>
          <w:rFonts w:ascii="Arial" w:hAnsi="Arial"/>
          <w:b/>
          <w:sz w:val="22"/>
        </w:rPr>
        <w:t xml:space="preserve">Emma  </w:t>
      </w:r>
      <w:r>
        <w:rPr>
          <w:rFonts w:ascii="Arial" w:hAnsi="Arial"/>
          <w:color w:val="5D7284"/>
          <w:sz w:val="22"/>
        </w:rPr>
        <w:t>04:58</w:t>
      </w:r>
    </w:p>
    <w:p>
      <w:pPr>
        <w:spacing w:after="0"/>
      </w:pPr>
      <w:r>
        <w:rPr>
          <w:rFonts w:ascii="Arial" w:hAnsi="Arial"/>
          <w:sz w:val="22"/>
        </w:rPr>
        <w:t>Yeah, um, I The in terms of advocacy, my first qualification was mental health advocacy, independent mental health advocacy. And so I work on the wards I work in the community, but mainly on the wards, in terms of the independent mental health advocacy that I do. And yeah, I think it's an interesting point that you raise Alice about how how we think of ourselves and, you know, in terms of mental health, and I tend to say mental health issues, but occasionally I use the term illness or condition, but I know that's quite probably quite a particular thing for people. You know, what, what, how we identify ourselves in terms of our mental health, in terms of our mental health or mental well being. So I was diagnosed with paranoid schizophrenia when I was 14. So what happened was, in my in, in terms of my experience, I began to well, it seemed to be triggered in my head, it was it was triggered by a sort of a very normal sort of experience of a lad becoming interested in me. And all it all it was was, you know, a like little friend wink, you know, it was a very sort of normal kind of interaction. But for me, it was it was it was quite difficult to deal with. And I don't think I was quite ready at that stage, I was probably 13 at the time that that happened. And I wasn't quite ready to experience it. And what happened for me is I got very stressed, obviously, it was the beginning of my, what was CSE and O levels back then. So there were other stresses around, I was an adolescent, you know, all those kinds of stresses that, that around that time, and I began to hear my classmates talking about me, and it was happening in every class, it was happening on the school bus. It was happening, it began happening when when I was at home, I was here experiencing people talking about me outside my home. And it was really becoming all consuming. And then I began to notice them commenting on my, on my thoughts. So I began to have the belief that people could read my mind and could hear my thoughts. So I was taken into hospital at that time, and diagnosed with paranoid schizophrenia. And I was actually given some medication, I don't remember the name of the medication, but it was one of the old styled medications. And I began to get sort of side effects from that. That was after I... I was in there for four months, initially, in the hospital, diagnosed schizophrenia, given this medication. And then I started, I was well, for a period of time went back, did my while it was CSEs, really at that stage, because I'd missed so much of my education, just through being ill, and then being in hospital. So I, I, and then I began to get these really nasty side effects where my coordination was going, my leg was going, my arm kept moving over at a funny angle, and then my, the coordination in my tongue went and I couldn't talk properly, and people couldn't understand what I was saying. It was quite difficult. So they took me off right off that medication. They were trying to, I think they were trying to see whether I'd cope without the medication at that stage. But I very quickly got got poorly, again, was in hospital similar symptoms for four months again. And then they put me on a sort of a newer medication, which had less side effects at that stage. And I was well for a long, long period of time. And then about, probably about eight years ago, now, I began to get symptoms again, and I had a three year period of psychosis where my schizophrenia came back. So that's kind of an overview of what happened. So yeah, so yes, it's it's been difficult, but I'm very lucky in the sense that I have had these periods of of being well, in my life, I have had to you know, it's it's absolutely awful when it happens. But I've had I've had periods and, and and obviously I'm quite well now, which is why I can work and I can be part of this podcast and get on with my life really but erm yeah.</w:t>
      </w:r>
    </w:p>
    <w:p>
      <w:pPr>
        <w:spacing w:after="0"/>
      </w:pPr>
    </w:p>
    <w:p>
      <w:pPr>
        <w:spacing w:after="0"/>
      </w:pPr>
      <w:r>
        <w:rPr>
          <w:rFonts w:ascii="Arial" w:hAnsi="Arial"/>
          <w:b/>
          <w:sz w:val="22"/>
        </w:rPr>
        <w:t xml:space="preserve">Lucy  </w:t>
      </w:r>
      <w:r>
        <w:rPr>
          <w:rFonts w:ascii="Arial" w:hAnsi="Arial"/>
          <w:color w:val="5D7284"/>
          <w:sz w:val="22"/>
        </w:rPr>
        <w:t>10:22</w:t>
      </w:r>
    </w:p>
    <w:p>
      <w:pPr>
        <w:spacing w:after="0"/>
      </w:pPr>
      <w:r>
        <w:rPr>
          <w:rFonts w:ascii="Arial" w:hAnsi="Arial"/>
          <w:sz w:val="22"/>
        </w:rPr>
        <w:t>I mean, first of all I want to say thank you for sharing that with us because I mean, I don't know anything about schizophrenia or anything like that. So it's, it's, I want to say I want to say it's really interesting, but that makes it sound like I'm being nosy when actually I don't think interesting is the right term. But it's quite enlightening for me to sort of speak to somebody who, who has had this experience. And I want to say thank you, first of all, for, for being brave enough to come on and talk to us about it.</w:t>
      </w:r>
    </w:p>
    <w:p>
      <w:pPr>
        <w:spacing w:after="0"/>
      </w:pPr>
    </w:p>
    <w:p>
      <w:pPr>
        <w:spacing w:after="0"/>
      </w:pPr>
      <w:r>
        <w:rPr>
          <w:rFonts w:ascii="Arial" w:hAnsi="Arial"/>
          <w:b/>
          <w:sz w:val="22"/>
        </w:rPr>
        <w:t xml:space="preserve">Emma  </w:t>
      </w:r>
      <w:r>
        <w:rPr>
          <w:rFonts w:ascii="Arial" w:hAnsi="Arial"/>
          <w:color w:val="5D7284"/>
          <w:sz w:val="22"/>
        </w:rPr>
        <w:t>10:57</w:t>
      </w:r>
    </w:p>
    <w:p>
      <w:pPr>
        <w:spacing w:after="0"/>
      </w:pPr>
      <w:r>
        <w:rPr>
          <w:rFonts w:ascii="Arial" w:hAnsi="Arial"/>
          <w:sz w:val="22"/>
        </w:rPr>
        <w:t>That's okay. Lucy, I think, I think for me, it's it's kind of erm, it's part of my life. And so, you know, and I, I think I think I don't realise how strange it is, how strange an experience it is sometimes because for me, it's it's something that's happened to me. So yeah, yeah,</w:t>
      </w:r>
    </w:p>
    <w:p>
      <w:pPr>
        <w:spacing w:after="0"/>
      </w:pPr>
    </w:p>
    <w:p>
      <w:pPr>
        <w:spacing w:after="0"/>
      </w:pPr>
      <w:r>
        <w:rPr>
          <w:rFonts w:ascii="Arial" w:hAnsi="Arial"/>
          <w:b/>
          <w:sz w:val="22"/>
        </w:rPr>
        <w:t xml:space="preserve">Lucy  </w:t>
      </w:r>
      <w:r>
        <w:rPr>
          <w:rFonts w:ascii="Arial" w:hAnsi="Arial"/>
          <w:color w:val="5D7284"/>
          <w:sz w:val="22"/>
        </w:rPr>
        <w:t>11:24</w:t>
      </w:r>
    </w:p>
    <w:p>
      <w:pPr>
        <w:spacing w:after="0"/>
      </w:pPr>
      <w:r>
        <w:rPr>
          <w:rFonts w:ascii="Arial" w:hAnsi="Arial"/>
          <w:sz w:val="22"/>
        </w:rPr>
        <w:t>I think I get that a little bit because obviously, my disability and my impairment is very noticeable. And so I there is no way for me to sort of get around the fact that somebody is probably going to ask me within sort of an hour of me meeting them for the first time. Yeah, you know, why I'm in a wheelchair. And for the vast majority of the time I will answer, but when obviously your impairment isn't, or your condition is not as physically noticeable? In the main, you know, is it's, I think, but I think once you get, you know, once you get to that state, in your mind, where you have them aware, you've kind of gone well, this is part of this is my story, I'm not ashamed of it, there is something powerful in taking the ownership of it, you know, sort of, sort of almost sort of destigmatises it a little bit, doesn't it? Because if you're willing to talk about it, and tell people about your experiences, I don't think if you can, if you can sort of accept it in yourself. It sort of it becomes less shameful to talk about do you feel? Do you feel that?</w:t>
      </w:r>
    </w:p>
    <w:p>
      <w:pPr>
        <w:spacing w:after="0"/>
      </w:pPr>
    </w:p>
    <w:p>
      <w:pPr>
        <w:spacing w:after="0"/>
      </w:pPr>
      <w:r>
        <w:rPr>
          <w:rFonts w:ascii="Arial" w:hAnsi="Arial"/>
          <w:b/>
          <w:sz w:val="22"/>
        </w:rPr>
        <w:t xml:space="preserve">Emma  </w:t>
      </w:r>
      <w:r>
        <w:rPr>
          <w:rFonts w:ascii="Arial" w:hAnsi="Arial"/>
          <w:color w:val="5D7284"/>
          <w:sz w:val="22"/>
        </w:rPr>
        <w:t>12:38</w:t>
      </w:r>
    </w:p>
    <w:p>
      <w:pPr>
        <w:spacing w:after="0"/>
      </w:pPr>
      <w:r>
        <w:rPr>
          <w:rFonts w:ascii="Arial" w:hAnsi="Arial"/>
          <w:sz w:val="22"/>
        </w:rPr>
        <w:t>Yeah, maybe I think I think for a long time, when I, you know, particularly when I was young, I was told, I was almost told not to talk about it, you know, because it'll affect my job, job job prospects, it'll affect how people view me, it'll, you know, make things difficult for you when you're older, you know, don't tell people don't tell people. But actually, I think I think it's really important to tell these stories, because, you know, I think one of the things I've, I've been told by family members, and by people who have seen me go through this, that actually, from the outside, you see, you see certain things, but you don't really know what's going on in the inside. So you even even people who've seen you, when you're, you're very ill, perhaps don't really know what, what, and one of the things that I did was I actually shut down about it. So when, when you're, you know, particularly as an adult, you know, when when you're going through the experiences, you don't necessarily tell people for example, that you that the BBC are sort of going to do a film about you or that you're going to be famous and these kinds of things, because you on one level, you know, it's it's not that you have insight at that point. But you know, that people will either think you're mad, or they'll know that you're going to be famous, but they won't tell you for you know, for particular reasons that are going on in your mind. So, one of the things that I believed when I was poorly for the last, the last time I was poorly when I was an adult. One of the things that I believed was that I was actually I didn't have I didn't have voices. But what was happening were these doctors were putting voices in my head. And this is this is a bit strange, but they were putting voices in my head in order to show the world what the experience of schizophrenia is about So nobody... People either at different times during those three years of experiencing this at different times, I thought people knew, but weren't telling me because they didn't want me to, to sort of have the insights so that so that they could show schizophrenia, if that makes any sense. Yeah. Or, or they didn't know. And, and it was all going on under underground. So yeah. But yes, this thing about hidden disabilities is interesting, isn't it? I don't know, obviously, people when I'm well, you know, the majority of people don't know that I've been through through that those experiences. You know, unless I tell them, yeah. People don't know. Whereas for you, Lucy, and, you know, like you say, it's very visible, isn't it?</w:t>
      </w:r>
    </w:p>
    <w:p>
      <w:pPr>
        <w:spacing w:after="0"/>
      </w:pPr>
    </w:p>
    <w:p>
      <w:pPr>
        <w:spacing w:after="0"/>
      </w:pPr>
      <w:r>
        <w:rPr>
          <w:rFonts w:ascii="Arial" w:hAnsi="Arial"/>
          <w:b/>
          <w:sz w:val="22"/>
        </w:rPr>
        <w:t xml:space="preserve">Lucy  </w:t>
      </w:r>
      <w:r>
        <w:rPr>
          <w:rFonts w:ascii="Arial" w:hAnsi="Arial"/>
          <w:color w:val="5D7284"/>
          <w:sz w:val="22"/>
        </w:rPr>
        <w:t>16:03</w:t>
      </w:r>
    </w:p>
    <w:p>
      <w:pPr>
        <w:spacing w:after="0"/>
      </w:pPr>
      <w:r>
        <w:rPr>
          <w:rFonts w:ascii="Arial" w:hAnsi="Arial"/>
          <w:sz w:val="22"/>
        </w:rPr>
        <w:t xml:space="preserve">Yeah, I think I think I saw a tweet a few days ago, from Mik Scarlet, actually, who's who's either been on depending on when you listen to this, he's either been on the show, or he's going to be on the show. And he said that obviously, with invisible, invisible disabilities, that sort of like a gray area, really, because even people with visible disabilities have additional impairments, one doesn't proceed the other. And so you know, even though I'm in a wheelchair, and you can see that bit, there is other things that I have, that people don't see that, you know, the chronic pain, the fatigue, when I've over exerted myself and things like that. So I always had this discussion about invisible disabilities. Very interesting. I know that Alice has a different experience to me, because obviously, she can she she has said, you've said to me in the past, haven't you, Alice, you know, you can pass as a able bodied person. </w:t>
      </w:r>
    </w:p>
    <w:p>
      <w:pPr>
        <w:spacing w:after="0"/>
      </w:pPr>
    </w:p>
    <w:p>
      <w:pPr>
        <w:spacing w:after="0"/>
      </w:pPr>
      <w:r>
        <w:rPr>
          <w:rFonts w:ascii="Arial" w:hAnsi="Arial"/>
          <w:b/>
          <w:sz w:val="22"/>
        </w:rPr>
        <w:t xml:space="preserve">Alice  </w:t>
      </w:r>
      <w:r>
        <w:rPr>
          <w:rFonts w:ascii="Arial" w:hAnsi="Arial"/>
          <w:color w:val="5D7284"/>
          <w:sz w:val="22"/>
        </w:rPr>
        <w:t>17:05</w:t>
      </w:r>
    </w:p>
    <w:p>
      <w:pPr>
        <w:spacing w:after="0"/>
      </w:pPr>
      <w:r>
        <w:rPr>
          <w:rFonts w:ascii="Arial" w:hAnsi="Arial"/>
          <w:sz w:val="22"/>
        </w:rPr>
        <w:t xml:space="preserve">Yeah. I mean, so we went out for dinner last night, and we left the dogs behind and just went out. And it's ordering food on apps and things like that. So I just, you know, I, I said to Dave, as we walked into the restaurant, because we hadn't booked anywhere we just turned up. I said, you know, Oh, I haven't got my stick. So, and he was like, what do you need it for? You know, I'm here. Like, you're gonna just just hit the waitress until she brings you gin? And I said, well, no, but you know, so that they know that I can't see so that when that we when we say I want a table with a lot light, they're going to know that why? And he just said, well it's none of their business why? Maybe Maybe I want to be able to see you and how beautiful you are in the light. He didn't say that. What he should have said. But but it's it's sort of it was interesting to kind of think about that, as well as, as there is an element of you know, I I've certainly more recently become more comfortable with sort of saying to people, no, no, I'm disabled, that means you have to help me, you have to do things for me, you have to make adjustments for me. Whereas I think when you do have an invisible disability or a hidden disability, that's harder, you know, to be able to go, I need help with this. </w:t>
      </w:r>
    </w:p>
    <w:p>
      <w:pPr>
        <w:spacing w:after="0"/>
      </w:pPr>
    </w:p>
    <w:p>
      <w:pPr>
        <w:spacing w:after="0"/>
      </w:pPr>
      <w:r>
        <w:rPr>
          <w:rFonts w:ascii="Arial" w:hAnsi="Arial"/>
          <w:b/>
          <w:sz w:val="22"/>
        </w:rPr>
        <w:t xml:space="preserve">Lucy  </w:t>
      </w:r>
      <w:r>
        <w:rPr>
          <w:rFonts w:ascii="Arial" w:hAnsi="Arial"/>
          <w:color w:val="5D7284"/>
          <w:sz w:val="22"/>
        </w:rPr>
        <w:t>18:47</w:t>
      </w:r>
    </w:p>
    <w:p>
      <w:pPr>
        <w:spacing w:after="0"/>
      </w:pPr>
      <w:r>
        <w:rPr>
          <w:rFonts w:ascii="Arial" w:hAnsi="Arial"/>
          <w:sz w:val="22"/>
        </w:rPr>
        <w:t>Absolutely. Yeah, I completely agree with that. But I always find it very interesting that there, I think there is there is a middle ground there somewhere between visible disabilities and invisible disabilities, but I just don't I'm not quite sure where it is, you know, to me, I know that there. There is there is there is something that ties us together, there is a knot somewhere that ties the two communities together. But we've yet to find that knot really</w:t>
      </w:r>
    </w:p>
    <w:p>
      <w:pPr>
        <w:spacing w:after="0"/>
      </w:pPr>
    </w:p>
    <w:p>
      <w:pPr>
        <w:spacing w:after="0"/>
      </w:pPr>
      <w:r>
        <w:rPr>
          <w:rFonts w:ascii="Arial" w:hAnsi="Arial"/>
          <w:b/>
          <w:sz w:val="22"/>
        </w:rPr>
        <w:t xml:space="preserve">Emma  </w:t>
      </w:r>
      <w:r>
        <w:rPr>
          <w:rFonts w:ascii="Arial" w:hAnsi="Arial"/>
          <w:color w:val="5D7284"/>
          <w:sz w:val="22"/>
        </w:rPr>
        <w:t>19:17</w:t>
      </w:r>
    </w:p>
    <w:p>
      <w:pPr>
        <w:spacing w:after="0"/>
      </w:pPr>
      <w:r>
        <w:rPr>
          <w:rFonts w:ascii="Arial" w:hAnsi="Arial"/>
          <w:sz w:val="22"/>
        </w:rPr>
        <w:t>Yeah and I think it's really interesting what you'd say Lucy about, you know, I might be someone who's in a wheelchair, but actually, there are lots of things that you don't know, that are going on underneath, like, I'm in pain, or, you know, I might be I might be feeling something or, you know, we all have these layers to us don't we and you know that we have a visible layer. And then we have lots and lots and lots of things that go on underneath that and we're all we're all sort of different in that way as well. Aren't we Yeah</w:t>
      </w:r>
    </w:p>
    <w:p>
      <w:pPr>
        <w:spacing w:after="0"/>
      </w:pPr>
    </w:p>
    <w:p>
      <w:pPr>
        <w:spacing w:after="0"/>
      </w:pPr>
      <w:r>
        <w:rPr>
          <w:rFonts w:ascii="Arial" w:hAnsi="Arial"/>
          <w:b/>
          <w:sz w:val="22"/>
        </w:rPr>
        <w:t xml:space="preserve">Lucy  </w:t>
      </w:r>
      <w:r>
        <w:rPr>
          <w:rFonts w:ascii="Arial" w:hAnsi="Arial"/>
          <w:color w:val="5D7284"/>
          <w:sz w:val="22"/>
        </w:rPr>
        <w:t>19:20</w:t>
      </w:r>
    </w:p>
    <w:p>
      <w:pPr>
        <w:spacing w:after="0"/>
      </w:pPr>
      <w:r>
        <w:rPr>
          <w:rFonts w:ascii="Arial" w:hAnsi="Arial"/>
          <w:sz w:val="22"/>
        </w:rPr>
        <w:t>Absolutey. I mean, I know that when we started this podcast, for instance, you know, me and Alice I sat down and said, I think we did one recording and didn't we Alice where it was in the evening. And it was a Friday night, it was in the evening. And I spent the whole of that week because I sit in my chair all day, I sit down all day. So I get to about like, six, seven o'clock, and I really need to, like, lie down and stretch out. So the pain doesn't get  too bad. And I said to Alice, I don't think I could do like, evening. Evening podcasts. Yeah. So me and Alice worked together to make sure that it's either sort of early, early to late afternoon. And if I do have to do an evening session of a recording, we we manage it together, don't we Alice?</w:t>
      </w:r>
    </w:p>
    <w:p>
      <w:pPr>
        <w:spacing w:after="0"/>
      </w:pPr>
    </w:p>
    <w:p>
      <w:pPr>
        <w:spacing w:after="0"/>
      </w:pPr>
      <w:r>
        <w:rPr>
          <w:rFonts w:ascii="Arial" w:hAnsi="Arial"/>
          <w:b/>
          <w:sz w:val="22"/>
        </w:rPr>
        <w:t xml:space="preserve">Alice  </w:t>
      </w:r>
      <w:r>
        <w:rPr>
          <w:rFonts w:ascii="Arial" w:hAnsi="Arial"/>
          <w:color w:val="5D7284"/>
          <w:sz w:val="22"/>
        </w:rPr>
        <w:t>20:42</w:t>
      </w:r>
    </w:p>
    <w:p>
      <w:pPr>
        <w:spacing w:after="0"/>
      </w:pPr>
      <w:r>
        <w:rPr>
          <w:rFonts w:ascii="Arial" w:hAnsi="Arial"/>
          <w:sz w:val="22"/>
        </w:rPr>
        <w:t>Yeah,</w:t>
      </w:r>
    </w:p>
    <w:p>
      <w:pPr>
        <w:spacing w:after="0"/>
      </w:pPr>
    </w:p>
    <w:p>
      <w:pPr>
        <w:spacing w:after="0"/>
      </w:pPr>
      <w:r>
        <w:rPr>
          <w:rFonts w:ascii="Arial" w:hAnsi="Arial"/>
          <w:b/>
          <w:sz w:val="22"/>
        </w:rPr>
        <w:t xml:space="preserve">Emma  </w:t>
      </w:r>
      <w:r>
        <w:rPr>
          <w:rFonts w:ascii="Arial" w:hAnsi="Arial"/>
          <w:color w:val="5D7284"/>
          <w:sz w:val="22"/>
        </w:rPr>
        <w:t>20:43</w:t>
      </w:r>
    </w:p>
    <w:p>
      <w:pPr>
        <w:spacing w:after="0"/>
      </w:pPr>
      <w:r>
        <w:rPr>
          <w:rFonts w:ascii="Arial" w:hAnsi="Arial"/>
          <w:sz w:val="22"/>
        </w:rPr>
        <w:t>that's good. Yeah,</w:t>
      </w:r>
    </w:p>
    <w:p>
      <w:pPr>
        <w:spacing w:after="0"/>
      </w:pPr>
    </w:p>
    <w:p>
      <w:pPr>
        <w:spacing w:after="0"/>
      </w:pPr>
      <w:r>
        <w:rPr>
          <w:rFonts w:ascii="Arial" w:hAnsi="Arial"/>
          <w:b/>
          <w:sz w:val="22"/>
        </w:rPr>
        <w:t xml:space="preserve">Alice  </w:t>
      </w:r>
      <w:r>
        <w:rPr>
          <w:rFonts w:ascii="Arial" w:hAnsi="Arial"/>
          <w:color w:val="5D7284"/>
          <w:sz w:val="22"/>
        </w:rPr>
        <w:t>20:45</w:t>
      </w:r>
    </w:p>
    <w:p>
      <w:pPr>
        <w:spacing w:after="0"/>
      </w:pPr>
      <w:r>
        <w:rPr>
          <w:rFonts w:ascii="Arial" w:hAnsi="Arial"/>
          <w:sz w:val="22"/>
        </w:rPr>
        <w:t>I think it's interesting, you know, thinking about those sorts of those different layers as well as, and the elements of things that people don't think about, because I think we live very much in a world where people like to look at you and go, well, I know you and I understand you, and this is, I can put this label on you.</w:t>
      </w:r>
    </w:p>
    <w:p>
      <w:pPr>
        <w:spacing w:after="0"/>
      </w:pPr>
    </w:p>
    <w:p>
      <w:pPr>
        <w:spacing w:after="0"/>
      </w:pPr>
      <w:r>
        <w:rPr>
          <w:rFonts w:ascii="Arial" w:hAnsi="Arial"/>
          <w:b/>
          <w:sz w:val="22"/>
        </w:rPr>
        <w:t xml:space="preserve">Lucy  </w:t>
      </w:r>
      <w:r>
        <w:rPr>
          <w:rFonts w:ascii="Arial" w:hAnsi="Arial"/>
          <w:color w:val="5D7284"/>
          <w:sz w:val="22"/>
        </w:rPr>
        <w:t>21:08</w:t>
      </w:r>
    </w:p>
    <w:p>
      <w:pPr>
        <w:spacing w:after="0"/>
      </w:pPr>
      <w:r>
        <w:rPr>
          <w:rFonts w:ascii="Arial" w:hAnsi="Arial"/>
          <w:sz w:val="22"/>
        </w:rPr>
        <w:t>Exactly.</w:t>
      </w:r>
    </w:p>
    <w:p>
      <w:pPr>
        <w:spacing w:after="0"/>
      </w:pPr>
    </w:p>
    <w:p>
      <w:pPr>
        <w:spacing w:after="0"/>
      </w:pPr>
      <w:r>
        <w:rPr>
          <w:rFonts w:ascii="Arial" w:hAnsi="Arial"/>
          <w:b/>
          <w:sz w:val="22"/>
        </w:rPr>
        <w:t xml:space="preserve">Alice  </w:t>
      </w:r>
      <w:r>
        <w:rPr>
          <w:rFonts w:ascii="Arial" w:hAnsi="Arial"/>
          <w:color w:val="5D7284"/>
          <w:sz w:val="22"/>
        </w:rPr>
        <w:t>21:10</w:t>
      </w:r>
    </w:p>
    <w:p>
      <w:pPr>
        <w:spacing w:after="0"/>
      </w:pPr>
      <w:r>
        <w:rPr>
          <w:rFonts w:ascii="Arial" w:hAnsi="Arial"/>
          <w:sz w:val="22"/>
        </w:rPr>
        <w:t>And, and that that's perhaps one of the reasons that's there's so much difficulty around a lot of these hidden and you know, unseen disabilities, is because people can't understand you and define you. And, you know, as humans like to put one another in very clear boxes.</w:t>
      </w:r>
    </w:p>
    <w:p>
      <w:pPr>
        <w:spacing w:after="0"/>
      </w:pPr>
    </w:p>
    <w:p>
      <w:pPr>
        <w:spacing w:after="0"/>
      </w:pPr>
      <w:r>
        <w:rPr>
          <w:rFonts w:ascii="Arial" w:hAnsi="Arial"/>
          <w:b/>
          <w:sz w:val="22"/>
        </w:rPr>
        <w:t xml:space="preserve">Lucy  </w:t>
      </w:r>
      <w:r>
        <w:rPr>
          <w:rFonts w:ascii="Arial" w:hAnsi="Arial"/>
          <w:color w:val="5D7284"/>
          <w:sz w:val="22"/>
        </w:rPr>
        <w:t>21:34</w:t>
      </w:r>
    </w:p>
    <w:p>
      <w:pPr>
        <w:spacing w:after="0"/>
      </w:pPr>
      <w:r>
        <w:rPr>
          <w:rFonts w:ascii="Arial" w:hAnsi="Arial"/>
          <w:sz w:val="22"/>
        </w:rPr>
        <w:t>And everybody gets upset don't they when they can't quite put where they can't quite put their finger on you. Or they can't put you in that box. They're like, Oh, this, this doesn't make sense. This isn't the norm. And,</w:t>
      </w:r>
    </w:p>
    <w:p>
      <w:pPr>
        <w:spacing w:after="0"/>
      </w:pPr>
    </w:p>
    <w:p>
      <w:pPr>
        <w:spacing w:after="0"/>
      </w:pPr>
      <w:r>
        <w:rPr>
          <w:rFonts w:ascii="Arial" w:hAnsi="Arial"/>
          <w:b/>
          <w:sz w:val="22"/>
        </w:rPr>
        <w:t xml:space="preserve">Emma  </w:t>
      </w:r>
      <w:r>
        <w:rPr>
          <w:rFonts w:ascii="Arial" w:hAnsi="Arial"/>
          <w:color w:val="5D7284"/>
          <w:sz w:val="22"/>
        </w:rPr>
        <w:t>21:47</w:t>
      </w:r>
    </w:p>
    <w:p>
      <w:pPr>
        <w:spacing w:after="0"/>
      </w:pPr>
      <w:r>
        <w:rPr>
          <w:rFonts w:ascii="Arial" w:hAnsi="Arial"/>
          <w:sz w:val="22"/>
        </w:rPr>
        <w:t>and I think there's something like the diagnosis that I have, like paranoid schizophrenia, or schizophrenia, or whatever, whatever it is, everybody's experiences is so different. Yeah. So I think I think that's really important that you know, and everybody, if you know, everybody's recovery is different and recovery means a different thing to every person. And that's something I'm very conscious about in my work, that actually, just because someone I go on onto a ward, and someone has the same diagnosis of me, they might have a very different experience. And in fact, people have very different experiences of the mental health services that they, they sort of sort of gets and receive as well. So, you know, for example, I know that I have never been sectioned. And I think there are a number of different reasons for that, I don't think it's just because I wasn't ill enough, I think, you know, the way you interact with the way I interacted with mental health services, was probably just different from how other people have so and, you know, and I think, I think one of the things that we know, is that it's, it's, it's perhaps, you know, it might be very different for someone with my diagnosis, who is perhaps a black male, to someone like me, who's sort of quite a petite, white, female, and, you know, when I know when they came to, I mean, I, this is my perception of things it might be very different from the from the doctors and people who came to sort of came to my house once to see whether they felt I needed sectioning, or needed needed to go on a section. I sort of sort was was like, Oh, hello. Come in. And they said, you know, and they were actually, I think 1234 About four of them. Maybe more. But at least four, four people came to my house, and I sort of invited them in. And I know there were that many people because I had to sort of say to them, you know, bring a chair from the next room. So you can sit down yeah, yeah, and this sort of thing, but</w:t>
      </w:r>
    </w:p>
    <w:p>
      <w:pPr>
        <w:spacing w:after="0"/>
      </w:pPr>
    </w:p>
    <w:p>
      <w:pPr>
        <w:spacing w:after="0"/>
      </w:pPr>
      <w:r>
        <w:rPr>
          <w:rFonts w:ascii="Arial" w:hAnsi="Arial"/>
          <w:b/>
          <w:sz w:val="22"/>
        </w:rPr>
        <w:t xml:space="preserve">Alice  </w:t>
      </w:r>
      <w:r>
        <w:rPr>
          <w:rFonts w:ascii="Arial" w:hAnsi="Arial"/>
          <w:color w:val="5D7284"/>
          <w:sz w:val="22"/>
        </w:rPr>
        <w:t>21:48</w:t>
      </w:r>
    </w:p>
    <w:p>
      <w:pPr>
        <w:spacing w:after="0"/>
      </w:pPr>
      <w:r>
        <w:rPr>
          <w:rFonts w:ascii="Arial" w:hAnsi="Arial"/>
          <w:sz w:val="22"/>
        </w:rPr>
        <w:t>it sounds like you just sort of you were you were hostess and were like "can I get anybody a coffee"</w:t>
      </w:r>
    </w:p>
    <w:p>
      <w:pPr>
        <w:spacing w:after="0"/>
      </w:pPr>
    </w:p>
    <w:p>
      <w:pPr>
        <w:spacing w:after="0"/>
      </w:pPr>
      <w:r>
        <w:rPr>
          <w:rFonts w:ascii="Arial" w:hAnsi="Arial"/>
          <w:b/>
          <w:sz w:val="22"/>
        </w:rPr>
        <w:t xml:space="preserve">Emma  </w:t>
      </w:r>
      <w:r>
        <w:rPr>
          <w:rFonts w:ascii="Arial" w:hAnsi="Arial"/>
          <w:color w:val="5D7284"/>
          <w:sz w:val="22"/>
        </w:rPr>
        <w:t>24:32</w:t>
      </w:r>
    </w:p>
    <w:p>
      <w:pPr>
        <w:spacing w:after="0"/>
      </w:pPr>
      <w:r>
        <w:rPr>
          <w:rFonts w:ascii="Arial" w:hAnsi="Arial"/>
          <w:sz w:val="22"/>
        </w:rPr>
        <w:t>but not quite that but because of my personality, even though I was scared. That was how I responded and other people are more feisty. Other people have different personalities and different ways of dealing with things. But I can't they said you know, do you know why we're here? And I said, yes, you're here to check whether i need sectioning. We had a conversation I was in a bit of a state, I was in a bit of state, obviously. But I kind of talked to them a bit about what was going on for me at the time, they told me to go upstairs and get dressed, which I did. And I came down and they didn't, they didn't section me, and I kind of I still, and it might be that it was a clinical decision. And maybe maybe, that didn't need to happen at that stage. But I feel I was very very ill, or, you know, at other times, I was sort of shouting at my voices on the streets, on the buses. And, you know, around that time I was, I was, you know, at times, and in huge amounts of distress, and yet, they didn't section me, and I think I still believe part of that is because I actually was sort of amenable, I sort of didn't... Wasn't wasn't aggressive at them or anything like that. And even though I was frightened, and I didn't want to be sectioned. I, that was my way of dealing with it. Yeah. And, and, you know, I, I don't think that I was any less ill necessarily, then then, you know.</w:t>
      </w:r>
    </w:p>
    <w:p>
      <w:pPr>
        <w:spacing w:after="0"/>
      </w:pPr>
    </w:p>
    <w:p>
      <w:pPr>
        <w:spacing w:after="0"/>
      </w:pPr>
      <w:r>
        <w:rPr>
          <w:rFonts w:ascii="Arial" w:hAnsi="Arial"/>
          <w:b/>
          <w:sz w:val="22"/>
        </w:rPr>
        <w:t xml:space="preserve">Alice  </w:t>
      </w:r>
      <w:r>
        <w:rPr>
          <w:rFonts w:ascii="Arial" w:hAnsi="Arial"/>
          <w:color w:val="5D7284"/>
          <w:sz w:val="22"/>
        </w:rPr>
        <w:t>26:18</w:t>
      </w:r>
    </w:p>
    <w:p>
      <w:pPr>
        <w:spacing w:after="0"/>
      </w:pPr>
      <w:r>
        <w:rPr>
          <w:rFonts w:ascii="Arial" w:hAnsi="Arial"/>
          <w:sz w:val="22"/>
        </w:rPr>
        <w:t>So, it's, it's, a lot of it is about, you know, the perception of the outsider one of the things that, you know, you hear about tragedies, where, you know, police violence and things like that is because the police have looked at a person's actions and decided they're not, quote quote, normal. And, you know, unfortunately, that is often informed by a combination of the fact of it's not just the way the person is behaving in that moment, but it's also the other things about that person, is it a young black man? Is it a group of young men, you know, those sorts of things will impact the decisions that people professionals, in those sort of positions, particularly will make, you know, if a person has, you know, it's an autistic person who perhaps has certain behaviors, or somebody with a learning difficulty, who again, has certain behaviours, and they are a still a young, independent person of color. In certain parts of America walking down the street, you may get shocked, just just for existing, because your behaviour is not, is not in line with what they expect. And it sounds like in that situation that you just described Emma that, you know, the reason I sort of made the joke about you hosts being a hostess is that your, your behaviour was acceptable to them. And actually, that didn't wasn't necessarily reflective of the experience you were really having of your mental health.</w:t>
      </w:r>
    </w:p>
    <w:p>
      <w:pPr>
        <w:spacing w:after="0"/>
      </w:pPr>
    </w:p>
    <w:p>
      <w:pPr>
        <w:spacing w:after="0"/>
      </w:pPr>
      <w:r>
        <w:rPr>
          <w:rFonts w:ascii="Arial" w:hAnsi="Arial"/>
          <w:b/>
          <w:sz w:val="22"/>
        </w:rPr>
        <w:t xml:space="preserve">Emma  </w:t>
      </w:r>
      <w:r>
        <w:rPr>
          <w:rFonts w:ascii="Arial" w:hAnsi="Arial"/>
          <w:color w:val="5D7284"/>
          <w:sz w:val="22"/>
        </w:rPr>
        <w:t>28:05</w:t>
      </w:r>
    </w:p>
    <w:p>
      <w:pPr>
        <w:spacing w:after="0"/>
      </w:pPr>
      <w:r>
        <w:rPr>
          <w:rFonts w:ascii="Arial" w:hAnsi="Arial"/>
          <w:sz w:val="22"/>
        </w:rPr>
        <w:t>Yeah, yeah, I think that's the point, isn't it? That, you know, I'm not I'm not saying I, I wanted to be sectioned, or that I should, you know, that that necessary would have been helpful for me to be sectioned. But at that stage, I think I was, I suspect I was poorly enough. And that's just my, my sort of take on it. But I suspect I, you know, I was poorly enough that they could have, could have sectioned me at that stage. And, you know, once around that time, I remember. Because my voices were at that time, they, they, I think the shouting was a number of things. It was desperation. So it was partly hoping that someone in in the public would come up to me and say, Yes, I know what's happening and just rescue me from what was happening, because I felt like I was being abused kind of like, my head. Yeah. Well, I, you see that I didn't have insight into the fact that I actually had voices. So I actually believed that I was, at times I believed that I was being abused by these doctors who are putting voices into my head. I know that's quite a quite, I don't know whether that makes sense or not. But I felt like I was being abused. And I felt like they were making me famous. And I, you know, so part of the shouting was, was sort of almost trying to get the public to see how distressed I was, but it was also just the desperation of how difficult it was to deal with the voices. So they would, you know, I and I was in a very distressed and difficult, you know in a very distressed state myself. So I remember one day walking up this very long road that we have in in the town where I live. And, you know, I started off in town, talking to them quietly. And the more I got distressed, the more I was shouting and shouting and shouting, and I was walking up this road, and it must have gone on for, you know, it must have gone on, it must have taken me at least 45 minutes to walk up that road you know, probably longer actually. But I was shouting... I must have been shouting for quite some time. And a police officer sort of tapped me on the back and said, you know, are you okay? And I said, Yes, I'm fine and shouted at my voices. And she said, You know, I think she said something like, I'm just trying to trying to work out whether you're, you're okay, you know, and was was sort of following me a bit. And I said, Yes, I'm fine. And I do not need any assistance and carried on walking. But yeah, so I was, I probably had a few brushes with, you know, she, she actually left me and I, I, I said, I'm going home. And then the voices began to sort of quieten and down with what they were doing. And I could then go quiet. And I, but it was always what was happening internally, it was never about, you know, being aggressive to the public, or, you know, being aggressive to other people, or, you know, it was always about this internal thing that was going on. And the shouting must have been so frightening and distressing for other people. You know, I'm, I'm quite, you know, people, you know, I just think it must have been awful for people to see me and yet, you know, I'd shout in shops, and I'd go to the till, and I'd be chatting and people would be fine with me. And I just feel, you know, you know, I just feel so grateful that people people weren't sort of more sort of</w:t>
      </w:r>
    </w:p>
    <w:p>
      <w:pPr>
        <w:spacing w:after="0"/>
      </w:pPr>
    </w:p>
    <w:p>
      <w:pPr>
        <w:spacing w:after="0"/>
      </w:pPr>
      <w:r>
        <w:rPr>
          <w:rFonts w:ascii="Arial" w:hAnsi="Arial"/>
          <w:b/>
          <w:sz w:val="22"/>
        </w:rPr>
        <w:t xml:space="preserve">Lucy  </w:t>
      </w:r>
      <w:r>
        <w:rPr>
          <w:rFonts w:ascii="Arial" w:hAnsi="Arial"/>
          <w:color w:val="5D7284"/>
          <w:sz w:val="22"/>
        </w:rPr>
        <w:t>32:23</w:t>
      </w:r>
    </w:p>
    <w:p>
      <w:pPr>
        <w:spacing w:after="0"/>
      </w:pPr>
      <w:r>
        <w:rPr>
          <w:rFonts w:ascii="Arial" w:hAnsi="Arial"/>
          <w:sz w:val="22"/>
        </w:rPr>
        <w:t>wanting to like, get you dragged off with a white coat.</w:t>
      </w:r>
    </w:p>
    <w:p>
      <w:pPr>
        <w:spacing w:after="0"/>
      </w:pPr>
    </w:p>
    <w:p>
      <w:pPr>
        <w:spacing w:after="0"/>
      </w:pPr>
      <w:r>
        <w:rPr>
          <w:rFonts w:ascii="Arial" w:hAnsi="Arial"/>
          <w:b/>
          <w:sz w:val="22"/>
        </w:rPr>
        <w:t xml:space="preserve">Emma  </w:t>
      </w:r>
      <w:r>
        <w:rPr>
          <w:rFonts w:ascii="Arial" w:hAnsi="Arial"/>
          <w:color w:val="5D7284"/>
          <w:sz w:val="22"/>
        </w:rPr>
        <w:t>32:26</w:t>
      </w:r>
    </w:p>
    <w:p>
      <w:pPr>
        <w:spacing w:after="0"/>
      </w:pPr>
      <w:r>
        <w:rPr>
          <w:rFonts w:ascii="Arial" w:hAnsi="Arial"/>
          <w:sz w:val="22"/>
        </w:rPr>
        <w:t>Yeah, absolutely. I mean, people, people on the whole were, were really nice to me. So there was where I lived at the time there was there was a sort of a garage. Where, and where I, I used to go quite regularly to go shopping. It was a little, little garage and a shop. And I just remember how nice people were to me at times and other people as well. You know that? Not necessarily not necessarily people that I knew, but people who I would see quite regularly because you do you have the locals don't you.</w:t>
      </w:r>
    </w:p>
    <w:p>
      <w:pPr>
        <w:spacing w:after="0"/>
      </w:pPr>
    </w:p>
    <w:p>
      <w:pPr>
        <w:spacing w:after="0"/>
      </w:pPr>
      <w:r>
        <w:rPr>
          <w:rFonts w:ascii="Arial" w:hAnsi="Arial"/>
          <w:b/>
          <w:sz w:val="22"/>
        </w:rPr>
        <w:t xml:space="preserve">Lucy  </w:t>
      </w:r>
      <w:r>
        <w:rPr>
          <w:rFonts w:ascii="Arial" w:hAnsi="Arial"/>
          <w:color w:val="5D7284"/>
          <w:sz w:val="22"/>
        </w:rPr>
        <w:t>33:08</w:t>
      </w:r>
    </w:p>
    <w:p>
      <w:pPr>
        <w:spacing w:after="0"/>
      </w:pPr>
      <w:r>
        <w:rPr>
          <w:rFonts w:ascii="Arial" w:hAnsi="Arial"/>
          <w:sz w:val="22"/>
        </w:rPr>
        <w:t>I think I like I think kindness and a little bit of empathy is so important. You know, even if even if you are, even if somebody is going through something and you cannot imagine, for the life of you what on earth is happening in somebody's head, or to or what they're going through, I think just having that little bit of kindness and an understanding is. And I always try I mean, I'm not perfect. There are days where I have off days, of course there is, but I always try my best to be to be kind and empathetic to people because I just think, you know, we've all we've all got things going on haven't we and if somebody can just give show, like five minutes of, oh that's a nice thing to do. Well, that was kind thing to say that, you know, I will always if I see an opportunity where I can be of, you know, that little bit of a kind, empathetic person that somebody sees, I always will take that opportunity if I can, because I just think it's so important. I think, you know, ableism and all that kind of thing of, you know, well, you're wrong, you must be wrong. And you know, you bitter twisted old woman or young woman in my case, which is sometimes what I'm called on on social media and things like that, you know, when when I point out my lived experience, people will go well, that's not you know, I don't believe you, or something like that. And I just think where where is people's empathy and kindness really,</w:t>
      </w:r>
    </w:p>
    <w:p>
      <w:pPr>
        <w:spacing w:after="0"/>
      </w:pPr>
    </w:p>
    <w:p>
      <w:pPr>
        <w:spacing w:after="0"/>
      </w:pPr>
      <w:r>
        <w:rPr>
          <w:rFonts w:ascii="Arial" w:hAnsi="Arial"/>
          <w:b/>
          <w:sz w:val="22"/>
        </w:rPr>
        <w:t xml:space="preserve">Alice  </w:t>
      </w:r>
      <w:r>
        <w:rPr>
          <w:rFonts w:ascii="Arial" w:hAnsi="Arial"/>
          <w:color w:val="5D7284"/>
          <w:sz w:val="22"/>
        </w:rPr>
        <w:t>34:44</w:t>
      </w:r>
    </w:p>
    <w:p>
      <w:pPr>
        <w:spacing w:after="0"/>
      </w:pPr>
      <w:r>
        <w:rPr>
          <w:rFonts w:ascii="Arial" w:hAnsi="Arial"/>
          <w:sz w:val="22"/>
        </w:rPr>
        <w:t>and I think you just it's that it doesn't matter. It's not about a question of believing somebody, you know, if this is a person's experience, it doesn't have to be some that you understand. It doesn't have to be something you can relate to. Neither Lucy or I have experiences of, you know, the mental health issue that Emmas had. And yet, it's not difficult for us to listen. And if we were to see her distressed or something to go, are you alright? Is there anything we can do, even though we cannot really comprehend it? And I think, you know, that's similar to what you were saying really Emma, about your experiences when you go into hospital wards and things like that is, you know, you may be working with people with the same diagnosis as you, but you know, that their experience is likely to be very different, because everybody's an individual, and, your role is to, you know, just to understand and listen.</w:t>
      </w:r>
    </w:p>
    <w:p>
      <w:pPr>
        <w:spacing w:after="0"/>
      </w:pPr>
    </w:p>
    <w:p>
      <w:pPr>
        <w:spacing w:after="0"/>
      </w:pPr>
      <w:r>
        <w:rPr>
          <w:rFonts w:ascii="Arial" w:hAnsi="Arial"/>
          <w:b/>
          <w:sz w:val="22"/>
        </w:rPr>
        <w:t xml:space="preserve">Emma  </w:t>
      </w:r>
      <w:r>
        <w:rPr>
          <w:rFonts w:ascii="Arial" w:hAnsi="Arial"/>
          <w:color w:val="5D7284"/>
          <w:sz w:val="22"/>
        </w:rPr>
        <w:t>35:45</w:t>
      </w:r>
    </w:p>
    <w:p>
      <w:pPr>
        <w:spacing w:after="0"/>
      </w:pPr>
      <w:r>
        <w:rPr>
          <w:rFonts w:ascii="Arial" w:hAnsi="Arial"/>
          <w:sz w:val="22"/>
        </w:rPr>
        <w:t>Absolutely. You know, I, I think in that way, often in my work anyway, the diagnosis isn't important. The what's important is the person that you have in front of you, and what, what, what's going on for them and what they want to say, and that's what advocacy is all about, isn't it? You know, it's about people re you know, having having their voice heard. And people people having their rights upheld, obviously, as well, but people being heard, when they're in the most difficult circumstances, and it's not important what, what I what I feel or think about, about what's happening, it's, it's really important that people are heard.</w:t>
      </w:r>
    </w:p>
    <w:p>
      <w:pPr>
        <w:spacing w:after="0"/>
      </w:pPr>
    </w:p>
    <w:p>
      <w:pPr>
        <w:spacing w:after="0"/>
      </w:pPr>
      <w:r>
        <w:rPr>
          <w:rFonts w:ascii="Arial" w:hAnsi="Arial"/>
          <w:b/>
          <w:sz w:val="22"/>
        </w:rPr>
        <w:t xml:space="preserve">Lucy  </w:t>
      </w:r>
      <w:r>
        <w:rPr>
          <w:rFonts w:ascii="Arial" w:hAnsi="Arial"/>
          <w:color w:val="5D7284"/>
          <w:sz w:val="22"/>
        </w:rPr>
        <w:t>36:39</w:t>
      </w:r>
    </w:p>
    <w:p>
      <w:pPr>
        <w:spacing w:after="0"/>
      </w:pPr>
      <w:r>
        <w:rPr>
          <w:rFonts w:ascii="Arial" w:hAnsi="Arial"/>
          <w:sz w:val="22"/>
        </w:rPr>
        <w:t>Yeah, do you think Emma, your lived experiences of what you've gone through, sort of gives you a more rounded understanding of what the person on a ward might be going through, as well, so it kind of makes you a bit, you know, you know, how to, sort of with a bit of, of kind, you know, like, we were saying about the kindness thing, because you've got an understanding. And whilst you know, your condition is not the same for everybody you got, you kind of can understand the fundament fundamentals of how scared that person is feeling.</w:t>
      </w:r>
    </w:p>
    <w:p>
      <w:pPr>
        <w:spacing w:after="0"/>
      </w:pPr>
    </w:p>
    <w:p>
      <w:pPr>
        <w:spacing w:after="0"/>
      </w:pPr>
      <w:r>
        <w:rPr>
          <w:rFonts w:ascii="Arial" w:hAnsi="Arial"/>
          <w:b/>
          <w:sz w:val="22"/>
        </w:rPr>
        <w:t xml:space="preserve">Alice  </w:t>
      </w:r>
      <w:r>
        <w:rPr>
          <w:rFonts w:ascii="Arial" w:hAnsi="Arial"/>
          <w:color w:val="5D7284"/>
          <w:sz w:val="22"/>
        </w:rPr>
        <w:t>37:14</w:t>
      </w:r>
    </w:p>
    <w:p>
      <w:pPr>
        <w:spacing w:after="0"/>
      </w:pPr>
      <w:r>
        <w:rPr>
          <w:rFonts w:ascii="Arial" w:hAnsi="Arial"/>
          <w:sz w:val="22"/>
        </w:rPr>
        <w:t>I think it must be really valuable to have somebody who's actually experienced being in that situation, being on a ward, a mental health Ward, you know, to have somebody like that supporting you when you're in that position. Because I mean, particularly, you know, from my own hospital experiences and stuff, you feel as though you're surrounded by clinicians, or you have, you know, your family are outsiders who were allowed in to visit you. So having somebody who can, you know, who even you know, I'm sure you're not disclosing to every single one of your clients, but having somebody who does have that, that real, you know, step beyond an empathy and into an insight, I think that's probably really valuable, you probably have valuable insights to give.</w:t>
      </w:r>
    </w:p>
    <w:p>
      <w:pPr>
        <w:spacing w:after="0"/>
      </w:pPr>
    </w:p>
    <w:p>
      <w:pPr>
        <w:spacing w:after="0"/>
      </w:pPr>
      <w:r>
        <w:rPr>
          <w:rFonts w:ascii="Arial" w:hAnsi="Arial"/>
          <w:b/>
          <w:sz w:val="22"/>
        </w:rPr>
        <w:t xml:space="preserve">Emma  </w:t>
      </w:r>
      <w:r>
        <w:rPr>
          <w:rFonts w:ascii="Arial" w:hAnsi="Arial"/>
          <w:color w:val="5D7284"/>
          <w:sz w:val="22"/>
        </w:rPr>
        <w:t>38:08</w:t>
      </w:r>
    </w:p>
    <w:p>
      <w:pPr>
        <w:spacing w:after="0"/>
      </w:pPr>
      <w:r>
        <w:rPr>
          <w:rFonts w:ascii="Arial" w:hAnsi="Arial"/>
          <w:sz w:val="22"/>
        </w:rPr>
        <w:t>Yeah, I mean, I, I think, I think that's probably true, actually. You know, and I do understand how scary it is, and how, how scared people, you know, that, that the hospital environment is often quite scary in itself. And then you have the illness on top of that, and then you have the fact that you're not in your own home environment, and you're not, you're not around people that you know, and people might be scared of taking, taking the medication that the, that they're that they're being prescribed, and, or for whatever reason, they might not be taking that medication, and then you know, that it comes to sort of injections and everybody's experience is different, obviously. And that's, that's not not everybody's experience, and it wasn't mine, fortunately, you know, I think I would have been absolutely terrified of, if so, you know, if people were restraining me and giving me injections for, you know, they might be doing it for particular reasons, but I think I would have been, I would have been, you know, so terrified in that in that circumstance. So yes, I think, I think having had that experience does and I can think of a specific sort of thing. So a specific example of that is that I think I alluded to this earlier. But when I was ill for the first time, I was able to tell people what was happening more easily, but When I was ill when I was ill, for those first two times, it was easier. I was a child, you know, and it felt easier just to tell people what was going on in my head. For the, for the, when I was last ill, there were all sorts of reasons why I wasn't telling people for a start, I had two children. And I was desperately trying to look after them, despite, despite what was happening for me and despite my distress, and my own difficulties, you know, what was going on for me, so I was desperately wanting to look after them. And, you know, and I, I was aware of this, you know, if I told people that, you know, some of the things that were going on in my head, that the people would go, well, you're, you're, you're, you're absolutely so ill, or they would, they would kind of not tell me that what was really happening or, or whatever, whatever it was. And that's sort of really, what, before I got poorly, that time I was working in drug and alcohol. And one of the things that often happens when people perhaps drinking or using drugs, is that they will minimize their experience. And it really made me recognise, and it's not that I was judgmental about that before, but it really made me recognise why people might do that. And, you know, the whole experience and why that's so so important for people to sort of, sometimes minimise or, or even deny what what's happening, sometimes themselves and sometimes to it to other people. So, you know, that's just a sort of a conscious example of how you can kind of relate your experience to what other people are doing. But I think there's a whole load a whole, you know, whole load of unconscious stuff that goes on as well. That That means that your experiences relate to other people's and sometimes it's other people like, like you say, Alice, sometimes, you know, like you say, you can you can kind of empathize with my experience, I think I think that's that's the case, isn't it that, you know, any kind of, you know, experience, so, you know, difficult experiences like that, you can, you can relate that to other people, and it doesn't have to be, you just relate it to other people dont you</w:t>
      </w:r>
    </w:p>
    <w:p>
      <w:pPr>
        <w:spacing w:after="0"/>
      </w:pPr>
    </w:p>
    <w:p>
      <w:pPr>
        <w:spacing w:after="0"/>
      </w:pPr>
      <w:r>
        <w:rPr>
          <w:rFonts w:ascii="Arial" w:hAnsi="Arial"/>
          <w:b/>
          <w:sz w:val="22"/>
        </w:rPr>
        <w:t xml:space="preserve">Alice  </w:t>
      </w:r>
      <w:r>
        <w:rPr>
          <w:rFonts w:ascii="Arial" w:hAnsi="Arial"/>
          <w:color w:val="5D7284"/>
          <w:sz w:val="22"/>
        </w:rPr>
        <w:t>42:55</w:t>
      </w:r>
    </w:p>
    <w:p>
      <w:pPr>
        <w:spacing w:after="0"/>
      </w:pPr>
      <w:r>
        <w:rPr>
          <w:rFonts w:ascii="Arial" w:hAnsi="Arial"/>
          <w:sz w:val="22"/>
        </w:rPr>
        <w:t>Yeahvit's, you don't have to have the exact cookie cutter experience of the other person to be able to imagine put yourself in their shoes, and think about how you might feel, in that situation, apply your experience of similar situations. Yeah,</w:t>
      </w:r>
    </w:p>
    <w:p>
      <w:pPr>
        <w:spacing w:after="0"/>
      </w:pPr>
    </w:p>
    <w:p>
      <w:pPr>
        <w:spacing w:after="0"/>
      </w:pPr>
      <w:r>
        <w:rPr>
          <w:rFonts w:ascii="Arial" w:hAnsi="Arial"/>
          <w:b/>
          <w:sz w:val="22"/>
        </w:rPr>
        <w:t xml:space="preserve">Lucy  </w:t>
      </w:r>
      <w:r>
        <w:rPr>
          <w:rFonts w:ascii="Arial" w:hAnsi="Arial"/>
          <w:color w:val="5D7284"/>
          <w:sz w:val="22"/>
        </w:rPr>
        <w:t>43:12</w:t>
      </w:r>
    </w:p>
    <w:p>
      <w:pPr>
        <w:spacing w:after="0"/>
      </w:pPr>
      <w:r>
        <w:rPr>
          <w:rFonts w:ascii="Arial" w:hAnsi="Arial"/>
          <w:sz w:val="22"/>
        </w:rPr>
        <w:t>I am, you know, when I when I've spoken to people, friends of mine, who are perhaps going through difficult, difficult periods in their life. And, you know, they talk to me about what what is bothering them, or, you know, you know, just to be a listening ear, I think is helpful. And when, you know, when I sort of try and offer a bit of comfort and a bit of support, I relate back to my own experiences as a, as a disabled person. And sometimes, you know, they'll they'll say things to me, like, Oh, I really shouldn't complain, or, you know, things like that. And I say, No, no, no, I'm not, I'm after sympathy. I'm trying to offer empathy. Because I think it's, I think, because I'm maybe it's because we are seen as society, you know, society sees us as different. And I think, if you know, and we've all I think our struggles to society are a lot more prevalent. And I think that but I think having having those struggles as a disabled person, for me, anyway, it kind of it does make me more of an empathetic person do you know what i mean?</w:t>
      </w:r>
    </w:p>
    <w:p>
      <w:pPr>
        <w:spacing w:after="0"/>
      </w:pPr>
    </w:p>
    <w:p>
      <w:pPr>
        <w:spacing w:after="0"/>
      </w:pPr>
      <w:r>
        <w:rPr>
          <w:rFonts w:ascii="Arial" w:hAnsi="Arial"/>
          <w:b/>
          <w:sz w:val="22"/>
        </w:rPr>
        <w:t xml:space="preserve">Alice  </w:t>
      </w:r>
      <w:r>
        <w:rPr>
          <w:rFonts w:ascii="Arial" w:hAnsi="Arial"/>
          <w:color w:val="5D7284"/>
          <w:sz w:val="22"/>
        </w:rPr>
        <w:t>44:32</w:t>
      </w:r>
    </w:p>
    <w:p>
      <w:pPr>
        <w:spacing w:after="0"/>
      </w:pPr>
      <w:r>
        <w:rPr>
          <w:rFonts w:ascii="Arial" w:hAnsi="Arial"/>
          <w:sz w:val="22"/>
        </w:rPr>
        <w:t>think it's about how you think about situations and how you relate to other people, though, as you were talking, I was thinking about everybody has had those days or that incident where they've been really, really looking forward to doing something and then they've been struck down by a cold or they've had really terrible period cramps or, you know, whatever it is that babysitters dropped out at the last minute, whatever it is, that means that they can't do the thing that they were really looking forward to doing. That experience is, you know, directly relatable to say if Lucy was looking forward to go into a gig, and she turned up and there was no ramp access.</w:t>
      </w:r>
    </w:p>
    <w:p>
      <w:pPr>
        <w:spacing w:after="0"/>
      </w:pPr>
    </w:p>
    <w:p>
      <w:pPr>
        <w:spacing w:after="0"/>
      </w:pPr>
      <w:r>
        <w:rPr>
          <w:rFonts w:ascii="Arial" w:hAnsi="Arial"/>
          <w:b/>
          <w:sz w:val="22"/>
        </w:rPr>
        <w:t xml:space="preserve">Lucy  </w:t>
      </w:r>
      <w:r>
        <w:rPr>
          <w:rFonts w:ascii="Arial" w:hAnsi="Arial"/>
          <w:color w:val="5D7284"/>
          <w:sz w:val="22"/>
        </w:rPr>
        <w:t>45:17</w:t>
      </w:r>
    </w:p>
    <w:p>
      <w:pPr>
        <w:spacing w:after="0"/>
      </w:pPr>
      <w:r>
        <w:rPr>
          <w:rFonts w:ascii="Arial" w:hAnsi="Arial"/>
          <w:sz w:val="22"/>
        </w:rPr>
        <w:t>Yeah, it's happened before. Yeah,</w:t>
      </w:r>
    </w:p>
    <w:p>
      <w:pPr>
        <w:spacing w:after="0"/>
      </w:pPr>
    </w:p>
    <w:p>
      <w:pPr>
        <w:spacing w:after="0"/>
      </w:pPr>
      <w:r>
        <w:rPr>
          <w:rFonts w:ascii="Arial" w:hAnsi="Arial"/>
          <w:b/>
          <w:sz w:val="22"/>
        </w:rPr>
        <w:t xml:space="preserve">Alice  </w:t>
      </w:r>
      <w:r>
        <w:rPr>
          <w:rFonts w:ascii="Arial" w:hAnsi="Arial"/>
          <w:color w:val="5D7284"/>
          <w:sz w:val="22"/>
        </w:rPr>
        <w:t>45:20</w:t>
      </w:r>
    </w:p>
    <w:p>
      <w:pPr>
        <w:spacing w:after="0"/>
      </w:pPr>
      <w:r>
        <w:rPr>
          <w:rFonts w:ascii="Arial" w:hAnsi="Arial"/>
          <w:sz w:val="22"/>
        </w:rPr>
        <w:t>exactly. And it's the same sort of principle, it's just think about how you felt in that moment. And it sort of project it onto this person's experience. And of course, everybody's experience is different, is different. And because we are layered individuals, you know, our experiences are informed by other elements of our kind of personality. But I don't think it's a big ask to tell people, you know, to use to just stretch their brain a little bit and think about their experiences.</w:t>
      </w:r>
    </w:p>
    <w:p>
      <w:pPr>
        <w:spacing w:after="0"/>
      </w:pPr>
    </w:p>
    <w:p>
      <w:pPr>
        <w:spacing w:after="0"/>
      </w:pPr>
      <w:r>
        <w:rPr>
          <w:rFonts w:ascii="Arial" w:hAnsi="Arial"/>
          <w:b/>
          <w:sz w:val="22"/>
        </w:rPr>
        <w:t xml:space="preserve">Lucy  </w:t>
      </w:r>
      <w:r>
        <w:rPr>
          <w:rFonts w:ascii="Arial" w:hAnsi="Arial"/>
          <w:color w:val="5D7284"/>
          <w:sz w:val="22"/>
        </w:rPr>
        <w:t>45:58</w:t>
      </w:r>
    </w:p>
    <w:p>
      <w:pPr>
        <w:spacing w:after="0"/>
      </w:pPr>
      <w:r>
        <w:rPr>
          <w:rFonts w:ascii="Arial" w:hAnsi="Arial"/>
          <w:sz w:val="22"/>
        </w:rPr>
        <w:t>Exactly. It's the fundamentals of care, the fundamentals of kindness are exactly the same. No matter who you are, or what you've been through, you know, that. I mean, and sometimes it's very difficult to see the Fundamentals of Caring, and kindness and things like that, because of the society we live in. We're all at each other's throats over something or other. But I think to be a decent human, but you know, being a decent human being, it's really not that hard. Is it? Really not that hard?</w:t>
      </w:r>
    </w:p>
    <w:p>
      <w:pPr>
        <w:spacing w:after="0"/>
      </w:pPr>
    </w:p>
    <w:p>
      <w:pPr>
        <w:spacing w:after="0"/>
      </w:pPr>
      <w:r>
        <w:rPr>
          <w:rFonts w:ascii="Arial" w:hAnsi="Arial"/>
          <w:b/>
          <w:sz w:val="22"/>
        </w:rPr>
        <w:t xml:space="preserve">Emma  </w:t>
      </w:r>
      <w:r>
        <w:rPr>
          <w:rFonts w:ascii="Arial" w:hAnsi="Arial"/>
          <w:color w:val="5D7284"/>
          <w:sz w:val="22"/>
        </w:rPr>
        <w:t>46:33</w:t>
      </w:r>
    </w:p>
    <w:p>
      <w:pPr>
        <w:spacing w:after="0"/>
      </w:pPr>
      <w:r>
        <w:rPr>
          <w:rFonts w:ascii="Arial" w:hAnsi="Arial"/>
          <w:sz w:val="22"/>
        </w:rPr>
        <w:t>Yeah, I mean, I think that's true. I think, I think sometimes sometimes where people don't understand or people perhaps can't see past, what's happening, I think often that's about fear. And I think I think, you know, seeing someone in distress or seeing someone who looks different, or is behaving differently from how, how you would I mean, it comes with, you know, that, that, that often that can be about fear, you know, that, that they're not like me, or they're doing something that is scaring me.</w:t>
      </w:r>
    </w:p>
    <w:p>
      <w:pPr>
        <w:spacing w:after="0"/>
      </w:pPr>
    </w:p>
    <w:p>
      <w:pPr>
        <w:spacing w:after="0"/>
      </w:pPr>
      <w:r>
        <w:rPr>
          <w:rFonts w:ascii="Arial" w:hAnsi="Arial"/>
          <w:b/>
          <w:sz w:val="22"/>
        </w:rPr>
        <w:t xml:space="preserve">Lucy  </w:t>
      </w:r>
      <w:r>
        <w:rPr>
          <w:rFonts w:ascii="Arial" w:hAnsi="Arial"/>
          <w:color w:val="5D7284"/>
          <w:sz w:val="22"/>
        </w:rPr>
        <w:t>47:21</w:t>
      </w:r>
    </w:p>
    <w:p>
      <w:pPr>
        <w:spacing w:after="0"/>
      </w:pPr>
      <w:r>
        <w:rPr>
          <w:rFonts w:ascii="Arial" w:hAnsi="Arial"/>
          <w:sz w:val="22"/>
        </w:rPr>
        <w:t>Yeah. And I think I think in the first instance, if somebody is doing something that is, is different, and is, is scaring that person, then that person who is sort of witnessing that is thinking, Am I Am I safe? Do you know what I mean? Yeah, yeah, it's a safety thing. And it's, and then that makes him with the fear. They just think, no, no, I don't know what to do. I just leave it i'll be the one who walks past and ignores that person.</w:t>
      </w:r>
    </w:p>
    <w:p>
      <w:pPr>
        <w:spacing w:after="0"/>
      </w:pPr>
    </w:p>
    <w:p>
      <w:pPr>
        <w:spacing w:after="0"/>
      </w:pPr>
      <w:r>
        <w:rPr>
          <w:rFonts w:ascii="Arial" w:hAnsi="Arial"/>
          <w:b/>
          <w:sz w:val="22"/>
        </w:rPr>
        <w:t xml:space="preserve">Alice  </w:t>
      </w:r>
      <w:r>
        <w:rPr>
          <w:rFonts w:ascii="Arial" w:hAnsi="Arial"/>
          <w:color w:val="5D7284"/>
          <w:sz w:val="22"/>
        </w:rPr>
        <w:t>47:52</w:t>
      </w:r>
    </w:p>
    <w:p>
      <w:pPr>
        <w:spacing w:after="0"/>
      </w:pPr>
      <w:r>
        <w:rPr>
          <w:rFonts w:ascii="Arial" w:hAnsi="Arial"/>
          <w:sz w:val="22"/>
        </w:rPr>
        <w:t>And I think it's, it's interesting to kind of link it interfere because one of the things that you said Mr. At the very beginning of the show was when you talked about what you feel, may have kind of triggered your, your mental health issues is that, you know, you you were faced with something that you weren't ready for something that scared you. And it it triggered something in your brain. And in in you, that was your reaction to that and that's that's what you know, that's that's what caused your also did you feel was was the trigger for your paranoid schizophrenia. And so, you know, in again, trying to sort of look back to trying to put ourselves in other people's shoes is we we can't necessarily control our, our fear reaction. And what happens to us when we're scared. But I you know, there is a big difference between your fear reaction triggering a mental health issue and your fear reaction triggering you kind of battening down the hatches and going no, you know, it's all about putting me in mind first and not, you know, opening the doors for others</w:t>
      </w:r>
    </w:p>
    <w:p>
      <w:pPr>
        <w:spacing w:after="0"/>
      </w:pPr>
    </w:p>
    <w:p>
      <w:pPr>
        <w:spacing w:after="0"/>
      </w:pPr>
      <w:r>
        <w:rPr>
          <w:rFonts w:ascii="Arial" w:hAnsi="Arial"/>
          <w:b/>
          <w:sz w:val="22"/>
        </w:rPr>
        <w:t xml:space="preserve">Lucy  </w:t>
      </w:r>
      <w:r>
        <w:rPr>
          <w:rFonts w:ascii="Arial" w:hAnsi="Arial"/>
          <w:color w:val="5D7284"/>
          <w:sz w:val="22"/>
        </w:rPr>
        <w:t>49:17</w:t>
      </w:r>
    </w:p>
    <w:p>
      <w:pPr>
        <w:spacing w:after="0"/>
      </w:pPr>
      <w:r>
        <w:rPr>
          <w:rFonts w:ascii="Arial" w:hAnsi="Arial"/>
          <w:sz w:val="22"/>
        </w:rPr>
        <w:t>or staring and you know, gorping and making that other person feel weird in you know, that kind of thing. Because there are times where I I see people staring at me, and I know it's because they are either trying to work me out or something. And I feel like walking past them and going, boo. Because you just think well, like, I just want to make you aware that you are standing with your mouth open looking at me. And you know, I don't know it's coming from a place of they don't quite understand anything, but there are days where I just feel like walking them going, boo.</w:t>
      </w:r>
    </w:p>
    <w:p>
      <w:pPr>
        <w:spacing w:after="0"/>
      </w:pPr>
    </w:p>
    <w:p>
      <w:pPr>
        <w:spacing w:after="0"/>
      </w:pPr>
      <w:r>
        <w:rPr>
          <w:rFonts w:ascii="Arial" w:hAnsi="Arial"/>
          <w:b/>
          <w:sz w:val="22"/>
        </w:rPr>
        <w:t xml:space="preserve">Emma  </w:t>
      </w:r>
      <w:r>
        <w:rPr>
          <w:rFonts w:ascii="Arial" w:hAnsi="Arial"/>
          <w:color w:val="5D7284"/>
          <w:sz w:val="22"/>
        </w:rPr>
        <w:t>49:57</w:t>
      </w:r>
    </w:p>
    <w:p>
      <w:pPr>
        <w:spacing w:after="0"/>
      </w:pPr>
      <w:r>
        <w:rPr>
          <w:rFonts w:ascii="Arial" w:hAnsi="Arial"/>
          <w:sz w:val="22"/>
        </w:rPr>
        <w:t>I think that's that's a very restrained reaction. And I think it's a good one as well. Lucy.</w:t>
      </w:r>
    </w:p>
    <w:p>
      <w:pPr>
        <w:spacing w:after="0"/>
      </w:pPr>
    </w:p>
    <w:p>
      <w:pPr>
        <w:spacing w:after="0"/>
      </w:pPr>
      <w:r>
        <w:rPr>
          <w:rFonts w:ascii="Arial" w:hAnsi="Arial"/>
          <w:b/>
          <w:sz w:val="22"/>
        </w:rPr>
        <w:t xml:space="preserve">Lucy  </w:t>
      </w:r>
      <w:r>
        <w:rPr>
          <w:rFonts w:ascii="Arial" w:hAnsi="Arial"/>
          <w:color w:val="5D7284"/>
          <w:sz w:val="22"/>
        </w:rPr>
        <w:t>50:02</w:t>
      </w:r>
    </w:p>
    <w:p>
      <w:pPr>
        <w:spacing w:after="0"/>
      </w:pPr>
      <w:r>
        <w:rPr>
          <w:rFonts w:ascii="Arial" w:hAnsi="Arial"/>
          <w:sz w:val="22"/>
        </w:rPr>
        <w:t>Yeah. All right, wave at them. And then they really kind of grabs them a bit. They go, Oh, was I staring. I'm terribly sorry Yeah, yes.</w:t>
      </w:r>
    </w:p>
    <w:p>
      <w:pPr>
        <w:spacing w:after="0"/>
      </w:pPr>
    </w:p>
    <w:p>
      <w:pPr>
        <w:spacing w:after="0"/>
      </w:pPr>
      <w:r>
        <w:rPr>
          <w:rFonts w:ascii="Arial" w:hAnsi="Arial"/>
          <w:b/>
          <w:sz w:val="22"/>
        </w:rPr>
        <w:t xml:space="preserve">Emma  </w:t>
      </w:r>
      <w:r>
        <w:rPr>
          <w:rFonts w:ascii="Arial" w:hAnsi="Arial"/>
          <w:color w:val="5D7284"/>
          <w:sz w:val="22"/>
        </w:rPr>
        <w:t>50:14</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50:15</w:t>
      </w:r>
    </w:p>
    <w:p>
      <w:pPr>
        <w:spacing w:after="0"/>
      </w:pPr>
      <w:r>
        <w:rPr>
          <w:rFonts w:ascii="Arial" w:hAnsi="Arial"/>
          <w:sz w:val="22"/>
        </w:rPr>
        <w:t>So it's better than my reaction, which would probably be take a fucking photo it'll last longer.</w:t>
      </w:r>
    </w:p>
    <w:p>
      <w:pPr>
        <w:spacing w:after="0"/>
      </w:pPr>
    </w:p>
    <w:p>
      <w:pPr>
        <w:spacing w:after="0"/>
      </w:pPr>
      <w:r>
        <w:rPr>
          <w:rFonts w:ascii="Arial" w:hAnsi="Arial"/>
          <w:b/>
          <w:sz w:val="22"/>
        </w:rPr>
        <w:t xml:space="preserve">Lucy  </w:t>
      </w:r>
      <w:r>
        <w:rPr>
          <w:rFonts w:ascii="Arial" w:hAnsi="Arial"/>
          <w:color w:val="5D7284"/>
          <w:sz w:val="22"/>
        </w:rPr>
        <w:t>50:22</w:t>
      </w:r>
    </w:p>
    <w:p>
      <w:pPr>
        <w:spacing w:after="0"/>
      </w:pPr>
      <w:r>
        <w:rPr>
          <w:rFonts w:ascii="Arial" w:hAnsi="Arial"/>
          <w:sz w:val="22"/>
        </w:rPr>
        <w:t>I am calming you down a bit, I think Alice aren't I. I think I'm having a positive reaction.</w:t>
      </w:r>
    </w:p>
    <w:p>
      <w:pPr>
        <w:spacing w:after="0"/>
      </w:pPr>
    </w:p>
    <w:p>
      <w:pPr>
        <w:spacing w:after="0"/>
      </w:pPr>
      <w:r>
        <w:rPr>
          <w:rFonts w:ascii="Arial" w:hAnsi="Arial"/>
          <w:b/>
          <w:sz w:val="22"/>
        </w:rPr>
        <w:t xml:space="preserve">Alice  </w:t>
      </w:r>
      <w:r>
        <w:rPr>
          <w:rFonts w:ascii="Arial" w:hAnsi="Arial"/>
          <w:color w:val="5D7284"/>
          <w:sz w:val="22"/>
        </w:rPr>
        <w:t>50:30</w:t>
      </w:r>
    </w:p>
    <w:p>
      <w:pPr>
        <w:spacing w:after="0"/>
      </w:pPr>
      <w:r>
        <w:rPr>
          <w:rFonts w:ascii="Arial" w:hAnsi="Arial"/>
          <w:sz w:val="22"/>
        </w:rPr>
        <w:t>So you've taught quite a lot in in this episode, we've used a lot of words, like section and hospitalisation, which I think perhaps some of the people listening out there who don't have the the professional knowledge or the kind of lived experience that you do Emma of that mental health system might be unfamiliar with, I wondered if you felt up to just telling us a little bit about sort of what that that process is, and what that can mean for people who do have mental health conditions and issues.</w:t>
      </w:r>
    </w:p>
    <w:p>
      <w:pPr>
        <w:spacing w:after="0"/>
      </w:pPr>
    </w:p>
    <w:p>
      <w:pPr>
        <w:spacing w:after="0"/>
      </w:pPr>
      <w:r>
        <w:rPr>
          <w:rFonts w:ascii="Arial" w:hAnsi="Arial"/>
          <w:b/>
          <w:sz w:val="22"/>
        </w:rPr>
        <w:t xml:space="preserve">Emma  </w:t>
      </w:r>
      <w:r>
        <w:rPr>
          <w:rFonts w:ascii="Arial" w:hAnsi="Arial"/>
          <w:color w:val="5D7284"/>
          <w:sz w:val="22"/>
        </w:rPr>
        <w:t>51:07</w:t>
      </w:r>
    </w:p>
    <w:p>
      <w:pPr>
        <w:spacing w:after="0"/>
      </w:pPr>
      <w:r>
        <w:rPr>
          <w:rFonts w:ascii="Arial" w:hAnsi="Arial"/>
          <w:sz w:val="22"/>
        </w:rPr>
        <w:t>Erm I can, I can definitely have a go. I, I apologise if I get any facts wrong.</w:t>
      </w:r>
    </w:p>
    <w:p>
      <w:pPr>
        <w:spacing w:after="0"/>
      </w:pPr>
    </w:p>
    <w:p>
      <w:pPr>
        <w:spacing w:after="0"/>
      </w:pPr>
      <w:r>
        <w:rPr>
          <w:rFonts w:ascii="Arial" w:hAnsi="Arial"/>
          <w:b/>
          <w:sz w:val="22"/>
        </w:rPr>
        <w:t xml:space="preserve">Alice  </w:t>
      </w:r>
      <w:r>
        <w:rPr>
          <w:rFonts w:ascii="Arial" w:hAnsi="Arial"/>
          <w:color w:val="5D7284"/>
          <w:sz w:val="22"/>
        </w:rPr>
        <w:t>51:18</w:t>
      </w:r>
    </w:p>
    <w:p>
      <w:pPr>
        <w:spacing w:after="0"/>
      </w:pPr>
      <w:r>
        <w:rPr>
          <w:rFonts w:ascii="Arial" w:hAnsi="Arial"/>
          <w:sz w:val="22"/>
        </w:rPr>
        <w:t>Sorry i've put you on the spot a little bit.</w:t>
      </w:r>
    </w:p>
    <w:p>
      <w:pPr>
        <w:spacing w:after="0"/>
      </w:pPr>
    </w:p>
    <w:p>
      <w:pPr>
        <w:spacing w:after="0"/>
      </w:pPr>
      <w:r>
        <w:rPr>
          <w:rFonts w:ascii="Arial" w:hAnsi="Arial"/>
          <w:b/>
          <w:sz w:val="22"/>
        </w:rPr>
        <w:t xml:space="preserve">Emma  </w:t>
      </w:r>
      <w:r>
        <w:rPr>
          <w:rFonts w:ascii="Arial" w:hAnsi="Arial"/>
          <w:color w:val="5D7284"/>
          <w:sz w:val="22"/>
        </w:rPr>
        <w:t>51:20</w:t>
      </w:r>
    </w:p>
    <w:p>
      <w:pPr>
        <w:spacing w:after="0"/>
      </w:pPr>
      <w:r>
        <w:rPr>
          <w:rFonts w:ascii="Arial" w:hAnsi="Arial"/>
          <w:sz w:val="22"/>
        </w:rPr>
        <w:t>That's okay. I think normally, when when people well basically means that you if if the professionals involved decide that you need to be senctioned, or go on a section, it's because they have decided that you need to be detained in hospital. And often it's, it's, you know, if someone is going into hospital, and they're quite happy to go into a psychiatric or mental health hospital, then they they won't put this section on you unless... But basically, it's the the criteria, as I understand it, is that you are a danger to yourself or others and need to be sectioned for therapeutic reasons. And you have to have well, you know, you have to have some kind of diagnosis, I believe as well. There are different sections, the main ones are section two, and people who go on to a section two, it's to do with, it's usually people who either haven't been involved in the mental health, hospital treatment for a very long time. So they're not known to mental health services in the way that some people are. And they need to be assessed to see, you know, either for a diagnosis or to see what treatment is going to be helpful for them. That section, the section two lasts for four weeks. And you have the first 14 days in order to be able to appeal to tribunal, if you if you wish to do that. And that's where we come in often that we can support people with those tribunals. That's one of the things that we do a section three lasts initially for six months, and this is a treatment section. And usually that usually people if people if you're not discharged during the section two or if you're not discharged, once the section two is over, often people will go on to a section three, so it can last up to six months initially, but it is up to six months, you know, a lot of people might go onto a section three, and it doesn't last that long. For some people, unfortunately, it might last for that long, and then it can be renewed. And it can be renewed for up to a year before it's it gets renewed again. But for the vast majority of people, I believe that that you know that sort those sort of lengths of time. You wouldn't normally be in hospital for that length of time and and, you know, you'd hope that clinicians would be wanting to sort of discharge you from hospital as soon as as soon as absolutely possible, really because I think for particularly Some people the hospital environment isn't isn't always the most therapeutic place for them. Really,</w:t>
      </w:r>
    </w:p>
    <w:p>
      <w:pPr>
        <w:spacing w:after="0"/>
      </w:pPr>
    </w:p>
    <w:p>
      <w:pPr>
        <w:spacing w:after="0"/>
      </w:pPr>
      <w:r>
        <w:rPr>
          <w:rFonts w:ascii="Arial" w:hAnsi="Arial"/>
          <w:b/>
          <w:sz w:val="22"/>
        </w:rPr>
        <w:t xml:space="preserve">Alice  </w:t>
      </w:r>
      <w:r>
        <w:rPr>
          <w:rFonts w:ascii="Arial" w:hAnsi="Arial"/>
          <w:color w:val="5D7284"/>
          <w:sz w:val="22"/>
        </w:rPr>
        <w:t>55:07</w:t>
      </w:r>
    </w:p>
    <w:p>
      <w:pPr>
        <w:spacing w:after="0"/>
      </w:pPr>
      <w:r>
        <w:rPr>
          <w:rFonts w:ascii="Arial" w:hAnsi="Arial"/>
          <w:sz w:val="22"/>
        </w:rPr>
        <w:t>I think that that's one of the big misconceptions that people have about people who have experiences of, of your mental health issues like yours, Emma, is that people are locked up in hospitals, in padded rooms in straight jackets, but actually, you know, the purpose of the section process is to try and limit how long people are in hospital. Because actually, we know that people are happier and more well, when they're at home when they're in familiar environments. And that people with diagnoses such as schizophrenia and paranoid schizophrenia, can be active contributing members of society in their local community. You know, and keeping a person in hospital is not necessarily the right choice for everybody.</w:t>
      </w:r>
    </w:p>
    <w:p>
      <w:pPr>
        <w:spacing w:after="0"/>
      </w:pPr>
    </w:p>
    <w:p>
      <w:pPr>
        <w:spacing w:after="0"/>
      </w:pPr>
      <w:r>
        <w:rPr>
          <w:rFonts w:ascii="Arial" w:hAnsi="Arial"/>
          <w:b/>
          <w:sz w:val="22"/>
        </w:rPr>
        <w:t xml:space="preserve">Lucy  </w:t>
      </w:r>
      <w:r>
        <w:rPr>
          <w:rFonts w:ascii="Arial" w:hAnsi="Arial"/>
          <w:color w:val="5D7284"/>
          <w:sz w:val="22"/>
        </w:rPr>
        <w:t>56:08</w:t>
      </w:r>
    </w:p>
    <w:p>
      <w:pPr>
        <w:spacing w:after="0"/>
      </w:pPr>
      <w:r>
        <w:rPr>
          <w:rFonts w:ascii="Arial" w:hAnsi="Arial"/>
          <w:sz w:val="22"/>
        </w:rPr>
        <w:t>Well, hospitals at any level aren't they really are distressing enough for anybody. So, you know, if you've got, if you've got mental health issues, I can't imagine how much more stressful and disconcerting, it must be for them. So yeah, I can completely understand that, you know, people are happier and more comfortable in an environment where they they know, you know, that they're familiar with, and are surrounded by people that they know, that must be so much of a comcfort.</w:t>
      </w:r>
    </w:p>
    <w:p>
      <w:pPr>
        <w:spacing w:after="0"/>
      </w:pPr>
    </w:p>
    <w:p>
      <w:pPr>
        <w:spacing w:after="0"/>
      </w:pPr>
      <w:r>
        <w:rPr>
          <w:rFonts w:ascii="Arial" w:hAnsi="Arial"/>
          <w:b/>
          <w:sz w:val="22"/>
        </w:rPr>
        <w:t xml:space="preserve">Emma  </w:t>
      </w:r>
      <w:r>
        <w:rPr>
          <w:rFonts w:ascii="Arial" w:hAnsi="Arial"/>
          <w:color w:val="5D7284"/>
          <w:sz w:val="22"/>
        </w:rPr>
        <w:t>56:44</w:t>
      </w:r>
    </w:p>
    <w:p>
      <w:pPr>
        <w:spacing w:after="0"/>
      </w:pPr>
      <w:r>
        <w:rPr>
          <w:rFonts w:ascii="Arial" w:hAnsi="Arial"/>
          <w:sz w:val="22"/>
        </w:rPr>
        <w:t>I think that's so true. Lucy, you know, that for in any circumstances, the hospital environment is often it's not relaxing, it's, it's worrying. You spend lots of time waiting, I think, for things to happen. And waiting for, you know, like, I know, when I was in hospital with waiting, waiting, you know, I haven't been in hospital for physical, re, you know, physical ailments very much. But when I was in hospital with my second child, I was I had to, I had preeclampsia. And I had to have bedrest and all these sorts of things. And, and, you know, you do spend a lot of time just waiting for things to happen, don't you? And and, you know, and that they're not the most they're often noisy, very bright. You know,</w:t>
      </w:r>
    </w:p>
    <w:p>
      <w:pPr>
        <w:spacing w:after="0"/>
      </w:pPr>
    </w:p>
    <w:p>
      <w:pPr>
        <w:spacing w:after="0"/>
      </w:pPr>
      <w:r>
        <w:rPr>
          <w:rFonts w:ascii="Arial" w:hAnsi="Arial"/>
          <w:b/>
          <w:sz w:val="22"/>
        </w:rPr>
        <w:t xml:space="preserve">Lucy  </w:t>
      </w:r>
      <w:r>
        <w:rPr>
          <w:rFonts w:ascii="Arial" w:hAnsi="Arial"/>
          <w:color w:val="5D7284"/>
          <w:sz w:val="22"/>
        </w:rPr>
        <w:t>57:55</w:t>
      </w:r>
    </w:p>
    <w:p>
      <w:pPr>
        <w:spacing w:after="0"/>
      </w:pPr>
      <w:r>
        <w:rPr>
          <w:rFonts w:ascii="Arial" w:hAnsi="Arial"/>
          <w:sz w:val="22"/>
        </w:rPr>
        <w:t>they're not the most, it's not like, oh, no, no,</w:t>
      </w:r>
    </w:p>
    <w:p>
      <w:pPr>
        <w:spacing w:after="0"/>
      </w:pPr>
    </w:p>
    <w:p>
      <w:pPr>
        <w:spacing w:after="0"/>
      </w:pPr>
      <w:r>
        <w:rPr>
          <w:rFonts w:ascii="Arial" w:hAnsi="Arial"/>
          <w:b/>
          <w:sz w:val="22"/>
        </w:rPr>
        <w:t xml:space="preserve">Emma  </w:t>
      </w:r>
      <w:r>
        <w:rPr>
          <w:rFonts w:ascii="Arial" w:hAnsi="Arial"/>
          <w:color w:val="5D7284"/>
          <w:sz w:val="22"/>
        </w:rPr>
        <w:t>57:59</w:t>
      </w:r>
    </w:p>
    <w:p>
      <w:pPr>
        <w:spacing w:after="0"/>
      </w:pPr>
      <w:r>
        <w:rPr>
          <w:rFonts w:ascii="Arial" w:hAnsi="Arial"/>
          <w:sz w:val="22"/>
        </w:rPr>
        <w:t>no, you know, I'm sent down for an x ray, and you're sat in a corridor for, for long periods of time waiting to waiting to go into your, your seat, and one of</w:t>
      </w:r>
    </w:p>
    <w:p>
      <w:pPr>
        <w:spacing w:after="0"/>
      </w:pPr>
    </w:p>
    <w:p>
      <w:pPr>
        <w:spacing w:after="0"/>
      </w:pPr>
      <w:r>
        <w:rPr>
          <w:rFonts w:ascii="Arial" w:hAnsi="Arial"/>
          <w:b/>
          <w:sz w:val="22"/>
        </w:rPr>
        <w:t xml:space="preserve">Alice  </w:t>
      </w:r>
      <w:r>
        <w:rPr>
          <w:rFonts w:ascii="Arial" w:hAnsi="Arial"/>
          <w:color w:val="5D7284"/>
          <w:sz w:val="22"/>
        </w:rPr>
        <w:t>58:10</w:t>
      </w:r>
    </w:p>
    <w:p>
      <w:pPr>
        <w:spacing w:after="0"/>
      </w:pPr>
      <w:r>
        <w:rPr>
          <w:rFonts w:ascii="Arial" w:hAnsi="Arial"/>
          <w:sz w:val="22"/>
        </w:rPr>
        <w:t>those breezy backless gowns.</w:t>
      </w:r>
    </w:p>
    <w:p>
      <w:pPr>
        <w:spacing w:after="0"/>
      </w:pPr>
    </w:p>
    <w:p>
      <w:pPr>
        <w:spacing w:after="0"/>
      </w:pPr>
      <w:r>
        <w:rPr>
          <w:rFonts w:ascii="Arial" w:hAnsi="Arial"/>
          <w:b/>
          <w:sz w:val="22"/>
        </w:rPr>
        <w:t xml:space="preserve">Emma  </w:t>
      </w:r>
      <w:r>
        <w:rPr>
          <w:rFonts w:ascii="Arial" w:hAnsi="Arial"/>
          <w:color w:val="5D7284"/>
          <w:sz w:val="22"/>
        </w:rPr>
        <w:t>58:14</w:t>
      </w:r>
    </w:p>
    <w:p>
      <w:pPr>
        <w:spacing w:after="0"/>
      </w:pPr>
      <w:r>
        <w:rPr>
          <w:rFonts w:ascii="Arial" w:hAnsi="Arial"/>
          <w:sz w:val="22"/>
        </w:rPr>
        <w:t>Absolutely.</w:t>
      </w:r>
    </w:p>
    <w:p>
      <w:pPr>
        <w:spacing w:after="0"/>
      </w:pPr>
    </w:p>
    <w:p>
      <w:pPr>
        <w:spacing w:after="0"/>
      </w:pPr>
      <w:r>
        <w:rPr>
          <w:rFonts w:ascii="Arial" w:hAnsi="Arial"/>
          <w:b/>
          <w:sz w:val="22"/>
        </w:rPr>
        <w:t xml:space="preserve">Lucy  </w:t>
      </w:r>
      <w:r>
        <w:rPr>
          <w:rFonts w:ascii="Arial" w:hAnsi="Arial"/>
          <w:color w:val="5D7284"/>
          <w:sz w:val="22"/>
        </w:rPr>
        <w:t>58:16</w:t>
      </w:r>
    </w:p>
    <w:p>
      <w:pPr>
        <w:spacing w:after="0"/>
      </w:pPr>
      <w:r>
        <w:rPr>
          <w:rFonts w:ascii="Arial" w:hAnsi="Arial"/>
          <w:sz w:val="22"/>
        </w:rPr>
        <w:t>Me when, whenever, whenever I go to hospital, whether it's for physiotherapy or for when I went in for my kidney stone treatment, they see me and in my wheelchair with my cerebral palsy, and you can bet your bottom dollar nine times out of 10, they will bring at least three medical students in and say, Oh, this just Lucy, and I'm thinking Hi, hello, hello, hello. And then they've got all my medical notes. And you think that I mean, that in itself, for me is very, I would say distressing. distressing is not the right word. But it's almost like it's like another uncomfortable barrier. You're already in this hospital with bright lights, and smells that are horrible, and can often be triggering, and then you've got people that come in to have a look at you. One what I can remember one medical student said to me once your disability is fascinating, and I thought you don't live with it mate do you know what i mean it gets pretty boring after the first, you know, hour or two waking up with it again. But yeah, so you know, I think on any level hospitals are just not very nice places. And I think that we should be allowed to go for a spa to a spa for a week after you've been to hospital just to sort of recuperate properly.</w:t>
      </w:r>
    </w:p>
    <w:p>
      <w:pPr>
        <w:spacing w:after="0"/>
      </w:pPr>
    </w:p>
    <w:p>
      <w:pPr>
        <w:spacing w:after="0"/>
      </w:pPr>
      <w:r>
        <w:rPr>
          <w:rFonts w:ascii="Arial" w:hAnsi="Arial"/>
          <w:b/>
          <w:sz w:val="22"/>
        </w:rPr>
        <w:t xml:space="preserve">Alice  </w:t>
      </w:r>
      <w:r>
        <w:rPr>
          <w:rFonts w:ascii="Arial" w:hAnsi="Arial"/>
          <w:color w:val="5D7284"/>
          <w:sz w:val="22"/>
        </w:rPr>
        <w:t>59:40</w:t>
      </w:r>
    </w:p>
    <w:p>
      <w:pPr>
        <w:spacing w:after="0"/>
      </w:pPr>
      <w:r>
        <w:rPr>
          <w:rFonts w:ascii="Arial" w:hAnsi="Arial"/>
          <w:sz w:val="22"/>
        </w:rPr>
        <w:t>I don't think the NHS can fund that.</w:t>
      </w:r>
    </w:p>
    <w:p>
      <w:pPr>
        <w:spacing w:after="0"/>
      </w:pPr>
    </w:p>
    <w:p>
      <w:pPr>
        <w:spacing w:after="0"/>
      </w:pPr>
      <w:r>
        <w:rPr>
          <w:rFonts w:ascii="Arial" w:hAnsi="Arial"/>
          <w:b/>
          <w:sz w:val="22"/>
        </w:rPr>
        <w:t xml:space="preserve">Emma  </w:t>
      </w:r>
      <w:r>
        <w:rPr>
          <w:rFonts w:ascii="Arial" w:hAnsi="Arial"/>
          <w:color w:val="5D7284"/>
          <w:sz w:val="22"/>
        </w:rPr>
        <w:t>59:44</w:t>
      </w:r>
    </w:p>
    <w:p>
      <w:pPr>
        <w:spacing w:after="0"/>
      </w:pPr>
      <w:r>
        <w:rPr>
          <w:rFonts w:ascii="Arial" w:hAnsi="Arial"/>
          <w:sz w:val="22"/>
        </w:rPr>
        <w:t>No, but it would be nice. It would be nice. Yeah, yeah. recovery time after having been in in that that situation.</w:t>
      </w:r>
    </w:p>
    <w:p>
      <w:pPr>
        <w:spacing w:after="0"/>
      </w:pPr>
    </w:p>
    <w:p>
      <w:pPr>
        <w:spacing w:after="0"/>
      </w:pPr>
      <w:r>
        <w:rPr>
          <w:rFonts w:ascii="Arial" w:hAnsi="Arial"/>
          <w:b/>
          <w:sz w:val="22"/>
        </w:rPr>
        <w:t xml:space="preserve">Lucy  </w:t>
      </w:r>
      <w:r>
        <w:rPr>
          <w:rFonts w:ascii="Arial" w:hAnsi="Arial"/>
          <w:color w:val="5D7284"/>
          <w:sz w:val="22"/>
        </w:rPr>
        <w:t>59:56</w:t>
      </w:r>
    </w:p>
    <w:p>
      <w:pPr>
        <w:spacing w:after="0"/>
      </w:pPr>
      <w:r>
        <w:rPr>
          <w:rFonts w:ascii="Arial" w:hAnsi="Arial"/>
          <w:sz w:val="22"/>
        </w:rPr>
        <w:t>It's a bit like going on holiday isn't it  you always feel like you need a holiday to get over the holiday. That same sort of like, Oh, I'm exhausted.</w:t>
      </w:r>
    </w:p>
    <w:p>
      <w:pPr>
        <w:spacing w:after="0"/>
      </w:pPr>
    </w:p>
    <w:p>
      <w:pPr>
        <w:spacing w:after="0"/>
      </w:pPr>
      <w:r>
        <w:rPr>
          <w:rFonts w:ascii="Arial" w:hAnsi="Arial"/>
          <w:b/>
          <w:sz w:val="22"/>
        </w:rPr>
        <w:t xml:space="preserve">Emma  </w:t>
      </w:r>
      <w:r>
        <w:rPr>
          <w:rFonts w:ascii="Arial" w:hAnsi="Arial"/>
          <w:color w:val="5D7284"/>
          <w:sz w:val="22"/>
        </w:rPr>
        <w:t>1:00:06</w:t>
      </w:r>
    </w:p>
    <w:p>
      <w:pPr>
        <w:spacing w:after="0"/>
      </w:pPr>
      <w:r>
        <w:rPr>
          <w:rFonts w:ascii="Arial" w:hAnsi="Arial"/>
          <w:sz w:val="22"/>
        </w:rPr>
        <w:t>Yeah. Yeah, I, I agree I don't think hospitals are the most therapeutic environments to be in. And often, you know that there have been times when I've been working with someone, and they've said, you know, all they all that all that seems to be happening is I'm getting medication, I've asked the nurses about that. And they've said, Well, that's the only therapy that we actually have here. And I know that's not the case in every every single sort of ward or psychiatrics hospital. But, you know, you you, you would expect that there's more more involved in people's treatment than simply, you know, medication and obviously, people are kind, you know, you get you get a lot of nurturing from nurses, hopefully, and that sort of thing. Or you that's, that's what you'd hope on a good psychiatric ward that you'd you'd you'd get that really, but you know, yeah, I just think it's very interesting. Yeah.</w:t>
      </w:r>
    </w:p>
    <w:p>
      <w:pPr>
        <w:spacing w:after="0"/>
      </w:pPr>
    </w:p>
    <w:p>
      <w:pPr>
        <w:spacing w:after="0"/>
      </w:pPr>
      <w:r>
        <w:rPr>
          <w:rFonts w:ascii="Arial" w:hAnsi="Arial"/>
          <w:b/>
          <w:sz w:val="22"/>
        </w:rPr>
        <w:t xml:space="preserve">Alice  </w:t>
      </w:r>
      <w:r>
        <w:rPr>
          <w:rFonts w:ascii="Arial" w:hAnsi="Arial"/>
          <w:color w:val="5D7284"/>
          <w:sz w:val="22"/>
        </w:rPr>
        <w:t>1:01:19</w:t>
      </w:r>
    </w:p>
    <w:p>
      <w:pPr>
        <w:spacing w:after="0"/>
      </w:pPr>
      <w:r>
        <w:rPr>
          <w:rFonts w:ascii="Arial" w:hAnsi="Arial"/>
          <w:sz w:val="22"/>
        </w:rPr>
        <w:t>Yeah, I agree with you Emma. And I think, you know, the fact that what we're doing with some people with, you know, mental health issues, from what sort of extrapolating directly from what you said there is that we are taking some people out of their homes and their families and yes, it's because they may pose a risk to themselves or others, and we're locking them away for up to four weeks, and medicating them. And, you know, that's, that's what we're doing with them for four weeks. So it doesn't actually sound like we're addressing the issue, we're not exploring with that person, what's triggered this, we're not looking at what we can put in place to keep them safe or keep their family safe, so that they can return home. We're just locking them away for a while. And, you know, what's, what's the plan after that is okay, well, you know, you're on this medication now go out in the world, see how you get on? It doesn't seem like a, a, a therapy. You know,</w:t>
      </w:r>
    </w:p>
    <w:p>
      <w:pPr>
        <w:spacing w:after="0"/>
      </w:pPr>
    </w:p>
    <w:p>
      <w:pPr>
        <w:spacing w:after="0"/>
      </w:pPr>
      <w:r>
        <w:rPr>
          <w:rFonts w:ascii="Arial" w:hAnsi="Arial"/>
          <w:b/>
          <w:sz w:val="22"/>
        </w:rPr>
        <w:t xml:space="preserve">Lucy  </w:t>
      </w:r>
      <w:r>
        <w:rPr>
          <w:rFonts w:ascii="Arial" w:hAnsi="Arial"/>
          <w:color w:val="5D7284"/>
          <w:sz w:val="22"/>
        </w:rPr>
        <w:t>1:02:24</w:t>
      </w:r>
    </w:p>
    <w:p>
      <w:pPr>
        <w:spacing w:after="0"/>
      </w:pPr>
      <w:r>
        <w:rPr>
          <w:rFonts w:ascii="Arial" w:hAnsi="Arial"/>
          <w:sz w:val="22"/>
        </w:rPr>
        <w:t>it's, it feels like a sticking plaster does it sometimes?</w:t>
      </w:r>
    </w:p>
    <w:p>
      <w:pPr>
        <w:spacing w:after="0"/>
      </w:pPr>
    </w:p>
    <w:p>
      <w:pPr>
        <w:spacing w:after="0"/>
      </w:pPr>
      <w:r>
        <w:rPr>
          <w:rFonts w:ascii="Arial" w:hAnsi="Arial"/>
          <w:b/>
          <w:sz w:val="22"/>
        </w:rPr>
        <w:t xml:space="preserve">Alice  </w:t>
      </w:r>
      <w:r>
        <w:rPr>
          <w:rFonts w:ascii="Arial" w:hAnsi="Arial"/>
          <w:color w:val="5D7284"/>
          <w:sz w:val="22"/>
        </w:rPr>
        <w:t>1:02:28</w:t>
      </w:r>
    </w:p>
    <w:p>
      <w:pPr>
        <w:spacing w:after="0"/>
      </w:pPr>
      <w:r>
        <w:rPr>
          <w:rFonts w:ascii="Arial" w:hAnsi="Arial"/>
          <w:sz w:val="22"/>
        </w:rPr>
        <w:t>Sounds like it? Yeah,</w:t>
      </w:r>
    </w:p>
    <w:p>
      <w:pPr>
        <w:spacing w:after="0"/>
      </w:pPr>
    </w:p>
    <w:p>
      <w:pPr>
        <w:spacing w:after="0"/>
      </w:pPr>
      <w:r>
        <w:rPr>
          <w:rFonts w:ascii="Arial" w:hAnsi="Arial"/>
          <w:b/>
          <w:sz w:val="22"/>
        </w:rPr>
        <w:t xml:space="preserve">Emma  </w:t>
      </w:r>
      <w:r>
        <w:rPr>
          <w:rFonts w:ascii="Arial" w:hAnsi="Arial"/>
          <w:color w:val="5D7284"/>
          <w:sz w:val="22"/>
        </w:rPr>
        <w:t>1:02:30</w:t>
      </w:r>
    </w:p>
    <w:p>
      <w:pPr>
        <w:spacing w:after="0"/>
      </w:pPr>
      <w:r>
        <w:rPr>
          <w:rFonts w:ascii="Arial" w:hAnsi="Arial"/>
          <w:sz w:val="22"/>
        </w:rPr>
        <w:t>I mean, I think I think there is more therapy available in terms of talking treatments and those kinds of things, then then when I first for example, was poorly back in back in the 80s. So quite some time ago now, I guess, although the 80s does seem to me to be just around the corner. I think often, often, often your teenage years feel like that, don't they? Yeah, they were just round the corner and actually no that's a long time ago now. But yeah, what I was where I was going, is that, but I think it's often in the community, there are often very long waiting lists for things, they're often very long waiting. And I think also, there, there is a very, still very  hierarchical, within, within mental health services that the the consultant is at the top and then, you know, various people are sort of sort of sort of in line after that, really, that it's still very, hierarchical. And it's often the consultants that are sort of controlling the medication and that side of things. So, yeah, yeah.</w:t>
      </w:r>
    </w:p>
    <w:p>
      <w:pPr>
        <w:spacing w:after="0"/>
      </w:pPr>
    </w:p>
    <w:p>
      <w:pPr>
        <w:spacing w:after="0"/>
      </w:pPr>
      <w:r>
        <w:rPr>
          <w:rFonts w:ascii="Arial" w:hAnsi="Arial"/>
          <w:b/>
          <w:sz w:val="22"/>
        </w:rPr>
        <w:t xml:space="preserve">Alice  </w:t>
      </w:r>
      <w:r>
        <w:rPr>
          <w:rFonts w:ascii="Arial" w:hAnsi="Arial"/>
          <w:color w:val="5D7284"/>
          <w:sz w:val="22"/>
        </w:rPr>
        <w:t>1:03:49</w:t>
      </w:r>
    </w:p>
    <w:p>
      <w:pPr>
        <w:spacing w:after="0"/>
      </w:pPr>
      <w:r>
        <w:rPr>
          <w:rFonts w:ascii="Arial" w:hAnsi="Arial"/>
          <w:sz w:val="22"/>
        </w:rPr>
        <w:t>And I think, you know, the problem with those kind of waiting lists and things like that, as well is that people are prioritised by their level of risk. So you know, you're, you're in a, on a hospital ward, because you're considered to be a direct risk to yourself or others. But actually, if there had been an intervention six months ago, maybe, you know, you would never have had to have that hospital stay. Maybe your mental health would not have proceeded to where it is, and you're now you know, needing to be medicated and sectioned.</w:t>
      </w:r>
    </w:p>
    <w:p>
      <w:pPr>
        <w:spacing w:after="0"/>
      </w:pPr>
    </w:p>
    <w:p>
      <w:pPr>
        <w:spacing w:after="0"/>
      </w:pPr>
      <w:r>
        <w:rPr>
          <w:rFonts w:ascii="Arial" w:hAnsi="Arial"/>
          <w:b/>
          <w:sz w:val="22"/>
        </w:rPr>
        <w:t xml:space="preserve">Emma  </w:t>
      </w:r>
      <w:r>
        <w:rPr>
          <w:rFonts w:ascii="Arial" w:hAnsi="Arial"/>
          <w:color w:val="5D7284"/>
          <w:sz w:val="22"/>
        </w:rPr>
        <w:t>1:04:26</w:t>
      </w:r>
    </w:p>
    <w:p>
      <w:pPr>
        <w:spacing w:after="0"/>
      </w:pPr>
      <w:r>
        <w:rPr>
          <w:rFonts w:ascii="Arial" w:hAnsi="Arial"/>
          <w:sz w:val="22"/>
        </w:rPr>
        <w:t>Yeah. Yeah. I think I think that's, that's bang on Alice, you know, that the, you know, often often early interventions would would sort of make a big difference to whether someone ends up in hospital or not. But, yeah,</w:t>
      </w:r>
    </w:p>
    <w:p>
      <w:pPr>
        <w:spacing w:after="0"/>
      </w:pPr>
    </w:p>
    <w:p>
      <w:pPr>
        <w:spacing w:after="0"/>
      </w:pPr>
      <w:r>
        <w:rPr>
          <w:rFonts w:ascii="Arial" w:hAnsi="Arial"/>
          <w:b/>
          <w:sz w:val="22"/>
        </w:rPr>
        <w:t xml:space="preserve">Alice  </w:t>
      </w:r>
      <w:r>
        <w:rPr>
          <w:rFonts w:ascii="Arial" w:hAnsi="Arial"/>
          <w:color w:val="5D7284"/>
          <w:sz w:val="22"/>
        </w:rPr>
        <w:t>1:04:45</w:t>
      </w:r>
    </w:p>
    <w:p>
      <w:pPr>
        <w:spacing w:after="0"/>
      </w:pPr>
      <w:r>
        <w:rPr>
          <w:rFonts w:ascii="Arial" w:hAnsi="Arial"/>
          <w:sz w:val="22"/>
        </w:rPr>
        <w:t>but I think it's also you know, let's not put the kind of all the blame on on the system here because actually, it sounds like you know, from your experience later in life, when you You know, I had your your second, third experience of psychosis, that you, you know, you were displaying a lot of these behaviours. But actually, as you said, because you were trying to, you know, care for your children and stay with your children, maybe you weren't seeking the help immediately.</w:t>
      </w:r>
    </w:p>
    <w:p>
      <w:pPr>
        <w:spacing w:after="0"/>
      </w:pPr>
    </w:p>
    <w:p>
      <w:pPr>
        <w:spacing w:after="0"/>
      </w:pPr>
      <w:r>
        <w:rPr>
          <w:rFonts w:ascii="Arial" w:hAnsi="Arial"/>
          <w:b/>
          <w:sz w:val="22"/>
        </w:rPr>
        <w:t xml:space="preserve">Emma  </w:t>
      </w:r>
      <w:r>
        <w:rPr>
          <w:rFonts w:ascii="Arial" w:hAnsi="Arial"/>
          <w:color w:val="5D7284"/>
          <w:sz w:val="22"/>
        </w:rPr>
        <w:t>1:05:20</w:t>
      </w:r>
    </w:p>
    <w:p>
      <w:pPr>
        <w:spacing w:after="0"/>
      </w:pPr>
      <w:r>
        <w:rPr>
          <w:rFonts w:ascii="Arial" w:hAnsi="Arial"/>
          <w:sz w:val="22"/>
        </w:rPr>
        <w:t>Yeah. And I, I do think I do think that the, the I, I was very quickly in a position where I didn't have insight. So they always say, don't have insight. I know, some people perhaps perhaps don't really like that phrase, but I, I didn't really realise that I was poorly. So I didn't, I didn't, I wasn't in a position to sort of seek help. So what I was doing instead was was sort of believing the voices. And at different stages, I would believe that I was I was being abused by the voices by by what was happening. So, you know, at certain times, you know, I would engage with the mental health services to some extent, but I was definitely sort of writing letters to the to the consultant saying, you know, I don't think I need to come and see you, actually, because as you know, I'm not poorly, you know, you know, so I was, I was very much, you know, it was, I have to admit it, it must have been difficult to know how to support me. On the other hand, I wasn't, I wasn't completely sort of pushing everybody away. So, you know, I think there could have been more done in the community to support me, but but perhaps, you know, as is, as I think we've said, resources and waiting lists are very long resources are very stretched. And you know, but the other thing I was going to say about that is one of the things I was doing when I was very poorly was that I was because I believed very, very sincerely that me and my children were being abused in this situation, I would phone the police instead of phoning the mental health services, I was actually phoning the police because I was, you know, a crime was being committed in my view. And I was, I was so frightened as I mean, I wouldn't have normally badger the police in that way, you know, that that's not something I would normally normally do. But that was definitely something that I did fairly regularly, when I was really, really in the depths of being poorly and say to them, you know, this is what's happening. I'm being abused. I have this and they they, on the whole, the people that I spoke to were, were really very patient considering, you know, they would tell me, you know, that that, I needed to go to mental health services that it wasn't, it wasn't them, but they, they they were actually considering what I was doing, were actually on the whole very, very good.</w:t>
      </w:r>
    </w:p>
    <w:p>
      <w:pPr>
        <w:spacing w:after="0"/>
      </w:pPr>
    </w:p>
    <w:p>
      <w:pPr>
        <w:spacing w:after="0"/>
      </w:pPr>
      <w:r>
        <w:rPr>
          <w:rFonts w:ascii="Arial" w:hAnsi="Arial"/>
          <w:b/>
          <w:sz w:val="22"/>
        </w:rPr>
        <w:t xml:space="preserve">Alice  </w:t>
      </w:r>
      <w:r>
        <w:rPr>
          <w:rFonts w:ascii="Arial" w:hAnsi="Arial"/>
          <w:color w:val="5D7284"/>
          <w:sz w:val="22"/>
        </w:rPr>
        <w:t>1:08:25</w:t>
      </w:r>
    </w:p>
    <w:p>
      <w:pPr>
        <w:spacing w:after="0"/>
      </w:pPr>
      <w:r>
        <w:rPr>
          <w:rFonts w:ascii="Arial" w:hAnsi="Arial"/>
          <w:sz w:val="22"/>
        </w:rPr>
        <w:t>Well, and I think that that's important, because it that reaction is important, because it shows that if you were calling the police is because you were desperate, and then dealing with that appropriately, you know, is, I think really important, you shouldn't particularly police off, you know, people in that kind of profession shouldn't be dismissing people in mental health crisis, because, you know, people don't call the police lightly.</w:t>
      </w:r>
    </w:p>
    <w:p>
      <w:pPr>
        <w:spacing w:after="0"/>
      </w:pPr>
    </w:p>
    <w:p>
      <w:pPr>
        <w:spacing w:after="0"/>
      </w:pPr>
      <w:r>
        <w:rPr>
          <w:rFonts w:ascii="Arial" w:hAnsi="Arial"/>
          <w:b/>
          <w:sz w:val="22"/>
        </w:rPr>
        <w:t xml:space="preserve">Lucy  </w:t>
      </w:r>
      <w:r>
        <w:rPr>
          <w:rFonts w:ascii="Arial" w:hAnsi="Arial"/>
          <w:color w:val="5D7284"/>
          <w:sz w:val="22"/>
        </w:rPr>
        <w:t>1:08:53</w:t>
      </w:r>
    </w:p>
    <w:p>
      <w:pPr>
        <w:spacing w:after="0"/>
      </w:pPr>
      <w:r>
        <w:rPr>
          <w:rFonts w:ascii="Arial" w:hAnsi="Arial"/>
          <w:sz w:val="22"/>
        </w:rPr>
        <w:t>No,</w:t>
      </w:r>
    </w:p>
    <w:p>
      <w:pPr>
        <w:spacing w:after="0"/>
      </w:pPr>
    </w:p>
    <w:p>
      <w:pPr>
        <w:spacing w:after="0"/>
      </w:pPr>
      <w:r>
        <w:rPr>
          <w:rFonts w:ascii="Arial" w:hAnsi="Arial"/>
          <w:b/>
          <w:sz w:val="22"/>
        </w:rPr>
        <w:t xml:space="preserve">Emma  </w:t>
      </w:r>
      <w:r>
        <w:rPr>
          <w:rFonts w:ascii="Arial" w:hAnsi="Arial"/>
          <w:color w:val="5D7284"/>
          <w:sz w:val="22"/>
        </w:rPr>
        <w:t>1:08:54</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1:08:56</w:t>
      </w:r>
    </w:p>
    <w:p>
      <w:pPr>
        <w:spacing w:after="0"/>
      </w:pPr>
      <w:r>
        <w:rPr>
          <w:rFonts w:ascii="Arial" w:hAnsi="Arial"/>
          <w:sz w:val="22"/>
        </w:rPr>
        <w:t>you know, you, especially a mother, who's perhaps worried about her children isn't going to be getting people like the police involved unless she thinks it's going to help.</w:t>
      </w:r>
    </w:p>
    <w:p>
      <w:pPr>
        <w:spacing w:after="0"/>
      </w:pPr>
    </w:p>
    <w:p>
      <w:pPr>
        <w:spacing w:after="0"/>
      </w:pPr>
      <w:r>
        <w:rPr>
          <w:rFonts w:ascii="Arial" w:hAnsi="Arial"/>
          <w:b/>
          <w:sz w:val="22"/>
        </w:rPr>
        <w:t xml:space="preserve">Emma  </w:t>
      </w:r>
      <w:r>
        <w:rPr>
          <w:rFonts w:ascii="Arial" w:hAnsi="Arial"/>
          <w:color w:val="5D7284"/>
          <w:sz w:val="22"/>
        </w:rPr>
        <w:t>1:09:06</w:t>
      </w:r>
    </w:p>
    <w:p>
      <w:pPr>
        <w:spacing w:after="0"/>
      </w:pPr>
      <w:r>
        <w:rPr>
          <w:rFonts w:ascii="Arial" w:hAnsi="Arial"/>
          <w:sz w:val="22"/>
        </w:rPr>
        <w:t>Yeah, I mean, I, I was absolutely desperate, and I was desperate about my children. I was desperate about what was happening. You know, I was I was really desperate. And, you know, that was that was act of desperation that that I was doing and, and, you know, that's what you do in desperate circumstances. You know, if you think you're being being abused in some way that is is is is some, you know, if you put it on the other other look at it the other way if, if anybody who feels that they are being abused</w:t>
      </w:r>
    </w:p>
    <w:p>
      <w:pPr>
        <w:spacing w:after="0"/>
      </w:pPr>
    </w:p>
    <w:p>
      <w:pPr>
        <w:spacing w:after="0"/>
      </w:pPr>
      <w:r>
        <w:rPr>
          <w:rFonts w:ascii="Arial" w:hAnsi="Arial"/>
          <w:b/>
          <w:sz w:val="22"/>
        </w:rPr>
        <w:t xml:space="preserve">Lucy  </w:t>
      </w:r>
      <w:r>
        <w:rPr>
          <w:rFonts w:ascii="Arial" w:hAnsi="Arial"/>
          <w:color w:val="5D7284"/>
          <w:sz w:val="22"/>
        </w:rPr>
        <w:t>1:09:49</w:t>
      </w:r>
    </w:p>
    <w:p>
      <w:pPr>
        <w:spacing w:after="0"/>
      </w:pPr>
      <w:r>
        <w:rPr>
          <w:rFonts w:ascii="Arial" w:hAnsi="Arial"/>
          <w:sz w:val="22"/>
        </w:rPr>
        <w:t xml:space="preserve">Would would ordinarily ring the police, wouldn't they? </w:t>
      </w:r>
    </w:p>
    <w:p>
      <w:pPr>
        <w:spacing w:after="0"/>
      </w:pPr>
    </w:p>
    <w:p>
      <w:pPr>
        <w:spacing w:after="0"/>
      </w:pPr>
      <w:r>
        <w:rPr>
          <w:rFonts w:ascii="Arial" w:hAnsi="Arial"/>
          <w:b/>
          <w:sz w:val="22"/>
        </w:rPr>
        <w:t xml:space="preserve">Emma  </w:t>
      </w:r>
      <w:r>
        <w:rPr>
          <w:rFonts w:ascii="Arial" w:hAnsi="Arial"/>
          <w:color w:val="5D7284"/>
          <w:sz w:val="22"/>
        </w:rPr>
        <w:t>1:09:51</w:t>
      </w:r>
    </w:p>
    <w:p>
      <w:pPr>
        <w:spacing w:after="0"/>
      </w:pPr>
      <w:r>
        <w:rPr>
          <w:rFonts w:ascii="Arial" w:hAnsi="Arial"/>
          <w:sz w:val="22"/>
        </w:rPr>
        <w:t>Absolutely. And and and they would be would be feeling pretty desperate. Yeah. Yeah.</w:t>
      </w:r>
    </w:p>
    <w:p>
      <w:pPr>
        <w:spacing w:after="0"/>
      </w:pPr>
    </w:p>
    <w:p>
      <w:pPr>
        <w:spacing w:after="0"/>
      </w:pPr>
      <w:r>
        <w:rPr>
          <w:rFonts w:ascii="Arial" w:hAnsi="Arial"/>
          <w:b/>
          <w:sz w:val="22"/>
        </w:rPr>
        <w:t xml:space="preserve">Lucy  </w:t>
      </w:r>
      <w:r>
        <w:rPr>
          <w:rFonts w:ascii="Arial" w:hAnsi="Arial"/>
          <w:color w:val="5D7284"/>
          <w:sz w:val="22"/>
        </w:rPr>
        <w:t>1:09:59</w:t>
      </w:r>
    </w:p>
    <w:p>
      <w:pPr>
        <w:spacing w:after="0"/>
      </w:pPr>
      <w:r>
        <w:rPr>
          <w:rFonts w:ascii="Arial" w:hAnsi="Arial"/>
          <w:sz w:val="22"/>
        </w:rPr>
        <w:t>So Emma said your last episode is that the right term or phrase to use I'm not quite sure</w:t>
      </w:r>
    </w:p>
    <w:p>
      <w:pPr>
        <w:spacing w:after="0"/>
      </w:pPr>
    </w:p>
    <w:p>
      <w:pPr>
        <w:spacing w:after="0"/>
      </w:pPr>
      <w:r>
        <w:rPr>
          <w:rFonts w:ascii="Arial" w:hAnsi="Arial"/>
          <w:b/>
          <w:sz w:val="22"/>
        </w:rPr>
        <w:t xml:space="preserve">Emma  </w:t>
      </w:r>
      <w:r>
        <w:rPr>
          <w:rFonts w:ascii="Arial" w:hAnsi="Arial"/>
          <w:color w:val="5D7284"/>
          <w:sz w:val="22"/>
        </w:rPr>
        <w:t>1:10:06</w:t>
      </w:r>
    </w:p>
    <w:p>
      <w:pPr>
        <w:spacing w:after="0"/>
      </w:pPr>
      <w:r>
        <w:rPr>
          <w:rFonts w:ascii="Arial" w:hAnsi="Arial"/>
          <w:sz w:val="22"/>
        </w:rPr>
        <w:t>Yeah, that's fine. Yeah.</w:t>
      </w:r>
    </w:p>
    <w:p>
      <w:pPr>
        <w:spacing w:after="0"/>
      </w:pPr>
    </w:p>
    <w:p>
      <w:pPr>
        <w:spacing w:after="0"/>
      </w:pPr>
      <w:r>
        <w:rPr>
          <w:rFonts w:ascii="Arial" w:hAnsi="Arial"/>
          <w:b/>
          <w:sz w:val="22"/>
        </w:rPr>
        <w:t xml:space="preserve">Lucy  </w:t>
      </w:r>
      <w:r>
        <w:rPr>
          <w:rFonts w:ascii="Arial" w:hAnsi="Arial"/>
          <w:color w:val="5D7284"/>
          <w:sz w:val="22"/>
        </w:rPr>
        <w:t>1:10:08</w:t>
      </w:r>
    </w:p>
    <w:p>
      <w:pPr>
        <w:spacing w:after="0"/>
      </w:pPr>
      <w:r>
        <w:rPr>
          <w:rFonts w:ascii="Arial" w:hAnsi="Arial"/>
          <w:sz w:val="22"/>
        </w:rPr>
        <w:t>was eight years ago, is that? Correct?</w:t>
      </w:r>
    </w:p>
    <w:p>
      <w:pPr>
        <w:spacing w:after="0"/>
      </w:pPr>
    </w:p>
    <w:p>
      <w:pPr>
        <w:spacing w:after="0"/>
      </w:pPr>
      <w:r>
        <w:rPr>
          <w:rFonts w:ascii="Arial" w:hAnsi="Arial"/>
          <w:b/>
          <w:sz w:val="22"/>
        </w:rPr>
        <w:t xml:space="preserve">Emma  </w:t>
      </w:r>
      <w:r>
        <w:rPr>
          <w:rFonts w:ascii="Arial" w:hAnsi="Arial"/>
          <w:color w:val="5D7284"/>
          <w:sz w:val="22"/>
        </w:rPr>
        <w:t>1:10:11</w:t>
      </w:r>
    </w:p>
    <w:p>
      <w:pPr>
        <w:spacing w:after="0"/>
      </w:pPr>
      <w:r>
        <w:rPr>
          <w:rFonts w:ascii="Arial" w:hAnsi="Arial"/>
          <w:sz w:val="22"/>
        </w:rPr>
        <w:t>I think it was about eight years ago. I'm not very good at keeping track of that sort of time scale, but it lasted for three years.</w:t>
      </w:r>
    </w:p>
    <w:p>
      <w:pPr>
        <w:spacing w:after="0"/>
      </w:pPr>
    </w:p>
    <w:p>
      <w:pPr>
        <w:spacing w:after="0"/>
      </w:pPr>
      <w:r>
        <w:rPr>
          <w:rFonts w:ascii="Arial" w:hAnsi="Arial"/>
          <w:b/>
          <w:sz w:val="22"/>
        </w:rPr>
        <w:t xml:space="preserve">Lucy  </w:t>
      </w:r>
      <w:r>
        <w:rPr>
          <w:rFonts w:ascii="Arial" w:hAnsi="Arial"/>
          <w:color w:val="5D7284"/>
          <w:sz w:val="22"/>
        </w:rPr>
        <w:t>1:10:20</w:t>
      </w:r>
    </w:p>
    <w:p>
      <w:pPr>
        <w:spacing w:after="0"/>
      </w:pPr>
      <w:r>
        <w:rPr>
          <w:rFonts w:ascii="Arial" w:hAnsi="Arial"/>
          <w:sz w:val="22"/>
        </w:rPr>
        <w:t>Okay. So, day to day, how is your mental health? Now? How is it managed? Do you do anything to manage it is that, you know, how does that what does that look like for you?</w:t>
      </w:r>
    </w:p>
    <w:p>
      <w:pPr>
        <w:spacing w:after="0"/>
      </w:pPr>
    </w:p>
    <w:p>
      <w:pPr>
        <w:spacing w:after="0"/>
      </w:pPr>
      <w:r>
        <w:rPr>
          <w:rFonts w:ascii="Arial" w:hAnsi="Arial"/>
          <w:b/>
          <w:sz w:val="22"/>
        </w:rPr>
        <w:t xml:space="preserve">Emma  </w:t>
      </w:r>
      <w:r>
        <w:rPr>
          <w:rFonts w:ascii="Arial" w:hAnsi="Arial"/>
          <w:color w:val="5D7284"/>
          <w:sz w:val="22"/>
        </w:rPr>
        <w:t>1:10:35</w:t>
      </w:r>
    </w:p>
    <w:p>
      <w:pPr>
        <w:spacing w:after="0"/>
      </w:pPr>
      <w:r>
        <w:rPr>
          <w:rFonts w:ascii="Arial" w:hAnsi="Arial"/>
          <w:sz w:val="22"/>
        </w:rPr>
        <w:t>Well, I don't, I don't consciously do do do huge amounts of stuff to manage my mental health. And that's probably you know, lots of people would be doing yoga and all sorts I have. And, and much as I like yoga, I haven't, I haven't got round to sort of going back to that. But in terms of day to day, I have had my children every other week, which is great. And that's always always brilliant to know, you know, that know that, that, that, that I'm able to able to look after them now, that is always a huge thing. I have a dog, who I walk twice a day, and who's absolutely lovely. I have had two times since I was poorly where I have gone to counselling. And that's been brilliant. And, you know, part of that has just been processing what happened and what went on when I was poorly and talking about some of the some of the feelings that might may have may have may have brought up and also just forgiving myself for some of the things that happened when I was poorly you know, because actually, when you're poorly it says it's a sort of an exceptional circumstance really. And, you know, I needed to talk about some of that stuff. So I've had two lots of counselling, which both were very good in their own way. And I guess I just do the normal things, I just get on with life really. I do the normal things. I have my job which keeps me sane, although though it can be can be hard work and very stressful at times. You know, just having a job. I'm very lucky to be able to do that. I have I listened to music a lot. I listened to radio four which I really enjoy. I don't know whether I should say that because</w:t>
      </w:r>
    </w:p>
    <w:p>
      <w:pPr>
        <w:spacing w:after="0"/>
      </w:pPr>
    </w:p>
    <w:p>
      <w:pPr>
        <w:spacing w:after="0"/>
      </w:pPr>
      <w:r>
        <w:rPr>
          <w:rFonts w:ascii="Arial" w:hAnsi="Arial"/>
          <w:b/>
          <w:sz w:val="22"/>
        </w:rPr>
        <w:t xml:space="preserve">Lucy  </w:t>
      </w:r>
      <w:r>
        <w:rPr>
          <w:rFonts w:ascii="Arial" w:hAnsi="Arial"/>
          <w:color w:val="5D7284"/>
          <w:sz w:val="22"/>
        </w:rPr>
        <w:t>1:12:54</w:t>
      </w:r>
    </w:p>
    <w:p>
      <w:pPr>
        <w:spacing w:after="0"/>
      </w:pPr>
      <w:r>
        <w:rPr>
          <w:rFonts w:ascii="Arial" w:hAnsi="Arial"/>
          <w:sz w:val="22"/>
        </w:rPr>
        <w:t>we're not sponsored by the BBC.</w:t>
      </w:r>
    </w:p>
    <w:p>
      <w:pPr>
        <w:spacing w:after="0"/>
      </w:pPr>
    </w:p>
    <w:p>
      <w:pPr>
        <w:spacing w:after="0"/>
      </w:pPr>
      <w:r>
        <w:rPr>
          <w:rFonts w:ascii="Arial" w:hAnsi="Arial"/>
          <w:b/>
          <w:sz w:val="22"/>
        </w:rPr>
        <w:t xml:space="preserve">Alice  </w:t>
      </w:r>
      <w:r>
        <w:rPr>
          <w:rFonts w:ascii="Arial" w:hAnsi="Arial"/>
          <w:color w:val="5D7284"/>
          <w:sz w:val="22"/>
        </w:rPr>
        <w:t>1:12:56</w:t>
      </w:r>
    </w:p>
    <w:p>
      <w:pPr>
        <w:spacing w:after="0"/>
      </w:pPr>
      <w:r>
        <w:rPr>
          <w:rFonts w:ascii="Arial" w:hAnsi="Arial"/>
          <w:sz w:val="22"/>
        </w:rPr>
        <w:t>We're not sponsored by anybody. But if anybody does want to sponsor us, we're here waiting</w:t>
      </w:r>
    </w:p>
    <w:p>
      <w:pPr>
        <w:spacing w:after="0"/>
      </w:pPr>
    </w:p>
    <w:p>
      <w:pPr>
        <w:spacing w:after="0"/>
      </w:pPr>
      <w:r>
        <w:rPr>
          <w:rFonts w:ascii="Arial" w:hAnsi="Arial"/>
          <w:b/>
          <w:sz w:val="22"/>
        </w:rPr>
        <w:t xml:space="preserve">Lucy  </w:t>
      </w:r>
      <w:r>
        <w:rPr>
          <w:rFonts w:ascii="Arial" w:hAnsi="Arial"/>
          <w:color w:val="5D7284"/>
          <w:sz w:val="22"/>
        </w:rPr>
        <w:t>1:13:02</w:t>
      </w:r>
    </w:p>
    <w:p>
      <w:pPr>
        <w:spacing w:after="0"/>
      </w:pPr>
      <w:r>
        <w:rPr>
          <w:rFonts w:ascii="Arial" w:hAnsi="Arial"/>
          <w:sz w:val="22"/>
        </w:rPr>
        <w:t>Yeah, please get in touch with us</w:t>
      </w:r>
    </w:p>
    <w:p>
      <w:pPr>
        <w:spacing w:after="0"/>
      </w:pPr>
    </w:p>
    <w:p>
      <w:pPr>
        <w:spacing w:after="0"/>
      </w:pPr>
      <w:r>
        <w:rPr>
          <w:rFonts w:ascii="Arial" w:hAnsi="Arial"/>
          <w:b/>
          <w:sz w:val="22"/>
        </w:rPr>
        <w:t xml:space="preserve">Alice  </w:t>
      </w:r>
      <w:r>
        <w:rPr>
          <w:rFonts w:ascii="Arial" w:hAnsi="Arial"/>
          <w:color w:val="5D7284"/>
          <w:sz w:val="22"/>
        </w:rPr>
        <w:t>1:13:04</w:t>
      </w:r>
    </w:p>
    <w:p>
      <w:pPr>
        <w:spacing w:after="0"/>
      </w:pPr>
      <w:r>
        <w:rPr>
          <w:rFonts w:ascii="Arial" w:hAnsi="Arial"/>
          <w:sz w:val="22"/>
        </w:rPr>
        <w:t>our phone lines are open</w:t>
      </w:r>
    </w:p>
    <w:p>
      <w:pPr>
        <w:spacing w:after="0"/>
      </w:pPr>
    </w:p>
    <w:p>
      <w:pPr>
        <w:spacing w:after="0"/>
      </w:pPr>
      <w:r>
        <w:rPr>
          <w:rFonts w:ascii="Arial" w:hAnsi="Arial"/>
          <w:b/>
          <w:sz w:val="22"/>
        </w:rPr>
        <w:t xml:space="preserve">Emma  </w:t>
      </w:r>
      <w:r>
        <w:rPr>
          <w:rFonts w:ascii="Arial" w:hAnsi="Arial"/>
          <w:color w:val="5D7284"/>
          <w:sz w:val="22"/>
        </w:rPr>
        <w:t>1:13:07</w:t>
      </w:r>
    </w:p>
    <w:p>
      <w:pPr>
        <w:spacing w:after="0"/>
      </w:pPr>
      <w:r>
        <w:rPr>
          <w:rFonts w:ascii="Arial" w:hAnsi="Arial"/>
          <w:sz w:val="22"/>
        </w:rPr>
        <w:t>So those are the kinds of things I do. And you know, I just live life really. I Just get on with life and I enjoy people. You know, one of the lovely things about about dog walking is that you bump into people who talk to you, which is really nice. It's really lovely. And I have some absolutely wonderful friends who I keep in touch with and those of you know just the normal things really. Yeah,</w:t>
      </w:r>
    </w:p>
    <w:p>
      <w:pPr>
        <w:spacing w:after="0"/>
      </w:pPr>
    </w:p>
    <w:p>
      <w:pPr>
        <w:spacing w:after="0"/>
      </w:pPr>
      <w:r>
        <w:rPr>
          <w:rFonts w:ascii="Arial" w:hAnsi="Arial"/>
          <w:b/>
          <w:sz w:val="22"/>
        </w:rPr>
        <w:t xml:space="preserve">Lucy  </w:t>
      </w:r>
      <w:r>
        <w:rPr>
          <w:rFonts w:ascii="Arial" w:hAnsi="Arial"/>
          <w:color w:val="5D7284"/>
          <w:sz w:val="22"/>
        </w:rPr>
        <w:t>1:13:41</w:t>
      </w:r>
    </w:p>
    <w:p>
      <w:pPr>
        <w:spacing w:after="0"/>
      </w:pPr>
      <w:r>
        <w:rPr>
          <w:rFonts w:ascii="Arial" w:hAnsi="Arial"/>
          <w:sz w:val="22"/>
        </w:rPr>
        <w:t>what's your favorite song Emma?</w:t>
      </w:r>
    </w:p>
    <w:p>
      <w:pPr>
        <w:spacing w:after="0"/>
      </w:pPr>
    </w:p>
    <w:p>
      <w:pPr>
        <w:spacing w:after="0"/>
      </w:pPr>
      <w:r>
        <w:rPr>
          <w:rFonts w:ascii="Arial" w:hAnsi="Arial"/>
          <w:b/>
          <w:sz w:val="22"/>
        </w:rPr>
        <w:t xml:space="preserve">Emma  </w:t>
      </w:r>
      <w:r>
        <w:rPr>
          <w:rFonts w:ascii="Arial" w:hAnsi="Arial"/>
          <w:color w:val="5D7284"/>
          <w:sz w:val="22"/>
        </w:rPr>
        <w:t>1:13:44</w:t>
      </w:r>
    </w:p>
    <w:p>
      <w:pPr>
        <w:spacing w:after="0"/>
      </w:pPr>
      <w:r>
        <w:rPr>
          <w:rFonts w:ascii="Arial" w:hAnsi="Arial"/>
          <w:sz w:val="22"/>
        </w:rPr>
        <w:t>Don't ask me that. Don't ask me that. Not very good. It's sort of favorite songs. I enjoy all sorts. I do like I do like Suzanne Vega yeah. Oh yeah.</w:t>
      </w:r>
    </w:p>
    <w:p>
      <w:pPr>
        <w:spacing w:after="0"/>
      </w:pPr>
    </w:p>
    <w:p>
      <w:pPr>
        <w:spacing w:after="0"/>
      </w:pPr>
      <w:r>
        <w:rPr>
          <w:rFonts w:ascii="Arial" w:hAnsi="Arial"/>
          <w:b/>
          <w:sz w:val="22"/>
        </w:rPr>
        <w:t xml:space="preserve">Disclaimer  </w:t>
      </w:r>
      <w:r>
        <w:rPr>
          <w:rFonts w:ascii="Arial" w:hAnsi="Arial"/>
          <w:color w:val="5D7284"/>
          <w:sz w:val="22"/>
        </w:rPr>
        <w:t>1:13:58</w:t>
      </w:r>
    </w:p>
    <w:p>
      <w:pPr>
        <w:spacing w:after="0"/>
      </w:pPr>
      <w:r>
        <w:rPr>
          <w:rFonts w:ascii="Arial" w:hAnsi="Arial"/>
          <w:sz w:val="22"/>
        </w:rPr>
        <w:t>For like a bit Suzanne Vega.</w:t>
      </w:r>
    </w:p>
    <w:p>
      <w:pPr>
        <w:spacing w:after="0"/>
      </w:pPr>
    </w:p>
    <w:p>
      <w:pPr>
        <w:spacing w:after="0"/>
      </w:pPr>
      <w:r>
        <w:rPr>
          <w:rFonts w:ascii="Arial" w:hAnsi="Arial"/>
          <w:b/>
          <w:sz w:val="22"/>
        </w:rPr>
        <w:t xml:space="preserve">Emma  </w:t>
      </w:r>
      <w:r>
        <w:rPr>
          <w:rFonts w:ascii="Arial" w:hAnsi="Arial"/>
          <w:color w:val="5D7284"/>
          <w:sz w:val="22"/>
        </w:rPr>
        <w:t>1:14:01</w:t>
      </w:r>
    </w:p>
    <w:p>
      <w:pPr>
        <w:spacing w:after="0"/>
      </w:pPr>
      <w:r>
        <w:rPr>
          <w:rFonts w:ascii="Arial" w:hAnsi="Arial"/>
          <w:sz w:val="22"/>
        </w:rPr>
        <w:t xml:space="preserve">Yeah, 'In Liverpool' is really good. Yeah, </w:t>
      </w:r>
    </w:p>
    <w:p>
      <w:pPr>
        <w:spacing w:after="0"/>
      </w:pPr>
    </w:p>
    <w:p>
      <w:pPr>
        <w:spacing w:after="0"/>
      </w:pPr>
      <w:r>
        <w:rPr>
          <w:rFonts w:ascii="Arial" w:hAnsi="Arial"/>
          <w:b/>
          <w:sz w:val="22"/>
        </w:rPr>
        <w:t xml:space="preserve">Lucy  </w:t>
      </w:r>
      <w:r>
        <w:rPr>
          <w:rFonts w:ascii="Arial" w:hAnsi="Arial"/>
          <w:color w:val="5D7284"/>
          <w:sz w:val="22"/>
        </w:rPr>
        <w:t>1:14:06</w:t>
      </w:r>
    </w:p>
    <w:p>
      <w:pPr>
        <w:spacing w:after="0"/>
      </w:pPr>
      <w:r>
        <w:rPr>
          <w:rFonts w:ascii="Arial" w:hAnsi="Arial"/>
          <w:sz w:val="22"/>
        </w:rPr>
        <w:t>Like I say I think music especially in our house is so you know, important. My mum has got what we call the big speaker downstairs. Whenever we're feeling a bit sad or a bit like, low, we always stick the stick the big speaker on for few hours and yeah dance about a bit and it's so it's so therapeutic. Really,</w:t>
      </w:r>
    </w:p>
    <w:p>
      <w:pPr>
        <w:spacing w:after="0"/>
      </w:pPr>
    </w:p>
    <w:p>
      <w:pPr>
        <w:spacing w:after="0"/>
      </w:pPr>
      <w:r>
        <w:rPr>
          <w:rFonts w:ascii="Arial" w:hAnsi="Arial"/>
          <w:b/>
          <w:sz w:val="22"/>
        </w:rPr>
        <w:t xml:space="preserve">Emma  </w:t>
      </w:r>
      <w:r>
        <w:rPr>
          <w:rFonts w:ascii="Arial" w:hAnsi="Arial"/>
          <w:color w:val="5D7284"/>
          <w:sz w:val="22"/>
        </w:rPr>
        <w:t>1:14:30</w:t>
      </w:r>
    </w:p>
    <w:p>
      <w:pPr>
        <w:spacing w:after="0"/>
      </w:pPr>
      <w:r>
        <w:rPr>
          <w:rFonts w:ascii="Arial" w:hAnsi="Arial"/>
          <w:sz w:val="22"/>
        </w:rPr>
        <w:t>it is brilliant. And I didn't I didn't mention actually I go salsa dancing. Yeah, I do salsa dancing, which is really important.</w:t>
      </w:r>
    </w:p>
    <w:p>
      <w:pPr>
        <w:spacing w:after="0"/>
      </w:pPr>
    </w:p>
    <w:p>
      <w:pPr>
        <w:spacing w:after="0"/>
      </w:pPr>
      <w:r>
        <w:rPr>
          <w:rFonts w:ascii="Arial" w:hAnsi="Arial"/>
          <w:b/>
          <w:sz w:val="22"/>
        </w:rPr>
        <w:t xml:space="preserve">Alice  </w:t>
      </w:r>
      <w:r>
        <w:rPr>
          <w:rFonts w:ascii="Arial" w:hAnsi="Arial"/>
          <w:color w:val="5D7284"/>
          <w:sz w:val="22"/>
        </w:rPr>
        <w:t>1:14:38</w:t>
      </w:r>
    </w:p>
    <w:p>
      <w:pPr>
        <w:spacing w:after="0"/>
      </w:pPr>
      <w:r>
        <w:rPr>
          <w:rFonts w:ascii="Arial" w:hAnsi="Arial"/>
          <w:sz w:val="22"/>
        </w:rPr>
        <w:t xml:space="preserve">That sounds so fun that must be so much fun. </w:t>
      </w:r>
    </w:p>
    <w:p>
      <w:pPr>
        <w:spacing w:after="0"/>
      </w:pPr>
    </w:p>
    <w:p>
      <w:pPr>
        <w:spacing w:after="0"/>
      </w:pPr>
      <w:r>
        <w:rPr>
          <w:rFonts w:ascii="Arial" w:hAnsi="Arial"/>
          <w:b/>
          <w:sz w:val="22"/>
        </w:rPr>
        <w:t xml:space="preserve">Emma  </w:t>
      </w:r>
      <w:r>
        <w:rPr>
          <w:rFonts w:ascii="Arial" w:hAnsi="Arial"/>
          <w:color w:val="5D7284"/>
          <w:sz w:val="22"/>
        </w:rPr>
        <w:t>1:14:42</w:t>
      </w:r>
    </w:p>
    <w:p>
      <w:pPr>
        <w:spacing w:after="0"/>
      </w:pPr>
      <w:r>
        <w:rPr>
          <w:rFonts w:ascii="Arial" w:hAnsi="Arial"/>
          <w:sz w:val="22"/>
        </w:rPr>
        <w:t>It is it's brilliant fun.</w:t>
      </w:r>
    </w:p>
    <w:p>
      <w:pPr>
        <w:spacing w:after="0"/>
      </w:pPr>
    </w:p>
    <w:p>
      <w:pPr>
        <w:spacing w:after="0"/>
      </w:pPr>
      <w:r>
        <w:rPr>
          <w:rFonts w:ascii="Arial" w:hAnsi="Arial"/>
          <w:b/>
          <w:sz w:val="22"/>
        </w:rPr>
        <w:t xml:space="preserve">Lucy  </w:t>
      </w:r>
      <w:r>
        <w:rPr>
          <w:rFonts w:ascii="Arial" w:hAnsi="Arial"/>
          <w:color w:val="5D7284"/>
          <w:sz w:val="22"/>
        </w:rPr>
        <w:t>1:14:44</w:t>
      </w:r>
    </w:p>
    <w:p>
      <w:pPr>
        <w:spacing w:after="0"/>
      </w:pPr>
      <w:r>
        <w:rPr>
          <w:rFonts w:ascii="Arial" w:hAnsi="Arial"/>
          <w:sz w:val="22"/>
        </w:rPr>
        <w:t>I think having having hobbies and things to sort of occupy your mind is something that is so important. It is for me anyway. I mean, yeah, my hobby is is our podcast. Yeah, I speak for myself when I say this, but I have so much fun. When I'm doing it, one of my favorite things to do is to sit down with our listen and record this podcast. It's so it's such a, just to talk to like minded people I think is yeah, finding, you know, finding your tribe and finding people that are like you and have similar experiences. Theres something really, really good about it.</w:t>
      </w:r>
    </w:p>
    <w:p>
      <w:pPr>
        <w:spacing w:after="0"/>
      </w:pPr>
    </w:p>
    <w:p>
      <w:pPr>
        <w:spacing w:after="0"/>
      </w:pPr>
      <w:r>
        <w:rPr>
          <w:rFonts w:ascii="Arial" w:hAnsi="Arial"/>
          <w:b/>
          <w:sz w:val="22"/>
        </w:rPr>
        <w:t xml:space="preserve">Emma  </w:t>
      </w:r>
      <w:r>
        <w:rPr>
          <w:rFonts w:ascii="Arial" w:hAnsi="Arial"/>
          <w:color w:val="5D7284"/>
          <w:sz w:val="22"/>
        </w:rPr>
        <w:t>1:15:22</w:t>
      </w:r>
    </w:p>
    <w:p>
      <w:pPr>
        <w:spacing w:after="0"/>
      </w:pPr>
      <w:r>
        <w:rPr>
          <w:rFonts w:ascii="Arial" w:hAnsi="Arial"/>
          <w:sz w:val="22"/>
        </w:rPr>
        <w:t>Yeah, I find, I find having people around is is is, you know, it's a really important thing. I like my own space. But I also, you know, know, know that I can I can send a text to my friends and I can, I can go on a dog walk, and I can bump into people and talk to them and I can you know, those kinds of things. That's, that's really important in your life. And, yeah,</w:t>
      </w:r>
    </w:p>
    <w:p>
      <w:pPr>
        <w:spacing w:after="0"/>
      </w:pPr>
    </w:p>
    <w:p>
      <w:pPr>
        <w:spacing w:after="0"/>
      </w:pPr>
      <w:r>
        <w:rPr>
          <w:rFonts w:ascii="Arial" w:hAnsi="Arial"/>
          <w:b/>
          <w:sz w:val="22"/>
        </w:rPr>
        <w:t xml:space="preserve">Lucy  </w:t>
      </w:r>
      <w:r>
        <w:rPr>
          <w:rFonts w:ascii="Arial" w:hAnsi="Arial"/>
          <w:color w:val="5D7284"/>
          <w:sz w:val="22"/>
        </w:rPr>
        <w:t>1:15:49</w:t>
      </w:r>
    </w:p>
    <w:p>
      <w:pPr>
        <w:spacing w:after="0"/>
      </w:pPr>
      <w:r>
        <w:rPr>
          <w:rFonts w:ascii="Arial" w:hAnsi="Arial"/>
          <w:sz w:val="22"/>
        </w:rPr>
        <w:t xml:space="preserve">and I know, I know that what Alice doesn't know this, but occasionally, when I'm feeling really grumpy and a bit fed up, my mom will often say go and go and talk to Alice. </w:t>
      </w:r>
    </w:p>
    <w:p>
      <w:pPr>
        <w:spacing w:after="0"/>
      </w:pPr>
    </w:p>
    <w:p>
      <w:pPr>
        <w:spacing w:after="0"/>
      </w:pPr>
      <w:r>
        <w:rPr>
          <w:rFonts w:ascii="Arial" w:hAnsi="Arial"/>
          <w:b/>
          <w:sz w:val="22"/>
        </w:rPr>
        <w:t xml:space="preserve">Emma  </w:t>
      </w:r>
      <w:r>
        <w:rPr>
          <w:rFonts w:ascii="Arial" w:hAnsi="Arial"/>
          <w:color w:val="5D7284"/>
          <w:sz w:val="22"/>
        </w:rPr>
        <w:t>1:16:00</w:t>
      </w:r>
    </w:p>
    <w:p>
      <w:pPr>
        <w:spacing w:after="0"/>
      </w:pPr>
      <w:r>
        <w:rPr>
          <w:rFonts w:ascii="Arial" w:hAnsi="Arial"/>
          <w:sz w:val="22"/>
        </w:rPr>
        <w:t>Oh really? Yeah.</w:t>
      </w:r>
    </w:p>
    <w:p>
      <w:pPr>
        <w:spacing w:after="0"/>
      </w:pPr>
    </w:p>
    <w:p>
      <w:pPr>
        <w:spacing w:after="0"/>
      </w:pPr>
      <w:r>
        <w:rPr>
          <w:rFonts w:ascii="Arial" w:hAnsi="Arial"/>
          <w:b/>
          <w:sz w:val="22"/>
        </w:rPr>
        <w:t xml:space="preserve">Lucy  </w:t>
      </w:r>
      <w:r>
        <w:rPr>
          <w:rFonts w:ascii="Arial" w:hAnsi="Arial"/>
          <w:color w:val="5D7284"/>
          <w:sz w:val="22"/>
        </w:rPr>
        <w:t>1:16:02</w:t>
      </w:r>
    </w:p>
    <w:p>
      <w:pPr>
        <w:spacing w:after="0"/>
      </w:pPr>
      <w:r>
        <w:rPr>
          <w:rFonts w:ascii="Arial" w:hAnsi="Arial"/>
          <w:sz w:val="22"/>
        </w:rPr>
        <w:t>Because I always feel better. And not necessarily because she is like my therapist, but it is because like, Alice you always cheer me up.</w:t>
      </w:r>
    </w:p>
    <w:p>
      <w:pPr>
        <w:spacing w:after="0"/>
      </w:pPr>
    </w:p>
    <w:p>
      <w:pPr>
        <w:spacing w:after="0"/>
      </w:pPr>
      <w:r>
        <w:rPr>
          <w:rFonts w:ascii="Arial" w:hAnsi="Arial"/>
          <w:b/>
          <w:sz w:val="22"/>
        </w:rPr>
        <w:t xml:space="preserve">Alice  </w:t>
      </w:r>
      <w:r>
        <w:rPr>
          <w:rFonts w:ascii="Arial" w:hAnsi="Arial"/>
          <w:color w:val="5D7284"/>
          <w:sz w:val="22"/>
        </w:rPr>
        <w:t>1:16:12</w:t>
      </w:r>
    </w:p>
    <w:p>
      <w:pPr>
        <w:spacing w:after="0"/>
      </w:pPr>
      <w:r>
        <w:rPr>
          <w:rFonts w:ascii="Arial" w:hAnsi="Arial"/>
          <w:sz w:val="22"/>
        </w:rPr>
        <w:t>I think that's because I don't take any of your bullshit to be honest Lucy. You turn up in tears, and I go, why are you crying?</w:t>
      </w:r>
    </w:p>
    <w:p>
      <w:pPr>
        <w:spacing w:after="0"/>
      </w:pPr>
    </w:p>
    <w:p>
      <w:pPr>
        <w:spacing w:after="0"/>
      </w:pPr>
      <w:r>
        <w:rPr>
          <w:rFonts w:ascii="Arial" w:hAnsi="Arial"/>
          <w:b/>
          <w:sz w:val="22"/>
        </w:rPr>
        <w:t xml:space="preserve">Lucy  </w:t>
      </w:r>
      <w:r>
        <w:rPr>
          <w:rFonts w:ascii="Arial" w:hAnsi="Arial"/>
          <w:color w:val="5D7284"/>
          <w:sz w:val="22"/>
        </w:rPr>
        <w:t>1:16:19</w:t>
      </w:r>
    </w:p>
    <w:p>
      <w:pPr>
        <w:spacing w:after="0"/>
      </w:pPr>
      <w:r>
        <w:rPr>
          <w:rFonts w:ascii="Arial" w:hAnsi="Arial"/>
          <w:sz w:val="22"/>
        </w:rPr>
        <w:t>Why are you crying? Now? What is happening now?</w:t>
      </w:r>
    </w:p>
    <w:p>
      <w:pPr>
        <w:spacing w:after="0"/>
      </w:pPr>
    </w:p>
    <w:p>
      <w:pPr>
        <w:spacing w:after="0"/>
      </w:pPr>
      <w:r>
        <w:rPr>
          <w:rFonts w:ascii="Arial" w:hAnsi="Arial"/>
          <w:b/>
          <w:sz w:val="22"/>
        </w:rPr>
        <w:t xml:space="preserve">Alice  </w:t>
      </w:r>
      <w:r>
        <w:rPr>
          <w:rFonts w:ascii="Arial" w:hAnsi="Arial"/>
          <w:color w:val="5D7284"/>
          <w:sz w:val="22"/>
        </w:rPr>
        <w:t>1:16:23</w:t>
      </w:r>
    </w:p>
    <w:p>
      <w:pPr>
        <w:spacing w:after="0"/>
      </w:pPr>
      <w:r>
        <w:rPr>
          <w:rFonts w:ascii="Arial" w:hAnsi="Arial"/>
          <w:sz w:val="22"/>
        </w:rPr>
        <w:t>Go and eat a biscuit and drink some gin, stop complaining.</w:t>
      </w:r>
    </w:p>
    <w:p>
      <w:pPr>
        <w:spacing w:after="0"/>
      </w:pPr>
    </w:p>
    <w:p>
      <w:pPr>
        <w:spacing w:after="0"/>
      </w:pPr>
      <w:r>
        <w:rPr>
          <w:rFonts w:ascii="Arial" w:hAnsi="Arial"/>
          <w:b/>
          <w:sz w:val="22"/>
        </w:rPr>
        <w:t xml:space="preserve">Lucy  </w:t>
      </w:r>
      <w:r>
        <w:rPr>
          <w:rFonts w:ascii="Arial" w:hAnsi="Arial"/>
          <w:color w:val="5D7284"/>
          <w:sz w:val="22"/>
        </w:rPr>
        <w:t>1:16:26</w:t>
      </w:r>
    </w:p>
    <w:p>
      <w:pPr>
        <w:spacing w:after="0"/>
      </w:pPr>
      <w:r>
        <w:rPr>
          <w:rFonts w:ascii="Arial" w:hAnsi="Arial"/>
          <w:sz w:val="22"/>
        </w:rPr>
        <w:t>Get in the bath if you need to.</w:t>
      </w:r>
    </w:p>
    <w:p>
      <w:pPr>
        <w:spacing w:after="0"/>
      </w:pPr>
    </w:p>
    <w:p>
      <w:pPr>
        <w:spacing w:after="0"/>
      </w:pPr>
      <w:r>
        <w:rPr>
          <w:rFonts w:ascii="Arial" w:hAnsi="Arial"/>
          <w:b/>
          <w:sz w:val="22"/>
        </w:rPr>
        <w:t xml:space="preserve">Alice  </w:t>
      </w:r>
      <w:r>
        <w:rPr>
          <w:rFonts w:ascii="Arial" w:hAnsi="Arial"/>
          <w:color w:val="5D7284"/>
          <w:sz w:val="22"/>
        </w:rPr>
        <w:t>1:16:27</w:t>
      </w:r>
    </w:p>
    <w:p>
      <w:pPr>
        <w:spacing w:after="0"/>
      </w:pPr>
      <w:r>
        <w:rPr>
          <w:rFonts w:ascii="Arial" w:hAnsi="Arial"/>
          <w:sz w:val="22"/>
        </w:rPr>
        <w:t>Yeah, you're bothering me I'm trying to read my book what do you want? I'm such an excellent friend. Everybody's really jealous of our relationship Luce.</w:t>
      </w:r>
    </w:p>
    <w:p>
      <w:pPr>
        <w:spacing w:after="0"/>
      </w:pPr>
    </w:p>
    <w:p>
      <w:pPr>
        <w:spacing w:after="0"/>
      </w:pPr>
      <w:r>
        <w:rPr>
          <w:rFonts w:ascii="Arial" w:hAnsi="Arial"/>
          <w:b/>
          <w:sz w:val="22"/>
        </w:rPr>
        <w:t xml:space="preserve">Lucy  </w:t>
      </w:r>
      <w:r>
        <w:rPr>
          <w:rFonts w:ascii="Arial" w:hAnsi="Arial"/>
          <w:color w:val="5D7284"/>
          <w:sz w:val="22"/>
        </w:rPr>
        <w:t>1:16:40</w:t>
      </w:r>
    </w:p>
    <w:p>
      <w:pPr>
        <w:spacing w:after="0"/>
      </w:pPr>
      <w:r>
        <w:rPr>
          <w:rFonts w:ascii="Arial" w:hAnsi="Arial"/>
          <w:sz w:val="22"/>
        </w:rPr>
        <w:t>But no, I mean, um, you know, there are times where I've feel what, specifically like during the pandemic, whenever there was upside down. It was, you know, I've said this many times. And I will continue to say it that way. You know, starting this podcast was one of the things that really helped me through meeting Alice is one of the best things that's ever happened to me. Without sounding too sentimental.</w:t>
      </w:r>
    </w:p>
    <w:p>
      <w:pPr>
        <w:spacing w:after="0"/>
      </w:pPr>
    </w:p>
    <w:p>
      <w:pPr>
        <w:spacing w:after="0"/>
      </w:pPr>
      <w:r>
        <w:rPr>
          <w:rFonts w:ascii="Arial" w:hAnsi="Arial"/>
          <w:b/>
          <w:sz w:val="22"/>
        </w:rPr>
        <w:t xml:space="preserve">Emma  </w:t>
      </w:r>
      <w:r>
        <w:rPr>
          <w:rFonts w:ascii="Arial" w:hAnsi="Arial"/>
          <w:color w:val="5D7284"/>
          <w:sz w:val="22"/>
        </w:rPr>
        <w:t>1:17:05</w:t>
      </w:r>
    </w:p>
    <w:p>
      <w:pPr>
        <w:spacing w:after="0"/>
      </w:pPr>
      <w:r>
        <w:rPr>
          <w:rFonts w:ascii="Arial" w:hAnsi="Arial"/>
          <w:sz w:val="22"/>
        </w:rPr>
        <w:t>No, that's, that's brilliant. You know, that's incredible. We all need friends that we can rely on and friends that we know that are going to be there. Hopefully, whatever, really, so yeah, that's really important.</w:t>
      </w:r>
    </w:p>
    <w:p>
      <w:pPr>
        <w:spacing w:after="0"/>
      </w:pPr>
    </w:p>
    <w:p>
      <w:pPr>
        <w:spacing w:after="0"/>
      </w:pPr>
      <w:r>
        <w:rPr>
          <w:rFonts w:ascii="Arial" w:hAnsi="Arial"/>
          <w:b/>
          <w:sz w:val="22"/>
        </w:rPr>
        <w:t xml:space="preserve">Lucy  </w:t>
      </w:r>
      <w:r>
        <w:rPr>
          <w:rFonts w:ascii="Arial" w:hAnsi="Arial"/>
          <w:color w:val="5D7284"/>
          <w:sz w:val="22"/>
        </w:rPr>
        <w:t>1:17:19</w:t>
      </w:r>
    </w:p>
    <w:p>
      <w:pPr>
        <w:spacing w:after="0"/>
      </w:pPr>
      <w:r>
        <w:rPr>
          <w:rFonts w:ascii="Arial" w:hAnsi="Arial"/>
          <w:sz w:val="22"/>
        </w:rPr>
        <w:t>I just want to say that that's progress I managed to say that without tearing up,</w:t>
      </w:r>
    </w:p>
    <w:p>
      <w:pPr>
        <w:spacing w:after="0"/>
      </w:pPr>
    </w:p>
    <w:p>
      <w:pPr>
        <w:spacing w:after="0"/>
      </w:pPr>
      <w:r>
        <w:rPr>
          <w:rFonts w:ascii="Arial" w:hAnsi="Arial"/>
          <w:b/>
          <w:sz w:val="22"/>
        </w:rPr>
        <w:t xml:space="preserve">Alice  </w:t>
      </w:r>
      <w:r>
        <w:rPr>
          <w:rFonts w:ascii="Arial" w:hAnsi="Arial"/>
          <w:color w:val="5D7284"/>
          <w:sz w:val="22"/>
        </w:rPr>
        <w:t>1:17:24</w:t>
      </w:r>
    </w:p>
    <w:p>
      <w:pPr>
        <w:spacing w:after="0"/>
      </w:pPr>
      <w:r>
        <w:rPr>
          <w:rFonts w:ascii="Arial" w:hAnsi="Arial"/>
          <w:sz w:val="22"/>
        </w:rPr>
        <w:t>What that you haven't cried</w:t>
      </w:r>
    </w:p>
    <w:p>
      <w:pPr>
        <w:spacing w:after="0"/>
      </w:pPr>
    </w:p>
    <w:p>
      <w:pPr>
        <w:spacing w:after="0"/>
      </w:pPr>
      <w:r>
        <w:rPr>
          <w:rFonts w:ascii="Arial" w:hAnsi="Arial"/>
          <w:b/>
          <w:sz w:val="22"/>
        </w:rPr>
        <w:t xml:space="preserve">Lucy  </w:t>
      </w:r>
      <w:r>
        <w:rPr>
          <w:rFonts w:ascii="Arial" w:hAnsi="Arial"/>
          <w:color w:val="5D7284"/>
          <w:sz w:val="22"/>
        </w:rPr>
        <w:t>1:17:25</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1:17:26</w:t>
      </w:r>
    </w:p>
    <w:p>
      <w:pPr>
        <w:spacing w:after="0"/>
      </w:pPr>
      <w:r>
        <w:rPr>
          <w:rFonts w:ascii="Arial" w:hAnsi="Arial"/>
          <w:sz w:val="22"/>
        </w:rPr>
        <w:t>We haven't actually stopped recording yet so there is still time everybody. One thing I will say Luce if you if you stop crying just willy nilly, we're gonna have to change the intro of the show. You need to start like pinching yourself 10 minutes in.</w:t>
      </w:r>
    </w:p>
    <w:p>
      <w:pPr>
        <w:spacing w:after="0"/>
      </w:pPr>
    </w:p>
    <w:p>
      <w:pPr>
        <w:spacing w:after="0"/>
      </w:pPr>
      <w:r>
        <w:rPr>
          <w:rFonts w:ascii="Arial" w:hAnsi="Arial"/>
          <w:b/>
          <w:sz w:val="22"/>
        </w:rPr>
        <w:t xml:space="preserve">Lucy  </w:t>
      </w:r>
      <w:r>
        <w:rPr>
          <w:rFonts w:ascii="Arial" w:hAnsi="Arial"/>
          <w:color w:val="5D7284"/>
          <w:sz w:val="22"/>
        </w:rPr>
        <w:t>1:17:43</w:t>
      </w:r>
    </w:p>
    <w:p>
      <w:pPr>
        <w:spacing w:after="0"/>
      </w:pPr>
      <w:r>
        <w:rPr>
          <w:rFonts w:ascii="Arial" w:hAnsi="Arial"/>
          <w:sz w:val="22"/>
        </w:rPr>
        <w:t>Are you gonna poke me in the eye. Someone kick her really hard</w:t>
      </w:r>
    </w:p>
    <w:p>
      <w:pPr>
        <w:spacing w:after="0"/>
      </w:pPr>
    </w:p>
    <w:p>
      <w:pPr>
        <w:spacing w:after="0"/>
      </w:pPr>
      <w:r>
        <w:rPr>
          <w:rFonts w:ascii="Arial" w:hAnsi="Arial"/>
          <w:b/>
          <w:sz w:val="22"/>
        </w:rPr>
        <w:t xml:space="preserve">Alice  </w:t>
      </w:r>
      <w:r>
        <w:rPr>
          <w:rFonts w:ascii="Arial" w:hAnsi="Arial"/>
          <w:color w:val="5D7284"/>
          <w:sz w:val="22"/>
        </w:rPr>
        <w:t>1:17:49</w:t>
      </w:r>
    </w:p>
    <w:p>
      <w:pPr>
        <w:spacing w:after="0"/>
      </w:pPr>
      <w:r>
        <w:rPr>
          <w:rFonts w:ascii="Arial" w:hAnsi="Arial"/>
          <w:sz w:val="22"/>
        </w:rPr>
        <w:t>we need the tears it'ss part of the brand.</w:t>
      </w:r>
    </w:p>
    <w:p>
      <w:pPr>
        <w:spacing w:after="0"/>
      </w:pPr>
    </w:p>
    <w:p>
      <w:pPr>
        <w:spacing w:after="0"/>
      </w:pPr>
      <w:r>
        <w:rPr>
          <w:rFonts w:ascii="Arial" w:hAnsi="Arial"/>
          <w:b/>
          <w:sz w:val="22"/>
        </w:rPr>
        <w:t xml:space="preserve">Lucy  </w:t>
      </w:r>
      <w:r>
        <w:rPr>
          <w:rFonts w:ascii="Arial" w:hAnsi="Arial"/>
          <w:color w:val="5D7284"/>
          <w:sz w:val="22"/>
        </w:rPr>
        <w:t>1:17:51</w:t>
      </w:r>
    </w:p>
    <w:p>
      <w:pPr>
        <w:spacing w:after="0"/>
      </w:pPr>
      <w:r>
        <w:rPr>
          <w:rFonts w:ascii="Arial" w:hAnsi="Arial"/>
          <w:sz w:val="22"/>
        </w:rPr>
        <w:t>Yeah ok, I'll see what I can do.</w:t>
      </w:r>
    </w:p>
    <w:p>
      <w:pPr>
        <w:spacing w:after="0"/>
      </w:pPr>
    </w:p>
    <w:p>
      <w:pPr>
        <w:spacing w:after="0"/>
      </w:pPr>
      <w:r>
        <w:rPr>
          <w:rFonts w:ascii="Arial" w:hAnsi="Arial"/>
          <w:b/>
          <w:sz w:val="22"/>
        </w:rPr>
        <w:t xml:space="preserve">Alice  </w:t>
      </w:r>
      <w:r>
        <w:rPr>
          <w:rFonts w:ascii="Arial" w:hAnsi="Arial"/>
          <w:color w:val="5D7284"/>
          <w:sz w:val="22"/>
        </w:rPr>
        <w:t>1:17:54</w:t>
      </w:r>
    </w:p>
    <w:p>
      <w:pPr>
        <w:spacing w:after="0"/>
      </w:pPr>
      <w:r>
        <w:rPr>
          <w:rFonts w:ascii="Arial" w:hAnsi="Arial"/>
          <w:sz w:val="22"/>
        </w:rPr>
        <w:t>Emma it's been really brilliant to have you on our show, thank you so much for coming on and sharing your story.</w:t>
      </w:r>
    </w:p>
    <w:p>
      <w:pPr>
        <w:spacing w:after="0"/>
      </w:pPr>
    </w:p>
    <w:p>
      <w:pPr>
        <w:spacing w:after="0"/>
      </w:pPr>
      <w:r>
        <w:rPr>
          <w:rFonts w:ascii="Arial" w:hAnsi="Arial"/>
          <w:b/>
          <w:sz w:val="22"/>
        </w:rPr>
        <w:t xml:space="preserve">Emma  </w:t>
      </w:r>
      <w:r>
        <w:rPr>
          <w:rFonts w:ascii="Arial" w:hAnsi="Arial"/>
          <w:color w:val="5D7284"/>
          <w:sz w:val="22"/>
        </w:rPr>
        <w:t>1:18:02</w:t>
      </w:r>
    </w:p>
    <w:p>
      <w:pPr>
        <w:spacing w:after="0"/>
      </w:pPr>
      <w:r>
        <w:rPr>
          <w:rFonts w:ascii="Arial" w:hAnsi="Arial"/>
          <w:sz w:val="22"/>
        </w:rPr>
        <w:t>No, thank you very much. It's been it's been absolutely lovely it's been brilliant to talk to you both and that's great. Hopefully it'll be of interest to some other people as well.</w:t>
      </w:r>
    </w:p>
    <w:p>
      <w:pPr>
        <w:spacing w:after="0"/>
      </w:pPr>
    </w:p>
    <w:p>
      <w:pPr>
        <w:spacing w:after="0"/>
      </w:pPr>
      <w:r>
        <w:rPr>
          <w:rFonts w:ascii="Arial" w:hAnsi="Arial"/>
          <w:b/>
          <w:sz w:val="22"/>
        </w:rPr>
        <w:t xml:space="preserve">Alice  </w:t>
      </w:r>
      <w:r>
        <w:rPr>
          <w:rFonts w:ascii="Arial" w:hAnsi="Arial"/>
          <w:color w:val="5D7284"/>
          <w:sz w:val="22"/>
        </w:rPr>
        <w:t>1:18:16</w:t>
      </w:r>
    </w:p>
    <w:p>
      <w:pPr>
        <w:spacing w:after="0"/>
      </w:pPr>
      <w:r>
        <w:rPr>
          <w:rFonts w:ascii="Arial" w:hAnsi="Arial"/>
          <w:sz w:val="22"/>
        </w:rPr>
        <w:t>I think it's been a really interesting episode. I think our listeners are really going to enjoy it. Okay. And, listeners. If you have enjoyed this episode, obviously, you can rate review and subscribe to the show on all of the places where you podcast. Doing that is really helpful. It helps us reach new listeners. Also, share the show around, tell your friends bully them into listening to the show and subscribe, it's not desperation it's just a subtle recruiting technique.</w:t>
      </w:r>
    </w:p>
    <w:p>
      <w:pPr>
        <w:spacing w:after="0"/>
      </w:pPr>
    </w:p>
    <w:p>
      <w:pPr>
        <w:spacing w:after="0"/>
      </w:pPr>
      <w:r>
        <w:rPr>
          <w:rFonts w:ascii="Arial" w:hAnsi="Arial"/>
          <w:b/>
          <w:sz w:val="22"/>
        </w:rPr>
        <w:t xml:space="preserve">Lucy  </w:t>
      </w:r>
      <w:r>
        <w:rPr>
          <w:rFonts w:ascii="Arial" w:hAnsi="Arial"/>
          <w:color w:val="5D7284"/>
          <w:sz w:val="22"/>
        </w:rPr>
        <w:t>1:18:50</w:t>
      </w:r>
    </w:p>
    <w:p>
      <w:pPr>
        <w:spacing w:after="0"/>
      </w:pPr>
      <w:r>
        <w:rPr>
          <w:rFonts w:ascii="Arial" w:hAnsi="Arial"/>
          <w:sz w:val="22"/>
        </w:rPr>
        <w:t>Okay. Yeah.</w:t>
      </w:r>
    </w:p>
    <w:p>
      <w:pPr>
        <w:spacing w:after="0"/>
      </w:pPr>
    </w:p>
    <w:p>
      <w:pPr>
        <w:spacing w:after="0"/>
      </w:pPr>
      <w:r>
        <w:rPr>
          <w:rFonts w:ascii="Arial" w:hAnsi="Arial"/>
          <w:b/>
          <w:sz w:val="22"/>
        </w:rPr>
        <w:t xml:space="preserve">Alice  </w:t>
      </w:r>
      <w:r>
        <w:rPr>
          <w:rFonts w:ascii="Arial" w:hAnsi="Arial"/>
          <w:color w:val="5D7284"/>
          <w:sz w:val="22"/>
        </w:rPr>
        <w:t>1:18:51</w:t>
      </w:r>
    </w:p>
    <w:p>
      <w:pPr>
        <w:spacing w:after="0"/>
      </w:pPr>
      <w:r>
        <w:rPr>
          <w:rFonts w:ascii="Arial" w:hAnsi="Arial"/>
          <w:sz w:val="22"/>
        </w:rPr>
        <w:t xml:space="preserve"> I'm working on building our own cult.</w:t>
      </w:r>
    </w:p>
    <w:p>
      <w:pPr>
        <w:spacing w:after="0"/>
      </w:pPr>
    </w:p>
    <w:p>
      <w:pPr>
        <w:spacing w:after="0"/>
      </w:pPr>
      <w:r>
        <w:rPr>
          <w:rFonts w:ascii="Arial" w:hAnsi="Arial"/>
          <w:b/>
          <w:sz w:val="22"/>
        </w:rPr>
        <w:t xml:space="preserve">Lucy  </w:t>
      </w:r>
      <w:r>
        <w:rPr>
          <w:rFonts w:ascii="Arial" w:hAnsi="Arial"/>
          <w:color w:val="5D7284"/>
          <w:sz w:val="22"/>
        </w:rPr>
        <w:t>1:18:54</w:t>
      </w:r>
    </w:p>
    <w:p>
      <w:pPr>
        <w:spacing w:after="0"/>
      </w:pPr>
      <w:r>
        <w:rPr>
          <w:rFonts w:ascii="Arial" w:hAnsi="Arial"/>
          <w:sz w:val="22"/>
        </w:rPr>
        <w:t>Okay. All right. Emma thank you so much for joining us.</w:t>
      </w:r>
    </w:p>
    <w:p>
      <w:pPr>
        <w:spacing w:after="0"/>
      </w:pPr>
    </w:p>
    <w:p>
      <w:pPr>
        <w:spacing w:after="0"/>
      </w:pPr>
      <w:r>
        <w:rPr>
          <w:rFonts w:ascii="Arial" w:hAnsi="Arial"/>
          <w:b/>
          <w:sz w:val="22"/>
        </w:rPr>
        <w:t xml:space="preserve">Disclaimer  </w:t>
      </w:r>
      <w:r>
        <w:rPr>
          <w:rFonts w:ascii="Arial" w:hAnsi="Arial"/>
          <w:color w:val="5D7284"/>
          <w:sz w:val="22"/>
        </w:rPr>
        <w:t>1:19:00</w:t>
      </w:r>
    </w:p>
    <w:p>
      <w:pPr>
        <w:spacing w:after="0"/>
      </w:pPr>
      <w:r>
        <w:rPr>
          <w:rFonts w:ascii="Arial" w:hAnsi="Arial"/>
          <w:sz w:val="22"/>
        </w:rPr>
        <w:t>Yeah, thank you, and we will see everybody else next time. Bye.</w:t>
      </w:r>
    </w:p>
    <w:p>
      <w:pPr>
        <w:spacing w:after="0"/>
      </w:pPr>
    </w:p>
    <w:p>
      <w:pPr>
        <w:spacing w:after="0"/>
      </w:pPr>
      <w:r>
        <w:rPr>
          <w:rFonts w:ascii="Arial" w:hAnsi="Arial"/>
          <w:b/>
          <w:sz w:val="22"/>
        </w:rPr>
        <w:t xml:space="preserve">Emma  </w:t>
      </w:r>
      <w:r>
        <w:rPr>
          <w:rFonts w:ascii="Arial" w:hAnsi="Arial"/>
          <w:color w:val="5D7284"/>
          <w:sz w:val="22"/>
        </w:rPr>
        <w:t>1:19:05</w:t>
      </w:r>
    </w:p>
    <w:p>
      <w:pPr>
        <w:spacing w:after="0"/>
      </w:pPr>
      <w:r>
        <w:rPr>
          <w:rFonts w:ascii="Arial" w:hAnsi="Arial"/>
          <w:sz w:val="22"/>
        </w:rPr>
        <w:t>Bye.</w:t>
      </w:r>
    </w:p>
    <w:p>
      <w:pPr>
        <w:spacing w:after="0"/>
      </w:pPr>
    </w:p>
    <w:p>
      <w:pPr>
        <w:spacing w:after="0"/>
      </w:pPr>
      <w:r>
        <w:rPr>
          <w:rFonts w:ascii="Arial" w:hAnsi="Arial"/>
          <w:b/>
          <w:sz w:val="22"/>
        </w:rPr>
        <w:t xml:space="preserve">Alice  </w:t>
      </w:r>
      <w:r>
        <w:rPr>
          <w:rFonts w:ascii="Arial" w:hAnsi="Arial"/>
          <w:color w:val="5D7284"/>
          <w:sz w:val="22"/>
        </w:rPr>
        <w:t>1:19:09</w:t>
      </w:r>
    </w:p>
    <w:p>
      <w:pPr>
        <w:spacing w:after="0"/>
      </w:pPr>
      <w:r>
        <w:rPr>
          <w:rFonts w:ascii="Arial" w:hAnsi="Arial"/>
          <w:sz w:val="22"/>
        </w:rPr>
        <w:t>Thanks for listening to the lABLEd podcast. If you like the show, you can rate review and subscribe and you can follow us on social media at lABLEd pod.</w:t>
      </w:r>
    </w:p>
    <w:p>
      <w:pPr>
        <w:spacing w:after="0"/>
      </w:pPr>
    </w:p>
    <w:p>
      <w:pPr>
        <w:spacing w:after="0"/>
      </w:pPr>
      <w:r>
        <w:rPr>
          <w:rFonts w:ascii="Arial" w:hAnsi="Arial"/>
          <w:b/>
          <w:sz w:val="22"/>
        </w:rPr>
        <w:t xml:space="preserve">Lucy  </w:t>
      </w:r>
      <w:r>
        <w:rPr>
          <w:rFonts w:ascii="Arial" w:hAnsi="Arial"/>
          <w:color w:val="5D7284"/>
          <w:sz w:val="22"/>
        </w:rPr>
        <w:t>1:19:18</w:t>
      </w:r>
    </w:p>
    <w:p>
      <w:pPr>
        <w:spacing w:after="0"/>
      </w:pPr>
      <w:r>
        <w:rPr>
          <w:rFonts w:ascii="Arial" w:hAnsi="Arial"/>
          <w:sz w:val="22"/>
        </w:rPr>
        <w:t>This episode was edited by Adam Hull our music was by Maisie Crundon.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