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 30 Fiona Roberstson</w:t>
      </w:r>
    </w:p>
    <w:p>
      <w:r>
        <w:rPr>
          <w:rFonts w:ascii="Arial" w:hAnsi="Arial"/>
          <w:color w:val="4F6880"/>
          <w:sz w:val="22"/>
        </w:rPr>
        <w:t>Fri, 4/22 5:55PM • 1:27:09</w:t>
      </w:r>
    </w:p>
    <w:p>
      <w:pPr>
        <w:spacing w:before="440" w:after="0"/>
      </w:pPr>
      <w:r>
        <w:rPr>
          <w:rFonts w:ascii="Arial" w:hAnsi="Arial"/>
          <w:b/>
          <w:color w:val="4F6880"/>
          <w:sz w:val="22"/>
        </w:rPr>
        <w:t>SUMMARY KEYWORDS</w:t>
      </w:r>
    </w:p>
    <w:p>
      <w:r>
        <w:rPr>
          <w:rFonts w:ascii="Arial" w:hAnsi="Arial"/>
          <w:color w:val="4F6880"/>
          <w:sz w:val="22"/>
        </w:rPr>
        <w:t>people, disability, disabled, lucy, pandemic, talk, life, fiona, alice, equalities, important, stories, trans, problem, activist, community, podcast, called, zine, world</w:t>
      </w:r>
    </w:p>
    <w:p>
      <w:pPr>
        <w:spacing w:before="440" w:after="0"/>
      </w:pPr>
      <w:r>
        <w:rPr>
          <w:rFonts w:ascii="Arial" w:hAnsi="Arial"/>
          <w:b/>
          <w:color w:val="4F6880"/>
          <w:sz w:val="22"/>
        </w:rPr>
        <w:t>SPEAKERS</w:t>
      </w:r>
    </w:p>
    <w:p>
      <w:r>
        <w:rPr>
          <w:rFonts w:ascii="Arial" w:hAnsi="Arial"/>
          <w:color w:val="4F6880"/>
          <w:sz w:val="22"/>
        </w:rPr>
        <w:t>Theme Tune, Disclaimer, Lucy, Fiona Roberson ,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and that's Lola.</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Though I might not fit in socially. I'm so much more thanwhat you see, we all live differently, Kaleidoscope identity because thise is who I'm meant to be. I'm just labeled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 xml:space="preserve">Don't forget in this episode, I might swear, Lucy might cry, and you can check out details of the trigger warnings on our website. </w:t>
      </w:r>
    </w:p>
    <w:p>
      <w:pPr>
        <w:spacing w:after="0"/>
      </w:pPr>
    </w:p>
    <w:p>
      <w:pPr>
        <w:spacing w:after="0"/>
      </w:pPr>
      <w:r>
        <w:rPr>
          <w:rFonts w:ascii="Arial" w:hAnsi="Arial"/>
          <w:b/>
          <w:sz w:val="22"/>
        </w:rPr>
        <w:t xml:space="preserve">Disclaimer  </w:t>
      </w:r>
      <w:r>
        <w:rPr>
          <w:rFonts w:ascii="Arial" w:hAnsi="Arial"/>
          <w:color w:val="5D7284"/>
          <w:sz w:val="22"/>
        </w:rPr>
        <w:t>00:44</w:t>
      </w:r>
    </w:p>
    <w:p>
      <w:pPr>
        <w:spacing w:after="0"/>
      </w:pPr>
      <w:r>
        <w:rPr>
          <w:rFonts w:ascii="Arial" w:hAnsi="Arial"/>
          <w:sz w:val="22"/>
        </w:rPr>
        <w:t>Hi, everyone, just to let you know that in this episode, I guest will very briefly make mention of sexual abuse and abortions. If this is something that's triggering for you, you might want to skip this episode.</w:t>
      </w:r>
    </w:p>
    <w:p>
      <w:pPr>
        <w:spacing w:after="0"/>
      </w:pPr>
    </w:p>
    <w:p>
      <w:pPr>
        <w:spacing w:after="0"/>
      </w:pPr>
      <w:r>
        <w:rPr>
          <w:rFonts w:ascii="Arial" w:hAnsi="Arial"/>
          <w:b/>
          <w:sz w:val="22"/>
        </w:rPr>
        <w:t xml:space="preserve">Lucy  </w:t>
      </w:r>
      <w:r>
        <w:rPr>
          <w:rFonts w:ascii="Arial" w:hAnsi="Arial"/>
          <w:color w:val="5D7284"/>
          <w:sz w:val="22"/>
        </w:rPr>
        <w:t>00:59</w:t>
      </w:r>
    </w:p>
    <w:p>
      <w:pPr>
        <w:spacing w:after="0"/>
      </w:pPr>
      <w:r>
        <w:rPr>
          <w:rFonts w:ascii="Arial" w:hAnsi="Arial"/>
          <w:sz w:val="22"/>
        </w:rPr>
        <w:t xml:space="preserve">Hello, everybody, and welcome to an episode of lABLEd Podcast. I am Lucy, and I'm joined by Alice, you're listening to a very special episode, because we're going to be foreshadowing to our pride series, which is coming up later in the year. Aren't we Alice </w:t>
      </w:r>
    </w:p>
    <w:p>
      <w:pPr>
        <w:spacing w:after="0"/>
      </w:pPr>
    </w:p>
    <w:p>
      <w:pPr>
        <w:spacing w:after="0"/>
      </w:pPr>
      <w:r>
        <w:rPr>
          <w:rFonts w:ascii="Arial" w:hAnsi="Arial"/>
          <w:b/>
          <w:sz w:val="22"/>
        </w:rPr>
        <w:t xml:space="preserve">Alice  </w:t>
      </w:r>
      <w:r>
        <w:rPr>
          <w:rFonts w:ascii="Arial" w:hAnsi="Arial"/>
          <w:color w:val="5D7284"/>
          <w:sz w:val="22"/>
        </w:rPr>
        <w:t>01:21</w:t>
      </w:r>
    </w:p>
    <w:p>
      <w:pPr>
        <w:spacing w:after="0"/>
      </w:pPr>
      <w:r>
        <w:rPr>
          <w:rFonts w:ascii="Arial" w:hAnsi="Arial"/>
          <w:sz w:val="22"/>
        </w:rPr>
        <w:t>Yes, sorry. Lucy has been told off, because I don't really like calling people out.  I'm trying so hard. I'm doing so well, up until today, where I've just seemed to be have forgotten everything. So Sorry Like six times today? I don't know what it is. It's just not it's just I just not a fan of ours.</w:t>
      </w:r>
    </w:p>
    <w:p>
      <w:pPr>
        <w:spacing w:after="0"/>
      </w:pPr>
    </w:p>
    <w:p>
      <w:pPr>
        <w:spacing w:after="0"/>
      </w:pPr>
      <w:r>
        <w:rPr>
          <w:rFonts w:ascii="Arial" w:hAnsi="Arial"/>
          <w:b/>
          <w:sz w:val="22"/>
        </w:rPr>
        <w:t xml:space="preserve">Lucy  </w:t>
      </w:r>
      <w:r>
        <w:rPr>
          <w:rFonts w:ascii="Arial" w:hAnsi="Arial"/>
          <w:color w:val="5D7284"/>
          <w:sz w:val="22"/>
        </w:rPr>
        <w:t>01:38</w:t>
      </w:r>
    </w:p>
    <w:p>
      <w:pPr>
        <w:spacing w:after="0"/>
      </w:pPr>
      <w:r>
        <w:rPr>
          <w:rFonts w:ascii="Arial" w:hAnsi="Arial"/>
          <w:sz w:val="22"/>
        </w:rPr>
        <w:t>And I did say if you just told me this earlier on in the friendship, it would have been a lot easier for me to go. Stop doing that, stop doing that. So you know, you've only got yourself to blame, really. But yeah, we're working on it. It's getting there. We'll get there. It's it's a learning process. I will eventually stop calling it. You need to get one of them little bands that you flick on your wrist and you every time I say it's like No Stop It!! So</w:t>
      </w:r>
    </w:p>
    <w:p>
      <w:pPr>
        <w:spacing w:after="0"/>
      </w:pPr>
    </w:p>
    <w:p>
      <w:pPr>
        <w:spacing w:after="0"/>
      </w:pPr>
      <w:r>
        <w:rPr>
          <w:rFonts w:ascii="Arial" w:hAnsi="Arial"/>
          <w:b/>
          <w:sz w:val="22"/>
        </w:rPr>
        <w:t xml:space="preserve">Alice  </w:t>
      </w:r>
      <w:r>
        <w:rPr>
          <w:rFonts w:ascii="Arial" w:hAnsi="Arial"/>
          <w:color w:val="5D7284"/>
          <w:sz w:val="22"/>
        </w:rPr>
        <w:t>02:06</w:t>
      </w:r>
    </w:p>
    <w:p>
      <w:pPr>
        <w:spacing w:after="0"/>
      </w:pPr>
      <w:r>
        <w:rPr>
          <w:rFonts w:ascii="Arial" w:hAnsi="Arial"/>
          <w:sz w:val="22"/>
        </w:rPr>
        <w:t>I've always thought of myself as more of a positive reinforcement kind of person. But you know, if you'd like to gently abuse yourself loose, that is entirely your call.</w:t>
      </w:r>
    </w:p>
    <w:p>
      <w:pPr>
        <w:spacing w:after="0"/>
      </w:pPr>
    </w:p>
    <w:p>
      <w:pPr>
        <w:spacing w:after="0"/>
      </w:pPr>
      <w:r>
        <w:rPr>
          <w:rFonts w:ascii="Arial" w:hAnsi="Arial"/>
          <w:b/>
          <w:sz w:val="22"/>
        </w:rPr>
        <w:t xml:space="preserve">Lucy  </w:t>
      </w:r>
      <w:r>
        <w:rPr>
          <w:rFonts w:ascii="Arial" w:hAnsi="Arial"/>
          <w:color w:val="5D7284"/>
          <w:sz w:val="22"/>
        </w:rPr>
        <w:t>02:16</w:t>
      </w:r>
    </w:p>
    <w:p>
      <w:pPr>
        <w:spacing w:after="0"/>
      </w:pPr>
      <w:r>
        <w:rPr>
          <w:rFonts w:ascii="Arial" w:hAnsi="Arial"/>
          <w:sz w:val="22"/>
        </w:rPr>
        <w:t>Yeah, I'm sure I'm sure. But I will get that it's fine. It's fine.</w:t>
      </w:r>
    </w:p>
    <w:p>
      <w:pPr>
        <w:spacing w:after="0"/>
      </w:pPr>
    </w:p>
    <w:p>
      <w:pPr>
        <w:spacing w:after="0"/>
      </w:pPr>
      <w:r>
        <w:rPr>
          <w:rFonts w:ascii="Arial" w:hAnsi="Arial"/>
          <w:b/>
          <w:sz w:val="22"/>
        </w:rPr>
        <w:t xml:space="preserve">Alice  </w:t>
      </w:r>
      <w:r>
        <w:rPr>
          <w:rFonts w:ascii="Arial" w:hAnsi="Arial"/>
          <w:color w:val="5D7284"/>
          <w:sz w:val="22"/>
        </w:rPr>
        <w:t>02:21</w:t>
      </w:r>
    </w:p>
    <w:p>
      <w:pPr>
        <w:spacing w:after="0"/>
      </w:pPr>
      <w:r>
        <w:rPr>
          <w:rFonts w:ascii="Arial" w:hAnsi="Arial"/>
          <w:sz w:val="22"/>
        </w:rPr>
        <w:t>So yeah, as Lucy said, we are foreshadowing, which makes it sound much creepier than it is actually cool and exciting. We're doing we are celebrating LGBTQ IA Pride Month this June. And we have been very spoiled by the guests who have offered to come on the show and come and have a chat with us so much so that we have more guests than we have space in our schedule for so we've decided that we're going to drop some episodes a bit early. And yeah, wet your guys's appetite. So today, we've been joined by Fiona Roberson. I keep calling you Fiona Robinson, and that is not your name.</w:t>
      </w:r>
    </w:p>
    <w:p>
      <w:pPr>
        <w:spacing w:after="0"/>
      </w:pPr>
    </w:p>
    <w:p>
      <w:pPr>
        <w:spacing w:after="0"/>
      </w:pPr>
      <w:r>
        <w:rPr>
          <w:rFonts w:ascii="Arial" w:hAnsi="Arial"/>
          <w:b/>
          <w:sz w:val="22"/>
        </w:rPr>
        <w:t xml:space="preserve">Lucy  </w:t>
      </w:r>
      <w:r>
        <w:rPr>
          <w:rFonts w:ascii="Arial" w:hAnsi="Arial"/>
          <w:color w:val="5D7284"/>
          <w:sz w:val="22"/>
        </w:rPr>
        <w:t>03:14</w:t>
      </w:r>
    </w:p>
    <w:p>
      <w:pPr>
        <w:spacing w:after="0"/>
      </w:pPr>
      <w:r>
        <w:rPr>
          <w:rFonts w:ascii="Arial" w:hAnsi="Arial"/>
          <w:sz w:val="22"/>
        </w:rPr>
        <w:t>I'm fairly good at this. Yeah, yeah.</w:t>
      </w:r>
    </w:p>
    <w:p>
      <w:pPr>
        <w:spacing w:after="0"/>
      </w:pPr>
    </w:p>
    <w:p>
      <w:pPr>
        <w:spacing w:after="0"/>
      </w:pPr>
      <w:r>
        <w:rPr>
          <w:rFonts w:ascii="Arial" w:hAnsi="Arial"/>
          <w:b/>
          <w:sz w:val="22"/>
        </w:rPr>
        <w:t xml:space="preserve">Alice  </w:t>
      </w:r>
      <w:r>
        <w:rPr>
          <w:rFonts w:ascii="Arial" w:hAnsi="Arial"/>
          <w:color w:val="5D7284"/>
          <w:sz w:val="22"/>
        </w:rPr>
        <w:t>03:16</w:t>
      </w:r>
    </w:p>
    <w:p>
      <w:pPr>
        <w:spacing w:after="0"/>
      </w:pPr>
      <w:r>
        <w:rPr>
          <w:rFonts w:ascii="Arial" w:hAnsi="Arial"/>
          <w:sz w:val="22"/>
        </w:rPr>
        <w:t>Super profesh. Who has  come on to talk about some of her campaign work. So Fiona, do you want to just jump in and introduce yourself and tell us a little bit about you and what you do.</w:t>
      </w:r>
    </w:p>
    <w:p>
      <w:pPr>
        <w:spacing w:after="0"/>
      </w:pPr>
    </w:p>
    <w:p>
      <w:pPr>
        <w:spacing w:after="0"/>
      </w:pPr>
      <w:r>
        <w:rPr>
          <w:rFonts w:ascii="Arial" w:hAnsi="Arial"/>
          <w:b/>
          <w:sz w:val="22"/>
        </w:rPr>
        <w:t xml:space="preserve">Fiona Roberson   </w:t>
      </w:r>
      <w:r>
        <w:rPr>
          <w:rFonts w:ascii="Arial" w:hAnsi="Arial"/>
          <w:color w:val="5D7284"/>
          <w:sz w:val="22"/>
        </w:rPr>
        <w:t>03:31</w:t>
      </w:r>
    </w:p>
    <w:p>
      <w:pPr>
        <w:spacing w:after="0"/>
      </w:pPr>
      <w:r>
        <w:rPr>
          <w:rFonts w:ascii="Arial" w:hAnsi="Arial"/>
          <w:sz w:val="22"/>
        </w:rPr>
        <w:t>Hey there. Thanks for having me. And thanks for doing this series. So I think it's going to be really interesting. There's a lot to talk about. I'm Fiona Robertson, as I said, I am a disability justice activist in Scotland. I have also done a lot of work on LGBT issues. I was for three years, I was the equalities, convener for the SMP and as part of that, I also was a co chair in the disabled member's group and the convener of out for Indie, which is the LGBT Q plus wing of the SNP so but as the equalities, convener, my job was to look at the intersections of all of the different protected characteristics, that was my key role and try and work out how to best make sure that both the party was inclusive, but also the things that we were doing were and the things that the policies that we were creating, included, every one and that can be, can be can be complicated, but there are a lot of very important things Oh, especially when it comes to disability where the overlaps with other with other characteristics are often missed. And they have there are very specific issues for people who have multiple marginalization. And those things often get alighted by the the much bigger, more common stories. So I think what I'm here to talk about is some of them some of the ways that the communities intersect and why shared solidarity is so important.</w:t>
      </w:r>
    </w:p>
    <w:p>
      <w:pPr>
        <w:spacing w:after="0"/>
      </w:pPr>
    </w:p>
    <w:p>
      <w:pPr>
        <w:spacing w:after="0"/>
      </w:pPr>
      <w:r>
        <w:rPr>
          <w:rFonts w:ascii="Arial" w:hAnsi="Arial"/>
          <w:b/>
          <w:sz w:val="22"/>
        </w:rPr>
        <w:t xml:space="preserve">Alice  </w:t>
      </w:r>
      <w:r>
        <w:rPr>
          <w:rFonts w:ascii="Arial" w:hAnsi="Arial"/>
          <w:color w:val="5D7284"/>
          <w:sz w:val="22"/>
        </w:rPr>
        <w:t>05:39</w:t>
      </w:r>
    </w:p>
    <w:p>
      <w:pPr>
        <w:spacing w:after="0"/>
      </w:pPr>
      <w:r>
        <w:rPr>
          <w:rFonts w:ascii="Arial" w:hAnsi="Arial"/>
          <w:sz w:val="22"/>
        </w:rPr>
        <w:t>I like that. I like the idea of shared solidarity. I think that's something that is very, sort of, I think it's very us Luce , isn't it? Yes, because one of the things that, you know, we're always talking about is the fact that, you know, we are disabled people, but our disability is not all of our identity. And although Lucy and I are both straight, you know, for us, part of the reason we wanted to do a pride series is because we know that so often, those sorts of people with intersextional identities, get put in one camp or the other. And that's, that's simply not how we exist. It's not how we live our lives, you cannot switch off your disability, to experience your sexuality. It's just not how it works. So I think promoting that kind of shared solidarity for especially for you know, the those of us who say, Lucy, and I, you know, we are straight, but we're disabled for us, we want to show that shared solidarity for the members of the disabled community who identify, you know, as other than straight, I think that's really important.</w:t>
      </w:r>
    </w:p>
    <w:p>
      <w:pPr>
        <w:spacing w:after="0"/>
      </w:pPr>
    </w:p>
    <w:p>
      <w:pPr>
        <w:spacing w:after="0"/>
      </w:pPr>
      <w:r>
        <w:rPr>
          <w:rFonts w:ascii="Arial" w:hAnsi="Arial"/>
          <w:b/>
          <w:sz w:val="22"/>
        </w:rPr>
        <w:t xml:space="preserve">Lucy  </w:t>
      </w:r>
      <w:r>
        <w:rPr>
          <w:rFonts w:ascii="Arial" w:hAnsi="Arial"/>
          <w:color w:val="5D7284"/>
          <w:sz w:val="22"/>
        </w:rPr>
        <w:t>06:57</w:t>
      </w:r>
    </w:p>
    <w:p>
      <w:pPr>
        <w:spacing w:after="0"/>
      </w:pPr>
      <w:r>
        <w:rPr>
          <w:rFonts w:ascii="Arial" w:hAnsi="Arial"/>
          <w:sz w:val="22"/>
        </w:rPr>
        <w:t>And I think for me, as well, you know, I'm not about kind of like, Oh, I've got it worse than you, because I've faced this discrimination. For me, if we are in a minority, then there was a shed, you might not be able to experience exactly what my issues are. But I feel like there's a shed empathy of, we've all got a struggle. And if one of us can get a doorway into an equal society, then it opens the floodgates for everybody else, doesn't it? So that is something that I am, you know, I've never been one for all like this, like disability, Top Trumps don't do that kind of equality, Top Trumps don't do that, either. Because it's important for me that, you know, we are empathetic, as, as to host of a padded disability podcast, we're empathetic to everybody's struggles, you know, just because I can't walk or Alice can't see does not mean that we sit here and go, Well, we've got it, we've got it worse than you kind of thing. It's very much kind of, we're we're on we're all in this together. And yes, it's a bit shit. But if we work together, that, you know, the possibilities are endless.</w:t>
      </w:r>
    </w:p>
    <w:p>
      <w:pPr>
        <w:spacing w:after="0"/>
      </w:pPr>
    </w:p>
    <w:p>
      <w:pPr>
        <w:spacing w:after="0"/>
      </w:pPr>
      <w:r>
        <w:rPr>
          <w:rFonts w:ascii="Arial" w:hAnsi="Arial"/>
          <w:b/>
          <w:sz w:val="22"/>
        </w:rPr>
        <w:t xml:space="preserve">Alice  </w:t>
      </w:r>
      <w:r>
        <w:rPr>
          <w:rFonts w:ascii="Arial" w:hAnsi="Arial"/>
          <w:color w:val="5D7284"/>
          <w:sz w:val="22"/>
        </w:rPr>
        <w:t>08:14</w:t>
      </w:r>
    </w:p>
    <w:p>
      <w:pPr>
        <w:spacing w:after="0"/>
      </w:pPr>
      <w:r>
        <w:rPr>
          <w:rFonts w:ascii="Arial" w:hAnsi="Arial"/>
          <w:sz w:val="22"/>
        </w:rPr>
        <w:t>And that's why I really like I'm trying to use the phrase inclusion more than I am sort of talking when I talk about access and accessibility, because actually, I think inclusion is something that includes people more broadly than the ideas of access, because I think traditionally people think of access and accessibility, even amongst, you know, within the disabled community, people immediately think wheelchairs, I can't get in there because I'm in a wheelchair, whereas actually, you know, inclusion is, it's far more complex than that, as you were saying, Fiona, you know, it's so many ways that those kinds of issues intersect and inform one another.</w:t>
      </w:r>
    </w:p>
    <w:p>
      <w:pPr>
        <w:spacing w:after="0"/>
      </w:pPr>
    </w:p>
    <w:p>
      <w:pPr>
        <w:spacing w:after="0"/>
      </w:pPr>
      <w:r>
        <w:rPr>
          <w:rFonts w:ascii="Arial" w:hAnsi="Arial"/>
          <w:b/>
          <w:sz w:val="22"/>
        </w:rPr>
        <w:t xml:space="preserve">Fiona Roberson   </w:t>
      </w:r>
      <w:r>
        <w:rPr>
          <w:rFonts w:ascii="Arial" w:hAnsi="Arial"/>
          <w:color w:val="5D7284"/>
          <w:sz w:val="22"/>
        </w:rPr>
        <w:t>08:59</w:t>
      </w:r>
    </w:p>
    <w:p>
      <w:pPr>
        <w:spacing w:after="0"/>
      </w:pPr>
      <w:r>
        <w:rPr>
          <w:rFonts w:ascii="Arial" w:hAnsi="Arial"/>
          <w:sz w:val="22"/>
        </w:rPr>
        <w:t>And I think that there's a really important thing that I really liked about being the equalities, convener was that it allowed me to really look at the the issue as a whole, because in my opinion, and in my experience, the issues that marginalized people are facing, it's all the same system. It affects us in ways and it affects us to different degrees. And there's absolutely no way to escape the fact that some people do have vastly worse experiences under that system than other people do. But it's all the same system. And it is imperative that when we are fighting it, that when we are trying to dismantle these inequalities, that we don't just reinforce other inequalities to do that. It's really important within our own communities that we don't just replicate the same inequalities from everywhere else. So it's a really, it's a it's a problem in, in all communities, but it's something that I think people are becoming more aware of now. And I think that they are trying to make more of an effort to look at, say, the disability community and and say, Yes, we do still have a, we do still have these issues where, you know, the most prominent voices are a very specific demographic set of people are disabled, but otherwise, for all the other kind of metrics of a people who have power and privilege within our society, and that it's really important that we create a world which doesn't have any of those inequalities, and we, we don't build our liberation on other people's oppression. We can't do that. That can't be how we do this.</w:t>
      </w:r>
    </w:p>
    <w:p>
      <w:pPr>
        <w:spacing w:after="0"/>
      </w:pPr>
    </w:p>
    <w:p>
      <w:pPr>
        <w:spacing w:after="0"/>
      </w:pPr>
      <w:r>
        <w:rPr>
          <w:rFonts w:ascii="Arial" w:hAnsi="Arial"/>
          <w:b/>
          <w:sz w:val="22"/>
        </w:rPr>
        <w:t xml:space="preserve">Alice  </w:t>
      </w:r>
      <w:r>
        <w:rPr>
          <w:rFonts w:ascii="Arial" w:hAnsi="Arial"/>
          <w:color w:val="5D7284"/>
          <w:sz w:val="22"/>
        </w:rPr>
        <w:t>11:03</w:t>
      </w:r>
    </w:p>
    <w:p>
      <w:pPr>
        <w:spacing w:after="0"/>
      </w:pPr>
      <w:r>
        <w:rPr>
          <w:rFonts w:ascii="Arial" w:hAnsi="Arial"/>
          <w:sz w:val="22"/>
        </w:rPr>
        <w:t>Yeah. No, I, I like that. That's a really, you know, it's a really powerful message, I think</w:t>
      </w:r>
    </w:p>
    <w:p>
      <w:pPr>
        <w:spacing w:after="0"/>
      </w:pPr>
    </w:p>
    <w:p>
      <w:pPr>
        <w:spacing w:after="0"/>
      </w:pPr>
      <w:r>
        <w:rPr>
          <w:rFonts w:ascii="Arial" w:hAnsi="Arial"/>
          <w:b/>
          <w:sz w:val="22"/>
        </w:rPr>
        <w:t xml:space="preserve">Lucy  </w:t>
      </w:r>
      <w:r>
        <w:rPr>
          <w:rFonts w:ascii="Arial" w:hAnsi="Arial"/>
          <w:color w:val="5D7284"/>
          <w:sz w:val="22"/>
        </w:rPr>
        <w:t>11:09</w:t>
      </w:r>
    </w:p>
    <w:p>
      <w:pPr>
        <w:spacing w:after="0"/>
      </w:pPr>
      <w:r>
        <w:rPr>
          <w:rFonts w:ascii="Arial" w:hAnsi="Arial"/>
          <w:sz w:val="22"/>
        </w:rPr>
        <w:t>immediately, Fiona, do you want to join our club?</w:t>
      </w:r>
    </w:p>
    <w:p>
      <w:pPr>
        <w:spacing w:after="0"/>
      </w:pPr>
    </w:p>
    <w:p>
      <w:pPr>
        <w:spacing w:after="0"/>
      </w:pPr>
      <w:r>
        <w:rPr>
          <w:rFonts w:ascii="Arial" w:hAnsi="Arial"/>
          <w:b/>
          <w:sz w:val="22"/>
        </w:rPr>
        <w:t xml:space="preserve">Alice  </w:t>
      </w:r>
      <w:r>
        <w:rPr>
          <w:rFonts w:ascii="Arial" w:hAnsi="Arial"/>
          <w:color w:val="5D7284"/>
          <w:sz w:val="22"/>
        </w:rPr>
        <w:t>11:16</w:t>
      </w:r>
    </w:p>
    <w:p>
      <w:pPr>
        <w:spacing w:after="0"/>
      </w:pPr>
      <w:r>
        <w:rPr>
          <w:rFonts w:ascii="Arial" w:hAnsi="Arial"/>
          <w:sz w:val="22"/>
        </w:rPr>
        <w:t>I think one of the things that, that I really like about that, as well, as is you talking about the different minorities? Kind of versus that one system? And I think that's that I like that. It's, and it's I mean, it feels very familiar to a lot of the things that we've said, a lot of the stuff that other guests have said is, you know, it's it is this one big system very much promotes an N US versus each other.</w:t>
      </w:r>
    </w:p>
    <w:p>
      <w:pPr>
        <w:spacing w:after="0"/>
      </w:pPr>
    </w:p>
    <w:p>
      <w:pPr>
        <w:spacing w:after="0"/>
      </w:pPr>
      <w:r>
        <w:rPr>
          <w:rFonts w:ascii="Arial" w:hAnsi="Arial"/>
          <w:b/>
          <w:sz w:val="22"/>
        </w:rPr>
        <w:t xml:space="preserve">Lucy  </w:t>
      </w:r>
      <w:r>
        <w:rPr>
          <w:rFonts w:ascii="Arial" w:hAnsi="Arial"/>
          <w:color w:val="5D7284"/>
          <w:sz w:val="22"/>
        </w:rPr>
        <w:t>11:44</w:t>
      </w:r>
    </w:p>
    <w:p>
      <w:pPr>
        <w:spacing w:after="0"/>
      </w:pPr>
      <w:r>
        <w:rPr>
          <w:rFonts w:ascii="Arial" w:hAnsi="Arial"/>
          <w:sz w:val="22"/>
        </w:rPr>
        <w:t>Exactly. I was, I was about to say exactly the same thing. Alice, sometimes. I think the reason why you get the the diversity and inclusion top trumps is because people don't understand that it's the same system we're fighting. And they're thinking of a more individual problem, rather than just like, oh, it's, you know, this is what I have to deal with. And they're not thinking, they're not looking at it as a bigger picture. They're not seeing that actually, it's the system that's faulty, not you as a person. And I think that's where you get the whole game. Well, I've got it, I've got it harder, I've got it tougher. That's where that comes from.</w:t>
      </w:r>
    </w:p>
    <w:p>
      <w:pPr>
        <w:spacing w:after="0"/>
      </w:pPr>
    </w:p>
    <w:p>
      <w:pPr>
        <w:spacing w:after="0"/>
      </w:pPr>
      <w:r>
        <w:rPr>
          <w:rFonts w:ascii="Arial" w:hAnsi="Arial"/>
          <w:b/>
          <w:sz w:val="22"/>
        </w:rPr>
        <w:t xml:space="preserve">Fiona Roberson   </w:t>
      </w:r>
      <w:r>
        <w:rPr>
          <w:rFonts w:ascii="Arial" w:hAnsi="Arial"/>
          <w:color w:val="5D7284"/>
          <w:sz w:val="22"/>
        </w:rPr>
        <w:t>11:44</w:t>
      </w:r>
    </w:p>
    <w:p>
      <w:pPr>
        <w:spacing w:after="0"/>
      </w:pPr>
      <w:r>
        <w:rPr>
          <w:rFonts w:ascii="Arial" w:hAnsi="Arial"/>
          <w:sz w:val="22"/>
        </w:rPr>
        <w:t>There's an old joke that I use a lot and have used for many, many years. It's still relevant, unfortunately, which is, there's a Tory refugee and a disabled person are sitting at a table and they get a cake cut into 12 slices, the Tory takes 11 of them. And then says to the disabled person watch out for that, that refugees after you're a bit of cake. And this is this was the permanent problem, though, especially before I got involved in party politics, I was much more involved in kind of street activism, disabled activism. And a lot of the problem that we had was trying to get people within the community to understand that it wasn't refugees taking their houses or their support, or it wasn't their fault that the that they weren't getting benefits that this is, this is a choice that is made by a government that has an enormous amount of power and enormous amount of money. We're one of the richest countries in the world, there's no reason that both sets of people can't be supported, except that it does make it very easy for them to make us fight each other Instead of that. And as long as that</w:t>
      </w:r>
    </w:p>
    <w:p>
      <w:pPr>
        <w:spacing w:after="0"/>
      </w:pPr>
    </w:p>
    <w:p>
      <w:pPr>
        <w:spacing w:after="0"/>
      </w:pPr>
      <w:r>
        <w:rPr>
          <w:rFonts w:ascii="Arial" w:hAnsi="Arial"/>
          <w:b/>
          <w:sz w:val="22"/>
        </w:rPr>
        <w:t xml:space="preserve">Lucy  </w:t>
      </w:r>
      <w:r>
        <w:rPr>
          <w:rFonts w:ascii="Arial" w:hAnsi="Arial"/>
          <w:color w:val="5D7284"/>
          <w:sz w:val="22"/>
        </w:rPr>
        <w:t>13:43</w:t>
      </w:r>
    </w:p>
    <w:p>
      <w:pPr>
        <w:spacing w:after="0"/>
      </w:pPr>
      <w:r>
        <w:rPr>
          <w:rFonts w:ascii="Arial" w:hAnsi="Arial"/>
          <w:sz w:val="22"/>
        </w:rPr>
        <w:t>with because you're distracted, aren't you distracted? If you're fighting other people, you're, you're distracted? Yeah.</w:t>
      </w:r>
    </w:p>
    <w:p>
      <w:pPr>
        <w:spacing w:after="0"/>
      </w:pPr>
    </w:p>
    <w:p>
      <w:pPr>
        <w:spacing w:after="0"/>
      </w:pPr>
      <w:r>
        <w:rPr>
          <w:rFonts w:ascii="Arial" w:hAnsi="Arial"/>
          <w:b/>
          <w:sz w:val="22"/>
        </w:rPr>
        <w:t xml:space="preserve">Alice  </w:t>
      </w:r>
      <w:r>
        <w:rPr>
          <w:rFonts w:ascii="Arial" w:hAnsi="Arial"/>
          <w:color w:val="5D7284"/>
          <w:sz w:val="22"/>
        </w:rPr>
        <w:t>13:49</w:t>
      </w:r>
    </w:p>
    <w:p>
      <w:pPr>
        <w:spacing w:after="0"/>
      </w:pPr>
      <w:r>
        <w:rPr>
          <w:rFonts w:ascii="Arial" w:hAnsi="Arial"/>
          <w:sz w:val="22"/>
        </w:rPr>
        <w:t>And, and I I've read enough, like fantasy fiction to know that that's how the bad guys do it. Yeah. Like how they always go, hey, you know, look over there. Exactly, exactly. While there, it turns out that they're the ones secretly hiding in plain sight. You know, squirreling away all the all the treasure and you just entered just sort of as the thing that that it sort of makes me want to kind of I want to shake people and say like, Do you realize how much easier it would be to change this one system than it would be to try and change all the kind of sociological, cultural, you know, ethnic experiences of all these huge diverse minorities it's much easier to change this one big system there's basically cock blocking the rest of it.</w:t>
      </w:r>
    </w:p>
    <w:p>
      <w:pPr>
        <w:spacing w:after="0"/>
      </w:pPr>
    </w:p>
    <w:p>
      <w:pPr>
        <w:spacing w:after="0"/>
      </w:pPr>
      <w:r>
        <w:rPr>
          <w:rFonts w:ascii="Arial" w:hAnsi="Arial"/>
          <w:b/>
          <w:sz w:val="22"/>
        </w:rPr>
        <w:t xml:space="preserve">Fiona Roberson   </w:t>
      </w:r>
      <w:r>
        <w:rPr>
          <w:rFonts w:ascii="Arial" w:hAnsi="Arial"/>
          <w:color w:val="5D7284"/>
          <w:sz w:val="22"/>
        </w:rPr>
        <w:t>14:45</w:t>
      </w:r>
    </w:p>
    <w:p>
      <w:pPr>
        <w:spacing w:after="0"/>
      </w:pPr>
      <w:r>
        <w:rPr>
          <w:rFonts w:ascii="Arial" w:hAnsi="Arial"/>
          <w:sz w:val="22"/>
        </w:rPr>
        <w:t>That's run by like five people from the same school like</w:t>
      </w:r>
    </w:p>
    <w:p>
      <w:pPr>
        <w:spacing w:after="0"/>
      </w:pPr>
    </w:p>
    <w:p>
      <w:pPr>
        <w:spacing w:after="0"/>
      </w:pPr>
      <w:r>
        <w:rPr>
          <w:rFonts w:ascii="Arial" w:hAnsi="Arial"/>
          <w:b/>
          <w:sz w:val="22"/>
        </w:rPr>
        <w:t xml:space="preserve">Lucy  </w:t>
      </w:r>
      <w:r>
        <w:rPr>
          <w:rFonts w:ascii="Arial" w:hAnsi="Arial"/>
          <w:color w:val="5D7284"/>
          <w:sz w:val="22"/>
        </w:rPr>
        <w:t>14:50</w:t>
      </w:r>
    </w:p>
    <w:p>
      <w:pPr>
        <w:spacing w:after="0"/>
      </w:pPr>
      <w:r>
        <w:rPr>
          <w:rFonts w:ascii="Arial" w:hAnsi="Arial"/>
          <w:sz w:val="22"/>
        </w:rPr>
        <w:t>You have such a way with words Alice (laughs)</w:t>
      </w:r>
    </w:p>
    <w:p>
      <w:pPr>
        <w:spacing w:after="0"/>
      </w:pPr>
    </w:p>
    <w:p>
      <w:pPr>
        <w:spacing w:after="0"/>
      </w:pPr>
      <w:r>
        <w:rPr>
          <w:rFonts w:ascii="Arial" w:hAnsi="Arial"/>
          <w:b/>
          <w:sz w:val="22"/>
        </w:rPr>
        <w:t xml:space="preserve">Alice  </w:t>
      </w:r>
      <w:r>
        <w:rPr>
          <w:rFonts w:ascii="Arial" w:hAnsi="Arial"/>
          <w:color w:val="5D7284"/>
          <w:sz w:val="22"/>
        </w:rPr>
        <w:t>14:54</w:t>
      </w:r>
    </w:p>
    <w:p>
      <w:pPr>
        <w:spacing w:after="0"/>
      </w:pPr>
      <w:r>
        <w:rPr>
          <w:rFonts w:ascii="Arial" w:hAnsi="Arial"/>
          <w:sz w:val="22"/>
        </w:rPr>
        <w:t>The Tories cock blockers, I want to leave Yeah, and just you know, also along the way as part of their cock blocking strategy is like, you know, we'll just increase all energy costs, so it's fine. All those vulnerable people will just die and we won't have</w:t>
      </w:r>
    </w:p>
    <w:p>
      <w:pPr>
        <w:spacing w:after="0"/>
      </w:pPr>
    </w:p>
    <w:p>
      <w:pPr>
        <w:spacing w:after="0"/>
      </w:pPr>
      <w:r>
        <w:rPr>
          <w:rFonts w:ascii="Arial" w:hAnsi="Arial"/>
          <w:b/>
          <w:sz w:val="22"/>
        </w:rPr>
        <w:t xml:space="preserve">Lucy  </w:t>
      </w:r>
      <w:r>
        <w:rPr>
          <w:rFonts w:ascii="Arial" w:hAnsi="Arial"/>
          <w:color w:val="5D7284"/>
          <w:sz w:val="22"/>
        </w:rPr>
        <w:t>15:12</w:t>
      </w:r>
    </w:p>
    <w:p>
      <w:pPr>
        <w:spacing w:after="0"/>
      </w:pPr>
      <w:r>
        <w:rPr>
          <w:rFonts w:ascii="Arial" w:hAnsi="Arial"/>
          <w:sz w:val="22"/>
        </w:rPr>
        <w:t>To worry about it. Who needs the heating anyway?</w:t>
      </w:r>
    </w:p>
    <w:p>
      <w:pPr>
        <w:spacing w:after="0"/>
      </w:pPr>
    </w:p>
    <w:p>
      <w:pPr>
        <w:spacing w:after="0"/>
      </w:pPr>
      <w:r>
        <w:rPr>
          <w:rFonts w:ascii="Arial" w:hAnsi="Arial"/>
          <w:b/>
          <w:sz w:val="22"/>
        </w:rPr>
        <w:t xml:space="preserve">Alice  </w:t>
      </w:r>
      <w:r>
        <w:rPr>
          <w:rFonts w:ascii="Arial" w:hAnsi="Arial"/>
          <w:color w:val="5D7284"/>
          <w:sz w:val="22"/>
        </w:rPr>
        <w:t>15:15</w:t>
      </w:r>
    </w:p>
    <w:p>
      <w:pPr>
        <w:spacing w:after="0"/>
      </w:pPr>
      <w:r>
        <w:rPr>
          <w:rFonts w:ascii="Arial" w:hAnsi="Arial"/>
          <w:sz w:val="22"/>
        </w:rPr>
        <w:t>Exactly. We won't have to pay benefits for people. You know, they've frozen to death in their beds.</w:t>
      </w:r>
    </w:p>
    <w:p>
      <w:pPr>
        <w:spacing w:after="0"/>
      </w:pPr>
    </w:p>
    <w:p>
      <w:pPr>
        <w:spacing w:after="0"/>
      </w:pPr>
      <w:r>
        <w:rPr>
          <w:rFonts w:ascii="Arial" w:hAnsi="Arial"/>
          <w:b/>
          <w:sz w:val="22"/>
        </w:rPr>
        <w:t xml:space="preserve">Fiona Roberson   </w:t>
      </w:r>
      <w:r>
        <w:rPr>
          <w:rFonts w:ascii="Arial" w:hAnsi="Arial"/>
          <w:color w:val="5D7284"/>
          <w:sz w:val="22"/>
        </w:rPr>
        <w:t>15:21</w:t>
      </w:r>
    </w:p>
    <w:p>
      <w:pPr>
        <w:spacing w:after="0"/>
      </w:pPr>
      <w:r>
        <w:rPr>
          <w:rFonts w:ascii="Arial" w:hAnsi="Arial"/>
          <w:sz w:val="22"/>
        </w:rPr>
        <w:t>I mean, we've been calling it a coal for the last 15 years. And that's still true. It's never been more true than it is than the last couple years unfortunately.</w:t>
      </w:r>
    </w:p>
    <w:p>
      <w:pPr>
        <w:spacing w:after="0"/>
      </w:pPr>
    </w:p>
    <w:p>
      <w:pPr>
        <w:spacing w:after="0"/>
      </w:pPr>
      <w:r>
        <w:rPr>
          <w:rFonts w:ascii="Arial" w:hAnsi="Arial"/>
          <w:b/>
          <w:sz w:val="22"/>
        </w:rPr>
        <w:t xml:space="preserve">Alice  </w:t>
      </w:r>
      <w:r>
        <w:rPr>
          <w:rFonts w:ascii="Arial" w:hAnsi="Arial"/>
          <w:color w:val="5D7284"/>
          <w:sz w:val="22"/>
        </w:rPr>
        <w:t>15:30</w:t>
      </w:r>
    </w:p>
    <w:p>
      <w:pPr>
        <w:spacing w:after="0"/>
      </w:pPr>
      <w:r>
        <w:rPr>
          <w:rFonts w:ascii="Arial" w:hAnsi="Arial"/>
          <w:sz w:val="22"/>
        </w:rPr>
        <w:t>Yeah. And and and, you know, yet all of the stuff with the fucking Tories having parties while we're all in lockdown was a big fuss for five minutes</w:t>
      </w:r>
    </w:p>
    <w:p>
      <w:pPr>
        <w:spacing w:after="0"/>
      </w:pPr>
    </w:p>
    <w:p>
      <w:pPr>
        <w:spacing w:after="0"/>
      </w:pPr>
      <w:r>
        <w:rPr>
          <w:rFonts w:ascii="Arial" w:hAnsi="Arial"/>
          <w:b/>
          <w:sz w:val="22"/>
        </w:rPr>
        <w:t xml:space="preserve">Fiona Roberson   </w:t>
      </w:r>
      <w:r>
        <w:rPr>
          <w:rFonts w:ascii="Arial" w:hAnsi="Arial"/>
          <w:color w:val="5D7284"/>
          <w:sz w:val="22"/>
        </w:rPr>
        <w:t>15:43</w:t>
      </w:r>
    </w:p>
    <w:p>
      <w:pPr>
        <w:spacing w:after="0"/>
      </w:pPr>
      <w:r>
        <w:rPr>
          <w:rFonts w:ascii="Arial" w:hAnsi="Arial"/>
          <w:sz w:val="22"/>
        </w:rPr>
        <w:t>And no one gets shit.</w:t>
      </w:r>
    </w:p>
    <w:p>
      <w:pPr>
        <w:spacing w:after="0"/>
      </w:pPr>
    </w:p>
    <w:p>
      <w:pPr>
        <w:spacing w:after="0"/>
      </w:pPr>
      <w:r>
        <w:rPr>
          <w:rFonts w:ascii="Arial" w:hAnsi="Arial"/>
          <w:b/>
          <w:sz w:val="22"/>
        </w:rPr>
        <w:t xml:space="preserve">Lucy  </w:t>
      </w:r>
      <w:r>
        <w:rPr>
          <w:rFonts w:ascii="Arial" w:hAnsi="Arial"/>
          <w:color w:val="5D7284"/>
          <w:sz w:val="22"/>
        </w:rPr>
        <w:t>15:45</w:t>
      </w:r>
    </w:p>
    <w:p>
      <w:pPr>
        <w:spacing w:after="0"/>
      </w:pPr>
      <w:r>
        <w:rPr>
          <w:rFonts w:ascii="Arial" w:hAnsi="Arial"/>
          <w:sz w:val="22"/>
        </w:rPr>
        <w:t>Yeah, yeah. That made me very cross, as rightly should as should you know, I was just like, I spent God knows how many months frightened to death crying nearly every day ringing Allah saying, Is there anything I can do for this podcast? We're about to set up because I just needed a distraction. And yeah, that no, I that was like a coated you just think. First it was the dominant common thing, driving to Barnard castle to test his eyesight. That was one and I just thought I just want just just say, sorry. I was thinking you know, that thing where you like, I want you to say 30 And I was like,</w:t>
      </w:r>
    </w:p>
    <w:p>
      <w:pPr>
        <w:spacing w:after="0"/>
      </w:pPr>
    </w:p>
    <w:p>
      <w:pPr>
        <w:spacing w:after="0"/>
      </w:pPr>
      <w:r>
        <w:rPr>
          <w:rFonts w:ascii="Arial" w:hAnsi="Arial"/>
          <w:b/>
          <w:sz w:val="22"/>
        </w:rPr>
        <w:t xml:space="preserve">Alice  </w:t>
      </w:r>
      <w:r>
        <w:rPr>
          <w:rFonts w:ascii="Arial" w:hAnsi="Arial"/>
          <w:color w:val="5D7284"/>
          <w:sz w:val="22"/>
        </w:rPr>
        <w:t>16:30</w:t>
      </w:r>
    </w:p>
    <w:p>
      <w:pPr>
        <w:spacing w:after="0"/>
      </w:pPr>
      <w:r>
        <w:rPr>
          <w:rFonts w:ascii="Arial" w:hAnsi="Arial"/>
          <w:sz w:val="22"/>
        </w:rPr>
        <w:t>No, no, sorry. It's not enough. Um, as far as I'm concerned, the French had it right. Fucking guillotine the lot of them.</w:t>
      </w:r>
    </w:p>
    <w:p>
      <w:pPr>
        <w:spacing w:after="0"/>
      </w:pPr>
    </w:p>
    <w:p>
      <w:pPr>
        <w:spacing w:after="0"/>
      </w:pPr>
      <w:r>
        <w:rPr>
          <w:rFonts w:ascii="Arial" w:hAnsi="Arial"/>
          <w:b/>
          <w:sz w:val="22"/>
        </w:rPr>
        <w:t xml:space="preserve">Lucy  </w:t>
      </w:r>
      <w:r>
        <w:rPr>
          <w:rFonts w:ascii="Arial" w:hAnsi="Arial"/>
          <w:color w:val="5D7284"/>
          <w:sz w:val="22"/>
        </w:rPr>
        <w:t>16:39</w:t>
      </w:r>
    </w:p>
    <w:p>
      <w:pPr>
        <w:spacing w:after="0"/>
      </w:pPr>
      <w:r>
        <w:rPr>
          <w:rFonts w:ascii="Arial" w:hAnsi="Arial"/>
          <w:sz w:val="22"/>
        </w:rPr>
        <w:t>Okay. Anyway,</w:t>
      </w:r>
    </w:p>
    <w:p>
      <w:pPr>
        <w:spacing w:after="0"/>
      </w:pPr>
    </w:p>
    <w:p>
      <w:pPr>
        <w:spacing w:after="0"/>
      </w:pPr>
      <w:r>
        <w:rPr>
          <w:rFonts w:ascii="Arial" w:hAnsi="Arial"/>
          <w:b/>
          <w:sz w:val="22"/>
        </w:rPr>
        <w:t xml:space="preserve">Fiona Roberson   </w:t>
      </w:r>
      <w:r>
        <w:rPr>
          <w:rFonts w:ascii="Arial" w:hAnsi="Arial"/>
          <w:color w:val="5D7284"/>
          <w:sz w:val="22"/>
        </w:rPr>
        <w:t>16:45</w:t>
      </w:r>
    </w:p>
    <w:p>
      <w:pPr>
        <w:spacing w:after="0"/>
      </w:pPr>
      <w:r>
        <w:rPr>
          <w:rFonts w:ascii="Arial" w:hAnsi="Arial"/>
          <w:sz w:val="22"/>
        </w:rPr>
        <w:t>I'm keeping very quiet on that because of the party bolo party affiliation would not like me commenting.</w:t>
      </w:r>
    </w:p>
    <w:p>
      <w:pPr>
        <w:spacing w:after="0"/>
      </w:pPr>
    </w:p>
    <w:p>
      <w:pPr>
        <w:spacing w:after="0"/>
      </w:pPr>
      <w:r>
        <w:rPr>
          <w:rFonts w:ascii="Arial" w:hAnsi="Arial"/>
          <w:b/>
          <w:sz w:val="22"/>
        </w:rPr>
        <w:t xml:space="preserve">Alice  </w:t>
      </w:r>
      <w:r>
        <w:rPr>
          <w:rFonts w:ascii="Arial" w:hAnsi="Arial"/>
          <w:color w:val="5D7284"/>
          <w:sz w:val="22"/>
        </w:rPr>
        <w:t>16:53</w:t>
      </w:r>
    </w:p>
    <w:p>
      <w:pPr>
        <w:spacing w:after="0"/>
      </w:pPr>
      <w:r>
        <w:rPr>
          <w:rFonts w:ascii="Arial" w:hAnsi="Arial"/>
          <w:sz w:val="22"/>
        </w:rPr>
        <w:t>That is, it's the thing that as I always I always sort of say when Lucy's like, hey, you know, we should try and get some funding from this. And this, and I'm like, I do quite like that. We're independent, because it means I can just run my fucking mouth. Nobody could stop me.</w:t>
      </w:r>
    </w:p>
    <w:p>
      <w:pPr>
        <w:spacing w:after="0"/>
      </w:pPr>
    </w:p>
    <w:p>
      <w:pPr>
        <w:spacing w:after="0"/>
      </w:pPr>
      <w:r>
        <w:rPr>
          <w:rFonts w:ascii="Arial" w:hAnsi="Arial"/>
          <w:b/>
          <w:sz w:val="22"/>
        </w:rPr>
        <w:t xml:space="preserve">Lucy  </w:t>
      </w:r>
      <w:r>
        <w:rPr>
          <w:rFonts w:ascii="Arial" w:hAnsi="Arial"/>
          <w:color w:val="5D7284"/>
          <w:sz w:val="22"/>
        </w:rPr>
        <w:t>17:09</w:t>
      </w:r>
    </w:p>
    <w:p>
      <w:pPr>
        <w:spacing w:after="0"/>
      </w:pPr>
      <w:r>
        <w:rPr>
          <w:rFonts w:ascii="Arial" w:hAnsi="Arial"/>
          <w:sz w:val="22"/>
        </w:rPr>
        <w:t>We're independent. But what poor? Yeah. can't really afford to do anything?</w:t>
      </w:r>
    </w:p>
    <w:p>
      <w:pPr>
        <w:spacing w:after="0"/>
      </w:pPr>
    </w:p>
    <w:p>
      <w:pPr>
        <w:spacing w:after="0"/>
      </w:pPr>
      <w:r>
        <w:rPr>
          <w:rFonts w:ascii="Arial" w:hAnsi="Arial"/>
          <w:b/>
          <w:sz w:val="22"/>
        </w:rPr>
        <w:t xml:space="preserve">Fiona Roberson   </w:t>
      </w:r>
      <w:r>
        <w:rPr>
          <w:rFonts w:ascii="Arial" w:hAnsi="Arial"/>
          <w:color w:val="5D7284"/>
          <w:sz w:val="22"/>
        </w:rPr>
        <w:t>17:15</w:t>
      </w:r>
    </w:p>
    <w:p>
      <w:pPr>
        <w:spacing w:after="0"/>
      </w:pPr>
      <w:r>
        <w:rPr>
          <w:rFonts w:ascii="Arial" w:hAnsi="Arial"/>
          <w:sz w:val="22"/>
        </w:rPr>
        <w:t>Yeah, first of integrity. I know.</w:t>
      </w:r>
    </w:p>
    <w:p>
      <w:pPr>
        <w:spacing w:after="0"/>
      </w:pPr>
    </w:p>
    <w:p>
      <w:pPr>
        <w:spacing w:after="0"/>
      </w:pPr>
      <w:r>
        <w:rPr>
          <w:rFonts w:ascii="Arial" w:hAnsi="Arial"/>
          <w:b/>
          <w:sz w:val="22"/>
        </w:rPr>
        <w:t xml:space="preserve">Alice  </w:t>
      </w:r>
      <w:r>
        <w:rPr>
          <w:rFonts w:ascii="Arial" w:hAnsi="Arial"/>
          <w:color w:val="5D7284"/>
          <w:sz w:val="22"/>
        </w:rPr>
        <w:t>17:18</w:t>
      </w:r>
    </w:p>
    <w:p>
      <w:pPr>
        <w:spacing w:after="0"/>
      </w:pPr>
      <w:r>
        <w:rPr>
          <w:rFonts w:ascii="Arial" w:hAnsi="Arial"/>
          <w:sz w:val="22"/>
        </w:rPr>
        <w:t>Yeah. The price of integrity is you guys, however much you guys decide to donate to our go fund me to help keep us going. I will pull myself out on that go fund me. Wherever possible.</w:t>
      </w:r>
    </w:p>
    <w:p>
      <w:pPr>
        <w:spacing w:after="0"/>
      </w:pPr>
    </w:p>
    <w:p>
      <w:pPr>
        <w:spacing w:after="0"/>
      </w:pPr>
      <w:r>
        <w:rPr>
          <w:rFonts w:ascii="Arial" w:hAnsi="Arial"/>
          <w:b/>
          <w:sz w:val="22"/>
        </w:rPr>
        <w:t xml:space="preserve">Lucy  </w:t>
      </w:r>
      <w:r>
        <w:rPr>
          <w:rFonts w:ascii="Arial" w:hAnsi="Arial"/>
          <w:color w:val="5D7284"/>
          <w:sz w:val="22"/>
        </w:rPr>
        <w:t>17:32</w:t>
      </w:r>
    </w:p>
    <w:p>
      <w:pPr>
        <w:spacing w:after="0"/>
      </w:pPr>
      <w:r>
        <w:rPr>
          <w:rFonts w:ascii="Arial" w:hAnsi="Arial"/>
          <w:sz w:val="22"/>
        </w:rPr>
        <w:t>Every time I mention it. She just slipped it in there every episode.</w:t>
      </w:r>
    </w:p>
    <w:p>
      <w:pPr>
        <w:spacing w:after="0"/>
      </w:pPr>
    </w:p>
    <w:p>
      <w:pPr>
        <w:spacing w:after="0"/>
      </w:pPr>
      <w:r>
        <w:rPr>
          <w:rFonts w:ascii="Arial" w:hAnsi="Arial"/>
          <w:b/>
          <w:sz w:val="22"/>
        </w:rPr>
        <w:t xml:space="preserve">Fiona Roberson   </w:t>
      </w:r>
      <w:r>
        <w:rPr>
          <w:rFonts w:ascii="Arial" w:hAnsi="Arial"/>
          <w:color w:val="5D7284"/>
          <w:sz w:val="22"/>
        </w:rPr>
        <w:t>17:36</w:t>
      </w:r>
    </w:p>
    <w:p>
      <w:pPr>
        <w:spacing w:after="0"/>
      </w:pPr>
      <w:r>
        <w:rPr>
          <w:rFonts w:ascii="Arial" w:hAnsi="Arial"/>
          <w:sz w:val="22"/>
        </w:rPr>
        <w:t>You know. Tories being cock blockers would make excellent merch that you could sell. (laughs)</w:t>
      </w:r>
    </w:p>
    <w:p>
      <w:pPr>
        <w:spacing w:after="0"/>
      </w:pPr>
    </w:p>
    <w:p>
      <w:pPr>
        <w:spacing w:after="0"/>
      </w:pPr>
      <w:r>
        <w:rPr>
          <w:rFonts w:ascii="Arial" w:hAnsi="Arial"/>
          <w:b/>
          <w:sz w:val="22"/>
        </w:rPr>
        <w:t xml:space="preserve">Lucy  </w:t>
      </w:r>
      <w:r>
        <w:rPr>
          <w:rFonts w:ascii="Arial" w:hAnsi="Arial"/>
          <w:color w:val="5D7284"/>
          <w:sz w:val="22"/>
        </w:rPr>
        <w:t>17:45</w:t>
      </w:r>
    </w:p>
    <w:p>
      <w:pPr>
        <w:spacing w:after="0"/>
      </w:pPr>
      <w:r>
        <w:rPr>
          <w:rFonts w:ascii="Arial" w:hAnsi="Arial"/>
          <w:sz w:val="22"/>
        </w:rPr>
        <w:t>There's lots of things that I say that Alice automatically goes that's going on a t shirt.</w:t>
      </w:r>
    </w:p>
    <w:p>
      <w:pPr>
        <w:spacing w:after="0"/>
      </w:pPr>
    </w:p>
    <w:p>
      <w:pPr>
        <w:spacing w:after="0"/>
      </w:pPr>
      <w:r>
        <w:rPr>
          <w:rFonts w:ascii="Arial" w:hAnsi="Arial"/>
          <w:b/>
          <w:sz w:val="22"/>
        </w:rPr>
        <w:t xml:space="preserve">Alice  </w:t>
      </w:r>
      <w:r>
        <w:rPr>
          <w:rFonts w:ascii="Arial" w:hAnsi="Arial"/>
          <w:color w:val="5D7284"/>
          <w:sz w:val="22"/>
        </w:rPr>
        <w:t>17:50</w:t>
      </w:r>
    </w:p>
    <w:p>
      <w:pPr>
        <w:spacing w:after="0"/>
      </w:pPr>
      <w:r>
        <w:rPr>
          <w:rFonts w:ascii="Arial" w:hAnsi="Arial"/>
          <w:sz w:val="22"/>
        </w:rPr>
        <w:t>Yeah, yeah. Yeah, I still think my favorite so far is the t shirt idea we had for Horatio Nelson looking super serious. And in his like, fancy hat and stuff. And then underneath it, it just has come at me dick. Yeah.</w:t>
      </w:r>
    </w:p>
    <w:p>
      <w:pPr>
        <w:spacing w:after="0"/>
      </w:pPr>
    </w:p>
    <w:p>
      <w:pPr>
        <w:spacing w:after="0"/>
      </w:pPr>
      <w:r>
        <w:rPr>
          <w:rFonts w:ascii="Arial" w:hAnsi="Arial"/>
          <w:b/>
          <w:sz w:val="22"/>
        </w:rPr>
        <w:t xml:space="preserve">Lucy  </w:t>
      </w:r>
      <w:r>
        <w:rPr>
          <w:rFonts w:ascii="Arial" w:hAnsi="Arial"/>
          <w:color w:val="5D7284"/>
          <w:sz w:val="22"/>
        </w:rPr>
        <w:t>18:04</w:t>
      </w:r>
    </w:p>
    <w:p>
      <w:pPr>
        <w:spacing w:after="0"/>
      </w:pPr>
      <w:r>
        <w:rPr>
          <w:rFonts w:ascii="Arial" w:hAnsi="Arial"/>
          <w:sz w:val="22"/>
        </w:rPr>
        <w:t>Yeah. That's one of my favorites. That's on a tote bag and a T shirt. Great, right. Where were we?</w:t>
      </w:r>
    </w:p>
    <w:p>
      <w:pPr>
        <w:spacing w:after="0"/>
      </w:pPr>
    </w:p>
    <w:p>
      <w:pPr>
        <w:spacing w:after="0"/>
      </w:pPr>
      <w:r>
        <w:rPr>
          <w:rFonts w:ascii="Arial" w:hAnsi="Arial"/>
          <w:b/>
          <w:sz w:val="22"/>
        </w:rPr>
        <w:t xml:space="preserve">Alice  </w:t>
      </w:r>
      <w:r>
        <w:rPr>
          <w:rFonts w:ascii="Arial" w:hAnsi="Arial"/>
          <w:color w:val="5D7284"/>
          <w:sz w:val="22"/>
        </w:rPr>
        <w:t>18:14</w:t>
      </w:r>
    </w:p>
    <w:p>
      <w:pPr>
        <w:spacing w:after="0"/>
      </w:pPr>
      <w:r>
        <w:rPr>
          <w:rFonts w:ascii="Arial" w:hAnsi="Arial"/>
          <w:sz w:val="22"/>
        </w:rPr>
        <w:t>I mean, we were Tory bashing. But I would tell him,</w:t>
      </w:r>
    </w:p>
    <w:p>
      <w:pPr>
        <w:spacing w:after="0"/>
      </w:pPr>
    </w:p>
    <w:p>
      <w:pPr>
        <w:spacing w:after="0"/>
      </w:pPr>
      <w:r>
        <w:rPr>
          <w:rFonts w:ascii="Arial" w:hAnsi="Arial"/>
          <w:b/>
          <w:sz w:val="22"/>
        </w:rPr>
        <w:t xml:space="preserve">Fiona Roberson   </w:t>
      </w:r>
      <w:r>
        <w:rPr>
          <w:rFonts w:ascii="Arial" w:hAnsi="Arial"/>
          <w:color w:val="5D7284"/>
          <w:sz w:val="22"/>
        </w:rPr>
        <w:t>18:17</w:t>
      </w:r>
    </w:p>
    <w:p>
      <w:pPr>
        <w:spacing w:after="0"/>
      </w:pPr>
      <w:r>
        <w:rPr>
          <w:rFonts w:ascii="Arial" w:hAnsi="Arial"/>
          <w:sz w:val="22"/>
        </w:rPr>
        <w:t>I should probably focus on something constructive instead.</w:t>
      </w:r>
    </w:p>
    <w:p>
      <w:pPr>
        <w:spacing w:after="0"/>
      </w:pPr>
    </w:p>
    <w:p>
      <w:pPr>
        <w:spacing w:after="0"/>
      </w:pPr>
      <w:r>
        <w:rPr>
          <w:rFonts w:ascii="Arial" w:hAnsi="Arial"/>
          <w:b/>
          <w:sz w:val="22"/>
        </w:rPr>
        <w:t xml:space="preserve">Alice  </w:t>
      </w:r>
      <w:r>
        <w:rPr>
          <w:rFonts w:ascii="Arial" w:hAnsi="Arial"/>
          <w:color w:val="5D7284"/>
          <w:sz w:val="22"/>
        </w:rPr>
        <w:t>18:20</w:t>
      </w:r>
    </w:p>
    <w:p>
      <w:pPr>
        <w:spacing w:after="0"/>
      </w:pPr>
      <w:r>
        <w:rPr>
          <w:rFonts w:ascii="Arial" w:hAnsi="Arial"/>
          <w:sz w:val="22"/>
        </w:rPr>
        <w:t>Fiona actually had some sensible things to say. Yeah. Yeah,  Fiona if you want to run with whatever topic takes your fancy.</w:t>
      </w:r>
    </w:p>
    <w:p>
      <w:pPr>
        <w:spacing w:after="0"/>
      </w:pPr>
    </w:p>
    <w:p>
      <w:pPr>
        <w:spacing w:after="0"/>
      </w:pPr>
      <w:r>
        <w:rPr>
          <w:rFonts w:ascii="Arial" w:hAnsi="Arial"/>
          <w:b/>
          <w:sz w:val="22"/>
        </w:rPr>
        <w:t xml:space="preserve">Fiona Roberson   </w:t>
      </w:r>
      <w:r>
        <w:rPr>
          <w:rFonts w:ascii="Arial" w:hAnsi="Arial"/>
          <w:color w:val="5D7284"/>
          <w:sz w:val="22"/>
        </w:rPr>
        <w:t>18:29</w:t>
      </w:r>
    </w:p>
    <w:p>
      <w:pPr>
        <w:spacing w:after="0"/>
      </w:pPr>
      <w:r>
        <w:rPr>
          <w:rFonts w:ascii="Arial" w:hAnsi="Arial"/>
          <w:sz w:val="22"/>
        </w:rPr>
        <w:t>Oh okay. There's, I mean, there's so many things. And so when I, when I first kind of said, when I sent in my wee email saying, Hello, I'm here, than there were a couple of things that I thought would be really useful to talk about. That often aren't brought up, especially in when we're talking about either LGBTQ issues or disability issues. And this is the thing we're talking about is that you have to you. Usually, you have to choose one part of yourself to be active about. And it shouldn't be like that, because, as we understand from intersectionality theory and practice now, we're much more aware of the fact that you too, will have experienced this, that that there are things that a disabled woman experiences that aren't universal to disability or to womanhood, but are specific to being a disabled woman. And that same thing applies to all of the different intersections and there are very specific and often quite complex issues which come up, especially when we're looking at race, immigration status, sexuality, gender identity. All of these things have very specific effects on On your experience of disability, so when it comes to things like sexuality, and gender identity, the one of the things that we've really struggled with over the last two years, especially, is that a lot of people had to return home for care. And not necessarily to families who were accepting and affirming of their lives. A lot of we all know, the terrible statistics about young people who are LGBT plus, and how often they are homeless, how often they have to leave home before they can really live as themselves. And if they are in a situation where their families are the carers, then there are restrictions which are placed upon them. And then there are a lot of people had to go back into the closet in order to survive last years. And that's a really horrendous dual problem from the pandemic. And the LGBT community is so vibrant. And it's, I mean, it has all of its many dramas, is it's a shared family, though, that we have all kind of constructed. And being cut off from that has been really hard for a lot of people. And it means that there's so many people who are, especially for, especially for young people who were only just kind of coming to terms with or learning to understand their, their gender identity or their sexuality and, you know, didn't get to experience that kind of that process of going out and finding your people. And it's been, it's been really tough for a lot for a lot of people. But if you are disabled, then it has a significant number of extra costs. If you rely on people for your survival, then</w:t>
      </w:r>
    </w:p>
    <w:p>
      <w:pPr>
        <w:spacing w:after="0"/>
      </w:pPr>
    </w:p>
    <w:p>
      <w:pPr>
        <w:spacing w:after="0"/>
      </w:pPr>
      <w:r>
        <w:rPr>
          <w:rFonts w:ascii="Arial" w:hAnsi="Arial"/>
          <w:b/>
          <w:sz w:val="22"/>
        </w:rPr>
        <w:t xml:space="preserve">Alice  </w:t>
      </w:r>
      <w:r>
        <w:rPr>
          <w:rFonts w:ascii="Arial" w:hAnsi="Arial"/>
          <w:color w:val="5D7284"/>
          <w:sz w:val="22"/>
        </w:rPr>
        <w:t>22:03</w:t>
      </w:r>
    </w:p>
    <w:p>
      <w:pPr>
        <w:spacing w:after="0"/>
      </w:pPr>
      <w:r>
        <w:rPr>
          <w:rFonts w:ascii="Arial" w:hAnsi="Arial"/>
          <w:sz w:val="22"/>
        </w:rPr>
        <w:t>it just makes me think, you know, Lucy talking about how upset and frustrated she was, and I mean, how how trapped Lucy felt, in the pandemic, at home with a loving, caring, supportive family, how, how devastating that experience must be, if your family aren't loving and supportive, and you can't even express all the facets of your identity, if you're literally trapped, you know, within the confines of what the people around, you will let you be</w:t>
      </w:r>
    </w:p>
    <w:p>
      <w:pPr>
        <w:spacing w:after="0"/>
      </w:pPr>
    </w:p>
    <w:p>
      <w:pPr>
        <w:spacing w:after="0"/>
      </w:pPr>
      <w:r>
        <w:rPr>
          <w:rFonts w:ascii="Arial" w:hAnsi="Arial"/>
          <w:b/>
          <w:sz w:val="22"/>
        </w:rPr>
        <w:t xml:space="preserve">Lucy  </w:t>
      </w:r>
      <w:r>
        <w:rPr>
          <w:rFonts w:ascii="Arial" w:hAnsi="Arial"/>
          <w:color w:val="5D7284"/>
          <w:sz w:val="22"/>
        </w:rPr>
        <w:t>22:40</w:t>
      </w:r>
    </w:p>
    <w:p>
      <w:pPr>
        <w:spacing w:after="0"/>
      </w:pPr>
      <w:r>
        <w:rPr>
          <w:rFonts w:ascii="Arial" w:hAnsi="Arial"/>
          <w:sz w:val="22"/>
        </w:rPr>
        <w:t>like you're having to act all the time on you really, and cover it up. That in itself is exhausting. I mean, there were there were I mean, during the pandemic, there were days where I would kick off, I'm not necessarily like, because I was so frustrated. I think that was the reason why I was getting upset and getting cross and grumpy. It like slight little thing, it's set me off. But um, my family allowed, they understood and they allowed me to within reason to kick off and be grumpy and kick a bin for a bit and you know, this kind of stuff. And then they allowed me to do that, because they understood but to be a not to have that where you can go, do you know what? I am really, really struggling and I need somebody to help, you know, to talk to and understand I use Twitter a lot. It's where I'm at Alice, it's where we started this podcast. And it also all of this, this project that we've got now all stemmed from one afternoon, feeling very bored on the way home, from my last day trip out thinking to myself, What am I going to do? And just put the question out there. And if I hadn't have had, like, the disabled community, to be able to say, look, I'm really like, I'm really struggling today can just somebody, like, talk to me, who isn't a member of my family, be really, really nice. But we are going to have to I mean, to have to act like yeah, everything's fine, everything's fine, you know, to a family that aren't accepted in it's exhausting.</w:t>
      </w:r>
    </w:p>
    <w:p>
      <w:pPr>
        <w:spacing w:after="0"/>
      </w:pPr>
    </w:p>
    <w:p>
      <w:pPr>
        <w:spacing w:after="0"/>
      </w:pPr>
      <w:r>
        <w:rPr>
          <w:rFonts w:ascii="Arial" w:hAnsi="Arial"/>
          <w:b/>
          <w:sz w:val="22"/>
        </w:rPr>
        <w:t xml:space="preserve">Alice  </w:t>
      </w:r>
      <w:r>
        <w:rPr>
          <w:rFonts w:ascii="Arial" w:hAnsi="Arial"/>
          <w:color w:val="5D7284"/>
          <w:sz w:val="22"/>
        </w:rPr>
        <w:t>24:20</w:t>
      </w:r>
    </w:p>
    <w:p>
      <w:pPr>
        <w:spacing w:after="0"/>
      </w:pPr>
      <w:r>
        <w:rPr>
          <w:rFonts w:ascii="Arial" w:hAnsi="Arial"/>
          <w:sz w:val="22"/>
        </w:rPr>
        <w:t>If you're only just kind of stepping into that, you know, your your your community or only just finding your tribe, to then be restricted to only engaging with them online and remotely. You know, it's just..</w:t>
      </w:r>
    </w:p>
    <w:p>
      <w:pPr>
        <w:spacing w:after="0"/>
      </w:pPr>
    </w:p>
    <w:p>
      <w:pPr>
        <w:spacing w:after="0"/>
      </w:pPr>
      <w:r>
        <w:rPr>
          <w:rFonts w:ascii="Arial" w:hAnsi="Arial"/>
          <w:b/>
          <w:sz w:val="22"/>
        </w:rPr>
        <w:t xml:space="preserve">Fiona Roberson   </w:t>
      </w:r>
      <w:r>
        <w:rPr>
          <w:rFonts w:ascii="Arial" w:hAnsi="Arial"/>
          <w:color w:val="5D7284"/>
          <w:sz w:val="22"/>
        </w:rPr>
        <w:t>24:39</w:t>
      </w:r>
    </w:p>
    <w:p>
      <w:pPr>
        <w:spacing w:after="0"/>
      </w:pPr>
      <w:r>
        <w:rPr>
          <w:rFonts w:ascii="Arial" w:hAnsi="Arial"/>
          <w:sz w:val="22"/>
        </w:rPr>
        <w:t>It's also really, I think that there's this other aspect to it, which a lot of disabled people will recognize that there's the kind of the other side to this, which is that there there are a lot of disabled LGBT plus people who have never been able to access those spaces and And for whom the pandemic was a godsend. Aside from the off, yeah, they finally got to connect with the community because the community finally went online and started having these events in ways that people who like disabled people who live in rural communities, disabled people who are not able to leave their houses, then these are people who have been cut off from that community all along. And it's incumbent upon the LGBTQ community itself to also recognize that it's our responsibility to continue that accessibility. Even when everyone wants to go back and do stuff, that's great, but also keep these accessible venues.</w:t>
      </w:r>
    </w:p>
    <w:p>
      <w:pPr>
        <w:spacing w:after="0"/>
      </w:pPr>
    </w:p>
    <w:p>
      <w:pPr>
        <w:spacing w:after="0"/>
      </w:pPr>
      <w:r>
        <w:rPr>
          <w:rFonts w:ascii="Arial" w:hAnsi="Arial"/>
          <w:b/>
          <w:sz w:val="22"/>
        </w:rPr>
        <w:t xml:space="preserve">Lucy  </w:t>
      </w:r>
      <w:r>
        <w:rPr>
          <w:rFonts w:ascii="Arial" w:hAnsi="Arial"/>
          <w:color w:val="5D7284"/>
          <w:sz w:val="22"/>
        </w:rPr>
        <w:t>25:48</w:t>
      </w:r>
    </w:p>
    <w:p>
      <w:pPr>
        <w:spacing w:after="0"/>
      </w:pPr>
      <w:r>
        <w:rPr>
          <w:rFonts w:ascii="Arial" w:hAnsi="Arial"/>
          <w:sz w:val="22"/>
        </w:rPr>
        <w:t>I think we've we've said before Alice have a way how, during the pandemic, it was brilliant for us as disabled people, because there was concerts online, and we could put, we could buy tickets like everybody else. And we thought, Oh, this is great. And then for I think, for about five minutes, one like Thursday afternoon, I was like, Could this be it? Oh, my God. Yeah. And then I got really excited. And then of course, you know, no, because as soon as we didn't need it anymore, well, yeah, come back into the office to where? Oh, you know, oh, no, no, come to come to the venue. It's fine. We've got disabled seating. It's fine.</w:t>
      </w:r>
    </w:p>
    <w:p>
      <w:pPr>
        <w:spacing w:after="0"/>
      </w:pPr>
    </w:p>
    <w:p>
      <w:pPr>
        <w:spacing w:after="0"/>
      </w:pPr>
      <w:r>
        <w:rPr>
          <w:rFonts w:ascii="Arial" w:hAnsi="Arial"/>
          <w:b/>
          <w:sz w:val="22"/>
        </w:rPr>
        <w:t xml:space="preserve">Alice  </w:t>
      </w:r>
      <w:r>
        <w:rPr>
          <w:rFonts w:ascii="Arial" w:hAnsi="Arial"/>
          <w:color w:val="5D7284"/>
          <w:sz w:val="22"/>
        </w:rPr>
        <w:t>26:25</w:t>
      </w:r>
    </w:p>
    <w:p>
      <w:pPr>
        <w:spacing w:after="0"/>
      </w:pPr>
      <w:r>
        <w:rPr>
          <w:rFonts w:ascii="Arial" w:hAnsi="Arial"/>
          <w:sz w:val="22"/>
        </w:rPr>
        <w:t>I literally saw a tweet this morning. That was somebody talking about going to a conference. And they were like, but there's only limited zoom. Like, what what?</w:t>
      </w:r>
    </w:p>
    <w:p>
      <w:pPr>
        <w:spacing w:after="0"/>
      </w:pPr>
    </w:p>
    <w:p>
      <w:pPr>
        <w:spacing w:after="0"/>
      </w:pPr>
      <w:r>
        <w:rPr>
          <w:rFonts w:ascii="Arial" w:hAnsi="Arial"/>
          <w:b/>
          <w:sz w:val="22"/>
        </w:rPr>
        <w:t xml:space="preserve">Lucy  </w:t>
      </w:r>
      <w:r>
        <w:rPr>
          <w:rFonts w:ascii="Arial" w:hAnsi="Arial"/>
          <w:color w:val="5D7284"/>
          <w:sz w:val="22"/>
        </w:rPr>
        <w:t>26:40</w:t>
      </w:r>
    </w:p>
    <w:p>
      <w:pPr>
        <w:spacing w:after="0"/>
      </w:pPr>
      <w:r>
        <w:rPr>
          <w:rFonts w:ascii="Arial" w:hAnsi="Arial"/>
          <w:sz w:val="22"/>
        </w:rPr>
        <w:t>Who set that up? Who set those zoom session up? Because they've just got the just not ticked the right box have they in the settings to like, let as many people as you want.</w:t>
      </w:r>
    </w:p>
    <w:p>
      <w:pPr>
        <w:spacing w:after="0"/>
      </w:pPr>
    </w:p>
    <w:p>
      <w:pPr>
        <w:spacing w:after="0"/>
      </w:pPr>
      <w:r>
        <w:rPr>
          <w:rFonts w:ascii="Arial" w:hAnsi="Arial"/>
          <w:b/>
          <w:sz w:val="22"/>
        </w:rPr>
        <w:t xml:space="preserve">Alice  </w:t>
      </w:r>
      <w:r>
        <w:rPr>
          <w:rFonts w:ascii="Arial" w:hAnsi="Arial"/>
          <w:color w:val="5D7284"/>
          <w:sz w:val="22"/>
        </w:rPr>
        <w:t>26:49</w:t>
      </w:r>
    </w:p>
    <w:p>
      <w:pPr>
        <w:spacing w:after="0"/>
      </w:pPr>
      <w:r>
        <w:rPr>
          <w:rFonts w:ascii="Arial" w:hAnsi="Arial"/>
          <w:sz w:val="22"/>
        </w:rPr>
        <w:t>I mean, it's they've what, what has happened is they've gone? Well, we don't, you know, they've not thought of zoom as an accessibility issue. They've gone, oh, well, we want to get a load of people in it, we'll set up a zoom for people who maybe can't be bothered to get here. Yeah, we want to.</w:t>
      </w:r>
    </w:p>
    <w:p>
      <w:pPr>
        <w:spacing w:after="0"/>
      </w:pPr>
    </w:p>
    <w:p>
      <w:pPr>
        <w:spacing w:after="0"/>
      </w:pPr>
      <w:r>
        <w:rPr>
          <w:rFonts w:ascii="Arial" w:hAnsi="Arial"/>
          <w:b/>
          <w:sz w:val="22"/>
        </w:rPr>
        <w:t xml:space="preserve">Lucy  </w:t>
      </w:r>
      <w:r>
        <w:rPr>
          <w:rFonts w:ascii="Arial" w:hAnsi="Arial"/>
          <w:color w:val="5D7284"/>
          <w:sz w:val="22"/>
        </w:rPr>
        <w:t>27:07</w:t>
      </w:r>
    </w:p>
    <w:p>
      <w:pPr>
        <w:spacing w:after="0"/>
      </w:pPr>
      <w:r>
        <w:rPr>
          <w:rFonts w:ascii="Arial" w:hAnsi="Arial"/>
          <w:sz w:val="22"/>
        </w:rPr>
        <w:t xml:space="preserve">We want to mouth breathers in one room, like spreading germs. </w:t>
      </w:r>
    </w:p>
    <w:p>
      <w:pPr>
        <w:spacing w:after="0"/>
      </w:pPr>
    </w:p>
    <w:p>
      <w:pPr>
        <w:spacing w:after="0"/>
      </w:pPr>
      <w:r>
        <w:rPr>
          <w:rFonts w:ascii="Arial" w:hAnsi="Arial"/>
          <w:b/>
          <w:sz w:val="22"/>
        </w:rPr>
        <w:t xml:space="preserve">Fiona Roberson   </w:t>
      </w:r>
      <w:r>
        <w:rPr>
          <w:rFonts w:ascii="Arial" w:hAnsi="Arial"/>
          <w:color w:val="5D7284"/>
          <w:sz w:val="22"/>
        </w:rPr>
        <w:t>27:14</w:t>
      </w:r>
    </w:p>
    <w:p>
      <w:pPr>
        <w:spacing w:after="0"/>
      </w:pPr>
      <w:r>
        <w:rPr>
          <w:rFonts w:ascii="Arial" w:hAnsi="Arial"/>
          <w:sz w:val="22"/>
        </w:rPr>
        <w:t>But this is something that we've, I mean, we've all talked about till the end of the world, that, you know, I spent 20 years trying to get any kind of work that would allow remote and flexible working. And it was, I was always told it was impossible. And then it took literally two weeks for the entire world to fix it. And then suddenly, now, of course, they've being taken away. But the other aspect to it that really frustrates me and that we talk about as it goes through the community all the time, this kind of incandescent rage that if if they had been listening to us all along the world, like How much easier would last two years have been if we had had these systems in place, if everyone understood how to use them, if we had in place the kind of the metrics which allow you to do work from home, but which are also which allow socializing and all the kinds of things that people do miss from offices, that those things are not incompatible. It's just that it takes a little bit of thought and effort. And it just it these things are so possible, and it's so important that we don't allow them to treat this as a limited time only pandemic special. And</w:t>
      </w:r>
    </w:p>
    <w:p>
      <w:pPr>
        <w:spacing w:after="0"/>
      </w:pPr>
    </w:p>
    <w:p>
      <w:pPr>
        <w:spacing w:after="0"/>
      </w:pPr>
      <w:r>
        <w:rPr>
          <w:rFonts w:ascii="Arial" w:hAnsi="Arial"/>
          <w:b/>
          <w:sz w:val="22"/>
        </w:rPr>
        <w:t xml:space="preserve">Lucy  </w:t>
      </w:r>
      <w:r>
        <w:rPr>
          <w:rFonts w:ascii="Arial" w:hAnsi="Arial"/>
          <w:color w:val="5D7284"/>
          <w:sz w:val="22"/>
        </w:rPr>
        <w:t>28:42</w:t>
      </w:r>
    </w:p>
    <w:p>
      <w:pPr>
        <w:spacing w:after="0"/>
      </w:pPr>
      <w:r>
        <w:rPr>
          <w:rFonts w:ascii="Arial" w:hAnsi="Arial"/>
          <w:sz w:val="22"/>
        </w:rPr>
        <w:t xml:space="preserve">We spoke to MC Scarlett can't remember when was it before Christmas? Alice? </w:t>
      </w:r>
    </w:p>
    <w:p>
      <w:pPr>
        <w:spacing w:after="0"/>
      </w:pPr>
    </w:p>
    <w:p>
      <w:pPr>
        <w:spacing w:after="0"/>
      </w:pPr>
      <w:r>
        <w:rPr>
          <w:rFonts w:ascii="Arial" w:hAnsi="Arial"/>
          <w:b/>
          <w:sz w:val="22"/>
        </w:rPr>
        <w:t xml:space="preserve">Alice  </w:t>
      </w:r>
      <w:r>
        <w:rPr>
          <w:rFonts w:ascii="Arial" w:hAnsi="Arial"/>
          <w:color w:val="5D7284"/>
          <w:sz w:val="22"/>
        </w:rPr>
        <w:t>28:49</w:t>
      </w:r>
    </w:p>
    <w:p>
      <w:pPr>
        <w:spacing w:after="0"/>
      </w:pPr>
      <w:r>
        <w:rPr>
          <w:rFonts w:ascii="Arial" w:hAnsi="Arial"/>
          <w:sz w:val="22"/>
        </w:rPr>
        <w:t>Yes it was October November. Yeah. And</w:t>
      </w:r>
    </w:p>
    <w:p>
      <w:pPr>
        <w:spacing w:after="0"/>
      </w:pPr>
    </w:p>
    <w:p>
      <w:pPr>
        <w:spacing w:after="0"/>
      </w:pPr>
      <w:r>
        <w:rPr>
          <w:rFonts w:ascii="Arial" w:hAnsi="Arial"/>
          <w:b/>
          <w:sz w:val="22"/>
        </w:rPr>
        <w:t xml:space="preserve">Lucy  </w:t>
      </w:r>
      <w:r>
        <w:rPr>
          <w:rFonts w:ascii="Arial" w:hAnsi="Arial"/>
          <w:color w:val="5D7284"/>
          <w:sz w:val="22"/>
        </w:rPr>
        <w:t>28:53</w:t>
      </w:r>
    </w:p>
    <w:p>
      <w:pPr>
        <w:spacing w:after="0"/>
      </w:pPr>
      <w:r>
        <w:rPr>
          <w:rFonts w:ascii="Arial" w:hAnsi="Arial"/>
          <w:sz w:val="22"/>
        </w:rPr>
        <w:t>He said that, and I agree with him. If disabled people had been running the response to the pandemic, we would have</w:t>
      </w:r>
    </w:p>
    <w:p>
      <w:pPr>
        <w:spacing w:after="0"/>
      </w:pPr>
    </w:p>
    <w:p>
      <w:pPr>
        <w:spacing w:after="0"/>
      </w:pPr>
      <w:r>
        <w:rPr>
          <w:rFonts w:ascii="Arial" w:hAnsi="Arial"/>
          <w:b/>
          <w:sz w:val="22"/>
        </w:rPr>
        <w:t xml:space="preserve">Fiona Roberson   </w:t>
      </w:r>
      <w:r>
        <w:rPr>
          <w:rFonts w:ascii="Arial" w:hAnsi="Arial"/>
          <w:color w:val="5D7284"/>
          <w:sz w:val="22"/>
        </w:rPr>
        <w:t>29:01</w:t>
      </w:r>
    </w:p>
    <w:p>
      <w:pPr>
        <w:spacing w:after="0"/>
      </w:pPr>
      <w:r>
        <w:rPr>
          <w:rFonts w:ascii="Arial" w:hAnsi="Arial"/>
          <w:sz w:val="22"/>
        </w:rPr>
        <w:t xml:space="preserve">completely  would have been over in a couple of months, </w:t>
      </w:r>
    </w:p>
    <w:p>
      <w:pPr>
        <w:spacing w:after="0"/>
      </w:pPr>
    </w:p>
    <w:p>
      <w:pPr>
        <w:spacing w:after="0"/>
      </w:pPr>
      <w:r>
        <w:rPr>
          <w:rFonts w:ascii="Arial" w:hAnsi="Arial"/>
          <w:b/>
          <w:sz w:val="22"/>
        </w:rPr>
        <w:t xml:space="preserve">Lucy  </w:t>
      </w:r>
      <w:r>
        <w:rPr>
          <w:rFonts w:ascii="Arial" w:hAnsi="Arial"/>
          <w:color w:val="5D7284"/>
          <w:sz w:val="22"/>
        </w:rPr>
        <w:t>29:04</w:t>
      </w:r>
    </w:p>
    <w:p>
      <w:pPr>
        <w:spacing w:after="0"/>
      </w:pPr>
      <w:r>
        <w:rPr>
          <w:rFonts w:ascii="Arial" w:hAnsi="Arial"/>
          <w:sz w:val="22"/>
        </w:rPr>
        <w:t>We would have managed it a whole lot better. Because, you know, disabled people are so good at coming up against problems ago. Yeah. Okay. Okay, where's the workaround with this? And we're, we're resilient, and that kind of thing. And what that was what really, really, really pissed me off was the fact that I, I'd been I've been, you know, before the job that I've got now, which I love. By the way, I'm not planning on moving ever again. Before this job, I was looking for jobs. And the amount of people that were like, No, you need to come into the office nine to five Monday to Friday. And I'm like, why?</w:t>
      </w:r>
    </w:p>
    <w:p>
      <w:pPr>
        <w:spacing w:after="0"/>
      </w:pPr>
    </w:p>
    <w:p>
      <w:pPr>
        <w:spacing w:after="0"/>
      </w:pPr>
      <w:r>
        <w:rPr>
          <w:rFonts w:ascii="Arial" w:hAnsi="Arial"/>
          <w:b/>
          <w:sz w:val="22"/>
        </w:rPr>
        <w:t xml:space="preserve">Fiona Roberson   </w:t>
      </w:r>
      <w:r>
        <w:rPr>
          <w:rFonts w:ascii="Arial" w:hAnsi="Arial"/>
          <w:color w:val="5D7284"/>
          <w:sz w:val="22"/>
        </w:rPr>
        <w:t>29:41</w:t>
      </w:r>
    </w:p>
    <w:p>
      <w:pPr>
        <w:spacing w:after="0"/>
      </w:pPr>
      <w:r>
        <w:rPr>
          <w:rFonts w:ascii="Arial" w:hAnsi="Arial"/>
          <w:sz w:val="22"/>
        </w:rPr>
        <w:t>Yeah. Why isn't for it? It's just it's a surveillance state. It's this belief that you can't trust your workers. And you can only not trust your workers if you treat your workers like shit. Like if you treat your workers well, they work for you. And it's so not theory.</w:t>
      </w:r>
    </w:p>
    <w:p>
      <w:pPr>
        <w:spacing w:after="0"/>
      </w:pPr>
    </w:p>
    <w:p>
      <w:pPr>
        <w:spacing w:after="0"/>
      </w:pPr>
      <w:r>
        <w:rPr>
          <w:rFonts w:ascii="Arial" w:hAnsi="Arial"/>
          <w:b/>
          <w:sz w:val="22"/>
        </w:rPr>
        <w:t xml:space="preserve">Alice  </w:t>
      </w:r>
      <w:r>
        <w:rPr>
          <w:rFonts w:ascii="Arial" w:hAnsi="Arial"/>
          <w:color w:val="5D7284"/>
          <w:sz w:val="22"/>
        </w:rPr>
        <w:t>29:58</w:t>
      </w:r>
    </w:p>
    <w:p>
      <w:pPr>
        <w:spacing w:after="0"/>
      </w:pPr>
      <w:r>
        <w:rPr>
          <w:rFonts w:ascii="Arial" w:hAnsi="Arial"/>
          <w:sz w:val="22"/>
        </w:rPr>
        <w:t>I mean, even II Even if even like so, before I before the pandemic, the job that I now no longer in, we had a database in which you made your notes. And as part of your notes, you know, you had to like time track how long it took you to do this particular thing and how long it took you to write the notes about this particular thing, and how long it took you to maybe travel to the meeting or something like that. And you know, so it's not even like that, that stuff do we have? I got? Exactly. If you really feel that you need to watch and be made sure your workers are accountable for every five seconds of their day. You could do that without dragging them into your shitty air conditioned office. Fucking Susan can just talk to you about suing about she's been up to a weekend.</w:t>
      </w:r>
    </w:p>
    <w:p>
      <w:pPr>
        <w:spacing w:after="0"/>
      </w:pPr>
    </w:p>
    <w:p>
      <w:pPr>
        <w:spacing w:after="0"/>
      </w:pPr>
      <w:r>
        <w:rPr>
          <w:rFonts w:ascii="Arial" w:hAnsi="Arial"/>
          <w:b/>
          <w:sz w:val="22"/>
        </w:rPr>
        <w:t xml:space="preserve">Lucy  </w:t>
      </w:r>
      <w:r>
        <w:rPr>
          <w:rFonts w:ascii="Arial" w:hAnsi="Arial"/>
          <w:color w:val="5D7284"/>
          <w:sz w:val="22"/>
        </w:rPr>
        <w:t>30:52</w:t>
      </w:r>
    </w:p>
    <w:p>
      <w:pPr>
        <w:spacing w:after="0"/>
      </w:pPr>
      <w:r>
        <w:rPr>
          <w:rFonts w:ascii="Arial" w:hAnsi="Arial"/>
          <w:sz w:val="22"/>
        </w:rPr>
        <w:t>Mate, can I also say as well mate that like, you know how bad I am with time on this with numbers of any like, specific thing? Could you imagine I've been putting the wrong time frame in that database. How long does it take you to do this four hours when it's actually taking about 45 minutes?</w:t>
      </w:r>
    </w:p>
    <w:p>
      <w:pPr>
        <w:spacing w:after="0"/>
      </w:pPr>
    </w:p>
    <w:p>
      <w:pPr>
        <w:spacing w:after="0"/>
      </w:pPr>
      <w:r>
        <w:rPr>
          <w:rFonts w:ascii="Arial" w:hAnsi="Arial"/>
          <w:b/>
          <w:sz w:val="22"/>
        </w:rPr>
        <w:t xml:space="preserve">Alice  </w:t>
      </w:r>
      <w:r>
        <w:rPr>
          <w:rFonts w:ascii="Arial" w:hAnsi="Arial"/>
          <w:color w:val="5D7284"/>
          <w:sz w:val="22"/>
        </w:rPr>
        <w:t>31:12</w:t>
      </w:r>
    </w:p>
    <w:p>
      <w:pPr>
        <w:spacing w:after="0"/>
      </w:pPr>
      <w:r>
        <w:rPr>
          <w:rFonts w:ascii="Arial" w:hAnsi="Arial"/>
          <w:sz w:val="22"/>
        </w:rPr>
        <w:t>I 100% did time track on more than one occasion that occasion that suddenly took me five hours where I'm supposed to every five minutes so I was like, Why have I worked 48 hours this week?</w:t>
      </w:r>
    </w:p>
    <w:p>
      <w:pPr>
        <w:spacing w:after="0"/>
      </w:pPr>
    </w:p>
    <w:p>
      <w:pPr>
        <w:spacing w:after="0"/>
      </w:pPr>
      <w:r>
        <w:rPr>
          <w:rFonts w:ascii="Arial" w:hAnsi="Arial"/>
          <w:b/>
          <w:sz w:val="22"/>
        </w:rPr>
        <w:t xml:space="preserve">Lucy  </w:t>
      </w:r>
      <w:r>
        <w:rPr>
          <w:rFonts w:ascii="Arial" w:hAnsi="Arial"/>
          <w:color w:val="5D7284"/>
          <w:sz w:val="22"/>
        </w:rPr>
        <w:t>31:24</w:t>
      </w:r>
    </w:p>
    <w:p>
      <w:pPr>
        <w:spacing w:after="0"/>
      </w:pPr>
      <w:r>
        <w:rPr>
          <w:rFonts w:ascii="Arial" w:hAnsi="Arial"/>
          <w:sz w:val="22"/>
        </w:rPr>
        <w:t>That's why Yeah.</w:t>
      </w:r>
    </w:p>
    <w:p>
      <w:pPr>
        <w:spacing w:after="0"/>
      </w:pPr>
    </w:p>
    <w:p>
      <w:pPr>
        <w:spacing w:after="0"/>
      </w:pPr>
      <w:r>
        <w:rPr>
          <w:rFonts w:ascii="Arial" w:hAnsi="Arial"/>
          <w:b/>
          <w:sz w:val="22"/>
        </w:rPr>
        <w:t xml:space="preserve">Alice  </w:t>
      </w:r>
      <w:r>
        <w:rPr>
          <w:rFonts w:ascii="Arial" w:hAnsi="Arial"/>
          <w:color w:val="5D7284"/>
          <w:sz w:val="22"/>
        </w:rPr>
        <w:t>31:27</w:t>
      </w:r>
    </w:p>
    <w:p>
      <w:pPr>
        <w:spacing w:after="0"/>
      </w:pPr>
      <w:r>
        <w:rPr>
          <w:rFonts w:ascii="Arial" w:hAnsi="Arial"/>
          <w:sz w:val="22"/>
        </w:rPr>
        <w:t>You have a manager for their job is to check what your what your hours are.</w:t>
      </w:r>
    </w:p>
    <w:p>
      <w:pPr>
        <w:spacing w:after="0"/>
      </w:pPr>
    </w:p>
    <w:p>
      <w:pPr>
        <w:spacing w:after="0"/>
      </w:pPr>
      <w:r>
        <w:rPr>
          <w:rFonts w:ascii="Arial" w:hAnsi="Arial"/>
          <w:b/>
          <w:sz w:val="22"/>
        </w:rPr>
        <w:t xml:space="preserve">Lucy  </w:t>
      </w:r>
      <w:r>
        <w:rPr>
          <w:rFonts w:ascii="Arial" w:hAnsi="Arial"/>
          <w:color w:val="5D7284"/>
          <w:sz w:val="22"/>
        </w:rPr>
        <w:t>31:31</w:t>
      </w:r>
    </w:p>
    <w:p>
      <w:pPr>
        <w:spacing w:after="0"/>
      </w:pPr>
      <w:r>
        <w:rPr>
          <w:rFonts w:ascii="Arial" w:hAnsi="Arial"/>
          <w:sz w:val="22"/>
        </w:rPr>
        <w:t>Yeah. In this case, you are my manager when it comes to all things podcasting. You are my manager because you like no Luce you put that in wrong.</w:t>
      </w:r>
    </w:p>
    <w:p>
      <w:pPr>
        <w:spacing w:after="0"/>
      </w:pPr>
    </w:p>
    <w:p>
      <w:pPr>
        <w:spacing w:after="0"/>
      </w:pPr>
      <w:r>
        <w:rPr>
          <w:rFonts w:ascii="Arial" w:hAnsi="Arial"/>
          <w:b/>
          <w:sz w:val="22"/>
        </w:rPr>
        <w:t xml:space="preserve">Alice  </w:t>
      </w:r>
      <w:r>
        <w:rPr>
          <w:rFonts w:ascii="Arial" w:hAnsi="Arial"/>
          <w:color w:val="5D7284"/>
          <w:sz w:val="22"/>
        </w:rPr>
        <w:t>31:40</w:t>
      </w:r>
    </w:p>
    <w:p>
      <w:pPr>
        <w:spacing w:after="0"/>
      </w:pPr>
      <w:r>
        <w:rPr>
          <w:rFonts w:ascii="Arial" w:hAnsi="Arial"/>
          <w:sz w:val="22"/>
        </w:rPr>
        <w:t>Can I ever pay rise</w:t>
      </w:r>
    </w:p>
    <w:p>
      <w:pPr>
        <w:spacing w:after="0"/>
      </w:pPr>
    </w:p>
    <w:p>
      <w:pPr>
        <w:spacing w:after="0"/>
      </w:pPr>
      <w:r>
        <w:rPr>
          <w:rFonts w:ascii="Arial" w:hAnsi="Arial"/>
          <w:b/>
          <w:sz w:val="22"/>
        </w:rPr>
        <w:t xml:space="preserve">Fiona Roberson   </w:t>
      </w:r>
      <w:r>
        <w:rPr>
          <w:rFonts w:ascii="Arial" w:hAnsi="Arial"/>
          <w:color w:val="5D7284"/>
          <w:sz w:val="22"/>
        </w:rPr>
        <w:t>31:41</w:t>
      </w:r>
    </w:p>
    <w:p>
      <w:pPr>
        <w:spacing w:after="0"/>
      </w:pPr>
      <w:r>
        <w:rPr>
          <w:rFonts w:ascii="Arial" w:hAnsi="Arial"/>
          <w:sz w:val="22"/>
        </w:rPr>
        <w:t>You might get some meows from the cat, he was just arrived he's quite pathetic. Bless him. He had to make an appearance to one of the SMP conferences that I did online. But of course, I was talking about really important stuff about in fact about this about disability infrastructure and and why they desperately need us to be in charge of things because Oh, God, we have the answers. We've been doing this whole time. But yeah, nobody listened. The only thing I got on Twitter was cat in tweets.</w:t>
      </w:r>
    </w:p>
    <w:p>
      <w:pPr>
        <w:spacing w:after="0"/>
      </w:pPr>
    </w:p>
    <w:p>
      <w:pPr>
        <w:spacing w:after="0"/>
      </w:pPr>
      <w:r>
        <w:rPr>
          <w:rFonts w:ascii="Arial" w:hAnsi="Arial"/>
          <w:b/>
          <w:sz w:val="22"/>
        </w:rPr>
        <w:t xml:space="preserve">Lucy  </w:t>
      </w:r>
      <w:r>
        <w:rPr>
          <w:rFonts w:ascii="Arial" w:hAnsi="Arial"/>
          <w:color w:val="5D7284"/>
          <w:sz w:val="22"/>
        </w:rPr>
        <w:t>32:24</w:t>
      </w:r>
    </w:p>
    <w:p>
      <w:pPr>
        <w:spacing w:after="0"/>
      </w:pPr>
      <w:r>
        <w:rPr>
          <w:rFonts w:ascii="Arial" w:hAnsi="Arial"/>
          <w:sz w:val="22"/>
        </w:rPr>
        <w:t>Yeah. I've got my sisters living with us at the moment. She's got two Bulldogs. A Bertie occasionally will sneak upstairs and sit on the bed and just bark at trees. Whilst I'm recording, which is like Yeah, yeah, yeah. It just likes to make his voice heard.</w:t>
      </w:r>
    </w:p>
    <w:p>
      <w:pPr>
        <w:spacing w:after="0"/>
      </w:pPr>
    </w:p>
    <w:p>
      <w:pPr>
        <w:spacing w:after="0"/>
      </w:pPr>
      <w:r>
        <w:rPr>
          <w:rFonts w:ascii="Arial" w:hAnsi="Arial"/>
          <w:b/>
          <w:sz w:val="22"/>
        </w:rPr>
        <w:t xml:space="preserve">Fiona Roberson   </w:t>
      </w:r>
      <w:r>
        <w:rPr>
          <w:rFonts w:ascii="Arial" w:hAnsi="Arial"/>
          <w:color w:val="5D7284"/>
          <w:sz w:val="22"/>
        </w:rPr>
        <w:t>32:45</w:t>
      </w:r>
    </w:p>
    <w:p>
      <w:pPr>
        <w:spacing w:after="0"/>
      </w:pPr>
      <w:r>
        <w:rPr>
          <w:rFonts w:ascii="Arial" w:hAnsi="Arial"/>
          <w:sz w:val="22"/>
        </w:rPr>
        <w:t>Be off track from the LGBTQ? Which I do, of course. But yes, I think that this is a, this is such a vital lesson for us all. And it I have I'm trying to I'm trying to say this in a measured and polite way. I have (Lucy)okay. I have no surprise that the business world is going to fuck over disabled people again. Like, I that's what they do. That's what the government does. There's no,</w:t>
      </w:r>
    </w:p>
    <w:p>
      <w:pPr>
        <w:spacing w:after="0"/>
      </w:pPr>
    </w:p>
    <w:p>
      <w:pPr>
        <w:spacing w:after="0"/>
      </w:pPr>
      <w:r>
        <w:rPr>
          <w:rFonts w:ascii="Arial" w:hAnsi="Arial"/>
          <w:b/>
          <w:sz w:val="22"/>
        </w:rPr>
        <w:t xml:space="preserve">Alice  </w:t>
      </w:r>
      <w:r>
        <w:rPr>
          <w:rFonts w:ascii="Arial" w:hAnsi="Arial"/>
          <w:color w:val="5D7284"/>
          <w:sz w:val="22"/>
        </w:rPr>
        <w:t>33:25</w:t>
      </w:r>
    </w:p>
    <w:p>
      <w:pPr>
        <w:spacing w:after="0"/>
      </w:pPr>
      <w:r>
        <w:rPr>
          <w:rFonts w:ascii="Arial" w:hAnsi="Arial"/>
          <w:sz w:val="22"/>
        </w:rPr>
        <w:t>They'll be burning us. Like when we run oout of coal.</w:t>
      </w:r>
    </w:p>
    <w:p>
      <w:pPr>
        <w:spacing w:after="0"/>
      </w:pPr>
    </w:p>
    <w:p>
      <w:pPr>
        <w:spacing w:after="0"/>
      </w:pPr>
      <w:r>
        <w:rPr>
          <w:rFonts w:ascii="Arial" w:hAnsi="Arial"/>
          <w:b/>
          <w:sz w:val="22"/>
        </w:rPr>
        <w:t xml:space="preserve">Fiona Roberson   </w:t>
      </w:r>
      <w:r>
        <w:rPr>
          <w:rFonts w:ascii="Arial" w:hAnsi="Arial"/>
          <w:color w:val="5D7284"/>
          <w:sz w:val="22"/>
        </w:rPr>
        <w:t>33:27</w:t>
      </w:r>
    </w:p>
    <w:p>
      <w:pPr>
        <w:spacing w:after="0"/>
      </w:pPr>
      <w:r>
        <w:rPr>
          <w:rFonts w:ascii="Arial" w:hAnsi="Arial"/>
          <w:sz w:val="22"/>
        </w:rPr>
        <w:t>will be useful for your horses, it's fine. But there is a back to the concept of shared solidarity. It is vital that we hold our community and activist spaces to count on this, it is vital that we challenge them on this at every point where we say, of course everyone wants to be back to, you know, being sociable, and all that kind of stuff. But we have to acknowledge the two aspects to this, which is one that the version of the world that they want to get back to was already an accessible to a lot of people, and we've made it more accessible. And that's a good thing. And second, that the world is not going to go back to normal for the foreseeable future, because there are a significant number of people who are still going to be needing to shield who because of the irresponsibility of other people. And that, you know, we already find it hard to access the world before there was a, you know, global plague that meant that the choice to go outside is now now has a significant risk. And that's nothing to do with fear or anxiety. It's to do with a serious risk to our health that for some reason, we're the only people who recognize and acknowledge the severity of it that your two options are or there's not just the two options of how Getting get overweight or die that there's this whole other level to it, which we all saw coming. We I wrote my first article about the potential for post viral syndromes in March of 2020. About how abou,t the systems that they had to put in place right now to account for the fact that there was that we knew from other coronaviruses, that there was going to be a major post viral disability cohorts. And, of course, nobody gave a fuck, nobody listened. And, you know, again, if they, if we'd been in charge than a, that cohort would have been significantly smaller. But we also would have had systems in place to deal with it. But we have to be other people aren't going to do this. For us, we've we've seen this, that we have to be the people who keep holding our communities to account on this, we have to make sure that they maintain levels of accessibility and inclusion that that yes, have your club nights and have your, like, in person poetry readings and stuff, just my kind of thing. But also keep the online ones, you know, you don't need to have one or the other.</w:t>
      </w:r>
    </w:p>
    <w:p>
      <w:pPr>
        <w:spacing w:after="0"/>
      </w:pPr>
    </w:p>
    <w:p>
      <w:pPr>
        <w:spacing w:after="0"/>
      </w:pPr>
      <w:r>
        <w:rPr>
          <w:rFonts w:ascii="Arial" w:hAnsi="Arial"/>
          <w:b/>
          <w:sz w:val="22"/>
        </w:rPr>
        <w:t xml:space="preserve">Alice  </w:t>
      </w:r>
      <w:r>
        <w:rPr>
          <w:rFonts w:ascii="Arial" w:hAnsi="Arial"/>
          <w:color w:val="5D7284"/>
          <w:sz w:val="22"/>
        </w:rPr>
        <w:t>36:16</w:t>
      </w:r>
    </w:p>
    <w:p>
      <w:pPr>
        <w:spacing w:after="0"/>
      </w:pPr>
      <w:r>
        <w:rPr>
          <w:rFonts w:ascii="Arial" w:hAnsi="Arial"/>
          <w:sz w:val="22"/>
        </w:rPr>
        <w:t>I was just gonna say it's a bit like, you wouldn't go, Oh, we're holding this event, but it's in a, you know, five storey Victorian building that's only accessible by stairs. And then somebody goes, Oh, that's no good. Why don't you just do it in this nice ground floor space? That's like wheelchair accessible and a level and they and we will we wouldn't go? Oh, yeah, that's a really good idea. We'll do that. And then, five minutes ago, are actually actually we don't we don't like all these wheelchairy people coming in? Let's, let's put it back up the stairs. I mean, we would</w:t>
      </w:r>
    </w:p>
    <w:p>
      <w:pPr>
        <w:spacing w:after="0"/>
      </w:pPr>
    </w:p>
    <w:p>
      <w:pPr>
        <w:spacing w:after="0"/>
      </w:pPr>
      <w:r>
        <w:rPr>
          <w:rFonts w:ascii="Arial" w:hAnsi="Arial"/>
          <w:b/>
          <w:sz w:val="22"/>
        </w:rPr>
        <w:t xml:space="preserve">Fiona Roberson   </w:t>
      </w:r>
      <w:r>
        <w:rPr>
          <w:rFonts w:ascii="Arial" w:hAnsi="Arial"/>
          <w:color w:val="5D7284"/>
          <w:sz w:val="22"/>
        </w:rPr>
        <w:t>36:53</w:t>
      </w:r>
    </w:p>
    <w:p>
      <w:pPr>
        <w:spacing w:after="0"/>
      </w:pPr>
      <w:r>
        <w:rPr>
          <w:rFonts w:ascii="Arial" w:hAnsi="Arial"/>
          <w:sz w:val="22"/>
        </w:rPr>
        <w:t>People Absolutely. I was gonna say you have not been involved in political organizing much have you? (laughs)</w:t>
      </w:r>
    </w:p>
    <w:p>
      <w:pPr>
        <w:spacing w:after="0"/>
      </w:pPr>
    </w:p>
    <w:p>
      <w:pPr>
        <w:spacing w:after="0"/>
      </w:pPr>
      <w:r>
        <w:rPr>
          <w:rFonts w:ascii="Arial" w:hAnsi="Arial"/>
          <w:b/>
          <w:sz w:val="22"/>
        </w:rPr>
        <w:t xml:space="preserve">Alice  </w:t>
      </w:r>
      <w:r>
        <w:rPr>
          <w:rFonts w:ascii="Arial" w:hAnsi="Arial"/>
          <w:color w:val="5D7284"/>
          <w:sz w:val="22"/>
        </w:rPr>
        <w:t>37:00</w:t>
      </w:r>
    </w:p>
    <w:p>
      <w:pPr>
        <w:spacing w:after="0"/>
      </w:pPr>
      <w:r>
        <w:rPr>
          <w:rFonts w:ascii="Arial" w:hAnsi="Arial"/>
          <w:sz w:val="22"/>
        </w:rPr>
        <w:t>It's nonsensical. In exactly the same way. It's,</w:t>
      </w:r>
    </w:p>
    <w:p>
      <w:pPr>
        <w:spacing w:after="0"/>
      </w:pPr>
    </w:p>
    <w:p>
      <w:pPr>
        <w:spacing w:after="0"/>
      </w:pPr>
      <w:r>
        <w:rPr>
          <w:rFonts w:ascii="Arial" w:hAnsi="Arial"/>
          <w:b/>
          <w:sz w:val="22"/>
        </w:rPr>
        <w:t xml:space="preserve">Lucy  </w:t>
      </w:r>
      <w:r>
        <w:rPr>
          <w:rFonts w:ascii="Arial" w:hAnsi="Arial"/>
          <w:color w:val="5D7284"/>
          <w:sz w:val="22"/>
        </w:rPr>
        <w:t>37:06</w:t>
      </w:r>
    </w:p>
    <w:p>
      <w:pPr>
        <w:spacing w:after="0"/>
      </w:pPr>
      <w:r>
        <w:rPr>
          <w:rFonts w:ascii="Arial" w:hAnsi="Arial"/>
          <w:sz w:val="22"/>
        </w:rPr>
        <w:t>you know, we, at the beginning of the beginning of this year, we had we were we had a bit of a, what do we call we call It Alice what what? What is the</w:t>
      </w:r>
    </w:p>
    <w:p>
      <w:pPr>
        <w:spacing w:after="0"/>
      </w:pPr>
    </w:p>
    <w:p>
      <w:pPr>
        <w:spacing w:after="0"/>
      </w:pPr>
      <w:r>
        <w:rPr>
          <w:rFonts w:ascii="Arial" w:hAnsi="Arial"/>
          <w:b/>
          <w:sz w:val="22"/>
        </w:rPr>
        <w:t xml:space="preserve">Alice  </w:t>
      </w:r>
      <w:r>
        <w:rPr>
          <w:rFonts w:ascii="Arial" w:hAnsi="Arial"/>
          <w:color w:val="5D7284"/>
          <w:sz w:val="22"/>
        </w:rPr>
        <w:t>37:20</w:t>
      </w:r>
    </w:p>
    <w:p>
      <w:pPr>
        <w:spacing w:after="0"/>
      </w:pPr>
      <w:r>
        <w:rPr>
          <w:rFonts w:ascii="Arial" w:hAnsi="Arial"/>
          <w:sz w:val="22"/>
        </w:rPr>
        <w:t>we referring to the RJ debacle?</w:t>
      </w:r>
    </w:p>
    <w:p>
      <w:pPr>
        <w:spacing w:after="0"/>
      </w:pPr>
    </w:p>
    <w:p>
      <w:pPr>
        <w:spacing w:after="0"/>
      </w:pPr>
      <w:r>
        <w:rPr>
          <w:rFonts w:ascii="Arial" w:hAnsi="Arial"/>
          <w:b/>
          <w:sz w:val="22"/>
        </w:rPr>
        <w:t xml:space="preserve">Lucy  </w:t>
      </w:r>
      <w:r>
        <w:rPr>
          <w:rFonts w:ascii="Arial" w:hAnsi="Arial"/>
          <w:color w:val="5D7284"/>
          <w:sz w:val="22"/>
        </w:rPr>
        <w:t>37:23</w:t>
      </w:r>
    </w:p>
    <w:p>
      <w:pPr>
        <w:spacing w:after="0"/>
      </w:pPr>
      <w:r>
        <w:rPr>
          <w:rFonts w:ascii="Arial" w:hAnsi="Arial"/>
          <w:sz w:val="22"/>
        </w:rPr>
        <w:t>Yes, we are the RJ debacle. Right? Yes. Yeah. For any of our listeners who don't know what we're talking about, go back a few episodes. It's all in there. But we, I was as, as a disabled person who could not access the gig, because my legs don't work, and have never worked and will never work. I and I, my day job is in accessibility. Anyway, just general accessibility. I got my a bee in my bonnet about it. And we had discussions, discussions are still ongoing with the organizers. But it just baffles me that we've come out of a COVID pandemic. And there was no forethought into additional accessibility for people who maybe can't get down stairs in a basement, and I found the whole thing. Exhausting, upsetting, disappointing. It sparked a whole load of internalized ableism within me, and you just think, if you could just take a step back and put yourself in my shoes, or other people's shoes, you would see that to you, it might just be a set of steps. But to the person who is happening to it's a it's a whole heap of other issue, and sort of it sparked a whole whole other problem is not just a set of steps.</w:t>
      </w:r>
    </w:p>
    <w:p>
      <w:pPr>
        <w:spacing w:after="0"/>
      </w:pPr>
    </w:p>
    <w:p>
      <w:pPr>
        <w:spacing w:after="0"/>
      </w:pPr>
      <w:r>
        <w:rPr>
          <w:rFonts w:ascii="Arial" w:hAnsi="Arial"/>
          <w:b/>
          <w:sz w:val="22"/>
        </w:rPr>
        <w:t xml:space="preserve">Alice  </w:t>
      </w:r>
      <w:r>
        <w:rPr>
          <w:rFonts w:ascii="Arial" w:hAnsi="Arial"/>
          <w:color w:val="5D7284"/>
          <w:sz w:val="22"/>
        </w:rPr>
        <w:t>39:04</w:t>
      </w:r>
    </w:p>
    <w:p>
      <w:pPr>
        <w:spacing w:after="0"/>
      </w:pPr>
      <w:r>
        <w:rPr>
          <w:rFonts w:ascii="Arial" w:hAnsi="Arial"/>
          <w:sz w:val="22"/>
        </w:rPr>
        <w:t>I was just gonna say what I was gonna say. I just I think that that is just evidence that they just, they're just not listening to us. They're not listening to those marginalized communities when we were when, you know, everything went online. We were all sitting there going, Oh, my God, this is amazing. I can finally access everything, thank goodness. And they they did not listen, they didn't even think to kind of reflect on how that experience how that change was being experienced by the disabled community. So when then everything went back to face to face again. They it's they hadn't heard us say, Hey, this is really inclusive for us now, because they simply haven't even bothered to kind of check in with us.</w:t>
      </w:r>
    </w:p>
    <w:p>
      <w:pPr>
        <w:spacing w:after="0"/>
      </w:pPr>
    </w:p>
    <w:p>
      <w:pPr>
        <w:spacing w:after="0"/>
      </w:pPr>
      <w:r>
        <w:rPr>
          <w:rFonts w:ascii="Arial" w:hAnsi="Arial"/>
          <w:b/>
          <w:sz w:val="22"/>
        </w:rPr>
        <w:t xml:space="preserve">Fiona Roberson   </w:t>
      </w:r>
      <w:r>
        <w:rPr>
          <w:rFonts w:ascii="Arial" w:hAnsi="Arial"/>
          <w:color w:val="5D7284"/>
          <w:sz w:val="22"/>
        </w:rPr>
        <w:t>39:53</w:t>
      </w:r>
    </w:p>
    <w:p>
      <w:pPr>
        <w:spacing w:after="0"/>
      </w:pPr>
      <w:r>
        <w:rPr>
          <w:rFonts w:ascii="Arial" w:hAnsi="Arial"/>
          <w:sz w:val="22"/>
        </w:rPr>
        <w:t>I have a poem written about the fact that we we could see, we could see it like we could see the other world. Yeah, it was yeah, right there. It was right there. (Lucy) We were so close. We've got like our hand on the door knob. The second half of the poem is about that sense of it all just watching it be taken away and have just Yeah. And because we were so close, we were finally part of the world. And it was Yeah. And it's, it's really difficult to kind of, like there is this problem with looking at it, this kind of mass trauma, and the people going, but it was really good to the one way, like, it's, there's this, it's, it's hard to accept, and it's hard to kind of process that conflict, because obviously, it wasn't good at all. There is like our accessibility was not worth the mountain of corpses that that are. But there's also my, my approach to my life has always been that I don't believe that things happen for a reason. Like people like to tell disabled people, but I do believe that we can create meaning out of it. And that's why I'm an activist. That's why I spend so much time talking to people about this shit things that happened to me. Because if I can make it easier for anyone, then that is, then it doesn't make what I went through worth it, but it does make it does give it some meaning.</w:t>
      </w:r>
    </w:p>
    <w:p>
      <w:pPr>
        <w:spacing w:after="0"/>
      </w:pPr>
    </w:p>
    <w:p>
      <w:pPr>
        <w:spacing w:after="0"/>
      </w:pPr>
      <w:r>
        <w:rPr>
          <w:rFonts w:ascii="Arial" w:hAnsi="Arial"/>
          <w:b/>
          <w:sz w:val="22"/>
        </w:rPr>
        <w:t xml:space="preserve">Lucy  </w:t>
      </w:r>
      <w:r>
        <w:rPr>
          <w:rFonts w:ascii="Arial" w:hAnsi="Arial"/>
          <w:color w:val="5D7284"/>
          <w:sz w:val="22"/>
        </w:rPr>
        <w:t>41:38</w:t>
      </w:r>
    </w:p>
    <w:p>
      <w:pPr>
        <w:spacing w:after="0"/>
      </w:pPr>
      <w:r>
        <w:rPr>
          <w:rFonts w:ascii="Arial" w:hAnsi="Arial"/>
          <w:sz w:val="22"/>
        </w:rPr>
        <w:t xml:space="preserve">Do you fall into Fionna that as an activist and as somebody who has gone through lots of not very nice things, that it kind of makes the words we say to people when we are trying to put across what it means to us. We have a way with words of making it go or even when you hear yourself say it you go oh yeah, it was a good one. Like, it's game you play. </w:t>
      </w:r>
    </w:p>
    <w:p>
      <w:pPr>
        <w:spacing w:after="0"/>
      </w:pPr>
    </w:p>
    <w:p>
      <w:pPr>
        <w:spacing w:after="0"/>
      </w:pPr>
      <w:r>
        <w:rPr>
          <w:rFonts w:ascii="Arial" w:hAnsi="Arial"/>
          <w:b/>
          <w:sz w:val="22"/>
        </w:rPr>
        <w:t xml:space="preserve">Fiona Roberson   </w:t>
      </w:r>
      <w:r>
        <w:rPr>
          <w:rFonts w:ascii="Arial" w:hAnsi="Arial"/>
          <w:color w:val="5D7284"/>
          <w:sz w:val="22"/>
        </w:rPr>
        <w:t>42:09</w:t>
      </w:r>
    </w:p>
    <w:p>
      <w:pPr>
        <w:spacing w:after="0"/>
      </w:pPr>
      <w:r>
        <w:rPr>
          <w:rFonts w:ascii="Arial" w:hAnsi="Arial"/>
          <w:sz w:val="22"/>
        </w:rPr>
        <w:t>I mean, that's part of why I love poetry. Why write poetry is because there there are these. I mean, poetry has got me through a lot of terrible times in my life. It's always been my constant for it. But there's also this feeling that as an activist, I mean, you tell the same stories again, and again. And again, you tell the same stories about like for me, I've been asked I've I've talked about being raped, I've talked about the disability. I've talked about, you know, Childhood Mental Illness, I've talked about it being Bi and all of the shit that that's brought with it. And but you you do, you end up telling the same stories again and again and again. And you find the ways that reach people. And unfortunately, that can sometimes lull you into a false sense of security, where you do think that if you could just find the right words, then you could get people to understand. And one of the hardest things about becoming the convener in this political party was discovering that that wasn't sure at all. And that there was this whole set of people who were just intentionally twisting what I was saying, or were intentionally going, Oh, yes, that's very serious, and then completely ignoring me, or just like running in the opposite direction and doing something terrible. And</w:t>
      </w:r>
    </w:p>
    <w:p>
      <w:pPr>
        <w:spacing w:after="0"/>
      </w:pPr>
    </w:p>
    <w:p>
      <w:pPr>
        <w:spacing w:after="0"/>
      </w:pPr>
      <w:r>
        <w:rPr>
          <w:rFonts w:ascii="Arial" w:hAnsi="Arial"/>
          <w:b/>
          <w:sz w:val="22"/>
        </w:rPr>
        <w:t xml:space="preserve">Alice  </w:t>
      </w:r>
      <w:r>
        <w:rPr>
          <w:rFonts w:ascii="Arial" w:hAnsi="Arial"/>
          <w:color w:val="5D7284"/>
          <w:sz w:val="22"/>
        </w:rPr>
        <w:t>43:38</w:t>
      </w:r>
    </w:p>
    <w:p>
      <w:pPr>
        <w:spacing w:after="0"/>
      </w:pPr>
      <w:r>
        <w:rPr>
          <w:rFonts w:ascii="Arial" w:hAnsi="Arial"/>
          <w:sz w:val="22"/>
        </w:rPr>
        <w:t>yeah, we've heard you let's take. Exactly, yeah.</w:t>
      </w:r>
    </w:p>
    <w:p>
      <w:pPr>
        <w:spacing w:after="0"/>
      </w:pPr>
    </w:p>
    <w:p>
      <w:pPr>
        <w:spacing w:after="0"/>
      </w:pPr>
      <w:r>
        <w:rPr>
          <w:rFonts w:ascii="Arial" w:hAnsi="Arial"/>
          <w:b/>
          <w:sz w:val="22"/>
        </w:rPr>
        <w:t xml:space="preserve">Fiona Roberson   </w:t>
      </w:r>
      <w:r>
        <w:rPr>
          <w:rFonts w:ascii="Arial" w:hAnsi="Arial"/>
          <w:color w:val="5D7284"/>
          <w:sz w:val="22"/>
        </w:rPr>
        <w:t>43:42</w:t>
      </w:r>
    </w:p>
    <w:p>
      <w:pPr>
        <w:spacing w:after="0"/>
      </w:pPr>
      <w:r>
        <w:rPr>
          <w:rFonts w:ascii="Arial" w:hAnsi="Arial"/>
          <w:sz w:val="22"/>
        </w:rPr>
        <w:t>And that's a really difficult thing to come to terms with. Because you do think, you know, how can you listen to me telling you the story and not? How can that not matter to you? Because it matters to me, when people tell me their stories. It matters to me when people tell me that something I'm doing is hurting them</w:t>
      </w:r>
    </w:p>
    <w:p>
      <w:pPr>
        <w:spacing w:after="0"/>
      </w:pPr>
    </w:p>
    <w:p>
      <w:pPr>
        <w:spacing w:after="0"/>
      </w:pPr>
      <w:r>
        <w:rPr>
          <w:rFonts w:ascii="Arial" w:hAnsi="Arial"/>
          <w:b/>
          <w:sz w:val="22"/>
        </w:rPr>
        <w:t xml:space="preserve">Lucy  </w:t>
      </w:r>
      <w:r>
        <w:rPr>
          <w:rFonts w:ascii="Arial" w:hAnsi="Arial"/>
          <w:color w:val="5D7284"/>
          <w:sz w:val="22"/>
        </w:rPr>
        <w:t>44:01</w:t>
      </w:r>
    </w:p>
    <w:p>
      <w:pPr>
        <w:spacing w:after="0"/>
      </w:pPr>
      <w:r>
        <w:rPr>
          <w:rFonts w:ascii="Arial" w:hAnsi="Arial"/>
          <w:sz w:val="22"/>
        </w:rPr>
        <w:t>Again, but that's because, you know, you were decent human beings.</w:t>
      </w:r>
    </w:p>
    <w:p>
      <w:pPr>
        <w:spacing w:after="0"/>
      </w:pPr>
    </w:p>
    <w:p>
      <w:pPr>
        <w:spacing w:after="0"/>
      </w:pPr>
      <w:r>
        <w:rPr>
          <w:rFonts w:ascii="Arial" w:hAnsi="Arial"/>
          <w:b/>
          <w:sz w:val="22"/>
        </w:rPr>
        <w:t xml:space="preserve">Alice  </w:t>
      </w:r>
      <w:r>
        <w:rPr>
          <w:rFonts w:ascii="Arial" w:hAnsi="Arial"/>
          <w:color w:val="5D7284"/>
          <w:sz w:val="22"/>
        </w:rPr>
        <w:t>44:08</w:t>
      </w:r>
    </w:p>
    <w:p>
      <w:pPr>
        <w:spacing w:after="0"/>
      </w:pPr>
      <w:r>
        <w:rPr>
          <w:rFonts w:ascii="Arial" w:hAnsi="Arial"/>
          <w:sz w:val="22"/>
        </w:rPr>
        <w:t>Because we're we're not soulless business people who cares about where our next paycheck is coming from</w:t>
      </w:r>
    </w:p>
    <w:p>
      <w:pPr>
        <w:spacing w:after="0"/>
      </w:pPr>
    </w:p>
    <w:p>
      <w:pPr>
        <w:spacing w:after="0"/>
      </w:pPr>
      <w:r>
        <w:rPr>
          <w:rFonts w:ascii="Arial" w:hAnsi="Arial"/>
          <w:b/>
          <w:sz w:val="22"/>
        </w:rPr>
        <w:t xml:space="preserve">Lucy  </w:t>
      </w:r>
      <w:r>
        <w:rPr>
          <w:rFonts w:ascii="Arial" w:hAnsi="Arial"/>
          <w:color w:val="5D7284"/>
          <w:sz w:val="22"/>
        </w:rPr>
        <w:t>44:16</w:t>
      </w:r>
    </w:p>
    <w:p>
      <w:pPr>
        <w:spacing w:after="0"/>
      </w:pPr>
      <w:r>
        <w:rPr>
          <w:rFonts w:ascii="Arial" w:hAnsi="Arial"/>
          <w:sz w:val="22"/>
        </w:rPr>
        <w:t>But also as well, going back to the point of, you know, finding a way with words that, you know, we've worked, you know, if we can use our words, we will use them. That's why I quite like being called a gobby cow. Because if you tell me to shut up, and the likelihood is I won't I'll just keep going until you go or I or I'll do it. But I think as well, like you were saying because you have to tell these stories over and over and over like they become like a rehearsed script in your head. And sometimes because you've said them so many times, the the the knack of like performances. It gets lost. So You do have to kind of like, every now and again, go, oh, I say that. Like, it's, it's, it's ridiculous really.</w:t>
      </w:r>
    </w:p>
    <w:p>
      <w:pPr>
        <w:spacing w:after="0"/>
      </w:pPr>
    </w:p>
    <w:p>
      <w:pPr>
        <w:spacing w:after="0"/>
      </w:pPr>
      <w:r>
        <w:rPr>
          <w:rFonts w:ascii="Arial" w:hAnsi="Arial"/>
          <w:b/>
          <w:sz w:val="22"/>
        </w:rPr>
        <w:t xml:space="preserve">Alice  </w:t>
      </w:r>
      <w:r>
        <w:rPr>
          <w:rFonts w:ascii="Arial" w:hAnsi="Arial"/>
          <w:color w:val="5D7284"/>
          <w:sz w:val="22"/>
        </w:rPr>
        <w:t>45:07</w:t>
      </w:r>
    </w:p>
    <w:p>
      <w:pPr>
        <w:spacing w:after="0"/>
      </w:pPr>
      <w:r>
        <w:rPr>
          <w:rFonts w:ascii="Arial" w:hAnsi="Arial"/>
          <w:sz w:val="22"/>
        </w:rPr>
        <w:t>Because I think one of the things that's kind of important about these sharing these are stories is that, um, you know, one of the reasons I think why Lucy and I, when we started planning this podcast, one of the things that we both sort of said was we want to get different people and we want to get lots of different people on to tell their stories, is because people, people hear things and experience things and consume things differently and are kind of touched and enraged and turned on by different things. And so get in. I think, I think letting it turn into a performance and turning into it kind of lets you can be, you can be lulled into just is lip service. It's a script, and actually, one of the things and and it's it's a big ask of activist because like Fiona said, so often we're sharing really personal, intimate things. But I think it's, it's really important for us when we are sharing those stories to be mindful of who we're sharing them with and what we're trying to achieve with sharing that story. To make sure we're delivering it in a way that is going to have impact.</w:t>
      </w:r>
    </w:p>
    <w:p>
      <w:pPr>
        <w:spacing w:after="0"/>
      </w:pPr>
    </w:p>
    <w:p>
      <w:pPr>
        <w:spacing w:after="0"/>
      </w:pPr>
      <w:r>
        <w:rPr>
          <w:rFonts w:ascii="Arial" w:hAnsi="Arial"/>
          <w:b/>
          <w:sz w:val="22"/>
        </w:rPr>
        <w:t xml:space="preserve">Lucy  </w:t>
      </w:r>
      <w:r>
        <w:rPr>
          <w:rFonts w:ascii="Arial" w:hAnsi="Arial"/>
          <w:color w:val="5D7284"/>
          <w:sz w:val="22"/>
        </w:rPr>
        <w:t>46:27</w:t>
      </w:r>
    </w:p>
    <w:p>
      <w:pPr>
        <w:spacing w:after="0"/>
      </w:pPr>
      <w:r>
        <w:rPr>
          <w:rFonts w:ascii="Arial" w:hAnsi="Arial"/>
          <w:sz w:val="22"/>
        </w:rPr>
        <w:t>There are many, there are many, many times I have probably overshare to Alice on the podcast because I forget there's a microphone in front of my face. And we have Alice are very close friends now and I ended up (Babbling noise). Like, but yeah, it's it's it's weird when it's your own personal story. And you think how far can I push?</w:t>
      </w:r>
    </w:p>
    <w:p>
      <w:pPr>
        <w:spacing w:after="0"/>
      </w:pPr>
    </w:p>
    <w:p>
      <w:pPr>
        <w:spacing w:after="0"/>
      </w:pPr>
      <w:r>
        <w:rPr>
          <w:rFonts w:ascii="Arial" w:hAnsi="Arial"/>
          <w:b/>
          <w:sz w:val="22"/>
        </w:rPr>
        <w:t xml:space="preserve">Fiona Roberson   </w:t>
      </w:r>
      <w:r>
        <w:rPr>
          <w:rFonts w:ascii="Arial" w:hAnsi="Arial"/>
          <w:color w:val="5D7284"/>
          <w:sz w:val="22"/>
        </w:rPr>
        <w:t>46:49</w:t>
      </w:r>
    </w:p>
    <w:p>
      <w:pPr>
        <w:spacing w:after="0"/>
      </w:pPr>
      <w:r>
        <w:rPr>
          <w:rFonts w:ascii="Arial" w:hAnsi="Arial"/>
          <w:sz w:val="22"/>
        </w:rPr>
        <w:t>I think that there's you know, when I think that what you're talking about, about the the purpose of the story is really important because there's a I wrote a thing when I decided not to run again as the convener, so I decided this year not to run because to be blunt, it had destroyed me. It was a I don't know how much you know about Scottish politics. But being the equalities, lead. Equalities, work is always hard, it's always unpopular, like I refer to myself as a professional killjoy. It is hard. Because even even good people, even decent people believe that they are all four qualities, but and right up till the point where there is an actual sacrifice which needs to be made or work that needs to be done. They like the idea of it. And then suddenly, when you say, but this is the work that actually needs to happen, it becomes too much and there is a in across the entire kind of political sphere, then there is a real problem with this idea that you're supposed to be grateful for being given a seat at the table, and you're supposed to not use it to challenge the dominant paradigms. And that's not what any of us got into this for, like, if you're involved in any of the kinds of equalities work, then if you get into a room, you're going to use that opportunity. And I did, and it had varying levels of effect. I think it did a lot of good in terms of getting people to think more but it also because we have the entire anti trans thing happening in Scotland. I became a lightning rolled for this movement of deep hatred. It means that I am. So interestingly, when we're talking about the stories that we share about this activism, like I talk about, I talk about being raped, I talk about the termination that I had I talk which like nearly killed me the grief from It nearly killed me it was the right thing to do. i And it's why I fight for reproductive rights. But it was the worst thing that's ever happened to me. And I talk about these devastating things. But because I've talked about them so often. Then there's a wall between me in that. And so then I want to talk about poetry. There's there's a whole series of poems about other things that I can't put in the public sphere, because they're things which can actually hurt me, still, and I can't let that group of people who spend their lives trying to hurt me, I can't give them the ammunition and they don't. And it's really hard for even the people closest to me to understand that those things are not in fact, the deep, terrible devastating things I talk about in my activist work all the time, or are much more, or the things that I haven't quite processed or worked through or healed yet. Those things are things that I have, you know, focused on in therapy, and I have done the work on but there's a whole set of other, like deep insecurities and deep traumas that I will not talk about in public. And so you have to choose which things you're capable of doing. Because this idea that marginalized people are supposed to, to be extremely graphic, and in a Hemingway method, that we are, in order to get people to care about us that we are supposed to open our veins, every opportunity, like just spill our trauma and our blood and our tears, to make to beg people to give even the tiniest amount of a shit. That is not a reasonable request of people. And that is not a reasonable cost to pay if you're not getting action. And so it's vital that you choose where you spend that trauma, where you spend that work.</w:t>
      </w:r>
    </w:p>
    <w:p>
      <w:pPr>
        <w:spacing w:after="0"/>
      </w:pPr>
    </w:p>
    <w:p>
      <w:pPr>
        <w:spacing w:after="0"/>
      </w:pPr>
      <w:r>
        <w:rPr>
          <w:rFonts w:ascii="Arial" w:hAnsi="Arial"/>
          <w:b/>
          <w:sz w:val="22"/>
        </w:rPr>
        <w:t xml:space="preserve">Lucy  </w:t>
      </w:r>
      <w:r>
        <w:rPr>
          <w:rFonts w:ascii="Arial" w:hAnsi="Arial"/>
          <w:color w:val="5D7284"/>
          <w:sz w:val="22"/>
        </w:rPr>
        <w:t>51:31</w:t>
      </w:r>
    </w:p>
    <w:p>
      <w:pPr>
        <w:spacing w:after="0"/>
      </w:pPr>
      <w:r>
        <w:rPr>
          <w:rFonts w:ascii="Arial" w:hAnsi="Arial"/>
          <w:sz w:val="22"/>
        </w:rPr>
        <w:t>The it's something that I have learnt from Alice actually doing this podcast, being able, you know, I was a bit old until I did this podcast, I was always very much of the ill of the school of thought of, you know, if you've got any questions about my disability, ask me. And then when I spoke to when we started talking about this podcast, and we actually recorded it was one of our very first episodes, I think it was like a practice session. And I sort of said, you know, I'm quite an open book, and to an extent I still am. And then they sort of turned around and said to me, Well, why? Why are you satisfying other people's curiosity just for a quiet life? You don't have to tell anybody anything. And so now I am very selective about what what I say in the first instance, and, and who is privy to that information? Because that in itself.</w:t>
      </w:r>
    </w:p>
    <w:p>
      <w:pPr>
        <w:spacing w:after="0"/>
      </w:pPr>
    </w:p>
    <w:p>
      <w:pPr>
        <w:spacing w:after="0"/>
      </w:pPr>
      <w:r>
        <w:rPr>
          <w:rFonts w:ascii="Arial" w:hAnsi="Arial"/>
          <w:b/>
          <w:sz w:val="22"/>
        </w:rPr>
        <w:t xml:space="preserve">Fiona Roberson   </w:t>
      </w:r>
      <w:r>
        <w:rPr>
          <w:rFonts w:ascii="Arial" w:hAnsi="Arial"/>
          <w:color w:val="5D7284"/>
          <w:sz w:val="22"/>
        </w:rPr>
        <w:t>52:28</w:t>
      </w:r>
    </w:p>
    <w:p>
      <w:pPr>
        <w:spacing w:after="0"/>
      </w:pPr>
      <w:r>
        <w:rPr>
          <w:rFonts w:ascii="Arial" w:hAnsi="Arial"/>
          <w:sz w:val="22"/>
        </w:rPr>
        <w:t>I'm very much the same. I have the same trajectory. I started off with that whole thing of just ask me, Bob, like, just, you know, if you're curious, let me demystify things for you. And, and then as I got more, and this is where I think there's a line between disability activism and disability justice activism, and that's why I tried to talk about myself as a disability justice activist now because there is because I do think that there is a an important difference there, that there is a lot of work that disabled people do out of necessity. But that doesn't necessarily serve the pursuit of justice. And this is and that that was where I went, when I learned more about disability justice as a concept, then I began being much more like I still find it really hard in person, if someone asks me a question, I will often because I am still kind of, you know, socialized to be pleasing and graceful, and all of that kind of stuff. I will, I will often give them a basic answer. And then I will say, just for your information. A lot of people would find that question, quite difficult to answer and it's not your business. You don't have a right to other people's medical details. You don't have a right to ask them about it.</w:t>
      </w:r>
    </w:p>
    <w:p>
      <w:pPr>
        <w:spacing w:after="0"/>
      </w:pPr>
    </w:p>
    <w:p>
      <w:pPr>
        <w:spacing w:after="0"/>
      </w:pPr>
      <w:r>
        <w:rPr>
          <w:rFonts w:ascii="Arial" w:hAnsi="Arial"/>
          <w:b/>
          <w:sz w:val="22"/>
        </w:rPr>
        <w:t xml:space="preserve">Lucy  </w:t>
      </w:r>
      <w:r>
        <w:rPr>
          <w:rFonts w:ascii="Arial" w:hAnsi="Arial"/>
          <w:color w:val="5D7284"/>
          <w:sz w:val="22"/>
        </w:rPr>
        <w:t>54:02</w:t>
      </w:r>
    </w:p>
    <w:p>
      <w:pPr>
        <w:spacing w:after="0"/>
      </w:pPr>
      <w:r>
        <w:rPr>
          <w:rFonts w:ascii="Arial" w:hAnsi="Arial"/>
          <w:sz w:val="22"/>
        </w:rPr>
        <w:t>Yeah. Now I still struggle with that. With the whole, I don'twant to answer this question. But I now find myself in a position where I have to.</w:t>
      </w:r>
    </w:p>
    <w:p>
      <w:pPr>
        <w:spacing w:after="0"/>
      </w:pPr>
    </w:p>
    <w:p>
      <w:pPr>
        <w:spacing w:after="0"/>
      </w:pPr>
      <w:r>
        <w:rPr>
          <w:rFonts w:ascii="Arial" w:hAnsi="Arial"/>
          <w:b/>
          <w:sz w:val="22"/>
        </w:rPr>
        <w:t xml:space="preserve">Fiona Roberson   </w:t>
      </w:r>
      <w:r>
        <w:rPr>
          <w:rFonts w:ascii="Arial" w:hAnsi="Arial"/>
          <w:color w:val="5D7284"/>
          <w:sz w:val="22"/>
        </w:rPr>
        <w:t>54:12</w:t>
      </w:r>
    </w:p>
    <w:p>
      <w:pPr>
        <w:spacing w:after="0"/>
      </w:pPr>
      <w:r>
        <w:rPr>
          <w:rFonts w:ascii="Arial" w:hAnsi="Arial"/>
          <w:sz w:val="22"/>
        </w:rPr>
        <w:t>Because you're smiling and you're being nice, and I don't know how to explain to you that you're being really awful.</w:t>
      </w:r>
    </w:p>
    <w:p>
      <w:pPr>
        <w:spacing w:after="0"/>
      </w:pPr>
    </w:p>
    <w:p>
      <w:pPr>
        <w:spacing w:after="0"/>
      </w:pPr>
      <w:r>
        <w:rPr>
          <w:rFonts w:ascii="Arial" w:hAnsi="Arial"/>
          <w:b/>
          <w:sz w:val="22"/>
        </w:rPr>
        <w:t xml:space="preserve">Lucy  </w:t>
      </w:r>
      <w:r>
        <w:rPr>
          <w:rFonts w:ascii="Arial" w:hAnsi="Arial"/>
          <w:color w:val="5D7284"/>
          <w:sz w:val="22"/>
        </w:rPr>
        <w:t>54:20</w:t>
      </w:r>
    </w:p>
    <w:p>
      <w:pPr>
        <w:spacing w:after="0"/>
      </w:pPr>
      <w:r>
        <w:rPr>
          <w:rFonts w:ascii="Arial" w:hAnsi="Arial"/>
          <w:sz w:val="22"/>
        </w:rPr>
        <w:t>I don't want to like, put you off talking to another disabled person, but what you've just said, I'm not answering the question yet. Here. I am telling you that I was born with cerebral palsy and I've never been able to walk and the last time it happened to me. I was in a hospital getting a blood test done and one of the healthcare assistants said What's wrong with you then. It took me off got, I went, nothing's wrong with me. I've got cerebral palsy. And she asked a few more questions and a few more questions, and then stood there and said, I don't know how you did. Almost I</w:t>
      </w:r>
    </w:p>
    <w:p>
      <w:pPr>
        <w:spacing w:after="0"/>
      </w:pPr>
    </w:p>
    <w:p>
      <w:pPr>
        <w:spacing w:after="0"/>
      </w:pPr>
      <w:r>
        <w:rPr>
          <w:rFonts w:ascii="Arial" w:hAnsi="Arial"/>
          <w:b/>
          <w:sz w:val="22"/>
        </w:rPr>
        <w:t xml:space="preserve">Fiona Roberson   </w:t>
      </w:r>
      <w:r>
        <w:rPr>
          <w:rFonts w:ascii="Arial" w:hAnsi="Arial"/>
          <w:color w:val="5D7284"/>
          <w:sz w:val="22"/>
        </w:rPr>
        <w:t>54:56</w:t>
      </w:r>
    </w:p>
    <w:p>
      <w:pPr>
        <w:spacing w:after="0"/>
      </w:pPr>
      <w:r>
        <w:rPr>
          <w:rFonts w:ascii="Arial" w:hAnsi="Arial"/>
          <w:sz w:val="22"/>
        </w:rPr>
        <w:t>knew you were gonna say that. I knew that was awesome. I think it's a cold. Like, I never go for the fact that people think it's a compliment to say that to you like, I've heard it so many times.</w:t>
      </w:r>
    </w:p>
    <w:p>
      <w:pPr>
        <w:spacing w:after="0"/>
      </w:pPr>
    </w:p>
    <w:p>
      <w:pPr>
        <w:spacing w:after="0"/>
      </w:pPr>
      <w:r>
        <w:rPr>
          <w:rFonts w:ascii="Arial" w:hAnsi="Arial"/>
          <w:b/>
          <w:sz w:val="22"/>
        </w:rPr>
        <w:t xml:space="preserve">Lucy  </w:t>
      </w:r>
      <w:r>
        <w:rPr>
          <w:rFonts w:ascii="Arial" w:hAnsi="Arial"/>
          <w:color w:val="5D7284"/>
          <w:sz w:val="22"/>
        </w:rPr>
        <w:t>55:15</w:t>
      </w:r>
    </w:p>
    <w:p>
      <w:pPr>
        <w:spacing w:after="0"/>
      </w:pPr>
      <w:r>
        <w:rPr>
          <w:rFonts w:ascii="Arial" w:hAnsi="Arial"/>
          <w:sz w:val="22"/>
        </w:rPr>
        <w:t>But you kind of sit there when you go. Because it doesn't happen all the time either as well, when it does happen, you're like, what did she just say? And then the moment to challenge her pased..</w:t>
      </w:r>
    </w:p>
    <w:p>
      <w:pPr>
        <w:spacing w:after="0"/>
      </w:pPr>
    </w:p>
    <w:p>
      <w:pPr>
        <w:spacing w:after="0"/>
      </w:pPr>
      <w:r>
        <w:rPr>
          <w:rFonts w:ascii="Arial" w:hAnsi="Arial"/>
          <w:b/>
          <w:sz w:val="22"/>
        </w:rPr>
        <w:t xml:space="preserve">Fiona Roberson   </w:t>
      </w:r>
      <w:r>
        <w:rPr>
          <w:rFonts w:ascii="Arial" w:hAnsi="Arial"/>
          <w:color w:val="5D7284"/>
          <w:sz w:val="22"/>
        </w:rPr>
        <w:t>55:27</w:t>
      </w:r>
    </w:p>
    <w:p>
      <w:pPr>
        <w:spacing w:after="0"/>
      </w:pPr>
      <w:r>
        <w:rPr>
          <w:rFonts w:ascii="Arial" w:hAnsi="Arial"/>
          <w:sz w:val="22"/>
        </w:rPr>
        <w:t>Passed , by the time it filters through, then you're just like, what? And like, sometimes, sometimes we've had the kind of wherewithal to say, No, you wouldn't, because you get used to it. And this is, this is the important thing. I'm so off track here. I'm sorry. But, but this is, this is again, the difference</w:t>
      </w:r>
    </w:p>
    <w:p>
      <w:pPr>
        <w:spacing w:after="0"/>
      </w:pPr>
    </w:p>
    <w:p>
      <w:pPr>
        <w:spacing w:after="0"/>
      </w:pPr>
      <w:r>
        <w:rPr>
          <w:rFonts w:ascii="Arial" w:hAnsi="Arial"/>
          <w:b/>
          <w:sz w:val="22"/>
        </w:rPr>
        <w:t xml:space="preserve">Alice  </w:t>
      </w:r>
      <w:r>
        <w:rPr>
          <w:rFonts w:ascii="Arial" w:hAnsi="Arial"/>
          <w:color w:val="5D7284"/>
          <w:sz w:val="22"/>
        </w:rPr>
        <w:t>55:47</w:t>
      </w:r>
    </w:p>
    <w:p>
      <w:pPr>
        <w:spacing w:after="0"/>
      </w:pPr>
      <w:r>
        <w:rPr>
          <w:rFonts w:ascii="Arial" w:hAnsi="Arial"/>
          <w:sz w:val="22"/>
        </w:rPr>
        <w:t>between classic lABLEd Podcast.</w:t>
      </w:r>
    </w:p>
    <w:p>
      <w:pPr>
        <w:spacing w:after="0"/>
      </w:pPr>
    </w:p>
    <w:p>
      <w:pPr>
        <w:spacing w:after="0"/>
      </w:pPr>
      <w:r>
        <w:rPr>
          <w:rFonts w:ascii="Arial" w:hAnsi="Arial"/>
          <w:b/>
          <w:sz w:val="22"/>
        </w:rPr>
        <w:t xml:space="preserve">Fiona Roberson   </w:t>
      </w:r>
      <w:r>
        <w:rPr>
          <w:rFonts w:ascii="Arial" w:hAnsi="Arial"/>
          <w:color w:val="5D7284"/>
          <w:sz w:val="22"/>
        </w:rPr>
        <w:t>55:48</w:t>
      </w:r>
    </w:p>
    <w:p>
      <w:pPr>
        <w:spacing w:after="0"/>
      </w:pPr>
      <w:r>
        <w:rPr>
          <w:rFonts w:ascii="Arial" w:hAnsi="Arial"/>
          <w:sz w:val="22"/>
        </w:rPr>
        <w:t>The difference between, again, disability activism and disability justice activism is that this is the main reason why disability justice activists have a an issue with what's called Disability simulation exercises. And it's these are the things where you put people into a wheelchair for an afternoon and get them to navigate an area or you put them blindfold on and get them to do stuff. And you know, there is a real, there is a really useful and important premise behind it that most people until you are in a position where you have to just don't notice any of this shit. Like I remember my my own disability, my physical disability that is like I had the mental stuff for many years. But my, my physical disability came on. In its acute form when I was 19. And I, everyone around me, was suddenly aware, and they talked a lot about how they'd never noticed about the curbs and the accessibility of places until they were out with me and pushing my chair because I don't have the strength in my arms to do anything. And I certainly couldn't afford an electric chair. So you know, just a note. So they, so there is a value, there's a there is an obvious value to it. Except that what actually comes of these exercises, because it's so limited, it tends to be the feeling of helplessness, and of horror, the thing that people will remember. And they believe that that is the the disabled experience is helplessness. And they don't ever because they don't spend enough time learning about how you actually do it. So the much better way of doing it is being paired with a disabled person going around an area and have that disabled person narrating the things that they are noticing the obstacles that they're getting round, and how they're getting round the. What they're doing to change it. Like how they have solved the shitty access problems of their life.</w:t>
      </w:r>
    </w:p>
    <w:p>
      <w:pPr>
        <w:spacing w:after="0"/>
      </w:pPr>
    </w:p>
    <w:p>
      <w:pPr>
        <w:spacing w:after="0"/>
      </w:pPr>
      <w:r>
        <w:rPr>
          <w:rFonts w:ascii="Arial" w:hAnsi="Arial"/>
          <w:b/>
          <w:sz w:val="22"/>
        </w:rPr>
        <w:t xml:space="preserve">Lucy  </w:t>
      </w:r>
      <w:r>
        <w:rPr>
          <w:rFonts w:ascii="Arial" w:hAnsi="Arial"/>
          <w:color w:val="5D7284"/>
          <w:sz w:val="22"/>
        </w:rPr>
        <w:t>58:13</w:t>
      </w:r>
    </w:p>
    <w:p>
      <w:pPr>
        <w:spacing w:after="0"/>
      </w:pPr>
      <w:r>
        <w:rPr>
          <w:rFonts w:ascii="Arial" w:hAnsi="Arial"/>
          <w:sz w:val="22"/>
        </w:rPr>
        <w:t>That's exactly that's what the ABLE but that's what the non disabled Yeah, well don't say they don't see the don't see the disabled's joy.</w:t>
      </w:r>
    </w:p>
    <w:p>
      <w:pPr>
        <w:spacing w:after="0"/>
      </w:pPr>
    </w:p>
    <w:p>
      <w:pPr>
        <w:spacing w:after="0"/>
      </w:pPr>
      <w:r>
        <w:rPr>
          <w:rFonts w:ascii="Arial" w:hAnsi="Arial"/>
          <w:b/>
          <w:sz w:val="22"/>
        </w:rPr>
        <w:t xml:space="preserve">Fiona Roberson   </w:t>
      </w:r>
      <w:r>
        <w:rPr>
          <w:rFonts w:ascii="Arial" w:hAnsi="Arial"/>
          <w:color w:val="5D7284"/>
          <w:sz w:val="22"/>
        </w:rPr>
        <w:t>58:22</w:t>
      </w:r>
    </w:p>
    <w:p>
      <w:pPr>
        <w:spacing w:after="0"/>
      </w:pPr>
      <w:r>
        <w:rPr>
          <w:rFonts w:ascii="Arial" w:hAnsi="Arial"/>
          <w:sz w:val="22"/>
        </w:rPr>
        <w:t>the problem solving and the wait, like the million things like it's work and it shouldn't we shouldn't have to do it. But you know, the fact that, but they should see how we navigate these things how like, they should know that I'm taking, like this longer route because it is it doesn't have the steep hill, and you know it Yeah.</w:t>
      </w:r>
    </w:p>
    <w:p>
      <w:pPr>
        <w:spacing w:after="0"/>
      </w:pPr>
    </w:p>
    <w:p>
      <w:pPr>
        <w:spacing w:after="0"/>
      </w:pPr>
      <w:r>
        <w:rPr>
          <w:rFonts w:ascii="Arial" w:hAnsi="Arial"/>
          <w:b/>
          <w:sz w:val="22"/>
        </w:rPr>
        <w:t xml:space="preserve">Alice  </w:t>
      </w:r>
      <w:r>
        <w:rPr>
          <w:rFonts w:ascii="Arial" w:hAnsi="Arial"/>
          <w:color w:val="5D7284"/>
          <w:sz w:val="22"/>
        </w:rPr>
        <w:t>58:48</w:t>
      </w:r>
    </w:p>
    <w:p>
      <w:pPr>
        <w:spacing w:after="0"/>
      </w:pPr>
      <w:r>
        <w:rPr>
          <w:rFonts w:ascii="Arial" w:hAnsi="Arial"/>
          <w:sz w:val="22"/>
        </w:rPr>
        <w:t>This is really interesting for me. So I said earlier that I got a new job recently, and I work for a charity who do awareness raising training, and sort of improving networking and connections for people with LD and neurodiversity. And as part of that work, I deliver 12 health based sessions to young people with neurodiversity about empowering themselves to understand their rights around health, their health to, you know, maintain their own health, how to engage with health professionals, things like that. And two weeks ago, we did a session on visual impairment, which I led. And as part of that session we had I mean, we started off just having a little bit of a chat about general eye health. And moving forward from that I wanted to talk a little bit about More sorts of severe sight loss visual impairments. And as part of that did give this group of 2017 to 25 year olds, those glasses that simulate certain eye conditions and taking the piece of it a little bit so I handed out the tunnel vision ones and I was like got these ones handed out the glaucoma one. So I don't have this one hand out the cataract ones, like got that one as well was like, eye sight loss bingo. And, and they, you know, they were sort of handing them around and trying them on and having a bit of a chat by and as they were doing that I was saying. So some of these, you know, conditions are genetic are untreatable. Some of these are going to be related to age. Some of these are things that can be resolved through, you know, operations, things like that talked a little bit about the cataract operations that I've had, and said, you know, generally most people who have cataract operations are older, and therefore, it's a risk, you put them under general anaesthetic. So it's all done under local so you're awake. But I said, there's absolutely no way you're fucking around in my eyes while I'm awake. Because I was 20 when I had mine done, they put me under General. And one of the lads in the front of the class, who is Gabi and I have so many stories. This is the guy who when we were talking about hygiene, we said, you know, what are possible times where you might want to be your more, you know, aware of hands and he went after a wank. (laughing) No. Yeah, so he I said, I said, I mean, you should probably do it beforehand as well. We are talking about hygiene here. (laughin) We, so yeah, so I was talking about how most people are awake for cat, and he happened to have cataract glasses on at the moment. And he went, Oh, I couldn't do that. I would refuse, I'd refuse to have the operation. And I said, Well, you know, your choices are kind of you have the operation, or you could potentially lose your vision completely. And he went, I just kill myself. And I, I immediately my brain immediately thought of this HCA story Lucy's just told. And I said, Do you think I should kill myself? And it's just, and he got immediately like, oh, shit, like, oh, you know, I don't know what to do about this. I didn't, and he was, would you but you can, you can still it's not the same for you. And I was like, is exactly the same for me. And, and it's, it's really interesting to hear you talking about those kinds of those simulation exercises, and how it feeds into that, that horror. And actually how those, you know, that is literally an example of both what you were saying and what Lucy says, sort of in one space that he, he went, I couldn't live with this sight condition. But I also could not put myself through the potential trauma of having my eye operated on. And so I would simply end my life. And I said, and, you know, when he said, Go to UPS, and I just said, you know, it's just, just think, you know, what you've basically just said to me there is that my life is not worth living. If those are my options, if I have to have my eyes operated on, or I have to, and I will, I'll go blind. My slight eye condition is degenerative, you know, so I should just stop now. I should just give up now. Save, save everybody else the grief.</w:t>
      </w:r>
    </w:p>
    <w:p>
      <w:pPr>
        <w:spacing w:after="0"/>
      </w:pPr>
    </w:p>
    <w:p>
      <w:pPr>
        <w:spacing w:after="0"/>
      </w:pPr>
      <w:r>
        <w:rPr>
          <w:rFonts w:ascii="Arial" w:hAnsi="Arial"/>
          <w:b/>
          <w:sz w:val="22"/>
        </w:rPr>
        <w:t xml:space="preserve">Lucy  </w:t>
      </w:r>
      <w:r>
        <w:rPr>
          <w:rFonts w:ascii="Arial" w:hAnsi="Arial"/>
          <w:color w:val="5D7284"/>
          <w:sz w:val="22"/>
        </w:rPr>
        <w:t>1:04:20</w:t>
      </w:r>
    </w:p>
    <w:p>
      <w:pPr>
        <w:spacing w:after="0"/>
      </w:pPr>
      <w:r>
        <w:rPr>
          <w:rFonts w:ascii="Arial" w:hAnsi="Arial"/>
          <w:sz w:val="22"/>
        </w:rPr>
        <w:t>Don't do that. Oh, we've got a podcast to host</w:t>
      </w:r>
    </w:p>
    <w:p>
      <w:pPr>
        <w:spacing w:after="0"/>
      </w:pPr>
    </w:p>
    <w:p>
      <w:pPr>
        <w:spacing w:after="0"/>
      </w:pPr>
      <w:r>
        <w:rPr>
          <w:rFonts w:ascii="Arial" w:hAnsi="Arial"/>
          <w:b/>
          <w:sz w:val="22"/>
        </w:rPr>
        <w:t xml:space="preserve">Fiona Roberson   </w:t>
      </w:r>
      <w:r>
        <w:rPr>
          <w:rFonts w:ascii="Arial" w:hAnsi="Arial"/>
          <w:color w:val="5D7284"/>
          <w:sz w:val="22"/>
        </w:rPr>
        <w:t>1:04:22</w:t>
      </w:r>
    </w:p>
    <w:p>
      <w:pPr>
        <w:spacing w:after="0"/>
      </w:pPr>
      <w:r>
        <w:rPr>
          <w:rFonts w:ascii="Arial" w:hAnsi="Arial"/>
          <w:sz w:val="22"/>
        </w:rPr>
        <w:t>So this is this is one of the things I'm genuinely not trying to hawk, my zine. But I when when all this started when the pandemic started, and as I said, I wrote this article about the coming wave of disability. What I also saw coming at that stage was that those newly disabled people would talk to each other and to already disabled people. And I've been in those spaces before because before we had the internet And before we had the kind of organized disability or chronic illness community, that disability community was already organized in a lot of ways. But chronic illness by its nature is very isolating. And so there wasn't as much of an organized space for that. And I've so I've been in, I've been in the spaces of people who are newly sick. And they can be credibly disruptive, because there is, if they don't have elders there, and I'm not talking about elders and age, but elders in terms of experience, if they don't have people who've been through this and have learned the processes, then they can kind of feed off each other's despair. And so I began working on at first it was a series of articles, but then a commission came up that arts organization in Aberdeen was running. And so I kind of submitted my application to that, which is that I wanted to write a zine, that would be free, it was free online, accessible to anyone who can get access to it, that it had poetry, it's got like six poems in it, about kind of the process of becoming sick, and about the process of also learning to live. But it's also has like a set of the various tips that you come from 20 years of this things that all of these newly disabled people, these new, chronically ill people, suddenly navigating a world where most of them will not have been sick before. Most of them are coming from, like normal, healthy lives where they just, you know, they're not largely coming from the experience of dealing with all of this, yeah,</w:t>
      </w:r>
    </w:p>
    <w:p>
      <w:pPr>
        <w:spacing w:after="0"/>
      </w:pPr>
    </w:p>
    <w:p>
      <w:pPr>
        <w:spacing w:after="0"/>
      </w:pPr>
      <w:r>
        <w:rPr>
          <w:rFonts w:ascii="Arial" w:hAnsi="Arial"/>
          <w:b/>
          <w:sz w:val="22"/>
        </w:rPr>
        <w:t xml:space="preserve">Lucy  </w:t>
      </w:r>
      <w:r>
        <w:rPr>
          <w:rFonts w:ascii="Arial" w:hAnsi="Arial"/>
          <w:color w:val="5D7284"/>
          <w:sz w:val="22"/>
        </w:rPr>
        <w:t>1:07:03</w:t>
      </w:r>
    </w:p>
    <w:p>
      <w:pPr>
        <w:spacing w:after="0"/>
      </w:pPr>
      <w:r>
        <w:rPr>
          <w:rFonts w:ascii="Arial" w:hAnsi="Arial"/>
          <w:sz w:val="22"/>
        </w:rPr>
        <w:t>I've had, I wouldn't necessarily say because of COVID, but I've had it before, where friends of friends, you know, friends of friends of the family, something's happened to, you know, either them or their spouse or something. And they are going through that period of transition, which is awful. It's, it's horrific. It's However, even</w:t>
      </w:r>
    </w:p>
    <w:p>
      <w:pPr>
        <w:spacing w:after="0"/>
      </w:pPr>
    </w:p>
    <w:p>
      <w:pPr>
        <w:spacing w:after="0"/>
      </w:pPr>
      <w:r>
        <w:rPr>
          <w:rFonts w:ascii="Arial" w:hAnsi="Arial"/>
          <w:b/>
          <w:sz w:val="22"/>
        </w:rPr>
        <w:t xml:space="preserve">Fiona Roberson   </w:t>
      </w:r>
      <w:r>
        <w:rPr>
          <w:rFonts w:ascii="Arial" w:hAnsi="Arial"/>
          <w:color w:val="5D7284"/>
          <w:sz w:val="22"/>
        </w:rPr>
        <w:t>1:07:29</w:t>
      </w:r>
    </w:p>
    <w:p>
      <w:pPr>
        <w:spacing w:after="0"/>
      </w:pPr>
      <w:r>
        <w:rPr>
          <w:rFonts w:ascii="Arial" w:hAnsi="Arial"/>
          <w:sz w:val="22"/>
        </w:rPr>
        <w:t>Your grieving your old life, grieving, you don't know where you are now.</w:t>
      </w:r>
    </w:p>
    <w:p>
      <w:pPr>
        <w:spacing w:after="0"/>
      </w:pPr>
    </w:p>
    <w:p>
      <w:pPr>
        <w:spacing w:after="0"/>
      </w:pPr>
      <w:r>
        <w:rPr>
          <w:rFonts w:ascii="Arial" w:hAnsi="Arial"/>
          <w:b/>
          <w:sz w:val="22"/>
        </w:rPr>
        <w:t xml:space="preserve">Lucy  </w:t>
      </w:r>
      <w:r>
        <w:rPr>
          <w:rFonts w:ascii="Arial" w:hAnsi="Arial"/>
          <w:color w:val="5D7284"/>
          <w:sz w:val="22"/>
        </w:rPr>
        <w:t>1:07:35</w:t>
      </w:r>
    </w:p>
    <w:p>
      <w:pPr>
        <w:spacing w:after="0"/>
      </w:pPr>
      <w:r>
        <w:rPr>
          <w:rFonts w:ascii="Arial" w:hAnsi="Arial"/>
          <w:sz w:val="22"/>
        </w:rPr>
        <w:t>Yeah. And, you know, it was difficult for my mom when I was diagnosed with cerebral palsy, because she didn't know what was happening. And they have often said to me, which sometimes I wish they wouldn't, I'd rather not know. But they'll, they'll, they'll say to me, you know, things that things are quite shit at the moment. But I know that it can be alright, you know, with the right support and the right help, it can be all right. And when I've sort of said, well, how, how do you know and they were like, because we know you, we know that you're not always sad about disability things. And you know, it's not it's not a end of life sentence. It's a you can live with it. It's going to be difficult, but I can, it kind of makes me feel a little bit. I don't know.</w:t>
      </w:r>
    </w:p>
    <w:p>
      <w:pPr>
        <w:spacing w:after="0"/>
      </w:pPr>
    </w:p>
    <w:p>
      <w:pPr>
        <w:spacing w:after="0"/>
      </w:pPr>
      <w:r>
        <w:rPr>
          <w:rFonts w:ascii="Arial" w:hAnsi="Arial"/>
          <w:b/>
          <w:sz w:val="22"/>
        </w:rPr>
        <w:t xml:space="preserve">Fiona Roberson   </w:t>
      </w:r>
      <w:r>
        <w:rPr>
          <w:rFonts w:ascii="Arial" w:hAnsi="Arial"/>
          <w:color w:val="5D7284"/>
          <w:sz w:val="22"/>
        </w:rPr>
        <w:t>1:08:30</w:t>
      </w:r>
    </w:p>
    <w:p>
      <w:pPr>
        <w:spacing w:after="0"/>
      </w:pPr>
      <w:r>
        <w:rPr>
          <w:rFonts w:ascii="Arial" w:hAnsi="Arial"/>
          <w:sz w:val="22"/>
        </w:rPr>
        <w:t>It's a complicated feeling because you're like, are you is it's my life, that shit that you're thinking, Oh, well, you know, she gets on with it. So it must be okay.</w:t>
      </w:r>
    </w:p>
    <w:p>
      <w:pPr>
        <w:spacing w:after="0"/>
      </w:pPr>
    </w:p>
    <w:p>
      <w:pPr>
        <w:spacing w:after="0"/>
      </w:pPr>
      <w:r>
        <w:rPr>
          <w:rFonts w:ascii="Arial" w:hAnsi="Arial"/>
          <w:b/>
          <w:sz w:val="22"/>
        </w:rPr>
        <w:t xml:space="preserve">Alice  </w:t>
      </w:r>
      <w:r>
        <w:rPr>
          <w:rFonts w:ascii="Arial" w:hAnsi="Arial"/>
          <w:color w:val="5D7284"/>
          <w:sz w:val="22"/>
        </w:rPr>
        <w:t>1:08:42</w:t>
      </w:r>
    </w:p>
    <w:p>
      <w:pPr>
        <w:spacing w:after="0"/>
      </w:pPr>
      <w:r>
        <w:rPr>
          <w:rFonts w:ascii="Arial" w:hAnsi="Arial"/>
          <w:sz w:val="22"/>
        </w:rPr>
        <w:t>I, I'm my conditioning. Like I say it's degenerative. But actually, it's really rare for people with my condition to be diagnosed as young as I was, most people don't get diagnosed until they're well into their 40s. And so, I, I'm on a couple of Facebook groups that are like for people with RP, retinitis pigmentosa, and they are filled with newly diagnosed people or people of family members who have recently been diagnosed and it is all about how do you cope with what, you know, what do people think about this treatment? I've heard that there's this magic rock you can buy and things like that. (Lucy)And eye cream.  Exactly. I, I work. I don't engage with those a lot because I find them it. Like Lucy said, it makes me feel like a little bit like going. These people are going oh, this is so all I can think about is how I get out of this. But one of the things when I do engage with those sorts of you know, the posts on there. The thing I always try and say to people is well, you know, how I learned to cope was by having some therapy to accept my changing body and learning to use mobility aids and like orientation aids, and stuff like that, so that I can still be independent. Because the worst thing I think that you can do when you get diagnosed with my eye condition is go, how do I treat it? What do I how do I stop it? Because because you were still going to have to live with this and that I mean, that's why I love disabilities we are so much more because disability Twitter is people going, I mean, this happened isn't it was shit, but also my dogs and you know, just</w:t>
      </w:r>
    </w:p>
    <w:p>
      <w:pPr>
        <w:spacing w:after="0"/>
      </w:pPr>
    </w:p>
    <w:p>
      <w:pPr>
        <w:spacing w:after="0"/>
      </w:pPr>
      <w:r>
        <w:rPr>
          <w:rFonts w:ascii="Arial" w:hAnsi="Arial"/>
          <w:b/>
          <w:sz w:val="22"/>
        </w:rPr>
        <w:t xml:space="preserve">Lucy  </w:t>
      </w:r>
      <w:r>
        <w:rPr>
          <w:rFonts w:ascii="Arial" w:hAnsi="Arial"/>
          <w:color w:val="5D7284"/>
          <w:sz w:val="22"/>
        </w:rPr>
        <w:t>1:10:44</w:t>
      </w:r>
    </w:p>
    <w:p>
      <w:pPr>
        <w:spacing w:after="0"/>
      </w:pPr>
      <w:r>
        <w:rPr>
          <w:rFonts w:ascii="Arial" w:hAnsi="Arial"/>
          <w:sz w:val="22"/>
        </w:rPr>
        <w:t>somebody with like a joke or a quick, you know, like,</w:t>
      </w:r>
    </w:p>
    <w:p>
      <w:pPr>
        <w:spacing w:after="0"/>
      </w:pPr>
    </w:p>
    <w:p>
      <w:pPr>
        <w:spacing w:after="0"/>
      </w:pPr>
      <w:r>
        <w:rPr>
          <w:rFonts w:ascii="Arial" w:hAnsi="Arial"/>
          <w:b/>
          <w:sz w:val="22"/>
        </w:rPr>
        <w:t xml:space="preserve">Fiona Roberson   </w:t>
      </w:r>
      <w:r>
        <w:rPr>
          <w:rFonts w:ascii="Arial" w:hAnsi="Arial"/>
          <w:color w:val="5D7284"/>
          <w:sz w:val="22"/>
        </w:rPr>
        <w:t>1:10:49</w:t>
      </w:r>
    </w:p>
    <w:p>
      <w:pPr>
        <w:spacing w:after="0"/>
      </w:pPr>
      <w:r>
        <w:rPr>
          <w:rFonts w:ascii="Arial" w:hAnsi="Arial"/>
          <w:sz w:val="22"/>
        </w:rPr>
        <w:t>there's so real, like, the thing that better is that it's real. And this is the thing that I tried to put into the scene. So it's called Your life is not over. Because, because that's the message that people do not get, like, everything about our entire culture is built on this idea that if you get sick and you don't get better than you kill yourself, that's the outcome. And if you like, like you're supposed to throw yourself into trying to get better. And if you don't, if you if you fail, then off you go. And there's this real.. we don't ever see the stories of disabled people whose good, happy outcome is still being disabled. But having a decent life, like figuring out a way to live and, and so</w:t>
      </w:r>
    </w:p>
    <w:p>
      <w:pPr>
        <w:spacing w:after="0"/>
      </w:pPr>
    </w:p>
    <w:p>
      <w:pPr>
        <w:spacing w:after="0"/>
      </w:pPr>
      <w:r>
        <w:rPr>
          <w:rFonts w:ascii="Arial" w:hAnsi="Arial"/>
          <w:b/>
          <w:sz w:val="22"/>
        </w:rPr>
        <w:t xml:space="preserve">Alice  </w:t>
      </w:r>
      <w:r>
        <w:rPr>
          <w:rFonts w:ascii="Arial" w:hAnsi="Arial"/>
          <w:color w:val="5D7284"/>
          <w:sz w:val="22"/>
        </w:rPr>
        <w:t>1:11:42</w:t>
      </w:r>
    </w:p>
    <w:p>
      <w:pPr>
        <w:spacing w:after="0"/>
      </w:pPr>
      <w:r>
        <w:rPr>
          <w:rFonts w:ascii="Arial" w:hAnsi="Arial"/>
          <w:sz w:val="22"/>
        </w:rPr>
        <w:t>Oh, you the only version of that you ever get is that really skewed inspiration porn.</w:t>
      </w:r>
    </w:p>
    <w:p>
      <w:pPr>
        <w:spacing w:after="0"/>
      </w:pPr>
    </w:p>
    <w:p>
      <w:pPr>
        <w:spacing w:after="0"/>
      </w:pPr>
      <w:r>
        <w:rPr>
          <w:rFonts w:ascii="Arial" w:hAnsi="Arial"/>
          <w:b/>
          <w:sz w:val="22"/>
        </w:rPr>
        <w:t xml:space="preserve">Fiona Roberson   </w:t>
      </w:r>
      <w:r>
        <w:rPr>
          <w:rFonts w:ascii="Arial" w:hAnsi="Arial"/>
          <w:color w:val="5D7284"/>
          <w:sz w:val="22"/>
        </w:rPr>
        <w:t>1:11:49</w:t>
      </w:r>
    </w:p>
    <w:p>
      <w:pPr>
        <w:spacing w:after="0"/>
      </w:pPr>
      <w:r>
        <w:rPr>
          <w:rFonts w:ascii="Arial" w:hAnsi="Arial"/>
          <w:sz w:val="22"/>
        </w:rPr>
        <w:t>I mean, that's like they are so those things are only in. So I talk about in one of the poems I talk about the archetypes so there's the there's the super crip who goes on to do Paralympics and stuff who is used as a weapon to beat every other disabled people who isn't an Olympian because apparently that's what the bar is. There's the sad eyed child who is again there, again as a weapon to beat abled people within that purpose that it's your you think your life is bad? but look at this ill child. It's tiny tim thing. Yes, that's I need an idea. The the tragic but noble suicide, which we've covered. Yeah. And the monster, the the, the person, like, anytime you're watching a movie, single person shows up, they're the villain. They're always going to be the villain because they are always. And it's never because they are angry at the world being inaccessible. It's always because they are bitter that other people are well, and they're not. Or they're scarred, and other people.</w:t>
      </w:r>
    </w:p>
    <w:p>
      <w:pPr>
        <w:spacing w:after="0"/>
      </w:pPr>
    </w:p>
    <w:p>
      <w:pPr>
        <w:spacing w:after="0"/>
      </w:pPr>
      <w:r>
        <w:rPr>
          <w:rFonts w:ascii="Arial" w:hAnsi="Arial"/>
          <w:b/>
          <w:sz w:val="22"/>
        </w:rPr>
        <w:t xml:space="preserve">Alice  </w:t>
      </w:r>
      <w:r>
        <w:rPr>
          <w:rFonts w:ascii="Arial" w:hAnsi="Arial"/>
          <w:color w:val="5D7284"/>
          <w:sz w:val="22"/>
        </w:rPr>
        <w:t>1:13:11</w:t>
      </w:r>
    </w:p>
    <w:p>
      <w:pPr>
        <w:spacing w:after="0"/>
      </w:pPr>
      <w:r>
        <w:rPr>
          <w:rFonts w:ascii="Arial" w:hAnsi="Arial"/>
          <w:sz w:val="22"/>
        </w:rPr>
        <w:t>Bonjela and stuff isn't as</w:t>
      </w:r>
    </w:p>
    <w:p>
      <w:pPr>
        <w:spacing w:after="0"/>
      </w:pPr>
    </w:p>
    <w:p>
      <w:pPr>
        <w:spacing w:after="0"/>
      </w:pPr>
      <w:r>
        <w:rPr>
          <w:rFonts w:ascii="Arial" w:hAnsi="Arial"/>
          <w:b/>
          <w:sz w:val="22"/>
        </w:rPr>
        <w:t xml:space="preserve">Fiona Roberson   </w:t>
      </w:r>
      <w:r>
        <w:rPr>
          <w:rFonts w:ascii="Arial" w:hAnsi="Arial"/>
          <w:color w:val="5D7284"/>
          <w:sz w:val="22"/>
        </w:rPr>
        <w:t>1:13:14</w:t>
      </w:r>
    </w:p>
    <w:p>
      <w:pPr>
        <w:spacing w:after="0"/>
      </w:pPr>
      <w:r>
        <w:rPr>
          <w:rFonts w:ascii="Arial" w:hAnsi="Arial"/>
          <w:sz w:val="22"/>
        </w:rPr>
        <w:t>like, we came up with a, there was a thing the other day on Twitter, that was people talking about loose carving a Bond villain, which would be awesome. But only if she was like, it was very specifically turning the bond idea on its head and having her burning the world down for not being accessible. And having gone she realized what she was doing, realizing that she's right and helping her.</w:t>
      </w:r>
    </w:p>
    <w:p>
      <w:pPr>
        <w:spacing w:after="0"/>
      </w:pPr>
    </w:p>
    <w:p>
      <w:pPr>
        <w:spacing w:after="0"/>
      </w:pPr>
      <w:r>
        <w:rPr>
          <w:rFonts w:ascii="Arial" w:hAnsi="Arial"/>
          <w:b/>
          <w:sz w:val="22"/>
        </w:rPr>
        <w:t xml:space="preserve">Alice  </w:t>
      </w:r>
      <w:r>
        <w:rPr>
          <w:rFonts w:ascii="Arial" w:hAnsi="Arial"/>
          <w:color w:val="5D7284"/>
          <w:sz w:val="22"/>
        </w:rPr>
        <w:t>1:13:44</w:t>
      </w:r>
    </w:p>
    <w:p>
      <w:pPr>
        <w:spacing w:after="0"/>
      </w:pPr>
      <w:r>
        <w:rPr>
          <w:rFonts w:ascii="Arial" w:hAnsi="Arial"/>
          <w:sz w:val="22"/>
        </w:rPr>
        <w:t>Yeah, like, Absolutely, absolutely.</w:t>
      </w:r>
    </w:p>
    <w:p>
      <w:pPr>
        <w:spacing w:after="0"/>
      </w:pPr>
    </w:p>
    <w:p>
      <w:pPr>
        <w:spacing w:after="0"/>
      </w:pPr>
      <w:r>
        <w:rPr>
          <w:rFonts w:ascii="Arial" w:hAnsi="Arial"/>
          <w:b/>
          <w:sz w:val="22"/>
        </w:rPr>
        <w:t xml:space="preserve">Lucy  </w:t>
      </w:r>
      <w:r>
        <w:rPr>
          <w:rFonts w:ascii="Arial" w:hAnsi="Arial"/>
          <w:color w:val="5D7284"/>
          <w:sz w:val="22"/>
        </w:rPr>
        <w:t>1:13:47</w:t>
      </w:r>
    </w:p>
    <w:p>
      <w:pPr>
        <w:spacing w:after="0"/>
      </w:pPr>
      <w:r>
        <w:rPr>
          <w:rFonts w:ascii="Arial" w:hAnsi="Arial"/>
          <w:sz w:val="22"/>
        </w:rPr>
        <w:t>Exactly. Sign that deal.</w:t>
      </w:r>
    </w:p>
    <w:p>
      <w:pPr>
        <w:spacing w:after="0"/>
      </w:pPr>
    </w:p>
    <w:p>
      <w:pPr>
        <w:spacing w:after="0"/>
      </w:pPr>
      <w:r>
        <w:rPr>
          <w:rFonts w:ascii="Arial" w:hAnsi="Arial"/>
          <w:b/>
          <w:sz w:val="22"/>
        </w:rPr>
        <w:t xml:space="preserve">Fiona Roberson   </w:t>
      </w:r>
      <w:r>
        <w:rPr>
          <w:rFonts w:ascii="Arial" w:hAnsi="Arial"/>
          <w:color w:val="5D7284"/>
          <w:sz w:val="22"/>
        </w:rPr>
        <w:t>1:13:50</w:t>
      </w:r>
    </w:p>
    <w:p>
      <w:pPr>
        <w:spacing w:after="0"/>
      </w:pPr>
      <w:r>
        <w:rPr>
          <w:rFonts w:ascii="Arial" w:hAnsi="Arial"/>
          <w:sz w:val="22"/>
        </w:rPr>
        <w:t>There's so many, there's so many stories that we get told, that are all the same, like five stories and, and there's so much space for all these other ones. And when you get the space for all these other ones, then you get to talk about you get to talk about the intersections and you get a I'm trying to bring it back to what I was.</w:t>
      </w:r>
    </w:p>
    <w:p>
      <w:pPr>
        <w:spacing w:after="0"/>
      </w:pPr>
    </w:p>
    <w:p>
      <w:pPr>
        <w:spacing w:after="0"/>
      </w:pPr>
      <w:r>
        <w:rPr>
          <w:rFonts w:ascii="Arial" w:hAnsi="Arial"/>
          <w:b/>
          <w:sz w:val="22"/>
        </w:rPr>
        <w:t xml:space="preserve">Alice  </w:t>
      </w:r>
      <w:r>
        <w:rPr>
          <w:rFonts w:ascii="Arial" w:hAnsi="Arial"/>
          <w:color w:val="5D7284"/>
          <w:sz w:val="22"/>
        </w:rPr>
        <w:t>1:14:12</w:t>
      </w:r>
    </w:p>
    <w:p>
      <w:pPr>
        <w:spacing w:after="0"/>
      </w:pPr>
      <w:r>
        <w:rPr>
          <w:rFonts w:ascii="Arial" w:hAnsi="Arial"/>
          <w:sz w:val="22"/>
        </w:rPr>
        <w:t>I was gonna say, very, very good. Well I'm very, very used to trying to kind of corral myself back onto point when I realized oh, five other things I said to Lucy before we started a friend of mine once said that going to the pub with me it was like having a really weird TED talk (laugh)</w:t>
      </w:r>
    </w:p>
    <w:p>
      <w:pPr>
        <w:spacing w:after="0"/>
      </w:pPr>
    </w:p>
    <w:p>
      <w:pPr>
        <w:spacing w:after="0"/>
      </w:pPr>
      <w:r>
        <w:rPr>
          <w:rFonts w:ascii="Arial" w:hAnsi="Arial"/>
          <w:b/>
          <w:sz w:val="22"/>
        </w:rPr>
        <w:t xml:space="preserve">Lucy  </w:t>
      </w:r>
      <w:r>
        <w:rPr>
          <w:rFonts w:ascii="Arial" w:hAnsi="Arial"/>
          <w:color w:val="5D7284"/>
          <w:sz w:val="22"/>
        </w:rPr>
        <w:t>1:14:35</w:t>
      </w:r>
    </w:p>
    <w:p>
      <w:pPr>
        <w:spacing w:after="0"/>
      </w:pPr>
      <w:r>
        <w:rPr>
          <w:rFonts w:ascii="Arial" w:hAnsi="Arial"/>
          <w:sz w:val="22"/>
        </w:rPr>
        <w:t>there's gonna be that</w:t>
      </w:r>
    </w:p>
    <w:p>
      <w:pPr>
        <w:spacing w:after="0"/>
      </w:pPr>
    </w:p>
    <w:p>
      <w:pPr>
        <w:spacing w:after="0"/>
      </w:pPr>
      <w:r>
        <w:rPr>
          <w:rFonts w:ascii="Arial" w:hAnsi="Arial"/>
          <w:b/>
          <w:sz w:val="22"/>
        </w:rPr>
        <w:t xml:space="preserve">Alice  </w:t>
      </w:r>
      <w:r>
        <w:rPr>
          <w:rFonts w:ascii="Arial" w:hAnsi="Arial"/>
          <w:color w:val="5D7284"/>
          <w:sz w:val="22"/>
        </w:rPr>
        <w:t>1:14:36</w:t>
      </w:r>
    </w:p>
    <w:p>
      <w:pPr>
        <w:spacing w:after="0"/>
      </w:pPr>
      <w:r>
        <w:rPr>
          <w:rFonts w:ascii="Arial" w:hAnsi="Arial"/>
          <w:sz w:val="22"/>
        </w:rPr>
        <w:t>when you get these other stories so I have had the one of the great privileges of being the convener was that people tell me their stories, people come to me with their problems. And it means that I've had, like, I've been able to experience a ton of things that I had never it never occurred to me that they would be problems, but it never occurred to me that how those things would interact with each other. So For example, one of the things that we're talking about now in in Scotland is the gra the gender recognition act. There's a lot of discussion about what the metrics for that should be. And there's a lot of people who believe that medical transition should be the, the factor that is important there, except that I have as a disability activist, not so much as in the LGBTQ side of things. But as a disability activist, I've known a number of people who are trans and have EDS, which is why. And there is a strong hormonal component to EDS. And there is a, there's a lot of people who find that hormonal treatments are really dangerous to them. There's there's other people who find that it really helps their EDS, because there's elements of it's to do with how estrogen interacts with collagen. And so most sis women with EDS will find that their joints are super loose around the periods. And there's a, we get very jangly around. And that happens to everyone, it's not even just about EDS, there's a well known correlation to muscle injuries and joint sprains in athletes around periods. So there is a bit there are ways that this interacts. So if you suddenly start scurrying about with people's hormones, when that comes to it, then you find that trans people have to decide between their kind of physical condition, their gender identity, and that's a very personal decision, a lot of them will make decisions to kind of do some but not all, or, or, you know, take, take very low doses of things and see how they get on. They also often can't have surgeries, because surgeries are high risk, and yes, because of healing issues. And so if we put into, if we maintain a need for medical and intervention, then we are, it's not just that we are screwing over trans people, but also that we are being specifically ableist in law, because we are taking a specific cohort of trans people and saying, okay, but you don't count them. Because you have other conditions, which make this harder to access, and which complicate the decisions that you make. And it's and then the same thing comes up with when we're talking about people with mental health conditions. And people like the big thing, of course, because she's just going on a rant about it. This week, there's a lot of people talk about the intersection between autism and being trans. And and if you if you know, autistic people, you know why that intersection is there? Because, yeah, the thing is that it's like the polar opposite of what the anti trans narrative is. Because the narrative is that autistic people are so naive, that they are easily groomed into being trapped, told that they're trying to become trans because they don't have theory of mind, and they can't make decisions about their own lives. Whereas the reality is that autistic people are so much more aware of the kind of expected norms of behavior because they have, because they largely to mask in their day life. So they have to be aware and conscious of these norms in a way that neuro typical people just aren't we kind of, we don't think about the ways that we're doing that. And so if they are aware of it, then they can challenge it much earlier than other people get to. So it's, it's not so much that there are more autistic trans people. There may be, there may be interesting correlations there. Who knows, it doesn't actually matter.</w:t>
      </w:r>
    </w:p>
    <w:p>
      <w:pPr>
        <w:spacing w:after="0"/>
      </w:pPr>
    </w:p>
    <w:p>
      <w:pPr>
        <w:spacing w:after="0"/>
      </w:pPr>
      <w:r>
        <w:rPr>
          <w:rFonts w:ascii="Arial" w:hAnsi="Arial"/>
          <w:b/>
          <w:sz w:val="22"/>
        </w:rPr>
        <w:t xml:space="preserve">Fiona Roberson   </w:t>
      </w:r>
      <w:r>
        <w:rPr>
          <w:rFonts w:ascii="Arial" w:hAnsi="Arial"/>
          <w:color w:val="5D7284"/>
          <w:sz w:val="22"/>
        </w:rPr>
        <w:t>1:19:24</w:t>
      </w:r>
    </w:p>
    <w:p>
      <w:pPr>
        <w:spacing w:after="0"/>
      </w:pPr>
      <w:r>
        <w:rPr>
          <w:rFonts w:ascii="Arial" w:hAnsi="Arial"/>
          <w:sz w:val="22"/>
        </w:rPr>
        <w:t>Like there's, there's no, it doesn't matter if like if more autistic people are trans, that you know, there's there's no bad thing about both of those things. So but even but my instinct and from the studies that have been done, it seems to be that it's just that they find out earlier so they they show up in youth statistics much more often. Whereas it evens out kind of as people get older.</w:t>
      </w:r>
    </w:p>
    <w:p>
      <w:pPr>
        <w:spacing w:after="0"/>
      </w:pPr>
    </w:p>
    <w:p>
      <w:pPr>
        <w:spacing w:after="0"/>
      </w:pPr>
      <w:r>
        <w:rPr>
          <w:rFonts w:ascii="Arial" w:hAnsi="Arial"/>
          <w:b/>
          <w:sz w:val="22"/>
        </w:rPr>
        <w:t xml:space="preserve">Alice  </w:t>
      </w:r>
      <w:r>
        <w:rPr>
          <w:rFonts w:ascii="Arial" w:hAnsi="Arial"/>
          <w:color w:val="5D7284"/>
          <w:sz w:val="22"/>
        </w:rPr>
        <w:t>1:19:55</w:t>
      </w:r>
    </w:p>
    <w:p>
      <w:pPr>
        <w:spacing w:after="0"/>
      </w:pPr>
      <w:r>
        <w:rPr>
          <w:rFonts w:ascii="Arial" w:hAnsi="Arial"/>
          <w:sz w:val="22"/>
        </w:rPr>
        <w:t>it's, you know, if you're looking for something you're more like Let's see it. And that's exactly what it is, if you, if you've been, I mean, you've been groomed by society to behave a certain way, essentially. And so you learn to look for those things so that you can mimic them, because those aren't necessarily the things that make sense to you or come naturally to you. And so then you can't help but notice where your different sorts of feelings and behaviors might. And</w:t>
      </w:r>
    </w:p>
    <w:p>
      <w:pPr>
        <w:spacing w:after="0"/>
      </w:pPr>
    </w:p>
    <w:p>
      <w:pPr>
        <w:spacing w:after="0"/>
      </w:pPr>
      <w:r>
        <w:rPr>
          <w:rFonts w:ascii="Arial" w:hAnsi="Arial"/>
          <w:b/>
          <w:sz w:val="22"/>
        </w:rPr>
        <w:t xml:space="preserve">Fiona Roberson   </w:t>
      </w:r>
      <w:r>
        <w:rPr>
          <w:rFonts w:ascii="Arial" w:hAnsi="Arial"/>
          <w:color w:val="5D7284"/>
          <w:sz w:val="22"/>
        </w:rPr>
        <w:t>1:20:25</w:t>
      </w:r>
    </w:p>
    <w:p>
      <w:pPr>
        <w:spacing w:after="0"/>
      </w:pPr>
      <w:r>
        <w:rPr>
          <w:rFonts w:ascii="Arial" w:hAnsi="Arial"/>
          <w:sz w:val="22"/>
        </w:rPr>
        <w:t>You also notice how arbitrary at all is like how much bullshit there is. that they're not going to waste their energy, they're limited, you know, the, because Because masking is exhausting, they're not going to waste their energy masking that on top of everything else.</w:t>
      </w:r>
    </w:p>
    <w:p>
      <w:pPr>
        <w:spacing w:after="0"/>
      </w:pPr>
    </w:p>
    <w:p>
      <w:pPr>
        <w:spacing w:after="0"/>
      </w:pPr>
      <w:r>
        <w:rPr>
          <w:rFonts w:ascii="Arial" w:hAnsi="Arial"/>
          <w:b/>
          <w:sz w:val="22"/>
        </w:rPr>
        <w:t xml:space="preserve">Alice  </w:t>
      </w:r>
      <w:r>
        <w:rPr>
          <w:rFonts w:ascii="Arial" w:hAnsi="Arial"/>
          <w:color w:val="5D7284"/>
          <w:sz w:val="22"/>
        </w:rPr>
        <w:t>1:20:42</w:t>
      </w:r>
    </w:p>
    <w:p>
      <w:pPr>
        <w:spacing w:after="0"/>
      </w:pPr>
      <w:r>
        <w:rPr>
          <w:rFonts w:ascii="Arial" w:hAnsi="Arial"/>
          <w:sz w:val="22"/>
        </w:rPr>
        <w:t>And that was, that was one of the things that immediately sprang to my head when you were talking about, you know, the, the bill that's going sort of being explored in Scotland at the moment about a kind of trans trans labeling really is, like, whose business is it other than yours, what what you're rockin, in your pants, and what you're showing on the outside who's fucking business is it yours, and perhaps the people that you choose to sleep with, so long as they're also, you know, interested?</w:t>
      </w:r>
    </w:p>
    <w:p>
      <w:pPr>
        <w:spacing w:after="0"/>
      </w:pPr>
    </w:p>
    <w:p>
      <w:pPr>
        <w:spacing w:after="0"/>
      </w:pPr>
      <w:r>
        <w:rPr>
          <w:rFonts w:ascii="Arial" w:hAnsi="Arial"/>
          <w:b/>
          <w:sz w:val="22"/>
        </w:rPr>
        <w:t xml:space="preserve">Lucy  </w:t>
      </w:r>
      <w:r>
        <w:rPr>
          <w:rFonts w:ascii="Arial" w:hAnsi="Arial"/>
          <w:color w:val="5D7284"/>
          <w:sz w:val="22"/>
        </w:rPr>
        <w:t>1:21:16</w:t>
      </w:r>
    </w:p>
    <w:p>
      <w:pPr>
        <w:spacing w:after="0"/>
      </w:pPr>
      <w:r>
        <w:rPr>
          <w:rFonts w:ascii="Arial" w:hAnsi="Arial"/>
          <w:sz w:val="22"/>
        </w:rPr>
        <w:t>Again Alice you've got such a way with.</w:t>
      </w:r>
    </w:p>
    <w:p>
      <w:pPr>
        <w:spacing w:after="0"/>
      </w:pPr>
    </w:p>
    <w:p>
      <w:pPr>
        <w:spacing w:after="0"/>
      </w:pPr>
      <w:r>
        <w:rPr>
          <w:rFonts w:ascii="Arial" w:hAnsi="Arial"/>
          <w:b/>
          <w:sz w:val="22"/>
        </w:rPr>
        <w:t xml:space="preserve">Fiona Roberson   </w:t>
      </w:r>
      <w:r>
        <w:rPr>
          <w:rFonts w:ascii="Arial" w:hAnsi="Arial"/>
          <w:color w:val="5D7284"/>
          <w:sz w:val="22"/>
        </w:rPr>
        <w:t>1:21:18</w:t>
      </w:r>
    </w:p>
    <w:p>
      <w:pPr>
        <w:spacing w:after="0"/>
      </w:pPr>
      <w:r>
        <w:rPr>
          <w:rFonts w:ascii="Arial" w:hAnsi="Arial"/>
          <w:sz w:val="22"/>
        </w:rPr>
        <w:t>This is such a big thing. And it's so I think that this is where the LGBT plus community and the disability community has so much overlap is that so much of this is about the concepts of consent and bodily autonomy, that these are like the right to make decisions about our own lives, is such an essential part of disability activism. And so it means that we should be and this is, it's, if you don't know like, all of the background of it, then it sounds really paranoid. But unfortunately, there's a vast amount of evidence for this, that a significant amount of this particular strand of work is being pushed by by people who are trying to rollback reproductive rights and LGBT rights and, and kind of those things, which there's kind of gains that we've made over the, over the years. And a large part of that will end up and cannot do anything other than harm disabled people, because it's so based on this concept that we are not we are not capable of making decisions for ourselves that we have to be taken care of, that we have to be protected. And that is going back to the thing about people living with their families. It's one of the big problems for people with intellectual disabilities who are LGBT, that there's a there's a belief in a lot of people that they need to be protected from the kind of concepts of sexuality and the concepts of gender and that, that any kind of that it's the purpose of the of the parent to just like shut everything down and keep them in a child state. And it means that there's a lot of people who the kind of desexualisation of people and or the hyper sexualization on the on the other end of the scale, which leads to a lot of abuse in institutions, then there's a huge amount of complexity about this, but the fact is that it comes down to people making their own decisions about their own lives.</w:t>
      </w:r>
    </w:p>
    <w:p>
      <w:pPr>
        <w:spacing w:after="0"/>
      </w:pPr>
    </w:p>
    <w:p>
      <w:pPr>
        <w:spacing w:after="0"/>
      </w:pPr>
      <w:r>
        <w:rPr>
          <w:rFonts w:ascii="Arial" w:hAnsi="Arial"/>
          <w:b/>
          <w:sz w:val="22"/>
        </w:rPr>
        <w:t xml:space="preserve">Lucy  </w:t>
      </w:r>
      <w:r>
        <w:rPr>
          <w:rFonts w:ascii="Arial" w:hAnsi="Arial"/>
          <w:color w:val="5D7284"/>
          <w:sz w:val="22"/>
        </w:rPr>
        <w:t>1:23:40</w:t>
      </w:r>
    </w:p>
    <w:p>
      <w:pPr>
        <w:spacing w:after="0"/>
      </w:pPr>
      <w:r>
        <w:rPr>
          <w:rFonts w:ascii="Arial" w:hAnsi="Arial"/>
          <w:sz w:val="22"/>
        </w:rPr>
        <w:t>Fiona . I mean I could talk to you all day. Yeah.</w:t>
      </w:r>
    </w:p>
    <w:p>
      <w:pPr>
        <w:spacing w:after="0"/>
      </w:pPr>
    </w:p>
    <w:p>
      <w:pPr>
        <w:spacing w:after="0"/>
      </w:pPr>
      <w:r>
        <w:rPr>
          <w:rFonts w:ascii="Arial" w:hAnsi="Arial"/>
          <w:b/>
          <w:sz w:val="22"/>
        </w:rPr>
        <w:t xml:space="preserve">Alice  </w:t>
      </w:r>
      <w:r>
        <w:rPr>
          <w:rFonts w:ascii="Arial" w:hAnsi="Arial"/>
          <w:color w:val="5D7284"/>
          <w:sz w:val="22"/>
        </w:rPr>
        <w:t>1:23:47</w:t>
      </w:r>
    </w:p>
    <w:p>
      <w:pPr>
        <w:spacing w:after="0"/>
      </w:pPr>
      <w:r>
        <w:rPr>
          <w:rFonts w:ascii="Arial" w:hAnsi="Arial"/>
          <w:sz w:val="22"/>
        </w:rPr>
        <w:t>Yeah, definitely. But I I have to walk my dog so we can't she's, she's given with sitting with her chin on my knee and is now lying on the floor. Oh, just stay here then. Fine. You've abandoned me</w:t>
      </w:r>
    </w:p>
    <w:p>
      <w:pPr>
        <w:spacing w:after="0"/>
      </w:pPr>
    </w:p>
    <w:p>
      <w:pPr>
        <w:spacing w:after="0"/>
      </w:pPr>
      <w:r>
        <w:rPr>
          <w:rFonts w:ascii="Arial" w:hAnsi="Arial"/>
          <w:b/>
          <w:sz w:val="22"/>
        </w:rPr>
        <w:t xml:space="preserve">Lucy  </w:t>
      </w:r>
      <w:r>
        <w:rPr>
          <w:rFonts w:ascii="Arial" w:hAnsi="Arial"/>
          <w:color w:val="5D7284"/>
          <w:sz w:val="22"/>
        </w:rPr>
        <w:t>1:24:07</w:t>
      </w:r>
    </w:p>
    <w:p>
      <w:pPr>
        <w:spacing w:after="0"/>
      </w:pPr>
      <w:r>
        <w:rPr>
          <w:rFonts w:ascii="Arial" w:hAnsi="Arial"/>
          <w:sz w:val="22"/>
        </w:rPr>
        <w:t>Fiona if you ever want to go to the pub for real.</w:t>
      </w:r>
    </w:p>
    <w:p>
      <w:pPr>
        <w:spacing w:after="0"/>
      </w:pPr>
    </w:p>
    <w:p>
      <w:pPr>
        <w:spacing w:after="0"/>
      </w:pPr>
      <w:r>
        <w:rPr>
          <w:rFonts w:ascii="Arial" w:hAnsi="Arial"/>
          <w:b/>
          <w:sz w:val="22"/>
        </w:rPr>
        <w:t xml:space="preserve">Fiona Roberson   </w:t>
      </w:r>
      <w:r>
        <w:rPr>
          <w:rFonts w:ascii="Arial" w:hAnsi="Arial"/>
          <w:color w:val="5D7284"/>
          <w:sz w:val="22"/>
        </w:rPr>
        <w:t>1:24:10</w:t>
      </w:r>
    </w:p>
    <w:p>
      <w:pPr>
        <w:spacing w:after="0"/>
      </w:pPr>
      <w:r>
        <w:rPr>
          <w:rFonts w:ascii="Arial" w:hAnsi="Arial"/>
          <w:sz w:val="22"/>
        </w:rPr>
        <w:t>A trek unfortunately from Aberdeen, But you know</w:t>
      </w:r>
    </w:p>
    <w:p>
      <w:pPr>
        <w:spacing w:after="0"/>
      </w:pPr>
    </w:p>
    <w:p>
      <w:pPr>
        <w:spacing w:after="0"/>
      </w:pPr>
      <w:r>
        <w:rPr>
          <w:rFonts w:ascii="Arial" w:hAnsi="Arial"/>
          <w:b/>
          <w:sz w:val="22"/>
        </w:rPr>
        <w:t xml:space="preserve">Alice  </w:t>
      </w:r>
      <w:r>
        <w:rPr>
          <w:rFonts w:ascii="Arial" w:hAnsi="Arial"/>
          <w:color w:val="5D7284"/>
          <w:sz w:val="22"/>
        </w:rPr>
        <w:t>1:24:13</w:t>
      </w:r>
    </w:p>
    <w:p>
      <w:pPr>
        <w:spacing w:after="0"/>
      </w:pPr>
      <w:r>
        <w:rPr>
          <w:rFonts w:ascii="Arial" w:hAnsi="Arial"/>
          <w:sz w:val="22"/>
        </w:rPr>
        <w:t>I was gonna say, I mean, there's a good 50 miles between me and Lucy. We'll have to try and find the sort of halfway but definitely we'll definitely add you to our game. I'm very glad to do you want to plug your zine and where people can find you on</w:t>
      </w:r>
    </w:p>
    <w:p>
      <w:pPr>
        <w:spacing w:after="0"/>
      </w:pPr>
    </w:p>
    <w:p>
      <w:pPr>
        <w:spacing w:after="0"/>
      </w:pPr>
      <w:r>
        <w:rPr>
          <w:rFonts w:ascii="Arial" w:hAnsi="Arial"/>
          <w:b/>
          <w:sz w:val="22"/>
        </w:rPr>
        <w:t xml:space="preserve">Fiona Roberson   </w:t>
      </w:r>
      <w:r>
        <w:rPr>
          <w:rFonts w:ascii="Arial" w:hAnsi="Arial"/>
          <w:color w:val="5D7284"/>
          <w:sz w:val="22"/>
        </w:rPr>
        <w:t>1:24:35</w:t>
      </w:r>
    </w:p>
    <w:p>
      <w:pPr>
        <w:spacing w:after="0"/>
      </w:pPr>
      <w:r>
        <w:rPr>
          <w:rFonts w:ascii="Arial" w:hAnsi="Arial"/>
          <w:sz w:val="22"/>
        </w:rPr>
        <w:t>My zine is called your life is not over a book of Apocalypse ism, how to survive them is called that because when I sat down to start writing the poetry for I discovered quite quickly that they were all fairly apocalyptic. And there was, you know, meteor strikes and floods, wildfires and stuff. So I thought that it was a bit it has, it has a bunch of practical tips about how to build systems that that work for you how to just like a bunch of things kind of that their only purpose is really absolving you of the of the guilt that people will try to put on you about using mobility aids or using systems that make life easier for you. Just make life as easy for you as possible. It's got stuff about how to deal with shitty doctors, how to how to judge treatments, and you know, whether they're charlatans or, or worse. And you know how to kind of balance those things because most chronically ill people will get targeted. But you can find me on Twitter at Fiona SNP, and my pinned tweet is the link to the zine. It's entirely free online. You can buy physical copies of it if you want them. And there's that there.</w:t>
      </w:r>
    </w:p>
    <w:p>
      <w:pPr>
        <w:spacing w:after="0"/>
      </w:pPr>
    </w:p>
    <w:p>
      <w:pPr>
        <w:spacing w:after="0"/>
      </w:pPr>
      <w:r>
        <w:rPr>
          <w:rFonts w:ascii="Arial" w:hAnsi="Arial"/>
          <w:b/>
          <w:sz w:val="22"/>
        </w:rPr>
        <w:t xml:space="preserve">Lucy  </w:t>
      </w:r>
      <w:r>
        <w:rPr>
          <w:rFonts w:ascii="Arial" w:hAnsi="Arial"/>
          <w:color w:val="5D7284"/>
          <w:sz w:val="22"/>
        </w:rPr>
        <w:t>1:26:08</w:t>
      </w:r>
    </w:p>
    <w:p>
      <w:pPr>
        <w:spacing w:after="0"/>
      </w:pPr>
      <w:r>
        <w:rPr>
          <w:rFonts w:ascii="Arial" w:hAnsi="Arial"/>
          <w:sz w:val="22"/>
        </w:rPr>
        <w:t>Thank you so much for your time.</w:t>
      </w:r>
    </w:p>
    <w:p>
      <w:pPr>
        <w:spacing w:after="0"/>
      </w:pPr>
    </w:p>
    <w:p>
      <w:pPr>
        <w:spacing w:after="0"/>
      </w:pPr>
      <w:r>
        <w:rPr>
          <w:rFonts w:ascii="Arial" w:hAnsi="Arial"/>
          <w:b/>
          <w:sz w:val="22"/>
        </w:rPr>
        <w:t xml:space="preserve">Fiona Roberson   </w:t>
      </w:r>
      <w:r>
        <w:rPr>
          <w:rFonts w:ascii="Arial" w:hAnsi="Arial"/>
          <w:color w:val="5D7284"/>
          <w:sz w:val="22"/>
        </w:rPr>
        <w:t>1:26:10</w:t>
      </w:r>
    </w:p>
    <w:p>
      <w:pPr>
        <w:spacing w:after="0"/>
      </w:pPr>
      <w:r>
        <w:rPr>
          <w:rFonts w:ascii="Arial" w:hAnsi="Arial"/>
          <w:sz w:val="22"/>
        </w:rPr>
        <w:t>Thank you so much. Sorry for rambling so much about things.</w:t>
      </w:r>
    </w:p>
    <w:p>
      <w:pPr>
        <w:spacing w:after="0"/>
      </w:pPr>
    </w:p>
    <w:p>
      <w:pPr>
        <w:spacing w:after="0"/>
      </w:pPr>
      <w:r>
        <w:rPr>
          <w:rFonts w:ascii="Arial" w:hAnsi="Arial"/>
          <w:b/>
          <w:sz w:val="22"/>
        </w:rPr>
        <w:t xml:space="preserve">Lucy  </w:t>
      </w:r>
      <w:r>
        <w:rPr>
          <w:rFonts w:ascii="Arial" w:hAnsi="Arial"/>
          <w:color w:val="5D7284"/>
          <w:sz w:val="22"/>
        </w:rPr>
        <w:t>1:26:18</w:t>
      </w:r>
    </w:p>
    <w:p>
      <w:pPr>
        <w:spacing w:after="0"/>
      </w:pPr>
      <w:r>
        <w:rPr>
          <w:rFonts w:ascii="Arial" w:hAnsi="Arial"/>
          <w:sz w:val="22"/>
        </w:rPr>
        <w:t>That's what we're experts here.</w:t>
      </w:r>
    </w:p>
    <w:p>
      <w:pPr>
        <w:spacing w:after="0"/>
      </w:pPr>
    </w:p>
    <w:p>
      <w:pPr>
        <w:spacing w:after="0"/>
      </w:pPr>
      <w:r>
        <w:rPr>
          <w:rFonts w:ascii="Arial" w:hAnsi="Arial"/>
          <w:b/>
          <w:sz w:val="22"/>
        </w:rPr>
        <w:t xml:space="preserve">Alice  </w:t>
      </w:r>
      <w:r>
        <w:rPr>
          <w:rFonts w:ascii="Arial" w:hAnsi="Arial"/>
          <w:color w:val="5D7284"/>
          <w:sz w:val="22"/>
        </w:rPr>
        <w:t>1:26:19</w:t>
      </w:r>
    </w:p>
    <w:p>
      <w:pPr>
        <w:spacing w:after="0"/>
      </w:pPr>
      <w:r>
        <w:rPr>
          <w:rFonts w:ascii="Arial" w:hAnsi="Arial"/>
          <w:sz w:val="22"/>
        </w:rPr>
        <w:t>And if you if you guys enjoyed our vaguely pride themed ramblings, then don't forget to subscribe and come along for our dedicated pride series in June, where there will be more vaguely pride themed ramblings. We will see you all next time.</w:t>
      </w:r>
    </w:p>
    <w:p>
      <w:pPr>
        <w:spacing w:after="0"/>
      </w:pPr>
    </w:p>
    <w:p>
      <w:pPr>
        <w:spacing w:after="0"/>
      </w:pPr>
      <w:r>
        <w:rPr>
          <w:rFonts w:ascii="Arial" w:hAnsi="Arial"/>
          <w:b/>
          <w:sz w:val="22"/>
        </w:rPr>
        <w:t xml:space="preserve">Lucy  </w:t>
      </w:r>
      <w:r>
        <w:rPr>
          <w:rFonts w:ascii="Arial" w:hAnsi="Arial"/>
          <w:color w:val="5D7284"/>
          <w:sz w:val="22"/>
        </w:rPr>
        <w:t>1:26:42</w:t>
      </w:r>
    </w:p>
    <w:p>
      <w:pPr>
        <w:spacing w:after="0"/>
      </w:pPr>
      <w:r>
        <w:rPr>
          <w:rFonts w:ascii="Arial" w:hAnsi="Arial"/>
          <w:sz w:val="22"/>
        </w:rPr>
        <w:t xml:space="preserve">Bye bye. </w:t>
      </w:r>
    </w:p>
    <w:p>
      <w:pPr>
        <w:spacing w:after="0"/>
      </w:pPr>
    </w:p>
    <w:p>
      <w:pPr>
        <w:spacing w:after="0"/>
      </w:pPr>
      <w:r>
        <w:rPr>
          <w:rFonts w:ascii="Arial" w:hAnsi="Arial"/>
          <w:b/>
          <w:sz w:val="22"/>
        </w:rPr>
        <w:t xml:space="preserve">Alice  </w:t>
      </w:r>
      <w:r>
        <w:rPr>
          <w:rFonts w:ascii="Arial" w:hAnsi="Arial"/>
          <w:color w:val="5D7284"/>
          <w:sz w:val="22"/>
        </w:rPr>
        <w:t>1:26:45</w:t>
      </w:r>
    </w:p>
    <w:p>
      <w:pPr>
        <w:spacing w:after="0"/>
      </w:pPr>
      <w:r>
        <w:rPr>
          <w:rFonts w:ascii="Arial" w:hAnsi="Arial"/>
          <w:sz w:val="22"/>
        </w:rPr>
        <w:t>Thanks for listening to the lABLEd Podcast. If you liked the show, you can rate review and subscribe and you can follow us on social media at labelled pod.</w:t>
      </w:r>
    </w:p>
    <w:p>
      <w:pPr>
        <w:spacing w:after="0"/>
      </w:pPr>
    </w:p>
    <w:p>
      <w:pPr>
        <w:spacing w:after="0"/>
      </w:pPr>
      <w:r>
        <w:rPr>
          <w:rFonts w:ascii="Arial" w:hAnsi="Arial"/>
          <w:b/>
          <w:sz w:val="22"/>
        </w:rPr>
        <w:t xml:space="preserve">Lucy  </w:t>
      </w:r>
      <w:r>
        <w:rPr>
          <w:rFonts w:ascii="Arial" w:hAnsi="Arial"/>
          <w:color w:val="5D7284"/>
          <w:sz w:val="22"/>
        </w:rPr>
        <w:t>1:26:54</w:t>
      </w:r>
    </w:p>
    <w:p>
      <w:pPr>
        <w:spacing w:after="0"/>
      </w:pPr>
      <w:r>
        <w:rPr>
          <w:rFonts w:ascii="Arial" w:hAnsi="Arial"/>
          <w:sz w:val="22"/>
        </w:rPr>
        <w:t>This episode was edited by Adam Paul amuse it was by Maisie Condon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