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History Lesson 7 Maria Theresia von Paradis</w:t>
      </w:r>
    </w:p>
    <w:p>
      <w:r>
        <w:rPr>
          <w:rFonts w:ascii="Arial" w:hAnsi="Arial"/>
          <w:color w:val="4F6880"/>
          <w:sz w:val="22"/>
        </w:rPr>
        <w:t>Mon, 3/14 9:22PM • 1:22:53</w:t>
      </w:r>
    </w:p>
    <w:p>
      <w:pPr>
        <w:spacing w:before="440" w:after="0"/>
      </w:pPr>
      <w:r>
        <w:rPr>
          <w:rFonts w:ascii="Arial" w:hAnsi="Arial"/>
          <w:b/>
          <w:color w:val="4F6880"/>
          <w:sz w:val="22"/>
        </w:rPr>
        <w:t>SUMMARY KEYWORDS</w:t>
      </w:r>
    </w:p>
    <w:p>
      <w:r>
        <w:rPr>
          <w:rFonts w:ascii="Arial" w:hAnsi="Arial"/>
          <w:color w:val="4F6880"/>
          <w:sz w:val="22"/>
        </w:rPr>
        <w:t>lucy, laughs, people, daisy, alice, maria, bit, mesmer, called, disability, wrote, animal magnetism, remembered, performed, bugle, thought, music, hysterical, blind, treated</w:t>
      </w:r>
    </w:p>
    <w:p>
      <w:pPr>
        <w:spacing w:before="440" w:after="0"/>
      </w:pPr>
      <w:r>
        <w:rPr>
          <w:rFonts w:ascii="Arial" w:hAnsi="Arial"/>
          <w:b/>
          <w:color w:val="4F6880"/>
          <w:sz w:val="22"/>
        </w:rPr>
        <w:t>SPEAKERS</w:t>
      </w:r>
    </w:p>
    <w:p>
      <w:r>
        <w:rPr>
          <w:rFonts w:ascii="Arial" w:hAnsi="Arial"/>
          <w:color w:val="4F6880"/>
          <w:sz w:val="22"/>
        </w:rPr>
        <w:t>Theme Tune, Disclaimer, Lucy, Alice, Daisy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w:t>
      </w:r>
    </w:p>
    <w:p>
      <w:pPr>
        <w:spacing w:after="0"/>
      </w:pPr>
    </w:p>
    <w:p>
      <w:pPr>
        <w:spacing w:after="0"/>
      </w:pPr>
      <w:r>
        <w:rPr>
          <w:rFonts w:ascii="Arial" w:hAnsi="Arial"/>
          <w:b/>
          <w:sz w:val="22"/>
        </w:rPr>
        <w:t xml:space="preserve">Daisy  </w:t>
      </w:r>
      <w:r>
        <w:rPr>
          <w:rFonts w:ascii="Arial" w:hAnsi="Arial"/>
          <w:color w:val="5D7284"/>
          <w:sz w:val="22"/>
        </w:rPr>
        <w:t>00:05</w:t>
      </w:r>
    </w:p>
    <w:p>
      <w:pPr>
        <w:spacing w:after="0"/>
      </w:pPr>
      <w:r>
        <w:rPr>
          <w:rFonts w:ascii="Arial" w:hAnsi="Arial"/>
          <w:sz w:val="22"/>
        </w:rPr>
        <w:t xml:space="preserve"> AND history! </w:t>
      </w:r>
    </w:p>
    <w:p>
      <w:pPr>
        <w:spacing w:after="0"/>
      </w:pPr>
    </w:p>
    <w:p>
      <w:pPr>
        <w:spacing w:after="0"/>
      </w:pPr>
      <w:r>
        <w:rPr>
          <w:rFonts w:ascii="Arial" w:hAnsi="Arial"/>
          <w:b/>
          <w:sz w:val="22"/>
        </w:rPr>
        <w:t xml:space="preserve">Lucy  </w:t>
      </w:r>
      <w:r>
        <w:rPr>
          <w:rFonts w:ascii="Arial" w:hAnsi="Arial"/>
          <w:color w:val="5D7284"/>
          <w:sz w:val="22"/>
        </w:rPr>
        <w:t>00:06</w:t>
      </w:r>
    </w:p>
    <w:p>
      <w:pPr>
        <w:spacing w:after="0"/>
      </w:pPr>
      <w:r>
        <w:rPr>
          <w:rFonts w:ascii="Arial" w:hAnsi="Arial"/>
          <w:sz w:val="22"/>
        </w:rPr>
        <w:t>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I'm Alice. </w:t>
      </w:r>
    </w:p>
    <w:p>
      <w:pPr>
        <w:spacing w:after="0"/>
      </w:pPr>
    </w:p>
    <w:p>
      <w:pPr>
        <w:spacing w:after="0"/>
      </w:pPr>
      <w:r>
        <w:rPr>
          <w:rFonts w:ascii="Arial" w:hAnsi="Arial"/>
          <w:b/>
          <w:sz w:val="22"/>
        </w:rPr>
        <w:t xml:space="preserve">Daisy  </w:t>
      </w:r>
      <w:r>
        <w:rPr>
          <w:rFonts w:ascii="Arial" w:hAnsi="Arial"/>
          <w:color w:val="5D7284"/>
          <w:sz w:val="22"/>
        </w:rPr>
        <w:t>00:08</w:t>
      </w:r>
    </w:p>
    <w:p>
      <w:pPr>
        <w:spacing w:after="0"/>
      </w:pPr>
      <w:r>
        <w:rPr>
          <w:rFonts w:ascii="Arial" w:hAnsi="Arial"/>
          <w:sz w:val="22"/>
        </w:rPr>
        <w:t>I'm Daisy.</w:t>
      </w:r>
    </w:p>
    <w:p>
      <w:pPr>
        <w:spacing w:after="0"/>
      </w:pPr>
    </w:p>
    <w:p>
      <w:pPr>
        <w:spacing w:after="0"/>
      </w:pPr>
      <w:r>
        <w:rPr>
          <w:rFonts w:ascii="Arial" w:hAnsi="Arial"/>
          <w:b/>
          <w:sz w:val="22"/>
        </w:rPr>
        <w:t xml:space="preserve">Theme Tune  </w:t>
      </w:r>
      <w:r>
        <w:rPr>
          <w:rFonts w:ascii="Arial" w:hAnsi="Arial"/>
          <w:color w:val="5D7284"/>
          <w:sz w:val="22"/>
        </w:rPr>
        <w:t>00:12</w:t>
      </w:r>
    </w:p>
    <w:p>
      <w:pPr>
        <w:spacing w:after="0"/>
      </w:pPr>
      <w:r>
        <w:rPr>
          <w:rFonts w:ascii="Arial" w:hAnsi="Arial"/>
          <w:sz w:val="22"/>
        </w:rPr>
        <w:t>We all live our lives differently, Kaleidoscope identity and this is who I'm might to be. I just labeled me. I just labeled me.</w:t>
      </w:r>
    </w:p>
    <w:p>
      <w:pPr>
        <w:spacing w:after="0"/>
      </w:pPr>
    </w:p>
    <w:p>
      <w:pPr>
        <w:spacing w:after="0"/>
      </w:pPr>
      <w:r>
        <w:rPr>
          <w:rFonts w:ascii="Arial" w:hAnsi="Arial"/>
          <w:b/>
          <w:sz w:val="22"/>
        </w:rPr>
        <w:t xml:space="preserve">Daisy  </w:t>
      </w:r>
      <w:r>
        <w:rPr>
          <w:rFonts w:ascii="Arial" w:hAnsi="Arial"/>
          <w:color w:val="5D7284"/>
          <w:sz w:val="22"/>
        </w:rPr>
        <w:t>00:38</w:t>
      </w:r>
    </w:p>
    <w:p>
      <w:pPr>
        <w:spacing w:after="0"/>
      </w:pPr>
      <w:r>
        <w:rPr>
          <w:rFonts w:ascii="Arial" w:hAnsi="Arial"/>
          <w:sz w:val="22"/>
        </w:rPr>
        <w:t>In this episode along with Lucy crying and Alice slurring, there's going to be a number of historical terms for disability that are now considered extremely offensive.</w:t>
      </w:r>
    </w:p>
    <w:p>
      <w:pPr>
        <w:spacing w:after="0"/>
      </w:pPr>
    </w:p>
    <w:p>
      <w:pPr>
        <w:spacing w:after="0"/>
      </w:pPr>
      <w:r>
        <w:rPr>
          <w:rFonts w:ascii="Arial" w:hAnsi="Arial"/>
          <w:b/>
          <w:sz w:val="22"/>
        </w:rPr>
        <w:t xml:space="preserve">Lucy  </w:t>
      </w:r>
      <w:r>
        <w:rPr>
          <w:rFonts w:ascii="Arial" w:hAnsi="Arial"/>
          <w:color w:val="5D7284"/>
          <w:sz w:val="22"/>
        </w:rPr>
        <w:t>00:49</w:t>
      </w:r>
    </w:p>
    <w:p>
      <w:pPr>
        <w:spacing w:after="0"/>
      </w:pPr>
      <w:r>
        <w:rPr>
          <w:rFonts w:ascii="Arial" w:hAnsi="Arial"/>
          <w:sz w:val="22"/>
        </w:rPr>
        <w:t>Hello, everybody, and welcome to a brand new episode of The lABLEd Podcast. I am Lucy and I'm here with Alice and our resident historian, Daisy. Hello, Daisy. Hello. Hello. Hello, Alice. (Alice) Hi. I didn't think she was paying attention when I said Alice.</w:t>
      </w:r>
    </w:p>
    <w:p>
      <w:pPr>
        <w:spacing w:after="0"/>
      </w:pPr>
    </w:p>
    <w:p>
      <w:pPr>
        <w:spacing w:after="0"/>
      </w:pPr>
      <w:r>
        <w:rPr>
          <w:rFonts w:ascii="Arial" w:hAnsi="Arial"/>
          <w:b/>
          <w:sz w:val="22"/>
        </w:rPr>
        <w:t xml:space="preserve">Disclaimer  </w:t>
      </w:r>
      <w:r>
        <w:rPr>
          <w:rFonts w:ascii="Arial" w:hAnsi="Arial"/>
          <w:color w:val="5D7284"/>
          <w:sz w:val="22"/>
        </w:rPr>
        <w:t>01:06</w:t>
      </w:r>
    </w:p>
    <w:p>
      <w:pPr>
        <w:spacing w:after="0"/>
      </w:pPr>
      <w:r>
        <w:rPr>
          <w:rFonts w:ascii="Arial" w:hAnsi="Arial"/>
          <w:sz w:val="22"/>
        </w:rPr>
        <w:t>You didn't stop for breath long for me to say anything. So I just let you carry on.</w:t>
      </w:r>
    </w:p>
    <w:p>
      <w:pPr>
        <w:spacing w:after="0"/>
      </w:pPr>
    </w:p>
    <w:p>
      <w:pPr>
        <w:spacing w:after="0"/>
      </w:pPr>
      <w:r>
        <w:rPr>
          <w:rFonts w:ascii="Arial" w:hAnsi="Arial"/>
          <w:b/>
          <w:sz w:val="22"/>
        </w:rPr>
        <w:t xml:space="preserve">Lucy  </w:t>
      </w:r>
      <w:r>
        <w:rPr>
          <w:rFonts w:ascii="Arial" w:hAnsi="Arial"/>
          <w:color w:val="5D7284"/>
          <w:sz w:val="22"/>
        </w:rPr>
        <w:t>01:11</w:t>
      </w:r>
    </w:p>
    <w:p>
      <w:pPr>
        <w:spacing w:after="0"/>
      </w:pPr>
      <w:r>
        <w:rPr>
          <w:rFonts w:ascii="Arial" w:hAnsi="Arial"/>
          <w:sz w:val="22"/>
        </w:rPr>
        <w:t>Very on brand for me. As Daisy is here can only mean one thing. We're doing another history lesson today. Hazzah! Yeah, I love these episodes. It's Alice's turn this week. Alice who are we going to learn about today?</w:t>
      </w:r>
    </w:p>
    <w:p>
      <w:pPr>
        <w:spacing w:after="0"/>
      </w:pPr>
    </w:p>
    <w:p>
      <w:pPr>
        <w:spacing w:after="0"/>
      </w:pPr>
      <w:r>
        <w:rPr>
          <w:rFonts w:ascii="Arial" w:hAnsi="Arial"/>
          <w:b/>
          <w:sz w:val="22"/>
        </w:rPr>
        <w:t xml:space="preserve">Alice  </w:t>
      </w:r>
      <w:r>
        <w:rPr>
          <w:rFonts w:ascii="Arial" w:hAnsi="Arial"/>
          <w:color w:val="5D7284"/>
          <w:sz w:val="22"/>
        </w:rPr>
        <w:t>01:32</w:t>
      </w:r>
    </w:p>
    <w:p>
      <w:pPr>
        <w:spacing w:after="0"/>
      </w:pPr>
      <w:r>
        <w:rPr>
          <w:rFonts w:ascii="Arial" w:hAnsi="Arial"/>
          <w:sz w:val="22"/>
        </w:rPr>
        <w:t>I am going to be telling you about Maria Theresia von Paradis. I know she got a really fancy pants name.. Yeah, yeah. She is named after an empress so</w:t>
      </w:r>
    </w:p>
    <w:p>
      <w:pPr>
        <w:spacing w:after="0"/>
      </w:pPr>
    </w:p>
    <w:p>
      <w:pPr>
        <w:spacing w:after="0"/>
      </w:pPr>
      <w:r>
        <w:rPr>
          <w:rFonts w:ascii="Arial" w:hAnsi="Arial"/>
          <w:b/>
          <w:sz w:val="22"/>
        </w:rPr>
        <w:t xml:space="preserve">Lucy  </w:t>
      </w:r>
      <w:r>
        <w:rPr>
          <w:rFonts w:ascii="Arial" w:hAnsi="Arial"/>
          <w:color w:val="5D7284"/>
          <w:sz w:val="22"/>
        </w:rPr>
        <w:t>01:45</w:t>
      </w:r>
    </w:p>
    <w:p>
      <w:pPr>
        <w:spacing w:after="0"/>
      </w:pPr>
      <w:r>
        <w:rPr>
          <w:rFonts w:ascii="Arial" w:hAnsi="Arial"/>
          <w:sz w:val="22"/>
        </w:rPr>
        <w:t>okay. I think I might get myself fancy pants name once we become like very well known podcasters</w:t>
      </w:r>
    </w:p>
    <w:p>
      <w:pPr>
        <w:spacing w:after="0"/>
      </w:pPr>
    </w:p>
    <w:p>
      <w:pPr>
        <w:spacing w:after="0"/>
      </w:pPr>
      <w:r>
        <w:rPr>
          <w:rFonts w:ascii="Arial" w:hAnsi="Arial"/>
          <w:b/>
          <w:sz w:val="22"/>
        </w:rPr>
        <w:t xml:space="preserve">Alice  </w:t>
      </w:r>
      <w:r>
        <w:rPr>
          <w:rFonts w:ascii="Arial" w:hAnsi="Arial"/>
          <w:color w:val="5D7284"/>
          <w:sz w:val="22"/>
        </w:rPr>
        <w:t>01:54</w:t>
      </w:r>
    </w:p>
    <w:p>
      <w:pPr>
        <w:spacing w:after="0"/>
      </w:pPr>
      <w:r>
        <w:rPr>
          <w:rFonts w:ascii="Arial" w:hAnsi="Arial"/>
          <w:sz w:val="22"/>
        </w:rPr>
        <w:t>I mean, you say that but only last week you told me that you wanted people to start calling you gimpy Tinkerbell. So I feel as though..</w:t>
      </w:r>
    </w:p>
    <w:p>
      <w:pPr>
        <w:spacing w:after="0"/>
      </w:pPr>
    </w:p>
    <w:p>
      <w:pPr>
        <w:spacing w:after="0"/>
      </w:pPr>
      <w:r>
        <w:rPr>
          <w:rFonts w:ascii="Arial" w:hAnsi="Arial"/>
          <w:b/>
          <w:sz w:val="22"/>
        </w:rPr>
        <w:t xml:space="preserve">Lucy  </w:t>
      </w:r>
      <w:r>
        <w:rPr>
          <w:rFonts w:ascii="Arial" w:hAnsi="Arial"/>
          <w:color w:val="5D7284"/>
          <w:sz w:val="22"/>
        </w:rPr>
        <w:t>02:03</w:t>
      </w:r>
    </w:p>
    <w:p>
      <w:pPr>
        <w:spacing w:after="0"/>
      </w:pPr>
      <w:r>
        <w:rPr>
          <w:rFonts w:ascii="Arial" w:hAnsi="Arial"/>
          <w:sz w:val="22"/>
        </w:rPr>
        <w:t>yeah. That makes no sense today if you wasn't there for that recording you are like Okay?...</w:t>
      </w:r>
    </w:p>
    <w:p>
      <w:pPr>
        <w:spacing w:after="0"/>
      </w:pPr>
    </w:p>
    <w:p>
      <w:pPr>
        <w:spacing w:after="0"/>
      </w:pPr>
      <w:r>
        <w:rPr>
          <w:rFonts w:ascii="Arial" w:hAnsi="Arial"/>
          <w:b/>
          <w:sz w:val="22"/>
        </w:rPr>
        <w:t xml:space="preserve">Daisy  </w:t>
      </w:r>
      <w:r>
        <w:rPr>
          <w:rFonts w:ascii="Arial" w:hAnsi="Arial"/>
          <w:color w:val="5D7284"/>
          <w:sz w:val="22"/>
        </w:rPr>
        <w:t>02:12</w:t>
      </w:r>
    </w:p>
    <w:p>
      <w:pPr>
        <w:spacing w:after="0"/>
      </w:pPr>
      <w:r>
        <w:rPr>
          <w:rFonts w:ascii="Arial" w:hAnsi="Arial"/>
          <w:sz w:val="22"/>
        </w:rPr>
        <w:t>But it's certainly putting a very specific idea in mind. Yeah, so we'll zip across the mouth. Yeah.</w:t>
      </w:r>
    </w:p>
    <w:p>
      <w:pPr>
        <w:spacing w:after="0"/>
      </w:pPr>
    </w:p>
    <w:p>
      <w:pPr>
        <w:spacing w:after="0"/>
      </w:pPr>
      <w:r>
        <w:rPr>
          <w:rFonts w:ascii="Arial" w:hAnsi="Arial"/>
          <w:b/>
          <w:sz w:val="22"/>
        </w:rPr>
        <w:t xml:space="preserve">Lucy  </w:t>
      </w:r>
      <w:r>
        <w:rPr>
          <w:rFonts w:ascii="Arial" w:hAnsi="Arial"/>
          <w:color w:val="5D7284"/>
          <w:sz w:val="22"/>
        </w:rPr>
        <w:t>02:32</w:t>
      </w:r>
    </w:p>
    <w:p>
      <w:pPr>
        <w:spacing w:after="0"/>
      </w:pPr>
      <w:r>
        <w:rPr>
          <w:rFonts w:ascii="Arial" w:hAnsi="Arial"/>
          <w:sz w:val="22"/>
        </w:rPr>
        <w:t>Moving on swiftly. Alice, do you want to kick off with Maria?</w:t>
      </w:r>
    </w:p>
    <w:p>
      <w:pPr>
        <w:spacing w:after="0"/>
      </w:pPr>
    </w:p>
    <w:p>
      <w:pPr>
        <w:spacing w:after="0"/>
      </w:pPr>
      <w:r>
        <w:rPr>
          <w:rFonts w:ascii="Arial" w:hAnsi="Arial"/>
          <w:b/>
          <w:sz w:val="22"/>
        </w:rPr>
        <w:t xml:space="preserve">Alice  </w:t>
      </w:r>
      <w:r>
        <w:rPr>
          <w:rFonts w:ascii="Arial" w:hAnsi="Arial"/>
          <w:color w:val="5D7284"/>
          <w:sz w:val="22"/>
        </w:rPr>
        <w:t>02:39</w:t>
      </w:r>
    </w:p>
    <w:p>
      <w:pPr>
        <w:spacing w:after="0"/>
      </w:pPr>
      <w:r>
        <w:rPr>
          <w:rFonts w:ascii="Arial" w:hAnsi="Arial"/>
          <w:sz w:val="22"/>
        </w:rPr>
        <w:t>Yep, sure. So, Maria Theresia von Paradis is was very much not with us anymore. She was an Austrian pianist and composer. Born in 1759, her father was the royal secretary to the Empress Maria Theresia. Who was the I've got first only but I think that should be first and only female ruler of the Habsburg Empire. Right so...</w:t>
      </w:r>
    </w:p>
    <w:p>
      <w:pPr>
        <w:spacing w:after="0"/>
      </w:pPr>
    </w:p>
    <w:p>
      <w:pPr>
        <w:spacing w:after="0"/>
      </w:pPr>
      <w:r>
        <w:rPr>
          <w:rFonts w:ascii="Arial" w:hAnsi="Arial"/>
          <w:b/>
          <w:sz w:val="22"/>
        </w:rPr>
        <w:t xml:space="preserve">Lucy  </w:t>
      </w:r>
      <w:r>
        <w:rPr>
          <w:rFonts w:ascii="Arial" w:hAnsi="Arial"/>
          <w:color w:val="5D7284"/>
          <w:sz w:val="22"/>
        </w:rPr>
        <w:t>03:15</w:t>
      </w:r>
    </w:p>
    <w:p>
      <w:pPr>
        <w:spacing w:after="0"/>
      </w:pPr>
      <w:r>
        <w:rPr>
          <w:rFonts w:ascii="Arial" w:hAnsi="Arial"/>
          <w:sz w:val="22"/>
        </w:rPr>
        <w:t xml:space="preserve"> Was she royalty though? no?</w:t>
      </w:r>
    </w:p>
    <w:p>
      <w:pPr>
        <w:spacing w:after="0"/>
      </w:pPr>
    </w:p>
    <w:p>
      <w:pPr>
        <w:spacing w:after="0"/>
      </w:pPr>
      <w:r>
        <w:rPr>
          <w:rFonts w:ascii="Arial" w:hAnsi="Arial"/>
          <w:b/>
          <w:sz w:val="22"/>
        </w:rPr>
        <w:t xml:space="preserve">Alice  </w:t>
      </w:r>
      <w:r>
        <w:rPr>
          <w:rFonts w:ascii="Arial" w:hAnsi="Arial"/>
          <w:color w:val="5D7284"/>
          <w:sz w:val="22"/>
        </w:rPr>
        <w:t>03:17</w:t>
      </w:r>
    </w:p>
    <w:p>
      <w:pPr>
        <w:spacing w:after="0"/>
      </w:pPr>
      <w:r>
        <w:rPr>
          <w:rFonts w:ascii="Arial" w:hAnsi="Arial"/>
          <w:sz w:val="22"/>
        </w:rPr>
        <w:t>No Maria. So our Maria Theresia was just a pianist. But her dad worked for the Empress and named his daughter after the Empress. I assume in one of those kind of, if I name her that maybe she'll give us some money. Kind of way. Like, you know, when people name their kids after their long lost great uncle Gilbert in the hopes that he'll leave their fortune to them. Yeah, yeah, I think</w:t>
      </w:r>
    </w:p>
    <w:p>
      <w:pPr>
        <w:spacing w:after="0"/>
      </w:pPr>
    </w:p>
    <w:p>
      <w:pPr>
        <w:spacing w:after="0"/>
      </w:pPr>
      <w:r>
        <w:rPr>
          <w:rFonts w:ascii="Arial" w:hAnsi="Arial"/>
          <w:b/>
          <w:sz w:val="22"/>
        </w:rPr>
        <w:t xml:space="preserve">Daisy  </w:t>
      </w:r>
      <w:r>
        <w:rPr>
          <w:rFonts w:ascii="Arial" w:hAnsi="Arial"/>
          <w:color w:val="5D7284"/>
          <w:sz w:val="22"/>
        </w:rPr>
        <w:t>03:45</w:t>
      </w:r>
    </w:p>
    <w:p>
      <w:pPr>
        <w:spacing w:after="0"/>
      </w:pPr>
      <w:r>
        <w:rPr>
          <w:rFonts w:ascii="Arial" w:hAnsi="Arial"/>
          <w:sz w:val="22"/>
        </w:rPr>
        <w:t>You say that. Like it's a really common thing that people do.</w:t>
      </w:r>
    </w:p>
    <w:p>
      <w:pPr>
        <w:spacing w:after="0"/>
      </w:pPr>
    </w:p>
    <w:p>
      <w:pPr>
        <w:spacing w:after="0"/>
      </w:pPr>
      <w:r>
        <w:rPr>
          <w:rFonts w:ascii="Arial" w:hAnsi="Arial"/>
          <w:b/>
          <w:sz w:val="22"/>
        </w:rPr>
        <w:t xml:space="preserve">Alice  </w:t>
      </w:r>
      <w:r>
        <w:rPr>
          <w:rFonts w:ascii="Arial" w:hAnsi="Arial"/>
          <w:color w:val="5D7284"/>
          <w:sz w:val="22"/>
        </w:rPr>
        <w:t>03:50</w:t>
      </w:r>
    </w:p>
    <w:p>
      <w:pPr>
        <w:spacing w:after="0"/>
      </w:pPr>
      <w:r>
        <w:rPr>
          <w:rFonts w:ascii="Arial" w:hAnsi="Arial"/>
          <w:sz w:val="22"/>
        </w:rPr>
        <w:t>I'm clearly moving in the wrong circles.</w:t>
      </w:r>
    </w:p>
    <w:p>
      <w:pPr>
        <w:spacing w:after="0"/>
      </w:pPr>
    </w:p>
    <w:p>
      <w:pPr>
        <w:spacing w:after="0"/>
      </w:pPr>
      <w:r>
        <w:rPr>
          <w:rFonts w:ascii="Arial" w:hAnsi="Arial"/>
          <w:b/>
          <w:sz w:val="22"/>
        </w:rPr>
        <w:t xml:space="preserve">Daisy  </w:t>
      </w:r>
      <w:r>
        <w:rPr>
          <w:rFonts w:ascii="Arial" w:hAnsi="Arial"/>
          <w:color w:val="5D7284"/>
          <w:sz w:val="22"/>
        </w:rPr>
        <w:t>03:53</w:t>
      </w:r>
    </w:p>
    <w:p>
      <w:pPr>
        <w:spacing w:after="0"/>
      </w:pPr>
      <w:r>
        <w:rPr>
          <w:rFonts w:ascii="Arial" w:hAnsi="Arial"/>
          <w:sz w:val="22"/>
        </w:rPr>
        <w:t>Yeah, I don't... I don't have any relatives that would have that amount of money.</w:t>
      </w:r>
    </w:p>
    <w:p>
      <w:pPr>
        <w:spacing w:after="0"/>
      </w:pPr>
    </w:p>
    <w:p>
      <w:pPr>
        <w:spacing w:after="0"/>
      </w:pPr>
      <w:r>
        <w:rPr>
          <w:rFonts w:ascii="Arial" w:hAnsi="Arial"/>
          <w:b/>
          <w:sz w:val="22"/>
        </w:rPr>
        <w:t xml:space="preserve">Alice  </w:t>
      </w:r>
      <w:r>
        <w:rPr>
          <w:rFonts w:ascii="Arial" w:hAnsi="Arial"/>
          <w:color w:val="5D7284"/>
          <w:sz w:val="22"/>
        </w:rPr>
        <w:t>04:00</w:t>
      </w:r>
    </w:p>
    <w:p>
      <w:pPr>
        <w:spacing w:after="0"/>
      </w:pPr>
      <w:r>
        <w:rPr>
          <w:rFonts w:ascii="Arial" w:hAnsi="Arial"/>
          <w:sz w:val="22"/>
        </w:rPr>
        <w:t>I mean, I suppose I have some older relatives that are sitting on quite a lot of money. But I think the intention is that that's going to pay for their care because they're all intending to live to be 100</w:t>
      </w:r>
    </w:p>
    <w:p>
      <w:pPr>
        <w:spacing w:after="0"/>
      </w:pPr>
    </w:p>
    <w:p>
      <w:pPr>
        <w:spacing w:after="0"/>
      </w:pPr>
      <w:r>
        <w:rPr>
          <w:rFonts w:ascii="Arial" w:hAnsi="Arial"/>
          <w:b/>
          <w:sz w:val="22"/>
        </w:rPr>
        <w:t xml:space="preserve">Daisy  </w:t>
      </w:r>
      <w:r>
        <w:rPr>
          <w:rFonts w:ascii="Arial" w:hAnsi="Arial"/>
          <w:color w:val="5D7284"/>
          <w:sz w:val="22"/>
        </w:rPr>
        <w:t>04:15</w:t>
      </w:r>
    </w:p>
    <w:p>
      <w:pPr>
        <w:spacing w:after="0"/>
      </w:pPr>
      <w:r>
        <w:rPr>
          <w:rFonts w:ascii="Arial" w:hAnsi="Arial"/>
          <w:sz w:val="22"/>
        </w:rPr>
        <w:t>Because I'll stop making up relatives. Yeah, my lovely great uncle, Elton John. (Lucy) Okay. Can I have some money please?...</w:t>
      </w:r>
    </w:p>
    <w:p>
      <w:pPr>
        <w:spacing w:after="0"/>
      </w:pPr>
    </w:p>
    <w:p>
      <w:pPr>
        <w:spacing w:after="0"/>
      </w:pPr>
      <w:r>
        <w:rPr>
          <w:rFonts w:ascii="Arial" w:hAnsi="Arial"/>
          <w:b/>
          <w:sz w:val="22"/>
        </w:rPr>
        <w:t xml:space="preserve">Alice  </w:t>
      </w:r>
      <w:r>
        <w:rPr>
          <w:rFonts w:ascii="Arial" w:hAnsi="Arial"/>
          <w:color w:val="5D7284"/>
          <w:sz w:val="22"/>
        </w:rPr>
        <w:t>04:34</w:t>
      </w:r>
    </w:p>
    <w:p>
      <w:pPr>
        <w:spacing w:after="0"/>
      </w:pPr>
      <w:r>
        <w:rPr>
          <w:rFonts w:ascii="Arial" w:hAnsi="Arial"/>
          <w:sz w:val="22"/>
        </w:rPr>
        <w:t>I mean, that's one way to do I suppose. I think personally, I'd have I'd have aimed a little bit lower than Sir Elton. (Lucy laughs) But erm... shall I Yeah, carry on talking about this is lady?...</w:t>
      </w:r>
    </w:p>
    <w:p>
      <w:pPr>
        <w:spacing w:after="0"/>
      </w:pPr>
    </w:p>
    <w:p>
      <w:pPr>
        <w:spacing w:after="0"/>
      </w:pPr>
      <w:r>
        <w:rPr>
          <w:rFonts w:ascii="Arial" w:hAnsi="Arial"/>
          <w:b/>
          <w:sz w:val="22"/>
        </w:rPr>
        <w:t xml:space="preserve">Lucy  </w:t>
      </w:r>
      <w:r>
        <w:rPr>
          <w:rFonts w:ascii="Arial" w:hAnsi="Arial"/>
          <w:color w:val="5D7284"/>
          <w:sz w:val="22"/>
        </w:rPr>
        <w:t>04:48</w:t>
      </w:r>
    </w:p>
    <w:p>
      <w:pPr>
        <w:spacing w:after="0"/>
      </w:pPr>
      <w:r>
        <w:rPr>
          <w:rFonts w:ascii="Arial" w:hAnsi="Arial"/>
          <w:sz w:val="22"/>
        </w:rPr>
        <w:t>Yes because I cant stop thinking about uncle Elton (laughs)</w:t>
      </w:r>
    </w:p>
    <w:p>
      <w:pPr>
        <w:spacing w:after="0"/>
      </w:pPr>
    </w:p>
    <w:p>
      <w:pPr>
        <w:spacing w:after="0"/>
      </w:pPr>
      <w:r>
        <w:rPr>
          <w:rFonts w:ascii="Arial" w:hAnsi="Arial"/>
          <w:b/>
          <w:sz w:val="22"/>
        </w:rPr>
        <w:t xml:space="preserve">Alice  </w:t>
      </w:r>
      <w:r>
        <w:rPr>
          <w:rFonts w:ascii="Arial" w:hAnsi="Arial"/>
          <w:color w:val="5D7284"/>
          <w:sz w:val="22"/>
        </w:rPr>
        <w:t>04:54</w:t>
      </w:r>
    </w:p>
    <w:p>
      <w:pPr>
        <w:spacing w:after="0"/>
      </w:pPr>
      <w:r>
        <w:rPr>
          <w:rFonts w:ascii="Arial" w:hAnsi="Arial"/>
          <w:sz w:val="22"/>
        </w:rPr>
        <w:t>So everybody called her Theresia , I love the way she spells her name. It's a very European spelling and an extra "i" in it unnecessarily. So</w:t>
      </w:r>
    </w:p>
    <w:p>
      <w:pPr>
        <w:spacing w:after="0"/>
      </w:pPr>
    </w:p>
    <w:p>
      <w:pPr>
        <w:spacing w:after="0"/>
      </w:pPr>
      <w:r>
        <w:rPr>
          <w:rFonts w:ascii="Arial" w:hAnsi="Arial"/>
          <w:b/>
          <w:sz w:val="22"/>
        </w:rPr>
        <w:t xml:space="preserve">Lucy  </w:t>
      </w:r>
      <w:r>
        <w:rPr>
          <w:rFonts w:ascii="Arial" w:hAnsi="Arial"/>
          <w:color w:val="5D7284"/>
          <w:sz w:val="22"/>
        </w:rPr>
        <w:t>05:07</w:t>
      </w:r>
    </w:p>
    <w:p>
      <w:pPr>
        <w:spacing w:after="0"/>
      </w:pPr>
      <w:r>
        <w:rPr>
          <w:rFonts w:ascii="Arial" w:hAnsi="Arial"/>
          <w:sz w:val="22"/>
        </w:rPr>
        <w:t>it's like the European spelling of Lucy's got an extra "i". Well, it's got "ie". (Alice) Yeah. And I think that's far too fancy... just me</w:t>
      </w:r>
    </w:p>
    <w:p>
      <w:pPr>
        <w:spacing w:after="0"/>
      </w:pPr>
    </w:p>
    <w:p>
      <w:pPr>
        <w:spacing w:after="0"/>
      </w:pPr>
      <w:r>
        <w:rPr>
          <w:rFonts w:ascii="Arial" w:hAnsi="Arial"/>
          <w:b/>
          <w:sz w:val="22"/>
        </w:rPr>
        <w:t xml:space="preserve">Daisy  </w:t>
      </w:r>
      <w:r>
        <w:rPr>
          <w:rFonts w:ascii="Arial" w:hAnsi="Arial"/>
          <w:color w:val="5D7284"/>
          <w:sz w:val="22"/>
        </w:rPr>
        <w:t>05:17</w:t>
      </w:r>
    </w:p>
    <w:p>
      <w:pPr>
        <w:spacing w:after="0"/>
      </w:pPr>
      <w:r>
        <w:rPr>
          <w:rFonts w:ascii="Arial" w:hAnsi="Arial"/>
          <w:sz w:val="22"/>
        </w:rPr>
        <w:t>You're veering dangerously close to Xenophobia.</w:t>
      </w:r>
    </w:p>
    <w:p>
      <w:pPr>
        <w:spacing w:after="0"/>
      </w:pPr>
    </w:p>
    <w:p>
      <w:pPr>
        <w:spacing w:after="0"/>
      </w:pPr>
      <w:r>
        <w:rPr>
          <w:rFonts w:ascii="Arial" w:hAnsi="Arial"/>
          <w:b/>
          <w:sz w:val="22"/>
        </w:rPr>
        <w:t xml:space="preserve">Alice  </w:t>
      </w:r>
      <w:r>
        <w:rPr>
          <w:rFonts w:ascii="Arial" w:hAnsi="Arial"/>
          <w:color w:val="5D7284"/>
          <w:sz w:val="22"/>
        </w:rPr>
        <w:t>05:27</w:t>
      </w:r>
    </w:p>
    <w:p>
      <w:pPr>
        <w:spacing w:after="0"/>
      </w:pPr>
      <w:r>
        <w:rPr>
          <w:rFonts w:ascii="Arial" w:hAnsi="Arial"/>
          <w:sz w:val="22"/>
        </w:rPr>
        <w:t>I mean, I was saying I thought it was nice. Oh (Lucy), this is this is from the person who, in a previous episode, went what's the place with the clogs and the tulips?</w:t>
      </w:r>
    </w:p>
    <w:p>
      <w:pPr>
        <w:spacing w:after="0"/>
      </w:pPr>
    </w:p>
    <w:p>
      <w:pPr>
        <w:spacing w:after="0"/>
      </w:pPr>
      <w:r>
        <w:rPr>
          <w:rFonts w:ascii="Arial" w:hAnsi="Arial"/>
          <w:b/>
          <w:sz w:val="22"/>
        </w:rPr>
        <w:t xml:space="preserve">Lucy  </w:t>
      </w:r>
      <w:r>
        <w:rPr>
          <w:rFonts w:ascii="Arial" w:hAnsi="Arial"/>
          <w:color w:val="5D7284"/>
          <w:sz w:val="22"/>
        </w:rPr>
        <w:t>05:39</w:t>
      </w:r>
    </w:p>
    <w:p>
      <w:pPr>
        <w:spacing w:after="0"/>
      </w:pPr>
      <w:r>
        <w:rPr>
          <w:rFonts w:ascii="Arial" w:hAnsi="Arial"/>
          <w:sz w:val="22"/>
        </w:rPr>
        <w:t>Yeah, my nan. Her name was Ann right. And she, her name was meant to be spelt with an A, but she never spelled it with a a, she just spelt it a double n. And when I asked her, Why don't you put the E on it now and she went, it takes too much time. So</w:t>
      </w:r>
    </w:p>
    <w:p>
      <w:pPr>
        <w:spacing w:after="0"/>
      </w:pPr>
    </w:p>
    <w:p>
      <w:pPr>
        <w:spacing w:after="0"/>
      </w:pPr>
      <w:r>
        <w:rPr>
          <w:rFonts w:ascii="Arial" w:hAnsi="Arial"/>
          <w:b/>
          <w:sz w:val="22"/>
        </w:rPr>
        <w:t xml:space="preserve">Alice  </w:t>
      </w:r>
      <w:r>
        <w:rPr>
          <w:rFonts w:ascii="Arial" w:hAnsi="Arial"/>
          <w:color w:val="5D7284"/>
          <w:sz w:val="22"/>
        </w:rPr>
        <w:t>06:00</w:t>
      </w:r>
    </w:p>
    <w:p>
      <w:pPr>
        <w:spacing w:after="0"/>
      </w:pPr>
      <w:r>
        <w:rPr>
          <w:rFonts w:ascii="Arial" w:hAnsi="Arial"/>
          <w:sz w:val="22"/>
        </w:rPr>
        <w:t>I mean, she was obviously a busy lady. With a lot to do.</w:t>
      </w:r>
    </w:p>
    <w:p>
      <w:pPr>
        <w:spacing w:after="0"/>
      </w:pPr>
    </w:p>
    <w:p>
      <w:pPr>
        <w:spacing w:after="0"/>
      </w:pPr>
      <w:r>
        <w:rPr>
          <w:rFonts w:ascii="Arial" w:hAnsi="Arial"/>
          <w:b/>
          <w:sz w:val="22"/>
        </w:rPr>
        <w:t xml:space="preserve">Lucy  </w:t>
      </w:r>
      <w:r>
        <w:rPr>
          <w:rFonts w:ascii="Arial" w:hAnsi="Arial"/>
          <w:color w:val="5D7284"/>
          <w:sz w:val="22"/>
        </w:rPr>
        <w:t>06:05</w:t>
      </w:r>
    </w:p>
    <w:p>
      <w:pPr>
        <w:spacing w:after="0"/>
      </w:pPr>
      <w:r>
        <w:rPr>
          <w:rFonts w:ascii="Arial" w:hAnsi="Arial"/>
          <w:sz w:val="22"/>
        </w:rPr>
        <w:t>Anyway. Yeah. Go on.</w:t>
      </w:r>
    </w:p>
    <w:p>
      <w:pPr>
        <w:spacing w:after="0"/>
      </w:pPr>
    </w:p>
    <w:p>
      <w:pPr>
        <w:spacing w:after="0"/>
      </w:pPr>
      <w:r>
        <w:rPr>
          <w:rFonts w:ascii="Arial" w:hAnsi="Arial"/>
          <w:b/>
          <w:sz w:val="22"/>
        </w:rPr>
        <w:t xml:space="preserve">Alice  </w:t>
      </w:r>
      <w:r>
        <w:rPr>
          <w:rFonts w:ascii="Arial" w:hAnsi="Arial"/>
          <w:color w:val="5D7284"/>
          <w:sz w:val="22"/>
        </w:rPr>
        <w:t>06:08</w:t>
      </w:r>
    </w:p>
    <w:p>
      <w:pPr>
        <w:spacing w:after="0"/>
      </w:pPr>
      <w:r>
        <w:rPr>
          <w:rFonts w:ascii="Arial" w:hAnsi="Arial"/>
          <w:sz w:val="22"/>
        </w:rPr>
        <w:t>So, um, Theresia was some time we don't even know exactly when sometime between the ages of two or five, she went blind. Right? We don't really know what caused her disability. And thanks to her father's connection with the Empress. She got a generous like stipend from the royal family. So obviously naming her after the Empress worked. And that paid for her education, which included Languages and Literature. And she was taught music by a number of like really well known influential teachers, including somebody who I think in this episode, if you have a interest in classical music, there's going to be a lot of names like classical music bingo. The rest of us who are more into Taylor Swift are going to be like, I vaguely recognize that. So one of her tutors was a gentleman, whose name was I, Antonio Salieri. Who was a or Senyari..? possibly who was apparently a big rival of Mozart's and Salieri, or Solari. Doesn't matter. I'm not gonna mention him again after this. He was. He was so taken with Theresia, that he actually composed a concerto for her. Maria herself was a very talented pianist and had an exceptional memory memory. She was supposedly able to learn music just by ear, and could recall upwards of 60 complex musical pieces, including piano concertos, and many religious pieces.</w:t>
      </w:r>
    </w:p>
    <w:p>
      <w:pPr>
        <w:spacing w:after="0"/>
      </w:pPr>
    </w:p>
    <w:p>
      <w:pPr>
        <w:spacing w:after="0"/>
      </w:pPr>
      <w:r>
        <w:rPr>
          <w:rFonts w:ascii="Arial" w:hAnsi="Arial"/>
          <w:b/>
          <w:sz w:val="22"/>
        </w:rPr>
        <w:t xml:space="preserve">Lucy  </w:t>
      </w:r>
      <w:r>
        <w:rPr>
          <w:rFonts w:ascii="Arial" w:hAnsi="Arial"/>
          <w:color w:val="5D7284"/>
          <w:sz w:val="22"/>
        </w:rPr>
        <w:t>08:16</w:t>
      </w:r>
    </w:p>
    <w:p>
      <w:pPr>
        <w:spacing w:after="0"/>
      </w:pPr>
      <w:r>
        <w:rPr>
          <w:rFonts w:ascii="Arial" w:hAnsi="Arial"/>
          <w:sz w:val="22"/>
        </w:rPr>
        <w:t>Coincidentally, Elton John knows how to play music by ear.</w:t>
      </w:r>
    </w:p>
    <w:p>
      <w:pPr>
        <w:spacing w:after="0"/>
      </w:pPr>
    </w:p>
    <w:p>
      <w:pPr>
        <w:spacing w:after="0"/>
      </w:pPr>
      <w:r>
        <w:rPr>
          <w:rFonts w:ascii="Arial" w:hAnsi="Arial"/>
          <w:b/>
          <w:sz w:val="22"/>
        </w:rPr>
        <w:t xml:space="preserve">Alice  </w:t>
      </w:r>
      <w:r>
        <w:rPr>
          <w:rFonts w:ascii="Arial" w:hAnsi="Arial"/>
          <w:color w:val="5D7284"/>
          <w:sz w:val="22"/>
        </w:rPr>
        <w:t>08:22</w:t>
      </w:r>
    </w:p>
    <w:p>
      <w:pPr>
        <w:spacing w:after="0"/>
      </w:pPr>
      <w:r>
        <w:rPr>
          <w:rFonts w:ascii="Arial" w:hAnsi="Arial"/>
          <w:sz w:val="22"/>
        </w:rPr>
        <w:t>Daisy's uncle..(Lucy) Yeah Diasy's uncle Elton. Maria began performing in the Viennese salons before she was even like 16 and was getting a lot of praise and acclaim for her natural talents. And she was off even being commissioned to play concerts and do organ recitals at like big religious festivals. She developed tactile systems to help her read music and keep time, including using a knotted cord that she would keep discreetly laid over her lap when she was playing that had sort of the knots in different places to help her follow like changes in the music. And she also had a what was described as like maps of music made out of papier mache that was like raised and tactile.</w:t>
      </w:r>
    </w:p>
    <w:p>
      <w:pPr>
        <w:spacing w:after="0"/>
      </w:pPr>
    </w:p>
    <w:p>
      <w:pPr>
        <w:spacing w:after="0"/>
      </w:pPr>
      <w:r>
        <w:rPr>
          <w:rFonts w:ascii="Arial" w:hAnsi="Arial"/>
          <w:b/>
          <w:sz w:val="22"/>
        </w:rPr>
        <w:t xml:space="preserve">Lucy  </w:t>
      </w:r>
      <w:r>
        <w:rPr>
          <w:rFonts w:ascii="Arial" w:hAnsi="Arial"/>
          <w:color w:val="5D7284"/>
          <w:sz w:val="22"/>
        </w:rPr>
        <w:t>09:29</w:t>
      </w:r>
    </w:p>
    <w:p>
      <w:pPr>
        <w:spacing w:after="0"/>
      </w:pPr>
      <w:r>
        <w:rPr>
          <w:rFonts w:ascii="Arial" w:hAnsi="Arial"/>
          <w:sz w:val="22"/>
        </w:rPr>
        <w:t>So like a very early Braille,</w:t>
      </w:r>
    </w:p>
    <w:p>
      <w:pPr>
        <w:spacing w:after="0"/>
      </w:pPr>
    </w:p>
    <w:p>
      <w:pPr>
        <w:spacing w:after="0"/>
      </w:pPr>
      <w:r>
        <w:rPr>
          <w:rFonts w:ascii="Arial" w:hAnsi="Arial"/>
          <w:b/>
          <w:sz w:val="22"/>
        </w:rPr>
        <w:t xml:space="preserve">Disclaimer  </w:t>
      </w:r>
      <w:r>
        <w:rPr>
          <w:rFonts w:ascii="Arial" w:hAnsi="Arial"/>
          <w:color w:val="5D7284"/>
          <w:sz w:val="22"/>
        </w:rPr>
        <w:t>09:31</w:t>
      </w:r>
    </w:p>
    <w:p>
      <w:pPr>
        <w:spacing w:after="0"/>
      </w:pPr>
      <w:r>
        <w:rPr>
          <w:rFonts w:ascii="Arial" w:hAnsi="Arial"/>
          <w:sz w:val="22"/>
        </w:rPr>
        <w:t>I suppose. Yeah. But for music specifically, so.. She was a talented singer as well, and performed both as a pianist and vocalist for you know, her entire life and performed alongside a number of other notable contemporary artists. So before she even reached adulthood, there was a lot of debate about what was causing, what caused Teresa's disability because it sounds like it was real sudden onset blindness. Variety of diagnoses and sorts of experiences that people have argued may have caused her blindness. Some sources seem to think that perhaps she may have had a virus. She'd had a cold apparently. Some people think that she may have had a skin condition for which she was being treated with mercury. which course you know, that that that?</w:t>
      </w:r>
    </w:p>
    <w:p>
      <w:pPr>
        <w:spacing w:after="0"/>
      </w:pPr>
    </w:p>
    <w:p>
      <w:pPr>
        <w:spacing w:after="0"/>
      </w:pPr>
      <w:r>
        <w:rPr>
          <w:rFonts w:ascii="Arial" w:hAnsi="Arial"/>
          <w:b/>
          <w:sz w:val="22"/>
        </w:rPr>
        <w:t xml:space="preserve">Lucy  </w:t>
      </w:r>
      <w:r>
        <w:rPr>
          <w:rFonts w:ascii="Arial" w:hAnsi="Arial"/>
          <w:color w:val="5D7284"/>
          <w:sz w:val="22"/>
        </w:rPr>
        <w:t>10:44</w:t>
      </w:r>
    </w:p>
    <w:p>
      <w:pPr>
        <w:spacing w:after="0"/>
      </w:pPr>
      <w:r>
        <w:rPr>
          <w:rFonts w:ascii="Arial" w:hAnsi="Arial"/>
          <w:sz w:val="22"/>
        </w:rPr>
        <w:t>Yeah, that'll do it.</w:t>
      </w:r>
    </w:p>
    <w:p>
      <w:pPr>
        <w:spacing w:after="0"/>
      </w:pPr>
    </w:p>
    <w:p>
      <w:pPr>
        <w:spacing w:after="0"/>
      </w:pPr>
      <w:r>
        <w:rPr>
          <w:rFonts w:ascii="Arial" w:hAnsi="Arial"/>
          <w:b/>
          <w:sz w:val="22"/>
        </w:rPr>
        <w:t xml:space="preserve">Disclaimer  </w:t>
      </w:r>
      <w:r>
        <w:rPr>
          <w:rFonts w:ascii="Arial" w:hAnsi="Arial"/>
          <w:color w:val="5D7284"/>
          <w:sz w:val="22"/>
        </w:rPr>
        <w:t>10:45</w:t>
      </w:r>
    </w:p>
    <w:p>
      <w:pPr>
        <w:spacing w:after="0"/>
      </w:pPr>
      <w:r>
        <w:rPr>
          <w:rFonts w:ascii="Arial" w:hAnsi="Arial"/>
          <w:sz w:val="22"/>
        </w:rPr>
        <w:t>That'll blind ya. (Lucy) Yeah. Yeah.</w:t>
      </w:r>
    </w:p>
    <w:p>
      <w:pPr>
        <w:spacing w:after="0"/>
      </w:pPr>
    </w:p>
    <w:p>
      <w:pPr>
        <w:spacing w:after="0"/>
      </w:pPr>
      <w:r>
        <w:rPr>
          <w:rFonts w:ascii="Arial" w:hAnsi="Arial"/>
          <w:b/>
          <w:sz w:val="22"/>
        </w:rPr>
        <w:t xml:space="preserve">Lucy  </w:t>
      </w:r>
      <w:r>
        <w:rPr>
          <w:rFonts w:ascii="Arial" w:hAnsi="Arial"/>
          <w:color w:val="5D7284"/>
          <w:sz w:val="22"/>
        </w:rPr>
        <w:t>10:48</w:t>
      </w:r>
    </w:p>
    <w:p>
      <w:pPr>
        <w:spacing w:after="0"/>
      </w:pPr>
      <w:r>
        <w:rPr>
          <w:rFonts w:ascii="Arial" w:hAnsi="Arial"/>
          <w:sz w:val="22"/>
        </w:rPr>
        <w:t>Like how Daisy is nodding like... Yeah, yeah, well, yeah.</w:t>
      </w:r>
    </w:p>
    <w:p>
      <w:pPr>
        <w:spacing w:after="0"/>
      </w:pPr>
    </w:p>
    <w:p>
      <w:pPr>
        <w:spacing w:after="0"/>
      </w:pPr>
      <w:r>
        <w:rPr>
          <w:rFonts w:ascii="Arial" w:hAnsi="Arial"/>
          <w:b/>
          <w:sz w:val="22"/>
        </w:rPr>
        <w:t xml:space="preserve">Disclaimer  </w:t>
      </w:r>
      <w:r>
        <w:rPr>
          <w:rFonts w:ascii="Arial" w:hAnsi="Arial"/>
          <w:color w:val="5D7284"/>
          <w:sz w:val="22"/>
        </w:rPr>
        <w:t>10:55</w:t>
      </w:r>
    </w:p>
    <w:p>
      <w:pPr>
        <w:spacing w:after="0"/>
      </w:pPr>
      <w:r>
        <w:rPr>
          <w:rFonts w:ascii="Arial" w:hAnsi="Arial"/>
          <w:sz w:val="22"/>
        </w:rPr>
        <w:t>I've got down mercury, which is a deadly poison.</w:t>
      </w:r>
    </w:p>
    <w:p>
      <w:pPr>
        <w:spacing w:after="0"/>
      </w:pPr>
    </w:p>
    <w:p>
      <w:pPr>
        <w:spacing w:after="0"/>
      </w:pPr>
      <w:r>
        <w:rPr>
          <w:rFonts w:ascii="Arial" w:hAnsi="Arial"/>
          <w:b/>
          <w:sz w:val="22"/>
        </w:rPr>
        <w:t xml:space="preserve">Daisy  </w:t>
      </w:r>
      <w:r>
        <w:rPr>
          <w:rFonts w:ascii="Arial" w:hAnsi="Arial"/>
          <w:color w:val="5D7284"/>
          <w:sz w:val="22"/>
        </w:rPr>
        <w:t>10:59</w:t>
      </w:r>
    </w:p>
    <w:p>
      <w:pPr>
        <w:spacing w:after="0"/>
      </w:pPr>
      <w:r>
        <w:rPr>
          <w:rFonts w:ascii="Arial" w:hAnsi="Arial"/>
          <w:sz w:val="22"/>
        </w:rPr>
        <w:t>Yeah, I mean, it was part of the sort of, you know, 18th century tradition of getting people to swallow things that later turn out to be poison. Yes. It's kind of like, you know, well, sure. You won't be blind anymore. But you also won't be alive anymore. Yes.</w:t>
      </w:r>
    </w:p>
    <w:p>
      <w:pPr>
        <w:spacing w:after="0"/>
      </w:pPr>
    </w:p>
    <w:p>
      <w:pPr>
        <w:spacing w:after="0"/>
      </w:pPr>
      <w:r>
        <w:rPr>
          <w:rFonts w:ascii="Arial" w:hAnsi="Arial"/>
          <w:b/>
          <w:sz w:val="22"/>
        </w:rPr>
        <w:t xml:space="preserve">Lucy  </w:t>
      </w:r>
      <w:r>
        <w:rPr>
          <w:rFonts w:ascii="Arial" w:hAnsi="Arial"/>
          <w:color w:val="5D7284"/>
          <w:sz w:val="22"/>
        </w:rPr>
        <w:t>11:16</w:t>
      </w:r>
    </w:p>
    <w:p>
      <w:pPr>
        <w:spacing w:after="0"/>
      </w:pPr>
      <w:r>
        <w:rPr>
          <w:rFonts w:ascii="Arial" w:hAnsi="Arial"/>
          <w:sz w:val="22"/>
        </w:rPr>
        <w:t>You won't be needing  your eyes anyway. So it's a bit like, isn't it? Elizabeth the First she was wearing makeup with lead on it..in it. And her face like disintegrated didn't it underneath it all</w:t>
      </w:r>
    </w:p>
    <w:p>
      <w:pPr>
        <w:spacing w:after="0"/>
      </w:pPr>
    </w:p>
    <w:p>
      <w:pPr>
        <w:spacing w:after="0"/>
      </w:pPr>
      <w:r>
        <w:rPr>
          <w:rFonts w:ascii="Arial" w:hAnsi="Arial"/>
          <w:b/>
          <w:sz w:val="22"/>
        </w:rPr>
        <w:t xml:space="preserve">Alice  </w:t>
      </w:r>
      <w:r>
        <w:rPr>
          <w:rFonts w:ascii="Arial" w:hAnsi="Arial"/>
          <w:color w:val="5D7284"/>
          <w:sz w:val="22"/>
        </w:rPr>
        <w:t>11:30</w:t>
      </w:r>
    </w:p>
    <w:p>
      <w:pPr>
        <w:spacing w:after="0"/>
      </w:pPr>
      <w:r>
        <w:rPr>
          <w:rFonts w:ascii="Arial" w:hAnsi="Arial"/>
          <w:sz w:val="22"/>
        </w:rPr>
        <w:t>So there's not a lot of like surviving sources around these different diagnosis as one very kind of prevailing idea which I'll go on to, but some people did think that her blindness couldn't really think it was I didn't really think it was a physical issue because apparently, and I, I have no idea how they could know this, but her optic nerve was not damaged. Now, I think my optic nerves not damaged, but I still can't see. So I think it's perhaps a bit more complicated than these old and tiny doctors thought it was. Which, you know, surprisingly,</w:t>
      </w:r>
    </w:p>
    <w:p>
      <w:pPr>
        <w:spacing w:after="0"/>
      </w:pPr>
    </w:p>
    <w:p>
      <w:pPr>
        <w:spacing w:after="0"/>
      </w:pPr>
      <w:r>
        <w:rPr>
          <w:rFonts w:ascii="Arial" w:hAnsi="Arial"/>
          <w:b/>
          <w:sz w:val="22"/>
        </w:rPr>
        <w:t xml:space="preserve">Lucy  </w:t>
      </w:r>
      <w:r>
        <w:rPr>
          <w:rFonts w:ascii="Arial" w:hAnsi="Arial"/>
          <w:color w:val="5D7284"/>
          <w:sz w:val="22"/>
        </w:rPr>
        <w:t>12:17</w:t>
      </w:r>
    </w:p>
    <w:p>
      <w:pPr>
        <w:spacing w:after="0"/>
      </w:pPr>
      <w:r>
        <w:rPr>
          <w:rFonts w:ascii="Arial" w:hAnsi="Arial"/>
          <w:sz w:val="22"/>
        </w:rPr>
        <w:t xml:space="preserve">could you not see at all I don't know how much she could see. </w:t>
      </w:r>
    </w:p>
    <w:p>
      <w:pPr>
        <w:spacing w:after="0"/>
      </w:pPr>
    </w:p>
    <w:p>
      <w:pPr>
        <w:spacing w:after="0"/>
      </w:pPr>
      <w:r>
        <w:rPr>
          <w:rFonts w:ascii="Arial" w:hAnsi="Arial"/>
          <w:b/>
          <w:sz w:val="22"/>
        </w:rPr>
        <w:t xml:space="preserve">Disclaimer  </w:t>
      </w:r>
      <w:r>
        <w:rPr>
          <w:rFonts w:ascii="Arial" w:hAnsi="Arial"/>
          <w:color w:val="5D7284"/>
          <w:sz w:val="22"/>
        </w:rPr>
        <w:t>12:21</w:t>
      </w:r>
    </w:p>
    <w:p>
      <w:pPr>
        <w:spacing w:after="0"/>
      </w:pPr>
      <w:r>
        <w:rPr>
          <w:rFonts w:ascii="Arial" w:hAnsi="Arial"/>
          <w:sz w:val="22"/>
        </w:rPr>
        <w:t>As far as I know, she couldn't see a sausage.</w:t>
      </w:r>
    </w:p>
    <w:p>
      <w:pPr>
        <w:spacing w:after="0"/>
      </w:pPr>
    </w:p>
    <w:p>
      <w:pPr>
        <w:spacing w:after="0"/>
      </w:pPr>
      <w:r>
        <w:rPr>
          <w:rFonts w:ascii="Arial" w:hAnsi="Arial"/>
          <w:b/>
          <w:sz w:val="22"/>
        </w:rPr>
        <w:t xml:space="preserve">Lucy  </w:t>
      </w:r>
      <w:r>
        <w:rPr>
          <w:rFonts w:ascii="Arial" w:hAnsi="Arial"/>
          <w:color w:val="5D7284"/>
          <w:sz w:val="22"/>
        </w:rPr>
        <w:t>12:26</w:t>
      </w:r>
    </w:p>
    <w:p>
      <w:pPr>
        <w:spacing w:after="0"/>
      </w:pPr>
      <w:r>
        <w:rPr>
          <w:rFonts w:ascii="Arial" w:hAnsi="Arial"/>
          <w:sz w:val="22"/>
        </w:rPr>
        <w:t>Right. Okay. That's a technical term. She can't even see a suasage ha ha. (Lucy laughs)</w:t>
      </w:r>
    </w:p>
    <w:p>
      <w:pPr>
        <w:spacing w:after="0"/>
      </w:pPr>
    </w:p>
    <w:p>
      <w:pPr>
        <w:spacing w:after="0"/>
      </w:pPr>
      <w:r>
        <w:rPr>
          <w:rFonts w:ascii="Arial" w:hAnsi="Arial"/>
          <w:b/>
          <w:sz w:val="22"/>
        </w:rPr>
        <w:t xml:space="preserve">Daisy  </w:t>
      </w:r>
      <w:r>
        <w:rPr>
          <w:rFonts w:ascii="Arial" w:hAnsi="Arial"/>
          <w:color w:val="5D7284"/>
          <w:sz w:val="22"/>
        </w:rPr>
        <w:t>12:32</w:t>
      </w:r>
    </w:p>
    <w:p>
      <w:pPr>
        <w:spacing w:after="0"/>
      </w:pPr>
      <w:r>
        <w:rPr>
          <w:rFonts w:ascii="Arial" w:hAnsi="Arial"/>
          <w:sz w:val="22"/>
        </w:rPr>
        <w:t>That's wat they use in the opticians so they're testing your vision. (Lucy laughs)</w:t>
      </w:r>
    </w:p>
    <w:p>
      <w:pPr>
        <w:spacing w:after="0"/>
      </w:pPr>
    </w:p>
    <w:p>
      <w:pPr>
        <w:spacing w:after="0"/>
      </w:pPr>
      <w:r>
        <w:rPr>
          <w:rFonts w:ascii="Arial" w:hAnsi="Arial"/>
          <w:b/>
          <w:sz w:val="22"/>
        </w:rPr>
        <w:t xml:space="preserve">Lucy  </w:t>
      </w:r>
      <w:r>
        <w:rPr>
          <w:rFonts w:ascii="Arial" w:hAnsi="Arial"/>
          <w:color w:val="5D7284"/>
          <w:sz w:val="22"/>
        </w:rPr>
        <w:t>12:42</w:t>
      </w:r>
    </w:p>
    <w:p>
      <w:pPr>
        <w:spacing w:after="0"/>
      </w:pPr>
      <w:r>
        <w:rPr>
          <w:rFonts w:ascii="Arial" w:hAnsi="Arial"/>
          <w:sz w:val="22"/>
        </w:rPr>
        <w:t xml:space="preserve">is closed. Okay, is it? </w:t>
      </w:r>
    </w:p>
    <w:p>
      <w:pPr>
        <w:spacing w:after="0"/>
      </w:pPr>
    </w:p>
    <w:p>
      <w:pPr>
        <w:spacing w:after="0"/>
      </w:pPr>
      <w:r>
        <w:rPr>
          <w:rFonts w:ascii="Arial" w:hAnsi="Arial"/>
          <w:b/>
          <w:sz w:val="22"/>
        </w:rPr>
        <w:t xml:space="preserve">Alice  </w:t>
      </w:r>
      <w:r>
        <w:rPr>
          <w:rFonts w:ascii="Arial" w:hAnsi="Arial"/>
          <w:color w:val="5D7284"/>
          <w:sz w:val="22"/>
        </w:rPr>
        <w:t>12:46</w:t>
      </w:r>
    </w:p>
    <w:p>
      <w:pPr>
        <w:spacing w:after="0"/>
      </w:pPr>
      <w:r>
        <w:rPr>
          <w:rFonts w:ascii="Arial" w:hAnsi="Arial"/>
          <w:sz w:val="22"/>
        </w:rPr>
        <w:t>Okay, okay, so</w:t>
      </w:r>
    </w:p>
    <w:p>
      <w:pPr>
        <w:spacing w:after="0"/>
      </w:pPr>
    </w:p>
    <w:p>
      <w:pPr>
        <w:spacing w:after="0"/>
      </w:pPr>
      <w:r>
        <w:rPr>
          <w:rFonts w:ascii="Arial" w:hAnsi="Arial"/>
          <w:b/>
          <w:sz w:val="22"/>
        </w:rPr>
        <w:t xml:space="preserve">Lucy  </w:t>
      </w:r>
      <w:r>
        <w:rPr>
          <w:rFonts w:ascii="Arial" w:hAnsi="Arial"/>
          <w:color w:val="5D7284"/>
          <w:sz w:val="22"/>
        </w:rPr>
        <w:t>12:48</w:t>
      </w:r>
    </w:p>
    <w:p>
      <w:pPr>
        <w:spacing w:after="0"/>
      </w:pPr>
      <w:r>
        <w:rPr>
          <w:rFonts w:ascii="Arial" w:hAnsi="Arial"/>
          <w:sz w:val="22"/>
        </w:rPr>
        <w:t xml:space="preserve">Come on. Compose yourself. </w:t>
      </w:r>
    </w:p>
    <w:p>
      <w:pPr>
        <w:spacing w:after="0"/>
      </w:pPr>
    </w:p>
    <w:p>
      <w:pPr>
        <w:spacing w:after="0"/>
      </w:pPr>
      <w:r>
        <w:rPr>
          <w:rFonts w:ascii="Arial" w:hAnsi="Arial"/>
          <w:b/>
          <w:sz w:val="22"/>
        </w:rPr>
        <w:t xml:space="preserve">Alice  </w:t>
      </w:r>
      <w:r>
        <w:rPr>
          <w:rFonts w:ascii="Arial" w:hAnsi="Arial"/>
          <w:color w:val="5D7284"/>
          <w:sz w:val="22"/>
        </w:rPr>
        <w:t>12:50</w:t>
      </w:r>
    </w:p>
    <w:p>
      <w:pPr>
        <w:spacing w:after="0"/>
      </w:pPr>
      <w:r>
        <w:rPr>
          <w:rFonts w:ascii="Arial" w:hAnsi="Arial"/>
          <w:sz w:val="22"/>
        </w:rPr>
        <w:t>The general consensus was that Maria's blindness was hysterical.</w:t>
      </w:r>
    </w:p>
    <w:p>
      <w:pPr>
        <w:spacing w:after="0"/>
      </w:pPr>
    </w:p>
    <w:p>
      <w:pPr>
        <w:spacing w:after="0"/>
      </w:pPr>
      <w:r>
        <w:rPr>
          <w:rFonts w:ascii="Arial" w:hAnsi="Arial"/>
          <w:b/>
          <w:sz w:val="22"/>
        </w:rPr>
        <w:t xml:space="preserve">Lucy  </w:t>
      </w:r>
      <w:r>
        <w:rPr>
          <w:rFonts w:ascii="Arial" w:hAnsi="Arial"/>
          <w:color w:val="5D7284"/>
          <w:sz w:val="22"/>
        </w:rPr>
        <w:t>12:57</w:t>
      </w:r>
    </w:p>
    <w:p>
      <w:pPr>
        <w:spacing w:after="0"/>
      </w:pPr>
      <w:r>
        <w:rPr>
          <w:rFonts w:ascii="Arial" w:hAnsi="Arial"/>
          <w:sz w:val="22"/>
        </w:rPr>
        <w:t>Right? What?..., what does....Daisy what does that mean in terms of like a historical, what does the term....</w:t>
      </w:r>
    </w:p>
    <w:p>
      <w:pPr>
        <w:spacing w:after="0"/>
      </w:pPr>
    </w:p>
    <w:p>
      <w:pPr>
        <w:spacing w:after="0"/>
      </w:pPr>
      <w:r>
        <w:rPr>
          <w:rFonts w:ascii="Arial" w:hAnsi="Arial"/>
          <w:b/>
          <w:sz w:val="22"/>
        </w:rPr>
        <w:t xml:space="preserve">Alice  </w:t>
      </w:r>
      <w:r>
        <w:rPr>
          <w:rFonts w:ascii="Arial" w:hAnsi="Arial"/>
          <w:color w:val="5D7284"/>
          <w:sz w:val="22"/>
        </w:rPr>
        <w:t>13:05</w:t>
      </w:r>
    </w:p>
    <w:p>
      <w:pPr>
        <w:spacing w:after="0"/>
      </w:pPr>
      <w:r>
        <w:rPr>
          <w:rFonts w:ascii="Arial" w:hAnsi="Arial"/>
          <w:sz w:val="22"/>
        </w:rPr>
        <w:t>I mean? If you shut up? I'll tell you, (Lucy) okay... But it's does seem hilarious. Hysterical is how you... where you're getting to, if you're, you know, if you carry on being so excited.(Lucy) Okay. So hysteria and hysterical disorders. It's not really something that we, it is in the medical lexicon these days. And usually, these days, we tend to say things like conversion disorder or functional neurological condition. But basically, the basic principle is that it means that some kind of extreme anxiety or psychological condition like results in a physical symptom, so this can be anything from paralysis, numbness, seizures, to sight loss or hearing loss, (Lucy) right.</w:t>
      </w:r>
    </w:p>
    <w:p>
      <w:pPr>
        <w:spacing w:after="0"/>
      </w:pPr>
    </w:p>
    <w:p>
      <w:pPr>
        <w:spacing w:after="0"/>
      </w:pPr>
      <w:r>
        <w:rPr>
          <w:rFonts w:ascii="Arial" w:hAnsi="Arial"/>
          <w:b/>
          <w:sz w:val="22"/>
        </w:rPr>
        <w:t xml:space="preserve">Daisy  </w:t>
      </w:r>
      <w:r>
        <w:rPr>
          <w:rFonts w:ascii="Arial" w:hAnsi="Arial"/>
          <w:color w:val="5D7284"/>
          <w:sz w:val="22"/>
        </w:rPr>
        <w:t>14:05</w:t>
      </w:r>
    </w:p>
    <w:p>
      <w:pPr>
        <w:spacing w:after="0"/>
      </w:pPr>
      <w:r>
        <w:rPr>
          <w:rFonts w:ascii="Arial" w:hAnsi="Arial"/>
          <w:sz w:val="22"/>
        </w:rPr>
        <w:t>Also used as like psychosomatic. Yeah, is it classic one, as we're at this point that functional neurological disorder is a very specific thing and is not currently thought to be the same as psychosomatic? It's more than it's a disorder that they don't know the source of?</w:t>
      </w:r>
    </w:p>
    <w:p>
      <w:pPr>
        <w:spacing w:after="0"/>
      </w:pPr>
    </w:p>
    <w:p>
      <w:pPr>
        <w:spacing w:after="0"/>
      </w:pPr>
      <w:r>
        <w:rPr>
          <w:rFonts w:ascii="Arial" w:hAnsi="Arial"/>
          <w:b/>
          <w:sz w:val="22"/>
        </w:rPr>
        <w:t xml:space="preserve">Alice  </w:t>
      </w:r>
      <w:r>
        <w:rPr>
          <w:rFonts w:ascii="Arial" w:hAnsi="Arial"/>
          <w:color w:val="5D7284"/>
          <w:sz w:val="22"/>
        </w:rPr>
        <w:t>14:23</w:t>
      </w:r>
    </w:p>
    <w:p>
      <w:pPr>
        <w:spacing w:after="0"/>
      </w:pPr>
      <w:r>
        <w:rPr>
          <w:rFonts w:ascii="Arial" w:hAnsi="Arial"/>
          <w:sz w:val="22"/>
        </w:rPr>
        <w:t>Yes, yes. I'm working with somebody at the moment who's experiencing seizures and it basically by saying it's a functional neurological condition because he's having these uncontrollable seizures and they just don't know why.</w:t>
      </w:r>
    </w:p>
    <w:p>
      <w:pPr>
        <w:spacing w:after="0"/>
      </w:pPr>
    </w:p>
    <w:p>
      <w:pPr>
        <w:spacing w:after="0"/>
      </w:pPr>
      <w:r>
        <w:rPr>
          <w:rFonts w:ascii="Arial" w:hAnsi="Arial"/>
          <w:b/>
          <w:sz w:val="22"/>
        </w:rPr>
        <w:t xml:space="preserve">Daisy  </w:t>
      </w:r>
      <w:r>
        <w:rPr>
          <w:rFonts w:ascii="Arial" w:hAnsi="Arial"/>
          <w:color w:val="5D7284"/>
          <w:sz w:val="22"/>
        </w:rPr>
        <w:t>14:37</w:t>
      </w:r>
    </w:p>
    <w:p>
      <w:pPr>
        <w:spacing w:after="0"/>
      </w:pPr>
      <w:r>
        <w:rPr>
          <w:rFonts w:ascii="Arial" w:hAnsi="Arial"/>
          <w:sz w:val="22"/>
        </w:rPr>
        <w:t>Yeah, functional in medical terms basically just means.. I don't know</w:t>
      </w:r>
    </w:p>
    <w:p>
      <w:pPr>
        <w:spacing w:after="0"/>
      </w:pPr>
    </w:p>
    <w:p>
      <w:pPr>
        <w:spacing w:after="0"/>
      </w:pPr>
      <w:r>
        <w:rPr>
          <w:rFonts w:ascii="Arial" w:hAnsi="Arial"/>
          <w:b/>
          <w:sz w:val="22"/>
        </w:rPr>
        <w:t xml:space="preserve">Alice  </w:t>
      </w:r>
      <w:r>
        <w:rPr>
          <w:rFonts w:ascii="Arial" w:hAnsi="Arial"/>
          <w:color w:val="5D7284"/>
          <w:sz w:val="22"/>
        </w:rPr>
        <w:t>14:42</w:t>
      </w:r>
    </w:p>
    <w:p>
      <w:pPr>
        <w:spacing w:after="0"/>
      </w:pPr>
      <w:r>
        <w:rPr>
          <w:rFonts w:ascii="Arial" w:hAnsi="Arial"/>
          <w:sz w:val="22"/>
        </w:rPr>
        <w:t>It means it's something in something neurological subset.</w:t>
      </w:r>
    </w:p>
    <w:p>
      <w:pPr>
        <w:spacing w:after="0"/>
      </w:pPr>
    </w:p>
    <w:p>
      <w:pPr>
        <w:spacing w:after="0"/>
      </w:pPr>
      <w:r>
        <w:rPr>
          <w:rFonts w:ascii="Arial" w:hAnsi="Arial"/>
          <w:b/>
          <w:sz w:val="22"/>
        </w:rPr>
        <w:t xml:space="preserve">Daisy  </w:t>
      </w:r>
      <w:r>
        <w:rPr>
          <w:rFonts w:ascii="Arial" w:hAnsi="Arial"/>
          <w:color w:val="5D7284"/>
          <w:sz w:val="22"/>
        </w:rPr>
        <w:t>14:47</w:t>
      </w:r>
    </w:p>
    <w:p>
      <w:pPr>
        <w:spacing w:after="0"/>
      </w:pPr>
      <w:r>
        <w:rPr>
          <w:rFonts w:ascii="Arial" w:hAnsi="Arial"/>
          <w:sz w:val="22"/>
        </w:rPr>
        <w:t>Yeah, so I had something that was called like a functional essential tremor, which is basically we don't know what's causing it and we don't know why it's there, but you're probably not gonna die.</w:t>
      </w:r>
    </w:p>
    <w:p>
      <w:pPr>
        <w:spacing w:after="0"/>
      </w:pPr>
    </w:p>
    <w:p>
      <w:pPr>
        <w:spacing w:after="0"/>
      </w:pPr>
      <w:r>
        <w:rPr>
          <w:rFonts w:ascii="Arial" w:hAnsi="Arial"/>
          <w:b/>
          <w:sz w:val="22"/>
        </w:rPr>
        <w:t xml:space="preserve">Lucy  </w:t>
      </w:r>
      <w:r>
        <w:rPr>
          <w:rFonts w:ascii="Arial" w:hAnsi="Arial"/>
          <w:color w:val="5D7284"/>
          <w:sz w:val="22"/>
        </w:rPr>
        <w:t>14:57</w:t>
      </w:r>
    </w:p>
    <w:p>
      <w:pPr>
        <w:spacing w:after="0"/>
      </w:pPr>
      <w:r>
        <w:rPr>
          <w:rFonts w:ascii="Arial" w:hAnsi="Arial"/>
          <w:sz w:val="22"/>
        </w:rPr>
        <w:t>Yeah, yeah. Okay.</w:t>
      </w:r>
    </w:p>
    <w:p>
      <w:pPr>
        <w:spacing w:after="0"/>
      </w:pPr>
    </w:p>
    <w:p>
      <w:pPr>
        <w:spacing w:after="0"/>
      </w:pPr>
      <w:r>
        <w:rPr>
          <w:rFonts w:ascii="Arial" w:hAnsi="Arial"/>
          <w:b/>
          <w:sz w:val="22"/>
        </w:rPr>
        <w:t xml:space="preserve">Alice  </w:t>
      </w:r>
      <w:r>
        <w:rPr>
          <w:rFonts w:ascii="Arial" w:hAnsi="Arial"/>
          <w:color w:val="5D7284"/>
          <w:sz w:val="22"/>
        </w:rPr>
        <w:t>14:59</w:t>
      </w:r>
    </w:p>
    <w:p>
      <w:pPr>
        <w:spacing w:after="0"/>
      </w:pPr>
      <w:r>
        <w:rPr>
          <w:rFonts w:ascii="Arial" w:hAnsi="Arial"/>
          <w:sz w:val="22"/>
        </w:rPr>
        <w:t>So one of the things to remember about hysteria and hysterical disorders is that they are not exclusively but very heavily linked to so called female disorders. They're things that are generally and historically, men would say, That woman's got a hysterical disorder if perhaps she wasn't doing what they liked, or wanted her to do.</w:t>
      </w:r>
    </w:p>
    <w:p>
      <w:pPr>
        <w:spacing w:after="0"/>
      </w:pPr>
    </w:p>
    <w:p>
      <w:pPr>
        <w:spacing w:after="0"/>
      </w:pPr>
      <w:r>
        <w:rPr>
          <w:rFonts w:ascii="Arial" w:hAnsi="Arial"/>
          <w:b/>
          <w:sz w:val="22"/>
        </w:rPr>
        <w:t xml:space="preserve">Lucy  </w:t>
      </w:r>
      <w:r>
        <w:rPr>
          <w:rFonts w:ascii="Arial" w:hAnsi="Arial"/>
          <w:color w:val="5D7284"/>
          <w:sz w:val="22"/>
        </w:rPr>
        <w:t>15:31</w:t>
      </w:r>
    </w:p>
    <w:p>
      <w:pPr>
        <w:spacing w:after="0"/>
      </w:pPr>
      <w:r>
        <w:rPr>
          <w:rFonts w:ascii="Arial" w:hAnsi="Arial"/>
          <w:sz w:val="22"/>
        </w:rPr>
        <w:t>Oh, like so if she was sort of like being a bit rebellious, for instance, (Alice) Mm hmm. And she knows her own mind. They'd be like, she's being hysterical.</w:t>
      </w:r>
    </w:p>
    <w:p>
      <w:pPr>
        <w:spacing w:after="0"/>
      </w:pPr>
    </w:p>
    <w:p>
      <w:pPr>
        <w:spacing w:after="0"/>
      </w:pPr>
      <w:r>
        <w:rPr>
          <w:rFonts w:ascii="Arial" w:hAnsi="Arial"/>
          <w:b/>
          <w:sz w:val="22"/>
        </w:rPr>
        <w:t xml:space="preserve">Alice  </w:t>
      </w:r>
      <w:r>
        <w:rPr>
          <w:rFonts w:ascii="Arial" w:hAnsi="Arial"/>
          <w:color w:val="5D7284"/>
          <w:sz w:val="22"/>
        </w:rPr>
        <w:t>15:41</w:t>
      </w:r>
    </w:p>
    <w:p>
      <w:pPr>
        <w:spacing w:after="0"/>
      </w:pPr>
      <w:r>
        <w:rPr>
          <w:rFonts w:ascii="Arial" w:hAnsi="Arial"/>
          <w:sz w:val="22"/>
        </w:rPr>
        <w:t>Yeah, I would recommend anybody who's interested to check out the sawbones episode on hysteria, where they kind of talk about the history of where it comes from. And it's all to do with floating uteruses. But it is, yeah, base. The basic idea with hysterical disorders is that it's a psychological thing that's causing a physiological sort of symptom. Also, it's important to remember that in for a lot of so called hysterical disorders, it's just nothing. It's just men going. She's hysterical, because she doesn't want to be locked in the house all day long and just be a baby farm, and things like that. So one of the things that they say about hysterical conditions is that they're quite often caused by a traumatic incident. So there's a couple of things that I found in my reading that could have in theory caused Maria's hysterical blindness, which went from being mistreated by her parents. Yeah, witnessing a shooting. And my favorite one, hearing a loud noise.</w:t>
      </w:r>
    </w:p>
    <w:p>
      <w:pPr>
        <w:spacing w:after="0"/>
      </w:pPr>
    </w:p>
    <w:p>
      <w:pPr>
        <w:spacing w:after="0"/>
      </w:pPr>
      <w:r>
        <w:rPr>
          <w:rFonts w:ascii="Arial" w:hAnsi="Arial"/>
          <w:b/>
          <w:sz w:val="22"/>
        </w:rPr>
        <w:t xml:space="preserve">Lucy  </w:t>
      </w:r>
      <w:r>
        <w:rPr>
          <w:rFonts w:ascii="Arial" w:hAnsi="Arial"/>
          <w:color w:val="5D7284"/>
          <w:sz w:val="22"/>
        </w:rPr>
        <w:t>17:02</w:t>
      </w:r>
    </w:p>
    <w:p>
      <w:pPr>
        <w:spacing w:after="0"/>
      </w:pPr>
      <w:r>
        <w:rPr>
          <w:rFonts w:ascii="Arial" w:hAnsi="Arial"/>
          <w:sz w:val="22"/>
        </w:rPr>
        <w:t>(Lucy laughs) Okay. Does it give a description as to the noise, which was? (Alice) No. Like..</w:t>
      </w:r>
    </w:p>
    <w:p>
      <w:pPr>
        <w:spacing w:after="0"/>
      </w:pPr>
    </w:p>
    <w:p>
      <w:pPr>
        <w:spacing w:after="0"/>
      </w:pPr>
      <w:r>
        <w:rPr>
          <w:rFonts w:ascii="Arial" w:hAnsi="Arial"/>
          <w:b/>
          <w:sz w:val="22"/>
        </w:rPr>
        <w:t xml:space="preserve">Alice  </w:t>
      </w:r>
      <w:r>
        <w:rPr>
          <w:rFonts w:ascii="Arial" w:hAnsi="Arial"/>
          <w:color w:val="5D7284"/>
          <w:sz w:val="22"/>
        </w:rPr>
        <w:t>17:12</w:t>
      </w:r>
    </w:p>
    <w:p>
      <w:pPr>
        <w:spacing w:after="0"/>
      </w:pPr>
      <w:r>
        <w:rPr>
          <w:rFonts w:ascii="Arial" w:hAnsi="Arial"/>
          <w:sz w:val="22"/>
        </w:rPr>
        <w:t>No, she heard a loud noise, and then she couldn't see anymore.</w:t>
      </w:r>
    </w:p>
    <w:p>
      <w:pPr>
        <w:spacing w:after="0"/>
      </w:pPr>
    </w:p>
    <w:p>
      <w:pPr>
        <w:spacing w:after="0"/>
      </w:pPr>
      <w:r>
        <w:rPr>
          <w:rFonts w:ascii="Arial" w:hAnsi="Arial"/>
          <w:b/>
          <w:sz w:val="22"/>
        </w:rPr>
        <w:t xml:space="preserve">Lucy  </w:t>
      </w:r>
      <w:r>
        <w:rPr>
          <w:rFonts w:ascii="Arial" w:hAnsi="Arial"/>
          <w:color w:val="5D7284"/>
          <w:sz w:val="22"/>
        </w:rPr>
        <w:t>17:16</w:t>
      </w:r>
    </w:p>
    <w:p>
      <w:pPr>
        <w:spacing w:after="0"/>
      </w:pPr>
      <w:r>
        <w:rPr>
          <w:rFonts w:ascii="Arial" w:hAnsi="Arial"/>
          <w:sz w:val="22"/>
        </w:rPr>
        <w:t>(Lucy laughs) Yeah, that seems.</w:t>
      </w:r>
    </w:p>
    <w:p>
      <w:pPr>
        <w:spacing w:after="0"/>
      </w:pPr>
    </w:p>
    <w:p>
      <w:pPr>
        <w:spacing w:after="0"/>
      </w:pPr>
      <w:r>
        <w:rPr>
          <w:rFonts w:ascii="Arial" w:hAnsi="Arial"/>
          <w:b/>
          <w:sz w:val="22"/>
        </w:rPr>
        <w:t xml:space="preserve">Alice  </w:t>
      </w:r>
      <w:r>
        <w:rPr>
          <w:rFonts w:ascii="Arial" w:hAnsi="Arial"/>
          <w:color w:val="5D7284"/>
          <w:sz w:val="22"/>
        </w:rPr>
        <w:t>17:18</w:t>
      </w:r>
    </w:p>
    <w:p>
      <w:pPr>
        <w:spacing w:after="0"/>
      </w:pPr>
      <w:r>
        <w:rPr>
          <w:rFonts w:ascii="Arial" w:hAnsi="Arial"/>
          <w:sz w:val="22"/>
        </w:rPr>
        <w:t>Yeah that tracks doesn't it?..(Lucy)Yeah. Yeah I live next to a train line now. So it's been a couple of timesan hour ,every time a train goes past. Just in the middle of something. (Lucy laughs) So my nice segway here is er but if anyone was mistreating Maria, it wasn't her parents. It was the so called doctors who attempted to cure her of her disability.</w:t>
      </w:r>
    </w:p>
    <w:p>
      <w:pPr>
        <w:spacing w:after="0"/>
      </w:pPr>
    </w:p>
    <w:p>
      <w:pPr>
        <w:spacing w:after="0"/>
      </w:pPr>
      <w:r>
        <w:rPr>
          <w:rFonts w:ascii="Arial" w:hAnsi="Arial"/>
          <w:b/>
          <w:sz w:val="22"/>
        </w:rPr>
        <w:t xml:space="preserve">Lucy  </w:t>
      </w:r>
      <w:r>
        <w:rPr>
          <w:rFonts w:ascii="Arial" w:hAnsi="Arial"/>
          <w:color w:val="5D7284"/>
          <w:sz w:val="22"/>
        </w:rPr>
        <w:t>17:46</w:t>
      </w:r>
    </w:p>
    <w:p>
      <w:pPr>
        <w:spacing w:after="0"/>
      </w:pPr>
      <w:r>
        <w:rPr>
          <w:rFonts w:ascii="Arial" w:hAnsi="Arial"/>
          <w:sz w:val="22"/>
        </w:rPr>
        <w:t>Oh, here we go. Here we go.</w:t>
      </w:r>
    </w:p>
    <w:p>
      <w:pPr>
        <w:spacing w:after="0"/>
      </w:pPr>
    </w:p>
    <w:p>
      <w:pPr>
        <w:spacing w:after="0"/>
      </w:pPr>
      <w:r>
        <w:rPr>
          <w:rFonts w:ascii="Arial" w:hAnsi="Arial"/>
          <w:b/>
          <w:sz w:val="22"/>
        </w:rPr>
        <w:t xml:space="preserve">Daisy  </w:t>
      </w:r>
      <w:r>
        <w:rPr>
          <w:rFonts w:ascii="Arial" w:hAnsi="Arial"/>
          <w:color w:val="5D7284"/>
          <w:sz w:val="22"/>
        </w:rPr>
        <w:t>17:49</w:t>
      </w:r>
    </w:p>
    <w:p>
      <w:pPr>
        <w:spacing w:after="0"/>
      </w:pPr>
      <w:r>
        <w:rPr>
          <w:rFonts w:ascii="Arial" w:hAnsi="Arial"/>
          <w:sz w:val="22"/>
        </w:rPr>
        <w:t>Although it might have been her parents a bit...(Alice) oh yeah.</w:t>
      </w:r>
    </w:p>
    <w:p>
      <w:pPr>
        <w:spacing w:after="0"/>
      </w:pPr>
    </w:p>
    <w:p>
      <w:pPr>
        <w:spacing w:after="0"/>
      </w:pPr>
      <w:r>
        <w:rPr>
          <w:rFonts w:ascii="Arial" w:hAnsi="Arial"/>
          <w:b/>
          <w:sz w:val="22"/>
        </w:rPr>
        <w:t xml:space="preserve">Lucy  </w:t>
      </w:r>
      <w:r>
        <w:rPr>
          <w:rFonts w:ascii="Arial" w:hAnsi="Arial"/>
          <w:color w:val="5D7284"/>
          <w:sz w:val="22"/>
        </w:rPr>
        <w:t>17:55</w:t>
      </w:r>
    </w:p>
    <w:p>
      <w:pPr>
        <w:spacing w:after="0"/>
      </w:pPr>
      <w:r>
        <w:rPr>
          <w:rFonts w:ascii="Arial" w:hAnsi="Arial"/>
          <w:sz w:val="22"/>
        </w:rPr>
        <w:t xml:space="preserve">Thank you Daisy, the historian keeping a level head like. So what did they try and do to her? Like squirt orange juice in our eyes and say like, oh, that cold compress on for three weeks. Yeah, that's it. </w:t>
      </w:r>
    </w:p>
    <w:p>
      <w:pPr>
        <w:spacing w:after="0"/>
      </w:pPr>
    </w:p>
    <w:p>
      <w:pPr>
        <w:spacing w:after="0"/>
      </w:pPr>
      <w:r>
        <w:rPr>
          <w:rFonts w:ascii="Arial" w:hAnsi="Arial"/>
          <w:b/>
          <w:sz w:val="22"/>
        </w:rPr>
        <w:t xml:space="preserve">Alice  </w:t>
      </w:r>
      <w:r>
        <w:rPr>
          <w:rFonts w:ascii="Arial" w:hAnsi="Arial"/>
          <w:color w:val="5D7284"/>
          <w:sz w:val="22"/>
        </w:rPr>
        <w:t>18:08</w:t>
      </w:r>
    </w:p>
    <w:p>
      <w:pPr>
        <w:spacing w:after="0"/>
      </w:pPr>
      <w:r>
        <w:rPr>
          <w:rFonts w:ascii="Arial" w:hAnsi="Arial"/>
          <w:sz w:val="22"/>
        </w:rPr>
        <w:t>It's a bit , they are a bit more ridiculous than that. So she was treated by the Empress's personal physician who treated Maria by wrapping her head in a papier mache helmet to stop her eyes from twitching.</w:t>
      </w:r>
    </w:p>
    <w:p>
      <w:pPr>
        <w:spacing w:after="0"/>
      </w:pPr>
    </w:p>
    <w:p>
      <w:pPr>
        <w:spacing w:after="0"/>
      </w:pPr>
      <w:r>
        <w:rPr>
          <w:rFonts w:ascii="Arial" w:hAnsi="Arial"/>
          <w:b/>
          <w:sz w:val="22"/>
        </w:rPr>
        <w:t xml:space="preserve">Lucy  </w:t>
      </w:r>
      <w:r>
        <w:rPr>
          <w:rFonts w:ascii="Arial" w:hAnsi="Arial"/>
          <w:color w:val="5D7284"/>
          <w:sz w:val="22"/>
        </w:rPr>
        <w:t>18:33</w:t>
      </w:r>
    </w:p>
    <w:p>
      <w:pPr>
        <w:spacing w:after="0"/>
      </w:pPr>
      <w:r>
        <w:rPr>
          <w:rFonts w:ascii="Arial" w:hAnsi="Arial"/>
          <w:sz w:val="22"/>
        </w:rPr>
        <w:t>What?....(Lucy laughs) so her whole head was covered in papier mache.</w:t>
      </w:r>
    </w:p>
    <w:p>
      <w:pPr>
        <w:spacing w:after="0"/>
      </w:pPr>
    </w:p>
    <w:p>
      <w:pPr>
        <w:spacing w:after="0"/>
      </w:pPr>
      <w:r>
        <w:rPr>
          <w:rFonts w:ascii="Arial" w:hAnsi="Arial"/>
          <w:b/>
          <w:sz w:val="22"/>
        </w:rPr>
        <w:t xml:space="preserve">Alice  </w:t>
      </w:r>
      <w:r>
        <w:rPr>
          <w:rFonts w:ascii="Arial" w:hAnsi="Arial"/>
          <w:color w:val="5D7284"/>
          <w:sz w:val="22"/>
        </w:rPr>
        <w:t>18:38</w:t>
      </w:r>
    </w:p>
    <w:p>
      <w:pPr>
        <w:spacing w:after="0"/>
      </w:pPr>
      <w:r>
        <w:rPr>
          <w:rFonts w:ascii="Arial" w:hAnsi="Arial"/>
          <w:sz w:val="22"/>
        </w:rPr>
        <w:t xml:space="preserve">I don't think it was her whole head. Well, the descriptions I think it was literally like a bike helmet. </w:t>
      </w:r>
    </w:p>
    <w:p>
      <w:pPr>
        <w:spacing w:after="0"/>
      </w:pPr>
    </w:p>
    <w:p>
      <w:pPr>
        <w:spacing w:after="0"/>
      </w:pPr>
      <w:r>
        <w:rPr>
          <w:rFonts w:ascii="Arial" w:hAnsi="Arial"/>
          <w:b/>
          <w:sz w:val="22"/>
        </w:rPr>
        <w:t xml:space="preserve">Lucy  </w:t>
      </w:r>
      <w:r>
        <w:rPr>
          <w:rFonts w:ascii="Arial" w:hAnsi="Arial"/>
          <w:color w:val="5D7284"/>
          <w:sz w:val="22"/>
        </w:rPr>
        <w:t>18:44</w:t>
      </w:r>
    </w:p>
    <w:p>
      <w:pPr>
        <w:spacing w:after="0"/>
      </w:pPr>
      <w:r>
        <w:rPr>
          <w:rFonts w:ascii="Arial" w:hAnsi="Arial"/>
          <w:sz w:val="22"/>
        </w:rPr>
        <w:t>Yeah but I thought if her eyes weren't covered. (Alice) How do we know?</w:t>
      </w:r>
    </w:p>
    <w:p>
      <w:pPr>
        <w:spacing w:after="0"/>
      </w:pPr>
    </w:p>
    <w:p>
      <w:pPr>
        <w:spacing w:after="0"/>
      </w:pPr>
      <w:r>
        <w:rPr>
          <w:rFonts w:ascii="Arial" w:hAnsi="Arial"/>
          <w:b/>
          <w:sz w:val="22"/>
        </w:rPr>
        <w:t xml:space="preserve">Daisy  </w:t>
      </w:r>
      <w:r>
        <w:rPr>
          <w:rFonts w:ascii="Arial" w:hAnsi="Arial"/>
          <w:color w:val="5D7284"/>
          <w:sz w:val="22"/>
        </w:rPr>
        <w:t>18:50</w:t>
      </w:r>
    </w:p>
    <w:p>
      <w:pPr>
        <w:spacing w:after="0"/>
      </w:pPr>
      <w:r>
        <w:rPr>
          <w:rFonts w:ascii="Arial" w:hAnsi="Arial"/>
          <w:sz w:val="22"/>
        </w:rPr>
        <w:t>Even if her eyes were covered they would still be twitching.</w:t>
      </w:r>
    </w:p>
    <w:p>
      <w:pPr>
        <w:spacing w:after="0"/>
      </w:pPr>
    </w:p>
    <w:p>
      <w:pPr>
        <w:spacing w:after="0"/>
      </w:pPr>
      <w:r>
        <w:rPr>
          <w:rFonts w:ascii="Arial" w:hAnsi="Arial"/>
          <w:b/>
          <w:sz w:val="22"/>
        </w:rPr>
        <w:t xml:space="preserve">Lucy  </w:t>
      </w:r>
      <w:r>
        <w:rPr>
          <w:rFonts w:ascii="Arial" w:hAnsi="Arial"/>
          <w:color w:val="5D7284"/>
          <w:sz w:val="22"/>
        </w:rPr>
        <w:t>18:54</w:t>
      </w:r>
    </w:p>
    <w:p>
      <w:pPr>
        <w:spacing w:after="0"/>
      </w:pPr>
      <w:r>
        <w:rPr>
          <w:rFonts w:ascii="Arial" w:hAnsi="Arial"/>
          <w:sz w:val="22"/>
        </w:rPr>
        <w:t>But it's nobody's thinking oh I know what I'll do... I will bandage her head up. And yeah, let's cover her eyes.</w:t>
      </w:r>
    </w:p>
    <w:p>
      <w:pPr>
        <w:spacing w:after="0"/>
      </w:pPr>
    </w:p>
    <w:p>
      <w:pPr>
        <w:spacing w:after="0"/>
      </w:pPr>
      <w:r>
        <w:rPr>
          <w:rFonts w:ascii="Arial" w:hAnsi="Arial"/>
          <w:b/>
          <w:sz w:val="22"/>
        </w:rPr>
        <w:t xml:space="preserve">Alice  </w:t>
      </w:r>
      <w:r>
        <w:rPr>
          <w:rFonts w:ascii="Arial" w:hAnsi="Arial"/>
          <w:color w:val="5D7284"/>
          <w:sz w:val="22"/>
        </w:rPr>
        <w:t>19:03</w:t>
      </w:r>
    </w:p>
    <w:p>
      <w:pPr>
        <w:spacing w:after="0"/>
      </w:pPr>
      <w:r>
        <w:rPr>
          <w:rFonts w:ascii="Arial" w:hAnsi="Arial"/>
          <w:sz w:val="22"/>
        </w:rPr>
        <w:t>And she apparently this was left on for so long that she developed a skin infection. And and had puss and other unpleasant things from under her helmet.(lucy) How long did they leave it on for? I have no idea. It's really like mentioned in passing. And then like, oh, and then this happened, which is maybe where this idea of her being treated with mercury came from as well. So kind of jumps back and forth in the timeline. I've seen multiple references including electrotherapy using a Leyden jar, Leyden jar L ey de n but that might be my bad spellig. Which is basically a jar with electrodes cemented to the inside and outside and then they use... then they attach the other end of the electrodes to her eyes.</w:t>
      </w:r>
    </w:p>
    <w:p>
      <w:pPr>
        <w:spacing w:after="0"/>
      </w:pPr>
    </w:p>
    <w:p>
      <w:pPr>
        <w:spacing w:after="0"/>
      </w:pPr>
      <w:r>
        <w:rPr>
          <w:rFonts w:ascii="Arial" w:hAnsi="Arial"/>
          <w:b/>
          <w:sz w:val="22"/>
        </w:rPr>
        <w:t xml:space="preserve">Lucy  </w:t>
      </w:r>
      <w:r>
        <w:rPr>
          <w:rFonts w:ascii="Arial" w:hAnsi="Arial"/>
          <w:color w:val="5D7284"/>
          <w:sz w:val="22"/>
        </w:rPr>
        <w:t>20:02</w:t>
      </w:r>
    </w:p>
    <w:p>
      <w:pPr>
        <w:spacing w:after="0"/>
      </w:pPr>
      <w:r>
        <w:rPr>
          <w:rFonts w:ascii="Arial" w:hAnsi="Arial"/>
          <w:sz w:val="22"/>
        </w:rPr>
        <w:t>Oh!</w:t>
      </w:r>
    </w:p>
    <w:p>
      <w:pPr>
        <w:spacing w:after="0"/>
      </w:pPr>
    </w:p>
    <w:p>
      <w:pPr>
        <w:spacing w:after="0"/>
      </w:pPr>
      <w:r>
        <w:rPr>
          <w:rFonts w:ascii="Arial" w:hAnsi="Arial"/>
          <w:b/>
          <w:sz w:val="22"/>
        </w:rPr>
        <w:t xml:space="preserve">Alice  </w:t>
      </w:r>
      <w:r>
        <w:rPr>
          <w:rFonts w:ascii="Arial" w:hAnsi="Arial"/>
          <w:color w:val="5D7284"/>
          <w:sz w:val="22"/>
        </w:rPr>
        <w:t>20:05</w:t>
      </w:r>
    </w:p>
    <w:p>
      <w:pPr>
        <w:spacing w:after="0"/>
      </w:pPr>
      <w:r>
        <w:rPr>
          <w:rFonts w:ascii="Arial" w:hAnsi="Arial"/>
          <w:sz w:val="22"/>
        </w:rPr>
        <w:t>Apparently, again, I'm not a scientist, I cant see how that would work without frying her eyeball?...</w:t>
      </w:r>
    </w:p>
    <w:p>
      <w:pPr>
        <w:spacing w:after="0"/>
      </w:pPr>
    </w:p>
    <w:p>
      <w:pPr>
        <w:spacing w:after="0"/>
      </w:pPr>
      <w:r>
        <w:rPr>
          <w:rFonts w:ascii="Arial" w:hAnsi="Arial"/>
          <w:b/>
          <w:sz w:val="22"/>
        </w:rPr>
        <w:t xml:space="preserve">Lucy  </w:t>
      </w:r>
      <w:r>
        <w:rPr>
          <w:rFonts w:ascii="Arial" w:hAnsi="Arial"/>
          <w:color w:val="5D7284"/>
          <w:sz w:val="22"/>
        </w:rPr>
        <w:t>20:17</w:t>
      </w:r>
    </w:p>
    <w:p>
      <w:pPr>
        <w:spacing w:after="0"/>
      </w:pPr>
      <w:r>
        <w:rPr>
          <w:rFonts w:ascii="Arial" w:hAnsi="Arial"/>
          <w:sz w:val="22"/>
        </w:rPr>
        <w:t>No. Why is it about these history lessons that wind me up? Like what is wrong with people?</w:t>
      </w:r>
    </w:p>
    <w:p>
      <w:pPr>
        <w:spacing w:after="0"/>
      </w:pPr>
    </w:p>
    <w:p>
      <w:pPr>
        <w:spacing w:after="0"/>
      </w:pPr>
      <w:r>
        <w:rPr>
          <w:rFonts w:ascii="Arial" w:hAnsi="Arial"/>
          <w:b/>
          <w:sz w:val="22"/>
        </w:rPr>
        <w:t xml:space="preserve">Alice  </w:t>
      </w:r>
      <w:r>
        <w:rPr>
          <w:rFonts w:ascii="Arial" w:hAnsi="Arial"/>
          <w:color w:val="5D7284"/>
          <w:sz w:val="22"/>
        </w:rPr>
        <w:t>20:23</w:t>
      </w:r>
    </w:p>
    <w:p>
      <w:pPr>
        <w:spacing w:after="0"/>
      </w:pPr>
      <w:r>
        <w:rPr>
          <w:rFonts w:ascii="Arial" w:hAnsi="Arial"/>
          <w:sz w:val="22"/>
        </w:rPr>
        <w:t>So as well as the electrotherapy, the papier mache helmet, and the mercury. There was of course, bloodletting and leeches. (lucy) Yeah. And of course, the big thing that everybody always that Maria is kind of remembered for and that you can't get past any research about Maria Theresia von Paradis about. Is because she was also treated by.. by Anton Franz Mesmer. But actually, I think it's Franz Anton Mesmer. But yes, he the the treat the diagnosis of hysterical blindness suits Mesmer quite well, because he, he said that this is what he describes in his journal, which is where a lot of the sources about what so called treatments, and generally what Maria's experience and diagnoses were comes from Mesmer's journals. There's not a lot of other like contemporary surviving sources about her. So she apparently had a complete Asmaurosis attended, attended by spasms in the eyes. As a consequence, she suffered from deep depression and obstructions of the spleen and liver, which caused her to go into transports of delirium.(Lucy)  Right. So, yeah, that very much kind of sounds sounds like a hysterical symptoms. Oh,  a hysterical condition with physical symptoms. So I don't know if Daisy, you want to tell us a little bit about Mesmer. I've got a little bit about what he did actually to treat Maria, but it might be useful to get a bit of an insight into into generally, him and magnetism.</w:t>
      </w:r>
    </w:p>
    <w:p>
      <w:pPr>
        <w:spacing w:after="0"/>
      </w:pPr>
    </w:p>
    <w:p>
      <w:pPr>
        <w:spacing w:after="0"/>
      </w:pPr>
      <w:r>
        <w:rPr>
          <w:rFonts w:ascii="Arial" w:hAnsi="Arial"/>
          <w:b/>
          <w:sz w:val="22"/>
        </w:rPr>
        <w:t xml:space="preserve">Daisy  </w:t>
      </w:r>
      <w:r>
        <w:rPr>
          <w:rFonts w:ascii="Arial" w:hAnsi="Arial"/>
          <w:color w:val="5D7284"/>
          <w:sz w:val="22"/>
        </w:rPr>
        <w:t>22:42</w:t>
      </w:r>
    </w:p>
    <w:p>
      <w:pPr>
        <w:spacing w:after="0"/>
      </w:pPr>
      <w:r>
        <w:rPr>
          <w:rFonts w:ascii="Arial" w:hAnsi="Arial"/>
          <w:sz w:val="22"/>
        </w:rPr>
        <w:t>Yeah. So he did what we would call now...</w:t>
      </w:r>
    </w:p>
    <w:p>
      <w:pPr>
        <w:spacing w:after="0"/>
      </w:pPr>
    </w:p>
    <w:p>
      <w:pPr>
        <w:spacing w:after="0"/>
      </w:pPr>
      <w:r>
        <w:rPr>
          <w:rFonts w:ascii="Arial" w:hAnsi="Arial"/>
          <w:b/>
          <w:sz w:val="22"/>
        </w:rPr>
        <w:t xml:space="preserve">Alice  </w:t>
      </w:r>
      <w:r>
        <w:rPr>
          <w:rFonts w:ascii="Arial" w:hAnsi="Arial"/>
          <w:color w:val="5D7284"/>
          <w:sz w:val="22"/>
        </w:rPr>
        <w:t>22:48</w:t>
      </w:r>
    </w:p>
    <w:p>
      <w:pPr>
        <w:spacing w:after="0"/>
      </w:pPr>
      <w:r>
        <w:rPr>
          <w:rFonts w:ascii="Arial" w:hAnsi="Arial"/>
          <w:sz w:val="22"/>
        </w:rPr>
        <w:t>Nothing.... nothing I'm saying</w:t>
      </w:r>
    </w:p>
    <w:p>
      <w:pPr>
        <w:spacing w:after="0"/>
      </w:pPr>
    </w:p>
    <w:p>
      <w:pPr>
        <w:spacing w:after="0"/>
      </w:pPr>
      <w:r>
        <w:rPr>
          <w:rFonts w:ascii="Arial" w:hAnsi="Arial"/>
          <w:b/>
          <w:sz w:val="22"/>
        </w:rPr>
        <w:t xml:space="preserve">Daisy  </w:t>
      </w:r>
      <w:r>
        <w:rPr>
          <w:rFonts w:ascii="Arial" w:hAnsi="Arial"/>
          <w:color w:val="5D7284"/>
          <w:sz w:val="22"/>
        </w:rPr>
        <w:t>22:51</w:t>
      </w:r>
    </w:p>
    <w:p>
      <w:pPr>
        <w:spacing w:after="0"/>
      </w:pPr>
      <w:r>
        <w:rPr>
          <w:rFonts w:ascii="Arial" w:hAnsi="Arial"/>
          <w:sz w:val="22"/>
        </w:rPr>
        <w:t>Now is essentially developed into what we would now call hypnotism.</w:t>
      </w:r>
    </w:p>
    <w:p>
      <w:pPr>
        <w:spacing w:after="0"/>
      </w:pPr>
    </w:p>
    <w:p>
      <w:pPr>
        <w:spacing w:after="0"/>
      </w:pPr>
      <w:r>
        <w:rPr>
          <w:rFonts w:ascii="Arial" w:hAnsi="Arial"/>
          <w:b/>
          <w:sz w:val="22"/>
        </w:rPr>
        <w:t xml:space="preserve">Lucy  </w:t>
      </w:r>
      <w:r>
        <w:rPr>
          <w:rFonts w:ascii="Arial" w:hAnsi="Arial"/>
          <w:color w:val="5D7284"/>
          <w:sz w:val="22"/>
        </w:rPr>
        <w:t>22:55</w:t>
      </w:r>
    </w:p>
    <w:p>
      <w:pPr>
        <w:spacing w:after="0"/>
      </w:pPr>
      <w:r>
        <w:rPr>
          <w:rFonts w:ascii="Arial" w:hAnsi="Arial"/>
          <w:sz w:val="22"/>
        </w:rPr>
        <w:t>Right. Okay. Well, okay. Yeah. Okay.</w:t>
      </w:r>
    </w:p>
    <w:p>
      <w:pPr>
        <w:spacing w:after="0"/>
      </w:pPr>
    </w:p>
    <w:p>
      <w:pPr>
        <w:spacing w:after="0"/>
      </w:pPr>
      <w:r>
        <w:rPr>
          <w:rFonts w:ascii="Arial" w:hAnsi="Arial"/>
          <w:b/>
          <w:sz w:val="22"/>
        </w:rPr>
        <w:t xml:space="preserve">Daisy  </w:t>
      </w:r>
      <w:r>
        <w:rPr>
          <w:rFonts w:ascii="Arial" w:hAnsi="Arial"/>
          <w:color w:val="5D7284"/>
          <w:sz w:val="22"/>
        </w:rPr>
        <w:t>22:59</w:t>
      </w:r>
    </w:p>
    <w:p>
      <w:pPr>
        <w:spacing w:after="0"/>
      </w:pPr>
      <w:r>
        <w:rPr>
          <w:rFonts w:ascii="Arial" w:hAnsi="Arial"/>
          <w:sz w:val="22"/>
        </w:rPr>
        <w:t>So, what he did is basically based on what, you know, various faith healers and traditional healers had been doing for, you know, centuries, which was, how much the power of suggestion can make a difference to people. But he did it in a very odd roundabout ish type way.</w:t>
      </w:r>
    </w:p>
    <w:p>
      <w:pPr>
        <w:spacing w:after="0"/>
      </w:pPr>
    </w:p>
    <w:p>
      <w:pPr>
        <w:spacing w:after="0"/>
      </w:pPr>
      <w:r>
        <w:rPr>
          <w:rFonts w:ascii="Arial" w:hAnsi="Arial"/>
          <w:b/>
          <w:sz w:val="22"/>
        </w:rPr>
        <w:t xml:space="preserve">Lucy  </w:t>
      </w:r>
      <w:r>
        <w:rPr>
          <w:rFonts w:ascii="Arial" w:hAnsi="Arial"/>
          <w:color w:val="5D7284"/>
          <w:sz w:val="22"/>
        </w:rPr>
        <w:t>23:24</w:t>
      </w:r>
    </w:p>
    <w:p>
      <w:pPr>
        <w:spacing w:after="0"/>
      </w:pPr>
      <w:r>
        <w:rPr>
          <w:rFonts w:ascii="Arial" w:hAnsi="Arial"/>
          <w:sz w:val="22"/>
        </w:rPr>
        <w:t>Okay.</w:t>
      </w:r>
    </w:p>
    <w:p>
      <w:pPr>
        <w:spacing w:after="0"/>
      </w:pPr>
    </w:p>
    <w:p>
      <w:pPr>
        <w:spacing w:after="0"/>
      </w:pPr>
      <w:r>
        <w:rPr>
          <w:rFonts w:ascii="Arial" w:hAnsi="Arial"/>
          <w:b/>
          <w:sz w:val="22"/>
        </w:rPr>
        <w:t xml:space="preserve">Daisy  </w:t>
      </w:r>
      <w:r>
        <w:rPr>
          <w:rFonts w:ascii="Arial" w:hAnsi="Arial"/>
          <w:color w:val="5D7284"/>
          <w:sz w:val="22"/>
        </w:rPr>
        <w:t>23:26</w:t>
      </w:r>
    </w:p>
    <w:p>
      <w:pPr>
        <w:spacing w:after="0"/>
      </w:pPr>
      <w:r>
        <w:rPr>
          <w:rFonts w:ascii="Arial" w:hAnsi="Arial"/>
          <w:sz w:val="22"/>
        </w:rPr>
        <w:t>So he studied medicine, and primarily studied the influences of the planets on the human body.</w:t>
      </w:r>
    </w:p>
    <w:p>
      <w:pPr>
        <w:spacing w:after="0"/>
      </w:pPr>
    </w:p>
    <w:p>
      <w:pPr>
        <w:spacing w:after="0"/>
      </w:pPr>
      <w:r>
        <w:rPr>
          <w:rFonts w:ascii="Arial" w:hAnsi="Arial"/>
          <w:b/>
          <w:sz w:val="22"/>
        </w:rPr>
        <w:t xml:space="preserve">Alice  </w:t>
      </w:r>
      <w:r>
        <w:rPr>
          <w:rFonts w:ascii="Arial" w:hAnsi="Arial"/>
          <w:color w:val="5D7284"/>
          <w:sz w:val="22"/>
        </w:rPr>
        <w:t>23:34</w:t>
      </w:r>
    </w:p>
    <w:p>
      <w:pPr>
        <w:spacing w:after="0"/>
      </w:pPr>
      <w:r>
        <w:rPr>
          <w:rFonts w:ascii="Arial" w:hAnsi="Arial"/>
          <w:sz w:val="22"/>
        </w:rPr>
        <w:t>I do think it's worth saying that this was the time where you could say that you studied medicine because you read a couple of books and went, Yeah, but doctor now. So...</w:t>
      </w:r>
    </w:p>
    <w:p>
      <w:pPr>
        <w:spacing w:after="0"/>
      </w:pPr>
    </w:p>
    <w:p>
      <w:pPr>
        <w:spacing w:after="0"/>
      </w:pPr>
      <w:r>
        <w:rPr>
          <w:rFonts w:ascii="Arial" w:hAnsi="Arial"/>
          <w:b/>
          <w:sz w:val="22"/>
        </w:rPr>
        <w:t xml:space="preserve">Daisy  </w:t>
      </w:r>
      <w:r>
        <w:rPr>
          <w:rFonts w:ascii="Arial" w:hAnsi="Arial"/>
          <w:color w:val="5D7284"/>
          <w:sz w:val="22"/>
        </w:rPr>
        <w:t>23:42</w:t>
      </w:r>
    </w:p>
    <w:p>
      <w:pPr>
        <w:spacing w:after="0"/>
      </w:pPr>
      <w:r>
        <w:rPr>
          <w:rFonts w:ascii="Arial" w:hAnsi="Arial"/>
          <w:sz w:val="22"/>
        </w:rPr>
        <w:t>He did, he did study, but a lot of his thesis was playgiarised.</w:t>
      </w:r>
    </w:p>
    <w:p>
      <w:pPr>
        <w:spacing w:after="0"/>
      </w:pPr>
    </w:p>
    <w:p>
      <w:pPr>
        <w:spacing w:after="0"/>
      </w:pPr>
      <w:r>
        <w:rPr>
          <w:rFonts w:ascii="Arial" w:hAnsi="Arial"/>
          <w:b/>
          <w:sz w:val="22"/>
        </w:rPr>
        <w:t xml:space="preserve">Lucy  </w:t>
      </w:r>
      <w:r>
        <w:rPr>
          <w:rFonts w:ascii="Arial" w:hAnsi="Arial"/>
          <w:color w:val="5D7284"/>
          <w:sz w:val="22"/>
        </w:rPr>
        <w:t>23:48</w:t>
      </w:r>
    </w:p>
    <w:p>
      <w:pPr>
        <w:spacing w:after="0"/>
      </w:pPr>
      <w:r>
        <w:rPr>
          <w:rFonts w:ascii="Arial" w:hAnsi="Arial"/>
          <w:sz w:val="22"/>
        </w:rPr>
        <w:t>Like Astrology? what?!, what?, oh man...Oh, man! So he was an Astrologer, then was he?...</w:t>
      </w:r>
    </w:p>
    <w:p>
      <w:pPr>
        <w:spacing w:after="0"/>
      </w:pPr>
    </w:p>
    <w:p>
      <w:pPr>
        <w:spacing w:after="0"/>
      </w:pPr>
      <w:r>
        <w:rPr>
          <w:rFonts w:ascii="Arial" w:hAnsi="Arial"/>
          <w:b/>
          <w:sz w:val="22"/>
        </w:rPr>
        <w:t xml:space="preserve">Daisy  </w:t>
      </w:r>
      <w:r>
        <w:rPr>
          <w:rFonts w:ascii="Arial" w:hAnsi="Arial"/>
          <w:color w:val="5D7284"/>
          <w:sz w:val="22"/>
        </w:rPr>
        <w:t>24:03</w:t>
      </w:r>
    </w:p>
    <w:p>
      <w:pPr>
        <w:spacing w:after="0"/>
      </w:pPr>
      <w:r>
        <w:rPr>
          <w:rFonts w:ascii="Arial" w:hAnsi="Arial"/>
          <w:sz w:val="22"/>
        </w:rPr>
        <w:t>No, no, no, he was a doctor. (Lucy) He was a doctor. So he basically believed that, you know, how the planets affect tides in the sea, you know, have a similar effect on the various liquids in the human body.</w:t>
      </w:r>
    </w:p>
    <w:p>
      <w:pPr>
        <w:spacing w:after="0"/>
      </w:pPr>
    </w:p>
    <w:p>
      <w:pPr>
        <w:spacing w:after="0"/>
      </w:pPr>
      <w:r>
        <w:rPr>
          <w:rFonts w:ascii="Arial" w:hAnsi="Arial"/>
          <w:b/>
          <w:sz w:val="22"/>
        </w:rPr>
        <w:t xml:space="preserve">Lucy  </w:t>
      </w:r>
      <w:r>
        <w:rPr>
          <w:rFonts w:ascii="Arial" w:hAnsi="Arial"/>
          <w:color w:val="5D7284"/>
          <w:sz w:val="22"/>
        </w:rPr>
        <w:t>24:16</w:t>
      </w:r>
    </w:p>
    <w:p>
      <w:pPr>
        <w:spacing w:after="0"/>
      </w:pPr>
      <w:r>
        <w:rPr>
          <w:rFonts w:ascii="Arial" w:hAnsi="Arial"/>
          <w:sz w:val="22"/>
        </w:rPr>
        <w:t>Right. Okay.</w:t>
      </w:r>
    </w:p>
    <w:p>
      <w:pPr>
        <w:spacing w:after="0"/>
      </w:pPr>
    </w:p>
    <w:p>
      <w:pPr>
        <w:spacing w:after="0"/>
      </w:pPr>
      <w:r>
        <w:rPr>
          <w:rFonts w:ascii="Arial" w:hAnsi="Arial"/>
          <w:b/>
          <w:sz w:val="22"/>
        </w:rPr>
        <w:t xml:space="preserve">Daisy  </w:t>
      </w:r>
      <w:r>
        <w:rPr>
          <w:rFonts w:ascii="Arial" w:hAnsi="Arial"/>
          <w:color w:val="5D7284"/>
          <w:sz w:val="22"/>
        </w:rPr>
        <w:t>24:18</w:t>
      </w:r>
    </w:p>
    <w:p>
      <w:pPr>
        <w:spacing w:after="0"/>
      </w:pPr>
      <w:r>
        <w:rPr>
          <w:rFonts w:ascii="Arial" w:hAnsi="Arial"/>
          <w:sz w:val="22"/>
        </w:rPr>
        <w:t>Which, you know, sounds now a bit ridiculous. But when you think about it, actually, you know, you can see that there's a sort of logic in there. But he believed that there was there was a lot of this magnetic fluid inside human bodies. So where you talk about the channels being blocked out that's.. that's this idea that there is this magnetic fluid in you which is affected by, you know, the planets and the moon, like the tide. And when people needed his help, was when people couldn't move their magnetic fluid around their bodies on their own. So we started off doing this by making them drink Iron and then sticking magnets to them. (Lucy) Okay. As it turned out, that didn't, that wasn't very successful if people didn't know that they had magnets attached to them (Lucy and Alice laugh)</w:t>
      </w:r>
    </w:p>
    <w:p>
      <w:pPr>
        <w:spacing w:after="0"/>
      </w:pPr>
    </w:p>
    <w:p>
      <w:pPr>
        <w:spacing w:after="0"/>
      </w:pPr>
      <w:r>
        <w:rPr>
          <w:rFonts w:ascii="Arial" w:hAnsi="Arial"/>
          <w:b/>
          <w:sz w:val="22"/>
        </w:rPr>
        <w:t xml:space="preserve">Alice  </w:t>
      </w:r>
      <w:r>
        <w:rPr>
          <w:rFonts w:ascii="Arial" w:hAnsi="Arial"/>
          <w:color w:val="5D7284"/>
          <w:sz w:val="22"/>
        </w:rPr>
        <w:t>25:17</w:t>
      </w:r>
    </w:p>
    <w:p>
      <w:pPr>
        <w:spacing w:after="0"/>
      </w:pPr>
      <w:r>
        <w:rPr>
          <w:rFonts w:ascii="Arial" w:hAnsi="Arial"/>
          <w:sz w:val="22"/>
        </w:rPr>
        <w:t>So not even the... it's kind of the opposite of the placebo effect, it's the thing that does nothing really does nothing. If you don't know that it's there.</w:t>
      </w:r>
    </w:p>
    <w:p>
      <w:pPr>
        <w:spacing w:after="0"/>
      </w:pPr>
    </w:p>
    <w:p>
      <w:pPr>
        <w:spacing w:after="0"/>
      </w:pPr>
      <w:r>
        <w:rPr>
          <w:rFonts w:ascii="Arial" w:hAnsi="Arial"/>
          <w:b/>
          <w:sz w:val="22"/>
        </w:rPr>
        <w:t xml:space="preserve">Daisy  </w:t>
      </w:r>
      <w:r>
        <w:rPr>
          <w:rFonts w:ascii="Arial" w:hAnsi="Arial"/>
          <w:color w:val="5D7284"/>
          <w:sz w:val="22"/>
        </w:rPr>
        <w:t>25:27</w:t>
      </w:r>
    </w:p>
    <w:p>
      <w:pPr>
        <w:spacing w:after="0"/>
      </w:pPr>
      <w:r>
        <w:rPr>
          <w:rFonts w:ascii="Arial" w:hAnsi="Arial"/>
          <w:sz w:val="22"/>
        </w:rPr>
        <w:t>Essentially yeah, yeah, that that is that is the placebo effect. Yeah, it's so he was, while it was a technique that we use used by a lot of, you know, faith healers and things like that he, he spent a really really.. like most of his life trying to prove the method scientifically. So he does like, like experiments and like.... royal</w:t>
      </w:r>
    </w:p>
    <w:p>
      <w:pPr>
        <w:spacing w:after="0"/>
      </w:pPr>
    </w:p>
    <w:p>
      <w:pPr>
        <w:spacing w:after="0"/>
      </w:pPr>
      <w:r>
        <w:rPr>
          <w:rFonts w:ascii="Arial" w:hAnsi="Arial"/>
          <w:b/>
          <w:sz w:val="22"/>
        </w:rPr>
        <w:t xml:space="preserve">Alice  </w:t>
      </w:r>
      <w:r>
        <w:rPr>
          <w:rFonts w:ascii="Arial" w:hAnsi="Arial"/>
          <w:color w:val="5D7284"/>
          <w:sz w:val="22"/>
        </w:rPr>
        <w:t>25:57</w:t>
      </w:r>
    </w:p>
    <w:p>
      <w:pPr>
        <w:spacing w:after="0"/>
      </w:pPr>
      <w:r>
        <w:rPr>
          <w:rFonts w:ascii="Arial" w:hAnsi="Arial"/>
          <w:sz w:val="22"/>
        </w:rPr>
        <w:t>He had patrons didn't he..</w:t>
      </w:r>
    </w:p>
    <w:p>
      <w:pPr>
        <w:spacing w:after="0"/>
      </w:pPr>
    </w:p>
    <w:p>
      <w:pPr>
        <w:spacing w:after="0"/>
      </w:pPr>
      <w:r>
        <w:rPr>
          <w:rFonts w:ascii="Arial" w:hAnsi="Arial"/>
          <w:b/>
          <w:sz w:val="22"/>
        </w:rPr>
        <w:t xml:space="preserve">Daisy  </w:t>
      </w:r>
      <w:r>
        <w:rPr>
          <w:rFonts w:ascii="Arial" w:hAnsi="Arial"/>
          <w:color w:val="5D7284"/>
          <w:sz w:val="22"/>
        </w:rPr>
        <w:t>26:00</w:t>
      </w:r>
    </w:p>
    <w:p>
      <w:pPr>
        <w:spacing w:after="0"/>
      </w:pPr>
      <w:r>
        <w:rPr>
          <w:rFonts w:ascii="Arial" w:hAnsi="Arial"/>
          <w:sz w:val="22"/>
        </w:rPr>
        <w:t>Well, it wasn't so much you know, patrons were for the people who were getting the, the treatment, rather than the studying of it. But there was like royal commissions that were set up to try and prove whether this was, you know, an effective medical treatment, because, you know, that's how, you know, that was essentially, you know, like, the governing body for new medicines and treatments and things, was like a Royal commission to figure out whether it worked or not. Yeah. Yeah, supposedly, if, if the various bits around the body, if your fluid was blocked, it would become unblocked while he was treating you, and then you would go into something called a Crisis. Which is basically when all of a sudden everything comes unblocked. And it's all a bit overwhelming. Yeah. Yeah, it would usually be kind of like, you know, hysterical giggling and you know, screaming and laughing and crying and all of that sort of thing. And after that, you'll be better. (Lucy) Right. But he did this by so that that initial stage before the magnetism bit was essentially he put them into almost like a trance. So like hypnotism so it's kind of it's, yeah, he he eventually determined that he didn't need the magnets because his own personal animal magnetism,</w:t>
      </w:r>
    </w:p>
    <w:p>
      <w:pPr>
        <w:spacing w:after="0"/>
      </w:pPr>
    </w:p>
    <w:p>
      <w:pPr>
        <w:spacing w:after="0"/>
      </w:pPr>
      <w:r>
        <w:rPr>
          <w:rFonts w:ascii="Arial" w:hAnsi="Arial"/>
          <w:b/>
          <w:sz w:val="22"/>
        </w:rPr>
        <w:t xml:space="preserve">Lucy  </w:t>
      </w:r>
      <w:r>
        <w:rPr>
          <w:rFonts w:ascii="Arial" w:hAnsi="Arial"/>
          <w:color w:val="5D7284"/>
          <w:sz w:val="22"/>
        </w:rPr>
        <w:t>27:27</w:t>
      </w:r>
    </w:p>
    <w:p>
      <w:pPr>
        <w:spacing w:after="0"/>
      </w:pPr>
      <w:r>
        <w:rPr>
          <w:rFonts w:ascii="Arial" w:hAnsi="Arial"/>
          <w:sz w:val="22"/>
        </w:rPr>
        <w:t>right, okay, (Daisy) As he called it. Right. Okay.</w:t>
      </w:r>
    </w:p>
    <w:p>
      <w:pPr>
        <w:spacing w:after="0"/>
      </w:pPr>
    </w:p>
    <w:p>
      <w:pPr>
        <w:spacing w:after="0"/>
      </w:pPr>
      <w:r>
        <w:rPr>
          <w:rFonts w:ascii="Arial" w:hAnsi="Arial"/>
          <w:b/>
          <w:sz w:val="22"/>
        </w:rPr>
        <w:t xml:space="preserve">Daisy  </w:t>
      </w:r>
      <w:r>
        <w:rPr>
          <w:rFonts w:ascii="Arial" w:hAnsi="Arial"/>
          <w:color w:val="5D7284"/>
          <w:sz w:val="22"/>
        </w:rPr>
        <w:t>27:32</w:t>
      </w:r>
    </w:p>
    <w:p>
      <w:pPr>
        <w:spacing w:after="0"/>
      </w:pPr>
      <w:r>
        <w:rPr>
          <w:rFonts w:ascii="Arial" w:hAnsi="Arial"/>
          <w:sz w:val="22"/>
        </w:rPr>
        <w:t>Was Was that was that was perfectly sufficient. (Lucy laughs) So yeah, he was what he was, he was calling it an artificial tide(Lucy laughs) in these people, and he did, which is like, quite unpleasant actually. To think.</w:t>
      </w:r>
    </w:p>
    <w:p>
      <w:pPr>
        <w:spacing w:after="0"/>
      </w:pPr>
    </w:p>
    <w:p>
      <w:pPr>
        <w:spacing w:after="0"/>
      </w:pPr>
      <w:r>
        <w:rPr>
          <w:rFonts w:ascii="Arial" w:hAnsi="Arial"/>
          <w:b/>
          <w:sz w:val="22"/>
        </w:rPr>
        <w:t xml:space="preserve">Lucy  </w:t>
      </w:r>
      <w:r>
        <w:rPr>
          <w:rFonts w:ascii="Arial" w:hAnsi="Arial"/>
          <w:color w:val="5D7284"/>
          <w:sz w:val="22"/>
        </w:rPr>
        <w:t>27:46</w:t>
      </w:r>
    </w:p>
    <w:p>
      <w:pPr>
        <w:spacing w:after="0"/>
      </w:pPr>
      <w:r>
        <w:rPr>
          <w:rFonts w:ascii="Arial" w:hAnsi="Arial"/>
          <w:sz w:val="22"/>
        </w:rPr>
        <w:t>Yeah. If this guy was on Tinder, you did void him like the plague wouldn't ya?</w:t>
      </w:r>
    </w:p>
    <w:p>
      <w:pPr>
        <w:spacing w:after="0"/>
      </w:pPr>
    </w:p>
    <w:p>
      <w:pPr>
        <w:spacing w:after="0"/>
      </w:pPr>
      <w:r>
        <w:rPr>
          <w:rFonts w:ascii="Arial" w:hAnsi="Arial"/>
          <w:b/>
          <w:sz w:val="22"/>
        </w:rPr>
        <w:t xml:space="preserve">Daisy  </w:t>
      </w:r>
      <w:r>
        <w:rPr>
          <w:rFonts w:ascii="Arial" w:hAnsi="Arial"/>
          <w:color w:val="5D7284"/>
          <w:sz w:val="22"/>
        </w:rPr>
        <w:t>27:50</w:t>
      </w:r>
    </w:p>
    <w:p>
      <w:pPr>
        <w:spacing w:after="0"/>
      </w:pPr>
      <w:r>
        <w:rPr>
          <w:rFonts w:ascii="Arial" w:hAnsi="Arial"/>
          <w:sz w:val="22"/>
        </w:rPr>
        <w:t>Oh, absolutely. Absolutely!.</w:t>
      </w:r>
    </w:p>
    <w:p>
      <w:pPr>
        <w:spacing w:after="0"/>
      </w:pPr>
    </w:p>
    <w:p>
      <w:pPr>
        <w:spacing w:after="0"/>
      </w:pPr>
      <w:r>
        <w:rPr>
          <w:rFonts w:ascii="Arial" w:hAnsi="Arial"/>
          <w:b/>
          <w:sz w:val="22"/>
        </w:rPr>
        <w:t xml:space="preserve">Alice  </w:t>
      </w:r>
      <w:r>
        <w:rPr>
          <w:rFonts w:ascii="Arial" w:hAnsi="Arial"/>
          <w:color w:val="5D7284"/>
          <w:sz w:val="22"/>
        </w:rPr>
        <w:t>27:53</w:t>
      </w:r>
    </w:p>
    <w:p>
      <w:pPr>
        <w:spacing w:after="0"/>
      </w:pPr>
      <w:r>
        <w:rPr>
          <w:rFonts w:ascii="Arial" w:hAnsi="Arial"/>
          <w:sz w:val="22"/>
        </w:rPr>
        <w:t>And the idea that his, his artificial, his animal magnetism is enough to change your personal artificial tide. Just just sounds like he wants to put his penis somewhere you don't want it. (Lucy laughs)</w:t>
      </w:r>
    </w:p>
    <w:p>
      <w:pPr>
        <w:spacing w:after="0"/>
      </w:pPr>
    </w:p>
    <w:p>
      <w:pPr>
        <w:spacing w:after="0"/>
      </w:pPr>
      <w:r>
        <w:rPr>
          <w:rFonts w:ascii="Arial" w:hAnsi="Arial"/>
          <w:b/>
          <w:sz w:val="22"/>
        </w:rPr>
        <w:t xml:space="preserve">Lucy  </w:t>
      </w:r>
      <w:r>
        <w:rPr>
          <w:rFonts w:ascii="Arial" w:hAnsi="Arial"/>
          <w:color w:val="5D7284"/>
          <w:sz w:val="22"/>
        </w:rPr>
        <w:t>28:11</w:t>
      </w:r>
    </w:p>
    <w:p>
      <w:pPr>
        <w:spacing w:after="0"/>
      </w:pPr>
      <w:r>
        <w:rPr>
          <w:rFonts w:ascii="Arial" w:hAnsi="Arial"/>
          <w:sz w:val="22"/>
        </w:rPr>
        <w:t>He does sound like he's got Bob on himself doesn't he really?</w:t>
      </w:r>
    </w:p>
    <w:p>
      <w:pPr>
        <w:spacing w:after="0"/>
      </w:pPr>
    </w:p>
    <w:p>
      <w:pPr>
        <w:spacing w:after="0"/>
      </w:pPr>
      <w:r>
        <w:rPr>
          <w:rFonts w:ascii="Arial" w:hAnsi="Arial"/>
          <w:b/>
          <w:sz w:val="22"/>
        </w:rPr>
        <w:t xml:space="preserve">Daisy  </w:t>
      </w:r>
      <w:r>
        <w:rPr>
          <w:rFonts w:ascii="Arial" w:hAnsi="Arial"/>
          <w:color w:val="5D7284"/>
          <w:sz w:val="22"/>
        </w:rPr>
        <w:t>28:15</w:t>
      </w:r>
    </w:p>
    <w:p>
      <w:pPr>
        <w:spacing w:after="0"/>
      </w:pPr>
      <w:r>
        <w:rPr>
          <w:rFonts w:ascii="Arial" w:hAnsi="Arial"/>
          <w:sz w:val="22"/>
        </w:rPr>
        <w:t>It does. Yeah. So there were lots of people who claim that all of the things that he did, because he you know, he was quite successful, but you know, relieving people's symptoms, certainly, as far as you know, they believed that they were relieved that, you know, lots of people tried to refer to it as either miracles and, or things like that. And he hated that. Because, you know, he was not into this whole, you know, he was a scientist. He wanted to prove that it worked. Scientifically.</w:t>
      </w:r>
    </w:p>
    <w:p>
      <w:pPr>
        <w:spacing w:after="0"/>
      </w:pPr>
    </w:p>
    <w:p>
      <w:pPr>
        <w:spacing w:after="0"/>
      </w:pPr>
      <w:r>
        <w:rPr>
          <w:rFonts w:ascii="Arial" w:hAnsi="Arial"/>
          <w:b/>
          <w:sz w:val="22"/>
        </w:rPr>
        <w:t xml:space="preserve">Alice  </w:t>
      </w:r>
      <w:r>
        <w:rPr>
          <w:rFonts w:ascii="Arial" w:hAnsi="Arial"/>
          <w:color w:val="5D7284"/>
          <w:sz w:val="22"/>
        </w:rPr>
        <w:t>28:40</w:t>
      </w:r>
    </w:p>
    <w:p>
      <w:pPr>
        <w:spacing w:after="0"/>
      </w:pPr>
      <w:r>
        <w:rPr>
          <w:rFonts w:ascii="Arial" w:hAnsi="Arial"/>
          <w:sz w:val="22"/>
        </w:rPr>
        <w:t>Really sorry, but you can't be a scientist and also believe that you inherently are magic because of your animal magnetism.</w:t>
      </w:r>
    </w:p>
    <w:p>
      <w:pPr>
        <w:spacing w:after="0"/>
      </w:pPr>
    </w:p>
    <w:p>
      <w:pPr>
        <w:spacing w:after="0"/>
      </w:pPr>
      <w:r>
        <w:rPr>
          <w:rFonts w:ascii="Arial" w:hAnsi="Arial"/>
          <w:b/>
          <w:sz w:val="22"/>
        </w:rPr>
        <w:t xml:space="preserve">Daisy  </w:t>
      </w:r>
      <w:r>
        <w:rPr>
          <w:rFonts w:ascii="Arial" w:hAnsi="Arial"/>
          <w:color w:val="5D7284"/>
          <w:sz w:val="22"/>
        </w:rPr>
        <w:t>28:50</w:t>
      </w:r>
    </w:p>
    <w:p>
      <w:pPr>
        <w:spacing w:after="0"/>
      </w:pPr>
      <w:r>
        <w:rPr>
          <w:rFonts w:ascii="Arial" w:hAnsi="Arial"/>
          <w:sz w:val="22"/>
        </w:rPr>
        <w:t>Whether is it was a magic. Animal Magnetism means a different thing. Now, now the meaning has developed to be sort of like, you know, I am so..(Lucy) I'm a god.. (Alice) charismatic yeah. Yeah, yeah this is the thing originally, it was that animal magnetism essentially developed into becoming just sort of, you know, someone who was able to, you know, bring a person into that sort of hypnotic trance type state. You know, that's essentially what it's come to mean, even though he was sort of doing the woo woo to someone's body. But his primary influence was, is a priest called Maximilian Hell, Reverend Hell.(Alice Laughs) My God, we're actually after he treated this woman he had to leave Vienna, was sort of run out of the city, but there were still loads of people who wanted his services. So we ended up doing the patrons as Alice said ended up doing like kind of group therapy of this sort of stuff</w:t>
      </w:r>
    </w:p>
    <w:p>
      <w:pPr>
        <w:spacing w:after="0"/>
      </w:pPr>
    </w:p>
    <w:p>
      <w:pPr>
        <w:spacing w:after="0"/>
      </w:pPr>
      <w:r>
        <w:rPr>
          <w:rFonts w:ascii="Arial" w:hAnsi="Arial"/>
          <w:b/>
          <w:sz w:val="22"/>
        </w:rPr>
        <w:t xml:space="preserve">Lucy  </w:t>
      </w:r>
      <w:r>
        <w:rPr>
          <w:rFonts w:ascii="Arial" w:hAnsi="Arial"/>
          <w:color w:val="5D7284"/>
          <w:sz w:val="22"/>
        </w:rPr>
        <w:t>30:02</w:t>
      </w:r>
    </w:p>
    <w:p>
      <w:pPr>
        <w:spacing w:after="0"/>
      </w:pPr>
      <w:r>
        <w:rPr>
          <w:rFonts w:ascii="Arial" w:hAnsi="Arial"/>
          <w:sz w:val="22"/>
        </w:rPr>
        <w:t>Like a retreat, or somewhere</w:t>
      </w:r>
    </w:p>
    <w:p>
      <w:pPr>
        <w:spacing w:after="0"/>
      </w:pPr>
    </w:p>
    <w:p>
      <w:pPr>
        <w:spacing w:after="0"/>
      </w:pPr>
      <w:r>
        <w:rPr>
          <w:rFonts w:ascii="Arial" w:hAnsi="Arial"/>
          <w:b/>
          <w:sz w:val="22"/>
        </w:rPr>
        <w:t xml:space="preserve">Daisy  </w:t>
      </w:r>
      <w:r>
        <w:rPr>
          <w:rFonts w:ascii="Arial" w:hAnsi="Arial"/>
          <w:color w:val="5D7284"/>
          <w:sz w:val="22"/>
        </w:rPr>
        <w:t>30:04</w:t>
      </w:r>
    </w:p>
    <w:p>
      <w:pPr>
        <w:spacing w:after="0"/>
      </w:pPr>
      <w:r>
        <w:rPr>
          <w:rFonts w:ascii="Arial" w:hAnsi="Arial"/>
          <w:sz w:val="22"/>
        </w:rPr>
        <w:t>Less like a retreat or more like, there was a big bucket of water in the middle with rods coming out of it, and you would all sit around the big tub. And then the rods would be electrified slightly. And then they would be brought into that trance and then one of the assistants will come over and touch them, and then he would come over and fix it all and it was very, it became much more theatrical.</w:t>
      </w:r>
    </w:p>
    <w:p>
      <w:pPr>
        <w:spacing w:after="0"/>
      </w:pPr>
    </w:p>
    <w:p>
      <w:pPr>
        <w:spacing w:after="0"/>
      </w:pPr>
      <w:r>
        <w:rPr>
          <w:rFonts w:ascii="Arial" w:hAnsi="Arial"/>
          <w:b/>
          <w:sz w:val="22"/>
        </w:rPr>
        <w:t xml:space="preserve">Lucy  </w:t>
      </w:r>
      <w:r>
        <w:rPr>
          <w:rFonts w:ascii="Arial" w:hAnsi="Arial"/>
          <w:color w:val="5D7284"/>
          <w:sz w:val="22"/>
        </w:rPr>
        <w:t>30:32</w:t>
      </w:r>
    </w:p>
    <w:p>
      <w:pPr>
        <w:spacing w:after="0"/>
      </w:pPr>
      <w:r>
        <w:rPr>
          <w:rFonts w:ascii="Arial" w:hAnsi="Arial"/>
          <w:sz w:val="22"/>
        </w:rPr>
        <w:t>Yes, yes.</w:t>
      </w:r>
    </w:p>
    <w:p>
      <w:pPr>
        <w:spacing w:after="0"/>
      </w:pPr>
    </w:p>
    <w:p>
      <w:pPr>
        <w:spacing w:after="0"/>
      </w:pPr>
      <w:r>
        <w:rPr>
          <w:rFonts w:ascii="Arial" w:hAnsi="Arial"/>
          <w:b/>
          <w:sz w:val="22"/>
        </w:rPr>
        <w:t xml:space="preserve">Alice  </w:t>
      </w:r>
      <w:r>
        <w:rPr>
          <w:rFonts w:ascii="Arial" w:hAnsi="Arial"/>
          <w:color w:val="5D7284"/>
          <w:sz w:val="22"/>
        </w:rPr>
        <w:t>30:33</w:t>
      </w:r>
    </w:p>
    <w:p>
      <w:pPr>
        <w:spacing w:after="0"/>
      </w:pPr>
      <w:r>
        <w:rPr>
          <w:rFonts w:ascii="Arial" w:hAnsi="Arial"/>
          <w:sz w:val="22"/>
        </w:rPr>
        <w:t>Wasn't there in the whole, like sitting around a bathtub and the electrified? Wasn't there also some accusations of a bunch of young women being asked to sit around a bathtub without any clothes on?</w:t>
      </w:r>
    </w:p>
    <w:p>
      <w:pPr>
        <w:spacing w:after="0"/>
      </w:pPr>
    </w:p>
    <w:p>
      <w:pPr>
        <w:spacing w:after="0"/>
      </w:pPr>
      <w:r>
        <w:rPr>
          <w:rFonts w:ascii="Arial" w:hAnsi="Arial"/>
          <w:b/>
          <w:sz w:val="22"/>
        </w:rPr>
        <w:t xml:space="preserve">Daisy  </w:t>
      </w:r>
      <w:r>
        <w:rPr>
          <w:rFonts w:ascii="Arial" w:hAnsi="Arial"/>
          <w:color w:val="5D7284"/>
          <w:sz w:val="22"/>
        </w:rPr>
        <w:t>30:49</w:t>
      </w:r>
    </w:p>
    <w:p>
      <w:pPr>
        <w:spacing w:after="0"/>
      </w:pPr>
      <w:r>
        <w:rPr>
          <w:rFonts w:ascii="Arial" w:hAnsi="Arial"/>
          <w:sz w:val="22"/>
        </w:rPr>
        <w:t>Certainly not that I read, but there was definitely..</w:t>
      </w:r>
    </w:p>
    <w:p>
      <w:pPr>
        <w:spacing w:after="0"/>
      </w:pPr>
    </w:p>
    <w:p>
      <w:pPr>
        <w:spacing w:after="0"/>
      </w:pPr>
      <w:r>
        <w:rPr>
          <w:rFonts w:ascii="Arial" w:hAnsi="Arial"/>
          <w:b/>
          <w:sz w:val="22"/>
        </w:rPr>
        <w:t xml:space="preserve">Lucy  </w:t>
      </w:r>
      <w:r>
        <w:rPr>
          <w:rFonts w:ascii="Arial" w:hAnsi="Arial"/>
          <w:color w:val="5D7284"/>
          <w:sz w:val="22"/>
        </w:rPr>
        <w:t>30:51</w:t>
      </w:r>
    </w:p>
    <w:p>
      <w:pPr>
        <w:spacing w:after="0"/>
      </w:pPr>
      <w:r>
        <w:rPr>
          <w:rFonts w:ascii="Arial" w:hAnsi="Arial"/>
          <w:sz w:val="22"/>
        </w:rPr>
        <w:t>I could believe that though. To be fair.</w:t>
      </w:r>
    </w:p>
    <w:p>
      <w:pPr>
        <w:spacing w:after="0"/>
      </w:pPr>
    </w:p>
    <w:p>
      <w:pPr>
        <w:spacing w:after="0"/>
      </w:pPr>
      <w:r>
        <w:rPr>
          <w:rFonts w:ascii="Arial" w:hAnsi="Arial"/>
          <w:b/>
          <w:sz w:val="22"/>
        </w:rPr>
        <w:t xml:space="preserve">Daisy  </w:t>
      </w:r>
      <w:r>
        <w:rPr>
          <w:rFonts w:ascii="Arial" w:hAnsi="Arial"/>
          <w:color w:val="5D7284"/>
          <w:sz w:val="22"/>
        </w:rPr>
        <w:t>30:55</w:t>
      </w:r>
    </w:p>
    <w:p>
      <w:pPr>
        <w:spacing w:after="0"/>
      </w:pPr>
      <w:r>
        <w:rPr>
          <w:rFonts w:ascii="Arial" w:hAnsi="Arial"/>
          <w:sz w:val="22"/>
        </w:rPr>
        <w:t>There are certainly rumors that him and Maria Theresia had gotten as they described it a bit too close.</w:t>
      </w:r>
    </w:p>
    <w:p>
      <w:pPr>
        <w:spacing w:after="0"/>
      </w:pPr>
    </w:p>
    <w:p>
      <w:pPr>
        <w:spacing w:after="0"/>
      </w:pPr>
      <w:r>
        <w:rPr>
          <w:rFonts w:ascii="Arial" w:hAnsi="Arial"/>
          <w:b/>
          <w:sz w:val="22"/>
        </w:rPr>
        <w:t xml:space="preserve">Alice  </w:t>
      </w:r>
      <w:r>
        <w:rPr>
          <w:rFonts w:ascii="Arial" w:hAnsi="Arial"/>
          <w:color w:val="5D7284"/>
          <w:sz w:val="22"/>
        </w:rPr>
        <w:t>31:02</w:t>
      </w:r>
    </w:p>
    <w:p>
      <w:pPr>
        <w:spacing w:after="0"/>
      </w:pPr>
      <w:r>
        <w:rPr>
          <w:rFonts w:ascii="Arial" w:hAnsi="Arial"/>
          <w:sz w:val="22"/>
        </w:rPr>
        <w:t>She was like17.. 17/18 when he was treating her. So</w:t>
      </w:r>
    </w:p>
    <w:p>
      <w:pPr>
        <w:spacing w:after="0"/>
      </w:pPr>
    </w:p>
    <w:p>
      <w:pPr>
        <w:spacing w:after="0"/>
      </w:pPr>
      <w:r>
        <w:rPr>
          <w:rFonts w:ascii="Arial" w:hAnsi="Arial"/>
          <w:b/>
          <w:sz w:val="22"/>
        </w:rPr>
        <w:t xml:space="preserve">Daisy  </w:t>
      </w:r>
      <w:r>
        <w:rPr>
          <w:rFonts w:ascii="Arial" w:hAnsi="Arial"/>
          <w:color w:val="5D7284"/>
          <w:sz w:val="22"/>
        </w:rPr>
        <w:t>31:08</w:t>
      </w:r>
    </w:p>
    <w:p>
      <w:pPr>
        <w:spacing w:after="0"/>
      </w:pPr>
      <w:r>
        <w:rPr>
          <w:rFonts w:ascii="Arial" w:hAnsi="Arial"/>
          <w:sz w:val="22"/>
        </w:rPr>
        <w:t>18th century that's</w:t>
      </w:r>
    </w:p>
    <w:p>
      <w:pPr>
        <w:spacing w:after="0"/>
      </w:pPr>
    </w:p>
    <w:p>
      <w:pPr>
        <w:spacing w:after="0"/>
      </w:pPr>
      <w:r>
        <w:rPr>
          <w:rFonts w:ascii="Arial" w:hAnsi="Arial"/>
          <w:b/>
          <w:sz w:val="22"/>
        </w:rPr>
        <w:t xml:space="preserve">Lucy  </w:t>
      </w:r>
      <w:r>
        <w:rPr>
          <w:rFonts w:ascii="Arial" w:hAnsi="Arial"/>
          <w:color w:val="5D7284"/>
          <w:sz w:val="22"/>
        </w:rPr>
        <w:t>31:10</w:t>
      </w:r>
    </w:p>
    <w:p>
      <w:pPr>
        <w:spacing w:after="0"/>
      </w:pPr>
      <w:r>
        <w:rPr>
          <w:rFonts w:ascii="Arial" w:hAnsi="Arial"/>
          <w:sz w:val="22"/>
        </w:rPr>
        <w:t xml:space="preserve"> And he said sit in this bathtub, take clothes off.</w:t>
      </w:r>
    </w:p>
    <w:p>
      <w:pPr>
        <w:spacing w:after="0"/>
      </w:pPr>
    </w:p>
    <w:p>
      <w:pPr>
        <w:spacing w:after="0"/>
      </w:pPr>
      <w:r>
        <w:rPr>
          <w:rFonts w:ascii="Arial" w:hAnsi="Arial"/>
          <w:b/>
          <w:sz w:val="22"/>
        </w:rPr>
        <w:t xml:space="preserve">Alice  </w:t>
      </w:r>
      <w:r>
        <w:rPr>
          <w:rFonts w:ascii="Arial" w:hAnsi="Arial"/>
          <w:color w:val="5D7284"/>
          <w:sz w:val="22"/>
        </w:rPr>
        <w:t>31:13</w:t>
      </w:r>
    </w:p>
    <w:p>
      <w:pPr>
        <w:spacing w:after="0"/>
      </w:pPr>
      <w:r>
        <w:rPr>
          <w:rFonts w:ascii="Arial" w:hAnsi="Arial"/>
          <w:sz w:val="22"/>
        </w:rPr>
        <w:t>And I'll bring your eyesight back.</w:t>
      </w:r>
    </w:p>
    <w:p>
      <w:pPr>
        <w:spacing w:after="0"/>
      </w:pPr>
    </w:p>
    <w:p>
      <w:pPr>
        <w:spacing w:after="0"/>
      </w:pPr>
      <w:r>
        <w:rPr>
          <w:rFonts w:ascii="Arial" w:hAnsi="Arial"/>
          <w:b/>
          <w:sz w:val="22"/>
        </w:rPr>
        <w:t xml:space="preserve">Daisy  </w:t>
      </w:r>
      <w:r>
        <w:rPr>
          <w:rFonts w:ascii="Arial" w:hAnsi="Arial"/>
          <w:color w:val="5D7284"/>
          <w:sz w:val="22"/>
        </w:rPr>
        <w:t>31:16</w:t>
      </w:r>
    </w:p>
    <w:p>
      <w:pPr>
        <w:spacing w:after="0"/>
      </w:pPr>
      <w:r>
        <w:rPr>
          <w:rFonts w:ascii="Arial" w:hAnsi="Arial"/>
          <w:sz w:val="22"/>
        </w:rPr>
        <w:t>There is so as far as I found no suggestion that any of these things would be necessary to do while unclothed.</w:t>
      </w:r>
    </w:p>
    <w:p>
      <w:pPr>
        <w:spacing w:after="0"/>
      </w:pPr>
    </w:p>
    <w:p>
      <w:pPr>
        <w:spacing w:after="0"/>
      </w:pPr>
      <w:r>
        <w:rPr>
          <w:rFonts w:ascii="Arial" w:hAnsi="Arial"/>
          <w:b/>
          <w:sz w:val="22"/>
        </w:rPr>
        <w:t xml:space="preserve">Lucy  </w:t>
      </w:r>
      <w:r>
        <w:rPr>
          <w:rFonts w:ascii="Arial" w:hAnsi="Arial"/>
          <w:color w:val="5D7284"/>
          <w:sz w:val="22"/>
        </w:rPr>
        <w:t>31:28</w:t>
      </w:r>
    </w:p>
    <w:p>
      <w:pPr>
        <w:spacing w:after="0"/>
      </w:pPr>
      <w:r>
        <w:rPr>
          <w:rFonts w:ascii="Arial" w:hAnsi="Arial"/>
          <w:sz w:val="22"/>
        </w:rPr>
        <w:t>Are we just going a regular pudding here Daisy? (Alice laughs)</w:t>
      </w:r>
    </w:p>
    <w:p>
      <w:pPr>
        <w:spacing w:after="0"/>
      </w:pPr>
    </w:p>
    <w:p>
      <w:pPr>
        <w:spacing w:after="0"/>
      </w:pPr>
      <w:r>
        <w:rPr>
          <w:rFonts w:ascii="Arial" w:hAnsi="Arial"/>
          <w:b/>
          <w:sz w:val="22"/>
        </w:rPr>
        <w:t xml:space="preserve">Daisy  </w:t>
      </w:r>
      <w:r>
        <w:rPr>
          <w:rFonts w:ascii="Arial" w:hAnsi="Arial"/>
          <w:color w:val="5D7284"/>
          <w:sz w:val="22"/>
        </w:rPr>
        <w:t>31:31</w:t>
      </w:r>
    </w:p>
    <w:p>
      <w:pPr>
        <w:spacing w:after="0"/>
      </w:pPr>
      <w:r>
        <w:rPr>
          <w:rFonts w:ascii="Arial" w:hAnsi="Arial"/>
          <w:sz w:val="22"/>
        </w:rPr>
        <w:t>This is something you're making up.</w:t>
      </w:r>
    </w:p>
    <w:p>
      <w:pPr>
        <w:spacing w:after="0"/>
      </w:pPr>
    </w:p>
    <w:p>
      <w:pPr>
        <w:spacing w:after="0"/>
      </w:pPr>
      <w:r>
        <w:rPr>
          <w:rFonts w:ascii="Arial" w:hAnsi="Arial"/>
          <w:b/>
          <w:sz w:val="22"/>
        </w:rPr>
        <w:t xml:space="preserve">Alice  </w:t>
      </w:r>
      <w:r>
        <w:rPr>
          <w:rFonts w:ascii="Arial" w:hAnsi="Arial"/>
          <w:color w:val="5D7284"/>
          <w:sz w:val="22"/>
        </w:rPr>
        <w:t>31:32</w:t>
      </w:r>
    </w:p>
    <w:p>
      <w:pPr>
        <w:spacing w:after="0"/>
      </w:pPr>
      <w:r>
        <w:rPr>
          <w:rFonts w:ascii="Arial" w:hAnsi="Arial"/>
          <w:sz w:val="22"/>
        </w:rPr>
        <w:t>Oh no, I'm again. I blame I'm gonna blame Sydney and Justin for this because the first place I heard about Maria is was the sawbones episode on mesmerism and I am 97% certain that they were like, there was there was some unnecessary nakedness.</w:t>
      </w:r>
    </w:p>
    <w:p>
      <w:pPr>
        <w:spacing w:after="0"/>
      </w:pPr>
    </w:p>
    <w:p>
      <w:pPr>
        <w:spacing w:after="0"/>
      </w:pPr>
      <w:r>
        <w:rPr>
          <w:rFonts w:ascii="Arial" w:hAnsi="Arial"/>
          <w:b/>
          <w:sz w:val="22"/>
        </w:rPr>
        <w:t xml:space="preserve">Daisy  </w:t>
      </w:r>
      <w:r>
        <w:rPr>
          <w:rFonts w:ascii="Arial" w:hAnsi="Arial"/>
          <w:color w:val="5D7284"/>
          <w:sz w:val="22"/>
        </w:rPr>
        <w:t>31:53</w:t>
      </w:r>
    </w:p>
    <w:p>
      <w:pPr>
        <w:spacing w:after="0"/>
      </w:pPr>
      <w:r>
        <w:rPr>
          <w:rFonts w:ascii="Arial" w:hAnsi="Arial"/>
          <w:sz w:val="22"/>
        </w:rPr>
        <w:t>But I mean, yeah, there isn't every person's life realistically.</w:t>
      </w:r>
    </w:p>
    <w:p>
      <w:pPr>
        <w:spacing w:after="0"/>
      </w:pPr>
    </w:p>
    <w:p>
      <w:pPr>
        <w:spacing w:after="0"/>
      </w:pPr>
      <w:r>
        <w:rPr>
          <w:rFonts w:ascii="Arial" w:hAnsi="Arial"/>
          <w:b/>
          <w:sz w:val="22"/>
        </w:rPr>
        <w:t xml:space="preserve">Alice  </w:t>
      </w:r>
      <w:r>
        <w:rPr>
          <w:rFonts w:ascii="Arial" w:hAnsi="Arial"/>
          <w:color w:val="5D7284"/>
          <w:sz w:val="22"/>
        </w:rPr>
        <w:t>31:57</w:t>
      </w:r>
    </w:p>
    <w:p>
      <w:pPr>
        <w:spacing w:after="0"/>
      </w:pPr>
      <w:r>
        <w:rPr>
          <w:rFonts w:ascii="Arial" w:hAnsi="Arial"/>
          <w:sz w:val="22"/>
        </w:rPr>
        <w:t>I mean, I've been married for four and a half years there's a lot of unnecessary nakedness in my in.. my life these days. No we're married now leave me alone. (Lucy laughs)</w:t>
      </w:r>
    </w:p>
    <w:p>
      <w:pPr>
        <w:spacing w:after="0"/>
      </w:pPr>
    </w:p>
    <w:p>
      <w:pPr>
        <w:spacing w:after="0"/>
      </w:pPr>
      <w:r>
        <w:rPr>
          <w:rFonts w:ascii="Arial" w:hAnsi="Arial"/>
          <w:b/>
          <w:sz w:val="22"/>
        </w:rPr>
        <w:t xml:space="preserve">Lucy  </w:t>
      </w:r>
      <w:r>
        <w:rPr>
          <w:rFonts w:ascii="Arial" w:hAnsi="Arial"/>
          <w:color w:val="5D7284"/>
          <w:sz w:val="22"/>
        </w:rPr>
        <w:t>32:11</w:t>
      </w:r>
    </w:p>
    <w:p>
      <w:pPr>
        <w:spacing w:after="0"/>
      </w:pPr>
      <w:r>
        <w:rPr>
          <w:rFonts w:ascii="Arial" w:hAnsi="Arial"/>
          <w:sz w:val="22"/>
        </w:rPr>
        <w:t>Ok..keep going (Laughing)</w:t>
      </w:r>
    </w:p>
    <w:p>
      <w:pPr>
        <w:spacing w:after="0"/>
      </w:pPr>
    </w:p>
    <w:p>
      <w:pPr>
        <w:spacing w:after="0"/>
      </w:pPr>
      <w:r>
        <w:rPr>
          <w:rFonts w:ascii="Arial" w:hAnsi="Arial"/>
          <w:b/>
          <w:sz w:val="22"/>
        </w:rPr>
        <w:t xml:space="preserve">Alice  </w:t>
      </w:r>
      <w:r>
        <w:rPr>
          <w:rFonts w:ascii="Arial" w:hAnsi="Arial"/>
          <w:color w:val="5D7284"/>
          <w:sz w:val="22"/>
        </w:rPr>
        <w:t>32:12</w:t>
      </w:r>
    </w:p>
    <w:p>
      <w:pPr>
        <w:spacing w:after="0"/>
      </w:pPr>
      <w:r>
        <w:rPr>
          <w:rFonts w:ascii="Arial" w:hAnsi="Arial"/>
          <w:sz w:val="22"/>
        </w:rPr>
        <w:t>Ah. So one of the things that Mesmer used to treat Maria was a glass harmonica. Which those are harmonium. Which of those you know, you know, when you fill a bunch of wine glasses with different levels of water?</w:t>
      </w:r>
    </w:p>
    <w:p>
      <w:pPr>
        <w:spacing w:after="0"/>
      </w:pPr>
    </w:p>
    <w:p>
      <w:pPr>
        <w:spacing w:after="0"/>
      </w:pPr>
      <w:r>
        <w:rPr>
          <w:rFonts w:ascii="Arial" w:hAnsi="Arial"/>
          <w:b/>
          <w:sz w:val="22"/>
        </w:rPr>
        <w:t xml:space="preserve">Lucy  </w:t>
      </w:r>
      <w:r>
        <w:rPr>
          <w:rFonts w:ascii="Arial" w:hAnsi="Arial"/>
          <w:color w:val="5D7284"/>
          <w:sz w:val="22"/>
        </w:rPr>
        <w:t>32:31</w:t>
      </w:r>
    </w:p>
    <w:p>
      <w:pPr>
        <w:spacing w:after="0"/>
      </w:pPr>
      <w:r>
        <w:rPr>
          <w:rFonts w:ascii="Arial" w:hAnsi="Arial"/>
          <w:sz w:val="22"/>
        </w:rPr>
        <w:t>Yeah, you lick your finger?  And Ooo... (Alice laughs)</w:t>
      </w:r>
    </w:p>
    <w:p>
      <w:pPr>
        <w:spacing w:after="0"/>
      </w:pPr>
    </w:p>
    <w:p>
      <w:pPr>
        <w:spacing w:after="0"/>
      </w:pPr>
      <w:r>
        <w:rPr>
          <w:rFonts w:ascii="Arial" w:hAnsi="Arial"/>
          <w:b/>
          <w:sz w:val="22"/>
        </w:rPr>
        <w:t xml:space="preserve">Alice  </w:t>
      </w:r>
      <w:r>
        <w:rPr>
          <w:rFonts w:ascii="Arial" w:hAnsi="Arial"/>
          <w:color w:val="5D7284"/>
          <w:sz w:val="22"/>
        </w:rPr>
        <w:t>32:33</w:t>
      </w:r>
    </w:p>
    <w:p>
      <w:pPr>
        <w:spacing w:after="0"/>
      </w:pPr>
      <w:r>
        <w:rPr>
          <w:rFonts w:ascii="Arial" w:hAnsi="Arial"/>
          <w:sz w:val="22"/>
        </w:rPr>
        <w:t>What an excellent noise (laughs)  I really enjoyed that noise.</w:t>
      </w:r>
    </w:p>
    <w:p>
      <w:pPr>
        <w:spacing w:after="0"/>
      </w:pPr>
    </w:p>
    <w:p>
      <w:pPr>
        <w:spacing w:after="0"/>
      </w:pPr>
      <w:r>
        <w:rPr>
          <w:rFonts w:ascii="Arial" w:hAnsi="Arial"/>
          <w:b/>
          <w:sz w:val="22"/>
        </w:rPr>
        <w:t xml:space="preserve">Lucy  </w:t>
      </w:r>
      <w:r>
        <w:rPr>
          <w:rFonts w:ascii="Arial" w:hAnsi="Arial"/>
          <w:color w:val="5D7284"/>
          <w:sz w:val="22"/>
        </w:rPr>
        <w:t>32:45</w:t>
      </w:r>
    </w:p>
    <w:p>
      <w:pPr>
        <w:spacing w:after="0"/>
      </w:pPr>
      <w:r>
        <w:rPr>
          <w:rFonts w:ascii="Arial" w:hAnsi="Arial"/>
          <w:sz w:val="22"/>
        </w:rPr>
        <w:t>Text me for this as a ringtone for £9.99</w:t>
      </w:r>
    </w:p>
    <w:p>
      <w:pPr>
        <w:spacing w:after="0"/>
      </w:pPr>
    </w:p>
    <w:p>
      <w:pPr>
        <w:spacing w:after="0"/>
      </w:pPr>
      <w:r>
        <w:rPr>
          <w:rFonts w:ascii="Arial" w:hAnsi="Arial"/>
          <w:b/>
          <w:sz w:val="22"/>
        </w:rPr>
        <w:t xml:space="preserve">Alice  </w:t>
      </w:r>
      <w:r>
        <w:rPr>
          <w:rFonts w:ascii="Arial" w:hAnsi="Arial"/>
          <w:color w:val="5D7284"/>
          <w:sz w:val="22"/>
        </w:rPr>
        <w:t>32:47</w:t>
      </w:r>
    </w:p>
    <w:p>
      <w:pPr>
        <w:spacing w:after="0"/>
      </w:pPr>
      <w:r>
        <w:rPr>
          <w:rFonts w:ascii="Arial" w:hAnsi="Arial"/>
          <w:sz w:val="22"/>
        </w:rPr>
        <w:t>No. Like some kind of, like dying bird of prey,</w:t>
      </w:r>
    </w:p>
    <w:p>
      <w:pPr>
        <w:spacing w:after="0"/>
      </w:pPr>
    </w:p>
    <w:p>
      <w:pPr>
        <w:spacing w:after="0"/>
      </w:pPr>
      <w:r>
        <w:rPr>
          <w:rFonts w:ascii="Arial" w:hAnsi="Arial"/>
          <w:b/>
          <w:sz w:val="22"/>
        </w:rPr>
        <w:t xml:space="preserve">Lucy  </w:t>
      </w:r>
      <w:r>
        <w:rPr>
          <w:rFonts w:ascii="Arial" w:hAnsi="Arial"/>
          <w:color w:val="5D7284"/>
          <w:sz w:val="22"/>
        </w:rPr>
        <w:t>32:56</w:t>
      </w:r>
    </w:p>
    <w:p>
      <w:pPr>
        <w:spacing w:after="0"/>
      </w:pPr>
      <w:r>
        <w:rPr>
          <w:rFonts w:ascii="Arial" w:hAnsi="Arial"/>
          <w:sz w:val="22"/>
        </w:rPr>
        <w:t>What i meant was, it was meant to be. (Lucy immitates glass blowing noise)</w:t>
      </w:r>
    </w:p>
    <w:p>
      <w:pPr>
        <w:spacing w:after="0"/>
      </w:pPr>
    </w:p>
    <w:p>
      <w:pPr>
        <w:spacing w:after="0"/>
      </w:pPr>
      <w:r>
        <w:rPr>
          <w:rFonts w:ascii="Arial" w:hAnsi="Arial"/>
          <w:b/>
          <w:sz w:val="22"/>
        </w:rPr>
        <w:t xml:space="preserve">Alice  </w:t>
      </w:r>
      <w:r>
        <w:rPr>
          <w:rFonts w:ascii="Arial" w:hAnsi="Arial"/>
          <w:color w:val="5D7284"/>
          <w:sz w:val="22"/>
        </w:rPr>
        <w:t>33:05</w:t>
      </w:r>
    </w:p>
    <w:p>
      <w:pPr>
        <w:spacing w:after="0"/>
      </w:pPr>
      <w:r>
        <w:rPr>
          <w:rFonts w:ascii="Arial" w:hAnsi="Arial"/>
          <w:sz w:val="22"/>
        </w:rPr>
        <w:t>So yeah, that's that was that was how he cured her blindness was a glass harmonica. (Lucy laughs)</w:t>
      </w:r>
    </w:p>
    <w:p>
      <w:pPr>
        <w:spacing w:after="0"/>
      </w:pPr>
    </w:p>
    <w:p>
      <w:pPr>
        <w:spacing w:after="0"/>
      </w:pPr>
      <w:r>
        <w:rPr>
          <w:rFonts w:ascii="Arial" w:hAnsi="Arial"/>
          <w:b/>
          <w:sz w:val="22"/>
        </w:rPr>
        <w:t xml:space="preserve">Daisy  </w:t>
      </w:r>
      <w:r>
        <w:rPr>
          <w:rFonts w:ascii="Arial" w:hAnsi="Arial"/>
          <w:color w:val="5D7284"/>
          <w:sz w:val="22"/>
        </w:rPr>
        <w:t>33:12</w:t>
      </w:r>
    </w:p>
    <w:p>
      <w:pPr>
        <w:spacing w:after="0"/>
      </w:pPr>
      <w:r>
        <w:rPr>
          <w:rFonts w:ascii="Arial" w:hAnsi="Arial"/>
          <w:sz w:val="22"/>
        </w:rPr>
        <w:t>Supposedly, he only partially cured her blindness.</w:t>
      </w:r>
    </w:p>
    <w:p>
      <w:pPr>
        <w:spacing w:after="0"/>
      </w:pPr>
    </w:p>
    <w:p>
      <w:pPr>
        <w:spacing w:after="0"/>
      </w:pPr>
      <w:r>
        <w:rPr>
          <w:rFonts w:ascii="Arial" w:hAnsi="Arial"/>
          <w:b/>
          <w:sz w:val="22"/>
        </w:rPr>
        <w:t xml:space="preserve">Alice  </w:t>
      </w:r>
      <w:r>
        <w:rPr>
          <w:rFonts w:ascii="Arial" w:hAnsi="Arial"/>
          <w:color w:val="5D7284"/>
          <w:sz w:val="22"/>
        </w:rPr>
        <w:t>33:15</w:t>
      </w:r>
    </w:p>
    <w:p>
      <w:pPr>
        <w:spacing w:after="0"/>
      </w:pPr>
      <w:r>
        <w:rPr>
          <w:rFonts w:ascii="Arial" w:hAnsi="Arial"/>
          <w:sz w:val="22"/>
        </w:rPr>
        <w:t>No. So yeah, it worked. But only for a bit. When they stopped hanging out together, it stopped working.</w:t>
      </w:r>
    </w:p>
    <w:p>
      <w:pPr>
        <w:spacing w:after="0"/>
      </w:pPr>
    </w:p>
    <w:p>
      <w:pPr>
        <w:spacing w:after="0"/>
      </w:pPr>
      <w:r>
        <w:rPr>
          <w:rFonts w:ascii="Arial" w:hAnsi="Arial"/>
          <w:b/>
          <w:sz w:val="22"/>
        </w:rPr>
        <w:t xml:space="preserve">Lucy  </w:t>
      </w:r>
      <w:r>
        <w:rPr>
          <w:rFonts w:ascii="Arial" w:hAnsi="Arial"/>
          <w:color w:val="5D7284"/>
          <w:sz w:val="22"/>
        </w:rPr>
        <w:t>33:23</w:t>
      </w:r>
    </w:p>
    <w:p>
      <w:pPr>
        <w:spacing w:after="0"/>
      </w:pPr>
      <w:r>
        <w:rPr>
          <w:rFonts w:ascii="Arial" w:hAnsi="Arial"/>
          <w:sz w:val="22"/>
        </w:rPr>
        <w:t>Oh well..</w:t>
      </w:r>
    </w:p>
    <w:p>
      <w:pPr>
        <w:spacing w:after="0"/>
      </w:pPr>
    </w:p>
    <w:p>
      <w:pPr>
        <w:spacing w:after="0"/>
      </w:pPr>
      <w:r>
        <w:rPr>
          <w:rFonts w:ascii="Arial" w:hAnsi="Arial"/>
          <w:b/>
          <w:sz w:val="22"/>
        </w:rPr>
        <w:t xml:space="preserve">Daisy  </w:t>
      </w:r>
      <w:r>
        <w:rPr>
          <w:rFonts w:ascii="Arial" w:hAnsi="Arial"/>
          <w:color w:val="5D7284"/>
          <w:sz w:val="22"/>
        </w:rPr>
        <w:t>33:25</w:t>
      </w:r>
    </w:p>
    <w:p>
      <w:pPr>
        <w:spacing w:after="0"/>
      </w:pPr>
      <w:r>
        <w:rPr>
          <w:rFonts w:ascii="Arial" w:hAnsi="Arial"/>
          <w:sz w:val="22"/>
        </w:rPr>
        <w:t>But also there was there was some issue with her father as well, who essentially either wanted her to be fully cured, therefore part of a miracle or not be cured at all, because you know, then people wouldn't be interested in his blind daughter. Who was an excellent pianist.</w:t>
      </w:r>
    </w:p>
    <w:p>
      <w:pPr>
        <w:spacing w:after="0"/>
      </w:pPr>
    </w:p>
    <w:p>
      <w:pPr>
        <w:spacing w:after="0"/>
      </w:pPr>
      <w:r>
        <w:rPr>
          <w:rFonts w:ascii="Arial" w:hAnsi="Arial"/>
          <w:b/>
          <w:sz w:val="22"/>
        </w:rPr>
        <w:t xml:space="preserve">Alice  </w:t>
      </w:r>
      <w:r>
        <w:rPr>
          <w:rFonts w:ascii="Arial" w:hAnsi="Arial"/>
          <w:color w:val="5D7284"/>
          <w:sz w:val="22"/>
        </w:rPr>
        <w:t>33:43</w:t>
      </w:r>
    </w:p>
    <w:p>
      <w:pPr>
        <w:spacing w:after="0"/>
      </w:pPr>
      <w:r>
        <w:rPr>
          <w:rFonts w:ascii="Arial" w:hAnsi="Arial"/>
          <w:sz w:val="22"/>
        </w:rPr>
        <w:t>Yes, yes</w:t>
      </w:r>
    </w:p>
    <w:p>
      <w:pPr>
        <w:spacing w:after="0"/>
      </w:pPr>
    </w:p>
    <w:p>
      <w:pPr>
        <w:spacing w:after="0"/>
      </w:pPr>
      <w:r>
        <w:rPr>
          <w:rFonts w:ascii="Arial" w:hAnsi="Arial"/>
          <w:b/>
          <w:sz w:val="22"/>
        </w:rPr>
        <w:t xml:space="preserve">Lucy  </w:t>
      </w:r>
      <w:r>
        <w:rPr>
          <w:rFonts w:ascii="Arial" w:hAnsi="Arial"/>
          <w:color w:val="5D7284"/>
          <w:sz w:val="22"/>
        </w:rPr>
        <w:t>33:44</w:t>
      </w:r>
    </w:p>
    <w:p>
      <w:pPr>
        <w:spacing w:after="0"/>
      </w:pPr>
      <w:r>
        <w:rPr>
          <w:rFonts w:ascii="Arial" w:hAnsi="Arial"/>
          <w:sz w:val="22"/>
        </w:rPr>
        <w:t xml:space="preserve">Yes, I see. </w:t>
      </w:r>
    </w:p>
    <w:p>
      <w:pPr>
        <w:spacing w:after="0"/>
      </w:pPr>
    </w:p>
    <w:p>
      <w:pPr>
        <w:spacing w:after="0"/>
      </w:pPr>
      <w:r>
        <w:rPr>
          <w:rFonts w:ascii="Arial" w:hAnsi="Arial"/>
          <w:b/>
          <w:sz w:val="22"/>
        </w:rPr>
        <w:t xml:space="preserve">Alice  </w:t>
      </w:r>
      <w:r>
        <w:rPr>
          <w:rFonts w:ascii="Arial" w:hAnsi="Arial"/>
          <w:color w:val="5D7284"/>
          <w:sz w:val="22"/>
        </w:rPr>
        <w:t>33:45</w:t>
      </w:r>
    </w:p>
    <w:p>
      <w:pPr>
        <w:spacing w:after="0"/>
      </w:pPr>
      <w:r>
        <w:rPr>
          <w:rFonts w:ascii="Arial" w:hAnsi="Arial"/>
          <w:sz w:val="22"/>
        </w:rPr>
        <w:t>Yes there was talk of her apparently losing her talent when she regained her sight.</w:t>
      </w:r>
    </w:p>
    <w:p>
      <w:pPr>
        <w:spacing w:after="0"/>
      </w:pPr>
    </w:p>
    <w:p>
      <w:pPr>
        <w:spacing w:after="0"/>
      </w:pPr>
      <w:r>
        <w:rPr>
          <w:rFonts w:ascii="Arial" w:hAnsi="Arial"/>
          <w:b/>
          <w:sz w:val="22"/>
        </w:rPr>
        <w:t xml:space="preserve">Daisy  </w:t>
      </w:r>
      <w:r>
        <w:rPr>
          <w:rFonts w:ascii="Arial" w:hAnsi="Arial"/>
          <w:color w:val="5D7284"/>
          <w:sz w:val="22"/>
        </w:rPr>
        <w:t>33:51</w:t>
      </w:r>
    </w:p>
    <w:p>
      <w:pPr>
        <w:spacing w:after="0"/>
      </w:pPr>
      <w:r>
        <w:rPr>
          <w:rFonts w:ascii="Arial" w:hAnsi="Arial"/>
          <w:sz w:val="22"/>
        </w:rPr>
        <w:t>But it's just that people aren't as interested in sort who can see playing the piano very well.</w:t>
      </w:r>
    </w:p>
    <w:p>
      <w:pPr>
        <w:spacing w:after="0"/>
      </w:pPr>
    </w:p>
    <w:p>
      <w:pPr>
        <w:spacing w:after="0"/>
      </w:pPr>
      <w:r>
        <w:rPr>
          <w:rFonts w:ascii="Arial" w:hAnsi="Arial"/>
          <w:b/>
          <w:sz w:val="22"/>
        </w:rPr>
        <w:t xml:space="preserve">Lucy  </w:t>
      </w:r>
      <w:r>
        <w:rPr>
          <w:rFonts w:ascii="Arial" w:hAnsi="Arial"/>
          <w:color w:val="5D7284"/>
          <w:sz w:val="22"/>
        </w:rPr>
        <w:t>33:57</w:t>
      </w:r>
    </w:p>
    <w:p>
      <w:pPr>
        <w:spacing w:after="0"/>
      </w:pPr>
      <w:r>
        <w:rPr>
          <w:rFonts w:ascii="Arial" w:hAnsi="Arial"/>
          <w:sz w:val="22"/>
        </w:rPr>
        <w:t>No exactly, yeah yeah. It's her USP is the fact that she can play piano and also she's blind.</w:t>
      </w:r>
    </w:p>
    <w:p>
      <w:pPr>
        <w:spacing w:after="0"/>
      </w:pPr>
    </w:p>
    <w:p>
      <w:pPr>
        <w:spacing w:after="0"/>
      </w:pPr>
      <w:r>
        <w:rPr>
          <w:rFonts w:ascii="Arial" w:hAnsi="Arial"/>
          <w:b/>
          <w:sz w:val="22"/>
        </w:rPr>
        <w:t xml:space="preserve">Alice  </w:t>
      </w:r>
      <w:r>
        <w:rPr>
          <w:rFonts w:ascii="Arial" w:hAnsi="Arial"/>
          <w:color w:val="5D7284"/>
          <w:sz w:val="22"/>
        </w:rPr>
        <w:t>34:04</w:t>
      </w:r>
    </w:p>
    <w:p>
      <w:pPr>
        <w:spacing w:after="0"/>
      </w:pPr>
      <w:r>
        <w:rPr>
          <w:rFonts w:ascii="Arial" w:hAnsi="Arial"/>
          <w:sz w:val="22"/>
        </w:rPr>
        <w:t>Yeah. (Alice mumbles). Do you have anything else you want to say about Mesmer? Daisy? (Daisy) Yeah. Go on then.</w:t>
      </w:r>
    </w:p>
    <w:p>
      <w:pPr>
        <w:spacing w:after="0"/>
      </w:pPr>
    </w:p>
    <w:p>
      <w:pPr>
        <w:spacing w:after="0"/>
      </w:pPr>
      <w:r>
        <w:rPr>
          <w:rFonts w:ascii="Arial" w:hAnsi="Arial"/>
          <w:b/>
          <w:sz w:val="22"/>
        </w:rPr>
        <w:t xml:space="preserve">Daisy  </w:t>
      </w:r>
      <w:r>
        <w:rPr>
          <w:rFonts w:ascii="Arial" w:hAnsi="Arial"/>
          <w:color w:val="5D7284"/>
          <w:sz w:val="22"/>
        </w:rPr>
        <w:t>34:13</w:t>
      </w:r>
    </w:p>
    <w:p>
      <w:pPr>
        <w:spacing w:after="0"/>
      </w:pPr>
      <w:r>
        <w:rPr>
          <w:rFonts w:ascii="Arial" w:hAnsi="Arial"/>
          <w:sz w:val="22"/>
        </w:rPr>
        <w:t>Because there were loads and loads and loads of people who said that this worked...but incorrectly, you know, so many, like, first hand accounts of things that worked. And it seems that, you know, a good amount of the stuff is substantially true.</w:t>
      </w:r>
    </w:p>
    <w:p>
      <w:pPr>
        <w:spacing w:after="0"/>
      </w:pPr>
    </w:p>
    <w:p>
      <w:pPr>
        <w:spacing w:after="0"/>
      </w:pPr>
      <w:r>
        <w:rPr>
          <w:rFonts w:ascii="Arial" w:hAnsi="Arial"/>
          <w:b/>
          <w:sz w:val="22"/>
        </w:rPr>
        <w:t xml:space="preserve">Alice  </w:t>
      </w:r>
      <w:r>
        <w:rPr>
          <w:rFonts w:ascii="Arial" w:hAnsi="Arial"/>
          <w:color w:val="5D7284"/>
          <w:sz w:val="22"/>
        </w:rPr>
        <w:t>34:28</w:t>
      </w:r>
    </w:p>
    <w:p>
      <w:pPr>
        <w:spacing w:after="0"/>
      </w:pPr>
      <w:r>
        <w:rPr>
          <w:rFonts w:ascii="Arial" w:hAnsi="Arial"/>
          <w:sz w:val="22"/>
        </w:rPr>
        <w:t>Which is why it's all available on the NHS because it was so successful and useful. We now use it on a daily basis... Yeah.</w:t>
      </w:r>
    </w:p>
    <w:p>
      <w:pPr>
        <w:spacing w:after="0"/>
      </w:pPr>
    </w:p>
    <w:p>
      <w:pPr>
        <w:spacing w:after="0"/>
      </w:pPr>
      <w:r>
        <w:rPr>
          <w:rFonts w:ascii="Arial" w:hAnsi="Arial"/>
          <w:b/>
          <w:sz w:val="22"/>
        </w:rPr>
        <w:t xml:space="preserve">Daisy  </w:t>
      </w:r>
      <w:r>
        <w:rPr>
          <w:rFonts w:ascii="Arial" w:hAnsi="Arial"/>
          <w:color w:val="5D7284"/>
          <w:sz w:val="22"/>
        </w:rPr>
        <w:t>34:38</w:t>
      </w:r>
    </w:p>
    <w:p>
      <w:pPr>
        <w:spacing w:after="0"/>
      </w:pPr>
      <w:r>
        <w:rPr>
          <w:rFonts w:ascii="Arial" w:hAnsi="Arial"/>
          <w:sz w:val="22"/>
        </w:rPr>
        <w:t xml:space="preserve">Yeah, yeah. So there was Harriet Martineau. Right, who many of you may not know, but she is a very interesting person. I think I've written about her before, or at least I've been meaning to. I can't remember. </w:t>
      </w:r>
    </w:p>
    <w:p>
      <w:pPr>
        <w:spacing w:after="0"/>
      </w:pPr>
    </w:p>
    <w:p>
      <w:pPr>
        <w:spacing w:after="0"/>
      </w:pPr>
      <w:r>
        <w:rPr>
          <w:rFonts w:ascii="Arial" w:hAnsi="Arial"/>
          <w:b/>
          <w:sz w:val="22"/>
        </w:rPr>
        <w:t xml:space="preserve">Alice  </w:t>
      </w:r>
      <w:r>
        <w:rPr>
          <w:rFonts w:ascii="Arial" w:hAnsi="Arial"/>
          <w:color w:val="5D7284"/>
          <w:sz w:val="22"/>
        </w:rPr>
        <w:t>34:54</w:t>
      </w:r>
    </w:p>
    <w:p>
      <w:pPr>
        <w:spacing w:after="0"/>
      </w:pPr>
      <w:r>
        <w:rPr>
          <w:rFonts w:ascii="Arial" w:hAnsi="Arial"/>
          <w:sz w:val="22"/>
        </w:rPr>
        <w:t>Upcoming after school club, I think.</w:t>
      </w:r>
    </w:p>
    <w:p>
      <w:pPr>
        <w:spacing w:after="0"/>
      </w:pPr>
    </w:p>
    <w:p>
      <w:pPr>
        <w:spacing w:after="0"/>
      </w:pPr>
      <w:r>
        <w:rPr>
          <w:rFonts w:ascii="Arial" w:hAnsi="Arial"/>
          <w:b/>
          <w:sz w:val="22"/>
        </w:rPr>
        <w:t xml:space="preserve">Daisy  </w:t>
      </w:r>
      <w:r>
        <w:rPr>
          <w:rFonts w:ascii="Arial" w:hAnsi="Arial"/>
          <w:color w:val="5D7284"/>
          <w:sz w:val="22"/>
        </w:rPr>
        <w:t>34:57</w:t>
      </w:r>
    </w:p>
    <w:p>
      <w:pPr>
        <w:spacing w:after="0"/>
      </w:pPr>
      <w:r>
        <w:rPr>
          <w:rFonts w:ascii="Arial" w:hAnsi="Arial"/>
          <w:sz w:val="22"/>
        </w:rPr>
        <w:t>Yeah, she was a deaf sociologist (Alice) Cool. Who was from around near me in Bristol, (Alice) Cool. And she was treated by mesmerism. And she wrote an article called The mesmeric cure of a cow. And then the sequel, which was a distressing effects in the doctor upon the removal of disease from a cow. (All laugh)</w:t>
      </w:r>
    </w:p>
    <w:p>
      <w:pPr>
        <w:spacing w:after="0"/>
      </w:pPr>
    </w:p>
    <w:p>
      <w:pPr>
        <w:spacing w:after="0"/>
      </w:pPr>
      <w:r>
        <w:rPr>
          <w:rFonts w:ascii="Arial" w:hAnsi="Arial"/>
          <w:b/>
          <w:sz w:val="22"/>
        </w:rPr>
        <w:t xml:space="preserve">Lucy  </w:t>
      </w:r>
      <w:r>
        <w:rPr>
          <w:rFonts w:ascii="Arial" w:hAnsi="Arial"/>
          <w:color w:val="5D7284"/>
          <w:sz w:val="22"/>
        </w:rPr>
        <w:t>35:30</w:t>
      </w:r>
    </w:p>
    <w:p>
      <w:pPr>
        <w:spacing w:after="0"/>
      </w:pPr>
      <w:r>
        <w:rPr>
          <w:rFonts w:ascii="Arial" w:hAnsi="Arial"/>
          <w:sz w:val="22"/>
        </w:rPr>
        <w:t>Proper, like local newspaper headlines (Lucy laughing)</w:t>
      </w:r>
    </w:p>
    <w:p>
      <w:pPr>
        <w:spacing w:after="0"/>
      </w:pPr>
    </w:p>
    <w:p>
      <w:pPr>
        <w:spacing w:after="0"/>
      </w:pPr>
      <w:r>
        <w:rPr>
          <w:rFonts w:ascii="Arial" w:hAnsi="Arial"/>
          <w:b/>
          <w:sz w:val="22"/>
        </w:rPr>
        <w:t xml:space="preserve">Daisy  </w:t>
      </w:r>
      <w:r>
        <w:rPr>
          <w:rFonts w:ascii="Arial" w:hAnsi="Arial"/>
          <w:color w:val="5D7284"/>
          <w:sz w:val="22"/>
        </w:rPr>
        <w:t>35:33</w:t>
      </w:r>
    </w:p>
    <w:p>
      <w:pPr>
        <w:spacing w:after="0"/>
      </w:pPr>
      <w:r>
        <w:rPr>
          <w:rFonts w:ascii="Arial" w:hAnsi="Arial"/>
          <w:sz w:val="22"/>
        </w:rPr>
        <w:t>Basically, yeah, it'd be as time has gone on people have, you know, they've accepted the benefits of this and they've just kind of, you know, trimmed away all of the, you know, sort of nonsense fat around around the edge, but no, he, he spent his whole life trying to prove that this did work.. work medically, like through all of these various, you know, experiments and trials and all of that sort of thing.</w:t>
      </w:r>
    </w:p>
    <w:p>
      <w:pPr>
        <w:spacing w:after="0"/>
      </w:pPr>
    </w:p>
    <w:p>
      <w:pPr>
        <w:spacing w:after="0"/>
      </w:pPr>
      <w:r>
        <w:rPr>
          <w:rFonts w:ascii="Arial" w:hAnsi="Arial"/>
          <w:b/>
          <w:sz w:val="22"/>
        </w:rPr>
        <w:t xml:space="preserve">Alice  </w:t>
      </w:r>
      <w:r>
        <w:rPr>
          <w:rFonts w:ascii="Arial" w:hAnsi="Arial"/>
          <w:color w:val="5D7284"/>
          <w:sz w:val="22"/>
        </w:rPr>
        <w:t>36:01</w:t>
      </w:r>
    </w:p>
    <w:p>
      <w:pPr>
        <w:spacing w:after="0"/>
      </w:pPr>
      <w:r>
        <w:rPr>
          <w:rFonts w:ascii="Arial" w:hAnsi="Arial"/>
          <w:sz w:val="22"/>
        </w:rPr>
        <w:t>I feel like it's quite important that we should say fundament, like the fundamental idea that our bodies have got magnetised fluids in them that can be affected by the planets is not true. The way I saw... (Daisy) Absolutely not. No, but I just feel like we should put that out as a bit of a medical disclaimer.</w:t>
      </w:r>
    </w:p>
    <w:p>
      <w:pPr>
        <w:spacing w:after="0"/>
      </w:pPr>
    </w:p>
    <w:p>
      <w:pPr>
        <w:spacing w:after="0"/>
      </w:pPr>
      <w:r>
        <w:rPr>
          <w:rFonts w:ascii="Arial" w:hAnsi="Arial"/>
          <w:b/>
          <w:sz w:val="22"/>
        </w:rPr>
        <w:t xml:space="preserve">Lucy  </w:t>
      </w:r>
      <w:r>
        <w:rPr>
          <w:rFonts w:ascii="Arial" w:hAnsi="Arial"/>
          <w:color w:val="5D7284"/>
          <w:sz w:val="22"/>
        </w:rPr>
        <w:t>36:22</w:t>
      </w:r>
    </w:p>
    <w:p>
      <w:pPr>
        <w:spacing w:after="0"/>
      </w:pPr>
      <w:r>
        <w:rPr>
          <w:rFonts w:ascii="Arial" w:hAnsi="Arial"/>
          <w:sz w:val="22"/>
        </w:rPr>
        <w:t>At the top of it, like we do realize, yeah, It's not all to do with magnets.</w:t>
      </w:r>
    </w:p>
    <w:p>
      <w:pPr>
        <w:spacing w:after="0"/>
      </w:pPr>
    </w:p>
    <w:p>
      <w:pPr>
        <w:spacing w:after="0"/>
      </w:pPr>
      <w:r>
        <w:rPr>
          <w:rFonts w:ascii="Arial" w:hAnsi="Arial"/>
          <w:b/>
          <w:sz w:val="22"/>
        </w:rPr>
        <w:t xml:space="preserve">Alice  </w:t>
      </w:r>
      <w:r>
        <w:rPr>
          <w:rFonts w:ascii="Arial" w:hAnsi="Arial"/>
          <w:color w:val="5D7284"/>
          <w:sz w:val="22"/>
        </w:rPr>
        <w:t>36:27</w:t>
      </w:r>
    </w:p>
    <w:p>
      <w:pPr>
        <w:spacing w:after="0"/>
      </w:pPr>
      <w:r>
        <w:rPr>
          <w:rFonts w:ascii="Arial" w:hAnsi="Arial"/>
          <w:sz w:val="22"/>
        </w:rPr>
        <w:t>We are not doctors, but we're fairly certain Yeah, yeah. swallowing a bunch of iron and rubbing a magnet up and down your tummy is not going to make you better.</w:t>
      </w:r>
    </w:p>
    <w:p>
      <w:pPr>
        <w:spacing w:after="0"/>
      </w:pPr>
    </w:p>
    <w:p>
      <w:pPr>
        <w:spacing w:after="0"/>
      </w:pPr>
      <w:r>
        <w:rPr>
          <w:rFonts w:ascii="Arial" w:hAnsi="Arial"/>
          <w:b/>
          <w:sz w:val="22"/>
        </w:rPr>
        <w:t xml:space="preserve">Lucy  </w:t>
      </w:r>
      <w:r>
        <w:rPr>
          <w:rFonts w:ascii="Arial" w:hAnsi="Arial"/>
          <w:color w:val="5D7284"/>
          <w:sz w:val="22"/>
        </w:rPr>
        <w:t>36:38</w:t>
      </w:r>
    </w:p>
    <w:p>
      <w:pPr>
        <w:spacing w:after="0"/>
      </w:pPr>
      <w:r>
        <w:rPr>
          <w:rFonts w:ascii="Arial" w:hAnsi="Arial"/>
          <w:sz w:val="22"/>
        </w:rPr>
        <w:t>I sort of I am thinking about this and relating it to like modern day is a bit like..You know, when you go to like these, these sort of meditation retreats, and they say, I'm going to release your chakras and everything will be will feel much more relaxed and calm. Is it a similar sort of thing to that Daisy? Or am I...?</w:t>
      </w:r>
    </w:p>
    <w:p>
      <w:pPr>
        <w:spacing w:after="0"/>
      </w:pPr>
    </w:p>
    <w:p>
      <w:pPr>
        <w:spacing w:after="0"/>
      </w:pPr>
      <w:r>
        <w:rPr>
          <w:rFonts w:ascii="Arial" w:hAnsi="Arial"/>
          <w:b/>
          <w:sz w:val="22"/>
        </w:rPr>
        <w:t xml:space="preserve">Daisy  </w:t>
      </w:r>
      <w:r>
        <w:rPr>
          <w:rFonts w:ascii="Arial" w:hAnsi="Arial"/>
          <w:color w:val="5D7284"/>
          <w:sz w:val="22"/>
        </w:rPr>
        <w:t>37:01</w:t>
      </w:r>
    </w:p>
    <w:p>
      <w:pPr>
        <w:spacing w:after="0"/>
      </w:pPr>
      <w:r>
        <w:rPr>
          <w:rFonts w:ascii="Arial" w:hAnsi="Arial"/>
          <w:sz w:val="22"/>
        </w:rPr>
        <w:t>Yeah, yeah, essentially, it's yeah, that, you know, the basis of the thing itself is, you know, the power of suggestion, making people feel like they're being listened to. And that's kind of anything over the top. It's kind of like the, you know, essentially the story that you use to sell it.</w:t>
      </w:r>
    </w:p>
    <w:p>
      <w:pPr>
        <w:spacing w:after="0"/>
      </w:pPr>
    </w:p>
    <w:p>
      <w:pPr>
        <w:spacing w:after="0"/>
      </w:pPr>
      <w:r>
        <w:rPr>
          <w:rFonts w:ascii="Arial" w:hAnsi="Arial"/>
          <w:b/>
          <w:sz w:val="22"/>
        </w:rPr>
        <w:t xml:space="preserve">Lucy  </w:t>
      </w:r>
      <w:r>
        <w:rPr>
          <w:rFonts w:ascii="Arial" w:hAnsi="Arial"/>
          <w:color w:val="5D7284"/>
          <w:sz w:val="22"/>
        </w:rPr>
        <w:t>37:20</w:t>
      </w:r>
    </w:p>
    <w:p>
      <w:pPr>
        <w:spacing w:after="0"/>
      </w:pPr>
      <w:r>
        <w:rPr>
          <w:rFonts w:ascii="Arial" w:hAnsi="Arial"/>
          <w:sz w:val="22"/>
        </w:rPr>
        <w:t>Yeah. Yeah, the bells and whistles. Yeah</w:t>
      </w:r>
    </w:p>
    <w:p>
      <w:pPr>
        <w:spacing w:after="0"/>
      </w:pPr>
    </w:p>
    <w:p>
      <w:pPr>
        <w:spacing w:after="0"/>
      </w:pPr>
      <w:r>
        <w:rPr>
          <w:rFonts w:ascii="Arial" w:hAnsi="Arial"/>
          <w:b/>
          <w:sz w:val="22"/>
        </w:rPr>
        <w:t xml:space="preserve">Alice  </w:t>
      </w:r>
      <w:r>
        <w:rPr>
          <w:rFonts w:ascii="Arial" w:hAnsi="Arial"/>
          <w:color w:val="5D7284"/>
          <w:sz w:val="22"/>
        </w:rPr>
        <w:t>37:24</w:t>
      </w:r>
    </w:p>
    <w:p>
      <w:pPr>
        <w:spacing w:after="0"/>
      </w:pPr>
      <w:r>
        <w:rPr>
          <w:rFonts w:ascii="Arial" w:hAnsi="Arial"/>
          <w:sz w:val="22"/>
        </w:rPr>
        <w:t>Because meditation works, it helps people with, you know, being calm and being mindful and things like that, but Auras and, you know, Reiki and is it Reiki which is the one that with the crystals?</w:t>
      </w:r>
    </w:p>
    <w:p>
      <w:pPr>
        <w:spacing w:after="0"/>
      </w:pPr>
    </w:p>
    <w:p>
      <w:pPr>
        <w:spacing w:after="0"/>
      </w:pPr>
      <w:r>
        <w:rPr>
          <w:rFonts w:ascii="Arial" w:hAnsi="Arial"/>
          <w:b/>
          <w:sz w:val="22"/>
        </w:rPr>
        <w:t xml:space="preserve">Daisy  </w:t>
      </w:r>
      <w:r>
        <w:rPr>
          <w:rFonts w:ascii="Arial" w:hAnsi="Arial"/>
          <w:color w:val="5D7284"/>
          <w:sz w:val="22"/>
        </w:rPr>
        <w:t>37:40</w:t>
      </w:r>
    </w:p>
    <w:p>
      <w:pPr>
        <w:spacing w:after="0"/>
      </w:pPr>
      <w:r>
        <w:rPr>
          <w:rFonts w:ascii="Arial" w:hAnsi="Arial"/>
          <w:sz w:val="22"/>
        </w:rPr>
        <w:t>I don't know what you mean. (Alice) But but, but crystals crystals don't work. Is like Reiki is supposedly, you know, that one where you don't have to touch people, and you can sort of affect the...(Lucy) Yeah, yeah. People. And that's, that is essentially what I had, in my mind the whole time. I'm reading about mesmerism (Lucy) Yeah, yeah. Cuz that's, that sounds identical to (Alice) Yeah. Is this idea that you're somehow changing something internally without, you know, actually touching anyone.</w:t>
      </w:r>
    </w:p>
    <w:p>
      <w:pPr>
        <w:spacing w:after="0"/>
      </w:pPr>
    </w:p>
    <w:p>
      <w:pPr>
        <w:spacing w:after="0"/>
      </w:pPr>
      <w:r>
        <w:rPr>
          <w:rFonts w:ascii="Arial" w:hAnsi="Arial"/>
          <w:b/>
          <w:sz w:val="22"/>
        </w:rPr>
        <w:t xml:space="preserve">Lucy  </w:t>
      </w:r>
      <w:r>
        <w:rPr>
          <w:rFonts w:ascii="Arial" w:hAnsi="Arial"/>
          <w:color w:val="5D7284"/>
          <w:sz w:val="22"/>
        </w:rPr>
        <w:t>38:07</w:t>
      </w:r>
    </w:p>
    <w:p>
      <w:pPr>
        <w:spacing w:after="0"/>
      </w:pPr>
      <w:r>
        <w:rPr>
          <w:rFonts w:ascii="Arial" w:hAnsi="Arial"/>
          <w:sz w:val="22"/>
        </w:rPr>
        <w:t>Actually doing anything? So it's almost like he added the magnets as if to like,</w:t>
      </w:r>
    </w:p>
    <w:p>
      <w:pPr>
        <w:spacing w:after="0"/>
      </w:pPr>
    </w:p>
    <w:p>
      <w:pPr>
        <w:spacing w:after="0"/>
      </w:pPr>
      <w:r>
        <w:rPr>
          <w:rFonts w:ascii="Arial" w:hAnsi="Arial"/>
          <w:b/>
          <w:sz w:val="22"/>
        </w:rPr>
        <w:t xml:space="preserve">Alice  </w:t>
      </w:r>
      <w:r>
        <w:rPr>
          <w:rFonts w:ascii="Arial" w:hAnsi="Arial"/>
          <w:color w:val="5D7284"/>
          <w:sz w:val="22"/>
        </w:rPr>
        <w:t>38:12</w:t>
      </w:r>
    </w:p>
    <w:p>
      <w:pPr>
        <w:spacing w:after="0"/>
      </w:pPr>
      <w:r>
        <w:rPr>
          <w:rFonts w:ascii="Arial" w:hAnsi="Arial"/>
          <w:sz w:val="22"/>
        </w:rPr>
        <w:t>He went, he went, just listening and talking to people, if we're going to sell enough books, what I need to do is put some song and dance on it.</w:t>
      </w:r>
    </w:p>
    <w:p>
      <w:pPr>
        <w:spacing w:after="0"/>
      </w:pPr>
    </w:p>
    <w:p>
      <w:pPr>
        <w:spacing w:after="0"/>
      </w:pPr>
      <w:r>
        <w:rPr>
          <w:rFonts w:ascii="Arial" w:hAnsi="Arial"/>
          <w:b/>
          <w:sz w:val="22"/>
        </w:rPr>
        <w:t xml:space="preserve">Daisy  </w:t>
      </w:r>
      <w:r>
        <w:rPr>
          <w:rFonts w:ascii="Arial" w:hAnsi="Arial"/>
          <w:color w:val="5D7284"/>
          <w:sz w:val="22"/>
        </w:rPr>
        <w:t>38:21</w:t>
      </w:r>
    </w:p>
    <w:p>
      <w:pPr>
        <w:spacing w:after="0"/>
      </w:pPr>
      <w:r>
        <w:rPr>
          <w:rFonts w:ascii="Arial" w:hAnsi="Arial"/>
          <w:sz w:val="22"/>
        </w:rPr>
        <w:t>Yeah, he genuinely believed this, like he spent, you know, all of his time, studying, you know, thinking about how tides and magnetism affected, you know, the body. And, you know, it's a thing, it's very, you know, this thing when I wrote about this kind of, you know, originally last year, and I was very critical of the whole thing, you know, inevitably by, you know, how I am... (Lucy laughs) To a certain extent, it's kind of like, you know, we can mock, but this was, you know, a long time ago, and...(Lucy) yeah. And like, in the context of time, it wasn't actually all that stupid.</w:t>
      </w:r>
    </w:p>
    <w:p>
      <w:pPr>
        <w:spacing w:after="0"/>
      </w:pPr>
    </w:p>
    <w:p>
      <w:pPr>
        <w:spacing w:after="0"/>
      </w:pPr>
      <w:r>
        <w:rPr>
          <w:rFonts w:ascii="Arial" w:hAnsi="Arial"/>
          <w:b/>
          <w:sz w:val="22"/>
        </w:rPr>
        <w:t xml:space="preserve">Alice  </w:t>
      </w:r>
      <w:r>
        <w:rPr>
          <w:rFonts w:ascii="Arial" w:hAnsi="Arial"/>
          <w:color w:val="5D7284"/>
          <w:sz w:val="22"/>
        </w:rPr>
        <w:t>39:01</w:t>
      </w:r>
    </w:p>
    <w:p>
      <w:pPr>
        <w:spacing w:after="0"/>
      </w:pPr>
      <w:r>
        <w:rPr>
          <w:rFonts w:ascii="Arial" w:hAnsi="Arial"/>
          <w:sz w:val="22"/>
        </w:rPr>
        <w:t>True, considering we didn't know anything about anything. This isn't the maddest thing we could have come up with.</w:t>
      </w:r>
    </w:p>
    <w:p>
      <w:pPr>
        <w:spacing w:after="0"/>
      </w:pPr>
    </w:p>
    <w:p>
      <w:pPr>
        <w:spacing w:after="0"/>
      </w:pPr>
      <w:r>
        <w:rPr>
          <w:rFonts w:ascii="Arial" w:hAnsi="Arial"/>
          <w:b/>
          <w:sz w:val="22"/>
        </w:rPr>
        <w:t xml:space="preserve">Daisy  </w:t>
      </w:r>
      <w:r>
        <w:rPr>
          <w:rFonts w:ascii="Arial" w:hAnsi="Arial"/>
          <w:color w:val="5D7284"/>
          <w:sz w:val="22"/>
        </w:rPr>
        <w:t>39:09</w:t>
      </w:r>
    </w:p>
    <w:p>
      <w:pPr>
        <w:spacing w:after="0"/>
      </w:pPr>
      <w:r>
        <w:rPr>
          <w:rFonts w:ascii="Arial" w:hAnsi="Arial"/>
          <w:sz w:val="22"/>
        </w:rPr>
        <w:t>No, and particularly, you know, given the primary focus of, you know, the medical care that these people have received up until that point, being drinking mercury or blood letting ...(Alice) Oh, yeah. Or why don't we put some leeches in your eyes... (Alice) Yeah. (Lucy) Oh man!. But like, this is, you know, comparatively?</w:t>
      </w:r>
    </w:p>
    <w:p>
      <w:pPr>
        <w:spacing w:after="0"/>
      </w:pPr>
    </w:p>
    <w:p>
      <w:pPr>
        <w:spacing w:after="0"/>
      </w:pPr>
      <w:r>
        <w:rPr>
          <w:rFonts w:ascii="Arial" w:hAnsi="Arial"/>
          <w:b/>
          <w:sz w:val="22"/>
        </w:rPr>
        <w:t xml:space="preserve">Lucy  </w:t>
      </w:r>
      <w:r>
        <w:rPr>
          <w:rFonts w:ascii="Arial" w:hAnsi="Arial"/>
          <w:color w:val="5D7284"/>
          <w:sz w:val="22"/>
        </w:rPr>
        <w:t>39:33</w:t>
      </w:r>
    </w:p>
    <w:p>
      <w:pPr>
        <w:spacing w:after="0"/>
      </w:pPr>
      <w:r>
        <w:rPr>
          <w:rFonts w:ascii="Arial" w:hAnsi="Arial"/>
          <w:sz w:val="22"/>
        </w:rPr>
        <w:t>Yeah, quite nice, quite comfortable. Yeah. Quite nice. It's not gonna hurt, particularly.</w:t>
      </w:r>
    </w:p>
    <w:p>
      <w:pPr>
        <w:spacing w:after="0"/>
      </w:pPr>
    </w:p>
    <w:p>
      <w:pPr>
        <w:spacing w:after="0"/>
      </w:pPr>
      <w:r>
        <w:rPr>
          <w:rFonts w:ascii="Arial" w:hAnsi="Arial"/>
          <w:b/>
          <w:sz w:val="22"/>
        </w:rPr>
        <w:t xml:space="preserve">Daisy  </w:t>
      </w:r>
      <w:r>
        <w:rPr>
          <w:rFonts w:ascii="Arial" w:hAnsi="Arial"/>
          <w:color w:val="5D7284"/>
          <w:sz w:val="22"/>
        </w:rPr>
        <w:t>39:38</w:t>
      </w:r>
    </w:p>
    <w:p>
      <w:pPr>
        <w:spacing w:after="0"/>
      </w:pPr>
      <w:r>
        <w:rPr>
          <w:rFonts w:ascii="Arial" w:hAnsi="Arial"/>
          <w:sz w:val="22"/>
        </w:rPr>
        <w:t>One case scenario, is that nothing changes.(Alice) Yeah,</w:t>
      </w:r>
    </w:p>
    <w:p>
      <w:pPr>
        <w:spacing w:after="0"/>
      </w:pPr>
    </w:p>
    <w:p>
      <w:pPr>
        <w:spacing w:after="0"/>
      </w:pPr>
      <w:r>
        <w:rPr>
          <w:rFonts w:ascii="Arial" w:hAnsi="Arial"/>
          <w:b/>
          <w:sz w:val="22"/>
        </w:rPr>
        <w:t xml:space="preserve">Alice  </w:t>
      </w:r>
      <w:r>
        <w:rPr>
          <w:rFonts w:ascii="Arial" w:hAnsi="Arial"/>
          <w:color w:val="5D7284"/>
          <w:sz w:val="22"/>
        </w:rPr>
        <w:t>39:41</w:t>
      </w:r>
    </w:p>
    <w:p>
      <w:pPr>
        <w:spacing w:after="0"/>
      </w:pPr>
      <w:r>
        <w:rPr>
          <w:rFonts w:ascii="Arial" w:hAnsi="Arial"/>
          <w:sz w:val="22"/>
        </w:rPr>
        <w:t>Yeah. He listens to you for a bit and plays his wine glasses, and you just kind of chill out for an hour and if you feel better...awesome.</w:t>
      </w:r>
    </w:p>
    <w:p>
      <w:pPr>
        <w:spacing w:after="0"/>
      </w:pPr>
    </w:p>
    <w:p>
      <w:pPr>
        <w:spacing w:after="0"/>
      </w:pPr>
      <w:r>
        <w:rPr>
          <w:rFonts w:ascii="Arial" w:hAnsi="Arial"/>
          <w:b/>
          <w:sz w:val="22"/>
        </w:rPr>
        <w:t xml:space="preserve">Lucy  </w:t>
      </w:r>
      <w:r>
        <w:rPr>
          <w:rFonts w:ascii="Arial" w:hAnsi="Arial"/>
          <w:color w:val="5D7284"/>
          <w:sz w:val="22"/>
        </w:rPr>
        <w:t>39:50</w:t>
      </w:r>
    </w:p>
    <w:p>
      <w:pPr>
        <w:spacing w:after="0"/>
      </w:pPr>
      <w:r>
        <w:rPr>
          <w:rFonts w:ascii="Arial" w:hAnsi="Arial"/>
          <w:sz w:val="22"/>
        </w:rPr>
        <w:t>It's like having those meditation bowls, isn't it where you like, run the like a stick, around the inside of a meditation bowl and it makes a noise and you're basically meant to help with your meditation. It's a bit like that, I think.</w:t>
      </w:r>
    </w:p>
    <w:p>
      <w:pPr>
        <w:spacing w:after="0"/>
      </w:pPr>
    </w:p>
    <w:p>
      <w:pPr>
        <w:spacing w:after="0"/>
      </w:pPr>
      <w:r>
        <w:rPr>
          <w:rFonts w:ascii="Arial" w:hAnsi="Arial"/>
          <w:b/>
          <w:sz w:val="22"/>
        </w:rPr>
        <w:t xml:space="preserve">Daisy  </w:t>
      </w:r>
      <w:r>
        <w:rPr>
          <w:rFonts w:ascii="Arial" w:hAnsi="Arial"/>
          <w:color w:val="5D7284"/>
          <w:sz w:val="22"/>
        </w:rPr>
        <w:t>40:06</w:t>
      </w:r>
    </w:p>
    <w:p>
      <w:pPr>
        <w:spacing w:after="0"/>
      </w:pPr>
      <w:r>
        <w:rPr>
          <w:rFonts w:ascii="Arial" w:hAnsi="Arial"/>
          <w:sz w:val="22"/>
        </w:rPr>
        <w:t>Yeah. Because, you know, you had the whole thing was, you know, all of the, the humors and your bile and your blood and all of that, that sort of, you know, supposedly interacted with each other and of that sort, you know, that the idea that there were channels in your body that can tell you this sort of thing was already, you know, existing. He didn't make that. (Lucy) No, he didn't make that up. No, no, no, no,  Essentially building on, you know, other people's (Lucy) Yeah, suggestion. Yeah, exactly. It was building on sort of, you know, other work that was being done at the time. So, you know, context with all of that probably made sense.</w:t>
      </w:r>
    </w:p>
    <w:p>
      <w:pPr>
        <w:spacing w:after="0"/>
      </w:pPr>
    </w:p>
    <w:p>
      <w:pPr>
        <w:spacing w:after="0"/>
      </w:pPr>
      <w:r>
        <w:rPr>
          <w:rFonts w:ascii="Arial" w:hAnsi="Arial"/>
          <w:b/>
          <w:sz w:val="22"/>
        </w:rPr>
        <w:t xml:space="preserve">Alice  </w:t>
      </w:r>
      <w:r>
        <w:rPr>
          <w:rFonts w:ascii="Arial" w:hAnsi="Arial"/>
          <w:color w:val="5D7284"/>
          <w:sz w:val="22"/>
        </w:rPr>
        <w:t>40:42</w:t>
      </w:r>
    </w:p>
    <w:p>
      <w:pPr>
        <w:spacing w:after="0"/>
      </w:pPr>
      <w:r>
        <w:rPr>
          <w:rFonts w:ascii="Arial" w:hAnsi="Arial"/>
          <w:sz w:val="22"/>
        </w:rPr>
        <w:t>If you tell somebody that three plus two equals seven, then when you ask somebody what, five times five is, they're going to come up with a different number, because they're basing it on the wrong thing to start with.</w:t>
      </w:r>
    </w:p>
    <w:p>
      <w:pPr>
        <w:spacing w:after="0"/>
      </w:pPr>
    </w:p>
    <w:p>
      <w:pPr>
        <w:spacing w:after="0"/>
      </w:pPr>
      <w:r>
        <w:rPr>
          <w:rFonts w:ascii="Arial" w:hAnsi="Arial"/>
          <w:b/>
          <w:sz w:val="22"/>
        </w:rPr>
        <w:t xml:space="preserve">Daisy  </w:t>
      </w:r>
      <w:r>
        <w:rPr>
          <w:rFonts w:ascii="Arial" w:hAnsi="Arial"/>
          <w:color w:val="5D7284"/>
          <w:sz w:val="22"/>
        </w:rPr>
        <w:t>41:00</w:t>
      </w:r>
    </w:p>
    <w:p>
      <w:pPr>
        <w:spacing w:after="0"/>
      </w:pPr>
      <w:r>
        <w:rPr>
          <w:rFonts w:ascii="Arial" w:hAnsi="Arial"/>
          <w:sz w:val="22"/>
        </w:rPr>
        <w:t>Yeah, although basic, you know, once people realize that it was the power of suggestion pit that works on this kind of, you know, other people took over the work and basically immediately dropped the names like, you know, animal magnetism, and yeah, all of that sort of thing. Yeah. And, you know, started referring to it as like, hypnosis and all of the well, the names that we're all familiar with now.</w:t>
      </w:r>
    </w:p>
    <w:p>
      <w:pPr>
        <w:spacing w:after="0"/>
      </w:pPr>
    </w:p>
    <w:p>
      <w:pPr>
        <w:spacing w:after="0"/>
      </w:pPr>
      <w:r>
        <w:rPr>
          <w:rFonts w:ascii="Arial" w:hAnsi="Arial"/>
          <w:b/>
          <w:sz w:val="22"/>
        </w:rPr>
        <w:t xml:space="preserve">Lucy  </w:t>
      </w:r>
      <w:r>
        <w:rPr>
          <w:rFonts w:ascii="Arial" w:hAnsi="Arial"/>
          <w:color w:val="5D7284"/>
          <w:sz w:val="22"/>
        </w:rPr>
        <w:t>41:26</w:t>
      </w:r>
    </w:p>
    <w:p>
      <w:pPr>
        <w:spacing w:after="0"/>
      </w:pPr>
      <w:r>
        <w:rPr>
          <w:rFonts w:ascii="Arial" w:hAnsi="Arial"/>
          <w:sz w:val="22"/>
        </w:rPr>
        <w:t>Has anybody here ever been hypnotized?</w:t>
      </w:r>
    </w:p>
    <w:p>
      <w:pPr>
        <w:spacing w:after="0"/>
      </w:pPr>
    </w:p>
    <w:p>
      <w:pPr>
        <w:spacing w:after="0"/>
      </w:pPr>
      <w:r>
        <w:rPr>
          <w:rFonts w:ascii="Arial" w:hAnsi="Arial"/>
          <w:b/>
          <w:sz w:val="22"/>
        </w:rPr>
        <w:t xml:space="preserve">Alice  </w:t>
      </w:r>
      <w:r>
        <w:rPr>
          <w:rFonts w:ascii="Arial" w:hAnsi="Arial"/>
          <w:color w:val="5D7284"/>
          <w:sz w:val="22"/>
        </w:rPr>
        <w:t>41:29</w:t>
      </w:r>
    </w:p>
    <w:p>
      <w:pPr>
        <w:spacing w:after="0"/>
      </w:pPr>
      <w:r>
        <w:rPr>
          <w:rFonts w:ascii="Arial" w:hAnsi="Arial"/>
          <w:sz w:val="22"/>
        </w:rPr>
        <w:t>No, but my stepmother in law did to get hypnotized to quit smoking. And apparently, it worked. I've never known her as a smoker. So</w:t>
      </w:r>
    </w:p>
    <w:p>
      <w:pPr>
        <w:spacing w:after="0"/>
      </w:pPr>
    </w:p>
    <w:p>
      <w:pPr>
        <w:spacing w:after="0"/>
      </w:pPr>
      <w:r>
        <w:rPr>
          <w:rFonts w:ascii="Arial" w:hAnsi="Arial"/>
          <w:b/>
          <w:sz w:val="22"/>
        </w:rPr>
        <w:t xml:space="preserve">Lucy  </w:t>
      </w:r>
      <w:r>
        <w:rPr>
          <w:rFonts w:ascii="Arial" w:hAnsi="Arial"/>
          <w:color w:val="5D7284"/>
          <w:sz w:val="22"/>
        </w:rPr>
        <w:t>41:40</w:t>
      </w:r>
    </w:p>
    <w:p>
      <w:pPr>
        <w:spacing w:after="0"/>
      </w:pPr>
      <w:r>
        <w:rPr>
          <w:rFonts w:ascii="Arial" w:hAnsi="Arial"/>
          <w:sz w:val="22"/>
        </w:rPr>
        <w:t>I've never I've never done it. And I'm always a bit like, I don't feel my brain would like, go okay... I'll go sleep for a bit and then walk around like a chicken. Er you know, that kind of thing.</w:t>
      </w:r>
    </w:p>
    <w:p>
      <w:pPr>
        <w:spacing w:after="0"/>
      </w:pPr>
    </w:p>
    <w:p>
      <w:pPr>
        <w:spacing w:after="0"/>
      </w:pPr>
      <w:r>
        <w:rPr>
          <w:rFonts w:ascii="Arial" w:hAnsi="Arial"/>
          <w:b/>
          <w:sz w:val="22"/>
        </w:rPr>
        <w:t xml:space="preserve">Daisy  </w:t>
      </w:r>
      <w:r>
        <w:rPr>
          <w:rFonts w:ascii="Arial" w:hAnsi="Arial"/>
          <w:color w:val="5D7284"/>
          <w:sz w:val="22"/>
        </w:rPr>
        <w:t>41:53</w:t>
      </w:r>
    </w:p>
    <w:p>
      <w:pPr>
        <w:spacing w:after="0"/>
      </w:pPr>
      <w:r>
        <w:rPr>
          <w:rFonts w:ascii="Arial" w:hAnsi="Arial"/>
          <w:sz w:val="22"/>
        </w:rPr>
        <w:t>I think. I think my brain is probably too. Like cynical for it.</w:t>
      </w:r>
    </w:p>
    <w:p>
      <w:pPr>
        <w:spacing w:after="0"/>
      </w:pPr>
    </w:p>
    <w:p>
      <w:pPr>
        <w:spacing w:after="0"/>
      </w:pPr>
      <w:r>
        <w:rPr>
          <w:rFonts w:ascii="Arial" w:hAnsi="Arial"/>
          <w:b/>
          <w:sz w:val="22"/>
        </w:rPr>
        <w:t xml:space="preserve">Lucy  </w:t>
      </w:r>
      <w:r>
        <w:rPr>
          <w:rFonts w:ascii="Arial" w:hAnsi="Arial"/>
          <w:color w:val="5D7284"/>
          <w:sz w:val="22"/>
        </w:rPr>
        <w:t>41:58</w:t>
      </w:r>
    </w:p>
    <w:p>
      <w:pPr>
        <w:spacing w:after="0"/>
      </w:pPr>
      <w:r>
        <w:rPr>
          <w:rFonts w:ascii="Arial" w:hAnsi="Arial"/>
          <w:sz w:val="22"/>
        </w:rPr>
        <w:t>Yeah. Yeah. I think mine is as well. That said though I'd be so critical of it. Like, yeah, I would go into it thinking that..you know it's not going to make any difference. Yeah. No. So I've never been hypnotized. But it always fascinates me how, cuz, like, sometimes when I've seen it on the telly, you look at them.  Like are they just doing it for the cameras?. Because, you know, like, they know they're meant to be hypnotized. And so I've just go on. Yeah, I'm asleep. It does make me wonder.</w:t>
      </w:r>
    </w:p>
    <w:p>
      <w:pPr>
        <w:spacing w:after="0"/>
      </w:pPr>
    </w:p>
    <w:p>
      <w:pPr>
        <w:spacing w:after="0"/>
      </w:pPr>
      <w:r>
        <w:rPr>
          <w:rFonts w:ascii="Arial" w:hAnsi="Arial"/>
          <w:b/>
          <w:sz w:val="22"/>
        </w:rPr>
        <w:t xml:space="preserve">Daisy  </w:t>
      </w:r>
      <w:r>
        <w:rPr>
          <w:rFonts w:ascii="Arial" w:hAnsi="Arial"/>
          <w:color w:val="5D7284"/>
          <w:sz w:val="22"/>
        </w:rPr>
        <w:t>42:29</w:t>
      </w:r>
    </w:p>
    <w:p>
      <w:pPr>
        <w:spacing w:after="0"/>
      </w:pPr>
      <w:r>
        <w:rPr>
          <w:rFonts w:ascii="Arial" w:hAnsi="Arial"/>
          <w:sz w:val="22"/>
        </w:rPr>
        <w:t>Certainly, with people like Derren Brown.(Lucy)  Yeah. Derren Brown, I think very good. at making it work. Because Derren Brown kind of explains sort of why it works on people in that kind of, you know..(Lucy) Very analytical way does it?. Yeah, exactly. And so it means that it's likely to work on people who other types of hypnosis wouldn't. It's very clever.</w:t>
      </w:r>
    </w:p>
    <w:p>
      <w:pPr>
        <w:spacing w:after="0"/>
      </w:pPr>
    </w:p>
    <w:p>
      <w:pPr>
        <w:spacing w:after="0"/>
      </w:pPr>
      <w:r>
        <w:rPr>
          <w:rFonts w:ascii="Arial" w:hAnsi="Arial"/>
          <w:b/>
          <w:sz w:val="22"/>
        </w:rPr>
        <w:t xml:space="preserve">Alice  </w:t>
      </w:r>
      <w:r>
        <w:rPr>
          <w:rFonts w:ascii="Arial" w:hAnsi="Arial"/>
          <w:color w:val="5D7284"/>
          <w:sz w:val="22"/>
        </w:rPr>
        <w:t>42:54</w:t>
      </w:r>
    </w:p>
    <w:p>
      <w:pPr>
        <w:spacing w:after="0"/>
      </w:pPr>
      <w:r>
        <w:rPr>
          <w:rFonts w:ascii="Arial" w:hAnsi="Arial"/>
          <w:sz w:val="22"/>
        </w:rPr>
        <w:t>Yeah. And I think that with all of those things, there is an element of showmanship as well, that that helps carry it along. And that's what you know, all of Mesmer's stuff was about. Was that there was an element I think of, you know, doing the extra floof to be like, No, but look, look at it, notice it, pay attention to it. Because if you do that, then it is going to... you know, something is more grabbing your attention, rather than somebody quietly standing there going, you know, you can see now.. you can see now. When you wake up and I click my fingers, you'll be able to see, and you're back in the room, you know.</w:t>
      </w:r>
    </w:p>
    <w:p>
      <w:pPr>
        <w:spacing w:after="0"/>
      </w:pPr>
    </w:p>
    <w:p>
      <w:pPr>
        <w:spacing w:after="0"/>
      </w:pPr>
      <w:r>
        <w:rPr>
          <w:rFonts w:ascii="Arial" w:hAnsi="Arial"/>
          <w:b/>
          <w:sz w:val="22"/>
        </w:rPr>
        <w:t xml:space="preserve">Lucy  </w:t>
      </w:r>
      <w:r>
        <w:rPr>
          <w:rFonts w:ascii="Arial" w:hAnsi="Arial"/>
          <w:color w:val="5D7284"/>
          <w:sz w:val="22"/>
        </w:rPr>
        <w:t>43:32</w:t>
      </w:r>
    </w:p>
    <w:p>
      <w:pPr>
        <w:spacing w:after="0"/>
      </w:pPr>
      <w:r>
        <w:rPr>
          <w:rFonts w:ascii="Arial" w:hAnsi="Arial"/>
          <w:sz w:val="22"/>
        </w:rPr>
        <w:t>I wonder....so that is the bit that is also fascinating me, the fact that I wonder whether Maria, like woke up and thought, Oh, I can't see. But actually, she just was talked into the fact that she could and she just sort of been brainwashed. I don't know.</w:t>
      </w:r>
    </w:p>
    <w:p>
      <w:pPr>
        <w:spacing w:after="0"/>
      </w:pPr>
    </w:p>
    <w:p>
      <w:pPr>
        <w:spacing w:after="0"/>
      </w:pPr>
      <w:r>
        <w:rPr>
          <w:rFonts w:ascii="Arial" w:hAnsi="Arial"/>
          <w:b/>
          <w:sz w:val="22"/>
        </w:rPr>
        <w:t xml:space="preserve">Alice  </w:t>
      </w:r>
      <w:r>
        <w:rPr>
          <w:rFonts w:ascii="Arial" w:hAnsi="Arial"/>
          <w:color w:val="5D7284"/>
          <w:sz w:val="22"/>
        </w:rPr>
        <w:t>43:51</w:t>
      </w:r>
    </w:p>
    <w:p>
      <w:pPr>
        <w:spacing w:after="0"/>
      </w:pPr>
      <w:r>
        <w:rPr>
          <w:rFonts w:ascii="Arial" w:hAnsi="Arial"/>
          <w:sz w:val="22"/>
        </w:rPr>
        <w:t>I don't know. I mean, I think I as a person with a with sight loss that has got a definite cause it's really hard for me to get my head around the idea that because of a trauma or whatever, you might become blind. It's just it's a concept that I find difficult to understand. But then, you know, it's that that's trauma, isn't it? That's how trauma works. For some people.</w:t>
      </w:r>
    </w:p>
    <w:p>
      <w:pPr>
        <w:spacing w:after="0"/>
      </w:pPr>
    </w:p>
    <w:p>
      <w:pPr>
        <w:spacing w:after="0"/>
      </w:pPr>
      <w:r>
        <w:rPr>
          <w:rFonts w:ascii="Arial" w:hAnsi="Arial"/>
          <w:b/>
          <w:sz w:val="22"/>
        </w:rPr>
        <w:t xml:space="preserve">Daisy  </w:t>
      </w:r>
      <w:r>
        <w:rPr>
          <w:rFonts w:ascii="Arial" w:hAnsi="Arial"/>
          <w:color w:val="5D7284"/>
          <w:sz w:val="22"/>
        </w:rPr>
        <w:t>44:27</w:t>
      </w:r>
    </w:p>
    <w:p>
      <w:pPr>
        <w:spacing w:after="0"/>
      </w:pPr>
      <w:r>
        <w:rPr>
          <w:rFonts w:ascii="Arial" w:hAnsi="Arial"/>
          <w:sz w:val="22"/>
        </w:rPr>
        <w:t>Supposedly, once she was able to see she was frightened on beholding the human face. (Alice) I heard that Yeah. Which is fair.</w:t>
      </w:r>
    </w:p>
    <w:p>
      <w:pPr>
        <w:spacing w:after="0"/>
      </w:pPr>
    </w:p>
    <w:p>
      <w:pPr>
        <w:spacing w:after="0"/>
      </w:pPr>
      <w:r>
        <w:rPr>
          <w:rFonts w:ascii="Arial" w:hAnsi="Arial"/>
          <w:b/>
          <w:sz w:val="22"/>
        </w:rPr>
        <w:t xml:space="preserve">Alice  </w:t>
      </w:r>
      <w:r>
        <w:rPr>
          <w:rFonts w:ascii="Arial" w:hAnsi="Arial"/>
          <w:color w:val="5D7284"/>
          <w:sz w:val="22"/>
        </w:rPr>
        <w:t>44:36</w:t>
      </w:r>
    </w:p>
    <w:p>
      <w:pPr>
        <w:spacing w:after="0"/>
      </w:pPr>
      <w:r>
        <w:rPr>
          <w:rFonts w:ascii="Arial" w:hAnsi="Arial"/>
          <w:sz w:val="22"/>
        </w:rPr>
        <w:t>Yeah. The only argument I've make to that was even if she was as young as like the youngest age, they said that she was when she lost her sight, which was two even if she was two when she lost her sight, like she would have seen a person's face.</w:t>
      </w:r>
    </w:p>
    <w:p>
      <w:pPr>
        <w:spacing w:after="0"/>
      </w:pPr>
    </w:p>
    <w:p>
      <w:pPr>
        <w:spacing w:after="0"/>
      </w:pPr>
      <w:r>
        <w:rPr>
          <w:rFonts w:ascii="Arial" w:hAnsi="Arial"/>
          <w:b/>
          <w:sz w:val="22"/>
        </w:rPr>
        <w:t xml:space="preserve">Lucy  </w:t>
      </w:r>
      <w:r>
        <w:rPr>
          <w:rFonts w:ascii="Arial" w:hAnsi="Arial"/>
          <w:color w:val="5D7284"/>
          <w:sz w:val="22"/>
        </w:rPr>
        <w:t>44:52</w:t>
      </w:r>
    </w:p>
    <w:p>
      <w:pPr>
        <w:spacing w:after="0"/>
      </w:pPr>
      <w:r>
        <w:rPr>
          <w:rFonts w:ascii="Arial" w:hAnsi="Arial"/>
          <w:sz w:val="22"/>
        </w:rPr>
        <w:t>Yeah, would you remember it though?</w:t>
      </w:r>
    </w:p>
    <w:p>
      <w:pPr>
        <w:spacing w:after="0"/>
      </w:pPr>
    </w:p>
    <w:p>
      <w:pPr>
        <w:spacing w:after="0"/>
      </w:pPr>
      <w:r>
        <w:rPr>
          <w:rFonts w:ascii="Arial" w:hAnsi="Arial"/>
          <w:b/>
          <w:sz w:val="22"/>
        </w:rPr>
        <w:t xml:space="preserve">Alice  </w:t>
      </w:r>
      <w:r>
        <w:rPr>
          <w:rFonts w:ascii="Arial" w:hAnsi="Arial"/>
          <w:color w:val="5D7284"/>
          <w:sz w:val="22"/>
        </w:rPr>
        <w:t>44:55</w:t>
      </w:r>
    </w:p>
    <w:p>
      <w:pPr>
        <w:spacing w:after="0"/>
      </w:pPr>
      <w:r>
        <w:rPr>
          <w:rFonts w:ascii="Arial" w:hAnsi="Arial"/>
          <w:sz w:val="22"/>
        </w:rPr>
        <w:t>I think that our lizard brains are built enough for us to least to kind of understand eyes, nose mouth face. Yeah.</w:t>
      </w:r>
    </w:p>
    <w:p>
      <w:pPr>
        <w:spacing w:after="0"/>
      </w:pPr>
    </w:p>
    <w:p>
      <w:pPr>
        <w:spacing w:after="0"/>
      </w:pPr>
      <w:r>
        <w:rPr>
          <w:rFonts w:ascii="Arial" w:hAnsi="Arial"/>
          <w:b/>
          <w:sz w:val="22"/>
        </w:rPr>
        <w:t xml:space="preserve">Lucy  </w:t>
      </w:r>
      <w:r>
        <w:rPr>
          <w:rFonts w:ascii="Arial" w:hAnsi="Arial"/>
          <w:color w:val="5D7284"/>
          <w:sz w:val="22"/>
        </w:rPr>
        <w:t>45:04</w:t>
      </w:r>
    </w:p>
    <w:p>
      <w:pPr>
        <w:spacing w:after="0"/>
      </w:pPr>
      <w:r>
        <w:rPr>
          <w:rFonts w:ascii="Arial" w:hAnsi="Arial"/>
          <w:sz w:val="22"/>
        </w:rPr>
        <w:t>Not necessarily , Oh that's aunty Susan or whatever.</w:t>
      </w:r>
    </w:p>
    <w:p>
      <w:pPr>
        <w:spacing w:after="0"/>
      </w:pPr>
    </w:p>
    <w:p>
      <w:pPr>
        <w:spacing w:after="0"/>
      </w:pPr>
      <w:r>
        <w:rPr>
          <w:rFonts w:ascii="Arial" w:hAnsi="Arial"/>
          <w:b/>
          <w:sz w:val="22"/>
        </w:rPr>
        <w:t xml:space="preserve">Daisy  </w:t>
      </w:r>
      <w:r>
        <w:rPr>
          <w:rFonts w:ascii="Arial" w:hAnsi="Arial"/>
          <w:color w:val="5D7284"/>
          <w:sz w:val="22"/>
        </w:rPr>
        <w:t>45:07</w:t>
      </w:r>
    </w:p>
    <w:p>
      <w:pPr>
        <w:spacing w:after="0"/>
      </w:pPr>
      <w:r>
        <w:rPr>
          <w:rFonts w:ascii="Arial" w:hAnsi="Arial"/>
          <w:sz w:val="22"/>
        </w:rPr>
        <w:t>Yeah. And we don't necessarily know what he looked like. Maybe he did just have a frightening face. (Alice laugh)</w:t>
      </w:r>
    </w:p>
    <w:p>
      <w:pPr>
        <w:spacing w:after="0"/>
      </w:pPr>
    </w:p>
    <w:p>
      <w:pPr>
        <w:spacing w:after="0"/>
      </w:pPr>
      <w:r>
        <w:rPr>
          <w:rFonts w:ascii="Arial" w:hAnsi="Arial"/>
          <w:b/>
          <w:sz w:val="22"/>
        </w:rPr>
        <w:t xml:space="preserve">Alice  </w:t>
      </w:r>
      <w:r>
        <w:rPr>
          <w:rFonts w:ascii="Arial" w:hAnsi="Arial"/>
          <w:color w:val="5D7284"/>
          <w:sz w:val="22"/>
        </w:rPr>
        <w:t>45:13</w:t>
      </w:r>
    </w:p>
    <w:p>
      <w:pPr>
        <w:spacing w:after="0"/>
      </w:pPr>
      <w:r>
        <w:rPr>
          <w:rFonts w:ascii="Arial" w:hAnsi="Arial"/>
          <w:sz w:val="22"/>
        </w:rPr>
        <w:t>It's true.</w:t>
      </w:r>
    </w:p>
    <w:p>
      <w:pPr>
        <w:spacing w:after="0"/>
      </w:pPr>
    </w:p>
    <w:p>
      <w:pPr>
        <w:spacing w:after="0"/>
      </w:pPr>
      <w:r>
        <w:rPr>
          <w:rFonts w:ascii="Arial" w:hAnsi="Arial"/>
          <w:b/>
          <w:sz w:val="22"/>
        </w:rPr>
        <w:t xml:space="preserve">Lucy  </w:t>
      </w:r>
      <w:r>
        <w:rPr>
          <w:rFonts w:ascii="Arial" w:hAnsi="Arial"/>
          <w:color w:val="5D7284"/>
          <w:sz w:val="22"/>
        </w:rPr>
        <w:t>45:14</w:t>
      </w:r>
    </w:p>
    <w:p>
      <w:pPr>
        <w:spacing w:after="0"/>
      </w:pPr>
      <w:r>
        <w:rPr>
          <w:rFonts w:ascii="Arial" w:hAnsi="Arial"/>
          <w:sz w:val="22"/>
        </w:rPr>
        <w:t>Maybe he was like, very, very startling?.</w:t>
      </w:r>
    </w:p>
    <w:p>
      <w:pPr>
        <w:spacing w:after="0"/>
      </w:pPr>
    </w:p>
    <w:p>
      <w:pPr>
        <w:spacing w:after="0"/>
      </w:pPr>
      <w:r>
        <w:rPr>
          <w:rFonts w:ascii="Arial" w:hAnsi="Arial"/>
          <w:b/>
          <w:sz w:val="22"/>
        </w:rPr>
        <w:t xml:space="preserve">Alice  </w:t>
      </w:r>
      <w:r>
        <w:rPr>
          <w:rFonts w:ascii="Arial" w:hAnsi="Arial"/>
          <w:color w:val="5D7284"/>
          <w:sz w:val="22"/>
        </w:rPr>
        <w:t>45:18</w:t>
      </w:r>
    </w:p>
    <w:p>
      <w:pPr>
        <w:spacing w:after="0"/>
      </w:pPr>
      <w:r>
        <w:rPr>
          <w:rFonts w:ascii="Arial" w:hAnsi="Arial"/>
          <w:sz w:val="22"/>
        </w:rPr>
        <w:t>Well, and I mean, if the other stuff is true, perhaps he was four inches away from her face with his cock in his hand. (Lucy laughs)</w:t>
      </w:r>
    </w:p>
    <w:p>
      <w:pPr>
        <w:spacing w:after="0"/>
      </w:pPr>
    </w:p>
    <w:p>
      <w:pPr>
        <w:spacing w:after="0"/>
      </w:pPr>
      <w:r>
        <w:rPr>
          <w:rFonts w:ascii="Arial" w:hAnsi="Arial"/>
          <w:b/>
          <w:sz w:val="22"/>
        </w:rPr>
        <w:t xml:space="preserve">Lucy  </w:t>
      </w:r>
      <w:r>
        <w:rPr>
          <w:rFonts w:ascii="Arial" w:hAnsi="Arial"/>
          <w:color w:val="5D7284"/>
          <w:sz w:val="22"/>
        </w:rPr>
        <w:t>45:24</w:t>
      </w:r>
    </w:p>
    <w:p>
      <w:pPr>
        <w:spacing w:after="0"/>
      </w:pPr>
      <w:r>
        <w:rPr>
          <w:rFonts w:ascii="Arial" w:hAnsi="Arial"/>
          <w:sz w:val="22"/>
        </w:rPr>
        <w:t>Maybe...(laughs)</w:t>
      </w:r>
    </w:p>
    <w:p>
      <w:pPr>
        <w:spacing w:after="0"/>
      </w:pPr>
    </w:p>
    <w:p>
      <w:pPr>
        <w:spacing w:after="0"/>
      </w:pPr>
      <w:r>
        <w:rPr>
          <w:rFonts w:ascii="Arial" w:hAnsi="Arial"/>
          <w:b/>
          <w:sz w:val="22"/>
        </w:rPr>
        <w:t xml:space="preserve">Daisy  </w:t>
      </w:r>
      <w:r>
        <w:rPr>
          <w:rFonts w:ascii="Arial" w:hAnsi="Arial"/>
          <w:color w:val="5D7284"/>
          <w:sz w:val="22"/>
        </w:rPr>
        <w:t>45:27</w:t>
      </w:r>
    </w:p>
    <w:p>
      <w:pPr>
        <w:spacing w:after="0"/>
      </w:pPr>
      <w:r>
        <w:rPr>
          <w:rFonts w:ascii="Arial" w:hAnsi="Arial"/>
          <w:sz w:val="22"/>
        </w:rPr>
        <w:t xml:space="preserve"> Maybe liable someone from the 18th century</w:t>
      </w:r>
    </w:p>
    <w:p>
      <w:pPr>
        <w:spacing w:after="0"/>
      </w:pPr>
    </w:p>
    <w:p>
      <w:pPr>
        <w:spacing w:after="0"/>
      </w:pPr>
      <w:r>
        <w:rPr>
          <w:rFonts w:ascii="Arial" w:hAnsi="Arial"/>
          <w:b/>
          <w:sz w:val="22"/>
        </w:rPr>
        <w:t xml:space="preserve">Alice  </w:t>
      </w:r>
      <w:r>
        <w:rPr>
          <w:rFonts w:ascii="Arial" w:hAnsi="Arial"/>
          <w:color w:val="5D7284"/>
          <w:sz w:val="22"/>
        </w:rPr>
        <w:t>45:37</w:t>
      </w:r>
    </w:p>
    <w:p>
      <w:pPr>
        <w:spacing w:after="0"/>
      </w:pPr>
      <w:r>
        <w:rPr>
          <w:rFonts w:ascii="Arial" w:hAnsi="Arial"/>
          <w:sz w:val="22"/>
        </w:rPr>
        <w:t xml:space="preserve">Now, you can see. (laughs) </w:t>
      </w:r>
    </w:p>
    <w:p>
      <w:pPr>
        <w:spacing w:after="0"/>
      </w:pPr>
    </w:p>
    <w:p>
      <w:pPr>
        <w:spacing w:after="0"/>
      </w:pPr>
      <w:r>
        <w:rPr>
          <w:rFonts w:ascii="Arial" w:hAnsi="Arial"/>
          <w:b/>
          <w:sz w:val="22"/>
        </w:rPr>
        <w:t xml:space="preserve">Lucy  </w:t>
      </w:r>
      <w:r>
        <w:rPr>
          <w:rFonts w:ascii="Arial" w:hAnsi="Arial"/>
          <w:color w:val="5D7284"/>
          <w:sz w:val="22"/>
        </w:rPr>
        <w:t>45:40</w:t>
      </w:r>
    </w:p>
    <w:p>
      <w:pPr>
        <w:spacing w:after="0"/>
      </w:pPr>
      <w:r>
        <w:rPr>
          <w:rFonts w:ascii="Arial" w:hAnsi="Arial"/>
          <w:sz w:val="22"/>
        </w:rPr>
        <w:t>Can you see this?. (laughs)</w:t>
      </w:r>
    </w:p>
    <w:p>
      <w:pPr>
        <w:spacing w:after="0"/>
      </w:pPr>
    </w:p>
    <w:p>
      <w:pPr>
        <w:spacing w:after="0"/>
      </w:pPr>
      <w:r>
        <w:rPr>
          <w:rFonts w:ascii="Arial" w:hAnsi="Arial"/>
          <w:b/>
          <w:sz w:val="22"/>
        </w:rPr>
        <w:t xml:space="preserve">Alice  </w:t>
      </w:r>
      <w:r>
        <w:rPr>
          <w:rFonts w:ascii="Arial" w:hAnsi="Arial"/>
          <w:color w:val="5D7284"/>
          <w:sz w:val="22"/>
        </w:rPr>
        <w:t>45:42</w:t>
      </w:r>
    </w:p>
    <w:p>
      <w:pPr>
        <w:spacing w:after="0"/>
      </w:pPr>
      <w:r>
        <w:rPr>
          <w:rFonts w:ascii="Arial" w:hAnsi="Arial"/>
          <w:sz w:val="22"/>
        </w:rPr>
        <w:t>I mean, I get asked that all the time by creepy guys like on the internet and stuff like, hey, love, can you see this? So I'd really rather not actually.</w:t>
      </w:r>
    </w:p>
    <w:p>
      <w:pPr>
        <w:spacing w:after="0"/>
      </w:pPr>
    </w:p>
    <w:p>
      <w:pPr>
        <w:spacing w:after="0"/>
      </w:pPr>
      <w:r>
        <w:rPr>
          <w:rFonts w:ascii="Arial" w:hAnsi="Arial"/>
          <w:b/>
          <w:sz w:val="22"/>
        </w:rPr>
        <w:t xml:space="preserve">Lucy  </w:t>
      </w:r>
      <w:r>
        <w:rPr>
          <w:rFonts w:ascii="Arial" w:hAnsi="Arial"/>
          <w:color w:val="5D7284"/>
          <w:sz w:val="22"/>
        </w:rPr>
        <w:t>45:50</w:t>
      </w:r>
    </w:p>
    <w:p>
      <w:pPr>
        <w:spacing w:after="0"/>
      </w:pPr>
      <w:r>
        <w:rPr>
          <w:rFonts w:ascii="Arial" w:hAnsi="Arial"/>
          <w:sz w:val="22"/>
        </w:rPr>
        <w:t xml:space="preserve">Like creepy guys on the internet asking for girls in wheelchair to send them pictures of the feet. Weird. </w:t>
      </w:r>
    </w:p>
    <w:p>
      <w:pPr>
        <w:spacing w:after="0"/>
      </w:pPr>
    </w:p>
    <w:p>
      <w:pPr>
        <w:spacing w:after="0"/>
      </w:pPr>
      <w:r>
        <w:rPr>
          <w:rFonts w:ascii="Arial" w:hAnsi="Arial"/>
          <w:b/>
          <w:sz w:val="22"/>
        </w:rPr>
        <w:t xml:space="preserve">Daisy  </w:t>
      </w:r>
      <w:r>
        <w:rPr>
          <w:rFonts w:ascii="Arial" w:hAnsi="Arial"/>
          <w:color w:val="5D7284"/>
          <w:sz w:val="22"/>
        </w:rPr>
        <w:t>45:57</w:t>
      </w:r>
    </w:p>
    <w:p>
      <w:pPr>
        <w:spacing w:after="0"/>
      </w:pPr>
      <w:r>
        <w:rPr>
          <w:rFonts w:ascii="Arial" w:hAnsi="Arial"/>
          <w:sz w:val="22"/>
        </w:rPr>
        <w:t xml:space="preserve">Are they offering to pay her? </w:t>
      </w:r>
    </w:p>
    <w:p>
      <w:pPr>
        <w:spacing w:after="0"/>
      </w:pPr>
    </w:p>
    <w:p>
      <w:pPr>
        <w:spacing w:after="0"/>
      </w:pPr>
      <w:r>
        <w:rPr>
          <w:rFonts w:ascii="Arial" w:hAnsi="Arial"/>
          <w:b/>
          <w:sz w:val="22"/>
        </w:rPr>
        <w:t xml:space="preserve">Lucy  </w:t>
      </w:r>
      <w:r>
        <w:rPr>
          <w:rFonts w:ascii="Arial" w:hAnsi="Arial"/>
          <w:color w:val="5D7284"/>
          <w:sz w:val="22"/>
        </w:rPr>
        <w:t>45:59</w:t>
      </w:r>
    </w:p>
    <w:p>
      <w:pPr>
        <w:spacing w:after="0"/>
      </w:pPr>
      <w:r>
        <w:rPr>
          <w:rFonts w:ascii="Arial" w:hAnsi="Arial"/>
          <w:sz w:val="22"/>
        </w:rPr>
        <w:t>Yeah, sometimes. Yeah. Other times. It's like...</w:t>
      </w:r>
    </w:p>
    <w:p>
      <w:pPr>
        <w:spacing w:after="0"/>
      </w:pPr>
    </w:p>
    <w:p>
      <w:pPr>
        <w:spacing w:after="0"/>
      </w:pPr>
      <w:r>
        <w:rPr>
          <w:rFonts w:ascii="Arial" w:hAnsi="Arial"/>
          <w:b/>
          <w:sz w:val="22"/>
        </w:rPr>
        <w:t xml:space="preserve">Alice  </w:t>
      </w:r>
      <w:r>
        <w:rPr>
          <w:rFonts w:ascii="Arial" w:hAnsi="Arial"/>
          <w:color w:val="5D7284"/>
          <w:sz w:val="22"/>
        </w:rPr>
        <w:t>46:01</w:t>
      </w:r>
    </w:p>
    <w:p>
      <w:pPr>
        <w:spacing w:after="0"/>
      </w:pPr>
      <w:r>
        <w:rPr>
          <w:rFonts w:ascii="Arial" w:hAnsi="Arial"/>
          <w:sz w:val="22"/>
        </w:rPr>
        <w:t>I've had this..Ive had this. I've had this conversation with my husband. I was like, if there was some way of us making a million quid from some creepy guy fetishizing my disability? Like, how would How would you feel about that? He was like, a million pounds tax free. Back to Maria, I shall tell you some more about Maria after Mesmer. Because yeah,</w:t>
      </w:r>
    </w:p>
    <w:p>
      <w:pPr>
        <w:spacing w:after="0"/>
      </w:pPr>
    </w:p>
    <w:p>
      <w:pPr>
        <w:spacing w:after="0"/>
      </w:pPr>
      <w:r>
        <w:rPr>
          <w:rFonts w:ascii="Arial" w:hAnsi="Arial"/>
          <w:b/>
          <w:sz w:val="22"/>
        </w:rPr>
        <w:t xml:space="preserve">Lucy  </w:t>
      </w:r>
      <w:r>
        <w:rPr>
          <w:rFonts w:ascii="Arial" w:hAnsi="Arial"/>
          <w:color w:val="5D7284"/>
          <w:sz w:val="22"/>
        </w:rPr>
        <w:t>46:33</w:t>
      </w:r>
    </w:p>
    <w:p>
      <w:pPr>
        <w:spacing w:after="0"/>
      </w:pPr>
      <w:r>
        <w:rPr>
          <w:rFonts w:ascii="Arial" w:hAnsi="Arial"/>
          <w:sz w:val="22"/>
        </w:rPr>
        <w:t>So what happened to the relationship between her and Mesmer? Did they have a falling out? Or did he just bog off and...</w:t>
      </w:r>
    </w:p>
    <w:p>
      <w:pPr>
        <w:spacing w:after="0"/>
      </w:pPr>
    </w:p>
    <w:p>
      <w:pPr>
        <w:spacing w:after="0"/>
      </w:pPr>
      <w:r>
        <w:rPr>
          <w:rFonts w:ascii="Arial" w:hAnsi="Arial"/>
          <w:b/>
          <w:sz w:val="22"/>
        </w:rPr>
        <w:t xml:space="preserve">Alice  </w:t>
      </w:r>
      <w:r>
        <w:rPr>
          <w:rFonts w:ascii="Arial" w:hAnsi="Arial"/>
          <w:color w:val="5D7284"/>
          <w:sz w:val="22"/>
        </w:rPr>
        <w:t>46:40</w:t>
      </w:r>
    </w:p>
    <w:p>
      <w:pPr>
        <w:spacing w:after="0"/>
      </w:pPr>
      <w:r>
        <w:rPr>
          <w:rFonts w:ascii="Arial" w:hAnsi="Arial"/>
          <w:sz w:val="22"/>
        </w:rPr>
        <w:t>As far as we know, it got brought to an end quite suddenly, because her dad decided, for reasons known best to him. That he didn't want them to work together anymore. And as a consequence, Maria lost her vision again.</w:t>
      </w:r>
    </w:p>
    <w:p>
      <w:pPr>
        <w:spacing w:after="0"/>
      </w:pPr>
    </w:p>
    <w:p>
      <w:pPr>
        <w:spacing w:after="0"/>
      </w:pPr>
      <w:r>
        <w:rPr>
          <w:rFonts w:ascii="Arial" w:hAnsi="Arial"/>
          <w:b/>
          <w:sz w:val="22"/>
        </w:rPr>
        <w:t xml:space="preserve">Lucy  </w:t>
      </w:r>
      <w:r>
        <w:rPr>
          <w:rFonts w:ascii="Arial" w:hAnsi="Arial"/>
          <w:color w:val="5D7284"/>
          <w:sz w:val="22"/>
        </w:rPr>
        <w:t>47:02</w:t>
      </w:r>
    </w:p>
    <w:p>
      <w:pPr>
        <w:spacing w:after="0"/>
      </w:pPr>
      <w:r>
        <w:rPr>
          <w:rFonts w:ascii="Arial" w:hAnsi="Arial"/>
          <w:sz w:val="22"/>
        </w:rPr>
        <w:t>Right. Okay.</w:t>
      </w:r>
    </w:p>
    <w:p>
      <w:pPr>
        <w:spacing w:after="0"/>
      </w:pPr>
    </w:p>
    <w:p>
      <w:pPr>
        <w:spacing w:after="0"/>
      </w:pPr>
      <w:r>
        <w:rPr>
          <w:rFonts w:ascii="Arial" w:hAnsi="Arial"/>
          <w:b/>
          <w:sz w:val="22"/>
        </w:rPr>
        <w:t xml:space="preserve">Daisy  </w:t>
      </w:r>
      <w:r>
        <w:rPr>
          <w:rFonts w:ascii="Arial" w:hAnsi="Arial"/>
          <w:color w:val="5D7284"/>
          <w:sz w:val="22"/>
        </w:rPr>
        <w:t>47:04</w:t>
      </w:r>
    </w:p>
    <w:p>
      <w:pPr>
        <w:spacing w:after="0"/>
      </w:pPr>
      <w:r>
        <w:rPr>
          <w:rFonts w:ascii="Arial" w:hAnsi="Arial"/>
          <w:sz w:val="22"/>
        </w:rPr>
        <w:t>And he left Vienna.</w:t>
      </w:r>
    </w:p>
    <w:p>
      <w:pPr>
        <w:spacing w:after="0"/>
      </w:pPr>
    </w:p>
    <w:p>
      <w:pPr>
        <w:spacing w:after="0"/>
      </w:pPr>
      <w:r>
        <w:rPr>
          <w:rFonts w:ascii="Arial" w:hAnsi="Arial"/>
          <w:b/>
          <w:sz w:val="22"/>
        </w:rPr>
        <w:t xml:space="preserve">Lucy  </w:t>
      </w:r>
      <w:r>
        <w:rPr>
          <w:rFonts w:ascii="Arial" w:hAnsi="Arial"/>
          <w:color w:val="5D7284"/>
          <w:sz w:val="22"/>
        </w:rPr>
        <w:t>47:06</w:t>
      </w:r>
    </w:p>
    <w:p>
      <w:pPr>
        <w:spacing w:after="0"/>
      </w:pPr>
      <w:r>
        <w:rPr>
          <w:rFonts w:ascii="Arial" w:hAnsi="Arial"/>
          <w:sz w:val="22"/>
        </w:rPr>
        <w:t xml:space="preserve">Yeah. So the so I am getting from this, I may be wrong. But whatever he's done, is quite, like scandalous. And he needs to get out of town. (Alice Yes. Sooner rather than later. </w:t>
      </w:r>
    </w:p>
    <w:p>
      <w:pPr>
        <w:spacing w:after="0"/>
      </w:pPr>
    </w:p>
    <w:p>
      <w:pPr>
        <w:spacing w:after="0"/>
      </w:pPr>
      <w:r>
        <w:rPr>
          <w:rFonts w:ascii="Arial" w:hAnsi="Arial"/>
          <w:b/>
          <w:sz w:val="22"/>
        </w:rPr>
        <w:t xml:space="preserve">Alice  </w:t>
      </w:r>
      <w:r>
        <w:rPr>
          <w:rFonts w:ascii="Arial" w:hAnsi="Arial"/>
          <w:color w:val="5D7284"/>
          <w:sz w:val="22"/>
        </w:rPr>
        <w:t>47:21</w:t>
      </w:r>
    </w:p>
    <w:p>
      <w:pPr>
        <w:spacing w:after="0"/>
      </w:pPr>
      <w:r>
        <w:rPr>
          <w:rFonts w:ascii="Arial" w:hAnsi="Arial"/>
          <w:sz w:val="22"/>
        </w:rPr>
        <w:t>Yeah. But they were together for a good five years or something of working together from my little bit of maths. I think they work together and from 1777 when she was 19, and then she went on her European tour, after they finished in 83. So four or five years.</w:t>
      </w:r>
    </w:p>
    <w:p>
      <w:pPr>
        <w:spacing w:after="0"/>
      </w:pPr>
    </w:p>
    <w:p>
      <w:pPr>
        <w:spacing w:after="0"/>
      </w:pPr>
      <w:r>
        <w:rPr>
          <w:rFonts w:ascii="Arial" w:hAnsi="Arial"/>
          <w:b/>
          <w:sz w:val="22"/>
        </w:rPr>
        <w:t xml:space="preserve">Daisy  </w:t>
      </w:r>
      <w:r>
        <w:rPr>
          <w:rFonts w:ascii="Arial" w:hAnsi="Arial"/>
          <w:color w:val="5D7284"/>
          <w:sz w:val="22"/>
        </w:rPr>
        <w:t>47:43</w:t>
      </w:r>
    </w:p>
    <w:p>
      <w:pPr>
        <w:spacing w:after="0"/>
      </w:pPr>
      <w:r>
        <w:rPr>
          <w:rFonts w:ascii="Arial" w:hAnsi="Arial"/>
          <w:sz w:val="22"/>
        </w:rPr>
        <w:t>So supposedly, there were some rumors, but also, you know, he was just being called a charlatan? Because...</w:t>
      </w:r>
    </w:p>
    <w:p>
      <w:pPr>
        <w:spacing w:after="0"/>
      </w:pPr>
    </w:p>
    <w:p>
      <w:pPr>
        <w:spacing w:after="0"/>
      </w:pPr>
      <w:r>
        <w:rPr>
          <w:rFonts w:ascii="Arial" w:hAnsi="Arial"/>
          <w:b/>
          <w:sz w:val="22"/>
        </w:rPr>
        <w:t xml:space="preserve">Lucy  </w:t>
      </w:r>
      <w:r>
        <w:rPr>
          <w:rFonts w:ascii="Arial" w:hAnsi="Arial"/>
          <w:color w:val="5D7284"/>
          <w:sz w:val="22"/>
        </w:rPr>
        <w:t>47:49</w:t>
      </w:r>
    </w:p>
    <w:p>
      <w:pPr>
        <w:spacing w:after="0"/>
      </w:pPr>
      <w:r>
        <w:rPr>
          <w:rFonts w:ascii="Arial" w:hAnsi="Arial"/>
          <w:sz w:val="22"/>
        </w:rPr>
        <w:t xml:space="preserve">Right Okay. </w:t>
      </w:r>
    </w:p>
    <w:p>
      <w:pPr>
        <w:spacing w:after="0"/>
      </w:pPr>
    </w:p>
    <w:p>
      <w:pPr>
        <w:spacing w:after="0"/>
      </w:pPr>
      <w:r>
        <w:rPr>
          <w:rFonts w:ascii="Arial" w:hAnsi="Arial"/>
          <w:b/>
          <w:sz w:val="22"/>
        </w:rPr>
        <w:t xml:space="preserve">Alice  </w:t>
      </w:r>
      <w:r>
        <w:rPr>
          <w:rFonts w:ascii="Arial" w:hAnsi="Arial"/>
          <w:color w:val="5D7284"/>
          <w:sz w:val="22"/>
        </w:rPr>
        <w:t>47:51</w:t>
      </w:r>
    </w:p>
    <w:p>
      <w:pPr>
        <w:spacing w:after="0"/>
      </w:pPr>
      <w:r>
        <w:rPr>
          <w:rFonts w:ascii="Arial" w:hAnsi="Arial"/>
          <w:sz w:val="22"/>
        </w:rPr>
        <w:t>You know he was a charlatan everybody.</w:t>
      </w:r>
    </w:p>
    <w:p>
      <w:pPr>
        <w:spacing w:after="0"/>
      </w:pPr>
    </w:p>
    <w:p>
      <w:pPr>
        <w:spacing w:after="0"/>
      </w:pPr>
      <w:r>
        <w:rPr>
          <w:rFonts w:ascii="Arial" w:hAnsi="Arial"/>
          <w:b/>
          <w:sz w:val="22"/>
        </w:rPr>
        <w:t xml:space="preserve">Daisy  </w:t>
      </w:r>
      <w:r>
        <w:rPr>
          <w:rFonts w:ascii="Arial" w:hAnsi="Arial"/>
          <w:color w:val="5D7284"/>
          <w:sz w:val="22"/>
        </w:rPr>
        <w:t>47:55</w:t>
      </w:r>
    </w:p>
    <w:p>
      <w:pPr>
        <w:spacing w:after="0"/>
      </w:pPr>
      <w:r>
        <w:rPr>
          <w:rFonts w:ascii="Arial" w:hAnsi="Arial"/>
          <w:sz w:val="22"/>
        </w:rPr>
        <w:t>So it turns out that he just sort of, you know, needed to go else where.</w:t>
      </w:r>
    </w:p>
    <w:p>
      <w:pPr>
        <w:spacing w:after="0"/>
      </w:pPr>
    </w:p>
    <w:p>
      <w:pPr>
        <w:spacing w:after="0"/>
      </w:pPr>
      <w:r>
        <w:rPr>
          <w:rFonts w:ascii="Arial" w:hAnsi="Arial"/>
          <w:b/>
          <w:sz w:val="22"/>
        </w:rPr>
        <w:t xml:space="preserve">Lucy  </w:t>
      </w:r>
      <w:r>
        <w:rPr>
          <w:rFonts w:ascii="Arial" w:hAnsi="Arial"/>
          <w:color w:val="5D7284"/>
          <w:sz w:val="22"/>
        </w:rPr>
        <w:t>48:00</w:t>
      </w:r>
    </w:p>
    <w:p>
      <w:pPr>
        <w:spacing w:after="0"/>
      </w:pPr>
      <w:r>
        <w:rPr>
          <w:rFonts w:ascii="Arial" w:hAnsi="Arial"/>
          <w:sz w:val="22"/>
        </w:rPr>
        <w:t>Where people didn't know him. And he could start again with his whole</w:t>
      </w:r>
    </w:p>
    <w:p>
      <w:pPr>
        <w:spacing w:after="0"/>
      </w:pPr>
    </w:p>
    <w:p>
      <w:pPr>
        <w:spacing w:after="0"/>
      </w:pPr>
      <w:r>
        <w:rPr>
          <w:rFonts w:ascii="Arial" w:hAnsi="Arial"/>
          <w:b/>
          <w:sz w:val="22"/>
        </w:rPr>
        <w:t xml:space="preserve">Daisy  </w:t>
      </w:r>
      <w:r>
        <w:rPr>
          <w:rFonts w:ascii="Arial" w:hAnsi="Arial"/>
          <w:color w:val="5D7284"/>
          <w:sz w:val="22"/>
        </w:rPr>
        <w:t>48:04</w:t>
      </w:r>
    </w:p>
    <w:p>
      <w:pPr>
        <w:spacing w:after="0"/>
      </w:pPr>
      <w:r>
        <w:rPr>
          <w:rFonts w:ascii="Arial" w:hAnsi="Arial"/>
          <w:sz w:val="22"/>
        </w:rPr>
        <w:t>Yeah, yeah, because essentially, you know, the people who, who did believe in him would follow him. Wherever he went next.(Lucy) Yeah. So. And he'd been in Vienna for ages, he was probably bored of it.</w:t>
      </w:r>
    </w:p>
    <w:p>
      <w:pPr>
        <w:spacing w:after="0"/>
      </w:pPr>
    </w:p>
    <w:p>
      <w:pPr>
        <w:spacing w:after="0"/>
      </w:pPr>
      <w:r>
        <w:rPr>
          <w:rFonts w:ascii="Arial" w:hAnsi="Arial"/>
          <w:b/>
          <w:sz w:val="22"/>
        </w:rPr>
        <w:t xml:space="preserve">Alice  </w:t>
      </w:r>
      <w:r>
        <w:rPr>
          <w:rFonts w:ascii="Arial" w:hAnsi="Arial"/>
          <w:color w:val="5D7284"/>
          <w:sz w:val="22"/>
        </w:rPr>
        <w:t>48:17</w:t>
      </w:r>
    </w:p>
    <w:p>
      <w:pPr>
        <w:spacing w:after="0"/>
      </w:pPr>
      <w:r>
        <w:rPr>
          <w:rFonts w:ascii="Arial" w:hAnsi="Arial"/>
          <w:sz w:val="22"/>
        </w:rPr>
        <w:t>I mean, if I'm gonna go on to talk about Paris, but Vienna was at the time, like, the big one of the cultural hubs of I mean, it still is, but Paris and Vienna were like THE PLACES in Europe at the time, they were the places to be for innovation and invention and stuff like that. So. So she also left Vienna in 1783. Maria did and commenced her European tour. She went on to she went across, she went across Europe.</w:t>
      </w:r>
    </w:p>
    <w:p>
      <w:pPr>
        <w:spacing w:after="0"/>
      </w:pPr>
    </w:p>
    <w:p>
      <w:pPr>
        <w:spacing w:after="0"/>
      </w:pPr>
      <w:r>
        <w:rPr>
          <w:rFonts w:ascii="Arial" w:hAnsi="Arial"/>
          <w:b/>
          <w:sz w:val="22"/>
        </w:rPr>
        <w:t xml:space="preserve">Lucy  </w:t>
      </w:r>
      <w:r>
        <w:rPr>
          <w:rFonts w:ascii="Arial" w:hAnsi="Arial"/>
          <w:color w:val="5D7284"/>
          <w:sz w:val="22"/>
        </w:rPr>
        <w:t>48:59</w:t>
      </w:r>
    </w:p>
    <w:p>
      <w:pPr>
        <w:spacing w:after="0"/>
      </w:pPr>
      <w:r>
        <w:rPr>
          <w:rFonts w:ascii="Arial" w:hAnsi="Arial"/>
          <w:sz w:val="22"/>
        </w:rPr>
        <w:t>Europe</w:t>
      </w:r>
    </w:p>
    <w:p>
      <w:pPr>
        <w:spacing w:after="0"/>
      </w:pPr>
    </w:p>
    <w:p>
      <w:pPr>
        <w:spacing w:after="0"/>
      </w:pPr>
      <w:r>
        <w:rPr>
          <w:rFonts w:ascii="Arial" w:hAnsi="Arial"/>
          <w:b/>
          <w:sz w:val="22"/>
        </w:rPr>
        <w:t xml:space="preserve">Alice  </w:t>
      </w:r>
      <w:r>
        <w:rPr>
          <w:rFonts w:ascii="Arial" w:hAnsi="Arial"/>
          <w:color w:val="5D7284"/>
          <w:sz w:val="22"/>
        </w:rPr>
        <w:t>49:00</w:t>
      </w:r>
    </w:p>
    <w:p>
      <w:pPr>
        <w:spacing w:after="0"/>
      </w:pPr>
      <w:r>
        <w:rPr>
          <w:rFonts w:ascii="Arial" w:hAnsi="Arial"/>
          <w:sz w:val="22"/>
        </w:rPr>
        <w:t>I was like the big one, what's it called? (laughs)</w:t>
      </w:r>
    </w:p>
    <w:p>
      <w:pPr>
        <w:spacing w:after="0"/>
      </w:pPr>
    </w:p>
    <w:p>
      <w:pPr>
        <w:spacing w:after="0"/>
      </w:pPr>
      <w:r>
        <w:rPr>
          <w:rFonts w:ascii="Arial" w:hAnsi="Arial"/>
          <w:b/>
          <w:sz w:val="22"/>
        </w:rPr>
        <w:t xml:space="preserve">Daisy  </w:t>
      </w:r>
      <w:r>
        <w:rPr>
          <w:rFonts w:ascii="Arial" w:hAnsi="Arial"/>
          <w:color w:val="5D7284"/>
          <w:sz w:val="22"/>
        </w:rPr>
        <w:t>49:02</w:t>
      </w:r>
    </w:p>
    <w:p>
      <w:pPr>
        <w:spacing w:after="0"/>
      </w:pPr>
      <w:r>
        <w:rPr>
          <w:rFonts w:ascii="Arial" w:hAnsi="Arial"/>
          <w:sz w:val="22"/>
        </w:rPr>
        <w:t>Europe (all laugh)</w:t>
      </w:r>
    </w:p>
    <w:p>
      <w:pPr>
        <w:spacing w:after="0"/>
      </w:pPr>
    </w:p>
    <w:p>
      <w:pPr>
        <w:spacing w:after="0"/>
      </w:pPr>
      <w:r>
        <w:rPr>
          <w:rFonts w:ascii="Arial" w:hAnsi="Arial"/>
          <w:b/>
          <w:sz w:val="22"/>
        </w:rPr>
        <w:t xml:space="preserve">Alice  </w:t>
      </w:r>
      <w:r>
        <w:rPr>
          <w:rFonts w:ascii="Arial" w:hAnsi="Arial"/>
          <w:color w:val="5D7284"/>
          <w:sz w:val="22"/>
        </w:rPr>
        <w:t>49:10</w:t>
      </w:r>
    </w:p>
    <w:p>
      <w:pPr>
        <w:spacing w:after="0"/>
      </w:pPr>
      <w:r>
        <w:rPr>
          <w:rFonts w:ascii="Arial" w:hAnsi="Arial"/>
          <w:sz w:val="22"/>
        </w:rPr>
        <w:t>But basically worked her way from Vienna to Paris. And during this time period, she was she would meet and work with composers, such as Hyden and Bach, Bach Bach</w:t>
      </w:r>
    </w:p>
    <w:p>
      <w:pPr>
        <w:spacing w:after="0"/>
      </w:pPr>
    </w:p>
    <w:p>
      <w:pPr>
        <w:spacing w:after="0"/>
      </w:pPr>
      <w:r>
        <w:rPr>
          <w:rFonts w:ascii="Arial" w:hAnsi="Arial"/>
          <w:b/>
          <w:sz w:val="22"/>
        </w:rPr>
        <w:t xml:space="preserve">Lucy  </w:t>
      </w:r>
      <w:r>
        <w:rPr>
          <w:rFonts w:ascii="Arial" w:hAnsi="Arial"/>
          <w:color w:val="5D7284"/>
          <w:sz w:val="22"/>
        </w:rPr>
        <w:t>49:28</w:t>
      </w:r>
    </w:p>
    <w:p>
      <w:pPr>
        <w:spacing w:after="0"/>
      </w:pPr>
      <w:r>
        <w:rPr>
          <w:rFonts w:ascii="Arial" w:hAnsi="Arial"/>
          <w:sz w:val="22"/>
        </w:rPr>
        <w:t>Yeah, no, wasn't a Deaf Bach?. No, it was that Beethoven?</w:t>
      </w:r>
    </w:p>
    <w:p>
      <w:pPr>
        <w:spacing w:after="0"/>
      </w:pPr>
    </w:p>
    <w:p>
      <w:pPr>
        <w:spacing w:after="0"/>
      </w:pPr>
      <w:r>
        <w:rPr>
          <w:rFonts w:ascii="Arial" w:hAnsi="Arial"/>
          <w:b/>
          <w:sz w:val="22"/>
        </w:rPr>
        <w:t xml:space="preserve">Alice  </w:t>
      </w:r>
      <w:r>
        <w:rPr>
          <w:rFonts w:ascii="Arial" w:hAnsi="Arial"/>
          <w:color w:val="5D7284"/>
          <w:sz w:val="22"/>
        </w:rPr>
        <w:t>49:32</w:t>
      </w:r>
    </w:p>
    <w:p>
      <w:pPr>
        <w:spacing w:after="0"/>
      </w:pPr>
      <w:r>
        <w:rPr>
          <w:rFonts w:ascii="Arial" w:hAnsi="Arial"/>
          <w:sz w:val="22"/>
        </w:rPr>
        <w:t>That's Beethoven.. I'm doing him in another history lesson at some point. And Mozart, as well, who reportedly was like so into Maria Teresa, that he wrote her a piano concerto..(Lucy) Right. And like...(Daisy) Creep. And her</w:t>
      </w:r>
    </w:p>
    <w:p>
      <w:pPr>
        <w:spacing w:after="0"/>
      </w:pPr>
    </w:p>
    <w:p>
      <w:pPr>
        <w:spacing w:after="0"/>
      </w:pPr>
      <w:r>
        <w:rPr>
          <w:rFonts w:ascii="Arial" w:hAnsi="Arial"/>
          <w:b/>
          <w:sz w:val="22"/>
        </w:rPr>
        <w:t xml:space="preserve">Lucy  </w:t>
      </w:r>
      <w:r>
        <w:rPr>
          <w:rFonts w:ascii="Arial" w:hAnsi="Arial"/>
          <w:color w:val="5D7284"/>
          <w:sz w:val="22"/>
        </w:rPr>
        <w:t>49:57</w:t>
      </w:r>
    </w:p>
    <w:p>
      <w:pPr>
        <w:spacing w:after="0"/>
      </w:pPr>
      <w:r>
        <w:rPr>
          <w:rFonts w:ascii="Arial" w:hAnsi="Arial"/>
          <w:sz w:val="22"/>
        </w:rPr>
        <w:t>Not as creepy as magnet man. (laughs)</w:t>
      </w:r>
    </w:p>
    <w:p>
      <w:pPr>
        <w:spacing w:after="0"/>
      </w:pPr>
    </w:p>
    <w:p>
      <w:pPr>
        <w:spacing w:after="0"/>
      </w:pPr>
      <w:r>
        <w:rPr>
          <w:rFonts w:ascii="Arial" w:hAnsi="Arial"/>
          <w:b/>
          <w:sz w:val="22"/>
        </w:rPr>
        <w:t xml:space="preserve">Daisy  </w:t>
      </w:r>
      <w:r>
        <w:rPr>
          <w:rFonts w:ascii="Arial" w:hAnsi="Arial"/>
          <w:color w:val="5D7284"/>
          <w:sz w:val="22"/>
        </w:rPr>
        <w:t>50:01</w:t>
      </w:r>
    </w:p>
    <w:p>
      <w:pPr>
        <w:spacing w:after="0"/>
      </w:pPr>
      <w:r>
        <w:rPr>
          <w:rFonts w:ascii="Arial" w:hAnsi="Arial"/>
          <w:sz w:val="22"/>
        </w:rPr>
        <w:t>I would be much more uncomfortable if someone wrote me a concerto.</w:t>
      </w:r>
    </w:p>
    <w:p>
      <w:pPr>
        <w:spacing w:after="0"/>
      </w:pPr>
    </w:p>
    <w:p>
      <w:pPr>
        <w:spacing w:after="0"/>
      </w:pPr>
      <w:r>
        <w:rPr>
          <w:rFonts w:ascii="Arial" w:hAnsi="Arial"/>
          <w:b/>
          <w:sz w:val="22"/>
        </w:rPr>
        <w:t xml:space="preserve">Alice  </w:t>
      </w:r>
      <w:r>
        <w:rPr>
          <w:rFonts w:ascii="Arial" w:hAnsi="Arial"/>
          <w:color w:val="5D7284"/>
          <w:sz w:val="22"/>
        </w:rPr>
        <w:t>50:05</w:t>
      </w:r>
    </w:p>
    <w:p>
      <w:pPr>
        <w:spacing w:after="0"/>
      </w:pPr>
      <w:r>
        <w:rPr>
          <w:rFonts w:ascii="Arial" w:hAnsi="Arial"/>
          <w:sz w:val="22"/>
        </w:rPr>
        <w:t>I don't know. It's the equivalent of like, if you're you're a historian It's like somebody writing you an interesting piece of history isn't it, Because she was a pianist.</w:t>
      </w:r>
    </w:p>
    <w:p>
      <w:pPr>
        <w:spacing w:after="0"/>
      </w:pPr>
    </w:p>
    <w:p>
      <w:pPr>
        <w:spacing w:after="0"/>
      </w:pPr>
      <w:r>
        <w:rPr>
          <w:rFonts w:ascii="Arial" w:hAnsi="Arial"/>
          <w:b/>
          <w:sz w:val="22"/>
        </w:rPr>
        <w:t xml:space="preserve">Daisy  </w:t>
      </w:r>
      <w:r>
        <w:rPr>
          <w:rFonts w:ascii="Arial" w:hAnsi="Arial"/>
          <w:color w:val="5D7284"/>
          <w:sz w:val="22"/>
        </w:rPr>
        <w:t>50:15</w:t>
      </w:r>
    </w:p>
    <w:p>
      <w:pPr>
        <w:spacing w:after="0"/>
      </w:pPr>
      <w:r>
        <w:rPr>
          <w:rFonts w:ascii="Arial" w:hAnsi="Arial"/>
          <w:sz w:val="22"/>
        </w:rPr>
        <w:t>Is that what you think my life is like?(Lucy laughs) People come to me bringing historical articles and putting them through my door. (Daisy laughs)</w:t>
      </w:r>
    </w:p>
    <w:p>
      <w:pPr>
        <w:spacing w:after="0"/>
      </w:pPr>
    </w:p>
    <w:p>
      <w:pPr>
        <w:spacing w:after="0"/>
      </w:pPr>
      <w:r>
        <w:rPr>
          <w:rFonts w:ascii="Arial" w:hAnsi="Arial"/>
          <w:b/>
          <w:sz w:val="22"/>
        </w:rPr>
        <w:t xml:space="preserve">Alice  </w:t>
      </w:r>
      <w:r>
        <w:rPr>
          <w:rFonts w:ascii="Arial" w:hAnsi="Arial"/>
          <w:color w:val="5D7284"/>
          <w:sz w:val="22"/>
        </w:rPr>
        <w:t>50:25</w:t>
      </w:r>
    </w:p>
    <w:p>
      <w:pPr>
        <w:spacing w:after="0"/>
      </w:pPr>
      <w:r>
        <w:rPr>
          <w:rFonts w:ascii="Arial" w:hAnsi="Arial"/>
          <w:sz w:val="22"/>
        </w:rPr>
        <w:t>No ...I just mean, like,you know some girls like flowers. Some people like chocolate. I, I don't know a great deal about you beyond you like history. So I was like, how might one romance... romantically romance romance Daisy? (laughs)</w:t>
      </w:r>
    </w:p>
    <w:p>
      <w:pPr>
        <w:spacing w:after="0"/>
      </w:pPr>
    </w:p>
    <w:p>
      <w:pPr>
        <w:spacing w:after="0"/>
      </w:pPr>
      <w:r>
        <w:rPr>
          <w:rFonts w:ascii="Arial" w:hAnsi="Arial"/>
          <w:b/>
          <w:sz w:val="22"/>
        </w:rPr>
        <w:t xml:space="preserve">Daisy  </w:t>
      </w:r>
      <w:r>
        <w:rPr>
          <w:rFonts w:ascii="Arial" w:hAnsi="Arial"/>
          <w:color w:val="5D7284"/>
          <w:sz w:val="22"/>
        </w:rPr>
        <w:t>50:33</w:t>
      </w:r>
    </w:p>
    <w:p>
      <w:pPr>
        <w:spacing w:after="0"/>
      </w:pPr>
      <w:r>
        <w:rPr>
          <w:rFonts w:ascii="Arial" w:hAnsi="Arial"/>
          <w:sz w:val="22"/>
        </w:rPr>
        <w:t>I know. (laughs)</w:t>
      </w:r>
    </w:p>
    <w:p>
      <w:pPr>
        <w:spacing w:after="0"/>
      </w:pPr>
    </w:p>
    <w:p>
      <w:pPr>
        <w:spacing w:after="0"/>
      </w:pPr>
      <w:r>
        <w:rPr>
          <w:rFonts w:ascii="Arial" w:hAnsi="Arial"/>
          <w:b/>
          <w:sz w:val="22"/>
        </w:rPr>
        <w:t xml:space="preserve">Alice  </w:t>
      </w:r>
      <w:r>
        <w:rPr>
          <w:rFonts w:ascii="Arial" w:hAnsi="Arial"/>
          <w:color w:val="5D7284"/>
          <w:sz w:val="22"/>
        </w:rPr>
        <w:t>50:41</w:t>
      </w:r>
    </w:p>
    <w:p>
      <w:pPr>
        <w:spacing w:after="0"/>
      </w:pPr>
      <w:r>
        <w:rPr>
          <w:rFonts w:ascii="Arial" w:hAnsi="Arial"/>
          <w:sz w:val="22"/>
        </w:rPr>
        <w:t>(laughing) This is why we need a team building exercise as soon as possible.</w:t>
      </w:r>
    </w:p>
    <w:p>
      <w:pPr>
        <w:spacing w:after="0"/>
      </w:pPr>
    </w:p>
    <w:p>
      <w:pPr>
        <w:spacing w:after="0"/>
      </w:pPr>
      <w:r>
        <w:rPr>
          <w:rFonts w:ascii="Arial" w:hAnsi="Arial"/>
          <w:b/>
          <w:sz w:val="22"/>
        </w:rPr>
        <w:t xml:space="preserve">Daisy  </w:t>
      </w:r>
      <w:r>
        <w:rPr>
          <w:rFonts w:ascii="Arial" w:hAnsi="Arial"/>
          <w:color w:val="5D7284"/>
          <w:sz w:val="22"/>
        </w:rPr>
        <w:t>50:54</w:t>
      </w:r>
    </w:p>
    <w:p>
      <w:pPr>
        <w:spacing w:after="0"/>
      </w:pPr>
      <w:r>
        <w:rPr>
          <w:rFonts w:ascii="Arial" w:hAnsi="Arial"/>
          <w:sz w:val="22"/>
        </w:rPr>
        <w:t>Find out the better ways to seduce me.</w:t>
      </w:r>
    </w:p>
    <w:p>
      <w:pPr>
        <w:spacing w:after="0"/>
      </w:pPr>
    </w:p>
    <w:p>
      <w:pPr>
        <w:spacing w:after="0"/>
      </w:pPr>
      <w:r>
        <w:rPr>
          <w:rFonts w:ascii="Arial" w:hAnsi="Arial"/>
          <w:b/>
          <w:sz w:val="22"/>
        </w:rPr>
        <w:t xml:space="preserve">Lucy  </w:t>
      </w:r>
      <w:r>
        <w:rPr>
          <w:rFonts w:ascii="Arial" w:hAnsi="Arial"/>
          <w:color w:val="5D7284"/>
          <w:sz w:val="22"/>
        </w:rPr>
        <w:t>50:56</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50:58</w:t>
      </w:r>
    </w:p>
    <w:p>
      <w:pPr>
        <w:spacing w:after="0"/>
      </w:pPr>
      <w:r>
        <w:rPr>
          <w:rFonts w:ascii="Arial" w:hAnsi="Arial"/>
          <w:sz w:val="22"/>
        </w:rPr>
        <w:t>I feel like I could quite comfortably work out how to seduce Lucy. I think I'd probably just buy a several bags of pork scratchings</w:t>
      </w:r>
    </w:p>
    <w:p>
      <w:pPr>
        <w:spacing w:after="0"/>
      </w:pPr>
    </w:p>
    <w:p>
      <w:pPr>
        <w:spacing w:after="0"/>
      </w:pPr>
      <w:r>
        <w:rPr>
          <w:rFonts w:ascii="Arial" w:hAnsi="Arial"/>
          <w:b/>
          <w:sz w:val="22"/>
        </w:rPr>
        <w:t xml:space="preserve">Lucy  </w:t>
      </w:r>
      <w:r>
        <w:rPr>
          <w:rFonts w:ascii="Arial" w:hAnsi="Arial"/>
          <w:color w:val="5D7284"/>
          <w:sz w:val="22"/>
        </w:rPr>
        <w:t>51:06</w:t>
      </w:r>
    </w:p>
    <w:p>
      <w:pPr>
        <w:spacing w:after="0"/>
      </w:pPr>
      <w:r>
        <w:rPr>
          <w:rFonts w:ascii="Arial" w:hAnsi="Arial"/>
          <w:sz w:val="22"/>
        </w:rPr>
        <w:t>To be fair yeah yo could be right, and a bottle of wine. (Alice) Yeah. Yeah hi boys. Yeah, they get stuck in your teeth, though. So after like...</w:t>
      </w:r>
    </w:p>
    <w:p>
      <w:pPr>
        <w:spacing w:after="0"/>
      </w:pPr>
    </w:p>
    <w:p>
      <w:pPr>
        <w:spacing w:after="0"/>
      </w:pPr>
      <w:r>
        <w:rPr>
          <w:rFonts w:ascii="Arial" w:hAnsi="Arial"/>
          <w:b/>
          <w:sz w:val="22"/>
        </w:rPr>
        <w:t xml:space="preserve">Daisy  </w:t>
      </w:r>
      <w:r>
        <w:rPr>
          <w:rFonts w:ascii="Arial" w:hAnsi="Arial"/>
          <w:color w:val="5D7284"/>
          <w:sz w:val="22"/>
        </w:rPr>
        <w:t>51:20</w:t>
      </w:r>
    </w:p>
    <w:p>
      <w:pPr>
        <w:spacing w:after="0"/>
      </w:pPr>
      <w:r>
        <w:rPr>
          <w:rFonts w:ascii="Arial" w:hAnsi="Arial"/>
          <w:sz w:val="22"/>
        </w:rPr>
        <w:t>But Wotsit's are the best and...</w:t>
      </w:r>
    </w:p>
    <w:p>
      <w:pPr>
        <w:spacing w:after="0"/>
      </w:pPr>
    </w:p>
    <w:p>
      <w:pPr>
        <w:spacing w:after="0"/>
      </w:pPr>
      <w:r>
        <w:rPr>
          <w:rFonts w:ascii="Arial" w:hAnsi="Arial"/>
          <w:b/>
          <w:sz w:val="22"/>
        </w:rPr>
        <w:t xml:space="preserve">Lucy  </w:t>
      </w:r>
      <w:r>
        <w:rPr>
          <w:rFonts w:ascii="Arial" w:hAnsi="Arial"/>
          <w:color w:val="5D7284"/>
          <w:sz w:val="22"/>
        </w:rPr>
        <w:t>51:21</w:t>
      </w:r>
    </w:p>
    <w:p>
      <w:pPr>
        <w:spacing w:after="0"/>
      </w:pPr>
      <w:r>
        <w:rPr>
          <w:rFonts w:ascii="Arial" w:hAnsi="Arial"/>
          <w:sz w:val="22"/>
        </w:rPr>
        <w:t>Peanut butter Wotsit's!</w:t>
      </w:r>
    </w:p>
    <w:p>
      <w:pPr>
        <w:spacing w:after="0"/>
      </w:pPr>
    </w:p>
    <w:p>
      <w:pPr>
        <w:spacing w:after="0"/>
      </w:pPr>
      <w:r>
        <w:rPr>
          <w:rFonts w:ascii="Arial" w:hAnsi="Arial"/>
          <w:b/>
          <w:sz w:val="22"/>
        </w:rPr>
        <w:t xml:space="preserve">Alice  </w:t>
      </w:r>
      <w:r>
        <w:rPr>
          <w:rFonts w:ascii="Arial" w:hAnsi="Arial"/>
          <w:color w:val="5D7284"/>
          <w:sz w:val="22"/>
        </w:rPr>
        <w:t>51:23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51:23</w:t>
      </w:r>
    </w:p>
    <w:p>
      <w:pPr>
        <w:spacing w:after="0"/>
      </w:pPr>
      <w:r>
        <w:rPr>
          <w:rFonts w:ascii="Arial" w:hAnsi="Arial"/>
          <w:sz w:val="22"/>
        </w:rPr>
        <w:t xml:space="preserve"> Peanut butter Wotsit's....What's is ..what is that?</w:t>
      </w:r>
    </w:p>
    <w:p>
      <w:pPr>
        <w:spacing w:after="0"/>
      </w:pPr>
    </w:p>
    <w:p>
      <w:pPr>
        <w:spacing w:after="0"/>
      </w:pPr>
      <w:r>
        <w:rPr>
          <w:rFonts w:ascii="Arial" w:hAnsi="Arial"/>
          <w:b/>
          <w:sz w:val="22"/>
        </w:rPr>
        <w:t xml:space="preserve">Daisy  </w:t>
      </w:r>
      <w:r>
        <w:rPr>
          <w:rFonts w:ascii="Arial" w:hAnsi="Arial"/>
          <w:color w:val="5D7284"/>
          <w:sz w:val="22"/>
        </w:rPr>
        <w:t>51:26</w:t>
      </w:r>
    </w:p>
    <w:p>
      <w:pPr>
        <w:spacing w:after="0"/>
      </w:pPr>
      <w:r>
        <w:rPr>
          <w:rFonts w:ascii="Arial" w:hAnsi="Arial"/>
          <w:sz w:val="22"/>
        </w:rPr>
        <w:t>They're like, well, they're not actual... Wotsit branded? Lucy) No I know. They're like Wotsit's but they're peanut flavored?</w:t>
      </w:r>
    </w:p>
    <w:p>
      <w:pPr>
        <w:spacing w:after="0"/>
      </w:pPr>
    </w:p>
    <w:p>
      <w:pPr>
        <w:spacing w:after="0"/>
      </w:pPr>
      <w:r>
        <w:rPr>
          <w:rFonts w:ascii="Arial" w:hAnsi="Arial"/>
          <w:b/>
          <w:sz w:val="22"/>
        </w:rPr>
        <w:t xml:space="preserve">Lucy  </w:t>
      </w:r>
      <w:r>
        <w:rPr>
          <w:rFonts w:ascii="Arial" w:hAnsi="Arial"/>
          <w:color w:val="5D7284"/>
          <w:sz w:val="22"/>
        </w:rPr>
        <w:t>51:31</w:t>
      </w:r>
    </w:p>
    <w:p>
      <w:pPr>
        <w:spacing w:after="0"/>
      </w:pPr>
      <w:r>
        <w:rPr>
          <w:rFonts w:ascii="Arial" w:hAnsi="Arial"/>
          <w:sz w:val="22"/>
        </w:rPr>
        <w:t>Daisy you're gonna have to bring me some.</w:t>
      </w:r>
    </w:p>
    <w:p>
      <w:pPr>
        <w:spacing w:after="0"/>
      </w:pPr>
    </w:p>
    <w:p>
      <w:pPr>
        <w:spacing w:after="0"/>
      </w:pPr>
      <w:r>
        <w:rPr>
          <w:rFonts w:ascii="Arial" w:hAnsi="Arial"/>
          <w:b/>
          <w:sz w:val="22"/>
        </w:rPr>
        <w:t xml:space="preserve">Daisy  </w:t>
      </w:r>
      <w:r>
        <w:rPr>
          <w:rFonts w:ascii="Arial" w:hAnsi="Arial"/>
          <w:color w:val="5D7284"/>
          <w:sz w:val="22"/>
        </w:rPr>
        <w:t>51:33</w:t>
      </w:r>
    </w:p>
    <w:p>
      <w:pPr>
        <w:spacing w:after="0"/>
      </w:pPr>
      <w:r>
        <w:rPr>
          <w:rFonts w:ascii="Arial" w:hAnsi="Arial"/>
          <w:sz w:val="22"/>
        </w:rPr>
        <w:t>I will. They're in all of the Polish supermarket this completely unrelated. I was going to the Polish shop down my road the other day and it was it was shut because the council shut it down. Because it was selling fake cigarettes...and I'm like wait, so what are they if they weren't cigarettes? Makes me think of those sweets</w:t>
      </w:r>
    </w:p>
    <w:p>
      <w:pPr>
        <w:spacing w:after="0"/>
      </w:pPr>
    </w:p>
    <w:p>
      <w:pPr>
        <w:spacing w:after="0"/>
      </w:pPr>
      <w:r>
        <w:rPr>
          <w:rFonts w:ascii="Arial" w:hAnsi="Arial"/>
          <w:b/>
          <w:sz w:val="22"/>
        </w:rPr>
        <w:t xml:space="preserve">Lucy  </w:t>
      </w:r>
      <w:r>
        <w:rPr>
          <w:rFonts w:ascii="Arial" w:hAnsi="Arial"/>
          <w:color w:val="5D7284"/>
          <w:sz w:val="22"/>
        </w:rPr>
        <w:t>51:58</w:t>
      </w:r>
    </w:p>
    <w:p>
      <w:pPr>
        <w:spacing w:after="0"/>
      </w:pPr>
      <w:r>
        <w:rPr>
          <w:rFonts w:ascii="Arial" w:hAnsi="Arial"/>
          <w:sz w:val="22"/>
        </w:rPr>
        <w:t>To be fair when I went to a fancy dress party dressed as Sandy from Grease, and we made like a cardboard Grease Lightening to go around my chair. I had a fake cigarette, and I bought it from Amazon. And you blew out of it and a puff of smoke came out the end of it. It was it was filled with talc. Everyone everybody else is like like walking around with it. And I was like, can you give me my cigarette back?. You're ruining my look.</w:t>
      </w:r>
    </w:p>
    <w:p>
      <w:pPr>
        <w:spacing w:after="0"/>
      </w:pPr>
    </w:p>
    <w:p>
      <w:pPr>
        <w:spacing w:after="0"/>
      </w:pPr>
      <w:r>
        <w:rPr>
          <w:rFonts w:ascii="Arial" w:hAnsi="Arial"/>
          <w:b/>
          <w:sz w:val="22"/>
        </w:rPr>
        <w:t xml:space="preserve">Daisy  </w:t>
      </w:r>
      <w:r>
        <w:rPr>
          <w:rFonts w:ascii="Arial" w:hAnsi="Arial"/>
          <w:color w:val="5D7284"/>
          <w:sz w:val="22"/>
        </w:rPr>
        <w:t>52:25</w:t>
      </w:r>
    </w:p>
    <w:p>
      <w:pPr>
        <w:spacing w:after="0"/>
      </w:pPr>
      <w:r>
        <w:rPr>
          <w:rFonts w:ascii="Arial" w:hAnsi="Arial"/>
          <w:sz w:val="22"/>
        </w:rPr>
        <w:t>I had these ones in Malta that were like Nik Naks. But peanut flavored</w:t>
      </w:r>
    </w:p>
    <w:p>
      <w:pPr>
        <w:spacing w:after="0"/>
      </w:pPr>
    </w:p>
    <w:p>
      <w:pPr>
        <w:spacing w:after="0"/>
      </w:pPr>
      <w:r>
        <w:rPr>
          <w:rFonts w:ascii="Arial" w:hAnsi="Arial"/>
          <w:b/>
          <w:sz w:val="22"/>
        </w:rPr>
        <w:t xml:space="preserve">Lucy  </w:t>
      </w:r>
      <w:r>
        <w:rPr>
          <w:rFonts w:ascii="Arial" w:hAnsi="Arial"/>
          <w:color w:val="5D7284"/>
          <w:sz w:val="22"/>
        </w:rPr>
        <w:t>52:33</w:t>
      </w:r>
    </w:p>
    <w:p>
      <w:pPr>
        <w:spacing w:after="0"/>
      </w:pPr>
      <w:r>
        <w:rPr>
          <w:rFonts w:ascii="Arial" w:hAnsi="Arial"/>
          <w:sz w:val="22"/>
        </w:rPr>
        <w:t>I love peanut butter, anything (Daisy) Me too!. Peanut butter chocolate. (Daisy)Yep. Yep, everythings better with peanut butter.. toast with peanut butter on.</w:t>
      </w:r>
    </w:p>
    <w:p>
      <w:pPr>
        <w:spacing w:after="0"/>
      </w:pPr>
    </w:p>
    <w:p>
      <w:pPr>
        <w:spacing w:after="0"/>
      </w:pPr>
      <w:r>
        <w:rPr>
          <w:rFonts w:ascii="Arial" w:hAnsi="Arial"/>
          <w:b/>
          <w:sz w:val="22"/>
        </w:rPr>
        <w:t xml:space="preserve">Alice  </w:t>
      </w:r>
      <w:r>
        <w:rPr>
          <w:rFonts w:ascii="Arial" w:hAnsi="Arial"/>
          <w:color w:val="5D7284"/>
          <w:sz w:val="22"/>
        </w:rPr>
        <w:t>52:42</w:t>
      </w:r>
    </w:p>
    <w:p>
      <w:pPr>
        <w:spacing w:after="0"/>
      </w:pPr>
      <w:r>
        <w:rPr>
          <w:rFonts w:ascii="Arial" w:hAnsi="Arial"/>
          <w:sz w:val="22"/>
        </w:rPr>
        <w:t>I mean quite a lot of peanut butter and banana on toast at the moment.</w:t>
      </w:r>
    </w:p>
    <w:p>
      <w:pPr>
        <w:spacing w:after="0"/>
      </w:pPr>
    </w:p>
    <w:p>
      <w:pPr>
        <w:spacing w:after="0"/>
      </w:pPr>
      <w:r>
        <w:rPr>
          <w:rFonts w:ascii="Arial" w:hAnsi="Arial"/>
          <w:b/>
          <w:sz w:val="22"/>
        </w:rPr>
        <w:t xml:space="preserve">Lucy  </w:t>
      </w:r>
      <w:r>
        <w:rPr>
          <w:rFonts w:ascii="Arial" w:hAnsi="Arial"/>
          <w:color w:val="5D7284"/>
          <w:sz w:val="22"/>
        </w:rPr>
        <w:t>52:46</w:t>
      </w:r>
    </w:p>
    <w:p>
      <w:pPr>
        <w:spacing w:after="0"/>
      </w:pPr>
      <w:r>
        <w:rPr>
          <w:rFonts w:ascii="Arial" w:hAnsi="Arial"/>
          <w:sz w:val="22"/>
        </w:rPr>
        <w:t>Oh, yeah! Peanut..</w:t>
      </w:r>
    </w:p>
    <w:p>
      <w:pPr>
        <w:spacing w:after="0"/>
      </w:pPr>
    </w:p>
    <w:p>
      <w:pPr>
        <w:spacing w:after="0"/>
      </w:pPr>
      <w:r>
        <w:rPr>
          <w:rFonts w:ascii="Arial" w:hAnsi="Arial"/>
          <w:b/>
          <w:sz w:val="22"/>
        </w:rPr>
        <w:t xml:space="preserve">Daisy  </w:t>
      </w:r>
      <w:r>
        <w:rPr>
          <w:rFonts w:ascii="Arial" w:hAnsi="Arial"/>
          <w:color w:val="5D7284"/>
          <w:sz w:val="22"/>
        </w:rPr>
        <w:t>52:48</w:t>
      </w:r>
    </w:p>
    <w:p>
      <w:pPr>
        <w:spacing w:after="0"/>
      </w:pPr>
      <w:r>
        <w:rPr>
          <w:rFonts w:ascii="Arial" w:hAnsi="Arial"/>
          <w:sz w:val="22"/>
        </w:rPr>
        <w:t>Peanut butter and cheddar.</w:t>
      </w:r>
    </w:p>
    <w:p>
      <w:pPr>
        <w:spacing w:after="0"/>
      </w:pPr>
    </w:p>
    <w:p>
      <w:pPr>
        <w:spacing w:after="0"/>
      </w:pPr>
      <w:r>
        <w:rPr>
          <w:rFonts w:ascii="Arial" w:hAnsi="Arial"/>
          <w:b/>
          <w:sz w:val="22"/>
        </w:rPr>
        <w:t xml:space="preserve">Lucy  </w:t>
      </w:r>
      <w:r>
        <w:rPr>
          <w:rFonts w:ascii="Arial" w:hAnsi="Arial"/>
          <w:color w:val="5D7284"/>
          <w:sz w:val="22"/>
        </w:rPr>
        <w:t>52:50</w:t>
      </w:r>
    </w:p>
    <w:p>
      <w:pPr>
        <w:spacing w:after="0"/>
      </w:pPr>
      <w:r>
        <w:rPr>
          <w:rFonts w:ascii="Arial" w:hAnsi="Arial"/>
          <w:sz w:val="22"/>
        </w:rPr>
        <w:t>I see. I've never tried that.</w:t>
      </w:r>
    </w:p>
    <w:p>
      <w:pPr>
        <w:spacing w:after="0"/>
      </w:pPr>
    </w:p>
    <w:p>
      <w:pPr>
        <w:spacing w:after="0"/>
      </w:pPr>
      <w:r>
        <w:rPr>
          <w:rFonts w:ascii="Arial" w:hAnsi="Arial"/>
          <w:b/>
          <w:sz w:val="22"/>
        </w:rPr>
        <w:t xml:space="preserve">Alice  </w:t>
      </w:r>
      <w:r>
        <w:rPr>
          <w:rFonts w:ascii="Arial" w:hAnsi="Arial"/>
          <w:color w:val="5D7284"/>
          <w:sz w:val="22"/>
        </w:rPr>
        <w:t>52:51</w:t>
      </w:r>
    </w:p>
    <w:p>
      <w:pPr>
        <w:spacing w:after="0"/>
      </w:pPr>
      <w:r>
        <w:rPr>
          <w:rFonts w:ascii="Arial" w:hAnsi="Arial"/>
          <w:sz w:val="22"/>
        </w:rPr>
        <w:t>My mom likes jam and cheese.</w:t>
      </w:r>
    </w:p>
    <w:p>
      <w:pPr>
        <w:spacing w:after="0"/>
      </w:pPr>
    </w:p>
    <w:p>
      <w:pPr>
        <w:spacing w:after="0"/>
      </w:pPr>
      <w:r>
        <w:rPr>
          <w:rFonts w:ascii="Arial" w:hAnsi="Arial"/>
          <w:b/>
          <w:sz w:val="22"/>
        </w:rPr>
        <w:t xml:space="preserve">Lucy  </w:t>
      </w:r>
      <w:r>
        <w:rPr>
          <w:rFonts w:ascii="Arial" w:hAnsi="Arial"/>
          <w:color w:val="5D7284"/>
          <w:sz w:val="22"/>
        </w:rPr>
        <w:t>52:55</w:t>
      </w:r>
    </w:p>
    <w:p>
      <w:pPr>
        <w:spacing w:after="0"/>
      </w:pPr>
      <w:r>
        <w:rPr>
          <w:rFonts w:ascii="Arial" w:hAnsi="Arial"/>
          <w:sz w:val="22"/>
        </w:rPr>
        <w:t xml:space="preserve">No. </w:t>
      </w:r>
    </w:p>
    <w:p>
      <w:pPr>
        <w:spacing w:after="0"/>
      </w:pPr>
    </w:p>
    <w:p>
      <w:pPr>
        <w:spacing w:after="0"/>
      </w:pPr>
      <w:r>
        <w:rPr>
          <w:rFonts w:ascii="Arial" w:hAnsi="Arial"/>
          <w:b/>
          <w:sz w:val="22"/>
        </w:rPr>
        <w:t xml:space="preserve">Daisy  </w:t>
      </w:r>
      <w:r>
        <w:rPr>
          <w:rFonts w:ascii="Arial" w:hAnsi="Arial"/>
          <w:color w:val="5D7284"/>
          <w:sz w:val="22"/>
        </w:rPr>
        <w:t>52:56</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52:57</w:t>
      </w:r>
    </w:p>
    <w:p>
      <w:pPr>
        <w:spacing w:after="0"/>
      </w:pPr>
      <w:r>
        <w:rPr>
          <w:rFonts w:ascii="Arial" w:hAnsi="Arial"/>
          <w:sz w:val="22"/>
        </w:rPr>
        <w:t>I've never had cheese and mayonnaise until I moved up north though. So that was pretty revolutionary.</w:t>
      </w:r>
    </w:p>
    <w:p>
      <w:pPr>
        <w:spacing w:after="0"/>
      </w:pPr>
    </w:p>
    <w:p>
      <w:pPr>
        <w:spacing w:after="0"/>
      </w:pPr>
      <w:r>
        <w:rPr>
          <w:rFonts w:ascii="Arial" w:hAnsi="Arial"/>
          <w:b/>
          <w:sz w:val="22"/>
        </w:rPr>
        <w:t xml:space="preserve">Lucy  </w:t>
      </w:r>
      <w:r>
        <w:rPr>
          <w:rFonts w:ascii="Arial" w:hAnsi="Arial"/>
          <w:color w:val="5D7284"/>
          <w:sz w:val="22"/>
        </w:rPr>
        <w:t>53:05</w:t>
      </w:r>
    </w:p>
    <w:p>
      <w:pPr>
        <w:spacing w:after="0"/>
      </w:pPr>
      <w:r>
        <w:rPr>
          <w:rFonts w:ascii="Arial" w:hAnsi="Arial"/>
          <w:sz w:val="22"/>
        </w:rPr>
        <w:t>I'm not particularly a fan of like cheese sandwiches. I like melty cheese on things, but not like,</w:t>
      </w:r>
    </w:p>
    <w:p>
      <w:pPr>
        <w:spacing w:after="0"/>
      </w:pPr>
    </w:p>
    <w:p>
      <w:pPr>
        <w:spacing w:after="0"/>
      </w:pPr>
      <w:r>
        <w:rPr>
          <w:rFonts w:ascii="Arial" w:hAnsi="Arial"/>
          <w:b/>
          <w:sz w:val="22"/>
        </w:rPr>
        <w:t xml:space="preserve">Alice  </w:t>
      </w:r>
      <w:r>
        <w:rPr>
          <w:rFonts w:ascii="Arial" w:hAnsi="Arial"/>
          <w:color w:val="5D7284"/>
          <w:sz w:val="22"/>
        </w:rPr>
        <w:t>53:10</w:t>
      </w:r>
    </w:p>
    <w:p>
      <w:pPr>
        <w:spacing w:after="0"/>
      </w:pPr>
      <w:r>
        <w:rPr>
          <w:rFonts w:ascii="Arial" w:hAnsi="Arial"/>
          <w:sz w:val="22"/>
        </w:rPr>
        <w:t xml:space="preserve">Can I just say, you know that we're paying for this conversation?  (Laughs) Just thought I'd put that out there. </w:t>
      </w:r>
    </w:p>
    <w:p>
      <w:pPr>
        <w:spacing w:after="0"/>
      </w:pPr>
    </w:p>
    <w:p>
      <w:pPr>
        <w:spacing w:after="0"/>
      </w:pPr>
      <w:r>
        <w:rPr>
          <w:rFonts w:ascii="Arial" w:hAnsi="Arial"/>
          <w:b/>
          <w:sz w:val="22"/>
        </w:rPr>
        <w:t xml:space="preserve">Daisy  </w:t>
      </w:r>
      <w:r>
        <w:rPr>
          <w:rFonts w:ascii="Arial" w:hAnsi="Arial"/>
          <w:color w:val="5D7284"/>
          <w:sz w:val="22"/>
        </w:rPr>
        <w:t>53:17</w:t>
      </w:r>
    </w:p>
    <w:p>
      <w:pPr>
        <w:spacing w:after="0"/>
      </w:pPr>
      <w:r>
        <w:rPr>
          <w:rFonts w:ascii="Arial" w:hAnsi="Arial"/>
          <w:sz w:val="22"/>
        </w:rPr>
        <w:t>Yeah, so I'm gonna cut half the episode out of it. Because, you know, I didn't do a huge amount of research Bob what I wrote a year and a half ago.</w:t>
      </w:r>
    </w:p>
    <w:p>
      <w:pPr>
        <w:spacing w:after="0"/>
      </w:pPr>
    </w:p>
    <w:p>
      <w:pPr>
        <w:spacing w:after="0"/>
      </w:pPr>
      <w:r>
        <w:rPr>
          <w:rFonts w:ascii="Arial" w:hAnsi="Arial"/>
          <w:b/>
          <w:sz w:val="22"/>
        </w:rPr>
        <w:t xml:space="preserve">Lucy  </w:t>
      </w:r>
      <w:r>
        <w:rPr>
          <w:rFonts w:ascii="Arial" w:hAnsi="Arial"/>
          <w:color w:val="5D7284"/>
          <w:sz w:val="22"/>
        </w:rPr>
        <w:t>53:26</w:t>
      </w:r>
    </w:p>
    <w:p>
      <w:pPr>
        <w:spacing w:after="0"/>
      </w:pPr>
      <w:r>
        <w:rPr>
          <w:rFonts w:ascii="Arial" w:hAnsi="Arial"/>
          <w:sz w:val="22"/>
        </w:rPr>
        <w:t>And print (laughs)</w:t>
      </w:r>
    </w:p>
    <w:p>
      <w:pPr>
        <w:spacing w:after="0"/>
      </w:pPr>
    </w:p>
    <w:p>
      <w:pPr>
        <w:spacing w:after="0"/>
      </w:pPr>
      <w:r>
        <w:rPr>
          <w:rFonts w:ascii="Arial" w:hAnsi="Arial"/>
          <w:b/>
          <w:sz w:val="22"/>
        </w:rPr>
        <w:t xml:space="preserve">Daisy  </w:t>
      </w:r>
      <w:r>
        <w:rPr>
          <w:rFonts w:ascii="Arial" w:hAnsi="Arial"/>
          <w:color w:val="5D7284"/>
          <w:sz w:val="22"/>
        </w:rPr>
        <w:t>53:29</w:t>
      </w:r>
    </w:p>
    <w:p>
      <w:pPr>
        <w:spacing w:after="0"/>
      </w:pPr>
      <w:r>
        <w:rPr>
          <w:rFonts w:ascii="Arial" w:hAnsi="Arial"/>
          <w:sz w:val="22"/>
        </w:rPr>
        <w:t>Literally just... I also did a highlighter, look!</w:t>
      </w:r>
    </w:p>
    <w:p>
      <w:pPr>
        <w:spacing w:after="0"/>
      </w:pPr>
    </w:p>
    <w:p>
      <w:pPr>
        <w:spacing w:after="0"/>
      </w:pPr>
      <w:r>
        <w:rPr>
          <w:rFonts w:ascii="Arial" w:hAnsi="Arial"/>
          <w:b/>
          <w:sz w:val="22"/>
        </w:rPr>
        <w:t xml:space="preserve">Alice  </w:t>
      </w:r>
      <w:r>
        <w:rPr>
          <w:rFonts w:ascii="Arial" w:hAnsi="Arial"/>
          <w:color w:val="5D7284"/>
          <w:sz w:val="22"/>
        </w:rPr>
        <w:t>53:36</w:t>
      </w:r>
    </w:p>
    <w:p>
      <w:pPr>
        <w:spacing w:after="0"/>
      </w:pPr>
      <w:r>
        <w:rPr>
          <w:rFonts w:ascii="Arial" w:hAnsi="Arial"/>
          <w:sz w:val="22"/>
        </w:rPr>
        <w:t xml:space="preserve"> Yes, yeah, this is another one of those times where people are like, look kind of like I can't! (Daisy) Believe me don't you?. Theres quite a lot of faith and trust put in when your blind.</w:t>
      </w:r>
    </w:p>
    <w:p>
      <w:pPr>
        <w:spacing w:after="0"/>
      </w:pPr>
    </w:p>
    <w:p>
      <w:pPr>
        <w:spacing w:after="0"/>
      </w:pPr>
      <w:r>
        <w:rPr>
          <w:rFonts w:ascii="Arial" w:hAnsi="Arial"/>
          <w:b/>
          <w:sz w:val="22"/>
        </w:rPr>
        <w:t xml:space="preserve">Lucy  </w:t>
      </w:r>
      <w:r>
        <w:rPr>
          <w:rFonts w:ascii="Arial" w:hAnsi="Arial"/>
          <w:color w:val="5D7284"/>
          <w:sz w:val="22"/>
        </w:rPr>
        <w:t>53:51</w:t>
      </w:r>
    </w:p>
    <w:p>
      <w:pPr>
        <w:spacing w:after="0"/>
      </w:pPr>
      <w:r>
        <w:rPr>
          <w:rFonts w:ascii="Arial" w:hAnsi="Arial"/>
          <w:sz w:val="22"/>
        </w:rPr>
        <w:t>I was like, Can you see that? And I was like I know what's coming she's gonna say no. (laughs)</w:t>
      </w:r>
    </w:p>
    <w:p>
      <w:pPr>
        <w:spacing w:after="0"/>
      </w:pPr>
    </w:p>
    <w:p>
      <w:pPr>
        <w:spacing w:after="0"/>
      </w:pPr>
      <w:r>
        <w:rPr>
          <w:rFonts w:ascii="Arial" w:hAnsi="Arial"/>
          <w:b/>
          <w:sz w:val="22"/>
        </w:rPr>
        <w:t xml:space="preserve">Alice  </w:t>
      </w:r>
      <w:r>
        <w:rPr>
          <w:rFonts w:ascii="Arial" w:hAnsi="Arial"/>
          <w:color w:val="5D7284"/>
          <w:sz w:val="22"/>
        </w:rPr>
        <w:t>53:56</w:t>
      </w:r>
    </w:p>
    <w:p>
      <w:pPr>
        <w:spacing w:after="0"/>
      </w:pPr>
      <w:r>
        <w:rPr>
          <w:rFonts w:ascii="Arial" w:hAnsi="Arial"/>
          <w:sz w:val="22"/>
        </w:rPr>
        <w:t>Well stop trying to show me things! (Laughs)</w:t>
      </w:r>
    </w:p>
    <w:p>
      <w:pPr>
        <w:spacing w:after="0"/>
      </w:pPr>
    </w:p>
    <w:p>
      <w:pPr>
        <w:spacing w:after="0"/>
      </w:pPr>
      <w:r>
        <w:rPr>
          <w:rFonts w:ascii="Arial" w:hAnsi="Arial"/>
          <w:b/>
          <w:sz w:val="22"/>
        </w:rPr>
        <w:t xml:space="preserve">Lucy  </w:t>
      </w:r>
      <w:r>
        <w:rPr>
          <w:rFonts w:ascii="Arial" w:hAnsi="Arial"/>
          <w:color w:val="5D7284"/>
          <w:sz w:val="22"/>
        </w:rPr>
        <w:t>53:58</w:t>
      </w:r>
    </w:p>
    <w:p>
      <w:pPr>
        <w:spacing w:after="0"/>
      </w:pPr>
      <w:r>
        <w:rPr>
          <w:rFonts w:ascii="Arial" w:hAnsi="Arial"/>
          <w:sz w:val="22"/>
        </w:rPr>
        <w:t>Sorry! (laughs) just trying to involve you!</w:t>
      </w:r>
    </w:p>
    <w:p>
      <w:pPr>
        <w:spacing w:after="0"/>
      </w:pPr>
    </w:p>
    <w:p>
      <w:pPr>
        <w:spacing w:after="0"/>
      </w:pPr>
      <w:r>
        <w:rPr>
          <w:rFonts w:ascii="Arial" w:hAnsi="Arial"/>
          <w:b/>
          <w:sz w:val="22"/>
        </w:rPr>
        <w:t xml:space="preserve">Alice  </w:t>
      </w:r>
      <w:r>
        <w:rPr>
          <w:rFonts w:ascii="Arial" w:hAnsi="Arial"/>
          <w:color w:val="5D7284"/>
          <w:sz w:val="22"/>
        </w:rPr>
        <w:t>54:02</w:t>
      </w:r>
    </w:p>
    <w:p>
      <w:pPr>
        <w:spacing w:after="0"/>
      </w:pPr>
      <w:r>
        <w:rPr>
          <w:rFonts w:ascii="Arial" w:hAnsi="Arial"/>
          <w:sz w:val="22"/>
        </w:rPr>
        <w:t>She shares her screen all the time. And I'm like Lucy give yourself the five minutes that it takes you to work out how to do it because I'm never going to be able to fucking see it anyway.</w:t>
      </w:r>
    </w:p>
    <w:p>
      <w:pPr>
        <w:spacing w:after="0"/>
      </w:pPr>
    </w:p>
    <w:p>
      <w:pPr>
        <w:spacing w:after="0"/>
      </w:pPr>
      <w:r>
        <w:rPr>
          <w:rFonts w:ascii="Arial" w:hAnsi="Arial"/>
          <w:b/>
          <w:sz w:val="22"/>
        </w:rPr>
        <w:t xml:space="preserve">Lucy  </w:t>
      </w:r>
      <w:r>
        <w:rPr>
          <w:rFonts w:ascii="Arial" w:hAnsi="Arial"/>
          <w:color w:val="5D7284"/>
          <w:sz w:val="22"/>
        </w:rPr>
        <w:t>54:13</w:t>
      </w:r>
    </w:p>
    <w:p>
      <w:pPr>
        <w:spacing w:after="0"/>
      </w:pPr>
      <w:r>
        <w:rPr>
          <w:rFonts w:ascii="Arial" w:hAnsi="Arial"/>
          <w:sz w:val="22"/>
        </w:rPr>
        <w:t>And to be fair I was on annual leave and I'd forgotten how to use teams. So it did take me five minutes.</w:t>
      </w:r>
    </w:p>
    <w:p>
      <w:pPr>
        <w:spacing w:after="0"/>
      </w:pPr>
    </w:p>
    <w:p>
      <w:pPr>
        <w:spacing w:after="0"/>
      </w:pPr>
      <w:r>
        <w:rPr>
          <w:rFonts w:ascii="Arial" w:hAnsi="Arial"/>
          <w:b/>
          <w:sz w:val="22"/>
        </w:rPr>
        <w:t xml:space="preserve">Alice  </w:t>
      </w:r>
      <w:r>
        <w:rPr>
          <w:rFonts w:ascii="Arial" w:hAnsi="Arial"/>
          <w:color w:val="5D7284"/>
          <w:sz w:val="22"/>
        </w:rPr>
        <w:t>54:19</w:t>
      </w:r>
    </w:p>
    <w:p>
      <w:pPr>
        <w:spacing w:after="0"/>
      </w:pPr>
      <w:r>
        <w:rPr>
          <w:rFonts w:ascii="Arial" w:hAnsi="Arial"/>
          <w:sz w:val="22"/>
        </w:rPr>
        <w:t>I mean, I'm only halfway through my notes. So if you guys want to shut up, erm....</w:t>
      </w:r>
    </w:p>
    <w:p>
      <w:pPr>
        <w:spacing w:after="0"/>
      </w:pPr>
    </w:p>
    <w:p>
      <w:pPr>
        <w:spacing w:after="0"/>
      </w:pPr>
      <w:r>
        <w:rPr>
          <w:rFonts w:ascii="Arial" w:hAnsi="Arial"/>
          <w:b/>
          <w:sz w:val="22"/>
        </w:rPr>
        <w:t xml:space="preserve">Lucy  </w:t>
      </w:r>
      <w:r>
        <w:rPr>
          <w:rFonts w:ascii="Arial" w:hAnsi="Arial"/>
          <w:color w:val="5D7284"/>
          <w:sz w:val="22"/>
        </w:rPr>
        <w:t>54:24</w:t>
      </w:r>
    </w:p>
    <w:p>
      <w:pPr>
        <w:spacing w:after="0"/>
      </w:pPr>
      <w:r>
        <w:rPr>
          <w:rFonts w:ascii="Arial" w:hAnsi="Arial"/>
          <w:sz w:val="22"/>
        </w:rPr>
        <w:t xml:space="preserve">okay. Yep. crack on. </w:t>
      </w:r>
    </w:p>
    <w:p>
      <w:pPr>
        <w:spacing w:after="0"/>
      </w:pPr>
    </w:p>
    <w:p>
      <w:pPr>
        <w:spacing w:after="0"/>
      </w:pPr>
      <w:r>
        <w:rPr>
          <w:rFonts w:ascii="Arial" w:hAnsi="Arial"/>
          <w:b/>
          <w:sz w:val="22"/>
        </w:rPr>
        <w:t xml:space="preserve">Alice  </w:t>
      </w:r>
      <w:r>
        <w:rPr>
          <w:rFonts w:ascii="Arial" w:hAnsi="Arial"/>
          <w:color w:val="5D7284"/>
          <w:sz w:val="22"/>
        </w:rPr>
        <w:t>54:27</w:t>
      </w:r>
    </w:p>
    <w:p>
      <w:pPr>
        <w:spacing w:after="0"/>
      </w:pPr>
      <w:r>
        <w:rPr>
          <w:rFonts w:ascii="Arial" w:hAnsi="Arial"/>
          <w:sz w:val="22"/>
        </w:rPr>
        <w:t>Cool. Okay. So she commenced her European tour in 1783. I said all of this where she met Hyden and Bach and Mozart and he wrote her that piano concerto. There's it we we know he wrote her a concerto. We know that when she performed it for his family. They described it as glorious, but we actually don't know which of the concertos it is that he wrote that were... was for her. So there is there is a concerto out there that he wrote for her. But we don't know which one is.(Lucy) Right okay. Because apparently Mozart did quite a lot. But yeah, apparently she was really good and like Mozart's family. We're like, oh my god, she's amazing. Which I think is probably pretty high praise considering who Mozart was. While she was in Paris, Maria Teresa met Valentin. I should have looked up had to say his last name. H au y? Who was the father of blind schooling. Yeah. Hauy... again,</w:t>
      </w:r>
    </w:p>
    <w:p>
      <w:pPr>
        <w:spacing w:after="0"/>
      </w:pPr>
    </w:p>
    <w:p>
      <w:pPr>
        <w:spacing w:after="0"/>
      </w:pPr>
      <w:r>
        <w:rPr>
          <w:rFonts w:ascii="Arial" w:hAnsi="Arial"/>
          <w:b/>
          <w:sz w:val="22"/>
        </w:rPr>
        <w:t xml:space="preserve">Lucy  </w:t>
      </w:r>
      <w:r>
        <w:rPr>
          <w:rFonts w:ascii="Arial" w:hAnsi="Arial"/>
          <w:color w:val="5D7284"/>
          <w:sz w:val="22"/>
        </w:rPr>
        <w:t>55:49</w:t>
      </w:r>
    </w:p>
    <w:p>
      <w:pPr>
        <w:spacing w:after="0"/>
      </w:pPr>
      <w:r>
        <w:rPr>
          <w:rFonts w:ascii="Arial" w:hAnsi="Arial"/>
          <w:sz w:val="22"/>
        </w:rPr>
        <w:t>Hauy....(laughs)</w:t>
      </w:r>
    </w:p>
    <w:p>
      <w:pPr>
        <w:spacing w:after="0"/>
      </w:pPr>
    </w:p>
    <w:p>
      <w:pPr>
        <w:spacing w:after="0"/>
      </w:pPr>
      <w:r>
        <w:rPr>
          <w:rFonts w:ascii="Arial" w:hAnsi="Arial"/>
          <w:b/>
          <w:sz w:val="22"/>
        </w:rPr>
        <w:t xml:space="preserve">Alice  </w:t>
      </w:r>
      <w:r>
        <w:rPr>
          <w:rFonts w:ascii="Arial" w:hAnsi="Arial"/>
          <w:color w:val="5D7284"/>
          <w:sz w:val="22"/>
        </w:rPr>
        <w:t>55:49</w:t>
      </w:r>
    </w:p>
    <w:p>
      <w:pPr>
        <w:spacing w:after="0"/>
      </w:pPr>
      <w:r>
        <w:rPr>
          <w:rFonts w:ascii="Arial" w:hAnsi="Arial"/>
          <w:sz w:val="22"/>
        </w:rPr>
        <w:t>I don't know if it matters. I'm not saying his name again. Anyway, he was quote unquote, the father of blind schools. He set up the first school for blind children in Paris, after apparently seeing some blind children being mocked at a festival because they were being... they had Dunce's hats put on them, and they were forced to play musical instruments and they did not play them very well. And so he was like, were to round these children up and put them in a school.</w:t>
      </w:r>
    </w:p>
    <w:p>
      <w:pPr>
        <w:spacing w:after="0"/>
      </w:pPr>
    </w:p>
    <w:p>
      <w:pPr>
        <w:spacing w:after="0"/>
      </w:pPr>
      <w:r>
        <w:rPr>
          <w:rFonts w:ascii="Arial" w:hAnsi="Arial"/>
          <w:b/>
          <w:sz w:val="22"/>
        </w:rPr>
        <w:t xml:space="preserve">Lucy  </w:t>
      </w:r>
      <w:r>
        <w:rPr>
          <w:rFonts w:ascii="Arial" w:hAnsi="Arial"/>
          <w:color w:val="5D7284"/>
          <w:sz w:val="22"/>
        </w:rPr>
        <w:t>56:29</w:t>
      </w:r>
    </w:p>
    <w:p>
      <w:pPr>
        <w:spacing w:after="0"/>
      </w:pPr>
      <w:r>
        <w:rPr>
          <w:rFonts w:ascii="Arial" w:hAnsi="Arial"/>
          <w:sz w:val="22"/>
        </w:rPr>
        <w:t>And what anybody just said like here Luce play this trumpet</w:t>
      </w:r>
    </w:p>
    <w:p>
      <w:pPr>
        <w:spacing w:after="0"/>
      </w:pPr>
    </w:p>
    <w:p>
      <w:pPr>
        <w:spacing w:after="0"/>
      </w:pPr>
      <w:r>
        <w:rPr>
          <w:rFonts w:ascii="Arial" w:hAnsi="Arial"/>
          <w:b/>
          <w:sz w:val="22"/>
        </w:rPr>
        <w:t xml:space="preserve">Alice  </w:t>
      </w:r>
      <w:r>
        <w:rPr>
          <w:rFonts w:ascii="Arial" w:hAnsi="Arial"/>
          <w:color w:val="5D7284"/>
          <w:sz w:val="22"/>
        </w:rPr>
        <w:t>56:34</w:t>
      </w:r>
    </w:p>
    <w:p>
      <w:pPr>
        <w:spacing w:after="0"/>
      </w:pPr>
      <w:r>
        <w:rPr>
          <w:rFonts w:ascii="Arial" w:hAnsi="Arial"/>
          <w:sz w:val="22"/>
        </w:rPr>
        <w:t>(Laughing) You know that noise you made earlier?....</w:t>
      </w:r>
    </w:p>
    <w:p>
      <w:pPr>
        <w:spacing w:after="0"/>
      </w:pPr>
    </w:p>
    <w:p>
      <w:pPr>
        <w:spacing w:after="0"/>
      </w:pPr>
      <w:r>
        <w:rPr>
          <w:rFonts w:ascii="Arial" w:hAnsi="Arial"/>
          <w:b/>
          <w:sz w:val="22"/>
        </w:rPr>
        <w:t xml:space="preserve">Lucy  </w:t>
      </w:r>
      <w:r>
        <w:rPr>
          <w:rFonts w:ascii="Arial" w:hAnsi="Arial"/>
          <w:color w:val="5D7284"/>
          <w:sz w:val="22"/>
        </w:rPr>
        <w:t>56:41</w:t>
      </w:r>
    </w:p>
    <w:p>
      <w:pPr>
        <w:spacing w:after="0"/>
      </w:pPr>
      <w:r>
        <w:rPr>
          <w:rFonts w:ascii="Arial" w:hAnsi="Arial"/>
          <w:sz w:val="22"/>
        </w:rPr>
        <w:t>Yeah, that's not that's got nothing to do with them having a disability. Is it? like, heres this trombone</w:t>
      </w:r>
    </w:p>
    <w:p>
      <w:pPr>
        <w:spacing w:after="0"/>
      </w:pPr>
    </w:p>
    <w:p>
      <w:pPr>
        <w:spacing w:after="0"/>
      </w:pPr>
      <w:r>
        <w:rPr>
          <w:rFonts w:ascii="Arial" w:hAnsi="Arial"/>
          <w:b/>
          <w:sz w:val="22"/>
        </w:rPr>
        <w:t xml:space="preserve">Alice  </w:t>
      </w:r>
      <w:r>
        <w:rPr>
          <w:rFonts w:ascii="Arial" w:hAnsi="Arial"/>
          <w:color w:val="5D7284"/>
          <w:sz w:val="22"/>
        </w:rPr>
        <w:t>56:48</w:t>
      </w:r>
    </w:p>
    <w:p>
      <w:pPr>
        <w:spacing w:after="0"/>
      </w:pPr>
      <w:r>
        <w:rPr>
          <w:rFonts w:ascii="Arial" w:hAnsi="Arial"/>
          <w:sz w:val="22"/>
        </w:rPr>
        <w:t>I think, I think</w:t>
      </w:r>
    </w:p>
    <w:p>
      <w:pPr>
        <w:spacing w:after="0"/>
      </w:pPr>
    </w:p>
    <w:p>
      <w:pPr>
        <w:spacing w:after="0"/>
      </w:pPr>
      <w:r>
        <w:rPr>
          <w:rFonts w:ascii="Arial" w:hAnsi="Arial"/>
          <w:b/>
          <w:sz w:val="22"/>
        </w:rPr>
        <w:t xml:space="preserve">Daisy  </w:t>
      </w:r>
      <w:r>
        <w:rPr>
          <w:rFonts w:ascii="Arial" w:hAnsi="Arial"/>
          <w:color w:val="5D7284"/>
          <w:sz w:val="22"/>
        </w:rPr>
        <w:t>56:50</w:t>
      </w:r>
    </w:p>
    <w:p>
      <w:pPr>
        <w:spacing w:after="0"/>
      </w:pPr>
      <w:r>
        <w:rPr>
          <w:rFonts w:ascii="Arial" w:hAnsi="Arial"/>
          <w:sz w:val="22"/>
        </w:rPr>
        <w:t>I think I've got a Bugle around here...</w:t>
      </w:r>
    </w:p>
    <w:p>
      <w:pPr>
        <w:spacing w:after="0"/>
      </w:pPr>
    </w:p>
    <w:p>
      <w:pPr>
        <w:spacing w:after="0"/>
      </w:pPr>
      <w:r>
        <w:rPr>
          <w:rFonts w:ascii="Arial" w:hAnsi="Arial"/>
          <w:b/>
          <w:sz w:val="22"/>
        </w:rPr>
        <w:t xml:space="preserve">Lucy  </w:t>
      </w:r>
      <w:r>
        <w:rPr>
          <w:rFonts w:ascii="Arial" w:hAnsi="Arial"/>
          <w:color w:val="5D7284"/>
          <w:sz w:val="22"/>
        </w:rPr>
        <w:t>56:56</w:t>
      </w:r>
    </w:p>
    <w:p>
      <w:pPr>
        <w:spacing w:after="0"/>
      </w:pPr>
      <w:r>
        <w:rPr>
          <w:rFonts w:ascii="Arial" w:hAnsi="Arial"/>
          <w:sz w:val="22"/>
        </w:rPr>
        <w:t>Have I taken something?.... (laughs)</w:t>
      </w:r>
    </w:p>
    <w:p>
      <w:pPr>
        <w:spacing w:after="0"/>
      </w:pPr>
    </w:p>
    <w:p>
      <w:pPr>
        <w:spacing w:after="0"/>
      </w:pPr>
      <w:r>
        <w:rPr>
          <w:rFonts w:ascii="Arial" w:hAnsi="Arial"/>
          <w:b/>
          <w:sz w:val="22"/>
        </w:rPr>
        <w:t xml:space="preserve">Alice  </w:t>
      </w:r>
      <w:r>
        <w:rPr>
          <w:rFonts w:ascii="Arial" w:hAnsi="Arial"/>
          <w:color w:val="5D7284"/>
          <w:sz w:val="22"/>
        </w:rPr>
        <w:t>56:57</w:t>
      </w:r>
    </w:p>
    <w:p>
      <w:pPr>
        <w:spacing w:after="0"/>
      </w:pPr>
      <w:r>
        <w:rPr>
          <w:rFonts w:ascii="Arial" w:hAnsi="Arial"/>
          <w:sz w:val="22"/>
        </w:rPr>
        <w:t>(Laughs) So anyway, um, yeah, they he, he felt sorry for the children. I was like, I'm going to teach them so that you know, next time there's a festival they can actually play their music instruments.</w:t>
      </w:r>
    </w:p>
    <w:p>
      <w:pPr>
        <w:spacing w:after="0"/>
      </w:pPr>
    </w:p>
    <w:p>
      <w:pPr>
        <w:spacing w:after="0"/>
      </w:pPr>
      <w:r>
        <w:rPr>
          <w:rFonts w:ascii="Arial" w:hAnsi="Arial"/>
          <w:b/>
          <w:sz w:val="22"/>
        </w:rPr>
        <w:t xml:space="preserve">Lucy  </w:t>
      </w:r>
      <w:r>
        <w:rPr>
          <w:rFonts w:ascii="Arial" w:hAnsi="Arial"/>
          <w:color w:val="5D7284"/>
          <w:sz w:val="22"/>
        </w:rPr>
        <w:t>57:15</w:t>
      </w:r>
    </w:p>
    <w:p>
      <w:pPr>
        <w:spacing w:after="0"/>
      </w:pPr>
      <w:r>
        <w:rPr>
          <w:rFonts w:ascii="Arial" w:hAnsi="Arial"/>
          <w:sz w:val="22"/>
        </w:rPr>
        <w:t>So So he basically taught them music?... (Laughs)</w:t>
      </w:r>
    </w:p>
    <w:p>
      <w:pPr>
        <w:spacing w:after="0"/>
      </w:pPr>
    </w:p>
    <w:p>
      <w:pPr>
        <w:spacing w:after="0"/>
      </w:pPr>
      <w:r>
        <w:rPr>
          <w:rFonts w:ascii="Arial" w:hAnsi="Arial"/>
          <w:b/>
          <w:sz w:val="22"/>
        </w:rPr>
        <w:t xml:space="preserve">Alice  </w:t>
      </w:r>
      <w:r>
        <w:rPr>
          <w:rFonts w:ascii="Arial" w:hAnsi="Arial"/>
          <w:color w:val="5D7284"/>
          <w:sz w:val="22"/>
        </w:rPr>
        <w:t>57:20</w:t>
      </w:r>
    </w:p>
    <w:p>
      <w:pPr>
        <w:spacing w:after="0"/>
      </w:pPr>
      <w:r>
        <w:rPr>
          <w:rFonts w:ascii="Arial" w:hAnsi="Arial"/>
          <w:sz w:val="22"/>
        </w:rPr>
        <w:t>I think there's there was more to it than that. As I say, first school for visually impaired students in all of Europe. This is like the 1780s so pretty. That's pretty cool.</w:t>
      </w:r>
    </w:p>
    <w:p>
      <w:pPr>
        <w:spacing w:after="0"/>
      </w:pPr>
    </w:p>
    <w:p>
      <w:pPr>
        <w:spacing w:after="0"/>
      </w:pPr>
      <w:r>
        <w:rPr>
          <w:rFonts w:ascii="Arial" w:hAnsi="Arial"/>
          <w:b/>
          <w:sz w:val="22"/>
        </w:rPr>
        <w:t xml:space="preserve">Lucy  </w:t>
      </w:r>
      <w:r>
        <w:rPr>
          <w:rFonts w:ascii="Arial" w:hAnsi="Arial"/>
          <w:color w:val="5D7284"/>
          <w:sz w:val="22"/>
        </w:rPr>
        <w:t>57:34</w:t>
      </w:r>
    </w:p>
    <w:p>
      <w:pPr>
        <w:spacing w:after="0"/>
      </w:pPr>
      <w:r>
        <w:rPr>
          <w:rFonts w:ascii="Arial" w:hAnsi="Arial"/>
          <w:sz w:val="22"/>
        </w:rPr>
        <w:t>Progressive, that isn't it? Really.</w:t>
      </w:r>
    </w:p>
    <w:p>
      <w:pPr>
        <w:spacing w:after="0"/>
      </w:pPr>
    </w:p>
    <w:p>
      <w:pPr>
        <w:spacing w:after="0"/>
      </w:pPr>
      <w:r>
        <w:rPr>
          <w:rFonts w:ascii="Arial" w:hAnsi="Arial"/>
          <w:b/>
          <w:sz w:val="22"/>
        </w:rPr>
        <w:t xml:space="preserve">Alice  </w:t>
      </w:r>
      <w:r>
        <w:rPr>
          <w:rFonts w:ascii="Arial" w:hAnsi="Arial"/>
          <w:color w:val="5D7284"/>
          <w:sz w:val="22"/>
        </w:rPr>
        <w:t>57:36</w:t>
      </w:r>
    </w:p>
    <w:p>
      <w:pPr>
        <w:spacing w:after="0"/>
      </w:pPr>
      <w:r>
        <w:rPr>
          <w:rFonts w:ascii="Arial" w:hAnsi="Arial"/>
          <w:sz w:val="22"/>
        </w:rPr>
        <w:t>And so Maria Theresia was... she played quite a big part in the setting up of this school. What are you laughing at?(Lucy laughing quietly)</w:t>
      </w:r>
    </w:p>
    <w:p>
      <w:pPr>
        <w:spacing w:after="0"/>
      </w:pPr>
    </w:p>
    <w:p>
      <w:pPr>
        <w:spacing w:after="0"/>
      </w:pPr>
      <w:r>
        <w:rPr>
          <w:rFonts w:ascii="Arial" w:hAnsi="Arial"/>
          <w:b/>
          <w:sz w:val="22"/>
        </w:rPr>
        <w:t xml:space="preserve">Lucy  </w:t>
      </w:r>
      <w:r>
        <w:rPr>
          <w:rFonts w:ascii="Arial" w:hAnsi="Arial"/>
          <w:color w:val="5D7284"/>
          <w:sz w:val="22"/>
        </w:rPr>
        <w:t>57:47</w:t>
      </w:r>
    </w:p>
    <w:p>
      <w:pPr>
        <w:spacing w:after="0"/>
      </w:pPr>
      <w:r>
        <w:rPr>
          <w:rFonts w:ascii="Arial" w:hAnsi="Arial"/>
          <w:sz w:val="22"/>
        </w:rPr>
        <w:t>Daisy's got a trombone? (Alice laughs) I've been trying to stop for the last...for the last five minutes</w:t>
      </w:r>
    </w:p>
    <w:p>
      <w:pPr>
        <w:spacing w:after="0"/>
      </w:pPr>
    </w:p>
    <w:p>
      <w:pPr>
        <w:spacing w:after="0"/>
      </w:pPr>
      <w:r>
        <w:rPr>
          <w:rFonts w:ascii="Arial" w:hAnsi="Arial"/>
          <w:b/>
          <w:sz w:val="22"/>
        </w:rPr>
        <w:t xml:space="preserve">Daisy  </w:t>
      </w:r>
      <w:r>
        <w:rPr>
          <w:rFonts w:ascii="Arial" w:hAnsi="Arial"/>
          <w:color w:val="5D7284"/>
          <w:sz w:val="22"/>
        </w:rPr>
        <w:t>57:53</w:t>
      </w:r>
    </w:p>
    <w:p>
      <w:pPr>
        <w:spacing w:after="0"/>
      </w:pPr>
      <w:r>
        <w:rPr>
          <w:rFonts w:ascii="Arial" w:hAnsi="Arial"/>
          <w:sz w:val="22"/>
        </w:rPr>
        <w:t>Tries to play Trombone (Lucy laughs)</w:t>
      </w:r>
    </w:p>
    <w:p>
      <w:pPr>
        <w:spacing w:after="0"/>
      </w:pPr>
    </w:p>
    <w:p>
      <w:pPr>
        <w:spacing w:after="0"/>
      </w:pPr>
      <w:r>
        <w:rPr>
          <w:rFonts w:ascii="Arial" w:hAnsi="Arial"/>
          <w:b/>
          <w:sz w:val="22"/>
        </w:rPr>
        <w:t xml:space="preserve">Lucy  </w:t>
      </w:r>
      <w:r>
        <w:rPr>
          <w:rFonts w:ascii="Arial" w:hAnsi="Arial"/>
          <w:color w:val="5D7284"/>
          <w:sz w:val="22"/>
        </w:rPr>
        <w:t>58:02</w:t>
      </w:r>
    </w:p>
    <w:p>
      <w:pPr>
        <w:spacing w:after="0"/>
      </w:pPr>
      <w:r>
        <w:rPr>
          <w:rFonts w:ascii="Arial" w:hAnsi="Arial"/>
          <w:sz w:val="22"/>
        </w:rPr>
        <w:t>Adam... out takes!</w:t>
      </w:r>
    </w:p>
    <w:p>
      <w:pPr>
        <w:spacing w:after="0"/>
      </w:pPr>
    </w:p>
    <w:p>
      <w:pPr>
        <w:spacing w:after="0"/>
      </w:pPr>
      <w:r>
        <w:rPr>
          <w:rFonts w:ascii="Arial" w:hAnsi="Arial"/>
          <w:b/>
          <w:sz w:val="22"/>
        </w:rPr>
        <w:t xml:space="preserve">Alice  </w:t>
      </w:r>
      <w:r>
        <w:rPr>
          <w:rFonts w:ascii="Arial" w:hAnsi="Arial"/>
          <w:color w:val="5D7284"/>
          <w:sz w:val="22"/>
        </w:rPr>
        <w:t>58:04</w:t>
      </w:r>
    </w:p>
    <w:p>
      <w:pPr>
        <w:spacing w:after="0"/>
      </w:pPr>
      <w:r>
        <w:rPr>
          <w:rFonts w:ascii="Arial" w:hAnsi="Arial"/>
          <w:sz w:val="22"/>
        </w:rPr>
        <w:t>So many out takes. I think it might just be this episode.</w:t>
      </w:r>
    </w:p>
    <w:p>
      <w:pPr>
        <w:spacing w:after="0"/>
      </w:pPr>
    </w:p>
    <w:p>
      <w:pPr>
        <w:spacing w:after="0"/>
      </w:pPr>
      <w:r>
        <w:rPr>
          <w:rFonts w:ascii="Arial" w:hAnsi="Arial"/>
          <w:b/>
          <w:sz w:val="22"/>
        </w:rPr>
        <w:t xml:space="preserve">Lucy  </w:t>
      </w:r>
      <w:r>
        <w:rPr>
          <w:rFonts w:ascii="Arial" w:hAnsi="Arial"/>
          <w:color w:val="5D7284"/>
          <w:sz w:val="22"/>
        </w:rPr>
        <w:t>58:07</w:t>
      </w:r>
    </w:p>
    <w:p>
      <w:pPr>
        <w:spacing w:after="0"/>
      </w:pPr>
      <w:r>
        <w:rPr>
          <w:rFonts w:ascii="Arial" w:hAnsi="Arial"/>
          <w:sz w:val="22"/>
        </w:rPr>
        <w:t>Oh my god I'm sorry, I can't... what is going on?</w:t>
      </w:r>
    </w:p>
    <w:p>
      <w:pPr>
        <w:spacing w:after="0"/>
      </w:pPr>
    </w:p>
    <w:p>
      <w:pPr>
        <w:spacing w:after="0"/>
      </w:pPr>
      <w:r>
        <w:rPr>
          <w:rFonts w:ascii="Arial" w:hAnsi="Arial"/>
          <w:b/>
          <w:sz w:val="22"/>
        </w:rPr>
        <w:t xml:space="preserve">Daisy  </w:t>
      </w:r>
      <w:r>
        <w:rPr>
          <w:rFonts w:ascii="Arial" w:hAnsi="Arial"/>
          <w:color w:val="5D7284"/>
          <w:sz w:val="22"/>
        </w:rPr>
        <w:t>58:07</w:t>
      </w:r>
    </w:p>
    <w:p>
      <w:pPr>
        <w:spacing w:after="0"/>
      </w:pPr>
      <w:r>
        <w:rPr>
          <w:rFonts w:ascii="Arial" w:hAnsi="Arial"/>
          <w:sz w:val="22"/>
        </w:rPr>
        <w:t>Keep all of this in! (plays trombone)</w:t>
      </w:r>
    </w:p>
    <w:p>
      <w:pPr>
        <w:spacing w:after="0"/>
      </w:pPr>
    </w:p>
    <w:p>
      <w:pPr>
        <w:spacing w:after="0"/>
      </w:pPr>
      <w:r>
        <w:rPr>
          <w:rFonts w:ascii="Arial" w:hAnsi="Arial"/>
          <w:b/>
          <w:sz w:val="22"/>
        </w:rPr>
        <w:t xml:space="preserve">Alice  </w:t>
      </w:r>
      <w:r>
        <w:rPr>
          <w:rFonts w:ascii="Arial" w:hAnsi="Arial"/>
          <w:color w:val="5D7284"/>
          <w:sz w:val="22"/>
        </w:rPr>
        <w:t>58:29</w:t>
      </w:r>
    </w:p>
    <w:p>
      <w:pPr>
        <w:spacing w:after="0"/>
      </w:pPr>
      <w:r>
        <w:rPr>
          <w:rFonts w:ascii="Arial" w:hAnsi="Arial"/>
          <w:sz w:val="22"/>
        </w:rPr>
        <w:t xml:space="preserve">Can I ask why you have a bugle? </w:t>
      </w:r>
    </w:p>
    <w:p>
      <w:pPr>
        <w:spacing w:after="0"/>
      </w:pPr>
    </w:p>
    <w:p>
      <w:pPr>
        <w:spacing w:after="0"/>
      </w:pPr>
      <w:r>
        <w:rPr>
          <w:rFonts w:ascii="Arial" w:hAnsi="Arial"/>
          <w:b/>
          <w:sz w:val="22"/>
        </w:rPr>
        <w:t xml:space="preserve">Daisy  </w:t>
      </w:r>
      <w:r>
        <w:rPr>
          <w:rFonts w:ascii="Arial" w:hAnsi="Arial"/>
          <w:color w:val="5D7284"/>
          <w:sz w:val="22"/>
        </w:rPr>
        <w:t>58:34</w:t>
      </w:r>
    </w:p>
    <w:p>
      <w:pPr>
        <w:spacing w:after="0"/>
      </w:pPr>
      <w:r>
        <w:rPr>
          <w:rFonts w:ascii="Arial" w:hAnsi="Arial"/>
          <w:sz w:val="22"/>
        </w:rPr>
        <w:t>i mean you can but you're not gonna be satisfied with the answer. Because someone bought it for me.</w:t>
      </w:r>
    </w:p>
    <w:p>
      <w:pPr>
        <w:spacing w:after="0"/>
      </w:pPr>
    </w:p>
    <w:p>
      <w:pPr>
        <w:spacing w:after="0"/>
      </w:pPr>
      <w:r>
        <w:rPr>
          <w:rFonts w:ascii="Arial" w:hAnsi="Arial"/>
          <w:b/>
          <w:sz w:val="22"/>
        </w:rPr>
        <w:t xml:space="preserve">Alice  </w:t>
      </w:r>
      <w:r>
        <w:rPr>
          <w:rFonts w:ascii="Arial" w:hAnsi="Arial"/>
          <w:color w:val="5D7284"/>
          <w:sz w:val="22"/>
        </w:rPr>
        <w:t>58:43</w:t>
      </w:r>
    </w:p>
    <w:p>
      <w:pPr>
        <w:spacing w:after="0"/>
      </w:pPr>
      <w:r>
        <w:rPr>
          <w:rFonts w:ascii="Arial" w:hAnsi="Arial"/>
          <w:sz w:val="22"/>
        </w:rPr>
        <w:t>(Laughing) it's a little bit like something you picked up in a charity shop just because...</w:t>
      </w:r>
    </w:p>
    <w:p>
      <w:pPr>
        <w:spacing w:after="0"/>
      </w:pPr>
    </w:p>
    <w:p>
      <w:pPr>
        <w:spacing w:after="0"/>
      </w:pPr>
      <w:r>
        <w:rPr>
          <w:rFonts w:ascii="Arial" w:hAnsi="Arial"/>
          <w:b/>
          <w:sz w:val="22"/>
        </w:rPr>
        <w:t xml:space="preserve">Daisy  </w:t>
      </w:r>
      <w:r>
        <w:rPr>
          <w:rFonts w:ascii="Arial" w:hAnsi="Arial"/>
          <w:color w:val="5D7284"/>
          <w:sz w:val="22"/>
        </w:rPr>
        <w:t>58:48</w:t>
      </w:r>
    </w:p>
    <w:p>
      <w:pPr>
        <w:spacing w:after="0"/>
      </w:pPr>
      <w:r>
        <w:rPr>
          <w:rFonts w:ascii="Arial" w:hAnsi="Arial"/>
          <w:sz w:val="22"/>
        </w:rPr>
        <w:t>Oh, no, I mean, if I saw it in a charity shop I absolutely would. But I wouldn't buy a secondhand bugle from a charity shop.</w:t>
      </w:r>
    </w:p>
    <w:p>
      <w:pPr>
        <w:spacing w:after="0"/>
      </w:pPr>
    </w:p>
    <w:p>
      <w:pPr>
        <w:spacing w:after="0"/>
      </w:pPr>
      <w:r>
        <w:rPr>
          <w:rFonts w:ascii="Arial" w:hAnsi="Arial"/>
          <w:b/>
          <w:sz w:val="22"/>
        </w:rPr>
        <w:t xml:space="preserve">Lucy  </w:t>
      </w:r>
      <w:r>
        <w:rPr>
          <w:rFonts w:ascii="Arial" w:hAnsi="Arial"/>
          <w:color w:val="5D7284"/>
          <w:sz w:val="22"/>
        </w:rPr>
        <w:t>58:58</w:t>
      </w:r>
    </w:p>
    <w:p>
      <w:pPr>
        <w:spacing w:after="0"/>
      </w:pPr>
      <w:r>
        <w:rPr>
          <w:rFonts w:ascii="Arial" w:hAnsi="Arial"/>
          <w:sz w:val="22"/>
        </w:rPr>
        <w:t>Can I just say Alice, that I have been stiffling a laugh for the last three minutes because I could see I could see I know you can't see very well but I could see.</w:t>
      </w:r>
    </w:p>
    <w:p>
      <w:pPr>
        <w:spacing w:after="0"/>
      </w:pPr>
    </w:p>
    <w:p>
      <w:pPr>
        <w:spacing w:after="0"/>
      </w:pPr>
      <w:r>
        <w:rPr>
          <w:rFonts w:ascii="Arial" w:hAnsi="Arial"/>
          <w:b/>
          <w:sz w:val="22"/>
        </w:rPr>
        <w:t xml:space="preserve">Alice  </w:t>
      </w:r>
      <w:r>
        <w:rPr>
          <w:rFonts w:ascii="Arial" w:hAnsi="Arial"/>
          <w:color w:val="5D7284"/>
          <w:sz w:val="22"/>
        </w:rPr>
        <w:t>59:06</w:t>
      </w:r>
    </w:p>
    <w:p>
      <w:pPr>
        <w:spacing w:after="0"/>
      </w:pPr>
      <w:r>
        <w:rPr>
          <w:rFonts w:ascii="Arial" w:hAnsi="Arial"/>
          <w:sz w:val="22"/>
        </w:rPr>
        <w:t xml:space="preserve">I didnt have this ...I had my Word document up so I couldn't see anything. </w:t>
      </w:r>
    </w:p>
    <w:p>
      <w:pPr>
        <w:spacing w:after="0"/>
      </w:pPr>
    </w:p>
    <w:p>
      <w:pPr>
        <w:spacing w:after="0"/>
      </w:pPr>
      <w:r>
        <w:rPr>
          <w:rFonts w:ascii="Arial" w:hAnsi="Arial"/>
          <w:b/>
          <w:sz w:val="22"/>
        </w:rPr>
        <w:t xml:space="preserve">Lucy  </w:t>
      </w:r>
      <w:r>
        <w:rPr>
          <w:rFonts w:ascii="Arial" w:hAnsi="Arial"/>
          <w:color w:val="5D7284"/>
          <w:sz w:val="22"/>
        </w:rPr>
        <w:t>59:10</w:t>
      </w:r>
    </w:p>
    <w:p>
      <w:pPr>
        <w:spacing w:after="0"/>
      </w:pPr>
      <w:r>
        <w:rPr>
          <w:rFonts w:ascii="Arial" w:hAnsi="Arial"/>
          <w:sz w:val="22"/>
        </w:rPr>
        <w:t>I could see Daisy walk away. Go to the corner and was rifling through a big pile of things. Like oh my god, oh my god.</w:t>
      </w:r>
    </w:p>
    <w:p>
      <w:pPr>
        <w:spacing w:after="0"/>
      </w:pPr>
    </w:p>
    <w:p>
      <w:pPr>
        <w:spacing w:after="0"/>
      </w:pPr>
      <w:r>
        <w:rPr>
          <w:rFonts w:ascii="Arial" w:hAnsi="Arial"/>
          <w:b/>
          <w:sz w:val="22"/>
        </w:rPr>
        <w:t xml:space="preserve">Daisy  </w:t>
      </w:r>
      <w:r>
        <w:rPr>
          <w:rFonts w:ascii="Arial" w:hAnsi="Arial"/>
          <w:color w:val="5D7284"/>
          <w:sz w:val="22"/>
        </w:rPr>
        <w:t>59:18</w:t>
      </w:r>
    </w:p>
    <w:p>
      <w:pPr>
        <w:spacing w:after="0"/>
      </w:pPr>
      <w:r>
        <w:rPr>
          <w:rFonts w:ascii="Arial" w:hAnsi="Arial"/>
          <w:sz w:val="22"/>
        </w:rPr>
        <w:t>Those are the boxes that I still haven't unpacked.</w:t>
      </w:r>
    </w:p>
    <w:p>
      <w:pPr>
        <w:spacing w:after="0"/>
      </w:pPr>
    </w:p>
    <w:p>
      <w:pPr>
        <w:spacing w:after="0"/>
      </w:pPr>
      <w:r>
        <w:rPr>
          <w:rFonts w:ascii="Arial" w:hAnsi="Arial"/>
          <w:b/>
          <w:sz w:val="22"/>
        </w:rPr>
        <w:t xml:space="preserve">Alice  </w:t>
      </w:r>
      <w:r>
        <w:rPr>
          <w:rFonts w:ascii="Arial" w:hAnsi="Arial"/>
          <w:color w:val="5D7284"/>
          <w:sz w:val="22"/>
        </w:rPr>
        <w:t>59:21</w:t>
      </w:r>
    </w:p>
    <w:p>
      <w:pPr>
        <w:spacing w:after="0"/>
      </w:pPr>
      <w:r>
        <w:rPr>
          <w:rFonts w:ascii="Arial" w:hAnsi="Arial"/>
          <w:sz w:val="22"/>
        </w:rPr>
        <w:t>You mean your bugle was it the first thing you unpacked when you moved?</w:t>
      </w:r>
    </w:p>
    <w:p>
      <w:pPr>
        <w:spacing w:after="0"/>
      </w:pPr>
    </w:p>
    <w:p>
      <w:pPr>
        <w:spacing w:after="0"/>
      </w:pPr>
      <w:r>
        <w:rPr>
          <w:rFonts w:ascii="Arial" w:hAnsi="Arial"/>
          <w:b/>
          <w:sz w:val="22"/>
        </w:rPr>
        <w:t xml:space="preserve">Daisy  </w:t>
      </w:r>
      <w:r>
        <w:rPr>
          <w:rFonts w:ascii="Arial" w:hAnsi="Arial"/>
          <w:color w:val="5D7284"/>
          <w:sz w:val="22"/>
        </w:rPr>
        <w:t>59:26</w:t>
      </w:r>
    </w:p>
    <w:p>
      <w:pPr>
        <w:spacing w:after="0"/>
      </w:pPr>
      <w:r>
        <w:rPr>
          <w:rFonts w:ascii="Arial" w:hAnsi="Arial"/>
          <w:sz w:val="22"/>
        </w:rPr>
        <w:t>That was what confused me because I remembered finding it and I knew it was on the floor somewhere and apparently I'll put it back in the box? Like I'm repacking.</w:t>
      </w:r>
    </w:p>
    <w:p>
      <w:pPr>
        <w:spacing w:after="0"/>
      </w:pPr>
    </w:p>
    <w:p>
      <w:pPr>
        <w:spacing w:after="0"/>
      </w:pPr>
      <w:r>
        <w:rPr>
          <w:rFonts w:ascii="Arial" w:hAnsi="Arial"/>
          <w:b/>
          <w:sz w:val="22"/>
        </w:rPr>
        <w:t xml:space="preserve">Lucy  </w:t>
      </w:r>
      <w:r>
        <w:rPr>
          <w:rFonts w:ascii="Arial" w:hAnsi="Arial"/>
          <w:color w:val="5D7284"/>
          <w:sz w:val="22"/>
        </w:rPr>
        <w:t>59:35</w:t>
      </w:r>
    </w:p>
    <w:p>
      <w:pPr>
        <w:spacing w:after="0"/>
      </w:pPr>
      <w:r>
        <w:rPr>
          <w:rFonts w:ascii="Arial" w:hAnsi="Arial"/>
          <w:sz w:val="22"/>
        </w:rPr>
        <w:t>Oh Adam for the love of Mary.. Oh, man.</w:t>
      </w:r>
    </w:p>
    <w:p>
      <w:pPr>
        <w:spacing w:after="0"/>
      </w:pPr>
    </w:p>
    <w:p>
      <w:pPr>
        <w:spacing w:after="0"/>
      </w:pPr>
      <w:r>
        <w:rPr>
          <w:rFonts w:ascii="Arial" w:hAnsi="Arial"/>
          <w:b/>
          <w:sz w:val="22"/>
        </w:rPr>
        <w:t xml:space="preserve">Daisy  </w:t>
      </w:r>
      <w:r>
        <w:rPr>
          <w:rFonts w:ascii="Arial" w:hAnsi="Arial"/>
          <w:color w:val="5D7284"/>
          <w:sz w:val="22"/>
        </w:rPr>
        <w:t>59:44</w:t>
      </w:r>
    </w:p>
    <w:p>
      <w:pPr>
        <w:spacing w:after="0"/>
      </w:pPr>
      <w:r>
        <w:rPr>
          <w:rFonts w:ascii="Arial" w:hAnsi="Arial"/>
          <w:sz w:val="22"/>
        </w:rPr>
        <w:t>I'll mute myself.</w:t>
      </w:r>
    </w:p>
    <w:p>
      <w:pPr>
        <w:spacing w:after="0"/>
      </w:pPr>
    </w:p>
    <w:p>
      <w:pPr>
        <w:spacing w:after="0"/>
      </w:pPr>
      <w:r>
        <w:rPr>
          <w:rFonts w:ascii="Arial" w:hAnsi="Arial"/>
          <w:b/>
          <w:sz w:val="22"/>
        </w:rPr>
        <w:t xml:space="preserve">Lucy  </w:t>
      </w:r>
      <w:r>
        <w:rPr>
          <w:rFonts w:ascii="Arial" w:hAnsi="Arial"/>
          <w:color w:val="5D7284"/>
          <w:sz w:val="22"/>
        </w:rPr>
        <w:t>59:45</w:t>
      </w:r>
    </w:p>
    <w:p>
      <w:pPr>
        <w:spacing w:after="0"/>
      </w:pPr>
      <w:r>
        <w:rPr>
          <w:rFonts w:ascii="Arial" w:hAnsi="Arial"/>
          <w:sz w:val="22"/>
        </w:rPr>
        <w:t>Okay. She's put the bugle away. (Laughs)</w:t>
      </w:r>
    </w:p>
    <w:p>
      <w:pPr>
        <w:spacing w:after="0"/>
      </w:pPr>
    </w:p>
    <w:p>
      <w:pPr>
        <w:spacing w:after="0"/>
      </w:pPr>
      <w:r>
        <w:rPr>
          <w:rFonts w:ascii="Arial" w:hAnsi="Arial"/>
          <w:b/>
          <w:sz w:val="22"/>
        </w:rPr>
        <w:t xml:space="preserve">Alice  </w:t>
      </w:r>
      <w:r>
        <w:rPr>
          <w:rFonts w:ascii="Arial" w:hAnsi="Arial"/>
          <w:color w:val="5D7284"/>
          <w:sz w:val="22"/>
        </w:rPr>
        <w:t>59:48</w:t>
      </w:r>
    </w:p>
    <w:p>
      <w:pPr>
        <w:spacing w:after="0"/>
      </w:pPr>
      <w:r>
        <w:rPr>
          <w:rFonts w:ascii="Arial" w:hAnsi="Arial"/>
          <w:sz w:val="22"/>
        </w:rPr>
        <w:t>She is eating so I'm glad sh is muted. She is ticking all the boxes today.</w:t>
      </w:r>
    </w:p>
    <w:p>
      <w:pPr>
        <w:spacing w:after="0"/>
      </w:pPr>
    </w:p>
    <w:p>
      <w:pPr>
        <w:spacing w:after="0"/>
      </w:pPr>
      <w:r>
        <w:rPr>
          <w:rFonts w:ascii="Arial" w:hAnsi="Arial"/>
          <w:b/>
          <w:sz w:val="22"/>
        </w:rPr>
        <w:t xml:space="preserve">Lucy  </w:t>
      </w:r>
      <w:r>
        <w:rPr>
          <w:rFonts w:ascii="Arial" w:hAnsi="Arial"/>
          <w:color w:val="5D7284"/>
          <w:sz w:val="22"/>
        </w:rPr>
        <w:t>59:55</w:t>
      </w:r>
    </w:p>
    <w:p>
      <w:pPr>
        <w:spacing w:after="0"/>
      </w:pPr>
      <w:r>
        <w:rPr>
          <w:rFonts w:ascii="Arial" w:hAnsi="Arial"/>
          <w:sz w:val="22"/>
        </w:rPr>
        <w:t>I just keep turning and saw her slowly put a piece of chocolate in her mouth .All right, okay.</w:t>
      </w:r>
    </w:p>
    <w:p>
      <w:pPr>
        <w:spacing w:after="0"/>
      </w:pPr>
    </w:p>
    <w:p>
      <w:pPr>
        <w:spacing w:after="0"/>
      </w:pPr>
      <w:r>
        <w:rPr>
          <w:rFonts w:ascii="Arial" w:hAnsi="Arial"/>
          <w:b/>
          <w:sz w:val="22"/>
        </w:rPr>
        <w:t xml:space="preserve">Alice  </w:t>
      </w:r>
      <w:r>
        <w:rPr>
          <w:rFonts w:ascii="Arial" w:hAnsi="Arial"/>
          <w:color w:val="5D7284"/>
          <w:sz w:val="22"/>
        </w:rPr>
        <w:t>1:00:06</w:t>
      </w:r>
    </w:p>
    <w:p>
      <w:pPr>
        <w:spacing w:after="0"/>
      </w:pPr>
      <w:r>
        <w:rPr>
          <w:rFonts w:ascii="Arial" w:hAnsi="Arial"/>
          <w:sz w:val="22"/>
        </w:rPr>
        <w:t>I was like, Oh, I'd quite like to finish early because I've got to go and pick up this fancy pants sewing machine</w:t>
      </w:r>
    </w:p>
    <w:p>
      <w:pPr>
        <w:spacing w:after="0"/>
      </w:pPr>
    </w:p>
    <w:p>
      <w:pPr>
        <w:spacing w:after="0"/>
      </w:pPr>
      <w:r>
        <w:rPr>
          <w:rFonts w:ascii="Arial" w:hAnsi="Arial"/>
          <w:b/>
          <w:sz w:val="22"/>
        </w:rPr>
        <w:t xml:space="preserve">Lucy  </w:t>
      </w:r>
      <w:r>
        <w:rPr>
          <w:rFonts w:ascii="Arial" w:hAnsi="Arial"/>
          <w:color w:val="5D7284"/>
          <w:sz w:val="22"/>
        </w:rPr>
        <w:t>1:00:11</w:t>
      </w:r>
    </w:p>
    <w:p>
      <w:pPr>
        <w:spacing w:after="0"/>
      </w:pPr>
      <w:r>
        <w:rPr>
          <w:rFonts w:ascii="Arial" w:hAnsi="Arial"/>
          <w:sz w:val="22"/>
        </w:rPr>
        <w:t>(Laughing hysterically) Oh.</w:t>
      </w:r>
    </w:p>
    <w:p>
      <w:pPr>
        <w:spacing w:after="0"/>
      </w:pPr>
    </w:p>
    <w:p>
      <w:pPr>
        <w:spacing w:after="0"/>
      </w:pPr>
      <w:r>
        <w:rPr>
          <w:rFonts w:ascii="Arial" w:hAnsi="Arial"/>
          <w:b/>
          <w:sz w:val="22"/>
        </w:rPr>
        <w:t xml:space="preserve">Alice  </w:t>
      </w:r>
      <w:r>
        <w:rPr>
          <w:rFonts w:ascii="Arial" w:hAnsi="Arial"/>
          <w:color w:val="5D7284"/>
          <w:sz w:val="22"/>
        </w:rPr>
        <w:t>1:00:20</w:t>
      </w:r>
    </w:p>
    <w:p>
      <w:pPr>
        <w:spacing w:after="0"/>
      </w:pPr>
      <w:r>
        <w:rPr>
          <w:rFonts w:ascii="Arial" w:hAnsi="Arial"/>
          <w:sz w:val="22"/>
        </w:rPr>
        <w:t>So what When? When did we stop paying attention?</w:t>
      </w:r>
    </w:p>
    <w:p>
      <w:pPr>
        <w:spacing w:after="0"/>
      </w:pPr>
    </w:p>
    <w:p>
      <w:pPr>
        <w:spacing w:after="0"/>
      </w:pPr>
      <w:r>
        <w:rPr>
          <w:rFonts w:ascii="Arial" w:hAnsi="Arial"/>
          <w:b/>
          <w:sz w:val="22"/>
        </w:rPr>
        <w:t xml:space="preserve">Lucy  </w:t>
      </w:r>
      <w:r>
        <w:rPr>
          <w:rFonts w:ascii="Arial" w:hAnsi="Arial"/>
          <w:color w:val="5D7284"/>
          <w:sz w:val="22"/>
        </w:rPr>
        <w:t>1:00:24</w:t>
      </w:r>
    </w:p>
    <w:p>
      <w:pPr>
        <w:spacing w:after="0"/>
      </w:pPr>
      <w:r>
        <w:rPr>
          <w:rFonts w:ascii="Arial" w:hAnsi="Arial"/>
          <w:sz w:val="22"/>
        </w:rPr>
        <w:t>Now you said about him, taking them into school teaching them musical instruments. Yeah, for their next festival?</w:t>
      </w:r>
    </w:p>
    <w:p>
      <w:pPr>
        <w:spacing w:after="0"/>
      </w:pPr>
    </w:p>
    <w:p>
      <w:pPr>
        <w:spacing w:after="0"/>
      </w:pPr>
      <w:r>
        <w:rPr>
          <w:rFonts w:ascii="Arial" w:hAnsi="Arial"/>
          <w:b/>
          <w:sz w:val="22"/>
        </w:rPr>
        <w:t xml:space="preserve">Alice  </w:t>
      </w:r>
      <w:r>
        <w:rPr>
          <w:rFonts w:ascii="Arial" w:hAnsi="Arial"/>
          <w:color w:val="5D7284"/>
          <w:sz w:val="22"/>
        </w:rPr>
        <w:t>1:00:32</w:t>
      </w:r>
    </w:p>
    <w:p>
      <w:pPr>
        <w:spacing w:after="0"/>
      </w:pPr>
      <w:r>
        <w:rPr>
          <w:rFonts w:ascii="Arial" w:hAnsi="Arial"/>
          <w:sz w:val="22"/>
        </w:rPr>
        <w:t>Yeah, well, I don't know about that. But But he he started teaching them because he wanted to teach the poor blind children. Maria Theresia was quite a big part of the setting up of this school and used a lot of like her own experience of sight loss, and learning music and of the the composition board that she'd had created. I'll tell you a little bit about. Like, that really helped. I was wrong. Here's his name again. Hauy. Yeah, that one. I'm very sorry to any German listeners we have out there. Just to put that out, though. We've offended everybody possible.</w:t>
      </w:r>
    </w:p>
    <w:p>
      <w:pPr>
        <w:spacing w:after="0"/>
      </w:pPr>
    </w:p>
    <w:p>
      <w:pPr>
        <w:spacing w:after="0"/>
      </w:pPr>
      <w:r>
        <w:rPr>
          <w:rFonts w:ascii="Arial" w:hAnsi="Arial"/>
          <w:b/>
          <w:sz w:val="22"/>
        </w:rPr>
        <w:t xml:space="preserve">Lucy  </w:t>
      </w:r>
      <w:r>
        <w:rPr>
          <w:rFonts w:ascii="Arial" w:hAnsi="Arial"/>
          <w:color w:val="5D7284"/>
          <w:sz w:val="22"/>
        </w:rPr>
        <w:t>1:01:22</w:t>
      </w:r>
    </w:p>
    <w:p>
      <w:pPr>
        <w:spacing w:after="0"/>
      </w:pPr>
      <w:r>
        <w:rPr>
          <w:rFonts w:ascii="Arial" w:hAnsi="Arial"/>
          <w:sz w:val="22"/>
        </w:rPr>
        <w:t>And I'm also really sorry about the people who are just genuinely tuned into this episode to find out about history.</w:t>
      </w:r>
    </w:p>
    <w:p>
      <w:pPr>
        <w:spacing w:after="0"/>
      </w:pPr>
    </w:p>
    <w:p>
      <w:pPr>
        <w:spacing w:after="0"/>
      </w:pPr>
      <w:r>
        <w:rPr>
          <w:rFonts w:ascii="Arial" w:hAnsi="Arial"/>
          <w:b/>
          <w:sz w:val="22"/>
        </w:rPr>
        <w:t xml:space="preserve">Alice  </w:t>
      </w:r>
      <w:r>
        <w:rPr>
          <w:rFonts w:ascii="Arial" w:hAnsi="Arial"/>
          <w:color w:val="5D7284"/>
          <w:sz w:val="22"/>
        </w:rPr>
        <w:t>1:01:30</w:t>
      </w:r>
    </w:p>
    <w:p>
      <w:pPr>
        <w:spacing w:after="0"/>
      </w:pPr>
      <w:r>
        <w:rPr>
          <w:rFonts w:ascii="Arial" w:hAnsi="Arial"/>
          <w:sz w:val="22"/>
        </w:rPr>
        <w:t>Yeah, yeah, you're listening to the wrong podcast? (Lucy) Yes, soz. Um, so she helped him to devise a teaching method for these children. Which, you know, was based on her own experience of kind of learning and learning to read and compose music without having any sight.</w:t>
      </w:r>
    </w:p>
    <w:p>
      <w:pPr>
        <w:spacing w:after="0"/>
      </w:pPr>
    </w:p>
    <w:p>
      <w:pPr>
        <w:spacing w:after="0"/>
      </w:pPr>
      <w:r>
        <w:rPr>
          <w:rFonts w:ascii="Arial" w:hAnsi="Arial"/>
          <w:b/>
          <w:sz w:val="22"/>
        </w:rPr>
        <w:t xml:space="preserve">Lucy  </w:t>
      </w:r>
      <w:r>
        <w:rPr>
          <w:rFonts w:ascii="Arial" w:hAnsi="Arial"/>
          <w:color w:val="5D7284"/>
          <w:sz w:val="22"/>
        </w:rPr>
        <w:t>1:01:52</w:t>
      </w:r>
    </w:p>
    <w:p>
      <w:pPr>
        <w:spacing w:after="0"/>
      </w:pPr>
      <w:r>
        <w:rPr>
          <w:rFonts w:ascii="Arial" w:hAnsi="Arial"/>
          <w:sz w:val="22"/>
        </w:rPr>
        <w:t>So did the rope with the knots make an appearance again, as a teaching thing?.</w:t>
      </w:r>
    </w:p>
    <w:p>
      <w:pPr>
        <w:spacing w:after="0"/>
      </w:pPr>
    </w:p>
    <w:p>
      <w:pPr>
        <w:spacing w:after="0"/>
      </w:pPr>
      <w:r>
        <w:rPr>
          <w:rFonts w:ascii="Arial" w:hAnsi="Arial"/>
          <w:b/>
          <w:sz w:val="22"/>
        </w:rPr>
        <w:t xml:space="preserve">Alice  </w:t>
      </w:r>
      <w:r>
        <w:rPr>
          <w:rFonts w:ascii="Arial" w:hAnsi="Arial"/>
          <w:color w:val="5D7284"/>
          <w:sz w:val="22"/>
        </w:rPr>
        <w:t>1:01:56</w:t>
      </w:r>
    </w:p>
    <w:p>
      <w:pPr>
        <w:spacing w:after="0"/>
      </w:pPr>
      <w:r>
        <w:rPr>
          <w:rFonts w:ascii="Arial" w:hAnsi="Arial"/>
          <w:sz w:val="22"/>
        </w:rPr>
        <w:t>So one of the things that she did have later, she had a librettist, which I had Google that is the person who writes the words for your music. Okay. He devised a built her a composition board, which Yeah, I couldn't find any more information out about it, but I can only assume that it was like some kind of tactile thing that would I don't know, monitor what the notes she played or something like that.(Lucy) Okay. So part of she, she used that to compose and used that as kind of, showed it to this guy. And he used that to sort of work out how he was going to teach these children. And it's important to kind of know that because a later student at Hauy's school, it was Louis Braille, who, of course, is the...(Lucy) is the Braille. Yeah, exactly. The the tactile alphabet man, as I have caught him in my notes. So she was super successful in Paris. And that's where Maria Theresia kind of became very famous there. She went on to perform in London, where she performed for the royal family and even performed alongside the then Prince of Wales, who was a violinist. But we didn't like her very much. We didn't think she was very talented. But I and I've put that that's because we are uncouth and uncivilized thugs who consider N-dubz to be a musical success. So so after her. I feel like I need to keep checking in to see what Daisy is doing.(Alice laughs) What's she doing now?</w:t>
      </w:r>
    </w:p>
    <w:p>
      <w:pPr>
        <w:spacing w:after="0"/>
      </w:pPr>
    </w:p>
    <w:p>
      <w:pPr>
        <w:spacing w:after="0"/>
      </w:pPr>
      <w:r>
        <w:rPr>
          <w:rFonts w:ascii="Arial" w:hAnsi="Arial"/>
          <w:b/>
          <w:sz w:val="22"/>
        </w:rPr>
        <w:t xml:space="preserve">Lucy  </w:t>
      </w:r>
      <w:r>
        <w:rPr>
          <w:rFonts w:ascii="Arial" w:hAnsi="Arial"/>
          <w:color w:val="5D7284"/>
          <w:sz w:val="22"/>
        </w:rPr>
        <w:t>1:04:05</w:t>
      </w:r>
    </w:p>
    <w:p>
      <w:pPr>
        <w:spacing w:after="0"/>
      </w:pPr>
      <w:r>
        <w:rPr>
          <w:rFonts w:ascii="Arial" w:hAnsi="Arial"/>
          <w:sz w:val="22"/>
        </w:rPr>
        <w:t>Daisy is now I think Daisy's main purpose is just trying to make me laugh.</w:t>
      </w:r>
    </w:p>
    <w:p>
      <w:pPr>
        <w:spacing w:after="0"/>
      </w:pPr>
    </w:p>
    <w:p>
      <w:pPr>
        <w:spacing w:after="0"/>
      </w:pPr>
      <w:r>
        <w:rPr>
          <w:rFonts w:ascii="Arial" w:hAnsi="Arial"/>
          <w:b/>
          <w:sz w:val="22"/>
        </w:rPr>
        <w:t xml:space="preserve">Daisy  </w:t>
      </w:r>
      <w:r>
        <w:rPr>
          <w:rFonts w:ascii="Arial" w:hAnsi="Arial"/>
          <w:color w:val="5D7284"/>
          <w:sz w:val="22"/>
        </w:rPr>
        <w:t>1:04:11</w:t>
      </w:r>
    </w:p>
    <w:p>
      <w:pPr>
        <w:spacing w:after="0"/>
      </w:pPr>
      <w:r>
        <w:rPr>
          <w:rFonts w:ascii="Arial" w:hAnsi="Arial"/>
          <w:sz w:val="22"/>
        </w:rPr>
        <w:t>I was just nodding to agree that N-dubz were a musical success.</w:t>
      </w:r>
    </w:p>
    <w:p>
      <w:pPr>
        <w:spacing w:after="0"/>
      </w:pPr>
    </w:p>
    <w:p>
      <w:pPr>
        <w:spacing w:after="0"/>
      </w:pPr>
      <w:r>
        <w:rPr>
          <w:rFonts w:ascii="Arial" w:hAnsi="Arial"/>
          <w:b/>
          <w:sz w:val="22"/>
        </w:rPr>
        <w:t xml:space="preserve">Lucy  </w:t>
      </w:r>
      <w:r>
        <w:rPr>
          <w:rFonts w:ascii="Arial" w:hAnsi="Arial"/>
          <w:color w:val="5D7284"/>
          <w:sz w:val="22"/>
        </w:rPr>
        <w:t>1:04:17</w:t>
      </w:r>
    </w:p>
    <w:p>
      <w:pPr>
        <w:spacing w:after="0"/>
      </w:pPr>
      <w:r>
        <w:rPr>
          <w:rFonts w:ascii="Arial" w:hAnsi="Arial"/>
          <w:sz w:val="22"/>
        </w:rPr>
        <w:t xml:space="preserve"> No.</w:t>
      </w:r>
    </w:p>
    <w:p>
      <w:pPr>
        <w:spacing w:after="0"/>
      </w:pPr>
    </w:p>
    <w:p>
      <w:pPr>
        <w:spacing w:after="0"/>
      </w:pPr>
      <w:r>
        <w:rPr>
          <w:rFonts w:ascii="Arial" w:hAnsi="Arial"/>
          <w:b/>
          <w:sz w:val="22"/>
        </w:rPr>
        <w:t xml:space="preserve">Alice  </w:t>
      </w:r>
      <w:r>
        <w:rPr>
          <w:rFonts w:ascii="Arial" w:hAnsi="Arial"/>
          <w:color w:val="5D7284"/>
          <w:sz w:val="22"/>
        </w:rPr>
        <w:t>1:04:20</w:t>
      </w:r>
    </w:p>
    <w:p>
      <w:pPr>
        <w:spacing w:after="0"/>
      </w:pPr>
      <w:r>
        <w:rPr>
          <w:rFonts w:ascii="Arial" w:hAnsi="Arial"/>
          <w:sz w:val="22"/>
        </w:rPr>
        <w:t>Yeah. So after her European tour, so she continued composing music throughout her life, including at least one surviving opera, and also the music. So everybody says on the internet that the music  that was one of the songs that was used at Megan and Harry's wedding was composed by Maria Theresia. However... (Lucy) yeah, okay. More sensible, reliable academic people on the internet say, actually, it was written by somebody else with the last name Paradis and, and people on Buzzfeed don't know what they're talking about.(Lucy) Okay. No offense BuzzFeed.</w:t>
      </w:r>
    </w:p>
    <w:p>
      <w:pPr>
        <w:spacing w:after="0"/>
      </w:pPr>
    </w:p>
    <w:p>
      <w:pPr>
        <w:spacing w:after="0"/>
      </w:pPr>
      <w:r>
        <w:rPr>
          <w:rFonts w:ascii="Arial" w:hAnsi="Arial"/>
          <w:b/>
          <w:sz w:val="22"/>
        </w:rPr>
        <w:t xml:space="preserve">Daisy  </w:t>
      </w:r>
      <w:r>
        <w:rPr>
          <w:rFonts w:ascii="Arial" w:hAnsi="Arial"/>
          <w:color w:val="5D7284"/>
          <w:sz w:val="22"/>
        </w:rPr>
        <w:t>1:05:15</w:t>
      </w:r>
    </w:p>
    <w:p>
      <w:pPr>
        <w:spacing w:after="0"/>
      </w:pPr>
      <w:r>
        <w:rPr>
          <w:rFonts w:ascii="Arial" w:hAnsi="Arial"/>
          <w:sz w:val="22"/>
        </w:rPr>
        <w:t>I love that sounds realistic.</w:t>
      </w:r>
    </w:p>
    <w:p>
      <w:pPr>
        <w:spacing w:after="0"/>
      </w:pPr>
    </w:p>
    <w:p>
      <w:pPr>
        <w:spacing w:after="0"/>
      </w:pPr>
      <w:r>
        <w:rPr>
          <w:rFonts w:ascii="Arial" w:hAnsi="Arial"/>
          <w:b/>
          <w:sz w:val="22"/>
        </w:rPr>
        <w:t xml:space="preserve">Alice  </w:t>
      </w:r>
      <w:r>
        <w:rPr>
          <w:rFonts w:ascii="Arial" w:hAnsi="Arial"/>
          <w:color w:val="5D7284"/>
          <w:sz w:val="22"/>
        </w:rPr>
        <w:t>1:05:20</w:t>
      </w:r>
    </w:p>
    <w:p>
      <w:pPr>
        <w:spacing w:after="0"/>
      </w:pPr>
      <w:r>
        <w:rPr>
          <w:rFonts w:ascii="Arial" w:hAnsi="Arial"/>
          <w:sz w:val="22"/>
        </w:rPr>
        <w:t>(Laughs) So her.. she wrote an opera. Again, I really needed to have checked the pronounciation just half of what I've written here because Ronaldo un Alsina is...(Lucy) okay. Her comic opera that she wrote, which premiered in Prague, and that Von Paradis herself directed from the piano. But it kind of bombed. And a contemporary review, I read said that the audience found it boring because they weren't blind. Which...</w:t>
      </w:r>
    </w:p>
    <w:p>
      <w:pPr>
        <w:spacing w:after="0"/>
      </w:pPr>
    </w:p>
    <w:p>
      <w:pPr>
        <w:spacing w:after="0"/>
      </w:pPr>
      <w:r>
        <w:rPr>
          <w:rFonts w:ascii="Arial" w:hAnsi="Arial"/>
          <w:b/>
          <w:sz w:val="22"/>
        </w:rPr>
        <w:t xml:space="preserve">Lucy  </w:t>
      </w:r>
      <w:r>
        <w:rPr>
          <w:rFonts w:ascii="Arial" w:hAnsi="Arial"/>
          <w:color w:val="5D7284"/>
          <w:sz w:val="22"/>
        </w:rPr>
        <w:t>1:06:07</w:t>
      </w:r>
    </w:p>
    <w:p>
      <w:pPr>
        <w:spacing w:after="0"/>
      </w:pPr>
      <w:r>
        <w:rPr>
          <w:rFonts w:ascii="Arial" w:hAnsi="Arial"/>
          <w:sz w:val="22"/>
        </w:rPr>
        <w:t xml:space="preserve">Oh, yeah, </w:t>
      </w:r>
    </w:p>
    <w:p>
      <w:pPr>
        <w:spacing w:after="0"/>
      </w:pPr>
    </w:p>
    <w:p>
      <w:pPr>
        <w:spacing w:after="0"/>
      </w:pPr>
      <w:r>
        <w:rPr>
          <w:rFonts w:ascii="Arial" w:hAnsi="Arial"/>
          <w:b/>
          <w:sz w:val="22"/>
        </w:rPr>
        <w:t xml:space="preserve">Alice  </w:t>
      </w:r>
      <w:r>
        <w:rPr>
          <w:rFonts w:ascii="Arial" w:hAnsi="Arial"/>
          <w:color w:val="5D7284"/>
          <w:sz w:val="22"/>
        </w:rPr>
        <w:t>1:06:10</w:t>
      </w:r>
    </w:p>
    <w:p>
      <w:pPr>
        <w:spacing w:after="0"/>
      </w:pPr>
      <w:r>
        <w:rPr>
          <w:rFonts w:ascii="Arial" w:hAnsi="Arial"/>
          <w:sz w:val="22"/>
        </w:rPr>
        <w:t>Yeah. And</w:t>
      </w:r>
    </w:p>
    <w:p>
      <w:pPr>
        <w:spacing w:after="0"/>
      </w:pPr>
    </w:p>
    <w:p>
      <w:pPr>
        <w:spacing w:after="0"/>
      </w:pPr>
      <w:r>
        <w:rPr>
          <w:rFonts w:ascii="Arial" w:hAnsi="Arial"/>
          <w:b/>
          <w:sz w:val="22"/>
        </w:rPr>
        <w:t xml:space="preserve">Lucy  </w:t>
      </w:r>
      <w:r>
        <w:rPr>
          <w:rFonts w:ascii="Arial" w:hAnsi="Arial"/>
          <w:color w:val="5D7284"/>
          <w:sz w:val="22"/>
        </w:rPr>
        <w:t>1:06:13</w:t>
      </w:r>
    </w:p>
    <w:p>
      <w:pPr>
        <w:spacing w:after="0"/>
      </w:pPr>
      <w:r>
        <w:rPr>
          <w:rFonts w:ascii="Arial" w:hAnsi="Arial"/>
          <w:sz w:val="22"/>
        </w:rPr>
        <w:t>so like saying we don't know your podcast because we're not disabled?</w:t>
      </w:r>
    </w:p>
    <w:p>
      <w:pPr>
        <w:spacing w:after="0"/>
      </w:pPr>
    </w:p>
    <w:p>
      <w:pPr>
        <w:spacing w:after="0"/>
      </w:pPr>
      <w:r>
        <w:rPr>
          <w:rFonts w:ascii="Arial" w:hAnsi="Arial"/>
          <w:b/>
          <w:sz w:val="22"/>
        </w:rPr>
        <w:t xml:space="preserve">Alice  </w:t>
      </w:r>
      <w:r>
        <w:rPr>
          <w:rFonts w:ascii="Arial" w:hAnsi="Arial"/>
          <w:color w:val="5D7284"/>
          <w:sz w:val="22"/>
        </w:rPr>
        <w:t>1:06:17</w:t>
      </w:r>
    </w:p>
    <w:p>
      <w:pPr>
        <w:spacing w:after="0"/>
      </w:pPr>
      <w:r>
        <w:rPr>
          <w:rFonts w:ascii="Arial" w:hAnsi="Arial"/>
          <w:sz w:val="22"/>
        </w:rPr>
        <w:t xml:space="preserve">Yeah, I don't know. Anyway. So Maria, went back to Vienna, where she just she would spend the rest of her life she opened her own school where she was teaching music to wealthy young lady's. Although that sounds like a bit of a sort of drab, fall, not fall from grace, but not as sort of successful as a she was previously in her life. And she was very successful teacher. And she was so kind of well respected that actually her school continued. And... was she left enough funds after she passed away to keep her school up and running. Like to bankroll it for another century after she died? </w:t>
      </w:r>
    </w:p>
    <w:p>
      <w:pPr>
        <w:spacing w:after="0"/>
      </w:pPr>
    </w:p>
    <w:p>
      <w:pPr>
        <w:spacing w:after="0"/>
      </w:pPr>
      <w:r>
        <w:rPr>
          <w:rFonts w:ascii="Arial" w:hAnsi="Arial"/>
          <w:b/>
          <w:sz w:val="22"/>
        </w:rPr>
        <w:t xml:space="preserve">Lucy  </w:t>
      </w:r>
      <w:r>
        <w:rPr>
          <w:rFonts w:ascii="Arial" w:hAnsi="Arial"/>
          <w:color w:val="5D7284"/>
          <w:sz w:val="22"/>
        </w:rPr>
        <w:t>1:07:08</w:t>
      </w:r>
    </w:p>
    <w:p>
      <w:pPr>
        <w:spacing w:after="0"/>
      </w:pPr>
      <w:r>
        <w:rPr>
          <w:rFonts w:ascii="Arial" w:hAnsi="Arial"/>
          <w:sz w:val="22"/>
        </w:rPr>
        <w:t>Oh that, that, that that now, that is a legacy? Yes, I think everybody. I think it's fair to say that everybody liked the thought of having a legacy after they've died. I certainly do. I certainly think that it's a nice thing, isn't it to people to go you know...</w:t>
      </w:r>
    </w:p>
    <w:p>
      <w:pPr>
        <w:spacing w:after="0"/>
      </w:pPr>
    </w:p>
    <w:p>
      <w:pPr>
        <w:spacing w:after="0"/>
      </w:pPr>
      <w:r>
        <w:rPr>
          <w:rFonts w:ascii="Arial" w:hAnsi="Arial"/>
          <w:b/>
          <w:sz w:val="22"/>
        </w:rPr>
        <w:t xml:space="preserve">Alice  </w:t>
      </w:r>
      <w:r>
        <w:rPr>
          <w:rFonts w:ascii="Arial" w:hAnsi="Arial"/>
          <w:color w:val="5D7284"/>
          <w:sz w:val="22"/>
        </w:rPr>
        <w:t>1:07:23</w:t>
      </w:r>
    </w:p>
    <w:p>
      <w:pPr>
        <w:spacing w:after="0"/>
      </w:pPr>
      <w:r>
        <w:rPr>
          <w:rFonts w:ascii="Arial" w:hAnsi="Arial"/>
          <w:sz w:val="22"/>
        </w:rPr>
        <w:t xml:space="preserve">I mean, you know, this is going to be the episode that we win awards for and that is remembered in the future. (Lucy)Yeah daisy's little album.  Oh god, I forgot about her album! we did that days ago. Im still traumatized by it. </w:t>
      </w:r>
    </w:p>
    <w:p>
      <w:pPr>
        <w:spacing w:after="0"/>
      </w:pPr>
    </w:p>
    <w:p>
      <w:pPr>
        <w:spacing w:after="0"/>
      </w:pPr>
      <w:r>
        <w:rPr>
          <w:rFonts w:ascii="Arial" w:hAnsi="Arial"/>
          <w:b/>
          <w:sz w:val="22"/>
        </w:rPr>
        <w:t xml:space="preserve">Daisy  </w:t>
      </w:r>
      <w:r>
        <w:rPr>
          <w:rFonts w:ascii="Arial" w:hAnsi="Arial"/>
          <w:color w:val="5D7284"/>
          <w:sz w:val="22"/>
        </w:rPr>
        <w:t>1:07:47</w:t>
      </w:r>
    </w:p>
    <w:p>
      <w:pPr>
        <w:spacing w:after="0"/>
      </w:pPr>
      <w:r>
        <w:rPr>
          <w:rFonts w:ascii="Arial" w:hAnsi="Arial"/>
          <w:sz w:val="22"/>
        </w:rPr>
        <w:t>I'm sorry, I had an extra coffee today. Im a bit delirious.</w:t>
      </w:r>
    </w:p>
    <w:p>
      <w:pPr>
        <w:spacing w:after="0"/>
      </w:pPr>
    </w:p>
    <w:p>
      <w:pPr>
        <w:spacing w:after="0"/>
      </w:pPr>
      <w:r>
        <w:rPr>
          <w:rFonts w:ascii="Arial" w:hAnsi="Arial"/>
          <w:b/>
          <w:sz w:val="22"/>
        </w:rPr>
        <w:t xml:space="preserve">Alice  </w:t>
      </w:r>
      <w:r>
        <w:rPr>
          <w:rFonts w:ascii="Arial" w:hAnsi="Arial"/>
          <w:color w:val="5D7284"/>
          <w:sz w:val="22"/>
        </w:rPr>
        <w:t>1:07:56</w:t>
      </w:r>
    </w:p>
    <w:p>
      <w:pPr>
        <w:spacing w:after="0"/>
      </w:pPr>
      <w:r>
        <w:rPr>
          <w:rFonts w:ascii="Arial" w:hAnsi="Arial"/>
          <w:sz w:val="22"/>
        </w:rPr>
        <w:t>So and then, and then she died in 1824. (Lucy) Okay, what did she die of?. They think lung disease. (Lucy) Right. But they're not sure cuz 1824. You know? Yeah, sure. I mean, it could have been elves. So...</w:t>
      </w:r>
    </w:p>
    <w:p>
      <w:pPr>
        <w:spacing w:after="0"/>
      </w:pPr>
    </w:p>
    <w:p>
      <w:pPr>
        <w:spacing w:after="0"/>
      </w:pPr>
      <w:r>
        <w:rPr>
          <w:rFonts w:ascii="Arial" w:hAnsi="Arial"/>
          <w:b/>
          <w:sz w:val="22"/>
        </w:rPr>
        <w:t xml:space="preserve">Lucy  </w:t>
      </w:r>
      <w:r>
        <w:rPr>
          <w:rFonts w:ascii="Arial" w:hAnsi="Arial"/>
          <w:color w:val="5D7284"/>
          <w:sz w:val="22"/>
        </w:rPr>
        <w:t>1:08:16</w:t>
      </w:r>
    </w:p>
    <w:p>
      <w:pPr>
        <w:spacing w:after="0"/>
      </w:pPr>
      <w:r>
        <w:rPr>
          <w:rFonts w:ascii="Arial" w:hAnsi="Arial"/>
          <w:sz w:val="22"/>
        </w:rPr>
        <w:t>magnets! (Alice) Exactly.</w:t>
      </w:r>
    </w:p>
    <w:p>
      <w:pPr>
        <w:spacing w:after="0"/>
      </w:pPr>
    </w:p>
    <w:p>
      <w:pPr>
        <w:spacing w:after="0"/>
      </w:pPr>
      <w:r>
        <w:rPr>
          <w:rFonts w:ascii="Arial" w:hAnsi="Arial"/>
          <w:b/>
          <w:sz w:val="22"/>
        </w:rPr>
        <w:t xml:space="preserve">Alice  </w:t>
      </w:r>
      <w:r>
        <w:rPr>
          <w:rFonts w:ascii="Arial" w:hAnsi="Arial"/>
          <w:color w:val="5D7284"/>
          <w:sz w:val="22"/>
        </w:rPr>
        <w:t>1:08:20</w:t>
      </w:r>
    </w:p>
    <w:p>
      <w:pPr>
        <w:spacing w:after="0"/>
      </w:pPr>
      <w:r>
        <w:rPr>
          <w:rFonts w:ascii="Arial" w:hAnsi="Arial"/>
          <w:sz w:val="22"/>
        </w:rPr>
        <w:t>She OD'd on magnets. (Lucy) Yeah. I want to talk a little bit about why Maria is not more well known. And more well remembered now. Because from everything that I've read, she was actually she was really successful. You know, and she did she She not only performed, she composed, she produced produced things that should have lasted. But it really looks like a lot of you know, there's not a lot of her stuff remaining. We've got some of her journals from later in her life. I say we the world. And honestly, I found it quite hard to find information out about Maria like reliable information. That wasn't all about her being treated by Mesmer. I just wondered kind of, you know, what, what was this about? Was this, and I think, I think it's a combination of things. I think it's partly her gender. And I think it's partly her disability, because although you can argue that, you know, in the late 1700s, early 1800s, you know, it's a big ask for stuff to to have survived from there. But we have stuff from Mozart, we have stuff from Beethoven, who was even earlier, you know, we have lots of...There is stuff, stuff survives. It's not like she was poor and she didn't have the money or the family like she was came from a very respected family. They could have kept all of that stuff. You know, and efforts if she'd been if she was as highly valued and as highly recognized as it sounds like she was, it's a surprise that stuff wasn't held.</w:t>
      </w:r>
    </w:p>
    <w:p>
      <w:pPr>
        <w:spacing w:after="0"/>
      </w:pPr>
    </w:p>
    <w:p>
      <w:pPr>
        <w:spacing w:after="0"/>
      </w:pPr>
      <w:r>
        <w:rPr>
          <w:rFonts w:ascii="Arial" w:hAnsi="Arial"/>
          <w:b/>
          <w:sz w:val="22"/>
        </w:rPr>
        <w:t xml:space="preserve">Lucy  </w:t>
      </w:r>
      <w:r>
        <w:rPr>
          <w:rFonts w:ascii="Arial" w:hAnsi="Arial"/>
          <w:color w:val="5D7284"/>
          <w:sz w:val="22"/>
        </w:rPr>
        <w:t>1:10:14</w:t>
      </w:r>
    </w:p>
    <w:p>
      <w:pPr>
        <w:spacing w:after="0"/>
      </w:pPr>
      <w:r>
        <w:rPr>
          <w:rFonts w:ascii="Arial" w:hAnsi="Arial"/>
          <w:sz w:val="22"/>
        </w:rPr>
        <w:t xml:space="preserve">Do you think that she was sort of well known within the disability community at the time? Because obviously if her school after.. she after her death ,if a school carried on for 100 years. Her school wasn't a school for disabled kids, though, was it not? </w:t>
      </w:r>
    </w:p>
    <w:p>
      <w:pPr>
        <w:spacing w:after="0"/>
      </w:pPr>
    </w:p>
    <w:p>
      <w:pPr>
        <w:spacing w:after="0"/>
      </w:pPr>
      <w:r>
        <w:rPr>
          <w:rFonts w:ascii="Arial" w:hAnsi="Arial"/>
          <w:b/>
          <w:sz w:val="22"/>
        </w:rPr>
        <w:t xml:space="preserve">Alice  </w:t>
      </w:r>
      <w:r>
        <w:rPr>
          <w:rFonts w:ascii="Arial" w:hAnsi="Arial"/>
          <w:color w:val="5D7284"/>
          <w:sz w:val="22"/>
        </w:rPr>
        <w:t>1:10:31</w:t>
      </w:r>
    </w:p>
    <w:p>
      <w:pPr>
        <w:spacing w:after="0"/>
      </w:pPr>
      <w:r>
        <w:rPr>
          <w:rFonts w:ascii="Arial" w:hAnsi="Arial"/>
          <w:sz w:val="22"/>
        </w:rPr>
        <w:t xml:space="preserve"> No, no, it was just it was, it was a music school. </w:t>
      </w:r>
    </w:p>
    <w:p>
      <w:pPr>
        <w:spacing w:after="0"/>
      </w:pPr>
    </w:p>
    <w:p>
      <w:pPr>
        <w:spacing w:after="0"/>
      </w:pPr>
      <w:r>
        <w:rPr>
          <w:rFonts w:ascii="Arial" w:hAnsi="Arial"/>
          <w:b/>
          <w:sz w:val="22"/>
        </w:rPr>
        <w:t xml:space="preserve">Lucy  </w:t>
      </w:r>
      <w:r>
        <w:rPr>
          <w:rFonts w:ascii="Arial" w:hAnsi="Arial"/>
          <w:color w:val="5D7284"/>
          <w:sz w:val="22"/>
        </w:rPr>
        <w:t>1:10:34</w:t>
      </w:r>
    </w:p>
    <w:p>
      <w:pPr>
        <w:spacing w:after="0"/>
      </w:pPr>
      <w:r>
        <w:rPr>
          <w:rFonts w:ascii="Arial" w:hAnsi="Arial"/>
          <w:sz w:val="22"/>
        </w:rPr>
        <w:t xml:space="preserve">Oh, so it was just for any anybody?. Yeah, Daisy could have turned up with her bugle. (Alice) Yeah. Bugle. Yeah. </w:t>
      </w:r>
    </w:p>
    <w:p>
      <w:pPr>
        <w:spacing w:after="0"/>
      </w:pPr>
    </w:p>
    <w:p>
      <w:pPr>
        <w:spacing w:after="0"/>
      </w:pPr>
      <w:r>
        <w:rPr>
          <w:rFonts w:ascii="Arial" w:hAnsi="Arial"/>
          <w:b/>
          <w:sz w:val="22"/>
        </w:rPr>
        <w:t xml:space="preserve">Alice  </w:t>
      </w:r>
      <w:r>
        <w:rPr>
          <w:rFonts w:ascii="Arial" w:hAnsi="Arial"/>
          <w:color w:val="5D7284"/>
          <w:sz w:val="22"/>
        </w:rPr>
        <w:t>1:10:41</w:t>
      </w:r>
    </w:p>
    <w:p>
      <w:pPr>
        <w:spacing w:after="0"/>
      </w:pPr>
      <w:r>
        <w:rPr>
          <w:rFonts w:ascii="Arial" w:hAnsi="Arial"/>
          <w:sz w:val="22"/>
        </w:rPr>
        <w:t>Yeah. Or a non disabled person could have turned up with their bugle. But it's yeah. It's I don't I also don't think, you know, this is the 17/ 1800s I don't know how much of a disabled community there would have been in. (Lucy)That's true. High sort of high society. Yeah. In high society, Vienna, and Europe. At the time,</w:t>
      </w:r>
    </w:p>
    <w:p>
      <w:pPr>
        <w:spacing w:after="0"/>
      </w:pPr>
    </w:p>
    <w:p>
      <w:pPr>
        <w:spacing w:after="0"/>
      </w:pPr>
      <w:r>
        <w:rPr>
          <w:rFonts w:ascii="Arial" w:hAnsi="Arial"/>
          <w:b/>
          <w:sz w:val="22"/>
        </w:rPr>
        <w:t xml:space="preserve">Lucy  </w:t>
      </w:r>
      <w:r>
        <w:rPr>
          <w:rFonts w:ascii="Arial" w:hAnsi="Arial"/>
          <w:color w:val="5D7284"/>
          <w:sz w:val="22"/>
        </w:rPr>
        <w:t>1:11:09</w:t>
      </w:r>
    </w:p>
    <w:p>
      <w:pPr>
        <w:spacing w:after="0"/>
      </w:pPr>
      <w:r>
        <w:rPr>
          <w:rFonts w:ascii="Arial" w:hAnsi="Arial"/>
          <w:sz w:val="22"/>
        </w:rPr>
        <w:t>Historically, you know, but back in those days, royalty and high society, they still do to a certain extent, hide away disability, don't they? So could it be the fact that, you know, because she was disabled, that once she passed away, nobody really talked about her because it was like, oh, let's forget about, you know, that whole person.</w:t>
      </w:r>
    </w:p>
    <w:p>
      <w:pPr>
        <w:spacing w:after="0"/>
      </w:pPr>
    </w:p>
    <w:p>
      <w:pPr>
        <w:spacing w:after="0"/>
      </w:pPr>
      <w:r>
        <w:rPr>
          <w:rFonts w:ascii="Arial" w:hAnsi="Arial"/>
          <w:b/>
          <w:sz w:val="22"/>
        </w:rPr>
        <w:t xml:space="preserve">Alice  </w:t>
      </w:r>
      <w:r>
        <w:rPr>
          <w:rFonts w:ascii="Arial" w:hAnsi="Arial"/>
          <w:color w:val="5D7284"/>
          <w:sz w:val="22"/>
        </w:rPr>
        <w:t>1:11:33</w:t>
      </w:r>
    </w:p>
    <w:p>
      <w:pPr>
        <w:spacing w:after="0"/>
      </w:pPr>
      <w:r>
        <w:rPr>
          <w:rFonts w:ascii="Arial" w:hAnsi="Arial"/>
          <w:sz w:val="22"/>
        </w:rPr>
        <w:t>I mean, I think, I think it's, it's not, it's not just about after she passed away, I think there's probably an element of while she was still. While she was alive, that she was just although she was perhaps a very popular amongst people listening to music, the people that counted the people that produced. So at the time, if you want it to be if you wanted to make any money from composition, you would have to publish your music, and I sell it. And I think the people who did that. Those people, the people who were behind kind of the.. not the word of mouth, oh my God, have you heard this woman? She's really good. But the other people, you know, the the journalists, the people in power, that I think they didn't hold her in very high regard. And I think that's, personally, I think it comes from a combination of her being a woman and her being disabled, because also, you know, we talked about hysterical conditions, and they were a very gendered, generally a very gendered kind of condition. And I think it was used as a way of dismissing women a lot. And so I think that's kind of just what happened is, I think that people, people dismissed her. And that's why she's kind of not really remembered. And I think it's a it's a real shame, because I think it sounds like she was actually very accomplished. You know, and there's, there's not a lot known, known about her, I think it's really sad that the thing that she's most famous for, and like I said, the thing that I found out about her from, is because of the Mesmer stuff, and actually, you know, should we be remembering her for the the attempts people made to cure her of her disability? Or should we be remembering her for the fact that she was a super talented pianist and composer?</w:t>
      </w:r>
    </w:p>
    <w:p>
      <w:pPr>
        <w:spacing w:after="0"/>
      </w:pPr>
    </w:p>
    <w:p>
      <w:pPr>
        <w:spacing w:after="0"/>
      </w:pPr>
      <w:r>
        <w:rPr>
          <w:rFonts w:ascii="Arial" w:hAnsi="Arial"/>
          <w:b/>
          <w:sz w:val="22"/>
        </w:rPr>
        <w:t xml:space="preserve">Lucy  </w:t>
      </w:r>
      <w:r>
        <w:rPr>
          <w:rFonts w:ascii="Arial" w:hAnsi="Arial"/>
          <w:color w:val="5D7284"/>
          <w:sz w:val="22"/>
        </w:rPr>
        <w:t>1:13:47</w:t>
      </w:r>
    </w:p>
    <w:p>
      <w:pPr>
        <w:spacing w:after="0"/>
      </w:pPr>
      <w:r>
        <w:rPr>
          <w:rFonts w:ascii="Arial" w:hAnsi="Arial"/>
          <w:sz w:val="22"/>
        </w:rPr>
        <w:t>Well, you know, and I know, Daisy knows, because we all live with a disability that we should be focusing on the person's achievements rather than the thing that is perceived to hold them back in life. But, again, we all know that that hard that doesn't happen, though, does it? Because they, you know, they go, let's focus on everything. Like, let's focus on the struggles, and then it leads to, oh, isn't it wonderful that they've overcome these struggles? It's that kind of thing, isn't it? You know, as much as we would like to be seen as, you know, very successful people in our own right, there is always this label again, we'll go back to labels aren't we were those labels around your neck of? Yeah, but she's disabled. You know,</w:t>
      </w:r>
    </w:p>
    <w:p>
      <w:pPr>
        <w:spacing w:after="0"/>
      </w:pPr>
    </w:p>
    <w:p>
      <w:pPr>
        <w:spacing w:after="0"/>
      </w:pPr>
      <w:r>
        <w:rPr>
          <w:rFonts w:ascii="Arial" w:hAnsi="Arial"/>
          <w:b/>
          <w:sz w:val="22"/>
        </w:rPr>
        <w:t xml:space="preserve">Alice  </w:t>
      </w:r>
      <w:r>
        <w:rPr>
          <w:rFonts w:ascii="Arial" w:hAnsi="Arial"/>
          <w:color w:val="5D7284"/>
          <w:sz w:val="22"/>
        </w:rPr>
        <w:t>1:14:42</w:t>
      </w:r>
    </w:p>
    <w:p>
      <w:pPr>
        <w:spacing w:after="0"/>
      </w:pPr>
      <w:r>
        <w:rPr>
          <w:rFonts w:ascii="Arial" w:hAnsi="Arial"/>
          <w:sz w:val="22"/>
        </w:rPr>
        <w:t>And she was, you know, she was progressive, that, you know, women were playing the piano and doing things like that, like at the time, but they weren't really performing in public. It tended to be you know, ladies (Lucy)behind closed doors. Yeah. They perform for guests. When they visited they'd might perform at, you know, local like balls and stuff like that if they were particularly high society, but she was performing for crowds people were commissioning her.(Lucy) To see her yeah. Yeah, and it's an and she's rubbing shoulders with, you know, Mozart, who is probably, you know, if you had to Pointless him, he'd be up there with one of the most known names of classical music.</w:t>
      </w:r>
    </w:p>
    <w:p>
      <w:pPr>
        <w:spacing w:after="0"/>
      </w:pPr>
    </w:p>
    <w:p>
      <w:pPr>
        <w:spacing w:after="0"/>
      </w:pPr>
      <w:r>
        <w:rPr>
          <w:rFonts w:ascii="Arial" w:hAnsi="Arial"/>
          <w:b/>
          <w:sz w:val="22"/>
        </w:rPr>
        <w:t xml:space="preserve">Lucy  </w:t>
      </w:r>
      <w:r>
        <w:rPr>
          <w:rFonts w:ascii="Arial" w:hAnsi="Arial"/>
          <w:color w:val="5D7284"/>
          <w:sz w:val="22"/>
        </w:rPr>
        <w:t>1:15:29</w:t>
      </w:r>
    </w:p>
    <w:p>
      <w:pPr>
        <w:spacing w:after="0"/>
      </w:pPr>
      <w:r>
        <w:rPr>
          <w:rFonts w:ascii="Arial" w:hAnsi="Arial"/>
          <w:sz w:val="22"/>
        </w:rPr>
        <w:t>Yeah, definitely. And also, he didn't just know her. He was kind of like, from what you told me a bit besotted with her, actually, do you know what I mean? It's not like..</w:t>
      </w:r>
    </w:p>
    <w:p>
      <w:pPr>
        <w:spacing w:after="0"/>
      </w:pPr>
    </w:p>
    <w:p>
      <w:pPr>
        <w:spacing w:after="0"/>
      </w:pPr>
      <w:r>
        <w:rPr>
          <w:rFonts w:ascii="Arial" w:hAnsi="Arial"/>
          <w:b/>
          <w:sz w:val="22"/>
        </w:rPr>
        <w:t xml:space="preserve">Alice  </w:t>
      </w:r>
      <w:r>
        <w:rPr>
          <w:rFonts w:ascii="Arial" w:hAnsi="Arial"/>
          <w:color w:val="5D7284"/>
          <w:sz w:val="22"/>
        </w:rPr>
        <w:t>1:15:40</w:t>
      </w:r>
    </w:p>
    <w:p>
      <w:pPr>
        <w:spacing w:after="0"/>
      </w:pPr>
      <w:r>
        <w:rPr>
          <w:rFonts w:ascii="Arial" w:hAnsi="Arial"/>
          <w:sz w:val="22"/>
        </w:rPr>
        <w:t xml:space="preserve"> He certainly was impressed by her enough to write something for her, which, again, I don't know anything about. I mean, I don't know anything about music, and never mind  classical music, but he, if he thought she was good, she must have been pretty good. </w:t>
      </w:r>
    </w:p>
    <w:p>
      <w:pPr>
        <w:spacing w:after="0"/>
      </w:pPr>
    </w:p>
    <w:p>
      <w:pPr>
        <w:spacing w:after="0"/>
      </w:pPr>
      <w:r>
        <w:rPr>
          <w:rFonts w:ascii="Arial" w:hAnsi="Arial"/>
          <w:b/>
          <w:sz w:val="22"/>
        </w:rPr>
        <w:t xml:space="preserve">Lucy  </w:t>
      </w:r>
      <w:r>
        <w:rPr>
          <w:rFonts w:ascii="Arial" w:hAnsi="Arial"/>
          <w:color w:val="5D7284"/>
          <w:sz w:val="22"/>
        </w:rPr>
        <w:t>1:15:56</w:t>
      </w:r>
    </w:p>
    <w:p>
      <w:pPr>
        <w:spacing w:after="0"/>
      </w:pPr>
      <w:r>
        <w:rPr>
          <w:rFonts w:ascii="Arial" w:hAnsi="Arial"/>
          <w:sz w:val="22"/>
        </w:rPr>
        <w:t>Yeah. Yeah. But then, I still think there is something in the fact that it was because she was disabled that that people don't know about her. Very, very well, because, like you said, there's there's no other reason. Really. I mean, were there other women who were piano players, or who are quite well known?</w:t>
      </w:r>
    </w:p>
    <w:p>
      <w:pPr>
        <w:spacing w:after="0"/>
      </w:pPr>
    </w:p>
    <w:p>
      <w:pPr>
        <w:spacing w:after="0"/>
      </w:pPr>
      <w:r>
        <w:rPr>
          <w:rFonts w:ascii="Arial" w:hAnsi="Arial"/>
          <w:b/>
          <w:sz w:val="22"/>
        </w:rPr>
        <w:t xml:space="preserve">Alice  </w:t>
      </w:r>
      <w:r>
        <w:rPr>
          <w:rFonts w:ascii="Arial" w:hAnsi="Arial"/>
          <w:color w:val="5D7284"/>
          <w:sz w:val="22"/>
        </w:rPr>
        <w:t>1:16:20</w:t>
      </w:r>
    </w:p>
    <w:p>
      <w:pPr>
        <w:spacing w:after="0"/>
      </w:pPr>
      <w:r>
        <w:rPr>
          <w:rFonts w:ascii="Arial" w:hAnsi="Arial"/>
          <w:sz w:val="22"/>
        </w:rPr>
        <w:t>There were, there are other female composers from the little bit that, again, I don't know a great deal about musical history. You know, there are some women out there, but it just, it sounds like she should be more well remembered than she is. And she's so poorly remembered that, you know, people are getting a piece of music written by somebody else confused for her. Like, I find it almost offensive.</w:t>
      </w:r>
    </w:p>
    <w:p>
      <w:pPr>
        <w:spacing w:after="0"/>
      </w:pPr>
    </w:p>
    <w:p>
      <w:pPr>
        <w:spacing w:after="0"/>
      </w:pPr>
      <w:r>
        <w:rPr>
          <w:rFonts w:ascii="Arial" w:hAnsi="Arial"/>
          <w:b/>
          <w:sz w:val="22"/>
        </w:rPr>
        <w:t xml:space="preserve">Lucy  </w:t>
      </w:r>
      <w:r>
        <w:rPr>
          <w:rFonts w:ascii="Arial" w:hAnsi="Arial"/>
          <w:color w:val="5D7284"/>
          <w:sz w:val="22"/>
        </w:rPr>
        <w:t>1:16:53</w:t>
      </w:r>
    </w:p>
    <w:p>
      <w:pPr>
        <w:spacing w:after="0"/>
      </w:pPr>
      <w:r>
        <w:rPr>
          <w:rFonts w:ascii="Arial" w:hAnsi="Arial"/>
          <w:sz w:val="22"/>
        </w:rPr>
        <w:t>Yeah, it's really offensive. I can't, you know, if that had happened to me, I'm pretty sure my family would be. I mean, not that her family are around, because it was quite a long time ago. But, you know, people that know me would be like, well, that's not right. That's not fair. But how dare you confuse, you know, her work with somebody else at the same same surname?</w:t>
      </w:r>
    </w:p>
    <w:p>
      <w:pPr>
        <w:spacing w:after="0"/>
      </w:pPr>
    </w:p>
    <w:p>
      <w:pPr>
        <w:spacing w:after="0"/>
      </w:pPr>
      <w:r>
        <w:rPr>
          <w:rFonts w:ascii="Arial" w:hAnsi="Arial"/>
          <w:b/>
          <w:sz w:val="22"/>
        </w:rPr>
        <w:t xml:space="preserve">Alice  </w:t>
      </w:r>
      <w:r>
        <w:rPr>
          <w:rFonts w:ascii="Arial" w:hAnsi="Arial"/>
          <w:color w:val="5D7284"/>
          <w:sz w:val="22"/>
        </w:rPr>
        <w:t>1:17:20</w:t>
      </w:r>
    </w:p>
    <w:p>
      <w:pPr>
        <w:spacing w:after="0"/>
      </w:pPr>
      <w:r>
        <w:rPr>
          <w:rFonts w:ascii="Arial" w:hAnsi="Arial"/>
          <w:sz w:val="22"/>
        </w:rPr>
        <w:t>If she kept, you know, her legacy was enough that that school was able to keep running for 100 years, you think she was respected enough that people would have gone? Well, we'll keep her papers, you know, we'll keep her journals and things like that. So that they'd be like, they could go, even if she was just remembered for setting up the school, you know,</w:t>
      </w:r>
    </w:p>
    <w:p>
      <w:pPr>
        <w:spacing w:after="0"/>
      </w:pPr>
    </w:p>
    <w:p>
      <w:pPr>
        <w:spacing w:after="0"/>
      </w:pPr>
      <w:r>
        <w:rPr>
          <w:rFonts w:ascii="Arial" w:hAnsi="Arial"/>
          <w:b/>
          <w:sz w:val="22"/>
        </w:rPr>
        <w:t xml:space="preserve">Lucy  </w:t>
      </w:r>
      <w:r>
        <w:rPr>
          <w:rFonts w:ascii="Arial" w:hAnsi="Arial"/>
          <w:color w:val="5D7284"/>
          <w:sz w:val="22"/>
        </w:rPr>
        <w:t>1:17:40</w:t>
      </w:r>
    </w:p>
    <w:p>
      <w:pPr>
        <w:spacing w:after="0"/>
      </w:pPr>
      <w:r>
        <w:rPr>
          <w:rFonts w:ascii="Arial" w:hAnsi="Arial"/>
          <w:sz w:val="22"/>
        </w:rPr>
        <w:t>Even if those papers they kept went to a museum somewhere. So that when you visited, like the V&amp;A or whatever, her her name was still written down somewhere, but it's not is it?</w:t>
      </w:r>
    </w:p>
    <w:p>
      <w:pPr>
        <w:spacing w:after="0"/>
      </w:pPr>
    </w:p>
    <w:p>
      <w:pPr>
        <w:spacing w:after="0"/>
      </w:pPr>
      <w:r>
        <w:rPr>
          <w:rFonts w:ascii="Arial" w:hAnsi="Arial"/>
          <w:b/>
          <w:sz w:val="22"/>
        </w:rPr>
        <w:t xml:space="preserve">Alice  </w:t>
      </w:r>
      <w:r>
        <w:rPr>
          <w:rFonts w:ascii="Arial" w:hAnsi="Arial"/>
          <w:color w:val="5D7284"/>
          <w:sz w:val="22"/>
        </w:rPr>
        <w:t>1:17:53</w:t>
      </w:r>
    </w:p>
    <w:p>
      <w:pPr>
        <w:spacing w:after="0"/>
      </w:pPr>
      <w:r>
        <w:rPr>
          <w:rFonts w:ascii="Arial" w:hAnsi="Arial"/>
          <w:sz w:val="22"/>
        </w:rPr>
        <w:t>She's just been? I don't know, I know. She's just been kind of lost a history. She's just a footnote, and the Mesmer stuff and I think that that's not right, because I think she she was more impressive than Mesmer in a lot of ways, I think was much more interesting. And, and yeah, it's,</w:t>
      </w:r>
    </w:p>
    <w:p>
      <w:pPr>
        <w:spacing w:after="0"/>
      </w:pPr>
    </w:p>
    <w:p>
      <w:pPr>
        <w:spacing w:after="0"/>
      </w:pPr>
      <w:r>
        <w:rPr>
          <w:rFonts w:ascii="Arial" w:hAnsi="Arial"/>
          <w:b/>
          <w:sz w:val="22"/>
        </w:rPr>
        <w:t xml:space="preserve">Lucy  </w:t>
      </w:r>
      <w:r>
        <w:rPr>
          <w:rFonts w:ascii="Arial" w:hAnsi="Arial"/>
          <w:color w:val="5D7284"/>
          <w:sz w:val="22"/>
        </w:rPr>
        <w:t>1:18:16</w:t>
      </w:r>
    </w:p>
    <w:p>
      <w:pPr>
        <w:spacing w:after="0"/>
      </w:pPr>
      <w:r>
        <w:rPr>
          <w:rFonts w:ascii="Arial" w:hAnsi="Arial"/>
          <w:sz w:val="22"/>
        </w:rPr>
        <w:t>it's inspired me to go out and not be a footnote!</w:t>
      </w:r>
    </w:p>
    <w:p>
      <w:pPr>
        <w:spacing w:after="0"/>
      </w:pPr>
    </w:p>
    <w:p>
      <w:pPr>
        <w:spacing w:after="0"/>
      </w:pPr>
      <w:r>
        <w:rPr>
          <w:rFonts w:ascii="Arial" w:hAnsi="Arial"/>
          <w:b/>
          <w:sz w:val="22"/>
        </w:rPr>
        <w:t xml:space="preserve">Alice  </w:t>
      </w:r>
      <w:r>
        <w:rPr>
          <w:rFonts w:ascii="Arial" w:hAnsi="Arial"/>
          <w:color w:val="5D7284"/>
          <w:sz w:val="22"/>
        </w:rPr>
        <w:t>1:18:19</w:t>
      </w:r>
    </w:p>
    <w:p>
      <w:pPr>
        <w:spacing w:after="0"/>
      </w:pPr>
      <w:r>
        <w:rPr>
          <w:rFonts w:ascii="Arial" w:hAnsi="Arial"/>
          <w:sz w:val="22"/>
        </w:rPr>
        <w:t>Oh, good. I'm sure she's really pleased to be your inspiration porn for the day.</w:t>
      </w:r>
    </w:p>
    <w:p>
      <w:pPr>
        <w:spacing w:after="0"/>
      </w:pPr>
    </w:p>
    <w:p>
      <w:pPr>
        <w:spacing w:after="0"/>
      </w:pPr>
      <w:r>
        <w:rPr>
          <w:rFonts w:ascii="Arial" w:hAnsi="Arial"/>
          <w:b/>
          <w:sz w:val="22"/>
        </w:rPr>
        <w:t xml:space="preserve">Lucy  </w:t>
      </w:r>
      <w:r>
        <w:rPr>
          <w:rFonts w:ascii="Arial" w:hAnsi="Arial"/>
          <w:color w:val="5D7284"/>
          <w:sz w:val="22"/>
        </w:rPr>
        <w:t>1:18:27</w:t>
      </w:r>
    </w:p>
    <w:p>
      <w:pPr>
        <w:spacing w:after="0"/>
      </w:pPr>
      <w:r>
        <w:rPr>
          <w:rFonts w:ascii="Arial" w:hAnsi="Arial"/>
          <w:sz w:val="22"/>
        </w:rPr>
        <w:t>Oh, no, I hate that word. Sorry.</w:t>
      </w:r>
    </w:p>
    <w:p>
      <w:pPr>
        <w:spacing w:after="0"/>
      </w:pPr>
    </w:p>
    <w:p>
      <w:pPr>
        <w:spacing w:after="0"/>
      </w:pPr>
      <w:r>
        <w:rPr>
          <w:rFonts w:ascii="Arial" w:hAnsi="Arial"/>
          <w:b/>
          <w:sz w:val="22"/>
        </w:rPr>
        <w:t xml:space="preserve">Alice  </w:t>
      </w:r>
      <w:r>
        <w:rPr>
          <w:rFonts w:ascii="Arial" w:hAnsi="Arial"/>
          <w:color w:val="5D7284"/>
          <w:sz w:val="22"/>
        </w:rPr>
        <w:t>1:18:29</w:t>
      </w:r>
    </w:p>
    <w:p>
      <w:pPr>
        <w:spacing w:after="0"/>
      </w:pPr>
      <w:r>
        <w:rPr>
          <w:rFonts w:ascii="Arial" w:hAnsi="Arial"/>
          <w:sz w:val="22"/>
        </w:rPr>
        <w:t>I don't know if Daisy is just zoned out completely. If she's even still listening.</w:t>
      </w:r>
    </w:p>
    <w:p>
      <w:pPr>
        <w:spacing w:after="0"/>
      </w:pPr>
    </w:p>
    <w:p>
      <w:pPr>
        <w:spacing w:after="0"/>
      </w:pPr>
      <w:r>
        <w:rPr>
          <w:rFonts w:ascii="Arial" w:hAnsi="Arial"/>
          <w:b/>
          <w:sz w:val="22"/>
        </w:rPr>
        <w:t xml:space="preserve">Lucy  </w:t>
      </w:r>
      <w:r>
        <w:rPr>
          <w:rFonts w:ascii="Arial" w:hAnsi="Arial"/>
          <w:color w:val="5D7284"/>
          <w:sz w:val="22"/>
        </w:rPr>
        <w:t>1:18:35</w:t>
      </w:r>
    </w:p>
    <w:p>
      <w:pPr>
        <w:spacing w:after="0"/>
      </w:pPr>
      <w:r>
        <w:rPr>
          <w:rFonts w:ascii="Arial" w:hAnsi="Arial"/>
          <w:sz w:val="22"/>
        </w:rPr>
        <w:t>She is. She was Daisy....</w:t>
      </w:r>
    </w:p>
    <w:p>
      <w:pPr>
        <w:spacing w:after="0"/>
      </w:pPr>
    </w:p>
    <w:p>
      <w:pPr>
        <w:spacing w:after="0"/>
      </w:pPr>
      <w:r>
        <w:rPr>
          <w:rFonts w:ascii="Arial" w:hAnsi="Arial"/>
          <w:b/>
          <w:sz w:val="22"/>
        </w:rPr>
        <w:t xml:space="preserve">Daisy  </w:t>
      </w:r>
      <w:r>
        <w:rPr>
          <w:rFonts w:ascii="Arial" w:hAnsi="Arial"/>
          <w:color w:val="5D7284"/>
          <w:sz w:val="22"/>
        </w:rPr>
        <w:t>1:18:37</w:t>
      </w:r>
    </w:p>
    <w:p>
      <w:pPr>
        <w:spacing w:after="0"/>
      </w:pPr>
      <w:r>
        <w:rPr>
          <w:rFonts w:ascii="Arial" w:hAnsi="Arial"/>
          <w:sz w:val="22"/>
        </w:rPr>
        <w:t xml:space="preserve"> Yeah. What?</w:t>
      </w:r>
    </w:p>
    <w:p>
      <w:pPr>
        <w:spacing w:after="0"/>
      </w:pPr>
    </w:p>
    <w:p>
      <w:pPr>
        <w:spacing w:after="0"/>
      </w:pPr>
      <w:r>
        <w:rPr>
          <w:rFonts w:ascii="Arial" w:hAnsi="Arial"/>
          <w:b/>
          <w:sz w:val="22"/>
        </w:rPr>
        <w:t xml:space="preserve">Alice  </w:t>
      </w:r>
      <w:r>
        <w:rPr>
          <w:rFonts w:ascii="Arial" w:hAnsi="Arial"/>
          <w:color w:val="5D7284"/>
          <w:sz w:val="22"/>
        </w:rPr>
        <w:t>1:18:39</w:t>
      </w:r>
    </w:p>
    <w:p>
      <w:pPr>
        <w:spacing w:after="0"/>
      </w:pPr>
      <w:r>
        <w:rPr>
          <w:rFonts w:ascii="Arial" w:hAnsi="Arial"/>
          <w:sz w:val="22"/>
        </w:rPr>
        <w:t xml:space="preserve">I just wanted to know if you have any final thoughts? </w:t>
      </w:r>
    </w:p>
    <w:p>
      <w:pPr>
        <w:spacing w:after="0"/>
      </w:pPr>
    </w:p>
    <w:p>
      <w:pPr>
        <w:spacing w:after="0"/>
      </w:pPr>
      <w:r>
        <w:rPr>
          <w:rFonts w:ascii="Arial" w:hAnsi="Arial"/>
          <w:b/>
          <w:sz w:val="22"/>
        </w:rPr>
        <w:t xml:space="preserve">Daisy  </w:t>
      </w:r>
      <w:r>
        <w:rPr>
          <w:rFonts w:ascii="Arial" w:hAnsi="Arial"/>
          <w:color w:val="5D7284"/>
          <w:sz w:val="22"/>
        </w:rPr>
        <w:t>1:18:43</w:t>
      </w:r>
    </w:p>
    <w:p>
      <w:pPr>
        <w:spacing w:after="0"/>
      </w:pPr>
      <w:r>
        <w:rPr>
          <w:rFonts w:ascii="Arial" w:hAnsi="Arial"/>
          <w:sz w:val="22"/>
        </w:rPr>
        <w:t>Um, oh, so many. Do you want one that's relevant? (Alice &amp; Lucy) Yeah. Um, yeah, I think you're very right, in that you know, inevitably she will be an ignore person, because she is woman and because she's disabled. I also think it's, sometimes it can just be as simple as, you know, a lot of the people that we know about, so that we know about her because of Mesmer because he kept a journal. You know, journaling was very much one of these kind of, you know, preserves of, well, essentially, the rich people who had time to write down all of their nonsense thoughts in a journal. And yeah, I wonder how much more we would know if.. she was able to write or you know dictate.</w:t>
      </w:r>
    </w:p>
    <w:p>
      <w:pPr>
        <w:spacing w:after="0"/>
      </w:pPr>
    </w:p>
    <w:p>
      <w:pPr>
        <w:spacing w:after="0"/>
      </w:pPr>
      <w:r>
        <w:rPr>
          <w:rFonts w:ascii="Arial" w:hAnsi="Arial"/>
          <w:b/>
          <w:sz w:val="22"/>
        </w:rPr>
        <w:t xml:space="preserve">Alice  </w:t>
      </w:r>
      <w:r>
        <w:rPr>
          <w:rFonts w:ascii="Arial" w:hAnsi="Arial"/>
          <w:color w:val="5D7284"/>
          <w:sz w:val="22"/>
        </w:rPr>
        <w:t>1:19:30</w:t>
      </w:r>
    </w:p>
    <w:p>
      <w:pPr>
        <w:spacing w:after="0"/>
      </w:pPr>
      <w:r>
        <w:rPr>
          <w:rFonts w:ascii="Arial" w:hAnsi="Arial"/>
          <w:sz w:val="22"/>
        </w:rPr>
        <w:t xml:space="preserve">She did have, you know, she had a composition board. She was composed, she was writing music down and even that seems to be gone. </w:t>
      </w:r>
    </w:p>
    <w:p>
      <w:pPr>
        <w:spacing w:after="0"/>
      </w:pPr>
    </w:p>
    <w:p>
      <w:pPr>
        <w:spacing w:after="0"/>
      </w:pPr>
      <w:r>
        <w:rPr>
          <w:rFonts w:ascii="Arial" w:hAnsi="Arial"/>
          <w:b/>
          <w:sz w:val="22"/>
        </w:rPr>
        <w:t xml:space="preserve">Daisy  </w:t>
      </w:r>
      <w:r>
        <w:rPr>
          <w:rFonts w:ascii="Arial" w:hAnsi="Arial"/>
          <w:color w:val="5D7284"/>
          <w:sz w:val="22"/>
        </w:rPr>
        <w:t>1:19:37</w:t>
      </w:r>
    </w:p>
    <w:p>
      <w:pPr>
        <w:spacing w:after="0"/>
      </w:pPr>
      <w:r>
        <w:rPr>
          <w:rFonts w:ascii="Arial" w:hAnsi="Arial"/>
          <w:sz w:val="22"/>
        </w:rPr>
        <w:t>Yeah yeah but a lot of things that we know because we know other things about the people's lives. So you know, we know when these things were written, who they worked with, and all those kind of things because they've made notes. So she didn't have a particularly, you know, I guess collaborative career then. I'm not I'm not trying to justify, you know, see why we don't Know anything about her. There's inevitably a big stamp of, you know, ableism, sexism and all of that. (Lucy) Yeah.</w:t>
      </w:r>
    </w:p>
    <w:p>
      <w:pPr>
        <w:spacing w:after="0"/>
      </w:pPr>
    </w:p>
    <w:p>
      <w:pPr>
        <w:spacing w:after="0"/>
      </w:pPr>
      <w:r>
        <w:rPr>
          <w:rFonts w:ascii="Arial" w:hAnsi="Arial"/>
          <w:b/>
          <w:sz w:val="22"/>
        </w:rPr>
        <w:t xml:space="preserve">Alice  </w:t>
      </w:r>
      <w:r>
        <w:rPr>
          <w:rFonts w:ascii="Arial" w:hAnsi="Arial"/>
          <w:color w:val="5D7284"/>
          <w:sz w:val="22"/>
        </w:rPr>
        <w:t>1:20:10</w:t>
      </w:r>
    </w:p>
    <w:p>
      <w:pPr>
        <w:spacing w:after="0"/>
      </w:pPr>
      <w:r>
        <w:rPr>
          <w:rFonts w:ascii="Arial" w:hAnsi="Arial"/>
          <w:sz w:val="22"/>
        </w:rPr>
        <w:t>So yeah, that's Maria Theresia, and I think that we should all all remember her better.</w:t>
      </w:r>
    </w:p>
    <w:p>
      <w:pPr>
        <w:spacing w:after="0"/>
      </w:pPr>
    </w:p>
    <w:p>
      <w:pPr>
        <w:spacing w:after="0"/>
      </w:pPr>
      <w:r>
        <w:rPr>
          <w:rFonts w:ascii="Arial" w:hAnsi="Arial"/>
          <w:b/>
          <w:sz w:val="22"/>
        </w:rPr>
        <w:t xml:space="preserve">Lucy  </w:t>
      </w:r>
      <w:r>
        <w:rPr>
          <w:rFonts w:ascii="Arial" w:hAnsi="Arial"/>
          <w:color w:val="5D7284"/>
          <w:sz w:val="22"/>
        </w:rPr>
        <w:t>1:20:19</w:t>
      </w:r>
    </w:p>
    <w:p>
      <w:pPr>
        <w:spacing w:after="0"/>
      </w:pPr>
      <w:r>
        <w:rPr>
          <w:rFonts w:ascii="Arial" w:hAnsi="Arial"/>
          <w:sz w:val="22"/>
        </w:rPr>
        <w:t>Yes. Well, thank you very much, Alice. That was that was very interesting episode. Oh, it was very eventful.</w:t>
      </w:r>
    </w:p>
    <w:p>
      <w:pPr>
        <w:spacing w:after="0"/>
      </w:pPr>
    </w:p>
    <w:p>
      <w:pPr>
        <w:spacing w:after="0"/>
      </w:pPr>
      <w:r>
        <w:rPr>
          <w:rFonts w:ascii="Arial" w:hAnsi="Arial"/>
          <w:b/>
          <w:sz w:val="22"/>
        </w:rPr>
        <w:t xml:space="preserve">Alice  </w:t>
      </w:r>
      <w:r>
        <w:rPr>
          <w:rFonts w:ascii="Arial" w:hAnsi="Arial"/>
          <w:color w:val="5D7284"/>
          <w:sz w:val="22"/>
        </w:rPr>
        <w:t>1:20:26</w:t>
      </w:r>
    </w:p>
    <w:p>
      <w:pPr>
        <w:spacing w:after="0"/>
      </w:pPr>
      <w:r>
        <w:rPr>
          <w:rFonts w:ascii="Arial" w:hAnsi="Arial"/>
          <w:sz w:val="22"/>
        </w:rPr>
        <w:t>Yeah, I'll try to bring something a little bit less about traumatic treatments.</w:t>
      </w:r>
    </w:p>
    <w:p>
      <w:pPr>
        <w:spacing w:after="0"/>
      </w:pPr>
    </w:p>
    <w:p>
      <w:pPr>
        <w:spacing w:after="0"/>
      </w:pPr>
      <w:r>
        <w:rPr>
          <w:rFonts w:ascii="Arial" w:hAnsi="Arial"/>
          <w:b/>
          <w:sz w:val="22"/>
        </w:rPr>
        <w:t xml:space="preserve">Lucy  </w:t>
      </w:r>
      <w:r>
        <w:rPr>
          <w:rFonts w:ascii="Arial" w:hAnsi="Arial"/>
          <w:color w:val="5D7284"/>
          <w:sz w:val="22"/>
        </w:rPr>
        <w:t>1:20:32</w:t>
      </w:r>
    </w:p>
    <w:p>
      <w:pPr>
        <w:spacing w:after="0"/>
      </w:pPr>
      <w:r>
        <w:rPr>
          <w:rFonts w:ascii="Arial" w:hAnsi="Arial"/>
          <w:sz w:val="22"/>
        </w:rPr>
        <w:t>Can we have no weirdo doctors next time, please.</w:t>
      </w:r>
    </w:p>
    <w:p>
      <w:pPr>
        <w:spacing w:after="0"/>
      </w:pPr>
    </w:p>
    <w:p>
      <w:pPr>
        <w:spacing w:after="0"/>
      </w:pPr>
      <w:r>
        <w:rPr>
          <w:rFonts w:ascii="Arial" w:hAnsi="Arial"/>
          <w:b/>
          <w:sz w:val="22"/>
        </w:rPr>
        <w:t xml:space="preserve">Daisy  </w:t>
      </w:r>
      <w:r>
        <w:rPr>
          <w:rFonts w:ascii="Arial" w:hAnsi="Arial"/>
          <w:color w:val="5D7284"/>
          <w:sz w:val="22"/>
        </w:rPr>
        <w:t>1:20:37</w:t>
      </w:r>
    </w:p>
    <w:p>
      <w:pPr>
        <w:spacing w:after="0"/>
      </w:pPr>
      <w:r>
        <w:rPr>
          <w:rFonts w:ascii="Arial" w:hAnsi="Arial"/>
          <w:sz w:val="22"/>
        </w:rPr>
        <w:t xml:space="preserve">Realistically probably not. </w:t>
      </w:r>
    </w:p>
    <w:p>
      <w:pPr>
        <w:spacing w:after="0"/>
      </w:pPr>
    </w:p>
    <w:p>
      <w:pPr>
        <w:spacing w:after="0"/>
      </w:pPr>
      <w:r>
        <w:rPr>
          <w:rFonts w:ascii="Arial" w:hAnsi="Arial"/>
          <w:b/>
          <w:sz w:val="22"/>
        </w:rPr>
        <w:t xml:space="preserve">Lucy  </w:t>
      </w:r>
      <w:r>
        <w:rPr>
          <w:rFonts w:ascii="Arial" w:hAnsi="Arial"/>
          <w:color w:val="5D7284"/>
          <w:sz w:val="22"/>
        </w:rPr>
        <w:t>1:20:39</w:t>
      </w:r>
    </w:p>
    <w:p>
      <w:pPr>
        <w:spacing w:after="0"/>
      </w:pPr>
      <w:r>
        <w:rPr>
          <w:rFonts w:ascii="Arial" w:hAnsi="Arial"/>
          <w:sz w:val="22"/>
        </w:rPr>
        <w:t>Yeah, probably not. Yeah, no, it just, it's the whole electric shock thing that gets me every time. I think when we were doing the autism episodes, we had some discussions of electric shock treatment. And that really upset me as well, because I just think there's no need, is there really? There's absolutely no need. But there we go. They're, they're my final thoughts. Yes. Thank you so much, Alice. Do you want to do a round up who's doing the round up?</w:t>
      </w:r>
    </w:p>
    <w:p>
      <w:pPr>
        <w:spacing w:after="0"/>
      </w:pPr>
    </w:p>
    <w:p>
      <w:pPr>
        <w:spacing w:after="0"/>
      </w:pPr>
      <w:r>
        <w:rPr>
          <w:rFonts w:ascii="Arial" w:hAnsi="Arial"/>
          <w:b/>
          <w:sz w:val="22"/>
        </w:rPr>
        <w:t xml:space="preserve">Alice  </w:t>
      </w:r>
      <w:r>
        <w:rPr>
          <w:rFonts w:ascii="Arial" w:hAnsi="Arial"/>
          <w:color w:val="5D7284"/>
          <w:sz w:val="22"/>
        </w:rPr>
        <w:t>1:21:09</w:t>
      </w:r>
    </w:p>
    <w:p>
      <w:pPr>
        <w:spacing w:after="0"/>
      </w:pPr>
      <w:r>
        <w:rPr>
          <w:rFonts w:ascii="Arial" w:hAnsi="Arial"/>
          <w:sz w:val="22"/>
        </w:rPr>
        <w:t>I kind of assumed it was you because you started to say thank you. I assumed that was working towards the Follow us on all the places.</w:t>
      </w:r>
    </w:p>
    <w:p>
      <w:pPr>
        <w:spacing w:after="0"/>
      </w:pPr>
    </w:p>
    <w:p>
      <w:pPr>
        <w:spacing w:after="0"/>
      </w:pPr>
      <w:r>
        <w:rPr>
          <w:rFonts w:ascii="Arial" w:hAnsi="Arial"/>
          <w:b/>
          <w:sz w:val="22"/>
        </w:rPr>
        <w:t xml:space="preserve">Lucy  </w:t>
      </w:r>
      <w:r>
        <w:rPr>
          <w:rFonts w:ascii="Arial" w:hAnsi="Arial"/>
          <w:color w:val="5D7284"/>
          <w:sz w:val="22"/>
        </w:rPr>
        <w:t>1:21:15</w:t>
      </w:r>
    </w:p>
    <w:p>
      <w:pPr>
        <w:spacing w:after="0"/>
      </w:pPr>
      <w:r>
        <w:rPr>
          <w:rFonts w:ascii="Arial" w:hAnsi="Arial"/>
          <w:sz w:val="22"/>
        </w:rPr>
        <w:t>Okay I can do that. Yeah. If you have enjoyed this episode, you can subscribe wherever you pod. Wherever you listen to your podcasts. And if you listen, review, and subscribe that really helps us sort of build our audience. You can also find us on social media, we're at lABLed pod on all platforms.</w:t>
      </w:r>
    </w:p>
    <w:p>
      <w:pPr>
        <w:spacing w:after="0"/>
      </w:pPr>
    </w:p>
    <w:p>
      <w:pPr>
        <w:spacing w:after="0"/>
      </w:pPr>
      <w:r>
        <w:rPr>
          <w:rFonts w:ascii="Arial" w:hAnsi="Arial"/>
          <w:b/>
          <w:sz w:val="22"/>
        </w:rPr>
        <w:t xml:space="preserve">Alice  </w:t>
      </w:r>
      <w:r>
        <w:rPr>
          <w:rFonts w:ascii="Arial" w:hAnsi="Arial"/>
          <w:color w:val="5D7284"/>
          <w:sz w:val="22"/>
        </w:rPr>
        <w:t>1:21:40</w:t>
      </w:r>
    </w:p>
    <w:p>
      <w:pPr>
        <w:spacing w:after="0"/>
      </w:pPr>
      <w:r>
        <w:rPr>
          <w:rFonts w:ascii="Arial" w:hAnsi="Arial"/>
          <w:sz w:val="22"/>
        </w:rPr>
        <w:t>And if you want to get a bit ahead of the curve, you can sign up to our mailing list, where we're going to be putting some extra bits and pieces on for mailing list subscribers. So head over there. And also, if you want to join our Facebook community to talk about episodes that you've loved episodes that you've hated, how ridiculous Daisy is with her bugle...(Lucy laughs) whatever it might be. We've got our Facebook community, you can just head over and find that on our Facebook page, which as we said, is lABLed pod. And I think that's it for this week. We'll see you next time.</w:t>
      </w:r>
    </w:p>
    <w:p>
      <w:pPr>
        <w:spacing w:after="0"/>
      </w:pPr>
    </w:p>
    <w:p>
      <w:pPr>
        <w:spacing w:after="0"/>
      </w:pPr>
      <w:r>
        <w:rPr>
          <w:rFonts w:ascii="Arial" w:hAnsi="Arial"/>
          <w:b/>
          <w:sz w:val="22"/>
        </w:rPr>
        <w:t xml:space="preserve">Lucy  </w:t>
      </w:r>
      <w:r>
        <w:rPr>
          <w:rFonts w:ascii="Arial" w:hAnsi="Arial"/>
          <w:color w:val="5D7284"/>
          <w:sz w:val="22"/>
        </w:rPr>
        <w:t>1:22:21</w:t>
      </w:r>
    </w:p>
    <w:p>
      <w:pPr>
        <w:spacing w:after="0"/>
      </w:pPr>
      <w:r>
        <w:rPr>
          <w:rFonts w:ascii="Arial" w:hAnsi="Arial"/>
          <w:sz w:val="22"/>
        </w:rPr>
        <w:t>See you next time.</w:t>
      </w:r>
    </w:p>
    <w:p>
      <w:pPr>
        <w:spacing w:after="0"/>
      </w:pPr>
    </w:p>
    <w:p>
      <w:pPr>
        <w:spacing w:after="0"/>
      </w:pPr>
      <w:r>
        <w:rPr>
          <w:rFonts w:ascii="Arial" w:hAnsi="Arial"/>
          <w:b/>
          <w:sz w:val="22"/>
        </w:rPr>
        <w:t xml:space="preserve">Daisy  </w:t>
      </w:r>
      <w:r>
        <w:rPr>
          <w:rFonts w:ascii="Arial" w:hAnsi="Arial"/>
          <w:color w:val="5D7284"/>
          <w:sz w:val="22"/>
        </w:rPr>
        <w:t>1:22:22</w:t>
      </w:r>
    </w:p>
    <w:p>
      <w:pPr>
        <w:spacing w:after="0"/>
      </w:pPr>
      <w:r>
        <w:rPr>
          <w:rFonts w:ascii="Arial" w:hAnsi="Arial"/>
          <w:sz w:val="22"/>
        </w:rPr>
        <w:t>Bye and I'm sorry.</w:t>
      </w:r>
    </w:p>
    <w:p>
      <w:pPr>
        <w:spacing w:after="0"/>
      </w:pPr>
    </w:p>
    <w:p>
      <w:pPr>
        <w:spacing w:after="0"/>
      </w:pPr>
      <w:r>
        <w:rPr>
          <w:rFonts w:ascii="Arial" w:hAnsi="Arial"/>
          <w:b/>
          <w:sz w:val="22"/>
        </w:rPr>
        <w:t xml:space="preserve">Alice  </w:t>
      </w:r>
      <w:r>
        <w:rPr>
          <w:rFonts w:ascii="Arial" w:hAnsi="Arial"/>
          <w:color w:val="5D7284"/>
          <w:sz w:val="22"/>
        </w:rPr>
        <w:t>1:22:28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1:22:28</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1:22:28</w:t>
      </w:r>
    </w:p>
    <w:p>
      <w:pPr>
        <w:spacing w:after="0"/>
      </w:pPr>
      <w:r>
        <w:rPr>
          <w:rFonts w:ascii="Arial" w:hAnsi="Arial"/>
          <w:sz w:val="22"/>
        </w:rPr>
        <w:t>Thanks for listening to the lABLEd Podcast. If you like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1:22:38</w:t>
      </w:r>
    </w:p>
    <w:p>
      <w:pPr>
        <w:spacing w:after="0"/>
      </w:pPr>
      <w:r>
        <w:rPr>
          <w:rFonts w:ascii="Arial" w:hAnsi="Arial"/>
          <w:sz w:val="22"/>
        </w:rPr>
        <w:t>This episode was edited by Adam for amuse it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