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5 Pride Adam Hull</w:t>
      </w:r>
    </w:p>
    <w:p>
      <w:r>
        <w:rPr>
          <w:rFonts w:ascii="Arial" w:hAnsi="Arial"/>
          <w:color w:val="4F6880"/>
          <w:sz w:val="22"/>
        </w:rPr>
        <w:t>Mon, 6/27 8:12PM • 1:03:59</w:t>
      </w:r>
    </w:p>
    <w:p>
      <w:pPr>
        <w:spacing w:before="440" w:after="0"/>
      </w:pPr>
      <w:r>
        <w:rPr>
          <w:rFonts w:ascii="Arial" w:hAnsi="Arial"/>
          <w:b/>
          <w:color w:val="4F6880"/>
          <w:sz w:val="22"/>
        </w:rPr>
        <w:t>SUMMARY KEYWORDS</w:t>
      </w:r>
    </w:p>
    <w:p>
      <w:r>
        <w:rPr>
          <w:rFonts w:ascii="Arial" w:hAnsi="Arial"/>
          <w:color w:val="4F6880"/>
          <w:sz w:val="22"/>
        </w:rPr>
        <w:t>people, disabled, adam, episode, gay, disability, person, thought, pride, character, bit, talked, cast, peter dinklage, alice, laughs, lucy, audre, community, played</w:t>
      </w:r>
    </w:p>
    <w:p>
      <w:pPr>
        <w:spacing w:before="440" w:after="0"/>
      </w:pPr>
      <w:r>
        <w:rPr>
          <w:rFonts w:ascii="Arial" w:hAnsi="Arial"/>
          <w:b/>
          <w:color w:val="4F6880"/>
          <w:sz w:val="22"/>
        </w:rPr>
        <w:t>SPEAKERS</w:t>
      </w:r>
    </w:p>
    <w:p>
      <w:r>
        <w:rPr>
          <w:rFonts w:ascii="Arial" w:hAnsi="Arial"/>
          <w:color w:val="4F6880"/>
          <w:sz w:val="22"/>
        </w:rPr>
        <w:t>Theme Tune, Disclaimer, Lucy, Adam,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 xml:space="preserve">And I'm Alice (Lola barks) and thats Lola! </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 xml:space="preserve">Though I might not fit in socially, I'm so much more than what you see. We all live our lives differently, kaleidoscope identity, but this is who I'm meant to be. I'm just labelled me. I'm just labelled me. </w:t>
      </w:r>
    </w:p>
    <w:p>
      <w:pPr>
        <w:spacing w:after="0"/>
      </w:pPr>
    </w:p>
    <w:p>
      <w:pPr>
        <w:spacing w:after="0"/>
      </w:pPr>
      <w:r>
        <w:rPr>
          <w:rFonts w:ascii="Arial" w:hAnsi="Arial"/>
          <w:b/>
          <w:sz w:val="22"/>
        </w:rPr>
        <w:t xml:space="preserve">Disclaimer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everyone, and welcome to a brand new episode of The lABLEd Podcast. It is a very special episode today. Not least of all because we're recording very early on a Saturday. I don't know what ways up. We are also recapping our month long pride season for June 2022. So we thought because it was the end of our pride season, and we would get we're not struggling for guests, ladies and gentlemen, we've just reached 5,000 downlaods. But we will get our editor on to discuss what we all learned as a team here at lABLEd Podcast. So without further ado, I'd like to introduce our editor, Adam. Hi Adam!</w:t>
      </w:r>
    </w:p>
    <w:p>
      <w:pPr>
        <w:spacing w:after="0"/>
      </w:pPr>
    </w:p>
    <w:p>
      <w:pPr>
        <w:spacing w:after="0"/>
      </w:pPr>
      <w:r>
        <w:rPr>
          <w:rFonts w:ascii="Arial" w:hAnsi="Arial"/>
          <w:b/>
          <w:sz w:val="22"/>
        </w:rPr>
        <w:t xml:space="preserve">Adam  </w:t>
      </w:r>
      <w:r>
        <w:rPr>
          <w:rFonts w:ascii="Arial" w:hAnsi="Arial"/>
          <w:color w:val="5D7284"/>
          <w:sz w:val="22"/>
        </w:rPr>
        <w:t>01:32</w:t>
      </w:r>
    </w:p>
    <w:p>
      <w:pPr>
        <w:spacing w:after="0"/>
      </w:pPr>
      <w:r>
        <w:rPr>
          <w:rFonts w:ascii="Arial" w:hAnsi="Arial"/>
          <w:sz w:val="22"/>
        </w:rPr>
        <w:t xml:space="preserve">Hello. How you doing? </w:t>
      </w:r>
    </w:p>
    <w:p>
      <w:pPr>
        <w:spacing w:after="0"/>
      </w:pPr>
    </w:p>
    <w:p>
      <w:pPr>
        <w:spacing w:after="0"/>
      </w:pPr>
      <w:r>
        <w:rPr>
          <w:rFonts w:ascii="Arial" w:hAnsi="Arial"/>
          <w:b/>
          <w:sz w:val="22"/>
        </w:rPr>
        <w:t xml:space="preserve">Lucy  </w:t>
      </w:r>
      <w:r>
        <w:rPr>
          <w:rFonts w:ascii="Arial" w:hAnsi="Arial"/>
          <w:color w:val="5D7284"/>
          <w:sz w:val="22"/>
        </w:rPr>
        <w:t>01:33</w:t>
      </w:r>
    </w:p>
    <w:p>
      <w:pPr>
        <w:spacing w:after="0"/>
      </w:pPr>
      <w:r>
        <w:rPr>
          <w:rFonts w:ascii="Arial" w:hAnsi="Arial"/>
          <w:sz w:val="22"/>
        </w:rPr>
        <w:t>Hello. I'm very well thank you, how're you?</w:t>
      </w:r>
    </w:p>
    <w:p>
      <w:pPr>
        <w:spacing w:after="0"/>
      </w:pPr>
    </w:p>
    <w:p>
      <w:pPr>
        <w:spacing w:after="0"/>
      </w:pPr>
      <w:r>
        <w:rPr>
          <w:rFonts w:ascii="Arial" w:hAnsi="Arial"/>
          <w:b/>
          <w:sz w:val="22"/>
        </w:rPr>
        <w:t xml:space="preserve">Alice  </w:t>
      </w:r>
      <w:r>
        <w:rPr>
          <w:rFonts w:ascii="Arial" w:hAnsi="Arial"/>
          <w:color w:val="5D7284"/>
          <w:sz w:val="22"/>
        </w:rPr>
        <w:t>01:35</w:t>
      </w:r>
    </w:p>
    <w:p>
      <w:pPr>
        <w:spacing w:after="0"/>
      </w:pPr>
      <w:r>
        <w:rPr>
          <w:rFonts w:ascii="Arial" w:hAnsi="Arial"/>
          <w:sz w:val="22"/>
        </w:rPr>
        <w:t>Can I say I'm here too</w:t>
      </w:r>
    </w:p>
    <w:p>
      <w:pPr>
        <w:spacing w:after="0"/>
      </w:pPr>
    </w:p>
    <w:p>
      <w:pPr>
        <w:spacing w:after="0"/>
      </w:pPr>
      <w:r>
        <w:rPr>
          <w:rFonts w:ascii="Arial" w:hAnsi="Arial"/>
          <w:b/>
          <w:sz w:val="22"/>
        </w:rPr>
        <w:t xml:space="preserve">Lucy  </w:t>
      </w:r>
      <w:r>
        <w:rPr>
          <w:rFonts w:ascii="Arial" w:hAnsi="Arial"/>
          <w:color w:val="5D7284"/>
          <w:sz w:val="22"/>
        </w:rPr>
        <w:t>01:36</w:t>
      </w:r>
    </w:p>
    <w:p>
      <w:pPr>
        <w:spacing w:after="0"/>
      </w:pPr>
      <w:r>
        <w:rPr>
          <w:rFonts w:ascii="Arial" w:hAnsi="Arial"/>
          <w:sz w:val="22"/>
        </w:rPr>
        <w:t xml:space="preserve">Yes, sorry Alice. Sorry. Alice is still here. </w:t>
      </w:r>
    </w:p>
    <w:p>
      <w:pPr>
        <w:spacing w:after="0"/>
      </w:pPr>
    </w:p>
    <w:p>
      <w:pPr>
        <w:spacing w:after="0"/>
      </w:pPr>
      <w:r>
        <w:rPr>
          <w:rFonts w:ascii="Arial" w:hAnsi="Arial"/>
          <w:b/>
          <w:sz w:val="22"/>
        </w:rPr>
        <w:t xml:space="preserve">Alice  </w:t>
      </w:r>
      <w:r>
        <w:rPr>
          <w:rFonts w:ascii="Arial" w:hAnsi="Arial"/>
          <w:color w:val="5D7284"/>
          <w:sz w:val="22"/>
        </w:rPr>
        <w:t>01:42</w:t>
      </w:r>
    </w:p>
    <w:p>
      <w:pPr>
        <w:spacing w:after="0"/>
      </w:pPr>
      <w:r>
        <w:rPr>
          <w:rFonts w:ascii="Arial" w:hAnsi="Arial"/>
          <w:sz w:val="22"/>
        </w:rPr>
        <w:t>Hi.</w:t>
      </w:r>
    </w:p>
    <w:p>
      <w:pPr>
        <w:spacing w:after="0"/>
      </w:pPr>
    </w:p>
    <w:p>
      <w:pPr>
        <w:spacing w:after="0"/>
      </w:pPr>
      <w:r>
        <w:rPr>
          <w:rFonts w:ascii="Arial" w:hAnsi="Arial"/>
          <w:b/>
          <w:sz w:val="22"/>
        </w:rPr>
        <w:t xml:space="preserve">Lucy  </w:t>
      </w:r>
      <w:r>
        <w:rPr>
          <w:rFonts w:ascii="Arial" w:hAnsi="Arial"/>
          <w:color w:val="5D7284"/>
          <w:sz w:val="22"/>
        </w:rPr>
        <w:t>01:42</w:t>
      </w:r>
    </w:p>
    <w:p>
      <w:pPr>
        <w:spacing w:after="0"/>
      </w:pPr>
      <w:r>
        <w:rPr>
          <w:rFonts w:ascii="Arial" w:hAnsi="Arial"/>
          <w:sz w:val="22"/>
        </w:rPr>
        <w:t xml:space="preserve">Alice pushes the buttons and basically set all of this up.. Adam is here to Hello Adam. </w:t>
      </w:r>
    </w:p>
    <w:p>
      <w:pPr>
        <w:spacing w:after="0"/>
      </w:pPr>
    </w:p>
    <w:p>
      <w:pPr>
        <w:spacing w:after="0"/>
      </w:pPr>
      <w:r>
        <w:rPr>
          <w:rFonts w:ascii="Arial" w:hAnsi="Arial"/>
          <w:b/>
          <w:sz w:val="22"/>
        </w:rPr>
        <w:t xml:space="preserve">Adam  </w:t>
      </w:r>
      <w:r>
        <w:rPr>
          <w:rFonts w:ascii="Arial" w:hAnsi="Arial"/>
          <w:color w:val="5D7284"/>
          <w:sz w:val="22"/>
        </w:rPr>
        <w:t>01:49</w:t>
      </w:r>
    </w:p>
    <w:p>
      <w:pPr>
        <w:spacing w:after="0"/>
      </w:pPr>
      <w:r>
        <w:rPr>
          <w:rFonts w:ascii="Arial" w:hAnsi="Arial"/>
          <w:sz w:val="22"/>
        </w:rPr>
        <w:t>Hello. It's all about me this episode Alice.</w:t>
      </w:r>
    </w:p>
    <w:p>
      <w:pPr>
        <w:spacing w:after="0"/>
      </w:pPr>
    </w:p>
    <w:p>
      <w:pPr>
        <w:spacing w:after="0"/>
      </w:pPr>
      <w:r>
        <w:rPr>
          <w:rFonts w:ascii="Arial" w:hAnsi="Arial"/>
          <w:b/>
          <w:sz w:val="22"/>
        </w:rPr>
        <w:t xml:space="preserve">Lucy  </w:t>
      </w:r>
      <w:r>
        <w:rPr>
          <w:rFonts w:ascii="Arial" w:hAnsi="Arial"/>
          <w:color w:val="5D7284"/>
          <w:sz w:val="22"/>
        </w:rPr>
        <w:t>01:50</w:t>
      </w:r>
    </w:p>
    <w:p>
      <w:pPr>
        <w:spacing w:after="0"/>
      </w:pPr>
      <w:r>
        <w:rPr>
          <w:rFonts w:ascii="Arial" w:hAnsi="Arial"/>
          <w:sz w:val="22"/>
        </w:rPr>
        <w:t>Hello Alice. Yeah,</w:t>
      </w:r>
    </w:p>
    <w:p>
      <w:pPr>
        <w:spacing w:after="0"/>
      </w:pPr>
    </w:p>
    <w:p>
      <w:pPr>
        <w:spacing w:after="0"/>
      </w:pPr>
      <w:r>
        <w:rPr>
          <w:rFonts w:ascii="Arial" w:hAnsi="Arial"/>
          <w:b/>
          <w:sz w:val="22"/>
        </w:rPr>
        <w:t xml:space="preserve">Alice  </w:t>
      </w:r>
      <w:r>
        <w:rPr>
          <w:rFonts w:ascii="Arial" w:hAnsi="Arial"/>
          <w:color w:val="5D7284"/>
          <w:sz w:val="22"/>
        </w:rPr>
        <w:t>01:54</w:t>
      </w:r>
    </w:p>
    <w:p>
      <w:pPr>
        <w:spacing w:after="0"/>
      </w:pPr>
      <w:r>
        <w:rPr>
          <w:rFonts w:ascii="Arial" w:hAnsi="Arial"/>
          <w:sz w:val="22"/>
        </w:rPr>
        <w:t>sorry, I'm not used to it. Adam is usually just sitting quiet in the corner. It's it's now his time to shine and my time to shut up for once.</w:t>
      </w:r>
    </w:p>
    <w:p>
      <w:pPr>
        <w:spacing w:after="0"/>
      </w:pPr>
    </w:p>
    <w:p>
      <w:pPr>
        <w:spacing w:after="0"/>
      </w:pPr>
      <w:r>
        <w:rPr>
          <w:rFonts w:ascii="Arial" w:hAnsi="Arial"/>
          <w:b/>
          <w:sz w:val="22"/>
        </w:rPr>
        <w:t xml:space="preserve">Lucy  </w:t>
      </w:r>
      <w:r>
        <w:rPr>
          <w:rFonts w:ascii="Arial" w:hAnsi="Arial"/>
          <w:color w:val="5D7284"/>
          <w:sz w:val="22"/>
        </w:rPr>
        <w:t>02:03</w:t>
      </w:r>
    </w:p>
    <w:p>
      <w:pPr>
        <w:spacing w:after="0"/>
      </w:pPr>
      <w:r>
        <w:rPr>
          <w:rFonts w:ascii="Arial" w:hAnsi="Arial"/>
          <w:sz w:val="22"/>
        </w:rPr>
        <w:t>We may have created a monster.</w:t>
      </w:r>
    </w:p>
    <w:p>
      <w:pPr>
        <w:spacing w:after="0"/>
      </w:pPr>
    </w:p>
    <w:p>
      <w:pPr>
        <w:spacing w:after="0"/>
      </w:pPr>
      <w:r>
        <w:rPr>
          <w:rFonts w:ascii="Arial" w:hAnsi="Arial"/>
          <w:b/>
          <w:sz w:val="22"/>
        </w:rPr>
        <w:t xml:space="preserve">Adam  </w:t>
      </w:r>
      <w:r>
        <w:rPr>
          <w:rFonts w:ascii="Arial" w:hAnsi="Arial"/>
          <w:color w:val="5D7284"/>
          <w:sz w:val="22"/>
        </w:rPr>
        <w:t>02:08</w:t>
      </w:r>
    </w:p>
    <w:p>
      <w:pPr>
        <w:spacing w:after="0"/>
      </w:pPr>
      <w:r>
        <w:rPr>
          <w:rFonts w:ascii="Arial" w:hAnsi="Arial"/>
          <w:sz w:val="22"/>
        </w:rPr>
        <w:t xml:space="preserve">Definitely. Interesting seeing it from this side. </w:t>
      </w:r>
    </w:p>
    <w:p>
      <w:pPr>
        <w:spacing w:after="0"/>
      </w:pPr>
    </w:p>
    <w:p>
      <w:pPr>
        <w:spacing w:after="0"/>
      </w:pPr>
      <w:r>
        <w:rPr>
          <w:rFonts w:ascii="Arial" w:hAnsi="Arial"/>
          <w:b/>
          <w:sz w:val="22"/>
        </w:rPr>
        <w:t xml:space="preserve">Lucy  </w:t>
      </w:r>
      <w:r>
        <w:rPr>
          <w:rFonts w:ascii="Arial" w:hAnsi="Arial"/>
          <w:color w:val="5D7284"/>
          <w:sz w:val="22"/>
        </w:rPr>
        <w:t>02:12</w:t>
      </w:r>
    </w:p>
    <w:p>
      <w:pPr>
        <w:spacing w:after="0"/>
      </w:pPr>
      <w:r>
        <w:rPr>
          <w:rFonts w:ascii="Arial" w:hAnsi="Arial"/>
          <w:sz w:val="22"/>
        </w:rPr>
        <w:t xml:space="preserve">Yeah, </w:t>
      </w:r>
    </w:p>
    <w:p>
      <w:pPr>
        <w:spacing w:after="0"/>
      </w:pPr>
    </w:p>
    <w:p>
      <w:pPr>
        <w:spacing w:after="0"/>
      </w:pPr>
      <w:r>
        <w:rPr>
          <w:rFonts w:ascii="Arial" w:hAnsi="Arial"/>
          <w:b/>
          <w:sz w:val="22"/>
        </w:rPr>
        <w:t xml:space="preserve">Adam  </w:t>
      </w:r>
      <w:r>
        <w:rPr>
          <w:rFonts w:ascii="Arial" w:hAnsi="Arial"/>
          <w:color w:val="5D7284"/>
          <w:sz w:val="22"/>
        </w:rPr>
        <w:t>02:13</w:t>
      </w:r>
    </w:p>
    <w:p>
      <w:pPr>
        <w:spacing w:after="0"/>
      </w:pPr>
      <w:r>
        <w:rPr>
          <w:rFonts w:ascii="Arial" w:hAnsi="Arial"/>
          <w:sz w:val="22"/>
        </w:rPr>
        <w:t>I usually just get the files to put together so</w:t>
      </w:r>
    </w:p>
    <w:p>
      <w:pPr>
        <w:spacing w:after="0"/>
      </w:pPr>
    </w:p>
    <w:p>
      <w:pPr>
        <w:spacing w:after="0"/>
      </w:pPr>
      <w:r>
        <w:rPr>
          <w:rFonts w:ascii="Arial" w:hAnsi="Arial"/>
          <w:b/>
          <w:sz w:val="22"/>
        </w:rPr>
        <w:t xml:space="preserve">Lucy  </w:t>
      </w:r>
      <w:r>
        <w:rPr>
          <w:rFonts w:ascii="Arial" w:hAnsi="Arial"/>
          <w:color w:val="5D7284"/>
          <w:sz w:val="22"/>
        </w:rPr>
        <w:t>02:16</w:t>
      </w:r>
    </w:p>
    <w:p>
      <w:pPr>
        <w:spacing w:after="0"/>
      </w:pPr>
      <w:r>
        <w:rPr>
          <w:rFonts w:ascii="Arial" w:hAnsi="Arial"/>
          <w:sz w:val="22"/>
        </w:rPr>
        <w:t xml:space="preserve">You don't normally see our glorious faces. </w:t>
      </w:r>
    </w:p>
    <w:p>
      <w:pPr>
        <w:spacing w:after="0"/>
      </w:pPr>
    </w:p>
    <w:p>
      <w:pPr>
        <w:spacing w:after="0"/>
      </w:pPr>
      <w:r>
        <w:rPr>
          <w:rFonts w:ascii="Arial" w:hAnsi="Arial"/>
          <w:b/>
          <w:sz w:val="22"/>
        </w:rPr>
        <w:t xml:space="preserve">Adam  </w:t>
      </w:r>
      <w:r>
        <w:rPr>
          <w:rFonts w:ascii="Arial" w:hAnsi="Arial"/>
          <w:color w:val="5D7284"/>
          <w:sz w:val="22"/>
        </w:rPr>
        <w:t>02:19</w:t>
      </w:r>
    </w:p>
    <w:p>
      <w:pPr>
        <w:spacing w:after="0"/>
      </w:pPr>
      <w:r>
        <w:rPr>
          <w:rFonts w:ascii="Arial" w:hAnsi="Arial"/>
          <w:sz w:val="22"/>
        </w:rPr>
        <w:t xml:space="preserve">Exactly. </w:t>
      </w:r>
    </w:p>
    <w:p>
      <w:pPr>
        <w:spacing w:after="0"/>
      </w:pPr>
    </w:p>
    <w:p>
      <w:pPr>
        <w:spacing w:after="0"/>
      </w:pPr>
      <w:r>
        <w:rPr>
          <w:rFonts w:ascii="Arial" w:hAnsi="Arial"/>
          <w:b/>
          <w:sz w:val="22"/>
        </w:rPr>
        <w:t xml:space="preserve">Lucy  </w:t>
      </w:r>
      <w:r>
        <w:rPr>
          <w:rFonts w:ascii="Arial" w:hAnsi="Arial"/>
          <w:color w:val="5D7284"/>
          <w:sz w:val="22"/>
        </w:rPr>
        <w:t>02:20</w:t>
      </w:r>
    </w:p>
    <w:p>
      <w:pPr>
        <w:spacing w:after="0"/>
      </w:pPr>
      <w:r>
        <w:rPr>
          <w:rFonts w:ascii="Arial" w:hAnsi="Arial"/>
          <w:sz w:val="22"/>
        </w:rPr>
        <w:t>How are you, Adam?</w:t>
      </w:r>
    </w:p>
    <w:p>
      <w:pPr>
        <w:spacing w:after="0"/>
      </w:pPr>
    </w:p>
    <w:p>
      <w:pPr>
        <w:spacing w:after="0"/>
      </w:pPr>
      <w:r>
        <w:rPr>
          <w:rFonts w:ascii="Arial" w:hAnsi="Arial"/>
          <w:b/>
          <w:sz w:val="22"/>
        </w:rPr>
        <w:t xml:space="preserve">Adam  </w:t>
      </w:r>
      <w:r>
        <w:rPr>
          <w:rFonts w:ascii="Arial" w:hAnsi="Arial"/>
          <w:color w:val="5D7284"/>
          <w:sz w:val="22"/>
        </w:rPr>
        <w:t>02:22</w:t>
      </w:r>
    </w:p>
    <w:p>
      <w:pPr>
        <w:spacing w:after="0"/>
      </w:pPr>
      <w:r>
        <w:rPr>
          <w:rFonts w:ascii="Arial" w:hAnsi="Arial"/>
          <w:sz w:val="22"/>
        </w:rPr>
        <w:t>Yes. Very well. Thank you. Very well.</w:t>
      </w:r>
    </w:p>
    <w:p>
      <w:pPr>
        <w:spacing w:after="0"/>
      </w:pPr>
    </w:p>
    <w:p>
      <w:pPr>
        <w:spacing w:after="0"/>
      </w:pPr>
      <w:r>
        <w:rPr>
          <w:rFonts w:ascii="Arial" w:hAnsi="Arial"/>
          <w:b/>
          <w:sz w:val="22"/>
        </w:rPr>
        <w:t xml:space="preserve">Lucy  </w:t>
      </w:r>
      <w:r>
        <w:rPr>
          <w:rFonts w:ascii="Arial" w:hAnsi="Arial"/>
          <w:color w:val="5D7284"/>
          <w:sz w:val="22"/>
        </w:rPr>
        <w:t>02:25</w:t>
      </w:r>
    </w:p>
    <w:p>
      <w:pPr>
        <w:spacing w:after="0"/>
      </w:pPr>
      <w:r>
        <w:rPr>
          <w:rFonts w:ascii="Arial" w:hAnsi="Arial"/>
          <w:sz w:val="22"/>
        </w:rPr>
        <w:t>Good, good. So Alice, do you want to explain how this episode is gonna work for the people listening?</w:t>
      </w:r>
    </w:p>
    <w:p>
      <w:pPr>
        <w:spacing w:after="0"/>
      </w:pPr>
    </w:p>
    <w:p>
      <w:pPr>
        <w:spacing w:after="0"/>
      </w:pPr>
      <w:r>
        <w:rPr>
          <w:rFonts w:ascii="Arial" w:hAnsi="Arial"/>
          <w:b/>
          <w:sz w:val="22"/>
        </w:rPr>
        <w:t xml:space="preserve">Alice  </w:t>
      </w:r>
      <w:r>
        <w:rPr>
          <w:rFonts w:ascii="Arial" w:hAnsi="Arial"/>
          <w:color w:val="5D7284"/>
          <w:sz w:val="22"/>
        </w:rPr>
        <w:t>02:31</w:t>
      </w:r>
    </w:p>
    <w:p>
      <w:pPr>
        <w:spacing w:after="0"/>
      </w:pPr>
      <w:r>
        <w:rPr>
          <w:rFonts w:ascii="Arial" w:hAnsi="Arial"/>
          <w:sz w:val="22"/>
        </w:rPr>
        <w:t>Yeah, so um, so we were just to give a bit of context, we were initially going to have another guest on today. But because of their poor health, they had to pull out so we decided that we would bully our wonderful editor Adam into joining us because as we've said before, you know, for Lucy and I authentic voices and authenticity is really important. And neither Lucy or I are LGBTQ plus. However, I'm outing Adam here to the world, Adam...</w:t>
      </w:r>
    </w:p>
    <w:p>
      <w:pPr>
        <w:spacing w:after="0"/>
      </w:pPr>
    </w:p>
    <w:p>
      <w:pPr>
        <w:spacing w:after="0"/>
      </w:pPr>
      <w:r>
        <w:rPr>
          <w:rFonts w:ascii="Arial" w:hAnsi="Arial"/>
          <w:b/>
          <w:sz w:val="22"/>
        </w:rPr>
        <w:t xml:space="preserve">Adam  </w:t>
      </w:r>
      <w:r>
        <w:rPr>
          <w:rFonts w:ascii="Arial" w:hAnsi="Arial"/>
          <w:color w:val="5D7284"/>
          <w:sz w:val="22"/>
        </w:rPr>
        <w:t>03:11</w:t>
      </w:r>
    </w:p>
    <w:p>
      <w:pPr>
        <w:spacing w:after="0"/>
      </w:pPr>
      <w:r>
        <w:rPr>
          <w:rFonts w:ascii="Arial" w:hAnsi="Arial"/>
          <w:sz w:val="22"/>
        </w:rPr>
        <w:t>I'm sure you've done it before, so</w:t>
      </w:r>
    </w:p>
    <w:p>
      <w:pPr>
        <w:spacing w:after="0"/>
      </w:pPr>
    </w:p>
    <w:p>
      <w:pPr>
        <w:spacing w:after="0"/>
      </w:pPr>
      <w:r>
        <w:rPr>
          <w:rFonts w:ascii="Arial" w:hAnsi="Arial"/>
          <w:b/>
          <w:sz w:val="22"/>
        </w:rPr>
        <w:t xml:space="preserve">Alice  </w:t>
      </w:r>
      <w:r>
        <w:rPr>
          <w:rFonts w:ascii="Arial" w:hAnsi="Arial"/>
          <w:color w:val="5D7284"/>
          <w:sz w:val="22"/>
        </w:rPr>
        <w:t>03:15</w:t>
      </w:r>
    </w:p>
    <w:p>
      <w:pPr>
        <w:spacing w:after="0"/>
      </w:pPr>
      <w:r>
        <w:rPr>
          <w:rFonts w:ascii="Arial" w:hAnsi="Arial"/>
          <w:sz w:val="22"/>
        </w:rPr>
        <w:t xml:space="preserve">I nearly very nearly did it to his mum back in, like 2005, </w:t>
      </w:r>
    </w:p>
    <w:p>
      <w:pPr>
        <w:spacing w:after="0"/>
      </w:pPr>
    </w:p>
    <w:p>
      <w:pPr>
        <w:spacing w:after="0"/>
      </w:pPr>
      <w:r>
        <w:rPr>
          <w:rFonts w:ascii="Arial" w:hAnsi="Arial"/>
          <w:b/>
          <w:sz w:val="22"/>
        </w:rPr>
        <w:t xml:space="preserve">Lucy  </w:t>
      </w:r>
      <w:r>
        <w:rPr>
          <w:rFonts w:ascii="Arial" w:hAnsi="Arial"/>
          <w:color w:val="5D7284"/>
          <w:sz w:val="22"/>
        </w:rPr>
        <w:t>03:20</w:t>
      </w:r>
    </w:p>
    <w:p>
      <w:pPr>
        <w:spacing w:after="0"/>
      </w:pPr>
      <w:r>
        <w:rPr>
          <w:rFonts w:ascii="Arial" w:hAnsi="Arial"/>
          <w:sz w:val="22"/>
        </w:rPr>
        <w:t>Oh god Alice!</w:t>
      </w:r>
    </w:p>
    <w:p>
      <w:pPr>
        <w:spacing w:after="0"/>
      </w:pPr>
    </w:p>
    <w:p>
      <w:pPr>
        <w:spacing w:after="0"/>
      </w:pPr>
      <w:r>
        <w:rPr>
          <w:rFonts w:ascii="Arial" w:hAnsi="Arial"/>
          <w:b/>
          <w:sz w:val="22"/>
        </w:rPr>
        <w:t xml:space="preserve">Alice  </w:t>
      </w:r>
      <w:r>
        <w:rPr>
          <w:rFonts w:ascii="Arial" w:hAnsi="Arial"/>
          <w:color w:val="5D7284"/>
          <w:sz w:val="22"/>
        </w:rPr>
        <w:t>03:24</w:t>
      </w:r>
    </w:p>
    <w:p>
      <w:pPr>
        <w:spacing w:after="0"/>
      </w:pPr>
      <w:r>
        <w:rPr>
          <w:rFonts w:ascii="Arial" w:hAnsi="Arial"/>
          <w:sz w:val="22"/>
        </w:rPr>
        <w:t xml:space="preserve">adam wasn't even there! </w:t>
      </w:r>
    </w:p>
    <w:p>
      <w:pPr>
        <w:spacing w:after="0"/>
      </w:pPr>
    </w:p>
    <w:p>
      <w:pPr>
        <w:spacing w:after="0"/>
      </w:pPr>
      <w:r>
        <w:rPr>
          <w:rFonts w:ascii="Arial" w:hAnsi="Arial"/>
          <w:b/>
          <w:sz w:val="22"/>
        </w:rPr>
        <w:t xml:space="preserve">Lucy  </w:t>
      </w:r>
      <w:r>
        <w:rPr>
          <w:rFonts w:ascii="Arial" w:hAnsi="Arial"/>
          <w:color w:val="5D7284"/>
          <w:sz w:val="22"/>
        </w:rPr>
        <w:t>03:26</w:t>
      </w:r>
    </w:p>
    <w:p>
      <w:pPr>
        <w:spacing w:after="0"/>
      </w:pPr>
      <w:r>
        <w:rPr>
          <w:rFonts w:ascii="Arial" w:hAnsi="Arial"/>
          <w:sz w:val="22"/>
        </w:rPr>
        <w:t xml:space="preserve">To be fair Alice you did tell me when we first met. </w:t>
      </w:r>
    </w:p>
    <w:p>
      <w:pPr>
        <w:spacing w:after="0"/>
      </w:pPr>
    </w:p>
    <w:p>
      <w:pPr>
        <w:spacing w:after="0"/>
      </w:pPr>
      <w:r>
        <w:rPr>
          <w:rFonts w:ascii="Arial" w:hAnsi="Arial"/>
          <w:b/>
          <w:sz w:val="22"/>
        </w:rPr>
        <w:t xml:space="preserve">Alice  </w:t>
      </w:r>
      <w:r>
        <w:rPr>
          <w:rFonts w:ascii="Arial" w:hAnsi="Arial"/>
          <w:color w:val="5D7284"/>
          <w:sz w:val="22"/>
        </w:rPr>
        <w:t>03:28</w:t>
      </w:r>
    </w:p>
    <w:p>
      <w:pPr>
        <w:spacing w:after="0"/>
      </w:pPr>
      <w:r>
        <w:rPr>
          <w:rFonts w:ascii="Arial" w:hAnsi="Arial"/>
          <w:sz w:val="22"/>
        </w:rPr>
        <w:t>I can't keep a secret [laughs] Yeah, when Adams mum worked as a student support worker in the college that I went to where I met Adam. And I was sitting in the student support like Office bit with my support worker, and was chatting to this random lady. I didn't know who she was. And she was I was telling her what my classes were and she said all my son's in that one. And I went oh yeah. What's your son names? Adam, he's got long hair . I think your hair was like blue black at the time.</w:t>
      </w:r>
    </w:p>
    <w:p>
      <w:pPr>
        <w:spacing w:after="0"/>
      </w:pPr>
    </w:p>
    <w:p>
      <w:pPr>
        <w:spacing w:after="0"/>
      </w:pPr>
      <w:r>
        <w:rPr>
          <w:rFonts w:ascii="Arial" w:hAnsi="Arial"/>
          <w:b/>
          <w:sz w:val="22"/>
        </w:rPr>
        <w:t xml:space="preserve">Lucy  </w:t>
      </w:r>
      <w:r>
        <w:rPr>
          <w:rFonts w:ascii="Arial" w:hAnsi="Arial"/>
          <w:color w:val="5D7284"/>
          <w:sz w:val="22"/>
        </w:rPr>
        <w:t>04:03</w:t>
      </w:r>
    </w:p>
    <w:p>
      <w:pPr>
        <w:spacing w:after="0"/>
      </w:pPr>
      <w:r>
        <w:rPr>
          <w:rFonts w:ascii="Arial" w:hAnsi="Arial"/>
          <w:sz w:val="22"/>
        </w:rPr>
        <w:t>Oh, blue black hair what a choice.</w:t>
      </w:r>
    </w:p>
    <w:p>
      <w:pPr>
        <w:spacing w:after="0"/>
      </w:pPr>
    </w:p>
    <w:p>
      <w:pPr>
        <w:spacing w:after="0"/>
      </w:pPr>
      <w:r>
        <w:rPr>
          <w:rFonts w:ascii="Arial" w:hAnsi="Arial"/>
          <w:b/>
          <w:sz w:val="22"/>
        </w:rPr>
        <w:t xml:space="preserve">Adam  </w:t>
      </w:r>
      <w:r>
        <w:rPr>
          <w:rFonts w:ascii="Arial" w:hAnsi="Arial"/>
          <w:color w:val="5D7284"/>
          <w:sz w:val="22"/>
        </w:rPr>
        <w:t>04:07</w:t>
      </w:r>
    </w:p>
    <w:p>
      <w:pPr>
        <w:spacing w:after="0"/>
      </w:pPr>
      <w:r>
        <w:rPr>
          <w:rFonts w:ascii="Arial" w:hAnsi="Arial"/>
          <w:sz w:val="22"/>
        </w:rPr>
        <w:t>Early 2000s. I was very emo</w:t>
      </w:r>
    </w:p>
    <w:p>
      <w:pPr>
        <w:spacing w:after="0"/>
      </w:pPr>
    </w:p>
    <w:p>
      <w:pPr>
        <w:spacing w:after="0"/>
      </w:pPr>
      <w:r>
        <w:rPr>
          <w:rFonts w:ascii="Arial" w:hAnsi="Arial"/>
          <w:b/>
          <w:sz w:val="22"/>
        </w:rPr>
        <w:t xml:space="preserve">Alice  </w:t>
      </w:r>
      <w:r>
        <w:rPr>
          <w:rFonts w:ascii="Arial" w:hAnsi="Arial"/>
          <w:color w:val="5D7284"/>
          <w:sz w:val="22"/>
        </w:rPr>
        <w:t>04:11</w:t>
      </w:r>
    </w:p>
    <w:p>
      <w:pPr>
        <w:spacing w:after="0"/>
      </w:pPr>
      <w:r>
        <w:rPr>
          <w:rFonts w:ascii="Arial" w:hAnsi="Arial"/>
          <w:sz w:val="22"/>
        </w:rPr>
        <w:t>'was' very emo. please adam you're still at heart.</w:t>
      </w:r>
    </w:p>
    <w:p>
      <w:pPr>
        <w:spacing w:after="0"/>
      </w:pPr>
    </w:p>
    <w:p>
      <w:pPr>
        <w:spacing w:after="0"/>
      </w:pPr>
      <w:r>
        <w:rPr>
          <w:rFonts w:ascii="Arial" w:hAnsi="Arial"/>
          <w:b/>
          <w:sz w:val="22"/>
        </w:rPr>
        <w:t xml:space="preserve">Adam  </w:t>
      </w:r>
      <w:r>
        <w:rPr>
          <w:rFonts w:ascii="Arial" w:hAnsi="Arial"/>
          <w:color w:val="5D7284"/>
          <w:sz w:val="22"/>
        </w:rPr>
        <w:t>04:11</w:t>
      </w:r>
    </w:p>
    <w:p>
      <w:pPr>
        <w:spacing w:after="0"/>
      </w:pPr>
      <w:r>
        <w:rPr>
          <w:rFonts w:ascii="Arial" w:hAnsi="Arial"/>
          <w:sz w:val="22"/>
        </w:rPr>
        <w:t>[chuckles] Always</w:t>
      </w:r>
    </w:p>
    <w:p>
      <w:pPr>
        <w:spacing w:after="0"/>
      </w:pPr>
    </w:p>
    <w:p>
      <w:pPr>
        <w:spacing w:after="0"/>
      </w:pPr>
      <w:r>
        <w:rPr>
          <w:rFonts w:ascii="Arial" w:hAnsi="Arial"/>
          <w:b/>
          <w:sz w:val="22"/>
        </w:rPr>
        <w:t xml:space="preserve">Alice  </w:t>
      </w:r>
      <w:r>
        <w:rPr>
          <w:rFonts w:ascii="Arial" w:hAnsi="Arial"/>
          <w:color w:val="5D7284"/>
          <w:sz w:val="22"/>
        </w:rPr>
        <w:t>04:18</w:t>
      </w:r>
    </w:p>
    <w:p>
      <w:pPr>
        <w:spacing w:after="0"/>
      </w:pPr>
      <w:r>
        <w:rPr>
          <w:rFonts w:ascii="Arial" w:hAnsi="Arial"/>
          <w:sz w:val="22"/>
        </w:rPr>
        <w:t xml:space="preserve">Yeah, I just very nearly went. Oh, I know who you mean. Is he gay? I didn't say it at all. I just sort of went, okay. For once thought before I spoke. </w:t>
      </w:r>
    </w:p>
    <w:p>
      <w:pPr>
        <w:spacing w:after="0"/>
      </w:pPr>
    </w:p>
    <w:p>
      <w:pPr>
        <w:spacing w:after="0"/>
      </w:pPr>
      <w:r>
        <w:rPr>
          <w:rFonts w:ascii="Arial" w:hAnsi="Arial"/>
          <w:b/>
          <w:sz w:val="22"/>
        </w:rPr>
        <w:t xml:space="preserve">Lucy  </w:t>
      </w:r>
      <w:r>
        <w:rPr>
          <w:rFonts w:ascii="Arial" w:hAnsi="Arial"/>
          <w:color w:val="5D7284"/>
          <w:sz w:val="22"/>
        </w:rPr>
        <w:t>04:23</w:t>
      </w:r>
    </w:p>
    <w:p>
      <w:pPr>
        <w:spacing w:after="0"/>
      </w:pPr>
      <w:r>
        <w:rPr>
          <w:rFonts w:ascii="Arial" w:hAnsi="Arial"/>
          <w:sz w:val="22"/>
        </w:rPr>
        <w:t>[gasps] Well, well done for saying "Is he gay?" not, Yeah, he's gay. [laughs]</w:t>
      </w:r>
    </w:p>
    <w:p>
      <w:pPr>
        <w:spacing w:after="0"/>
      </w:pPr>
    </w:p>
    <w:p>
      <w:pPr>
        <w:spacing w:after="0"/>
      </w:pPr>
      <w:r>
        <w:rPr>
          <w:rFonts w:ascii="Arial" w:hAnsi="Arial"/>
          <w:b/>
          <w:sz w:val="22"/>
        </w:rPr>
        <w:t xml:space="preserve">Alice  </w:t>
      </w:r>
      <w:r>
        <w:rPr>
          <w:rFonts w:ascii="Arial" w:hAnsi="Arial"/>
          <w:color w:val="5D7284"/>
          <w:sz w:val="22"/>
        </w:rPr>
        <w:t>04:37</w:t>
      </w:r>
    </w:p>
    <w:p>
      <w:pPr>
        <w:spacing w:after="0"/>
      </w:pPr>
      <w:r>
        <w:rPr>
          <w:rFonts w:ascii="Arial" w:hAnsi="Arial"/>
          <w:sz w:val="22"/>
        </w:rPr>
        <w:t xml:space="preserve">So yeah, so now that Adam has come out to his friends and family we are allowed to talk about it </w:t>
      </w:r>
    </w:p>
    <w:p>
      <w:pPr>
        <w:spacing w:after="0"/>
      </w:pPr>
    </w:p>
    <w:p>
      <w:pPr>
        <w:spacing w:after="0"/>
      </w:pPr>
      <w:r>
        <w:rPr>
          <w:rFonts w:ascii="Arial" w:hAnsi="Arial"/>
          <w:b/>
          <w:sz w:val="22"/>
        </w:rPr>
        <w:t xml:space="preserve">Adam  </w:t>
      </w:r>
      <w:r>
        <w:rPr>
          <w:rFonts w:ascii="Arial" w:hAnsi="Arial"/>
          <w:color w:val="5D7284"/>
          <w:sz w:val="22"/>
        </w:rPr>
        <w:t>04:44</w:t>
      </w:r>
    </w:p>
    <w:p>
      <w:pPr>
        <w:spacing w:after="0"/>
      </w:pPr>
      <w:r>
        <w:rPr>
          <w:rFonts w:ascii="Arial" w:hAnsi="Arial"/>
          <w:sz w:val="22"/>
        </w:rPr>
        <w:t xml:space="preserve">That was many years ago. </w:t>
      </w:r>
    </w:p>
    <w:p>
      <w:pPr>
        <w:spacing w:after="0"/>
      </w:pPr>
    </w:p>
    <w:p>
      <w:pPr>
        <w:spacing w:after="0"/>
      </w:pPr>
      <w:r>
        <w:rPr>
          <w:rFonts w:ascii="Arial" w:hAnsi="Arial"/>
          <w:b/>
          <w:sz w:val="22"/>
        </w:rPr>
        <w:t xml:space="preserve">Alice  </w:t>
      </w:r>
      <w:r>
        <w:rPr>
          <w:rFonts w:ascii="Arial" w:hAnsi="Arial"/>
          <w:color w:val="5D7284"/>
          <w:sz w:val="22"/>
        </w:rPr>
        <w:t>04:48</w:t>
      </w:r>
    </w:p>
    <w:p>
      <w:pPr>
        <w:spacing w:after="0"/>
      </w:pPr>
      <w:r>
        <w:rPr>
          <w:rFonts w:ascii="Arial" w:hAnsi="Arial"/>
          <w:sz w:val="22"/>
        </w:rPr>
        <w:t>Yeah. So we thought we could have a bit of a chat about what Lucy and I learned from a sort of straight perspective and Adam could talk about it from a non-diabled but gay perspective. So, here we go.</w:t>
      </w:r>
    </w:p>
    <w:p>
      <w:pPr>
        <w:spacing w:after="0"/>
      </w:pPr>
    </w:p>
    <w:p>
      <w:pPr>
        <w:spacing w:after="0"/>
      </w:pPr>
      <w:r>
        <w:rPr>
          <w:rFonts w:ascii="Arial" w:hAnsi="Arial"/>
          <w:b/>
          <w:sz w:val="22"/>
        </w:rPr>
        <w:t xml:space="preserve">Lucy  </w:t>
      </w:r>
      <w:r>
        <w:rPr>
          <w:rFonts w:ascii="Arial" w:hAnsi="Arial"/>
          <w:color w:val="5D7284"/>
          <w:sz w:val="22"/>
        </w:rPr>
        <w:t>05:05</w:t>
      </w:r>
    </w:p>
    <w:p>
      <w:pPr>
        <w:spacing w:after="0"/>
      </w:pPr>
      <w:r>
        <w:rPr>
          <w:rFonts w:ascii="Arial" w:hAnsi="Arial"/>
          <w:sz w:val="22"/>
        </w:rPr>
        <w:t xml:space="preserve">And begin. Its like a therapy session isn't? Well, no I think, before we hit record on this episode, we, Alice went through the list of things, people we've talked to, and people we've talked about, because obviously, we always start the month off with a history lesson episode, because we believe it's important to reflect back on the people that have sort of led the way for the disability community. So we covered Audre Lorde, in the first episode, who, basically, we want to be a dream - </w:t>
      </w:r>
    </w:p>
    <w:p>
      <w:pPr>
        <w:spacing w:after="0"/>
      </w:pPr>
    </w:p>
    <w:p>
      <w:pPr>
        <w:spacing w:after="0"/>
      </w:pPr>
      <w:r>
        <w:rPr>
          <w:rFonts w:ascii="Arial" w:hAnsi="Arial"/>
          <w:b/>
          <w:sz w:val="22"/>
        </w:rPr>
        <w:t xml:space="preserve">Alice  </w:t>
      </w:r>
      <w:r>
        <w:rPr>
          <w:rFonts w:ascii="Arial" w:hAnsi="Arial"/>
          <w:color w:val="5D7284"/>
          <w:sz w:val="22"/>
        </w:rPr>
        <w:t>05:45</w:t>
      </w:r>
    </w:p>
    <w:p>
      <w:pPr>
        <w:spacing w:after="0"/>
      </w:pPr>
      <w:r>
        <w:rPr>
          <w:rFonts w:ascii="Arial" w:hAnsi="Arial"/>
          <w:sz w:val="22"/>
        </w:rPr>
        <w:t>Mascot I think</w:t>
      </w:r>
    </w:p>
    <w:p>
      <w:pPr>
        <w:spacing w:after="0"/>
      </w:pPr>
    </w:p>
    <w:p>
      <w:pPr>
        <w:spacing w:after="0"/>
      </w:pPr>
      <w:r>
        <w:rPr>
          <w:rFonts w:ascii="Arial" w:hAnsi="Arial"/>
          <w:b/>
          <w:sz w:val="22"/>
        </w:rPr>
        <w:t xml:space="preserve">Lucy  </w:t>
      </w:r>
      <w:r>
        <w:rPr>
          <w:rFonts w:ascii="Arial" w:hAnsi="Arial"/>
          <w:color w:val="5D7284"/>
          <w:sz w:val="22"/>
        </w:rPr>
        <w:t>05:46</w:t>
      </w:r>
    </w:p>
    <w:p>
      <w:pPr>
        <w:spacing w:after="0"/>
      </w:pPr>
      <w:r>
        <w:rPr>
          <w:rFonts w:ascii="Arial" w:hAnsi="Arial"/>
          <w:sz w:val="22"/>
        </w:rPr>
        <w:t>Yeah, mascot. Dream dinner party guest, whatever you want to call it, we're going to be putting her quotes all over our merchandise. At some point, when we get the...</w:t>
      </w:r>
    </w:p>
    <w:p>
      <w:pPr>
        <w:spacing w:after="0"/>
      </w:pPr>
    </w:p>
    <w:p>
      <w:pPr>
        <w:spacing w:after="0"/>
      </w:pPr>
      <w:r>
        <w:rPr>
          <w:rFonts w:ascii="Arial" w:hAnsi="Arial"/>
          <w:b/>
          <w:sz w:val="22"/>
        </w:rPr>
        <w:t xml:space="preserve">Alice  </w:t>
      </w:r>
      <w:r>
        <w:rPr>
          <w:rFonts w:ascii="Arial" w:hAnsi="Arial"/>
          <w:color w:val="5D7284"/>
          <w:sz w:val="22"/>
        </w:rPr>
        <w:t>05:55</w:t>
      </w:r>
    </w:p>
    <w:p>
      <w:pPr>
        <w:spacing w:after="0"/>
      </w:pPr>
      <w:r>
        <w:rPr>
          <w:rFonts w:ascii="Arial" w:hAnsi="Arial"/>
          <w:sz w:val="22"/>
        </w:rPr>
        <w:t>I don't think that's allowed. So...</w:t>
      </w:r>
    </w:p>
    <w:p>
      <w:pPr>
        <w:spacing w:after="0"/>
      </w:pPr>
    </w:p>
    <w:p>
      <w:pPr>
        <w:spacing w:after="0"/>
      </w:pPr>
      <w:r>
        <w:rPr>
          <w:rFonts w:ascii="Arial" w:hAnsi="Arial"/>
          <w:b/>
          <w:sz w:val="22"/>
        </w:rPr>
        <w:t xml:space="preserve">Lucy  </w:t>
      </w:r>
      <w:r>
        <w:rPr>
          <w:rFonts w:ascii="Arial" w:hAnsi="Arial"/>
          <w:color w:val="5D7284"/>
          <w:sz w:val="22"/>
        </w:rPr>
        <w:t>05:59</w:t>
      </w:r>
    </w:p>
    <w:p>
      <w:pPr>
        <w:spacing w:after="0"/>
      </w:pPr>
      <w:r>
        <w:rPr>
          <w:rFonts w:ascii="Arial" w:hAnsi="Arial"/>
          <w:sz w:val="22"/>
        </w:rPr>
        <w:t>We'll just have a word with her estate, see what we can do. So learning about her story, I think there was a bit of me personally, that when that the quote that we posted on our social media that, that, you know, if they, she didn't define herself, then she was going to be crushed into other people's expectations of it that really sort of resonated with me, and I was thinking about it for weeks afterwards. Usually, when I record a podcast I say things, forget, I've said it, and then they're like, um, did you mean to say this? No, take it out immediately. But yeah, it's it stuck with me for days. And it kind of made me realize, right from the get go in the first instance, that there was a lot of similarities between the Gay Pride movement and the Disability Pride movement, you know, and the intersectionality there, which is something that I like, of course, considered before, but I never really sat and thought about it until sort of Daisy was telling me about the hardships and things that gay people went through in the...</w:t>
      </w:r>
    </w:p>
    <w:p>
      <w:pPr>
        <w:spacing w:after="0"/>
      </w:pPr>
    </w:p>
    <w:p>
      <w:pPr>
        <w:spacing w:after="0"/>
      </w:pPr>
      <w:r>
        <w:rPr>
          <w:rFonts w:ascii="Arial" w:hAnsi="Arial"/>
          <w:b/>
          <w:sz w:val="22"/>
        </w:rPr>
        <w:t xml:space="preserve">Alice  </w:t>
      </w:r>
      <w:r>
        <w:rPr>
          <w:rFonts w:ascii="Arial" w:hAnsi="Arial"/>
          <w:color w:val="5D7284"/>
          <w:sz w:val="22"/>
        </w:rPr>
        <w:t>07:08</w:t>
      </w:r>
    </w:p>
    <w:p>
      <w:pPr>
        <w:spacing w:after="0"/>
      </w:pPr>
      <w:r>
        <w:rPr>
          <w:rFonts w:ascii="Arial" w:hAnsi="Arial"/>
          <w:sz w:val="22"/>
        </w:rPr>
        <w:t>I think it she also experienced it, because she was a black woman.</w:t>
      </w:r>
    </w:p>
    <w:p>
      <w:pPr>
        <w:spacing w:after="0"/>
      </w:pPr>
    </w:p>
    <w:p>
      <w:pPr>
        <w:spacing w:after="0"/>
      </w:pPr>
      <w:r>
        <w:rPr>
          <w:rFonts w:ascii="Arial" w:hAnsi="Arial"/>
          <w:b/>
          <w:sz w:val="22"/>
        </w:rPr>
        <w:t xml:space="preserve">Lucy  </w:t>
      </w:r>
      <w:r>
        <w:rPr>
          <w:rFonts w:ascii="Arial" w:hAnsi="Arial"/>
          <w:color w:val="5D7284"/>
          <w:sz w:val="22"/>
        </w:rPr>
        <w:t>07:12</w:t>
      </w:r>
    </w:p>
    <w:p>
      <w:pPr>
        <w:spacing w:after="0"/>
      </w:pPr>
      <w:r>
        <w:rPr>
          <w:rFonts w:ascii="Arial" w:hAnsi="Arial"/>
          <w:sz w:val="22"/>
        </w:rPr>
        <w:t xml:space="preserve">Yes exactly </w:t>
      </w:r>
    </w:p>
    <w:p>
      <w:pPr>
        <w:spacing w:after="0"/>
      </w:pPr>
    </w:p>
    <w:p>
      <w:pPr>
        <w:spacing w:after="0"/>
      </w:pPr>
      <w:r>
        <w:rPr>
          <w:rFonts w:ascii="Arial" w:hAnsi="Arial"/>
          <w:b/>
          <w:sz w:val="22"/>
        </w:rPr>
        <w:t xml:space="preserve">Alice  </w:t>
      </w:r>
      <w:r>
        <w:rPr>
          <w:rFonts w:ascii="Arial" w:hAnsi="Arial"/>
          <w:color w:val="5D7284"/>
          <w:sz w:val="22"/>
        </w:rPr>
        <w:t>07:13</w:t>
      </w:r>
    </w:p>
    <w:p>
      <w:pPr>
        <w:spacing w:after="0"/>
      </w:pPr>
      <w:r>
        <w:rPr>
          <w:rFonts w:ascii="Arial" w:hAnsi="Arial"/>
          <w:sz w:val="22"/>
        </w:rPr>
        <w:t xml:space="preserve"> So she had a lot of a she was in the firing line for a lot of ignorance and prejudice. And I think, you know, she probably spent a lot of her time, particularly because, I mean, maybe not, particularly because of when she was alive. You know, perhaps, I imagine people still experience a lot of this, but, you know, that she was... she taught at universities, didn't she? And she was, you know, publishing really, you know, her her poetry was well known by the time she passed away, I think, and I suspect that there was a lot of just people would just take one look at her and assume she couldn't produce anything she wouldn't, you know, she, she wouldn't achieve anything.</w:t>
      </w:r>
    </w:p>
    <w:p>
      <w:pPr>
        <w:spacing w:after="0"/>
      </w:pPr>
    </w:p>
    <w:p>
      <w:pPr>
        <w:spacing w:after="0"/>
      </w:pPr>
      <w:r>
        <w:rPr>
          <w:rFonts w:ascii="Arial" w:hAnsi="Arial"/>
          <w:b/>
          <w:sz w:val="22"/>
        </w:rPr>
        <w:t xml:space="preserve">Lucy  </w:t>
      </w:r>
      <w:r>
        <w:rPr>
          <w:rFonts w:ascii="Arial" w:hAnsi="Arial"/>
          <w:color w:val="5D7284"/>
          <w:sz w:val="22"/>
        </w:rPr>
        <w:t>07:59</w:t>
      </w:r>
    </w:p>
    <w:p>
      <w:pPr>
        <w:spacing w:after="0"/>
      </w:pPr>
      <w:r>
        <w:rPr>
          <w:rFonts w:ascii="Arial" w:hAnsi="Arial"/>
          <w:sz w:val="22"/>
        </w:rPr>
        <w:t>Which is something that, you know, if we bring it back to the disability community that we get a lot of I know, I get a lot of it. They look at me, and they think, Oh, she's she's a bit. She's a bit useless. I mean, I'm often saying to Alice, I'm not worth paying. But yeah, there is this level of our well, she, you know, she's not really good enough for anything. And that I think that having that sort of story of Audre be told to me it was like, oh, yeah, I can, I can kind of see that. So that started us off, I think in good stead for the, the pride season. Really?</w:t>
      </w:r>
    </w:p>
    <w:p>
      <w:pPr>
        <w:spacing w:after="0"/>
      </w:pPr>
    </w:p>
    <w:p>
      <w:pPr>
        <w:spacing w:after="0"/>
      </w:pPr>
      <w:r>
        <w:rPr>
          <w:rFonts w:ascii="Arial" w:hAnsi="Arial"/>
          <w:b/>
          <w:sz w:val="22"/>
        </w:rPr>
        <w:t xml:space="preserve">Alice  </w:t>
      </w:r>
      <w:r>
        <w:rPr>
          <w:rFonts w:ascii="Arial" w:hAnsi="Arial"/>
          <w:color w:val="5D7284"/>
          <w:sz w:val="22"/>
        </w:rPr>
        <w:t>08:37</w:t>
      </w:r>
    </w:p>
    <w:p>
      <w:pPr>
        <w:spacing w:after="0"/>
      </w:pPr>
      <w:r>
        <w:rPr>
          <w:rFonts w:ascii="Arial" w:hAnsi="Arial"/>
          <w:sz w:val="22"/>
        </w:rPr>
        <w:t>Yeah, I think so. And I think that one of the things that it really got me thinking about was allyship. Yeah, I've been using that word a lot. My husband pointed out it's not it's not a word. Figure, if I say it enough, it becomes</w:t>
      </w:r>
    </w:p>
    <w:p>
      <w:pPr>
        <w:spacing w:after="0"/>
      </w:pPr>
    </w:p>
    <w:p>
      <w:pPr>
        <w:spacing w:after="0"/>
      </w:pPr>
      <w:r>
        <w:rPr>
          <w:rFonts w:ascii="Arial" w:hAnsi="Arial"/>
          <w:b/>
          <w:sz w:val="22"/>
        </w:rPr>
        <w:t xml:space="preserve">Lucy  </w:t>
      </w:r>
      <w:r>
        <w:rPr>
          <w:rFonts w:ascii="Arial" w:hAnsi="Arial"/>
          <w:color w:val="5D7284"/>
          <w:sz w:val="22"/>
        </w:rPr>
        <w:t>08:55</w:t>
      </w:r>
    </w:p>
    <w:p>
      <w:pPr>
        <w:spacing w:after="0"/>
      </w:pPr>
      <w:r>
        <w:rPr>
          <w:rFonts w:ascii="Arial" w:hAnsi="Arial"/>
          <w:sz w:val="22"/>
        </w:rPr>
        <w:t>Exactly yeah.  manifest it  manifest it .</w:t>
      </w:r>
    </w:p>
    <w:p>
      <w:pPr>
        <w:spacing w:after="0"/>
      </w:pPr>
    </w:p>
    <w:p>
      <w:pPr>
        <w:spacing w:after="0"/>
      </w:pPr>
      <w:r>
        <w:rPr>
          <w:rFonts w:ascii="Arial" w:hAnsi="Arial"/>
          <w:b/>
          <w:sz w:val="22"/>
        </w:rPr>
        <w:t xml:space="preserve">Alice  </w:t>
      </w:r>
      <w:r>
        <w:rPr>
          <w:rFonts w:ascii="Arial" w:hAnsi="Arial"/>
          <w:color w:val="5D7284"/>
          <w:sz w:val="22"/>
        </w:rPr>
        <w:t>09:00</w:t>
      </w:r>
    </w:p>
    <w:p>
      <w:pPr>
        <w:spacing w:after="0"/>
      </w:pPr>
      <w:r>
        <w:rPr>
          <w:rFonts w:ascii="Arial" w:hAnsi="Arial"/>
          <w:sz w:val="22"/>
        </w:rPr>
        <w:t xml:space="preserve">I wish our transcriptionists good luck with spelling that. Yeah. Is is thinking about because that was something Audre talked a lot about was embracing our differences across different minorities and within the same minority group. And what that means, how that makes us that empowers us. And while I was thinking about this episode, that was one of the things that I thought is kind of awesome about the fact that we've managed to drag Adam into because it is a kind of, it's, it is exactly that allyship of us, you know, Adam, is we could not make this podcast without Adam. And so by, you know, sheer existence. And, you know, by simply doing doing the editing for us, Adam is, you know, actively really being an ally for the disabled community. Because, you know, we're here, providing a space for disabled people to have their voices heard. </w:t>
      </w:r>
    </w:p>
    <w:p>
      <w:pPr>
        <w:spacing w:after="0"/>
      </w:pPr>
    </w:p>
    <w:p>
      <w:pPr>
        <w:spacing w:after="0"/>
      </w:pPr>
      <w:r>
        <w:rPr>
          <w:rFonts w:ascii="Arial" w:hAnsi="Arial"/>
          <w:b/>
          <w:sz w:val="22"/>
        </w:rPr>
        <w:t xml:space="preserve">Lucy  </w:t>
      </w:r>
      <w:r>
        <w:rPr>
          <w:rFonts w:ascii="Arial" w:hAnsi="Arial"/>
          <w:color w:val="5D7284"/>
          <w:sz w:val="22"/>
        </w:rPr>
        <w:t>10:05</w:t>
      </w:r>
    </w:p>
    <w:p>
      <w:pPr>
        <w:spacing w:after="0"/>
      </w:pPr>
      <w:r>
        <w:rPr>
          <w:rFonts w:ascii="Arial" w:hAnsi="Arial"/>
          <w:sz w:val="22"/>
        </w:rPr>
        <w:t>Yeah.</w:t>
      </w:r>
    </w:p>
    <w:p>
      <w:pPr>
        <w:spacing w:after="0"/>
      </w:pPr>
    </w:p>
    <w:p>
      <w:pPr>
        <w:spacing w:after="0"/>
      </w:pPr>
      <w:r>
        <w:rPr>
          <w:rFonts w:ascii="Arial" w:hAnsi="Arial"/>
          <w:b/>
          <w:sz w:val="22"/>
        </w:rPr>
        <w:t xml:space="preserve">Adam  </w:t>
      </w:r>
      <w:r>
        <w:rPr>
          <w:rFonts w:ascii="Arial" w:hAnsi="Arial"/>
          <w:color w:val="5D7284"/>
          <w:sz w:val="22"/>
        </w:rPr>
        <w:t>10:06</w:t>
      </w:r>
    </w:p>
    <w:p>
      <w:pPr>
        <w:spacing w:after="0"/>
      </w:pPr>
      <w:r>
        <w:rPr>
          <w:rFonts w:ascii="Arial" w:hAnsi="Arial"/>
          <w:sz w:val="22"/>
        </w:rPr>
        <w:t>Exactly. I've always felt a strong connection to the disabled community anyway. I mean, I grew up my Auntie has Downs syndrome. So I've always grew up around that. So yeah, I've always been in my life. I've always been really close to my auntie, still am.</w:t>
      </w:r>
    </w:p>
    <w:p>
      <w:pPr>
        <w:spacing w:after="0"/>
      </w:pPr>
    </w:p>
    <w:p>
      <w:pPr>
        <w:spacing w:after="0"/>
      </w:pPr>
      <w:r>
        <w:rPr>
          <w:rFonts w:ascii="Arial" w:hAnsi="Arial"/>
          <w:b/>
          <w:sz w:val="22"/>
        </w:rPr>
        <w:t xml:space="preserve">Alice  </w:t>
      </w:r>
      <w:r>
        <w:rPr>
          <w:rFonts w:ascii="Arial" w:hAnsi="Arial"/>
          <w:color w:val="5D7284"/>
          <w:sz w:val="22"/>
        </w:rPr>
        <w:t>10:19</w:t>
      </w:r>
    </w:p>
    <w:p>
      <w:pPr>
        <w:spacing w:after="0"/>
      </w:pPr>
      <w:r>
        <w:rPr>
          <w:rFonts w:ascii="Arial" w:hAnsi="Arial"/>
          <w:sz w:val="22"/>
        </w:rPr>
        <w:t>Terri's awesome. And I guess it's it's, it's that it's that kind of it is that closeness and that that connection? I think that that I think, was one of the things that Audre was talking about was it's, it's, it's not just going, Oh, well, we're all all kind of weirdos together.</w:t>
      </w:r>
    </w:p>
    <w:p>
      <w:pPr>
        <w:spacing w:after="0"/>
      </w:pPr>
    </w:p>
    <w:p>
      <w:pPr>
        <w:spacing w:after="0"/>
      </w:pPr>
      <w:r>
        <w:rPr>
          <w:rFonts w:ascii="Arial" w:hAnsi="Arial"/>
          <w:b/>
          <w:sz w:val="22"/>
        </w:rPr>
        <w:t xml:space="preserve">Lucy  </w:t>
      </w:r>
      <w:r>
        <w:rPr>
          <w:rFonts w:ascii="Arial" w:hAnsi="Arial"/>
          <w:color w:val="5D7284"/>
          <w:sz w:val="22"/>
        </w:rPr>
        <w:t>10:45</w:t>
      </w:r>
    </w:p>
    <w:p>
      <w:pPr>
        <w:spacing w:after="0"/>
      </w:pPr>
      <w:r>
        <w:rPr>
          <w:rFonts w:ascii="Arial" w:hAnsi="Arial"/>
          <w:sz w:val="22"/>
        </w:rPr>
        <w:t>No. And I think I've said I think I said in that episode, I think it was that episode about Audre the fact that you know, because because, you know, because I find myself in a minority group of people. I try not to be well, you think you've got it hard because you're gay try being disabled, there isn't this like, it's not top trumps of minority, or it's not minority Top Trumps that you I always try and have this. I always have, even before I started the podcast, this this kind of thing of well, we all have our struggles. And even though your struggle may be different to mine, in the same way, we're still facing adversity and hardship. So let's try and sort of be kind and be nice to one another and support each other rather than ripping us ripping you each other to shreds. That's so important to, you know, to me as a</w:t>
      </w:r>
    </w:p>
    <w:p>
      <w:pPr>
        <w:spacing w:after="0"/>
      </w:pPr>
    </w:p>
    <w:p>
      <w:pPr>
        <w:spacing w:after="0"/>
      </w:pPr>
      <w:r>
        <w:rPr>
          <w:rFonts w:ascii="Arial" w:hAnsi="Arial"/>
          <w:b/>
          <w:sz w:val="22"/>
        </w:rPr>
        <w:t xml:space="preserve">Adam  </w:t>
      </w:r>
      <w:r>
        <w:rPr>
          <w:rFonts w:ascii="Arial" w:hAnsi="Arial"/>
          <w:color w:val="5D7284"/>
          <w:sz w:val="22"/>
        </w:rPr>
        <w:t>11:45</w:t>
      </w:r>
    </w:p>
    <w:p>
      <w:pPr>
        <w:spacing w:after="0"/>
      </w:pPr>
      <w:r>
        <w:rPr>
          <w:rFonts w:ascii="Arial" w:hAnsi="Arial"/>
          <w:sz w:val="22"/>
        </w:rPr>
        <w:t>Exactly. And everyone goes through different things. And it's not the same for everyone in all the communities. I mean, even just when I came out as gay, absolutely fine. My parents were like, Yeah, and that was it. Kind of moved on.</w:t>
      </w:r>
    </w:p>
    <w:p>
      <w:pPr>
        <w:spacing w:after="0"/>
      </w:pPr>
    </w:p>
    <w:p>
      <w:pPr>
        <w:spacing w:after="0"/>
      </w:pPr>
      <w:r>
        <w:rPr>
          <w:rFonts w:ascii="Arial" w:hAnsi="Arial"/>
          <w:b/>
          <w:sz w:val="22"/>
        </w:rPr>
        <w:t xml:space="preserve">Lucy  </w:t>
      </w:r>
      <w:r>
        <w:rPr>
          <w:rFonts w:ascii="Arial" w:hAnsi="Arial"/>
          <w:color w:val="5D7284"/>
          <w:sz w:val="22"/>
        </w:rPr>
        <w:t>12:00</w:t>
      </w:r>
    </w:p>
    <w:p>
      <w:pPr>
        <w:spacing w:after="0"/>
      </w:pPr>
      <w:r>
        <w:rPr>
          <w:rFonts w:ascii="Arial" w:hAnsi="Arial"/>
          <w:sz w:val="22"/>
        </w:rPr>
        <w:t>[laughs]</w:t>
      </w:r>
    </w:p>
    <w:p>
      <w:pPr>
        <w:spacing w:after="0"/>
      </w:pPr>
    </w:p>
    <w:p>
      <w:pPr>
        <w:spacing w:after="0"/>
      </w:pPr>
      <w:r>
        <w:rPr>
          <w:rFonts w:ascii="Arial" w:hAnsi="Arial"/>
          <w:b/>
          <w:sz w:val="22"/>
        </w:rPr>
        <w:t xml:space="preserve">Adam  </w:t>
      </w:r>
      <w:r>
        <w:rPr>
          <w:rFonts w:ascii="Arial" w:hAnsi="Arial"/>
          <w:color w:val="5D7284"/>
          <w:sz w:val="22"/>
        </w:rPr>
        <w:t>12:00</w:t>
      </w:r>
    </w:p>
    <w:p>
      <w:pPr>
        <w:spacing w:after="0"/>
      </w:pPr>
      <w:r>
        <w:rPr>
          <w:rFonts w:ascii="Arial" w:hAnsi="Arial"/>
          <w:sz w:val="22"/>
        </w:rPr>
        <w:t xml:space="preserve">You obviously hear all these horror stories of, I mean, especially hear about it in America where parents just kick their kids out, and then never speak to them again. Yeah. </w:t>
      </w:r>
    </w:p>
    <w:p>
      <w:pPr>
        <w:spacing w:after="0"/>
      </w:pPr>
    </w:p>
    <w:p>
      <w:pPr>
        <w:spacing w:after="0"/>
      </w:pPr>
      <w:r>
        <w:rPr>
          <w:rFonts w:ascii="Arial" w:hAnsi="Arial"/>
          <w:b/>
          <w:sz w:val="22"/>
        </w:rPr>
        <w:t xml:space="preserve">Lucy  </w:t>
      </w:r>
      <w:r>
        <w:rPr>
          <w:rFonts w:ascii="Arial" w:hAnsi="Arial"/>
          <w:color w:val="5D7284"/>
          <w:sz w:val="22"/>
        </w:rPr>
        <w:t>12:10</w:t>
      </w:r>
    </w:p>
    <w:p>
      <w:pPr>
        <w:spacing w:after="0"/>
      </w:pPr>
      <w:r>
        <w:rPr>
          <w:rFonts w:ascii="Arial" w:hAnsi="Arial"/>
          <w:sz w:val="22"/>
        </w:rPr>
        <w:t xml:space="preserve">Yeah </w:t>
      </w:r>
    </w:p>
    <w:p>
      <w:pPr>
        <w:spacing w:after="0"/>
      </w:pPr>
    </w:p>
    <w:p>
      <w:pPr>
        <w:spacing w:after="0"/>
      </w:pPr>
      <w:r>
        <w:rPr>
          <w:rFonts w:ascii="Arial" w:hAnsi="Arial"/>
          <w:b/>
          <w:sz w:val="22"/>
        </w:rPr>
        <w:t xml:space="preserve">Adam  </w:t>
      </w:r>
      <w:r>
        <w:rPr>
          <w:rFonts w:ascii="Arial" w:hAnsi="Arial"/>
          <w:color w:val="5D7284"/>
          <w:sz w:val="22"/>
        </w:rPr>
        <w:t>12:11</w:t>
      </w:r>
    </w:p>
    <w:p>
      <w:pPr>
        <w:spacing w:after="0"/>
      </w:pPr>
      <w:r>
        <w:rPr>
          <w:rFonts w:ascii="Arial" w:hAnsi="Arial"/>
          <w:sz w:val="22"/>
        </w:rPr>
        <w:t>And it's, you know, such a scale of what people go through.</w:t>
      </w:r>
    </w:p>
    <w:p>
      <w:pPr>
        <w:spacing w:after="0"/>
      </w:pPr>
    </w:p>
    <w:p>
      <w:pPr>
        <w:spacing w:after="0"/>
      </w:pPr>
      <w:r>
        <w:rPr>
          <w:rFonts w:ascii="Arial" w:hAnsi="Arial"/>
          <w:b/>
          <w:sz w:val="22"/>
        </w:rPr>
        <w:t xml:space="preserve">Lucy  </w:t>
      </w:r>
      <w:r>
        <w:rPr>
          <w:rFonts w:ascii="Arial" w:hAnsi="Arial"/>
          <w:color w:val="5D7284"/>
          <w:sz w:val="22"/>
        </w:rPr>
        <w:t>12:16</w:t>
      </w:r>
    </w:p>
    <w:p>
      <w:pPr>
        <w:spacing w:after="0"/>
      </w:pPr>
      <w:r>
        <w:rPr>
          <w:rFonts w:ascii="Arial" w:hAnsi="Arial"/>
          <w:sz w:val="22"/>
        </w:rPr>
        <w:t>Umm</w:t>
      </w:r>
    </w:p>
    <w:p>
      <w:pPr>
        <w:spacing w:after="0"/>
      </w:pPr>
    </w:p>
    <w:p>
      <w:pPr>
        <w:spacing w:after="0"/>
      </w:pPr>
      <w:r>
        <w:rPr>
          <w:rFonts w:ascii="Arial" w:hAnsi="Arial"/>
          <w:b/>
          <w:sz w:val="22"/>
        </w:rPr>
        <w:t xml:space="preserve">Alice  </w:t>
      </w:r>
      <w:r>
        <w:rPr>
          <w:rFonts w:ascii="Arial" w:hAnsi="Arial"/>
          <w:color w:val="5D7284"/>
          <w:sz w:val="22"/>
        </w:rPr>
        <w:t>12:17</w:t>
      </w:r>
    </w:p>
    <w:p>
      <w:pPr>
        <w:spacing w:after="0"/>
      </w:pPr>
      <w:r>
        <w:rPr>
          <w:rFonts w:ascii="Arial" w:hAnsi="Arial"/>
          <w:sz w:val="22"/>
        </w:rPr>
        <w:t xml:space="preserve">So I guess... </w:t>
      </w:r>
    </w:p>
    <w:p>
      <w:pPr>
        <w:spacing w:after="0"/>
      </w:pPr>
    </w:p>
    <w:p>
      <w:pPr>
        <w:spacing w:after="0"/>
      </w:pPr>
      <w:r>
        <w:rPr>
          <w:rFonts w:ascii="Arial" w:hAnsi="Arial"/>
          <w:b/>
          <w:sz w:val="22"/>
        </w:rPr>
        <w:t xml:space="preserve">Lucy  </w:t>
      </w:r>
      <w:r>
        <w:rPr>
          <w:rFonts w:ascii="Arial" w:hAnsi="Arial"/>
          <w:color w:val="5D7284"/>
          <w:sz w:val="22"/>
        </w:rPr>
        <w:t>12:19</w:t>
      </w:r>
    </w:p>
    <w:p>
      <w:pPr>
        <w:spacing w:after="0"/>
      </w:pPr>
      <w:r>
        <w:rPr>
          <w:rFonts w:ascii="Arial" w:hAnsi="Arial"/>
          <w:sz w:val="22"/>
        </w:rPr>
        <w:t xml:space="preserve">Go on Alice. </w:t>
      </w:r>
    </w:p>
    <w:p>
      <w:pPr>
        <w:spacing w:after="0"/>
      </w:pPr>
    </w:p>
    <w:p>
      <w:pPr>
        <w:spacing w:after="0"/>
      </w:pPr>
      <w:r>
        <w:rPr>
          <w:rFonts w:ascii="Arial" w:hAnsi="Arial"/>
          <w:b/>
          <w:sz w:val="22"/>
        </w:rPr>
        <w:t xml:space="preserve">Alice  </w:t>
      </w:r>
      <w:r>
        <w:rPr>
          <w:rFonts w:ascii="Arial" w:hAnsi="Arial"/>
          <w:color w:val="5D7284"/>
          <w:sz w:val="22"/>
        </w:rPr>
        <w:t>12:19</w:t>
      </w:r>
    </w:p>
    <w:p>
      <w:pPr>
        <w:spacing w:after="0"/>
      </w:pPr>
      <w:r>
        <w:rPr>
          <w:rFonts w:ascii="Arial" w:hAnsi="Arial"/>
          <w:sz w:val="22"/>
        </w:rPr>
        <w:t>No you go on.</w:t>
      </w:r>
    </w:p>
    <w:p>
      <w:pPr>
        <w:spacing w:after="0"/>
      </w:pPr>
    </w:p>
    <w:p>
      <w:pPr>
        <w:spacing w:after="0"/>
      </w:pPr>
      <w:r>
        <w:rPr>
          <w:rFonts w:ascii="Arial" w:hAnsi="Arial"/>
          <w:b/>
          <w:sz w:val="22"/>
        </w:rPr>
        <w:t xml:space="preserve">Lucy  </w:t>
      </w:r>
      <w:r>
        <w:rPr>
          <w:rFonts w:ascii="Arial" w:hAnsi="Arial"/>
          <w:color w:val="5D7284"/>
          <w:sz w:val="22"/>
        </w:rPr>
        <w:t>12:20</w:t>
      </w:r>
    </w:p>
    <w:p>
      <w:pPr>
        <w:spacing w:after="0"/>
      </w:pPr>
      <w:r>
        <w:rPr>
          <w:rFonts w:ascii="Arial" w:hAnsi="Arial"/>
          <w:sz w:val="22"/>
        </w:rPr>
        <w:t>I can't remember what i was going to say. Go on , you go on.</w:t>
      </w:r>
    </w:p>
    <w:p>
      <w:pPr>
        <w:spacing w:after="0"/>
      </w:pPr>
    </w:p>
    <w:p>
      <w:pPr>
        <w:spacing w:after="0"/>
      </w:pPr>
      <w:r>
        <w:rPr>
          <w:rFonts w:ascii="Arial" w:hAnsi="Arial"/>
          <w:b/>
          <w:sz w:val="22"/>
        </w:rPr>
        <w:t xml:space="preserve">Alice  </w:t>
      </w:r>
      <w:r>
        <w:rPr>
          <w:rFonts w:ascii="Arial" w:hAnsi="Arial"/>
          <w:color w:val="5D7284"/>
          <w:sz w:val="22"/>
        </w:rPr>
        <w:t>12:22</w:t>
      </w:r>
    </w:p>
    <w:p>
      <w:pPr>
        <w:spacing w:after="0"/>
      </w:pPr>
      <w:r>
        <w:rPr>
          <w:rFonts w:ascii="Arial" w:hAnsi="Arial"/>
          <w:sz w:val="22"/>
        </w:rPr>
        <w:t xml:space="preserve">I was going to sort of start. So I guess that erm, you know, that that acceptance is something that kind of is another bit of a theme that's come up this, this series. you know, thinking about sort of stuff that Elle. Elle talked about when she was on with us, and also a lot of the things that Lee talked about when he was on, you know, Elle's experience of medical professionals and trying to sort of get her her correct diagnosis and the right support, I think was really colored by her intersectional identity. You know, she's a Asexual disabled woman. And I think that, you know, she experienced quite a lot of medical gaslighting. And that also, you know, her her religious background I think it's similar to some of the Adam was alluding to is there is that extreme sort of religious zealotry around sexuality. And, you know, I know that she's been, she'd sort of said, she's found it quite difficult to share what is a huge part of her identity with her parents and her family? And I guess, just just thinking about that acceptances. For me, and Lucy, you know, we kind of our families have accepted our disabilities and cuz they kind of have to there's no avoiding it and no ignorig it. </w:t>
      </w:r>
    </w:p>
    <w:p>
      <w:pPr>
        <w:spacing w:after="0"/>
      </w:pPr>
    </w:p>
    <w:p>
      <w:pPr>
        <w:spacing w:after="0"/>
      </w:pPr>
      <w:r>
        <w:rPr>
          <w:rFonts w:ascii="Arial" w:hAnsi="Arial"/>
          <w:b/>
          <w:sz w:val="22"/>
        </w:rPr>
        <w:t xml:space="preserve">Adam  </w:t>
      </w:r>
      <w:r>
        <w:rPr>
          <w:rFonts w:ascii="Arial" w:hAnsi="Arial"/>
          <w:color w:val="5D7284"/>
          <w:sz w:val="22"/>
        </w:rPr>
        <w:t>12:37</w:t>
      </w:r>
    </w:p>
    <w:p>
      <w:pPr>
        <w:spacing w:after="0"/>
      </w:pPr>
      <w:r>
        <w:rPr>
          <w:rFonts w:ascii="Arial" w:hAnsi="Arial"/>
          <w:sz w:val="22"/>
        </w:rPr>
        <w:t>Yep.</w:t>
      </w:r>
    </w:p>
    <w:p>
      <w:pPr>
        <w:spacing w:after="0"/>
      </w:pPr>
    </w:p>
    <w:p>
      <w:pPr>
        <w:spacing w:after="0"/>
      </w:pPr>
      <w:r>
        <w:rPr>
          <w:rFonts w:ascii="Arial" w:hAnsi="Arial"/>
          <w:b/>
          <w:sz w:val="22"/>
        </w:rPr>
        <w:t xml:space="preserve">Lucy  </w:t>
      </w:r>
      <w:r>
        <w:rPr>
          <w:rFonts w:ascii="Arial" w:hAnsi="Arial"/>
          <w:color w:val="5D7284"/>
          <w:sz w:val="22"/>
        </w:rPr>
        <w:t>13:57</w:t>
      </w:r>
    </w:p>
    <w:p>
      <w:pPr>
        <w:spacing w:after="0"/>
      </w:pPr>
      <w:r>
        <w:rPr>
          <w:rFonts w:ascii="Arial" w:hAnsi="Arial"/>
          <w:sz w:val="22"/>
        </w:rPr>
        <w:t>It's not like wearing a party ring and going I don't like that take it off.</w:t>
      </w:r>
    </w:p>
    <w:p>
      <w:pPr>
        <w:spacing w:after="0"/>
      </w:pPr>
    </w:p>
    <w:p>
      <w:pPr>
        <w:spacing w:after="0"/>
      </w:pPr>
      <w:r>
        <w:rPr>
          <w:rFonts w:ascii="Arial" w:hAnsi="Arial"/>
          <w:b/>
          <w:sz w:val="22"/>
        </w:rPr>
        <w:t xml:space="preserve">Adam  </w:t>
      </w:r>
      <w:r>
        <w:rPr>
          <w:rFonts w:ascii="Arial" w:hAnsi="Arial"/>
          <w:color w:val="5D7284"/>
          <w:sz w:val="22"/>
        </w:rPr>
        <w:t>14:02</w:t>
      </w:r>
    </w:p>
    <w:p>
      <w:pPr>
        <w:spacing w:after="0"/>
      </w:pPr>
      <w:r>
        <w:rPr>
          <w:rFonts w:ascii="Arial" w:hAnsi="Arial"/>
          <w:sz w:val="22"/>
        </w:rPr>
        <w:t>Yeah, you dont come out at 16 as a wheelchair user, they just kick you out of the house kind of thing.</w:t>
      </w:r>
    </w:p>
    <w:p>
      <w:pPr>
        <w:spacing w:after="0"/>
      </w:pPr>
    </w:p>
    <w:p>
      <w:pPr>
        <w:spacing w:after="0"/>
      </w:pPr>
      <w:r>
        <w:rPr>
          <w:rFonts w:ascii="Arial" w:hAnsi="Arial"/>
          <w:b/>
          <w:sz w:val="22"/>
        </w:rPr>
        <w:t xml:space="preserve">Lucy  </w:t>
      </w:r>
      <w:r>
        <w:rPr>
          <w:rFonts w:ascii="Arial" w:hAnsi="Arial"/>
          <w:color w:val="5D7284"/>
          <w:sz w:val="22"/>
        </w:rPr>
        <w:t>14:08</w:t>
      </w:r>
    </w:p>
    <w:p>
      <w:pPr>
        <w:spacing w:after="0"/>
      </w:pPr>
      <w:r>
        <w:rPr>
          <w:rFonts w:ascii="Arial" w:hAnsi="Arial"/>
          <w:sz w:val="22"/>
        </w:rPr>
        <w:t>Woah, woah, what's this? I don't know what this is. Like... [laughs]</w:t>
      </w:r>
    </w:p>
    <w:p>
      <w:pPr>
        <w:spacing w:after="0"/>
      </w:pPr>
    </w:p>
    <w:p>
      <w:pPr>
        <w:spacing w:after="0"/>
      </w:pPr>
      <w:r>
        <w:rPr>
          <w:rFonts w:ascii="Arial" w:hAnsi="Arial"/>
          <w:b/>
          <w:sz w:val="22"/>
        </w:rPr>
        <w:t xml:space="preserve">Alice  </w:t>
      </w:r>
      <w:r>
        <w:rPr>
          <w:rFonts w:ascii="Arial" w:hAnsi="Arial"/>
          <w:color w:val="5D7284"/>
          <w:sz w:val="22"/>
        </w:rPr>
        <w:t>14:12</w:t>
      </w:r>
    </w:p>
    <w:p>
      <w:pPr>
        <w:spacing w:after="0"/>
      </w:pPr>
      <w:r>
        <w:rPr>
          <w:rFonts w:ascii="Arial" w:hAnsi="Arial"/>
          <w:sz w:val="22"/>
        </w:rPr>
        <w:t>I think I mean, I think, you know, from actually thinking about Leo's story, he did experience that a little bit of as his disability kind of developed, as his POTS kind of developed. But yeah, I think that that's something that is a little bit it's not quite as common amongst the disabled community as it is within the gay community that having to, to stick your neck out to friends and family as well</w:t>
      </w:r>
    </w:p>
    <w:p>
      <w:pPr>
        <w:spacing w:after="0"/>
      </w:pPr>
    </w:p>
    <w:p>
      <w:pPr>
        <w:spacing w:after="0"/>
      </w:pPr>
      <w:r>
        <w:rPr>
          <w:rFonts w:ascii="Arial" w:hAnsi="Arial"/>
          <w:b/>
          <w:sz w:val="22"/>
        </w:rPr>
        <w:t xml:space="preserve">Lucy  </w:t>
      </w:r>
      <w:r>
        <w:rPr>
          <w:rFonts w:ascii="Arial" w:hAnsi="Arial"/>
          <w:color w:val="5D7284"/>
          <w:sz w:val="22"/>
        </w:rPr>
        <w:t>14:42</w:t>
      </w:r>
    </w:p>
    <w:p>
      <w:pPr>
        <w:spacing w:after="0"/>
      </w:pPr>
      <w:r>
        <w:rPr>
          <w:rFonts w:ascii="Arial" w:hAnsi="Arial"/>
          <w:sz w:val="22"/>
        </w:rPr>
        <w:t>Yeah. But I think as well, the thing that I learned from Leo's episode was the fact that once you get acceptance, you know, once or just in general, really, throughout the pride episodes, once you get acceptance, everything else starts to fall into place because you're more comfortable in who you are. And so you're not, you're not hyper focused on having to hide anything. So you can sort of relax into yourself a little bit. And then everything else falls into place, whether it be sort of sexuality or anything like that. Really, it's kind of like it. Having an acceptance gives you permission to relax about everything else, doesn't it, I suppose, is what I'm trying to say.</w:t>
      </w:r>
    </w:p>
    <w:p>
      <w:pPr>
        <w:spacing w:after="0"/>
      </w:pPr>
    </w:p>
    <w:p>
      <w:pPr>
        <w:spacing w:after="0"/>
      </w:pPr>
      <w:r>
        <w:rPr>
          <w:rFonts w:ascii="Arial" w:hAnsi="Arial"/>
          <w:b/>
          <w:sz w:val="22"/>
        </w:rPr>
        <w:t xml:space="preserve">Alice  </w:t>
      </w:r>
      <w:r>
        <w:rPr>
          <w:rFonts w:ascii="Arial" w:hAnsi="Arial"/>
          <w:color w:val="5D7284"/>
          <w:sz w:val="22"/>
        </w:rPr>
        <w:t>15:25</w:t>
      </w:r>
    </w:p>
    <w:p>
      <w:pPr>
        <w:spacing w:after="0"/>
      </w:pPr>
      <w:r>
        <w:rPr>
          <w:rFonts w:ascii="Arial" w:hAnsi="Arial"/>
          <w:sz w:val="22"/>
        </w:rPr>
        <w:t xml:space="preserve">Did you feel Adam before you, like came out? Because you've been out amongst your friends for as long as I've known you. </w:t>
      </w:r>
    </w:p>
    <w:p>
      <w:pPr>
        <w:spacing w:after="0"/>
      </w:pPr>
    </w:p>
    <w:p>
      <w:pPr>
        <w:spacing w:after="0"/>
      </w:pPr>
      <w:r>
        <w:rPr>
          <w:rFonts w:ascii="Arial" w:hAnsi="Arial"/>
          <w:b/>
          <w:sz w:val="22"/>
        </w:rPr>
        <w:t xml:space="preserve">Adam  </w:t>
      </w:r>
      <w:r>
        <w:rPr>
          <w:rFonts w:ascii="Arial" w:hAnsi="Arial"/>
          <w:color w:val="5D7284"/>
          <w:sz w:val="22"/>
        </w:rPr>
        <w:t>15:32</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15:32</w:t>
      </w:r>
    </w:p>
    <w:p>
      <w:pPr>
        <w:spacing w:after="0"/>
      </w:pPr>
      <w:r>
        <w:rPr>
          <w:rFonts w:ascii="Arial" w:hAnsi="Arial"/>
          <w:sz w:val="22"/>
        </w:rPr>
        <w:t>But like before you came out to your parents? Did you? Did you feel kind of a nervousness about, like, trying to keep it from them?</w:t>
      </w:r>
    </w:p>
    <w:p>
      <w:pPr>
        <w:spacing w:after="0"/>
      </w:pPr>
    </w:p>
    <w:p>
      <w:pPr>
        <w:spacing w:after="0"/>
      </w:pPr>
      <w:r>
        <w:rPr>
          <w:rFonts w:ascii="Arial" w:hAnsi="Arial"/>
          <w:b/>
          <w:sz w:val="22"/>
        </w:rPr>
        <w:t xml:space="preserve">Adam  </w:t>
      </w:r>
      <w:r>
        <w:rPr>
          <w:rFonts w:ascii="Arial" w:hAnsi="Arial"/>
          <w:color w:val="5D7284"/>
          <w:sz w:val="22"/>
        </w:rPr>
        <w:t>15:42</w:t>
      </w:r>
    </w:p>
    <w:p>
      <w:pPr>
        <w:spacing w:after="0"/>
      </w:pPr>
      <w:r>
        <w:rPr>
          <w:rFonts w:ascii="Arial" w:hAnsi="Arial"/>
          <w:sz w:val="22"/>
        </w:rPr>
        <w:t>Yeah, I suppose I did. I knew that they would be accepting because my parents have always liked my friends that have been boys and not girls. So I don't think my parents liked girls anyway  [laughs] But yeah, it's still you know, butterfly moment when, I mean, when I came out, it came about because I was about to move into a one bedroom flat with my boyfriend. So they were helping me move in. And there was no sort of denying it</w:t>
      </w:r>
    </w:p>
    <w:p>
      <w:pPr>
        <w:spacing w:after="0"/>
      </w:pPr>
    </w:p>
    <w:p>
      <w:pPr>
        <w:spacing w:after="0"/>
      </w:pPr>
      <w:r>
        <w:rPr>
          <w:rFonts w:ascii="Arial" w:hAnsi="Arial"/>
          <w:b/>
          <w:sz w:val="22"/>
        </w:rPr>
        <w:t xml:space="preserve">Lucy  </w:t>
      </w:r>
      <w:r>
        <w:rPr>
          <w:rFonts w:ascii="Arial" w:hAnsi="Arial"/>
          <w:color w:val="5D7284"/>
          <w:sz w:val="22"/>
        </w:rPr>
        <w:t>16:06</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16:07</w:t>
      </w:r>
    </w:p>
    <w:p>
      <w:pPr>
        <w:spacing w:after="0"/>
      </w:pPr>
      <w:r>
        <w:rPr>
          <w:rFonts w:ascii="Arial" w:hAnsi="Arial"/>
          <w:sz w:val="22"/>
        </w:rPr>
        <w:t xml:space="preserve">Thanks Karen </w:t>
      </w:r>
    </w:p>
    <w:p>
      <w:pPr>
        <w:spacing w:after="0"/>
      </w:pPr>
    </w:p>
    <w:p>
      <w:pPr>
        <w:spacing w:after="0"/>
      </w:pPr>
      <w:r>
        <w:rPr>
          <w:rFonts w:ascii="Arial" w:hAnsi="Arial"/>
          <w:b/>
          <w:sz w:val="22"/>
        </w:rPr>
        <w:t xml:space="preserve">Lucy  </w:t>
      </w:r>
      <w:r>
        <w:rPr>
          <w:rFonts w:ascii="Arial" w:hAnsi="Arial"/>
          <w:color w:val="5D7284"/>
          <w:sz w:val="22"/>
        </w:rPr>
        <w:t>16:15</w:t>
      </w:r>
    </w:p>
    <w:p>
      <w:pPr>
        <w:spacing w:after="0"/>
      </w:pPr>
      <w:r>
        <w:rPr>
          <w:rFonts w:ascii="Arial" w:hAnsi="Arial"/>
          <w:sz w:val="22"/>
        </w:rPr>
        <w:t>Oh yes dont worry about him. He's just sleeping in the dining room.</w:t>
      </w:r>
    </w:p>
    <w:p>
      <w:pPr>
        <w:spacing w:after="0"/>
      </w:pPr>
    </w:p>
    <w:p>
      <w:pPr>
        <w:spacing w:after="0"/>
      </w:pPr>
      <w:r>
        <w:rPr>
          <w:rFonts w:ascii="Arial" w:hAnsi="Arial"/>
          <w:b/>
          <w:sz w:val="22"/>
        </w:rPr>
        <w:t xml:space="preserve">Adam  </w:t>
      </w:r>
      <w:r>
        <w:rPr>
          <w:rFonts w:ascii="Arial" w:hAnsi="Arial"/>
          <w:color w:val="5D7284"/>
          <w:sz w:val="22"/>
        </w:rPr>
        <w:t>16:18</w:t>
      </w:r>
    </w:p>
    <w:p>
      <w:pPr>
        <w:spacing w:after="0"/>
      </w:pPr>
      <w:r>
        <w:rPr>
          <w:rFonts w:ascii="Arial" w:hAnsi="Arial"/>
          <w:sz w:val="22"/>
        </w:rPr>
        <w:t>Anyone no matter who will feel a sense of nervousness coming out. But luckily, it went very well. So yeah.</w:t>
      </w:r>
    </w:p>
    <w:p>
      <w:pPr>
        <w:spacing w:after="0"/>
      </w:pPr>
    </w:p>
    <w:p>
      <w:pPr>
        <w:spacing w:after="0"/>
      </w:pPr>
      <w:r>
        <w:rPr>
          <w:rFonts w:ascii="Arial" w:hAnsi="Arial"/>
          <w:b/>
          <w:sz w:val="22"/>
        </w:rPr>
        <w:t xml:space="preserve">Lucy  </w:t>
      </w:r>
      <w:r>
        <w:rPr>
          <w:rFonts w:ascii="Arial" w:hAnsi="Arial"/>
          <w:color w:val="5D7284"/>
          <w:sz w:val="22"/>
        </w:rPr>
        <w:t>16:27</w:t>
      </w:r>
    </w:p>
    <w:p>
      <w:pPr>
        <w:spacing w:after="0"/>
      </w:pPr>
      <w:r>
        <w:rPr>
          <w:rFonts w:ascii="Arial" w:hAnsi="Arial"/>
          <w:sz w:val="22"/>
        </w:rPr>
        <w:t xml:space="preserve">Did you get a sense that they like kind of? Or like already know? </w:t>
      </w:r>
    </w:p>
    <w:p>
      <w:pPr>
        <w:spacing w:after="0"/>
      </w:pPr>
    </w:p>
    <w:p>
      <w:pPr>
        <w:spacing w:after="0"/>
      </w:pPr>
      <w:r>
        <w:rPr>
          <w:rFonts w:ascii="Arial" w:hAnsi="Arial"/>
          <w:b/>
          <w:sz w:val="22"/>
        </w:rPr>
        <w:t xml:space="preserve">Adam  </w:t>
      </w:r>
      <w:r>
        <w:rPr>
          <w:rFonts w:ascii="Arial" w:hAnsi="Arial"/>
          <w:color w:val="5D7284"/>
          <w:sz w:val="22"/>
        </w:rPr>
        <w:t>16:32</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16:33</w:t>
      </w:r>
    </w:p>
    <w:p>
      <w:pPr>
        <w:spacing w:after="0"/>
      </w:pPr>
      <w:r>
        <w:rPr>
          <w:rFonts w:ascii="Arial" w:hAnsi="Arial"/>
          <w:sz w:val="22"/>
        </w:rPr>
        <w:t xml:space="preserve">Yeah. </w:t>
      </w:r>
    </w:p>
    <w:p>
      <w:pPr>
        <w:spacing w:after="0"/>
      </w:pPr>
    </w:p>
    <w:p>
      <w:pPr>
        <w:spacing w:after="0"/>
      </w:pPr>
      <w:r>
        <w:rPr>
          <w:rFonts w:ascii="Arial" w:hAnsi="Arial"/>
          <w:b/>
          <w:sz w:val="22"/>
        </w:rPr>
        <w:t xml:space="preserve">Adam  </w:t>
      </w:r>
      <w:r>
        <w:rPr>
          <w:rFonts w:ascii="Arial" w:hAnsi="Arial"/>
          <w:color w:val="5D7284"/>
          <w:sz w:val="22"/>
        </w:rPr>
        <w:t>16:34</w:t>
      </w:r>
    </w:p>
    <w:p>
      <w:pPr>
        <w:spacing w:after="0"/>
      </w:pPr>
      <w:r>
        <w:rPr>
          <w:rFonts w:ascii="Arial" w:hAnsi="Arial"/>
          <w:sz w:val="22"/>
        </w:rPr>
        <w:t>Yeah. To a degree. I think you always kind of assuming, I mean, parents know more than they let on anyway. About anything you do.</w:t>
      </w:r>
    </w:p>
    <w:p>
      <w:pPr>
        <w:spacing w:after="0"/>
      </w:pPr>
    </w:p>
    <w:p>
      <w:pPr>
        <w:spacing w:after="0"/>
      </w:pPr>
      <w:r>
        <w:rPr>
          <w:rFonts w:ascii="Arial" w:hAnsi="Arial"/>
          <w:b/>
          <w:sz w:val="22"/>
        </w:rPr>
        <w:t xml:space="preserve">Alice  </w:t>
      </w:r>
      <w:r>
        <w:rPr>
          <w:rFonts w:ascii="Arial" w:hAnsi="Arial"/>
          <w:color w:val="5D7284"/>
          <w:sz w:val="22"/>
        </w:rPr>
        <w:t>16:34</w:t>
      </w:r>
    </w:p>
    <w:p>
      <w:pPr>
        <w:spacing w:after="0"/>
      </w:pPr>
      <w:r>
        <w:rPr>
          <w:rFonts w:ascii="Arial" w:hAnsi="Arial"/>
          <w:sz w:val="22"/>
        </w:rPr>
        <w:t>And you'd been with your partner for like, what? It must have been coming up for 10 years when you go to moved out together. So</w:t>
      </w:r>
    </w:p>
    <w:p>
      <w:pPr>
        <w:spacing w:after="0"/>
      </w:pPr>
    </w:p>
    <w:p>
      <w:pPr>
        <w:spacing w:after="0"/>
      </w:pPr>
      <w:r>
        <w:rPr>
          <w:rFonts w:ascii="Arial" w:hAnsi="Arial"/>
          <w:b/>
          <w:sz w:val="22"/>
        </w:rPr>
        <w:t xml:space="preserve">Adam  </w:t>
      </w:r>
      <w:r>
        <w:rPr>
          <w:rFonts w:ascii="Arial" w:hAnsi="Arial"/>
          <w:color w:val="5D7284"/>
          <w:sz w:val="22"/>
        </w:rPr>
        <w:t>16:54</w:t>
      </w:r>
    </w:p>
    <w:p>
      <w:pPr>
        <w:spacing w:after="0"/>
      </w:pPr>
      <w:r>
        <w:rPr>
          <w:rFonts w:ascii="Arial" w:hAnsi="Arial"/>
          <w:sz w:val="22"/>
        </w:rPr>
        <w:t>I can't remember when it was. So it was 2007 I know. When did we start Uni we started 2007 Didn't we? So 2008 Yeah. So it would have been about three or two or three years maybe?</w:t>
      </w:r>
    </w:p>
    <w:p>
      <w:pPr>
        <w:spacing w:after="0"/>
      </w:pPr>
    </w:p>
    <w:p>
      <w:pPr>
        <w:spacing w:after="0"/>
      </w:pPr>
      <w:r>
        <w:rPr>
          <w:rFonts w:ascii="Arial" w:hAnsi="Arial"/>
          <w:b/>
          <w:sz w:val="22"/>
        </w:rPr>
        <w:t xml:space="preserve">Alice  </w:t>
      </w:r>
      <w:r>
        <w:rPr>
          <w:rFonts w:ascii="Arial" w:hAnsi="Arial"/>
          <w:color w:val="5D7284"/>
          <w:sz w:val="22"/>
        </w:rPr>
        <w:t>17:09</w:t>
      </w:r>
    </w:p>
    <w:p>
      <w:pPr>
        <w:spacing w:after="0"/>
      </w:pPr>
      <w:r>
        <w:rPr>
          <w:rFonts w:ascii="Arial" w:hAnsi="Arial"/>
          <w:sz w:val="22"/>
        </w:rPr>
        <w:t>Gosh is that is, Just kind of feels like forever. But yeah, you I suppose. You know, you'd been bringing him around a lot already. So it wasn't like you were going to be introducing them to some stranger being like, Hey, this is actually you know, the love of my life who you've never met before and I've been keeping secret from you for years.</w:t>
      </w:r>
    </w:p>
    <w:p>
      <w:pPr>
        <w:spacing w:after="0"/>
      </w:pPr>
    </w:p>
    <w:p>
      <w:pPr>
        <w:spacing w:after="0"/>
      </w:pPr>
      <w:r>
        <w:rPr>
          <w:rFonts w:ascii="Arial" w:hAnsi="Arial"/>
          <w:b/>
          <w:sz w:val="22"/>
        </w:rPr>
        <w:t xml:space="preserve">Adam  </w:t>
      </w:r>
      <w:r>
        <w:rPr>
          <w:rFonts w:ascii="Arial" w:hAnsi="Arial"/>
          <w:color w:val="5D7284"/>
          <w:sz w:val="22"/>
        </w:rPr>
        <w:t>17:31</w:t>
      </w:r>
    </w:p>
    <w:p>
      <w:pPr>
        <w:spacing w:after="0"/>
      </w:pPr>
      <w:r>
        <w:rPr>
          <w:rFonts w:ascii="Arial" w:hAnsi="Arial"/>
          <w:sz w:val="22"/>
        </w:rPr>
        <w:t>Yeah, no, exactly. See, they, they had to have known so. Yeah. Yeah. I mean, when I when I came out, they, I mean, my mum said, Yeah, well, we know. My dad came out and then my mum. I think she's doing it was great. She was like, go on Adam, tell your dad what you just told me. So I told him and he just went "And?" then I went to work and its been the same ever since.   You were kind of, well, you've ruined my not.. my big announcement. Yeah. Make it more dramtised like kick me out. At least for half an hour.</w:t>
      </w:r>
    </w:p>
    <w:p>
      <w:pPr>
        <w:spacing w:after="0"/>
      </w:pPr>
    </w:p>
    <w:p>
      <w:pPr>
        <w:spacing w:after="0"/>
      </w:pPr>
      <w:r>
        <w:rPr>
          <w:rFonts w:ascii="Arial" w:hAnsi="Arial"/>
          <w:b/>
          <w:sz w:val="22"/>
        </w:rPr>
        <w:t xml:space="preserve">Lucy  </w:t>
      </w:r>
      <w:r>
        <w:rPr>
          <w:rFonts w:ascii="Arial" w:hAnsi="Arial"/>
          <w:color w:val="5D7284"/>
          <w:sz w:val="22"/>
        </w:rPr>
        <w:t>18:11</w:t>
      </w:r>
    </w:p>
    <w:p>
      <w:pPr>
        <w:spacing w:after="0"/>
      </w:pPr>
      <w:r>
        <w:rPr>
          <w:rFonts w:ascii="Arial" w:hAnsi="Arial"/>
          <w:sz w:val="22"/>
        </w:rPr>
        <w:t>Can you make it like an episode of EastEnders please, I want some "duff duffs".</w:t>
      </w:r>
    </w:p>
    <w:p>
      <w:pPr>
        <w:spacing w:after="0"/>
      </w:pPr>
    </w:p>
    <w:p>
      <w:pPr>
        <w:spacing w:after="0"/>
      </w:pPr>
      <w:r>
        <w:rPr>
          <w:rFonts w:ascii="Arial" w:hAnsi="Arial"/>
          <w:b/>
          <w:sz w:val="22"/>
        </w:rPr>
        <w:t xml:space="preserve">Adam  </w:t>
      </w:r>
      <w:r>
        <w:rPr>
          <w:rFonts w:ascii="Arial" w:hAnsi="Arial"/>
          <w:color w:val="5D7284"/>
          <w:sz w:val="22"/>
        </w:rPr>
        <w:t>18:17</w:t>
      </w:r>
    </w:p>
    <w:p>
      <w:pPr>
        <w:spacing w:after="0"/>
      </w:pPr>
      <w:r>
        <w:rPr>
          <w:rFonts w:ascii="Arial" w:hAnsi="Arial"/>
          <w:sz w:val="22"/>
        </w:rPr>
        <w:t>Chuck all of my clothes on to the front. Tell me I'm not welcome.</w:t>
      </w:r>
    </w:p>
    <w:p>
      <w:pPr>
        <w:spacing w:after="0"/>
      </w:pPr>
    </w:p>
    <w:p>
      <w:pPr>
        <w:spacing w:after="0"/>
      </w:pPr>
      <w:r>
        <w:rPr>
          <w:rFonts w:ascii="Arial" w:hAnsi="Arial"/>
          <w:b/>
          <w:sz w:val="22"/>
        </w:rPr>
        <w:t xml:space="preserve">Alice  </w:t>
      </w:r>
      <w:r>
        <w:rPr>
          <w:rFonts w:ascii="Arial" w:hAnsi="Arial"/>
          <w:color w:val="5D7284"/>
          <w:sz w:val="22"/>
        </w:rPr>
        <w:t>18:21</w:t>
      </w:r>
    </w:p>
    <w:p>
      <w:pPr>
        <w:spacing w:after="0"/>
      </w:pPr>
      <w:r>
        <w:rPr>
          <w:rFonts w:ascii="Arial" w:hAnsi="Arial"/>
          <w:sz w:val="22"/>
        </w:rPr>
        <w:t xml:space="preserve">Oh, see, I was thinking it was gonna be more like like a full on coming out party. Rainbows and glitter everywhere. </w:t>
      </w:r>
    </w:p>
    <w:p>
      <w:pPr>
        <w:spacing w:after="0"/>
      </w:pPr>
    </w:p>
    <w:p>
      <w:pPr>
        <w:spacing w:after="0"/>
      </w:pPr>
      <w:r>
        <w:rPr>
          <w:rFonts w:ascii="Arial" w:hAnsi="Arial"/>
          <w:b/>
          <w:sz w:val="22"/>
        </w:rPr>
        <w:t xml:space="preserve">Lucy  </w:t>
      </w:r>
      <w:r>
        <w:rPr>
          <w:rFonts w:ascii="Arial" w:hAnsi="Arial"/>
          <w:color w:val="5D7284"/>
          <w:sz w:val="22"/>
        </w:rPr>
        <w:t>18:28</w:t>
      </w:r>
    </w:p>
    <w:p>
      <w:pPr>
        <w:spacing w:after="0"/>
      </w:pPr>
      <w:r>
        <w:rPr>
          <w:rFonts w:ascii="Arial" w:hAnsi="Arial"/>
          <w:sz w:val="22"/>
        </w:rPr>
        <w:t>Oh like, that was, if I was going to come out I would do exactly the same thing. I would want to be carried around on a sedan chair. I'd want like.</w:t>
      </w:r>
    </w:p>
    <w:p>
      <w:pPr>
        <w:spacing w:after="0"/>
      </w:pPr>
    </w:p>
    <w:p>
      <w:pPr>
        <w:spacing w:after="0"/>
      </w:pPr>
      <w:r>
        <w:rPr>
          <w:rFonts w:ascii="Arial" w:hAnsi="Arial"/>
          <w:b/>
          <w:sz w:val="22"/>
        </w:rPr>
        <w:t xml:space="preserve">Adam  </w:t>
      </w:r>
      <w:r>
        <w:rPr>
          <w:rFonts w:ascii="Arial" w:hAnsi="Arial"/>
          <w:color w:val="5D7284"/>
          <w:sz w:val="22"/>
        </w:rPr>
        <w:t>18:37</w:t>
      </w:r>
    </w:p>
    <w:p>
      <w:pPr>
        <w:spacing w:after="0"/>
      </w:pPr>
      <w:r>
        <w:rPr>
          <w:rFonts w:ascii="Arial" w:hAnsi="Arial"/>
          <w:sz w:val="22"/>
        </w:rPr>
        <w:t>Just pull a cord and just glitter drops to the floor.</w:t>
      </w:r>
    </w:p>
    <w:p>
      <w:pPr>
        <w:spacing w:after="0"/>
      </w:pPr>
    </w:p>
    <w:p>
      <w:pPr>
        <w:spacing w:after="0"/>
      </w:pPr>
      <w:r>
        <w:rPr>
          <w:rFonts w:ascii="Arial" w:hAnsi="Arial"/>
          <w:b/>
          <w:sz w:val="22"/>
        </w:rPr>
        <w:t xml:space="preserve">Lucy  </w:t>
      </w:r>
      <w:r>
        <w:rPr>
          <w:rFonts w:ascii="Arial" w:hAnsi="Arial"/>
          <w:color w:val="5D7284"/>
          <w:sz w:val="22"/>
        </w:rPr>
        <w:t>18:40</w:t>
      </w:r>
    </w:p>
    <w:p>
      <w:pPr>
        <w:spacing w:after="0"/>
      </w:pPr>
      <w:r>
        <w:rPr>
          <w:rFonts w:ascii="Arial" w:hAnsi="Arial"/>
          <w:sz w:val="22"/>
        </w:rPr>
        <w:t>I'd be like dressed as Dolly Parton. I'd be like,</w:t>
      </w:r>
    </w:p>
    <w:p>
      <w:pPr>
        <w:spacing w:after="0"/>
      </w:pPr>
    </w:p>
    <w:p>
      <w:pPr>
        <w:spacing w:after="0"/>
      </w:pPr>
      <w:r>
        <w:rPr>
          <w:rFonts w:ascii="Arial" w:hAnsi="Arial"/>
          <w:b/>
          <w:sz w:val="22"/>
        </w:rPr>
        <w:t xml:space="preserve">Alice  </w:t>
      </w:r>
      <w:r>
        <w:rPr>
          <w:rFonts w:ascii="Arial" w:hAnsi="Arial"/>
          <w:color w:val="5D7284"/>
          <w:sz w:val="22"/>
        </w:rPr>
        <w:t>18:44</w:t>
      </w:r>
    </w:p>
    <w:p>
      <w:pPr>
        <w:spacing w:after="0"/>
      </w:pPr>
      <w:r>
        <w:rPr>
          <w:rFonts w:ascii="Arial" w:hAnsi="Arial"/>
          <w:sz w:val="22"/>
        </w:rPr>
        <w:t>I think that sounds like just a regular Saturday night for you Lucy isn't it?</w:t>
      </w:r>
    </w:p>
    <w:p>
      <w:pPr>
        <w:spacing w:after="0"/>
      </w:pPr>
    </w:p>
    <w:p>
      <w:pPr>
        <w:spacing w:after="0"/>
      </w:pPr>
      <w:r>
        <w:rPr>
          <w:rFonts w:ascii="Arial" w:hAnsi="Arial"/>
          <w:b/>
          <w:sz w:val="22"/>
        </w:rPr>
        <w:t xml:space="preserve">Lucy  </w:t>
      </w:r>
      <w:r>
        <w:rPr>
          <w:rFonts w:ascii="Arial" w:hAnsi="Arial"/>
          <w:color w:val="5D7284"/>
          <w:sz w:val="22"/>
        </w:rPr>
        <w:t>18:48</w:t>
      </w:r>
    </w:p>
    <w:p>
      <w:pPr>
        <w:spacing w:after="0"/>
      </w:pPr>
      <w:r>
        <w:rPr>
          <w:rFonts w:ascii="Arial" w:hAnsi="Arial"/>
          <w:sz w:val="22"/>
        </w:rPr>
        <w:t>Yeah.</w:t>
      </w:r>
    </w:p>
    <w:p>
      <w:pPr>
        <w:spacing w:after="0"/>
      </w:pPr>
    </w:p>
    <w:p>
      <w:pPr>
        <w:spacing w:after="0"/>
      </w:pPr>
      <w:r>
        <w:rPr>
          <w:rFonts w:ascii="Arial" w:hAnsi="Arial"/>
          <w:b/>
          <w:sz w:val="22"/>
        </w:rPr>
        <w:t xml:space="preserve">Adam  </w:t>
      </w:r>
      <w:r>
        <w:rPr>
          <w:rFonts w:ascii="Arial" w:hAnsi="Arial"/>
          <w:color w:val="5D7284"/>
          <w:sz w:val="22"/>
        </w:rPr>
        <w:t>18:49</w:t>
      </w:r>
    </w:p>
    <w:p>
      <w:pPr>
        <w:spacing w:after="0"/>
      </w:pPr>
      <w:r>
        <w:rPr>
          <w:rFonts w:ascii="Arial" w:hAnsi="Arial"/>
          <w:sz w:val="22"/>
        </w:rPr>
        <w:t xml:space="preserve">Sounds like a good party. </w:t>
      </w:r>
    </w:p>
    <w:p>
      <w:pPr>
        <w:spacing w:after="0"/>
      </w:pPr>
    </w:p>
    <w:p>
      <w:pPr>
        <w:spacing w:after="0"/>
      </w:pPr>
      <w:r>
        <w:rPr>
          <w:rFonts w:ascii="Arial" w:hAnsi="Arial"/>
          <w:b/>
          <w:sz w:val="22"/>
        </w:rPr>
        <w:t xml:space="preserve">Lucy  </w:t>
      </w:r>
      <w:r>
        <w:rPr>
          <w:rFonts w:ascii="Arial" w:hAnsi="Arial"/>
          <w:color w:val="5D7284"/>
          <w:sz w:val="22"/>
        </w:rPr>
        <w:t>18:52</w:t>
      </w:r>
    </w:p>
    <w:p>
      <w:pPr>
        <w:spacing w:after="0"/>
      </w:pPr>
      <w:r>
        <w:rPr>
          <w:rFonts w:ascii="Arial" w:hAnsi="Arial"/>
          <w:sz w:val="22"/>
        </w:rPr>
        <w:t xml:space="preserve">Yeah, [laughing] </w:t>
      </w:r>
    </w:p>
    <w:p>
      <w:pPr>
        <w:spacing w:after="0"/>
      </w:pPr>
    </w:p>
    <w:p>
      <w:pPr>
        <w:spacing w:after="0"/>
      </w:pPr>
      <w:r>
        <w:rPr>
          <w:rFonts w:ascii="Arial" w:hAnsi="Arial"/>
          <w:b/>
          <w:sz w:val="22"/>
        </w:rPr>
        <w:t xml:space="preserve">Alice  </w:t>
      </w:r>
      <w:r>
        <w:rPr>
          <w:rFonts w:ascii="Arial" w:hAnsi="Arial"/>
          <w:color w:val="5D7284"/>
          <w:sz w:val="22"/>
        </w:rPr>
        <w:t>18:53</w:t>
      </w:r>
    </w:p>
    <w:p>
      <w:pPr>
        <w:spacing w:after="0"/>
      </w:pPr>
      <w:r>
        <w:rPr>
          <w:rFonts w:ascii="Arial" w:hAnsi="Arial"/>
          <w:sz w:val="22"/>
        </w:rPr>
        <w:t xml:space="preserve">I know Lee talked about in his episode, when he came out to his parents and this sort of the different reactions that he had from from his parents and then talks about, you know, his reaction of coming out to coming out about his HIV diagnosis. And how I he talked about how his mum reacted. I was really worried. And you know, for her it was very, she she thought about the the AIDS crisis of the 80s stuff. And how her Nan his Nan just sort of went oh, you know, medical medicines come a long way. I'm sure you'll be fine. </w:t>
      </w:r>
    </w:p>
    <w:p>
      <w:pPr>
        <w:spacing w:after="0"/>
      </w:pPr>
    </w:p>
    <w:p>
      <w:pPr>
        <w:spacing w:after="0"/>
      </w:pPr>
      <w:r>
        <w:rPr>
          <w:rFonts w:ascii="Arial" w:hAnsi="Arial"/>
          <w:b/>
          <w:sz w:val="22"/>
        </w:rPr>
        <w:t xml:space="preserve">Lucy  </w:t>
      </w:r>
      <w:r>
        <w:rPr>
          <w:rFonts w:ascii="Arial" w:hAnsi="Arial"/>
          <w:color w:val="5D7284"/>
          <w:sz w:val="22"/>
        </w:rPr>
        <w:t>19:36</w:t>
      </w:r>
    </w:p>
    <w:p>
      <w:pPr>
        <w:spacing w:after="0"/>
      </w:pPr>
      <w:r>
        <w:rPr>
          <w:rFonts w:ascii="Arial" w:hAnsi="Arial"/>
          <w:sz w:val="22"/>
        </w:rPr>
        <w:t>It's alright, you're fine. Yeah,</w:t>
      </w:r>
    </w:p>
    <w:p>
      <w:pPr>
        <w:spacing w:after="0"/>
      </w:pPr>
    </w:p>
    <w:p>
      <w:pPr>
        <w:spacing w:after="0"/>
      </w:pPr>
      <w:r>
        <w:rPr>
          <w:rFonts w:ascii="Arial" w:hAnsi="Arial"/>
          <w:b/>
          <w:sz w:val="22"/>
        </w:rPr>
        <w:t xml:space="preserve">Adam  </w:t>
      </w:r>
      <w:r>
        <w:rPr>
          <w:rFonts w:ascii="Arial" w:hAnsi="Arial"/>
          <w:color w:val="5D7284"/>
          <w:sz w:val="22"/>
        </w:rPr>
        <w:t>19:37</w:t>
      </w:r>
    </w:p>
    <w:p>
      <w:pPr>
        <w:spacing w:after="0"/>
      </w:pPr>
      <w:r>
        <w:rPr>
          <w:rFonts w:ascii="Arial" w:hAnsi="Arial"/>
          <w:sz w:val="22"/>
        </w:rPr>
        <w:t>that was an interesting episode for me because again, like Alice, I knew Lee as well, I mean, known him for years. And obviously, we knew his diagnosis and new bits. But that was interesting hearing the full story. Again not a lot of people tell their full story. For the reasons I love this podcast, you know, people are open and talk about things that I mean, it's not the kind of thing you just bring up at a night out when you're drinking.</w:t>
      </w:r>
    </w:p>
    <w:p>
      <w:pPr>
        <w:spacing w:after="0"/>
      </w:pPr>
    </w:p>
    <w:p>
      <w:pPr>
        <w:spacing w:after="0"/>
      </w:pPr>
      <w:r>
        <w:rPr>
          <w:rFonts w:ascii="Arial" w:hAnsi="Arial"/>
          <w:b/>
          <w:sz w:val="22"/>
        </w:rPr>
        <w:t xml:space="preserve">Lucy  </w:t>
      </w:r>
      <w:r>
        <w:rPr>
          <w:rFonts w:ascii="Arial" w:hAnsi="Arial"/>
          <w:color w:val="5D7284"/>
          <w:sz w:val="22"/>
        </w:rPr>
        <w:t>20:03</w:t>
      </w:r>
    </w:p>
    <w:p>
      <w:pPr>
        <w:spacing w:after="0"/>
      </w:pPr>
      <w:r>
        <w:rPr>
          <w:rFonts w:ascii="Arial" w:hAnsi="Arial"/>
          <w:sz w:val="22"/>
        </w:rPr>
        <w:t>Or really over over what is essentially zoom recorded to be fair. I am always I am always so in awe of people who can sit down with us who are basically complete strangers. Not in Lee's case, but Well, I am a complete stranger to Lee. But a lot of majority of the time a lot of people come here and they sit down with us. And we ask them, tell us a bit about yourselves. And within 20 minutes, we are like deep, deep into like psychological trauma sometimes, and they are just quite open to go bla-bla-bla-bla-blah and tell us everything. And you think that that that I don't know what has happened in your brain. But that is extremely brave. I always I am so thankful for these people going yes ill come on. Because I can't you know -</w:t>
      </w:r>
    </w:p>
    <w:p>
      <w:pPr>
        <w:spacing w:after="0"/>
      </w:pPr>
    </w:p>
    <w:p>
      <w:pPr>
        <w:spacing w:after="0"/>
      </w:pPr>
      <w:r>
        <w:rPr>
          <w:rFonts w:ascii="Arial" w:hAnsi="Arial"/>
          <w:b/>
          <w:sz w:val="22"/>
        </w:rPr>
        <w:t xml:space="preserve">Alice  </w:t>
      </w:r>
      <w:r>
        <w:rPr>
          <w:rFonts w:ascii="Arial" w:hAnsi="Arial"/>
          <w:color w:val="5D7284"/>
          <w:sz w:val="22"/>
        </w:rPr>
        <w:t>20:03</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20:27</w:t>
      </w:r>
    </w:p>
    <w:p>
      <w:pPr>
        <w:spacing w:after="0"/>
      </w:pPr>
      <w:r>
        <w:rPr>
          <w:rFonts w:ascii="Arial" w:hAnsi="Arial"/>
          <w:sz w:val="22"/>
        </w:rPr>
        <w:t>And you're right what you were saying earlier, and I kind of sounds a joke, but it is it is kind of like therapy. Sometimes you do start talking about it, and then you just can't stop.</w:t>
      </w:r>
    </w:p>
    <w:p>
      <w:pPr>
        <w:spacing w:after="0"/>
      </w:pPr>
    </w:p>
    <w:p>
      <w:pPr>
        <w:spacing w:after="0"/>
      </w:pPr>
      <w:r>
        <w:rPr>
          <w:rFonts w:ascii="Arial" w:hAnsi="Arial"/>
          <w:b/>
          <w:sz w:val="22"/>
        </w:rPr>
        <w:t xml:space="preserve">Alice  </w:t>
      </w:r>
      <w:r>
        <w:rPr>
          <w:rFonts w:ascii="Arial" w:hAnsi="Arial"/>
          <w:color w:val="5D7284"/>
          <w:sz w:val="22"/>
        </w:rPr>
        <w:t>21:04</w:t>
      </w:r>
    </w:p>
    <w:p>
      <w:pPr>
        <w:spacing w:after="0"/>
      </w:pPr>
      <w:r>
        <w:rPr>
          <w:rFonts w:ascii="Arial" w:hAnsi="Arial"/>
          <w:sz w:val="22"/>
        </w:rPr>
        <w:t>I think, um, as much as me and Lucy do talk a lot. I think we are reasonably good at listening.</w:t>
      </w:r>
    </w:p>
    <w:p>
      <w:pPr>
        <w:spacing w:after="0"/>
      </w:pPr>
    </w:p>
    <w:p>
      <w:pPr>
        <w:spacing w:after="0"/>
      </w:pPr>
      <w:r>
        <w:rPr>
          <w:rFonts w:ascii="Arial" w:hAnsi="Arial"/>
          <w:b/>
          <w:sz w:val="22"/>
        </w:rPr>
        <w:t xml:space="preserve">Lucy  </w:t>
      </w:r>
      <w:r>
        <w:rPr>
          <w:rFonts w:ascii="Arial" w:hAnsi="Arial"/>
          <w:color w:val="5D7284"/>
          <w:sz w:val="22"/>
        </w:rPr>
        <w:t>21:11</w:t>
      </w:r>
    </w:p>
    <w:p>
      <w:pPr>
        <w:spacing w:after="0"/>
      </w:pPr>
      <w:r>
        <w:rPr>
          <w:rFonts w:ascii="Arial" w:hAnsi="Arial"/>
          <w:sz w:val="22"/>
        </w:rPr>
        <w:t>I think we are getting better at it as well. There was a knack isn't there though, you know, there is a knack to doing it because I think for the early days when we started. We were like oh yeah that's our experience too let me tell you about what I feel and as we've sort of settled down into it, we do kind of go alright, shut up let this person listen, let this person speak. I don't think I'll ever stop oversharing though, you will have to just just keep sending me notes like shut up. Just stop it.</w:t>
      </w:r>
    </w:p>
    <w:p>
      <w:pPr>
        <w:spacing w:after="0"/>
      </w:pPr>
    </w:p>
    <w:p>
      <w:pPr>
        <w:spacing w:after="0"/>
      </w:pPr>
      <w:r>
        <w:rPr>
          <w:rFonts w:ascii="Arial" w:hAnsi="Arial"/>
          <w:b/>
          <w:sz w:val="22"/>
        </w:rPr>
        <w:t xml:space="preserve">Alice  </w:t>
      </w:r>
      <w:r>
        <w:rPr>
          <w:rFonts w:ascii="Arial" w:hAnsi="Arial"/>
          <w:color w:val="5D7284"/>
          <w:sz w:val="22"/>
        </w:rPr>
        <w:t>21:42</w:t>
      </w:r>
    </w:p>
    <w:p>
      <w:pPr>
        <w:spacing w:after="0"/>
      </w:pPr>
      <w:r>
        <w:rPr>
          <w:rFonts w:ascii="Arial" w:hAnsi="Arial"/>
          <w:sz w:val="22"/>
        </w:rPr>
        <w:t>I think the episode that I can remember you talking about a time Adam when you were editing it the episode that sort of really made me go, Oh, no. They're like now is the time to shut up is when Roland Chester's came on at Christmas, and shared his story of being diagnosed with AIDS. And umm.</w:t>
      </w:r>
    </w:p>
    <w:p>
      <w:pPr>
        <w:spacing w:after="0"/>
      </w:pPr>
    </w:p>
    <w:p>
      <w:pPr>
        <w:spacing w:after="0"/>
      </w:pPr>
      <w:r>
        <w:rPr>
          <w:rFonts w:ascii="Arial" w:hAnsi="Arial"/>
          <w:b/>
          <w:sz w:val="22"/>
        </w:rPr>
        <w:t xml:space="preserve">Lucy  </w:t>
      </w:r>
      <w:r>
        <w:rPr>
          <w:rFonts w:ascii="Arial" w:hAnsi="Arial"/>
          <w:color w:val="5D7284"/>
          <w:sz w:val="22"/>
        </w:rPr>
        <w:t>22:06</w:t>
      </w:r>
    </w:p>
    <w:p>
      <w:pPr>
        <w:spacing w:after="0"/>
      </w:pPr>
      <w:r>
        <w:rPr>
          <w:rFonts w:ascii="Arial" w:hAnsi="Arial"/>
          <w:sz w:val="22"/>
        </w:rPr>
        <w:t>I don't think with me and you were were expecting it either, were we?</w:t>
      </w:r>
    </w:p>
    <w:p>
      <w:pPr>
        <w:spacing w:after="0"/>
      </w:pPr>
    </w:p>
    <w:p>
      <w:pPr>
        <w:spacing w:after="0"/>
      </w:pPr>
      <w:r>
        <w:rPr>
          <w:rFonts w:ascii="Arial" w:hAnsi="Arial"/>
          <w:b/>
          <w:sz w:val="22"/>
        </w:rPr>
        <w:t xml:space="preserve">Adam  </w:t>
      </w:r>
      <w:r>
        <w:rPr>
          <w:rFonts w:ascii="Arial" w:hAnsi="Arial"/>
          <w:color w:val="5D7284"/>
          <w:sz w:val="22"/>
        </w:rPr>
        <w:t>22:06</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22:09</w:t>
      </w:r>
    </w:p>
    <w:p>
      <w:pPr>
        <w:spacing w:after="0"/>
      </w:pPr>
      <w:r>
        <w:rPr>
          <w:rFonts w:ascii="Arial" w:hAnsi="Arial"/>
          <w:sz w:val="22"/>
        </w:rPr>
        <w:t>No</w:t>
      </w:r>
    </w:p>
    <w:p>
      <w:pPr>
        <w:spacing w:after="0"/>
      </w:pPr>
    </w:p>
    <w:p>
      <w:pPr>
        <w:spacing w:after="0"/>
      </w:pPr>
      <w:r>
        <w:rPr>
          <w:rFonts w:ascii="Arial" w:hAnsi="Arial"/>
          <w:b/>
          <w:sz w:val="22"/>
        </w:rPr>
        <w:t xml:space="preserve">Lucy  </w:t>
      </w:r>
      <w:r>
        <w:rPr>
          <w:rFonts w:ascii="Arial" w:hAnsi="Arial"/>
          <w:color w:val="5D7284"/>
          <w:sz w:val="22"/>
        </w:rPr>
        <w:t>22:10</w:t>
      </w:r>
    </w:p>
    <w:p>
      <w:pPr>
        <w:spacing w:after="0"/>
      </w:pPr>
      <w:r>
        <w:rPr>
          <w:rFonts w:ascii="Arial" w:hAnsi="Arial"/>
          <w:sz w:val="22"/>
        </w:rPr>
        <w:t>We went in. Alice got her jingly jangly Christmas earrings on and was eating panettone, like...</w:t>
      </w:r>
    </w:p>
    <w:p>
      <w:pPr>
        <w:spacing w:after="0"/>
      </w:pPr>
    </w:p>
    <w:p>
      <w:pPr>
        <w:spacing w:after="0"/>
      </w:pPr>
      <w:r>
        <w:rPr>
          <w:rFonts w:ascii="Arial" w:hAnsi="Arial"/>
          <w:b/>
          <w:sz w:val="22"/>
        </w:rPr>
        <w:t xml:space="preserve">Alice  </w:t>
      </w:r>
      <w:r>
        <w:rPr>
          <w:rFonts w:ascii="Arial" w:hAnsi="Arial"/>
          <w:color w:val="5D7284"/>
          <w:sz w:val="22"/>
        </w:rPr>
        <w:t>22:19</w:t>
      </w:r>
    </w:p>
    <w:p>
      <w:pPr>
        <w:spacing w:after="0"/>
      </w:pPr>
      <w:r>
        <w:rPr>
          <w:rFonts w:ascii="Arial" w:hAnsi="Arial"/>
          <w:sz w:val="22"/>
        </w:rPr>
        <w:t xml:space="preserve">Oh god hahaha! </w:t>
      </w:r>
    </w:p>
    <w:p>
      <w:pPr>
        <w:spacing w:after="0"/>
      </w:pPr>
    </w:p>
    <w:p>
      <w:pPr>
        <w:spacing w:after="0"/>
      </w:pPr>
      <w:r>
        <w:rPr>
          <w:rFonts w:ascii="Arial" w:hAnsi="Arial"/>
          <w:b/>
          <w:sz w:val="22"/>
        </w:rPr>
        <w:t xml:space="preserve">Lucy  </w:t>
      </w:r>
      <w:r>
        <w:rPr>
          <w:rFonts w:ascii="Arial" w:hAnsi="Arial"/>
          <w:color w:val="5D7284"/>
          <w:sz w:val="22"/>
        </w:rPr>
        <w:t>22:20</w:t>
      </w:r>
    </w:p>
    <w:p>
      <w:pPr>
        <w:spacing w:after="0"/>
      </w:pPr>
      <w:r>
        <w:rPr>
          <w:rFonts w:ascii="Arial" w:hAnsi="Arial"/>
          <w:sz w:val="22"/>
        </w:rPr>
        <w:t xml:space="preserve">And he started talking, and it was like, no, okay, I've got to be a serious podcaster now. Concentrate for the next 50 minutes. Because like he told, it was the way he told that story. </w:t>
      </w:r>
    </w:p>
    <w:p>
      <w:pPr>
        <w:spacing w:after="0"/>
      </w:pPr>
    </w:p>
    <w:p>
      <w:pPr>
        <w:spacing w:after="0"/>
      </w:pPr>
      <w:r>
        <w:rPr>
          <w:rFonts w:ascii="Arial" w:hAnsi="Arial"/>
          <w:b/>
          <w:sz w:val="22"/>
        </w:rPr>
        <w:t xml:space="preserve">Adam  </w:t>
      </w:r>
      <w:r>
        <w:rPr>
          <w:rFonts w:ascii="Arial" w:hAnsi="Arial"/>
          <w:color w:val="5D7284"/>
          <w:sz w:val="22"/>
        </w:rPr>
        <w:t>22:33</w:t>
      </w:r>
    </w:p>
    <w:p>
      <w:pPr>
        <w:spacing w:after="0"/>
      </w:pPr>
      <w:r>
        <w:rPr>
          <w:rFonts w:ascii="Arial" w:hAnsi="Arial"/>
          <w:sz w:val="22"/>
        </w:rPr>
        <w:t>Amazing.</w:t>
      </w:r>
    </w:p>
    <w:p>
      <w:pPr>
        <w:spacing w:after="0"/>
      </w:pPr>
    </w:p>
    <w:p>
      <w:pPr>
        <w:spacing w:after="0"/>
      </w:pPr>
      <w:r>
        <w:rPr>
          <w:rFonts w:ascii="Arial" w:hAnsi="Arial"/>
          <w:b/>
          <w:sz w:val="22"/>
        </w:rPr>
        <w:t xml:space="preserve">Lucy  </w:t>
      </w:r>
      <w:r>
        <w:rPr>
          <w:rFonts w:ascii="Arial" w:hAnsi="Arial"/>
          <w:color w:val="5D7284"/>
          <w:sz w:val="22"/>
        </w:rPr>
        <w:t>22:34</w:t>
      </w:r>
    </w:p>
    <w:p>
      <w:pPr>
        <w:spacing w:after="0"/>
      </w:pPr>
      <w:r>
        <w:rPr>
          <w:rFonts w:ascii="Arial" w:hAnsi="Arial"/>
          <w:sz w:val="22"/>
        </w:rPr>
        <w:t>The gaps between you know, this happened, and then this happened, and then this happened. And now we're here.</w:t>
      </w:r>
    </w:p>
    <w:p>
      <w:pPr>
        <w:spacing w:after="0"/>
      </w:pPr>
    </w:p>
    <w:p>
      <w:pPr>
        <w:spacing w:after="0"/>
      </w:pPr>
      <w:r>
        <w:rPr>
          <w:rFonts w:ascii="Arial" w:hAnsi="Arial"/>
          <w:b/>
          <w:sz w:val="22"/>
        </w:rPr>
        <w:t xml:space="preserve">Alice  </w:t>
      </w:r>
      <w:r>
        <w:rPr>
          <w:rFonts w:ascii="Arial" w:hAnsi="Arial"/>
          <w:color w:val="5D7284"/>
          <w:sz w:val="22"/>
        </w:rPr>
        <w:t>22:42</w:t>
      </w:r>
    </w:p>
    <w:p>
      <w:pPr>
        <w:spacing w:after="0"/>
      </w:pPr>
      <w:r>
        <w:rPr>
          <w:rFonts w:ascii="Arial" w:hAnsi="Arial"/>
          <w:sz w:val="22"/>
        </w:rPr>
        <w:t>Yep.</w:t>
      </w:r>
    </w:p>
    <w:p>
      <w:pPr>
        <w:spacing w:after="0"/>
      </w:pPr>
    </w:p>
    <w:p>
      <w:pPr>
        <w:spacing w:after="0"/>
      </w:pPr>
      <w:r>
        <w:rPr>
          <w:rFonts w:ascii="Arial" w:hAnsi="Arial"/>
          <w:b/>
          <w:sz w:val="22"/>
        </w:rPr>
        <w:t xml:space="preserve">Lucy  </w:t>
      </w:r>
      <w:r>
        <w:rPr>
          <w:rFonts w:ascii="Arial" w:hAnsi="Arial"/>
          <w:color w:val="5D7284"/>
          <w:sz w:val="22"/>
        </w:rPr>
        <w:t>22:42</w:t>
      </w:r>
    </w:p>
    <w:p>
      <w:pPr>
        <w:spacing w:after="0"/>
      </w:pPr>
      <w:r>
        <w:rPr>
          <w:rFonts w:ascii="Arial" w:hAnsi="Arial"/>
          <w:sz w:val="22"/>
        </w:rPr>
        <w:t>And you're like. Okay.I was like listneing to him thinking, He's got to get a it's got, like, he's got, what? He's got to stop some time. What?</w:t>
      </w:r>
    </w:p>
    <w:p>
      <w:pPr>
        <w:spacing w:after="0"/>
      </w:pPr>
    </w:p>
    <w:p>
      <w:pPr>
        <w:spacing w:after="0"/>
      </w:pPr>
      <w:r>
        <w:rPr>
          <w:rFonts w:ascii="Arial" w:hAnsi="Arial"/>
          <w:b/>
          <w:sz w:val="22"/>
        </w:rPr>
        <w:t xml:space="preserve">Adam  </w:t>
      </w:r>
      <w:r>
        <w:rPr>
          <w:rFonts w:ascii="Arial" w:hAnsi="Arial"/>
          <w:color w:val="5D7284"/>
          <w:sz w:val="22"/>
        </w:rPr>
        <w:t>22:53</w:t>
      </w:r>
    </w:p>
    <w:p>
      <w:pPr>
        <w:spacing w:after="0"/>
      </w:pPr>
      <w:r>
        <w:rPr>
          <w:rFonts w:ascii="Arial" w:hAnsi="Arial"/>
          <w:sz w:val="22"/>
        </w:rPr>
        <w:t xml:space="preserve">No yeah, his voice was so commanding as well. Such a good story teller aswell. </w:t>
      </w:r>
    </w:p>
    <w:p>
      <w:pPr>
        <w:spacing w:after="0"/>
      </w:pPr>
    </w:p>
    <w:p>
      <w:pPr>
        <w:spacing w:after="0"/>
      </w:pPr>
      <w:r>
        <w:rPr>
          <w:rFonts w:ascii="Arial" w:hAnsi="Arial"/>
          <w:b/>
          <w:sz w:val="22"/>
        </w:rPr>
        <w:t xml:space="preserve">Lucy  </w:t>
      </w:r>
      <w:r>
        <w:rPr>
          <w:rFonts w:ascii="Arial" w:hAnsi="Arial"/>
          <w:color w:val="5D7284"/>
          <w:sz w:val="22"/>
        </w:rPr>
        <w:t>22:57</w:t>
      </w:r>
    </w:p>
    <w:p>
      <w:pPr>
        <w:spacing w:after="0"/>
      </w:pPr>
      <w:r>
        <w:rPr>
          <w:rFonts w:ascii="Arial" w:hAnsi="Arial"/>
          <w:sz w:val="22"/>
        </w:rPr>
        <w:t>Such a good story teller .</w:t>
      </w:r>
    </w:p>
    <w:p>
      <w:pPr>
        <w:spacing w:after="0"/>
      </w:pPr>
    </w:p>
    <w:p>
      <w:pPr>
        <w:spacing w:after="0"/>
      </w:pPr>
      <w:r>
        <w:rPr>
          <w:rFonts w:ascii="Arial" w:hAnsi="Arial"/>
          <w:b/>
          <w:sz w:val="22"/>
        </w:rPr>
        <w:t xml:space="preserve">Alice  </w:t>
      </w:r>
      <w:r>
        <w:rPr>
          <w:rFonts w:ascii="Arial" w:hAnsi="Arial"/>
          <w:color w:val="5D7284"/>
          <w:sz w:val="22"/>
        </w:rPr>
        <w:t>22:57</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22:58</w:t>
      </w:r>
    </w:p>
    <w:p>
      <w:pPr>
        <w:spacing w:after="0"/>
      </w:pPr>
      <w:r>
        <w:rPr>
          <w:rFonts w:ascii="Arial" w:hAnsi="Arial"/>
          <w:sz w:val="22"/>
        </w:rPr>
        <w:t>You can tell that he's, he's obviously used to sort of telling bits of that story. I want to get as good at telling my story as he is telling his. there was like, he told his story. I was like, Merry Christmas.</w:t>
      </w:r>
    </w:p>
    <w:p>
      <w:pPr>
        <w:spacing w:after="0"/>
      </w:pPr>
    </w:p>
    <w:p>
      <w:pPr>
        <w:spacing w:after="0"/>
      </w:pPr>
      <w:r>
        <w:rPr>
          <w:rFonts w:ascii="Arial" w:hAnsi="Arial"/>
          <w:b/>
          <w:sz w:val="22"/>
        </w:rPr>
        <w:t xml:space="preserve">Alice  </w:t>
      </w:r>
      <w:r>
        <w:rPr>
          <w:rFonts w:ascii="Arial" w:hAnsi="Arial"/>
          <w:color w:val="5D7284"/>
          <w:sz w:val="22"/>
        </w:rPr>
        <w:t>23:08</w:t>
      </w:r>
    </w:p>
    <w:p>
      <w:pPr>
        <w:spacing w:after="0"/>
      </w:pPr>
      <w:r>
        <w:rPr>
          <w:rFonts w:ascii="Arial" w:hAnsi="Arial"/>
          <w:sz w:val="22"/>
        </w:rPr>
        <w:t xml:space="preserve">I can remember when we went, me and Adam were talking about that, and he was like, Yeah, I looked at the like, the sort of sound waves to say, who was talking and I was like why don't Alice and Lucy talk for like, 20 minutes, and then I listened to it and  I was like, Oh... He wrote a really interesting bonus piece for our newsletter. All about code switching. </w:t>
      </w:r>
    </w:p>
    <w:p>
      <w:pPr>
        <w:spacing w:after="0"/>
      </w:pPr>
    </w:p>
    <w:p>
      <w:pPr>
        <w:spacing w:after="0"/>
      </w:pPr>
      <w:r>
        <w:rPr>
          <w:rFonts w:ascii="Arial" w:hAnsi="Arial"/>
          <w:b/>
          <w:sz w:val="22"/>
        </w:rPr>
        <w:t xml:space="preserve">Lucy  </w:t>
      </w:r>
      <w:r>
        <w:rPr>
          <w:rFonts w:ascii="Arial" w:hAnsi="Arial"/>
          <w:color w:val="5D7284"/>
          <w:sz w:val="22"/>
        </w:rPr>
        <w:t>23:41</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23:41</w:t>
      </w:r>
    </w:p>
    <w:p>
      <w:pPr>
        <w:spacing w:after="0"/>
      </w:pPr>
      <w:r>
        <w:rPr>
          <w:rFonts w:ascii="Arial" w:hAnsi="Arial"/>
          <w:sz w:val="22"/>
        </w:rPr>
        <w:t xml:space="preserve">Which I didn't know anything about. </w:t>
      </w:r>
    </w:p>
    <w:p>
      <w:pPr>
        <w:spacing w:after="0"/>
      </w:pPr>
    </w:p>
    <w:p>
      <w:pPr>
        <w:spacing w:after="0"/>
      </w:pPr>
      <w:r>
        <w:rPr>
          <w:rFonts w:ascii="Arial" w:hAnsi="Arial"/>
          <w:b/>
          <w:sz w:val="22"/>
        </w:rPr>
        <w:t xml:space="preserve">Lucy  </w:t>
      </w:r>
      <w:r>
        <w:rPr>
          <w:rFonts w:ascii="Arial" w:hAnsi="Arial"/>
          <w:color w:val="5D7284"/>
          <w:sz w:val="22"/>
        </w:rPr>
        <w:t>23:43</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23:44</w:t>
      </w:r>
    </w:p>
    <w:p>
      <w:pPr>
        <w:spacing w:after="0"/>
      </w:pPr>
      <w:r>
        <w:rPr>
          <w:rFonts w:ascii="Arial" w:hAnsi="Arial"/>
          <w:sz w:val="22"/>
        </w:rPr>
        <w:t>Until then, which is the idea that of LGBTQ people. I guess it's sort of similar to autistic masking, I think of, of just choosing behaviors and traits that are traditionally straight or female or, you know, masculine, whatever it is, to, to fit in with a more cis identity.</w:t>
      </w:r>
    </w:p>
    <w:p>
      <w:pPr>
        <w:spacing w:after="0"/>
      </w:pPr>
    </w:p>
    <w:p>
      <w:pPr>
        <w:spacing w:after="0"/>
      </w:pPr>
      <w:r>
        <w:rPr>
          <w:rFonts w:ascii="Arial" w:hAnsi="Arial"/>
          <w:b/>
          <w:sz w:val="22"/>
        </w:rPr>
        <w:t xml:space="preserve">Adam  </w:t>
      </w:r>
      <w:r>
        <w:rPr>
          <w:rFonts w:ascii="Arial" w:hAnsi="Arial"/>
          <w:color w:val="5D7284"/>
          <w:sz w:val="22"/>
        </w:rPr>
        <w:t>24:10</w:t>
      </w:r>
    </w:p>
    <w:p>
      <w:pPr>
        <w:spacing w:after="0"/>
      </w:pPr>
      <w:r>
        <w:rPr>
          <w:rFonts w:ascii="Arial" w:hAnsi="Arial"/>
          <w:sz w:val="22"/>
        </w:rPr>
        <w:t xml:space="preserve">Oh, definitely. I did 100% do that. </w:t>
      </w:r>
    </w:p>
    <w:p>
      <w:pPr>
        <w:spacing w:after="0"/>
      </w:pPr>
    </w:p>
    <w:p>
      <w:pPr>
        <w:spacing w:after="0"/>
      </w:pPr>
      <w:r>
        <w:rPr>
          <w:rFonts w:ascii="Arial" w:hAnsi="Arial"/>
          <w:b/>
          <w:sz w:val="22"/>
        </w:rPr>
        <w:t xml:space="preserve">Alice  </w:t>
      </w:r>
      <w:r>
        <w:rPr>
          <w:rFonts w:ascii="Arial" w:hAnsi="Arial"/>
          <w:color w:val="5D7284"/>
          <w:sz w:val="22"/>
        </w:rPr>
        <w:t>24:13</w:t>
      </w:r>
    </w:p>
    <w:p>
      <w:pPr>
        <w:spacing w:after="0"/>
      </w:pPr>
      <w:r>
        <w:rPr>
          <w:rFonts w:ascii="Arial" w:hAnsi="Arial"/>
          <w:sz w:val="22"/>
        </w:rPr>
        <w:t xml:space="preserve">Really? </w:t>
      </w:r>
    </w:p>
    <w:p>
      <w:pPr>
        <w:spacing w:after="0"/>
      </w:pPr>
    </w:p>
    <w:p>
      <w:pPr>
        <w:spacing w:after="0"/>
      </w:pPr>
      <w:r>
        <w:rPr>
          <w:rFonts w:ascii="Arial" w:hAnsi="Arial"/>
          <w:b/>
          <w:sz w:val="22"/>
        </w:rPr>
        <w:t xml:space="preserve">Adam  </w:t>
      </w:r>
      <w:r>
        <w:rPr>
          <w:rFonts w:ascii="Arial" w:hAnsi="Arial"/>
          <w:color w:val="5D7284"/>
          <w:sz w:val="22"/>
        </w:rPr>
        <w:t>24:14</w:t>
      </w:r>
    </w:p>
    <w:p>
      <w:pPr>
        <w:spacing w:after="0"/>
      </w:pPr>
      <w:r>
        <w:rPr>
          <w:rFonts w:ascii="Arial" w:hAnsi="Arial"/>
          <w:sz w:val="22"/>
        </w:rPr>
        <w:t>Yeah, we me and my partner, we won't hold hands in public, you know, round friends It's different. Obviously, home is different. But even then, like even in front of like, family and stuff, it's not something we would, you know, walk around holding hands kind of thing.</w:t>
      </w:r>
    </w:p>
    <w:p>
      <w:pPr>
        <w:spacing w:after="0"/>
      </w:pPr>
    </w:p>
    <w:p>
      <w:pPr>
        <w:spacing w:after="0"/>
      </w:pPr>
      <w:r>
        <w:rPr>
          <w:rFonts w:ascii="Arial" w:hAnsi="Arial"/>
          <w:b/>
          <w:sz w:val="22"/>
        </w:rPr>
        <w:t xml:space="preserve">Alice  </w:t>
      </w:r>
      <w:r>
        <w:rPr>
          <w:rFonts w:ascii="Arial" w:hAnsi="Arial"/>
          <w:color w:val="5D7284"/>
          <w:sz w:val="22"/>
        </w:rPr>
        <w:t>24:29</w:t>
      </w:r>
    </w:p>
    <w:p>
      <w:pPr>
        <w:spacing w:after="0"/>
      </w:pPr>
      <w:r>
        <w:rPr>
          <w:rFonts w:ascii="Arial" w:hAnsi="Arial"/>
          <w:sz w:val="22"/>
        </w:rPr>
        <w:t>I think I could probably count on the fingers of one hand, the number of times I've seen you guys like holding hands and cuddling, and it's usually when Phill is drunk he gets a bit handsy.  But yeah, I mean, it's, and it's sort of.. Do you think that comes from the fact that you, you didn't come out until you were in your 20s or</w:t>
      </w:r>
    </w:p>
    <w:p>
      <w:pPr>
        <w:spacing w:after="0"/>
      </w:pPr>
    </w:p>
    <w:p>
      <w:pPr>
        <w:spacing w:after="0"/>
      </w:pPr>
      <w:r>
        <w:rPr>
          <w:rFonts w:ascii="Arial" w:hAnsi="Arial"/>
          <w:b/>
          <w:sz w:val="22"/>
        </w:rPr>
        <w:t xml:space="preserve">Adam  </w:t>
      </w:r>
      <w:r>
        <w:rPr>
          <w:rFonts w:ascii="Arial" w:hAnsi="Arial"/>
          <w:color w:val="5D7284"/>
          <w:sz w:val="22"/>
        </w:rPr>
        <w:t>24:58</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24:59</w:t>
      </w:r>
    </w:p>
    <w:p>
      <w:pPr>
        <w:spacing w:after="0"/>
      </w:pPr>
      <w:r>
        <w:rPr>
          <w:rFonts w:ascii="Arial" w:hAnsi="Arial"/>
          <w:sz w:val="22"/>
        </w:rPr>
        <w:t>[laughs]</w:t>
      </w:r>
    </w:p>
    <w:p>
      <w:pPr>
        <w:spacing w:after="0"/>
      </w:pPr>
    </w:p>
    <w:p>
      <w:pPr>
        <w:spacing w:after="0"/>
      </w:pPr>
      <w:r>
        <w:rPr>
          <w:rFonts w:ascii="Arial" w:hAnsi="Arial"/>
          <w:b/>
          <w:sz w:val="22"/>
        </w:rPr>
        <w:t xml:space="preserve">Adam  </w:t>
      </w:r>
      <w:r>
        <w:rPr>
          <w:rFonts w:ascii="Arial" w:hAnsi="Arial"/>
          <w:color w:val="5D7284"/>
          <w:sz w:val="22"/>
        </w:rPr>
        <w:t>25:00</w:t>
      </w:r>
    </w:p>
    <w:p>
      <w:pPr>
        <w:spacing w:after="0"/>
      </w:pPr>
      <w:r>
        <w:rPr>
          <w:rFonts w:ascii="Arial" w:hAnsi="Arial"/>
          <w:sz w:val="22"/>
        </w:rPr>
        <w:t xml:space="preserve">I don't know, I suppose there wasn't a lot of gay influence on TV back when I was younger. So it's not something we really saw. You only expect, you know, you expect a man and a woman to do it. You wouldn't expect two men or two women to do it kind of thing. I think it's definitely changed a lot now. Especially TV, and even in gaming as well. There's a lot of games nowadays that have trans or gay characters. They didn't make a point of it. They're just there in the in the story. Yeah. And these are big, triple A titles that a lot of people play. That's interesting to see. I think. I think if I grew up in times, like today, then it'd probably be different because there's a lot more influence on TV. </w:t>
      </w:r>
    </w:p>
    <w:p>
      <w:pPr>
        <w:spacing w:after="0"/>
      </w:pPr>
    </w:p>
    <w:p>
      <w:pPr>
        <w:spacing w:after="0"/>
      </w:pPr>
      <w:r>
        <w:rPr>
          <w:rFonts w:ascii="Arial" w:hAnsi="Arial"/>
          <w:b/>
          <w:sz w:val="22"/>
        </w:rPr>
        <w:t xml:space="preserve">Alice  </w:t>
      </w:r>
      <w:r>
        <w:rPr>
          <w:rFonts w:ascii="Arial" w:hAnsi="Arial"/>
          <w:color w:val="5D7284"/>
          <w:sz w:val="22"/>
        </w:rPr>
        <w:t>25:45</w:t>
      </w:r>
    </w:p>
    <w:p>
      <w:pPr>
        <w:spacing w:after="0"/>
      </w:pPr>
      <w:r>
        <w:rPr>
          <w:rFonts w:ascii="Arial" w:hAnsi="Arial"/>
          <w:sz w:val="22"/>
        </w:rPr>
        <w:t>I mean, it's interesting, because I do also know, like some, the one straight couple in particular, who were also not particularly like, affectionate in front of crowds of people, it's just how some people kind of relationship isn't it? But yeah, I think I think you're right, I think it is that not seeing it, like on TV and stuff when you grow up. I think everybody, particularly when we your kind of you're teenagers, you get so worried that you're, you being different, and being sort of looking different or behaving differently, is going to kind of, you're going to, you're going to get stick for it. And so I guess if you're not seeing that on the on the TV, then it's yeah, if if now people are seeing it, it's not different behavior, so you're less likely to kind of be worried that you're gonna get it in the neck about it.</w:t>
      </w:r>
    </w:p>
    <w:p>
      <w:pPr>
        <w:spacing w:after="0"/>
      </w:pPr>
    </w:p>
    <w:p>
      <w:pPr>
        <w:spacing w:after="0"/>
      </w:pPr>
      <w:r>
        <w:rPr>
          <w:rFonts w:ascii="Arial" w:hAnsi="Arial"/>
          <w:b/>
          <w:sz w:val="22"/>
        </w:rPr>
        <w:t xml:space="preserve">Lucy  </w:t>
      </w:r>
      <w:r>
        <w:rPr>
          <w:rFonts w:ascii="Arial" w:hAnsi="Arial"/>
          <w:color w:val="5D7284"/>
          <w:sz w:val="22"/>
        </w:rPr>
        <w:t>26:02</w:t>
      </w:r>
    </w:p>
    <w:p>
      <w:pPr>
        <w:spacing w:after="0"/>
      </w:pPr>
      <w:r>
        <w:rPr>
          <w:rFonts w:ascii="Arial" w:hAnsi="Arial"/>
          <w:sz w:val="22"/>
        </w:rPr>
        <w:t>Yeah. Mmm</w:t>
      </w:r>
    </w:p>
    <w:p>
      <w:pPr>
        <w:spacing w:after="0"/>
      </w:pPr>
    </w:p>
    <w:p>
      <w:pPr>
        <w:spacing w:after="0"/>
      </w:pPr>
      <w:r>
        <w:rPr>
          <w:rFonts w:ascii="Arial" w:hAnsi="Arial"/>
          <w:b/>
          <w:sz w:val="22"/>
        </w:rPr>
        <w:t xml:space="preserve">Adam  </w:t>
      </w:r>
      <w:r>
        <w:rPr>
          <w:rFonts w:ascii="Arial" w:hAnsi="Arial"/>
          <w:color w:val="5D7284"/>
          <w:sz w:val="22"/>
        </w:rPr>
        <w:t>26:16</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26:43</w:t>
      </w:r>
    </w:p>
    <w:p>
      <w:pPr>
        <w:spacing w:after="0"/>
      </w:pPr>
      <w:r>
        <w:rPr>
          <w:rFonts w:ascii="Arial" w:hAnsi="Arial"/>
          <w:sz w:val="22"/>
        </w:rPr>
        <w:t>The sad thing for me about the sort of the increasing representation of things like, you know, being gay or being disabled is the fact that it takes a while for it to leach through into society. For people to go yeah, yeah okay. All right. They are gay or Okay, all right, they're in a wheelchair or they're disabled. That's, that's absolutely fine. It takes a long, long time to get into the psyche of society at large. It's.. stop panicking about it, it's fine.</w:t>
      </w:r>
    </w:p>
    <w:p>
      <w:pPr>
        <w:spacing w:after="0"/>
      </w:pPr>
    </w:p>
    <w:p>
      <w:pPr>
        <w:spacing w:after="0"/>
      </w:pPr>
      <w:r>
        <w:rPr>
          <w:rFonts w:ascii="Arial" w:hAnsi="Arial"/>
          <w:b/>
          <w:sz w:val="22"/>
        </w:rPr>
        <w:t xml:space="preserve">Adam  </w:t>
      </w:r>
      <w:r>
        <w:rPr>
          <w:rFonts w:ascii="Arial" w:hAnsi="Arial"/>
          <w:color w:val="5D7284"/>
          <w:sz w:val="22"/>
        </w:rPr>
        <w:t>27:19</w:t>
      </w:r>
    </w:p>
    <w:p>
      <w:pPr>
        <w:spacing w:after="0"/>
      </w:pPr>
      <w:r>
        <w:rPr>
          <w:rFonts w:ascii="Arial" w:hAnsi="Arial"/>
          <w:sz w:val="22"/>
        </w:rPr>
        <w:t>I think we're over critical of it as well. I know I am like, you'll see a film sometimes it's got a gay character, and there'll be over the top stereotype, like, well that's in for the sake of it. But then if there was stuff that where you were like, well, that's not how people are. Now, it's a hard thing to get, right. I mean, there's a few series like, I think "it's a sin" was absolutely incredible. They got the characters were great. story writing was amazing. But some films are kind of the name of it was a Christmas one. And it just, I didn't actually watch the full film. But from the trailer, it looked over the top for the sake of being over the top. And I could be wrong. Again. I didn't watch it. So I shouldn't keep critique it too hard.</w:t>
      </w:r>
    </w:p>
    <w:p>
      <w:pPr>
        <w:spacing w:after="0"/>
      </w:pPr>
    </w:p>
    <w:p>
      <w:pPr>
        <w:spacing w:after="0"/>
      </w:pPr>
      <w:r>
        <w:rPr>
          <w:rFonts w:ascii="Arial" w:hAnsi="Arial"/>
          <w:b/>
          <w:sz w:val="22"/>
        </w:rPr>
        <w:t xml:space="preserve">Alice  </w:t>
      </w:r>
      <w:r>
        <w:rPr>
          <w:rFonts w:ascii="Arial" w:hAnsi="Arial"/>
          <w:color w:val="5D7284"/>
          <w:sz w:val="22"/>
        </w:rPr>
        <w:t>27:58</w:t>
      </w:r>
    </w:p>
    <w:p>
      <w:pPr>
        <w:spacing w:after="0"/>
      </w:pPr>
      <w:r>
        <w:rPr>
          <w:rFonts w:ascii="Arial" w:hAnsi="Arial"/>
          <w:sz w:val="22"/>
        </w:rPr>
        <w:t xml:space="preserve">But that I mean, that's, that's what Leo sort of talked about, wasn't it? You know, the appearance of people in film and TV. And I guess, I guess sometimes having having something kind of flamboyant, and over the top and really, really obvious, is it's a it's a good way I think of challenging things, first time of going kind of this is a real extreme possibility and example. </w:t>
      </w:r>
    </w:p>
    <w:p>
      <w:pPr>
        <w:spacing w:after="0"/>
      </w:pPr>
    </w:p>
    <w:p>
      <w:pPr>
        <w:spacing w:after="0"/>
      </w:pPr>
      <w:r>
        <w:rPr>
          <w:rFonts w:ascii="Arial" w:hAnsi="Arial"/>
          <w:b/>
          <w:sz w:val="22"/>
        </w:rPr>
        <w:t xml:space="preserve">Adam  </w:t>
      </w:r>
      <w:r>
        <w:rPr>
          <w:rFonts w:ascii="Arial" w:hAnsi="Arial"/>
          <w:color w:val="5D7284"/>
          <w:sz w:val="22"/>
        </w:rPr>
        <w:t>28:32</w:t>
      </w:r>
    </w:p>
    <w:p>
      <w:pPr>
        <w:spacing w:after="0"/>
      </w:pPr>
      <w:r>
        <w:rPr>
          <w:rFonts w:ascii="Arial" w:hAnsi="Arial"/>
          <w:sz w:val="22"/>
        </w:rPr>
        <w:t>yeah. Well, sometimes when you watch those kinds of representations, you kind of feel like that's a gay character written by a straight man. What they think</w:t>
      </w:r>
    </w:p>
    <w:p>
      <w:pPr>
        <w:spacing w:after="0"/>
      </w:pPr>
    </w:p>
    <w:p>
      <w:pPr>
        <w:spacing w:after="0"/>
      </w:pPr>
      <w:r>
        <w:rPr>
          <w:rFonts w:ascii="Arial" w:hAnsi="Arial"/>
          <w:b/>
          <w:sz w:val="22"/>
        </w:rPr>
        <w:t xml:space="preserve">Lucy  </w:t>
      </w:r>
      <w:r>
        <w:rPr>
          <w:rFonts w:ascii="Arial" w:hAnsi="Arial"/>
          <w:color w:val="5D7284"/>
          <w:sz w:val="22"/>
        </w:rPr>
        <w:t>28:42</w:t>
      </w:r>
    </w:p>
    <w:p>
      <w:pPr>
        <w:spacing w:after="0"/>
      </w:pPr>
      <w:r>
        <w:rPr>
          <w:rFonts w:ascii="Arial" w:hAnsi="Arial"/>
          <w:sz w:val="22"/>
        </w:rPr>
        <w:t xml:space="preserve">Yeah, tokenistic isn't it </w:t>
      </w:r>
    </w:p>
    <w:p>
      <w:pPr>
        <w:spacing w:after="0"/>
      </w:pPr>
    </w:p>
    <w:p>
      <w:pPr>
        <w:spacing w:after="0"/>
      </w:pPr>
      <w:r>
        <w:rPr>
          <w:rFonts w:ascii="Arial" w:hAnsi="Arial"/>
          <w:b/>
          <w:sz w:val="22"/>
        </w:rPr>
        <w:t xml:space="preserve">Adam  </w:t>
      </w:r>
      <w:r>
        <w:rPr>
          <w:rFonts w:ascii="Arial" w:hAnsi="Arial"/>
          <w:color w:val="5D7284"/>
          <w:sz w:val="22"/>
        </w:rPr>
        <w:t>28:42</w:t>
      </w:r>
    </w:p>
    <w:p>
      <w:pPr>
        <w:spacing w:after="0"/>
      </w:pPr>
      <w:r>
        <w:rPr>
          <w:rFonts w:ascii="Arial" w:hAnsi="Arial"/>
          <w:sz w:val="22"/>
        </w:rPr>
        <w:t>Then you look at like, "it's a sin" I mean, Russell T Davies, obviously gay. He's done a lot of gay TV programs. And, again, he just, I just love that series. I think it was fantastic.</w:t>
      </w:r>
    </w:p>
    <w:p>
      <w:pPr>
        <w:spacing w:after="0"/>
      </w:pPr>
    </w:p>
    <w:p>
      <w:pPr>
        <w:spacing w:after="0"/>
      </w:pPr>
      <w:r>
        <w:rPr>
          <w:rFonts w:ascii="Arial" w:hAnsi="Arial"/>
          <w:b/>
          <w:sz w:val="22"/>
        </w:rPr>
        <w:t xml:space="preserve">Alice  </w:t>
      </w:r>
      <w:r>
        <w:rPr>
          <w:rFonts w:ascii="Arial" w:hAnsi="Arial"/>
          <w:color w:val="5D7284"/>
          <w:sz w:val="22"/>
        </w:rPr>
        <w:t>28:56</w:t>
      </w:r>
    </w:p>
    <w:p>
      <w:pPr>
        <w:spacing w:after="0"/>
      </w:pPr>
      <w:r>
        <w:rPr>
          <w:rFonts w:ascii="Arial" w:hAnsi="Arial"/>
          <w:sz w:val="22"/>
        </w:rPr>
        <w:t>When you say Russell T Davis for me. And I think "Doctor Who" so</w:t>
      </w:r>
    </w:p>
    <w:p>
      <w:pPr>
        <w:spacing w:after="0"/>
      </w:pPr>
    </w:p>
    <w:p>
      <w:pPr>
        <w:spacing w:after="0"/>
      </w:pPr>
      <w:r>
        <w:rPr>
          <w:rFonts w:ascii="Arial" w:hAnsi="Arial"/>
          <w:b/>
          <w:sz w:val="22"/>
        </w:rPr>
        <w:t xml:space="preserve">Adam  </w:t>
      </w:r>
      <w:r>
        <w:rPr>
          <w:rFonts w:ascii="Arial" w:hAnsi="Arial"/>
          <w:color w:val="5D7284"/>
          <w:sz w:val="22"/>
        </w:rPr>
        <w:t>29:00</w:t>
      </w:r>
    </w:p>
    <w:p>
      <w:pPr>
        <w:spacing w:after="0"/>
      </w:pPr>
      <w:r>
        <w:rPr>
          <w:rFonts w:ascii="Arial" w:hAnsi="Arial"/>
          <w:sz w:val="22"/>
        </w:rPr>
        <w:t>Yeah, I'm sure he wrote "its a sin" .</w:t>
      </w:r>
    </w:p>
    <w:p>
      <w:pPr>
        <w:spacing w:after="0"/>
      </w:pPr>
    </w:p>
    <w:p>
      <w:pPr>
        <w:spacing w:after="0"/>
      </w:pPr>
      <w:r>
        <w:rPr>
          <w:rFonts w:ascii="Arial" w:hAnsi="Arial"/>
          <w:b/>
          <w:sz w:val="22"/>
        </w:rPr>
        <w:t xml:space="preserve">Lucy  </w:t>
      </w:r>
      <w:r>
        <w:rPr>
          <w:rFonts w:ascii="Arial" w:hAnsi="Arial"/>
          <w:color w:val="5D7284"/>
          <w:sz w:val="22"/>
        </w:rPr>
        <w:t>29:02</w:t>
      </w:r>
    </w:p>
    <w:p>
      <w:pPr>
        <w:spacing w:after="0"/>
      </w:pPr>
      <w:r>
        <w:rPr>
          <w:rFonts w:ascii="Arial" w:hAnsi="Arial"/>
          <w:sz w:val="22"/>
        </w:rPr>
        <w:t xml:space="preserve">He did. What I particularly liked about what Leo said, was the fact that, you know, he went as a filmmaker, he wants to make films about, you know, like, people in space who, just to be disabled. Not Yeah, not like, Oh, it's a it's a spaceman and he's disabled. Let's make it all about the disability, not about the fact that he's got to work  really hard to get into space. You know. And that was something that I think I always think that's when you've done it right when the representation isn't the main talking point. </w:t>
      </w:r>
    </w:p>
    <w:p>
      <w:pPr>
        <w:spacing w:after="0"/>
      </w:pPr>
    </w:p>
    <w:p>
      <w:pPr>
        <w:spacing w:after="0"/>
      </w:pPr>
      <w:r>
        <w:rPr>
          <w:rFonts w:ascii="Arial" w:hAnsi="Arial"/>
          <w:b/>
          <w:sz w:val="22"/>
        </w:rPr>
        <w:t xml:space="preserve">Adam  </w:t>
      </w:r>
      <w:r>
        <w:rPr>
          <w:rFonts w:ascii="Arial" w:hAnsi="Arial"/>
          <w:color w:val="5D7284"/>
          <w:sz w:val="22"/>
        </w:rPr>
        <w:t>29:44</w:t>
      </w:r>
    </w:p>
    <w:p>
      <w:pPr>
        <w:spacing w:after="0"/>
      </w:pPr>
      <w:r>
        <w:rPr>
          <w:rFonts w:ascii="Arial" w:hAnsi="Arial"/>
          <w:sz w:val="22"/>
        </w:rPr>
        <w:t>Yeah, yes . Again, like I was going back to those that game was that there was a I think there's a trans character and a lesbian character. And it was, it was done in such a good way because it wasn't just like, oh, look, I'm trans or look, I'm a lesbian. No, like You know, it was just they were that and that's it</w:t>
      </w:r>
    </w:p>
    <w:p>
      <w:pPr>
        <w:spacing w:after="0"/>
      </w:pPr>
    </w:p>
    <w:p>
      <w:pPr>
        <w:spacing w:after="0"/>
      </w:pPr>
      <w:r>
        <w:rPr>
          <w:rFonts w:ascii="Arial" w:hAnsi="Arial"/>
          <w:b/>
          <w:sz w:val="22"/>
        </w:rPr>
        <w:t xml:space="preserve">Alice  </w:t>
      </w:r>
      <w:r>
        <w:rPr>
          <w:rFonts w:ascii="Arial" w:hAnsi="Arial"/>
          <w:color w:val="5D7284"/>
          <w:sz w:val="22"/>
        </w:rPr>
        <w:t>30:03</w:t>
      </w:r>
    </w:p>
    <w:p>
      <w:pPr>
        <w:spacing w:after="0"/>
      </w:pPr>
      <w:r>
        <w:rPr>
          <w:rFonts w:ascii="Arial" w:hAnsi="Arial"/>
          <w:sz w:val="22"/>
        </w:rPr>
        <w:t xml:space="preserve">What game is that. </w:t>
      </w:r>
    </w:p>
    <w:p>
      <w:pPr>
        <w:spacing w:after="0"/>
      </w:pPr>
    </w:p>
    <w:p>
      <w:pPr>
        <w:spacing w:after="0"/>
      </w:pPr>
      <w:r>
        <w:rPr>
          <w:rFonts w:ascii="Arial" w:hAnsi="Arial"/>
          <w:b/>
          <w:sz w:val="22"/>
        </w:rPr>
        <w:t xml:space="preserve">Adam  </w:t>
      </w:r>
      <w:r>
        <w:rPr>
          <w:rFonts w:ascii="Arial" w:hAnsi="Arial"/>
          <w:color w:val="5D7284"/>
          <w:sz w:val="22"/>
        </w:rPr>
        <w:t>30:04</w:t>
      </w:r>
    </w:p>
    <w:p>
      <w:pPr>
        <w:spacing w:after="0"/>
      </w:pPr>
      <w:r>
        <w:rPr>
          <w:rFonts w:ascii="Arial" w:hAnsi="Arial"/>
          <w:sz w:val="22"/>
        </w:rPr>
        <w:t xml:space="preserve">"The Last of Us" </w:t>
      </w:r>
    </w:p>
    <w:p>
      <w:pPr>
        <w:spacing w:after="0"/>
      </w:pPr>
    </w:p>
    <w:p>
      <w:pPr>
        <w:spacing w:after="0"/>
      </w:pPr>
      <w:r>
        <w:rPr>
          <w:rFonts w:ascii="Arial" w:hAnsi="Arial"/>
          <w:b/>
          <w:sz w:val="22"/>
        </w:rPr>
        <w:t xml:space="preserve">Alice  </w:t>
      </w:r>
      <w:r>
        <w:rPr>
          <w:rFonts w:ascii="Arial" w:hAnsi="Arial"/>
          <w:color w:val="5D7284"/>
          <w:sz w:val="22"/>
        </w:rPr>
        <w:t>30:06</w:t>
      </w:r>
    </w:p>
    <w:p>
      <w:pPr>
        <w:spacing w:after="0"/>
      </w:pPr>
      <w:r>
        <w:rPr>
          <w:rFonts w:ascii="Arial" w:hAnsi="Arial"/>
          <w:sz w:val="22"/>
        </w:rPr>
        <w:t>Okay, yeah, yeah, I we've played me and dave played the first one. But we haven't got the second one yet, so</w:t>
      </w:r>
    </w:p>
    <w:p>
      <w:pPr>
        <w:spacing w:after="0"/>
      </w:pPr>
    </w:p>
    <w:p>
      <w:pPr>
        <w:spacing w:after="0"/>
      </w:pPr>
      <w:r>
        <w:rPr>
          <w:rFonts w:ascii="Arial" w:hAnsi="Arial"/>
          <w:b/>
          <w:sz w:val="22"/>
        </w:rPr>
        <w:t xml:space="preserve">Adam  </w:t>
      </w:r>
      <w:r>
        <w:rPr>
          <w:rFonts w:ascii="Arial" w:hAnsi="Arial"/>
          <w:color w:val="5D7284"/>
          <w:sz w:val="22"/>
        </w:rPr>
        <w:t>30:14</w:t>
      </w:r>
    </w:p>
    <w:p>
      <w:pPr>
        <w:spacing w:after="0"/>
      </w:pPr>
      <w:r>
        <w:rPr>
          <w:rFonts w:ascii="Arial" w:hAnsi="Arial"/>
          <w:sz w:val="22"/>
        </w:rPr>
        <w:t>Definitely should. It's amazing.</w:t>
      </w:r>
    </w:p>
    <w:p>
      <w:pPr>
        <w:spacing w:after="0"/>
      </w:pPr>
    </w:p>
    <w:p>
      <w:pPr>
        <w:spacing w:after="0"/>
      </w:pPr>
      <w:r>
        <w:rPr>
          <w:rFonts w:ascii="Arial" w:hAnsi="Arial"/>
          <w:b/>
          <w:sz w:val="22"/>
        </w:rPr>
        <w:t xml:space="preserve">Lucy  </w:t>
      </w:r>
      <w:r>
        <w:rPr>
          <w:rFonts w:ascii="Arial" w:hAnsi="Arial"/>
          <w:color w:val="5D7284"/>
          <w:sz w:val="22"/>
        </w:rPr>
        <w:t>30:17</w:t>
      </w:r>
    </w:p>
    <w:p>
      <w:pPr>
        <w:spacing w:after="0"/>
      </w:pPr>
      <w:r>
        <w:rPr>
          <w:rFonts w:ascii="Arial" w:hAnsi="Arial"/>
          <w:sz w:val="22"/>
        </w:rPr>
        <w:t>Yeah, I can always remember watching an episode of like the Great British Bake Off and Briony who had like, limb difference was on the show. And I was like, Oh, I clocked it before. I think anybody else I was watching it with clocked it because that was my brain is constantly like, oh, somebody slightly like me with a disbaility when they like even though I have all my limbs,</w:t>
      </w:r>
    </w:p>
    <w:p>
      <w:pPr>
        <w:spacing w:after="0"/>
      </w:pPr>
    </w:p>
    <w:p>
      <w:pPr>
        <w:spacing w:after="0"/>
      </w:pPr>
      <w:r>
        <w:rPr>
          <w:rFonts w:ascii="Arial" w:hAnsi="Arial"/>
          <w:b/>
          <w:sz w:val="22"/>
        </w:rPr>
        <w:t xml:space="preserve">Alice  </w:t>
      </w:r>
      <w:r>
        <w:rPr>
          <w:rFonts w:ascii="Arial" w:hAnsi="Arial"/>
          <w:color w:val="5D7284"/>
          <w:sz w:val="22"/>
        </w:rPr>
        <w:t>30:44</w:t>
      </w:r>
    </w:p>
    <w:p>
      <w:pPr>
        <w:spacing w:after="0"/>
      </w:pPr>
      <w:r>
        <w:rPr>
          <w:rFonts w:ascii="Arial" w:hAnsi="Arial"/>
          <w:sz w:val="22"/>
        </w:rPr>
        <w:t>Disasbility gaydar.</w:t>
      </w:r>
    </w:p>
    <w:p>
      <w:pPr>
        <w:spacing w:after="0"/>
      </w:pPr>
    </w:p>
    <w:p>
      <w:pPr>
        <w:spacing w:after="0"/>
      </w:pPr>
      <w:r>
        <w:rPr>
          <w:rFonts w:ascii="Arial" w:hAnsi="Arial"/>
          <w:b/>
          <w:sz w:val="22"/>
        </w:rPr>
        <w:t xml:space="preserve">Lucy  </w:t>
      </w:r>
      <w:r>
        <w:rPr>
          <w:rFonts w:ascii="Arial" w:hAnsi="Arial"/>
          <w:color w:val="5D7284"/>
          <w:sz w:val="22"/>
        </w:rPr>
        <w:t>30:45</w:t>
      </w:r>
    </w:p>
    <w:p>
      <w:pPr>
        <w:spacing w:after="0"/>
      </w:pPr>
      <w:r>
        <w:rPr>
          <w:rFonts w:ascii="Arial" w:hAnsi="Arial"/>
          <w:sz w:val="22"/>
        </w:rPr>
        <w:t xml:space="preserve">Like, ding ding ding  and I was like, Oh, we're gonna they're gonna say something about how inspirational she is because she can hold the bowel and stir with one arm. It's this is this is going to be horrific for the next eight weeks. And nobody, nobody made reference to it or anything like that. And it was only after the program had finished. Like the final and somebody had won that Brony, she did an interview. I can't remember who it was with. But she said I purposely asked the production team not to reference it. And I was at the end of the first episode. I was like, that's how you do it. That is how you do it. You have somebody who is visibly different with you know, or even invisibly different to. You just put them in there. And don't reference it unless they mention it. On their terms rather than... It was similar in the latest season of MasterChef as well. They had a deaf contestant in right. She was really good. She they mentioned she was different in the introduction to her. Yeah. But then they never mentioned it again. They never showed the sign language person Interpreter. </w:t>
      </w:r>
    </w:p>
    <w:p>
      <w:pPr>
        <w:spacing w:after="0"/>
      </w:pPr>
    </w:p>
    <w:p>
      <w:pPr>
        <w:spacing w:after="0"/>
      </w:pPr>
      <w:r>
        <w:rPr>
          <w:rFonts w:ascii="Arial" w:hAnsi="Arial"/>
          <w:b/>
          <w:sz w:val="22"/>
        </w:rPr>
        <w:t xml:space="preserve">Adam  </w:t>
      </w:r>
      <w:r>
        <w:rPr>
          <w:rFonts w:ascii="Arial" w:hAnsi="Arial"/>
          <w:color w:val="5D7284"/>
          <w:sz w:val="22"/>
        </w:rPr>
        <w:t>31:57</w:t>
      </w:r>
    </w:p>
    <w:p>
      <w:pPr>
        <w:spacing w:after="0"/>
      </w:pPr>
      <w:r>
        <w:rPr>
          <w:rFonts w:ascii="Arial" w:hAnsi="Arial"/>
          <w:sz w:val="22"/>
        </w:rPr>
        <w:t>That's the one sign language person thats not the word. The interpreter like they never showed the interpreter on screen. No, they didn't like go oh, look what we're doing. You know? Yeah, they just they mentioned it once. And then they never said it again.</w:t>
      </w:r>
    </w:p>
    <w:p>
      <w:pPr>
        <w:spacing w:after="0"/>
      </w:pPr>
    </w:p>
    <w:p>
      <w:pPr>
        <w:spacing w:after="0"/>
      </w:pPr>
      <w:r>
        <w:rPr>
          <w:rFonts w:ascii="Arial" w:hAnsi="Arial"/>
          <w:b/>
          <w:sz w:val="22"/>
        </w:rPr>
        <w:t xml:space="preserve">Lucy  </w:t>
      </w:r>
      <w:r>
        <w:rPr>
          <w:rFonts w:ascii="Arial" w:hAnsi="Arial"/>
          <w:color w:val="5D7284"/>
          <w:sz w:val="22"/>
        </w:rPr>
        <w:t>32:14</w:t>
      </w:r>
    </w:p>
    <w:p>
      <w:pPr>
        <w:spacing w:after="0"/>
      </w:pPr>
      <w:r>
        <w:rPr>
          <w:rFonts w:ascii="Arial" w:hAnsi="Arial"/>
          <w:sz w:val="22"/>
        </w:rPr>
        <w:t>I think it's always good when they don't use the word. And here we have inspirational so and so . Oh, here we have the amazing, wonderful. Yeah. And you did all that. Why? Why are they amazing? I'm wonderful. You barely spoke to them, like get to know them first before you start banding that about?</w:t>
      </w:r>
    </w:p>
    <w:p>
      <w:pPr>
        <w:spacing w:after="0"/>
      </w:pPr>
    </w:p>
    <w:p>
      <w:pPr>
        <w:spacing w:after="0"/>
      </w:pPr>
      <w:r>
        <w:rPr>
          <w:rFonts w:ascii="Arial" w:hAnsi="Arial"/>
          <w:b/>
          <w:sz w:val="22"/>
        </w:rPr>
        <w:t xml:space="preserve">Alice  </w:t>
      </w:r>
      <w:r>
        <w:rPr>
          <w:rFonts w:ascii="Arial" w:hAnsi="Arial"/>
          <w:color w:val="5D7284"/>
          <w:sz w:val="22"/>
        </w:rPr>
        <w:t>32:31</w:t>
      </w:r>
    </w:p>
    <w:p>
      <w:pPr>
        <w:spacing w:after="0"/>
      </w:pPr>
      <w:r>
        <w:rPr>
          <w:rFonts w:ascii="Arial" w:hAnsi="Arial"/>
          <w:sz w:val="22"/>
        </w:rPr>
        <w:t>Yeah, I think that was one of the things that when we talk to Leo, that is is interesting is like we talked a bit about some of the particularly I was putting some social media stuff together for the next week. Yesterday. We had a lot of chat about Marvel, like characters. And we talked about some non disabled actors playing disabled characters. And I think you know, there are things that there is an element to particularly for kind of long form series, like we talked about. We talked about Daredevil and we talked about echo who's in character a deaf character from the show was in the Hawkeye series before Christmas, she's getting her own series as well. And there is the good thing about some of those shows sort of those those kinds of shows is that they give people time to kind of you know, you might in those like in places have that oh my god, look at how inspirational they are doing really normal things like putting their shoes on.</w:t>
      </w:r>
    </w:p>
    <w:p>
      <w:pPr>
        <w:spacing w:after="0"/>
      </w:pPr>
    </w:p>
    <w:p>
      <w:pPr>
        <w:spacing w:after="0"/>
      </w:pPr>
      <w:r>
        <w:rPr>
          <w:rFonts w:ascii="Arial" w:hAnsi="Arial"/>
          <w:b/>
          <w:sz w:val="22"/>
        </w:rPr>
        <w:t xml:space="preserve">Lucy  </w:t>
      </w:r>
      <w:r>
        <w:rPr>
          <w:rFonts w:ascii="Arial" w:hAnsi="Arial"/>
          <w:color w:val="5D7284"/>
          <w:sz w:val="22"/>
        </w:rPr>
        <w:t>33:42</w:t>
      </w:r>
    </w:p>
    <w:p>
      <w:pPr>
        <w:spacing w:after="0"/>
      </w:pPr>
      <w:r>
        <w:rPr>
          <w:rFonts w:ascii="Arial" w:hAnsi="Arial"/>
          <w:sz w:val="22"/>
        </w:rPr>
        <w:t>Making a cup of Coffee without spilling everywhere.</w:t>
      </w:r>
    </w:p>
    <w:p>
      <w:pPr>
        <w:spacing w:after="0"/>
      </w:pPr>
    </w:p>
    <w:p>
      <w:pPr>
        <w:spacing w:after="0"/>
      </w:pPr>
      <w:r>
        <w:rPr>
          <w:rFonts w:ascii="Arial" w:hAnsi="Arial"/>
          <w:b/>
          <w:sz w:val="22"/>
        </w:rPr>
        <w:t xml:space="preserve">Alice  </w:t>
      </w:r>
      <w:r>
        <w:rPr>
          <w:rFonts w:ascii="Arial" w:hAnsi="Arial"/>
          <w:color w:val="5D7284"/>
          <w:sz w:val="22"/>
        </w:rPr>
        <w:t>33:46</w:t>
      </w:r>
    </w:p>
    <w:p>
      <w:pPr>
        <w:spacing w:after="0"/>
      </w:pPr>
      <w:r>
        <w:rPr>
          <w:rFonts w:ascii="Arial" w:hAnsi="Arial"/>
          <w:sz w:val="22"/>
        </w:rPr>
        <w:t xml:space="preserve">I mean, I can't do I can't do that I just I just don't use the like aids and lights and stuff that people have provided for me. I'm like I have not got time to turn all of these lights on. </w:t>
      </w:r>
    </w:p>
    <w:p>
      <w:pPr>
        <w:spacing w:after="0"/>
      </w:pPr>
    </w:p>
    <w:p>
      <w:pPr>
        <w:spacing w:after="0"/>
      </w:pPr>
      <w:r>
        <w:rPr>
          <w:rFonts w:ascii="Arial" w:hAnsi="Arial"/>
          <w:b/>
          <w:sz w:val="22"/>
        </w:rPr>
        <w:t xml:space="preserve">Lucy  </w:t>
      </w:r>
      <w:r>
        <w:rPr>
          <w:rFonts w:ascii="Arial" w:hAnsi="Arial"/>
          <w:color w:val="5D7284"/>
          <w:sz w:val="22"/>
        </w:rPr>
        <w:t>33:48</w:t>
      </w:r>
    </w:p>
    <w:p>
      <w:pPr>
        <w:spacing w:after="0"/>
      </w:pPr>
      <w:r>
        <w:rPr>
          <w:rFonts w:ascii="Arial" w:hAnsi="Arial"/>
          <w:sz w:val="22"/>
        </w:rPr>
        <w:t xml:space="preserve">I cant do that either.  Here you go Alice use these, no! </w:t>
      </w:r>
    </w:p>
    <w:p>
      <w:pPr>
        <w:spacing w:after="0"/>
      </w:pPr>
    </w:p>
    <w:p>
      <w:pPr>
        <w:spacing w:after="0"/>
      </w:pPr>
      <w:r>
        <w:rPr>
          <w:rFonts w:ascii="Arial" w:hAnsi="Arial"/>
          <w:b/>
          <w:sz w:val="22"/>
        </w:rPr>
        <w:t xml:space="preserve">Alice  </w:t>
      </w:r>
      <w:r>
        <w:rPr>
          <w:rFonts w:ascii="Arial" w:hAnsi="Arial"/>
          <w:color w:val="5D7284"/>
          <w:sz w:val="22"/>
        </w:rPr>
        <w:t>34:04</w:t>
      </w:r>
    </w:p>
    <w:p>
      <w:pPr>
        <w:spacing w:after="0"/>
      </w:pPr>
      <w:r>
        <w:rPr>
          <w:rFonts w:ascii="Arial" w:hAnsi="Arial"/>
          <w:sz w:val="22"/>
        </w:rPr>
        <w:t>Alice lets try to make your life easier, No! you shant! . Yeah, but those shows do allow kind of the audience a bit of time to also just see people being disabled and just doing stuff. You know, that is one of the one of the really cool things about Daredevil and I can remember the one of the episodes in particular was like a flashback to him and foggy at college and foggy's really really drunk and Daredevils like Oh, great. Now I'm basically going to have to like help you like weaving drunkenly home and you're supposed to be guiding me and it's like 100% been in that situation.</w:t>
      </w:r>
    </w:p>
    <w:p>
      <w:pPr>
        <w:spacing w:after="0"/>
      </w:pPr>
    </w:p>
    <w:p>
      <w:pPr>
        <w:spacing w:after="0"/>
      </w:pPr>
      <w:r>
        <w:rPr>
          <w:rFonts w:ascii="Arial" w:hAnsi="Arial"/>
          <w:b/>
          <w:sz w:val="22"/>
        </w:rPr>
        <w:t xml:space="preserve">Adam  </w:t>
      </w:r>
      <w:r>
        <w:rPr>
          <w:rFonts w:ascii="Arial" w:hAnsi="Arial"/>
          <w:color w:val="5D7284"/>
          <w:sz w:val="22"/>
        </w:rPr>
        <w:t>34:49</w:t>
      </w:r>
    </w:p>
    <w:p>
      <w:pPr>
        <w:spacing w:after="0"/>
      </w:pPr>
      <w:r>
        <w:rPr>
          <w:rFonts w:ascii="Arial" w:hAnsi="Arial"/>
          <w:sz w:val="22"/>
        </w:rPr>
        <w:t>Probably with me. I've had a flashback to the time I I tripped over while we were linked and that brought you down with me.</w:t>
      </w:r>
    </w:p>
    <w:p>
      <w:pPr>
        <w:spacing w:after="0"/>
      </w:pPr>
    </w:p>
    <w:p>
      <w:pPr>
        <w:spacing w:after="0"/>
      </w:pPr>
      <w:r>
        <w:rPr>
          <w:rFonts w:ascii="Arial" w:hAnsi="Arial"/>
          <w:b/>
          <w:sz w:val="22"/>
        </w:rPr>
        <w:t xml:space="preserve">Lucy  </w:t>
      </w:r>
      <w:r>
        <w:rPr>
          <w:rFonts w:ascii="Arial" w:hAnsi="Arial"/>
          <w:color w:val="5D7284"/>
          <w:sz w:val="22"/>
        </w:rPr>
        <w:t>35:01</w:t>
      </w:r>
    </w:p>
    <w:p>
      <w:pPr>
        <w:spacing w:after="0"/>
      </w:pPr>
      <w:r>
        <w:rPr>
          <w:rFonts w:ascii="Arial" w:hAnsi="Arial"/>
          <w:sz w:val="22"/>
        </w:rPr>
        <w:t>Like a wobbly conga line.</w:t>
      </w:r>
    </w:p>
    <w:p>
      <w:pPr>
        <w:spacing w:after="0"/>
      </w:pPr>
    </w:p>
    <w:p>
      <w:pPr>
        <w:spacing w:after="0"/>
      </w:pPr>
      <w:r>
        <w:rPr>
          <w:rFonts w:ascii="Arial" w:hAnsi="Arial"/>
          <w:b/>
          <w:sz w:val="22"/>
        </w:rPr>
        <w:t xml:space="preserve">Alice  </w:t>
      </w:r>
      <w:r>
        <w:rPr>
          <w:rFonts w:ascii="Arial" w:hAnsi="Arial"/>
          <w:color w:val="5D7284"/>
          <w:sz w:val="22"/>
        </w:rPr>
        <w:t>35:03</w:t>
      </w:r>
    </w:p>
    <w:p>
      <w:pPr>
        <w:spacing w:after="0"/>
      </w:pPr>
      <w:r>
        <w:rPr>
          <w:rFonts w:ascii="Arial" w:hAnsi="Arial"/>
          <w:sz w:val="22"/>
        </w:rPr>
        <w:t xml:space="preserve">I was the time that we walked into the Red Lion. And you were so busy slightly looking over your shoulder to tell me to be careful of the steps that you fell down the steps. </w:t>
      </w:r>
    </w:p>
    <w:p>
      <w:pPr>
        <w:spacing w:after="0"/>
      </w:pPr>
    </w:p>
    <w:p>
      <w:pPr>
        <w:spacing w:after="0"/>
      </w:pPr>
      <w:r>
        <w:rPr>
          <w:rFonts w:ascii="Arial" w:hAnsi="Arial"/>
          <w:b/>
          <w:sz w:val="22"/>
        </w:rPr>
        <w:t xml:space="preserve">Lucy  </w:t>
      </w:r>
      <w:r>
        <w:rPr>
          <w:rFonts w:ascii="Arial" w:hAnsi="Arial"/>
          <w:color w:val="5D7284"/>
          <w:sz w:val="22"/>
        </w:rPr>
        <w:t>35:12</w:t>
      </w:r>
    </w:p>
    <w:p>
      <w:pPr>
        <w:spacing w:after="0"/>
      </w:pPr>
      <w:r>
        <w:rPr>
          <w:rFonts w:ascii="Arial" w:hAnsi="Arial"/>
          <w:sz w:val="22"/>
        </w:rPr>
        <w:t xml:space="preserve">awww Adam! </w:t>
      </w:r>
    </w:p>
    <w:p>
      <w:pPr>
        <w:spacing w:after="0"/>
      </w:pPr>
    </w:p>
    <w:p>
      <w:pPr>
        <w:spacing w:after="0"/>
      </w:pPr>
      <w:r>
        <w:rPr>
          <w:rFonts w:ascii="Arial" w:hAnsi="Arial"/>
          <w:b/>
          <w:sz w:val="22"/>
        </w:rPr>
        <w:t xml:space="preserve">Adam  </w:t>
      </w:r>
      <w:r>
        <w:rPr>
          <w:rFonts w:ascii="Arial" w:hAnsi="Arial"/>
          <w:color w:val="5D7284"/>
          <w:sz w:val="22"/>
        </w:rPr>
        <w:t>35:15</w:t>
      </w:r>
    </w:p>
    <w:p>
      <w:pPr>
        <w:spacing w:after="0"/>
      </w:pPr>
      <w:r>
        <w:rPr>
          <w:rFonts w:ascii="Arial" w:hAnsi="Arial"/>
          <w:sz w:val="22"/>
        </w:rPr>
        <w:t xml:space="preserve">Watch out for for this, </w:t>
      </w:r>
    </w:p>
    <w:p>
      <w:pPr>
        <w:spacing w:after="0"/>
      </w:pPr>
    </w:p>
    <w:p>
      <w:pPr>
        <w:spacing w:after="0"/>
      </w:pPr>
      <w:r>
        <w:rPr>
          <w:rFonts w:ascii="Arial" w:hAnsi="Arial"/>
          <w:b/>
          <w:sz w:val="22"/>
        </w:rPr>
        <w:t xml:space="preserve">Lucy  </w:t>
      </w:r>
      <w:r>
        <w:rPr>
          <w:rFonts w:ascii="Arial" w:hAnsi="Arial"/>
          <w:color w:val="5D7284"/>
          <w:sz w:val="22"/>
        </w:rPr>
        <w:t>35:18</w:t>
      </w:r>
    </w:p>
    <w:p>
      <w:pPr>
        <w:spacing w:after="0"/>
      </w:pPr>
      <w:r>
        <w:rPr>
          <w:rFonts w:ascii="Arial" w:hAnsi="Arial"/>
          <w:sz w:val="22"/>
        </w:rPr>
        <w:t>Don't do what I just did.</w:t>
      </w:r>
    </w:p>
    <w:p>
      <w:pPr>
        <w:spacing w:after="0"/>
      </w:pPr>
    </w:p>
    <w:p>
      <w:pPr>
        <w:spacing w:after="0"/>
      </w:pPr>
      <w:r>
        <w:rPr>
          <w:rFonts w:ascii="Arial" w:hAnsi="Arial"/>
          <w:b/>
          <w:sz w:val="22"/>
        </w:rPr>
        <w:t xml:space="preserve">Adam  </w:t>
      </w:r>
      <w:r>
        <w:rPr>
          <w:rFonts w:ascii="Arial" w:hAnsi="Arial"/>
          <w:color w:val="5D7284"/>
          <w:sz w:val="22"/>
        </w:rPr>
        <w:t>35:21</w:t>
      </w:r>
    </w:p>
    <w:p>
      <w:pPr>
        <w:spacing w:after="0"/>
      </w:pPr>
      <w:r>
        <w:rPr>
          <w:rFonts w:ascii="Arial" w:hAnsi="Arial"/>
          <w:sz w:val="22"/>
        </w:rPr>
        <w:t>Yeah, I was  just showing you an example of what not to do?</w:t>
      </w:r>
    </w:p>
    <w:p>
      <w:pPr>
        <w:spacing w:after="0"/>
      </w:pPr>
    </w:p>
    <w:p>
      <w:pPr>
        <w:spacing w:after="0"/>
      </w:pPr>
      <w:r>
        <w:rPr>
          <w:rFonts w:ascii="Arial" w:hAnsi="Arial"/>
          <w:b/>
          <w:sz w:val="22"/>
        </w:rPr>
        <w:t xml:space="preserve">Alice  </w:t>
      </w:r>
      <w:r>
        <w:rPr>
          <w:rFonts w:ascii="Arial" w:hAnsi="Arial"/>
          <w:color w:val="5D7284"/>
          <w:sz w:val="22"/>
        </w:rPr>
        <w:t>35:28</w:t>
      </w:r>
    </w:p>
    <w:p>
      <w:pPr>
        <w:spacing w:after="0"/>
      </w:pPr>
      <w:r>
        <w:rPr>
          <w:rFonts w:ascii="Arial" w:hAnsi="Arial"/>
          <w:sz w:val="22"/>
        </w:rPr>
        <w:t xml:space="preserve">Yeah, like that, that that. That's really cool that people that when shows do stuff like that. </w:t>
      </w:r>
    </w:p>
    <w:p>
      <w:pPr>
        <w:spacing w:after="0"/>
      </w:pPr>
    </w:p>
    <w:p>
      <w:pPr>
        <w:spacing w:after="0"/>
      </w:pPr>
      <w:r>
        <w:rPr>
          <w:rFonts w:ascii="Arial" w:hAnsi="Arial"/>
          <w:b/>
          <w:sz w:val="22"/>
        </w:rPr>
        <w:t xml:space="preserve">Lucy  </w:t>
      </w:r>
      <w:r>
        <w:rPr>
          <w:rFonts w:ascii="Arial" w:hAnsi="Arial"/>
          <w:color w:val="5D7284"/>
          <w:sz w:val="22"/>
        </w:rPr>
        <w:t>35:35</w:t>
      </w:r>
    </w:p>
    <w:p>
      <w:pPr>
        <w:spacing w:after="0"/>
      </w:pPr>
      <w:r>
        <w:rPr>
          <w:rFonts w:ascii="Arial" w:hAnsi="Arial"/>
          <w:sz w:val="22"/>
        </w:rPr>
        <w:t xml:space="preserve">but it kind of a bit like, when you, you probably I don't know whether you'll know, over experiences Alice. But when you turn a light on when it's really dark in general, and that you're like, I can't, I can't open my eyes properly. And then after a while your eyes sort of settle and everything's all right. It's a bit like settling. </w:t>
      </w:r>
    </w:p>
    <w:p>
      <w:pPr>
        <w:spacing w:after="0"/>
      </w:pPr>
    </w:p>
    <w:p>
      <w:pPr>
        <w:spacing w:after="0"/>
      </w:pPr>
      <w:r>
        <w:rPr>
          <w:rFonts w:ascii="Arial" w:hAnsi="Arial"/>
          <w:b/>
          <w:sz w:val="22"/>
        </w:rPr>
        <w:t xml:space="preserve">Alice  </w:t>
      </w:r>
      <w:r>
        <w:rPr>
          <w:rFonts w:ascii="Arial" w:hAnsi="Arial"/>
          <w:color w:val="5D7284"/>
          <w:sz w:val="22"/>
        </w:rPr>
        <w:t>35:58</w:t>
      </w:r>
    </w:p>
    <w:p>
      <w:pPr>
        <w:spacing w:after="0"/>
      </w:pPr>
      <w:r>
        <w:rPr>
          <w:rFonts w:ascii="Arial" w:hAnsi="Arial"/>
          <w:sz w:val="22"/>
        </w:rPr>
        <w:t>That is That is my experience of every time I turn a light on [laughs].</w:t>
      </w:r>
    </w:p>
    <w:p>
      <w:pPr>
        <w:spacing w:after="0"/>
      </w:pPr>
    </w:p>
    <w:p>
      <w:pPr>
        <w:spacing w:after="0"/>
      </w:pPr>
      <w:r>
        <w:rPr>
          <w:rFonts w:ascii="Arial" w:hAnsi="Arial"/>
          <w:b/>
          <w:sz w:val="22"/>
        </w:rPr>
        <w:t xml:space="preserve">Lucy  </w:t>
      </w:r>
      <w:r>
        <w:rPr>
          <w:rFonts w:ascii="Arial" w:hAnsi="Arial"/>
          <w:color w:val="5D7284"/>
          <w:sz w:val="22"/>
        </w:rPr>
        <w:t>36:03</w:t>
      </w:r>
    </w:p>
    <w:p>
      <w:pPr>
        <w:spacing w:after="0"/>
      </w:pPr>
      <w:r>
        <w:rPr>
          <w:rFonts w:ascii="Arial" w:hAnsi="Arial"/>
          <w:sz w:val="22"/>
        </w:rPr>
        <w:t xml:space="preserve">I didn't want to go through the whole of that thing. Guys. I don't know your talking about </w:t>
      </w:r>
    </w:p>
    <w:p>
      <w:pPr>
        <w:spacing w:after="0"/>
      </w:pPr>
    </w:p>
    <w:p>
      <w:pPr>
        <w:spacing w:after="0"/>
      </w:pPr>
      <w:r>
        <w:rPr>
          <w:rFonts w:ascii="Arial" w:hAnsi="Arial"/>
          <w:b/>
          <w:sz w:val="22"/>
        </w:rPr>
        <w:t xml:space="preserve">Alice  </w:t>
      </w:r>
      <w:r>
        <w:rPr>
          <w:rFonts w:ascii="Arial" w:hAnsi="Arial"/>
          <w:color w:val="5D7284"/>
          <w:sz w:val="22"/>
        </w:rPr>
        <w:t>36:06</w:t>
      </w:r>
    </w:p>
    <w:p>
      <w:pPr>
        <w:spacing w:after="0"/>
      </w:pPr>
      <w:r>
        <w:rPr>
          <w:rFonts w:ascii="Arial" w:hAnsi="Arial"/>
          <w:sz w:val="22"/>
        </w:rPr>
        <w:t xml:space="preserve">No! It takes me longer to adjust to changing light levels. Than other people. So when it if it gets dark, suddenly, I can't see anything for a while. Yeah. And then if it gets light, suddenly, I can't see anything for a while. </w:t>
      </w:r>
    </w:p>
    <w:p>
      <w:pPr>
        <w:spacing w:after="0"/>
      </w:pPr>
    </w:p>
    <w:p>
      <w:pPr>
        <w:spacing w:after="0"/>
      </w:pPr>
      <w:r>
        <w:rPr>
          <w:rFonts w:ascii="Arial" w:hAnsi="Arial"/>
          <w:b/>
          <w:sz w:val="22"/>
        </w:rPr>
        <w:t xml:space="preserve">Lucy  </w:t>
      </w:r>
      <w:r>
        <w:rPr>
          <w:rFonts w:ascii="Arial" w:hAnsi="Arial"/>
          <w:color w:val="5D7284"/>
          <w:sz w:val="22"/>
        </w:rPr>
        <w:t>36:13</w:t>
      </w:r>
    </w:p>
    <w:p>
      <w:pPr>
        <w:spacing w:after="0"/>
      </w:pPr>
      <w:r>
        <w:rPr>
          <w:rFonts w:ascii="Arial" w:hAnsi="Arial"/>
          <w:sz w:val="22"/>
        </w:rPr>
        <w:t>So its like yeah, it's like kind of your eyes sort of settle. And then it's like, okay, well, we can do this. Now. That's what a bit like having a prolonged, like, prolonged period of representation on the television is like, yeah, okay, let's all calm down and not not panic, you know, whatever. Yeah. I'm quite used to this now.</w:t>
      </w:r>
    </w:p>
    <w:p>
      <w:pPr>
        <w:spacing w:after="0"/>
      </w:pPr>
    </w:p>
    <w:p>
      <w:pPr>
        <w:spacing w:after="0"/>
      </w:pPr>
      <w:r>
        <w:rPr>
          <w:rFonts w:ascii="Arial" w:hAnsi="Arial"/>
          <w:b/>
          <w:sz w:val="22"/>
        </w:rPr>
        <w:t xml:space="preserve">Alice  </w:t>
      </w:r>
      <w:r>
        <w:rPr>
          <w:rFonts w:ascii="Arial" w:hAnsi="Arial"/>
          <w:color w:val="5D7284"/>
          <w:sz w:val="22"/>
        </w:rPr>
        <w:t>36:43</w:t>
      </w:r>
    </w:p>
    <w:p>
      <w:pPr>
        <w:spacing w:after="0"/>
      </w:pPr>
      <w:r>
        <w:rPr>
          <w:rFonts w:ascii="Arial" w:hAnsi="Arial"/>
          <w:sz w:val="22"/>
        </w:rPr>
        <w:t>And I just think it's very interesting that, like, you know, we've got, we've got Daredevil in the Marvel Universe, and we talked quite a lot about Kas Bracher in the "Shadow and Bone". Yes. So I did this, like a series of books. And I keep wanting to call the show by the name of one of the books. That, you know, the choice to cast non disabled people in those disabled roles. It's really hard for me because I, I, and I know, I should be as angry as Leo was about the choice to cast non disabled actors. But for me, I feel a little bit like, there is an getting the show, it's showing the people being disabled on TV. And, and these characters are cool, and like, interesting and a bit dark. And they're not, you know, it's not your traditional inspiration porn, kind of, you know, stuff. It's seeing that for me, especially when it when it is the personality that of the character is played well, I think particularly of Kaz Brecker. In this, I can remember specifically saying, you know, to other people, but also in the episode how,  I had some casting issues with that show, but I thought the guy they play, he looked right, he sounded right. He felt right. But then fine. He's sort of think I'm, I'm sure, had they taken the time to look, they'd have been able to find someone who did look and feel right, who also had a walking impairment.</w:t>
      </w:r>
    </w:p>
    <w:p>
      <w:pPr>
        <w:spacing w:after="0"/>
      </w:pPr>
    </w:p>
    <w:p>
      <w:pPr>
        <w:spacing w:after="0"/>
      </w:pPr>
      <w:r>
        <w:rPr>
          <w:rFonts w:ascii="Arial" w:hAnsi="Arial"/>
          <w:b/>
          <w:sz w:val="22"/>
        </w:rPr>
        <w:t xml:space="preserve">Adam  </w:t>
      </w:r>
      <w:r>
        <w:rPr>
          <w:rFonts w:ascii="Arial" w:hAnsi="Arial"/>
          <w:color w:val="5D7284"/>
          <w:sz w:val="22"/>
        </w:rPr>
        <w:t>38:40</w:t>
      </w:r>
    </w:p>
    <w:p>
      <w:pPr>
        <w:spacing w:after="0"/>
      </w:pPr>
      <w:r>
        <w:rPr>
          <w:rFonts w:ascii="Arial" w:hAnsi="Arial"/>
          <w:sz w:val="22"/>
        </w:rPr>
        <w:t>Yeah, it's a hard one, because I can see both sides, because they're they you want those stories to be told. Yeah, ideally, you want them to be told with the right actors with the right disabilities for that role. But on the other side of it, you know, there are some good actors there, you know, it's almost like, you want them to be an ally, you want them as long as they understand what they're doing. Yes. You know, consulting, they talk to people, that's what you'd hoped would happen.</w:t>
      </w:r>
    </w:p>
    <w:p>
      <w:pPr>
        <w:spacing w:after="0"/>
      </w:pPr>
    </w:p>
    <w:p>
      <w:pPr>
        <w:spacing w:after="0"/>
      </w:pPr>
      <w:r>
        <w:rPr>
          <w:rFonts w:ascii="Arial" w:hAnsi="Arial"/>
          <w:b/>
          <w:sz w:val="22"/>
        </w:rPr>
        <w:t xml:space="preserve">Lucy  </w:t>
      </w:r>
      <w:r>
        <w:rPr>
          <w:rFonts w:ascii="Arial" w:hAnsi="Arial"/>
          <w:color w:val="5D7284"/>
          <w:sz w:val="22"/>
        </w:rPr>
        <w:t>39:11</w:t>
      </w:r>
    </w:p>
    <w:p>
      <w:pPr>
        <w:spacing w:after="0"/>
      </w:pPr>
      <w:r>
        <w:rPr>
          <w:rFonts w:ascii="Arial" w:hAnsi="Arial"/>
          <w:sz w:val="22"/>
        </w:rPr>
        <w:t>And of course, there is it sad that there is a sad thing of it, you know, appealing to studios who will give the production company money to make the thing. Big if it's not what big stars within it, you know, specifically movies?</w:t>
      </w:r>
    </w:p>
    <w:p>
      <w:pPr>
        <w:spacing w:after="0"/>
      </w:pPr>
    </w:p>
    <w:p>
      <w:pPr>
        <w:spacing w:after="0"/>
      </w:pPr>
      <w:r>
        <w:rPr>
          <w:rFonts w:ascii="Arial" w:hAnsi="Arial"/>
          <w:b/>
          <w:sz w:val="22"/>
        </w:rPr>
        <w:t xml:space="preserve">Adam  </w:t>
      </w:r>
      <w:r>
        <w:rPr>
          <w:rFonts w:ascii="Arial" w:hAnsi="Arial"/>
          <w:color w:val="5D7284"/>
          <w:sz w:val="22"/>
        </w:rPr>
        <w:t>39:26</w:t>
      </w:r>
    </w:p>
    <w:p>
      <w:pPr>
        <w:spacing w:after="0"/>
      </w:pPr>
      <w:r>
        <w:rPr>
          <w:rFonts w:ascii="Arial" w:hAnsi="Arial"/>
          <w:sz w:val="22"/>
        </w:rPr>
        <w:t>Oh, yeah. You can pitch an idea for a film, ah that ounds shit and then be like, okay, but it's got Johnny Depp  in it. Oh, yeah. No, fine. Go ahead. Make it</w:t>
      </w:r>
    </w:p>
    <w:p>
      <w:pPr>
        <w:spacing w:after="0"/>
      </w:pPr>
    </w:p>
    <w:p>
      <w:pPr>
        <w:spacing w:after="0"/>
      </w:pPr>
      <w:r>
        <w:rPr>
          <w:rFonts w:ascii="Arial" w:hAnsi="Arial"/>
          <w:b/>
          <w:sz w:val="22"/>
        </w:rPr>
        <w:t xml:space="preserve">Lucy  </w:t>
      </w:r>
      <w:r>
        <w:rPr>
          <w:rFonts w:ascii="Arial" w:hAnsi="Arial"/>
          <w:color w:val="5D7284"/>
          <w:sz w:val="22"/>
        </w:rPr>
        <w:t>39:34</w:t>
      </w:r>
    </w:p>
    <w:p>
      <w:pPr>
        <w:spacing w:after="0"/>
      </w:pPr>
      <w:r>
        <w:rPr>
          <w:rFonts w:ascii="Arial" w:hAnsi="Arial"/>
          <w:sz w:val="22"/>
        </w:rPr>
        <w:t>Yeah, Johnny Depp is really popular when can we start. Yeah. So that again, in itself is kind of disheartening that people with disabilities are not being given the opportunity to become as big of stars as Johnny Depp may be, you know, if there if those actors and actresses with disabilities were allowed, you know had a level playing field and we're allowed to access films and build up a career and a portfolio that then would lead on to bigger movies and you know, becoming a bonafide success. Yeah, that would then open so many other doors for other people.</w:t>
      </w:r>
    </w:p>
    <w:p>
      <w:pPr>
        <w:spacing w:after="0"/>
      </w:pPr>
    </w:p>
    <w:p>
      <w:pPr>
        <w:spacing w:after="0"/>
      </w:pPr>
      <w:r>
        <w:rPr>
          <w:rFonts w:ascii="Arial" w:hAnsi="Arial"/>
          <w:b/>
          <w:sz w:val="22"/>
        </w:rPr>
        <w:t xml:space="preserve">Alice  </w:t>
      </w:r>
      <w:r>
        <w:rPr>
          <w:rFonts w:ascii="Arial" w:hAnsi="Arial"/>
          <w:color w:val="5D7284"/>
          <w:sz w:val="22"/>
        </w:rPr>
        <w:t>40:16</w:t>
      </w:r>
    </w:p>
    <w:p>
      <w:pPr>
        <w:spacing w:after="0"/>
      </w:pPr>
      <w:r>
        <w:rPr>
          <w:rFonts w:ascii="Arial" w:hAnsi="Arial"/>
          <w:sz w:val="22"/>
        </w:rPr>
        <w:t xml:space="preserve">And I guess that's where, why it is important to be cast and disabled people in like, small I mean, you know, getting a role in in a, on a Netflix show. It's a pretty big deal. But like, it's, you know, why it's important, I guess, why they should have cast a walking impaired person in the, in the Kaz Bracca role. But then, having said that, they did the Disney Corporation chose to cast Echo the person who plays her Alaqua Cox, she's deaf, she's indigenous American, she's a woman, you know, that her character has been around in comics for a long time. But the fact that they actually, they put the work in to be able to cast her authentically and appropriately, you know, she, she is what her character is. And you sort of think, like, similarly to Audrey Lorde. She like ticks a lot of intersectional boxes. Yeah, yeah, they could, if they could really easily have gone, our will, will just, you know, will, will cast a deaf person, but will cast a white deaf person, stick a wig on, or, you know, will cast an indigenous person, but we'll get her to pretend she knows sign language, you know, and I guess, and she's now I mean, she's, like a Marvel TV spin off. Like, that's a pretty big deal. And she'll, she's getting her own show. So, you know, hopefully that will be a platform for her to get up into kind of the upper echelons of Hollywood. </w:t>
      </w:r>
    </w:p>
    <w:p>
      <w:pPr>
        <w:spacing w:after="0"/>
      </w:pPr>
    </w:p>
    <w:p>
      <w:pPr>
        <w:spacing w:after="0"/>
      </w:pPr>
      <w:r>
        <w:rPr>
          <w:rFonts w:ascii="Arial" w:hAnsi="Arial"/>
          <w:b/>
          <w:sz w:val="22"/>
        </w:rPr>
        <w:t xml:space="preserve">Adam  </w:t>
      </w:r>
      <w:r>
        <w:rPr>
          <w:rFonts w:ascii="Arial" w:hAnsi="Arial"/>
          <w:color w:val="5D7284"/>
          <w:sz w:val="22"/>
        </w:rPr>
        <w:t>42:02</w:t>
      </w:r>
    </w:p>
    <w:p>
      <w:pPr>
        <w:spacing w:after="0"/>
      </w:pPr>
      <w:r>
        <w:rPr>
          <w:rFonts w:ascii="Arial" w:hAnsi="Arial"/>
          <w:sz w:val="22"/>
        </w:rPr>
        <w:t xml:space="preserve">Yes definitely. You see it a lot in gay characters in films as well. I mean, there was that massive backlash over was it James Corden playing a gay character in was in Netflix film. I can't remember. Was it called like, prom or something? </w:t>
      </w:r>
    </w:p>
    <w:p>
      <w:pPr>
        <w:spacing w:after="0"/>
      </w:pPr>
    </w:p>
    <w:p>
      <w:pPr>
        <w:spacing w:after="0"/>
      </w:pPr>
      <w:r>
        <w:rPr>
          <w:rFonts w:ascii="Arial" w:hAnsi="Arial"/>
          <w:b/>
          <w:sz w:val="22"/>
        </w:rPr>
        <w:t xml:space="preserve">Alice  </w:t>
      </w:r>
      <w:r>
        <w:rPr>
          <w:rFonts w:ascii="Arial" w:hAnsi="Arial"/>
          <w:color w:val="5D7284"/>
          <w:sz w:val="22"/>
        </w:rPr>
        <w:t>42:18</w:t>
      </w:r>
    </w:p>
    <w:p>
      <w:pPr>
        <w:spacing w:after="0"/>
      </w:pPr>
      <w:r>
        <w:rPr>
          <w:rFonts w:ascii="Arial" w:hAnsi="Arial"/>
          <w:sz w:val="22"/>
        </w:rPr>
        <w:t>Oh, yeah.</w:t>
      </w:r>
    </w:p>
    <w:p>
      <w:pPr>
        <w:spacing w:after="0"/>
      </w:pPr>
    </w:p>
    <w:p>
      <w:pPr>
        <w:spacing w:after="0"/>
      </w:pPr>
      <w:r>
        <w:rPr>
          <w:rFonts w:ascii="Arial" w:hAnsi="Arial"/>
          <w:b/>
          <w:sz w:val="22"/>
        </w:rPr>
        <w:t xml:space="preserve">Lucy  </w:t>
      </w:r>
      <w:r>
        <w:rPr>
          <w:rFonts w:ascii="Arial" w:hAnsi="Arial"/>
          <w:color w:val="5D7284"/>
          <w:sz w:val="22"/>
        </w:rPr>
        <w:t>42:19</w:t>
      </w:r>
    </w:p>
    <w:p>
      <w:pPr>
        <w:spacing w:after="0"/>
      </w:pPr>
      <w:r>
        <w:rPr>
          <w:rFonts w:ascii="Arial" w:hAnsi="Arial"/>
          <w:sz w:val="22"/>
        </w:rPr>
        <w:t>Yeah,</w:t>
      </w:r>
    </w:p>
    <w:p>
      <w:pPr>
        <w:spacing w:after="0"/>
      </w:pPr>
    </w:p>
    <w:p>
      <w:pPr>
        <w:spacing w:after="0"/>
      </w:pPr>
      <w:r>
        <w:rPr>
          <w:rFonts w:ascii="Arial" w:hAnsi="Arial"/>
          <w:b/>
          <w:sz w:val="22"/>
        </w:rPr>
        <w:t xml:space="preserve">Adam  </w:t>
      </w:r>
      <w:r>
        <w:rPr>
          <w:rFonts w:ascii="Arial" w:hAnsi="Arial"/>
          <w:color w:val="5D7284"/>
          <w:sz w:val="22"/>
        </w:rPr>
        <w:t>42:20</w:t>
      </w:r>
    </w:p>
    <w:p>
      <w:pPr>
        <w:spacing w:after="0"/>
      </w:pPr>
      <w:r>
        <w:rPr>
          <w:rFonts w:ascii="Arial" w:hAnsi="Arial"/>
          <w:sz w:val="22"/>
        </w:rPr>
        <w:t>That got major backlash.</w:t>
      </w:r>
    </w:p>
    <w:p>
      <w:pPr>
        <w:spacing w:after="0"/>
      </w:pPr>
    </w:p>
    <w:p>
      <w:pPr>
        <w:spacing w:after="0"/>
      </w:pPr>
      <w:r>
        <w:rPr>
          <w:rFonts w:ascii="Arial" w:hAnsi="Arial"/>
          <w:b/>
          <w:sz w:val="22"/>
        </w:rPr>
        <w:t xml:space="preserve">Alice  </w:t>
      </w:r>
      <w:r>
        <w:rPr>
          <w:rFonts w:ascii="Arial" w:hAnsi="Arial"/>
          <w:color w:val="5D7284"/>
          <w:sz w:val="22"/>
        </w:rPr>
        <w:t>42:22</w:t>
      </w:r>
    </w:p>
    <w:p>
      <w:pPr>
        <w:spacing w:after="0"/>
      </w:pPr>
      <w:r>
        <w:rPr>
          <w:rFonts w:ascii="Arial" w:hAnsi="Arial"/>
          <w:sz w:val="22"/>
        </w:rPr>
        <w:t>Because there's no, I mean, there's no funny gay men out there Adam. So they had to cast James Corden .</w:t>
      </w:r>
    </w:p>
    <w:p>
      <w:pPr>
        <w:spacing w:after="0"/>
      </w:pPr>
    </w:p>
    <w:p>
      <w:pPr>
        <w:spacing w:after="0"/>
      </w:pPr>
      <w:r>
        <w:rPr>
          <w:rFonts w:ascii="Arial" w:hAnsi="Arial"/>
          <w:b/>
          <w:sz w:val="22"/>
        </w:rPr>
        <w:t xml:space="preserve">Adam  </w:t>
      </w:r>
      <w:r>
        <w:rPr>
          <w:rFonts w:ascii="Arial" w:hAnsi="Arial"/>
          <w:color w:val="5D7284"/>
          <w:sz w:val="22"/>
        </w:rPr>
        <w:t>42:30</w:t>
      </w:r>
    </w:p>
    <w:p>
      <w:pPr>
        <w:spacing w:after="0"/>
      </w:pPr>
      <w:r>
        <w:rPr>
          <w:rFonts w:ascii="Arial" w:hAnsi="Arial"/>
          <w:sz w:val="22"/>
        </w:rPr>
        <w:t>That was just a product...</w:t>
      </w:r>
    </w:p>
    <w:p>
      <w:pPr>
        <w:spacing w:after="0"/>
      </w:pPr>
    </w:p>
    <w:p>
      <w:pPr>
        <w:spacing w:after="0"/>
      </w:pPr>
      <w:r>
        <w:rPr>
          <w:rFonts w:ascii="Arial" w:hAnsi="Arial"/>
          <w:b/>
          <w:sz w:val="22"/>
        </w:rPr>
        <w:t xml:space="preserve">Lucy  </w:t>
      </w:r>
      <w:r>
        <w:rPr>
          <w:rFonts w:ascii="Arial" w:hAnsi="Arial"/>
          <w:color w:val="5D7284"/>
          <w:sz w:val="22"/>
        </w:rPr>
        <w:t>42:33</w:t>
      </w:r>
    </w:p>
    <w:p>
      <w:pPr>
        <w:spacing w:after="0"/>
      </w:pPr>
      <w:r>
        <w:rPr>
          <w:rFonts w:ascii="Arial" w:hAnsi="Arial"/>
          <w:sz w:val="22"/>
        </w:rPr>
        <w:t>Arguably not that funny, funny, man.</w:t>
      </w:r>
    </w:p>
    <w:p>
      <w:pPr>
        <w:spacing w:after="0"/>
      </w:pPr>
    </w:p>
    <w:p>
      <w:pPr>
        <w:spacing w:after="0"/>
      </w:pPr>
      <w:r>
        <w:rPr>
          <w:rFonts w:ascii="Arial" w:hAnsi="Arial"/>
          <w:b/>
          <w:sz w:val="22"/>
        </w:rPr>
        <w:t xml:space="preserve">Alice  </w:t>
      </w:r>
      <w:r>
        <w:rPr>
          <w:rFonts w:ascii="Arial" w:hAnsi="Arial"/>
          <w:color w:val="5D7284"/>
          <w:sz w:val="22"/>
        </w:rPr>
        <w:t>42:35</w:t>
      </w:r>
    </w:p>
    <w:p>
      <w:pPr>
        <w:spacing w:after="0"/>
      </w:pPr>
      <w:r>
        <w:rPr>
          <w:rFonts w:ascii="Arial" w:hAnsi="Arial"/>
          <w:sz w:val="22"/>
        </w:rPr>
        <w:t xml:space="preserve">Well exactly </w:t>
      </w:r>
    </w:p>
    <w:p>
      <w:pPr>
        <w:spacing w:after="0"/>
      </w:pPr>
    </w:p>
    <w:p>
      <w:pPr>
        <w:spacing w:after="0"/>
      </w:pPr>
      <w:r>
        <w:rPr>
          <w:rFonts w:ascii="Arial" w:hAnsi="Arial"/>
          <w:b/>
          <w:sz w:val="22"/>
        </w:rPr>
        <w:t xml:space="preserve">Adam  </w:t>
      </w:r>
      <w:r>
        <w:rPr>
          <w:rFonts w:ascii="Arial" w:hAnsi="Arial"/>
          <w:color w:val="5D7284"/>
          <w:sz w:val="22"/>
        </w:rPr>
        <w:t>42:36</w:t>
      </w:r>
    </w:p>
    <w:p>
      <w:pPr>
        <w:spacing w:after="0"/>
      </w:pPr>
      <w:r>
        <w:rPr>
          <w:rFonts w:ascii="Arial" w:hAnsi="Arial"/>
          <w:sz w:val="22"/>
        </w:rPr>
        <w:t xml:space="preserve">He was just big in America at the time so hopped on the back of that, because of his show. But yeah, it's just, you know, there's plenty of gay actors out there. There's plenty of disabled actors out there why, you know, lets cast them. </w:t>
      </w:r>
    </w:p>
    <w:p>
      <w:pPr>
        <w:spacing w:after="0"/>
      </w:pPr>
    </w:p>
    <w:p>
      <w:pPr>
        <w:spacing w:after="0"/>
      </w:pPr>
      <w:r>
        <w:rPr>
          <w:rFonts w:ascii="Arial" w:hAnsi="Arial"/>
          <w:b/>
          <w:sz w:val="22"/>
        </w:rPr>
        <w:t xml:space="preserve">Alice  </w:t>
      </w:r>
      <w:r>
        <w:rPr>
          <w:rFonts w:ascii="Arial" w:hAnsi="Arial"/>
          <w:color w:val="5D7284"/>
          <w:sz w:val="22"/>
        </w:rPr>
        <w:t>42:51</w:t>
      </w:r>
    </w:p>
    <w:p>
      <w:pPr>
        <w:spacing w:after="0"/>
      </w:pPr>
      <w:r>
        <w:rPr>
          <w:rFonts w:ascii="Arial" w:hAnsi="Arial"/>
          <w:sz w:val="22"/>
        </w:rPr>
        <w:t>Exactly, exactly. And there's, you know, there's, there's, it's the, it's the kind of, if you if you're looking to get a kind of ride on the coattails if somebody's like fame for something, then you will absolutely do that. But did that character, like was was sexuality? If sexuality is such an important part of that character that you need, you know that, but also, it's so important that you make use of James Corden? Like, was there not a straight male character that James Corden could have played? Yeah.</w:t>
      </w:r>
    </w:p>
    <w:p>
      <w:pPr>
        <w:spacing w:after="0"/>
      </w:pPr>
    </w:p>
    <w:p>
      <w:pPr>
        <w:spacing w:after="0"/>
      </w:pPr>
      <w:r>
        <w:rPr>
          <w:rFonts w:ascii="Arial" w:hAnsi="Arial"/>
          <w:b/>
          <w:sz w:val="22"/>
        </w:rPr>
        <w:t xml:space="preserve">Adam  </w:t>
      </w:r>
      <w:r>
        <w:rPr>
          <w:rFonts w:ascii="Arial" w:hAnsi="Arial"/>
          <w:color w:val="5D7284"/>
          <w:sz w:val="22"/>
        </w:rPr>
        <w:t>43:28</w:t>
      </w:r>
    </w:p>
    <w:p>
      <w:pPr>
        <w:spacing w:after="0"/>
      </w:pPr>
      <w:r>
        <w:rPr>
          <w:rFonts w:ascii="Arial" w:hAnsi="Arial"/>
          <w:sz w:val="22"/>
        </w:rPr>
        <w:t>Like you say, like, if you are going to cast a straight man in a gay role or a non disabled person in a disabled role. you at least want them to get it right. Yeah, exactly. Put the work in and learn that you're an actor, you know, they should be able to do it easily.</w:t>
      </w:r>
    </w:p>
    <w:p>
      <w:pPr>
        <w:spacing w:after="0"/>
      </w:pPr>
    </w:p>
    <w:p>
      <w:pPr>
        <w:spacing w:after="0"/>
      </w:pPr>
      <w:r>
        <w:rPr>
          <w:rFonts w:ascii="Arial" w:hAnsi="Arial"/>
          <w:b/>
          <w:sz w:val="22"/>
        </w:rPr>
        <w:t xml:space="preserve">Alice  </w:t>
      </w:r>
      <w:r>
        <w:rPr>
          <w:rFonts w:ascii="Arial" w:hAnsi="Arial"/>
          <w:color w:val="5D7284"/>
          <w:sz w:val="22"/>
        </w:rPr>
        <w:t>43:44</w:t>
      </w:r>
    </w:p>
    <w:p>
      <w:pPr>
        <w:spacing w:after="0"/>
      </w:pPr>
      <w:r>
        <w:rPr>
          <w:rFonts w:ascii="Arial" w:hAnsi="Arial"/>
          <w:sz w:val="22"/>
        </w:rPr>
        <w:t xml:space="preserve">Because if they if you've got one job, pretend to be somebody you're not </w:t>
      </w:r>
    </w:p>
    <w:p>
      <w:pPr>
        <w:spacing w:after="0"/>
      </w:pPr>
    </w:p>
    <w:p>
      <w:pPr>
        <w:spacing w:after="0"/>
      </w:pPr>
      <w:r>
        <w:rPr>
          <w:rFonts w:ascii="Arial" w:hAnsi="Arial"/>
          <w:b/>
          <w:sz w:val="22"/>
        </w:rPr>
        <w:t xml:space="preserve">Lucy  </w:t>
      </w:r>
      <w:r>
        <w:rPr>
          <w:rFonts w:ascii="Arial" w:hAnsi="Arial"/>
          <w:color w:val="5D7284"/>
          <w:sz w:val="22"/>
        </w:rPr>
        <w:t>43:48</w:t>
      </w:r>
    </w:p>
    <w:p>
      <w:pPr>
        <w:spacing w:after="0"/>
      </w:pPr>
      <w:r>
        <w:rPr>
          <w:rFonts w:ascii="Arial" w:hAnsi="Arial"/>
          <w:sz w:val="22"/>
        </w:rPr>
        <w:t xml:space="preserve">Play pretend . </w:t>
      </w:r>
    </w:p>
    <w:p>
      <w:pPr>
        <w:spacing w:after="0"/>
      </w:pPr>
    </w:p>
    <w:p>
      <w:pPr>
        <w:spacing w:after="0"/>
      </w:pPr>
      <w:r>
        <w:rPr>
          <w:rFonts w:ascii="Arial" w:hAnsi="Arial"/>
          <w:b/>
          <w:sz w:val="22"/>
        </w:rPr>
        <w:t xml:space="preserve">Adam  </w:t>
      </w:r>
      <w:r>
        <w:rPr>
          <w:rFonts w:ascii="Arial" w:hAnsi="Arial"/>
          <w:color w:val="5D7284"/>
          <w:sz w:val="22"/>
        </w:rPr>
        <w:t>43:49</w:t>
      </w:r>
    </w:p>
    <w:p>
      <w:pPr>
        <w:spacing w:after="0"/>
      </w:pPr>
      <w:r>
        <w:rPr>
          <w:rFonts w:ascii="Arial" w:hAnsi="Arial"/>
          <w:sz w:val="22"/>
        </w:rPr>
        <w:t>Yeah, play pretend then go back to your mansion</w:t>
      </w:r>
    </w:p>
    <w:p>
      <w:pPr>
        <w:spacing w:after="0"/>
      </w:pPr>
    </w:p>
    <w:p>
      <w:pPr>
        <w:spacing w:after="0"/>
      </w:pPr>
      <w:r>
        <w:rPr>
          <w:rFonts w:ascii="Arial" w:hAnsi="Arial"/>
          <w:b/>
          <w:sz w:val="22"/>
        </w:rPr>
        <w:t xml:space="preserve">Alice  </w:t>
      </w:r>
      <w:r>
        <w:rPr>
          <w:rFonts w:ascii="Arial" w:hAnsi="Arial"/>
          <w:color w:val="5D7284"/>
          <w:sz w:val="22"/>
        </w:rPr>
        <w:t>43:55</w:t>
      </w:r>
    </w:p>
    <w:p>
      <w:pPr>
        <w:spacing w:after="0"/>
      </w:pPr>
      <w:r>
        <w:rPr>
          <w:rFonts w:ascii="Arial" w:hAnsi="Arial"/>
          <w:sz w:val="22"/>
        </w:rPr>
        <w:t>Yeah I think it's, it's it's really interesting and I think it's</w:t>
      </w:r>
    </w:p>
    <w:p>
      <w:pPr>
        <w:spacing w:after="0"/>
      </w:pPr>
    </w:p>
    <w:p>
      <w:pPr>
        <w:spacing w:after="0"/>
      </w:pPr>
      <w:r>
        <w:rPr>
          <w:rFonts w:ascii="Arial" w:hAnsi="Arial"/>
          <w:b/>
          <w:sz w:val="22"/>
        </w:rPr>
        <w:t xml:space="preserve">Lucy  </w:t>
      </w:r>
      <w:r>
        <w:rPr>
          <w:rFonts w:ascii="Arial" w:hAnsi="Arial"/>
          <w:color w:val="5D7284"/>
          <w:sz w:val="22"/>
        </w:rPr>
        <w:t>44:02</w:t>
      </w:r>
    </w:p>
    <w:p>
      <w:pPr>
        <w:spacing w:after="0"/>
      </w:pPr>
      <w:r>
        <w:rPr>
          <w:rFonts w:ascii="Arial" w:hAnsi="Arial"/>
          <w:sz w:val="22"/>
        </w:rPr>
        <w:t>Easy to debate that will run and run and run it's one popular thing in our Facebook community that we talk about it we get loads of comments and it's that you're like, I'm gonna have to watch this because world war 3 might break out in a minute, but it is something that is and the people that believe that disabled people should be casting roles are they are completely 100% passionate about passionate about it no I am but and then but on the other side of the coin, you get people who are 100% passionate of you don't know what you're talking about. You don't know what it's like to work in Hollywood you know, it's not as accessible as it as it should be. So therefore that's why you know, they will come up with these reasons why and that can sometimes grinds your gears a little bit.</w:t>
      </w:r>
    </w:p>
    <w:p>
      <w:pPr>
        <w:spacing w:after="0"/>
      </w:pPr>
    </w:p>
    <w:p>
      <w:pPr>
        <w:spacing w:after="0"/>
      </w:pPr>
      <w:r>
        <w:rPr>
          <w:rFonts w:ascii="Arial" w:hAnsi="Arial"/>
          <w:b/>
          <w:sz w:val="22"/>
        </w:rPr>
        <w:t xml:space="preserve">Alice  </w:t>
      </w:r>
      <w:r>
        <w:rPr>
          <w:rFonts w:ascii="Arial" w:hAnsi="Arial"/>
          <w:color w:val="5D7284"/>
          <w:sz w:val="22"/>
        </w:rPr>
        <w:t>44:50</w:t>
      </w:r>
    </w:p>
    <w:p>
      <w:pPr>
        <w:spacing w:after="0"/>
      </w:pPr>
      <w:r>
        <w:rPr>
          <w:rFonts w:ascii="Arial" w:hAnsi="Arial"/>
          <w:sz w:val="22"/>
        </w:rPr>
        <w:t>And and I definitely like it's it's kind of something I need to work on challenging myself about because because Because I just I love like, film and TV and books and stuff. So for me, I get so swept up in when something is well done, and I'm enjoying it, that it's a kind of an active piece of work that I have to do as a disabled person to be an ally amongst my own community to be like,</w:t>
      </w:r>
    </w:p>
    <w:p>
      <w:pPr>
        <w:spacing w:after="0"/>
      </w:pPr>
    </w:p>
    <w:p>
      <w:pPr>
        <w:spacing w:after="0"/>
      </w:pPr>
      <w:r>
        <w:rPr>
          <w:rFonts w:ascii="Arial" w:hAnsi="Arial"/>
          <w:b/>
          <w:sz w:val="22"/>
        </w:rPr>
        <w:t xml:space="preserve">Lucy  </w:t>
      </w:r>
      <w:r>
        <w:rPr>
          <w:rFonts w:ascii="Arial" w:hAnsi="Arial"/>
          <w:color w:val="5D7284"/>
          <w:sz w:val="22"/>
        </w:rPr>
        <w:t>45:18</w:t>
      </w:r>
    </w:p>
    <w:p>
      <w:pPr>
        <w:spacing w:after="0"/>
      </w:pPr>
      <w:r>
        <w:rPr>
          <w:rFonts w:ascii="Arial" w:hAnsi="Arial"/>
          <w:sz w:val="22"/>
        </w:rPr>
        <w:t>No, I really liked it. Yeah,</w:t>
      </w:r>
    </w:p>
    <w:p>
      <w:pPr>
        <w:spacing w:after="0"/>
      </w:pPr>
    </w:p>
    <w:p>
      <w:pPr>
        <w:spacing w:after="0"/>
      </w:pPr>
      <w:r>
        <w:rPr>
          <w:rFonts w:ascii="Arial" w:hAnsi="Arial"/>
          <w:b/>
          <w:sz w:val="22"/>
        </w:rPr>
        <w:t xml:space="preserve">Alice  </w:t>
      </w:r>
      <w:r>
        <w:rPr>
          <w:rFonts w:ascii="Arial" w:hAnsi="Arial"/>
          <w:color w:val="5D7284"/>
          <w:sz w:val="22"/>
        </w:rPr>
        <w:t>45:21</w:t>
      </w:r>
    </w:p>
    <w:p>
      <w:pPr>
        <w:spacing w:after="0"/>
      </w:pPr>
      <w:r>
        <w:rPr>
          <w:rFonts w:ascii="Arial" w:hAnsi="Arial"/>
          <w:sz w:val="22"/>
        </w:rPr>
        <w:t>yeah. And it's, it's, I suppose it's it's separating that experience of the joy of watching something that you are enjoying and recognising when it's problematic.</w:t>
      </w:r>
    </w:p>
    <w:p>
      <w:pPr>
        <w:spacing w:after="0"/>
      </w:pPr>
    </w:p>
    <w:p>
      <w:pPr>
        <w:spacing w:after="0"/>
      </w:pPr>
      <w:r>
        <w:rPr>
          <w:rFonts w:ascii="Arial" w:hAnsi="Arial"/>
          <w:b/>
          <w:sz w:val="22"/>
        </w:rPr>
        <w:t xml:space="preserve">Lucy  </w:t>
      </w:r>
      <w:r>
        <w:rPr>
          <w:rFonts w:ascii="Arial" w:hAnsi="Arial"/>
          <w:color w:val="5D7284"/>
          <w:sz w:val="22"/>
        </w:rPr>
        <w:t>45:34</w:t>
      </w:r>
    </w:p>
    <w:p>
      <w:pPr>
        <w:spacing w:after="0"/>
      </w:pPr>
      <w:r>
        <w:rPr>
          <w:rFonts w:ascii="Arial" w:hAnsi="Arial"/>
          <w:sz w:val="22"/>
        </w:rPr>
        <w:t xml:space="preserve">Yeah, it's Like Cyrano de Bergerac. They redid that, didn't they with Peter Dinklage? </w:t>
      </w:r>
    </w:p>
    <w:p>
      <w:pPr>
        <w:spacing w:after="0"/>
      </w:pPr>
    </w:p>
    <w:p>
      <w:pPr>
        <w:spacing w:after="0"/>
      </w:pPr>
      <w:r>
        <w:rPr>
          <w:rFonts w:ascii="Arial" w:hAnsi="Arial"/>
          <w:b/>
          <w:sz w:val="22"/>
        </w:rPr>
        <w:t xml:space="preserve">Alice  </w:t>
      </w:r>
      <w:r>
        <w:rPr>
          <w:rFonts w:ascii="Arial" w:hAnsi="Arial"/>
          <w:color w:val="5D7284"/>
          <w:sz w:val="22"/>
        </w:rPr>
        <w:t>45:41</w:t>
      </w:r>
    </w:p>
    <w:p>
      <w:pPr>
        <w:spacing w:after="0"/>
      </w:pPr>
      <w:r>
        <w:rPr>
          <w:rFonts w:ascii="Arial" w:hAnsi="Arial"/>
          <w:sz w:val="22"/>
        </w:rPr>
        <w:t xml:space="preserve">Yeah, yeah. </w:t>
      </w:r>
    </w:p>
    <w:p>
      <w:pPr>
        <w:spacing w:after="0"/>
      </w:pPr>
    </w:p>
    <w:p>
      <w:pPr>
        <w:spacing w:after="0"/>
      </w:pPr>
      <w:r>
        <w:rPr>
          <w:rFonts w:ascii="Arial" w:hAnsi="Arial"/>
          <w:b/>
          <w:sz w:val="22"/>
        </w:rPr>
        <w:t xml:space="preserve">Lucy  </w:t>
      </w:r>
      <w:r>
        <w:rPr>
          <w:rFonts w:ascii="Arial" w:hAnsi="Arial"/>
          <w:color w:val="5D7284"/>
          <w:sz w:val="22"/>
        </w:rPr>
        <w:t>45:43</w:t>
      </w:r>
    </w:p>
    <w:p>
      <w:pPr>
        <w:spacing w:after="0"/>
      </w:pPr>
      <w:r>
        <w:rPr>
          <w:rFonts w:ascii="Arial" w:hAnsi="Arial"/>
          <w:sz w:val="22"/>
        </w:rPr>
        <w:t xml:space="preserve">An i was like oh, right. Okay, I didn't, I stupidly did not realise that it has been made before and it before the story before </w:t>
      </w:r>
    </w:p>
    <w:p>
      <w:pPr>
        <w:spacing w:after="0"/>
      </w:pPr>
    </w:p>
    <w:p>
      <w:pPr>
        <w:spacing w:after="0"/>
      </w:pPr>
      <w:r>
        <w:rPr>
          <w:rFonts w:ascii="Arial" w:hAnsi="Arial"/>
          <w:b/>
          <w:sz w:val="22"/>
        </w:rPr>
        <w:t xml:space="preserve">Alice  </w:t>
      </w:r>
      <w:r>
        <w:rPr>
          <w:rFonts w:ascii="Arial" w:hAnsi="Arial"/>
          <w:color w:val="5D7284"/>
          <w:sz w:val="22"/>
        </w:rPr>
        <w:t>45:51</w:t>
      </w:r>
    </w:p>
    <w:p>
      <w:pPr>
        <w:spacing w:after="0"/>
      </w:pPr>
      <w:r>
        <w:rPr>
          <w:rFonts w:ascii="Arial" w:hAnsi="Arial"/>
          <w:sz w:val="22"/>
        </w:rPr>
        <w:t>Steve Martin isn't it</w:t>
      </w:r>
    </w:p>
    <w:p>
      <w:pPr>
        <w:spacing w:after="0"/>
      </w:pPr>
    </w:p>
    <w:p>
      <w:pPr>
        <w:spacing w:after="0"/>
      </w:pPr>
      <w:r>
        <w:rPr>
          <w:rFonts w:ascii="Arial" w:hAnsi="Arial"/>
          <w:b/>
          <w:sz w:val="22"/>
        </w:rPr>
        <w:t xml:space="preserve">Lucy  </w:t>
      </w:r>
      <w:r>
        <w:rPr>
          <w:rFonts w:ascii="Arial" w:hAnsi="Arial"/>
          <w:color w:val="5D7284"/>
          <w:sz w:val="22"/>
        </w:rPr>
        <w:t>45:52</w:t>
      </w:r>
    </w:p>
    <w:p>
      <w:pPr>
        <w:spacing w:after="0"/>
      </w:pPr>
      <w:r>
        <w:rPr>
          <w:rFonts w:ascii="Arial" w:hAnsi="Arial"/>
          <w:sz w:val="22"/>
        </w:rPr>
        <w:t>it's yeah, there's been like loads and loads of like, different versions. And I did not realize that this was the thing and I was like, so I saw the, the Peter Dinklage version. I was like, hang on a minute. Wait, whoa, whoa, you can't do that. And my mum was like, No, it's It's the story that he that he is an ugly man. But he falls in love with this woman. And he gets the good looking fella to write these letters to the woman on his behalf. Because he's good with words, but he's just not a looker. Yeah, that's, that's fair enough. That's fine. Why have they cast a little person?</w:t>
      </w:r>
    </w:p>
    <w:p>
      <w:pPr>
        <w:spacing w:after="0"/>
      </w:pPr>
    </w:p>
    <w:p>
      <w:pPr>
        <w:spacing w:after="0"/>
      </w:pPr>
      <w:r>
        <w:rPr>
          <w:rFonts w:ascii="Arial" w:hAnsi="Arial"/>
          <w:b/>
          <w:sz w:val="22"/>
        </w:rPr>
        <w:t xml:space="preserve">Alice  </w:t>
      </w:r>
      <w:r>
        <w:rPr>
          <w:rFonts w:ascii="Arial" w:hAnsi="Arial"/>
          <w:color w:val="5D7284"/>
          <w:sz w:val="22"/>
        </w:rPr>
        <w:t>46:32</w:t>
      </w:r>
    </w:p>
    <w:p>
      <w:pPr>
        <w:spacing w:after="0"/>
      </w:pPr>
      <w:r>
        <w:rPr>
          <w:rFonts w:ascii="Arial" w:hAnsi="Arial"/>
          <w:sz w:val="22"/>
        </w:rPr>
        <w:t>My My challenge to the casting of Peter Dinklage is, um, like, not so much in Game of Thrones, but otherwise, I'm sorry, but Peter Dinklage is hot. Like, I'm sorry. What you doing? Like just because because he's not average height. Like that man, that man is an attractive man.</w:t>
      </w:r>
    </w:p>
    <w:p>
      <w:pPr>
        <w:spacing w:after="0"/>
      </w:pPr>
    </w:p>
    <w:p>
      <w:pPr>
        <w:spacing w:after="0"/>
      </w:pPr>
      <w:r>
        <w:rPr>
          <w:rFonts w:ascii="Arial" w:hAnsi="Arial"/>
          <w:b/>
          <w:sz w:val="22"/>
        </w:rPr>
        <w:t xml:space="preserve">Lucy  </w:t>
      </w:r>
      <w:r>
        <w:rPr>
          <w:rFonts w:ascii="Arial" w:hAnsi="Arial"/>
          <w:color w:val="5D7284"/>
          <w:sz w:val="22"/>
        </w:rPr>
        <w:t>46:51</w:t>
      </w:r>
    </w:p>
    <w:p>
      <w:pPr>
        <w:spacing w:after="0"/>
      </w:pPr>
      <w:r>
        <w:rPr>
          <w:rFonts w:ascii="Arial" w:hAnsi="Arial"/>
          <w:sz w:val="22"/>
        </w:rPr>
        <w:t>You just think to yourself, just get an ugly man. Just get the story again, like modernise it, something like that. When there is no need to put somebody who is disabled in that role and go oh, the reason why that woman wouldn't want to be with that man is because he's disabled</w:t>
      </w:r>
    </w:p>
    <w:p>
      <w:pPr>
        <w:spacing w:after="0"/>
      </w:pPr>
    </w:p>
    <w:p>
      <w:pPr>
        <w:spacing w:after="0"/>
      </w:pPr>
      <w:r>
        <w:rPr>
          <w:rFonts w:ascii="Arial" w:hAnsi="Arial"/>
          <w:b/>
          <w:sz w:val="22"/>
        </w:rPr>
        <w:t xml:space="preserve">Alice  </w:t>
      </w:r>
      <w:r>
        <w:rPr>
          <w:rFonts w:ascii="Arial" w:hAnsi="Arial"/>
          <w:color w:val="5D7284"/>
          <w:sz w:val="22"/>
        </w:rPr>
        <w:t>47:11</w:t>
      </w:r>
    </w:p>
    <w:p>
      <w:pPr>
        <w:spacing w:after="0"/>
      </w:pPr>
      <w:r>
        <w:rPr>
          <w:rFonts w:ascii="Arial" w:hAnsi="Arial"/>
          <w:sz w:val="22"/>
        </w:rPr>
        <w:t xml:space="preserve">Is it Victor Hugo, I'm not sure who wrote the original. But I think he is supposed to be have, like, some sort of physical difference. I don't he's not a person of small stature. But he's, yeah, </w:t>
      </w:r>
    </w:p>
    <w:p>
      <w:pPr>
        <w:spacing w:after="0"/>
      </w:pPr>
    </w:p>
    <w:p>
      <w:pPr>
        <w:spacing w:after="0"/>
      </w:pPr>
      <w:r>
        <w:rPr>
          <w:rFonts w:ascii="Arial" w:hAnsi="Arial"/>
          <w:b/>
          <w:sz w:val="22"/>
        </w:rPr>
        <w:t xml:space="preserve">Lucy  </w:t>
      </w:r>
      <w:r>
        <w:rPr>
          <w:rFonts w:ascii="Arial" w:hAnsi="Arial"/>
          <w:color w:val="5D7284"/>
          <w:sz w:val="22"/>
        </w:rPr>
        <w:t>47:27</w:t>
      </w:r>
    </w:p>
    <w:p>
      <w:pPr>
        <w:spacing w:after="0"/>
      </w:pPr>
      <w:r>
        <w:rPr>
          <w:rFonts w:ascii="Arial" w:hAnsi="Arial"/>
          <w:sz w:val="22"/>
        </w:rPr>
        <w:t xml:space="preserve">Is he ugly in the original. </w:t>
      </w:r>
    </w:p>
    <w:p>
      <w:pPr>
        <w:spacing w:after="0"/>
      </w:pPr>
    </w:p>
    <w:p>
      <w:pPr>
        <w:spacing w:after="0"/>
      </w:pPr>
      <w:r>
        <w:rPr>
          <w:rFonts w:ascii="Arial" w:hAnsi="Arial"/>
          <w:b/>
          <w:sz w:val="22"/>
        </w:rPr>
        <w:t xml:space="preserve">Alice  </w:t>
      </w:r>
      <w:r>
        <w:rPr>
          <w:rFonts w:ascii="Arial" w:hAnsi="Arial"/>
          <w:color w:val="5D7284"/>
          <w:sz w:val="22"/>
        </w:rPr>
        <w:t>47:29</w:t>
      </w:r>
    </w:p>
    <w:p>
      <w:pPr>
        <w:spacing w:after="0"/>
      </w:pPr>
      <w:r>
        <w:rPr>
          <w:rFonts w:ascii="Arial" w:hAnsi="Arial"/>
          <w:sz w:val="22"/>
        </w:rPr>
        <w:t xml:space="preserve">Oh, yeah. </w:t>
      </w:r>
    </w:p>
    <w:p>
      <w:pPr>
        <w:spacing w:after="0"/>
      </w:pPr>
    </w:p>
    <w:p>
      <w:pPr>
        <w:spacing w:after="0"/>
      </w:pPr>
      <w:r>
        <w:rPr>
          <w:rFonts w:ascii="Arial" w:hAnsi="Arial"/>
          <w:b/>
          <w:sz w:val="22"/>
        </w:rPr>
        <w:t xml:space="preserve">Lucy  </w:t>
      </w:r>
      <w:r>
        <w:rPr>
          <w:rFonts w:ascii="Arial" w:hAnsi="Arial"/>
          <w:color w:val="5D7284"/>
          <w:sz w:val="22"/>
        </w:rPr>
        <w:t>47:30</w:t>
      </w:r>
    </w:p>
    <w:p>
      <w:pPr>
        <w:spacing w:after="0"/>
      </w:pPr>
      <w:r>
        <w:rPr>
          <w:rFonts w:ascii="Arial" w:hAnsi="Arial"/>
          <w:sz w:val="22"/>
        </w:rPr>
        <w:t xml:space="preserve">The whole point is that he's like grotesque basically. </w:t>
      </w:r>
    </w:p>
    <w:p>
      <w:pPr>
        <w:spacing w:after="0"/>
      </w:pPr>
    </w:p>
    <w:p>
      <w:pPr>
        <w:spacing w:after="0"/>
      </w:pPr>
      <w:r>
        <w:rPr>
          <w:rFonts w:ascii="Arial" w:hAnsi="Arial"/>
          <w:b/>
          <w:sz w:val="22"/>
        </w:rPr>
        <w:t xml:space="preserve">Alice  </w:t>
      </w:r>
      <w:r>
        <w:rPr>
          <w:rFonts w:ascii="Arial" w:hAnsi="Arial"/>
          <w:color w:val="5D7284"/>
          <w:sz w:val="22"/>
        </w:rPr>
        <w:t>47:33</w:t>
      </w:r>
    </w:p>
    <w:p>
      <w:pPr>
        <w:spacing w:after="0"/>
      </w:pPr>
      <w:r>
        <w:rPr>
          <w:rFonts w:ascii="Arial" w:hAnsi="Arial"/>
          <w:sz w:val="22"/>
        </w:rPr>
        <w:t>Yeah. Ya know, very, like 18th century kind of way.</w:t>
      </w:r>
    </w:p>
    <w:p>
      <w:pPr>
        <w:spacing w:after="0"/>
      </w:pPr>
    </w:p>
    <w:p>
      <w:pPr>
        <w:spacing w:after="0"/>
      </w:pPr>
      <w:r>
        <w:rPr>
          <w:rFonts w:ascii="Arial" w:hAnsi="Arial"/>
          <w:b/>
          <w:sz w:val="22"/>
        </w:rPr>
        <w:t xml:space="preserve">Lucy  </w:t>
      </w:r>
      <w:r>
        <w:rPr>
          <w:rFonts w:ascii="Arial" w:hAnsi="Arial"/>
          <w:color w:val="5D7284"/>
          <w:sz w:val="22"/>
        </w:rPr>
        <w:t>47:37</w:t>
      </w:r>
    </w:p>
    <w:p>
      <w:pPr>
        <w:spacing w:after="0"/>
      </w:pPr>
      <w:r>
        <w:rPr>
          <w:rFonts w:ascii="Arial" w:hAnsi="Arial"/>
          <w:sz w:val="22"/>
        </w:rPr>
        <w:t>Yeah. He is like, the kind of thing where if it was a fable episode, we've been burning with fire to get the the ballot out.</w:t>
      </w:r>
    </w:p>
    <w:p>
      <w:pPr>
        <w:spacing w:after="0"/>
      </w:pPr>
    </w:p>
    <w:p>
      <w:pPr>
        <w:spacing w:after="0"/>
      </w:pPr>
      <w:r>
        <w:rPr>
          <w:rFonts w:ascii="Arial" w:hAnsi="Arial"/>
          <w:b/>
          <w:sz w:val="22"/>
        </w:rPr>
        <w:t xml:space="preserve">Alice  </w:t>
      </w:r>
      <w:r>
        <w:rPr>
          <w:rFonts w:ascii="Arial" w:hAnsi="Arial"/>
          <w:color w:val="5D7284"/>
          <w:sz w:val="22"/>
        </w:rPr>
        <w:t>47:45</w:t>
      </w:r>
    </w:p>
    <w:p>
      <w:pPr>
        <w:spacing w:after="0"/>
      </w:pPr>
      <w:r>
        <w:rPr>
          <w:rFonts w:ascii="Arial" w:hAnsi="Arial"/>
          <w:sz w:val="22"/>
        </w:rPr>
        <w:t xml:space="preserve">Yeah. The Hunchback of Notre Dom </w:t>
      </w:r>
    </w:p>
    <w:p>
      <w:pPr>
        <w:spacing w:after="0"/>
      </w:pPr>
    </w:p>
    <w:p>
      <w:pPr>
        <w:spacing w:after="0"/>
      </w:pPr>
      <w:r>
        <w:rPr>
          <w:rFonts w:ascii="Arial" w:hAnsi="Arial"/>
          <w:b/>
          <w:sz w:val="22"/>
        </w:rPr>
        <w:t xml:space="preserve">Lucy  </w:t>
      </w:r>
      <w:r>
        <w:rPr>
          <w:rFonts w:ascii="Arial" w:hAnsi="Arial"/>
          <w:color w:val="5D7284"/>
          <w:sz w:val="22"/>
        </w:rPr>
        <w:t>47:49</w:t>
      </w:r>
    </w:p>
    <w:p>
      <w:pPr>
        <w:spacing w:after="0"/>
      </w:pPr>
      <w:r>
        <w:rPr>
          <w:rFonts w:ascii="Arial" w:hAnsi="Arial"/>
          <w:sz w:val="22"/>
        </w:rPr>
        <w:t>Yes that kind of thing. Yeah, I just don't, I just I didn't understand it. It kind of like, and it wasn't even like, it wasn't even me starring in the film. I was quite upset about it. I was like, why though</w:t>
      </w:r>
    </w:p>
    <w:p>
      <w:pPr>
        <w:spacing w:after="0"/>
      </w:pPr>
    </w:p>
    <w:p>
      <w:pPr>
        <w:spacing w:after="0"/>
      </w:pPr>
      <w:r>
        <w:rPr>
          <w:rFonts w:ascii="Arial" w:hAnsi="Arial"/>
          <w:b/>
          <w:sz w:val="22"/>
        </w:rPr>
        <w:t xml:space="preserve">Alice  </w:t>
      </w:r>
      <w:r>
        <w:rPr>
          <w:rFonts w:ascii="Arial" w:hAnsi="Arial"/>
          <w:color w:val="5D7284"/>
          <w:sz w:val="22"/>
        </w:rPr>
        <w:t>48:00</w:t>
      </w:r>
    </w:p>
    <w:p>
      <w:pPr>
        <w:spacing w:after="0"/>
      </w:pPr>
      <w:r>
        <w:rPr>
          <w:rFonts w:ascii="Arial" w:hAnsi="Arial"/>
          <w:sz w:val="22"/>
        </w:rPr>
        <w:t>It makes it sound like your up upset that it wasn't you starring in the film? You're like, why am I not a famous Hollywood actor?</w:t>
      </w:r>
    </w:p>
    <w:p>
      <w:pPr>
        <w:spacing w:after="0"/>
      </w:pPr>
    </w:p>
    <w:p>
      <w:pPr>
        <w:spacing w:after="0"/>
      </w:pPr>
      <w:r>
        <w:rPr>
          <w:rFonts w:ascii="Arial" w:hAnsi="Arial"/>
          <w:b/>
          <w:sz w:val="22"/>
        </w:rPr>
        <w:t xml:space="preserve">Lucy  </w:t>
      </w:r>
      <w:r>
        <w:rPr>
          <w:rFonts w:ascii="Arial" w:hAnsi="Arial"/>
          <w:color w:val="5D7284"/>
          <w:sz w:val="22"/>
        </w:rPr>
        <w:t>48:06</w:t>
      </w:r>
    </w:p>
    <w:p>
      <w:pPr>
        <w:spacing w:after="0"/>
      </w:pPr>
      <w:r>
        <w:rPr>
          <w:rFonts w:ascii="Arial" w:hAnsi="Arial"/>
          <w:sz w:val="22"/>
        </w:rPr>
        <w:t>I mean, it's still a big question in my life if i'm honest. But um, yeah, I just liked that. thats not on, really? That's not on. I'm sorry. I someone dead ugly or smelly breathe or something i dunno</w:t>
      </w:r>
    </w:p>
    <w:p>
      <w:pPr>
        <w:spacing w:after="0"/>
      </w:pPr>
    </w:p>
    <w:p>
      <w:pPr>
        <w:spacing w:after="0"/>
      </w:pPr>
      <w:r>
        <w:rPr>
          <w:rFonts w:ascii="Arial" w:hAnsi="Arial"/>
          <w:b/>
          <w:sz w:val="22"/>
        </w:rPr>
        <w:t xml:space="preserve">Alice  </w:t>
      </w:r>
      <w:r>
        <w:rPr>
          <w:rFonts w:ascii="Arial" w:hAnsi="Arial"/>
          <w:color w:val="5D7284"/>
          <w:sz w:val="22"/>
        </w:rPr>
        <w:t>48:22</w:t>
      </w:r>
    </w:p>
    <w:p>
      <w:pPr>
        <w:spacing w:after="0"/>
      </w:pPr>
      <w:r>
        <w:rPr>
          <w:rFonts w:ascii="Arial" w:hAnsi="Arial"/>
          <w:sz w:val="22"/>
        </w:rPr>
        <w:t>Would that would that really translate ? Like?</w:t>
      </w:r>
    </w:p>
    <w:p>
      <w:pPr>
        <w:spacing w:after="0"/>
      </w:pPr>
    </w:p>
    <w:p>
      <w:pPr>
        <w:spacing w:after="0"/>
      </w:pPr>
      <w:r>
        <w:rPr>
          <w:rFonts w:ascii="Arial" w:hAnsi="Arial"/>
          <w:b/>
          <w:sz w:val="22"/>
        </w:rPr>
        <w:t xml:space="preserve">Adam  </w:t>
      </w:r>
      <w:r>
        <w:rPr>
          <w:rFonts w:ascii="Arial" w:hAnsi="Arial"/>
          <w:color w:val="5D7284"/>
          <w:sz w:val="22"/>
        </w:rPr>
        <w:t>48:27</w:t>
      </w:r>
    </w:p>
    <w:p>
      <w:pPr>
        <w:spacing w:after="0"/>
      </w:pPr>
      <w:r>
        <w:rPr>
          <w:rFonts w:ascii="Arial" w:hAnsi="Arial"/>
          <w:sz w:val="22"/>
        </w:rPr>
        <w:t>We haven't got smellivision just yet.</w:t>
      </w:r>
    </w:p>
    <w:p>
      <w:pPr>
        <w:spacing w:after="0"/>
      </w:pPr>
    </w:p>
    <w:p>
      <w:pPr>
        <w:spacing w:after="0"/>
      </w:pPr>
      <w:r>
        <w:rPr>
          <w:rFonts w:ascii="Arial" w:hAnsi="Arial"/>
          <w:b/>
          <w:sz w:val="22"/>
        </w:rPr>
        <w:t xml:space="preserve">Alice  </w:t>
      </w:r>
      <w:r>
        <w:rPr>
          <w:rFonts w:ascii="Arial" w:hAnsi="Arial"/>
          <w:color w:val="5D7284"/>
          <w:sz w:val="22"/>
        </w:rPr>
        <w:t>48:31</w:t>
      </w:r>
    </w:p>
    <w:p>
      <w:pPr>
        <w:spacing w:after="0"/>
      </w:pPr>
      <w:r>
        <w:rPr>
          <w:rFonts w:ascii="Arial" w:hAnsi="Arial"/>
          <w:sz w:val="22"/>
        </w:rPr>
        <w:t xml:space="preserve">I think but then, you know, they had going back to Peter Dinklage. They had him in one of the X Men movies, didn't they? Yeah, he was just he he was just a person and happened to be played by a small, small person. Yeah. Sorry. I'm weaving all over the place with my use of descriptive words </w:t>
      </w:r>
    </w:p>
    <w:p>
      <w:pPr>
        <w:spacing w:after="0"/>
      </w:pPr>
    </w:p>
    <w:p>
      <w:pPr>
        <w:spacing w:after="0"/>
      </w:pPr>
      <w:r>
        <w:rPr>
          <w:rFonts w:ascii="Arial" w:hAnsi="Arial"/>
          <w:b/>
          <w:sz w:val="22"/>
        </w:rPr>
        <w:t xml:space="preserve">Lucy  </w:t>
      </w:r>
      <w:r>
        <w:rPr>
          <w:rFonts w:ascii="Arial" w:hAnsi="Arial"/>
          <w:color w:val="5D7284"/>
          <w:sz w:val="22"/>
        </w:rPr>
        <w:t>48:55</w:t>
      </w:r>
    </w:p>
    <w:p>
      <w:pPr>
        <w:spacing w:after="0"/>
      </w:pPr>
      <w:r>
        <w:rPr>
          <w:rFonts w:ascii="Arial" w:hAnsi="Arial"/>
          <w:sz w:val="22"/>
        </w:rPr>
        <w:t xml:space="preserve">I think it is little person, </w:t>
      </w:r>
    </w:p>
    <w:p>
      <w:pPr>
        <w:spacing w:after="0"/>
      </w:pPr>
    </w:p>
    <w:p>
      <w:pPr>
        <w:spacing w:after="0"/>
      </w:pPr>
      <w:r>
        <w:rPr>
          <w:rFonts w:ascii="Arial" w:hAnsi="Arial"/>
          <w:b/>
          <w:sz w:val="22"/>
        </w:rPr>
        <w:t xml:space="preserve">Alice  </w:t>
      </w:r>
      <w:r>
        <w:rPr>
          <w:rFonts w:ascii="Arial" w:hAnsi="Arial"/>
          <w:color w:val="5D7284"/>
          <w:sz w:val="22"/>
        </w:rPr>
        <w:t>48:57</w:t>
      </w:r>
    </w:p>
    <w:p>
      <w:pPr>
        <w:spacing w:after="0"/>
      </w:pPr>
      <w:r>
        <w:rPr>
          <w:rFonts w:ascii="Arial" w:hAnsi="Arial"/>
          <w:sz w:val="22"/>
        </w:rPr>
        <w:t>Little person.</w:t>
      </w:r>
    </w:p>
    <w:p>
      <w:pPr>
        <w:spacing w:after="0"/>
      </w:pPr>
    </w:p>
    <w:p>
      <w:pPr>
        <w:spacing w:after="0"/>
      </w:pPr>
      <w:r>
        <w:rPr>
          <w:rFonts w:ascii="Arial" w:hAnsi="Arial"/>
          <w:b/>
          <w:sz w:val="22"/>
        </w:rPr>
        <w:t xml:space="preserve">Lucy  </w:t>
      </w:r>
      <w:r>
        <w:rPr>
          <w:rFonts w:ascii="Arial" w:hAnsi="Arial"/>
          <w:color w:val="5D7284"/>
          <w:sz w:val="22"/>
        </w:rPr>
        <w:t>48:59</w:t>
      </w:r>
    </w:p>
    <w:p>
      <w:pPr>
        <w:spacing w:after="0"/>
      </w:pPr>
      <w:r>
        <w:rPr>
          <w:rFonts w:ascii="Arial" w:hAnsi="Arial"/>
          <w:sz w:val="22"/>
        </w:rPr>
        <w:t>Which always feels wrong to say and be like,</w:t>
      </w:r>
    </w:p>
    <w:p>
      <w:pPr>
        <w:spacing w:after="0"/>
      </w:pPr>
    </w:p>
    <w:p>
      <w:pPr>
        <w:spacing w:after="0"/>
      </w:pPr>
      <w:r>
        <w:rPr>
          <w:rFonts w:ascii="Arial" w:hAnsi="Arial"/>
          <w:b/>
          <w:sz w:val="22"/>
        </w:rPr>
        <w:t xml:space="preserve">Alice  </w:t>
      </w:r>
      <w:r>
        <w:rPr>
          <w:rFonts w:ascii="Arial" w:hAnsi="Arial"/>
          <w:color w:val="5D7284"/>
          <w:sz w:val="22"/>
        </w:rPr>
        <w:t>49:03</w:t>
      </w:r>
    </w:p>
    <w:p>
      <w:pPr>
        <w:spacing w:after="0"/>
      </w:pPr>
      <w:r>
        <w:rPr>
          <w:rFonts w:ascii="Arial" w:hAnsi="Arial"/>
          <w:sz w:val="22"/>
        </w:rPr>
        <w:t>yeah, as a as a put an average height person. Little person does feel offensive. It doesn't. It feels like it's perhaps been a word that's been reclaimed. And we're using it. It's not appropriate. If you are a a person who is not of average height, please tell us what language we should be using. I'm also going to go away and have a look on disability Twitter and Google it because they'll tell me and I can apologise</w:t>
      </w:r>
    </w:p>
    <w:p>
      <w:pPr>
        <w:spacing w:after="0"/>
      </w:pPr>
    </w:p>
    <w:p>
      <w:pPr>
        <w:spacing w:after="0"/>
      </w:pPr>
      <w:r>
        <w:rPr>
          <w:rFonts w:ascii="Arial" w:hAnsi="Arial"/>
          <w:b/>
          <w:sz w:val="22"/>
        </w:rPr>
        <w:t xml:space="preserve">Lucy  </w:t>
      </w:r>
      <w:r>
        <w:rPr>
          <w:rFonts w:ascii="Arial" w:hAnsi="Arial"/>
          <w:color w:val="5D7284"/>
          <w:sz w:val="22"/>
        </w:rPr>
        <w:t>49:32</w:t>
      </w:r>
    </w:p>
    <w:p>
      <w:pPr>
        <w:spacing w:after="0"/>
      </w:pPr>
      <w:r>
        <w:rPr>
          <w:rFonts w:ascii="Arial" w:hAnsi="Arial"/>
          <w:sz w:val="22"/>
        </w:rPr>
        <w:t xml:space="preserve">Quite loudly. </w:t>
      </w:r>
    </w:p>
    <w:p>
      <w:pPr>
        <w:spacing w:after="0"/>
      </w:pPr>
    </w:p>
    <w:p>
      <w:pPr>
        <w:spacing w:after="0"/>
      </w:pPr>
      <w:r>
        <w:rPr>
          <w:rFonts w:ascii="Arial" w:hAnsi="Arial"/>
          <w:b/>
          <w:sz w:val="22"/>
        </w:rPr>
        <w:t xml:space="preserve">Alice  </w:t>
      </w:r>
      <w:r>
        <w:rPr>
          <w:rFonts w:ascii="Arial" w:hAnsi="Arial"/>
          <w:color w:val="5D7284"/>
          <w:sz w:val="22"/>
        </w:rPr>
        <w:t>49:34</w:t>
      </w:r>
    </w:p>
    <w:p>
      <w:pPr>
        <w:spacing w:after="0"/>
      </w:pPr>
      <w:r>
        <w:rPr>
          <w:rFonts w:ascii="Arial" w:hAnsi="Arial"/>
          <w:sz w:val="22"/>
        </w:rPr>
        <w:t>Yes, yes. I guess that's an interesting kind of time to come on to talk a bit about language because at the very beginning of the series, I actually wrote a piece for our newsletter about about the LGBTQIA+ acronym and the language that we use around around people who are LGBTQIA+. And I particularly whilst was doing the research for that was really blown away by the plus element of the the acronym and about how it's, you know that that is in there to kind of encompass people who perhaps don't quite fit within the lesbian, gay, bisexual, trans, queer, intersex, asexual, which is what LGBTQIA stands for.</w:t>
      </w:r>
    </w:p>
    <w:p>
      <w:pPr>
        <w:spacing w:after="0"/>
      </w:pPr>
    </w:p>
    <w:p>
      <w:pPr>
        <w:spacing w:after="0"/>
      </w:pPr>
      <w:r>
        <w:rPr>
          <w:rFonts w:ascii="Arial" w:hAnsi="Arial"/>
          <w:b/>
          <w:sz w:val="22"/>
        </w:rPr>
        <w:t xml:space="preserve">Adam  </w:t>
      </w:r>
      <w:r>
        <w:rPr>
          <w:rFonts w:ascii="Arial" w:hAnsi="Arial"/>
          <w:color w:val="5D7284"/>
          <w:sz w:val="22"/>
        </w:rPr>
        <w:t>50:34</w:t>
      </w:r>
    </w:p>
    <w:p>
      <w:pPr>
        <w:spacing w:after="0"/>
      </w:pPr>
      <w:r>
        <w:rPr>
          <w:rFonts w:ascii="Arial" w:hAnsi="Arial"/>
          <w:sz w:val="22"/>
        </w:rPr>
        <w:t xml:space="preserve">Yeah, it kind of leaves it open. It's yeah. There's always new phrases and terms coming out people finding new identities. So that's just saying, just because you're not the, you know, the initial letters, doesn't mean you're still not part of the community. </w:t>
      </w:r>
    </w:p>
    <w:p>
      <w:pPr>
        <w:spacing w:after="0"/>
      </w:pPr>
    </w:p>
    <w:p>
      <w:pPr>
        <w:spacing w:after="0"/>
      </w:pPr>
      <w:r>
        <w:rPr>
          <w:rFonts w:ascii="Arial" w:hAnsi="Arial"/>
          <w:b/>
          <w:sz w:val="22"/>
        </w:rPr>
        <w:t xml:space="preserve">Alice  </w:t>
      </w:r>
      <w:r>
        <w:rPr>
          <w:rFonts w:ascii="Arial" w:hAnsi="Arial"/>
          <w:color w:val="5D7284"/>
          <w:sz w:val="22"/>
        </w:rPr>
        <w:t>50:49</w:t>
      </w:r>
    </w:p>
    <w:p>
      <w:pPr>
        <w:spacing w:after="0"/>
      </w:pPr>
      <w:r>
        <w:rPr>
          <w:rFonts w:ascii="Arial" w:hAnsi="Arial"/>
          <w:sz w:val="22"/>
        </w:rPr>
        <w:t xml:space="preserve">Yeah, exactly and i thought that was really cool </w:t>
      </w:r>
    </w:p>
    <w:p>
      <w:pPr>
        <w:spacing w:after="0"/>
      </w:pPr>
    </w:p>
    <w:p>
      <w:pPr>
        <w:spacing w:after="0"/>
      </w:pPr>
      <w:r>
        <w:rPr>
          <w:rFonts w:ascii="Arial" w:hAnsi="Arial"/>
          <w:b/>
          <w:sz w:val="22"/>
        </w:rPr>
        <w:t xml:space="preserve">Lucy  </w:t>
      </w:r>
      <w:r>
        <w:rPr>
          <w:rFonts w:ascii="Arial" w:hAnsi="Arial"/>
          <w:color w:val="5D7284"/>
          <w:sz w:val="22"/>
        </w:rPr>
        <w:t>50:52</w:t>
      </w:r>
    </w:p>
    <w:p>
      <w:pPr>
        <w:spacing w:after="0"/>
      </w:pPr>
      <w:r>
        <w:rPr>
          <w:rFonts w:ascii="Arial" w:hAnsi="Arial"/>
          <w:sz w:val="22"/>
        </w:rPr>
        <w:t>It's more of a feeling rather than a this is what I am if you feel like you are no different in some way, then this, you know, it could be the place for you have a have a little sort of research and, and explore maybe,</w:t>
      </w:r>
    </w:p>
    <w:p>
      <w:pPr>
        <w:spacing w:after="0"/>
      </w:pPr>
    </w:p>
    <w:p>
      <w:pPr>
        <w:spacing w:after="0"/>
      </w:pPr>
      <w:r>
        <w:rPr>
          <w:rFonts w:ascii="Arial" w:hAnsi="Arial"/>
          <w:b/>
          <w:sz w:val="22"/>
        </w:rPr>
        <w:t xml:space="preserve">Alice  </w:t>
      </w:r>
      <w:r>
        <w:rPr>
          <w:rFonts w:ascii="Arial" w:hAnsi="Arial"/>
          <w:color w:val="5D7284"/>
          <w:sz w:val="22"/>
        </w:rPr>
        <w:t>51:08</w:t>
      </w:r>
    </w:p>
    <w:p>
      <w:pPr>
        <w:spacing w:after="0"/>
      </w:pPr>
      <w:r>
        <w:rPr>
          <w:rFonts w:ascii="Arial" w:hAnsi="Arial"/>
          <w:sz w:val="22"/>
        </w:rPr>
        <w:t>For when it really resonated with me, because I was like, you know, I've talked on the show before about how it's taken me a long time to kind of embrace being using the word blind. And even my mum the other day, was talking about something she was saying she had to have a conversation with someone about me, and them sending me some documents. And she was like, Oh, my daughter is severely visually sight impaired. And I was like, that's a lot of random words you've throw together.</w:t>
      </w:r>
    </w:p>
    <w:p>
      <w:pPr>
        <w:spacing w:after="0"/>
      </w:pPr>
    </w:p>
    <w:p>
      <w:pPr>
        <w:spacing w:after="0"/>
      </w:pPr>
      <w:r>
        <w:rPr>
          <w:rFonts w:ascii="Arial" w:hAnsi="Arial"/>
          <w:b/>
          <w:sz w:val="22"/>
        </w:rPr>
        <w:t xml:space="preserve">Lucy  </w:t>
      </w:r>
      <w:r>
        <w:rPr>
          <w:rFonts w:ascii="Arial" w:hAnsi="Arial"/>
          <w:color w:val="5D7284"/>
          <w:sz w:val="22"/>
        </w:rPr>
        <w:t>51:47</w:t>
      </w:r>
    </w:p>
    <w:p>
      <w:pPr>
        <w:spacing w:after="0"/>
      </w:pPr>
      <w:r>
        <w:rPr>
          <w:rFonts w:ascii="Arial" w:hAnsi="Arial"/>
          <w:sz w:val="22"/>
        </w:rPr>
        <w:t>There is a bush beat it.</w:t>
      </w:r>
    </w:p>
    <w:p>
      <w:pPr>
        <w:spacing w:after="0"/>
      </w:pPr>
    </w:p>
    <w:p>
      <w:pPr>
        <w:spacing w:after="0"/>
      </w:pPr>
      <w:r>
        <w:rPr>
          <w:rFonts w:ascii="Arial" w:hAnsi="Arial"/>
          <w:b/>
          <w:sz w:val="22"/>
        </w:rPr>
        <w:t xml:space="preserve">Alice  </w:t>
      </w:r>
      <w:r>
        <w:rPr>
          <w:rFonts w:ascii="Arial" w:hAnsi="Arial"/>
          <w:color w:val="5D7284"/>
          <w:sz w:val="22"/>
        </w:rPr>
        <w:t>51:52</w:t>
      </w:r>
    </w:p>
    <w:p>
      <w:pPr>
        <w:spacing w:after="0"/>
      </w:pPr>
      <w:r>
        <w:rPr>
          <w:rFonts w:ascii="Arial" w:hAnsi="Arial"/>
          <w:sz w:val="22"/>
        </w:rPr>
        <w:t>And it's, I think that was quite I think, for me, you know, I've said before, like, I wasn't necessarily like, Hey, I'm disabled. Hey, I'm blind. But then, you know, I yesterday, when I was in the pharmacy, I had the woman handed me my prescription, when can you just check everything on the label is correct. I was like, No, I cannot. And, yeah, I think it's that. That's one of the things that's quite cool about that. That acronym is that it's really inclusive is saying that, just because we've got like, and there are people out there on the internet, who will bitch and whine about how it's LGBTQIA, like, how many more letters are we gonna get? And Daisy was Daisy made me laugh like a drain when she was telling me that some people like to refer to themselves as the alphabet mafia.</w:t>
      </w:r>
    </w:p>
    <w:p>
      <w:pPr>
        <w:spacing w:after="0"/>
      </w:pPr>
    </w:p>
    <w:p>
      <w:pPr>
        <w:spacing w:after="0"/>
      </w:pPr>
      <w:r>
        <w:rPr>
          <w:rFonts w:ascii="Arial" w:hAnsi="Arial"/>
          <w:b/>
          <w:sz w:val="22"/>
        </w:rPr>
        <w:t xml:space="preserve">Adam  </w:t>
      </w:r>
      <w:r>
        <w:rPr>
          <w:rFonts w:ascii="Arial" w:hAnsi="Arial"/>
          <w:color w:val="5D7284"/>
          <w:sz w:val="22"/>
        </w:rPr>
        <w:t>52:44</w:t>
      </w:r>
    </w:p>
    <w:p>
      <w:pPr>
        <w:spacing w:after="0"/>
      </w:pPr>
      <w:r>
        <w:rPr>
          <w:rFonts w:ascii="Arial" w:hAnsi="Arial"/>
          <w:sz w:val="22"/>
        </w:rPr>
        <w:t>Yeah, I've heard that one.</w:t>
      </w:r>
    </w:p>
    <w:p>
      <w:pPr>
        <w:spacing w:after="0"/>
      </w:pPr>
    </w:p>
    <w:p>
      <w:pPr>
        <w:spacing w:after="0"/>
      </w:pPr>
      <w:r>
        <w:rPr>
          <w:rFonts w:ascii="Arial" w:hAnsi="Arial"/>
          <w:b/>
          <w:sz w:val="22"/>
        </w:rPr>
        <w:t xml:space="preserve">Alice  </w:t>
      </w:r>
      <w:r>
        <w:rPr>
          <w:rFonts w:ascii="Arial" w:hAnsi="Arial"/>
          <w:color w:val="5D7284"/>
          <w:sz w:val="22"/>
        </w:rPr>
        <w:t>52:48</w:t>
      </w:r>
    </w:p>
    <w:p>
      <w:pPr>
        <w:spacing w:after="0"/>
      </w:pPr>
      <w:r>
        <w:rPr>
          <w:rFonts w:ascii="Arial" w:hAnsi="Arial"/>
          <w:sz w:val="22"/>
        </w:rPr>
        <w:t xml:space="preserve">But yeah, but it's it's really, really inclusive. And I think that that is one of the things that you talked a little bit about Lucy with? Certainly, for those, I think outside of the disabled community looking in, is that going, you've got to, you've got to meet a certain, you know, tick things off a list to be disabled. </w:t>
      </w:r>
    </w:p>
    <w:p>
      <w:pPr>
        <w:spacing w:after="0"/>
      </w:pPr>
    </w:p>
    <w:p>
      <w:pPr>
        <w:spacing w:after="0"/>
      </w:pPr>
      <w:r>
        <w:rPr>
          <w:rFonts w:ascii="Arial" w:hAnsi="Arial"/>
          <w:b/>
          <w:sz w:val="22"/>
        </w:rPr>
        <w:t xml:space="preserve">Lucy  </w:t>
      </w:r>
      <w:r>
        <w:rPr>
          <w:rFonts w:ascii="Arial" w:hAnsi="Arial"/>
          <w:color w:val="5D7284"/>
          <w:sz w:val="22"/>
        </w:rPr>
        <w:t>53:12</w:t>
      </w:r>
    </w:p>
    <w:p>
      <w:pPr>
        <w:spacing w:after="0"/>
      </w:pPr>
      <w:r>
        <w:rPr>
          <w:rFonts w:ascii="Arial" w:hAnsi="Arial"/>
          <w:sz w:val="22"/>
        </w:rPr>
        <w:t>Yeah. My thought is like, if you feel like something is a struggle, and you need like, equipment, or assistance or outside assistance to help you perform daily tasks, then just for the love of God, do it. You know what I mean? Just just just take that burden off yourself and go, yeah, alright, I need a chair. Yeah, or I need a relator. Or I need a support worker to do my math because I'm terrible at math. Can you tell its personal experience, like, there is no shame in it. There's no shame in me having a support worker at work that helps me go to the toilet. There is no shame in that whatsoever. And I think when I tell people that I've got a support worker to help with personal care at work, they say, oh, isn't that weird, though? Like, you don't know the person. I was like, well, in the first day it is quite bizarre. You know, that 10 minutes ago, you were shaking hands. And welcome to the team and now you're like can you help me. Can you help me get on the loo, please? But yeah, you should get over it. Because otherwise, if I if you weren't there, I would wet myself and that is far more embarrassing than somebody take me to the toilet? Do you know what I mean? And there is that level of, I think once you can accept that I need that help that extra support in your life, whether it be a person or an object, or aid or whatever. There is that level of it's quite freeing and accepting. I think I said that in the episode now that it's free and accepted to go. Okay, I need this. No, that's fine. You look at the queen who missed half of her jubilee celebrations, because she didn't want to use a wheelchair you think you're 96 It's fine. Nobody's gonna say ooo the Queen's in a wheelchair...</w:t>
      </w:r>
    </w:p>
    <w:p>
      <w:pPr>
        <w:spacing w:after="0"/>
      </w:pPr>
    </w:p>
    <w:p>
      <w:pPr>
        <w:spacing w:after="0"/>
      </w:pPr>
      <w:r>
        <w:rPr>
          <w:rFonts w:ascii="Arial" w:hAnsi="Arial"/>
          <w:b/>
          <w:sz w:val="22"/>
        </w:rPr>
        <w:t xml:space="preserve">Alice  </w:t>
      </w:r>
      <w:r>
        <w:rPr>
          <w:rFonts w:ascii="Arial" w:hAnsi="Arial"/>
          <w:color w:val="5D7284"/>
          <w:sz w:val="22"/>
        </w:rPr>
        <w:t>55:04</w:t>
      </w:r>
    </w:p>
    <w:p>
      <w:pPr>
        <w:spacing w:after="0"/>
      </w:pPr>
      <w:r>
        <w:rPr>
          <w:rFonts w:ascii="Arial" w:hAnsi="Arial"/>
          <w:sz w:val="22"/>
        </w:rPr>
        <w:t>No, I think you're wrong. I think that there would be loads of people who would be like, Isn't it sad to see the queen in the wheelchair? Look at look at the way people treated when Liza Minnelli was in was at the</w:t>
      </w:r>
    </w:p>
    <w:p>
      <w:pPr>
        <w:spacing w:after="0"/>
      </w:pPr>
    </w:p>
    <w:p>
      <w:pPr>
        <w:spacing w:after="0"/>
      </w:pPr>
      <w:r>
        <w:rPr>
          <w:rFonts w:ascii="Arial" w:hAnsi="Arial"/>
          <w:b/>
          <w:sz w:val="22"/>
        </w:rPr>
        <w:t xml:space="preserve">Lucy  </w:t>
      </w:r>
      <w:r>
        <w:rPr>
          <w:rFonts w:ascii="Arial" w:hAnsi="Arial"/>
          <w:color w:val="5D7284"/>
          <w:sz w:val="22"/>
        </w:rPr>
        <w:t>55:15</w:t>
      </w:r>
    </w:p>
    <w:p>
      <w:pPr>
        <w:spacing w:after="0"/>
      </w:pPr>
      <w:r>
        <w:rPr>
          <w:rFonts w:ascii="Arial" w:hAnsi="Arial"/>
          <w:sz w:val="22"/>
        </w:rPr>
        <w:t>Oscars. Yeah. Lady Gaga for going Yeah,</w:t>
      </w:r>
    </w:p>
    <w:p>
      <w:pPr>
        <w:spacing w:after="0"/>
      </w:pPr>
    </w:p>
    <w:p>
      <w:pPr>
        <w:spacing w:after="0"/>
      </w:pPr>
      <w:r>
        <w:rPr>
          <w:rFonts w:ascii="Arial" w:hAnsi="Arial"/>
          <w:b/>
          <w:sz w:val="22"/>
        </w:rPr>
        <w:t xml:space="preserve">Alice  </w:t>
      </w:r>
      <w:r>
        <w:rPr>
          <w:rFonts w:ascii="Arial" w:hAnsi="Arial"/>
          <w:color w:val="5D7284"/>
          <w:sz w:val="22"/>
        </w:rPr>
        <w:t>55:21</w:t>
      </w:r>
    </w:p>
    <w:p>
      <w:pPr>
        <w:spacing w:after="0"/>
      </w:pPr>
      <w:r>
        <w:rPr>
          <w:rFonts w:ascii="Arial" w:hAnsi="Arial"/>
          <w:sz w:val="22"/>
        </w:rPr>
        <w:t>yeah. But just being friends with a disabled person.</w:t>
      </w:r>
    </w:p>
    <w:p>
      <w:pPr>
        <w:spacing w:after="0"/>
      </w:pPr>
    </w:p>
    <w:p>
      <w:pPr>
        <w:spacing w:after="0"/>
      </w:pPr>
      <w:r>
        <w:rPr>
          <w:rFonts w:ascii="Arial" w:hAnsi="Arial"/>
          <w:b/>
          <w:sz w:val="22"/>
        </w:rPr>
        <w:t xml:space="preserve">Lucy  </w:t>
      </w:r>
      <w:r>
        <w:rPr>
          <w:rFonts w:ascii="Arial" w:hAnsi="Arial"/>
          <w:color w:val="5D7284"/>
          <w:sz w:val="22"/>
        </w:rPr>
        <w:t>55:24</w:t>
      </w:r>
    </w:p>
    <w:p>
      <w:pPr>
        <w:spacing w:after="0"/>
      </w:pPr>
      <w:r>
        <w:rPr>
          <w:rFonts w:ascii="Arial" w:hAnsi="Arial"/>
          <w:sz w:val="22"/>
        </w:rPr>
        <w:t>So Brave.</w:t>
      </w:r>
    </w:p>
    <w:p>
      <w:pPr>
        <w:spacing w:after="0"/>
      </w:pPr>
    </w:p>
    <w:p>
      <w:pPr>
        <w:spacing w:after="0"/>
      </w:pPr>
      <w:r>
        <w:rPr>
          <w:rFonts w:ascii="Arial" w:hAnsi="Arial"/>
          <w:b/>
          <w:sz w:val="22"/>
        </w:rPr>
        <w:t xml:space="preserve">Alice  </w:t>
      </w:r>
      <w:r>
        <w:rPr>
          <w:rFonts w:ascii="Arial" w:hAnsi="Arial"/>
          <w:color w:val="5D7284"/>
          <w:sz w:val="22"/>
        </w:rPr>
        <w:t>55:27</w:t>
      </w:r>
    </w:p>
    <w:p>
      <w:pPr>
        <w:spacing w:after="0"/>
      </w:pPr>
      <w:r>
        <w:rPr>
          <w:rFonts w:ascii="Arial" w:hAnsi="Arial"/>
          <w:sz w:val="22"/>
        </w:rPr>
        <w:t>But I think it's, I think it's I think it's finding that place in the community and finding the label that fits onto you, like, is a big part of that acceptance?</w:t>
      </w:r>
    </w:p>
    <w:p>
      <w:pPr>
        <w:spacing w:after="0"/>
      </w:pPr>
    </w:p>
    <w:p>
      <w:pPr>
        <w:spacing w:after="0"/>
      </w:pPr>
      <w:r>
        <w:rPr>
          <w:rFonts w:ascii="Arial" w:hAnsi="Arial"/>
          <w:b/>
          <w:sz w:val="22"/>
        </w:rPr>
        <w:t xml:space="preserve">Lucy  </w:t>
      </w:r>
      <w:r>
        <w:rPr>
          <w:rFonts w:ascii="Arial" w:hAnsi="Arial"/>
          <w:color w:val="5D7284"/>
          <w:sz w:val="22"/>
        </w:rPr>
        <w:t>55:41</w:t>
      </w:r>
    </w:p>
    <w:p>
      <w:pPr>
        <w:spacing w:after="0"/>
      </w:pPr>
      <w:r>
        <w:rPr>
          <w:rFonts w:ascii="Arial" w:hAnsi="Arial"/>
          <w:sz w:val="22"/>
        </w:rPr>
        <w:t>And I think I think we've we've found, you know, finding community comes pride, I think because you can hear other people's stories, you can go actually, yeah, that is something that I, I have, I have to live with. And hearing other people's stories can make you feel very confident and comfortable in your own skin. And then that leads on to being proud of being disabled. I wouldn't say that I am always proud to be disabled. Some days. I just want to shout a lot of things all the time.</w:t>
      </w:r>
    </w:p>
    <w:p>
      <w:pPr>
        <w:spacing w:after="0"/>
      </w:pPr>
    </w:p>
    <w:p>
      <w:pPr>
        <w:spacing w:after="0"/>
      </w:pPr>
      <w:r>
        <w:rPr>
          <w:rFonts w:ascii="Arial" w:hAnsi="Arial"/>
          <w:b/>
          <w:sz w:val="22"/>
        </w:rPr>
        <w:t xml:space="preserve">Alice  </w:t>
      </w:r>
      <w:r>
        <w:rPr>
          <w:rFonts w:ascii="Arial" w:hAnsi="Arial"/>
          <w:color w:val="5D7284"/>
          <w:sz w:val="22"/>
        </w:rPr>
        <w:t>56:15</w:t>
      </w:r>
    </w:p>
    <w:p>
      <w:pPr>
        <w:spacing w:after="0"/>
      </w:pPr>
      <w:r>
        <w:rPr>
          <w:rFonts w:ascii="Arial" w:hAnsi="Arial"/>
          <w:sz w:val="22"/>
        </w:rPr>
        <w:t>No, you see this? I think there's a difference. I think. I think I am proud to be disabled. It's not always fun being disabled . No, that's. Yeah, yeah.</w:t>
      </w:r>
    </w:p>
    <w:p>
      <w:pPr>
        <w:spacing w:after="0"/>
      </w:pPr>
    </w:p>
    <w:p>
      <w:pPr>
        <w:spacing w:after="0"/>
      </w:pPr>
      <w:r>
        <w:rPr>
          <w:rFonts w:ascii="Arial" w:hAnsi="Arial"/>
          <w:b/>
          <w:sz w:val="22"/>
        </w:rPr>
        <w:t xml:space="preserve">Lucy  </w:t>
      </w:r>
      <w:r>
        <w:rPr>
          <w:rFonts w:ascii="Arial" w:hAnsi="Arial"/>
          <w:color w:val="5D7284"/>
          <w:sz w:val="22"/>
        </w:rPr>
        <w:t>56:24</w:t>
      </w:r>
    </w:p>
    <w:p>
      <w:pPr>
        <w:spacing w:after="0"/>
      </w:pPr>
      <w:r>
        <w:rPr>
          <w:rFonts w:ascii="Arial" w:hAnsi="Arial"/>
          <w:sz w:val="22"/>
        </w:rPr>
        <w:t>I got very cross yesterday, because everything I picked up, I dropped at least twice. To which I was like, just, I've had enough today. Can you please. I was not proud to be disabled, because I was like, this has taken me far longer than it needed to be. It's not always fun. It's not always. It's not a barrel of laughs It's not always free parking spaces and free stuff in your house. Is it there is that thing of? I hate this bit. I hate this bit.</w:t>
      </w:r>
    </w:p>
    <w:p>
      <w:pPr>
        <w:spacing w:after="0"/>
      </w:pPr>
    </w:p>
    <w:p>
      <w:pPr>
        <w:spacing w:after="0"/>
      </w:pPr>
      <w:r>
        <w:rPr>
          <w:rFonts w:ascii="Arial" w:hAnsi="Arial"/>
          <w:b/>
          <w:sz w:val="22"/>
        </w:rPr>
        <w:t xml:space="preserve">Alice  </w:t>
      </w:r>
      <w:r>
        <w:rPr>
          <w:rFonts w:ascii="Arial" w:hAnsi="Arial"/>
          <w:color w:val="5D7284"/>
          <w:sz w:val="22"/>
        </w:rPr>
        <w:t>56:57</w:t>
      </w:r>
    </w:p>
    <w:p>
      <w:pPr>
        <w:spacing w:after="0"/>
      </w:pPr>
      <w:r>
        <w:rPr>
          <w:rFonts w:ascii="Arial" w:hAnsi="Arial"/>
          <w:sz w:val="22"/>
        </w:rPr>
        <w:t>Yeah. So that was our pride series everybody. I think, you know, me and Lucy have said, where we're proud to be disabled. But it's not always fun. I think that most people within the LGBTQ plus community would say that they're proud to be in that community. But then</w:t>
      </w:r>
    </w:p>
    <w:p>
      <w:pPr>
        <w:spacing w:after="0"/>
      </w:pPr>
    </w:p>
    <w:p>
      <w:pPr>
        <w:spacing w:after="0"/>
      </w:pPr>
      <w:r>
        <w:rPr>
          <w:rFonts w:ascii="Arial" w:hAnsi="Arial"/>
          <w:b/>
          <w:sz w:val="22"/>
        </w:rPr>
        <w:t xml:space="preserve">Adam  </w:t>
      </w:r>
      <w:r>
        <w:rPr>
          <w:rFonts w:ascii="Arial" w:hAnsi="Arial"/>
          <w:color w:val="5D7284"/>
          <w:sz w:val="22"/>
        </w:rPr>
        <w:t>57:19</w:t>
      </w:r>
    </w:p>
    <w:p>
      <w:pPr>
        <w:spacing w:after="0"/>
      </w:pPr>
      <w:r>
        <w:rPr>
          <w:rFonts w:ascii="Arial" w:hAnsi="Arial"/>
          <w:sz w:val="22"/>
        </w:rPr>
        <w:t>also, it's not always fun.</w:t>
      </w:r>
    </w:p>
    <w:p>
      <w:pPr>
        <w:spacing w:after="0"/>
      </w:pPr>
    </w:p>
    <w:p>
      <w:pPr>
        <w:spacing w:after="0"/>
      </w:pPr>
      <w:r>
        <w:rPr>
          <w:rFonts w:ascii="Arial" w:hAnsi="Arial"/>
          <w:b/>
          <w:sz w:val="22"/>
        </w:rPr>
        <w:t xml:space="preserve">Lucy  </w:t>
      </w:r>
      <w:r>
        <w:rPr>
          <w:rFonts w:ascii="Arial" w:hAnsi="Arial"/>
          <w:color w:val="5D7284"/>
          <w:sz w:val="22"/>
        </w:rPr>
        <w:t>57:23</w:t>
      </w:r>
    </w:p>
    <w:p>
      <w:pPr>
        <w:spacing w:after="0"/>
      </w:pPr>
      <w:r>
        <w:rPr>
          <w:rFonts w:ascii="Arial" w:hAnsi="Arial"/>
          <w:sz w:val="22"/>
        </w:rPr>
        <w:t>People who are different are also the same.</w:t>
      </w:r>
    </w:p>
    <w:p>
      <w:pPr>
        <w:spacing w:after="0"/>
      </w:pPr>
    </w:p>
    <w:p>
      <w:pPr>
        <w:spacing w:after="0"/>
      </w:pPr>
      <w:r>
        <w:rPr>
          <w:rFonts w:ascii="Arial" w:hAnsi="Arial"/>
          <w:b/>
          <w:sz w:val="22"/>
        </w:rPr>
        <w:t xml:space="preserve">Alice  </w:t>
      </w:r>
      <w:r>
        <w:rPr>
          <w:rFonts w:ascii="Arial" w:hAnsi="Arial"/>
          <w:color w:val="5D7284"/>
          <w:sz w:val="22"/>
        </w:rPr>
        <w:t>57:26</w:t>
      </w:r>
    </w:p>
    <w:p>
      <w:pPr>
        <w:spacing w:after="0"/>
      </w:pPr>
      <w:r>
        <w:rPr>
          <w:rFonts w:ascii="Arial" w:hAnsi="Arial"/>
          <w:sz w:val="22"/>
        </w:rPr>
        <w:t>Yeah but also, you know, I think that one thing society is really good at is excluding people. And you know, how dare you be? How dare you be different? We must. You're not allowed in here. Go over there.</w:t>
      </w:r>
    </w:p>
    <w:p>
      <w:pPr>
        <w:spacing w:after="0"/>
      </w:pPr>
    </w:p>
    <w:p>
      <w:pPr>
        <w:spacing w:after="0"/>
      </w:pPr>
      <w:r>
        <w:rPr>
          <w:rFonts w:ascii="Arial" w:hAnsi="Arial"/>
          <w:b/>
          <w:sz w:val="22"/>
        </w:rPr>
        <w:t xml:space="preserve">Lucy  </w:t>
      </w:r>
      <w:r>
        <w:rPr>
          <w:rFonts w:ascii="Arial" w:hAnsi="Arial"/>
          <w:color w:val="5D7284"/>
          <w:sz w:val="22"/>
        </w:rPr>
        <w:t>57:39</w:t>
      </w:r>
    </w:p>
    <w:p>
      <w:pPr>
        <w:spacing w:after="0"/>
      </w:pPr>
      <w:r>
        <w:rPr>
          <w:rFonts w:ascii="Arial" w:hAnsi="Arial"/>
          <w:sz w:val="22"/>
        </w:rPr>
        <w:t>sit in the croner and think about what you've done?</w:t>
      </w:r>
    </w:p>
    <w:p>
      <w:pPr>
        <w:spacing w:after="0"/>
      </w:pPr>
    </w:p>
    <w:p>
      <w:pPr>
        <w:spacing w:after="0"/>
      </w:pPr>
      <w:r>
        <w:rPr>
          <w:rFonts w:ascii="Arial" w:hAnsi="Arial"/>
          <w:b/>
          <w:sz w:val="22"/>
        </w:rPr>
        <w:t xml:space="preserve">Adam  </w:t>
      </w:r>
      <w:r>
        <w:rPr>
          <w:rFonts w:ascii="Arial" w:hAnsi="Arial"/>
          <w:color w:val="5D7284"/>
          <w:sz w:val="22"/>
        </w:rPr>
        <w:t>57:42</w:t>
      </w:r>
    </w:p>
    <w:p>
      <w:pPr>
        <w:spacing w:after="0"/>
      </w:pPr>
      <w:r>
        <w:rPr>
          <w:rFonts w:ascii="Arial" w:hAnsi="Arial"/>
          <w:sz w:val="22"/>
        </w:rPr>
        <w:t>Yeah, definitely. Especially when you hear other people saying about, you know, what about street pride and all that. It's just frustrating. I always remember there's a quote that's always stuck in my head. I kind of where it's from where I saw it was probably some Facebook or Instagram post. But it was along the lines of what was it? Was it dont be jealous of gay pride, instead of wandering where straight pride is just be grateful you don't need one, or something like that.</w:t>
      </w:r>
    </w:p>
    <w:p>
      <w:pPr>
        <w:spacing w:after="0"/>
      </w:pPr>
    </w:p>
    <w:p>
      <w:pPr>
        <w:spacing w:after="0"/>
      </w:pPr>
      <w:r>
        <w:rPr>
          <w:rFonts w:ascii="Arial" w:hAnsi="Arial"/>
          <w:b/>
          <w:sz w:val="22"/>
        </w:rPr>
        <w:t xml:space="preserve">Lucy  </w:t>
      </w:r>
      <w:r>
        <w:rPr>
          <w:rFonts w:ascii="Arial" w:hAnsi="Arial"/>
          <w:color w:val="5D7284"/>
          <w:sz w:val="22"/>
        </w:rPr>
        <w:t>57:42</w:t>
      </w:r>
    </w:p>
    <w:p>
      <w:pPr>
        <w:spacing w:after="0"/>
      </w:pPr>
      <w:r>
        <w:rPr>
          <w:rFonts w:ascii="Arial" w:hAnsi="Arial"/>
          <w:sz w:val="22"/>
        </w:rPr>
        <w:t>Yeah absolutely.</w:t>
      </w:r>
    </w:p>
    <w:p>
      <w:pPr>
        <w:spacing w:after="0"/>
      </w:pPr>
    </w:p>
    <w:p>
      <w:pPr>
        <w:spacing w:after="0"/>
      </w:pPr>
      <w:r>
        <w:rPr>
          <w:rFonts w:ascii="Arial" w:hAnsi="Arial"/>
          <w:b/>
          <w:sz w:val="22"/>
        </w:rPr>
        <w:t xml:space="preserve">Alice  </w:t>
      </w:r>
      <w:r>
        <w:rPr>
          <w:rFonts w:ascii="Arial" w:hAnsi="Arial"/>
          <w:color w:val="5D7284"/>
          <w:sz w:val="22"/>
        </w:rPr>
        <w:t>58:11</w:t>
      </w:r>
    </w:p>
    <w:p>
      <w:pPr>
        <w:spacing w:after="0"/>
      </w:pPr>
      <w:r>
        <w:rPr>
          <w:rFonts w:ascii="Arial" w:hAnsi="Arial"/>
          <w:sz w:val="22"/>
        </w:rPr>
        <w:t>It's enjoy being part of a group who gets to 365 days a year, 12 months of the year, just go about your life and not be like judged and harassed and abused because of because of who you are. There's been I've seen a couple of people, I've heard a couple of things like, while people been talking about pride over the last month, where people have talked about life choices. And it's in the same way that like being blind is not a life choice. For me. Being gay is not a fucking life choice. It's not a lifestyle, like a lifestyle is choosing to have 11 cats. Like, this is not it's not</w:t>
      </w:r>
    </w:p>
    <w:p>
      <w:pPr>
        <w:spacing w:after="0"/>
      </w:pPr>
    </w:p>
    <w:p>
      <w:pPr>
        <w:spacing w:after="0"/>
      </w:pPr>
      <w:r>
        <w:rPr>
          <w:rFonts w:ascii="Arial" w:hAnsi="Arial"/>
          <w:b/>
          <w:sz w:val="22"/>
        </w:rPr>
        <w:t xml:space="preserve">Lucy  </w:t>
      </w:r>
      <w:r>
        <w:rPr>
          <w:rFonts w:ascii="Arial" w:hAnsi="Arial"/>
          <w:color w:val="5D7284"/>
          <w:sz w:val="22"/>
        </w:rPr>
        <w:t>58:56</w:t>
      </w:r>
    </w:p>
    <w:p>
      <w:pPr>
        <w:spacing w:after="0"/>
      </w:pPr>
      <w:r>
        <w:rPr>
          <w:rFonts w:ascii="Arial" w:hAnsi="Arial"/>
          <w:sz w:val="22"/>
        </w:rPr>
        <w:t xml:space="preserve">it's not it's not like Adams got a sparkly rainbow jacket that he likes to put on and off everyday. Maybe he has </w:t>
      </w:r>
    </w:p>
    <w:p>
      <w:pPr>
        <w:spacing w:after="0"/>
      </w:pPr>
    </w:p>
    <w:p>
      <w:pPr>
        <w:spacing w:after="0"/>
      </w:pPr>
      <w:r>
        <w:rPr>
          <w:rFonts w:ascii="Arial" w:hAnsi="Arial"/>
          <w:b/>
          <w:sz w:val="22"/>
        </w:rPr>
        <w:t xml:space="preserve">Alice  </w:t>
      </w:r>
      <w:r>
        <w:rPr>
          <w:rFonts w:ascii="Arial" w:hAnsi="Arial"/>
          <w:color w:val="5D7284"/>
          <w:sz w:val="22"/>
        </w:rPr>
        <w:t>59:09</w:t>
      </w:r>
    </w:p>
    <w:p>
      <w:pPr>
        <w:spacing w:after="0"/>
      </w:pPr>
      <w:r>
        <w:rPr>
          <w:rFonts w:ascii="Arial" w:hAnsi="Arial"/>
          <w:sz w:val="22"/>
        </w:rPr>
        <w:t>it's not being a vegan it's this is who people are. And I think that's why pride is really important. Because for so long, LGBT+ people were told it's not okay to be who you are.</w:t>
      </w:r>
    </w:p>
    <w:p>
      <w:pPr>
        <w:spacing w:after="0"/>
      </w:pPr>
    </w:p>
    <w:p>
      <w:pPr>
        <w:spacing w:after="0"/>
      </w:pPr>
      <w:r>
        <w:rPr>
          <w:rFonts w:ascii="Arial" w:hAnsi="Arial"/>
          <w:b/>
          <w:sz w:val="22"/>
        </w:rPr>
        <w:t xml:space="preserve">Adam  </w:t>
      </w:r>
      <w:r>
        <w:rPr>
          <w:rFonts w:ascii="Arial" w:hAnsi="Arial"/>
          <w:color w:val="5D7284"/>
          <w:sz w:val="22"/>
        </w:rPr>
        <w:t>59:21</w:t>
      </w:r>
    </w:p>
    <w:p>
      <w:pPr>
        <w:spacing w:after="0"/>
      </w:pPr>
      <w:r>
        <w:rPr>
          <w:rFonts w:ascii="Arial" w:hAnsi="Arial"/>
          <w:sz w:val="22"/>
        </w:rPr>
        <w:t>Well, last thing people are gonna realise, you know, pride never started as a way to celebrate being gay. It was to, you know, protest, not being criminalized. persecuted for who you are. Yeah, exactly. It was never. I mean, I think it's probably because of how culture has changed, but it's definitely more of a celebration nowadays. I wouldn't even call it a protest in most, I suppose, in a way...</w:t>
      </w:r>
    </w:p>
    <w:p>
      <w:pPr>
        <w:spacing w:after="0"/>
      </w:pPr>
    </w:p>
    <w:p>
      <w:pPr>
        <w:spacing w:after="0"/>
      </w:pPr>
      <w:r>
        <w:rPr>
          <w:rFonts w:ascii="Arial" w:hAnsi="Arial"/>
          <w:b/>
          <w:sz w:val="22"/>
        </w:rPr>
        <w:t xml:space="preserve">Lucy  </w:t>
      </w:r>
      <w:r>
        <w:rPr>
          <w:rFonts w:ascii="Arial" w:hAnsi="Arial"/>
          <w:color w:val="5D7284"/>
          <w:sz w:val="22"/>
        </w:rPr>
        <w:t>59:45</w:t>
      </w:r>
    </w:p>
    <w:p>
      <w:pPr>
        <w:spacing w:after="0"/>
      </w:pPr>
      <w:r>
        <w:rPr>
          <w:rFonts w:ascii="Arial" w:hAnsi="Arial"/>
          <w:sz w:val="22"/>
        </w:rPr>
        <w:t>It's a party really isn't it i suppose</w:t>
      </w:r>
    </w:p>
    <w:p>
      <w:pPr>
        <w:spacing w:after="0"/>
      </w:pPr>
    </w:p>
    <w:p>
      <w:pPr>
        <w:spacing w:after="0"/>
      </w:pPr>
      <w:r>
        <w:rPr>
          <w:rFonts w:ascii="Arial" w:hAnsi="Arial"/>
          <w:b/>
          <w:sz w:val="22"/>
        </w:rPr>
        <w:t xml:space="preserve">Adam  </w:t>
      </w:r>
      <w:r>
        <w:rPr>
          <w:rFonts w:ascii="Arial" w:hAnsi="Arial"/>
          <w:color w:val="5D7284"/>
          <w:sz w:val="22"/>
        </w:rPr>
        <w:t>59:48</w:t>
      </w:r>
    </w:p>
    <w:p>
      <w:pPr>
        <w:spacing w:after="0"/>
      </w:pPr>
      <w:r>
        <w:rPr>
          <w:rFonts w:ascii="Arial" w:hAnsi="Arial"/>
          <w:sz w:val="22"/>
        </w:rPr>
        <w:t>That's what it's turned into. Now that, you know, it is becoming more and more accepted. It's still not there. But it's definitely getting better and better and you go to pride. You see people bringing their kids and it is a good day everyone's happy and having fun.</w:t>
      </w:r>
    </w:p>
    <w:p>
      <w:pPr>
        <w:spacing w:after="0"/>
      </w:pPr>
    </w:p>
    <w:p>
      <w:pPr>
        <w:spacing w:after="0"/>
      </w:pPr>
      <w:r>
        <w:rPr>
          <w:rFonts w:ascii="Arial" w:hAnsi="Arial"/>
          <w:b/>
          <w:sz w:val="22"/>
        </w:rPr>
        <w:t xml:space="preserve">Alice  </w:t>
      </w:r>
      <w:r>
        <w:rPr>
          <w:rFonts w:ascii="Arial" w:hAnsi="Arial"/>
          <w:color w:val="5D7284"/>
          <w:sz w:val="22"/>
        </w:rPr>
        <w:t>1:00:03</w:t>
      </w:r>
    </w:p>
    <w:p>
      <w:pPr>
        <w:spacing w:after="0"/>
      </w:pPr>
      <w:r>
        <w:rPr>
          <w:rFonts w:ascii="Arial" w:hAnsi="Arial"/>
          <w:sz w:val="22"/>
        </w:rPr>
        <w:t xml:space="preserve">Yeah. And I think it's it's really cool that starting tomorrow as this episode airs is Disability Pride. Oh, I like that we we've go one after another. </w:t>
      </w:r>
    </w:p>
    <w:p>
      <w:pPr>
        <w:spacing w:after="0"/>
      </w:pPr>
    </w:p>
    <w:p>
      <w:pPr>
        <w:spacing w:after="0"/>
      </w:pPr>
      <w:r>
        <w:rPr>
          <w:rFonts w:ascii="Arial" w:hAnsi="Arial"/>
          <w:b/>
          <w:sz w:val="22"/>
        </w:rPr>
        <w:t xml:space="preserve">Lucy  </w:t>
      </w:r>
      <w:r>
        <w:rPr>
          <w:rFonts w:ascii="Arial" w:hAnsi="Arial"/>
          <w:color w:val="5D7284"/>
          <w:sz w:val="22"/>
        </w:rPr>
        <w:t>1:00:15</w:t>
      </w:r>
    </w:p>
    <w:p>
      <w:pPr>
        <w:spacing w:after="0"/>
      </w:pPr>
      <w:r>
        <w:rPr>
          <w:rFonts w:ascii="Arial" w:hAnsi="Arial"/>
          <w:sz w:val="22"/>
        </w:rPr>
        <w:t>wooooo</w:t>
      </w:r>
    </w:p>
    <w:p>
      <w:pPr>
        <w:spacing w:after="0"/>
      </w:pPr>
    </w:p>
    <w:p>
      <w:pPr>
        <w:spacing w:after="0"/>
      </w:pPr>
      <w:r>
        <w:rPr>
          <w:rFonts w:ascii="Arial" w:hAnsi="Arial"/>
          <w:b/>
          <w:sz w:val="22"/>
        </w:rPr>
        <w:t xml:space="preserve">Alice  </w:t>
      </w:r>
      <w:r>
        <w:rPr>
          <w:rFonts w:ascii="Arial" w:hAnsi="Arial"/>
          <w:color w:val="5D7284"/>
          <w:sz w:val="22"/>
        </w:rPr>
        <w:t>1:00:16</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1:00:16</w:t>
      </w:r>
    </w:p>
    <w:p>
      <w:pPr>
        <w:spacing w:after="0"/>
      </w:pPr>
      <w:r>
        <w:rPr>
          <w:rFonts w:ascii="Arial" w:hAnsi="Arial"/>
          <w:sz w:val="22"/>
        </w:rPr>
        <w:t>can we... Yeah, I think we should just party like party.  Can we arrange that like down the pub somewhere</w:t>
      </w:r>
    </w:p>
    <w:p>
      <w:pPr>
        <w:spacing w:after="0"/>
      </w:pPr>
    </w:p>
    <w:p>
      <w:pPr>
        <w:spacing w:after="0"/>
      </w:pPr>
      <w:r>
        <w:rPr>
          <w:rFonts w:ascii="Arial" w:hAnsi="Arial"/>
          <w:b/>
          <w:sz w:val="22"/>
        </w:rPr>
        <w:t xml:space="preserve">Adam  </w:t>
      </w:r>
      <w:r>
        <w:rPr>
          <w:rFonts w:ascii="Arial" w:hAnsi="Arial"/>
          <w:color w:val="5D7284"/>
          <w:sz w:val="22"/>
        </w:rPr>
        <w:t>1:00:25</w:t>
      </w:r>
    </w:p>
    <w:p>
      <w:pPr>
        <w:spacing w:after="0"/>
      </w:pPr>
      <w:r>
        <w:rPr>
          <w:rFonts w:ascii="Arial" w:hAnsi="Arial"/>
          <w:sz w:val="22"/>
        </w:rPr>
        <w:t>Yes, definitely.</w:t>
      </w:r>
    </w:p>
    <w:p>
      <w:pPr>
        <w:spacing w:after="0"/>
      </w:pPr>
    </w:p>
    <w:p>
      <w:pPr>
        <w:spacing w:after="0"/>
      </w:pPr>
      <w:r>
        <w:rPr>
          <w:rFonts w:ascii="Arial" w:hAnsi="Arial"/>
          <w:b/>
          <w:sz w:val="22"/>
        </w:rPr>
        <w:t xml:space="preserve">Alice  </w:t>
      </w:r>
      <w:r>
        <w:rPr>
          <w:rFonts w:ascii="Arial" w:hAnsi="Arial"/>
          <w:color w:val="5D7284"/>
          <w:sz w:val="22"/>
        </w:rPr>
        <w:t>1:00:26</w:t>
      </w:r>
    </w:p>
    <w:p>
      <w:pPr>
        <w:spacing w:after="0"/>
      </w:pPr>
      <w:r>
        <w:rPr>
          <w:rFonts w:ascii="Arial" w:hAnsi="Arial"/>
          <w:sz w:val="22"/>
        </w:rPr>
        <w:t>Definitely sounds like a plan</w:t>
      </w:r>
    </w:p>
    <w:p>
      <w:pPr>
        <w:spacing w:after="0"/>
      </w:pPr>
    </w:p>
    <w:p>
      <w:pPr>
        <w:spacing w:after="0"/>
      </w:pPr>
      <w:r>
        <w:rPr>
          <w:rFonts w:ascii="Arial" w:hAnsi="Arial"/>
          <w:b/>
          <w:sz w:val="22"/>
        </w:rPr>
        <w:t xml:space="preserve">Lucy  </w:t>
      </w:r>
      <w:r>
        <w:rPr>
          <w:rFonts w:ascii="Arial" w:hAnsi="Arial"/>
          <w:color w:val="5D7284"/>
          <w:sz w:val="22"/>
        </w:rPr>
        <w:t>1:00:26</w:t>
      </w:r>
    </w:p>
    <w:p>
      <w:pPr>
        <w:spacing w:after="0"/>
      </w:pPr>
      <w:r>
        <w:rPr>
          <w:rFonts w:ascii="Arial" w:hAnsi="Arial"/>
          <w:sz w:val="22"/>
        </w:rPr>
        <w:t xml:space="preserve">We'll do that. </w:t>
      </w:r>
    </w:p>
    <w:p>
      <w:pPr>
        <w:spacing w:after="0"/>
      </w:pPr>
    </w:p>
    <w:p>
      <w:pPr>
        <w:spacing w:after="0"/>
      </w:pPr>
      <w:r>
        <w:rPr>
          <w:rFonts w:ascii="Arial" w:hAnsi="Arial"/>
          <w:b/>
          <w:sz w:val="22"/>
        </w:rPr>
        <w:t xml:space="preserve">Alice  </w:t>
      </w:r>
      <w:r>
        <w:rPr>
          <w:rFonts w:ascii="Arial" w:hAnsi="Arial"/>
          <w:color w:val="5D7284"/>
          <w:sz w:val="22"/>
        </w:rPr>
        <w:t>1:00:31</w:t>
      </w:r>
    </w:p>
    <w:p>
      <w:pPr>
        <w:spacing w:after="0"/>
      </w:pPr>
      <w:r>
        <w:rPr>
          <w:rFonts w:ascii="Arial" w:hAnsi="Arial"/>
          <w:sz w:val="22"/>
        </w:rPr>
        <w:t>So gang, this is the end of our pride series. Thank you so much everybody who has listened, thank you. For people who have commented a big thank you to everybody who's been a guest and contributed to the newsletter, we've had some amazing newsletter content this last month, and Lucy and I have a long term plan to make that all of that available to people on our website. At the moment, if you want to read our newsletter content, you literally you get it when it comes in your inbox goes. And then that's it. So it's it could think of it this way, it's even more exclusive because its time limited. But we will hopefully be setting up a back catalogue on our website at some point. So yeah, if you lot have enjoyed this episode, please tell your friends share us around on the internet. Leaving a review on Apple and Spotify is a really great way to help our audience grow because those ratings and reviews boost us up the iTunes chart it gets us recommended to other people. So if you guys can take just a couple of minutes of your time. We've put so much work into this series. Adams put so much work into this series. Our transcriptionist God bless her heart.</w:t>
      </w:r>
    </w:p>
    <w:p>
      <w:pPr>
        <w:spacing w:after="0"/>
      </w:pPr>
    </w:p>
    <w:p>
      <w:pPr>
        <w:spacing w:after="0"/>
      </w:pPr>
      <w:r>
        <w:rPr>
          <w:rFonts w:ascii="Arial" w:hAnsi="Arial"/>
          <w:b/>
          <w:sz w:val="22"/>
        </w:rPr>
        <w:t xml:space="preserve">Lucy  </w:t>
      </w:r>
      <w:r>
        <w:rPr>
          <w:rFonts w:ascii="Arial" w:hAnsi="Arial"/>
          <w:color w:val="5D7284"/>
          <w:sz w:val="22"/>
        </w:rPr>
        <w:t>1:01:56</w:t>
      </w:r>
    </w:p>
    <w:p>
      <w:pPr>
        <w:spacing w:after="0"/>
      </w:pPr>
      <w:r>
        <w:rPr>
          <w:rFonts w:ascii="Arial" w:hAnsi="Arial"/>
          <w:sz w:val="22"/>
        </w:rPr>
        <w:t>She is a trooper. Yes, definitely. If you look trooper in the dictionary, you'll find a picture of Carly. Going What did you say?</w:t>
      </w:r>
    </w:p>
    <w:p>
      <w:pPr>
        <w:spacing w:after="0"/>
      </w:pPr>
    </w:p>
    <w:p>
      <w:pPr>
        <w:spacing w:after="0"/>
      </w:pPr>
      <w:r>
        <w:rPr>
          <w:rFonts w:ascii="Arial" w:hAnsi="Arial"/>
          <w:b/>
          <w:sz w:val="22"/>
        </w:rPr>
        <w:t xml:space="preserve">Alice  </w:t>
      </w:r>
      <w:r>
        <w:rPr>
          <w:rFonts w:ascii="Arial" w:hAnsi="Arial"/>
          <w:color w:val="5D7284"/>
          <w:sz w:val="22"/>
        </w:rPr>
        <w:t>1:02:08</w:t>
      </w:r>
    </w:p>
    <w:p>
      <w:pPr>
        <w:spacing w:after="0"/>
      </w:pPr>
      <w:r>
        <w:rPr>
          <w:rFonts w:ascii="Arial" w:hAnsi="Arial"/>
          <w:sz w:val="22"/>
        </w:rPr>
        <w:t>Yeah, so it's</w:t>
      </w:r>
    </w:p>
    <w:p>
      <w:pPr>
        <w:spacing w:after="0"/>
      </w:pPr>
    </w:p>
    <w:p>
      <w:pPr>
        <w:spacing w:after="0"/>
      </w:pPr>
      <w:r>
        <w:rPr>
          <w:rFonts w:ascii="Arial" w:hAnsi="Arial"/>
          <w:b/>
          <w:sz w:val="22"/>
        </w:rPr>
        <w:t xml:space="preserve">Lucy  </w:t>
      </w:r>
      <w:r>
        <w:rPr>
          <w:rFonts w:ascii="Arial" w:hAnsi="Arial"/>
          <w:color w:val="5D7284"/>
          <w:sz w:val="22"/>
        </w:rPr>
        <w:t>1:02:10</w:t>
      </w:r>
    </w:p>
    <w:p>
      <w:pPr>
        <w:spacing w:after="0"/>
      </w:pPr>
      <w:r>
        <w:rPr>
          <w:rFonts w:ascii="Arial" w:hAnsi="Arial"/>
          <w:sz w:val="22"/>
        </w:rPr>
        <w:t>We are permanently exhausted pigeons is what I like to refer to ourselves as a collective, not just me, allow us as a collective. Okay. Again, and again. We absolutely love doing it. And it has brought us so much joy. So thank you.</w:t>
      </w:r>
    </w:p>
    <w:p>
      <w:pPr>
        <w:spacing w:after="0"/>
      </w:pPr>
    </w:p>
    <w:p>
      <w:pPr>
        <w:spacing w:after="0"/>
      </w:pPr>
      <w:r>
        <w:rPr>
          <w:rFonts w:ascii="Arial" w:hAnsi="Arial"/>
          <w:b/>
          <w:sz w:val="22"/>
        </w:rPr>
        <w:t xml:space="preserve">Alice  </w:t>
      </w:r>
      <w:r>
        <w:rPr>
          <w:rFonts w:ascii="Arial" w:hAnsi="Arial"/>
          <w:color w:val="5D7284"/>
          <w:sz w:val="22"/>
        </w:rPr>
        <w:t>1:02:30</w:t>
      </w:r>
    </w:p>
    <w:p>
      <w:pPr>
        <w:spacing w:after="0"/>
      </w:pPr>
      <w:r>
        <w:rPr>
          <w:rFonts w:ascii="Arial" w:hAnsi="Arial"/>
          <w:sz w:val="22"/>
        </w:rPr>
        <w:t>So I think we are all looking forward to going back to every other week. Yes, we</w:t>
      </w:r>
    </w:p>
    <w:p>
      <w:pPr>
        <w:spacing w:after="0"/>
      </w:pPr>
    </w:p>
    <w:p>
      <w:pPr>
        <w:spacing w:after="0"/>
      </w:pPr>
      <w:r>
        <w:rPr>
          <w:rFonts w:ascii="Arial" w:hAnsi="Arial"/>
          <w:b/>
          <w:sz w:val="22"/>
        </w:rPr>
        <w:t xml:space="preserve">Lucy  </w:t>
      </w:r>
      <w:r>
        <w:rPr>
          <w:rFonts w:ascii="Arial" w:hAnsi="Arial"/>
          <w:color w:val="5D7284"/>
          <w:sz w:val="22"/>
        </w:rPr>
        <w:t>1:02:36</w:t>
      </w:r>
    </w:p>
    <w:p>
      <w:pPr>
        <w:spacing w:after="0"/>
      </w:pPr>
      <w:r>
        <w:rPr>
          <w:rFonts w:ascii="Arial" w:hAnsi="Arial"/>
          <w:sz w:val="22"/>
        </w:rPr>
        <w:t>will do another one that was like oh, no, it nearly killed us last time.</w:t>
      </w:r>
    </w:p>
    <w:p>
      <w:pPr>
        <w:spacing w:after="0"/>
      </w:pPr>
    </w:p>
    <w:p>
      <w:pPr>
        <w:spacing w:after="0"/>
      </w:pPr>
      <w:r>
        <w:rPr>
          <w:rFonts w:ascii="Arial" w:hAnsi="Arial"/>
          <w:b/>
          <w:sz w:val="22"/>
        </w:rPr>
        <w:t xml:space="preserve">Alice  </w:t>
      </w:r>
      <w:r>
        <w:rPr>
          <w:rFonts w:ascii="Arial" w:hAnsi="Arial"/>
          <w:color w:val="5D7284"/>
          <w:sz w:val="22"/>
        </w:rPr>
        <w:t>1:02:41</w:t>
      </w:r>
    </w:p>
    <w:p>
      <w:pPr>
        <w:spacing w:after="0"/>
      </w:pPr>
      <w:r>
        <w:rPr>
          <w:rFonts w:ascii="Arial" w:hAnsi="Arial"/>
          <w:sz w:val="22"/>
        </w:rPr>
        <w:t>It was a week last time.</w:t>
      </w:r>
    </w:p>
    <w:p>
      <w:pPr>
        <w:spacing w:after="0"/>
      </w:pPr>
    </w:p>
    <w:p>
      <w:pPr>
        <w:spacing w:after="0"/>
      </w:pPr>
      <w:r>
        <w:rPr>
          <w:rFonts w:ascii="Arial" w:hAnsi="Arial"/>
          <w:b/>
          <w:sz w:val="22"/>
        </w:rPr>
        <w:t xml:space="preserve">Lucy  </w:t>
      </w:r>
      <w:r>
        <w:rPr>
          <w:rFonts w:ascii="Arial" w:hAnsi="Arial"/>
          <w:color w:val="5D7284"/>
          <w:sz w:val="22"/>
        </w:rPr>
        <w:t>1:02:42</w:t>
      </w:r>
    </w:p>
    <w:p>
      <w:pPr>
        <w:spacing w:after="0"/>
      </w:pPr>
      <w:r>
        <w:rPr>
          <w:rFonts w:ascii="Arial" w:hAnsi="Arial"/>
          <w:sz w:val="22"/>
        </w:rPr>
        <w:t>Yeah, Yeah.</w:t>
      </w:r>
    </w:p>
    <w:p>
      <w:pPr>
        <w:spacing w:after="0"/>
      </w:pPr>
    </w:p>
    <w:p>
      <w:pPr>
        <w:spacing w:after="0"/>
      </w:pPr>
      <w:r>
        <w:rPr>
          <w:rFonts w:ascii="Arial" w:hAnsi="Arial"/>
          <w:b/>
          <w:sz w:val="22"/>
        </w:rPr>
        <w:t xml:space="preserve">Adam  </w:t>
      </w:r>
      <w:r>
        <w:rPr>
          <w:rFonts w:ascii="Arial" w:hAnsi="Arial"/>
          <w:color w:val="5D7284"/>
          <w:sz w:val="22"/>
        </w:rPr>
        <w:t>1:02:44</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1:02:48</w:t>
      </w:r>
    </w:p>
    <w:p>
      <w:pPr>
        <w:spacing w:after="0"/>
      </w:pPr>
      <w:r>
        <w:rPr>
          <w:rFonts w:ascii="Arial" w:hAnsi="Arial"/>
          <w:sz w:val="22"/>
        </w:rPr>
        <w:t xml:space="preserve">I think that's it. </w:t>
      </w:r>
    </w:p>
    <w:p>
      <w:pPr>
        <w:spacing w:after="0"/>
      </w:pPr>
    </w:p>
    <w:p>
      <w:pPr>
        <w:spacing w:after="0"/>
      </w:pPr>
      <w:r>
        <w:rPr>
          <w:rFonts w:ascii="Arial" w:hAnsi="Arial"/>
          <w:b/>
          <w:sz w:val="22"/>
        </w:rPr>
        <w:t xml:space="preserve">Lucy  </w:t>
      </w:r>
      <w:r>
        <w:rPr>
          <w:rFonts w:ascii="Arial" w:hAnsi="Arial"/>
          <w:color w:val="5D7284"/>
          <w:sz w:val="22"/>
        </w:rPr>
        <w:t>1:02:49</w:t>
      </w:r>
    </w:p>
    <w:p>
      <w:pPr>
        <w:spacing w:after="0"/>
      </w:pPr>
      <w:r>
        <w:rPr>
          <w:rFonts w:ascii="Arial" w:hAnsi="Arial"/>
          <w:sz w:val="22"/>
        </w:rPr>
        <w:t>Yes.</w:t>
      </w:r>
    </w:p>
    <w:p>
      <w:pPr>
        <w:spacing w:after="0"/>
      </w:pPr>
    </w:p>
    <w:p>
      <w:pPr>
        <w:spacing w:after="0"/>
      </w:pPr>
      <w:r>
        <w:rPr>
          <w:rFonts w:ascii="Arial" w:hAnsi="Arial"/>
          <w:b/>
          <w:sz w:val="22"/>
        </w:rPr>
        <w:t xml:space="preserve">Adam  </w:t>
      </w:r>
      <w:r>
        <w:rPr>
          <w:rFonts w:ascii="Arial" w:hAnsi="Arial"/>
          <w:color w:val="5D7284"/>
          <w:sz w:val="22"/>
        </w:rPr>
        <w:t>1:02:50</w:t>
      </w:r>
    </w:p>
    <w:p>
      <w:pPr>
        <w:spacing w:after="0"/>
      </w:pPr>
      <w:r>
        <w:rPr>
          <w:rFonts w:ascii="Arial" w:hAnsi="Arial"/>
          <w:sz w:val="22"/>
        </w:rPr>
        <w:t>Cool. I better crack on editing it so Alice doesn't hit me.</w:t>
      </w:r>
    </w:p>
    <w:p>
      <w:pPr>
        <w:spacing w:after="0"/>
      </w:pPr>
    </w:p>
    <w:p>
      <w:pPr>
        <w:spacing w:after="0"/>
      </w:pPr>
      <w:r>
        <w:rPr>
          <w:rFonts w:ascii="Arial" w:hAnsi="Arial"/>
          <w:b/>
          <w:sz w:val="22"/>
        </w:rPr>
        <w:t xml:space="preserve">Alice  </w:t>
      </w:r>
      <w:r>
        <w:rPr>
          <w:rFonts w:ascii="Arial" w:hAnsi="Arial"/>
          <w:color w:val="5D7284"/>
          <w:sz w:val="22"/>
        </w:rPr>
        <w:t>1:02:55</w:t>
      </w:r>
    </w:p>
    <w:p>
      <w:pPr>
        <w:spacing w:after="0"/>
      </w:pPr>
      <w:r>
        <w:rPr>
          <w:rFonts w:ascii="Arial" w:hAnsi="Arial"/>
          <w:sz w:val="22"/>
        </w:rPr>
        <w:t>Yes, I stand in the corner with a stick.</w:t>
      </w:r>
    </w:p>
    <w:p>
      <w:pPr>
        <w:spacing w:after="0"/>
      </w:pPr>
    </w:p>
    <w:p>
      <w:pPr>
        <w:spacing w:after="0"/>
      </w:pPr>
      <w:r>
        <w:rPr>
          <w:rFonts w:ascii="Arial" w:hAnsi="Arial"/>
          <w:b/>
          <w:sz w:val="22"/>
        </w:rPr>
        <w:t xml:space="preserve">Lucy  </w:t>
      </w:r>
      <w:r>
        <w:rPr>
          <w:rFonts w:ascii="Arial" w:hAnsi="Arial"/>
          <w:color w:val="5D7284"/>
          <w:sz w:val="22"/>
        </w:rPr>
        <w:t>1:02:58</w:t>
      </w:r>
    </w:p>
    <w:p>
      <w:pPr>
        <w:spacing w:after="0"/>
      </w:pPr>
      <w:r>
        <w:rPr>
          <w:rFonts w:ascii="Arial" w:hAnsi="Arial"/>
          <w:sz w:val="22"/>
        </w:rPr>
        <w:t>Poking him every other day. Have you done it yet? Have you done it yet? Have you done it yet?</w:t>
      </w:r>
    </w:p>
    <w:p>
      <w:pPr>
        <w:spacing w:after="0"/>
      </w:pPr>
    </w:p>
    <w:p>
      <w:pPr>
        <w:spacing w:after="0"/>
      </w:pPr>
      <w:r>
        <w:rPr>
          <w:rFonts w:ascii="Arial" w:hAnsi="Arial"/>
          <w:b/>
          <w:sz w:val="22"/>
        </w:rPr>
        <w:t xml:space="preserve">Alice  </w:t>
      </w:r>
      <w:r>
        <w:rPr>
          <w:rFonts w:ascii="Arial" w:hAnsi="Arial"/>
          <w:color w:val="5D7284"/>
          <w:sz w:val="22"/>
        </w:rPr>
        <w:t>1:03:06</w:t>
      </w:r>
    </w:p>
    <w:p>
      <w:pPr>
        <w:spacing w:after="0"/>
      </w:pPr>
      <w:r>
        <w:rPr>
          <w:rFonts w:ascii="Arial" w:hAnsi="Arial"/>
          <w:sz w:val="22"/>
        </w:rPr>
        <w:t>thank you, everyone. Thank you so much, Adam for coming on.  I know that being in front of a microphone is not really your thing. But we loved having you.</w:t>
      </w:r>
    </w:p>
    <w:p>
      <w:pPr>
        <w:spacing w:after="0"/>
      </w:pPr>
    </w:p>
    <w:p>
      <w:pPr>
        <w:spacing w:after="0"/>
      </w:pPr>
      <w:r>
        <w:rPr>
          <w:rFonts w:ascii="Arial" w:hAnsi="Arial"/>
          <w:b/>
          <w:sz w:val="22"/>
        </w:rPr>
        <w:t xml:space="preserve">Adam  </w:t>
      </w:r>
      <w:r>
        <w:rPr>
          <w:rFonts w:ascii="Arial" w:hAnsi="Arial"/>
          <w:color w:val="5D7284"/>
          <w:sz w:val="22"/>
        </w:rPr>
        <w:t>1:03:09</w:t>
      </w:r>
    </w:p>
    <w:p>
      <w:pPr>
        <w:spacing w:after="0"/>
      </w:pPr>
      <w:r>
        <w:rPr>
          <w:rFonts w:ascii="Arial" w:hAnsi="Arial"/>
          <w:sz w:val="22"/>
        </w:rPr>
        <w:t>No problem.</w:t>
      </w:r>
    </w:p>
    <w:p>
      <w:pPr>
        <w:spacing w:after="0"/>
      </w:pPr>
    </w:p>
    <w:p>
      <w:pPr>
        <w:spacing w:after="0"/>
      </w:pPr>
      <w:r>
        <w:rPr>
          <w:rFonts w:ascii="Arial" w:hAnsi="Arial"/>
          <w:b/>
          <w:sz w:val="22"/>
        </w:rPr>
        <w:t xml:space="preserve">Alice  </w:t>
      </w:r>
      <w:r>
        <w:rPr>
          <w:rFonts w:ascii="Arial" w:hAnsi="Arial"/>
          <w:color w:val="5D7284"/>
          <w:sz w:val="22"/>
        </w:rPr>
        <w:t>1:03:14</w:t>
      </w:r>
    </w:p>
    <w:p>
      <w:pPr>
        <w:spacing w:after="0"/>
      </w:pPr>
      <w:r>
        <w:rPr>
          <w:rFonts w:ascii="Arial" w:hAnsi="Arial"/>
          <w:sz w:val="22"/>
        </w:rPr>
        <w:t>Was it nice and easy? There you go.</w:t>
      </w:r>
    </w:p>
    <w:p>
      <w:pPr>
        <w:spacing w:after="0"/>
      </w:pPr>
    </w:p>
    <w:p>
      <w:pPr>
        <w:spacing w:after="0"/>
      </w:pPr>
      <w:r>
        <w:rPr>
          <w:rFonts w:ascii="Arial" w:hAnsi="Arial"/>
          <w:b/>
          <w:sz w:val="22"/>
        </w:rPr>
        <w:t xml:space="preserve">Adam  </w:t>
      </w:r>
      <w:r>
        <w:rPr>
          <w:rFonts w:ascii="Arial" w:hAnsi="Arial"/>
          <w:color w:val="5D7284"/>
          <w:sz w:val="22"/>
        </w:rPr>
        <w:t>1:03:15</w:t>
      </w:r>
    </w:p>
    <w:p>
      <w:pPr>
        <w:spacing w:after="0"/>
      </w:pPr>
      <w:r>
        <w:rPr>
          <w:rFonts w:ascii="Arial" w:hAnsi="Arial"/>
          <w:sz w:val="22"/>
        </w:rPr>
        <w:t>I enjoyed it more than I thought I would.</w:t>
      </w:r>
    </w:p>
    <w:p>
      <w:pPr>
        <w:spacing w:after="0"/>
      </w:pPr>
    </w:p>
    <w:p>
      <w:pPr>
        <w:spacing w:after="0"/>
      </w:pPr>
      <w:r>
        <w:rPr>
          <w:rFonts w:ascii="Arial" w:hAnsi="Arial"/>
          <w:b/>
          <w:sz w:val="22"/>
        </w:rPr>
        <w:t xml:space="preserve">Lucy  </w:t>
      </w:r>
      <w:r>
        <w:rPr>
          <w:rFonts w:ascii="Arial" w:hAnsi="Arial"/>
          <w:color w:val="5D7284"/>
          <w:sz w:val="22"/>
        </w:rPr>
        <w:t>1:03:16</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1:03:17</w:t>
      </w:r>
    </w:p>
    <w:p>
      <w:pPr>
        <w:spacing w:after="0"/>
      </w:pPr>
      <w:r>
        <w:rPr>
          <w:rFonts w:ascii="Arial" w:hAnsi="Arial"/>
          <w:sz w:val="22"/>
        </w:rPr>
        <w:t>Oh good! Yay.</w:t>
      </w:r>
    </w:p>
    <w:p>
      <w:pPr>
        <w:spacing w:after="0"/>
      </w:pPr>
    </w:p>
    <w:p>
      <w:pPr>
        <w:spacing w:after="0"/>
      </w:pPr>
      <w:r>
        <w:rPr>
          <w:rFonts w:ascii="Arial" w:hAnsi="Arial"/>
          <w:b/>
          <w:sz w:val="22"/>
        </w:rPr>
        <w:t xml:space="preserve">Lucy  </w:t>
      </w:r>
      <w:r>
        <w:rPr>
          <w:rFonts w:ascii="Arial" w:hAnsi="Arial"/>
          <w:color w:val="5D7284"/>
          <w:sz w:val="22"/>
        </w:rPr>
        <w:t>1:03:19</w:t>
      </w:r>
    </w:p>
    <w:p>
      <w:pPr>
        <w:spacing w:after="0"/>
      </w:pPr>
      <w:r>
        <w:rPr>
          <w:rFonts w:ascii="Arial" w:hAnsi="Arial"/>
          <w:sz w:val="22"/>
        </w:rPr>
        <w:t>He's coming back next week!</w:t>
      </w:r>
    </w:p>
    <w:p>
      <w:pPr>
        <w:spacing w:after="0"/>
      </w:pPr>
    </w:p>
    <w:p>
      <w:pPr>
        <w:spacing w:after="0"/>
      </w:pPr>
      <w:r>
        <w:rPr>
          <w:rFonts w:ascii="Arial" w:hAnsi="Arial"/>
          <w:b/>
          <w:sz w:val="22"/>
        </w:rPr>
        <w:t xml:space="preserve">Alice  </w:t>
      </w:r>
      <w:r>
        <w:rPr>
          <w:rFonts w:ascii="Arial" w:hAnsi="Arial"/>
          <w:color w:val="5D7284"/>
          <w:sz w:val="22"/>
        </w:rPr>
        <w:t>1:03:20</w:t>
      </w:r>
    </w:p>
    <w:p>
      <w:pPr>
        <w:spacing w:after="0"/>
      </w:pPr>
      <w:r>
        <w:rPr>
          <w:rFonts w:ascii="Arial" w:hAnsi="Arial"/>
          <w:sz w:val="22"/>
        </w:rPr>
        <w:t>Yeah, we've turned him into, on to the dark side now</w:t>
      </w:r>
    </w:p>
    <w:p>
      <w:pPr>
        <w:spacing w:after="0"/>
      </w:pPr>
    </w:p>
    <w:p>
      <w:pPr>
        <w:spacing w:after="0"/>
      </w:pPr>
      <w:r>
        <w:rPr>
          <w:rFonts w:ascii="Arial" w:hAnsi="Arial"/>
          <w:b/>
          <w:sz w:val="22"/>
        </w:rPr>
        <w:t xml:space="preserve">Lucy  </w:t>
      </w:r>
      <w:r>
        <w:rPr>
          <w:rFonts w:ascii="Arial" w:hAnsi="Arial"/>
          <w:color w:val="5D7284"/>
          <w:sz w:val="22"/>
        </w:rPr>
        <w:t>1:03:23</w:t>
      </w:r>
    </w:p>
    <w:p>
      <w:pPr>
        <w:spacing w:after="0"/>
      </w:pPr>
      <w:r>
        <w:rPr>
          <w:rFonts w:ascii="Arial" w:hAnsi="Arial"/>
          <w:sz w:val="22"/>
        </w:rPr>
        <w:t>Wer won't be able to get rid of him now.</w:t>
      </w:r>
    </w:p>
    <w:p>
      <w:pPr>
        <w:spacing w:after="0"/>
      </w:pPr>
    </w:p>
    <w:p>
      <w:pPr>
        <w:spacing w:after="0"/>
      </w:pPr>
      <w:r>
        <w:rPr>
          <w:rFonts w:ascii="Arial" w:hAnsi="Arial"/>
          <w:b/>
          <w:sz w:val="22"/>
        </w:rPr>
        <w:t xml:space="preserve">Alice  </w:t>
      </w:r>
      <w:r>
        <w:rPr>
          <w:rFonts w:ascii="Arial" w:hAnsi="Arial"/>
          <w:color w:val="5D7284"/>
          <w:sz w:val="22"/>
        </w:rPr>
        <w:t>1:03:28</w:t>
      </w:r>
    </w:p>
    <w:p>
      <w:pPr>
        <w:spacing w:after="0"/>
      </w:pPr>
      <w:r>
        <w:rPr>
          <w:rFonts w:ascii="Arial" w:hAnsi="Arial"/>
          <w:sz w:val="22"/>
        </w:rPr>
        <w:t xml:space="preserve">We will see you all next time! Bye. </w:t>
      </w:r>
    </w:p>
    <w:p>
      <w:pPr>
        <w:spacing w:after="0"/>
      </w:pPr>
    </w:p>
    <w:p>
      <w:pPr>
        <w:spacing w:after="0"/>
      </w:pPr>
      <w:r>
        <w:rPr>
          <w:rFonts w:ascii="Arial" w:hAnsi="Arial"/>
          <w:b/>
          <w:sz w:val="22"/>
        </w:rPr>
        <w:t xml:space="preserve">Lucy  </w:t>
      </w:r>
      <w:r>
        <w:rPr>
          <w:rFonts w:ascii="Arial" w:hAnsi="Arial"/>
          <w:color w:val="5D7284"/>
          <w:sz w:val="22"/>
        </w:rPr>
        <w:t>1:03:32</w:t>
      </w:r>
    </w:p>
    <w:p>
      <w:pPr>
        <w:spacing w:after="0"/>
      </w:pPr>
      <w:r>
        <w:rPr>
          <w:rFonts w:ascii="Arial" w:hAnsi="Arial"/>
          <w:sz w:val="22"/>
        </w:rPr>
        <w:t>Bye!</w:t>
      </w:r>
    </w:p>
    <w:p>
      <w:pPr>
        <w:spacing w:after="0"/>
      </w:pPr>
    </w:p>
    <w:p>
      <w:pPr>
        <w:spacing w:after="0"/>
      </w:pPr>
      <w:r>
        <w:rPr>
          <w:rFonts w:ascii="Arial" w:hAnsi="Arial"/>
          <w:b/>
          <w:sz w:val="22"/>
        </w:rPr>
        <w:t xml:space="preserve">Adam  </w:t>
      </w:r>
      <w:r>
        <w:rPr>
          <w:rFonts w:ascii="Arial" w:hAnsi="Arial"/>
          <w:color w:val="5D7284"/>
          <w:sz w:val="22"/>
        </w:rPr>
        <w:t>1:03:32</w:t>
      </w:r>
    </w:p>
    <w:p>
      <w:pPr>
        <w:spacing w:after="0"/>
      </w:pPr>
      <w:r>
        <w:rPr>
          <w:rFonts w:ascii="Arial" w:hAnsi="Arial"/>
          <w:sz w:val="22"/>
        </w:rPr>
        <w:t>Bye!</w:t>
      </w:r>
    </w:p>
    <w:p>
      <w:pPr>
        <w:spacing w:after="0"/>
      </w:pPr>
    </w:p>
    <w:p>
      <w:pPr>
        <w:spacing w:after="0"/>
      </w:pPr>
      <w:r>
        <w:rPr>
          <w:rFonts w:ascii="Arial" w:hAnsi="Arial"/>
          <w:b/>
          <w:sz w:val="22"/>
        </w:rPr>
        <w:t xml:space="preserve">Alice  </w:t>
      </w:r>
      <w:r>
        <w:rPr>
          <w:rFonts w:ascii="Arial" w:hAnsi="Arial"/>
          <w:color w:val="5D7284"/>
          <w:sz w:val="22"/>
        </w:rPr>
        <w:t>1:03:34</w:t>
      </w:r>
    </w:p>
    <w:p>
      <w:pPr>
        <w:spacing w:after="0"/>
      </w:pPr>
      <w:r>
        <w:rPr>
          <w:rFonts w:ascii="Arial" w:hAnsi="Arial"/>
          <w:sz w:val="22"/>
        </w:rPr>
        <w:t>Thanks for listening to the lABLEd Podcast. If you like the show, you can rate review and subscribe and you can follow us on social media at labelled pod.</w:t>
      </w:r>
    </w:p>
    <w:p>
      <w:pPr>
        <w:spacing w:after="0"/>
      </w:pPr>
    </w:p>
    <w:p>
      <w:pPr>
        <w:spacing w:after="0"/>
      </w:pPr>
      <w:r>
        <w:rPr>
          <w:rFonts w:ascii="Arial" w:hAnsi="Arial"/>
          <w:b/>
          <w:sz w:val="22"/>
        </w:rPr>
        <w:t xml:space="preserve">Lucy  </w:t>
      </w:r>
      <w:r>
        <w:rPr>
          <w:rFonts w:ascii="Arial" w:hAnsi="Arial"/>
          <w:color w:val="5D7284"/>
          <w:sz w:val="22"/>
        </w:rPr>
        <w:t>1:03:44</w:t>
      </w:r>
    </w:p>
    <w:p>
      <w:pPr>
        <w:spacing w:after="0"/>
      </w:pPr>
      <w:r>
        <w:rPr>
          <w:rFonts w:ascii="Arial" w:hAnsi="Arial"/>
          <w:sz w:val="22"/>
        </w:rPr>
        <w:t>This episode was edited by Adam Hull, our music was by Maisie Condon.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