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History Lesson Pride Audre Lorde</w:t>
      </w:r>
    </w:p>
    <w:p>
      <w:r>
        <w:rPr>
          <w:rFonts w:ascii="Arial" w:hAnsi="Arial"/>
          <w:color w:val="4F6880"/>
          <w:sz w:val="22"/>
        </w:rPr>
        <w:t>Wed, 5/4 6:58AM • 1:46:07</w:t>
      </w:r>
    </w:p>
    <w:p>
      <w:pPr>
        <w:spacing w:before="440" w:after="0"/>
      </w:pPr>
      <w:r>
        <w:rPr>
          <w:rFonts w:ascii="Arial" w:hAnsi="Arial"/>
          <w:b/>
          <w:color w:val="4F6880"/>
          <w:sz w:val="22"/>
        </w:rPr>
        <w:t>SUMMARY KEYWORDS</w:t>
      </w:r>
    </w:p>
    <w:p>
      <w:r>
        <w:rPr>
          <w:rFonts w:ascii="Arial" w:hAnsi="Arial"/>
          <w:color w:val="4F6880"/>
          <w:sz w:val="22"/>
        </w:rPr>
        <w:t>lucy, people, daisy, alice, bit, disability, disabled, laughs, audre, laughing, gay, writing, feel, woman, poetry, friends, queer, experience, sighted, point</w:t>
      </w:r>
    </w:p>
    <w:p>
      <w:pPr>
        <w:spacing w:before="440" w:after="0"/>
      </w:pPr>
      <w:r>
        <w:rPr>
          <w:rFonts w:ascii="Arial" w:hAnsi="Arial"/>
          <w:b/>
          <w:color w:val="4F6880"/>
          <w:sz w:val="22"/>
        </w:rPr>
        <w:t>SPEAKERS</w:t>
      </w:r>
    </w:p>
    <w:p>
      <w:r>
        <w:rPr>
          <w:rFonts w:ascii="Arial" w:hAnsi="Arial"/>
          <w:color w:val="4F6880"/>
          <w:sz w:val="22"/>
        </w:rPr>
        <w:t>Theme Tune, Lucy, Alice, Alice Evans &amp; Lucy Wood, Daisy, Disclaimer</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(Daisy) And history!.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 </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 xml:space="preserve"> Though I might not fit in socially. I'm so much more than what you see, We all live our lives differently, kaleidoscope identity. Because this is who I'm meant to be, I'm just labeled me. I'm just labeled me.</w:t>
      </w:r>
    </w:p>
    <w:p>
      <w:pPr>
        <w:spacing w:after="0"/>
      </w:pPr>
    </w:p>
    <w:p>
      <w:pPr>
        <w:spacing w:after="0"/>
      </w:pPr>
      <w:r>
        <w:rPr>
          <w:rFonts w:ascii="Arial" w:hAnsi="Arial"/>
          <w:b/>
          <w:sz w:val="22"/>
        </w:rPr>
        <w:t xml:space="preserve">Daisy  </w:t>
      </w:r>
      <w:r>
        <w:rPr>
          <w:rFonts w:ascii="Arial" w:hAnsi="Arial"/>
          <w:color w:val="5D7284"/>
          <w:sz w:val="22"/>
        </w:rPr>
        <w:t>00:25</w:t>
      </w:r>
    </w:p>
    <w:p>
      <w:pPr>
        <w:spacing w:after="0"/>
      </w:pPr>
      <w:r>
        <w:rPr>
          <w:rFonts w:ascii="Arial" w:hAnsi="Arial"/>
          <w:sz w:val="22"/>
        </w:rPr>
        <w:t>I'm Diasy I'm Daisy, in this episode along with Lucy crying and Alice swearing, there's going to be a number of historical tones for disability that are now considered extremely offensive.  Hello, everybody, and welcome to a brand new episode of The lABLEd Podcast. I am Lucy. And I'm here with Alice (Alice) hellooo! and Daisy... (Daisy) Hi!. Daisy is back,Yeah!</w:t>
      </w:r>
    </w:p>
    <w:p>
      <w:pPr>
        <w:spacing w:after="0"/>
      </w:pPr>
    </w:p>
    <w:p>
      <w:pPr>
        <w:spacing w:after="0"/>
      </w:pPr>
      <w:r>
        <w:rPr>
          <w:rFonts w:ascii="Arial" w:hAnsi="Arial"/>
          <w:b/>
          <w:sz w:val="22"/>
        </w:rPr>
        <w:t xml:space="preserve">Alice  </w:t>
      </w:r>
      <w:r>
        <w:rPr>
          <w:rFonts w:ascii="Arial" w:hAnsi="Arial"/>
          <w:color w:val="5D7284"/>
          <w:sz w:val="22"/>
        </w:rPr>
        <w:t>01:04</w:t>
      </w:r>
    </w:p>
    <w:p>
      <w:pPr>
        <w:spacing w:after="0"/>
      </w:pPr>
      <w:r>
        <w:rPr>
          <w:rFonts w:ascii="Arial" w:hAnsi="Arial"/>
          <w:sz w:val="22"/>
        </w:rPr>
        <w:t>(Laughs) Doesn't she sound pleased.</w:t>
      </w:r>
    </w:p>
    <w:p>
      <w:pPr>
        <w:spacing w:after="0"/>
      </w:pPr>
    </w:p>
    <w:p>
      <w:pPr>
        <w:spacing w:after="0"/>
      </w:pPr>
      <w:r>
        <w:rPr>
          <w:rFonts w:ascii="Arial" w:hAnsi="Arial"/>
          <w:b/>
          <w:sz w:val="22"/>
        </w:rPr>
        <w:t xml:space="preserve">Lucy  </w:t>
      </w:r>
      <w:r>
        <w:rPr>
          <w:rFonts w:ascii="Arial" w:hAnsi="Arial"/>
          <w:color w:val="5D7284"/>
          <w:sz w:val="22"/>
        </w:rPr>
        <w:t>01:06</w:t>
      </w:r>
    </w:p>
    <w:p>
      <w:pPr>
        <w:spacing w:after="0"/>
      </w:pPr>
      <w:r>
        <w:rPr>
          <w:rFonts w:ascii="Arial" w:hAnsi="Arial"/>
          <w:sz w:val="22"/>
        </w:rPr>
        <w:t xml:space="preserve">Doesn't she just.. (laughs) We're here today with a very special Spotlight series on Pride and gay pride and disability. So DAISY, you're going to be kicking off this special spotlight season. </w:t>
      </w:r>
    </w:p>
    <w:p>
      <w:pPr>
        <w:spacing w:after="0"/>
      </w:pPr>
    </w:p>
    <w:p>
      <w:pPr>
        <w:spacing w:after="0"/>
      </w:pPr>
      <w:r>
        <w:rPr>
          <w:rFonts w:ascii="Arial" w:hAnsi="Arial"/>
          <w:b/>
          <w:sz w:val="22"/>
        </w:rPr>
        <w:t xml:space="preserve">Alice  </w:t>
      </w:r>
      <w:r>
        <w:rPr>
          <w:rFonts w:ascii="Arial" w:hAnsi="Arial"/>
          <w:color w:val="5D7284"/>
          <w:sz w:val="22"/>
        </w:rPr>
        <w:t>01:22</w:t>
      </w:r>
    </w:p>
    <w:p>
      <w:pPr>
        <w:spacing w:after="0"/>
      </w:pPr>
      <w:r>
        <w:rPr>
          <w:rFonts w:ascii="Arial" w:hAnsi="Arial"/>
          <w:sz w:val="22"/>
        </w:rPr>
        <w:t>Oooo , fancy</w:t>
      </w:r>
    </w:p>
    <w:p>
      <w:pPr>
        <w:spacing w:after="0"/>
      </w:pPr>
    </w:p>
    <w:p>
      <w:pPr>
        <w:spacing w:after="0"/>
      </w:pPr>
      <w:r>
        <w:rPr>
          <w:rFonts w:ascii="Arial" w:hAnsi="Arial"/>
          <w:b/>
          <w:sz w:val="22"/>
        </w:rPr>
        <w:t xml:space="preserve">Lucy  </w:t>
      </w:r>
      <w:r>
        <w:rPr>
          <w:rFonts w:ascii="Arial" w:hAnsi="Arial"/>
          <w:color w:val="5D7284"/>
          <w:sz w:val="22"/>
        </w:rPr>
        <w:t>01:26</w:t>
      </w:r>
    </w:p>
    <w:p>
      <w:pPr>
        <w:spacing w:after="0"/>
      </w:pPr>
      <w:r>
        <w:rPr>
          <w:rFonts w:ascii="Arial" w:hAnsi="Arial"/>
          <w:sz w:val="22"/>
        </w:rPr>
        <w:t xml:space="preserve"> Oooo yeah there's fancy</w:t>
      </w:r>
    </w:p>
    <w:p>
      <w:pPr>
        <w:spacing w:after="0"/>
      </w:pPr>
    </w:p>
    <w:p>
      <w:pPr>
        <w:spacing w:after="0"/>
      </w:pPr>
      <w:r>
        <w:rPr>
          <w:rFonts w:ascii="Arial" w:hAnsi="Arial"/>
          <w:b/>
          <w:sz w:val="22"/>
        </w:rPr>
        <w:t xml:space="preserve">Daisy  </w:t>
      </w:r>
      <w:r>
        <w:rPr>
          <w:rFonts w:ascii="Arial" w:hAnsi="Arial"/>
          <w:color w:val="5D7284"/>
          <w:sz w:val="22"/>
        </w:rPr>
        <w:t>01:27</w:t>
      </w:r>
    </w:p>
    <w:p>
      <w:pPr>
        <w:spacing w:after="0"/>
      </w:pPr>
      <w:r>
        <w:rPr>
          <w:rFonts w:ascii="Arial" w:hAnsi="Arial"/>
          <w:sz w:val="22"/>
        </w:rPr>
        <w:t>Feels like I'm in charge of something.</w:t>
      </w:r>
    </w:p>
    <w:p>
      <w:pPr>
        <w:spacing w:after="0"/>
      </w:pPr>
    </w:p>
    <w:p>
      <w:pPr>
        <w:spacing w:after="0"/>
      </w:pPr>
      <w:r>
        <w:rPr>
          <w:rFonts w:ascii="Arial" w:hAnsi="Arial"/>
          <w:b/>
          <w:sz w:val="22"/>
        </w:rPr>
        <w:t xml:space="preserve">Lucy  </w:t>
      </w:r>
      <w:r>
        <w:rPr>
          <w:rFonts w:ascii="Arial" w:hAnsi="Arial"/>
          <w:color w:val="5D7284"/>
          <w:sz w:val="22"/>
        </w:rPr>
        <w:t>01:29</w:t>
      </w:r>
    </w:p>
    <w:p>
      <w:pPr>
        <w:spacing w:after="0"/>
      </w:pPr>
      <w:r>
        <w:rPr>
          <w:rFonts w:ascii="Arial" w:hAnsi="Arial"/>
          <w:sz w:val="22"/>
        </w:rPr>
        <w:t>Yeah. And we're gonna do a history lesson, aren't we?</w:t>
      </w:r>
    </w:p>
    <w:p>
      <w:pPr>
        <w:spacing w:after="0"/>
      </w:pPr>
    </w:p>
    <w:p>
      <w:pPr>
        <w:spacing w:after="0"/>
      </w:pPr>
      <w:r>
        <w:rPr>
          <w:rFonts w:ascii="Arial" w:hAnsi="Arial"/>
          <w:b/>
          <w:sz w:val="22"/>
        </w:rPr>
        <w:t xml:space="preserve">Daisy  </w:t>
      </w:r>
      <w:r>
        <w:rPr>
          <w:rFonts w:ascii="Arial" w:hAnsi="Arial"/>
          <w:color w:val="5D7284"/>
          <w:sz w:val="22"/>
        </w:rPr>
        <w:t>01:35</w:t>
      </w:r>
    </w:p>
    <w:p>
      <w:pPr>
        <w:spacing w:after="0"/>
      </w:pPr>
      <w:r>
        <w:rPr>
          <w:rFonts w:ascii="Arial" w:hAnsi="Arial"/>
          <w:sz w:val="22"/>
        </w:rPr>
        <w:t>Yes, yes. You know, I mean, you don't have to.... we could just end the recording now if you don't want to (laughs) Like Im not going to force you to.</w:t>
      </w:r>
    </w:p>
    <w:p>
      <w:pPr>
        <w:spacing w:after="0"/>
      </w:pPr>
    </w:p>
    <w:p>
      <w:pPr>
        <w:spacing w:after="0"/>
      </w:pPr>
      <w:r>
        <w:rPr>
          <w:rFonts w:ascii="Arial" w:hAnsi="Arial"/>
          <w:b/>
          <w:sz w:val="22"/>
        </w:rPr>
        <w:t xml:space="preserve">Lucy  </w:t>
      </w:r>
      <w:r>
        <w:rPr>
          <w:rFonts w:ascii="Arial" w:hAnsi="Arial"/>
          <w:color w:val="5D7284"/>
          <w:sz w:val="22"/>
        </w:rPr>
        <w:t>01:43</w:t>
      </w:r>
    </w:p>
    <w:p>
      <w:pPr>
        <w:spacing w:after="0"/>
      </w:pPr>
      <w:r>
        <w:rPr>
          <w:rFonts w:ascii="Arial" w:hAnsi="Arial"/>
          <w:sz w:val="22"/>
        </w:rPr>
        <w:t>I Just said to Alice push the button. I will concentrate. I promise. So you know. Well, we're gonna go, shall we?</w:t>
      </w:r>
    </w:p>
    <w:p>
      <w:pPr>
        <w:spacing w:after="0"/>
      </w:pPr>
    </w:p>
    <w:p>
      <w:pPr>
        <w:spacing w:after="0"/>
      </w:pPr>
      <w:r>
        <w:rPr>
          <w:rFonts w:ascii="Arial" w:hAnsi="Arial"/>
          <w:b/>
          <w:sz w:val="22"/>
        </w:rPr>
        <w:t xml:space="preserve">Alice  </w:t>
      </w:r>
      <w:r>
        <w:rPr>
          <w:rFonts w:ascii="Arial" w:hAnsi="Arial"/>
          <w:color w:val="5D7284"/>
          <w:sz w:val="22"/>
        </w:rPr>
        <w:t>01:52</w:t>
      </w:r>
    </w:p>
    <w:p>
      <w:pPr>
        <w:spacing w:after="0"/>
      </w:pPr>
      <w:r>
        <w:rPr>
          <w:rFonts w:ascii="Arial" w:hAnsi="Arial"/>
          <w:sz w:val="22"/>
        </w:rPr>
        <w:t>Yeah, well, we'll see what happens. It's can't be any, you know, any less filled with bugles than last time. So..</w:t>
      </w:r>
    </w:p>
    <w:p>
      <w:pPr>
        <w:spacing w:after="0"/>
      </w:pPr>
    </w:p>
    <w:p>
      <w:pPr>
        <w:spacing w:after="0"/>
      </w:pPr>
      <w:r>
        <w:rPr>
          <w:rFonts w:ascii="Arial" w:hAnsi="Arial"/>
          <w:b/>
          <w:sz w:val="22"/>
        </w:rPr>
        <w:t xml:space="preserve">Daisy  </w:t>
      </w:r>
      <w:r>
        <w:rPr>
          <w:rFonts w:ascii="Arial" w:hAnsi="Arial"/>
          <w:color w:val="5D7284"/>
          <w:sz w:val="22"/>
        </w:rPr>
        <w:t>02:03</w:t>
      </w:r>
    </w:p>
    <w:p>
      <w:pPr>
        <w:spacing w:after="0"/>
      </w:pPr>
      <w:r>
        <w:rPr>
          <w:rFonts w:ascii="Arial" w:hAnsi="Arial"/>
          <w:sz w:val="22"/>
        </w:rPr>
        <w:t xml:space="preserve">Yeah. I've taken a lot of painkillers. So we'll see. </w:t>
      </w:r>
    </w:p>
    <w:p>
      <w:pPr>
        <w:spacing w:after="0"/>
      </w:pPr>
    </w:p>
    <w:p>
      <w:pPr>
        <w:spacing w:after="0"/>
      </w:pPr>
      <w:r>
        <w:rPr>
          <w:rFonts w:ascii="Arial" w:hAnsi="Arial"/>
          <w:b/>
          <w:sz w:val="22"/>
        </w:rPr>
        <w:t xml:space="preserve">Lucy  </w:t>
      </w:r>
      <w:r>
        <w:rPr>
          <w:rFonts w:ascii="Arial" w:hAnsi="Arial"/>
          <w:color w:val="5D7284"/>
          <w:sz w:val="22"/>
        </w:rPr>
        <w:t>02:07</w:t>
      </w:r>
    </w:p>
    <w:p>
      <w:pPr>
        <w:spacing w:after="0"/>
      </w:pPr>
      <w:r>
        <w:rPr>
          <w:rFonts w:ascii="Arial" w:hAnsi="Arial"/>
          <w:sz w:val="22"/>
        </w:rPr>
        <w:t>Okay. Good luck, everybody. Daisy, do you want to do a little bit? You're just taking a sip of tea. Do you want to do a little bit about who we are going to be learning about today, please?</w:t>
      </w:r>
    </w:p>
    <w:p>
      <w:pPr>
        <w:spacing w:after="0"/>
      </w:pPr>
    </w:p>
    <w:p>
      <w:pPr>
        <w:spacing w:after="0"/>
      </w:pPr>
      <w:r>
        <w:rPr>
          <w:rFonts w:ascii="Arial" w:hAnsi="Arial"/>
          <w:b/>
          <w:sz w:val="22"/>
        </w:rPr>
        <w:t xml:space="preserve">Daisy  </w:t>
      </w:r>
      <w:r>
        <w:rPr>
          <w:rFonts w:ascii="Arial" w:hAnsi="Arial"/>
          <w:color w:val="5D7284"/>
          <w:sz w:val="22"/>
        </w:rPr>
        <w:t>02:21</w:t>
      </w:r>
    </w:p>
    <w:p>
      <w:pPr>
        <w:spacing w:after="0"/>
      </w:pPr>
      <w:r>
        <w:rPr>
          <w:rFonts w:ascii="Arial" w:hAnsi="Arial"/>
          <w:sz w:val="22"/>
        </w:rPr>
        <w:t xml:space="preserve">Yeah, so of course, well, you don't know this? Because you wanted me to keep it as a surprise. Yeah, I don't have a drum roll sound effect. So maybe someone can put that in post? </w:t>
      </w:r>
    </w:p>
    <w:p>
      <w:pPr>
        <w:spacing w:after="0"/>
      </w:pPr>
    </w:p>
    <w:p>
      <w:pPr>
        <w:spacing w:after="0"/>
      </w:pPr>
      <w:r>
        <w:rPr>
          <w:rFonts w:ascii="Arial" w:hAnsi="Arial"/>
          <w:b/>
          <w:sz w:val="22"/>
        </w:rPr>
        <w:t xml:space="preserve">Lucy  </w:t>
      </w:r>
      <w:r>
        <w:rPr>
          <w:rFonts w:ascii="Arial" w:hAnsi="Arial"/>
          <w:color w:val="5D7284"/>
          <w:sz w:val="22"/>
        </w:rPr>
        <w:t>02:32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02:33</w:t>
      </w:r>
    </w:p>
    <w:p>
      <w:pPr>
        <w:spacing w:after="0"/>
      </w:pPr>
      <w:r>
        <w:rPr>
          <w:rFonts w:ascii="Arial" w:hAnsi="Arial"/>
          <w:sz w:val="22"/>
        </w:rPr>
        <w:t>(Makes a drum roll sound on her des)k Oh, Adam. I've really upset Dora she was under the desk and scared her. (laughs) She thought it was a thunder storm. She's.. she's got a very comfy dog bed. Set up  behind me, but she insists on sitting under my desk to get as physically close to me as she could she would climb up inside my womb if possible. (Daisy) Oh thats an image. This dog loves me so much.</w:t>
      </w:r>
    </w:p>
    <w:p>
      <w:pPr>
        <w:spacing w:after="0"/>
      </w:pPr>
    </w:p>
    <w:p>
      <w:pPr>
        <w:spacing w:after="0"/>
      </w:pPr>
      <w:r>
        <w:rPr>
          <w:rFonts w:ascii="Arial" w:hAnsi="Arial"/>
          <w:b/>
          <w:sz w:val="22"/>
        </w:rPr>
        <w:t xml:space="preserve">Daisy  </w:t>
      </w:r>
      <w:r>
        <w:rPr>
          <w:rFonts w:ascii="Arial" w:hAnsi="Arial"/>
          <w:color w:val="5D7284"/>
          <w:sz w:val="22"/>
        </w:rPr>
        <w:t>03:02</w:t>
      </w:r>
    </w:p>
    <w:p>
      <w:pPr>
        <w:spacing w:after="0"/>
      </w:pPr>
      <w:r>
        <w:rPr>
          <w:rFonts w:ascii="Arial" w:hAnsi="Arial"/>
          <w:sz w:val="22"/>
        </w:rPr>
        <w:t xml:space="preserve">Today, I'm going to tell you about someone you might have heard of before. Which is... (tries to makes drum roll sound) is that what it's like? </w:t>
      </w:r>
    </w:p>
    <w:p>
      <w:pPr>
        <w:spacing w:after="0"/>
      </w:pPr>
    </w:p>
    <w:p>
      <w:pPr>
        <w:spacing w:after="0"/>
      </w:pPr>
      <w:r>
        <w:rPr>
          <w:rFonts w:ascii="Arial" w:hAnsi="Arial"/>
          <w:b/>
          <w:sz w:val="22"/>
        </w:rPr>
        <w:t xml:space="preserve">Lucy  </w:t>
      </w:r>
      <w:r>
        <w:rPr>
          <w:rFonts w:ascii="Arial" w:hAnsi="Arial"/>
          <w:color w:val="5D7284"/>
          <w:sz w:val="22"/>
        </w:rPr>
        <w:t>03:15</w:t>
      </w:r>
    </w:p>
    <w:p>
      <w:pPr>
        <w:spacing w:after="0"/>
      </w:pPr>
      <w:r>
        <w:rPr>
          <w:rFonts w:ascii="Arial" w:hAnsi="Arial"/>
          <w:sz w:val="22"/>
        </w:rPr>
        <w:t>(laughs) yeah</w:t>
      </w:r>
    </w:p>
    <w:p>
      <w:pPr>
        <w:spacing w:after="0"/>
      </w:pPr>
    </w:p>
    <w:p>
      <w:pPr>
        <w:spacing w:after="0"/>
      </w:pPr>
      <w:r>
        <w:rPr>
          <w:rFonts w:ascii="Arial" w:hAnsi="Arial"/>
          <w:b/>
          <w:sz w:val="22"/>
        </w:rPr>
        <w:t xml:space="preserve">Alice  </w:t>
      </w:r>
      <w:r>
        <w:rPr>
          <w:rFonts w:ascii="Arial" w:hAnsi="Arial"/>
          <w:color w:val="5D7284"/>
          <w:sz w:val="22"/>
        </w:rPr>
        <w:t>03:15</w:t>
      </w:r>
    </w:p>
    <w:p>
      <w:pPr>
        <w:spacing w:after="0"/>
      </w:pPr>
      <w:r>
        <w:rPr>
          <w:rFonts w:ascii="Arial" w:hAnsi="Arial"/>
          <w:sz w:val="22"/>
        </w:rPr>
        <w:t>Insert drumroll here. Yeah.</w:t>
      </w:r>
    </w:p>
    <w:p>
      <w:pPr>
        <w:spacing w:after="0"/>
      </w:pPr>
    </w:p>
    <w:p>
      <w:pPr>
        <w:spacing w:after="0"/>
      </w:pPr>
      <w:r>
        <w:rPr>
          <w:rFonts w:ascii="Arial" w:hAnsi="Arial"/>
          <w:b/>
          <w:sz w:val="22"/>
        </w:rPr>
        <w:t xml:space="preserve">Daisy  </w:t>
      </w:r>
      <w:r>
        <w:rPr>
          <w:rFonts w:ascii="Arial" w:hAnsi="Arial"/>
          <w:color w:val="5D7284"/>
          <w:sz w:val="22"/>
        </w:rPr>
        <w:t>03:19</w:t>
      </w:r>
    </w:p>
    <w:p>
      <w:pPr>
        <w:spacing w:after="0"/>
      </w:pPr>
      <w:r>
        <w:rPr>
          <w:rFonts w:ascii="Arial" w:hAnsi="Arial"/>
          <w:sz w:val="22"/>
        </w:rPr>
        <w:t>So I'm going to tell you about the poet Audre Lorde.</w:t>
      </w:r>
    </w:p>
    <w:p>
      <w:pPr>
        <w:spacing w:after="0"/>
      </w:pPr>
    </w:p>
    <w:p>
      <w:pPr>
        <w:spacing w:after="0"/>
      </w:pPr>
      <w:r>
        <w:rPr>
          <w:rFonts w:ascii="Arial" w:hAnsi="Arial"/>
          <w:b/>
          <w:sz w:val="22"/>
        </w:rPr>
        <w:t xml:space="preserve">Lucy  </w:t>
      </w:r>
      <w:r>
        <w:rPr>
          <w:rFonts w:ascii="Arial" w:hAnsi="Arial"/>
          <w:color w:val="5D7284"/>
          <w:sz w:val="22"/>
        </w:rPr>
        <w:t>03:23</w:t>
      </w:r>
    </w:p>
    <w:p>
      <w:pPr>
        <w:spacing w:after="0"/>
      </w:pPr>
      <w:r>
        <w:rPr>
          <w:rFonts w:ascii="Arial" w:hAnsi="Arial"/>
          <w:sz w:val="22"/>
        </w:rPr>
        <w:t>Oh, have you ever heard of Audre Lorde Alice? I've not heard of Audre Lorde.</w:t>
      </w:r>
    </w:p>
    <w:p>
      <w:pPr>
        <w:spacing w:after="0"/>
      </w:pPr>
    </w:p>
    <w:p>
      <w:pPr>
        <w:spacing w:after="0"/>
      </w:pPr>
      <w:r>
        <w:rPr>
          <w:rFonts w:ascii="Arial" w:hAnsi="Arial"/>
          <w:b/>
          <w:sz w:val="22"/>
        </w:rPr>
        <w:t xml:space="preserve">Alice  </w:t>
      </w:r>
      <w:r>
        <w:rPr>
          <w:rFonts w:ascii="Arial" w:hAnsi="Arial"/>
          <w:color w:val="5D7284"/>
          <w:sz w:val="22"/>
        </w:rPr>
        <w:t>03:28</w:t>
      </w:r>
    </w:p>
    <w:p>
      <w:pPr>
        <w:spacing w:after="0"/>
      </w:pPr>
      <w:r>
        <w:rPr>
          <w:rFonts w:ascii="Arial" w:hAnsi="Arial"/>
          <w:sz w:val="22"/>
        </w:rPr>
        <w:t>I think I have were they a poet laureate. Or am I making that up? (Daisy) No. So she was American. Okay, then No, I haven't heard of Audrey Lord, obviously.</w:t>
      </w:r>
    </w:p>
    <w:p>
      <w:pPr>
        <w:spacing w:after="0"/>
      </w:pPr>
    </w:p>
    <w:p>
      <w:pPr>
        <w:spacing w:after="0"/>
      </w:pPr>
      <w:r>
        <w:rPr>
          <w:rFonts w:ascii="Arial" w:hAnsi="Arial"/>
          <w:b/>
          <w:sz w:val="22"/>
        </w:rPr>
        <w:t xml:space="preserve">Daisy  </w:t>
      </w:r>
      <w:r>
        <w:rPr>
          <w:rFonts w:ascii="Arial" w:hAnsi="Arial"/>
          <w:color w:val="5D7284"/>
          <w:sz w:val="22"/>
        </w:rPr>
        <w:t>03:41</w:t>
      </w:r>
    </w:p>
    <w:p>
      <w:pPr>
        <w:spacing w:after="0"/>
      </w:pPr>
      <w:r>
        <w:rPr>
          <w:rFonts w:ascii="Arial" w:hAnsi="Arial"/>
          <w:sz w:val="22"/>
        </w:rPr>
        <w:t>So more. More people. I've seen more things about her, you know, in the last couple of years, I think because a lot of people are realizing how much of an impact she had on our current understanding of intersectionality which was, you know, forgotten for quite a while. So she's a, like, American, black, lesbian mother, warrior poet, as she described herself.</w:t>
      </w:r>
    </w:p>
    <w:p>
      <w:pPr>
        <w:spacing w:after="0"/>
      </w:pPr>
    </w:p>
    <w:p>
      <w:pPr>
        <w:spacing w:after="0"/>
      </w:pPr>
      <w:r>
        <w:rPr>
          <w:rFonts w:ascii="Arial" w:hAnsi="Arial"/>
          <w:b/>
          <w:sz w:val="22"/>
        </w:rPr>
        <w:t xml:space="preserve">Lucy  </w:t>
      </w:r>
      <w:r>
        <w:rPr>
          <w:rFonts w:ascii="Arial" w:hAnsi="Arial"/>
          <w:color w:val="5D7284"/>
          <w:sz w:val="22"/>
        </w:rPr>
        <w:t>04:08</w:t>
      </w:r>
    </w:p>
    <w:p>
      <w:pPr>
        <w:spacing w:after="0"/>
      </w:pPr>
      <w:r>
        <w:rPr>
          <w:rFonts w:ascii="Arial" w:hAnsi="Arial"/>
          <w:sz w:val="22"/>
        </w:rPr>
        <w:t>Okay, amazing. She sounds like our kind of woman.</w:t>
      </w:r>
    </w:p>
    <w:p>
      <w:pPr>
        <w:spacing w:after="0"/>
      </w:pPr>
    </w:p>
    <w:p>
      <w:pPr>
        <w:spacing w:after="0"/>
      </w:pPr>
      <w:r>
        <w:rPr>
          <w:rFonts w:ascii="Arial" w:hAnsi="Arial"/>
          <w:b/>
          <w:sz w:val="22"/>
        </w:rPr>
        <w:t xml:space="preserve">Alice  </w:t>
      </w:r>
      <w:r>
        <w:rPr>
          <w:rFonts w:ascii="Arial" w:hAnsi="Arial"/>
          <w:color w:val="5D7284"/>
          <w:sz w:val="22"/>
        </w:rPr>
        <w:t>04:12</w:t>
      </w:r>
    </w:p>
    <w:p>
      <w:pPr>
        <w:spacing w:after="0"/>
      </w:pPr>
      <w:r>
        <w:rPr>
          <w:rFonts w:ascii="Arial" w:hAnsi="Arial"/>
          <w:sz w:val="22"/>
        </w:rPr>
        <w:t>When are we talking?</w:t>
      </w:r>
    </w:p>
    <w:p>
      <w:pPr>
        <w:spacing w:after="0"/>
      </w:pPr>
    </w:p>
    <w:p>
      <w:pPr>
        <w:spacing w:after="0"/>
      </w:pPr>
      <w:r>
        <w:rPr>
          <w:rFonts w:ascii="Arial" w:hAnsi="Arial"/>
          <w:b/>
          <w:sz w:val="22"/>
        </w:rPr>
        <w:t xml:space="preserve">Daisy  </w:t>
      </w:r>
      <w:r>
        <w:rPr>
          <w:rFonts w:ascii="Arial" w:hAnsi="Arial"/>
          <w:color w:val="5D7284"/>
          <w:sz w:val="22"/>
        </w:rPr>
        <w:t>04:14</w:t>
      </w:r>
    </w:p>
    <w:p>
      <w:pPr>
        <w:spacing w:after="0"/>
      </w:pPr>
      <w:r>
        <w:rPr>
          <w:rFonts w:ascii="Arial" w:hAnsi="Arial"/>
          <w:sz w:val="22"/>
        </w:rPr>
        <w:t>So who was born in 1934. So pretty recent. (Lucy) Yeah. Yeah, two died in kind of the early 90s.</w:t>
      </w:r>
    </w:p>
    <w:p>
      <w:pPr>
        <w:spacing w:after="0"/>
      </w:pPr>
    </w:p>
    <w:p>
      <w:pPr>
        <w:spacing w:after="0"/>
      </w:pPr>
      <w:r>
        <w:rPr>
          <w:rFonts w:ascii="Arial" w:hAnsi="Arial"/>
          <w:b/>
          <w:sz w:val="22"/>
        </w:rPr>
        <w:t xml:space="preserve">Lucy  </w:t>
      </w:r>
      <w:r>
        <w:rPr>
          <w:rFonts w:ascii="Arial" w:hAnsi="Arial"/>
          <w:color w:val="5D7284"/>
          <w:sz w:val="22"/>
        </w:rPr>
        <w:t>04:26</w:t>
      </w:r>
    </w:p>
    <w:p>
      <w:pPr>
        <w:spacing w:after="0"/>
      </w:pPr>
      <w:r>
        <w:rPr>
          <w:rFonts w:ascii="Arial" w:hAnsi="Arial"/>
          <w:sz w:val="22"/>
        </w:rPr>
        <w:t>Okay. Right.</w:t>
      </w:r>
    </w:p>
    <w:p>
      <w:pPr>
        <w:spacing w:after="0"/>
      </w:pPr>
    </w:p>
    <w:p>
      <w:pPr>
        <w:spacing w:after="0"/>
      </w:pPr>
      <w:r>
        <w:rPr>
          <w:rFonts w:ascii="Arial" w:hAnsi="Arial"/>
          <w:b/>
          <w:sz w:val="22"/>
        </w:rPr>
        <w:t xml:space="preserve">Daisy  </w:t>
      </w:r>
      <w:r>
        <w:rPr>
          <w:rFonts w:ascii="Arial" w:hAnsi="Arial"/>
          <w:color w:val="5D7284"/>
          <w:sz w:val="22"/>
        </w:rPr>
        <w:t>04:31</w:t>
      </w:r>
    </w:p>
    <w:p>
      <w:pPr>
        <w:spacing w:after="0"/>
      </w:pPr>
      <w:r>
        <w:rPr>
          <w:rFonts w:ascii="Arial" w:hAnsi="Arial"/>
          <w:sz w:val="22"/>
        </w:rPr>
        <w:t>Do you have any further questions or should I get right into it? Or should I get out my notes?</w:t>
      </w:r>
    </w:p>
    <w:p>
      <w:pPr>
        <w:spacing w:after="0"/>
      </w:pPr>
    </w:p>
    <w:p>
      <w:pPr>
        <w:spacing w:after="0"/>
      </w:pPr>
      <w:r>
        <w:rPr>
          <w:rFonts w:ascii="Arial" w:hAnsi="Arial"/>
          <w:b/>
          <w:sz w:val="22"/>
        </w:rPr>
        <w:t xml:space="preserve">Lucy  </w:t>
      </w:r>
      <w:r>
        <w:rPr>
          <w:rFonts w:ascii="Arial" w:hAnsi="Arial"/>
          <w:color w:val="5D7284"/>
          <w:sz w:val="22"/>
        </w:rPr>
        <w:t>04:36</w:t>
      </w:r>
    </w:p>
    <w:p>
      <w:pPr>
        <w:spacing w:after="0"/>
      </w:pPr>
      <w:r>
        <w:rPr>
          <w:rFonts w:ascii="Arial" w:hAnsi="Arial"/>
          <w:sz w:val="22"/>
        </w:rPr>
        <w:t>Let's get out your notes.</w:t>
      </w:r>
    </w:p>
    <w:p>
      <w:pPr>
        <w:spacing w:after="0"/>
      </w:pPr>
    </w:p>
    <w:p>
      <w:pPr>
        <w:spacing w:after="0"/>
      </w:pPr>
      <w:r>
        <w:rPr>
          <w:rFonts w:ascii="Arial" w:hAnsi="Arial"/>
          <w:b/>
          <w:sz w:val="22"/>
        </w:rPr>
        <w:t xml:space="preserve">Daisy  </w:t>
      </w:r>
      <w:r>
        <w:rPr>
          <w:rFonts w:ascii="Arial" w:hAnsi="Arial"/>
          <w:color w:val="5D7284"/>
          <w:sz w:val="22"/>
        </w:rPr>
        <w:t>04:38</w:t>
      </w:r>
    </w:p>
    <w:p>
      <w:pPr>
        <w:spacing w:after="0"/>
      </w:pPr>
      <w:r>
        <w:rPr>
          <w:rFonts w:ascii="Arial" w:hAnsi="Arial"/>
          <w:sz w:val="22"/>
        </w:rPr>
        <w:t>You will be pleased to hear that I have bought new highlighters.</w:t>
      </w:r>
    </w:p>
    <w:p>
      <w:pPr>
        <w:spacing w:after="0"/>
      </w:pPr>
    </w:p>
    <w:p>
      <w:pPr>
        <w:spacing w:after="0"/>
      </w:pPr>
      <w:r>
        <w:rPr>
          <w:rFonts w:ascii="Arial" w:hAnsi="Arial"/>
          <w:b/>
          <w:sz w:val="22"/>
        </w:rPr>
        <w:t xml:space="preserve">Lucy  </w:t>
      </w:r>
      <w:r>
        <w:rPr>
          <w:rFonts w:ascii="Arial" w:hAnsi="Arial"/>
          <w:color w:val="5D7284"/>
          <w:sz w:val="22"/>
        </w:rPr>
        <w:t>04:41</w:t>
      </w:r>
    </w:p>
    <w:p>
      <w:pPr>
        <w:spacing w:after="0"/>
      </w:pPr>
      <w:r>
        <w:rPr>
          <w:rFonts w:ascii="Arial" w:hAnsi="Arial"/>
          <w:sz w:val="22"/>
        </w:rPr>
        <w:t>Fabulous! Yes, because I threatened to buy you some for Christmas didn't I.</w:t>
      </w:r>
    </w:p>
    <w:p>
      <w:pPr>
        <w:spacing w:after="0"/>
      </w:pPr>
    </w:p>
    <w:p>
      <w:pPr>
        <w:spacing w:after="0"/>
      </w:pPr>
      <w:r>
        <w:rPr>
          <w:rFonts w:ascii="Arial" w:hAnsi="Arial"/>
          <w:b/>
          <w:sz w:val="22"/>
        </w:rPr>
        <w:t xml:space="preserve">Daisy  </w:t>
      </w:r>
      <w:r>
        <w:rPr>
          <w:rFonts w:ascii="Arial" w:hAnsi="Arial"/>
          <w:color w:val="5D7284"/>
          <w:sz w:val="22"/>
        </w:rPr>
        <w:t>04:46</w:t>
      </w:r>
    </w:p>
    <w:p>
      <w:pPr>
        <w:spacing w:after="0"/>
      </w:pPr>
      <w:r>
        <w:rPr>
          <w:rFonts w:ascii="Arial" w:hAnsi="Arial"/>
          <w:sz w:val="22"/>
        </w:rPr>
        <w:t xml:space="preserve">Yeah, yeah. You You've been annoyed about the state of my highlighters for quite a while. </w:t>
      </w:r>
    </w:p>
    <w:p>
      <w:pPr>
        <w:spacing w:after="0"/>
      </w:pPr>
    </w:p>
    <w:p>
      <w:pPr>
        <w:spacing w:after="0"/>
      </w:pPr>
      <w:r>
        <w:rPr>
          <w:rFonts w:ascii="Arial" w:hAnsi="Arial"/>
          <w:b/>
          <w:sz w:val="22"/>
        </w:rPr>
        <w:t xml:space="preserve">Lucy  </w:t>
      </w:r>
      <w:r>
        <w:rPr>
          <w:rFonts w:ascii="Arial" w:hAnsi="Arial"/>
          <w:color w:val="5D7284"/>
          <w:sz w:val="22"/>
        </w:rPr>
        <w:t>04:51</w:t>
      </w:r>
    </w:p>
    <w:p>
      <w:pPr>
        <w:spacing w:after="0"/>
      </w:pPr>
      <w:r>
        <w:rPr>
          <w:rFonts w:ascii="Arial" w:hAnsi="Arial"/>
          <w:sz w:val="22"/>
        </w:rPr>
        <w:t>I have , haven't I.</w:t>
      </w:r>
    </w:p>
    <w:p>
      <w:pPr>
        <w:spacing w:after="0"/>
      </w:pPr>
    </w:p>
    <w:p>
      <w:pPr>
        <w:spacing w:after="0"/>
      </w:pPr>
      <w:r>
        <w:rPr>
          <w:rFonts w:ascii="Arial" w:hAnsi="Arial"/>
          <w:b/>
          <w:sz w:val="22"/>
        </w:rPr>
        <w:t xml:space="preserve">Alice  </w:t>
      </w:r>
      <w:r>
        <w:rPr>
          <w:rFonts w:ascii="Arial" w:hAnsi="Arial"/>
          <w:color w:val="5D7284"/>
          <w:sz w:val="22"/>
        </w:rPr>
        <w:t>04:53</w:t>
      </w:r>
    </w:p>
    <w:p>
      <w:pPr>
        <w:spacing w:after="0"/>
      </w:pPr>
      <w:r>
        <w:rPr>
          <w:rFonts w:ascii="Arial" w:hAnsi="Arial"/>
          <w:sz w:val="22"/>
        </w:rPr>
        <w:t>Don't worry, one day we'll be able to write them off as a business expense. (all laugh)</w:t>
      </w:r>
    </w:p>
    <w:p>
      <w:pPr>
        <w:spacing w:after="0"/>
      </w:pPr>
    </w:p>
    <w:p>
      <w:pPr>
        <w:spacing w:after="0"/>
      </w:pPr>
      <w:r>
        <w:rPr>
          <w:rFonts w:ascii="Arial" w:hAnsi="Arial"/>
          <w:b/>
          <w:sz w:val="22"/>
        </w:rPr>
        <w:t xml:space="preserve">Daisy  </w:t>
      </w:r>
      <w:r>
        <w:rPr>
          <w:rFonts w:ascii="Arial" w:hAnsi="Arial"/>
          <w:color w:val="5D7284"/>
          <w:sz w:val="22"/>
        </w:rPr>
        <w:t>04:59</w:t>
      </w:r>
    </w:p>
    <w:p>
      <w:pPr>
        <w:spacing w:after="0"/>
      </w:pPr>
      <w:r>
        <w:rPr>
          <w:rFonts w:ascii="Arial" w:hAnsi="Arial"/>
          <w:sz w:val="22"/>
        </w:rPr>
        <w:t>I had to go all the way to Wilko for them. It's ok, it's like two minutes from my house. (Lucy and Alice laugh) So should I kick right into it? (Lucy) Yeah. (Alice) Sure, go on. All right. So Audre Lorde's your parents...Oh for the purposes of this that has the spelling of her name is au d r e. (Lucy and Alice) Okay. Okay, when when she was born, it did have the Y on the end. (Alice) Right. Like is the typical spelling of Audrey. And then she dropped that. She preferred it without the Y. And because her surname has an E at the end of it. She says quite like the symmetry of Oh, yeah.</w:t>
      </w:r>
    </w:p>
    <w:p>
      <w:pPr>
        <w:spacing w:after="0"/>
      </w:pPr>
    </w:p>
    <w:p>
      <w:pPr>
        <w:spacing w:after="0"/>
      </w:pPr>
      <w:r>
        <w:rPr>
          <w:rFonts w:ascii="Arial" w:hAnsi="Arial"/>
          <w:b/>
          <w:sz w:val="22"/>
        </w:rPr>
        <w:t xml:space="preserve">Lucy  </w:t>
      </w:r>
      <w:r>
        <w:rPr>
          <w:rFonts w:ascii="Arial" w:hAnsi="Arial"/>
          <w:color w:val="5D7284"/>
          <w:sz w:val="22"/>
        </w:rPr>
        <w:t>05:43</w:t>
      </w:r>
    </w:p>
    <w:p>
      <w:pPr>
        <w:spacing w:after="0"/>
      </w:pPr>
      <w:r>
        <w:rPr>
          <w:rFonts w:ascii="Arial" w:hAnsi="Arial"/>
          <w:sz w:val="22"/>
        </w:rPr>
        <w:t>Like having the E on the end</w:t>
      </w:r>
    </w:p>
    <w:p>
      <w:pPr>
        <w:spacing w:after="0"/>
      </w:pPr>
    </w:p>
    <w:p>
      <w:pPr>
        <w:spacing w:after="0"/>
      </w:pPr>
      <w:r>
        <w:rPr>
          <w:rFonts w:ascii="Arial" w:hAnsi="Arial"/>
          <w:b/>
          <w:sz w:val="22"/>
        </w:rPr>
        <w:t xml:space="preserve">Alice  </w:t>
      </w:r>
      <w:r>
        <w:rPr>
          <w:rFonts w:ascii="Arial" w:hAnsi="Arial"/>
          <w:color w:val="5D7284"/>
          <w:sz w:val="22"/>
        </w:rPr>
        <w:t>05:46</w:t>
      </w:r>
    </w:p>
    <w:p>
      <w:pPr>
        <w:spacing w:after="0"/>
      </w:pPr>
      <w:r>
        <w:rPr>
          <w:rFonts w:ascii="Arial" w:hAnsi="Arial"/>
          <w:sz w:val="22"/>
        </w:rPr>
        <w:t>Yeah, I weirdly, really like, now that I'm married that my first and last name. I've got the same number of letters in them. It was something I was like when I got married. I like that.</w:t>
      </w:r>
    </w:p>
    <w:p>
      <w:pPr>
        <w:spacing w:after="0"/>
      </w:pPr>
    </w:p>
    <w:p>
      <w:pPr>
        <w:spacing w:after="0"/>
      </w:pPr>
      <w:r>
        <w:rPr>
          <w:rFonts w:ascii="Arial" w:hAnsi="Arial"/>
          <w:b/>
          <w:sz w:val="22"/>
        </w:rPr>
        <w:t xml:space="preserve">Lucy  </w:t>
      </w:r>
      <w:r>
        <w:rPr>
          <w:rFonts w:ascii="Arial" w:hAnsi="Arial"/>
          <w:color w:val="5D7284"/>
          <w:sz w:val="22"/>
        </w:rPr>
        <w:t>05:57</w:t>
      </w:r>
    </w:p>
    <w:p>
      <w:pPr>
        <w:spacing w:after="0"/>
      </w:pPr>
      <w:r>
        <w:rPr>
          <w:rFonts w:ascii="Arial" w:hAnsi="Arial"/>
          <w:sz w:val="22"/>
        </w:rPr>
        <w:t>Is that the prerequisite of Yes, I will marry you. Hang on how many letters will my name have?</w:t>
      </w:r>
    </w:p>
    <w:p>
      <w:pPr>
        <w:spacing w:after="0"/>
      </w:pPr>
    </w:p>
    <w:p>
      <w:pPr>
        <w:spacing w:after="0"/>
      </w:pPr>
      <w:r>
        <w:rPr>
          <w:rFonts w:ascii="Arial" w:hAnsi="Arial"/>
          <w:b/>
          <w:sz w:val="22"/>
        </w:rPr>
        <w:t xml:space="preserve">Alice  </w:t>
      </w:r>
      <w:r>
        <w:rPr>
          <w:rFonts w:ascii="Arial" w:hAnsi="Arial"/>
          <w:color w:val="5D7284"/>
          <w:sz w:val="22"/>
        </w:rPr>
        <w:t>06:02</w:t>
      </w:r>
    </w:p>
    <w:p>
      <w:pPr>
        <w:spacing w:after="0"/>
      </w:pPr>
      <w:r>
        <w:rPr>
          <w:rFonts w:ascii="Arial" w:hAnsi="Arial"/>
          <w:sz w:val="22"/>
        </w:rPr>
        <w:t>No, I said I want an enormous fuck off diamond.</w:t>
      </w:r>
    </w:p>
    <w:p>
      <w:pPr>
        <w:spacing w:after="0"/>
      </w:pPr>
    </w:p>
    <w:p>
      <w:pPr>
        <w:spacing w:after="0"/>
      </w:pPr>
      <w:r>
        <w:rPr>
          <w:rFonts w:ascii="Arial" w:hAnsi="Arial"/>
          <w:b/>
          <w:sz w:val="22"/>
        </w:rPr>
        <w:t xml:space="preserve">Lucy  </w:t>
      </w:r>
      <w:r>
        <w:rPr>
          <w:rFonts w:ascii="Arial" w:hAnsi="Arial"/>
          <w:color w:val="5D7284"/>
          <w:sz w:val="22"/>
        </w:rPr>
        <w:t>06:07</w:t>
      </w:r>
    </w:p>
    <w:p>
      <w:pPr>
        <w:spacing w:after="0"/>
      </w:pPr>
      <w:r>
        <w:rPr>
          <w:rFonts w:ascii="Arial" w:hAnsi="Arial"/>
          <w:sz w:val="22"/>
        </w:rPr>
        <w:t>Fair enough. Yeah, fair enough.</w:t>
      </w:r>
    </w:p>
    <w:p>
      <w:pPr>
        <w:spacing w:after="0"/>
      </w:pPr>
    </w:p>
    <w:p>
      <w:pPr>
        <w:spacing w:after="0"/>
      </w:pPr>
      <w:r>
        <w:rPr>
          <w:rFonts w:ascii="Arial" w:hAnsi="Arial"/>
          <w:b/>
          <w:sz w:val="22"/>
        </w:rPr>
        <w:t xml:space="preserve">Alice  </w:t>
      </w:r>
      <w:r>
        <w:rPr>
          <w:rFonts w:ascii="Arial" w:hAnsi="Arial"/>
          <w:color w:val="5D7284"/>
          <w:sz w:val="22"/>
        </w:rPr>
        <w:t>06:08</w:t>
      </w:r>
    </w:p>
    <w:p>
      <w:pPr>
        <w:spacing w:after="0"/>
      </w:pPr>
      <w:r>
        <w:rPr>
          <w:rFonts w:ascii="Arial" w:hAnsi="Arial"/>
          <w:sz w:val="22"/>
        </w:rPr>
        <w:t>And I got it.</w:t>
      </w:r>
    </w:p>
    <w:p>
      <w:pPr>
        <w:spacing w:after="0"/>
      </w:pPr>
    </w:p>
    <w:p>
      <w:pPr>
        <w:spacing w:after="0"/>
      </w:pPr>
      <w:r>
        <w:rPr>
          <w:rFonts w:ascii="Arial" w:hAnsi="Arial"/>
          <w:b/>
          <w:sz w:val="22"/>
        </w:rPr>
        <w:t xml:space="preserve">Daisy  </w:t>
      </w:r>
      <w:r>
        <w:rPr>
          <w:rFonts w:ascii="Arial" w:hAnsi="Arial"/>
          <w:color w:val="5D7284"/>
          <w:sz w:val="22"/>
        </w:rPr>
        <w:t>06:09</w:t>
      </w:r>
    </w:p>
    <w:p>
      <w:pPr>
        <w:spacing w:after="0"/>
      </w:pPr>
      <w:r>
        <w:rPr>
          <w:rFonts w:ascii="Arial" w:hAnsi="Arial"/>
          <w:sz w:val="22"/>
        </w:rPr>
        <w:t>Well, yeah. If the decision was based on the survey that would imply that the point when you're being asked if you were married, you didn't know his surname? (Alice) That's true (laughs) Wait a minute, what's your full name?</w:t>
      </w:r>
    </w:p>
    <w:p>
      <w:pPr>
        <w:spacing w:after="0"/>
      </w:pPr>
    </w:p>
    <w:p>
      <w:pPr>
        <w:spacing w:after="0"/>
      </w:pPr>
      <w:r>
        <w:rPr>
          <w:rFonts w:ascii="Arial" w:hAnsi="Arial"/>
          <w:b/>
          <w:sz w:val="22"/>
        </w:rPr>
        <w:t xml:space="preserve">Lucy  </w:t>
      </w:r>
      <w:r>
        <w:rPr>
          <w:rFonts w:ascii="Arial" w:hAnsi="Arial"/>
          <w:color w:val="5D7284"/>
          <w:sz w:val="22"/>
        </w:rPr>
        <w:t>06:26</w:t>
      </w:r>
    </w:p>
    <w:p>
      <w:pPr>
        <w:spacing w:after="0"/>
      </w:pPr>
      <w:r>
        <w:rPr>
          <w:rFonts w:ascii="Arial" w:hAnsi="Arial"/>
          <w:sz w:val="22"/>
        </w:rPr>
        <w:t>Hang on a minute.</w:t>
      </w:r>
    </w:p>
    <w:p>
      <w:pPr>
        <w:spacing w:after="0"/>
      </w:pPr>
    </w:p>
    <w:p>
      <w:pPr>
        <w:spacing w:after="0"/>
      </w:pPr>
      <w:r>
        <w:rPr>
          <w:rFonts w:ascii="Arial" w:hAnsi="Arial"/>
          <w:b/>
          <w:sz w:val="22"/>
        </w:rPr>
        <w:t xml:space="preserve">Alice  </w:t>
      </w:r>
      <w:r>
        <w:rPr>
          <w:rFonts w:ascii="Arial" w:hAnsi="Arial"/>
          <w:color w:val="5D7284"/>
          <w:sz w:val="22"/>
        </w:rPr>
        <w:t>06:28</w:t>
      </w:r>
    </w:p>
    <w:p>
      <w:pPr>
        <w:spacing w:after="0"/>
      </w:pPr>
      <w:r>
        <w:rPr>
          <w:rFonts w:ascii="Arial" w:hAnsi="Arial"/>
          <w:sz w:val="22"/>
        </w:rPr>
        <w:t>I did make a joke before we were even dating and he found out the quite embarrassing nickname that my dad still to this day. Calls me in the street in front of strangers. And honest to god, I was worried he was going to use when he gave the speech at my wedding. I did say to my now husband, I was like you can't call me that. And he said what would you like me to call you? And I said Mrs. Evans, when we were dating and he went thats my nan ! (all laugh)</w:t>
      </w:r>
    </w:p>
    <w:p>
      <w:pPr>
        <w:spacing w:after="0"/>
      </w:pPr>
    </w:p>
    <w:p>
      <w:pPr>
        <w:spacing w:after="0"/>
      </w:pPr>
      <w:r>
        <w:rPr>
          <w:rFonts w:ascii="Arial" w:hAnsi="Arial"/>
          <w:b/>
          <w:sz w:val="22"/>
        </w:rPr>
        <w:t xml:space="preserve">Daisy  </w:t>
      </w:r>
      <w:r>
        <w:rPr>
          <w:rFonts w:ascii="Arial" w:hAnsi="Arial"/>
          <w:color w:val="5D7284"/>
          <w:sz w:val="22"/>
        </w:rPr>
        <w:t>07:04</w:t>
      </w:r>
    </w:p>
    <w:p>
      <w:pPr>
        <w:spacing w:after="0"/>
      </w:pPr>
      <w:r>
        <w:rPr>
          <w:rFonts w:ascii="Arial" w:hAnsi="Arial"/>
          <w:sz w:val="22"/>
        </w:rPr>
        <w:t>I was gonna say that's a real power move. But yeah.</w:t>
      </w:r>
    </w:p>
    <w:p>
      <w:pPr>
        <w:spacing w:after="0"/>
      </w:pPr>
    </w:p>
    <w:p>
      <w:pPr>
        <w:spacing w:after="0"/>
      </w:pPr>
      <w:r>
        <w:rPr>
          <w:rFonts w:ascii="Arial" w:hAnsi="Arial"/>
          <w:b/>
          <w:sz w:val="22"/>
        </w:rPr>
        <w:t xml:space="preserve">Lucy  </w:t>
      </w:r>
      <w:r>
        <w:rPr>
          <w:rFonts w:ascii="Arial" w:hAnsi="Arial"/>
          <w:color w:val="5D7284"/>
          <w:sz w:val="22"/>
        </w:rPr>
        <w:t>07:08</w:t>
      </w:r>
    </w:p>
    <w:p>
      <w:pPr>
        <w:spacing w:after="0"/>
      </w:pPr>
      <w:r>
        <w:rPr>
          <w:rFonts w:ascii="Arial" w:hAnsi="Arial"/>
          <w:sz w:val="22"/>
        </w:rPr>
        <w:t>Romantic, slightly weird, but also named after his nan.</w:t>
      </w:r>
    </w:p>
    <w:p>
      <w:pPr>
        <w:spacing w:after="0"/>
      </w:pPr>
    </w:p>
    <w:p>
      <w:pPr>
        <w:spacing w:after="0"/>
      </w:pPr>
      <w:r>
        <w:rPr>
          <w:rFonts w:ascii="Arial" w:hAnsi="Arial"/>
          <w:b/>
          <w:sz w:val="22"/>
        </w:rPr>
        <w:t xml:space="preserve">Daisy  </w:t>
      </w:r>
      <w:r>
        <w:rPr>
          <w:rFonts w:ascii="Arial" w:hAnsi="Arial"/>
          <w:color w:val="5D7284"/>
          <w:sz w:val="22"/>
        </w:rPr>
        <w:t>07:14</w:t>
      </w:r>
    </w:p>
    <w:p>
      <w:pPr>
        <w:spacing w:after="0"/>
      </w:pPr>
      <w:r>
        <w:rPr>
          <w:rFonts w:ascii="Arial" w:hAnsi="Arial"/>
          <w:sz w:val="22"/>
        </w:rPr>
        <w:t>Also, like, incredible telling us that much about this nickname that you had. You're clearly not actually gonna tell us what it was.</w:t>
      </w:r>
    </w:p>
    <w:p>
      <w:pPr>
        <w:spacing w:after="0"/>
      </w:pPr>
    </w:p>
    <w:p>
      <w:pPr>
        <w:spacing w:after="0"/>
      </w:pPr>
      <w:r>
        <w:rPr>
          <w:rFonts w:ascii="Arial" w:hAnsi="Arial"/>
          <w:b/>
          <w:sz w:val="22"/>
        </w:rPr>
        <w:t xml:space="preserve">Lucy  </w:t>
      </w:r>
      <w:r>
        <w:rPr>
          <w:rFonts w:ascii="Arial" w:hAnsi="Arial"/>
          <w:color w:val="5D7284"/>
          <w:sz w:val="22"/>
        </w:rPr>
        <w:t>07:22</w:t>
      </w:r>
    </w:p>
    <w:p>
      <w:pPr>
        <w:spacing w:after="0"/>
      </w:pPr>
      <w:r>
        <w:rPr>
          <w:rFonts w:ascii="Arial" w:hAnsi="Arial"/>
          <w:sz w:val="22"/>
        </w:rPr>
        <w:t>We're saving that for another episode. I think</w:t>
      </w:r>
    </w:p>
    <w:p>
      <w:pPr>
        <w:spacing w:after="0"/>
      </w:pPr>
    </w:p>
    <w:p>
      <w:pPr>
        <w:spacing w:after="0"/>
      </w:pPr>
      <w:r>
        <w:rPr>
          <w:rFonts w:ascii="Arial" w:hAnsi="Arial"/>
          <w:b/>
          <w:sz w:val="22"/>
        </w:rPr>
        <w:t xml:space="preserve">Daisy  </w:t>
      </w:r>
      <w:r>
        <w:rPr>
          <w:rFonts w:ascii="Arial" w:hAnsi="Arial"/>
          <w:color w:val="5D7284"/>
          <w:sz w:val="22"/>
        </w:rPr>
        <w:t>07:25</w:t>
      </w:r>
    </w:p>
    <w:p>
      <w:pPr>
        <w:spacing w:after="0"/>
      </w:pPr>
      <w:r>
        <w:rPr>
          <w:rFonts w:ascii="Arial" w:hAnsi="Arial"/>
          <w:sz w:val="22"/>
        </w:rPr>
        <w:t>That's gonna be a special episode.An hour long yeah, just reveal. A nickname.</w:t>
      </w:r>
    </w:p>
    <w:p>
      <w:pPr>
        <w:spacing w:after="0"/>
      </w:pPr>
    </w:p>
    <w:p>
      <w:pPr>
        <w:spacing w:after="0"/>
      </w:pPr>
      <w:r>
        <w:rPr>
          <w:rFonts w:ascii="Arial" w:hAnsi="Arial"/>
          <w:b/>
          <w:sz w:val="22"/>
        </w:rPr>
        <w:t xml:space="preserve">Alice  </w:t>
      </w:r>
      <w:r>
        <w:rPr>
          <w:rFonts w:ascii="Arial" w:hAnsi="Arial"/>
          <w:color w:val="5D7284"/>
          <w:sz w:val="22"/>
        </w:rPr>
        <w:t>07:31</w:t>
      </w:r>
    </w:p>
    <w:p>
      <w:pPr>
        <w:spacing w:after="0"/>
      </w:pPr>
      <w:r>
        <w:rPr>
          <w:rFonts w:ascii="Arial" w:hAnsi="Arial"/>
          <w:sz w:val="22"/>
        </w:rPr>
        <w:t>It's the thing that I've got tattooed on my thigh that I showed Adam the first time I met him when I dropped my trousers.</w:t>
      </w:r>
    </w:p>
    <w:p>
      <w:pPr>
        <w:spacing w:after="0"/>
      </w:pPr>
    </w:p>
    <w:p>
      <w:pPr>
        <w:spacing w:after="0"/>
      </w:pPr>
      <w:r>
        <w:rPr>
          <w:rFonts w:ascii="Arial" w:hAnsi="Arial"/>
          <w:b/>
          <w:sz w:val="22"/>
        </w:rPr>
        <w:t xml:space="preserve">Lucy  </w:t>
      </w:r>
      <w:r>
        <w:rPr>
          <w:rFonts w:ascii="Arial" w:hAnsi="Arial"/>
          <w:color w:val="5D7284"/>
          <w:sz w:val="22"/>
        </w:rPr>
        <w:t>07:38</w:t>
      </w:r>
    </w:p>
    <w:p>
      <w:pPr>
        <w:spacing w:after="0"/>
      </w:pPr>
      <w:r>
        <w:rPr>
          <w:rFonts w:ascii="Arial" w:hAnsi="Arial"/>
          <w:sz w:val="22"/>
        </w:rPr>
        <w:t>Oh, and I forgot what that was because you told me a few months ago what it was .. for God's sake!</w:t>
      </w:r>
    </w:p>
    <w:p>
      <w:pPr>
        <w:spacing w:after="0"/>
      </w:pPr>
    </w:p>
    <w:p>
      <w:pPr>
        <w:spacing w:after="0"/>
      </w:pPr>
      <w:r>
        <w:rPr>
          <w:rFonts w:ascii="Arial" w:hAnsi="Arial"/>
          <w:b/>
          <w:sz w:val="22"/>
        </w:rPr>
        <w:t xml:space="preserve">Alice  </w:t>
      </w:r>
      <w:r>
        <w:rPr>
          <w:rFonts w:ascii="Arial" w:hAnsi="Arial"/>
          <w:color w:val="5D7284"/>
          <w:sz w:val="22"/>
        </w:rPr>
        <w:t>07:45</w:t>
      </w:r>
    </w:p>
    <w:p>
      <w:pPr>
        <w:spacing w:after="0"/>
      </w:pPr>
      <w:r>
        <w:rPr>
          <w:rFonts w:ascii="Arial" w:hAnsi="Arial"/>
          <w:sz w:val="22"/>
        </w:rPr>
        <w:t>That's That's my cerebral palsy brain working in my favour.</w:t>
      </w:r>
    </w:p>
    <w:p>
      <w:pPr>
        <w:spacing w:after="0"/>
      </w:pPr>
    </w:p>
    <w:p>
      <w:pPr>
        <w:spacing w:after="0"/>
      </w:pPr>
      <w:r>
        <w:rPr>
          <w:rFonts w:ascii="Arial" w:hAnsi="Arial"/>
          <w:b/>
          <w:sz w:val="22"/>
        </w:rPr>
        <w:t xml:space="preserve">Lucy  </w:t>
      </w:r>
      <w:r>
        <w:rPr>
          <w:rFonts w:ascii="Arial" w:hAnsi="Arial"/>
          <w:color w:val="5D7284"/>
          <w:sz w:val="22"/>
        </w:rPr>
        <w:t>07:48</w:t>
      </w:r>
    </w:p>
    <w:p>
      <w:pPr>
        <w:spacing w:after="0"/>
      </w:pPr>
      <w:r>
        <w:rPr>
          <w:rFonts w:ascii="Arial" w:hAnsi="Arial"/>
          <w:sz w:val="22"/>
        </w:rPr>
        <w:t>Called brain fog.</w:t>
      </w:r>
    </w:p>
    <w:p>
      <w:pPr>
        <w:spacing w:after="0"/>
      </w:pPr>
    </w:p>
    <w:p>
      <w:pPr>
        <w:spacing w:after="0"/>
      </w:pPr>
      <w:r>
        <w:rPr>
          <w:rFonts w:ascii="Arial" w:hAnsi="Arial"/>
          <w:b/>
          <w:sz w:val="22"/>
        </w:rPr>
        <w:t xml:space="preserve">Alice  </w:t>
      </w:r>
      <w:r>
        <w:rPr>
          <w:rFonts w:ascii="Arial" w:hAnsi="Arial"/>
          <w:color w:val="5D7284"/>
          <w:sz w:val="22"/>
        </w:rPr>
        <w:t>07:49</w:t>
      </w:r>
    </w:p>
    <w:p>
      <w:pPr>
        <w:spacing w:after="0"/>
      </w:pPr>
      <w:r>
        <w:rPr>
          <w:rFonts w:ascii="Arial" w:hAnsi="Arial"/>
          <w:sz w:val="22"/>
        </w:rPr>
        <w:t>So..Audre Lord.</w:t>
      </w:r>
    </w:p>
    <w:p>
      <w:pPr>
        <w:spacing w:after="0"/>
      </w:pPr>
    </w:p>
    <w:p>
      <w:pPr>
        <w:spacing w:after="0"/>
      </w:pPr>
      <w:r>
        <w:rPr>
          <w:rFonts w:ascii="Arial" w:hAnsi="Arial"/>
          <w:b/>
          <w:sz w:val="22"/>
        </w:rPr>
        <w:t xml:space="preserve">Lucy  </w:t>
      </w:r>
      <w:r>
        <w:rPr>
          <w:rFonts w:ascii="Arial" w:hAnsi="Arial"/>
          <w:color w:val="5D7284"/>
          <w:sz w:val="22"/>
        </w:rPr>
        <w:t>07:53</w:t>
      </w:r>
    </w:p>
    <w:p>
      <w:pPr>
        <w:spacing w:after="0"/>
      </w:pPr>
      <w:r>
        <w:rPr>
          <w:rFonts w:ascii="Arial" w:hAnsi="Arial"/>
          <w:sz w:val="22"/>
        </w:rPr>
        <w:t>Oh yeah Audre Lorde. It's going very well.</w:t>
      </w:r>
    </w:p>
    <w:p>
      <w:pPr>
        <w:spacing w:after="0"/>
      </w:pPr>
    </w:p>
    <w:p>
      <w:pPr>
        <w:spacing w:after="0"/>
      </w:pPr>
      <w:r>
        <w:rPr>
          <w:rFonts w:ascii="Arial" w:hAnsi="Arial"/>
          <w:b/>
          <w:sz w:val="22"/>
        </w:rPr>
        <w:t xml:space="preserve">Daisy  </w:t>
      </w:r>
      <w:r>
        <w:rPr>
          <w:rFonts w:ascii="Arial" w:hAnsi="Arial"/>
          <w:color w:val="5D7284"/>
          <w:sz w:val="22"/>
        </w:rPr>
        <w:t>07:59</w:t>
      </w:r>
    </w:p>
    <w:p>
      <w:pPr>
        <w:spacing w:after="0"/>
      </w:pPr>
      <w:r>
        <w:rPr>
          <w:rFonts w:ascii="Arial" w:hAnsi="Arial"/>
          <w:sz w:val="22"/>
        </w:rPr>
        <w:t>It's fine. It's fine. It'll be fine. I don't even have an excuse for getting lost on my bit of paper because we havent started on the the piece of paper yet! (everyone laughs)</w:t>
      </w:r>
    </w:p>
    <w:p>
      <w:pPr>
        <w:spacing w:after="0"/>
      </w:pPr>
    </w:p>
    <w:p>
      <w:pPr>
        <w:spacing w:after="0"/>
      </w:pPr>
      <w:r>
        <w:rPr>
          <w:rFonts w:ascii="Arial" w:hAnsi="Arial"/>
          <w:b/>
          <w:sz w:val="22"/>
        </w:rPr>
        <w:t xml:space="preserve">Alice  </w:t>
      </w:r>
      <w:r>
        <w:rPr>
          <w:rFonts w:ascii="Arial" w:hAnsi="Arial"/>
          <w:color w:val="5D7284"/>
          <w:sz w:val="22"/>
        </w:rPr>
        <w:t>08:14</w:t>
      </w:r>
    </w:p>
    <w:p>
      <w:pPr>
        <w:spacing w:after="0"/>
      </w:pPr>
      <w:r>
        <w:rPr>
          <w:rFonts w:ascii="Arial" w:hAnsi="Arial"/>
          <w:sz w:val="22"/>
        </w:rPr>
        <w:t>We got as far as her name at the top of the page,</w:t>
      </w:r>
    </w:p>
    <w:p>
      <w:pPr>
        <w:spacing w:after="0"/>
      </w:pPr>
    </w:p>
    <w:p>
      <w:pPr>
        <w:spacing w:after="0"/>
      </w:pPr>
      <w:r>
        <w:rPr>
          <w:rFonts w:ascii="Arial" w:hAnsi="Arial"/>
          <w:b/>
          <w:sz w:val="22"/>
        </w:rPr>
        <w:t xml:space="preserve">Lucy  </w:t>
      </w:r>
      <w:r>
        <w:rPr>
          <w:rFonts w:ascii="Arial" w:hAnsi="Arial"/>
          <w:color w:val="5D7284"/>
          <w:sz w:val="22"/>
        </w:rPr>
        <w:t>08:17</w:t>
      </w:r>
    </w:p>
    <w:p>
      <w:pPr>
        <w:spacing w:after="0"/>
      </w:pPr>
      <w:r>
        <w:rPr>
          <w:rFonts w:ascii="Arial" w:hAnsi="Arial"/>
          <w:sz w:val="22"/>
        </w:rPr>
        <w:t>Audre Lorde without the Y.</w:t>
      </w:r>
    </w:p>
    <w:p>
      <w:pPr>
        <w:spacing w:after="0"/>
      </w:pPr>
    </w:p>
    <w:p>
      <w:pPr>
        <w:spacing w:after="0"/>
      </w:pPr>
      <w:r>
        <w:rPr>
          <w:rFonts w:ascii="Arial" w:hAnsi="Arial"/>
          <w:b/>
          <w:sz w:val="22"/>
        </w:rPr>
        <w:t xml:space="preserve">Daisy  </w:t>
      </w:r>
      <w:r>
        <w:rPr>
          <w:rFonts w:ascii="Arial" w:hAnsi="Arial"/>
          <w:color w:val="5D7284"/>
          <w:sz w:val="22"/>
        </w:rPr>
        <w:t>08:21</w:t>
      </w:r>
    </w:p>
    <w:p>
      <w:pPr>
        <w:spacing w:after="0"/>
      </w:pPr>
      <w:r>
        <w:rPr>
          <w:rFonts w:ascii="Arial" w:hAnsi="Arial"/>
          <w:sz w:val="22"/>
        </w:rPr>
        <w:t>Okay, so Okay. Uh, parents were immigrants from the Caribbean. They settled in New York City. Her mother was actually mixed race. And supposedly she could pass for Spanish, which was like a real source of pride amongst like her mother's family. Yeah. Her relationship with her parents was difficult, supposedly, from a young age, like, she didn't see much of them because it was just after the Great Depression, and they were like running a real estate business. And so you know, it's sort of understandable, but she didn't see them very much. And when she did see them, supposedly, there was a lot of what she described as tough love. Which sounds like a very, euphemistic boy. Yeah. Yeah.</w:t>
      </w:r>
    </w:p>
    <w:p>
      <w:pPr>
        <w:spacing w:after="0"/>
      </w:pPr>
    </w:p>
    <w:p>
      <w:pPr>
        <w:spacing w:after="0"/>
      </w:pPr>
      <w:r>
        <w:rPr>
          <w:rFonts w:ascii="Arial" w:hAnsi="Arial"/>
          <w:b/>
          <w:sz w:val="22"/>
        </w:rPr>
        <w:t xml:space="preserve">Alice  </w:t>
      </w:r>
      <w:r>
        <w:rPr>
          <w:rFonts w:ascii="Arial" w:hAnsi="Arial"/>
          <w:color w:val="5D7284"/>
          <w:sz w:val="22"/>
        </w:rPr>
        <w:t>09:20</w:t>
      </w:r>
    </w:p>
    <w:p>
      <w:pPr>
        <w:spacing w:after="0"/>
      </w:pPr>
      <w:r>
        <w:rPr>
          <w:rFonts w:ascii="Arial" w:hAnsi="Arial"/>
          <w:sz w:val="22"/>
        </w:rPr>
        <w:t>Yeah. I think it's that that classic, old timey parenting which these days we'd be like, pretty sure that abuse but in the olden days, they were like, no, no, no, this is how you bring your kids up.</w:t>
      </w:r>
    </w:p>
    <w:p>
      <w:pPr>
        <w:spacing w:after="0"/>
      </w:pPr>
    </w:p>
    <w:p>
      <w:pPr>
        <w:spacing w:after="0"/>
      </w:pPr>
      <w:r>
        <w:rPr>
          <w:rFonts w:ascii="Arial" w:hAnsi="Arial"/>
          <w:b/>
          <w:sz w:val="22"/>
        </w:rPr>
        <w:t xml:space="preserve">Lucy  </w:t>
      </w:r>
      <w:r>
        <w:rPr>
          <w:rFonts w:ascii="Arial" w:hAnsi="Arial"/>
          <w:color w:val="5D7284"/>
          <w:sz w:val="22"/>
        </w:rPr>
        <w:t>09:32</w:t>
      </w:r>
    </w:p>
    <w:p>
      <w:pPr>
        <w:spacing w:after="0"/>
      </w:pPr>
      <w:r>
        <w:rPr>
          <w:rFonts w:ascii="Arial" w:hAnsi="Arial"/>
          <w:sz w:val="22"/>
        </w:rPr>
        <w:t>I love Yeah.</w:t>
      </w:r>
    </w:p>
    <w:p>
      <w:pPr>
        <w:spacing w:after="0"/>
      </w:pPr>
    </w:p>
    <w:p>
      <w:pPr>
        <w:spacing w:after="0"/>
      </w:pPr>
      <w:r>
        <w:rPr>
          <w:rFonts w:ascii="Arial" w:hAnsi="Arial"/>
          <w:b/>
          <w:sz w:val="22"/>
        </w:rPr>
        <w:t xml:space="preserve">Daisy  </w:t>
      </w:r>
      <w:r>
        <w:rPr>
          <w:rFonts w:ascii="Arial" w:hAnsi="Arial"/>
          <w:color w:val="5D7284"/>
          <w:sz w:val="22"/>
        </w:rPr>
        <w:t>09:35</w:t>
      </w:r>
    </w:p>
    <w:p>
      <w:pPr>
        <w:spacing w:after="0"/>
      </w:pPr>
      <w:r>
        <w:rPr>
          <w:rFonts w:ascii="Arial" w:hAnsi="Arial"/>
          <w:sz w:val="22"/>
        </w:rPr>
        <w:t>Yeah. And I'm kind of Yeah, I'm reluctant to, you know, sort of declare it as Yeah, you know, abuse. It's like, well, she she never said that. It was like, you know, abusive or anything like that. But yeah. Yeah. Yeah. by the side of the family, as you could probably tell from the VA, you know, they took great pride in, you know, Audrey's mother being lighter skinned. Suppose they were deeply suspicious of anyone whose skin was darker than this, which included Audrey. Right? And she sort of suspected that, that didn't help with, you know, her relationship with a mother either. But supposedly help mother's parents have tried to prevent the marriage between her parents for that reason, because he was much darker skinned and they relented, because apparently he was so damn nice. He was charming and ambitious. And, you know, all of these lovely things. They were like, Oh, all right.</w:t>
      </w:r>
    </w:p>
    <w:p>
      <w:pPr>
        <w:spacing w:after="0"/>
      </w:pPr>
    </w:p>
    <w:p>
      <w:pPr>
        <w:spacing w:after="0"/>
      </w:pPr>
      <w:r>
        <w:rPr>
          <w:rFonts w:ascii="Arial" w:hAnsi="Arial"/>
          <w:b/>
          <w:sz w:val="22"/>
        </w:rPr>
        <w:t xml:space="preserve">Alice  </w:t>
      </w:r>
      <w:r>
        <w:rPr>
          <w:rFonts w:ascii="Arial" w:hAnsi="Arial"/>
          <w:color w:val="5D7284"/>
          <w:sz w:val="22"/>
        </w:rPr>
        <w:t>10:35</w:t>
      </w:r>
    </w:p>
    <w:p>
      <w:pPr>
        <w:spacing w:after="0"/>
      </w:pPr>
      <w:r>
        <w:rPr>
          <w:rFonts w:ascii="Arial" w:hAnsi="Arial"/>
          <w:sz w:val="22"/>
        </w:rPr>
        <w:t>I really I really want to be racist towards you. But you just such a nice fella.</w:t>
      </w:r>
    </w:p>
    <w:p>
      <w:pPr>
        <w:spacing w:after="0"/>
      </w:pPr>
    </w:p>
    <w:p>
      <w:pPr>
        <w:spacing w:after="0"/>
      </w:pPr>
      <w:r>
        <w:rPr>
          <w:rFonts w:ascii="Arial" w:hAnsi="Arial"/>
          <w:b/>
          <w:sz w:val="22"/>
        </w:rPr>
        <w:t xml:space="preserve">Lucy  </w:t>
      </w:r>
      <w:r>
        <w:rPr>
          <w:rFonts w:ascii="Arial" w:hAnsi="Arial"/>
          <w:color w:val="5D7284"/>
          <w:sz w:val="22"/>
        </w:rPr>
        <w:t>10:40</w:t>
      </w:r>
    </w:p>
    <w:p>
      <w:pPr>
        <w:spacing w:after="0"/>
      </w:pPr>
      <w:r>
        <w:rPr>
          <w:rFonts w:ascii="Arial" w:hAnsi="Arial"/>
          <w:sz w:val="22"/>
        </w:rPr>
        <w:t>Yeah. She is so nice, man. What a weird. Yeah. Because you've got dark skin. But you're so you're so nice. I got.</w:t>
      </w:r>
    </w:p>
    <w:p>
      <w:pPr>
        <w:spacing w:after="0"/>
      </w:pPr>
    </w:p>
    <w:p>
      <w:pPr>
        <w:spacing w:after="0"/>
      </w:pPr>
      <w:r>
        <w:rPr>
          <w:rFonts w:ascii="Arial" w:hAnsi="Arial"/>
          <w:b/>
          <w:sz w:val="22"/>
        </w:rPr>
        <w:t xml:space="preserve">Daisy  </w:t>
      </w:r>
      <w:r>
        <w:rPr>
          <w:rFonts w:ascii="Arial" w:hAnsi="Arial"/>
          <w:color w:val="5D7284"/>
          <w:sz w:val="22"/>
        </w:rPr>
        <w:t>10:58</w:t>
      </w:r>
    </w:p>
    <w:p>
      <w:pPr>
        <w:spacing w:after="0"/>
      </w:pPr>
      <w:r>
        <w:rPr>
          <w:rFonts w:ascii="Arial" w:hAnsi="Arial"/>
          <w:sz w:val="22"/>
        </w:rPr>
        <w:t>I mean, yeah, it's difficult to like, whether it was kind of like, you know, actively dislike people whose skin is darker than ours, or more sort of, you know, just be suspicious.</w:t>
      </w:r>
    </w:p>
    <w:p>
      <w:pPr>
        <w:spacing w:after="0"/>
      </w:pPr>
    </w:p>
    <w:p>
      <w:pPr>
        <w:spacing w:after="0"/>
      </w:pPr>
      <w:r>
        <w:rPr>
          <w:rFonts w:ascii="Arial" w:hAnsi="Arial"/>
          <w:b/>
          <w:sz w:val="22"/>
        </w:rPr>
        <w:t xml:space="preserve">Lucy  </w:t>
      </w:r>
      <w:r>
        <w:rPr>
          <w:rFonts w:ascii="Arial" w:hAnsi="Arial"/>
          <w:color w:val="5D7284"/>
          <w:sz w:val="22"/>
        </w:rPr>
        <w:t>11:12</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11:14</w:t>
      </w:r>
    </w:p>
    <w:p>
      <w:pPr>
        <w:spacing w:after="0"/>
      </w:pPr>
      <w:r>
        <w:rPr>
          <w:rFonts w:ascii="Arial" w:hAnsi="Arial"/>
          <w:sz w:val="22"/>
        </w:rPr>
        <w:t>That sort of, you know, colorism, we call it now that sort of, you know, lighter skinned black and mixed race people. Yeah, darker skinned.</w:t>
      </w:r>
    </w:p>
    <w:p>
      <w:pPr>
        <w:spacing w:after="0"/>
      </w:pPr>
    </w:p>
    <w:p>
      <w:pPr>
        <w:spacing w:after="0"/>
      </w:pPr>
      <w:r>
        <w:rPr>
          <w:rFonts w:ascii="Arial" w:hAnsi="Arial"/>
          <w:b/>
          <w:sz w:val="22"/>
        </w:rPr>
        <w:t xml:space="preserve">Alice  </w:t>
      </w:r>
      <w:r>
        <w:rPr>
          <w:rFonts w:ascii="Arial" w:hAnsi="Arial"/>
          <w:color w:val="5D7284"/>
          <w:sz w:val="22"/>
        </w:rPr>
        <w:t>11:23</w:t>
      </w:r>
    </w:p>
    <w:p>
      <w:pPr>
        <w:spacing w:after="0"/>
      </w:pPr>
      <w:r>
        <w:rPr>
          <w:rFonts w:ascii="Arial" w:hAnsi="Arial"/>
          <w:sz w:val="22"/>
        </w:rPr>
        <w:t>And there's, there's a lot, you know, to sort of, in terms of the, the impact of, you know, being a person of color in a predominantly white predominantly racist. society that's gonna, you know, were being able to pass a Spanish is something to be like, proud of out of Yeah, I mean, it it smacks very much of, you know, and I know, it's, it's different, but my, my experience is growing up being able to pass us non disabled. So that whenever anybody was like, Oh, she's blind. I'd be like, no, no, you know, don't label me like that. Don't think don't put me as one of them.</w:t>
      </w:r>
    </w:p>
    <w:p>
      <w:pPr>
        <w:spacing w:after="0"/>
      </w:pPr>
    </w:p>
    <w:p>
      <w:pPr>
        <w:spacing w:after="0"/>
      </w:pPr>
      <w:r>
        <w:rPr>
          <w:rFonts w:ascii="Arial" w:hAnsi="Arial"/>
          <w:b/>
          <w:sz w:val="22"/>
        </w:rPr>
        <w:t xml:space="preserve">Lucy  </w:t>
      </w:r>
      <w:r>
        <w:rPr>
          <w:rFonts w:ascii="Arial" w:hAnsi="Arial"/>
          <w:color w:val="5D7284"/>
          <w:sz w:val="22"/>
        </w:rPr>
        <w:t>12:09</w:t>
      </w:r>
    </w:p>
    <w:p>
      <w:pPr>
        <w:spacing w:after="0"/>
      </w:pPr>
      <w:r>
        <w:rPr>
          <w:rFonts w:ascii="Arial" w:hAnsi="Arial"/>
          <w:sz w:val="22"/>
        </w:rPr>
        <w:t>And now they don't feel like that. Yeah, you're one of us.</w:t>
      </w:r>
    </w:p>
    <w:p>
      <w:pPr>
        <w:spacing w:after="0"/>
      </w:pPr>
    </w:p>
    <w:p>
      <w:pPr>
        <w:spacing w:after="0"/>
      </w:pPr>
      <w:r>
        <w:rPr>
          <w:rFonts w:ascii="Arial" w:hAnsi="Arial"/>
          <w:b/>
          <w:sz w:val="22"/>
        </w:rPr>
        <w:t xml:space="preserve">Alice  </w:t>
      </w:r>
      <w:r>
        <w:rPr>
          <w:rFonts w:ascii="Arial" w:hAnsi="Arial"/>
          <w:color w:val="5D7284"/>
          <w:sz w:val="22"/>
        </w:rPr>
        <w:t>12:17</w:t>
      </w:r>
    </w:p>
    <w:p>
      <w:pPr>
        <w:spacing w:after="0"/>
      </w:pPr>
      <w:r>
        <w:rPr>
          <w:rFonts w:ascii="Arial" w:hAnsi="Arial"/>
          <w:sz w:val="22"/>
        </w:rPr>
        <w:t>I know a secret handshake and every Yeah,</w:t>
      </w:r>
    </w:p>
    <w:p>
      <w:pPr>
        <w:spacing w:after="0"/>
      </w:pPr>
    </w:p>
    <w:p>
      <w:pPr>
        <w:spacing w:after="0"/>
      </w:pPr>
      <w:r>
        <w:rPr>
          <w:rFonts w:ascii="Arial" w:hAnsi="Arial"/>
          <w:b/>
          <w:sz w:val="22"/>
        </w:rPr>
        <w:t xml:space="preserve">Daisy  </w:t>
      </w:r>
      <w:r>
        <w:rPr>
          <w:rFonts w:ascii="Arial" w:hAnsi="Arial"/>
          <w:color w:val="5D7284"/>
          <w:sz w:val="22"/>
        </w:rPr>
        <w:t>12:18</w:t>
      </w:r>
    </w:p>
    <w:p>
      <w:pPr>
        <w:spacing w:after="0"/>
      </w:pPr>
      <w:r>
        <w:rPr>
          <w:rFonts w:ascii="Arial" w:hAnsi="Arial"/>
          <w:sz w:val="22"/>
        </w:rPr>
        <w:t>yeah, there's one of my friends who's had to temporarily use crutches after an operation I'd like my people join us I was getting</w:t>
      </w:r>
    </w:p>
    <w:p>
      <w:pPr>
        <w:spacing w:after="0"/>
      </w:pPr>
    </w:p>
    <w:p>
      <w:pPr>
        <w:spacing w:after="0"/>
      </w:pPr>
      <w:r>
        <w:rPr>
          <w:rFonts w:ascii="Arial" w:hAnsi="Arial"/>
          <w:b/>
          <w:sz w:val="22"/>
        </w:rPr>
        <w:t xml:space="preserve">Lucy  </w:t>
      </w:r>
      <w:r>
        <w:rPr>
          <w:rFonts w:ascii="Arial" w:hAnsi="Arial"/>
          <w:color w:val="5D7284"/>
          <w:sz w:val="22"/>
        </w:rPr>
        <w:t>12:33</w:t>
      </w:r>
    </w:p>
    <w:p>
      <w:pPr>
        <w:spacing w:after="0"/>
      </w:pPr>
      <w:r>
        <w:rPr>
          <w:rFonts w:ascii="Arial" w:hAnsi="Arial"/>
          <w:sz w:val="22"/>
        </w:rPr>
        <w:t>hands I was gonna say we've got funny walking everything we're all a bit wonky. Oh, by myself laugh. Anyway, yeah.</w:t>
      </w:r>
    </w:p>
    <w:p>
      <w:pPr>
        <w:spacing w:after="0"/>
      </w:pPr>
    </w:p>
    <w:p>
      <w:pPr>
        <w:spacing w:after="0"/>
      </w:pPr>
      <w:r>
        <w:rPr>
          <w:rFonts w:ascii="Arial" w:hAnsi="Arial"/>
          <w:b/>
          <w:sz w:val="22"/>
        </w:rPr>
        <w:t xml:space="preserve">Daisy  </w:t>
      </w:r>
      <w:r>
        <w:rPr>
          <w:rFonts w:ascii="Arial" w:hAnsi="Arial"/>
          <w:color w:val="5D7284"/>
          <w:sz w:val="22"/>
        </w:rPr>
        <w:t>13:00</w:t>
      </w:r>
    </w:p>
    <w:p>
      <w:pPr>
        <w:spacing w:after="0"/>
      </w:pPr>
      <w:r>
        <w:rPr>
          <w:rFonts w:ascii="Arial" w:hAnsi="Arial"/>
          <w:sz w:val="22"/>
        </w:rPr>
        <w:t>Yeah, okay. So it's worth mentioning at this point that like, throughout like my notes and stuff I'm referring to as a woman of color or a person of color, because that's how she referred to herself. Yeah. Although I recognize this, you know, I recognize there are some people who you know, really don't appreciate that term is kind of like, you know, a euphemistic explanation, you know, so just want to make it clear that I recognize that but in the same way that you know, I use a lot of you know, historical terms for disability that they're just the ones that feature</w:t>
      </w:r>
    </w:p>
    <w:p>
      <w:pPr>
        <w:spacing w:after="0"/>
      </w:pPr>
    </w:p>
    <w:p>
      <w:pPr>
        <w:spacing w:after="0"/>
      </w:pPr>
      <w:r>
        <w:rPr>
          <w:rFonts w:ascii="Arial" w:hAnsi="Arial"/>
          <w:b/>
          <w:sz w:val="22"/>
        </w:rPr>
        <w:t xml:space="preserve">Lucy  </w:t>
      </w:r>
      <w:r>
        <w:rPr>
          <w:rFonts w:ascii="Arial" w:hAnsi="Arial"/>
          <w:color w:val="5D7284"/>
          <w:sz w:val="22"/>
        </w:rPr>
        <w:t>13:39</w:t>
      </w:r>
    </w:p>
    <w:p>
      <w:pPr>
        <w:spacing w:after="0"/>
      </w:pPr>
      <w:r>
        <w:rPr>
          <w:rFonts w:ascii="Arial" w:hAnsi="Arial"/>
          <w:sz w:val="22"/>
        </w:rPr>
        <w:t>Or you talk about Nazis. Yeah, I do talk</w:t>
      </w:r>
    </w:p>
    <w:p>
      <w:pPr>
        <w:spacing w:after="0"/>
      </w:pPr>
    </w:p>
    <w:p>
      <w:pPr>
        <w:spacing w:after="0"/>
      </w:pPr>
      <w:r>
        <w:rPr>
          <w:rFonts w:ascii="Arial" w:hAnsi="Arial"/>
          <w:b/>
          <w:sz w:val="22"/>
        </w:rPr>
        <w:t xml:space="preserve">Daisy  </w:t>
      </w:r>
      <w:r>
        <w:rPr>
          <w:rFonts w:ascii="Arial" w:hAnsi="Arial"/>
          <w:color w:val="5D7284"/>
          <w:sz w:val="22"/>
        </w:rPr>
        <w:t>13:42</w:t>
      </w:r>
    </w:p>
    <w:p>
      <w:pPr>
        <w:spacing w:after="0"/>
      </w:pPr>
      <w:r>
        <w:rPr>
          <w:rFonts w:ascii="Arial" w:hAnsi="Arial"/>
          <w:sz w:val="22"/>
        </w:rPr>
        <w:t xml:space="preserve">About Nazis a lot, but related to the terminology, it just comes up. Yeah. Like yeah, I'd like to point out that Nazis don't come up in my notes at all. Even though she was born in 1934 And so that was happening at the same time </w:t>
      </w:r>
    </w:p>
    <w:p>
      <w:pPr>
        <w:spacing w:after="0"/>
      </w:pPr>
    </w:p>
    <w:p>
      <w:pPr>
        <w:spacing w:after="0"/>
      </w:pPr>
      <w:r>
        <w:rPr>
          <w:rFonts w:ascii="Arial" w:hAnsi="Arial"/>
          <w:b/>
          <w:sz w:val="22"/>
        </w:rPr>
        <w:t xml:space="preserve">Lucy  </w:t>
      </w:r>
      <w:r>
        <w:rPr>
          <w:rFonts w:ascii="Arial" w:hAnsi="Arial"/>
          <w:color w:val="5D7284"/>
          <w:sz w:val="22"/>
        </w:rPr>
        <w:t>14:01</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14:02</w:t>
      </w:r>
    </w:p>
    <w:p>
      <w:pPr>
        <w:spacing w:after="0"/>
      </w:pPr>
      <w:r>
        <w:rPr>
          <w:rFonts w:ascii="Arial" w:hAnsi="Arial"/>
          <w:sz w:val="22"/>
        </w:rPr>
        <w:t xml:space="preserve"> Doesn't even mention</w:t>
      </w:r>
    </w:p>
    <w:p>
      <w:pPr>
        <w:spacing w:after="0"/>
      </w:pPr>
    </w:p>
    <w:p>
      <w:pPr>
        <w:spacing w:after="0"/>
      </w:pPr>
      <w:r>
        <w:rPr>
          <w:rFonts w:ascii="Arial" w:hAnsi="Arial"/>
          <w:b/>
          <w:sz w:val="22"/>
        </w:rPr>
        <w:t xml:space="preserve">Alice  </w:t>
      </w:r>
      <w:r>
        <w:rPr>
          <w:rFonts w:ascii="Arial" w:hAnsi="Arial"/>
          <w:color w:val="5D7284"/>
          <w:sz w:val="22"/>
        </w:rPr>
        <w:t>14:04</w:t>
      </w:r>
    </w:p>
    <w:p>
      <w:pPr>
        <w:spacing w:after="0"/>
      </w:pPr>
      <w:r>
        <w:rPr>
          <w:rFonts w:ascii="Arial" w:hAnsi="Arial"/>
          <w:sz w:val="22"/>
        </w:rPr>
        <w:t>of all the people when we were talking about what was his name the The Lion King it from like, hundreds and hundreds of years ago still managed by narcissists. Yeah, and in this one episode, where it's actually set in 1934 Lucy's the one to bring up the Nazi so well done this was a trigger one the beginning of this now</w:t>
      </w:r>
    </w:p>
    <w:p>
      <w:pPr>
        <w:spacing w:after="0"/>
      </w:pPr>
    </w:p>
    <w:p>
      <w:pPr>
        <w:spacing w:after="0"/>
      </w:pPr>
      <w:r>
        <w:rPr>
          <w:rFonts w:ascii="Arial" w:hAnsi="Arial"/>
          <w:b/>
          <w:sz w:val="22"/>
        </w:rPr>
        <w:t xml:space="preserve">Lucy  </w:t>
      </w:r>
      <w:r>
        <w:rPr>
          <w:rFonts w:ascii="Arial" w:hAnsi="Arial"/>
          <w:color w:val="5D7284"/>
          <w:sz w:val="22"/>
        </w:rPr>
        <w:t>14:31</w:t>
      </w:r>
    </w:p>
    <w:p>
      <w:pPr>
        <w:spacing w:after="0"/>
      </w:pPr>
      <w:r>
        <w:rPr>
          <w:rFonts w:ascii="Arial" w:hAnsi="Arial"/>
          <w:sz w:val="22"/>
        </w:rPr>
        <w:t>posted it's fine.</w:t>
      </w:r>
    </w:p>
    <w:p>
      <w:pPr>
        <w:spacing w:after="0"/>
      </w:pPr>
    </w:p>
    <w:p>
      <w:pPr>
        <w:spacing w:after="0"/>
      </w:pPr>
      <w:r>
        <w:rPr>
          <w:rFonts w:ascii="Arial" w:hAnsi="Arial"/>
          <w:b/>
          <w:sz w:val="22"/>
        </w:rPr>
        <w:t xml:space="preserve">Alice  </w:t>
      </w:r>
      <w:r>
        <w:rPr>
          <w:rFonts w:ascii="Arial" w:hAnsi="Arial"/>
          <w:color w:val="5D7284"/>
          <w:sz w:val="22"/>
        </w:rPr>
        <w:t>14:34</w:t>
      </w:r>
    </w:p>
    <w:p>
      <w:pPr>
        <w:spacing w:after="0"/>
      </w:pPr>
      <w:r>
        <w:rPr>
          <w:rFonts w:ascii="Arial" w:hAnsi="Arial"/>
          <w:sz w:val="22"/>
        </w:rPr>
        <w:t>I think that might be the subtitle this episode is don't worry.</w:t>
      </w:r>
    </w:p>
    <w:p>
      <w:pPr>
        <w:spacing w:after="0"/>
      </w:pPr>
    </w:p>
    <w:p>
      <w:pPr>
        <w:spacing w:after="0"/>
      </w:pPr>
      <w:r>
        <w:rPr>
          <w:rFonts w:ascii="Arial" w:hAnsi="Arial"/>
          <w:b/>
          <w:sz w:val="22"/>
        </w:rPr>
        <w:t xml:space="preserve">Daisy  </w:t>
      </w:r>
      <w:r>
        <w:rPr>
          <w:rFonts w:ascii="Arial" w:hAnsi="Arial"/>
          <w:color w:val="5D7284"/>
          <w:sz w:val="22"/>
        </w:rPr>
        <w:t>14:41</w:t>
      </w:r>
    </w:p>
    <w:p>
      <w:pPr>
        <w:spacing w:after="0"/>
      </w:pPr>
      <w:r>
        <w:rPr>
          <w:rFonts w:ascii="Arial" w:hAnsi="Arial"/>
          <w:sz w:val="22"/>
        </w:rPr>
        <w:t>The subtitle of every episode, released every historian</w:t>
      </w:r>
    </w:p>
    <w:p>
      <w:pPr>
        <w:spacing w:after="0"/>
      </w:pPr>
    </w:p>
    <w:p>
      <w:pPr>
        <w:spacing w:after="0"/>
      </w:pPr>
      <w:r>
        <w:rPr>
          <w:rFonts w:ascii="Arial" w:hAnsi="Arial"/>
          <w:b/>
          <w:sz w:val="22"/>
        </w:rPr>
        <w:t xml:space="preserve">Lucy  </w:t>
      </w:r>
      <w:r>
        <w:rPr>
          <w:rFonts w:ascii="Arial" w:hAnsi="Arial"/>
          <w:color w:val="5D7284"/>
          <w:sz w:val="22"/>
        </w:rPr>
        <w:t>14:46</w:t>
      </w:r>
    </w:p>
    <w:p>
      <w:pPr>
        <w:spacing w:after="0"/>
      </w:pPr>
      <w:r>
        <w:rPr>
          <w:rFonts w:ascii="Arial" w:hAnsi="Arial"/>
          <w:sz w:val="22"/>
        </w:rPr>
        <w:t>Will swap this out with post</w:t>
      </w:r>
    </w:p>
    <w:p>
      <w:pPr>
        <w:spacing w:after="0"/>
      </w:pPr>
    </w:p>
    <w:p>
      <w:pPr>
        <w:spacing w:after="0"/>
      </w:pPr>
      <w:r>
        <w:rPr>
          <w:rFonts w:ascii="Arial" w:hAnsi="Arial"/>
          <w:b/>
          <w:sz w:val="22"/>
        </w:rPr>
        <w:t xml:space="preserve">Daisy  </w:t>
      </w:r>
      <w:r>
        <w:rPr>
          <w:rFonts w:ascii="Arial" w:hAnsi="Arial"/>
          <w:color w:val="5D7284"/>
          <w:sz w:val="22"/>
        </w:rPr>
        <w:t>14:50</w:t>
      </w:r>
    </w:p>
    <w:p>
      <w:pPr>
        <w:spacing w:after="0"/>
      </w:pPr>
      <w:r>
        <w:rPr>
          <w:rFonts w:ascii="Arial" w:hAnsi="Arial"/>
          <w:sz w:val="22"/>
        </w:rPr>
        <w:t>Just cut out the trumpet.</w:t>
      </w:r>
    </w:p>
    <w:p>
      <w:pPr>
        <w:spacing w:after="0"/>
      </w:pPr>
    </w:p>
    <w:p>
      <w:pPr>
        <w:spacing w:after="0"/>
      </w:pPr>
      <w:r>
        <w:rPr>
          <w:rFonts w:ascii="Arial" w:hAnsi="Arial"/>
          <w:b/>
          <w:sz w:val="22"/>
        </w:rPr>
        <w:t xml:space="preserve">Alice  </w:t>
      </w:r>
      <w:r>
        <w:rPr>
          <w:rFonts w:ascii="Arial" w:hAnsi="Arial"/>
          <w:color w:val="5D7284"/>
          <w:sz w:val="22"/>
        </w:rPr>
        <w:t>14:54</w:t>
      </w:r>
    </w:p>
    <w:p>
      <w:pPr>
        <w:spacing w:after="0"/>
      </w:pPr>
      <w:r>
        <w:rPr>
          <w:rFonts w:ascii="Arial" w:hAnsi="Arial"/>
          <w:sz w:val="22"/>
        </w:rPr>
        <w:t>We've We've been recording for nearly 15 minutes and I don't feel like I know more than how A name</w:t>
      </w:r>
    </w:p>
    <w:p>
      <w:pPr>
        <w:spacing w:after="0"/>
      </w:pPr>
    </w:p>
    <w:p>
      <w:pPr>
        <w:spacing w:after="0"/>
      </w:pPr>
      <w:r>
        <w:rPr>
          <w:rFonts w:ascii="Arial" w:hAnsi="Arial"/>
          <w:b/>
          <w:sz w:val="22"/>
        </w:rPr>
        <w:t xml:space="preserve">Daisy  </w:t>
      </w:r>
      <w:r>
        <w:rPr>
          <w:rFonts w:ascii="Arial" w:hAnsi="Arial"/>
          <w:color w:val="5D7284"/>
          <w:sz w:val="22"/>
        </w:rPr>
        <w:t>15:03</w:t>
      </w:r>
    </w:p>
    <w:p>
      <w:pPr>
        <w:spacing w:after="0"/>
      </w:pPr>
      <w:r>
        <w:rPr>
          <w:rFonts w:ascii="Arial" w:hAnsi="Arial"/>
          <w:sz w:val="22"/>
        </w:rPr>
        <w:t>That is only partially my fault. Okay, so when she was a kid, she was, well, she wouldn't be later as well. When she was because she was so short sighted that she was considered like legally blind. Okay? Yeah. I was gonna say when she was a kid, like she didn't stop being short sighted when she grew up, like</w:t>
      </w:r>
    </w:p>
    <w:p>
      <w:pPr>
        <w:spacing w:after="0"/>
      </w:pPr>
    </w:p>
    <w:p>
      <w:pPr>
        <w:spacing w:after="0"/>
      </w:pPr>
      <w:r>
        <w:rPr>
          <w:rFonts w:ascii="Arial" w:hAnsi="Arial"/>
          <w:b/>
          <w:sz w:val="22"/>
        </w:rPr>
        <w:t xml:space="preserve">Lucy  </w:t>
      </w:r>
      <w:r>
        <w:rPr>
          <w:rFonts w:ascii="Arial" w:hAnsi="Arial"/>
          <w:color w:val="5D7284"/>
          <w:sz w:val="22"/>
        </w:rPr>
        <w:t>15:33</w:t>
      </w:r>
    </w:p>
    <w:p>
      <w:pPr>
        <w:spacing w:after="0"/>
      </w:pPr>
      <w:r>
        <w:rPr>
          <w:rFonts w:ascii="Arial" w:hAnsi="Arial"/>
          <w:sz w:val="22"/>
        </w:rPr>
        <w:t>A blue badge taken off for like, Oh, you're fine now crack on.</w:t>
      </w:r>
    </w:p>
    <w:p>
      <w:pPr>
        <w:spacing w:after="0"/>
      </w:pPr>
    </w:p>
    <w:p>
      <w:pPr>
        <w:spacing w:after="0"/>
      </w:pPr>
      <w:r>
        <w:rPr>
          <w:rFonts w:ascii="Arial" w:hAnsi="Arial"/>
          <w:b/>
          <w:sz w:val="22"/>
        </w:rPr>
        <w:t xml:space="preserve">Daisy  </w:t>
      </w:r>
      <w:r>
        <w:rPr>
          <w:rFonts w:ascii="Arial" w:hAnsi="Arial"/>
          <w:color w:val="5D7284"/>
          <w:sz w:val="22"/>
        </w:rPr>
        <w:t>15:38</w:t>
      </w:r>
    </w:p>
    <w:p>
      <w:pPr>
        <w:spacing w:after="0"/>
      </w:pPr>
      <w:r>
        <w:rPr>
          <w:rFonts w:ascii="Arial" w:hAnsi="Arial"/>
          <w:sz w:val="22"/>
        </w:rPr>
        <w:t xml:space="preserve">Yeah, it wasn't, it wasn't like, you know, they suddenly gave her a pair of glasses. And then it was like, Oh, it turns out it was not easy all this time. </w:t>
      </w:r>
    </w:p>
    <w:p>
      <w:pPr>
        <w:spacing w:after="0"/>
      </w:pPr>
    </w:p>
    <w:p>
      <w:pPr>
        <w:spacing w:after="0"/>
      </w:pPr>
      <w:r>
        <w:rPr>
          <w:rFonts w:ascii="Arial" w:hAnsi="Arial"/>
          <w:b/>
          <w:sz w:val="22"/>
        </w:rPr>
        <w:t xml:space="preserve">Alice  </w:t>
      </w:r>
      <w:r>
        <w:rPr>
          <w:rFonts w:ascii="Arial" w:hAnsi="Arial"/>
          <w:color w:val="5D7284"/>
          <w:sz w:val="22"/>
        </w:rPr>
        <w:t>15:46</w:t>
      </w:r>
    </w:p>
    <w:p>
      <w:pPr>
        <w:spacing w:after="0"/>
      </w:pPr>
      <w:r>
        <w:rPr>
          <w:rFonts w:ascii="Arial" w:hAnsi="Arial"/>
          <w:sz w:val="22"/>
        </w:rPr>
        <w:t>She just grew out of it. It's like, I'm bored of this now. To see. Yeah.</w:t>
      </w:r>
    </w:p>
    <w:p>
      <w:pPr>
        <w:spacing w:after="0"/>
      </w:pPr>
    </w:p>
    <w:p>
      <w:pPr>
        <w:spacing w:after="0"/>
      </w:pPr>
      <w:r>
        <w:rPr>
          <w:rFonts w:ascii="Arial" w:hAnsi="Arial"/>
          <w:b/>
          <w:sz w:val="22"/>
        </w:rPr>
        <w:t xml:space="preserve">Daisy  </w:t>
      </w:r>
      <w:r>
        <w:rPr>
          <w:rFonts w:ascii="Arial" w:hAnsi="Arial"/>
          <w:color w:val="5D7284"/>
          <w:sz w:val="22"/>
        </w:rPr>
        <w:t>15:51</w:t>
      </w:r>
    </w:p>
    <w:p>
      <w:pPr>
        <w:spacing w:after="0"/>
      </w:pPr>
      <w:r>
        <w:rPr>
          <w:rFonts w:ascii="Arial" w:hAnsi="Arial"/>
          <w:sz w:val="22"/>
        </w:rPr>
        <w:t>But yeah, so in this instance, in, you know, this is this is more for the audience than us because I'm sure your particular I was well aware of this, that in this instance, it takes into consideration the vision correction, like, you know, glasses and contact lenses and things like that, but when you are very severely short sighted, like, all of that sort of correction, there's still an amount of your vision that you'll never get back in, in in particular, that sort of clarity from a distance. And so my mom is appallingly short sighted, and I've inherited some of that as well. Thanks, Mom. So she's like, to anyone who is short sighted might recognize what these numbers mean. No one else well, my mom was about minus 13 Okay, in her eyes and I'm about minus eight now, so when my my friends sometimes say oh yeah, I'm really short sighted and then minus 4.5 and then try on my glasses and go</w:t>
      </w:r>
    </w:p>
    <w:p>
      <w:pPr>
        <w:spacing w:after="0"/>
      </w:pPr>
    </w:p>
    <w:p>
      <w:pPr>
        <w:spacing w:after="0"/>
      </w:pPr>
      <w:r>
        <w:rPr>
          <w:rFonts w:ascii="Arial" w:hAnsi="Arial"/>
          <w:b/>
          <w:sz w:val="22"/>
        </w:rPr>
        <w:t xml:space="preserve">Alice  </w:t>
      </w:r>
      <w:r>
        <w:rPr>
          <w:rFonts w:ascii="Arial" w:hAnsi="Arial"/>
          <w:color w:val="5D7284"/>
          <w:sz w:val="22"/>
        </w:rPr>
        <w:t>16:58</w:t>
      </w:r>
    </w:p>
    <w:p>
      <w:pPr>
        <w:spacing w:after="0"/>
      </w:pPr>
      <w:r>
        <w:rPr>
          <w:rFonts w:ascii="Arial" w:hAnsi="Arial"/>
          <w:sz w:val="22"/>
        </w:rPr>
        <w:t>Oh gosh It's the conversation that I always get to hang out with people when they're like can you not can you not just try glasses? I was like</w:t>
      </w:r>
    </w:p>
    <w:p>
      <w:pPr>
        <w:spacing w:after="0"/>
      </w:pPr>
    </w:p>
    <w:p>
      <w:pPr>
        <w:spacing w:after="0"/>
      </w:pPr>
      <w:r>
        <w:rPr>
          <w:rFonts w:ascii="Arial" w:hAnsi="Arial"/>
          <w:b/>
          <w:sz w:val="22"/>
        </w:rPr>
        <w:t xml:space="preserve">Lucy  </w:t>
      </w:r>
      <w:r>
        <w:rPr>
          <w:rFonts w:ascii="Arial" w:hAnsi="Arial"/>
          <w:color w:val="5D7284"/>
          <w:sz w:val="22"/>
        </w:rPr>
        <w:t>17:13</w:t>
      </w:r>
    </w:p>
    <w:p>
      <w:pPr>
        <w:spacing w:after="0"/>
      </w:pPr>
      <w:r>
        <w:rPr>
          <w:rFonts w:ascii="Arial" w:hAnsi="Arial"/>
          <w:sz w:val="22"/>
        </w:rPr>
        <w:t>I never thought they ever say do this like Can you can you see this? Like like put the time right people don't know I can't I've got no feeling like really below my sort of halfway past my sort of Shin can't be I can feel it a little bit but not very much and they always go Can you feel that? No, I've just told you no. That's scary. Magical</w:t>
      </w:r>
    </w:p>
    <w:p>
      <w:pPr>
        <w:spacing w:after="0"/>
      </w:pPr>
    </w:p>
    <w:p>
      <w:pPr>
        <w:spacing w:after="0"/>
      </w:pPr>
      <w:r>
        <w:rPr>
          <w:rFonts w:ascii="Arial" w:hAnsi="Arial"/>
          <w:b/>
          <w:sz w:val="22"/>
        </w:rPr>
        <w:t xml:space="preserve">Alice  </w:t>
      </w:r>
      <w:r>
        <w:rPr>
          <w:rFonts w:ascii="Arial" w:hAnsi="Arial"/>
          <w:color w:val="5D7284"/>
          <w:sz w:val="22"/>
        </w:rPr>
        <w:t>17:47</w:t>
      </w:r>
    </w:p>
    <w:p>
      <w:pPr>
        <w:spacing w:after="0"/>
      </w:pPr>
      <w:r>
        <w:rPr>
          <w:rFonts w:ascii="Arial" w:hAnsi="Arial"/>
          <w:sz w:val="22"/>
        </w:rPr>
        <w:t>One person Yeah, (Lucy) yeah, (Daisy) yeah,</w:t>
      </w:r>
    </w:p>
    <w:p>
      <w:pPr>
        <w:spacing w:after="0"/>
      </w:pPr>
    </w:p>
    <w:p>
      <w:pPr>
        <w:spacing w:after="0"/>
      </w:pPr>
      <w:r>
        <w:rPr>
          <w:rFonts w:ascii="Arial" w:hAnsi="Arial"/>
          <w:b/>
          <w:sz w:val="22"/>
        </w:rPr>
        <w:t xml:space="preserve">Lucy  </w:t>
      </w:r>
      <w:r>
        <w:rPr>
          <w:rFonts w:ascii="Arial" w:hAnsi="Arial"/>
          <w:color w:val="5D7284"/>
          <w:sz w:val="22"/>
        </w:rPr>
        <w:t>17:50</w:t>
      </w:r>
    </w:p>
    <w:p>
      <w:pPr>
        <w:spacing w:after="0"/>
      </w:pPr>
      <w:r>
        <w:rPr>
          <w:rFonts w:ascii="Arial" w:hAnsi="Arial"/>
          <w:sz w:val="22"/>
        </w:rPr>
        <w:t>It's not...</w:t>
      </w:r>
    </w:p>
    <w:p>
      <w:pPr>
        <w:spacing w:after="0"/>
      </w:pPr>
    </w:p>
    <w:p>
      <w:pPr>
        <w:spacing w:after="0"/>
      </w:pPr>
      <w:r>
        <w:rPr>
          <w:rFonts w:ascii="Arial" w:hAnsi="Arial"/>
          <w:b/>
          <w:sz w:val="22"/>
        </w:rPr>
        <w:t xml:space="preserve">Alice  </w:t>
      </w:r>
      <w:r>
        <w:rPr>
          <w:rFonts w:ascii="Arial" w:hAnsi="Arial"/>
          <w:color w:val="5D7284"/>
          <w:sz w:val="22"/>
        </w:rPr>
        <w:t>17:50</w:t>
      </w:r>
    </w:p>
    <w:p>
      <w:pPr>
        <w:spacing w:after="0"/>
      </w:pPr>
      <w:r>
        <w:rPr>
          <w:rFonts w:ascii="Arial" w:hAnsi="Arial"/>
          <w:sz w:val="22"/>
        </w:rPr>
        <w:t>It's not a fun game for those of you out there who have ever wanted to have those conversations with disabled people. We don't like those games.</w:t>
      </w:r>
    </w:p>
    <w:p>
      <w:pPr>
        <w:spacing w:after="0"/>
      </w:pPr>
    </w:p>
    <w:p>
      <w:pPr>
        <w:spacing w:after="0"/>
      </w:pPr>
      <w:r>
        <w:rPr>
          <w:rFonts w:ascii="Arial" w:hAnsi="Arial"/>
          <w:b/>
          <w:sz w:val="22"/>
        </w:rPr>
        <w:t xml:space="preserve">Lucy  </w:t>
      </w:r>
      <w:r>
        <w:rPr>
          <w:rFonts w:ascii="Arial" w:hAnsi="Arial"/>
          <w:color w:val="5D7284"/>
          <w:sz w:val="22"/>
        </w:rPr>
        <w:t>18:00</w:t>
      </w:r>
    </w:p>
    <w:p>
      <w:pPr>
        <w:spacing w:after="0"/>
      </w:pPr>
      <w:r>
        <w:rPr>
          <w:rFonts w:ascii="Arial" w:hAnsi="Arial"/>
          <w:sz w:val="22"/>
        </w:rPr>
        <w:t>Yeah don't be a knob.</w:t>
      </w:r>
    </w:p>
    <w:p>
      <w:pPr>
        <w:spacing w:after="0"/>
      </w:pPr>
    </w:p>
    <w:p>
      <w:pPr>
        <w:spacing w:after="0"/>
      </w:pPr>
      <w:r>
        <w:rPr>
          <w:rFonts w:ascii="Arial" w:hAnsi="Arial"/>
          <w:b/>
          <w:sz w:val="22"/>
        </w:rPr>
        <w:t xml:space="preserve">Alice  </w:t>
      </w:r>
      <w:r>
        <w:rPr>
          <w:rFonts w:ascii="Arial" w:hAnsi="Arial"/>
          <w:color w:val="5D7284"/>
          <w:sz w:val="22"/>
        </w:rPr>
        <w:t>18:03</w:t>
      </w:r>
    </w:p>
    <w:p>
      <w:pPr>
        <w:spacing w:after="0"/>
      </w:pPr>
      <w:r>
        <w:rPr>
          <w:rFonts w:ascii="Arial" w:hAnsi="Arial"/>
          <w:sz w:val="22"/>
        </w:rPr>
        <w:t>If we suddenly discover there's something we didn't think we could do , that we can now do we will tell you... we do not need you to check</w:t>
      </w:r>
    </w:p>
    <w:p>
      <w:pPr>
        <w:spacing w:after="0"/>
      </w:pPr>
    </w:p>
    <w:p>
      <w:pPr>
        <w:spacing w:after="0"/>
      </w:pPr>
      <w:r>
        <w:rPr>
          <w:rFonts w:ascii="Arial" w:hAnsi="Arial"/>
          <w:b/>
          <w:sz w:val="22"/>
        </w:rPr>
        <w:t xml:space="preserve">Daisy  </w:t>
      </w:r>
      <w:r>
        <w:rPr>
          <w:rFonts w:ascii="Arial" w:hAnsi="Arial"/>
          <w:color w:val="5D7284"/>
          <w:sz w:val="22"/>
        </w:rPr>
        <w:t>18:12</w:t>
      </w:r>
    </w:p>
    <w:p>
      <w:pPr>
        <w:spacing w:after="0"/>
      </w:pPr>
      <w:r>
        <w:rPr>
          <w:rFonts w:ascii="Arial" w:hAnsi="Arial"/>
          <w:sz w:val="22"/>
        </w:rPr>
        <w:t>We will tell you we will be shouting about it we will not stop going on about it for a year and a half.  Yeah, look what I can do now. (Alice) Yeah.</w:t>
      </w:r>
    </w:p>
    <w:p>
      <w:pPr>
        <w:spacing w:after="0"/>
      </w:pPr>
    </w:p>
    <w:p>
      <w:pPr>
        <w:spacing w:after="0"/>
      </w:pPr>
      <w:r>
        <w:rPr>
          <w:rFonts w:ascii="Arial" w:hAnsi="Arial"/>
          <w:b/>
          <w:sz w:val="22"/>
        </w:rPr>
        <w:t xml:space="preserve">Alice  </w:t>
      </w:r>
      <w:r>
        <w:rPr>
          <w:rFonts w:ascii="Arial" w:hAnsi="Arial"/>
          <w:color w:val="5D7284"/>
          <w:sz w:val="22"/>
        </w:rPr>
        <w:t>18:20</w:t>
      </w:r>
    </w:p>
    <w:p>
      <w:pPr>
        <w:spacing w:after="0"/>
      </w:pPr>
      <w:r>
        <w:rPr>
          <w:rFonts w:ascii="Arial" w:hAnsi="Arial"/>
          <w:sz w:val="22"/>
        </w:rPr>
        <w:t>You remember that incurable irreversible condition I've got..guess what?!</w:t>
      </w:r>
    </w:p>
    <w:p>
      <w:pPr>
        <w:spacing w:after="0"/>
      </w:pPr>
    </w:p>
    <w:p>
      <w:pPr>
        <w:spacing w:after="0"/>
      </w:pPr>
      <w:r>
        <w:rPr>
          <w:rFonts w:ascii="Arial" w:hAnsi="Arial"/>
          <w:b/>
          <w:sz w:val="22"/>
        </w:rPr>
        <w:t xml:space="preserve">Daisy  </w:t>
      </w:r>
      <w:r>
        <w:rPr>
          <w:rFonts w:ascii="Arial" w:hAnsi="Arial"/>
          <w:color w:val="5D7284"/>
          <w:sz w:val="22"/>
        </w:rPr>
        <w:t>18:25</w:t>
      </w:r>
    </w:p>
    <w:p>
      <w:pPr>
        <w:spacing w:after="0"/>
      </w:pPr>
      <w:r>
        <w:rPr>
          <w:rFonts w:ascii="Arial" w:hAnsi="Arial"/>
          <w:sz w:val="22"/>
        </w:rPr>
        <w:t>I've had a carrot and now I can see</w:t>
      </w:r>
    </w:p>
    <w:p>
      <w:pPr>
        <w:spacing w:after="0"/>
      </w:pPr>
    </w:p>
    <w:p>
      <w:pPr>
        <w:spacing w:after="0"/>
      </w:pPr>
      <w:r>
        <w:rPr>
          <w:rFonts w:ascii="Arial" w:hAnsi="Arial"/>
          <w:b/>
          <w:sz w:val="22"/>
        </w:rPr>
        <w:t xml:space="preserve">Lucy  </w:t>
      </w:r>
      <w:r>
        <w:rPr>
          <w:rFonts w:ascii="Arial" w:hAnsi="Arial"/>
          <w:color w:val="5D7284"/>
          <w:sz w:val="22"/>
        </w:rPr>
        <w:t>18:30</w:t>
      </w:r>
    </w:p>
    <w:p>
      <w:pPr>
        <w:spacing w:after="0"/>
      </w:pPr>
      <w:r>
        <w:rPr>
          <w:rFonts w:ascii="Arial" w:hAnsi="Arial"/>
          <w:sz w:val="22"/>
        </w:rPr>
        <w:t>Aye.. what?...(Daisy) Carrot. Oh I thought you said parrot</w:t>
      </w:r>
    </w:p>
    <w:p>
      <w:pPr>
        <w:spacing w:after="0"/>
      </w:pPr>
    </w:p>
    <w:p>
      <w:pPr>
        <w:spacing w:after="0"/>
      </w:pPr>
      <w:r>
        <w:rPr>
          <w:rFonts w:ascii="Arial" w:hAnsi="Arial"/>
          <w:b/>
          <w:sz w:val="22"/>
        </w:rPr>
        <w:t xml:space="preserve">Alice  </w:t>
      </w:r>
      <w:r>
        <w:rPr>
          <w:rFonts w:ascii="Arial" w:hAnsi="Arial"/>
          <w:color w:val="5D7284"/>
          <w:sz w:val="22"/>
        </w:rPr>
        <w:t>18:38</w:t>
      </w:r>
    </w:p>
    <w:p>
      <w:pPr>
        <w:spacing w:after="0"/>
      </w:pPr>
      <w:r>
        <w:rPr>
          <w:rFonts w:ascii="Arial" w:hAnsi="Arial"/>
          <w:sz w:val="22"/>
        </w:rPr>
        <w:t>Famously, parrots are what you eat for good eyesight. They always say to eat your parrots will be able to see in the dark. (Lucy laughs)  (Laughs) No we are leaving all of this in. This is classic labeled content.</w:t>
      </w:r>
    </w:p>
    <w:p>
      <w:pPr>
        <w:spacing w:after="0"/>
      </w:pPr>
    </w:p>
    <w:p>
      <w:pPr>
        <w:spacing w:after="0"/>
      </w:pPr>
      <w:r>
        <w:rPr>
          <w:rFonts w:ascii="Arial" w:hAnsi="Arial"/>
          <w:b/>
          <w:sz w:val="22"/>
        </w:rPr>
        <w:t xml:space="preserve">Lucy  </w:t>
      </w:r>
      <w:r>
        <w:rPr>
          <w:rFonts w:ascii="Arial" w:hAnsi="Arial"/>
          <w:color w:val="5D7284"/>
          <w:sz w:val="22"/>
        </w:rPr>
        <w:t>18:57</w:t>
      </w:r>
    </w:p>
    <w:p>
      <w:pPr>
        <w:spacing w:after="0"/>
      </w:pPr>
      <w:r>
        <w:rPr>
          <w:rFonts w:ascii="Arial" w:hAnsi="Arial"/>
          <w:sz w:val="22"/>
        </w:rPr>
        <w:t>(Laughs) Why do I always feel like I'm drunk when I do these history lessons? even though I haven't had a drink.</w:t>
      </w:r>
    </w:p>
    <w:p>
      <w:pPr>
        <w:spacing w:after="0"/>
      </w:pPr>
    </w:p>
    <w:p>
      <w:pPr>
        <w:spacing w:after="0"/>
      </w:pPr>
      <w:r>
        <w:rPr>
          <w:rFonts w:ascii="Arial" w:hAnsi="Arial"/>
          <w:b/>
          <w:sz w:val="22"/>
        </w:rPr>
        <w:t xml:space="preserve">Daisy  </w:t>
      </w:r>
      <w:r>
        <w:rPr>
          <w:rFonts w:ascii="Arial" w:hAnsi="Arial"/>
          <w:color w:val="5D7284"/>
          <w:sz w:val="22"/>
        </w:rPr>
        <w:t>18:59</w:t>
      </w:r>
    </w:p>
    <w:p>
      <w:pPr>
        <w:spacing w:after="0"/>
      </w:pPr>
      <w:r>
        <w:rPr>
          <w:rFonts w:ascii="Arial" w:hAnsi="Arial"/>
          <w:sz w:val="22"/>
        </w:rPr>
        <w:t>Maybe it's my influence I don't know if I'm wearing a very bright jumper if my immune system suddenly started working, I would not be able to shut up about it. No, like I've got some new dishwasher tablets and I haven't shut up about it today.</w:t>
      </w:r>
    </w:p>
    <w:p>
      <w:pPr>
        <w:spacing w:after="0"/>
      </w:pPr>
    </w:p>
    <w:p>
      <w:pPr>
        <w:spacing w:after="0"/>
      </w:pPr>
      <w:r>
        <w:rPr>
          <w:rFonts w:ascii="Arial" w:hAnsi="Arial"/>
          <w:b/>
          <w:sz w:val="22"/>
        </w:rPr>
        <w:t xml:space="preserve">Alice  </w:t>
      </w:r>
      <w:r>
        <w:rPr>
          <w:rFonts w:ascii="Arial" w:hAnsi="Arial"/>
          <w:color w:val="5D7284"/>
          <w:sz w:val="22"/>
        </w:rPr>
        <w:t>19:21</w:t>
      </w:r>
    </w:p>
    <w:p>
      <w:pPr>
        <w:spacing w:after="0"/>
      </w:pPr>
      <w:r>
        <w:rPr>
          <w:rFonts w:ascii="Arial" w:hAnsi="Arial"/>
          <w:sz w:val="22"/>
        </w:rPr>
        <w:t>I'm looking forward to hearing about your dishwasher tablets after we finished recording Daisy. Love a dishwasher recommendation. (laughs)</w:t>
      </w:r>
    </w:p>
    <w:p>
      <w:pPr>
        <w:spacing w:after="0"/>
      </w:pPr>
    </w:p>
    <w:p>
      <w:pPr>
        <w:spacing w:after="0"/>
      </w:pPr>
      <w:r>
        <w:rPr>
          <w:rFonts w:ascii="Arial" w:hAnsi="Arial"/>
          <w:b/>
          <w:sz w:val="22"/>
        </w:rPr>
        <w:t xml:space="preserve">Daisy  </w:t>
      </w:r>
      <w:r>
        <w:rPr>
          <w:rFonts w:ascii="Arial" w:hAnsi="Arial"/>
          <w:color w:val="5D7284"/>
          <w:sz w:val="22"/>
        </w:rPr>
        <w:t>19:32</w:t>
      </w:r>
    </w:p>
    <w:p>
      <w:pPr>
        <w:spacing w:after="0"/>
      </w:pPr>
      <w:r>
        <w:rPr>
          <w:rFonts w:ascii="Arial" w:hAnsi="Arial"/>
          <w:sz w:val="22"/>
        </w:rPr>
        <w:t>Oh it's great. I texted my mum, I text all my friends</w:t>
      </w:r>
    </w:p>
    <w:p>
      <w:pPr>
        <w:spacing w:after="0"/>
      </w:pPr>
    </w:p>
    <w:p>
      <w:pPr>
        <w:spacing w:after="0"/>
      </w:pPr>
      <w:r>
        <w:rPr>
          <w:rFonts w:ascii="Arial" w:hAnsi="Arial"/>
          <w:b/>
          <w:sz w:val="22"/>
        </w:rPr>
        <w:t xml:space="preserve">Lucy  </w:t>
      </w:r>
      <w:r>
        <w:rPr>
          <w:rFonts w:ascii="Arial" w:hAnsi="Arial"/>
          <w:color w:val="5D7284"/>
          <w:sz w:val="22"/>
        </w:rPr>
        <w:t>19:38</w:t>
      </w:r>
    </w:p>
    <w:p>
      <w:pPr>
        <w:spacing w:after="0"/>
      </w:pPr>
      <w:r>
        <w:rPr>
          <w:rFonts w:ascii="Arial" w:hAnsi="Arial"/>
          <w:sz w:val="22"/>
        </w:rPr>
        <w:t>I had some really good pasta last night and haven't shut up about that all day. So Audrey Lord, yeah.</w:t>
      </w:r>
    </w:p>
    <w:p>
      <w:pPr>
        <w:spacing w:after="0"/>
      </w:pPr>
    </w:p>
    <w:p>
      <w:pPr>
        <w:spacing w:after="0"/>
      </w:pPr>
      <w:r>
        <w:rPr>
          <w:rFonts w:ascii="Arial" w:hAnsi="Arial"/>
          <w:b/>
          <w:sz w:val="22"/>
        </w:rPr>
        <w:t xml:space="preserve">Daisy  </w:t>
      </w:r>
      <w:r>
        <w:rPr>
          <w:rFonts w:ascii="Arial" w:hAnsi="Arial"/>
          <w:color w:val="5D7284"/>
          <w:sz w:val="22"/>
        </w:rPr>
        <w:t>19:47</w:t>
      </w:r>
    </w:p>
    <w:p>
      <w:pPr>
        <w:spacing w:after="0"/>
      </w:pPr>
      <w:r>
        <w:rPr>
          <w:rFonts w:ascii="Arial" w:hAnsi="Arial"/>
          <w:sz w:val="22"/>
        </w:rPr>
        <w:t>But nearly halfway done the first page</w:t>
      </w:r>
    </w:p>
    <w:p>
      <w:pPr>
        <w:spacing w:after="0"/>
      </w:pPr>
    </w:p>
    <w:p>
      <w:pPr>
        <w:spacing w:after="0"/>
      </w:pPr>
      <w:r>
        <w:rPr>
          <w:rFonts w:ascii="Arial" w:hAnsi="Arial"/>
          <w:b/>
          <w:sz w:val="22"/>
        </w:rPr>
        <w:t xml:space="preserve">Lucy  </w:t>
      </w:r>
      <w:r>
        <w:rPr>
          <w:rFonts w:ascii="Arial" w:hAnsi="Arial"/>
          <w:color w:val="5D7284"/>
          <w:sz w:val="22"/>
        </w:rPr>
        <w:t>19:51</w:t>
      </w:r>
    </w:p>
    <w:p>
      <w:pPr>
        <w:spacing w:after="0"/>
      </w:pPr>
      <w:r>
        <w:rPr>
          <w:rFonts w:ascii="Arial" w:hAnsi="Arial"/>
          <w:sz w:val="22"/>
        </w:rPr>
        <w:t>Doing well come on.</w:t>
      </w:r>
    </w:p>
    <w:p>
      <w:pPr>
        <w:spacing w:after="0"/>
      </w:pPr>
    </w:p>
    <w:p>
      <w:pPr>
        <w:spacing w:after="0"/>
      </w:pPr>
      <w:r>
        <w:rPr>
          <w:rFonts w:ascii="Arial" w:hAnsi="Arial"/>
          <w:b/>
          <w:sz w:val="22"/>
        </w:rPr>
        <w:t xml:space="preserve">Daisy  </w:t>
      </w:r>
      <w:r>
        <w:rPr>
          <w:rFonts w:ascii="Arial" w:hAnsi="Arial"/>
          <w:color w:val="5D7284"/>
          <w:sz w:val="22"/>
        </w:rPr>
        <w:t>19:53</w:t>
      </w:r>
    </w:p>
    <w:p>
      <w:pPr>
        <w:spacing w:after="0"/>
      </w:pPr>
      <w:r>
        <w:rPr>
          <w:rFonts w:ascii="Arial" w:hAnsi="Arial"/>
          <w:sz w:val="22"/>
        </w:rPr>
        <w:t>Yeah..nailing this. (laughs)</w:t>
      </w:r>
    </w:p>
    <w:p>
      <w:pPr>
        <w:spacing w:after="0"/>
      </w:pPr>
    </w:p>
    <w:p>
      <w:pPr>
        <w:spacing w:after="0"/>
      </w:pPr>
      <w:r>
        <w:rPr>
          <w:rFonts w:ascii="Arial" w:hAnsi="Arial"/>
          <w:b/>
          <w:sz w:val="22"/>
        </w:rPr>
        <w:t xml:space="preserve">Alice  </w:t>
      </w:r>
      <w:r>
        <w:rPr>
          <w:rFonts w:ascii="Arial" w:hAnsi="Arial"/>
          <w:color w:val="5D7284"/>
          <w:sz w:val="22"/>
        </w:rPr>
        <w:t>19:54</w:t>
      </w:r>
    </w:p>
    <w:p>
      <w:pPr>
        <w:spacing w:after="0"/>
      </w:pPr>
      <w:r>
        <w:rPr>
          <w:rFonts w:ascii="Arial" w:hAnsi="Arial"/>
          <w:sz w:val="22"/>
        </w:rPr>
        <w:t>We haven't got past age nine yet.</w:t>
      </w:r>
    </w:p>
    <w:p>
      <w:pPr>
        <w:spacing w:after="0"/>
      </w:pPr>
    </w:p>
    <w:p>
      <w:pPr>
        <w:spacing w:after="0"/>
      </w:pPr>
      <w:r>
        <w:rPr>
          <w:rFonts w:ascii="Arial" w:hAnsi="Arial"/>
          <w:b/>
          <w:sz w:val="22"/>
        </w:rPr>
        <w:t xml:space="preserve">Daisy  </w:t>
      </w:r>
      <w:r>
        <w:rPr>
          <w:rFonts w:ascii="Arial" w:hAnsi="Arial"/>
          <w:color w:val="5D7284"/>
          <w:sz w:val="22"/>
        </w:rPr>
        <w:t>19:58</w:t>
      </w:r>
    </w:p>
    <w:p>
      <w:pPr>
        <w:spacing w:after="0"/>
      </w:pPr>
      <w:r>
        <w:rPr>
          <w:rFonts w:ascii="Arial" w:hAnsi="Arial"/>
          <w:sz w:val="22"/>
        </w:rPr>
        <w:t>Oh, it's worse that we haven't even got past age four.</w:t>
      </w:r>
    </w:p>
    <w:p>
      <w:pPr>
        <w:spacing w:after="0"/>
      </w:pPr>
    </w:p>
    <w:p>
      <w:pPr>
        <w:spacing w:after="0"/>
      </w:pPr>
      <w:r>
        <w:rPr>
          <w:rFonts w:ascii="Arial" w:hAnsi="Arial"/>
          <w:b/>
          <w:sz w:val="22"/>
        </w:rPr>
        <w:t xml:space="preserve">Lucy  </w:t>
      </w:r>
      <w:r>
        <w:rPr>
          <w:rFonts w:ascii="Arial" w:hAnsi="Arial"/>
          <w:color w:val="5D7284"/>
          <w:sz w:val="22"/>
        </w:rPr>
        <w:t>20:01</w:t>
      </w:r>
    </w:p>
    <w:p>
      <w:pPr>
        <w:spacing w:after="0"/>
      </w:pPr>
      <w:r>
        <w:rPr>
          <w:rFonts w:ascii="Arial" w:hAnsi="Arial"/>
          <w:sz w:val="22"/>
        </w:rPr>
        <w:t xml:space="preserve"> Oh, we better shut up and listen aye.</w:t>
      </w:r>
    </w:p>
    <w:p>
      <w:pPr>
        <w:spacing w:after="0"/>
      </w:pPr>
    </w:p>
    <w:p>
      <w:pPr>
        <w:spacing w:after="0"/>
      </w:pPr>
      <w:r>
        <w:rPr>
          <w:rFonts w:ascii="Arial" w:hAnsi="Arial"/>
          <w:b/>
          <w:sz w:val="22"/>
        </w:rPr>
        <w:t xml:space="preserve">Daisy  </w:t>
      </w:r>
      <w:r>
        <w:rPr>
          <w:rFonts w:ascii="Arial" w:hAnsi="Arial"/>
          <w:color w:val="5D7284"/>
          <w:sz w:val="22"/>
        </w:rPr>
        <w:t>20:07</w:t>
      </w:r>
    </w:p>
    <w:p>
      <w:pPr>
        <w:spacing w:after="0"/>
      </w:pPr>
      <w:r>
        <w:rPr>
          <w:rFonts w:ascii="Arial" w:hAnsi="Arial"/>
          <w:sz w:val="22"/>
        </w:rPr>
        <w:t>Ok, because of, you know, this visual impairment of being incredibly short sighted to the point of being legally blind. It may well have been because of that, that she, she learned to read, write and talk all around the same time. Yeah, when she was age about four you know, her mother would read to her and she would read it and write it and learn how to say all these things out loud as they were loud. Yeah, yeah. And that may well be because, you know, she struggled to see things. She also struggled a bit with her communication, making her thoughts and feelings known, which is you know, someone dead inside it's very relatable. And</w:t>
      </w:r>
    </w:p>
    <w:p>
      <w:pPr>
        <w:spacing w:after="0"/>
      </w:pPr>
    </w:p>
    <w:p>
      <w:pPr>
        <w:spacing w:after="0"/>
      </w:pPr>
      <w:r>
        <w:rPr>
          <w:rFonts w:ascii="Arial" w:hAnsi="Arial"/>
          <w:b/>
          <w:sz w:val="22"/>
        </w:rPr>
        <w:t xml:space="preserve">Alice  </w:t>
      </w:r>
      <w:r>
        <w:rPr>
          <w:rFonts w:ascii="Arial" w:hAnsi="Arial"/>
          <w:color w:val="5D7284"/>
          <w:sz w:val="22"/>
        </w:rPr>
        <w:t>21:03</w:t>
      </w:r>
    </w:p>
    <w:p>
      <w:pPr>
        <w:spacing w:after="0"/>
      </w:pPr>
      <w:r>
        <w:rPr>
          <w:rFonts w:ascii="Arial" w:hAnsi="Arial"/>
          <w:sz w:val="22"/>
        </w:rPr>
        <w:t>Just the sheer silence of me and Lucy trying not to laugh (both start laughing)</w:t>
      </w:r>
    </w:p>
    <w:p>
      <w:pPr>
        <w:spacing w:after="0"/>
      </w:pPr>
    </w:p>
    <w:p>
      <w:pPr>
        <w:spacing w:after="0"/>
      </w:pPr>
      <w:r>
        <w:rPr>
          <w:rFonts w:ascii="Arial" w:hAnsi="Arial"/>
          <w:b/>
          <w:sz w:val="22"/>
        </w:rPr>
        <w:t xml:space="preserve">Lucy  </w:t>
      </w:r>
      <w:r>
        <w:rPr>
          <w:rFonts w:ascii="Arial" w:hAnsi="Arial"/>
          <w:color w:val="5D7284"/>
          <w:sz w:val="22"/>
        </w:rPr>
        <w:t>21:12</w:t>
      </w:r>
    </w:p>
    <w:p>
      <w:pPr>
        <w:spacing w:after="0"/>
      </w:pPr>
      <w:r>
        <w:rPr>
          <w:rFonts w:ascii="Arial" w:hAnsi="Arial"/>
          <w:sz w:val="22"/>
        </w:rPr>
        <w:t>I don't know how I'm going to get through this. I'm just constantly giggling.</w:t>
      </w:r>
    </w:p>
    <w:p>
      <w:pPr>
        <w:spacing w:after="0"/>
      </w:pPr>
    </w:p>
    <w:p>
      <w:pPr>
        <w:spacing w:after="0"/>
      </w:pPr>
      <w:r>
        <w:rPr>
          <w:rFonts w:ascii="Arial" w:hAnsi="Arial"/>
          <w:b/>
          <w:sz w:val="22"/>
        </w:rPr>
        <w:t xml:space="preserve">Daisy  </w:t>
      </w:r>
      <w:r>
        <w:rPr>
          <w:rFonts w:ascii="Arial" w:hAnsi="Arial"/>
          <w:color w:val="5D7284"/>
          <w:sz w:val="22"/>
        </w:rPr>
        <w:t>21:16</w:t>
      </w:r>
    </w:p>
    <w:p>
      <w:pPr>
        <w:spacing w:after="0"/>
      </w:pPr>
      <w:r>
        <w:rPr>
          <w:rFonts w:ascii="Arial" w:hAnsi="Arial"/>
          <w:sz w:val="22"/>
        </w:rPr>
        <w:t xml:space="preserve">That sounded like genuine annoyance. </w:t>
      </w:r>
    </w:p>
    <w:p>
      <w:pPr>
        <w:spacing w:after="0"/>
      </w:pPr>
    </w:p>
    <w:p>
      <w:pPr>
        <w:spacing w:after="0"/>
      </w:pPr>
      <w:r>
        <w:rPr>
          <w:rFonts w:ascii="Arial" w:hAnsi="Arial"/>
          <w:b/>
          <w:sz w:val="22"/>
        </w:rPr>
        <w:t xml:space="preserve">Alice  </w:t>
      </w:r>
      <w:r>
        <w:rPr>
          <w:rFonts w:ascii="Arial" w:hAnsi="Arial"/>
          <w:color w:val="5D7284"/>
          <w:sz w:val="22"/>
        </w:rPr>
        <w:t>21:29</w:t>
      </w:r>
    </w:p>
    <w:p>
      <w:pPr>
        <w:spacing w:after="0"/>
      </w:pPr>
      <w:r>
        <w:rPr>
          <w:rFonts w:ascii="Arial" w:hAnsi="Arial"/>
          <w:sz w:val="22"/>
        </w:rPr>
        <w:t>Pull yourself together woman!</w:t>
      </w:r>
    </w:p>
    <w:p>
      <w:pPr>
        <w:spacing w:after="0"/>
      </w:pPr>
    </w:p>
    <w:p>
      <w:pPr>
        <w:spacing w:after="0"/>
      </w:pPr>
      <w:r>
        <w:rPr>
          <w:rFonts w:ascii="Arial" w:hAnsi="Arial"/>
          <w:b/>
          <w:sz w:val="22"/>
        </w:rPr>
        <w:t xml:space="preserve">Lucy  </w:t>
      </w:r>
      <w:r>
        <w:rPr>
          <w:rFonts w:ascii="Arial" w:hAnsi="Arial"/>
          <w:color w:val="5D7284"/>
          <w:sz w:val="22"/>
        </w:rPr>
        <w:t>21:31</w:t>
      </w:r>
    </w:p>
    <w:p>
      <w:pPr>
        <w:spacing w:after="0"/>
      </w:pPr>
      <w:r>
        <w:rPr>
          <w:rFonts w:ascii="Arial" w:hAnsi="Arial"/>
          <w:sz w:val="22"/>
        </w:rPr>
        <w:t>Stop giggling at Daisy, she's your friend, it's fine. You don't have to impress her anymore.</w:t>
      </w:r>
    </w:p>
    <w:p>
      <w:pPr>
        <w:spacing w:after="0"/>
      </w:pPr>
    </w:p>
    <w:p>
      <w:pPr>
        <w:spacing w:after="0"/>
      </w:pPr>
      <w:r>
        <w:rPr>
          <w:rFonts w:ascii="Arial" w:hAnsi="Arial"/>
          <w:b/>
          <w:sz w:val="22"/>
        </w:rPr>
        <w:t xml:space="preserve">Alice  </w:t>
      </w:r>
      <w:r>
        <w:rPr>
          <w:rFonts w:ascii="Arial" w:hAnsi="Arial"/>
          <w:color w:val="5D7284"/>
          <w:sz w:val="22"/>
        </w:rPr>
        <w:t>21:36</w:t>
      </w:r>
    </w:p>
    <w:p>
      <w:pPr>
        <w:spacing w:after="0"/>
      </w:pPr>
      <w:r>
        <w:rPr>
          <w:rFonts w:ascii="Arial" w:hAnsi="Arial"/>
          <w:sz w:val="22"/>
        </w:rPr>
        <w:t>Aww Lucy that's a real insight into your psyche.</w:t>
      </w:r>
    </w:p>
    <w:p>
      <w:pPr>
        <w:spacing w:after="0"/>
      </w:pPr>
    </w:p>
    <w:p>
      <w:pPr>
        <w:spacing w:after="0"/>
      </w:pPr>
      <w:r>
        <w:rPr>
          <w:rFonts w:ascii="Arial" w:hAnsi="Arial"/>
          <w:b/>
          <w:sz w:val="22"/>
        </w:rPr>
        <w:t xml:space="preserve">Lucy  </w:t>
      </w:r>
      <w:r>
        <w:rPr>
          <w:rFonts w:ascii="Arial" w:hAnsi="Arial"/>
          <w:color w:val="5D7284"/>
          <w:sz w:val="22"/>
        </w:rPr>
        <w:t>21:53</w:t>
      </w:r>
    </w:p>
    <w:p>
      <w:pPr>
        <w:spacing w:after="0"/>
      </w:pPr>
      <w:r>
        <w:rPr>
          <w:rFonts w:ascii="Arial" w:hAnsi="Arial"/>
          <w:sz w:val="22"/>
        </w:rPr>
        <w:t xml:space="preserve">I'm Fine. We're all right. Okay. History and I really want to know about this person. </w:t>
      </w:r>
    </w:p>
    <w:p>
      <w:pPr>
        <w:spacing w:after="0"/>
      </w:pPr>
    </w:p>
    <w:p>
      <w:pPr>
        <w:spacing w:after="0"/>
      </w:pPr>
      <w:r>
        <w:rPr>
          <w:rFonts w:ascii="Arial" w:hAnsi="Arial"/>
          <w:b/>
          <w:sz w:val="22"/>
        </w:rPr>
        <w:t xml:space="preserve">Daisy  </w:t>
      </w:r>
      <w:r>
        <w:rPr>
          <w:rFonts w:ascii="Arial" w:hAnsi="Arial"/>
          <w:color w:val="5D7284"/>
          <w:sz w:val="22"/>
        </w:rPr>
        <w:t>22:02</w:t>
      </w:r>
    </w:p>
    <w:p>
      <w:pPr>
        <w:spacing w:after="0"/>
      </w:pPr>
      <w:r>
        <w:rPr>
          <w:rFonts w:ascii="Arial" w:hAnsi="Arial"/>
          <w:sz w:val="22"/>
        </w:rPr>
        <w:t>Yeah, yeah, she's so cool. Yes, she discovered poetry relatively early on, and she would memorize entire poems. And for a while, would frequently if someone asked her a question about like, you know, how are you feeling? And whatever she would, you know, quote, a line from a poem that sort of, you know, they explain.</w:t>
      </w:r>
    </w:p>
    <w:p>
      <w:pPr>
        <w:spacing w:after="0"/>
      </w:pPr>
    </w:p>
    <w:p>
      <w:pPr>
        <w:spacing w:after="0"/>
      </w:pPr>
      <w:r>
        <w:rPr>
          <w:rFonts w:ascii="Arial" w:hAnsi="Arial"/>
          <w:b/>
          <w:sz w:val="22"/>
        </w:rPr>
        <w:t xml:space="preserve">Lucy  </w:t>
      </w:r>
      <w:r>
        <w:rPr>
          <w:rFonts w:ascii="Arial" w:hAnsi="Arial"/>
          <w:color w:val="5D7284"/>
          <w:sz w:val="22"/>
        </w:rPr>
        <w:t>22:28</w:t>
      </w:r>
    </w:p>
    <w:p>
      <w:pPr>
        <w:spacing w:after="0"/>
      </w:pPr>
      <w:r>
        <w:rPr>
          <w:rFonts w:ascii="Arial" w:hAnsi="Arial"/>
          <w:sz w:val="22"/>
        </w:rPr>
        <w:t>That's proper, like, intelligent. Wow, kinda. Yeah, it</w:t>
      </w:r>
    </w:p>
    <w:p>
      <w:pPr>
        <w:spacing w:after="0"/>
      </w:pPr>
    </w:p>
    <w:p>
      <w:pPr>
        <w:spacing w:after="0"/>
      </w:pPr>
      <w:r>
        <w:rPr>
          <w:rFonts w:ascii="Arial" w:hAnsi="Arial"/>
          <w:b/>
          <w:sz w:val="22"/>
        </w:rPr>
        <w:t xml:space="preserve">Alice  </w:t>
      </w:r>
      <w:r>
        <w:rPr>
          <w:rFonts w:ascii="Arial" w:hAnsi="Arial"/>
          <w:color w:val="5D7284"/>
          <w:sz w:val="22"/>
        </w:rPr>
        <w:t>22:34</w:t>
      </w:r>
    </w:p>
    <w:p>
      <w:pPr>
        <w:spacing w:after="0"/>
      </w:pPr>
      <w:r>
        <w:rPr>
          <w:rFonts w:ascii="Arial" w:hAnsi="Arial"/>
          <w:sz w:val="22"/>
        </w:rPr>
        <w:t>You'd be hella impressed of the six year old who's coming out, like quoting poetry to explain their feelings, or like future serial killer.</w:t>
      </w:r>
    </w:p>
    <w:p>
      <w:pPr>
        <w:spacing w:after="0"/>
      </w:pPr>
    </w:p>
    <w:p>
      <w:pPr>
        <w:spacing w:after="0"/>
      </w:pPr>
      <w:r>
        <w:rPr>
          <w:rFonts w:ascii="Arial" w:hAnsi="Arial"/>
          <w:b/>
          <w:sz w:val="22"/>
        </w:rPr>
        <w:t xml:space="preserve">Lucy  </w:t>
      </w:r>
      <w:r>
        <w:rPr>
          <w:rFonts w:ascii="Arial" w:hAnsi="Arial"/>
          <w:color w:val="5D7284"/>
          <w:sz w:val="22"/>
        </w:rPr>
        <w:t>22:44</w:t>
      </w:r>
    </w:p>
    <w:p>
      <w:pPr>
        <w:spacing w:after="0"/>
      </w:pPr>
      <w:r>
        <w:rPr>
          <w:rFonts w:ascii="Arial" w:hAnsi="Arial"/>
          <w:sz w:val="22"/>
        </w:rPr>
        <w:t>Yeah, one of the things. Anything I can kind of relate that to is the fact that when, when I was younger about sort of, like, what 10 Maybe sort of a bit older than that. I knew all of the words to pure and simple by hearsay. That kind of, you know, level of a classic though. Yeah.</w:t>
      </w:r>
    </w:p>
    <w:p>
      <w:pPr>
        <w:spacing w:after="0"/>
      </w:pPr>
    </w:p>
    <w:p>
      <w:pPr>
        <w:spacing w:after="0"/>
      </w:pPr>
      <w:r>
        <w:rPr>
          <w:rFonts w:ascii="Arial" w:hAnsi="Arial"/>
          <w:b/>
          <w:sz w:val="22"/>
        </w:rPr>
        <w:t xml:space="preserve">Alice  </w:t>
      </w:r>
      <w:r>
        <w:rPr>
          <w:rFonts w:ascii="Arial" w:hAnsi="Arial"/>
          <w:color w:val="5D7284"/>
          <w:sz w:val="22"/>
        </w:rPr>
        <w:t>23:11</w:t>
      </w:r>
    </w:p>
    <w:p>
      <w:pPr>
        <w:spacing w:after="0"/>
      </w:pPr>
      <w:r>
        <w:rPr>
          <w:rFonts w:ascii="Arial" w:hAnsi="Arial"/>
          <w:sz w:val="22"/>
        </w:rPr>
        <w:t>I was thinking that there were definitely times in my life where I felt like my chemical romance. Were talking directly to me. Yeah.</w:t>
      </w:r>
    </w:p>
    <w:p>
      <w:pPr>
        <w:spacing w:after="0"/>
      </w:pPr>
    </w:p>
    <w:p>
      <w:pPr>
        <w:spacing w:after="0"/>
      </w:pPr>
      <w:r>
        <w:rPr>
          <w:rFonts w:ascii="Arial" w:hAnsi="Arial"/>
          <w:b/>
          <w:sz w:val="22"/>
        </w:rPr>
        <w:t xml:space="preserve">Lucy  </w:t>
      </w:r>
      <w:r>
        <w:rPr>
          <w:rFonts w:ascii="Arial" w:hAnsi="Arial"/>
          <w:color w:val="5D7284"/>
          <w:sz w:val="22"/>
        </w:rPr>
        <w:t>23:16</w:t>
      </w:r>
    </w:p>
    <w:p>
      <w:pPr>
        <w:spacing w:after="0"/>
      </w:pPr>
      <w:r>
        <w:rPr>
          <w:rFonts w:ascii="Arial" w:hAnsi="Arial"/>
          <w:sz w:val="22"/>
        </w:rPr>
        <w:t>Hits you right in the feels, right in the feels. (Daisy) Yeah. (Alice) Yeah. Yeah. Anyway, back to history.</w:t>
      </w:r>
    </w:p>
    <w:p>
      <w:pPr>
        <w:spacing w:after="0"/>
      </w:pPr>
    </w:p>
    <w:p>
      <w:pPr>
        <w:spacing w:after="0"/>
      </w:pPr>
      <w:r>
        <w:rPr>
          <w:rFonts w:ascii="Arial" w:hAnsi="Arial"/>
          <w:b/>
          <w:sz w:val="22"/>
        </w:rPr>
        <w:t xml:space="preserve">Daisy  </w:t>
      </w:r>
      <w:r>
        <w:rPr>
          <w:rFonts w:ascii="Arial" w:hAnsi="Arial"/>
          <w:color w:val="5D7284"/>
          <w:sz w:val="22"/>
        </w:rPr>
        <w:t>23:27</w:t>
      </w:r>
    </w:p>
    <w:p>
      <w:pPr>
        <w:spacing w:after="0"/>
      </w:pPr>
      <w:r>
        <w:rPr>
          <w:rFonts w:ascii="Arial" w:hAnsi="Arial"/>
          <w:sz w:val="22"/>
        </w:rPr>
        <w:t>Yeah. So what you're saying about, like, you know, quoting lines of poetry being the sign of, you know, a really intelligent kid, is pretty much spot on. She ended up going to a school that was specifically for like, I think, in this country, we call it like, you know, gifted and talented. But it was like, you know, specifically a school aimed at, you know, kids who were, well, very good at school. (Alice) High achievers. Yeah.</w:t>
      </w:r>
    </w:p>
    <w:p>
      <w:pPr>
        <w:spacing w:after="0"/>
      </w:pPr>
    </w:p>
    <w:p>
      <w:pPr>
        <w:spacing w:after="0"/>
      </w:pPr>
      <w:r>
        <w:rPr>
          <w:rFonts w:ascii="Arial" w:hAnsi="Arial"/>
          <w:b/>
          <w:sz w:val="22"/>
        </w:rPr>
        <w:t xml:space="preserve">Lucy  </w:t>
      </w:r>
      <w:r>
        <w:rPr>
          <w:rFonts w:ascii="Arial" w:hAnsi="Arial"/>
          <w:color w:val="5D7284"/>
          <w:sz w:val="22"/>
        </w:rPr>
        <w:t>23:53</w:t>
      </w:r>
    </w:p>
    <w:p>
      <w:pPr>
        <w:spacing w:after="0"/>
      </w:pPr>
      <w:r>
        <w:rPr>
          <w:rFonts w:ascii="Arial" w:hAnsi="Arial"/>
          <w:sz w:val="22"/>
        </w:rPr>
        <w:t>Like bright sparks or something.</w:t>
      </w:r>
    </w:p>
    <w:p>
      <w:pPr>
        <w:spacing w:after="0"/>
      </w:pPr>
    </w:p>
    <w:p>
      <w:pPr>
        <w:spacing w:after="0"/>
      </w:pPr>
      <w:r>
        <w:rPr>
          <w:rFonts w:ascii="Arial" w:hAnsi="Arial"/>
          <w:b/>
          <w:sz w:val="22"/>
        </w:rPr>
        <w:t xml:space="preserve">Daisy  </w:t>
      </w:r>
      <w:r>
        <w:rPr>
          <w:rFonts w:ascii="Arial" w:hAnsi="Arial"/>
          <w:color w:val="5D7284"/>
          <w:sz w:val="22"/>
        </w:rPr>
        <w:t>23:56</w:t>
      </w:r>
    </w:p>
    <w:p>
      <w:pPr>
        <w:spacing w:after="0"/>
      </w:pPr>
      <w:r>
        <w:rPr>
          <w:rFonts w:ascii="Arial" w:hAnsi="Arial"/>
          <w:sz w:val="22"/>
        </w:rPr>
        <w:t>Yeah, but yeah, so it was, when she was there, she started hanging out with all of the other kinds of weird kids. She's, you know, kind of, like, sort of, you know, the outcast. So she saw herself and it was sort of around then that, you know, she started writing poetry for herself. is like, again, I fully relate to, you know, finding that work, you know, all of my friends. Were kind of like, oh, people think you're way too awesome. Hi.</w:t>
      </w:r>
    </w:p>
    <w:p>
      <w:pPr>
        <w:spacing w:after="0"/>
      </w:pPr>
    </w:p>
    <w:p>
      <w:pPr>
        <w:spacing w:after="0"/>
      </w:pPr>
      <w:r>
        <w:rPr>
          <w:rFonts w:ascii="Arial" w:hAnsi="Arial"/>
          <w:b/>
          <w:sz w:val="22"/>
        </w:rPr>
        <w:t xml:space="preserve">Alice  </w:t>
      </w:r>
      <w:r>
        <w:rPr>
          <w:rFonts w:ascii="Arial" w:hAnsi="Arial"/>
          <w:color w:val="5D7284"/>
          <w:sz w:val="22"/>
        </w:rPr>
        <w:t>24:22</w:t>
      </w:r>
    </w:p>
    <w:p>
      <w:pPr>
        <w:spacing w:after="0"/>
      </w:pPr>
      <w:r>
        <w:rPr>
          <w:rFonts w:ascii="Arial" w:hAnsi="Arial"/>
          <w:sz w:val="22"/>
        </w:rPr>
        <w:t>And then, and then writing poetry together has been, like, especially am a little bit older than Daisy. I grew up at full, like, full on emo period where it was like, Oh, I'm not only writing poetry. I'm writing poetry on my arm in a red pen. Your like this is how sad I am!</w:t>
      </w:r>
    </w:p>
    <w:p>
      <w:pPr>
        <w:spacing w:after="0"/>
      </w:pPr>
    </w:p>
    <w:p>
      <w:pPr>
        <w:spacing w:after="0"/>
      </w:pPr>
      <w:r>
        <w:rPr>
          <w:rFonts w:ascii="Arial" w:hAnsi="Arial"/>
          <w:b/>
          <w:sz w:val="22"/>
        </w:rPr>
        <w:t xml:space="preserve">Daisy  </w:t>
      </w:r>
      <w:r>
        <w:rPr>
          <w:rFonts w:ascii="Arial" w:hAnsi="Arial"/>
          <w:color w:val="5D7284"/>
          <w:sz w:val="22"/>
        </w:rPr>
        <w:t>24:46</w:t>
      </w:r>
    </w:p>
    <w:p>
      <w:pPr>
        <w:spacing w:after="0"/>
      </w:pPr>
      <w:r>
        <w:rPr>
          <w:rFonts w:ascii="Arial" w:hAnsi="Arial"/>
          <w:sz w:val="22"/>
        </w:rPr>
        <w:t xml:space="preserve"> I wasn't quite that bad, but...</w:t>
      </w:r>
    </w:p>
    <w:p>
      <w:pPr>
        <w:spacing w:after="0"/>
      </w:pPr>
    </w:p>
    <w:p>
      <w:pPr>
        <w:spacing w:after="0"/>
      </w:pPr>
      <w:r>
        <w:rPr>
          <w:rFonts w:ascii="Arial" w:hAnsi="Arial"/>
          <w:b/>
          <w:sz w:val="22"/>
        </w:rPr>
        <w:t xml:space="preserve">Lucy  </w:t>
      </w:r>
      <w:r>
        <w:rPr>
          <w:rFonts w:ascii="Arial" w:hAnsi="Arial"/>
          <w:color w:val="5D7284"/>
          <w:sz w:val="22"/>
        </w:rPr>
        <w:t>24:49</w:t>
      </w:r>
    </w:p>
    <w:p>
      <w:pPr>
        <w:spacing w:after="0"/>
      </w:pPr>
      <w:r>
        <w:rPr>
          <w:rFonts w:ascii="Arial" w:hAnsi="Arial"/>
          <w:sz w:val="22"/>
        </w:rPr>
        <w:t>I mean, you shared a photograph on Facebook of yourself Alice. A few weeks ago didn't you and I couldn't get over that it was you. You look completely...</w:t>
      </w:r>
    </w:p>
    <w:p>
      <w:pPr>
        <w:spacing w:after="0"/>
      </w:pPr>
    </w:p>
    <w:p>
      <w:pPr>
        <w:spacing w:after="0"/>
      </w:pPr>
      <w:r>
        <w:rPr>
          <w:rFonts w:ascii="Arial" w:hAnsi="Arial"/>
          <w:b/>
          <w:sz w:val="22"/>
        </w:rPr>
        <w:t xml:space="preserve">Alice  </w:t>
      </w:r>
      <w:r>
        <w:rPr>
          <w:rFonts w:ascii="Arial" w:hAnsi="Arial"/>
          <w:color w:val="5D7284"/>
          <w:sz w:val="22"/>
        </w:rPr>
        <w:t>24:58</w:t>
      </w:r>
    </w:p>
    <w:p>
      <w:pPr>
        <w:spacing w:after="0"/>
      </w:pPr>
      <w:r>
        <w:rPr>
          <w:rFonts w:ascii="Arial" w:hAnsi="Arial"/>
          <w:sz w:val="22"/>
        </w:rPr>
        <w:t>Yeah, on Facebook that was..</w:t>
      </w:r>
    </w:p>
    <w:p>
      <w:pPr>
        <w:spacing w:after="0"/>
      </w:pPr>
    </w:p>
    <w:p>
      <w:pPr>
        <w:spacing w:after="0"/>
      </w:pPr>
      <w:r>
        <w:rPr>
          <w:rFonts w:ascii="Arial" w:hAnsi="Arial"/>
          <w:b/>
          <w:sz w:val="22"/>
        </w:rPr>
        <w:t xml:space="preserve">Lucy  </w:t>
      </w:r>
      <w:r>
        <w:rPr>
          <w:rFonts w:ascii="Arial" w:hAnsi="Arial"/>
          <w:color w:val="5D7284"/>
          <w:sz w:val="22"/>
        </w:rPr>
        <w:t>24:59</w:t>
      </w:r>
    </w:p>
    <w:p>
      <w:pPr>
        <w:spacing w:after="0"/>
      </w:pPr>
      <w:r>
        <w:rPr>
          <w:rFonts w:ascii="Arial" w:hAnsi="Arial"/>
          <w:sz w:val="22"/>
        </w:rPr>
        <w:t>Oh it was completely different. I was like, that's not Alice. Oh it is , it is. We would be terrible at school together, wouldn't we? All three of us will be awful. Just not paying attention at all.</w:t>
      </w:r>
    </w:p>
    <w:p>
      <w:pPr>
        <w:spacing w:after="0"/>
      </w:pPr>
    </w:p>
    <w:p>
      <w:pPr>
        <w:spacing w:after="0"/>
      </w:pPr>
      <w:r>
        <w:rPr>
          <w:rFonts w:ascii="Arial" w:hAnsi="Arial"/>
          <w:b/>
          <w:sz w:val="22"/>
        </w:rPr>
        <w:t xml:space="preserve">Daisy  </w:t>
      </w:r>
      <w:r>
        <w:rPr>
          <w:rFonts w:ascii="Arial" w:hAnsi="Arial"/>
          <w:color w:val="5D7284"/>
          <w:sz w:val="22"/>
        </w:rPr>
        <w:t>25:11</w:t>
      </w:r>
    </w:p>
    <w:p>
      <w:pPr>
        <w:spacing w:after="0"/>
      </w:pPr>
      <w:r>
        <w:rPr>
          <w:rFonts w:ascii="Arial" w:hAnsi="Arial"/>
          <w:sz w:val="22"/>
        </w:rPr>
        <w:t>Yeah, I was I was separated from my friend quite a lot. But then we would all go meet up behind the art hut and just sit there at lunchtime so that you pair it was really that was where Ross where people weren't reading poetry to one another. And we didn't so much do the poetry there was a cat who will come along from one of the nearby houses that we called scumbag. (Lucy) Right..</w:t>
      </w:r>
    </w:p>
    <w:p>
      <w:pPr>
        <w:spacing w:after="0"/>
      </w:pPr>
    </w:p>
    <w:p>
      <w:pPr>
        <w:spacing w:after="0"/>
      </w:pPr>
      <w:r>
        <w:rPr>
          <w:rFonts w:ascii="Arial" w:hAnsi="Arial"/>
          <w:b/>
          <w:sz w:val="22"/>
        </w:rPr>
        <w:t xml:space="preserve">Alice  </w:t>
      </w:r>
      <w:r>
        <w:rPr>
          <w:rFonts w:ascii="Arial" w:hAnsi="Arial"/>
          <w:color w:val="5D7284"/>
          <w:sz w:val="22"/>
        </w:rPr>
        <w:t>25:35</w:t>
      </w:r>
    </w:p>
    <w:p>
      <w:pPr>
        <w:spacing w:after="0"/>
      </w:pPr>
      <w:r>
        <w:rPr>
          <w:rFonts w:ascii="Arial" w:hAnsi="Arial"/>
          <w:sz w:val="22"/>
        </w:rPr>
        <w:t xml:space="preserve">I bet his real name was like fluffy paws or something like that. Yeah. </w:t>
      </w:r>
    </w:p>
    <w:p>
      <w:pPr>
        <w:spacing w:after="0"/>
      </w:pPr>
    </w:p>
    <w:p>
      <w:pPr>
        <w:spacing w:after="0"/>
      </w:pPr>
      <w:r>
        <w:rPr>
          <w:rFonts w:ascii="Arial" w:hAnsi="Arial"/>
          <w:b/>
          <w:sz w:val="22"/>
        </w:rPr>
        <w:t xml:space="preserve">Lucy  </w:t>
      </w:r>
      <w:r>
        <w:rPr>
          <w:rFonts w:ascii="Arial" w:hAnsi="Arial"/>
          <w:color w:val="5D7284"/>
          <w:sz w:val="22"/>
        </w:rPr>
        <w:t>25:39</w:t>
      </w:r>
    </w:p>
    <w:p>
      <w:pPr>
        <w:spacing w:after="0"/>
      </w:pPr>
      <w:r>
        <w:rPr>
          <w:rFonts w:ascii="Arial" w:hAnsi="Arial"/>
          <w:sz w:val="22"/>
        </w:rPr>
        <w:t>Or buttons or something?(Daisy) Yeah.</w:t>
      </w:r>
    </w:p>
    <w:p>
      <w:pPr>
        <w:spacing w:after="0"/>
      </w:pPr>
    </w:p>
    <w:p>
      <w:pPr>
        <w:spacing w:after="0"/>
      </w:pPr>
      <w:r>
        <w:rPr>
          <w:rFonts w:ascii="Arial" w:hAnsi="Arial"/>
          <w:b/>
          <w:sz w:val="22"/>
        </w:rPr>
        <w:t xml:space="preserve">Alice  </w:t>
      </w:r>
      <w:r>
        <w:rPr>
          <w:rFonts w:ascii="Arial" w:hAnsi="Arial"/>
          <w:color w:val="5D7284"/>
          <w:sz w:val="22"/>
        </w:rPr>
        <w:t>25:41</w:t>
      </w:r>
    </w:p>
    <w:p>
      <w:pPr>
        <w:spacing w:after="0"/>
      </w:pPr>
      <w:r>
        <w:rPr>
          <w:rFonts w:ascii="Arial" w:hAnsi="Arial"/>
          <w:sz w:val="22"/>
        </w:rPr>
        <w:t>Yeah. My... the school that I met our wonderful editor Adam at, was actually next to a graveyard. So that's where we hung out.</w:t>
      </w:r>
    </w:p>
    <w:p>
      <w:pPr>
        <w:spacing w:after="0"/>
      </w:pPr>
    </w:p>
    <w:p>
      <w:pPr>
        <w:spacing w:after="0"/>
      </w:pPr>
      <w:r>
        <w:rPr>
          <w:rFonts w:ascii="Arial" w:hAnsi="Arial"/>
          <w:b/>
          <w:sz w:val="22"/>
        </w:rPr>
        <w:t xml:space="preserve">Lucy  </w:t>
      </w:r>
      <w:r>
        <w:rPr>
          <w:rFonts w:ascii="Arial" w:hAnsi="Arial"/>
          <w:color w:val="5D7284"/>
          <w:sz w:val="22"/>
        </w:rPr>
        <w:t>25:49</w:t>
      </w:r>
    </w:p>
    <w:p>
      <w:pPr>
        <w:spacing w:after="0"/>
      </w:pPr>
      <w:r>
        <w:rPr>
          <w:rFonts w:ascii="Arial" w:hAnsi="Arial"/>
          <w:sz w:val="22"/>
        </w:rPr>
        <w:t>Thats very on brand for emo (laughs)</w:t>
      </w:r>
    </w:p>
    <w:p>
      <w:pPr>
        <w:spacing w:after="0"/>
      </w:pPr>
    </w:p>
    <w:p>
      <w:pPr>
        <w:spacing w:after="0"/>
      </w:pPr>
      <w:r>
        <w:rPr>
          <w:rFonts w:ascii="Arial" w:hAnsi="Arial"/>
          <w:b/>
          <w:sz w:val="22"/>
        </w:rPr>
        <w:t xml:space="preserve">Daisy  </w:t>
      </w:r>
      <w:r>
        <w:rPr>
          <w:rFonts w:ascii="Arial" w:hAnsi="Arial"/>
          <w:color w:val="5D7284"/>
          <w:sz w:val="22"/>
        </w:rPr>
        <w:t>25:53</w:t>
      </w:r>
    </w:p>
    <w:p>
      <w:pPr>
        <w:spacing w:after="0"/>
      </w:pPr>
      <w:r>
        <w:rPr>
          <w:rFonts w:ascii="Arial" w:hAnsi="Arial"/>
          <w:sz w:val="22"/>
        </w:rPr>
        <w:t>Yeah. Yeah, so she'd started writing poetry when she was sort of, you know, 12. And by 16, she'd had her first poem published. Wow, in 17 Magazine.</w:t>
      </w:r>
    </w:p>
    <w:p>
      <w:pPr>
        <w:spacing w:after="0"/>
      </w:pPr>
    </w:p>
    <w:p>
      <w:pPr>
        <w:spacing w:after="0"/>
      </w:pPr>
      <w:r>
        <w:rPr>
          <w:rFonts w:ascii="Arial" w:hAnsi="Arial"/>
          <w:b/>
          <w:sz w:val="22"/>
        </w:rPr>
        <w:t xml:space="preserve">Alice Evans &amp; Lucy Wood  </w:t>
      </w:r>
      <w:r>
        <w:rPr>
          <w:rFonts w:ascii="Arial" w:hAnsi="Arial"/>
          <w:color w:val="5D7284"/>
          <w:sz w:val="22"/>
        </w:rPr>
        <w:t>26:13</w:t>
      </w:r>
    </w:p>
    <w:p>
      <w:pPr>
        <w:spacing w:after="0"/>
      </w:pPr>
      <w:r>
        <w:rPr>
          <w:rFonts w:ascii="Arial" w:hAnsi="Arial"/>
          <w:sz w:val="22"/>
        </w:rPr>
        <w:t xml:space="preserve"> Oh wow! I used to read that!</w:t>
      </w:r>
    </w:p>
    <w:p>
      <w:pPr>
        <w:spacing w:after="0"/>
      </w:pPr>
    </w:p>
    <w:p>
      <w:pPr>
        <w:spacing w:after="0"/>
      </w:pPr>
      <w:r>
        <w:rPr>
          <w:rFonts w:ascii="Arial" w:hAnsi="Arial"/>
          <w:b/>
          <w:sz w:val="22"/>
        </w:rPr>
        <w:t xml:space="preserve">Daisy  </w:t>
      </w:r>
      <w:r>
        <w:rPr>
          <w:rFonts w:ascii="Arial" w:hAnsi="Arial"/>
          <w:color w:val="5D7284"/>
          <w:sz w:val="22"/>
        </w:rPr>
        <w:t>26:19</w:t>
      </w:r>
    </w:p>
    <w:p>
      <w:pPr>
        <w:spacing w:after="0"/>
      </w:pPr>
      <w:r>
        <w:rPr>
          <w:rFonts w:ascii="Arial" w:hAnsi="Arial"/>
          <w:sz w:val="22"/>
        </w:rPr>
        <w:t>Like, part of me is infuriated that she didn't wait until she was 17. Yeah, publish the poem in 17 Magazine.</w:t>
      </w:r>
    </w:p>
    <w:p>
      <w:pPr>
        <w:spacing w:after="0"/>
      </w:pPr>
    </w:p>
    <w:p>
      <w:pPr>
        <w:spacing w:after="0"/>
      </w:pPr>
      <w:r>
        <w:rPr>
          <w:rFonts w:ascii="Arial" w:hAnsi="Arial"/>
          <w:b/>
          <w:sz w:val="22"/>
        </w:rPr>
        <w:t xml:space="preserve">Alice  </w:t>
      </w:r>
      <w:r>
        <w:rPr>
          <w:rFonts w:ascii="Arial" w:hAnsi="Arial"/>
          <w:color w:val="5D7284"/>
          <w:sz w:val="22"/>
        </w:rPr>
        <w:t>26:26</w:t>
      </w:r>
    </w:p>
    <w:p>
      <w:pPr>
        <w:spacing w:after="0"/>
      </w:pPr>
      <w:r>
        <w:rPr>
          <w:rFonts w:ascii="Arial" w:hAnsi="Arial"/>
          <w:sz w:val="22"/>
        </w:rPr>
        <w:t>I'm slightly impressed. But it's like, this is a magazine for 17 years, not even fucking 17. And she's got a self published in there.</w:t>
      </w:r>
    </w:p>
    <w:p>
      <w:pPr>
        <w:spacing w:after="0"/>
      </w:pPr>
    </w:p>
    <w:p>
      <w:pPr>
        <w:spacing w:after="0"/>
      </w:pPr>
      <w:r>
        <w:rPr>
          <w:rFonts w:ascii="Arial" w:hAnsi="Arial"/>
          <w:b/>
          <w:sz w:val="22"/>
        </w:rPr>
        <w:t xml:space="preserve">Lucy  </w:t>
      </w:r>
      <w:r>
        <w:rPr>
          <w:rFonts w:ascii="Arial" w:hAnsi="Arial"/>
          <w:color w:val="5D7284"/>
          <w:sz w:val="22"/>
        </w:rPr>
        <w:t>26:33</w:t>
      </w:r>
    </w:p>
    <w:p>
      <w:pPr>
        <w:spacing w:after="0"/>
      </w:pPr>
      <w:r>
        <w:rPr>
          <w:rFonts w:ascii="Arial" w:hAnsi="Arial"/>
          <w:sz w:val="22"/>
        </w:rPr>
        <w:t>I wonder if she said that. She was 17 though to get published.</w:t>
      </w:r>
    </w:p>
    <w:p>
      <w:pPr>
        <w:spacing w:after="0"/>
      </w:pPr>
    </w:p>
    <w:p>
      <w:pPr>
        <w:spacing w:after="0"/>
      </w:pPr>
      <w:r>
        <w:rPr>
          <w:rFonts w:ascii="Arial" w:hAnsi="Arial"/>
          <w:b/>
          <w:sz w:val="22"/>
        </w:rPr>
        <w:t xml:space="preserve">Daisy  </w:t>
      </w:r>
      <w:r>
        <w:rPr>
          <w:rFonts w:ascii="Arial" w:hAnsi="Arial"/>
          <w:color w:val="5D7284"/>
          <w:sz w:val="22"/>
        </w:rPr>
        <w:t>26:38</w:t>
      </w:r>
    </w:p>
    <w:p>
      <w:pPr>
        <w:spacing w:after="0"/>
      </w:pPr>
      <w:r>
        <w:rPr>
          <w:rFonts w:ascii="Arial" w:hAnsi="Arial"/>
          <w:sz w:val="22"/>
        </w:rPr>
        <w:t>Yeah, I mean, it was it was a poem that she had originally tried to get published. Okay. Once also, I read, one described it as a school magazine. Another source I read described it as the school's literary journal because it sounds like, because it was that sort of school for like...(Alice) Yeah yeah.</w:t>
      </w:r>
    </w:p>
    <w:p>
      <w:pPr>
        <w:spacing w:after="0"/>
      </w:pPr>
    </w:p>
    <w:p>
      <w:pPr>
        <w:spacing w:after="0"/>
      </w:pPr>
      <w:r>
        <w:rPr>
          <w:rFonts w:ascii="Arial" w:hAnsi="Arial"/>
          <w:b/>
          <w:sz w:val="22"/>
        </w:rPr>
        <w:t xml:space="preserve">Lucy  </w:t>
      </w:r>
      <w:r>
        <w:rPr>
          <w:rFonts w:ascii="Arial" w:hAnsi="Arial"/>
          <w:color w:val="5D7284"/>
          <w:sz w:val="22"/>
        </w:rPr>
        <w:t>26:57</w:t>
      </w:r>
    </w:p>
    <w:p>
      <w:pPr>
        <w:spacing w:after="0"/>
      </w:pPr>
      <w:r>
        <w:rPr>
          <w:rFonts w:ascii="Arial" w:hAnsi="Arial"/>
          <w:sz w:val="22"/>
        </w:rPr>
        <w:t>Proper leather bound. (Alice) Yeah.</w:t>
      </w:r>
    </w:p>
    <w:p>
      <w:pPr>
        <w:spacing w:after="0"/>
      </w:pPr>
    </w:p>
    <w:p>
      <w:pPr>
        <w:spacing w:after="0"/>
      </w:pPr>
      <w:r>
        <w:rPr>
          <w:rFonts w:ascii="Arial" w:hAnsi="Arial"/>
          <w:b/>
          <w:sz w:val="22"/>
        </w:rPr>
        <w:t xml:space="preserve">Daisy  </w:t>
      </w:r>
      <w:r>
        <w:rPr>
          <w:rFonts w:ascii="Arial" w:hAnsi="Arial"/>
          <w:color w:val="5D7284"/>
          <w:sz w:val="22"/>
        </w:rPr>
        <w:t>27:01</w:t>
      </w:r>
    </w:p>
    <w:p>
      <w:pPr>
        <w:spacing w:after="0"/>
      </w:pPr>
      <w:r>
        <w:rPr>
          <w:rFonts w:ascii="Arial" w:hAnsi="Arial"/>
          <w:sz w:val="22"/>
        </w:rPr>
        <w:t xml:space="preserve">Yeah. Peer Reviewed science experiments. Make oneof those paper mache volcanoes and got the leading volcanologist to just sort of be like, Yes, this is very accurate. </w:t>
      </w:r>
    </w:p>
    <w:p>
      <w:pPr>
        <w:spacing w:after="0"/>
      </w:pPr>
    </w:p>
    <w:p>
      <w:pPr>
        <w:spacing w:after="0"/>
      </w:pPr>
      <w:r>
        <w:rPr>
          <w:rFonts w:ascii="Arial" w:hAnsi="Arial"/>
          <w:b/>
          <w:sz w:val="22"/>
        </w:rPr>
        <w:t xml:space="preserve">Lucy  </w:t>
      </w:r>
      <w:r>
        <w:rPr>
          <w:rFonts w:ascii="Arial" w:hAnsi="Arial"/>
          <w:color w:val="5D7284"/>
          <w:sz w:val="22"/>
        </w:rPr>
        <w:t>27:12</w:t>
      </w:r>
    </w:p>
    <w:p>
      <w:pPr>
        <w:spacing w:after="0"/>
      </w:pPr>
      <w:r>
        <w:rPr>
          <w:rFonts w:ascii="Arial" w:hAnsi="Arial"/>
          <w:sz w:val="22"/>
        </w:rPr>
        <w:t>It's not been made on Microsoft Publisher and then photocopied 48 times</w:t>
      </w:r>
    </w:p>
    <w:p>
      <w:pPr>
        <w:spacing w:after="0"/>
      </w:pPr>
    </w:p>
    <w:p>
      <w:pPr>
        <w:spacing w:after="0"/>
      </w:pPr>
      <w:r>
        <w:rPr>
          <w:rFonts w:ascii="Arial" w:hAnsi="Arial"/>
          <w:b/>
          <w:sz w:val="22"/>
        </w:rPr>
        <w:t xml:space="preserve">Alice  </w:t>
      </w:r>
      <w:r>
        <w:rPr>
          <w:rFonts w:ascii="Arial" w:hAnsi="Arial"/>
          <w:color w:val="5D7284"/>
          <w:sz w:val="22"/>
        </w:rPr>
        <w:t>27:16</w:t>
      </w:r>
    </w:p>
    <w:p>
      <w:pPr>
        <w:spacing w:after="0"/>
      </w:pPr>
      <w:r>
        <w:rPr>
          <w:rFonts w:ascii="Arial" w:hAnsi="Arial"/>
          <w:sz w:val="22"/>
        </w:rPr>
        <w:t xml:space="preserve"> I was gonna say there's, there's the newsletter that you bring home from primary school that's printed on yellow paper. Yeah. And then there's like universe in newspapers, like, you know, the ones that like Yale and stuff like that. That's yeah. Slightly different just because they're both made in a school.</w:t>
      </w:r>
    </w:p>
    <w:p>
      <w:pPr>
        <w:spacing w:after="0"/>
      </w:pPr>
    </w:p>
    <w:p>
      <w:pPr>
        <w:spacing w:after="0"/>
      </w:pPr>
      <w:r>
        <w:rPr>
          <w:rFonts w:ascii="Arial" w:hAnsi="Arial"/>
          <w:b/>
          <w:sz w:val="22"/>
        </w:rPr>
        <w:t xml:space="preserve">Daisy  </w:t>
      </w:r>
      <w:r>
        <w:rPr>
          <w:rFonts w:ascii="Arial" w:hAnsi="Arial"/>
          <w:color w:val="5D7284"/>
          <w:sz w:val="22"/>
        </w:rPr>
        <w:t>27:38</w:t>
      </w:r>
    </w:p>
    <w:p>
      <w:pPr>
        <w:spacing w:after="0"/>
      </w:pPr>
      <w:r>
        <w:rPr>
          <w:rFonts w:ascii="Arial" w:hAnsi="Arial"/>
          <w:sz w:val="22"/>
        </w:rPr>
        <w:t>So she tried to get this poem published in that school magazine journal, but they refused because they considered it inappropriate. And I haven't been able to find what the poem was, but I so want to read it. So inappropriate that they publish it in the school magazine.</w:t>
      </w:r>
    </w:p>
    <w:p>
      <w:pPr>
        <w:spacing w:after="0"/>
      </w:pPr>
    </w:p>
    <w:p>
      <w:pPr>
        <w:spacing w:after="0"/>
      </w:pPr>
      <w:r>
        <w:rPr>
          <w:rFonts w:ascii="Arial" w:hAnsi="Arial"/>
          <w:b/>
          <w:sz w:val="22"/>
        </w:rPr>
        <w:t xml:space="preserve">Alice  </w:t>
      </w:r>
      <w:r>
        <w:rPr>
          <w:rFonts w:ascii="Arial" w:hAnsi="Arial"/>
          <w:color w:val="5D7284"/>
          <w:sz w:val="22"/>
        </w:rPr>
        <w:t>27:59</w:t>
      </w:r>
    </w:p>
    <w:p>
      <w:pPr>
        <w:spacing w:after="0"/>
      </w:pPr>
      <w:r>
        <w:rPr>
          <w:rFonts w:ascii="Arial" w:hAnsi="Arial"/>
          <w:sz w:val="22"/>
        </w:rPr>
        <w:t xml:space="preserve">I like it, good for her.  (Lucy) Yeah. </w:t>
      </w:r>
    </w:p>
    <w:p>
      <w:pPr>
        <w:spacing w:after="0"/>
      </w:pPr>
    </w:p>
    <w:p>
      <w:pPr>
        <w:spacing w:after="0"/>
      </w:pPr>
      <w:r>
        <w:rPr>
          <w:rFonts w:ascii="Arial" w:hAnsi="Arial"/>
          <w:b/>
          <w:sz w:val="22"/>
        </w:rPr>
        <w:t xml:space="preserve">Daisy  </w:t>
      </w:r>
      <w:r>
        <w:rPr>
          <w:rFonts w:ascii="Arial" w:hAnsi="Arial"/>
          <w:color w:val="5D7284"/>
          <w:sz w:val="22"/>
        </w:rPr>
        <w:t>28:01</w:t>
      </w:r>
    </w:p>
    <w:p>
      <w:pPr>
        <w:spacing w:after="0"/>
      </w:pPr>
      <w:r>
        <w:rPr>
          <w:rFonts w:ascii="Arial" w:hAnsi="Arial"/>
          <w:sz w:val="22"/>
        </w:rPr>
        <w:t>Well, yeah. Cuz like, you know, you think about okay, what would a school not publish? And,</w:t>
      </w:r>
    </w:p>
    <w:p>
      <w:pPr>
        <w:spacing w:after="0"/>
      </w:pPr>
    </w:p>
    <w:p>
      <w:pPr>
        <w:spacing w:after="0"/>
      </w:pPr>
      <w:r>
        <w:rPr>
          <w:rFonts w:ascii="Arial" w:hAnsi="Arial"/>
          <w:b/>
          <w:sz w:val="22"/>
        </w:rPr>
        <w:t xml:space="preserve">Alice  </w:t>
      </w:r>
      <w:r>
        <w:rPr>
          <w:rFonts w:ascii="Arial" w:hAnsi="Arial"/>
          <w:color w:val="5D7284"/>
          <w:sz w:val="22"/>
        </w:rPr>
        <w:t>28:06</w:t>
      </w:r>
    </w:p>
    <w:p>
      <w:pPr>
        <w:spacing w:after="0"/>
      </w:pPr>
      <w:r>
        <w:rPr>
          <w:rFonts w:ascii="Arial" w:hAnsi="Arial"/>
          <w:sz w:val="22"/>
        </w:rPr>
        <w:t>I mean, we're talking what 1950? (Daisy) Yeah. Yeah, yeah, it could be anything. (Daisy) Exactly.</w:t>
      </w:r>
    </w:p>
    <w:p>
      <w:pPr>
        <w:spacing w:after="0"/>
      </w:pPr>
    </w:p>
    <w:p>
      <w:pPr>
        <w:spacing w:after="0"/>
      </w:pPr>
      <w:r>
        <w:rPr>
          <w:rFonts w:ascii="Arial" w:hAnsi="Arial"/>
          <w:b/>
          <w:sz w:val="22"/>
        </w:rPr>
        <w:t xml:space="preserve">Daisy  </w:t>
      </w:r>
      <w:r>
        <w:rPr>
          <w:rFonts w:ascii="Arial" w:hAnsi="Arial"/>
          <w:color w:val="5D7284"/>
          <w:sz w:val="22"/>
        </w:rPr>
        <w:t>28:14</w:t>
      </w:r>
    </w:p>
    <w:p>
      <w:pPr>
        <w:spacing w:after="0"/>
      </w:pPr>
      <w:r>
        <w:rPr>
          <w:rFonts w:ascii="Arial" w:hAnsi="Arial"/>
          <w:sz w:val="22"/>
        </w:rPr>
        <w:t>Yeah, exactly and the realistic thing is that it probably wasn't, you know, one of the fun things that I'm thinking of like, you know, sex and drugs and all of that it was probably you know, something you know, a difficult concept about race or something. We're just kind of like</w:t>
      </w:r>
    </w:p>
    <w:p>
      <w:pPr>
        <w:spacing w:after="0"/>
      </w:pPr>
    </w:p>
    <w:p>
      <w:pPr>
        <w:spacing w:after="0"/>
      </w:pPr>
      <w:r>
        <w:rPr>
          <w:rFonts w:ascii="Arial" w:hAnsi="Arial"/>
          <w:b/>
          <w:sz w:val="22"/>
        </w:rPr>
        <w:t xml:space="preserve">Lucy  </w:t>
      </w:r>
      <w:r>
        <w:rPr>
          <w:rFonts w:ascii="Arial" w:hAnsi="Arial"/>
          <w:color w:val="5D7284"/>
          <w:sz w:val="22"/>
        </w:rPr>
        <w:t>28:29</w:t>
      </w:r>
    </w:p>
    <w:p>
      <w:pPr>
        <w:spacing w:after="0"/>
      </w:pPr>
      <w:r>
        <w:rPr>
          <w:rFonts w:ascii="Arial" w:hAnsi="Arial"/>
          <w:sz w:val="22"/>
        </w:rPr>
        <w:t>Oh no! Yeah, exactly.  Where as Daisy's got it in her head but it's just the word fuck and cocaine cycles one after another for 25 lines.</w:t>
      </w:r>
    </w:p>
    <w:p>
      <w:pPr>
        <w:spacing w:after="0"/>
      </w:pPr>
    </w:p>
    <w:p>
      <w:pPr>
        <w:spacing w:after="0"/>
      </w:pPr>
      <w:r>
        <w:rPr>
          <w:rFonts w:ascii="Arial" w:hAnsi="Arial"/>
          <w:b/>
          <w:sz w:val="22"/>
        </w:rPr>
        <w:t xml:space="preserve">Daisy  </w:t>
      </w:r>
      <w:r>
        <w:rPr>
          <w:rFonts w:ascii="Arial" w:hAnsi="Arial"/>
          <w:color w:val="5D7284"/>
          <w:sz w:val="22"/>
        </w:rPr>
        <w:t>28:38</w:t>
      </w:r>
    </w:p>
    <w:p>
      <w:pPr>
        <w:spacing w:after="0"/>
      </w:pPr>
      <w:r>
        <w:rPr>
          <w:rFonts w:ascii="Arial" w:hAnsi="Arial"/>
          <w:sz w:val="22"/>
        </w:rPr>
        <w:t>That isn't how you write poetry (Alice &amp; Lucy laugh)</w:t>
      </w:r>
    </w:p>
    <w:p>
      <w:pPr>
        <w:spacing w:after="0"/>
      </w:pPr>
    </w:p>
    <w:p>
      <w:pPr>
        <w:spacing w:after="0"/>
      </w:pPr>
      <w:r>
        <w:rPr>
          <w:rFonts w:ascii="Arial" w:hAnsi="Arial"/>
          <w:b/>
          <w:sz w:val="22"/>
        </w:rPr>
        <w:t xml:space="preserve">Lucy  </w:t>
      </w:r>
      <w:r>
        <w:rPr>
          <w:rFonts w:ascii="Arial" w:hAnsi="Arial"/>
          <w:color w:val="5D7284"/>
          <w:sz w:val="22"/>
        </w:rPr>
        <w:t>28:41</w:t>
      </w:r>
    </w:p>
    <w:p>
      <w:pPr>
        <w:spacing w:after="0"/>
      </w:pPr>
      <w:r>
        <w:rPr>
          <w:rFonts w:ascii="Arial" w:hAnsi="Arial"/>
          <w:sz w:val="22"/>
        </w:rPr>
        <w:t>No that's called lines, that's detention.</w:t>
      </w:r>
    </w:p>
    <w:p>
      <w:pPr>
        <w:spacing w:after="0"/>
      </w:pPr>
    </w:p>
    <w:p>
      <w:pPr>
        <w:spacing w:after="0"/>
      </w:pPr>
      <w:r>
        <w:rPr>
          <w:rFonts w:ascii="Arial" w:hAnsi="Arial"/>
          <w:b/>
          <w:sz w:val="22"/>
        </w:rPr>
        <w:t xml:space="preserve">Daisy  </w:t>
      </w:r>
      <w:r>
        <w:rPr>
          <w:rFonts w:ascii="Arial" w:hAnsi="Arial"/>
          <w:color w:val="5D7284"/>
          <w:sz w:val="22"/>
        </w:rPr>
        <w:t>28:44</w:t>
      </w:r>
    </w:p>
    <w:p>
      <w:pPr>
        <w:spacing w:after="0"/>
      </w:pPr>
      <w:r>
        <w:rPr>
          <w:rFonts w:ascii="Arial" w:hAnsi="Arial"/>
          <w:sz w:val="22"/>
        </w:rPr>
        <w:t>Coming soon my new anthology.</w:t>
      </w:r>
    </w:p>
    <w:p>
      <w:pPr>
        <w:spacing w:after="0"/>
      </w:pPr>
    </w:p>
    <w:p>
      <w:pPr>
        <w:spacing w:after="0"/>
      </w:pPr>
      <w:r>
        <w:rPr>
          <w:rFonts w:ascii="Arial" w:hAnsi="Arial"/>
          <w:b/>
          <w:sz w:val="22"/>
        </w:rPr>
        <w:t xml:space="preserve">Disclaimer  </w:t>
      </w:r>
      <w:r>
        <w:rPr>
          <w:rFonts w:ascii="Arial" w:hAnsi="Arial"/>
          <w:color w:val="5D7284"/>
          <w:sz w:val="22"/>
        </w:rPr>
        <w:t>28:46</w:t>
      </w:r>
    </w:p>
    <w:p>
      <w:pPr>
        <w:spacing w:after="0"/>
      </w:pPr>
      <w:r>
        <w:rPr>
          <w:rFonts w:ascii="Arial" w:hAnsi="Arial"/>
          <w:sz w:val="22"/>
        </w:rPr>
        <w:t>The fuck and cocaine Chronicles by Daisy</w:t>
      </w:r>
    </w:p>
    <w:p>
      <w:pPr>
        <w:spacing w:after="0"/>
      </w:pPr>
    </w:p>
    <w:p>
      <w:pPr>
        <w:spacing w:after="0"/>
      </w:pPr>
      <w:r>
        <w:rPr>
          <w:rFonts w:ascii="Arial" w:hAnsi="Arial"/>
          <w:b/>
          <w:sz w:val="22"/>
        </w:rPr>
        <w:t xml:space="preserve">Daisy  </w:t>
      </w:r>
      <w:r>
        <w:rPr>
          <w:rFonts w:ascii="Arial" w:hAnsi="Arial"/>
          <w:color w:val="5D7284"/>
          <w:sz w:val="22"/>
        </w:rPr>
        <w:t>29:02</w:t>
      </w:r>
    </w:p>
    <w:p>
      <w:pPr>
        <w:spacing w:after="0"/>
      </w:pPr>
      <w:r>
        <w:rPr>
          <w:rFonts w:ascii="Arial" w:hAnsi="Arial"/>
          <w:sz w:val="22"/>
        </w:rPr>
        <w:t xml:space="preserve"> If you ever set up a Patreon to be one of the rewards (Lucy laughs)</w:t>
      </w:r>
    </w:p>
    <w:p>
      <w:pPr>
        <w:spacing w:after="0"/>
      </w:pPr>
    </w:p>
    <w:p>
      <w:pPr>
        <w:spacing w:after="0"/>
      </w:pPr>
      <w:r>
        <w:rPr>
          <w:rFonts w:ascii="Arial" w:hAnsi="Arial"/>
          <w:b/>
          <w:sz w:val="22"/>
        </w:rPr>
        <w:t xml:space="preserve">Lucy  </w:t>
      </w:r>
      <w:r>
        <w:rPr>
          <w:rFonts w:ascii="Arial" w:hAnsi="Arial"/>
          <w:color w:val="5D7284"/>
          <w:sz w:val="22"/>
        </w:rPr>
        <w:t>29:09</w:t>
      </w:r>
    </w:p>
    <w:p>
      <w:pPr>
        <w:spacing w:after="0"/>
      </w:pPr>
      <w:r>
        <w:rPr>
          <w:rFonts w:ascii="Arial" w:hAnsi="Arial"/>
          <w:sz w:val="22"/>
        </w:rPr>
        <w:t>What just an hour of you just be like abusive on tape.</w:t>
      </w:r>
    </w:p>
    <w:p>
      <w:pPr>
        <w:spacing w:after="0"/>
      </w:pPr>
    </w:p>
    <w:p>
      <w:pPr>
        <w:spacing w:after="0"/>
      </w:pPr>
      <w:r>
        <w:rPr>
          <w:rFonts w:ascii="Arial" w:hAnsi="Arial"/>
          <w:b/>
          <w:sz w:val="22"/>
        </w:rPr>
        <w:t xml:space="preserve">Daisy  </w:t>
      </w:r>
      <w:r>
        <w:rPr>
          <w:rFonts w:ascii="Arial" w:hAnsi="Arial"/>
          <w:color w:val="5D7284"/>
          <w:sz w:val="22"/>
        </w:rPr>
        <w:t>29:19</w:t>
      </w:r>
    </w:p>
    <w:p>
      <w:pPr>
        <w:spacing w:after="0"/>
      </w:pPr>
      <w:r>
        <w:rPr>
          <w:rFonts w:ascii="Arial" w:hAnsi="Arial"/>
          <w:sz w:val="22"/>
        </w:rPr>
        <w:t>People will pay for that.</w:t>
      </w:r>
    </w:p>
    <w:p>
      <w:pPr>
        <w:spacing w:after="0"/>
      </w:pPr>
    </w:p>
    <w:p>
      <w:pPr>
        <w:spacing w:after="0"/>
      </w:pPr>
      <w:r>
        <w:rPr>
          <w:rFonts w:ascii="Arial" w:hAnsi="Arial"/>
          <w:b/>
          <w:sz w:val="22"/>
        </w:rPr>
        <w:t xml:space="preserve">Alice  </w:t>
      </w:r>
      <w:r>
        <w:rPr>
          <w:rFonts w:ascii="Arial" w:hAnsi="Arial"/>
          <w:color w:val="5D7284"/>
          <w:sz w:val="22"/>
        </w:rPr>
        <w:t>29:20</w:t>
      </w:r>
    </w:p>
    <w:p>
      <w:pPr>
        <w:spacing w:after="0"/>
      </w:pPr>
      <w:r>
        <w:rPr>
          <w:rFonts w:ascii="Arial" w:hAnsi="Arial"/>
          <w:sz w:val="22"/>
        </w:rPr>
        <w:t xml:space="preserve"> Oh my god I really died ! (laughs) I took a mouthful of coffee as you said that.</w:t>
      </w:r>
    </w:p>
    <w:p>
      <w:pPr>
        <w:spacing w:after="0"/>
      </w:pPr>
    </w:p>
    <w:p>
      <w:pPr>
        <w:spacing w:after="0"/>
      </w:pPr>
      <w:r>
        <w:rPr>
          <w:rFonts w:ascii="Arial" w:hAnsi="Arial"/>
          <w:b/>
          <w:sz w:val="22"/>
        </w:rPr>
        <w:t xml:space="preserve">Lucy  </w:t>
      </w:r>
      <w:r>
        <w:rPr>
          <w:rFonts w:ascii="Arial" w:hAnsi="Arial"/>
          <w:color w:val="5D7284"/>
          <w:sz w:val="22"/>
        </w:rPr>
        <w:t>29:20</w:t>
      </w:r>
    </w:p>
    <w:p>
      <w:pPr>
        <w:spacing w:after="0"/>
      </w:pPr>
      <w:r>
        <w:rPr>
          <w:rFonts w:ascii="Arial" w:hAnsi="Arial"/>
          <w:sz w:val="22"/>
        </w:rPr>
        <w:t>We were doing so well.</w:t>
      </w:r>
    </w:p>
    <w:p>
      <w:pPr>
        <w:spacing w:after="0"/>
      </w:pPr>
    </w:p>
    <w:p>
      <w:pPr>
        <w:spacing w:after="0"/>
      </w:pPr>
      <w:r>
        <w:rPr>
          <w:rFonts w:ascii="Arial" w:hAnsi="Arial"/>
          <w:b/>
          <w:sz w:val="22"/>
        </w:rPr>
        <w:t xml:space="preserve">Daisy  </w:t>
      </w:r>
      <w:r>
        <w:rPr>
          <w:rFonts w:ascii="Arial" w:hAnsi="Arial"/>
          <w:color w:val="5D7284"/>
          <w:sz w:val="22"/>
        </w:rPr>
        <w:t>29:42</w:t>
      </w:r>
    </w:p>
    <w:p>
      <w:pPr>
        <w:spacing w:after="0"/>
      </w:pPr>
      <w:r>
        <w:rPr>
          <w:rFonts w:ascii="Arial" w:hAnsi="Arial"/>
          <w:sz w:val="22"/>
        </w:rPr>
        <w:t>Yeah. We made it to age 16. Oh, once she left school. She studied at one of the colleges of like, New York University NYU. You know like in Friends?</w:t>
      </w:r>
    </w:p>
    <w:p>
      <w:pPr>
        <w:spacing w:after="0"/>
      </w:pPr>
    </w:p>
    <w:p>
      <w:pPr>
        <w:spacing w:after="0"/>
      </w:pPr>
      <w:r>
        <w:rPr>
          <w:rFonts w:ascii="Arial" w:hAnsi="Arial"/>
          <w:b/>
          <w:sz w:val="22"/>
        </w:rPr>
        <w:t xml:space="preserve">Lucy  </w:t>
      </w:r>
      <w:r>
        <w:rPr>
          <w:rFonts w:ascii="Arial" w:hAnsi="Arial"/>
          <w:color w:val="5D7284"/>
          <w:sz w:val="22"/>
        </w:rPr>
        <w:t>29:59</w:t>
      </w:r>
    </w:p>
    <w:p>
      <w:pPr>
        <w:spacing w:after="0"/>
      </w:pPr>
      <w:r>
        <w:rPr>
          <w:rFonts w:ascii="Arial" w:hAnsi="Arial"/>
          <w:sz w:val="22"/>
        </w:rPr>
        <w:t xml:space="preserve">Oh, yeah, </w:t>
      </w:r>
    </w:p>
    <w:p>
      <w:pPr>
        <w:spacing w:after="0"/>
      </w:pPr>
    </w:p>
    <w:p>
      <w:pPr>
        <w:spacing w:after="0"/>
      </w:pPr>
      <w:r>
        <w:rPr>
          <w:rFonts w:ascii="Arial" w:hAnsi="Arial"/>
          <w:b/>
          <w:sz w:val="22"/>
        </w:rPr>
        <w:t xml:space="preserve">Daisy  </w:t>
      </w:r>
      <w:r>
        <w:rPr>
          <w:rFonts w:ascii="Arial" w:hAnsi="Arial"/>
          <w:color w:val="5D7284"/>
          <w:sz w:val="22"/>
        </w:rPr>
        <w:t>30:00</w:t>
      </w:r>
    </w:p>
    <w:p>
      <w:pPr>
        <w:spacing w:after="0"/>
      </w:pPr>
      <w:r>
        <w:rPr>
          <w:rFonts w:ascii="Arial" w:hAnsi="Arial"/>
          <w:sz w:val="22"/>
        </w:rPr>
        <w:t xml:space="preserve">it seems like </w:t>
      </w:r>
    </w:p>
    <w:p>
      <w:pPr>
        <w:spacing w:after="0"/>
      </w:pPr>
    </w:p>
    <w:p>
      <w:pPr>
        <w:spacing w:after="0"/>
      </w:pPr>
      <w:r>
        <w:rPr>
          <w:rFonts w:ascii="Arial" w:hAnsi="Arial"/>
          <w:b/>
          <w:sz w:val="22"/>
        </w:rPr>
        <w:t xml:space="preserve">Alice  </w:t>
      </w:r>
      <w:r>
        <w:rPr>
          <w:rFonts w:ascii="Arial" w:hAnsi="Arial"/>
          <w:color w:val="5D7284"/>
          <w:sz w:val="22"/>
        </w:rPr>
        <w:t>30:02</w:t>
      </w:r>
    </w:p>
    <w:p>
      <w:pPr>
        <w:spacing w:after="0"/>
      </w:pPr>
      <w:r>
        <w:rPr>
          <w:rFonts w:ascii="Arial" w:hAnsi="Arial"/>
          <w:sz w:val="22"/>
        </w:rPr>
        <w:t>in Friends (laughs)</w:t>
      </w:r>
    </w:p>
    <w:p>
      <w:pPr>
        <w:spacing w:after="0"/>
      </w:pPr>
    </w:p>
    <w:p>
      <w:pPr>
        <w:spacing w:after="0"/>
      </w:pPr>
      <w:r>
        <w:rPr>
          <w:rFonts w:ascii="Arial" w:hAnsi="Arial"/>
          <w:b/>
          <w:sz w:val="22"/>
        </w:rPr>
        <w:t xml:space="preserve">Daisy  </w:t>
      </w:r>
      <w:r>
        <w:rPr>
          <w:rFonts w:ascii="Arial" w:hAnsi="Arial"/>
          <w:color w:val="5D7284"/>
          <w:sz w:val="22"/>
        </w:rPr>
        <w:t>30:04</w:t>
      </w:r>
    </w:p>
    <w:p>
      <w:pPr>
        <w:spacing w:after="0"/>
      </w:pPr>
      <w:r>
        <w:rPr>
          <w:rFonts w:ascii="Arial" w:hAnsi="Arial"/>
          <w:sz w:val="22"/>
        </w:rPr>
        <w:t>It was wasn't it at one point, wasn't it?</w:t>
      </w:r>
    </w:p>
    <w:p>
      <w:pPr>
        <w:spacing w:after="0"/>
      </w:pPr>
    </w:p>
    <w:p>
      <w:pPr>
        <w:spacing w:after="0"/>
      </w:pPr>
      <w:r>
        <w:rPr>
          <w:rFonts w:ascii="Arial" w:hAnsi="Arial"/>
          <w:b/>
          <w:sz w:val="22"/>
        </w:rPr>
        <w:t xml:space="preserve">Alice  </w:t>
      </w:r>
      <w:r>
        <w:rPr>
          <w:rFonts w:ascii="Arial" w:hAnsi="Arial"/>
          <w:color w:val="5D7284"/>
          <w:sz w:val="22"/>
        </w:rPr>
        <w:t>30:07</w:t>
      </w:r>
    </w:p>
    <w:p>
      <w:pPr>
        <w:spacing w:after="0"/>
      </w:pPr>
      <w:r>
        <w:rPr>
          <w:rFonts w:ascii="Arial" w:hAnsi="Arial"/>
          <w:sz w:val="22"/>
        </w:rPr>
        <w:t>I just, I'm fairly certain NYU is a world famous prestigious university and doesn't need to be caveated with, like, you know, like in Friends. (laughs)</w:t>
      </w:r>
    </w:p>
    <w:p>
      <w:pPr>
        <w:spacing w:after="0"/>
      </w:pPr>
    </w:p>
    <w:p>
      <w:pPr>
        <w:spacing w:after="0"/>
      </w:pPr>
      <w:r>
        <w:rPr>
          <w:rFonts w:ascii="Arial" w:hAnsi="Arial"/>
          <w:b/>
          <w:sz w:val="22"/>
        </w:rPr>
        <w:t xml:space="preserve">Lucy  </w:t>
      </w:r>
      <w:r>
        <w:rPr>
          <w:rFonts w:ascii="Arial" w:hAnsi="Arial"/>
          <w:color w:val="5D7284"/>
          <w:sz w:val="22"/>
        </w:rPr>
        <w:t>30:18</w:t>
      </w:r>
    </w:p>
    <w:p>
      <w:pPr>
        <w:spacing w:after="0"/>
      </w:pPr>
      <w:r>
        <w:rPr>
          <w:rFonts w:ascii="Arial" w:hAnsi="Arial"/>
          <w:sz w:val="22"/>
        </w:rPr>
        <w:t>Yeah. (laughs) You've reduced it to a Ross Gellar side slot.</w:t>
      </w:r>
    </w:p>
    <w:p>
      <w:pPr>
        <w:spacing w:after="0"/>
      </w:pPr>
    </w:p>
    <w:p>
      <w:pPr>
        <w:spacing w:after="0"/>
      </w:pPr>
      <w:r>
        <w:rPr>
          <w:rFonts w:ascii="Arial" w:hAnsi="Arial"/>
          <w:b/>
          <w:sz w:val="22"/>
        </w:rPr>
        <w:t xml:space="preserve">Daisy  </w:t>
      </w:r>
      <w:r>
        <w:rPr>
          <w:rFonts w:ascii="Arial" w:hAnsi="Arial"/>
          <w:color w:val="5D7284"/>
          <w:sz w:val="22"/>
        </w:rPr>
        <w:t>30:22</w:t>
      </w:r>
    </w:p>
    <w:p>
      <w:pPr>
        <w:spacing w:after="0"/>
      </w:pPr>
      <w:r>
        <w:rPr>
          <w:rFonts w:ascii="Arial" w:hAnsi="Arial"/>
          <w:sz w:val="22"/>
        </w:rPr>
        <w:t>That's fair enough because when I was freaking out, I remembered him going N Y U. That's the only reason why, (Lucy) Yeah. Because it was like, because they refer to it as Hunter College. And so it seems to be one of those systems where it's like, you know, University has lots of different (Lucy) Yeah. Colleges and places like, (Alice) like Oxbridge. Sort of Yeah, (Lucy) yeah. Yeah. So originally, the bit that she went to was women only. Although I think they'd started letting in men by the time she went there, but it was like, historically, an all women's place. And then she ended up after she did that degree. She did a master's at Columbia, which is very much well one of those..what do they call it in America. Ivy League?</w:t>
      </w:r>
    </w:p>
    <w:p>
      <w:pPr>
        <w:spacing w:after="0"/>
      </w:pPr>
    </w:p>
    <w:p>
      <w:pPr>
        <w:spacing w:after="0"/>
      </w:pPr>
      <w:r>
        <w:rPr>
          <w:rFonts w:ascii="Arial" w:hAnsi="Arial"/>
          <w:b/>
          <w:sz w:val="22"/>
        </w:rPr>
        <w:t xml:space="preserve">Lucy  </w:t>
      </w:r>
      <w:r>
        <w:rPr>
          <w:rFonts w:ascii="Arial" w:hAnsi="Arial"/>
          <w:color w:val="5D7284"/>
          <w:sz w:val="22"/>
        </w:rPr>
        <w:t>31:15</w:t>
      </w:r>
    </w:p>
    <w:p>
      <w:pPr>
        <w:spacing w:after="0"/>
      </w:pPr>
      <w:r>
        <w:rPr>
          <w:rFonts w:ascii="Arial" w:hAnsi="Arial"/>
          <w:sz w:val="22"/>
        </w:rPr>
        <w:t xml:space="preserve">Yes. (Alice) Yeah. </w:t>
      </w:r>
    </w:p>
    <w:p>
      <w:pPr>
        <w:spacing w:after="0"/>
      </w:pPr>
    </w:p>
    <w:p>
      <w:pPr>
        <w:spacing w:after="0"/>
      </w:pPr>
      <w:r>
        <w:rPr>
          <w:rFonts w:ascii="Arial" w:hAnsi="Arial"/>
          <w:b/>
          <w:sz w:val="22"/>
        </w:rPr>
        <w:t xml:space="preserve">Alice  </w:t>
      </w:r>
      <w:r>
        <w:rPr>
          <w:rFonts w:ascii="Arial" w:hAnsi="Arial"/>
          <w:color w:val="5D7284"/>
          <w:sz w:val="22"/>
        </w:rPr>
        <w:t>31:16</w:t>
      </w:r>
    </w:p>
    <w:p>
      <w:pPr>
        <w:spacing w:after="0"/>
      </w:pPr>
      <w:r>
        <w:rPr>
          <w:rFonts w:ascii="Arial" w:hAnsi="Arial"/>
          <w:sz w:val="22"/>
        </w:rPr>
        <w:t>I was gonna say this is another one of those world famous prestigious colleges. I don't know any TV characters that went to Columbia. No,</w:t>
      </w:r>
    </w:p>
    <w:p>
      <w:pPr>
        <w:spacing w:after="0"/>
      </w:pPr>
    </w:p>
    <w:p>
      <w:pPr>
        <w:spacing w:after="0"/>
      </w:pPr>
      <w:r>
        <w:rPr>
          <w:rFonts w:ascii="Arial" w:hAnsi="Arial"/>
          <w:b/>
          <w:sz w:val="22"/>
        </w:rPr>
        <w:t xml:space="preserve">Daisy  </w:t>
      </w:r>
      <w:r>
        <w:rPr>
          <w:rFonts w:ascii="Arial" w:hAnsi="Arial"/>
          <w:color w:val="5D7284"/>
          <w:sz w:val="22"/>
        </w:rPr>
        <w:t>31:24</w:t>
      </w:r>
    </w:p>
    <w:p>
      <w:pPr>
        <w:spacing w:after="0"/>
      </w:pPr>
      <w:r>
        <w:rPr>
          <w:rFonts w:ascii="Arial" w:hAnsi="Arial"/>
          <w:sz w:val="22"/>
        </w:rPr>
        <w:t>No.</w:t>
      </w:r>
    </w:p>
    <w:p>
      <w:pPr>
        <w:spacing w:after="0"/>
      </w:pPr>
    </w:p>
    <w:p>
      <w:pPr>
        <w:spacing w:after="0"/>
      </w:pPr>
      <w:r>
        <w:rPr>
          <w:rFonts w:ascii="Arial" w:hAnsi="Arial"/>
          <w:b/>
          <w:sz w:val="22"/>
        </w:rPr>
        <w:t xml:space="preserve">Lucy  </w:t>
      </w:r>
      <w:r>
        <w:rPr>
          <w:rFonts w:ascii="Arial" w:hAnsi="Arial"/>
          <w:color w:val="5D7284"/>
          <w:sz w:val="22"/>
        </w:rPr>
        <w:t>31:25</w:t>
      </w:r>
    </w:p>
    <w:p>
      <w:pPr>
        <w:spacing w:after="0"/>
      </w:pPr>
      <w:r>
        <w:rPr>
          <w:rFonts w:ascii="Arial" w:hAnsi="Arial"/>
          <w:sz w:val="22"/>
        </w:rPr>
        <w:t>What did you do a master's in Daisy? Was it English poetry?That kind of stuff?</w:t>
      </w:r>
    </w:p>
    <w:p>
      <w:pPr>
        <w:spacing w:after="0"/>
      </w:pPr>
    </w:p>
    <w:p>
      <w:pPr>
        <w:spacing w:after="0"/>
      </w:pPr>
      <w:r>
        <w:rPr>
          <w:rFonts w:ascii="Arial" w:hAnsi="Arial"/>
          <w:b/>
          <w:sz w:val="22"/>
        </w:rPr>
        <w:t xml:space="preserve">Daisy  </w:t>
      </w:r>
      <w:r>
        <w:rPr>
          <w:rFonts w:ascii="Arial" w:hAnsi="Arial"/>
          <w:color w:val="5D7284"/>
          <w:sz w:val="22"/>
        </w:rPr>
        <w:t>31:35</w:t>
      </w:r>
    </w:p>
    <w:p>
      <w:pPr>
        <w:spacing w:after="0"/>
      </w:pPr>
      <w:r>
        <w:rPr>
          <w:rFonts w:ascii="Arial" w:hAnsi="Arial"/>
          <w:sz w:val="22"/>
        </w:rPr>
        <w:t>She did her Masters in Library sciences.</w:t>
      </w:r>
    </w:p>
    <w:p>
      <w:pPr>
        <w:spacing w:after="0"/>
      </w:pPr>
    </w:p>
    <w:p>
      <w:pPr>
        <w:spacing w:after="0"/>
      </w:pPr>
      <w:r>
        <w:rPr>
          <w:rFonts w:ascii="Arial" w:hAnsi="Arial"/>
          <w:b/>
          <w:sz w:val="22"/>
        </w:rPr>
        <w:t xml:space="preserve">Lucy  </w:t>
      </w:r>
      <w:r>
        <w:rPr>
          <w:rFonts w:ascii="Arial" w:hAnsi="Arial"/>
          <w:color w:val="5D7284"/>
          <w:sz w:val="22"/>
        </w:rPr>
        <w:t>31:35</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31:35</w:t>
      </w:r>
    </w:p>
    <w:p>
      <w:pPr>
        <w:spacing w:after="0"/>
      </w:pPr>
      <w:r>
        <w:rPr>
          <w:rFonts w:ascii="Arial" w:hAnsi="Arial"/>
          <w:sz w:val="22"/>
        </w:rPr>
        <w:t>That's cool.</w:t>
      </w:r>
    </w:p>
    <w:p>
      <w:pPr>
        <w:spacing w:after="0"/>
      </w:pPr>
    </w:p>
    <w:p>
      <w:pPr>
        <w:spacing w:after="0"/>
      </w:pPr>
      <w:r>
        <w:rPr>
          <w:rFonts w:ascii="Arial" w:hAnsi="Arial"/>
          <w:b/>
          <w:sz w:val="22"/>
        </w:rPr>
        <w:t xml:space="preserve">Lucy  </w:t>
      </w:r>
      <w:r>
        <w:rPr>
          <w:rFonts w:ascii="Arial" w:hAnsi="Arial"/>
          <w:color w:val="5D7284"/>
          <w:sz w:val="22"/>
        </w:rPr>
        <w:t>31:35</w:t>
      </w:r>
    </w:p>
    <w:p>
      <w:pPr>
        <w:spacing w:after="0"/>
      </w:pPr>
      <w:r>
        <w:rPr>
          <w:rFonts w:ascii="Arial" w:hAnsi="Arial"/>
          <w:sz w:val="22"/>
        </w:rPr>
        <w:t>Can I just ask..What is library sciences? Like English?</w:t>
      </w:r>
    </w:p>
    <w:p>
      <w:pPr>
        <w:spacing w:after="0"/>
      </w:pPr>
    </w:p>
    <w:p>
      <w:pPr>
        <w:spacing w:after="0"/>
      </w:pPr>
      <w:r>
        <w:rPr>
          <w:rFonts w:ascii="Arial" w:hAnsi="Arial"/>
          <w:b/>
          <w:sz w:val="22"/>
        </w:rPr>
        <w:t xml:space="preserve">Daisy  </w:t>
      </w:r>
      <w:r>
        <w:rPr>
          <w:rFonts w:ascii="Arial" w:hAnsi="Arial"/>
          <w:color w:val="5D7284"/>
          <w:sz w:val="22"/>
        </w:rPr>
        <w:t>31:40</w:t>
      </w:r>
    </w:p>
    <w:p>
      <w:pPr>
        <w:spacing w:after="0"/>
      </w:pPr>
      <w:r>
        <w:rPr>
          <w:rFonts w:ascii="Arial" w:hAnsi="Arial"/>
          <w:sz w:val="22"/>
        </w:rPr>
        <w:t>Im not sure but my friend, my friend Flic did a master's in library sciences. (Lucy) Yeah. And she is now a very excellent librarian in Brisbane. So I know you can do it.</w:t>
      </w:r>
    </w:p>
    <w:p>
      <w:pPr>
        <w:spacing w:after="0"/>
      </w:pPr>
    </w:p>
    <w:p>
      <w:pPr>
        <w:spacing w:after="0"/>
      </w:pPr>
      <w:r>
        <w:rPr>
          <w:rFonts w:ascii="Arial" w:hAnsi="Arial"/>
          <w:b/>
          <w:sz w:val="22"/>
        </w:rPr>
        <w:t xml:space="preserve">Alice  </w:t>
      </w:r>
      <w:r>
        <w:rPr>
          <w:rFonts w:ascii="Arial" w:hAnsi="Arial"/>
          <w:color w:val="5D7284"/>
          <w:sz w:val="22"/>
        </w:rPr>
        <w:t>32:00</w:t>
      </w:r>
    </w:p>
    <w:p>
      <w:pPr>
        <w:spacing w:after="0"/>
      </w:pPr>
      <w:r>
        <w:rPr>
          <w:rFonts w:ascii="Arial" w:hAnsi="Arial"/>
          <w:sz w:val="22"/>
        </w:rPr>
        <w:t>You need to be... it's what you need to do to become a librarian. It's all about like, librarians aren't just like, you know, scan, scan the barcode, make sure you bring the video back in six weeks and rewind it back to the beginning. It's, it's you've got to like understand referencing and you've got to be able to, you know..</w:t>
      </w:r>
    </w:p>
    <w:p>
      <w:pPr>
        <w:spacing w:after="0"/>
      </w:pPr>
    </w:p>
    <w:p>
      <w:pPr>
        <w:spacing w:after="0"/>
      </w:pPr>
      <w:r>
        <w:rPr>
          <w:rFonts w:ascii="Arial" w:hAnsi="Arial"/>
          <w:b/>
          <w:sz w:val="22"/>
        </w:rPr>
        <w:t xml:space="preserve">Daisy  </w:t>
      </w:r>
      <w:r>
        <w:rPr>
          <w:rFonts w:ascii="Arial" w:hAnsi="Arial"/>
          <w:color w:val="5D7284"/>
          <w:sz w:val="22"/>
        </w:rPr>
        <w:t>32:21</w:t>
      </w:r>
    </w:p>
    <w:p>
      <w:pPr>
        <w:spacing w:after="0"/>
      </w:pPr>
      <w:r>
        <w:rPr>
          <w:rFonts w:ascii="Arial" w:hAnsi="Arial"/>
          <w:sz w:val="22"/>
        </w:rPr>
        <w:t xml:space="preserve">Preservation and things as well. </w:t>
      </w:r>
    </w:p>
    <w:p>
      <w:pPr>
        <w:spacing w:after="0"/>
      </w:pPr>
    </w:p>
    <w:p>
      <w:pPr>
        <w:spacing w:after="0"/>
      </w:pPr>
      <w:r>
        <w:rPr>
          <w:rFonts w:ascii="Arial" w:hAnsi="Arial"/>
          <w:b/>
          <w:sz w:val="22"/>
        </w:rPr>
        <w:t xml:space="preserve">Lucy  </w:t>
      </w:r>
      <w:r>
        <w:rPr>
          <w:rFonts w:ascii="Arial" w:hAnsi="Arial"/>
          <w:color w:val="5D7284"/>
          <w:sz w:val="22"/>
        </w:rPr>
        <w:t>32:23</w:t>
      </w:r>
    </w:p>
    <w:p>
      <w:pPr>
        <w:spacing w:after="0"/>
      </w:pPr>
      <w:r>
        <w:rPr>
          <w:rFonts w:ascii="Arial" w:hAnsi="Arial"/>
          <w:sz w:val="22"/>
        </w:rPr>
        <w:t xml:space="preserve">Yeah, it's a bit more like library admin, almost that kind of thing. </w:t>
      </w:r>
    </w:p>
    <w:p>
      <w:pPr>
        <w:spacing w:after="0"/>
      </w:pPr>
    </w:p>
    <w:p>
      <w:pPr>
        <w:spacing w:after="0"/>
      </w:pPr>
      <w:r>
        <w:rPr>
          <w:rFonts w:ascii="Arial" w:hAnsi="Arial"/>
          <w:b/>
          <w:sz w:val="22"/>
        </w:rPr>
        <w:t xml:space="preserve">Alice  </w:t>
      </w:r>
      <w:r>
        <w:rPr>
          <w:rFonts w:ascii="Arial" w:hAnsi="Arial"/>
          <w:color w:val="5D7284"/>
          <w:sz w:val="22"/>
        </w:rPr>
        <w:t>32:27</w:t>
      </w:r>
    </w:p>
    <w:p>
      <w:pPr>
        <w:spacing w:after="0"/>
      </w:pPr>
      <w:r>
        <w:rPr>
          <w:rFonts w:ascii="Arial" w:hAnsi="Arial"/>
          <w:sz w:val="22"/>
        </w:rPr>
        <w:t>I suppose there's, I think I history element to it as well. Yeah. Yeah, it's, it's, it's complicated. It's about like, preservation of knowledge.</w:t>
      </w:r>
    </w:p>
    <w:p>
      <w:pPr>
        <w:spacing w:after="0"/>
      </w:pPr>
    </w:p>
    <w:p>
      <w:pPr>
        <w:spacing w:after="0"/>
      </w:pPr>
      <w:r>
        <w:rPr>
          <w:rFonts w:ascii="Arial" w:hAnsi="Arial"/>
          <w:b/>
          <w:sz w:val="22"/>
        </w:rPr>
        <w:t xml:space="preserve">Daisy  </w:t>
      </w:r>
      <w:r>
        <w:rPr>
          <w:rFonts w:ascii="Arial" w:hAnsi="Arial"/>
          <w:color w:val="5D7284"/>
          <w:sz w:val="22"/>
        </w:rPr>
        <w:t>32:41</w:t>
      </w:r>
    </w:p>
    <w:p>
      <w:pPr>
        <w:spacing w:after="0"/>
      </w:pPr>
      <w:r>
        <w:rPr>
          <w:rFonts w:ascii="Arial" w:hAnsi="Arial"/>
          <w:sz w:val="22"/>
        </w:rPr>
        <w:t>Yeah, I've got a definition here, if it helps. So an interdisciplinary field that applies to the practices, perspectives, and tools of management, information, technology, education, and other areas to libraries, such as the collection, organization, preservation and dissemination of information resources, and the political economy of information.</w:t>
      </w:r>
    </w:p>
    <w:p>
      <w:pPr>
        <w:spacing w:after="0"/>
      </w:pPr>
    </w:p>
    <w:p>
      <w:pPr>
        <w:spacing w:after="0"/>
      </w:pPr>
      <w:r>
        <w:rPr>
          <w:rFonts w:ascii="Arial" w:hAnsi="Arial"/>
          <w:b/>
          <w:sz w:val="22"/>
        </w:rPr>
        <w:t xml:space="preserve">Alice  </w:t>
      </w:r>
      <w:r>
        <w:rPr>
          <w:rFonts w:ascii="Arial" w:hAnsi="Arial"/>
          <w:color w:val="5D7284"/>
          <w:sz w:val="22"/>
        </w:rPr>
        <w:t>33:03</w:t>
      </w:r>
    </w:p>
    <w:p>
      <w:pPr>
        <w:spacing w:after="0"/>
      </w:pPr>
      <w:r>
        <w:rPr>
          <w:rFonts w:ascii="Arial" w:hAnsi="Arial"/>
          <w:sz w:val="22"/>
        </w:rPr>
        <w:t>I think it's similar to like museum studies, where it's about understanding how artifacts relate to each other and their importance, things like that.</w:t>
      </w:r>
    </w:p>
    <w:p>
      <w:pPr>
        <w:spacing w:after="0"/>
      </w:pPr>
    </w:p>
    <w:p>
      <w:pPr>
        <w:spacing w:after="0"/>
      </w:pPr>
      <w:r>
        <w:rPr>
          <w:rFonts w:ascii="Arial" w:hAnsi="Arial"/>
          <w:b/>
          <w:sz w:val="22"/>
        </w:rPr>
        <w:t xml:space="preserve">Daisy  </w:t>
      </w:r>
      <w:r>
        <w:rPr>
          <w:rFonts w:ascii="Arial" w:hAnsi="Arial"/>
          <w:color w:val="5D7284"/>
          <w:sz w:val="22"/>
        </w:rPr>
        <w:t>33:12</w:t>
      </w:r>
    </w:p>
    <w:p>
      <w:pPr>
        <w:spacing w:after="0"/>
      </w:pPr>
      <w:r>
        <w:rPr>
          <w:rFonts w:ascii="Arial" w:hAnsi="Arial"/>
          <w:sz w:val="22"/>
        </w:rPr>
        <w:t>Yeah yeah, so it's, it's an art person's work.</w:t>
      </w:r>
    </w:p>
    <w:p>
      <w:pPr>
        <w:spacing w:after="0"/>
      </w:pPr>
    </w:p>
    <w:p>
      <w:pPr>
        <w:spacing w:after="0"/>
      </w:pPr>
      <w:r>
        <w:rPr>
          <w:rFonts w:ascii="Arial" w:hAnsi="Arial"/>
          <w:b/>
          <w:sz w:val="22"/>
        </w:rPr>
        <w:t xml:space="preserve">Alice  </w:t>
      </w:r>
      <w:r>
        <w:rPr>
          <w:rFonts w:ascii="Arial" w:hAnsi="Arial"/>
          <w:color w:val="5D7284"/>
          <w:sz w:val="22"/>
        </w:rPr>
        <w:t>33:16</w:t>
      </w:r>
    </w:p>
    <w:p>
      <w:pPr>
        <w:spacing w:after="0"/>
      </w:pPr>
      <w:r>
        <w:rPr>
          <w:rFonts w:ascii="Arial" w:hAnsi="Arial"/>
          <w:sz w:val="22"/>
        </w:rPr>
        <w:t>Like the master's degree that I did. So.</w:t>
      </w:r>
    </w:p>
    <w:p>
      <w:pPr>
        <w:spacing w:after="0"/>
      </w:pPr>
    </w:p>
    <w:p>
      <w:pPr>
        <w:spacing w:after="0"/>
      </w:pPr>
      <w:r>
        <w:rPr>
          <w:rFonts w:ascii="Arial" w:hAnsi="Arial"/>
          <w:b/>
          <w:sz w:val="22"/>
        </w:rPr>
        <w:t xml:space="preserve">Daisy  </w:t>
      </w:r>
      <w:r>
        <w:rPr>
          <w:rFonts w:ascii="Arial" w:hAnsi="Arial"/>
          <w:color w:val="5D7284"/>
          <w:sz w:val="22"/>
        </w:rPr>
        <w:t>33:19</w:t>
      </w:r>
    </w:p>
    <w:p>
      <w:pPr>
        <w:spacing w:after="0"/>
      </w:pPr>
      <w:r>
        <w:rPr>
          <w:rFonts w:ascii="Arial" w:hAnsi="Arial"/>
          <w:sz w:val="22"/>
        </w:rPr>
        <w:t>It's like, yeah, you have to be like, fully on the ball to be doing it. It's like so many different bits of things. Yeah, I know. My friend Flick has worked very hard at it. But she, she might listen to this. So I'll say that she's excellent. (Lucy) Yeah</w:t>
      </w:r>
    </w:p>
    <w:p>
      <w:pPr>
        <w:spacing w:after="0"/>
      </w:pPr>
    </w:p>
    <w:p>
      <w:pPr>
        <w:spacing w:after="0"/>
      </w:pPr>
      <w:r>
        <w:rPr>
          <w:rFonts w:ascii="Arial" w:hAnsi="Arial"/>
          <w:b/>
          <w:sz w:val="22"/>
        </w:rPr>
        <w:t xml:space="preserve">Alice  </w:t>
      </w:r>
      <w:r>
        <w:rPr>
          <w:rFonts w:ascii="Arial" w:hAnsi="Arial"/>
          <w:color w:val="5D7284"/>
          <w:sz w:val="22"/>
        </w:rPr>
        <w:t>33:36</w:t>
      </w:r>
    </w:p>
    <w:p>
      <w:pPr>
        <w:spacing w:after="0"/>
      </w:pPr>
      <w:r>
        <w:rPr>
          <w:rFonts w:ascii="Arial" w:hAnsi="Arial"/>
          <w:sz w:val="22"/>
        </w:rPr>
        <w:t xml:space="preserve">Shout out to all the librarians. </w:t>
      </w:r>
    </w:p>
    <w:p>
      <w:pPr>
        <w:spacing w:after="0"/>
      </w:pPr>
    </w:p>
    <w:p>
      <w:pPr>
        <w:spacing w:after="0"/>
      </w:pPr>
      <w:r>
        <w:rPr>
          <w:rFonts w:ascii="Arial" w:hAnsi="Arial"/>
          <w:b/>
          <w:sz w:val="22"/>
        </w:rPr>
        <w:t xml:space="preserve">Lucy  </w:t>
      </w:r>
      <w:r>
        <w:rPr>
          <w:rFonts w:ascii="Arial" w:hAnsi="Arial"/>
          <w:color w:val="5D7284"/>
          <w:sz w:val="22"/>
        </w:rPr>
        <w:t>33:38</w:t>
      </w:r>
    </w:p>
    <w:p>
      <w:pPr>
        <w:spacing w:after="0"/>
      </w:pPr>
      <w:r>
        <w:rPr>
          <w:rFonts w:ascii="Arial" w:hAnsi="Arial"/>
          <w:sz w:val="22"/>
        </w:rPr>
        <w:t>Yeah, definitely. Absolutely. Um, also they are the</w:t>
      </w:r>
    </w:p>
    <w:p>
      <w:pPr>
        <w:spacing w:after="0"/>
      </w:pPr>
    </w:p>
    <w:p>
      <w:pPr>
        <w:spacing w:after="0"/>
      </w:pPr>
      <w:r>
        <w:rPr>
          <w:rFonts w:ascii="Arial" w:hAnsi="Arial"/>
          <w:b/>
          <w:sz w:val="22"/>
        </w:rPr>
        <w:t xml:space="preserve">Alice  </w:t>
      </w:r>
      <w:r>
        <w:rPr>
          <w:rFonts w:ascii="Arial" w:hAnsi="Arial"/>
          <w:color w:val="5D7284"/>
          <w:sz w:val="22"/>
        </w:rPr>
        <w:t>33:42</w:t>
      </w:r>
    </w:p>
    <w:p>
      <w:pPr>
        <w:spacing w:after="0"/>
      </w:pPr>
      <w:r>
        <w:rPr>
          <w:rFonts w:ascii="Arial" w:hAnsi="Arial"/>
          <w:sz w:val="22"/>
        </w:rPr>
        <w:t>They are keepers of the books. We must love them.</w:t>
      </w:r>
    </w:p>
    <w:p>
      <w:pPr>
        <w:spacing w:after="0"/>
      </w:pPr>
    </w:p>
    <w:p>
      <w:pPr>
        <w:spacing w:after="0"/>
      </w:pPr>
      <w:r>
        <w:rPr>
          <w:rFonts w:ascii="Arial" w:hAnsi="Arial"/>
          <w:b/>
          <w:sz w:val="22"/>
        </w:rPr>
        <w:t xml:space="preserve">Lucy  </w:t>
      </w:r>
      <w:r>
        <w:rPr>
          <w:rFonts w:ascii="Arial" w:hAnsi="Arial"/>
          <w:color w:val="5D7284"/>
          <w:sz w:val="22"/>
        </w:rPr>
        <w:t>33:45</w:t>
      </w:r>
    </w:p>
    <w:p>
      <w:pPr>
        <w:spacing w:after="0"/>
      </w:pPr>
      <w:r>
        <w:rPr>
          <w:rFonts w:ascii="Arial" w:hAnsi="Arial"/>
          <w:sz w:val="22"/>
        </w:rPr>
        <w:t>But that sounds like something really interesting, to me. Like yeah, you know, it is my dream. I regularly have a dream that me Allison Daisy, open up a disability museum. And the last time I had a dream about opening up a disability museum Daisy insisted that she went outside every day and opened the museum with a bugle in the car park (laughs) you don't have to do that fine</w:t>
      </w:r>
    </w:p>
    <w:p>
      <w:pPr>
        <w:spacing w:after="0"/>
      </w:pPr>
    </w:p>
    <w:p>
      <w:pPr>
        <w:spacing w:after="0"/>
      </w:pPr>
      <w:r>
        <w:rPr>
          <w:rFonts w:ascii="Arial" w:hAnsi="Arial"/>
          <w:b/>
          <w:sz w:val="22"/>
        </w:rPr>
        <w:t xml:space="preserve">Alice  </w:t>
      </w:r>
      <w:r>
        <w:rPr>
          <w:rFonts w:ascii="Arial" w:hAnsi="Arial"/>
          <w:color w:val="5D7284"/>
          <w:sz w:val="22"/>
        </w:rPr>
        <w:t>34:11</w:t>
      </w:r>
    </w:p>
    <w:p>
      <w:pPr>
        <w:spacing w:after="0"/>
      </w:pPr>
      <w:r>
        <w:rPr>
          <w:rFonts w:ascii="Arial" w:hAnsi="Arial"/>
          <w:sz w:val="22"/>
        </w:rPr>
        <w:t>yes but there is a difference between having to do something and doing something because you want to Lucy. There in lays the crux of the issue, is Daisy doesn't know she doesn't have to blow a bugle. But she's like, fucking do it</w:t>
      </w:r>
    </w:p>
    <w:p>
      <w:pPr>
        <w:spacing w:after="0"/>
      </w:pPr>
    </w:p>
    <w:p>
      <w:pPr>
        <w:spacing w:after="0"/>
      </w:pPr>
      <w:r>
        <w:rPr>
          <w:rFonts w:ascii="Arial" w:hAnsi="Arial"/>
          <w:b/>
          <w:sz w:val="22"/>
        </w:rPr>
        <w:t xml:space="preserve">Lucy  </w:t>
      </w:r>
      <w:r>
        <w:rPr>
          <w:rFonts w:ascii="Arial" w:hAnsi="Arial"/>
          <w:color w:val="5D7284"/>
          <w:sz w:val="22"/>
        </w:rPr>
        <w:t>34:36</w:t>
      </w:r>
    </w:p>
    <w:p>
      <w:pPr>
        <w:spacing w:after="0"/>
      </w:pPr>
      <w:r>
        <w:rPr>
          <w:rFonts w:ascii="Arial" w:hAnsi="Arial"/>
          <w:sz w:val="22"/>
        </w:rPr>
        <w:t>I've got one I'm gonna use it. Anyway</w:t>
      </w:r>
    </w:p>
    <w:p>
      <w:pPr>
        <w:spacing w:after="0"/>
      </w:pPr>
    </w:p>
    <w:p>
      <w:pPr>
        <w:spacing w:after="0"/>
      </w:pPr>
      <w:r>
        <w:rPr>
          <w:rFonts w:ascii="Arial" w:hAnsi="Arial"/>
          <w:b/>
          <w:sz w:val="22"/>
        </w:rPr>
        <w:t xml:space="preserve">Daisy  </w:t>
      </w:r>
      <w:r>
        <w:rPr>
          <w:rFonts w:ascii="Arial" w:hAnsi="Arial"/>
          <w:color w:val="5D7284"/>
          <w:sz w:val="22"/>
        </w:rPr>
        <w:t>34:41</w:t>
      </w:r>
    </w:p>
    <w:p>
      <w:pPr>
        <w:spacing w:after="0"/>
      </w:pPr>
      <w:r>
        <w:rPr>
          <w:rFonts w:ascii="Arial" w:hAnsi="Arial"/>
          <w:sz w:val="22"/>
        </w:rPr>
        <w:t xml:space="preserve"> Exactly I quite like the idea of library sciences. As we talk more about it. I'm ended up doing a career change my list of eight hundred different jobs that I want to do.</w:t>
      </w:r>
    </w:p>
    <w:p>
      <w:pPr>
        <w:spacing w:after="0"/>
      </w:pPr>
    </w:p>
    <w:p>
      <w:pPr>
        <w:spacing w:after="0"/>
      </w:pPr>
      <w:r>
        <w:rPr>
          <w:rFonts w:ascii="Arial" w:hAnsi="Arial"/>
          <w:b/>
          <w:sz w:val="22"/>
        </w:rPr>
        <w:t xml:space="preserve">Lucy  </w:t>
      </w:r>
      <w:r>
        <w:rPr>
          <w:rFonts w:ascii="Arial" w:hAnsi="Arial"/>
          <w:color w:val="5D7284"/>
          <w:sz w:val="22"/>
        </w:rPr>
        <w:t>34:54</w:t>
      </w:r>
    </w:p>
    <w:p>
      <w:pPr>
        <w:spacing w:after="0"/>
      </w:pPr>
      <w:r>
        <w:rPr>
          <w:rFonts w:ascii="Arial" w:hAnsi="Arial"/>
          <w:sz w:val="22"/>
        </w:rPr>
        <w:t xml:space="preserve"> And then we could open up the...</w:t>
      </w:r>
    </w:p>
    <w:p>
      <w:pPr>
        <w:spacing w:after="0"/>
      </w:pPr>
    </w:p>
    <w:p>
      <w:pPr>
        <w:spacing w:after="0"/>
      </w:pPr>
      <w:r>
        <w:rPr>
          <w:rFonts w:ascii="Arial" w:hAnsi="Arial"/>
          <w:b/>
          <w:sz w:val="22"/>
        </w:rPr>
        <w:t xml:space="preserve">Alice  </w:t>
      </w:r>
      <w:r>
        <w:rPr>
          <w:rFonts w:ascii="Arial" w:hAnsi="Arial"/>
          <w:color w:val="5D7284"/>
          <w:sz w:val="22"/>
        </w:rPr>
        <w:t>34:56</w:t>
      </w:r>
    </w:p>
    <w:p>
      <w:pPr>
        <w:spacing w:after="0"/>
      </w:pPr>
      <w:r>
        <w:rPr>
          <w:rFonts w:ascii="Arial" w:hAnsi="Arial"/>
          <w:sz w:val="22"/>
        </w:rPr>
        <w:t>The museum and library of disability.</w:t>
      </w:r>
    </w:p>
    <w:p>
      <w:pPr>
        <w:spacing w:after="0"/>
      </w:pPr>
    </w:p>
    <w:p>
      <w:pPr>
        <w:spacing w:after="0"/>
      </w:pPr>
      <w:r>
        <w:rPr>
          <w:rFonts w:ascii="Arial" w:hAnsi="Arial"/>
          <w:b/>
          <w:sz w:val="22"/>
        </w:rPr>
        <w:t xml:space="preserve">Lucy  </w:t>
      </w:r>
      <w:r>
        <w:rPr>
          <w:rFonts w:ascii="Arial" w:hAnsi="Arial"/>
          <w:color w:val="5D7284"/>
          <w:sz w:val="22"/>
        </w:rPr>
        <w:t>34:59</w:t>
      </w:r>
    </w:p>
    <w:p>
      <w:pPr>
        <w:spacing w:after="0"/>
      </w:pPr>
      <w:r>
        <w:rPr>
          <w:rFonts w:ascii="Arial" w:hAnsi="Arial"/>
          <w:sz w:val="22"/>
        </w:rPr>
        <w:t xml:space="preserve"> Yes, let's do it.</w:t>
      </w:r>
    </w:p>
    <w:p>
      <w:pPr>
        <w:spacing w:after="0"/>
      </w:pPr>
    </w:p>
    <w:p>
      <w:pPr>
        <w:spacing w:after="0"/>
      </w:pPr>
      <w:r>
        <w:rPr>
          <w:rFonts w:ascii="Arial" w:hAnsi="Arial"/>
          <w:b/>
          <w:sz w:val="22"/>
        </w:rPr>
        <w:t xml:space="preserve">Alice  </w:t>
      </w:r>
      <w:r>
        <w:rPr>
          <w:rFonts w:ascii="Arial" w:hAnsi="Arial"/>
          <w:color w:val="5D7284"/>
          <w:sz w:val="22"/>
        </w:rPr>
        <w:t>35:02</w:t>
      </w:r>
    </w:p>
    <w:p>
      <w:pPr>
        <w:spacing w:after="0"/>
      </w:pPr>
      <w:r>
        <w:rPr>
          <w:rFonts w:ascii="Arial" w:hAnsi="Arial"/>
          <w:sz w:val="22"/>
        </w:rPr>
        <w:t xml:space="preserve">Yeah podcast it. </w:t>
      </w:r>
    </w:p>
    <w:p>
      <w:pPr>
        <w:spacing w:after="0"/>
      </w:pPr>
    </w:p>
    <w:p>
      <w:pPr>
        <w:spacing w:after="0"/>
      </w:pPr>
      <w:r>
        <w:rPr>
          <w:rFonts w:ascii="Arial" w:hAnsi="Arial"/>
          <w:b/>
          <w:sz w:val="22"/>
        </w:rPr>
        <w:t xml:space="preserve">Daisy  </w:t>
      </w:r>
      <w:r>
        <w:rPr>
          <w:rFonts w:ascii="Arial" w:hAnsi="Arial"/>
          <w:color w:val="5D7284"/>
          <w:sz w:val="22"/>
        </w:rPr>
        <w:t>35:04</w:t>
      </w:r>
    </w:p>
    <w:p>
      <w:pPr>
        <w:spacing w:after="0"/>
      </w:pPr>
      <w:r>
        <w:rPr>
          <w:rFonts w:ascii="Arial" w:hAnsi="Arial"/>
          <w:sz w:val="22"/>
        </w:rPr>
        <w:t xml:space="preserve">Yeah. It'd be great to have like disabled librarians, we  would probably you know, end up with more like accessible information stuff like you know, more audiobooks and more ebooks and things like that. </w:t>
      </w:r>
    </w:p>
    <w:p>
      <w:pPr>
        <w:spacing w:after="0"/>
      </w:pPr>
    </w:p>
    <w:p>
      <w:pPr>
        <w:spacing w:after="0"/>
      </w:pPr>
      <w:r>
        <w:rPr>
          <w:rFonts w:ascii="Arial" w:hAnsi="Arial"/>
          <w:b/>
          <w:sz w:val="22"/>
        </w:rPr>
        <w:t xml:space="preserve">Lucy  </w:t>
      </w:r>
      <w:r>
        <w:rPr>
          <w:rFonts w:ascii="Arial" w:hAnsi="Arial"/>
          <w:color w:val="5D7284"/>
          <w:sz w:val="22"/>
        </w:rPr>
        <w:t>35:22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35:22</w:t>
      </w:r>
    </w:p>
    <w:p>
      <w:pPr>
        <w:spacing w:after="0"/>
      </w:pPr>
      <w:r>
        <w:rPr>
          <w:rFonts w:ascii="Arial" w:hAnsi="Arial"/>
          <w:sz w:val="22"/>
        </w:rPr>
        <w:t>I would really like to see you know, those fun ladders that they have in old fashioned libraries that slide along the bookcase. Yes, I want to see an accessible version of one of them.</w:t>
      </w:r>
    </w:p>
    <w:p>
      <w:pPr>
        <w:spacing w:after="0"/>
      </w:pPr>
    </w:p>
    <w:p>
      <w:pPr>
        <w:spacing w:after="0"/>
      </w:pPr>
      <w:r>
        <w:rPr>
          <w:rFonts w:ascii="Arial" w:hAnsi="Arial"/>
          <w:b/>
          <w:sz w:val="22"/>
        </w:rPr>
        <w:t xml:space="preserve">Lucy  </w:t>
      </w:r>
      <w:r>
        <w:rPr>
          <w:rFonts w:ascii="Arial" w:hAnsi="Arial"/>
          <w:color w:val="5D7284"/>
          <w:sz w:val="22"/>
        </w:rPr>
        <w:t>35:31</w:t>
      </w:r>
    </w:p>
    <w:p>
      <w:pPr>
        <w:spacing w:after="0"/>
      </w:pPr>
      <w:r>
        <w:rPr>
          <w:rFonts w:ascii="Arial" w:hAnsi="Arial"/>
          <w:sz w:val="22"/>
        </w:rPr>
        <w:t>Where are you putting me on that ladder? Top or the bottom?</w:t>
      </w:r>
    </w:p>
    <w:p>
      <w:pPr>
        <w:spacing w:after="0"/>
      </w:pPr>
    </w:p>
    <w:p>
      <w:pPr>
        <w:spacing w:after="0"/>
      </w:pPr>
      <w:r>
        <w:rPr>
          <w:rFonts w:ascii="Arial" w:hAnsi="Arial"/>
          <w:b/>
          <w:sz w:val="22"/>
        </w:rPr>
        <w:t xml:space="preserve">Alice  </w:t>
      </w:r>
      <w:r>
        <w:rPr>
          <w:rFonts w:ascii="Arial" w:hAnsi="Arial"/>
          <w:color w:val="5D7284"/>
          <w:sz w:val="22"/>
        </w:rPr>
        <w:t>35:37</w:t>
      </w:r>
    </w:p>
    <w:p>
      <w:pPr>
        <w:spacing w:after="0"/>
      </w:pPr>
      <w:r>
        <w:rPr>
          <w:rFonts w:ascii="Arial" w:hAnsi="Arial"/>
          <w:sz w:val="22"/>
        </w:rPr>
        <w:t>Don't worry Lucy, you can work in the gift shop.</w:t>
      </w:r>
    </w:p>
    <w:p>
      <w:pPr>
        <w:spacing w:after="0"/>
      </w:pPr>
    </w:p>
    <w:p>
      <w:pPr>
        <w:spacing w:after="0"/>
      </w:pPr>
      <w:r>
        <w:rPr>
          <w:rFonts w:ascii="Arial" w:hAnsi="Arial"/>
          <w:b/>
          <w:sz w:val="22"/>
        </w:rPr>
        <w:t xml:space="preserve">Lucy  </w:t>
      </w:r>
      <w:r>
        <w:rPr>
          <w:rFonts w:ascii="Arial" w:hAnsi="Arial"/>
          <w:color w:val="5D7284"/>
          <w:sz w:val="22"/>
        </w:rPr>
        <w:t>35:44</w:t>
      </w:r>
    </w:p>
    <w:p>
      <w:pPr>
        <w:spacing w:after="0"/>
      </w:pPr>
      <w:r>
        <w:rPr>
          <w:rFonts w:ascii="Arial" w:hAnsi="Arial"/>
          <w:sz w:val="22"/>
        </w:rPr>
        <w:t>Yay! Can I have badges and pens?</w:t>
      </w:r>
    </w:p>
    <w:p>
      <w:pPr>
        <w:spacing w:after="0"/>
      </w:pPr>
    </w:p>
    <w:p>
      <w:pPr>
        <w:spacing w:after="0"/>
      </w:pPr>
      <w:r>
        <w:rPr>
          <w:rFonts w:ascii="Arial" w:hAnsi="Arial"/>
          <w:b/>
          <w:sz w:val="22"/>
        </w:rPr>
        <w:t xml:space="preserve">Alice  </w:t>
      </w:r>
      <w:r>
        <w:rPr>
          <w:rFonts w:ascii="Arial" w:hAnsi="Arial"/>
          <w:color w:val="5D7284"/>
          <w:sz w:val="22"/>
        </w:rPr>
        <w:t>35:47</w:t>
      </w:r>
    </w:p>
    <w:p>
      <w:pPr>
        <w:spacing w:after="0"/>
      </w:pPr>
      <w:r>
        <w:rPr>
          <w:rFonts w:ascii="Arial" w:hAnsi="Arial"/>
          <w:sz w:val="22"/>
        </w:rPr>
        <w:t xml:space="preserve"> Of course, we can and highlighters. Yeah, branded highlighters. So DAISY will never go without.</w:t>
      </w:r>
    </w:p>
    <w:p>
      <w:pPr>
        <w:spacing w:after="0"/>
      </w:pPr>
    </w:p>
    <w:p>
      <w:pPr>
        <w:spacing w:after="0"/>
      </w:pPr>
      <w:r>
        <w:rPr>
          <w:rFonts w:ascii="Arial" w:hAnsi="Arial"/>
          <w:b/>
          <w:sz w:val="22"/>
        </w:rPr>
        <w:t xml:space="preserve">Lucy  </w:t>
      </w:r>
      <w:r>
        <w:rPr>
          <w:rFonts w:ascii="Arial" w:hAnsi="Arial"/>
          <w:color w:val="5D7284"/>
          <w:sz w:val="22"/>
        </w:rPr>
        <w:t>35:52</w:t>
      </w:r>
    </w:p>
    <w:p>
      <w:pPr>
        <w:spacing w:after="0"/>
      </w:pPr>
      <w:r>
        <w:rPr>
          <w:rFonts w:ascii="Arial" w:hAnsi="Arial"/>
          <w:sz w:val="22"/>
        </w:rPr>
        <w:t>With Daisy's face on them, Daisy hold the highlighter. Can you tell I work in marketing?</w:t>
      </w:r>
    </w:p>
    <w:p>
      <w:pPr>
        <w:spacing w:after="0"/>
      </w:pPr>
    </w:p>
    <w:p>
      <w:pPr>
        <w:spacing w:after="0"/>
      </w:pPr>
      <w:r>
        <w:rPr>
          <w:rFonts w:ascii="Arial" w:hAnsi="Arial"/>
          <w:b/>
          <w:sz w:val="22"/>
        </w:rPr>
        <w:t xml:space="preserve">Daisy  </w:t>
      </w:r>
      <w:r>
        <w:rPr>
          <w:rFonts w:ascii="Arial" w:hAnsi="Arial"/>
          <w:color w:val="5D7284"/>
          <w:sz w:val="22"/>
        </w:rPr>
        <w:t>36:06</w:t>
      </w:r>
    </w:p>
    <w:p>
      <w:pPr>
        <w:spacing w:after="0"/>
      </w:pPr>
      <w:r>
        <w:rPr>
          <w:rFonts w:ascii="Arial" w:hAnsi="Arial"/>
          <w:sz w:val="22"/>
        </w:rPr>
        <w:t>Finally, what I've what I've always been needing my own brand of highlighter pen. (All laugh)</w:t>
      </w:r>
    </w:p>
    <w:p>
      <w:pPr>
        <w:spacing w:after="0"/>
      </w:pPr>
    </w:p>
    <w:p>
      <w:pPr>
        <w:spacing w:after="0"/>
      </w:pPr>
      <w:r>
        <w:rPr>
          <w:rFonts w:ascii="Arial" w:hAnsi="Arial"/>
          <w:b/>
          <w:sz w:val="22"/>
        </w:rPr>
        <w:t xml:space="preserve">Alice  </w:t>
      </w:r>
      <w:r>
        <w:rPr>
          <w:rFonts w:ascii="Arial" w:hAnsi="Arial"/>
          <w:color w:val="5D7284"/>
          <w:sz w:val="22"/>
        </w:rPr>
        <w:t>36:11</w:t>
      </w:r>
    </w:p>
    <w:p>
      <w:pPr>
        <w:spacing w:after="0"/>
      </w:pPr>
      <w:r>
        <w:rPr>
          <w:rFonts w:ascii="Arial" w:hAnsi="Arial"/>
          <w:sz w:val="22"/>
        </w:rPr>
        <w:t>And if you guys want to see this dream of ours come to fruition, you can donate to our GoFundMe to help us raise money to find the location of our Museum and Library to staff it. Artifacts to fill it with, advertising and...</w:t>
      </w:r>
    </w:p>
    <w:p>
      <w:pPr>
        <w:spacing w:after="0"/>
      </w:pPr>
    </w:p>
    <w:p>
      <w:pPr>
        <w:spacing w:after="0"/>
      </w:pPr>
      <w:r>
        <w:rPr>
          <w:rFonts w:ascii="Arial" w:hAnsi="Arial"/>
          <w:b/>
          <w:sz w:val="22"/>
        </w:rPr>
        <w:t xml:space="preserve">Lucy  </w:t>
      </w:r>
      <w:r>
        <w:rPr>
          <w:rFonts w:ascii="Arial" w:hAnsi="Arial"/>
          <w:color w:val="5D7284"/>
          <w:sz w:val="22"/>
        </w:rPr>
        <w:t>36:32</w:t>
      </w:r>
    </w:p>
    <w:p>
      <w:pPr>
        <w:spacing w:after="0"/>
      </w:pPr>
      <w:r>
        <w:rPr>
          <w:rFonts w:ascii="Arial" w:hAnsi="Arial"/>
          <w:sz w:val="22"/>
        </w:rPr>
        <w:t>Highlighters!</w:t>
      </w:r>
    </w:p>
    <w:p>
      <w:pPr>
        <w:spacing w:after="0"/>
      </w:pPr>
    </w:p>
    <w:p>
      <w:pPr>
        <w:spacing w:after="0"/>
      </w:pPr>
      <w:r>
        <w:rPr>
          <w:rFonts w:ascii="Arial" w:hAnsi="Arial"/>
          <w:b/>
          <w:sz w:val="22"/>
        </w:rPr>
        <w:t xml:space="preserve">Alice  </w:t>
      </w:r>
      <w:r>
        <w:rPr>
          <w:rFonts w:ascii="Arial" w:hAnsi="Arial"/>
          <w:color w:val="5D7284"/>
          <w:sz w:val="22"/>
        </w:rPr>
        <w:t>36:33</w:t>
      </w:r>
    </w:p>
    <w:p>
      <w:pPr>
        <w:spacing w:after="0"/>
      </w:pPr>
      <w:r>
        <w:rPr>
          <w:rFonts w:ascii="Arial" w:hAnsi="Arial"/>
          <w:sz w:val="22"/>
        </w:rPr>
        <w:t>Yeah</w:t>
      </w:r>
    </w:p>
    <w:p>
      <w:pPr>
        <w:spacing w:after="0"/>
      </w:pPr>
    </w:p>
    <w:p>
      <w:pPr>
        <w:spacing w:after="0"/>
      </w:pPr>
      <w:r>
        <w:rPr>
          <w:rFonts w:ascii="Arial" w:hAnsi="Arial"/>
          <w:b/>
          <w:sz w:val="22"/>
        </w:rPr>
        <w:t xml:space="preserve">Daisy  </w:t>
      </w:r>
      <w:r>
        <w:rPr>
          <w:rFonts w:ascii="Arial" w:hAnsi="Arial"/>
          <w:color w:val="5D7284"/>
          <w:sz w:val="22"/>
        </w:rPr>
        <w:t>36:33</w:t>
      </w:r>
    </w:p>
    <w:p>
      <w:pPr>
        <w:spacing w:after="0"/>
      </w:pPr>
      <w:r>
        <w:rPr>
          <w:rFonts w:ascii="Arial" w:hAnsi="Arial"/>
          <w:sz w:val="22"/>
        </w:rPr>
        <w:t xml:space="preserve"> And the publishing of the fuck cocaine, poetry book.</w:t>
      </w:r>
    </w:p>
    <w:p>
      <w:pPr>
        <w:spacing w:after="0"/>
      </w:pPr>
    </w:p>
    <w:p>
      <w:pPr>
        <w:spacing w:after="0"/>
      </w:pPr>
      <w:r>
        <w:rPr>
          <w:rFonts w:ascii="Arial" w:hAnsi="Arial"/>
          <w:b/>
          <w:sz w:val="22"/>
        </w:rPr>
        <w:t xml:space="preserve">Lucy  </w:t>
      </w:r>
      <w:r>
        <w:rPr>
          <w:rFonts w:ascii="Arial" w:hAnsi="Arial"/>
          <w:color w:val="5D7284"/>
          <w:sz w:val="22"/>
        </w:rPr>
        <w:t>36:34</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36:39</w:t>
      </w:r>
    </w:p>
    <w:p>
      <w:pPr>
        <w:spacing w:after="0"/>
      </w:pPr>
      <w:r>
        <w:rPr>
          <w:rFonts w:ascii="Arial" w:hAnsi="Arial"/>
          <w:sz w:val="22"/>
        </w:rPr>
        <w:t>Well, all of your hard earned donations go to making that dream our reality.</w:t>
      </w:r>
    </w:p>
    <w:p>
      <w:pPr>
        <w:spacing w:after="0"/>
      </w:pPr>
    </w:p>
    <w:p>
      <w:pPr>
        <w:spacing w:after="0"/>
      </w:pPr>
      <w:r>
        <w:rPr>
          <w:rFonts w:ascii="Arial" w:hAnsi="Arial"/>
          <w:b/>
          <w:sz w:val="22"/>
        </w:rPr>
        <w:t xml:space="preserve">Lucy  </w:t>
      </w:r>
      <w:r>
        <w:rPr>
          <w:rFonts w:ascii="Arial" w:hAnsi="Arial"/>
          <w:color w:val="5D7284"/>
          <w:sz w:val="22"/>
        </w:rPr>
        <w:t>36:46</w:t>
      </w:r>
    </w:p>
    <w:p>
      <w:pPr>
        <w:spacing w:after="0"/>
      </w:pPr>
      <w:r>
        <w:rPr>
          <w:rFonts w:ascii="Arial" w:hAnsi="Arial"/>
          <w:sz w:val="22"/>
        </w:rPr>
        <w:t>Please help. (laughs)</w:t>
      </w:r>
    </w:p>
    <w:p>
      <w:pPr>
        <w:spacing w:after="0"/>
      </w:pPr>
    </w:p>
    <w:p>
      <w:pPr>
        <w:spacing w:after="0"/>
      </w:pPr>
      <w:r>
        <w:rPr>
          <w:rFonts w:ascii="Arial" w:hAnsi="Arial"/>
          <w:b/>
          <w:sz w:val="22"/>
        </w:rPr>
        <w:t xml:space="preserve">Alice  </w:t>
      </w:r>
      <w:r>
        <w:rPr>
          <w:rFonts w:ascii="Arial" w:hAnsi="Arial"/>
          <w:color w:val="5D7284"/>
          <w:sz w:val="22"/>
        </w:rPr>
        <w:t>36:48</w:t>
      </w:r>
    </w:p>
    <w:p>
      <w:pPr>
        <w:spacing w:after="0"/>
      </w:pPr>
      <w:r>
        <w:rPr>
          <w:rFonts w:ascii="Arial" w:hAnsi="Arial"/>
          <w:sz w:val="22"/>
        </w:rPr>
        <w:t>I'm tired now, I wasn't and now I'm so tired. (laughing)</w:t>
      </w:r>
    </w:p>
    <w:p>
      <w:pPr>
        <w:spacing w:after="0"/>
      </w:pPr>
    </w:p>
    <w:p>
      <w:pPr>
        <w:spacing w:after="0"/>
      </w:pPr>
      <w:r>
        <w:rPr>
          <w:rFonts w:ascii="Arial" w:hAnsi="Arial"/>
          <w:b/>
          <w:sz w:val="22"/>
        </w:rPr>
        <w:t xml:space="preserve">Lucy  </w:t>
      </w:r>
      <w:r>
        <w:rPr>
          <w:rFonts w:ascii="Arial" w:hAnsi="Arial"/>
          <w:color w:val="5D7284"/>
          <w:sz w:val="22"/>
        </w:rPr>
        <w:t>36:56</w:t>
      </w:r>
    </w:p>
    <w:p>
      <w:pPr>
        <w:spacing w:after="0"/>
      </w:pPr>
      <w:r>
        <w:rPr>
          <w:rFonts w:ascii="Arial" w:hAnsi="Arial"/>
          <w:sz w:val="22"/>
        </w:rPr>
        <w:t>We got to age16</w:t>
      </w:r>
    </w:p>
    <w:p>
      <w:pPr>
        <w:spacing w:after="0"/>
      </w:pPr>
    </w:p>
    <w:p>
      <w:pPr>
        <w:spacing w:after="0"/>
      </w:pPr>
      <w:r>
        <w:rPr>
          <w:rFonts w:ascii="Arial" w:hAnsi="Arial"/>
          <w:b/>
          <w:sz w:val="22"/>
        </w:rPr>
        <w:t xml:space="preserve">Alice  </w:t>
      </w:r>
      <w:r>
        <w:rPr>
          <w:rFonts w:ascii="Arial" w:hAnsi="Arial"/>
          <w:color w:val="5D7284"/>
          <w:sz w:val="22"/>
        </w:rPr>
        <w:t>36:58</w:t>
      </w:r>
    </w:p>
    <w:p>
      <w:pPr>
        <w:spacing w:after="0"/>
      </w:pPr>
      <w:r>
        <w:rPr>
          <w:rFonts w:ascii="Arial" w:hAnsi="Arial"/>
          <w:sz w:val="22"/>
        </w:rPr>
        <w:t>No, she's a uni now. She's at least 20. (laughing)</w:t>
      </w:r>
    </w:p>
    <w:p>
      <w:pPr>
        <w:spacing w:after="0"/>
      </w:pPr>
    </w:p>
    <w:p>
      <w:pPr>
        <w:spacing w:after="0"/>
      </w:pPr>
      <w:r>
        <w:rPr>
          <w:rFonts w:ascii="Arial" w:hAnsi="Arial"/>
          <w:b/>
          <w:sz w:val="22"/>
        </w:rPr>
        <w:t xml:space="preserve">Daisy  </w:t>
      </w:r>
      <w:r>
        <w:rPr>
          <w:rFonts w:ascii="Arial" w:hAnsi="Arial"/>
          <w:color w:val="5D7284"/>
          <w:sz w:val="22"/>
        </w:rPr>
        <w:t>37:01</w:t>
      </w:r>
    </w:p>
    <w:p>
      <w:pPr>
        <w:spacing w:after="0"/>
      </w:pPr>
      <w:r>
        <w:rPr>
          <w:rFonts w:ascii="Arial" w:hAnsi="Arial"/>
          <w:sz w:val="22"/>
        </w:rPr>
        <w:t>Right. Yes. So yeah. So part of the reason that she went on to do a master's in library sciences because she works throughout the time that she was studying, to you know, support herself while she was studying by working in public libraries. Yeah. So she was still in New York at this point. She was, she became an active figure on like, the gay scene in Greenwich Village in New York, which is where the Stonewall inn is,(Lucy) Yeah. So that neighborhood is just sort of very gay. For lack of a better word. (laughs) Yeah, and it was sort of during this time that she wrote, what would be her first published volume of poetry, which was called first cities. (Lucy) Oh. Yeah.</w:t>
      </w:r>
    </w:p>
    <w:p>
      <w:pPr>
        <w:spacing w:after="0"/>
      </w:pPr>
    </w:p>
    <w:p>
      <w:pPr>
        <w:spacing w:after="0"/>
      </w:pPr>
      <w:r>
        <w:rPr>
          <w:rFonts w:ascii="Arial" w:hAnsi="Arial"/>
          <w:b/>
          <w:sz w:val="22"/>
        </w:rPr>
        <w:t xml:space="preserve">Lucy  </w:t>
      </w:r>
      <w:r>
        <w:rPr>
          <w:rFonts w:ascii="Arial" w:hAnsi="Arial"/>
          <w:color w:val="5D7284"/>
          <w:sz w:val="22"/>
        </w:rPr>
        <w:t>37:58</w:t>
      </w:r>
    </w:p>
    <w:p>
      <w:pPr>
        <w:spacing w:after="0"/>
      </w:pPr>
      <w:r>
        <w:rPr>
          <w:rFonts w:ascii="Arial" w:hAnsi="Arial"/>
          <w:sz w:val="22"/>
        </w:rPr>
        <w:t>When was that? What year was that published?</w:t>
      </w:r>
    </w:p>
    <w:p>
      <w:pPr>
        <w:spacing w:after="0"/>
      </w:pPr>
    </w:p>
    <w:p>
      <w:pPr>
        <w:spacing w:after="0"/>
      </w:pPr>
      <w:r>
        <w:rPr>
          <w:rFonts w:ascii="Arial" w:hAnsi="Arial"/>
          <w:b/>
          <w:sz w:val="22"/>
        </w:rPr>
        <w:t xml:space="preserve">Daisy  </w:t>
      </w:r>
      <w:r>
        <w:rPr>
          <w:rFonts w:ascii="Arial" w:hAnsi="Arial"/>
          <w:color w:val="5D7284"/>
          <w:sz w:val="22"/>
        </w:rPr>
        <w:t>38:00</w:t>
      </w:r>
    </w:p>
    <w:p>
      <w:pPr>
        <w:spacing w:after="0"/>
      </w:pPr>
      <w:r>
        <w:rPr>
          <w:rFonts w:ascii="Arial" w:hAnsi="Arial"/>
          <w:sz w:val="22"/>
        </w:rPr>
        <w:t>So it was published in 1968, which is skipping forwards a bit from where we are, but it was sort of written during all of that time. So you know, we have to go back a few years from that to get to the next point, which as I'm reading it, I don't know why it's there. Arguably, it would have made more sense if I put that earlier but a point where it was more chronologically relevant.(Lucy) Okay.</w:t>
      </w:r>
    </w:p>
    <w:p>
      <w:pPr>
        <w:spacing w:after="0"/>
      </w:pPr>
    </w:p>
    <w:p>
      <w:pPr>
        <w:spacing w:after="0"/>
      </w:pPr>
      <w:r>
        <w:rPr>
          <w:rFonts w:ascii="Arial" w:hAnsi="Arial"/>
          <w:b/>
          <w:sz w:val="22"/>
        </w:rPr>
        <w:t xml:space="preserve">Lucy  </w:t>
      </w:r>
      <w:r>
        <w:rPr>
          <w:rFonts w:ascii="Arial" w:hAnsi="Arial"/>
          <w:color w:val="5D7284"/>
          <w:sz w:val="22"/>
        </w:rPr>
        <w:t>38:34</w:t>
      </w:r>
    </w:p>
    <w:p>
      <w:pPr>
        <w:spacing w:after="0"/>
      </w:pPr>
      <w:r>
        <w:rPr>
          <w:rFonts w:ascii="Arial" w:hAnsi="Arial"/>
          <w:sz w:val="22"/>
        </w:rPr>
        <w:t>Well, we'll make it work we will sort it out post. (laughs)</w:t>
      </w:r>
    </w:p>
    <w:p>
      <w:pPr>
        <w:spacing w:after="0"/>
      </w:pPr>
    </w:p>
    <w:p>
      <w:pPr>
        <w:spacing w:after="0"/>
      </w:pPr>
      <w:r>
        <w:rPr>
          <w:rFonts w:ascii="Arial" w:hAnsi="Arial"/>
          <w:b/>
          <w:sz w:val="22"/>
        </w:rPr>
        <w:t xml:space="preserve">Daisy  </w:t>
      </w:r>
      <w:r>
        <w:rPr>
          <w:rFonts w:ascii="Arial" w:hAnsi="Arial"/>
          <w:color w:val="5D7284"/>
          <w:sz w:val="22"/>
        </w:rPr>
        <w:t>38:40</w:t>
      </w:r>
    </w:p>
    <w:p>
      <w:pPr>
        <w:spacing w:after="0"/>
      </w:pPr>
      <w:r>
        <w:rPr>
          <w:rFonts w:ascii="Arial" w:hAnsi="Arial"/>
          <w:sz w:val="22"/>
        </w:rPr>
        <w:t>Just they  know by now. (Lucy) Yeah, a lot of my decisions that they make sense to me at the time.</w:t>
      </w:r>
    </w:p>
    <w:p>
      <w:pPr>
        <w:spacing w:after="0"/>
      </w:pPr>
    </w:p>
    <w:p>
      <w:pPr>
        <w:spacing w:after="0"/>
      </w:pPr>
      <w:r>
        <w:rPr>
          <w:rFonts w:ascii="Arial" w:hAnsi="Arial"/>
          <w:b/>
          <w:sz w:val="22"/>
        </w:rPr>
        <w:t xml:space="preserve">Lucy  </w:t>
      </w:r>
      <w:r>
        <w:rPr>
          <w:rFonts w:ascii="Arial" w:hAnsi="Arial"/>
          <w:color w:val="5D7284"/>
          <w:sz w:val="22"/>
        </w:rPr>
        <w:t>38:49</w:t>
      </w:r>
    </w:p>
    <w:p>
      <w:pPr>
        <w:spacing w:after="0"/>
      </w:pPr>
      <w:r>
        <w:rPr>
          <w:rFonts w:ascii="Arial" w:hAnsi="Arial"/>
          <w:sz w:val="22"/>
        </w:rPr>
        <w:t>(Giggling)</w:t>
      </w:r>
    </w:p>
    <w:p>
      <w:pPr>
        <w:spacing w:after="0"/>
      </w:pPr>
    </w:p>
    <w:p>
      <w:pPr>
        <w:spacing w:after="0"/>
      </w:pPr>
      <w:r>
        <w:rPr>
          <w:rFonts w:ascii="Arial" w:hAnsi="Arial"/>
          <w:b/>
          <w:sz w:val="22"/>
        </w:rPr>
        <w:t xml:space="preserve">Alice  </w:t>
      </w:r>
      <w:r>
        <w:rPr>
          <w:rFonts w:ascii="Arial" w:hAnsi="Arial"/>
          <w:color w:val="5D7284"/>
          <w:sz w:val="22"/>
        </w:rPr>
        <w:t>38:51</w:t>
      </w:r>
    </w:p>
    <w:p>
      <w:pPr>
        <w:spacing w:after="0"/>
      </w:pPr>
      <w:r>
        <w:rPr>
          <w:rFonts w:ascii="Arial" w:hAnsi="Arial"/>
          <w:sz w:val="22"/>
        </w:rPr>
        <w:t>I was gonna say you have to tell us this piece of information now. (laughing)</w:t>
      </w:r>
    </w:p>
    <w:p>
      <w:pPr>
        <w:spacing w:after="0"/>
      </w:pPr>
    </w:p>
    <w:p>
      <w:pPr>
        <w:spacing w:after="0"/>
      </w:pPr>
      <w:r>
        <w:rPr>
          <w:rFonts w:ascii="Arial" w:hAnsi="Arial"/>
          <w:b/>
          <w:sz w:val="22"/>
        </w:rPr>
        <w:t xml:space="preserve">Daisy  </w:t>
      </w:r>
      <w:r>
        <w:rPr>
          <w:rFonts w:ascii="Arial" w:hAnsi="Arial"/>
          <w:color w:val="5D7284"/>
          <w:sz w:val="22"/>
        </w:rPr>
        <w:t>38:57</w:t>
      </w:r>
    </w:p>
    <w:p>
      <w:pPr>
        <w:spacing w:after="0"/>
      </w:pPr>
      <w:r>
        <w:rPr>
          <w:rFonts w:ascii="Arial" w:hAnsi="Arial"/>
          <w:sz w:val="22"/>
        </w:rPr>
        <w:t>Yeah. So that was published in 1968. But she was writing it you know, earlier on and during that time that she was writing it earlier on. I expect, in 1962. Sorry are you laughing at my qualifier of I expect?</w:t>
      </w:r>
    </w:p>
    <w:p>
      <w:pPr>
        <w:spacing w:after="0"/>
      </w:pPr>
    </w:p>
    <w:p>
      <w:pPr>
        <w:spacing w:after="0"/>
      </w:pPr>
      <w:r>
        <w:rPr>
          <w:rFonts w:ascii="Arial" w:hAnsi="Arial"/>
          <w:b/>
          <w:sz w:val="22"/>
        </w:rPr>
        <w:t xml:space="preserve">Lucy  </w:t>
      </w:r>
      <w:r>
        <w:rPr>
          <w:rFonts w:ascii="Arial" w:hAnsi="Arial"/>
          <w:color w:val="5D7284"/>
          <w:sz w:val="22"/>
        </w:rPr>
        <w:t>39:15</w:t>
      </w:r>
    </w:p>
    <w:p>
      <w:pPr>
        <w:spacing w:after="0"/>
      </w:pPr>
      <w:r>
        <w:rPr>
          <w:rFonts w:ascii="Arial" w:hAnsi="Arial"/>
          <w:sz w:val="22"/>
        </w:rPr>
        <w:t xml:space="preserve">I think </w:t>
      </w:r>
    </w:p>
    <w:p>
      <w:pPr>
        <w:spacing w:after="0"/>
      </w:pPr>
    </w:p>
    <w:p>
      <w:pPr>
        <w:spacing w:after="0"/>
      </w:pPr>
      <w:r>
        <w:rPr>
          <w:rFonts w:ascii="Arial" w:hAnsi="Arial"/>
          <w:b/>
          <w:sz w:val="22"/>
        </w:rPr>
        <w:t xml:space="preserve">Alice  </w:t>
      </w:r>
      <w:r>
        <w:rPr>
          <w:rFonts w:ascii="Arial" w:hAnsi="Arial"/>
          <w:color w:val="5D7284"/>
          <w:sz w:val="22"/>
        </w:rPr>
        <w:t>39:15</w:t>
      </w:r>
    </w:p>
    <w:p>
      <w:pPr>
        <w:spacing w:after="0"/>
      </w:pPr>
      <w:r>
        <w:rPr>
          <w:rFonts w:ascii="Arial" w:hAnsi="Arial"/>
          <w:sz w:val="22"/>
        </w:rPr>
        <w:t>(Laughing)</w:t>
      </w:r>
    </w:p>
    <w:p>
      <w:pPr>
        <w:spacing w:after="0"/>
      </w:pPr>
    </w:p>
    <w:p>
      <w:pPr>
        <w:spacing w:after="0"/>
      </w:pPr>
      <w:r>
        <w:rPr>
          <w:rFonts w:ascii="Arial" w:hAnsi="Arial"/>
          <w:b/>
          <w:sz w:val="22"/>
        </w:rPr>
        <w:t xml:space="preserve">Daisy  </w:t>
      </w:r>
      <w:r>
        <w:rPr>
          <w:rFonts w:ascii="Arial" w:hAnsi="Arial"/>
          <w:color w:val="5D7284"/>
          <w:sz w:val="22"/>
        </w:rPr>
        <w:t>39:20</w:t>
      </w:r>
    </w:p>
    <w:p>
      <w:pPr>
        <w:spacing w:after="0"/>
      </w:pPr>
      <w:r>
        <w:rPr>
          <w:rFonts w:ascii="Arial" w:hAnsi="Arial"/>
          <w:sz w:val="22"/>
        </w:rPr>
        <w:t>I can just see Alice's face, just like press type, just...</w:t>
      </w:r>
    </w:p>
    <w:p>
      <w:pPr>
        <w:spacing w:after="0"/>
      </w:pPr>
    </w:p>
    <w:p>
      <w:pPr>
        <w:spacing w:after="0"/>
      </w:pPr>
      <w:r>
        <w:rPr>
          <w:rFonts w:ascii="Arial" w:hAnsi="Arial"/>
          <w:b/>
          <w:sz w:val="22"/>
        </w:rPr>
        <w:t xml:space="preserve">Alice  </w:t>
      </w:r>
      <w:r>
        <w:rPr>
          <w:rFonts w:ascii="Arial" w:hAnsi="Arial"/>
          <w:color w:val="5D7284"/>
          <w:sz w:val="22"/>
        </w:rPr>
        <w:t>39:29</w:t>
      </w:r>
    </w:p>
    <w:p>
      <w:pPr>
        <w:spacing w:after="0"/>
      </w:pPr>
      <w:r>
        <w:rPr>
          <w:rFonts w:ascii="Arial" w:hAnsi="Arial"/>
          <w:sz w:val="22"/>
        </w:rPr>
        <w:t xml:space="preserve">It's history, there is you know, history is an element of guesswork backed up by what evidence you can find. </w:t>
      </w:r>
    </w:p>
    <w:p>
      <w:pPr>
        <w:spacing w:after="0"/>
      </w:pPr>
    </w:p>
    <w:p>
      <w:pPr>
        <w:spacing w:after="0"/>
      </w:pPr>
      <w:r>
        <w:rPr>
          <w:rFonts w:ascii="Arial" w:hAnsi="Arial"/>
          <w:b/>
          <w:sz w:val="22"/>
        </w:rPr>
        <w:t xml:space="preserve">Lucy  </w:t>
      </w:r>
      <w:r>
        <w:rPr>
          <w:rFonts w:ascii="Arial" w:hAnsi="Arial"/>
          <w:color w:val="5D7284"/>
          <w:sz w:val="22"/>
        </w:rPr>
        <w:t>39:29</w:t>
      </w:r>
    </w:p>
    <w:p>
      <w:pPr>
        <w:spacing w:after="0"/>
      </w:pPr>
      <w:r>
        <w:rPr>
          <w:rFonts w:ascii="Arial" w:hAnsi="Arial"/>
          <w:sz w:val="22"/>
        </w:rPr>
        <w:t>(Laughing)</w:t>
      </w:r>
    </w:p>
    <w:p>
      <w:pPr>
        <w:spacing w:after="0"/>
      </w:pPr>
    </w:p>
    <w:p>
      <w:pPr>
        <w:spacing w:after="0"/>
      </w:pPr>
      <w:r>
        <w:rPr>
          <w:rFonts w:ascii="Arial" w:hAnsi="Arial"/>
          <w:b/>
          <w:sz w:val="22"/>
        </w:rPr>
        <w:t xml:space="preserve">Daisy  </w:t>
      </w:r>
      <w:r>
        <w:rPr>
          <w:rFonts w:ascii="Arial" w:hAnsi="Arial"/>
          <w:color w:val="5D7284"/>
          <w:sz w:val="22"/>
        </w:rPr>
        <w:t>39:37</w:t>
      </w:r>
    </w:p>
    <w:p>
      <w:pPr>
        <w:spacing w:after="0"/>
      </w:pPr>
      <w:r>
        <w:rPr>
          <w:rFonts w:ascii="Arial" w:hAnsi="Arial"/>
          <w:sz w:val="22"/>
        </w:rPr>
        <w:t xml:space="preserve">The evidence I can find is just what's written on this piece of paper. </w:t>
      </w:r>
    </w:p>
    <w:p>
      <w:pPr>
        <w:spacing w:after="0"/>
      </w:pPr>
    </w:p>
    <w:p>
      <w:pPr>
        <w:spacing w:after="0"/>
      </w:pPr>
      <w:r>
        <w:rPr>
          <w:rFonts w:ascii="Arial" w:hAnsi="Arial"/>
          <w:b/>
          <w:sz w:val="22"/>
        </w:rPr>
        <w:t xml:space="preserve">Alice  </w:t>
      </w:r>
      <w:r>
        <w:rPr>
          <w:rFonts w:ascii="Arial" w:hAnsi="Arial"/>
          <w:color w:val="5D7284"/>
          <w:sz w:val="22"/>
        </w:rPr>
        <w:t>39:40</w:t>
      </w:r>
    </w:p>
    <w:p>
      <w:pPr>
        <w:spacing w:after="0"/>
      </w:pPr>
      <w:r>
        <w:rPr>
          <w:rFonts w:ascii="Arial" w:hAnsi="Arial"/>
          <w:sz w:val="22"/>
        </w:rPr>
        <w:t>I was going to say this is the guesswork. We're not known for our evidence.</w:t>
      </w:r>
    </w:p>
    <w:p>
      <w:pPr>
        <w:spacing w:after="0"/>
      </w:pPr>
    </w:p>
    <w:p>
      <w:pPr>
        <w:spacing w:after="0"/>
      </w:pPr>
      <w:r>
        <w:rPr>
          <w:rFonts w:ascii="Arial" w:hAnsi="Arial"/>
          <w:b/>
          <w:sz w:val="22"/>
        </w:rPr>
        <w:t xml:space="preserve">Daisy  </w:t>
      </w:r>
      <w:r>
        <w:rPr>
          <w:rFonts w:ascii="Arial" w:hAnsi="Arial"/>
          <w:color w:val="5D7284"/>
          <w:sz w:val="22"/>
        </w:rPr>
        <w:t>39:46</w:t>
      </w:r>
    </w:p>
    <w:p>
      <w:pPr>
        <w:spacing w:after="0"/>
      </w:pPr>
      <w:r>
        <w:rPr>
          <w:rFonts w:ascii="Arial" w:hAnsi="Arial"/>
          <w:sz w:val="22"/>
        </w:rPr>
        <w:t>Yeah. So yeah. 1962. So while she was working as a librarian, she married a man called Edward Rowlin's. who I've written down here as a white gay lawyer, man. (Lucy) Right okay. And I don't really know why lawyer man was needed to qualifer. But..</w:t>
      </w:r>
    </w:p>
    <w:p>
      <w:pPr>
        <w:spacing w:after="0"/>
      </w:pPr>
    </w:p>
    <w:p>
      <w:pPr>
        <w:spacing w:after="0"/>
      </w:pPr>
      <w:r>
        <w:rPr>
          <w:rFonts w:ascii="Arial" w:hAnsi="Arial"/>
          <w:b/>
          <w:sz w:val="22"/>
        </w:rPr>
        <w:t xml:space="preserve">Alice  </w:t>
      </w:r>
      <w:r>
        <w:rPr>
          <w:rFonts w:ascii="Arial" w:hAnsi="Arial"/>
          <w:color w:val="5D7284"/>
          <w:sz w:val="22"/>
        </w:rPr>
        <w:t>40:12</w:t>
      </w:r>
    </w:p>
    <w:p>
      <w:pPr>
        <w:spacing w:after="0"/>
      </w:pPr>
      <w:r>
        <w:rPr>
          <w:rFonts w:ascii="Arial" w:hAnsi="Arial"/>
          <w:sz w:val="22"/>
        </w:rPr>
        <w:t>Just in case we missed it.</w:t>
      </w:r>
    </w:p>
    <w:p>
      <w:pPr>
        <w:spacing w:after="0"/>
      </w:pPr>
    </w:p>
    <w:p>
      <w:pPr>
        <w:spacing w:after="0"/>
      </w:pPr>
      <w:r>
        <w:rPr>
          <w:rFonts w:ascii="Arial" w:hAnsi="Arial"/>
          <w:b/>
          <w:sz w:val="22"/>
        </w:rPr>
        <w:t xml:space="preserve">Daisy  </w:t>
      </w:r>
      <w:r>
        <w:rPr>
          <w:rFonts w:ascii="Arial" w:hAnsi="Arial"/>
          <w:color w:val="5D7284"/>
          <w:sz w:val="22"/>
        </w:rPr>
        <w:t>40:13</w:t>
      </w:r>
    </w:p>
    <w:p>
      <w:pPr>
        <w:spacing w:after="0"/>
      </w:pPr>
      <w:r>
        <w:rPr>
          <w:rFonts w:ascii="Arial" w:hAnsi="Arial"/>
          <w:sz w:val="22"/>
        </w:rPr>
        <w:t xml:space="preserve">Yeah yeah. Just so you know. Yeah so they had two children before, like getting divorced in 1970. They both knew they were gay. </w:t>
      </w:r>
    </w:p>
    <w:p>
      <w:pPr>
        <w:spacing w:after="0"/>
      </w:pPr>
    </w:p>
    <w:p>
      <w:pPr>
        <w:spacing w:after="0"/>
      </w:pPr>
      <w:r>
        <w:rPr>
          <w:rFonts w:ascii="Arial" w:hAnsi="Arial"/>
          <w:b/>
          <w:sz w:val="22"/>
        </w:rPr>
        <w:t xml:space="preserve">Alice  </w:t>
      </w:r>
      <w:r>
        <w:rPr>
          <w:rFonts w:ascii="Arial" w:hAnsi="Arial"/>
          <w:color w:val="5D7284"/>
          <w:sz w:val="22"/>
        </w:rPr>
        <w:t>40:23</w:t>
      </w:r>
    </w:p>
    <w:p>
      <w:pPr>
        <w:spacing w:after="0"/>
      </w:pPr>
      <w:r>
        <w:rPr>
          <w:rFonts w:ascii="Arial" w:hAnsi="Arial"/>
          <w:sz w:val="22"/>
        </w:rPr>
        <w:t>So I was gonna say, so it doesn't sound like it was entirely just a sort of marriage of kind of convenience to say, you know, we're both gay, but we're going to sort of cover it up with a heterosexual marriage.</w:t>
      </w:r>
    </w:p>
    <w:p>
      <w:pPr>
        <w:spacing w:after="0"/>
      </w:pPr>
    </w:p>
    <w:p>
      <w:pPr>
        <w:spacing w:after="0"/>
      </w:pPr>
      <w:r>
        <w:rPr>
          <w:rFonts w:ascii="Arial" w:hAnsi="Arial"/>
          <w:b/>
          <w:sz w:val="22"/>
        </w:rPr>
        <w:t xml:space="preserve">Daisy  </w:t>
      </w:r>
      <w:r>
        <w:rPr>
          <w:rFonts w:ascii="Arial" w:hAnsi="Arial"/>
          <w:color w:val="5D7284"/>
          <w:sz w:val="22"/>
        </w:rPr>
        <w:t>40:39</w:t>
      </w:r>
    </w:p>
    <w:p>
      <w:pPr>
        <w:spacing w:after="0"/>
      </w:pPr>
      <w:r>
        <w:rPr>
          <w:rFonts w:ascii="Arial" w:hAnsi="Arial"/>
          <w:sz w:val="22"/>
        </w:rPr>
        <w:t>Yeah, no. So they both knew they were gay. were openly gay. And so, you know, some people have speculated that it might have been just, you know, an arrangement so that they could have children. (Lucy) Yeah. Because, you know, this is still in the 60s. (Alice) Hmm. You know, unwed parent and all of that, still a bit. Particularly, you know...</w:t>
      </w:r>
    </w:p>
    <w:p>
      <w:pPr>
        <w:spacing w:after="0"/>
      </w:pPr>
    </w:p>
    <w:p>
      <w:pPr>
        <w:spacing w:after="0"/>
      </w:pPr>
      <w:r>
        <w:rPr>
          <w:rFonts w:ascii="Arial" w:hAnsi="Arial"/>
          <w:b/>
          <w:sz w:val="22"/>
        </w:rPr>
        <w:t xml:space="preserve">Alice  </w:t>
      </w:r>
      <w:r>
        <w:rPr>
          <w:rFonts w:ascii="Arial" w:hAnsi="Arial"/>
          <w:color w:val="5D7284"/>
          <w:sz w:val="22"/>
        </w:rPr>
        <w:t>41:02</w:t>
      </w:r>
    </w:p>
    <w:p>
      <w:pPr>
        <w:spacing w:after="0"/>
      </w:pPr>
      <w:r>
        <w:rPr>
          <w:rFonts w:ascii="Arial" w:hAnsi="Arial"/>
          <w:sz w:val="22"/>
        </w:rPr>
        <w:t>I was gonna say I imagine... Yeah, well and I can't see things being easy for a black disabled single mum. Ever, even in 1962.</w:t>
      </w:r>
    </w:p>
    <w:p>
      <w:pPr>
        <w:spacing w:after="0"/>
      </w:pPr>
    </w:p>
    <w:p>
      <w:pPr>
        <w:spacing w:after="0"/>
      </w:pPr>
      <w:r>
        <w:rPr>
          <w:rFonts w:ascii="Arial" w:hAnsi="Arial"/>
          <w:b/>
          <w:sz w:val="22"/>
        </w:rPr>
        <w:t xml:space="preserve">Lucy  </w:t>
      </w:r>
      <w:r>
        <w:rPr>
          <w:rFonts w:ascii="Arial" w:hAnsi="Arial"/>
          <w:color w:val="5D7284"/>
          <w:sz w:val="22"/>
        </w:rPr>
        <w:t>41:13</w:t>
      </w:r>
    </w:p>
    <w:p>
      <w:pPr>
        <w:spacing w:after="0"/>
      </w:pPr>
      <w:r>
        <w:rPr>
          <w:rFonts w:ascii="Arial" w:hAnsi="Arial"/>
          <w:sz w:val="22"/>
        </w:rPr>
        <w:t>Even in this day and age really.</w:t>
      </w:r>
    </w:p>
    <w:p>
      <w:pPr>
        <w:spacing w:after="0"/>
      </w:pPr>
    </w:p>
    <w:p>
      <w:pPr>
        <w:spacing w:after="0"/>
      </w:pPr>
      <w:r>
        <w:rPr>
          <w:rFonts w:ascii="Arial" w:hAnsi="Arial"/>
          <w:b/>
          <w:sz w:val="22"/>
        </w:rPr>
        <w:t xml:space="preserve">Alice  </w:t>
      </w:r>
      <w:r>
        <w:rPr>
          <w:rFonts w:ascii="Arial" w:hAnsi="Arial"/>
          <w:color w:val="5D7284"/>
          <w:sz w:val="22"/>
        </w:rPr>
        <w:t>41:14</w:t>
      </w:r>
    </w:p>
    <w:p>
      <w:pPr>
        <w:spacing w:after="0"/>
      </w:pPr>
      <w:r>
        <w:rPr>
          <w:rFonts w:ascii="Arial" w:hAnsi="Arial"/>
          <w:sz w:val="22"/>
        </w:rPr>
        <w:t>God yeah</w:t>
      </w:r>
    </w:p>
    <w:p>
      <w:pPr>
        <w:spacing w:after="0"/>
      </w:pPr>
    </w:p>
    <w:p>
      <w:pPr>
        <w:spacing w:after="0"/>
      </w:pPr>
      <w:r>
        <w:rPr>
          <w:rFonts w:ascii="Arial" w:hAnsi="Arial"/>
          <w:b/>
          <w:sz w:val="22"/>
        </w:rPr>
        <w:t xml:space="preserve">Daisy  </w:t>
      </w:r>
      <w:r>
        <w:rPr>
          <w:rFonts w:ascii="Arial" w:hAnsi="Arial"/>
          <w:color w:val="5D7284"/>
          <w:sz w:val="22"/>
        </w:rPr>
        <w:t>41:16</w:t>
      </w:r>
    </w:p>
    <w:p>
      <w:pPr>
        <w:spacing w:after="0"/>
      </w:pPr>
      <w:r>
        <w:rPr>
          <w:rFonts w:ascii="Arial" w:hAnsi="Arial"/>
          <w:sz w:val="22"/>
        </w:rPr>
        <w:t>Yeah. Yeah. So, yeah, they ended up divorcing in 1970, which was just after her first volume of poetry was published. But, you know, there's no sign that anything went terribly wrong in their relationship, or that they were on bad terms or anything like that. It was just, you know, (Alice)yeah. Served its purpose.</w:t>
      </w:r>
    </w:p>
    <w:p>
      <w:pPr>
        <w:spacing w:after="0"/>
      </w:pPr>
    </w:p>
    <w:p>
      <w:pPr>
        <w:spacing w:after="0"/>
      </w:pPr>
      <w:r>
        <w:rPr>
          <w:rFonts w:ascii="Arial" w:hAnsi="Arial"/>
          <w:b/>
          <w:sz w:val="22"/>
        </w:rPr>
        <w:t xml:space="preserve">Alice  </w:t>
      </w:r>
      <w:r>
        <w:rPr>
          <w:rFonts w:ascii="Arial" w:hAnsi="Arial"/>
          <w:color w:val="5D7284"/>
          <w:sz w:val="22"/>
        </w:rPr>
        <w:t>41:39</w:t>
      </w:r>
    </w:p>
    <w:p>
      <w:pPr>
        <w:spacing w:after="0"/>
      </w:pPr>
      <w:r>
        <w:rPr>
          <w:rFonts w:ascii="Arial" w:hAnsi="Arial"/>
          <w:sz w:val="22"/>
        </w:rPr>
        <w:t xml:space="preserve">Yeah, I was gonna say they've had their kids now. </w:t>
      </w:r>
    </w:p>
    <w:p>
      <w:pPr>
        <w:spacing w:after="0"/>
      </w:pPr>
    </w:p>
    <w:p>
      <w:pPr>
        <w:spacing w:after="0"/>
      </w:pPr>
      <w:r>
        <w:rPr>
          <w:rFonts w:ascii="Arial" w:hAnsi="Arial"/>
          <w:b/>
          <w:sz w:val="22"/>
        </w:rPr>
        <w:t xml:space="preserve">Daisy  </w:t>
      </w:r>
      <w:r>
        <w:rPr>
          <w:rFonts w:ascii="Arial" w:hAnsi="Arial"/>
          <w:color w:val="5D7284"/>
          <w:sz w:val="22"/>
        </w:rPr>
        <w:t>41:42</w:t>
      </w:r>
    </w:p>
    <w:p>
      <w:pPr>
        <w:spacing w:after="0"/>
      </w:pPr>
      <w:r>
        <w:rPr>
          <w:rFonts w:ascii="Arial" w:hAnsi="Arial"/>
          <w:sz w:val="22"/>
        </w:rPr>
        <w:t>Yeah, yeah they don't need to pretend to be attracted to each other. I like it. That's good. Yeah.  During really late 60s, so around the time that her first volume was published, she was a writer in residence at university in Mississippi. And, you know, she was from New York, she was born and raised, there, you know, a very diverse city, and, you know, very urban and all that. Going down to Mississippi, she experienced and witnessed the whole load of racial tension that still existed in the south of America at that point. She ran workshops with like, young black students who were all like, really smart, really politically aware and are really interested in like, civil rights and all of this. And, you know, she was really sort of inspired by a lot of that, and it kind of solidified, you know, things that she already knew about her identity. Sort of like, you know, no, she was going to live as she was, erm, she described it crazy and queer.</w:t>
      </w:r>
    </w:p>
    <w:p>
      <w:pPr>
        <w:spacing w:after="0"/>
      </w:pPr>
    </w:p>
    <w:p>
      <w:pPr>
        <w:spacing w:after="0"/>
      </w:pPr>
      <w:r>
        <w:rPr>
          <w:rFonts w:ascii="Arial" w:hAnsi="Arial"/>
          <w:b/>
          <w:sz w:val="22"/>
        </w:rPr>
        <w:t xml:space="preserve">Lucy  </w:t>
      </w:r>
      <w:r>
        <w:rPr>
          <w:rFonts w:ascii="Arial" w:hAnsi="Arial"/>
          <w:color w:val="5D7284"/>
          <w:sz w:val="22"/>
        </w:rPr>
        <w:t>41:46</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42:59</w:t>
      </w:r>
    </w:p>
    <w:p>
      <w:pPr>
        <w:spacing w:after="0"/>
      </w:pPr>
      <w:r>
        <w:rPr>
          <w:rFonts w:ascii="Arial" w:hAnsi="Arial"/>
          <w:sz w:val="22"/>
        </w:rPr>
        <w:t>It's feels like, again, I am very much like, sticking my straight white experience in all over this. But that feels very familiar to me. When I sort of stumbled upon disability, Twitter. It's kind of going, Oh, yeah. Everybody else who is out there also, like, experienced this, feels like this. It's like, oh, that's how I feel. Maybe this, maybe these. This is my tribe.</w:t>
      </w:r>
    </w:p>
    <w:p>
      <w:pPr>
        <w:spacing w:after="0"/>
      </w:pPr>
    </w:p>
    <w:p>
      <w:pPr>
        <w:spacing w:after="0"/>
      </w:pPr>
      <w:r>
        <w:rPr>
          <w:rFonts w:ascii="Arial" w:hAnsi="Arial"/>
          <w:b/>
          <w:sz w:val="22"/>
        </w:rPr>
        <w:t xml:space="preserve">Lucy  </w:t>
      </w:r>
      <w:r>
        <w:rPr>
          <w:rFonts w:ascii="Arial" w:hAnsi="Arial"/>
          <w:color w:val="5D7284"/>
          <w:sz w:val="22"/>
        </w:rPr>
        <w:t>43:30</w:t>
      </w:r>
    </w:p>
    <w:p>
      <w:pPr>
        <w:spacing w:after="0"/>
      </w:pPr>
      <w:r>
        <w:rPr>
          <w:rFonts w:ascii="Arial" w:hAnsi="Arial"/>
          <w:sz w:val="22"/>
        </w:rPr>
        <w:t>Yeah. And I think, I think when you look at sometimes when you look at disability, especially if you're feeling a bit low and a bit fed up, because of something to do with that something connected to your impairment, it kind of does make you feel a bit like, I've got this, it's alright, everything is going to be ok. Yeah, everything's gonna be fine. I am Queen of the gimps. And that's absolutely fine. That's what I call myself jokingly, tongue in cheek. I know, I'm not the queen of the gimps. But I would like to be. (laughs)</w:t>
      </w:r>
    </w:p>
    <w:p>
      <w:pPr>
        <w:spacing w:after="0"/>
      </w:pPr>
    </w:p>
    <w:p>
      <w:pPr>
        <w:spacing w:after="0"/>
      </w:pPr>
      <w:r>
        <w:rPr>
          <w:rFonts w:ascii="Arial" w:hAnsi="Arial"/>
          <w:b/>
          <w:sz w:val="22"/>
        </w:rPr>
        <w:t xml:space="preserve">Alice  </w:t>
      </w:r>
      <w:r>
        <w:rPr>
          <w:rFonts w:ascii="Arial" w:hAnsi="Arial"/>
          <w:color w:val="5D7284"/>
          <w:sz w:val="22"/>
        </w:rPr>
        <w:t>43:57</w:t>
      </w:r>
    </w:p>
    <w:p>
      <w:pPr>
        <w:spacing w:after="0"/>
      </w:pPr>
      <w:r>
        <w:rPr>
          <w:rFonts w:ascii="Arial" w:hAnsi="Arial"/>
          <w:sz w:val="22"/>
        </w:rPr>
        <w:t>Lucy wishes. (laughing)</w:t>
      </w:r>
    </w:p>
    <w:p>
      <w:pPr>
        <w:spacing w:after="0"/>
      </w:pPr>
    </w:p>
    <w:p>
      <w:pPr>
        <w:spacing w:after="0"/>
      </w:pPr>
      <w:r>
        <w:rPr>
          <w:rFonts w:ascii="Arial" w:hAnsi="Arial"/>
          <w:b/>
          <w:sz w:val="22"/>
        </w:rPr>
        <w:t xml:space="preserve">Lucy  </w:t>
      </w:r>
      <w:r>
        <w:rPr>
          <w:rFonts w:ascii="Arial" w:hAnsi="Arial"/>
          <w:color w:val="5D7284"/>
          <w:sz w:val="22"/>
        </w:rPr>
        <w:t>44:00</w:t>
      </w:r>
    </w:p>
    <w:p>
      <w:pPr>
        <w:spacing w:after="0"/>
      </w:pPr>
      <w:r>
        <w:rPr>
          <w:rFonts w:ascii="Arial" w:hAnsi="Arial"/>
          <w:sz w:val="22"/>
        </w:rPr>
        <w:t xml:space="preserve">That's me. But it does. It kind of gives you that kind of, I think, again, I write stuff and I blog and stuff under the pseudonym of The four wheel Wonder Woman. Now I know I'm not a Wonder Woman. Sometimes I could barely, like, hold a knife and fork properly. But I think having that sort of like persona makes you feel a bit like yeah, I'm a bit of a Wonder Woman. It's fine. I can do this. And I'm on four wheels. It's all right. Let's go for it. You know, calling like, calling yourself crazy and queer or the former ofqueen of the gimps or whatever. It is quite empowering. Sometimes. When you, when you are feeling a bit like rubbish, and a bit pants. So I can you know, I quite like that sort of. </w:t>
      </w:r>
    </w:p>
    <w:p>
      <w:pPr>
        <w:spacing w:after="0"/>
      </w:pPr>
    </w:p>
    <w:p>
      <w:pPr>
        <w:spacing w:after="0"/>
      </w:pPr>
      <w:r>
        <w:rPr>
          <w:rFonts w:ascii="Arial" w:hAnsi="Arial"/>
          <w:b/>
          <w:sz w:val="22"/>
        </w:rPr>
        <w:t xml:space="preserve">Alice  </w:t>
      </w:r>
      <w:r>
        <w:rPr>
          <w:rFonts w:ascii="Arial" w:hAnsi="Arial"/>
          <w:color w:val="5D7284"/>
          <w:sz w:val="22"/>
        </w:rPr>
        <w:t>44:48</w:t>
      </w:r>
    </w:p>
    <w:p>
      <w:pPr>
        <w:spacing w:after="0"/>
      </w:pPr>
      <w:r>
        <w:rPr>
          <w:rFonts w:ascii="Arial" w:hAnsi="Arial"/>
          <w:sz w:val="22"/>
        </w:rPr>
        <w:t>Yeah, I think it's particularly you know, going for a phrase like queer which, you know, in the 70s people wouldn't say it. It's one of those words that's been reclaimed, I think because it has absolutely been used, like weaponized in the past.</w:t>
      </w:r>
    </w:p>
    <w:p>
      <w:pPr>
        <w:spacing w:after="0"/>
      </w:pPr>
    </w:p>
    <w:p>
      <w:pPr>
        <w:spacing w:after="0"/>
      </w:pPr>
      <w:r>
        <w:rPr>
          <w:rFonts w:ascii="Arial" w:hAnsi="Arial"/>
          <w:b/>
          <w:sz w:val="22"/>
        </w:rPr>
        <w:t xml:space="preserve">Lucy  </w:t>
      </w:r>
      <w:r>
        <w:rPr>
          <w:rFonts w:ascii="Arial" w:hAnsi="Arial"/>
          <w:color w:val="5D7284"/>
          <w:sz w:val="22"/>
        </w:rPr>
        <w:t>45:06</w:t>
      </w:r>
    </w:p>
    <w:p>
      <w:pPr>
        <w:spacing w:after="0"/>
      </w:pPr>
      <w:r>
        <w:rPr>
          <w:rFonts w:ascii="Arial" w:hAnsi="Arial"/>
          <w:sz w:val="22"/>
        </w:rPr>
        <w:t>And it's in a similar sort of way the word cripple has, I think that, you know, Cripple is getting that level of, sort of resurgence again, like taking back ownership of the word cripple. You know, I remember a time where using the word cripple was, like, one of the worst ones, one of the worst things, you could call somebody.</w:t>
      </w:r>
    </w:p>
    <w:p>
      <w:pPr>
        <w:spacing w:after="0"/>
      </w:pPr>
    </w:p>
    <w:p>
      <w:pPr>
        <w:spacing w:after="0"/>
      </w:pPr>
      <w:r>
        <w:rPr>
          <w:rFonts w:ascii="Arial" w:hAnsi="Arial"/>
          <w:b/>
          <w:sz w:val="22"/>
        </w:rPr>
        <w:t xml:space="preserve">Alice  </w:t>
      </w:r>
      <w:r>
        <w:rPr>
          <w:rFonts w:ascii="Arial" w:hAnsi="Arial"/>
          <w:color w:val="5D7284"/>
          <w:sz w:val="22"/>
        </w:rPr>
        <w:t>45:27</w:t>
      </w:r>
    </w:p>
    <w:p>
      <w:pPr>
        <w:spacing w:after="0"/>
      </w:pPr>
      <w:r>
        <w:rPr>
          <w:rFonts w:ascii="Arial" w:hAnsi="Arial"/>
          <w:sz w:val="22"/>
        </w:rPr>
        <w:t xml:space="preserve">I think it's, it's even, you could even stretch it to. There's a movement for the word disabled. Yeah, there is, you know, for a period of time, I think probably like in the sort of 90s. It was very mature, everybody's different, you know, disabled is such a negative word. Whereas, like, now, I feel like most of the people who I know, are like, yeah, no, I'm disabled. Like, that's, that's my.. I choose that label. </w:t>
      </w:r>
    </w:p>
    <w:p>
      <w:pPr>
        <w:spacing w:after="0"/>
      </w:pPr>
    </w:p>
    <w:p>
      <w:pPr>
        <w:spacing w:after="0"/>
      </w:pPr>
      <w:r>
        <w:rPr>
          <w:rFonts w:ascii="Arial" w:hAnsi="Arial"/>
          <w:b/>
          <w:sz w:val="22"/>
        </w:rPr>
        <w:t xml:space="preserve">Lucy  </w:t>
      </w:r>
      <w:r>
        <w:rPr>
          <w:rFonts w:ascii="Arial" w:hAnsi="Arial"/>
          <w:color w:val="5D7284"/>
          <w:sz w:val="22"/>
        </w:rPr>
        <w:t>45:55</w:t>
      </w:r>
    </w:p>
    <w:p>
      <w:pPr>
        <w:spacing w:after="0"/>
      </w:pPr>
      <w:r>
        <w:rPr>
          <w:rFonts w:ascii="Arial" w:hAnsi="Arial"/>
          <w:sz w:val="22"/>
        </w:rPr>
        <w:t>And I cannot, I cannot abide the terms differently abled, or otherly abled, or, you know, you just think No! No, save yourself the bother, call me, call me disabled. Get it out of the way. It's absolutely fine, I'm not gonna cry.</w:t>
      </w:r>
    </w:p>
    <w:p>
      <w:pPr>
        <w:spacing w:after="0"/>
      </w:pPr>
    </w:p>
    <w:p>
      <w:pPr>
        <w:spacing w:after="0"/>
      </w:pPr>
      <w:r>
        <w:rPr>
          <w:rFonts w:ascii="Arial" w:hAnsi="Arial"/>
          <w:b/>
          <w:sz w:val="22"/>
        </w:rPr>
        <w:t xml:space="preserve">Daisy  </w:t>
      </w:r>
      <w:r>
        <w:rPr>
          <w:rFonts w:ascii="Arial" w:hAnsi="Arial"/>
          <w:color w:val="5D7284"/>
          <w:sz w:val="22"/>
        </w:rPr>
        <w:t>46:12</w:t>
      </w:r>
    </w:p>
    <w:p>
      <w:pPr>
        <w:spacing w:after="0"/>
      </w:pPr>
      <w:r>
        <w:rPr>
          <w:rFonts w:ascii="Arial" w:hAnsi="Arial"/>
          <w:sz w:val="22"/>
        </w:rPr>
        <w:t xml:space="preserve">I think the worst one of those I've heard is, people of diverse abilities. And I'm like, What does that even mean? </w:t>
      </w:r>
    </w:p>
    <w:p>
      <w:pPr>
        <w:spacing w:after="0"/>
      </w:pPr>
    </w:p>
    <w:p>
      <w:pPr>
        <w:spacing w:after="0"/>
      </w:pPr>
      <w:r>
        <w:rPr>
          <w:rFonts w:ascii="Arial" w:hAnsi="Arial"/>
          <w:b/>
          <w:sz w:val="22"/>
        </w:rPr>
        <w:t xml:space="preserve">Alice  </w:t>
      </w:r>
      <w:r>
        <w:rPr>
          <w:rFonts w:ascii="Arial" w:hAnsi="Arial"/>
          <w:color w:val="5D7284"/>
          <w:sz w:val="22"/>
        </w:rPr>
        <w:t>46:19</w:t>
      </w:r>
    </w:p>
    <w:p>
      <w:pPr>
        <w:spacing w:after="0"/>
      </w:pPr>
      <w:r>
        <w:rPr>
          <w:rFonts w:ascii="Arial" w:hAnsi="Arial"/>
          <w:sz w:val="22"/>
        </w:rPr>
        <w:t>Isn't that just everyone ever? Because everyone ever has a different ability to do different things.</w:t>
      </w:r>
    </w:p>
    <w:p>
      <w:pPr>
        <w:spacing w:after="0"/>
      </w:pPr>
    </w:p>
    <w:p>
      <w:pPr>
        <w:spacing w:after="0"/>
      </w:pPr>
      <w:r>
        <w:rPr>
          <w:rFonts w:ascii="Arial" w:hAnsi="Arial"/>
          <w:b/>
          <w:sz w:val="22"/>
        </w:rPr>
        <w:t xml:space="preserve">Lucy  </w:t>
      </w:r>
      <w:r>
        <w:rPr>
          <w:rFonts w:ascii="Arial" w:hAnsi="Arial"/>
          <w:color w:val="5D7284"/>
          <w:sz w:val="22"/>
        </w:rPr>
        <w:t>46:26</w:t>
      </w:r>
    </w:p>
    <w:p>
      <w:pPr>
        <w:spacing w:after="0"/>
      </w:pPr>
      <w:r>
        <w:rPr>
          <w:rFonts w:ascii="Arial" w:hAnsi="Arial"/>
          <w:sz w:val="22"/>
        </w:rPr>
        <w:t>Isn't just a rash term for the human race?</w:t>
      </w:r>
    </w:p>
    <w:p>
      <w:pPr>
        <w:spacing w:after="0"/>
      </w:pPr>
    </w:p>
    <w:p>
      <w:pPr>
        <w:spacing w:after="0"/>
      </w:pPr>
      <w:r>
        <w:rPr>
          <w:rFonts w:ascii="Arial" w:hAnsi="Arial"/>
          <w:b/>
          <w:sz w:val="22"/>
        </w:rPr>
        <w:t xml:space="preserve">Daisy  </w:t>
      </w:r>
      <w:r>
        <w:rPr>
          <w:rFonts w:ascii="Arial" w:hAnsi="Arial"/>
          <w:color w:val="5D7284"/>
          <w:sz w:val="22"/>
        </w:rPr>
        <w:t>46:30</w:t>
      </w:r>
    </w:p>
    <w:p>
      <w:pPr>
        <w:spacing w:after="0"/>
      </w:pPr>
      <w:r>
        <w:rPr>
          <w:rFonts w:ascii="Arial" w:hAnsi="Arial"/>
          <w:sz w:val="22"/>
        </w:rPr>
        <w:t xml:space="preserve">It's like, you know, I might be better at painting than you. Like, I'm quite good at flat pack furniture. Like, what does it mean? </w:t>
      </w:r>
    </w:p>
    <w:p>
      <w:pPr>
        <w:spacing w:after="0"/>
      </w:pPr>
    </w:p>
    <w:p>
      <w:pPr>
        <w:spacing w:after="0"/>
      </w:pPr>
      <w:r>
        <w:rPr>
          <w:rFonts w:ascii="Arial" w:hAnsi="Arial"/>
          <w:b/>
          <w:sz w:val="22"/>
        </w:rPr>
        <w:t xml:space="preserve">Lucy  </w:t>
      </w:r>
      <w:r>
        <w:rPr>
          <w:rFonts w:ascii="Arial" w:hAnsi="Arial"/>
          <w:color w:val="5D7284"/>
          <w:sz w:val="22"/>
        </w:rPr>
        <w:t>46:39</w:t>
      </w:r>
    </w:p>
    <w:p>
      <w:pPr>
        <w:spacing w:after="0"/>
      </w:pPr>
      <w:r>
        <w:rPr>
          <w:rFonts w:ascii="Arial" w:hAnsi="Arial"/>
          <w:sz w:val="22"/>
        </w:rPr>
        <w:t>Yeah, this isn't mean anything. I mean, the thing is the people that say these things are so well, meaning that they go. And then when you call them out on it, they go, Yeah, but no, I'm not calling you disabled, though. And I'm like, yes and that's the offensive bit! call me disabled, because that's what I am! Their like, no, it's a bad word. Because it's the thing.</w:t>
      </w:r>
    </w:p>
    <w:p>
      <w:pPr>
        <w:spacing w:after="0"/>
      </w:pPr>
    </w:p>
    <w:p>
      <w:pPr>
        <w:spacing w:after="0"/>
      </w:pPr>
      <w:r>
        <w:rPr>
          <w:rFonts w:ascii="Arial" w:hAnsi="Arial"/>
          <w:b/>
          <w:sz w:val="22"/>
        </w:rPr>
        <w:t xml:space="preserve">Alice  </w:t>
      </w:r>
      <w:r>
        <w:rPr>
          <w:rFonts w:ascii="Arial" w:hAnsi="Arial"/>
          <w:color w:val="5D7284"/>
          <w:sz w:val="22"/>
        </w:rPr>
        <w:t>46:58</w:t>
      </w:r>
    </w:p>
    <w:p>
      <w:pPr>
        <w:spacing w:after="0"/>
      </w:pPr>
      <w:r>
        <w:rPr>
          <w:rFonts w:ascii="Arial" w:hAnsi="Arial"/>
          <w:sz w:val="22"/>
        </w:rPr>
        <w:t>And I think that that's why it's, I think reclamation is really cool.(Lucy) Yeah. And I think that it's, but I think the other thing that I would kind of caveat is and it's different, I think because we're having a discussion here. But as somebody who is not LGBT Q plus, queer is not a word that I'm throwing around liberally, like, hey, that person's queer, because it's not my word to reclaim.(Lucy) No. So that is that is just the kind of caveat that I'll put in for that. (Lucy) Yes. It wasn't a covering our backs it was it was a point I want to make clear, because I've had a conversation with my mum bless her</w:t>
      </w:r>
    </w:p>
    <w:p>
      <w:pPr>
        <w:spacing w:after="0"/>
      </w:pPr>
    </w:p>
    <w:p>
      <w:pPr>
        <w:spacing w:after="0"/>
      </w:pPr>
      <w:r>
        <w:rPr>
          <w:rFonts w:ascii="Arial" w:hAnsi="Arial"/>
          <w:b/>
          <w:sz w:val="22"/>
        </w:rPr>
        <w:t xml:space="preserve">Lucy  </w:t>
      </w:r>
      <w:r>
        <w:rPr>
          <w:rFonts w:ascii="Arial" w:hAnsi="Arial"/>
          <w:color w:val="5D7284"/>
          <w:sz w:val="22"/>
        </w:rPr>
        <w:t>47:35</w:t>
      </w:r>
    </w:p>
    <w:p>
      <w:pPr>
        <w:spacing w:after="0"/>
      </w:pPr>
      <w:r>
        <w:rPr>
          <w:rFonts w:ascii="Arial" w:hAnsi="Arial"/>
          <w:sz w:val="22"/>
        </w:rPr>
        <w:t>Well done Alice you've covered our backs, there. Hi Alice's mum again.</w:t>
      </w:r>
    </w:p>
    <w:p>
      <w:pPr>
        <w:spacing w:after="0"/>
      </w:pPr>
    </w:p>
    <w:p>
      <w:pPr>
        <w:spacing w:after="0"/>
      </w:pPr>
      <w:r>
        <w:rPr>
          <w:rFonts w:ascii="Arial" w:hAnsi="Arial"/>
          <w:b/>
          <w:sz w:val="22"/>
        </w:rPr>
        <w:t xml:space="preserve">Alice  </w:t>
      </w:r>
      <w:r>
        <w:rPr>
          <w:rFonts w:ascii="Arial" w:hAnsi="Arial"/>
          <w:color w:val="5D7284"/>
          <w:sz w:val="22"/>
        </w:rPr>
        <w:t>47:51</w:t>
      </w:r>
    </w:p>
    <w:p>
      <w:pPr>
        <w:spacing w:after="0"/>
      </w:pPr>
      <w:r>
        <w:rPr>
          <w:rFonts w:ascii="Arial" w:hAnsi="Arial"/>
          <w:sz w:val="22"/>
        </w:rPr>
        <w:t>Hi again mum</w:t>
      </w:r>
    </w:p>
    <w:p>
      <w:pPr>
        <w:spacing w:after="0"/>
      </w:pPr>
    </w:p>
    <w:p>
      <w:pPr>
        <w:spacing w:after="0"/>
      </w:pPr>
      <w:r>
        <w:rPr>
          <w:rFonts w:ascii="Arial" w:hAnsi="Arial"/>
          <w:b/>
          <w:sz w:val="22"/>
        </w:rPr>
        <w:t xml:space="preserve">Daisy  </w:t>
      </w:r>
      <w:r>
        <w:rPr>
          <w:rFonts w:ascii="Arial" w:hAnsi="Arial"/>
          <w:color w:val="5D7284"/>
          <w:sz w:val="22"/>
        </w:rPr>
        <w:t>47:52</w:t>
      </w:r>
    </w:p>
    <w:p>
      <w:pPr>
        <w:spacing w:after="0"/>
      </w:pPr>
      <w:r>
        <w:rPr>
          <w:rFonts w:ascii="Arial" w:hAnsi="Arial"/>
          <w:sz w:val="22"/>
        </w:rPr>
        <w:t xml:space="preserve">Your about to insult her again. </w:t>
      </w:r>
    </w:p>
    <w:p>
      <w:pPr>
        <w:spacing w:after="0"/>
      </w:pPr>
    </w:p>
    <w:p>
      <w:pPr>
        <w:spacing w:after="0"/>
      </w:pPr>
      <w:r>
        <w:rPr>
          <w:rFonts w:ascii="Arial" w:hAnsi="Arial"/>
          <w:b/>
          <w:sz w:val="22"/>
        </w:rPr>
        <w:t xml:space="preserve">Lucy  </w:t>
      </w:r>
      <w:r>
        <w:rPr>
          <w:rFonts w:ascii="Arial" w:hAnsi="Arial"/>
          <w:color w:val="5D7284"/>
          <w:sz w:val="22"/>
        </w:rPr>
        <w:t>47:54</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47:56</w:t>
      </w:r>
    </w:p>
    <w:p>
      <w:pPr>
        <w:spacing w:after="0"/>
      </w:pPr>
      <w:r>
        <w:rPr>
          <w:rFonts w:ascii="Arial" w:hAnsi="Arial"/>
          <w:sz w:val="22"/>
        </w:rPr>
        <w:t>So we weren't we were texting each other whilst we were both watching Midsomer Murders. Cause that's the relationship that we have. And she..we were texted about and she was like, Oh, I think it's the gays. And I was like, Mum! mu!m, no, no, no!. What you doing? And she was like, oh, but I've heard people have started to use the word queer again. And I was like, Yes, mum. Those people who identify as that can use that, you're not ,I am, I said, I said, Are you sitting at home talking about the blacks as well? Because I'm not standing!</w:t>
      </w:r>
    </w:p>
    <w:p>
      <w:pPr>
        <w:spacing w:after="0"/>
      </w:pPr>
    </w:p>
    <w:p>
      <w:pPr>
        <w:spacing w:after="0"/>
      </w:pPr>
      <w:r>
        <w:rPr>
          <w:rFonts w:ascii="Arial" w:hAnsi="Arial"/>
          <w:b/>
          <w:sz w:val="22"/>
        </w:rPr>
        <w:t xml:space="preserve">Lucy  </w:t>
      </w:r>
      <w:r>
        <w:rPr>
          <w:rFonts w:ascii="Arial" w:hAnsi="Arial"/>
          <w:color w:val="5D7284"/>
          <w:sz w:val="22"/>
        </w:rPr>
        <w:t>48:37</w:t>
      </w:r>
    </w:p>
    <w:p>
      <w:pPr>
        <w:spacing w:after="0"/>
      </w:pPr>
      <w:r>
        <w:rPr>
          <w:rFonts w:ascii="Arial" w:hAnsi="Arial"/>
          <w:sz w:val="22"/>
        </w:rPr>
        <w:t>And the Irish, (ALice) Yes exactly. It's a bit like.. it's a bit like when I refer to myself, oh it's my spazzy hand or, you know, my spazzy whatever. I say spazzy because I'm quite, I think it's quite funny. But if anybody else who, if somebody was to come up to me in the street, say, Oh, you Spass I'd be like, Excuse me? Who the hell do you think you are? pipe down, shut up. You know what I mean? It's that kind of, it's alright for me to say it because I am, you know, like, calling me gimpy. I call myself gimpy because I am, know what I mean. Anybody else is I'm like, Whoa! , do you think you are?</w:t>
      </w:r>
    </w:p>
    <w:p>
      <w:pPr>
        <w:spacing w:after="0"/>
      </w:pPr>
    </w:p>
    <w:p>
      <w:pPr>
        <w:spacing w:after="0"/>
      </w:pPr>
      <w:r>
        <w:rPr>
          <w:rFonts w:ascii="Arial" w:hAnsi="Arial"/>
          <w:b/>
          <w:sz w:val="22"/>
        </w:rPr>
        <w:t xml:space="preserve">Daisy  </w:t>
      </w:r>
      <w:r>
        <w:rPr>
          <w:rFonts w:ascii="Arial" w:hAnsi="Arial"/>
          <w:color w:val="5D7284"/>
          <w:sz w:val="22"/>
        </w:rPr>
        <w:t>49:23</w:t>
      </w:r>
    </w:p>
    <w:p>
      <w:pPr>
        <w:spacing w:after="0"/>
      </w:pPr>
      <w:r>
        <w:rPr>
          <w:rFonts w:ascii="Arial" w:hAnsi="Arial"/>
          <w:sz w:val="22"/>
        </w:rPr>
        <w:t xml:space="preserve">Yeah, yeah, I tend to use cripple for  myself. (Lucy)Yeah. I use queer for myself ,gay for myself, you know? But yeah, I very iffy about someone else calling me.Cripple. </w:t>
      </w:r>
    </w:p>
    <w:p>
      <w:pPr>
        <w:spacing w:after="0"/>
      </w:pPr>
    </w:p>
    <w:p>
      <w:pPr>
        <w:spacing w:after="0"/>
      </w:pPr>
      <w:r>
        <w:rPr>
          <w:rFonts w:ascii="Arial" w:hAnsi="Arial"/>
          <w:b/>
          <w:sz w:val="22"/>
        </w:rPr>
        <w:t xml:space="preserve">Lucy  </w:t>
      </w:r>
      <w:r>
        <w:rPr>
          <w:rFonts w:ascii="Arial" w:hAnsi="Arial"/>
          <w:color w:val="5D7284"/>
          <w:sz w:val="22"/>
        </w:rPr>
        <w:t>49:37</w:t>
      </w:r>
    </w:p>
    <w:p>
      <w:pPr>
        <w:spacing w:after="0"/>
      </w:pPr>
      <w:r>
        <w:rPr>
          <w:rFonts w:ascii="Arial" w:hAnsi="Arial"/>
          <w:sz w:val="22"/>
        </w:rPr>
        <w:t>Yeah. Because you're like..</w:t>
      </w:r>
    </w:p>
    <w:p>
      <w:pPr>
        <w:spacing w:after="0"/>
      </w:pPr>
    </w:p>
    <w:p>
      <w:pPr>
        <w:spacing w:after="0"/>
      </w:pPr>
      <w:r>
        <w:rPr>
          <w:rFonts w:ascii="Arial" w:hAnsi="Arial"/>
          <w:b/>
          <w:sz w:val="22"/>
        </w:rPr>
        <w:t xml:space="preserve">Daisy  </w:t>
      </w:r>
      <w:r>
        <w:rPr>
          <w:rFonts w:ascii="Arial" w:hAnsi="Arial"/>
          <w:color w:val="5D7284"/>
          <w:sz w:val="22"/>
        </w:rPr>
        <w:t>49:39</w:t>
      </w:r>
    </w:p>
    <w:p>
      <w:pPr>
        <w:spacing w:after="0"/>
      </w:pPr>
      <w:r>
        <w:rPr>
          <w:rFonts w:ascii="Arial" w:hAnsi="Arial"/>
          <w:sz w:val="22"/>
        </w:rPr>
        <w:t>I'm slightly less so now than I used to be. But, you know, when people would say it before it was kind of really when I was, you know, starting to become like properly disabled. So sometimes that level of acceptance as well, I guess.</w:t>
      </w:r>
    </w:p>
    <w:p>
      <w:pPr>
        <w:spacing w:after="0"/>
      </w:pPr>
    </w:p>
    <w:p>
      <w:pPr>
        <w:spacing w:after="0"/>
      </w:pPr>
      <w:r>
        <w:rPr>
          <w:rFonts w:ascii="Arial" w:hAnsi="Arial"/>
          <w:b/>
          <w:sz w:val="22"/>
        </w:rPr>
        <w:t xml:space="preserve">Lucy  </w:t>
      </w:r>
      <w:r>
        <w:rPr>
          <w:rFonts w:ascii="Arial" w:hAnsi="Arial"/>
          <w:color w:val="5D7284"/>
          <w:sz w:val="22"/>
        </w:rPr>
        <w:t>49:53</w:t>
      </w:r>
    </w:p>
    <w:p>
      <w:pPr>
        <w:spacing w:after="0"/>
      </w:pPr>
      <w:r>
        <w:rPr>
          <w:rFonts w:ascii="Arial" w:hAnsi="Arial"/>
          <w:sz w:val="22"/>
        </w:rPr>
        <w:t>Yeah. I mean, it's like, Tom, my friend Tom came up with my nickname Queen of the gimps and er..</w:t>
      </w:r>
    </w:p>
    <w:p>
      <w:pPr>
        <w:spacing w:after="0"/>
      </w:pPr>
    </w:p>
    <w:p>
      <w:pPr>
        <w:spacing w:after="0"/>
      </w:pPr>
      <w:r>
        <w:rPr>
          <w:rFonts w:ascii="Arial" w:hAnsi="Arial"/>
          <w:b/>
          <w:sz w:val="22"/>
        </w:rPr>
        <w:t xml:space="preserve">Alice  </w:t>
      </w:r>
      <w:r>
        <w:rPr>
          <w:rFonts w:ascii="Arial" w:hAnsi="Arial"/>
          <w:color w:val="5D7284"/>
          <w:sz w:val="22"/>
        </w:rPr>
        <w:t>50:00</w:t>
      </w:r>
    </w:p>
    <w:p>
      <w:pPr>
        <w:spacing w:after="0"/>
      </w:pPr>
      <w:r>
        <w:rPr>
          <w:rFonts w:ascii="Arial" w:hAnsi="Arial"/>
          <w:sz w:val="22"/>
        </w:rPr>
        <w:t>I might have to like to give him a punch in the nuts for that.</w:t>
      </w:r>
    </w:p>
    <w:p>
      <w:pPr>
        <w:spacing w:after="0"/>
      </w:pPr>
    </w:p>
    <w:p>
      <w:pPr>
        <w:spacing w:after="0"/>
      </w:pPr>
      <w:r>
        <w:rPr>
          <w:rFonts w:ascii="Arial" w:hAnsi="Arial"/>
          <w:b/>
          <w:sz w:val="22"/>
        </w:rPr>
        <w:t xml:space="preserve">Lucy  </w:t>
      </w:r>
      <w:r>
        <w:rPr>
          <w:rFonts w:ascii="Arial" w:hAnsi="Arial"/>
          <w:color w:val="5D7284"/>
          <w:sz w:val="22"/>
        </w:rPr>
        <w:t>50:04</w:t>
      </w:r>
    </w:p>
    <w:p>
      <w:pPr>
        <w:spacing w:after="0"/>
      </w:pPr>
      <w:r>
        <w:rPr>
          <w:rFonts w:ascii="Arial" w:hAnsi="Arial"/>
          <w:sz w:val="22"/>
        </w:rPr>
        <w:t>I like it though. I'm quite lucky.</w:t>
      </w:r>
    </w:p>
    <w:p>
      <w:pPr>
        <w:spacing w:after="0"/>
      </w:pPr>
    </w:p>
    <w:p>
      <w:pPr>
        <w:spacing w:after="0"/>
      </w:pPr>
      <w:r>
        <w:rPr>
          <w:rFonts w:ascii="Arial" w:hAnsi="Arial"/>
          <w:b/>
          <w:sz w:val="22"/>
        </w:rPr>
        <w:t xml:space="preserve">Alice  </w:t>
      </w:r>
      <w:r>
        <w:rPr>
          <w:rFonts w:ascii="Arial" w:hAnsi="Arial"/>
          <w:color w:val="5D7284"/>
          <w:sz w:val="22"/>
        </w:rPr>
        <w:t>50:07</w:t>
      </w:r>
    </w:p>
    <w:p>
      <w:pPr>
        <w:spacing w:after="0"/>
      </w:pPr>
      <w:r>
        <w:rPr>
          <w:rFonts w:ascii="Arial" w:hAnsi="Arial"/>
          <w:sz w:val="22"/>
        </w:rPr>
        <w:t>I'm not sure how I feel about straight white firemen Tom being like, oh yeah, my mate Lucy queen of the gimps.</w:t>
      </w:r>
    </w:p>
    <w:p>
      <w:pPr>
        <w:spacing w:after="0"/>
      </w:pPr>
    </w:p>
    <w:p>
      <w:pPr>
        <w:spacing w:after="0"/>
      </w:pPr>
      <w:r>
        <w:rPr>
          <w:rFonts w:ascii="Arial" w:hAnsi="Arial"/>
          <w:b/>
          <w:sz w:val="22"/>
        </w:rPr>
        <w:t xml:space="preserve">Lucy  </w:t>
      </w:r>
      <w:r>
        <w:rPr>
          <w:rFonts w:ascii="Arial" w:hAnsi="Arial"/>
          <w:color w:val="5D7284"/>
          <w:sz w:val="22"/>
        </w:rPr>
        <w:t>50:17</w:t>
      </w:r>
    </w:p>
    <w:p>
      <w:pPr>
        <w:spacing w:after="0"/>
      </w:pPr>
      <w:r>
        <w:rPr>
          <w:rFonts w:ascii="Arial" w:hAnsi="Arial"/>
          <w:sz w:val="22"/>
        </w:rPr>
        <w:t>I do call him the king of the knobs. So measure each other out.</w:t>
      </w:r>
    </w:p>
    <w:p>
      <w:pPr>
        <w:spacing w:after="0"/>
      </w:pPr>
    </w:p>
    <w:p>
      <w:pPr>
        <w:spacing w:after="0"/>
      </w:pPr>
      <w:r>
        <w:rPr>
          <w:rFonts w:ascii="Arial" w:hAnsi="Arial"/>
          <w:b/>
          <w:sz w:val="22"/>
        </w:rPr>
        <w:t xml:space="preserve">Alice  </w:t>
      </w:r>
      <w:r>
        <w:rPr>
          <w:rFonts w:ascii="Arial" w:hAnsi="Arial"/>
          <w:color w:val="5D7284"/>
          <w:sz w:val="22"/>
        </w:rPr>
        <w:t>50:23</w:t>
      </w:r>
    </w:p>
    <w:p>
      <w:pPr>
        <w:spacing w:after="0"/>
      </w:pPr>
      <w:r>
        <w:rPr>
          <w:rFonts w:ascii="Arial" w:hAnsi="Arial"/>
          <w:sz w:val="22"/>
        </w:rPr>
        <w:t>I'll start calling him Baldy, hi Tom we haven't met yet. I'm really looking forward it .</w:t>
      </w:r>
    </w:p>
    <w:p>
      <w:pPr>
        <w:spacing w:after="0"/>
      </w:pPr>
    </w:p>
    <w:p>
      <w:pPr>
        <w:spacing w:after="0"/>
      </w:pPr>
      <w:r>
        <w:rPr>
          <w:rFonts w:ascii="Arial" w:hAnsi="Arial"/>
          <w:b/>
          <w:sz w:val="22"/>
        </w:rPr>
        <w:t xml:space="preserve">Lucy  </w:t>
      </w:r>
      <w:r>
        <w:rPr>
          <w:rFonts w:ascii="Arial" w:hAnsi="Arial"/>
          <w:color w:val="5D7284"/>
          <w:sz w:val="22"/>
        </w:rPr>
        <w:t>50:35</w:t>
      </w:r>
    </w:p>
    <w:p>
      <w:pPr>
        <w:spacing w:after="0"/>
      </w:pPr>
      <w:r>
        <w:rPr>
          <w:rFonts w:ascii="Arial" w:hAnsi="Arial"/>
          <w:sz w:val="22"/>
        </w:rPr>
        <w:t>I think it's fine to call yourself whatever you want to call yourself. But I think other people then going alright gimpy. How are ya? I will be like...what?</w:t>
      </w:r>
    </w:p>
    <w:p>
      <w:pPr>
        <w:spacing w:after="0"/>
      </w:pPr>
    </w:p>
    <w:p>
      <w:pPr>
        <w:spacing w:after="0"/>
      </w:pPr>
      <w:r>
        <w:rPr>
          <w:rFonts w:ascii="Arial" w:hAnsi="Arial"/>
          <w:b/>
          <w:sz w:val="22"/>
        </w:rPr>
        <w:t xml:space="preserve">Alice  </w:t>
      </w:r>
      <w:r>
        <w:rPr>
          <w:rFonts w:ascii="Arial" w:hAnsi="Arial"/>
          <w:color w:val="5D7284"/>
          <w:sz w:val="22"/>
        </w:rPr>
        <w:t>50:47</w:t>
      </w:r>
    </w:p>
    <w:p>
      <w:pPr>
        <w:spacing w:after="0"/>
      </w:pPr>
      <w:r>
        <w:rPr>
          <w:rFonts w:ascii="Arial" w:hAnsi="Arial"/>
          <w:sz w:val="22"/>
        </w:rPr>
        <w:t>It's about ownership and acceptance. And if if you accept a person for who they are, then you accept them for the words that they use. But that doesn't mean that you can take ownership of those words in the same way (lucy) No. Because you're not..</w:t>
      </w:r>
    </w:p>
    <w:p>
      <w:pPr>
        <w:spacing w:after="0"/>
      </w:pPr>
    </w:p>
    <w:p>
      <w:pPr>
        <w:spacing w:after="0"/>
      </w:pPr>
      <w:r>
        <w:rPr>
          <w:rFonts w:ascii="Arial" w:hAnsi="Arial"/>
          <w:b/>
          <w:sz w:val="22"/>
        </w:rPr>
        <w:t xml:space="preserve">Lucy  </w:t>
      </w:r>
      <w:r>
        <w:rPr>
          <w:rFonts w:ascii="Arial" w:hAnsi="Arial"/>
          <w:color w:val="5D7284"/>
          <w:sz w:val="22"/>
        </w:rPr>
        <w:t>51:05</w:t>
      </w:r>
    </w:p>
    <w:p>
      <w:pPr>
        <w:spacing w:after="0"/>
      </w:pPr>
      <w:r>
        <w:rPr>
          <w:rFonts w:ascii="Arial" w:hAnsi="Arial"/>
          <w:sz w:val="22"/>
        </w:rPr>
        <w:t>We've had people on the podcast who call themselves things that I wouldn't be comfortable calling them to their face, but if they're calling themselves it, we're not gonna go you can't say that word because it makes me uncomfortable. You wouldn't do that. Would you? (Daisy) Yeah.</w:t>
      </w:r>
    </w:p>
    <w:p>
      <w:pPr>
        <w:spacing w:after="0"/>
      </w:pPr>
    </w:p>
    <w:p>
      <w:pPr>
        <w:spacing w:after="0"/>
      </w:pPr>
      <w:r>
        <w:rPr>
          <w:rFonts w:ascii="Arial" w:hAnsi="Arial"/>
          <w:b/>
          <w:sz w:val="22"/>
        </w:rPr>
        <w:t xml:space="preserve">Daisy  </w:t>
      </w:r>
      <w:r>
        <w:rPr>
          <w:rFonts w:ascii="Arial" w:hAnsi="Arial"/>
          <w:color w:val="5D7284"/>
          <w:sz w:val="22"/>
        </w:rPr>
        <w:t>51:19</w:t>
      </w:r>
    </w:p>
    <w:p>
      <w:pPr>
        <w:spacing w:after="0"/>
      </w:pPr>
      <w:r>
        <w:rPr>
          <w:rFonts w:ascii="Arial" w:hAnsi="Arial"/>
          <w:sz w:val="22"/>
        </w:rPr>
        <w:t>Yeah. So yeah, fair enough. You rehearse because queer or gay. I may well do it if someone says that it's probably me and not Lucy. (Lucy) Yeah. Yeah, these experiences in Mississippi. And you know, with all of these kids were the basis of her next book of poetry, which included themes of love and family and deceit. But it was also in that one that she wrote a poem called Martha, which was the first to actively address her sexuality.(Lucy) Right? It was also while she was in Mississippi, that she met a psychology professor Francis Clayton, and they were in a relationship until 1989. (Alice) Wow. Long term.</w:t>
      </w:r>
    </w:p>
    <w:p>
      <w:pPr>
        <w:spacing w:after="0"/>
      </w:pPr>
    </w:p>
    <w:p>
      <w:pPr>
        <w:spacing w:after="0"/>
      </w:pPr>
      <w:r>
        <w:rPr>
          <w:rFonts w:ascii="Arial" w:hAnsi="Arial"/>
          <w:b/>
          <w:sz w:val="22"/>
        </w:rPr>
        <w:t xml:space="preserve">Lucy  </w:t>
      </w:r>
      <w:r>
        <w:rPr>
          <w:rFonts w:ascii="Arial" w:hAnsi="Arial"/>
          <w:color w:val="5D7284"/>
          <w:sz w:val="22"/>
        </w:rPr>
        <w:t>52:21</w:t>
      </w:r>
    </w:p>
    <w:p>
      <w:pPr>
        <w:spacing w:after="0"/>
      </w:pPr>
      <w:r>
        <w:rPr>
          <w:rFonts w:ascii="Arial" w:hAnsi="Arial"/>
          <w:sz w:val="22"/>
        </w:rPr>
        <w:t>Well that's good going isn't it? I mean, longevity wise, not the fact that, you know, she's met someone really, congratulations.</w:t>
      </w:r>
    </w:p>
    <w:p>
      <w:pPr>
        <w:spacing w:after="0"/>
      </w:pPr>
    </w:p>
    <w:p>
      <w:pPr>
        <w:spacing w:after="0"/>
      </w:pPr>
      <w:r>
        <w:rPr>
          <w:rFonts w:ascii="Arial" w:hAnsi="Arial"/>
          <w:b/>
          <w:sz w:val="22"/>
        </w:rPr>
        <w:t xml:space="preserve">Alice  </w:t>
      </w:r>
      <w:r>
        <w:rPr>
          <w:rFonts w:ascii="Arial" w:hAnsi="Arial"/>
          <w:color w:val="5D7284"/>
          <w:sz w:val="22"/>
        </w:rPr>
        <w:t>52:28</w:t>
      </w:r>
    </w:p>
    <w:p>
      <w:pPr>
        <w:spacing w:after="0"/>
      </w:pPr>
      <w:r>
        <w:rPr>
          <w:rFonts w:ascii="Arial" w:hAnsi="Arial"/>
          <w:sz w:val="22"/>
        </w:rPr>
        <w:t>Well done for her.</w:t>
      </w:r>
    </w:p>
    <w:p>
      <w:pPr>
        <w:spacing w:after="0"/>
      </w:pPr>
    </w:p>
    <w:p>
      <w:pPr>
        <w:spacing w:after="0"/>
      </w:pPr>
      <w:r>
        <w:rPr>
          <w:rFonts w:ascii="Arial" w:hAnsi="Arial"/>
          <w:b/>
          <w:sz w:val="22"/>
        </w:rPr>
        <w:t xml:space="preserve">Lucy  </w:t>
      </w:r>
      <w:r>
        <w:rPr>
          <w:rFonts w:ascii="Arial" w:hAnsi="Arial"/>
          <w:color w:val="5D7284"/>
          <w:sz w:val="22"/>
        </w:rPr>
        <w:t>52:29</w:t>
      </w:r>
    </w:p>
    <w:p>
      <w:pPr>
        <w:spacing w:after="0"/>
      </w:pPr>
      <w:r>
        <w:rPr>
          <w:rFonts w:ascii="Arial" w:hAnsi="Arial"/>
          <w:sz w:val="22"/>
        </w:rPr>
        <w:t>Well done for her. Just the longevity of the whol... I admire people that are together with people for that long to be fair.</w:t>
      </w:r>
    </w:p>
    <w:p>
      <w:pPr>
        <w:spacing w:after="0"/>
      </w:pPr>
    </w:p>
    <w:p>
      <w:pPr>
        <w:spacing w:after="0"/>
      </w:pPr>
      <w:r>
        <w:rPr>
          <w:rFonts w:ascii="Arial" w:hAnsi="Arial"/>
          <w:b/>
          <w:sz w:val="22"/>
        </w:rPr>
        <w:t xml:space="preserve">Daisy  </w:t>
      </w:r>
      <w:r>
        <w:rPr>
          <w:rFonts w:ascii="Arial" w:hAnsi="Arial"/>
          <w:color w:val="5D7284"/>
          <w:sz w:val="22"/>
        </w:rPr>
        <w:t>52:39</w:t>
      </w:r>
    </w:p>
    <w:p>
      <w:pPr>
        <w:spacing w:after="0"/>
      </w:pPr>
      <w:r>
        <w:rPr>
          <w:rFonts w:ascii="Arial" w:hAnsi="Arial"/>
          <w:sz w:val="22"/>
        </w:rPr>
        <w:t>Yeah, I mean, you know, they split in 1989. But they stayed friends up until, you know, Audrey died.</w:t>
      </w:r>
    </w:p>
    <w:p>
      <w:pPr>
        <w:spacing w:after="0"/>
      </w:pPr>
    </w:p>
    <w:p>
      <w:pPr>
        <w:spacing w:after="0"/>
      </w:pPr>
      <w:r>
        <w:rPr>
          <w:rFonts w:ascii="Arial" w:hAnsi="Arial"/>
          <w:b/>
          <w:sz w:val="22"/>
        </w:rPr>
        <w:t xml:space="preserve">Alice  </w:t>
      </w:r>
      <w:r>
        <w:rPr>
          <w:rFonts w:ascii="Arial" w:hAnsi="Arial"/>
          <w:color w:val="5D7284"/>
          <w:sz w:val="22"/>
        </w:rPr>
        <w:t>52:45</w:t>
      </w:r>
    </w:p>
    <w:p>
      <w:pPr>
        <w:spacing w:after="0"/>
      </w:pPr>
      <w:r>
        <w:rPr>
          <w:rFonts w:ascii="Arial" w:hAnsi="Arial"/>
          <w:sz w:val="22"/>
        </w:rPr>
        <w:t>I was just gonna say it's one of the things that I always like to point out to people who are a bit ignorant, and perhaps like to cling on to some of the stereotypes about homosexuality, and people being like, what's the word I'm looking for?.... promiscuous is what I'm looking for. When, you know, I know, a wonderful gay couple, who have been together since they were 16. And their relationship is old enough to drink this year. (Lucy) Yay!. And that smashes every straight relationship, I know, out of the water by like, six years. So yeah.</w:t>
      </w:r>
    </w:p>
    <w:p>
      <w:pPr>
        <w:spacing w:after="0"/>
      </w:pPr>
    </w:p>
    <w:p>
      <w:pPr>
        <w:spacing w:after="0"/>
      </w:pPr>
      <w:r>
        <w:rPr>
          <w:rFonts w:ascii="Arial" w:hAnsi="Arial"/>
          <w:b/>
          <w:sz w:val="22"/>
        </w:rPr>
        <w:t xml:space="preserve">Lucy  </w:t>
      </w:r>
      <w:r>
        <w:rPr>
          <w:rFonts w:ascii="Arial" w:hAnsi="Arial"/>
          <w:color w:val="5D7284"/>
          <w:sz w:val="22"/>
        </w:rPr>
        <w:t>53:32</w:t>
      </w:r>
    </w:p>
    <w:p>
      <w:pPr>
        <w:spacing w:after="0"/>
      </w:pPr>
      <w:r>
        <w:rPr>
          <w:rFonts w:ascii="Arial" w:hAnsi="Arial"/>
          <w:sz w:val="22"/>
        </w:rPr>
        <w:t>Yeah and at the end of the day, if you think about, if you take away like, whether it's a heterosexual relationship or a gay relationship, but at the end of the day, if the two people in that relationship are happy, and have got a very settled lifestyle, and you know, (Alice) Put the work in. Yeah, and nobody else's business, is it really, and, you know, if, if they were, you know, every relationship has its ups and downs inside behind closed doors. It's not it's not like some mythical just because they're in a gay relationship is not like some mythical Oh, it's all hunky dory and we're having for dinner every night. It's like, yeah, it really irritates me because he steals a duvet or she steals a duvet in the middle of the night when my feet are cold or whatever that kind of thing is. Exactly as you know, the people know, whether you are gay or straight have the same experiences in a relationship and this whole like, it's like a myth, isn't it, that you know. (Alice) Yeah. It's something to be weird, you know, weird and to be oggled at. Is not, it's not right. (Daisy) Yeah.</w:t>
      </w:r>
    </w:p>
    <w:p>
      <w:pPr>
        <w:spacing w:after="0"/>
      </w:pPr>
    </w:p>
    <w:p>
      <w:pPr>
        <w:spacing w:after="0"/>
      </w:pPr>
      <w:r>
        <w:rPr>
          <w:rFonts w:ascii="Arial" w:hAnsi="Arial"/>
          <w:b/>
          <w:sz w:val="22"/>
        </w:rPr>
        <w:t xml:space="preserve">Daisy  </w:t>
      </w:r>
      <w:r>
        <w:rPr>
          <w:rFonts w:ascii="Arial" w:hAnsi="Arial"/>
          <w:color w:val="5D7284"/>
          <w:sz w:val="22"/>
        </w:rPr>
        <w:t>54:48</w:t>
      </w:r>
    </w:p>
    <w:p>
      <w:pPr>
        <w:spacing w:after="0"/>
      </w:pPr>
      <w:r>
        <w:rPr>
          <w:rFonts w:ascii="Arial" w:hAnsi="Arial"/>
          <w:sz w:val="22"/>
        </w:rPr>
        <w:t>So from a poem called Martha, it had the very nice line. We should love each other here, if ever at all. (alice) Aww. It's very sweet. Yeah.</w:t>
      </w:r>
    </w:p>
    <w:p>
      <w:pPr>
        <w:spacing w:after="0"/>
      </w:pPr>
    </w:p>
    <w:p>
      <w:pPr>
        <w:spacing w:after="0"/>
      </w:pPr>
      <w:r>
        <w:rPr>
          <w:rFonts w:ascii="Arial" w:hAnsi="Arial"/>
          <w:b/>
          <w:sz w:val="22"/>
        </w:rPr>
        <w:t xml:space="preserve">Lucy  </w:t>
      </w:r>
      <w:r>
        <w:rPr>
          <w:rFonts w:ascii="Arial" w:hAnsi="Arial"/>
          <w:color w:val="5D7284"/>
          <w:sz w:val="22"/>
        </w:rPr>
        <w:t>55:00</w:t>
      </w:r>
    </w:p>
    <w:p>
      <w:pPr>
        <w:spacing w:after="0"/>
      </w:pPr>
      <w:r>
        <w:rPr>
          <w:rFonts w:ascii="Arial" w:hAnsi="Arial"/>
          <w:sz w:val="22"/>
        </w:rPr>
        <w:t>I like her .</w:t>
      </w:r>
    </w:p>
    <w:p>
      <w:pPr>
        <w:spacing w:after="0"/>
      </w:pPr>
    </w:p>
    <w:p>
      <w:pPr>
        <w:spacing w:after="0"/>
      </w:pPr>
      <w:r>
        <w:rPr>
          <w:rFonts w:ascii="Arial" w:hAnsi="Arial"/>
          <w:b/>
          <w:sz w:val="22"/>
        </w:rPr>
        <w:t xml:space="preserve">Daisy  </w:t>
      </w:r>
      <w:r>
        <w:rPr>
          <w:rFonts w:ascii="Arial" w:hAnsi="Arial"/>
          <w:color w:val="5D7284"/>
          <w:sz w:val="22"/>
        </w:rPr>
        <w:t>55:01</w:t>
      </w:r>
    </w:p>
    <w:p>
      <w:pPr>
        <w:spacing w:after="0"/>
      </w:pPr>
      <w:r>
        <w:rPr>
          <w:rFonts w:ascii="Arial" w:hAnsi="Arial"/>
          <w:sz w:val="22"/>
        </w:rPr>
        <w:t>Yeah, she's Oh, she's so cool. Yeah, you know, all of her first, her first, you know, four collections of poetry rule, really well received and enjoyed by, you know, the critics and reviewers and also that, like, the third one was nominated for a National Book Award. (Alice) Wow. (Lucy) Wow. Yeah. But the readership was still sort of, you know, relatively, you know, niche, relatively small. But then her book from 1976, suddenly, you know, got her much more major commercial success. (Lucy) Yeah. I have been because it was the first one to be published by a major publishing house who had a budget for promo. (Lucy) Yeah. (Alice) That does help. But who knows, who can know for sure. Really?</w:t>
      </w:r>
    </w:p>
    <w:p>
      <w:pPr>
        <w:spacing w:after="0"/>
      </w:pPr>
    </w:p>
    <w:p>
      <w:pPr>
        <w:spacing w:after="0"/>
      </w:pPr>
      <w:r>
        <w:rPr>
          <w:rFonts w:ascii="Arial" w:hAnsi="Arial"/>
          <w:b/>
          <w:sz w:val="22"/>
        </w:rPr>
        <w:t xml:space="preserve">Lucy  </w:t>
      </w:r>
      <w:r>
        <w:rPr>
          <w:rFonts w:ascii="Arial" w:hAnsi="Arial"/>
          <w:color w:val="5D7284"/>
          <w:sz w:val="22"/>
        </w:rPr>
        <w:t>55:47</w:t>
      </w:r>
    </w:p>
    <w:p>
      <w:pPr>
        <w:spacing w:after="0"/>
      </w:pPr>
      <w:r>
        <w:rPr>
          <w:rFonts w:ascii="Arial" w:hAnsi="Arial"/>
          <w:sz w:val="22"/>
        </w:rPr>
        <w:t>I know, can't be sure, exactly. I'm just interested Daisy after she got some  commercial success. I'm thinking about the time frame we're talking about. So we're talking about 70s, aren't we? (Daisy) Yeah. Did she? Did she get much backlash for being either like a, like, a disabled person who was also gay? Or did sort of they like leave her alone? Almost? Or was it?</w:t>
      </w:r>
    </w:p>
    <w:p>
      <w:pPr>
        <w:spacing w:after="0"/>
      </w:pPr>
    </w:p>
    <w:p>
      <w:pPr>
        <w:spacing w:after="0"/>
      </w:pPr>
      <w:r>
        <w:rPr>
          <w:rFonts w:ascii="Arial" w:hAnsi="Arial"/>
          <w:b/>
          <w:sz w:val="22"/>
        </w:rPr>
        <w:t xml:space="preserve">Daisy  </w:t>
      </w:r>
      <w:r>
        <w:rPr>
          <w:rFonts w:ascii="Arial" w:hAnsi="Arial"/>
          <w:color w:val="5D7284"/>
          <w:sz w:val="22"/>
        </w:rPr>
        <w:t>56:18</w:t>
      </w:r>
    </w:p>
    <w:p>
      <w:pPr>
        <w:spacing w:after="0"/>
      </w:pPr>
      <w:r>
        <w:rPr>
          <w:rFonts w:ascii="Arial" w:hAnsi="Arial"/>
          <w:sz w:val="22"/>
        </w:rPr>
        <w:t>It doesn't seem.. Doesn't seem to have... but I'm not seeing much evidence .(Lucy)  Obviously, that doesn't necessarily mean that it wasn't there. There, you know, a lot of her social circle from the, you know, like Black Arts Movement, and things like that. And so, you know, she was surrounded by a lot of like minded people. Yeah, that was, you know, hassle for some folks. So, like, in a minute, you know, we get onto like, her theories, like round feminism and movements and things like that. And there were some, you know, people who weren't happy about, you know, things that she said about that. But as far as, you know, just being, you know, gay and black and a woman and, you know,</w:t>
      </w:r>
    </w:p>
    <w:p>
      <w:pPr>
        <w:spacing w:after="0"/>
      </w:pPr>
    </w:p>
    <w:p>
      <w:pPr>
        <w:spacing w:after="0"/>
      </w:pPr>
      <w:r>
        <w:rPr>
          <w:rFonts w:ascii="Arial" w:hAnsi="Arial"/>
          <w:b/>
          <w:sz w:val="22"/>
        </w:rPr>
        <w:t xml:space="preserve">Lucy  </w:t>
      </w:r>
      <w:r>
        <w:rPr>
          <w:rFonts w:ascii="Arial" w:hAnsi="Arial"/>
          <w:color w:val="5D7284"/>
          <w:sz w:val="22"/>
        </w:rPr>
        <w:t>57:07</w:t>
      </w:r>
    </w:p>
    <w:p>
      <w:pPr>
        <w:spacing w:after="0"/>
      </w:pPr>
      <w:r>
        <w:rPr>
          <w:rFonts w:ascii="Arial" w:hAnsi="Arial"/>
          <w:sz w:val="22"/>
        </w:rPr>
        <w:t>All of the other stuff. (Daisy) Yeah. Yeah that people normally get shouted at for, you know,</w:t>
      </w:r>
    </w:p>
    <w:p>
      <w:pPr>
        <w:spacing w:after="0"/>
      </w:pPr>
    </w:p>
    <w:p>
      <w:pPr>
        <w:spacing w:after="0"/>
      </w:pPr>
      <w:r>
        <w:rPr>
          <w:rFonts w:ascii="Arial" w:hAnsi="Arial"/>
          <w:b/>
          <w:sz w:val="22"/>
        </w:rPr>
        <w:t xml:space="preserve">Daisy  </w:t>
      </w:r>
      <w:r>
        <w:rPr>
          <w:rFonts w:ascii="Arial" w:hAnsi="Arial"/>
          <w:color w:val="5D7284"/>
          <w:sz w:val="22"/>
        </w:rPr>
        <w:t>57:13</w:t>
      </w:r>
    </w:p>
    <w:p>
      <w:pPr>
        <w:spacing w:after="0"/>
      </w:pPr>
      <w:r>
        <w:rPr>
          <w:rFonts w:ascii="Arial" w:hAnsi="Arial"/>
          <w:sz w:val="22"/>
        </w:rPr>
        <w:t xml:space="preserve">Yeah, like, sort of not like in retail. But again, you know, I may well have just not been looking in the right place. </w:t>
      </w:r>
    </w:p>
    <w:p>
      <w:pPr>
        <w:spacing w:after="0"/>
      </w:pPr>
    </w:p>
    <w:p>
      <w:pPr>
        <w:spacing w:after="0"/>
      </w:pPr>
      <w:r>
        <w:rPr>
          <w:rFonts w:ascii="Arial" w:hAnsi="Arial"/>
          <w:b/>
          <w:sz w:val="22"/>
        </w:rPr>
        <w:t xml:space="preserve">Lucy  </w:t>
      </w:r>
      <w:r>
        <w:rPr>
          <w:rFonts w:ascii="Arial" w:hAnsi="Arial"/>
          <w:color w:val="5D7284"/>
          <w:sz w:val="22"/>
        </w:rPr>
        <w:t>57:13</w:t>
      </w:r>
    </w:p>
    <w:p>
      <w:pPr>
        <w:spacing w:after="0"/>
      </w:pPr>
      <w:r>
        <w:rPr>
          <w:rFonts w:ascii="Arial" w:hAnsi="Arial"/>
          <w:sz w:val="22"/>
        </w:rPr>
        <w:t>Yeah, it's fine. Yeah, I think, I think it's just interesting to sort of think about attitudes from, like, relevant, not relevant, recent past, of how, you know, to see how things have changed, because, obviously, like, I don't know what it was like to be gay in the 70s, though, really, I don't know what it's like to be gay now. Like, and have that sort of the, the ongoing stigma, so I find it quite like, but I do know what it's like to be disabled now. And I find that, like, learning about the contrast between people's attitude back then, and now quite fascinating to see how far we've come or how far we've got to go to go. You know?</w:t>
      </w:r>
    </w:p>
    <w:p>
      <w:pPr>
        <w:spacing w:after="0"/>
      </w:pPr>
    </w:p>
    <w:p>
      <w:pPr>
        <w:spacing w:after="0"/>
      </w:pPr>
      <w:r>
        <w:rPr>
          <w:rFonts w:ascii="Arial" w:hAnsi="Arial"/>
          <w:b/>
          <w:sz w:val="22"/>
        </w:rPr>
        <w:t xml:space="preserve">Daisy  </w:t>
      </w:r>
      <w:r>
        <w:rPr>
          <w:rFonts w:ascii="Arial" w:hAnsi="Arial"/>
          <w:color w:val="5D7284"/>
          <w:sz w:val="22"/>
        </w:rPr>
        <w:t>58:09</w:t>
      </w:r>
    </w:p>
    <w:p>
      <w:pPr>
        <w:spacing w:after="0"/>
      </w:pPr>
      <w:r>
        <w:rPr>
          <w:rFonts w:ascii="Arial" w:hAnsi="Arial"/>
          <w:sz w:val="22"/>
        </w:rPr>
        <w:t>Yeah, I mean, part of the difficulty with this sort of thing is that, like, Audre did so much, (Lucy) Yeah. Stuff and like, made an incredible impact on the world as it went on and things like that. So that, and also based around the time it is, there is always a chance that the reason that it is not, you know, specifically written down is because either it was overpowered by all of the other things she did, or some people have taken it as a given. (Lucy) Yes. Yeah that sort of thing was happening, which, which is, it is something that, you know, I've come across with, like, other figures that I've researched, you know, it hasn't specifically mentioned that, you know, they had issues with this, because everyone..</w:t>
      </w:r>
    </w:p>
    <w:p>
      <w:pPr>
        <w:spacing w:after="0"/>
      </w:pPr>
    </w:p>
    <w:p>
      <w:pPr>
        <w:spacing w:after="0"/>
      </w:pPr>
      <w:r>
        <w:rPr>
          <w:rFonts w:ascii="Arial" w:hAnsi="Arial"/>
          <w:b/>
          <w:sz w:val="22"/>
        </w:rPr>
        <w:t xml:space="preserve">Lucy  </w:t>
      </w:r>
      <w:r>
        <w:rPr>
          <w:rFonts w:ascii="Arial" w:hAnsi="Arial"/>
          <w:color w:val="5D7284"/>
          <w:sz w:val="22"/>
        </w:rPr>
        <w:t>58:57</w:t>
      </w:r>
    </w:p>
    <w:p>
      <w:pPr>
        <w:spacing w:after="0"/>
      </w:pPr>
      <w:r>
        <w:rPr>
          <w:rFonts w:ascii="Arial" w:hAnsi="Arial"/>
          <w:sz w:val="22"/>
        </w:rPr>
        <w:t>Everybody knew it was an issue.</w:t>
      </w:r>
    </w:p>
    <w:p>
      <w:pPr>
        <w:spacing w:after="0"/>
      </w:pPr>
    </w:p>
    <w:p>
      <w:pPr>
        <w:spacing w:after="0"/>
      </w:pPr>
      <w:r>
        <w:rPr>
          <w:rFonts w:ascii="Arial" w:hAnsi="Arial"/>
          <w:b/>
          <w:sz w:val="22"/>
        </w:rPr>
        <w:t xml:space="preserve">Daisy  </w:t>
      </w:r>
      <w:r>
        <w:rPr>
          <w:rFonts w:ascii="Arial" w:hAnsi="Arial"/>
          <w:color w:val="5D7284"/>
          <w:sz w:val="22"/>
        </w:rPr>
        <w:t>58:58</w:t>
      </w:r>
    </w:p>
    <w:p>
      <w:pPr>
        <w:spacing w:after="0"/>
      </w:pPr>
      <w:r>
        <w:rPr>
          <w:rFonts w:ascii="Arial" w:hAnsi="Arial"/>
          <w:sz w:val="22"/>
        </w:rPr>
        <w:t>Yeah. Because so much work on disability history is very academic. (Lucy) Yeah. And so with academic writing, there is an assumption of a level of background knowledge. That, like, you know, if I'm reading that sort of often, I do have a bit of it, but like, not as much as they're expecting. (Lucy) No I know. Yeah. Because, you know, yeah, my research tends to be a bit picked from everywhere and like, I don't specialize because I get distracted. And I like different things.</w:t>
      </w:r>
    </w:p>
    <w:p>
      <w:pPr>
        <w:spacing w:after="0"/>
      </w:pPr>
    </w:p>
    <w:p>
      <w:pPr>
        <w:spacing w:after="0"/>
      </w:pPr>
      <w:r>
        <w:rPr>
          <w:rFonts w:ascii="Arial" w:hAnsi="Arial"/>
          <w:b/>
          <w:sz w:val="22"/>
        </w:rPr>
        <w:t xml:space="preserve">Alice  </w:t>
      </w:r>
      <w:r>
        <w:rPr>
          <w:rFonts w:ascii="Arial" w:hAnsi="Arial"/>
          <w:color w:val="5D7284"/>
          <w:sz w:val="22"/>
        </w:rPr>
        <w:t>59:31</w:t>
      </w:r>
    </w:p>
    <w:p>
      <w:pPr>
        <w:spacing w:after="0"/>
      </w:pPr>
      <w:r>
        <w:rPr>
          <w:rFonts w:ascii="Arial" w:hAnsi="Arial"/>
          <w:sz w:val="22"/>
        </w:rPr>
        <w:t xml:space="preserve">I think, I think because what when are we? What's, what's the sort of dates for this fourth volume? (Daisy) So the. Or the one that was most popular? </w:t>
      </w:r>
    </w:p>
    <w:p>
      <w:pPr>
        <w:spacing w:after="0"/>
      </w:pPr>
    </w:p>
    <w:p>
      <w:pPr>
        <w:spacing w:after="0"/>
      </w:pPr>
      <w:r>
        <w:rPr>
          <w:rFonts w:ascii="Arial" w:hAnsi="Arial"/>
          <w:b/>
          <w:sz w:val="22"/>
        </w:rPr>
        <w:t xml:space="preserve">Daisy  </w:t>
      </w:r>
      <w:r>
        <w:rPr>
          <w:rFonts w:ascii="Arial" w:hAnsi="Arial"/>
          <w:color w:val="5D7284"/>
          <w:sz w:val="22"/>
        </w:rPr>
        <w:t>59:42</w:t>
      </w:r>
    </w:p>
    <w:p>
      <w:pPr>
        <w:spacing w:after="0"/>
      </w:pPr>
      <w:r>
        <w:rPr>
          <w:rFonts w:ascii="Arial" w:hAnsi="Arial"/>
          <w:sz w:val="22"/>
        </w:rPr>
        <w:t xml:space="preserve">The one the one that got her more (Lucy) commercial?. Yeah, established her was 76. So 1976. </w:t>
      </w:r>
    </w:p>
    <w:p>
      <w:pPr>
        <w:spacing w:after="0"/>
      </w:pPr>
    </w:p>
    <w:p>
      <w:pPr>
        <w:spacing w:after="0"/>
      </w:pPr>
      <w:r>
        <w:rPr>
          <w:rFonts w:ascii="Arial" w:hAnsi="Arial"/>
          <w:b/>
          <w:sz w:val="22"/>
        </w:rPr>
        <w:t xml:space="preserve">Alice  </w:t>
      </w:r>
      <w:r>
        <w:rPr>
          <w:rFonts w:ascii="Arial" w:hAnsi="Arial"/>
          <w:color w:val="5D7284"/>
          <w:sz w:val="22"/>
        </w:rPr>
        <w:t>59:49</w:t>
      </w:r>
    </w:p>
    <w:p>
      <w:pPr>
        <w:spacing w:after="0"/>
      </w:pPr>
      <w:r>
        <w:rPr>
          <w:rFonts w:ascii="Arial" w:hAnsi="Arial"/>
          <w:sz w:val="22"/>
        </w:rPr>
        <w:t>Yeah and I've just googled it. Harvey Milk was assassinated in 1978. So you know, people were not like, oh, yeah, it's fine to be gay. (Lucy) It's absolutely fine. Let's let people have the right to do all the things.(Lucy) Yeah. Because even two years later, they were like, no. Yeah, so I imagine she definitely experienced but yeah, like, like Daisy said, I imagine it's just, you know, I don't come home and tell my husband about how many people asked me if I was training my guide dog every day? Because if I did, it would just be the conversations, you know, a 10 minute conversation every evening, because it's something that always happens.</w:t>
      </w:r>
    </w:p>
    <w:p>
      <w:pPr>
        <w:spacing w:after="0"/>
      </w:pPr>
    </w:p>
    <w:p>
      <w:pPr>
        <w:spacing w:after="0"/>
      </w:pPr>
      <w:r>
        <w:rPr>
          <w:rFonts w:ascii="Arial" w:hAnsi="Arial"/>
          <w:b/>
          <w:sz w:val="22"/>
        </w:rPr>
        <w:t xml:space="preserve">Lucy  </w:t>
      </w:r>
      <w:r>
        <w:rPr>
          <w:rFonts w:ascii="Arial" w:hAnsi="Arial"/>
          <w:color w:val="5D7284"/>
          <w:sz w:val="22"/>
        </w:rPr>
        <w:t>1:00:35</w:t>
      </w:r>
    </w:p>
    <w:p>
      <w:pPr>
        <w:spacing w:after="0"/>
      </w:pPr>
      <w:r>
        <w:rPr>
          <w:rFonts w:ascii="Arial" w:hAnsi="Arial"/>
          <w:sz w:val="22"/>
        </w:rPr>
        <w:t>And I think I think as well, when you think about attitudes of people, towards people, either disabled people, gay people, you know, people of minorities, and when you think about the attitudes that we we are still, and I'm speaking from personal experience here, we still face even if it's like the little micro aggressions that go over our heads completely. Because if we were to get upset and offended by anything, everything, we just never, we'd never get anywhere, would we? But I think when you think about the tiny little micro aggressions of stuff that go over our heads, because we just haven't got time to be, like, worried about it. (Daisy) Yeah. You start... It's a bit like, a little bit depressing. Oh, God.</w:t>
      </w:r>
    </w:p>
    <w:p>
      <w:pPr>
        <w:spacing w:after="0"/>
      </w:pPr>
    </w:p>
    <w:p>
      <w:pPr>
        <w:spacing w:after="0"/>
      </w:pPr>
      <w:r>
        <w:rPr>
          <w:rFonts w:ascii="Arial" w:hAnsi="Arial"/>
          <w:b/>
          <w:sz w:val="22"/>
        </w:rPr>
        <w:t xml:space="preserve">Alice  </w:t>
      </w:r>
      <w:r>
        <w:rPr>
          <w:rFonts w:ascii="Arial" w:hAnsi="Arial"/>
          <w:color w:val="5D7284"/>
          <w:sz w:val="22"/>
        </w:rPr>
        <w:t>1:01:22</w:t>
      </w:r>
    </w:p>
    <w:p>
      <w:pPr>
        <w:spacing w:after="0"/>
      </w:pPr>
      <w:r>
        <w:rPr>
          <w:rFonts w:ascii="Arial" w:hAnsi="Arial"/>
          <w:sz w:val="22"/>
        </w:rPr>
        <w:t>And I would, I would argue that we don't go over our heads, we're used to the constant barrage, that you're kind of used to it,</w:t>
      </w:r>
    </w:p>
    <w:p>
      <w:pPr>
        <w:spacing w:after="0"/>
      </w:pPr>
    </w:p>
    <w:p>
      <w:pPr>
        <w:spacing w:after="0"/>
      </w:pPr>
      <w:r>
        <w:rPr>
          <w:rFonts w:ascii="Arial" w:hAnsi="Arial"/>
          <w:b/>
          <w:sz w:val="22"/>
        </w:rPr>
        <w:t xml:space="preserve">Lucy  </w:t>
      </w:r>
      <w:r>
        <w:rPr>
          <w:rFonts w:ascii="Arial" w:hAnsi="Arial"/>
          <w:color w:val="5D7284"/>
          <w:sz w:val="22"/>
        </w:rPr>
        <w:t>1:01:29</w:t>
      </w:r>
    </w:p>
    <w:p>
      <w:pPr>
        <w:spacing w:after="0"/>
      </w:pPr>
      <w:r>
        <w:rPr>
          <w:rFonts w:ascii="Arial" w:hAnsi="Arial"/>
          <w:sz w:val="22"/>
        </w:rPr>
        <w:t>exactly. They go in a box down there, and that that box, then get locked, and you try not to think about it, but that then it builds up.</w:t>
      </w:r>
    </w:p>
    <w:p>
      <w:pPr>
        <w:spacing w:after="0"/>
      </w:pPr>
    </w:p>
    <w:p>
      <w:pPr>
        <w:spacing w:after="0"/>
      </w:pPr>
      <w:r>
        <w:rPr>
          <w:rFonts w:ascii="Arial" w:hAnsi="Arial"/>
          <w:b/>
          <w:sz w:val="22"/>
        </w:rPr>
        <w:t xml:space="preserve">Daisy  </w:t>
      </w:r>
      <w:r>
        <w:rPr>
          <w:rFonts w:ascii="Arial" w:hAnsi="Arial"/>
          <w:color w:val="5D7284"/>
          <w:sz w:val="22"/>
        </w:rPr>
        <w:t>1:01:37</w:t>
      </w:r>
    </w:p>
    <w:p>
      <w:pPr>
        <w:spacing w:after="0"/>
      </w:pPr>
      <w:r>
        <w:rPr>
          <w:rFonts w:ascii="Arial" w:hAnsi="Arial"/>
          <w:sz w:val="22"/>
        </w:rPr>
        <w:t>You sort of make an active decision to not..(Lucy) To go. Let it affect you. (Lucy) Yeah. Which, you know, is a nice decision to make, but it's not always possible, for all of us sometimes.</w:t>
      </w:r>
    </w:p>
    <w:p>
      <w:pPr>
        <w:spacing w:after="0"/>
      </w:pPr>
    </w:p>
    <w:p>
      <w:pPr>
        <w:spacing w:after="0"/>
      </w:pPr>
      <w:r>
        <w:rPr>
          <w:rFonts w:ascii="Arial" w:hAnsi="Arial"/>
          <w:b/>
          <w:sz w:val="22"/>
        </w:rPr>
        <w:t xml:space="preserve">Alice  </w:t>
      </w:r>
      <w:r>
        <w:rPr>
          <w:rFonts w:ascii="Arial" w:hAnsi="Arial"/>
          <w:color w:val="5D7284"/>
          <w:sz w:val="22"/>
        </w:rPr>
        <w:t>1:01:48</w:t>
      </w:r>
    </w:p>
    <w:p>
      <w:pPr>
        <w:spacing w:after="0"/>
      </w:pPr>
      <w:r>
        <w:rPr>
          <w:rFonts w:ascii="Arial" w:hAnsi="Arial"/>
          <w:sz w:val="22"/>
        </w:rPr>
        <w:t>And by ignoring them, it's you're not going to be. you're not going to see them stop, you know, because a lot of those micro aggressions come from people who are just ill informed and a little bit ignorant and don't even realize that what they're saying is</w:t>
      </w:r>
    </w:p>
    <w:p>
      <w:pPr>
        <w:spacing w:after="0"/>
      </w:pPr>
    </w:p>
    <w:p>
      <w:pPr>
        <w:spacing w:after="0"/>
      </w:pPr>
      <w:r>
        <w:rPr>
          <w:rFonts w:ascii="Arial" w:hAnsi="Arial"/>
          <w:b/>
          <w:sz w:val="22"/>
        </w:rPr>
        <w:t xml:space="preserve">Lucy  </w:t>
      </w:r>
      <w:r>
        <w:rPr>
          <w:rFonts w:ascii="Arial" w:hAnsi="Arial"/>
          <w:color w:val="5D7284"/>
          <w:sz w:val="22"/>
        </w:rPr>
        <w:t>1:02:09</w:t>
      </w:r>
    </w:p>
    <w:p>
      <w:pPr>
        <w:spacing w:after="0"/>
      </w:pPr>
      <w:r>
        <w:rPr>
          <w:rFonts w:ascii="Arial" w:hAnsi="Arial"/>
          <w:sz w:val="22"/>
        </w:rPr>
        <w:t>Upsetting. (Alice) Yeah. Or whatever.</w:t>
      </w:r>
    </w:p>
    <w:p>
      <w:pPr>
        <w:spacing w:after="0"/>
      </w:pPr>
    </w:p>
    <w:p>
      <w:pPr>
        <w:spacing w:after="0"/>
      </w:pPr>
      <w:r>
        <w:rPr>
          <w:rFonts w:ascii="Arial" w:hAnsi="Arial"/>
          <w:b/>
          <w:sz w:val="22"/>
        </w:rPr>
        <w:t xml:space="preserve">Daisy  </w:t>
      </w:r>
      <w:r>
        <w:rPr>
          <w:rFonts w:ascii="Arial" w:hAnsi="Arial"/>
          <w:color w:val="5D7284"/>
          <w:sz w:val="22"/>
        </w:rPr>
        <w:t>1:02:13</w:t>
      </w:r>
    </w:p>
    <w:p>
      <w:pPr>
        <w:spacing w:after="0"/>
      </w:pPr>
      <w:r>
        <w:rPr>
          <w:rFonts w:ascii="Arial" w:hAnsi="Arial"/>
          <w:sz w:val="22"/>
        </w:rPr>
        <w:t>Yeah. But as you say, if you did that every single time, you'd never do anything, you repeat the same thing every single day.</w:t>
      </w:r>
    </w:p>
    <w:p>
      <w:pPr>
        <w:spacing w:after="0"/>
      </w:pPr>
    </w:p>
    <w:p>
      <w:pPr>
        <w:spacing w:after="0"/>
      </w:pPr>
      <w:r>
        <w:rPr>
          <w:rFonts w:ascii="Arial" w:hAnsi="Arial"/>
          <w:b/>
          <w:sz w:val="22"/>
        </w:rPr>
        <w:t xml:space="preserve">Lucy  </w:t>
      </w:r>
      <w:r>
        <w:rPr>
          <w:rFonts w:ascii="Arial" w:hAnsi="Arial"/>
          <w:color w:val="5D7284"/>
          <w:sz w:val="22"/>
        </w:rPr>
        <w:t>1:02:19</w:t>
      </w:r>
    </w:p>
    <w:p>
      <w:pPr>
        <w:spacing w:after="0"/>
      </w:pPr>
      <w:r>
        <w:rPr>
          <w:rFonts w:ascii="Arial" w:hAnsi="Arial"/>
          <w:sz w:val="22"/>
        </w:rPr>
        <w:t>You would go round and round in circles, wouldn't you? (Daisy) Yeah. You have to kind of make the decision in your head to go. Alright, that yes, it's shit, but we're going to ignore it, not ignore it, but move it.</w:t>
      </w:r>
    </w:p>
    <w:p>
      <w:pPr>
        <w:spacing w:after="0"/>
      </w:pPr>
    </w:p>
    <w:p>
      <w:pPr>
        <w:spacing w:after="0"/>
      </w:pPr>
      <w:r>
        <w:rPr>
          <w:rFonts w:ascii="Arial" w:hAnsi="Arial"/>
          <w:b/>
          <w:sz w:val="22"/>
        </w:rPr>
        <w:t xml:space="preserve">Alice  </w:t>
      </w:r>
      <w:r>
        <w:rPr>
          <w:rFonts w:ascii="Arial" w:hAnsi="Arial"/>
          <w:color w:val="5D7284"/>
          <w:sz w:val="22"/>
        </w:rPr>
        <w:t>1:02:31</w:t>
      </w:r>
    </w:p>
    <w:p>
      <w:pPr>
        <w:spacing w:after="0"/>
      </w:pPr>
      <w:r>
        <w:rPr>
          <w:rFonts w:ascii="Arial" w:hAnsi="Arial"/>
          <w:sz w:val="22"/>
        </w:rPr>
        <w:t>And that's where I think stuff like art that addresses this stuff is really powerful. Because it quite often, you know, funnels all of those experiences and emotions into sort of something that's been produced. (Daisy) Yeah. Is is a way of really expressing that.</w:t>
      </w:r>
    </w:p>
    <w:p>
      <w:pPr>
        <w:spacing w:after="0"/>
      </w:pPr>
    </w:p>
    <w:p>
      <w:pPr>
        <w:spacing w:after="0"/>
      </w:pPr>
      <w:r>
        <w:rPr>
          <w:rFonts w:ascii="Arial" w:hAnsi="Arial"/>
          <w:b/>
          <w:sz w:val="22"/>
        </w:rPr>
        <w:t xml:space="preserve">Lucy  </w:t>
      </w:r>
      <w:r>
        <w:rPr>
          <w:rFonts w:ascii="Arial" w:hAnsi="Arial"/>
          <w:color w:val="5D7284"/>
          <w:sz w:val="22"/>
        </w:rPr>
        <w:t>1:02:52</w:t>
      </w:r>
    </w:p>
    <w:p>
      <w:pPr>
        <w:spacing w:after="0"/>
      </w:pPr>
      <w:r>
        <w:rPr>
          <w:rFonts w:ascii="Arial" w:hAnsi="Arial"/>
          <w:sz w:val="22"/>
        </w:rPr>
        <w:t>Yeah, I know that writing and things, you know, writing about my experiences that even if it never gets, even if it never gets posted anywhere, writing about it, and keeping it on a written page is a way of getting it out of my head. So I'm not thinking about even subconsciously thinking about it. Do you know what I mean? It's like it's out there. It's like, cathartic and shifting it to get rid of it. So I agree with you Alice there. I think ,I think  having a, having an outlet is really helpful for people of, you know, who experience these microaggressions and things like that. It's really helpful.</w:t>
      </w:r>
    </w:p>
    <w:p>
      <w:pPr>
        <w:spacing w:after="0"/>
      </w:pPr>
    </w:p>
    <w:p>
      <w:pPr>
        <w:spacing w:after="0"/>
      </w:pPr>
      <w:r>
        <w:rPr>
          <w:rFonts w:ascii="Arial" w:hAnsi="Arial"/>
          <w:b/>
          <w:sz w:val="22"/>
        </w:rPr>
        <w:t xml:space="preserve">Alice  </w:t>
      </w:r>
      <w:r>
        <w:rPr>
          <w:rFonts w:ascii="Arial" w:hAnsi="Arial"/>
          <w:color w:val="5D7284"/>
          <w:sz w:val="22"/>
        </w:rPr>
        <w:t>1:03:31</w:t>
      </w:r>
    </w:p>
    <w:p>
      <w:pPr>
        <w:spacing w:after="0"/>
      </w:pPr>
      <w:r>
        <w:rPr>
          <w:rFonts w:ascii="Arial" w:hAnsi="Arial"/>
          <w:sz w:val="22"/>
        </w:rPr>
        <w:t>Well, and you know, when it's someone talented, like Audrey, yeah. You know, it tells a story it puts up puts a message out there in a way that can be really impactful to other people. And it...</w:t>
      </w:r>
    </w:p>
    <w:p>
      <w:pPr>
        <w:spacing w:after="0"/>
      </w:pPr>
    </w:p>
    <w:p>
      <w:pPr>
        <w:spacing w:after="0"/>
      </w:pPr>
      <w:r>
        <w:rPr>
          <w:rFonts w:ascii="Arial" w:hAnsi="Arial"/>
          <w:b/>
          <w:sz w:val="22"/>
        </w:rPr>
        <w:t xml:space="preserve">Lucy  </w:t>
      </w:r>
      <w:r>
        <w:rPr>
          <w:rFonts w:ascii="Arial" w:hAnsi="Arial"/>
          <w:color w:val="5D7284"/>
          <w:sz w:val="22"/>
        </w:rPr>
        <w:t>1:03:44</w:t>
      </w:r>
    </w:p>
    <w:p>
      <w:pPr>
        <w:spacing w:after="0"/>
      </w:pPr>
      <w:r>
        <w:rPr>
          <w:rFonts w:ascii="Arial" w:hAnsi="Arial"/>
          <w:sz w:val="22"/>
        </w:rPr>
        <w:t>Yeah, it makes them think doesn't, they stop? And they think and they go, oh, yeah, I'm seeing from a debt. It's not just somebody whinging on their little blog that nobody ever reads. Their actually being a bit artistic with their thoughts and feelings. And I think that's something to be admired.</w:t>
      </w:r>
    </w:p>
    <w:p>
      <w:pPr>
        <w:spacing w:after="0"/>
      </w:pPr>
    </w:p>
    <w:p>
      <w:pPr>
        <w:spacing w:after="0"/>
      </w:pPr>
      <w:r>
        <w:rPr>
          <w:rFonts w:ascii="Arial" w:hAnsi="Arial"/>
          <w:b/>
          <w:sz w:val="22"/>
        </w:rPr>
        <w:t xml:space="preserve">Daisy  </w:t>
      </w:r>
      <w:r>
        <w:rPr>
          <w:rFonts w:ascii="Arial" w:hAnsi="Arial"/>
          <w:color w:val="5D7284"/>
          <w:sz w:val="22"/>
        </w:rPr>
        <w:t>1:04:03</w:t>
      </w:r>
    </w:p>
    <w:p>
      <w:pPr>
        <w:spacing w:after="0"/>
      </w:pPr>
      <w:r>
        <w:rPr>
          <w:rFonts w:ascii="Arial" w:hAnsi="Arial"/>
          <w:sz w:val="22"/>
        </w:rPr>
        <w:t>Yeah, I was reading something earlier about a Chinese woman with cerebral palsy and wrote a poem that was put online about.. I think it was called something like, you know, travel across half of China to have sex with you. And it was, but you know, people were kind of shocked and surprised. It kind of became this sort of, you know, online sensation in China because it was, you know, a disabled woman speaking so openly about the fact that, you know, she wanted sex and she liked sex and,</w:t>
      </w:r>
    </w:p>
    <w:p>
      <w:pPr>
        <w:spacing w:after="0"/>
      </w:pPr>
    </w:p>
    <w:p>
      <w:pPr>
        <w:spacing w:after="0"/>
      </w:pPr>
      <w:r>
        <w:rPr>
          <w:rFonts w:ascii="Arial" w:hAnsi="Arial"/>
          <w:b/>
          <w:sz w:val="22"/>
        </w:rPr>
        <w:t xml:space="preserve">Lucy  </w:t>
      </w:r>
      <w:r>
        <w:rPr>
          <w:rFonts w:ascii="Arial" w:hAnsi="Arial"/>
          <w:color w:val="5D7284"/>
          <w:sz w:val="22"/>
        </w:rPr>
        <w:t>1:04:39</w:t>
      </w:r>
    </w:p>
    <w:p>
      <w:pPr>
        <w:spacing w:after="0"/>
      </w:pPr>
      <w:r>
        <w:rPr>
          <w:rFonts w:ascii="Arial" w:hAnsi="Arial"/>
          <w:sz w:val="22"/>
        </w:rPr>
        <w:t>Yeah, yeah, because, you know, disabled people we, we don't do that sort of thing. People don't like to think about it.</w:t>
      </w:r>
    </w:p>
    <w:p>
      <w:pPr>
        <w:spacing w:after="0"/>
      </w:pPr>
    </w:p>
    <w:p>
      <w:pPr>
        <w:spacing w:after="0"/>
      </w:pPr>
      <w:r>
        <w:rPr>
          <w:rFonts w:ascii="Arial" w:hAnsi="Arial"/>
          <w:b/>
          <w:sz w:val="22"/>
        </w:rPr>
        <w:t xml:space="preserve">Alice  </w:t>
      </w:r>
      <w:r>
        <w:rPr>
          <w:rFonts w:ascii="Arial" w:hAnsi="Arial"/>
          <w:color w:val="5D7284"/>
          <w:sz w:val="22"/>
        </w:rPr>
        <w:t>1:04:48</w:t>
      </w:r>
    </w:p>
    <w:p>
      <w:pPr>
        <w:spacing w:after="0"/>
      </w:pPr>
      <w:r>
        <w:rPr>
          <w:rFonts w:ascii="Arial" w:hAnsi="Arial"/>
          <w:sz w:val="22"/>
        </w:rPr>
        <w:t>I wouldn't travel that fast. (Laughing)</w:t>
      </w:r>
    </w:p>
    <w:p>
      <w:pPr>
        <w:spacing w:after="0"/>
      </w:pPr>
    </w:p>
    <w:p>
      <w:pPr>
        <w:spacing w:after="0"/>
      </w:pPr>
      <w:r>
        <w:rPr>
          <w:rFonts w:ascii="Arial" w:hAnsi="Arial"/>
          <w:b/>
          <w:sz w:val="22"/>
        </w:rPr>
        <w:t xml:space="preserve">Lucy  </w:t>
      </w:r>
      <w:r>
        <w:rPr>
          <w:rFonts w:ascii="Arial" w:hAnsi="Arial"/>
          <w:color w:val="5D7284"/>
          <w:sz w:val="22"/>
        </w:rPr>
        <w:t>1:04:53</w:t>
      </w:r>
    </w:p>
    <w:p>
      <w:pPr>
        <w:spacing w:after="0"/>
      </w:pPr>
      <w:r>
        <w:rPr>
          <w:rFonts w:ascii="Arial" w:hAnsi="Arial"/>
          <w:sz w:val="22"/>
        </w:rPr>
        <w:t>Thanks Alice, it's good to know.</w:t>
      </w:r>
    </w:p>
    <w:p>
      <w:pPr>
        <w:spacing w:after="0"/>
      </w:pPr>
    </w:p>
    <w:p>
      <w:pPr>
        <w:spacing w:after="0"/>
      </w:pPr>
      <w:r>
        <w:rPr>
          <w:rFonts w:ascii="Arial" w:hAnsi="Arial"/>
          <w:b/>
          <w:sz w:val="22"/>
        </w:rPr>
        <w:t xml:space="preserve">Alice  </w:t>
      </w:r>
      <w:r>
        <w:rPr>
          <w:rFonts w:ascii="Arial" w:hAnsi="Arial"/>
          <w:color w:val="5D7284"/>
          <w:sz w:val="22"/>
        </w:rPr>
        <w:t>1:04:54</w:t>
      </w:r>
    </w:p>
    <w:p>
      <w:pPr>
        <w:spacing w:after="0"/>
      </w:pPr>
      <w:r>
        <w:rPr>
          <w:rFonts w:ascii="Arial" w:hAnsi="Arial"/>
          <w:sz w:val="22"/>
        </w:rPr>
        <w:t>It's just like, thats a lot of work.</w:t>
      </w:r>
    </w:p>
    <w:p>
      <w:pPr>
        <w:spacing w:after="0"/>
      </w:pPr>
    </w:p>
    <w:p>
      <w:pPr>
        <w:spacing w:after="0"/>
      </w:pPr>
      <w:r>
        <w:rPr>
          <w:rFonts w:ascii="Arial" w:hAnsi="Arial"/>
          <w:b/>
          <w:sz w:val="22"/>
        </w:rPr>
        <w:t xml:space="preserve">Daisy  </w:t>
      </w:r>
      <w:r>
        <w:rPr>
          <w:rFonts w:ascii="Arial" w:hAnsi="Arial"/>
          <w:color w:val="5D7284"/>
          <w:sz w:val="22"/>
        </w:rPr>
        <w:t>1:04:58</w:t>
      </w:r>
    </w:p>
    <w:p>
      <w:pPr>
        <w:spacing w:after="0"/>
      </w:pPr>
      <w:r>
        <w:rPr>
          <w:rFonts w:ascii="Arial" w:hAnsi="Arial"/>
          <w:sz w:val="22"/>
        </w:rPr>
        <w:t>It wasn't about you then?</w:t>
      </w:r>
    </w:p>
    <w:p>
      <w:pPr>
        <w:spacing w:after="0"/>
      </w:pPr>
    </w:p>
    <w:p>
      <w:pPr>
        <w:spacing w:after="0"/>
      </w:pPr>
      <w:r>
        <w:rPr>
          <w:rFonts w:ascii="Arial" w:hAnsi="Arial"/>
          <w:b/>
          <w:sz w:val="22"/>
        </w:rPr>
        <w:t xml:space="preserve">Lucy  </w:t>
      </w:r>
      <w:r>
        <w:rPr>
          <w:rFonts w:ascii="Arial" w:hAnsi="Arial"/>
          <w:color w:val="5D7284"/>
          <w:sz w:val="22"/>
        </w:rPr>
        <w:t>1:05:02</w:t>
      </w:r>
    </w:p>
    <w:p>
      <w:pPr>
        <w:spacing w:after="0"/>
      </w:pPr>
      <w:r>
        <w:rPr>
          <w:rFonts w:ascii="Arial" w:hAnsi="Arial"/>
          <w:sz w:val="22"/>
        </w:rPr>
        <w:t>She will walk down to the local Co op and back. We have Deliveroo these days, I don't even have to leave my house for cake anymore.(laughs) We were doing so well with a very informed discussion that we've just lowered the tone considerably. Oh..</w:t>
      </w:r>
    </w:p>
    <w:p>
      <w:pPr>
        <w:spacing w:after="0"/>
      </w:pPr>
    </w:p>
    <w:p>
      <w:pPr>
        <w:spacing w:after="0"/>
      </w:pPr>
      <w:r>
        <w:rPr>
          <w:rFonts w:ascii="Arial" w:hAnsi="Arial"/>
          <w:b/>
          <w:sz w:val="22"/>
        </w:rPr>
        <w:t xml:space="preserve">Alice  </w:t>
      </w:r>
      <w:r>
        <w:rPr>
          <w:rFonts w:ascii="Arial" w:hAnsi="Arial"/>
          <w:color w:val="5D7284"/>
          <w:sz w:val="22"/>
        </w:rPr>
        <w:t>1:05:32</w:t>
      </w:r>
    </w:p>
    <w:p>
      <w:pPr>
        <w:spacing w:after="0"/>
      </w:pPr>
      <w:r>
        <w:rPr>
          <w:rFonts w:ascii="Arial" w:hAnsi="Arial"/>
          <w:sz w:val="22"/>
        </w:rPr>
        <w:t xml:space="preserve">History lesson anyone..? </w:t>
      </w:r>
    </w:p>
    <w:p>
      <w:pPr>
        <w:spacing w:after="0"/>
      </w:pPr>
    </w:p>
    <w:p>
      <w:pPr>
        <w:spacing w:after="0"/>
      </w:pPr>
      <w:r>
        <w:rPr>
          <w:rFonts w:ascii="Arial" w:hAnsi="Arial"/>
          <w:b/>
          <w:sz w:val="22"/>
        </w:rPr>
        <w:t xml:space="preserve">Daisy  </w:t>
      </w:r>
      <w:r>
        <w:rPr>
          <w:rFonts w:ascii="Arial" w:hAnsi="Arial"/>
          <w:color w:val="5D7284"/>
          <w:sz w:val="22"/>
        </w:rPr>
        <w:t>1:05:36</w:t>
      </w:r>
    </w:p>
    <w:p>
      <w:pPr>
        <w:spacing w:after="0"/>
      </w:pPr>
      <w:r>
        <w:rPr>
          <w:rFonts w:ascii="Arial" w:hAnsi="Arial"/>
          <w:sz w:val="22"/>
        </w:rPr>
        <w:t xml:space="preserve"> Right, how do I get back? Onto the subject?Yeah, well...</w:t>
      </w:r>
    </w:p>
    <w:p>
      <w:pPr>
        <w:spacing w:after="0"/>
      </w:pPr>
    </w:p>
    <w:p>
      <w:pPr>
        <w:spacing w:after="0"/>
      </w:pPr>
      <w:r>
        <w:rPr>
          <w:rFonts w:ascii="Arial" w:hAnsi="Arial"/>
          <w:b/>
          <w:sz w:val="22"/>
        </w:rPr>
        <w:t xml:space="preserve">Lucy  </w:t>
      </w:r>
      <w:r>
        <w:rPr>
          <w:rFonts w:ascii="Arial" w:hAnsi="Arial"/>
          <w:color w:val="5D7284"/>
          <w:sz w:val="22"/>
        </w:rPr>
        <w:t>1:05:44</w:t>
      </w:r>
    </w:p>
    <w:p>
      <w:pPr>
        <w:spacing w:after="0"/>
      </w:pPr>
      <w:r>
        <w:rPr>
          <w:rFonts w:ascii="Arial" w:hAnsi="Arial"/>
          <w:sz w:val="22"/>
        </w:rPr>
        <w:t xml:space="preserve"> Audre's commercial success? (Daisy) Yes. Yes.</w:t>
      </w:r>
    </w:p>
    <w:p>
      <w:pPr>
        <w:spacing w:after="0"/>
      </w:pPr>
    </w:p>
    <w:p>
      <w:pPr>
        <w:spacing w:after="0"/>
      </w:pPr>
      <w:r>
        <w:rPr>
          <w:rFonts w:ascii="Arial" w:hAnsi="Arial"/>
          <w:b/>
          <w:sz w:val="22"/>
        </w:rPr>
        <w:t xml:space="preserve">Daisy  </w:t>
      </w:r>
      <w:r>
        <w:rPr>
          <w:rFonts w:ascii="Arial" w:hAnsi="Arial"/>
          <w:color w:val="5D7284"/>
          <w:sz w:val="22"/>
        </w:rPr>
        <w:t>1:05:47</w:t>
      </w:r>
    </w:p>
    <w:p>
      <w:pPr>
        <w:spacing w:after="0"/>
      </w:pPr>
      <w:r>
        <w:rPr>
          <w:rFonts w:ascii="Arial" w:hAnsi="Arial"/>
          <w:sz w:val="22"/>
        </w:rPr>
        <w:t xml:space="preserve">Yeah. So thanks to now, being more of a commercial success and having, you know, a bigger publishing house behind her. Her next book was published at you know, great critical, critical acclaim. And it's very loved. And many people think it's her greatest work. It was called The Black Unicorn. And it was supposed to, it was inspired by things that mattered to her as a black woman, a lesbian, a mother, a feminist. And it used traditional stories of female African gods of like, warrior strength and creation and fertility, and, you know, writing about those issues through the lens of the sort, sort of, like, mythical story. It is so cool. I spoke to some people who had done similar things before, but they were always they're always through a male lens. So it was Yeah. And so it was like, you know, male deities, and it was all like, strength, you know, testosterone. (Lucy) Manly!. Yeah, yeah. Yeah. And yeah, so through a female lens, but still with the strength, was something very new. Throughout all of this time, though, she was still teaching in, you know, various universities and colleges all over the place. And she was involved in just so many other things. It seemed like she just never like, sat down. You like when there were those people who just do like so many extra things? Are you just just just sit down for a minute?  </w:t>
      </w:r>
    </w:p>
    <w:p>
      <w:pPr>
        <w:spacing w:after="0"/>
      </w:pPr>
    </w:p>
    <w:p>
      <w:pPr>
        <w:spacing w:after="0"/>
      </w:pPr>
      <w:r>
        <w:rPr>
          <w:rFonts w:ascii="Arial" w:hAnsi="Arial"/>
          <w:b/>
          <w:sz w:val="22"/>
        </w:rPr>
        <w:t xml:space="preserve">Alice  </w:t>
      </w:r>
      <w:r>
        <w:rPr>
          <w:rFonts w:ascii="Arial" w:hAnsi="Arial"/>
          <w:color w:val="5D7284"/>
          <w:sz w:val="22"/>
        </w:rPr>
        <w:t>1:07:32</w:t>
      </w:r>
    </w:p>
    <w:p>
      <w:pPr>
        <w:spacing w:after="0"/>
      </w:pPr>
      <w:r>
        <w:rPr>
          <w:rFonts w:ascii="Arial" w:hAnsi="Arial"/>
          <w:sz w:val="22"/>
        </w:rPr>
        <w:t>Reading about them makes you tired? Yeah.</w:t>
      </w:r>
    </w:p>
    <w:p>
      <w:pPr>
        <w:spacing w:after="0"/>
      </w:pPr>
    </w:p>
    <w:p>
      <w:pPr>
        <w:spacing w:after="0"/>
      </w:pPr>
      <w:r>
        <w:rPr>
          <w:rFonts w:ascii="Arial" w:hAnsi="Arial"/>
          <w:b/>
          <w:sz w:val="22"/>
        </w:rPr>
        <w:t xml:space="preserve">Lucy  </w:t>
      </w:r>
      <w:r>
        <w:rPr>
          <w:rFonts w:ascii="Arial" w:hAnsi="Arial"/>
          <w:color w:val="5D7284"/>
          <w:sz w:val="22"/>
        </w:rPr>
        <w:t>1:07:36</w:t>
      </w:r>
    </w:p>
    <w:p>
      <w:pPr>
        <w:spacing w:after="0"/>
      </w:pPr>
      <w:r>
        <w:rPr>
          <w:rFonts w:ascii="Arial" w:hAnsi="Arial"/>
          <w:sz w:val="22"/>
        </w:rPr>
        <w:t>And you think how would you fit it all in? (Alice) Yeah.</w:t>
      </w:r>
    </w:p>
    <w:p>
      <w:pPr>
        <w:spacing w:after="0"/>
      </w:pPr>
    </w:p>
    <w:p>
      <w:pPr>
        <w:spacing w:after="0"/>
      </w:pPr>
      <w:r>
        <w:rPr>
          <w:rFonts w:ascii="Arial" w:hAnsi="Arial"/>
          <w:b/>
          <w:sz w:val="22"/>
        </w:rPr>
        <w:t xml:space="preserve">Daisy  </w:t>
      </w:r>
      <w:r>
        <w:rPr>
          <w:rFonts w:ascii="Arial" w:hAnsi="Arial"/>
          <w:color w:val="5D7284"/>
          <w:sz w:val="22"/>
        </w:rPr>
        <w:t>1:07:39</w:t>
      </w:r>
    </w:p>
    <w:p>
      <w:pPr>
        <w:spacing w:after="0"/>
      </w:pPr>
      <w:r>
        <w:rPr>
          <w:rFonts w:ascii="Arial" w:hAnsi="Arial"/>
          <w:sz w:val="22"/>
        </w:rPr>
        <w:t>Yeah. So so she co founded The Kitchen Table, Woman of Color Press, which is a publishing house. By and for women of color. She became an associate of the Women's Institute for freedom of the press, which is not related to the British WI, they make jam and get their jars out.</w:t>
      </w:r>
    </w:p>
    <w:p>
      <w:pPr>
        <w:spacing w:after="0"/>
      </w:pPr>
    </w:p>
    <w:p>
      <w:pPr>
        <w:spacing w:after="0"/>
      </w:pPr>
      <w:r>
        <w:rPr>
          <w:rFonts w:ascii="Arial" w:hAnsi="Arial"/>
          <w:b/>
          <w:sz w:val="22"/>
        </w:rPr>
        <w:t xml:space="preserve">Lucy  </w:t>
      </w:r>
      <w:r>
        <w:rPr>
          <w:rFonts w:ascii="Arial" w:hAnsi="Arial"/>
          <w:color w:val="5D7284"/>
          <w:sz w:val="22"/>
        </w:rPr>
        <w:t>1:08:02</w:t>
      </w:r>
    </w:p>
    <w:p>
      <w:pPr>
        <w:spacing w:after="0"/>
      </w:pPr>
      <w:r>
        <w:rPr>
          <w:rFonts w:ascii="Arial" w:hAnsi="Arial"/>
          <w:sz w:val="22"/>
        </w:rPr>
        <w:t>(Laughing) A like that one.</w:t>
      </w:r>
    </w:p>
    <w:p>
      <w:pPr>
        <w:spacing w:after="0"/>
      </w:pPr>
    </w:p>
    <w:p>
      <w:pPr>
        <w:spacing w:after="0"/>
      </w:pPr>
      <w:r>
        <w:rPr>
          <w:rFonts w:ascii="Arial" w:hAnsi="Arial"/>
          <w:b/>
          <w:sz w:val="22"/>
        </w:rPr>
        <w:t xml:space="preserve">Alice  </w:t>
      </w:r>
      <w:r>
        <w:rPr>
          <w:rFonts w:ascii="Arial" w:hAnsi="Arial"/>
          <w:color w:val="5D7284"/>
          <w:sz w:val="22"/>
        </w:rPr>
        <w:t>1:08:09</w:t>
      </w:r>
    </w:p>
    <w:p>
      <w:pPr>
        <w:spacing w:after="0"/>
      </w:pPr>
      <w:r>
        <w:rPr>
          <w:rFonts w:ascii="Arial" w:hAnsi="Arial"/>
          <w:sz w:val="22"/>
        </w:rPr>
        <w:t xml:space="preserve">That's a good one. </w:t>
      </w:r>
    </w:p>
    <w:p>
      <w:pPr>
        <w:spacing w:after="0"/>
      </w:pPr>
    </w:p>
    <w:p>
      <w:pPr>
        <w:spacing w:after="0"/>
      </w:pPr>
      <w:r>
        <w:rPr>
          <w:rFonts w:ascii="Arial" w:hAnsi="Arial"/>
          <w:b/>
          <w:sz w:val="22"/>
        </w:rPr>
        <w:t xml:space="preserve">Daisy  </w:t>
      </w:r>
      <w:r>
        <w:rPr>
          <w:rFonts w:ascii="Arial" w:hAnsi="Arial"/>
          <w:color w:val="5D7284"/>
          <w:sz w:val="22"/>
        </w:rPr>
        <w:t>1:08:10</w:t>
      </w:r>
    </w:p>
    <w:p>
      <w:pPr>
        <w:spacing w:after="0"/>
      </w:pPr>
      <w:r>
        <w:rPr>
          <w:rFonts w:ascii="Arial" w:hAnsi="Arial"/>
          <w:sz w:val="22"/>
        </w:rPr>
        <w:t>She co founded the women's coalition of synth Quoi, which is a island where she lived in the last few years of her life with her new partner, which we'll get to. So that was specifically dedicated to assisting women who have survived sexual abuse and intimate partner violence. (Lucy) Right, okay. And she helped establish sisterhood in support of sisters in South Africa, which benefitted black women who were affected by apartheid and other forms of injustice. Because, you know, she wasn't doing enough different things. It needed more projects.</w:t>
      </w:r>
    </w:p>
    <w:p>
      <w:pPr>
        <w:spacing w:after="0"/>
      </w:pPr>
    </w:p>
    <w:p>
      <w:pPr>
        <w:spacing w:after="0"/>
      </w:pPr>
      <w:r>
        <w:rPr>
          <w:rFonts w:ascii="Arial" w:hAnsi="Arial"/>
          <w:b/>
          <w:sz w:val="22"/>
        </w:rPr>
        <w:t xml:space="preserve">Lucy  </w:t>
      </w:r>
      <w:r>
        <w:rPr>
          <w:rFonts w:ascii="Arial" w:hAnsi="Arial"/>
          <w:color w:val="5D7284"/>
          <w:sz w:val="22"/>
        </w:rPr>
        <w:t>1:08:47</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1:08:49</w:t>
      </w:r>
    </w:p>
    <w:p>
      <w:pPr>
        <w:spacing w:after="0"/>
      </w:pPr>
      <w:r>
        <w:rPr>
          <w:rFonts w:ascii="Arial" w:hAnsi="Arial"/>
          <w:sz w:val="22"/>
        </w:rPr>
        <w:t>Last night, I couldn't summon up the energy to paint my nails. Just haven't got the stamina(laughs).</w:t>
      </w:r>
    </w:p>
    <w:p>
      <w:pPr>
        <w:spacing w:after="0"/>
      </w:pPr>
    </w:p>
    <w:p>
      <w:pPr>
        <w:spacing w:after="0"/>
      </w:pPr>
      <w:r>
        <w:rPr>
          <w:rFonts w:ascii="Arial" w:hAnsi="Arial"/>
          <w:b/>
          <w:sz w:val="22"/>
        </w:rPr>
        <w:t xml:space="preserve">Lucy  </w:t>
      </w:r>
      <w:r>
        <w:rPr>
          <w:rFonts w:ascii="Arial" w:hAnsi="Arial"/>
          <w:color w:val="5D7284"/>
          <w:sz w:val="22"/>
        </w:rPr>
        <w:t>1:08:58</w:t>
      </w:r>
    </w:p>
    <w:p>
      <w:pPr>
        <w:spacing w:after="0"/>
      </w:pPr>
      <w:r>
        <w:rPr>
          <w:rFonts w:ascii="Arial" w:hAnsi="Arial"/>
          <w:sz w:val="22"/>
        </w:rPr>
        <w:t>It does make me feel a little bit lazy. You know what I mean?</w:t>
      </w:r>
    </w:p>
    <w:p>
      <w:pPr>
        <w:spacing w:after="0"/>
      </w:pPr>
    </w:p>
    <w:p>
      <w:pPr>
        <w:spacing w:after="0"/>
      </w:pPr>
      <w:r>
        <w:rPr>
          <w:rFonts w:ascii="Arial" w:hAnsi="Arial"/>
          <w:b/>
          <w:sz w:val="22"/>
        </w:rPr>
        <w:t xml:space="preserve">Daisy  </w:t>
      </w:r>
      <w:r>
        <w:rPr>
          <w:rFonts w:ascii="Arial" w:hAnsi="Arial"/>
          <w:color w:val="5D7284"/>
          <w:sz w:val="22"/>
        </w:rPr>
        <w:t>1:09:02</w:t>
      </w:r>
    </w:p>
    <w:p>
      <w:pPr>
        <w:spacing w:after="0"/>
      </w:pPr>
      <w:r>
        <w:rPr>
          <w:rFonts w:ascii="Arial" w:hAnsi="Arial"/>
          <w:sz w:val="22"/>
        </w:rPr>
        <w:t>I've written in brackets that this is relatable because I do have like 600 different projects. But the thing is, I still don't have the stamina to do all of them. I just have. So I still feel like I'm lazy. Because I'm not doing that. I've got like a cork board here. Which is like stuff I have to do. (Lucy) Right? And there's a lot of post it note. (Lucy) right? Okay. There's so many post it notes and a recipe for oatcakes.</w:t>
      </w:r>
    </w:p>
    <w:p>
      <w:pPr>
        <w:spacing w:after="0"/>
      </w:pPr>
    </w:p>
    <w:p>
      <w:pPr>
        <w:spacing w:after="0"/>
      </w:pPr>
      <w:r>
        <w:rPr>
          <w:rFonts w:ascii="Arial" w:hAnsi="Arial"/>
          <w:b/>
          <w:sz w:val="22"/>
        </w:rPr>
        <w:t xml:space="preserve">Alice  </w:t>
      </w:r>
      <w:r>
        <w:rPr>
          <w:rFonts w:ascii="Arial" w:hAnsi="Arial"/>
          <w:color w:val="5D7284"/>
          <w:sz w:val="22"/>
        </w:rPr>
        <w:t>1:09:29</w:t>
      </w:r>
    </w:p>
    <w:p>
      <w:pPr>
        <w:spacing w:after="0"/>
      </w:pPr>
      <w:r>
        <w:rPr>
          <w:rFonts w:ascii="Arial" w:hAnsi="Arial"/>
          <w:sz w:val="22"/>
        </w:rPr>
        <w:t>To be fair, we dont know...</w:t>
      </w:r>
    </w:p>
    <w:p>
      <w:pPr>
        <w:spacing w:after="0"/>
      </w:pPr>
    </w:p>
    <w:p>
      <w:pPr>
        <w:spacing w:after="0"/>
      </w:pPr>
      <w:r>
        <w:rPr>
          <w:rFonts w:ascii="Arial" w:hAnsi="Arial"/>
          <w:b/>
          <w:sz w:val="22"/>
        </w:rPr>
        <w:t xml:space="preserve">Lucy  </w:t>
      </w:r>
      <w:r>
        <w:rPr>
          <w:rFonts w:ascii="Arial" w:hAnsi="Arial"/>
          <w:color w:val="5D7284"/>
          <w:sz w:val="22"/>
        </w:rPr>
        <w:t>1:09:30</w:t>
      </w:r>
    </w:p>
    <w:p>
      <w:pPr>
        <w:spacing w:after="0"/>
      </w:pPr>
      <w:r>
        <w:rPr>
          <w:rFonts w:ascii="Arial" w:hAnsi="Arial"/>
          <w:sz w:val="22"/>
        </w:rPr>
        <w:t>We don't like oat cakes.</w:t>
      </w:r>
    </w:p>
    <w:p>
      <w:pPr>
        <w:spacing w:after="0"/>
      </w:pPr>
    </w:p>
    <w:p>
      <w:pPr>
        <w:spacing w:after="0"/>
      </w:pPr>
      <w:r>
        <w:rPr>
          <w:rFonts w:ascii="Arial" w:hAnsi="Arial"/>
          <w:b/>
          <w:sz w:val="22"/>
        </w:rPr>
        <w:t xml:space="preserve">Alice  </w:t>
      </w:r>
      <w:r>
        <w:rPr>
          <w:rFonts w:ascii="Arial" w:hAnsi="Arial"/>
          <w:color w:val="5D7284"/>
          <w:sz w:val="22"/>
        </w:rPr>
        <w:t>1:09:33</w:t>
      </w:r>
    </w:p>
    <w:p>
      <w:pPr>
        <w:spacing w:after="0"/>
      </w:pPr>
      <w:r>
        <w:rPr>
          <w:rFonts w:ascii="Arial" w:hAnsi="Arial"/>
          <w:sz w:val="22"/>
        </w:rPr>
        <w:t>We don't, we don't know if that's how Audre felt she might have been like, fucking hell I've got another WI meeting, you know.</w:t>
      </w:r>
    </w:p>
    <w:p>
      <w:pPr>
        <w:spacing w:after="0"/>
      </w:pPr>
    </w:p>
    <w:p>
      <w:pPr>
        <w:spacing w:after="0"/>
      </w:pPr>
      <w:r>
        <w:rPr>
          <w:rFonts w:ascii="Arial" w:hAnsi="Arial"/>
          <w:b/>
          <w:sz w:val="22"/>
        </w:rPr>
        <w:t xml:space="preserve">Lucy  </w:t>
      </w:r>
      <w:r>
        <w:rPr>
          <w:rFonts w:ascii="Arial" w:hAnsi="Arial"/>
          <w:color w:val="5D7284"/>
          <w:sz w:val="22"/>
        </w:rPr>
        <w:t>1:09:40</w:t>
      </w:r>
    </w:p>
    <w:p>
      <w:pPr>
        <w:spacing w:after="0"/>
      </w:pPr>
      <w:r>
        <w:rPr>
          <w:rFonts w:ascii="Arial" w:hAnsi="Arial"/>
          <w:sz w:val="22"/>
        </w:rPr>
        <w:t>Yeah. I mean, there are things that I do that I think, like, don't get me wrong. When I tell people it's so rewarding. You know, things I do, and I'm not talking about my day job. I'm talking about all the podcasts, I'm talking about. All the peripheral thing things that I get involved with, that when I talk to people and tell them what to do, there's great enormous sense of pride, I feel, that I am able to lend my voice to certain projects and things. But at the same time there is this level of, okay, where we're going to summon  the energy to do, or, you know, while I'm doing it, it's great. But it's summoning the energy and finding the time to go. Yes, I can commit to that. No, I can't commit to that. Because I, I feel sometimes like I can't say no. Like when people go, Oh, would you like to be involved with? And I go, Yeah, and I think why did I say yes to that? I just like I need somebody on the side going, I'm afraid she's very busy. Someone who organises me. Someone who  goes, I'm afraid she won't be able to attend. But she said, she sends her love and best wishes.</w:t>
      </w:r>
    </w:p>
    <w:p>
      <w:pPr>
        <w:spacing w:after="0"/>
      </w:pPr>
    </w:p>
    <w:p>
      <w:pPr>
        <w:spacing w:after="0"/>
      </w:pPr>
      <w:r>
        <w:rPr>
          <w:rFonts w:ascii="Arial" w:hAnsi="Arial"/>
          <w:b/>
          <w:sz w:val="22"/>
        </w:rPr>
        <w:t xml:space="preserve">Alice  </w:t>
      </w:r>
      <w:r>
        <w:rPr>
          <w:rFonts w:ascii="Arial" w:hAnsi="Arial"/>
          <w:color w:val="5D7284"/>
          <w:sz w:val="22"/>
        </w:rPr>
        <w:t>1:10:49</w:t>
      </w:r>
    </w:p>
    <w:p>
      <w:pPr>
        <w:spacing w:after="0"/>
      </w:pPr>
      <w:r>
        <w:rPr>
          <w:rFonts w:ascii="Arial" w:hAnsi="Arial"/>
          <w:sz w:val="22"/>
        </w:rPr>
        <w:t>That's what we're coming down to. Is that what Lucy really needs is a PA.</w:t>
      </w:r>
    </w:p>
    <w:p>
      <w:pPr>
        <w:spacing w:after="0"/>
      </w:pPr>
    </w:p>
    <w:p>
      <w:pPr>
        <w:spacing w:after="0"/>
      </w:pPr>
      <w:r>
        <w:rPr>
          <w:rFonts w:ascii="Arial" w:hAnsi="Arial"/>
          <w:b/>
          <w:sz w:val="22"/>
        </w:rPr>
        <w:t xml:space="preserve">Lucy  </w:t>
      </w:r>
      <w:r>
        <w:rPr>
          <w:rFonts w:ascii="Arial" w:hAnsi="Arial"/>
          <w:color w:val="5D7284"/>
          <w:sz w:val="22"/>
        </w:rPr>
        <w:t>1:10:52</w:t>
      </w:r>
    </w:p>
    <w:p>
      <w:pPr>
        <w:spacing w:after="0"/>
      </w:pPr>
      <w:r>
        <w:rPr>
          <w:rFonts w:ascii="Arial" w:hAnsi="Arial"/>
          <w:sz w:val="22"/>
        </w:rPr>
        <w:t>Yeah, well, I've got one haven't I. But I still end up tying myslef in a knot. Like..</w:t>
      </w:r>
    </w:p>
    <w:p>
      <w:pPr>
        <w:spacing w:after="0"/>
      </w:pPr>
    </w:p>
    <w:p>
      <w:pPr>
        <w:spacing w:after="0"/>
      </w:pPr>
      <w:r>
        <w:rPr>
          <w:rFonts w:ascii="Arial" w:hAnsi="Arial"/>
          <w:b/>
          <w:sz w:val="22"/>
        </w:rPr>
        <w:t xml:space="preserve">Alice  </w:t>
      </w:r>
      <w:r>
        <w:rPr>
          <w:rFonts w:ascii="Arial" w:hAnsi="Arial"/>
          <w:color w:val="5D7284"/>
          <w:sz w:val="22"/>
        </w:rPr>
        <w:t>1:10:57</w:t>
      </w:r>
    </w:p>
    <w:p>
      <w:pPr>
        <w:spacing w:after="0"/>
      </w:pPr>
      <w:r>
        <w:rPr>
          <w:rFonts w:ascii="Arial" w:hAnsi="Arial"/>
          <w:sz w:val="22"/>
        </w:rPr>
        <w:t>Alright, it's Yeah, I was gonna say I suppose is difference between having a PA to help you with work and getting around and a PA to organize your life.</w:t>
      </w:r>
    </w:p>
    <w:p>
      <w:pPr>
        <w:spacing w:after="0"/>
      </w:pPr>
    </w:p>
    <w:p>
      <w:pPr>
        <w:spacing w:after="0"/>
      </w:pPr>
      <w:r>
        <w:rPr>
          <w:rFonts w:ascii="Arial" w:hAnsi="Arial"/>
          <w:b/>
          <w:sz w:val="22"/>
        </w:rPr>
        <w:t xml:space="preserve">Lucy  </w:t>
      </w:r>
      <w:r>
        <w:rPr>
          <w:rFonts w:ascii="Arial" w:hAnsi="Arial"/>
          <w:color w:val="5D7284"/>
          <w:sz w:val="22"/>
        </w:rPr>
        <w:t>1:11:06</w:t>
      </w:r>
    </w:p>
    <w:p>
      <w:pPr>
        <w:spacing w:after="0"/>
      </w:pPr>
      <w:r>
        <w:rPr>
          <w:rFonts w:ascii="Arial" w:hAnsi="Arial"/>
          <w:sz w:val="22"/>
        </w:rPr>
        <w:t>Yeah, I need a secretary.</w:t>
      </w:r>
    </w:p>
    <w:p>
      <w:pPr>
        <w:spacing w:after="0"/>
      </w:pPr>
    </w:p>
    <w:p>
      <w:pPr>
        <w:spacing w:after="0"/>
      </w:pPr>
      <w:r>
        <w:rPr>
          <w:rFonts w:ascii="Arial" w:hAnsi="Arial"/>
          <w:b/>
          <w:sz w:val="22"/>
        </w:rPr>
        <w:t xml:space="preserve">Daisy  </w:t>
      </w:r>
      <w:r>
        <w:rPr>
          <w:rFonts w:ascii="Arial" w:hAnsi="Arial"/>
          <w:color w:val="5D7284"/>
          <w:sz w:val="22"/>
        </w:rPr>
        <w:t>1:11:09</w:t>
      </w:r>
    </w:p>
    <w:p>
      <w:pPr>
        <w:spacing w:after="0"/>
      </w:pPr>
      <w:r>
        <w:rPr>
          <w:rFonts w:ascii="Arial" w:hAnsi="Arial"/>
          <w:sz w:val="22"/>
        </w:rPr>
        <w:t>Yeah. I need like an archiving robot. And someone who will do emails.</w:t>
      </w:r>
    </w:p>
    <w:p>
      <w:pPr>
        <w:spacing w:after="0"/>
      </w:pPr>
    </w:p>
    <w:p>
      <w:pPr>
        <w:spacing w:after="0"/>
      </w:pPr>
      <w:r>
        <w:rPr>
          <w:rFonts w:ascii="Arial" w:hAnsi="Arial"/>
          <w:b/>
          <w:sz w:val="22"/>
        </w:rPr>
        <w:t xml:space="preserve">Lucy  </w:t>
      </w:r>
      <w:r>
        <w:rPr>
          <w:rFonts w:ascii="Arial" w:hAnsi="Arial"/>
          <w:color w:val="5D7284"/>
          <w:sz w:val="22"/>
        </w:rPr>
        <w:t>1:11:16</w:t>
      </w:r>
    </w:p>
    <w:p>
      <w:pPr>
        <w:spacing w:after="0"/>
      </w:pPr>
      <w:r>
        <w:rPr>
          <w:rFonts w:ascii="Arial" w:hAnsi="Arial"/>
          <w:sz w:val="22"/>
        </w:rPr>
        <w:t>Maybe we can go halves on a secretary and justshare, like share an office space.</w:t>
      </w:r>
    </w:p>
    <w:p>
      <w:pPr>
        <w:spacing w:after="0"/>
      </w:pPr>
    </w:p>
    <w:p>
      <w:pPr>
        <w:spacing w:after="0"/>
      </w:pPr>
      <w:r>
        <w:rPr>
          <w:rFonts w:ascii="Arial" w:hAnsi="Arial"/>
          <w:b/>
          <w:sz w:val="22"/>
        </w:rPr>
        <w:t xml:space="preserve">Daisy  </w:t>
      </w:r>
      <w:r>
        <w:rPr>
          <w:rFonts w:ascii="Arial" w:hAnsi="Arial"/>
          <w:color w:val="5D7284"/>
          <w:sz w:val="22"/>
        </w:rPr>
        <w:t>1:11:20</w:t>
      </w:r>
    </w:p>
    <w:p>
      <w:pPr>
        <w:spacing w:after="0"/>
      </w:pPr>
      <w:r>
        <w:rPr>
          <w:rFonts w:ascii="Arial" w:hAnsi="Arial"/>
          <w:sz w:val="22"/>
        </w:rPr>
        <w:t>Yeah. And someone who can chase down all of the people who won't reply to my emails.</w:t>
      </w:r>
    </w:p>
    <w:p>
      <w:pPr>
        <w:spacing w:after="0"/>
      </w:pPr>
    </w:p>
    <w:p>
      <w:pPr>
        <w:spacing w:after="0"/>
      </w:pPr>
      <w:r>
        <w:rPr>
          <w:rFonts w:ascii="Arial" w:hAnsi="Arial"/>
          <w:b/>
          <w:sz w:val="22"/>
        </w:rPr>
        <w:t xml:space="preserve">Lucy  </w:t>
      </w:r>
      <w:r>
        <w:rPr>
          <w:rFonts w:ascii="Arial" w:hAnsi="Arial"/>
          <w:color w:val="5D7284"/>
          <w:sz w:val="22"/>
        </w:rPr>
        <w:t>1:11:24</w:t>
      </w:r>
    </w:p>
    <w:p>
      <w:pPr>
        <w:spacing w:after="0"/>
      </w:pPr>
      <w:r>
        <w:rPr>
          <w:rFonts w:ascii="Arial" w:hAnsi="Arial"/>
          <w:sz w:val="22"/>
        </w:rPr>
        <w:t>Yeah. I don't get that. Why are you emailing me and then not replying to my emails? (Daisy) Yeah. Yeah. So no, yeah.</w:t>
      </w:r>
    </w:p>
    <w:p>
      <w:pPr>
        <w:spacing w:after="0"/>
      </w:pPr>
    </w:p>
    <w:p>
      <w:pPr>
        <w:spacing w:after="0"/>
      </w:pPr>
      <w:r>
        <w:rPr>
          <w:rFonts w:ascii="Arial" w:hAnsi="Arial"/>
          <w:b/>
          <w:sz w:val="22"/>
        </w:rPr>
        <w:t xml:space="preserve">Daisy  </w:t>
      </w:r>
      <w:r>
        <w:rPr>
          <w:rFonts w:ascii="Arial" w:hAnsi="Arial"/>
          <w:color w:val="5D7284"/>
          <w:sz w:val="22"/>
        </w:rPr>
        <w:t>1:11:31</w:t>
      </w:r>
    </w:p>
    <w:p>
      <w:pPr>
        <w:spacing w:after="0"/>
      </w:pPr>
      <w:r>
        <w:rPr>
          <w:rFonts w:ascii="Arial" w:hAnsi="Arial"/>
          <w:sz w:val="22"/>
        </w:rPr>
        <w:t>I said, I've run something. And now I have to actually do it. I basically agree to it so that people have to stop talking. But that's besides the point.</w:t>
      </w:r>
    </w:p>
    <w:p>
      <w:pPr>
        <w:spacing w:after="0"/>
      </w:pPr>
    </w:p>
    <w:p>
      <w:pPr>
        <w:spacing w:after="0"/>
      </w:pPr>
      <w:r>
        <w:rPr>
          <w:rFonts w:ascii="Arial" w:hAnsi="Arial"/>
          <w:b/>
          <w:sz w:val="22"/>
        </w:rPr>
        <w:t xml:space="preserve">Alice  </w:t>
      </w:r>
      <w:r>
        <w:rPr>
          <w:rFonts w:ascii="Arial" w:hAnsi="Arial"/>
          <w:color w:val="5D7284"/>
          <w:sz w:val="22"/>
        </w:rPr>
        <w:t>1:11:40</w:t>
      </w:r>
    </w:p>
    <w:p>
      <w:pPr>
        <w:spacing w:after="0"/>
      </w:pPr>
      <w:r>
        <w:rPr>
          <w:rFonts w:ascii="Arial" w:hAnsi="Arial"/>
          <w:sz w:val="22"/>
        </w:rPr>
        <w:t>And that's how Daisy she found herself here. (All laughs)</w:t>
      </w:r>
    </w:p>
    <w:p>
      <w:pPr>
        <w:spacing w:after="0"/>
      </w:pPr>
    </w:p>
    <w:p>
      <w:pPr>
        <w:spacing w:after="0"/>
      </w:pPr>
      <w:r>
        <w:rPr>
          <w:rFonts w:ascii="Arial" w:hAnsi="Arial"/>
          <w:b/>
          <w:sz w:val="22"/>
        </w:rPr>
        <w:t xml:space="preserve">Lucy  </w:t>
      </w:r>
      <w:r>
        <w:rPr>
          <w:rFonts w:ascii="Arial" w:hAnsi="Arial"/>
          <w:color w:val="5D7284"/>
          <w:sz w:val="22"/>
        </w:rPr>
        <w:t>1:11:45</w:t>
      </w:r>
    </w:p>
    <w:p>
      <w:pPr>
        <w:spacing w:after="0"/>
      </w:pPr>
      <w:r>
        <w:rPr>
          <w:rFonts w:ascii="Arial" w:hAnsi="Arial"/>
          <w:sz w:val="22"/>
        </w:rPr>
        <w:t>Now she cant get rid of us.</w:t>
      </w:r>
    </w:p>
    <w:p>
      <w:pPr>
        <w:spacing w:after="0"/>
      </w:pPr>
    </w:p>
    <w:p>
      <w:pPr>
        <w:spacing w:after="0"/>
      </w:pPr>
      <w:r>
        <w:rPr>
          <w:rFonts w:ascii="Arial" w:hAnsi="Arial"/>
          <w:b/>
          <w:sz w:val="22"/>
        </w:rPr>
        <w:t xml:space="preserve">Daisy  </w:t>
      </w:r>
      <w:r>
        <w:rPr>
          <w:rFonts w:ascii="Arial" w:hAnsi="Arial"/>
          <w:color w:val="5D7284"/>
          <w:sz w:val="22"/>
        </w:rPr>
        <w:t>1:11:47</w:t>
      </w:r>
    </w:p>
    <w:p>
      <w:pPr>
        <w:spacing w:after="0"/>
      </w:pPr>
      <w:r>
        <w:rPr>
          <w:rFonts w:ascii="Arial" w:hAnsi="Arial"/>
          <w:sz w:val="22"/>
        </w:rPr>
        <w:t>Yeah. Yeah. Right. Yes. So she did all of those things. (Lucy)  Yeah. And she was an incredible poet. (Lucy) Yeah, she was also a really skilled nonfiction writer and essayist. So in the sort of nonfiction world, her most well known work was called the Cancer Journals. So this discussed themes of like, disability and sexuality and prosthetics and Western beauty while documenting her diagnosis and like treatment and experience with breast cancer.(Alice) That's so cool. Yeah, so kind of her long term experience of cancer and the, you know, partially sighted in youth thing. Yeah, what qualifies her for... Disability? The disability angle. (Daisy) Yes. The disability angle of the podcast. (Daisy) Yes. Yeah. Yeah. So it also covered like, fear of death, and it's survival and emotional healing, and like, inner power, really covered like a lot of stuff for such like a, you know, like a single story. So it used like a mixture of essays, and like journal entry style  writing. Sort of mixed together to make it kind of like, really personal but also like, you know, it's difficult to come up with something that kind of explores, like such broad theoretical ideas, but also so personal to the person. (Lucy) Yeah.</w:t>
      </w:r>
    </w:p>
    <w:p>
      <w:pPr>
        <w:spacing w:after="0"/>
      </w:pPr>
    </w:p>
    <w:p>
      <w:pPr>
        <w:spacing w:after="0"/>
      </w:pPr>
      <w:r>
        <w:rPr>
          <w:rFonts w:ascii="Arial" w:hAnsi="Arial"/>
          <w:b/>
          <w:sz w:val="22"/>
        </w:rPr>
        <w:t xml:space="preserve">Lucy  </w:t>
      </w:r>
      <w:r>
        <w:rPr>
          <w:rFonts w:ascii="Arial" w:hAnsi="Arial"/>
          <w:color w:val="5D7284"/>
          <w:sz w:val="22"/>
        </w:rPr>
        <w:t>1:13:21</w:t>
      </w:r>
    </w:p>
    <w:p>
      <w:pPr>
        <w:spacing w:after="0"/>
      </w:pPr>
      <w:r>
        <w:rPr>
          <w:rFonts w:ascii="Arial" w:hAnsi="Arial"/>
          <w:sz w:val="22"/>
        </w:rPr>
        <w:t>Right especially when you've got all that stuff going on personally, as well, whilst you're creating it. That Yeah, what a.. what a woman!</w:t>
      </w:r>
    </w:p>
    <w:p>
      <w:pPr>
        <w:spacing w:after="0"/>
      </w:pPr>
    </w:p>
    <w:p>
      <w:pPr>
        <w:spacing w:after="0"/>
      </w:pPr>
      <w:r>
        <w:rPr>
          <w:rFonts w:ascii="Arial" w:hAnsi="Arial"/>
          <w:b/>
          <w:sz w:val="22"/>
        </w:rPr>
        <w:t xml:space="preserve">Daisy  </w:t>
      </w:r>
      <w:r>
        <w:rPr>
          <w:rFonts w:ascii="Arial" w:hAnsi="Arial"/>
          <w:color w:val="5D7284"/>
          <w:sz w:val="22"/>
        </w:rPr>
        <w:t>1:13:34</w:t>
      </w:r>
    </w:p>
    <w:p>
      <w:pPr>
        <w:spacing w:after="0"/>
      </w:pPr>
      <w:r>
        <w:rPr>
          <w:rFonts w:ascii="Arial" w:hAnsi="Arial"/>
          <w:sz w:val="22"/>
        </w:rPr>
        <w:t>Yeah. So, in that book, she wrote kind of like what we were talking about earlier about, you know, defining ourselves. She said, if I didn't define myself for myself, I would be crunched into other people's fantasies. And eaten alive.</w:t>
      </w:r>
    </w:p>
    <w:p>
      <w:pPr>
        <w:spacing w:after="0"/>
      </w:pPr>
    </w:p>
    <w:p>
      <w:pPr>
        <w:spacing w:after="0"/>
      </w:pPr>
      <w:r>
        <w:rPr>
          <w:rFonts w:ascii="Arial" w:hAnsi="Arial"/>
          <w:b/>
          <w:sz w:val="22"/>
        </w:rPr>
        <w:t xml:space="preserve">Lucy  </w:t>
      </w:r>
      <w:r>
        <w:rPr>
          <w:rFonts w:ascii="Arial" w:hAnsi="Arial"/>
          <w:color w:val="5D7284"/>
          <w:sz w:val="22"/>
        </w:rPr>
        <w:t>1:13:51</w:t>
      </w:r>
    </w:p>
    <w:p>
      <w:pPr>
        <w:spacing w:after="0"/>
      </w:pPr>
      <w:r>
        <w:rPr>
          <w:rFonts w:ascii="Arial" w:hAnsi="Arial"/>
          <w:sz w:val="22"/>
        </w:rPr>
        <w:t>That! (Alice) I love it. That sums what up what exactly, it's like, she's been in my head to know what I mean. Yeah.</w:t>
      </w:r>
    </w:p>
    <w:p>
      <w:pPr>
        <w:spacing w:after="0"/>
      </w:pPr>
    </w:p>
    <w:p>
      <w:pPr>
        <w:spacing w:after="0"/>
      </w:pPr>
      <w:r>
        <w:rPr>
          <w:rFonts w:ascii="Arial" w:hAnsi="Arial"/>
          <w:b/>
          <w:sz w:val="22"/>
        </w:rPr>
        <w:t xml:space="preserve">Alice  </w:t>
      </w:r>
      <w:r>
        <w:rPr>
          <w:rFonts w:ascii="Arial" w:hAnsi="Arial"/>
          <w:color w:val="5D7284"/>
          <w:sz w:val="22"/>
        </w:rPr>
        <w:t>1:14:01</w:t>
      </w:r>
    </w:p>
    <w:p>
      <w:pPr>
        <w:spacing w:after="0"/>
      </w:pPr>
      <w:r>
        <w:rPr>
          <w:rFonts w:ascii="Arial" w:hAnsi="Arial"/>
          <w:sz w:val="22"/>
        </w:rPr>
        <w:t xml:space="preserve">And it's, it's the, it's the ethos behind this whole show, isn't it? It's like we're called labeled because we were like, Hey, these are our labels. We're choosing them. We're you know, writing them how we want to, and she put it much more eloquently. Unlike me and Lucy in our texts and Facebook messages at one o'clock in the morning, and we go what about this? </w:t>
      </w:r>
    </w:p>
    <w:p>
      <w:pPr>
        <w:spacing w:after="0"/>
      </w:pPr>
    </w:p>
    <w:p>
      <w:pPr>
        <w:spacing w:after="0"/>
      </w:pPr>
      <w:r>
        <w:rPr>
          <w:rFonts w:ascii="Arial" w:hAnsi="Arial"/>
          <w:b/>
          <w:sz w:val="22"/>
        </w:rPr>
        <w:t xml:space="preserve">Daisy  </w:t>
      </w:r>
      <w:r>
        <w:rPr>
          <w:rFonts w:ascii="Arial" w:hAnsi="Arial"/>
          <w:color w:val="5D7284"/>
          <w:sz w:val="22"/>
        </w:rPr>
        <w:t>1:14:29</w:t>
      </w:r>
    </w:p>
    <w:p>
      <w:pPr>
        <w:spacing w:after="0"/>
      </w:pPr>
      <w:r>
        <w:rPr>
          <w:rFonts w:ascii="Arial" w:hAnsi="Arial"/>
          <w:sz w:val="22"/>
        </w:rPr>
        <w:t>It's like, the use of crunched like, really fits.</w:t>
      </w:r>
    </w:p>
    <w:p>
      <w:pPr>
        <w:spacing w:after="0"/>
      </w:pPr>
    </w:p>
    <w:p>
      <w:pPr>
        <w:spacing w:after="0"/>
      </w:pPr>
      <w:r>
        <w:rPr>
          <w:rFonts w:ascii="Arial" w:hAnsi="Arial"/>
          <w:b/>
          <w:sz w:val="22"/>
        </w:rPr>
        <w:t xml:space="preserve">Lucy  </w:t>
      </w:r>
      <w:r>
        <w:rPr>
          <w:rFonts w:ascii="Arial" w:hAnsi="Arial"/>
          <w:color w:val="5D7284"/>
          <w:sz w:val="22"/>
        </w:rPr>
        <w:t>1:14:33</w:t>
      </w:r>
    </w:p>
    <w:p>
      <w:pPr>
        <w:spacing w:after="0"/>
      </w:pPr>
      <w:r>
        <w:rPr>
          <w:rFonts w:ascii="Arial" w:hAnsi="Arial"/>
          <w:sz w:val="22"/>
        </w:rPr>
        <w:t>Really yeah. Yeah. Exactly how you feel you feel like it'd be a scrunched and screwed up into a ... (makes a grr noise)</w:t>
      </w:r>
    </w:p>
    <w:p>
      <w:pPr>
        <w:spacing w:after="0"/>
      </w:pPr>
    </w:p>
    <w:p>
      <w:pPr>
        <w:spacing w:after="0"/>
      </w:pPr>
      <w:r>
        <w:rPr>
          <w:rFonts w:ascii="Arial" w:hAnsi="Arial"/>
          <w:b/>
          <w:sz w:val="22"/>
        </w:rPr>
        <w:t xml:space="preserve">Daisy  </w:t>
      </w:r>
      <w:r>
        <w:rPr>
          <w:rFonts w:ascii="Arial" w:hAnsi="Arial"/>
          <w:color w:val="5D7284"/>
          <w:sz w:val="22"/>
        </w:rPr>
        <w:t>1:14:44</w:t>
      </w:r>
    </w:p>
    <w:p>
      <w:pPr>
        <w:spacing w:after="0"/>
      </w:pPr>
      <w:r>
        <w:rPr>
          <w:rFonts w:ascii="Arial" w:hAnsi="Arial"/>
          <w:sz w:val="22"/>
        </w:rPr>
        <w:t>Yeah, because it's not it's not just that it's bad. It's that it will actually damage us and destroy us and...</w:t>
      </w:r>
    </w:p>
    <w:p>
      <w:pPr>
        <w:spacing w:after="0"/>
      </w:pPr>
    </w:p>
    <w:p>
      <w:pPr>
        <w:spacing w:after="0"/>
      </w:pPr>
      <w:r>
        <w:rPr>
          <w:rFonts w:ascii="Arial" w:hAnsi="Arial"/>
          <w:b/>
          <w:sz w:val="22"/>
        </w:rPr>
        <w:t xml:space="preserve">Lucy  </w:t>
      </w:r>
      <w:r>
        <w:rPr>
          <w:rFonts w:ascii="Arial" w:hAnsi="Arial"/>
          <w:color w:val="5D7284"/>
          <w:sz w:val="22"/>
        </w:rPr>
        <w:t>1:14:51</w:t>
      </w:r>
    </w:p>
    <w:p>
      <w:pPr>
        <w:spacing w:after="0"/>
      </w:pPr>
      <w:r>
        <w:rPr>
          <w:rFonts w:ascii="Arial" w:hAnsi="Arial"/>
          <w:sz w:val="22"/>
        </w:rPr>
        <w:t>Do you think we can have that quote, on like some of them, like tote bags and stuff for the podcast?</w:t>
      </w:r>
    </w:p>
    <w:p>
      <w:pPr>
        <w:spacing w:after="0"/>
      </w:pPr>
    </w:p>
    <w:p>
      <w:pPr>
        <w:spacing w:after="0"/>
      </w:pPr>
      <w:r>
        <w:rPr>
          <w:rFonts w:ascii="Arial" w:hAnsi="Arial"/>
          <w:b/>
          <w:sz w:val="22"/>
        </w:rPr>
        <w:t xml:space="preserve">Alice  </w:t>
      </w:r>
      <w:r>
        <w:rPr>
          <w:rFonts w:ascii="Arial" w:hAnsi="Arial"/>
          <w:color w:val="5D7284"/>
          <w:sz w:val="22"/>
        </w:rPr>
        <w:t>1:14:59</w:t>
      </w:r>
    </w:p>
    <w:p>
      <w:pPr>
        <w:spacing w:after="0"/>
      </w:pPr>
      <w:r>
        <w:rPr>
          <w:rFonts w:ascii="Arial" w:hAnsi="Arial"/>
          <w:sz w:val="22"/>
        </w:rPr>
        <w:t>You would probably have to ask her estate wouldn't you.</w:t>
      </w:r>
    </w:p>
    <w:p>
      <w:pPr>
        <w:spacing w:after="0"/>
      </w:pPr>
    </w:p>
    <w:p>
      <w:pPr>
        <w:spacing w:after="0"/>
      </w:pPr>
      <w:r>
        <w:rPr>
          <w:rFonts w:ascii="Arial" w:hAnsi="Arial"/>
          <w:b/>
          <w:sz w:val="22"/>
        </w:rPr>
        <w:t xml:space="preserve">Lucy  </w:t>
      </w:r>
      <w:r>
        <w:rPr>
          <w:rFonts w:ascii="Arial" w:hAnsi="Arial"/>
          <w:color w:val="5D7284"/>
          <w:sz w:val="22"/>
        </w:rPr>
        <w:t>1:15:01</w:t>
      </w:r>
    </w:p>
    <w:p>
      <w:pPr>
        <w:spacing w:after="0"/>
      </w:pPr>
      <w:r>
        <w:rPr>
          <w:rFonts w:ascii="Arial" w:hAnsi="Arial"/>
          <w:sz w:val="22"/>
        </w:rPr>
        <w:t>With a logo in the corner, because I think that would be. I mean, that is that is gonna... wow.., that, yeah. You know, when somebody else comes up with what you're thinking in a far better way than you do, like when you try and explain it, that's when it goes, Oh, no, you mean, and then they say it far better than you could ever imagine. It's a bit like...epiphany moment of Yeah, that's what I mean.</w:t>
      </w:r>
    </w:p>
    <w:p>
      <w:pPr>
        <w:spacing w:after="0"/>
      </w:pPr>
    </w:p>
    <w:p>
      <w:pPr>
        <w:spacing w:after="0"/>
      </w:pPr>
      <w:r>
        <w:rPr>
          <w:rFonts w:ascii="Arial" w:hAnsi="Arial"/>
          <w:b/>
          <w:sz w:val="22"/>
        </w:rPr>
        <w:t xml:space="preserve">Alice  </w:t>
      </w:r>
      <w:r>
        <w:rPr>
          <w:rFonts w:ascii="Arial" w:hAnsi="Arial"/>
          <w:color w:val="5D7284"/>
          <w:sz w:val="22"/>
        </w:rPr>
        <w:t>1:15:29</w:t>
      </w:r>
    </w:p>
    <w:p>
      <w:pPr>
        <w:spacing w:after="0"/>
      </w:pPr>
      <w:r>
        <w:rPr>
          <w:rFonts w:ascii="Arial" w:hAnsi="Arial"/>
          <w:sz w:val="22"/>
        </w:rPr>
        <w:t>Yeah. That's essentially my experience of disability Twitter, where 90% of my posts on Twitter are just me going.. This!.. because someone else has said about</w:t>
      </w:r>
    </w:p>
    <w:p>
      <w:pPr>
        <w:spacing w:after="0"/>
      </w:pPr>
    </w:p>
    <w:p>
      <w:pPr>
        <w:spacing w:after="0"/>
      </w:pPr>
      <w:r>
        <w:rPr>
          <w:rFonts w:ascii="Arial" w:hAnsi="Arial"/>
          <w:b/>
          <w:sz w:val="22"/>
        </w:rPr>
        <w:t xml:space="preserve">Lucy  </w:t>
      </w:r>
      <w:r>
        <w:rPr>
          <w:rFonts w:ascii="Arial" w:hAnsi="Arial"/>
          <w:color w:val="5D7284"/>
          <w:sz w:val="22"/>
        </w:rPr>
        <w:t>1:15:41</w:t>
      </w:r>
    </w:p>
    <w:p>
      <w:pPr>
        <w:spacing w:after="0"/>
      </w:pPr>
      <w:r>
        <w:rPr>
          <w:rFonts w:ascii="Arial" w:hAnsi="Arial"/>
          <w:sz w:val="22"/>
        </w:rPr>
        <w:t>Yeah, yeah. That's gonna stick with me for a long time that is.</w:t>
      </w:r>
    </w:p>
    <w:p>
      <w:pPr>
        <w:spacing w:after="0"/>
      </w:pPr>
    </w:p>
    <w:p>
      <w:pPr>
        <w:spacing w:after="0"/>
      </w:pPr>
      <w:r>
        <w:rPr>
          <w:rFonts w:ascii="Arial" w:hAnsi="Arial"/>
          <w:b/>
          <w:sz w:val="22"/>
        </w:rPr>
        <w:t xml:space="preserve">Daisy  </w:t>
      </w:r>
      <w:r>
        <w:rPr>
          <w:rFonts w:ascii="Arial" w:hAnsi="Arial"/>
          <w:color w:val="5D7284"/>
          <w:sz w:val="22"/>
        </w:rPr>
        <w:t>1:15:45</w:t>
      </w:r>
    </w:p>
    <w:p>
      <w:pPr>
        <w:spacing w:after="0"/>
      </w:pPr>
      <w:r>
        <w:rPr>
          <w:rFonts w:ascii="Arial" w:hAnsi="Arial"/>
          <w:sz w:val="22"/>
        </w:rPr>
        <w:t>Yeah. All of this sort of stuff all went towards, you know, her theories that advanced, you know, what we call intersectionality. Now, you know, she was a visiting professor in Germany for a while and became incredibly influential in the afro German movement. Partly, that's because she came up with the term Afro German. So arguably, if you come up with a name for the thing, it's kind of hard not to be influential in it.</w:t>
      </w:r>
    </w:p>
    <w:p>
      <w:pPr>
        <w:spacing w:after="0"/>
      </w:pPr>
    </w:p>
    <w:p>
      <w:pPr>
        <w:spacing w:after="0"/>
      </w:pPr>
      <w:r>
        <w:rPr>
          <w:rFonts w:ascii="Arial" w:hAnsi="Arial"/>
          <w:b/>
          <w:sz w:val="22"/>
        </w:rPr>
        <w:t xml:space="preserve">Lucy  </w:t>
      </w:r>
      <w:r>
        <w:rPr>
          <w:rFonts w:ascii="Arial" w:hAnsi="Arial"/>
          <w:color w:val="5D7284"/>
          <w:sz w:val="22"/>
        </w:rPr>
        <w:t>1:16:18</w:t>
      </w:r>
    </w:p>
    <w:p>
      <w:pPr>
        <w:spacing w:after="0"/>
      </w:pPr>
      <w:r>
        <w:rPr>
          <w:rFonts w:ascii="Arial" w:hAnsi="Arial"/>
          <w:sz w:val="22"/>
        </w:rPr>
        <w:t>If you know the thing,it's your thing.</w:t>
      </w:r>
    </w:p>
    <w:p>
      <w:pPr>
        <w:spacing w:after="0"/>
      </w:pPr>
    </w:p>
    <w:p>
      <w:pPr>
        <w:spacing w:after="0"/>
      </w:pPr>
      <w:r>
        <w:rPr>
          <w:rFonts w:ascii="Arial" w:hAnsi="Arial"/>
          <w:b/>
          <w:sz w:val="22"/>
        </w:rPr>
        <w:t xml:space="preserve">Daisy  </w:t>
      </w:r>
      <w:r>
        <w:rPr>
          <w:rFonts w:ascii="Arial" w:hAnsi="Arial"/>
          <w:color w:val="5D7284"/>
          <w:sz w:val="22"/>
        </w:rPr>
        <w:t>1:16:23</w:t>
      </w:r>
    </w:p>
    <w:p>
      <w:pPr>
        <w:spacing w:after="0"/>
      </w:pPr>
      <w:r>
        <w:rPr>
          <w:rFonts w:ascii="Arial" w:hAnsi="Arial"/>
          <w:sz w:val="22"/>
        </w:rPr>
        <w:t>Aside from not being German.</w:t>
      </w:r>
    </w:p>
    <w:p>
      <w:pPr>
        <w:spacing w:after="0"/>
      </w:pPr>
    </w:p>
    <w:p>
      <w:pPr>
        <w:spacing w:after="0"/>
      </w:pPr>
      <w:r>
        <w:rPr>
          <w:rFonts w:ascii="Arial" w:hAnsi="Arial"/>
          <w:b/>
          <w:sz w:val="22"/>
        </w:rPr>
        <w:t xml:space="preserve">Lucy  </w:t>
      </w:r>
      <w:r>
        <w:rPr>
          <w:rFonts w:ascii="Arial" w:hAnsi="Arial"/>
          <w:color w:val="5D7284"/>
          <w:sz w:val="22"/>
        </w:rPr>
        <w:t>1:16:24</w:t>
      </w:r>
    </w:p>
    <w:p>
      <w:pPr>
        <w:spacing w:after="0"/>
      </w:pPr>
      <w:r>
        <w:rPr>
          <w:rFonts w:ascii="Arial" w:hAnsi="Arial"/>
          <w:sz w:val="22"/>
        </w:rPr>
        <w:t>(Laughing) Yeah.</w:t>
      </w:r>
    </w:p>
    <w:p>
      <w:pPr>
        <w:spacing w:after="0"/>
      </w:pPr>
    </w:p>
    <w:p>
      <w:pPr>
        <w:spacing w:after="0"/>
      </w:pPr>
      <w:r>
        <w:rPr>
          <w:rFonts w:ascii="Arial" w:hAnsi="Arial"/>
          <w:b/>
          <w:sz w:val="22"/>
        </w:rPr>
        <w:t xml:space="preserve">Alice  </w:t>
      </w:r>
      <w:r>
        <w:rPr>
          <w:rFonts w:ascii="Arial" w:hAnsi="Arial"/>
          <w:color w:val="5D7284"/>
          <w:sz w:val="22"/>
        </w:rPr>
        <w:t>1:16:26</w:t>
      </w:r>
    </w:p>
    <w:p>
      <w:pPr>
        <w:spacing w:after="0"/>
      </w:pPr>
      <w:r>
        <w:rPr>
          <w:rFonts w:ascii="Arial" w:hAnsi="Arial"/>
          <w:sz w:val="22"/>
        </w:rPr>
        <w:t>I just think that she was saying that I was like, erm I'm american.</w:t>
      </w:r>
    </w:p>
    <w:p>
      <w:pPr>
        <w:spacing w:after="0"/>
      </w:pPr>
    </w:p>
    <w:p>
      <w:pPr>
        <w:spacing w:after="0"/>
      </w:pPr>
      <w:r>
        <w:rPr>
          <w:rFonts w:ascii="Arial" w:hAnsi="Arial"/>
          <w:b/>
          <w:sz w:val="22"/>
        </w:rPr>
        <w:t xml:space="preserve">Lucy  </w:t>
      </w:r>
      <w:r>
        <w:rPr>
          <w:rFonts w:ascii="Arial" w:hAnsi="Arial"/>
          <w:color w:val="5D7284"/>
          <w:sz w:val="22"/>
        </w:rPr>
        <w:t>1:16:30</w:t>
      </w:r>
    </w:p>
    <w:p>
      <w:pPr>
        <w:spacing w:after="0"/>
      </w:pPr>
      <w:r>
        <w:rPr>
          <w:rFonts w:ascii="Arial" w:hAnsi="Arial"/>
          <w:sz w:val="22"/>
        </w:rPr>
        <w:t>Yeah, you could just imagine her saying, Yes, I know Alice let's move on.</w:t>
      </w:r>
    </w:p>
    <w:p>
      <w:pPr>
        <w:spacing w:after="0"/>
      </w:pPr>
    </w:p>
    <w:p>
      <w:pPr>
        <w:spacing w:after="0"/>
      </w:pPr>
      <w:r>
        <w:rPr>
          <w:rFonts w:ascii="Arial" w:hAnsi="Arial"/>
          <w:b/>
          <w:sz w:val="22"/>
        </w:rPr>
        <w:t xml:space="preserve">Daisy  </w:t>
      </w:r>
      <w:r>
        <w:rPr>
          <w:rFonts w:ascii="Arial" w:hAnsi="Arial"/>
          <w:color w:val="5D7284"/>
          <w:sz w:val="22"/>
        </w:rPr>
        <w:t>1:16:36</w:t>
      </w:r>
    </w:p>
    <w:p>
      <w:pPr>
        <w:spacing w:after="0"/>
      </w:pPr>
      <w:r>
        <w:rPr>
          <w:rFonts w:ascii="Arial" w:hAnsi="Arial"/>
          <w:sz w:val="22"/>
        </w:rPr>
        <w:t>Like, there was a documentary that was made about her time in Germany in like 2012. And it won numerous awards, but also really emphasized how influential her theories have been towards our current understanding of intersectionality. And how she'd been, like, forgotten as an early voice in that spare part of the work from that, that film is why more people have now heard of her. And we're aware of her, and why some people listening to this might have already heard about her and some of the things that she does. So in, you know, teaching more about Intersectionality, like, her work was like, big into, you know, the cross sections of her identities, you know, being black and being a woman and being a lesbian, and, you know, being chronically ill disabled, you know, and her most famous essay is called The Masters Tools Will Never Dismantle The Masters House. So in that, she makes the point that none of the none of the problems in the world in terms of being a woman will ever be changed or fixed, while those issues are examined through a lens that is still racist and patriarchal. Yeah. You said, you know, women had to see that they are not all the same. That it is not. So there was a big thing within, you know, that kind of second wave feminism, which is kind of like, No, we're all women, we all need to stand together, you have to accept that people weren't the same, you know, just on the basis of being women didn't mean that they were the same, that the differences are not just something to be tolerated. And like accepted that, you know, it's okay that you're different. No, it has to actually be understood and used, and it is vital as something that can then improve things and create power to, you know, create a community that embraces all of those differences and uses them to their advantage rather than just sort of, you know, tries to gloss over them. She also said that people must educate themselves about the oppression of other people. Because expecting the marginalized group to constantly educate their oppressors is the tool that is used to keep people occupied with the concerns of The Master rather than their own, you know, improvement and liberation.</w:t>
      </w:r>
    </w:p>
    <w:p>
      <w:pPr>
        <w:spacing w:after="0"/>
      </w:pPr>
    </w:p>
    <w:p>
      <w:pPr>
        <w:spacing w:after="0"/>
      </w:pPr>
      <w:r>
        <w:rPr>
          <w:rFonts w:ascii="Arial" w:hAnsi="Arial"/>
          <w:b/>
          <w:sz w:val="22"/>
        </w:rPr>
        <w:t xml:space="preserve">Alice  </w:t>
      </w:r>
      <w:r>
        <w:rPr>
          <w:rFonts w:ascii="Arial" w:hAnsi="Arial"/>
          <w:color w:val="5D7284"/>
          <w:sz w:val="22"/>
        </w:rPr>
        <w:t>1:19:23</w:t>
      </w:r>
    </w:p>
    <w:p>
      <w:pPr>
        <w:spacing w:after="0"/>
      </w:pPr>
      <w:r>
        <w:rPr>
          <w:rFonts w:ascii="Arial" w:hAnsi="Arial"/>
          <w:sz w:val="22"/>
        </w:rPr>
        <w:t>And she was she was saying this shit like, what, 25 odd years ago? Yeah, like before there was even Google like, like, now we are with, I'm saying this stuff. I say that all the time. And people are still saying this stuff that like, you know, don't don't come up to disabled people to ask them about their disabled experience. You got the fucking internet in your pocket.</w:t>
      </w:r>
    </w:p>
    <w:p>
      <w:pPr>
        <w:spacing w:after="0"/>
      </w:pPr>
    </w:p>
    <w:p>
      <w:pPr>
        <w:spacing w:after="0"/>
      </w:pPr>
      <w:r>
        <w:rPr>
          <w:rFonts w:ascii="Arial" w:hAnsi="Arial"/>
          <w:b/>
          <w:sz w:val="22"/>
        </w:rPr>
        <w:t xml:space="preserve">Lucy  </w:t>
      </w:r>
      <w:r>
        <w:rPr>
          <w:rFonts w:ascii="Arial" w:hAnsi="Arial"/>
          <w:color w:val="5D7284"/>
          <w:sz w:val="22"/>
        </w:rPr>
        <w:t>1:19:45</w:t>
      </w:r>
    </w:p>
    <w:p>
      <w:pPr>
        <w:spacing w:after="0"/>
      </w:pPr>
      <w:r>
        <w:rPr>
          <w:rFonts w:ascii="Arial" w:hAnsi="Arial"/>
          <w:sz w:val="22"/>
        </w:rPr>
        <w:t>It is now easier than ever.</w:t>
      </w:r>
    </w:p>
    <w:p>
      <w:pPr>
        <w:spacing w:after="0"/>
      </w:pPr>
    </w:p>
    <w:p>
      <w:pPr>
        <w:spacing w:after="0"/>
      </w:pPr>
      <w:r>
        <w:rPr>
          <w:rFonts w:ascii="Arial" w:hAnsi="Arial"/>
          <w:b/>
          <w:sz w:val="22"/>
        </w:rPr>
        <w:t xml:space="preserve">Alice  </w:t>
      </w:r>
      <w:r>
        <w:rPr>
          <w:rFonts w:ascii="Arial" w:hAnsi="Arial"/>
          <w:color w:val="5D7284"/>
          <w:sz w:val="22"/>
        </w:rPr>
        <w:t>1:19:48</w:t>
      </w:r>
    </w:p>
    <w:p>
      <w:pPr>
        <w:spacing w:after="0"/>
      </w:pPr>
      <w:r>
        <w:rPr>
          <w:rFonts w:ascii="Arial" w:hAnsi="Arial"/>
          <w:sz w:val="22"/>
        </w:rPr>
        <w:t>lt's not our job to tell you go about it anymore? No, it never was. But now you've got no excuse. Yeah, and that's</w:t>
      </w:r>
    </w:p>
    <w:p>
      <w:pPr>
        <w:spacing w:after="0"/>
      </w:pPr>
    </w:p>
    <w:p>
      <w:pPr>
        <w:spacing w:after="0"/>
      </w:pPr>
      <w:r>
        <w:rPr>
          <w:rFonts w:ascii="Arial" w:hAnsi="Arial"/>
          <w:b/>
          <w:sz w:val="22"/>
        </w:rPr>
        <w:t xml:space="preserve">Lucy  </w:t>
      </w:r>
      <w:r>
        <w:rPr>
          <w:rFonts w:ascii="Arial" w:hAnsi="Arial"/>
          <w:color w:val="5D7284"/>
          <w:sz w:val="22"/>
        </w:rPr>
        <w:t>1:19:58</w:t>
      </w:r>
    </w:p>
    <w:p>
      <w:pPr>
        <w:spacing w:after="0"/>
      </w:pPr>
      <w:r>
        <w:rPr>
          <w:rFonts w:ascii="Arial" w:hAnsi="Arial"/>
          <w:sz w:val="22"/>
        </w:rPr>
        <w:t>You can use it as a as a learning tool.</w:t>
      </w:r>
    </w:p>
    <w:p>
      <w:pPr>
        <w:spacing w:after="0"/>
      </w:pPr>
    </w:p>
    <w:p>
      <w:pPr>
        <w:spacing w:after="0"/>
      </w:pPr>
      <w:r>
        <w:rPr>
          <w:rFonts w:ascii="Arial" w:hAnsi="Arial"/>
          <w:b/>
          <w:sz w:val="22"/>
        </w:rPr>
        <w:t xml:space="preserve">Alice  </w:t>
      </w:r>
      <w:r>
        <w:rPr>
          <w:rFonts w:ascii="Arial" w:hAnsi="Arial"/>
          <w:color w:val="5D7284"/>
          <w:sz w:val="22"/>
        </w:rPr>
        <w:t>1:20:04</w:t>
      </w:r>
    </w:p>
    <w:p>
      <w:pPr>
        <w:spacing w:after="0"/>
      </w:pPr>
      <w:r>
        <w:rPr>
          <w:rFonts w:ascii="Arial" w:hAnsi="Arial"/>
          <w:sz w:val="22"/>
        </w:rPr>
        <w:t>Yeah, because it does, you know, the point that she's making is it does just keep you in that position of powerlessness. (lucy) Yeah.</w:t>
      </w:r>
    </w:p>
    <w:p>
      <w:pPr>
        <w:spacing w:after="0"/>
      </w:pPr>
    </w:p>
    <w:p>
      <w:pPr>
        <w:spacing w:after="0"/>
      </w:pPr>
      <w:r>
        <w:rPr>
          <w:rFonts w:ascii="Arial" w:hAnsi="Arial"/>
          <w:b/>
          <w:sz w:val="22"/>
        </w:rPr>
        <w:t xml:space="preserve">Lucy  </w:t>
      </w:r>
      <w:r>
        <w:rPr>
          <w:rFonts w:ascii="Arial" w:hAnsi="Arial"/>
          <w:color w:val="5D7284"/>
          <w:sz w:val="22"/>
        </w:rPr>
        <w:t>1:20:13</w:t>
      </w:r>
    </w:p>
    <w:p>
      <w:pPr>
        <w:spacing w:after="0"/>
      </w:pPr>
      <w:r>
        <w:rPr>
          <w:rFonts w:ascii="Arial" w:hAnsi="Arial"/>
          <w:sz w:val="22"/>
        </w:rPr>
        <w:t>Well, it's like, that's all we're good for, isn't it really? educating other people is all we're good for. And it's this whole, it's like this whole thing of, don't, don't be surprised when to learn that disabled people are experts in other things other than disability, that whole thing of, you know, it's not our job just to purely just to exist to educate, non disabled ignorant people who can't be bothered to go and do the legwork themselves.</w:t>
      </w:r>
    </w:p>
    <w:p>
      <w:pPr>
        <w:spacing w:after="0"/>
      </w:pPr>
    </w:p>
    <w:p>
      <w:pPr>
        <w:spacing w:after="0"/>
      </w:pPr>
      <w:r>
        <w:rPr>
          <w:rFonts w:ascii="Arial" w:hAnsi="Arial"/>
          <w:b/>
          <w:sz w:val="22"/>
        </w:rPr>
        <w:t xml:space="preserve">Daisy  </w:t>
      </w:r>
      <w:r>
        <w:rPr>
          <w:rFonts w:ascii="Arial" w:hAnsi="Arial"/>
          <w:color w:val="5D7284"/>
          <w:sz w:val="22"/>
        </w:rPr>
        <w:t>1:20:47</w:t>
      </w:r>
    </w:p>
    <w:p>
      <w:pPr>
        <w:spacing w:after="0"/>
      </w:pPr>
      <w:r>
        <w:rPr>
          <w:rFonts w:ascii="Arial" w:hAnsi="Arial"/>
          <w:sz w:val="22"/>
        </w:rPr>
        <w:t>Yeah. And like, you know, our existence is not just to make you feel better about whether whether it's better about your ignorance, or whether it's about you know, your own life, you know, I don't exist to please you in any way.</w:t>
      </w:r>
    </w:p>
    <w:p>
      <w:pPr>
        <w:spacing w:after="0"/>
      </w:pPr>
    </w:p>
    <w:p>
      <w:pPr>
        <w:spacing w:after="0"/>
      </w:pPr>
      <w:r>
        <w:rPr>
          <w:rFonts w:ascii="Arial" w:hAnsi="Arial"/>
          <w:b/>
          <w:sz w:val="22"/>
        </w:rPr>
        <w:t xml:space="preserve">Lucy  </w:t>
      </w:r>
      <w:r>
        <w:rPr>
          <w:rFonts w:ascii="Arial" w:hAnsi="Arial"/>
          <w:color w:val="5D7284"/>
          <w:sz w:val="22"/>
        </w:rPr>
        <w:t>1:21:03</w:t>
      </w:r>
    </w:p>
    <w:p>
      <w:pPr>
        <w:spacing w:after="0"/>
      </w:pPr>
      <w:r>
        <w:rPr>
          <w:rFonts w:ascii="Arial" w:hAnsi="Arial"/>
          <w:sz w:val="22"/>
        </w:rPr>
        <w:t>Like, well, you know, I've got, like, so somebody would said to me that I'd cured, you know, I'd gone to do a talk about my disability, because, you know, some people like that. And after I'd finished up was, that was half an hour half. After I finished, this woman from the back of the hall came forward, grabbed me by the hand and said, I am, I've got bipolar and every time I think of you, I'm not going to be sad anymore. I think you've cured my bipolar. And I'm like, What? No, no, no, no, I'm not here to cure your bipolar or make you well, I don't know what part of my life you've listened to and gone. Yeah, no, my my life's way better than hers.</w:t>
      </w:r>
    </w:p>
    <w:p>
      <w:pPr>
        <w:spacing w:after="0"/>
      </w:pPr>
    </w:p>
    <w:p>
      <w:pPr>
        <w:spacing w:after="0"/>
      </w:pPr>
      <w:r>
        <w:rPr>
          <w:rFonts w:ascii="Arial" w:hAnsi="Arial"/>
          <w:b/>
          <w:sz w:val="22"/>
        </w:rPr>
        <w:t xml:space="preserve">Alice  </w:t>
      </w:r>
      <w:r>
        <w:rPr>
          <w:rFonts w:ascii="Arial" w:hAnsi="Arial"/>
          <w:color w:val="5D7284"/>
          <w:sz w:val="22"/>
        </w:rPr>
        <w:t>1:21:46</w:t>
      </w:r>
    </w:p>
    <w:p>
      <w:pPr>
        <w:spacing w:after="0"/>
      </w:pPr>
      <w:r>
        <w:rPr>
          <w:rFonts w:ascii="Arial" w:hAnsi="Arial"/>
          <w:sz w:val="22"/>
        </w:rPr>
        <w:t>Also, I think I would very much question that person's diagnosis of bipolar. Because I'm fairly certain. That's not how bipolar disorder works.</w:t>
      </w:r>
    </w:p>
    <w:p>
      <w:pPr>
        <w:spacing w:after="0"/>
      </w:pPr>
    </w:p>
    <w:p>
      <w:pPr>
        <w:spacing w:after="0"/>
      </w:pPr>
      <w:r>
        <w:rPr>
          <w:rFonts w:ascii="Arial" w:hAnsi="Arial"/>
          <w:b/>
          <w:sz w:val="22"/>
        </w:rPr>
        <w:t xml:space="preserve">Lucy  </w:t>
      </w:r>
      <w:r>
        <w:rPr>
          <w:rFonts w:ascii="Arial" w:hAnsi="Arial"/>
          <w:color w:val="5D7284"/>
          <w:sz w:val="22"/>
        </w:rPr>
        <w:t>1:21:57</w:t>
      </w:r>
    </w:p>
    <w:p>
      <w:pPr>
        <w:spacing w:after="0"/>
      </w:pPr>
      <w:r>
        <w:rPr>
          <w:rFonts w:ascii="Arial" w:hAnsi="Arial"/>
          <w:sz w:val="22"/>
        </w:rPr>
        <w:t>You don't just think of somebody who's worse off than you. Yes, fine. Oh, absolutely. Fine. Now. It's all right about a Twix and a cup of tea. And I read about a woman in a magazine who can't walk.</w:t>
      </w:r>
    </w:p>
    <w:p>
      <w:pPr>
        <w:spacing w:after="0"/>
      </w:pPr>
    </w:p>
    <w:p>
      <w:pPr>
        <w:spacing w:after="0"/>
      </w:pPr>
      <w:r>
        <w:rPr>
          <w:rFonts w:ascii="Arial" w:hAnsi="Arial"/>
          <w:b/>
          <w:sz w:val="22"/>
        </w:rPr>
        <w:t xml:space="preserve">Alice  </w:t>
      </w:r>
      <w:r>
        <w:rPr>
          <w:rFonts w:ascii="Arial" w:hAnsi="Arial"/>
          <w:color w:val="5D7284"/>
          <w:sz w:val="22"/>
        </w:rPr>
        <w:t>1:22:11</w:t>
      </w:r>
    </w:p>
    <w:p>
      <w:pPr>
        <w:spacing w:after="0"/>
      </w:pPr>
      <w:r>
        <w:rPr>
          <w:rFonts w:ascii="Arial" w:hAnsi="Arial"/>
          <w:sz w:val="22"/>
        </w:rPr>
        <w:t>Isn't it sad.</w:t>
      </w:r>
    </w:p>
    <w:p>
      <w:pPr>
        <w:spacing w:after="0"/>
      </w:pPr>
    </w:p>
    <w:p>
      <w:pPr>
        <w:spacing w:after="0"/>
      </w:pPr>
      <w:r>
        <w:rPr>
          <w:rFonts w:ascii="Arial" w:hAnsi="Arial"/>
          <w:b/>
          <w:sz w:val="22"/>
        </w:rPr>
        <w:t xml:space="preserve">Lucy  </w:t>
      </w:r>
      <w:r>
        <w:rPr>
          <w:rFonts w:ascii="Arial" w:hAnsi="Arial"/>
          <w:color w:val="5D7284"/>
          <w:sz w:val="22"/>
        </w:rPr>
        <w:t>1:22:12</w:t>
      </w:r>
    </w:p>
    <w:p>
      <w:pPr>
        <w:spacing w:after="0"/>
      </w:pPr>
      <w:r>
        <w:rPr>
          <w:rFonts w:ascii="Arial" w:hAnsi="Arial"/>
          <w:sz w:val="22"/>
        </w:rPr>
        <w:t>Awful. Awful. I don't know what Twix was a biscuit of choice. But there you go.</w:t>
      </w:r>
    </w:p>
    <w:p>
      <w:pPr>
        <w:spacing w:after="0"/>
      </w:pPr>
    </w:p>
    <w:p>
      <w:pPr>
        <w:spacing w:after="0"/>
      </w:pPr>
      <w:r>
        <w:rPr>
          <w:rFonts w:ascii="Arial" w:hAnsi="Arial"/>
          <w:b/>
          <w:sz w:val="22"/>
        </w:rPr>
        <w:t xml:space="preserve">Alice  </w:t>
      </w:r>
      <w:r>
        <w:rPr>
          <w:rFonts w:ascii="Arial" w:hAnsi="Arial"/>
          <w:color w:val="5D7284"/>
          <w:sz w:val="22"/>
        </w:rPr>
        <w:t>1:22:20</w:t>
      </w:r>
    </w:p>
    <w:p>
      <w:pPr>
        <w:spacing w:after="0"/>
      </w:pPr>
      <w:r>
        <w:rPr>
          <w:rFonts w:ascii="Arial" w:hAnsi="Arial"/>
          <w:sz w:val="22"/>
        </w:rPr>
        <w:t>Can't go wrong with a Twix. Really.</w:t>
      </w:r>
    </w:p>
    <w:p>
      <w:pPr>
        <w:spacing w:after="0"/>
      </w:pPr>
    </w:p>
    <w:p>
      <w:pPr>
        <w:spacing w:after="0"/>
      </w:pPr>
      <w:r>
        <w:rPr>
          <w:rFonts w:ascii="Arial" w:hAnsi="Arial"/>
          <w:b/>
          <w:sz w:val="22"/>
        </w:rPr>
        <w:t xml:space="preserve">Lucy  </w:t>
      </w:r>
      <w:r>
        <w:rPr>
          <w:rFonts w:ascii="Arial" w:hAnsi="Arial"/>
          <w:color w:val="5D7284"/>
          <w:sz w:val="22"/>
        </w:rPr>
        <w:t>1:22:22</w:t>
      </w:r>
    </w:p>
    <w:p>
      <w:pPr>
        <w:spacing w:after="0"/>
      </w:pPr>
      <w:r>
        <w:rPr>
          <w:rFonts w:ascii="Arial" w:hAnsi="Arial"/>
          <w:sz w:val="22"/>
        </w:rPr>
        <w:t>Well you're gonna get two fingers in one don't ya ( ceeky laughing).  (Lauhing) Now, be very careful because you are you're verging on my very, very dirty laugh that hardly anybody hears, unless I really get going.</w:t>
      </w:r>
    </w:p>
    <w:p>
      <w:pPr>
        <w:spacing w:after="0"/>
      </w:pPr>
    </w:p>
    <w:p>
      <w:pPr>
        <w:spacing w:after="0"/>
      </w:pPr>
      <w:r>
        <w:rPr>
          <w:rFonts w:ascii="Arial" w:hAnsi="Arial"/>
          <w:b/>
          <w:sz w:val="22"/>
        </w:rPr>
        <w:t xml:space="preserve">Alice  </w:t>
      </w:r>
      <w:r>
        <w:rPr>
          <w:rFonts w:ascii="Arial" w:hAnsi="Arial"/>
          <w:color w:val="5D7284"/>
          <w:sz w:val="22"/>
        </w:rPr>
        <w:t>1:22:40</w:t>
      </w:r>
    </w:p>
    <w:p>
      <w:pPr>
        <w:spacing w:after="0"/>
      </w:pPr>
      <w:r>
        <w:rPr>
          <w:rFonts w:ascii="Arial" w:hAnsi="Arial"/>
          <w:sz w:val="22"/>
        </w:rPr>
        <w:t xml:space="preserve">I mean, I was talking about </w:t>
      </w:r>
    </w:p>
    <w:p>
      <w:pPr>
        <w:spacing w:after="0"/>
      </w:pPr>
    </w:p>
    <w:p>
      <w:pPr>
        <w:spacing w:after="0"/>
      </w:pPr>
      <w:r>
        <w:rPr>
          <w:rFonts w:ascii="Arial" w:hAnsi="Arial"/>
          <w:b/>
          <w:sz w:val="22"/>
        </w:rPr>
        <w:t xml:space="preserve">Lucy  </w:t>
      </w:r>
      <w:r>
        <w:rPr>
          <w:rFonts w:ascii="Arial" w:hAnsi="Arial"/>
          <w:color w:val="5D7284"/>
          <w:sz w:val="22"/>
        </w:rPr>
        <w:t>1:22:42</w:t>
      </w:r>
    </w:p>
    <w:p>
      <w:pPr>
        <w:spacing w:after="0"/>
      </w:pPr>
      <w:r>
        <w:rPr>
          <w:rFonts w:ascii="Arial" w:hAnsi="Arial"/>
          <w:sz w:val="22"/>
        </w:rPr>
        <w:t xml:space="preserve">Yeah, yeah. </w:t>
      </w:r>
    </w:p>
    <w:p>
      <w:pPr>
        <w:spacing w:after="0"/>
      </w:pPr>
    </w:p>
    <w:p>
      <w:pPr>
        <w:spacing w:after="0"/>
      </w:pPr>
      <w:r>
        <w:rPr>
          <w:rFonts w:ascii="Arial" w:hAnsi="Arial"/>
          <w:b/>
          <w:sz w:val="22"/>
        </w:rPr>
        <w:t xml:space="preserve">Alice  </w:t>
      </w:r>
      <w:r>
        <w:rPr>
          <w:rFonts w:ascii="Arial" w:hAnsi="Arial"/>
          <w:color w:val="5D7284"/>
          <w:sz w:val="22"/>
        </w:rPr>
        <w:t>1:22:44</w:t>
      </w:r>
    </w:p>
    <w:p>
      <w:pPr>
        <w:spacing w:after="0"/>
      </w:pPr>
      <w:r>
        <w:rPr>
          <w:rFonts w:ascii="Arial" w:hAnsi="Arial"/>
          <w:sz w:val="22"/>
        </w:rPr>
        <w:t>I was preoccupied. Yeah. For those of you out there in the audio format, I swore at Lucy with a two fingered hand, (Laughing) yeah, yeah. I did not make a..</w:t>
      </w:r>
    </w:p>
    <w:p>
      <w:pPr>
        <w:spacing w:after="0"/>
      </w:pPr>
    </w:p>
    <w:p>
      <w:pPr>
        <w:spacing w:after="0"/>
      </w:pPr>
      <w:r>
        <w:rPr>
          <w:rFonts w:ascii="Arial" w:hAnsi="Arial"/>
          <w:b/>
          <w:sz w:val="22"/>
        </w:rPr>
        <w:t xml:space="preserve">Lucy  </w:t>
      </w:r>
      <w:r>
        <w:rPr>
          <w:rFonts w:ascii="Arial" w:hAnsi="Arial"/>
          <w:color w:val="5D7284"/>
          <w:sz w:val="22"/>
        </w:rPr>
        <w:t>1:23:03</w:t>
      </w:r>
    </w:p>
    <w:p>
      <w:pPr>
        <w:spacing w:after="0"/>
      </w:pPr>
      <w:r>
        <w:rPr>
          <w:rFonts w:ascii="Arial" w:hAnsi="Arial"/>
          <w:sz w:val="22"/>
        </w:rPr>
        <w:t>I will have two and one of them. Oh right Daisy carry on.</w:t>
      </w:r>
    </w:p>
    <w:p>
      <w:pPr>
        <w:spacing w:after="0"/>
      </w:pPr>
    </w:p>
    <w:p>
      <w:pPr>
        <w:spacing w:after="0"/>
      </w:pPr>
      <w:r>
        <w:rPr>
          <w:rFonts w:ascii="Arial" w:hAnsi="Arial"/>
          <w:b/>
          <w:sz w:val="22"/>
        </w:rPr>
        <w:t xml:space="preserve">Alice  </w:t>
      </w:r>
      <w:r>
        <w:rPr>
          <w:rFonts w:ascii="Arial" w:hAnsi="Arial"/>
          <w:color w:val="5D7284"/>
          <w:sz w:val="22"/>
        </w:rPr>
        <w:t>1:23:13</w:t>
      </w:r>
    </w:p>
    <w:p>
      <w:pPr>
        <w:spacing w:after="0"/>
      </w:pPr>
      <w:r>
        <w:rPr>
          <w:rFonts w:ascii="Arial" w:hAnsi="Arial"/>
          <w:sz w:val="22"/>
        </w:rPr>
        <w:t>I think Daisy was just telling us some really like powerful stuff.</w:t>
      </w:r>
    </w:p>
    <w:p>
      <w:pPr>
        <w:spacing w:after="0"/>
      </w:pPr>
    </w:p>
    <w:p>
      <w:pPr>
        <w:spacing w:after="0"/>
      </w:pPr>
      <w:r>
        <w:rPr>
          <w:rFonts w:ascii="Arial" w:hAnsi="Arial"/>
          <w:b/>
          <w:sz w:val="22"/>
        </w:rPr>
        <w:t xml:space="preserve">Daisy  </w:t>
      </w:r>
      <w:r>
        <w:rPr>
          <w:rFonts w:ascii="Arial" w:hAnsi="Arial"/>
          <w:color w:val="5D7284"/>
          <w:sz w:val="22"/>
        </w:rPr>
        <w:t>1:23:17</w:t>
      </w:r>
    </w:p>
    <w:p>
      <w:pPr>
        <w:spacing w:after="0"/>
      </w:pPr>
      <w:r>
        <w:rPr>
          <w:rFonts w:ascii="Arial" w:hAnsi="Arial"/>
          <w:sz w:val="22"/>
        </w:rPr>
        <w:t xml:space="preserve"> Yeah. It's really difficult to go back to that. (Alice) Yeah. Oh, this Oh... This one's about silence. There we go. Nailed it. (Laughing) Another short essay she did called the transformation of silence into language and action. (Alice) Okay. Now the language of action. Is you listening to history. Now I have absolutely no right to get on my high horse.</w:t>
      </w:r>
    </w:p>
    <w:p>
      <w:pPr>
        <w:spacing w:after="0"/>
      </w:pPr>
    </w:p>
    <w:p>
      <w:pPr>
        <w:spacing w:after="0"/>
      </w:pPr>
      <w:r>
        <w:rPr>
          <w:rFonts w:ascii="Arial" w:hAnsi="Arial"/>
          <w:b/>
          <w:sz w:val="22"/>
        </w:rPr>
        <w:t xml:space="preserve">Alice  </w:t>
      </w:r>
      <w:r>
        <w:rPr>
          <w:rFonts w:ascii="Arial" w:hAnsi="Arial"/>
          <w:color w:val="5D7284"/>
          <w:sz w:val="22"/>
        </w:rPr>
        <w:t>1:23:50</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1:23:50</w:t>
      </w:r>
    </w:p>
    <w:p>
      <w:pPr>
        <w:spacing w:after="0"/>
      </w:pPr>
      <w:r>
        <w:rPr>
          <w:rFonts w:ascii="Arial" w:hAnsi="Arial"/>
          <w:sz w:val="22"/>
        </w:rPr>
        <w:t>(laughing) Daisy, we should use that as your intro for your episode.</w:t>
      </w:r>
    </w:p>
    <w:p>
      <w:pPr>
        <w:spacing w:after="0"/>
      </w:pPr>
    </w:p>
    <w:p>
      <w:pPr>
        <w:spacing w:after="0"/>
      </w:pPr>
      <w:r>
        <w:rPr>
          <w:rFonts w:ascii="Arial" w:hAnsi="Arial"/>
          <w:b/>
          <w:sz w:val="22"/>
        </w:rPr>
        <w:t xml:space="preserve">Alice  </w:t>
      </w:r>
      <w:r>
        <w:rPr>
          <w:rFonts w:ascii="Arial" w:hAnsi="Arial"/>
          <w:color w:val="5D7284"/>
          <w:sz w:val="22"/>
        </w:rPr>
        <w:t>1:23:56</w:t>
      </w:r>
    </w:p>
    <w:p>
      <w:pPr>
        <w:spacing w:after="0"/>
      </w:pPr>
      <w:r>
        <w:rPr>
          <w:rFonts w:ascii="Arial" w:hAnsi="Arial"/>
          <w:sz w:val="22"/>
        </w:rPr>
        <w:t>Hi. Yeah, so the transformation of silence essay was explaining how people have to speak up even when they're scared of the consequences because silence won't protect any of us from being marginalized. At all. She said, We can sit in our corners mute forever while our sisters and ourselves are wasted. Our children are distorted and destroyed while our earth is poisoned, and we will still be afraid.  I want to get this like just tattooed on my face.It's so good!</w:t>
      </w:r>
    </w:p>
    <w:p>
      <w:pPr>
        <w:spacing w:after="0"/>
      </w:pPr>
    </w:p>
    <w:p>
      <w:pPr>
        <w:spacing w:after="0"/>
      </w:pPr>
      <w:r>
        <w:rPr>
          <w:rFonts w:ascii="Arial" w:hAnsi="Arial"/>
          <w:b/>
          <w:sz w:val="22"/>
        </w:rPr>
        <w:t xml:space="preserve">Lucy  </w:t>
      </w:r>
      <w:r>
        <w:rPr>
          <w:rFonts w:ascii="Arial" w:hAnsi="Arial"/>
          <w:color w:val="5D7284"/>
          <w:sz w:val="22"/>
        </w:rPr>
        <w:t>1:24:34</w:t>
      </w:r>
    </w:p>
    <w:p>
      <w:pPr>
        <w:spacing w:after="0"/>
      </w:pPr>
      <w:r>
        <w:rPr>
          <w:rFonts w:ascii="Arial" w:hAnsi="Arial"/>
          <w:sz w:val="22"/>
        </w:rPr>
        <w:t>I think I just found a new hero.</w:t>
      </w:r>
    </w:p>
    <w:p>
      <w:pPr>
        <w:spacing w:after="0"/>
      </w:pPr>
    </w:p>
    <w:p>
      <w:pPr>
        <w:spacing w:after="0"/>
      </w:pPr>
      <w:r>
        <w:rPr>
          <w:rFonts w:ascii="Arial" w:hAnsi="Arial"/>
          <w:b/>
          <w:sz w:val="22"/>
        </w:rPr>
        <w:t xml:space="preserve">Daisy  </w:t>
      </w:r>
      <w:r>
        <w:rPr>
          <w:rFonts w:ascii="Arial" w:hAnsi="Arial"/>
          <w:color w:val="5D7284"/>
          <w:sz w:val="22"/>
        </w:rPr>
        <w:t>1:24:37</w:t>
      </w:r>
    </w:p>
    <w:p>
      <w:pPr>
        <w:spacing w:after="0"/>
      </w:pPr>
      <w:r>
        <w:rPr>
          <w:rFonts w:ascii="Arial" w:hAnsi="Arial"/>
          <w:sz w:val="22"/>
        </w:rPr>
        <w:t>Yeah. The silence will choke us anyway. So we might as well speak the truth.</w:t>
      </w:r>
    </w:p>
    <w:p>
      <w:pPr>
        <w:spacing w:after="0"/>
      </w:pPr>
    </w:p>
    <w:p>
      <w:pPr>
        <w:spacing w:after="0"/>
      </w:pPr>
      <w:r>
        <w:rPr>
          <w:rFonts w:ascii="Arial" w:hAnsi="Arial"/>
          <w:b/>
          <w:sz w:val="22"/>
        </w:rPr>
        <w:t xml:space="preserve">Lucy  </w:t>
      </w:r>
      <w:r>
        <w:rPr>
          <w:rFonts w:ascii="Arial" w:hAnsi="Arial"/>
          <w:color w:val="5D7284"/>
          <w:sz w:val="22"/>
        </w:rPr>
        <w:t>1:24:42</w:t>
      </w:r>
    </w:p>
    <w:p>
      <w:pPr>
        <w:spacing w:after="0"/>
      </w:pPr>
      <w:r>
        <w:rPr>
          <w:rFonts w:ascii="Arial" w:hAnsi="Arial"/>
          <w:sz w:val="22"/>
        </w:rPr>
        <w:t>Oh, I mean,</w:t>
      </w:r>
    </w:p>
    <w:p>
      <w:pPr>
        <w:spacing w:after="0"/>
      </w:pPr>
    </w:p>
    <w:p>
      <w:pPr>
        <w:spacing w:after="0"/>
      </w:pPr>
      <w:r>
        <w:rPr>
          <w:rFonts w:ascii="Arial" w:hAnsi="Arial"/>
          <w:b/>
          <w:sz w:val="22"/>
        </w:rPr>
        <w:t xml:space="preserve">Alice  </w:t>
      </w:r>
      <w:r>
        <w:rPr>
          <w:rFonts w:ascii="Arial" w:hAnsi="Arial"/>
          <w:color w:val="5D7284"/>
          <w:sz w:val="22"/>
        </w:rPr>
        <w:t>1:24:45</w:t>
      </w:r>
    </w:p>
    <w:p>
      <w:pPr>
        <w:spacing w:after="0"/>
      </w:pPr>
      <w:r>
        <w:rPr>
          <w:rFonts w:ascii="Arial" w:hAnsi="Arial"/>
          <w:sz w:val="22"/>
        </w:rPr>
        <w:t>That makes the hair on the back of my neck stand up. That does</w:t>
      </w:r>
    </w:p>
    <w:p>
      <w:pPr>
        <w:spacing w:after="0"/>
      </w:pPr>
    </w:p>
    <w:p>
      <w:pPr>
        <w:spacing w:after="0"/>
      </w:pPr>
      <w:r>
        <w:rPr>
          <w:rFonts w:ascii="Arial" w:hAnsi="Arial"/>
          <w:b/>
          <w:sz w:val="22"/>
        </w:rPr>
        <w:t xml:space="preserve">Lucy  </w:t>
      </w:r>
      <w:r>
        <w:rPr>
          <w:rFonts w:ascii="Arial" w:hAnsi="Arial"/>
          <w:color w:val="5D7284"/>
          <w:sz w:val="22"/>
        </w:rPr>
        <w:t>1:24:48</w:t>
      </w:r>
    </w:p>
    <w:p>
      <w:pPr>
        <w:spacing w:after="0"/>
      </w:pPr>
      <w:r>
        <w:rPr>
          <w:rFonts w:ascii="Arial" w:hAnsi="Arial"/>
          <w:sz w:val="22"/>
        </w:rPr>
        <w:t>Yeah, even saying that makes you go Yeah! Doesn't it.I wonder how she felt when she wrote that like, Oh that's a goodun!</w:t>
      </w:r>
    </w:p>
    <w:p>
      <w:pPr>
        <w:spacing w:after="0"/>
      </w:pPr>
    </w:p>
    <w:p>
      <w:pPr>
        <w:spacing w:after="0"/>
      </w:pPr>
      <w:r>
        <w:rPr>
          <w:rFonts w:ascii="Arial" w:hAnsi="Arial"/>
          <w:b/>
          <w:sz w:val="22"/>
        </w:rPr>
        <w:t xml:space="preserve">Daisy  </w:t>
      </w:r>
      <w:r>
        <w:rPr>
          <w:rFonts w:ascii="Arial" w:hAnsi="Arial"/>
          <w:color w:val="5D7284"/>
          <w:sz w:val="22"/>
        </w:rPr>
        <w:t>1:24:49</w:t>
      </w:r>
    </w:p>
    <w:p>
      <w:pPr>
        <w:spacing w:after="0"/>
      </w:pPr>
      <w:r>
        <w:rPr>
          <w:rFonts w:ascii="Arial" w:hAnsi="Arial"/>
          <w:sz w:val="22"/>
        </w:rPr>
        <w:t>Oh yeah. But yeah, because of the, you know, this sort of thing, it was a, you know, a critic, it was an open criticism of second wave feminism and that sort of, you know, white, white feminism of, of the 60s. And so there was like, you know, quite a bit of backlash in those groups to that. Because, yeah, because, you know, it was, far as a lot of these feminists know, you're supposed to be on our team. Like, you know, we're all women you're supposed to support, you know, even united front. Yeah, yeah, even if, you know, the stuff we're doing is kind of</w:t>
      </w:r>
    </w:p>
    <w:p>
      <w:pPr>
        <w:spacing w:after="0"/>
      </w:pPr>
    </w:p>
    <w:p>
      <w:pPr>
        <w:spacing w:after="0"/>
      </w:pPr>
      <w:r>
        <w:rPr>
          <w:rFonts w:ascii="Arial" w:hAnsi="Arial"/>
          <w:b/>
          <w:sz w:val="22"/>
        </w:rPr>
        <w:t xml:space="preserve">Lucy  </w:t>
      </w:r>
      <w:r>
        <w:rPr>
          <w:rFonts w:ascii="Arial" w:hAnsi="Arial"/>
          <w:color w:val="5D7284"/>
          <w:sz w:val="22"/>
        </w:rPr>
        <w:t>1:25:38</w:t>
      </w:r>
    </w:p>
    <w:p>
      <w:pPr>
        <w:spacing w:after="0"/>
      </w:pPr>
      <w:r>
        <w:rPr>
          <w:rFonts w:ascii="Arial" w:hAnsi="Arial"/>
          <w:sz w:val="22"/>
        </w:rPr>
        <w:t>severe, like, I'm gonna be at school once and a teacher saying, to me, that, or to a group of us that we were having a discussion about another person who was a lot older than I was, I think they were in the public eye, and they were disabled. And we were having a discussion, and there was a bit of criticism of the, I can't remember who it was now, because this is a long time ago, the teacher just turned around and went, you're, you're disabled, you're supposed to get on and like one another. That's how that works! like so..</w:t>
      </w:r>
    </w:p>
    <w:p>
      <w:pPr>
        <w:spacing w:after="0"/>
      </w:pPr>
    </w:p>
    <w:p>
      <w:pPr>
        <w:spacing w:after="0"/>
      </w:pPr>
      <w:r>
        <w:rPr>
          <w:rFonts w:ascii="Arial" w:hAnsi="Arial"/>
          <w:b/>
          <w:sz w:val="22"/>
        </w:rPr>
        <w:t xml:space="preserve">Alice  </w:t>
      </w:r>
      <w:r>
        <w:rPr>
          <w:rFonts w:ascii="Arial" w:hAnsi="Arial"/>
          <w:color w:val="5D7284"/>
          <w:sz w:val="22"/>
        </w:rPr>
        <w:t>1:26:14</w:t>
      </w:r>
    </w:p>
    <w:p>
      <w:pPr>
        <w:spacing w:after="0"/>
      </w:pPr>
      <w:r>
        <w:rPr>
          <w:rFonts w:ascii="Arial" w:hAnsi="Arial"/>
          <w:sz w:val="22"/>
        </w:rPr>
        <w:t xml:space="preserve"> And I think, you know, the, the, it's the sort of, to path that out a little bit as well is to sort of say, well, you know, you can't, you can't sit there and go, Well, we're gonna make this building accessible, because we put a ramp in it. And so, you know, and it's got a toilet that's suitable for wheelchair users, and lowered counters and stuff like that, but it's fucking pitch black. So, you know, and so it's a loud music and stuff like that. It's not just because something is suitable for one element of a marginalized group does not mean that everybody within that group is going to be heard and supported. And you can't let the voices of the group who are like, you know, the dominant group in that in that minority, you can't have let them silence everybody else. Because it's it. It does. It undermines your message and it fractures. You know, I think I don't think there's anything cooler than being like intersectional and diverse, always complaining to my husband, that my kids are going to be like, really boring and  English. I kind of have an interesting heritage. You know, we're all just, we're just we're just white as far back as the eye can see. And from Coventry. (Lucy laughing)</w:t>
      </w:r>
    </w:p>
    <w:p>
      <w:pPr>
        <w:spacing w:after="0"/>
      </w:pPr>
    </w:p>
    <w:p>
      <w:pPr>
        <w:spacing w:after="0"/>
      </w:pPr>
      <w:r>
        <w:rPr>
          <w:rFonts w:ascii="Arial" w:hAnsi="Arial"/>
          <w:b/>
          <w:sz w:val="22"/>
        </w:rPr>
        <w:t xml:space="preserve">Daisy  </w:t>
      </w:r>
      <w:r>
        <w:rPr>
          <w:rFonts w:ascii="Arial" w:hAnsi="Arial"/>
          <w:color w:val="5D7284"/>
          <w:sz w:val="22"/>
        </w:rPr>
        <w:t>1:27:41</w:t>
      </w:r>
    </w:p>
    <w:p>
      <w:pPr>
        <w:spacing w:after="0"/>
      </w:pPr>
      <w:r>
        <w:rPr>
          <w:rFonts w:ascii="Arial" w:hAnsi="Arial"/>
          <w:sz w:val="22"/>
        </w:rPr>
        <w:t>But yeah, big critic of second wave feminism. Yeah, she was said that white, the white feminist movement is notoriously slow to recognize that racism is a feminist concern. And, and, you know, caring about racism, within, you know, feminism is not altruistic. But something that is part and parcel of feminist consciousness. She said that, you know, there were people that at that point, who were, you know, starting to understand that, you know, in the interest of like, actually, properly working together, they had to see that they were not the same. She said, black feminism is not white feminism in blackface. And...</w:t>
      </w:r>
    </w:p>
    <w:p>
      <w:pPr>
        <w:spacing w:after="0"/>
      </w:pPr>
    </w:p>
    <w:p>
      <w:pPr>
        <w:spacing w:after="0"/>
      </w:pPr>
      <w:r>
        <w:rPr>
          <w:rFonts w:ascii="Arial" w:hAnsi="Arial"/>
          <w:b/>
          <w:sz w:val="22"/>
        </w:rPr>
        <w:t xml:space="preserve">Alice  </w:t>
      </w:r>
      <w:r>
        <w:rPr>
          <w:rFonts w:ascii="Arial" w:hAnsi="Arial"/>
          <w:color w:val="5D7284"/>
          <w:sz w:val="22"/>
        </w:rPr>
        <w:t>1:28:35</w:t>
      </w:r>
    </w:p>
    <w:p>
      <w:pPr>
        <w:spacing w:after="0"/>
      </w:pPr>
      <w:r>
        <w:rPr>
          <w:rFonts w:ascii="Arial" w:hAnsi="Arial"/>
          <w:sz w:val="22"/>
        </w:rPr>
        <w:t>She's so word, yeah.</w:t>
      </w:r>
    </w:p>
    <w:p>
      <w:pPr>
        <w:spacing w:after="0"/>
      </w:pPr>
    </w:p>
    <w:p>
      <w:pPr>
        <w:spacing w:after="0"/>
      </w:pPr>
      <w:r>
        <w:rPr>
          <w:rFonts w:ascii="Arial" w:hAnsi="Arial"/>
          <w:b/>
          <w:sz w:val="22"/>
        </w:rPr>
        <w:t xml:space="preserve">Daisy  </w:t>
      </w:r>
      <w:r>
        <w:rPr>
          <w:rFonts w:ascii="Arial" w:hAnsi="Arial"/>
          <w:color w:val="5D7284"/>
          <w:sz w:val="22"/>
        </w:rPr>
        <w:t>1:28:39</w:t>
      </w:r>
    </w:p>
    <w:p>
      <w:pPr>
        <w:spacing w:after="0"/>
      </w:pPr>
      <w:r>
        <w:rPr>
          <w:rFonts w:ascii="Arial" w:hAnsi="Arial"/>
          <w:sz w:val="22"/>
        </w:rPr>
        <w:t>It's that sort of train of thought. That's kind of like what we were talking about earlier. And it's familiar to a lot of people who are like, interested in, you know, involved in disability justice or activism, that idea that saying, I don't see your differences is like a nice thing that they're doing. Like they're being kind by not knowing that rather than what it actually is, which is a complete, like, bulldozing of our experiences and identities. (Lucy) Yeah.</w:t>
      </w:r>
    </w:p>
    <w:p>
      <w:pPr>
        <w:spacing w:after="0"/>
      </w:pPr>
    </w:p>
    <w:p>
      <w:pPr>
        <w:spacing w:after="0"/>
      </w:pPr>
      <w:r>
        <w:rPr>
          <w:rFonts w:ascii="Arial" w:hAnsi="Arial"/>
          <w:b/>
          <w:sz w:val="22"/>
        </w:rPr>
        <w:t xml:space="preserve">Lucy  </w:t>
      </w:r>
      <w:r>
        <w:rPr>
          <w:rFonts w:ascii="Arial" w:hAnsi="Arial"/>
          <w:color w:val="5D7284"/>
          <w:sz w:val="22"/>
        </w:rPr>
        <w:t>1:29:03</w:t>
      </w:r>
    </w:p>
    <w:p>
      <w:pPr>
        <w:spacing w:after="0"/>
      </w:pPr>
      <w:r>
        <w:rPr>
          <w:rFonts w:ascii="Arial" w:hAnsi="Arial"/>
          <w:sz w:val="22"/>
        </w:rPr>
        <w:t>What, but I think I think the people that say that I don't see your differences don't understand how offensive that is. They just think, oh, it's been no, because I'm not seeing a struggle. And I'm like, No, I do want you to see my struggle.</w:t>
      </w:r>
    </w:p>
    <w:p>
      <w:pPr>
        <w:spacing w:after="0"/>
      </w:pPr>
    </w:p>
    <w:p>
      <w:pPr>
        <w:spacing w:after="0"/>
      </w:pPr>
      <w:r>
        <w:rPr>
          <w:rFonts w:ascii="Arial" w:hAnsi="Arial"/>
          <w:b/>
          <w:sz w:val="22"/>
        </w:rPr>
        <w:t xml:space="preserve">Alice  </w:t>
      </w:r>
      <w:r>
        <w:rPr>
          <w:rFonts w:ascii="Arial" w:hAnsi="Arial"/>
          <w:color w:val="5D7284"/>
          <w:sz w:val="22"/>
        </w:rPr>
        <w:t>1:29:16</w:t>
      </w:r>
    </w:p>
    <w:p>
      <w:pPr>
        <w:spacing w:after="0"/>
      </w:pPr>
      <w:r>
        <w:rPr>
          <w:rFonts w:ascii="Arial" w:hAnsi="Arial"/>
          <w:sz w:val="22"/>
        </w:rPr>
        <w:t>Well, and also, like, my experiences of being blind are have shaped me into the person I am. Yeah, so by you going, Oh, I don't see it. Like, I don't see it, because it's a struggle. It's like, well, that means there's a whole chunk of who I am that you're just like, I don't see that bit. And it's like, and I always</w:t>
      </w:r>
    </w:p>
    <w:p>
      <w:pPr>
        <w:spacing w:after="0"/>
      </w:pPr>
    </w:p>
    <w:p>
      <w:pPr>
        <w:spacing w:after="0"/>
      </w:pPr>
      <w:r>
        <w:rPr>
          <w:rFonts w:ascii="Arial" w:hAnsi="Arial"/>
          <w:b/>
          <w:sz w:val="22"/>
        </w:rPr>
        <w:t xml:space="preserve">Lucy  </w:t>
      </w:r>
      <w:r>
        <w:rPr>
          <w:rFonts w:ascii="Arial" w:hAnsi="Arial"/>
          <w:color w:val="5D7284"/>
          <w:sz w:val="22"/>
        </w:rPr>
        <w:t>1:29:36</w:t>
      </w:r>
    </w:p>
    <w:p>
      <w:pPr>
        <w:spacing w:after="0"/>
      </w:pPr>
      <w:r>
        <w:rPr>
          <w:rFonts w:ascii="Arial" w:hAnsi="Arial"/>
          <w:sz w:val="22"/>
        </w:rPr>
        <w:t>Feel like I'm sorry, do you not want me to talk about it at all? Would you rather me not just my rather than me have a fluffy conversation about the weather, you know, or you know, whereas I mean, I am quite happy to talk about my disability to anybody, that I have on a podcast, I set up a podcast</w:t>
      </w:r>
    </w:p>
    <w:p>
      <w:pPr>
        <w:spacing w:after="0"/>
      </w:pPr>
    </w:p>
    <w:p>
      <w:pPr>
        <w:spacing w:after="0"/>
      </w:pPr>
      <w:r>
        <w:rPr>
          <w:rFonts w:ascii="Arial" w:hAnsi="Arial"/>
          <w:b/>
          <w:sz w:val="22"/>
        </w:rPr>
        <w:t xml:space="preserve">Alice  </w:t>
      </w:r>
      <w:r>
        <w:rPr>
          <w:rFonts w:ascii="Arial" w:hAnsi="Arial"/>
          <w:color w:val="5D7284"/>
          <w:sz w:val="22"/>
        </w:rPr>
        <w:t>1:29:54</w:t>
      </w:r>
    </w:p>
    <w:p>
      <w:pPr>
        <w:spacing w:after="0"/>
      </w:pPr>
      <w:r>
        <w:rPr>
          <w:rFonts w:ascii="Arial" w:hAnsi="Arial"/>
          <w:sz w:val="22"/>
        </w:rPr>
        <w:t>I was going to say it's, it's It's fortunate otherwise this would be a much shorter..</w:t>
      </w:r>
    </w:p>
    <w:p>
      <w:pPr>
        <w:spacing w:after="0"/>
      </w:pPr>
    </w:p>
    <w:p>
      <w:pPr>
        <w:spacing w:after="0"/>
      </w:pPr>
      <w:r>
        <w:rPr>
          <w:rFonts w:ascii="Arial" w:hAnsi="Arial"/>
          <w:b/>
          <w:sz w:val="22"/>
        </w:rPr>
        <w:t xml:space="preserve">Lucy  </w:t>
      </w:r>
      <w:r>
        <w:rPr>
          <w:rFonts w:ascii="Arial" w:hAnsi="Arial"/>
          <w:color w:val="5D7284"/>
          <w:sz w:val="22"/>
        </w:rPr>
        <w:t>1:29:58</w:t>
      </w:r>
    </w:p>
    <w:p>
      <w:pPr>
        <w:spacing w:after="0"/>
      </w:pPr>
      <w:r>
        <w:rPr>
          <w:rFonts w:ascii="Arial" w:hAnsi="Arial"/>
          <w:sz w:val="22"/>
        </w:rPr>
        <w:t>Good baseline. Yeah, I know. And I also really struggle a little bit to, to, to accurately describe to people why saying the phrase, I don't see your difference. I didn't see it was any different is offensive. Because I can't articulate it well enough. I don't, I can never articulate it well enough to go. Well, the reason why I find it offensive is</w:t>
      </w:r>
    </w:p>
    <w:p>
      <w:pPr>
        <w:spacing w:after="0"/>
      </w:pPr>
    </w:p>
    <w:p>
      <w:pPr>
        <w:spacing w:after="0"/>
      </w:pPr>
      <w:r>
        <w:rPr>
          <w:rFonts w:ascii="Arial" w:hAnsi="Arial"/>
          <w:b/>
          <w:sz w:val="22"/>
        </w:rPr>
        <w:t xml:space="preserve">Alice  </w:t>
      </w:r>
      <w:r>
        <w:rPr>
          <w:rFonts w:ascii="Arial" w:hAnsi="Arial"/>
          <w:color w:val="5D7284"/>
          <w:sz w:val="22"/>
        </w:rPr>
        <w:t>1:30:33</w:t>
      </w:r>
    </w:p>
    <w:p>
      <w:pPr>
        <w:spacing w:after="0"/>
      </w:pPr>
      <w:r>
        <w:rPr>
          <w:rFonts w:ascii="Arial" w:hAnsi="Arial"/>
          <w:sz w:val="22"/>
        </w:rPr>
        <w:t>Well, I guess what we need to do is take a leaf out of Audre's book, quote, Audre's poetry at people.</w:t>
      </w:r>
    </w:p>
    <w:p>
      <w:pPr>
        <w:spacing w:after="0"/>
      </w:pPr>
    </w:p>
    <w:p>
      <w:pPr>
        <w:spacing w:after="0"/>
      </w:pPr>
      <w:r>
        <w:rPr>
          <w:rFonts w:ascii="Arial" w:hAnsi="Arial"/>
          <w:b/>
          <w:sz w:val="22"/>
        </w:rPr>
        <w:t xml:space="preserve">Lucy  </w:t>
      </w:r>
      <w:r>
        <w:rPr>
          <w:rFonts w:ascii="Arial" w:hAnsi="Arial"/>
          <w:color w:val="5D7284"/>
          <w:sz w:val="22"/>
        </w:rPr>
        <w:t>1:30:39</w:t>
      </w:r>
    </w:p>
    <w:p>
      <w:pPr>
        <w:spacing w:after="0"/>
      </w:pPr>
      <w:r>
        <w:rPr>
          <w:rFonts w:ascii="Arial" w:hAnsi="Arial"/>
          <w:sz w:val="22"/>
        </w:rPr>
        <w:t>I think I need to carry Audre's poetry books around in a bag, like hand them out, like a pamphlet.</w:t>
      </w:r>
    </w:p>
    <w:p>
      <w:pPr>
        <w:spacing w:after="0"/>
      </w:pPr>
    </w:p>
    <w:p>
      <w:pPr>
        <w:spacing w:after="0"/>
      </w:pPr>
      <w:r>
        <w:rPr>
          <w:rFonts w:ascii="Arial" w:hAnsi="Arial"/>
          <w:b/>
          <w:sz w:val="22"/>
        </w:rPr>
        <w:t xml:space="preserve">Daisy  </w:t>
      </w:r>
      <w:r>
        <w:rPr>
          <w:rFonts w:ascii="Arial" w:hAnsi="Arial"/>
          <w:color w:val="5D7284"/>
          <w:sz w:val="22"/>
        </w:rPr>
        <w:t>1:30:46</w:t>
      </w:r>
    </w:p>
    <w:p>
      <w:pPr>
        <w:spacing w:after="0"/>
      </w:pPr>
      <w:r>
        <w:rPr>
          <w:rFonts w:ascii="Arial" w:hAnsi="Arial"/>
          <w:sz w:val="22"/>
        </w:rPr>
        <w:t>Yeah, yeah. Basically, that all of you know, our differences have to really be, you know, embraced before, we can actually change things and, you know, that works in across, you know, you know, different different minority groups, but also within the same minority groups, you know, so, so often, it can be easy for, you know, say, so, like, it'd be so easy for like, you know, wheelchair users to be kind of like campaigning for their thing. And then, you know, blind and visually impaired people to becoming their thing. And then, you know, people with chronic illnesses to be campaigning for their thing. And, you know, it's, it can be all quite separate.(Lucy)  Yeah, you know, by getting together and coming together and finding that sort of combined voice, it can change things that are better for everyone. (Lucy) Yeah.</w:t>
      </w:r>
    </w:p>
    <w:p>
      <w:pPr>
        <w:spacing w:after="0"/>
      </w:pPr>
    </w:p>
    <w:p>
      <w:pPr>
        <w:spacing w:after="0"/>
      </w:pPr>
      <w:r>
        <w:rPr>
          <w:rFonts w:ascii="Arial" w:hAnsi="Arial"/>
          <w:b/>
          <w:sz w:val="22"/>
        </w:rPr>
        <w:t xml:space="preserve">Lucy  </w:t>
      </w:r>
      <w:r>
        <w:rPr>
          <w:rFonts w:ascii="Arial" w:hAnsi="Arial"/>
          <w:color w:val="5D7284"/>
          <w:sz w:val="22"/>
        </w:rPr>
        <w:t>1:31:42</w:t>
      </w:r>
    </w:p>
    <w:p>
      <w:pPr>
        <w:spacing w:after="0"/>
      </w:pPr>
      <w:r>
        <w:rPr>
          <w:rFonts w:ascii="Arial" w:hAnsi="Arial"/>
          <w:sz w:val="22"/>
        </w:rPr>
        <w:t>Daisy, can you imagine how powerful it would be if we all came together, or everybody who was disabled to go like that, like, whatever the issue was, this is shit, and it's wrong.</w:t>
      </w:r>
    </w:p>
    <w:p>
      <w:pPr>
        <w:spacing w:after="0"/>
      </w:pPr>
    </w:p>
    <w:p>
      <w:pPr>
        <w:spacing w:after="0"/>
      </w:pPr>
      <w:r>
        <w:rPr>
          <w:rFonts w:ascii="Arial" w:hAnsi="Arial"/>
          <w:b/>
          <w:sz w:val="22"/>
        </w:rPr>
        <w:t xml:space="preserve">Alice  </w:t>
      </w:r>
      <w:r>
        <w:rPr>
          <w:rFonts w:ascii="Arial" w:hAnsi="Arial"/>
          <w:color w:val="5D7284"/>
          <w:sz w:val="22"/>
        </w:rPr>
        <w:t>1:31:55</w:t>
      </w:r>
    </w:p>
    <w:p>
      <w:pPr>
        <w:spacing w:after="0"/>
      </w:pPr>
      <w:r>
        <w:rPr>
          <w:rFonts w:ascii="Arial" w:hAnsi="Arial"/>
          <w:sz w:val="22"/>
        </w:rPr>
        <w:t>But I think that that's fundamentally what why the patriarchy has stayed, you know, so in control and empower for so long is because it marginalizes us in all these different groups, even in the, you know, the words they use to say, these are a bunch of different groups with, they're separating us, they're marginalizing us, so that we don't band together to be one giant transformer of rage to make change. Instead, where a bunch of different groups going, Hey, we're gonna learn about this. Yeah, and it gets lost. And that's how, you know, that's how people stay in power. That's why you don't see change. And that's why it's important for people from different backgrounds and with different agendas, to recognize when you might not be fighting for the exact same adjustments or whatever it is, but if what you're fighting for is equality, and change (Lucy) And fairness as well. Yeah, that that's, that should be, we should all be fighting for those together.</w:t>
      </w:r>
    </w:p>
    <w:p>
      <w:pPr>
        <w:spacing w:after="0"/>
      </w:pPr>
    </w:p>
    <w:p>
      <w:pPr>
        <w:spacing w:after="0"/>
      </w:pPr>
      <w:r>
        <w:rPr>
          <w:rFonts w:ascii="Arial" w:hAnsi="Arial"/>
          <w:b/>
          <w:sz w:val="22"/>
        </w:rPr>
        <w:t xml:space="preserve">Daisy  </w:t>
      </w:r>
      <w:r>
        <w:rPr>
          <w:rFonts w:ascii="Arial" w:hAnsi="Arial"/>
          <w:color w:val="5D7284"/>
          <w:sz w:val="22"/>
        </w:rPr>
        <w:t>1:33:08</w:t>
      </w:r>
    </w:p>
    <w:p>
      <w:pPr>
        <w:spacing w:after="0"/>
      </w:pPr>
      <w:r>
        <w:rPr>
          <w:rFonts w:ascii="Arial" w:hAnsi="Arial"/>
          <w:sz w:val="22"/>
        </w:rPr>
        <w:t>Yeah, and it, you know, stretches across all of these, you know, the intersectionality, is what we, you know, really isn't this big. There's a big problem. And that kind of always has been about, you know, a lot of queer space has been really inaccessible. You know, as a lot of issues with that. And it's, you know, one that hasn't, hasn't really been tackled, but I've started seeing more people talking about it. And, you know, that the difficulty can be, you know, sometimes doing that, I guess, sort of campaigning work without seeming angry about it. Yeah. Because it's like, it's not being angry about it, I guess. Because, you know, it's yet another thing that, you know, people are not allowed into, but also it's suppose that you want to go so it's that whole sort of, you know, activism, we have to be nice. Yeah.</w:t>
      </w:r>
    </w:p>
    <w:p>
      <w:pPr>
        <w:spacing w:after="0"/>
      </w:pPr>
    </w:p>
    <w:p>
      <w:pPr>
        <w:spacing w:after="0"/>
      </w:pPr>
      <w:r>
        <w:rPr>
          <w:rFonts w:ascii="Arial" w:hAnsi="Arial"/>
          <w:b/>
          <w:sz w:val="22"/>
        </w:rPr>
        <w:t xml:space="preserve">Lucy  </w:t>
      </w:r>
      <w:r>
        <w:rPr>
          <w:rFonts w:ascii="Arial" w:hAnsi="Arial"/>
          <w:color w:val="5D7284"/>
          <w:sz w:val="22"/>
        </w:rPr>
        <w:t>1:34:05</w:t>
      </w:r>
    </w:p>
    <w:p>
      <w:pPr>
        <w:spacing w:after="0"/>
      </w:pPr>
      <w:r>
        <w:rPr>
          <w:rFonts w:ascii="Arial" w:hAnsi="Arial"/>
          <w:sz w:val="22"/>
        </w:rPr>
        <w:t xml:space="preserve">You have to be like a sugary activist. Yeah. Fine, absolutely fine about this. When inside you're raging. </w:t>
      </w:r>
    </w:p>
    <w:p>
      <w:pPr>
        <w:spacing w:after="0"/>
      </w:pPr>
    </w:p>
    <w:p>
      <w:pPr>
        <w:spacing w:after="0"/>
      </w:pPr>
      <w:r>
        <w:rPr>
          <w:rFonts w:ascii="Arial" w:hAnsi="Arial"/>
          <w:b/>
          <w:sz w:val="22"/>
        </w:rPr>
        <w:t xml:space="preserve">Daisy  </w:t>
      </w:r>
      <w:r>
        <w:rPr>
          <w:rFonts w:ascii="Arial" w:hAnsi="Arial"/>
          <w:color w:val="5D7284"/>
          <w:sz w:val="22"/>
        </w:rPr>
        <w:t>1:34:12</w:t>
      </w:r>
    </w:p>
    <w:p>
      <w:pPr>
        <w:spacing w:after="0"/>
      </w:pPr>
      <w:r>
        <w:rPr>
          <w:rFonts w:ascii="Arial" w:hAnsi="Arial"/>
          <w:sz w:val="22"/>
        </w:rPr>
        <w:t>I'm not good at that. (Lucy) No.</w:t>
      </w:r>
    </w:p>
    <w:p>
      <w:pPr>
        <w:spacing w:after="0"/>
      </w:pPr>
    </w:p>
    <w:p>
      <w:pPr>
        <w:spacing w:after="0"/>
      </w:pPr>
      <w:r>
        <w:rPr>
          <w:rFonts w:ascii="Arial" w:hAnsi="Arial"/>
          <w:b/>
          <w:sz w:val="22"/>
        </w:rPr>
        <w:t xml:space="preserve">Alice  </w:t>
      </w:r>
      <w:r>
        <w:rPr>
          <w:rFonts w:ascii="Arial" w:hAnsi="Arial"/>
          <w:color w:val="5D7284"/>
          <w:sz w:val="22"/>
        </w:rPr>
        <w:t>1:34:14</w:t>
      </w:r>
    </w:p>
    <w:p>
      <w:pPr>
        <w:spacing w:after="0"/>
      </w:pPr>
      <w:r>
        <w:rPr>
          <w:rFonts w:ascii="Arial" w:hAnsi="Arial"/>
          <w:sz w:val="22"/>
        </w:rPr>
        <w:t>I can. I think particularly when you're intersectional. And you want to, like, you know, if you are LGBTQ and disabled, you don't want to alienate your LGBTQ friends and identity. (Lucy) Yeah. If they don't also have that disability label. So you don't want to be going, well, this is fucking unacceptable. I can't get in here. Because you don't want to then get rejected by this group of people who are a huge part of your identity, community identity. So I can understand that fear of kind of, you don't want to rock the boat, because you don't want to be rejected by one, you know, one of the groups who are accepting you when you're a marginalized person, because society at large is not accepting you.</w:t>
      </w:r>
    </w:p>
    <w:p>
      <w:pPr>
        <w:spacing w:after="0"/>
      </w:pPr>
    </w:p>
    <w:p>
      <w:pPr>
        <w:spacing w:after="0"/>
      </w:pPr>
      <w:r>
        <w:rPr>
          <w:rFonts w:ascii="Arial" w:hAnsi="Arial"/>
          <w:b/>
          <w:sz w:val="22"/>
        </w:rPr>
        <w:t xml:space="preserve">Lucy  </w:t>
      </w:r>
      <w:r>
        <w:rPr>
          <w:rFonts w:ascii="Arial" w:hAnsi="Arial"/>
          <w:color w:val="5D7284"/>
          <w:sz w:val="22"/>
        </w:rPr>
        <w:t>1:35:09</w:t>
      </w:r>
    </w:p>
    <w:p>
      <w:pPr>
        <w:spacing w:after="0"/>
      </w:pPr>
      <w:r>
        <w:rPr>
          <w:rFonts w:ascii="Arial" w:hAnsi="Arial"/>
          <w:sz w:val="22"/>
        </w:rPr>
        <w:t>And I think I think as well, even when you haven't got, you're not part of a dual minority. So like, if you're just say, I mean a stupid thing to say, because I am a woman and I am disabled. But I think when you have just got one issue to tackle as well is that being that sugar activist is, like I just said, there is this element of course, think about this, but I don't want to go too far. So that it goes, Oh, we're going to stop listening to you now, because you're just sounding bitter. Do you know what I mean? Like, there are things that are so important to me, but I think that if I keep going on about them, everybody's just gonna get bored and fed up.</w:t>
      </w:r>
    </w:p>
    <w:p>
      <w:pPr>
        <w:spacing w:after="0"/>
      </w:pPr>
    </w:p>
    <w:p>
      <w:pPr>
        <w:spacing w:after="0"/>
      </w:pPr>
      <w:r>
        <w:rPr>
          <w:rFonts w:ascii="Arial" w:hAnsi="Arial"/>
          <w:b/>
          <w:sz w:val="22"/>
        </w:rPr>
        <w:t xml:space="preserve">Alice  </w:t>
      </w:r>
      <w:r>
        <w:rPr>
          <w:rFonts w:ascii="Arial" w:hAnsi="Arial"/>
          <w:color w:val="5D7284"/>
          <w:sz w:val="22"/>
        </w:rPr>
        <w:t>1:35:49</w:t>
      </w:r>
    </w:p>
    <w:p>
      <w:pPr>
        <w:spacing w:after="0"/>
      </w:pPr>
      <w:r>
        <w:rPr>
          <w:rFonts w:ascii="Arial" w:hAnsi="Arial"/>
          <w:sz w:val="22"/>
        </w:rPr>
        <w:t>I think, I think it's really important where you can to recognize your privilege (Lucy) Absolutely. Like, I know, that there are like, I am a, I'm straight, and I'm white. Yeah, and that means that I've got a lot of privilege that a lot of people don't have. But then there are also people out there who are not straight and who are not white, but are also non disabled. And so they have a privilege of experience and access that I don't. And I think that the worst thing that anybody can do is not say, hey, like, I have this privilege. But I also recognize the importance of like, and it's hard, and that's, you know, whitewashing and stuff like that is so dangerous, because, you know, by, by us, you know, by a bunch of white people talking about the experiences of a person of color, or issues of racism, we don't really understand those. (Lucy) And  we never will. Exactly. And I think it's really wrong for us to ever try nd say that we, we do understand them, but we can be supportive of people, and we can try and at least use our own experiences of being a minority to empathize.</w:t>
      </w:r>
    </w:p>
    <w:p>
      <w:pPr>
        <w:spacing w:after="0"/>
      </w:pPr>
    </w:p>
    <w:p>
      <w:pPr>
        <w:spacing w:after="0"/>
      </w:pPr>
      <w:r>
        <w:rPr>
          <w:rFonts w:ascii="Arial" w:hAnsi="Arial"/>
          <w:b/>
          <w:sz w:val="22"/>
        </w:rPr>
        <w:t xml:space="preserve">Lucy  </w:t>
      </w:r>
      <w:r>
        <w:rPr>
          <w:rFonts w:ascii="Arial" w:hAnsi="Arial"/>
          <w:color w:val="5D7284"/>
          <w:sz w:val="22"/>
        </w:rPr>
        <w:t>1:37:16</w:t>
      </w:r>
    </w:p>
    <w:p>
      <w:pPr>
        <w:spacing w:after="0"/>
      </w:pPr>
      <w:r>
        <w:rPr>
          <w:rFonts w:ascii="Arial" w:hAnsi="Arial"/>
          <w:sz w:val="22"/>
        </w:rPr>
        <w:t xml:space="preserve">Yes, I was about to say something I always go on about empathy and kindness, isn't it, you know, being a bit more empathetic and a bit more. Alright, okay, I don't understand. But I will try and support you as best I can, is the best thing you can probably do. </w:t>
      </w:r>
    </w:p>
    <w:p>
      <w:pPr>
        <w:spacing w:after="0"/>
      </w:pPr>
    </w:p>
    <w:p>
      <w:pPr>
        <w:spacing w:after="0"/>
      </w:pPr>
      <w:r>
        <w:rPr>
          <w:rFonts w:ascii="Arial" w:hAnsi="Arial"/>
          <w:b/>
          <w:sz w:val="22"/>
        </w:rPr>
        <w:t xml:space="preserve">Alice  </w:t>
      </w:r>
      <w:r>
        <w:rPr>
          <w:rFonts w:ascii="Arial" w:hAnsi="Arial"/>
          <w:color w:val="5D7284"/>
          <w:sz w:val="22"/>
        </w:rPr>
        <w:t>1:37:32</w:t>
      </w:r>
    </w:p>
    <w:p>
      <w:pPr>
        <w:spacing w:after="0"/>
      </w:pPr>
      <w:r>
        <w:rPr>
          <w:rFonts w:ascii="Arial" w:hAnsi="Arial"/>
          <w:sz w:val="22"/>
        </w:rPr>
        <w:t>And I think that's the thing that always sort of, I find a bit hard to get my head around for some people who are like, who can't recognize their own privilege, but also provide empathy is like, surely everybody in their life has had something a bit shit happen to them. Like, even, you know, look at Prince William and Prince Harry, like, they grew up in hugely privileged lives and situations. Yeah. And yet, they also experienced, you know, a huge loss of their mum, and the pressures of having to try and, you know, not have any privacy. And then, and actually, I think, you know, Harry is working quite hard to recognize the experience, the different experiences that he has to those that his children are going to have. Yes. And I think that that's, that's important to do. And I don't understand people who, who can do, who can't go, I may not have directly experienced that, but I've experienced other things. That mean, I at least know what exclusion and sadness feels like. I can extrapolate from that.</w:t>
      </w:r>
    </w:p>
    <w:p>
      <w:pPr>
        <w:spacing w:after="0"/>
      </w:pPr>
    </w:p>
    <w:p>
      <w:pPr>
        <w:spacing w:after="0"/>
      </w:pPr>
      <w:r>
        <w:rPr>
          <w:rFonts w:ascii="Arial" w:hAnsi="Arial"/>
          <w:b/>
          <w:sz w:val="22"/>
        </w:rPr>
        <w:t xml:space="preserve">Lucy  </w:t>
      </w:r>
      <w:r>
        <w:rPr>
          <w:rFonts w:ascii="Arial" w:hAnsi="Arial"/>
          <w:color w:val="5D7284"/>
          <w:sz w:val="22"/>
        </w:rPr>
        <w:t>1:38:49</w:t>
      </w:r>
    </w:p>
    <w:p>
      <w:pPr>
        <w:spacing w:after="0"/>
      </w:pPr>
      <w:r>
        <w:rPr>
          <w:rFonts w:ascii="Arial" w:hAnsi="Arial"/>
          <w:sz w:val="22"/>
        </w:rPr>
        <w:t>Yeah, you can draw on your own experience. It doesn't have to be exactly the same. You can draw on your own experience to go. Yeah, I can support you that I can. Yeah, I'm really sorry about that. That's really shit. I'm sorry, you're going through it. You don't have to be in exactly the same boat to go. Oh, yeah. That's, that's, that's</w:t>
      </w:r>
    </w:p>
    <w:p>
      <w:pPr>
        <w:spacing w:after="0"/>
      </w:pPr>
    </w:p>
    <w:p>
      <w:pPr>
        <w:spacing w:after="0"/>
      </w:pPr>
      <w:r>
        <w:rPr>
          <w:rFonts w:ascii="Arial" w:hAnsi="Arial"/>
          <w:b/>
          <w:sz w:val="22"/>
        </w:rPr>
        <w:t xml:space="preserve">Daisy  </w:t>
      </w:r>
      <w:r>
        <w:rPr>
          <w:rFonts w:ascii="Arial" w:hAnsi="Arial"/>
          <w:color w:val="5D7284"/>
          <w:sz w:val="22"/>
        </w:rPr>
        <w:t>1:39:12</w:t>
      </w:r>
    </w:p>
    <w:p>
      <w:pPr>
        <w:spacing w:after="0"/>
      </w:pPr>
      <w:r>
        <w:rPr>
          <w:rFonts w:ascii="Arial" w:hAnsi="Arial"/>
          <w:sz w:val="22"/>
        </w:rPr>
        <w:t>terrible. Yeah. Yeah. But similarly, you know, you couldn't, you wouldn't want to be in exactly the same, but otherwise, you know, you wouldn't know be able to share those experiences in order to, you know, yeah. Yeah.</w:t>
      </w:r>
    </w:p>
    <w:p>
      <w:pPr>
        <w:spacing w:after="0"/>
      </w:pPr>
    </w:p>
    <w:p>
      <w:pPr>
        <w:spacing w:after="0"/>
      </w:pPr>
      <w:r>
        <w:rPr>
          <w:rFonts w:ascii="Arial" w:hAnsi="Arial"/>
          <w:b/>
          <w:sz w:val="22"/>
        </w:rPr>
        <w:t xml:space="preserve">Lucy  </w:t>
      </w:r>
      <w:r>
        <w:rPr>
          <w:rFonts w:ascii="Arial" w:hAnsi="Arial"/>
          <w:color w:val="5D7284"/>
          <w:sz w:val="22"/>
        </w:rPr>
        <w:t>1:39:24</w:t>
      </w:r>
    </w:p>
    <w:p>
      <w:pPr>
        <w:spacing w:after="0"/>
      </w:pPr>
      <w:r>
        <w:rPr>
          <w:rFonts w:ascii="Arial" w:hAnsi="Arial"/>
          <w:sz w:val="22"/>
        </w:rPr>
        <w:t>The other thing, I've never been in that situation, and I would please like you to do</w:t>
      </w:r>
    </w:p>
    <w:p>
      <w:pPr>
        <w:spacing w:after="0"/>
      </w:pPr>
    </w:p>
    <w:p>
      <w:pPr>
        <w:spacing w:after="0"/>
      </w:pPr>
      <w:r>
        <w:rPr>
          <w:rFonts w:ascii="Arial" w:hAnsi="Arial"/>
          <w:b/>
          <w:sz w:val="22"/>
        </w:rPr>
        <w:t xml:space="preserve">Alice  </w:t>
      </w:r>
      <w:r>
        <w:rPr>
          <w:rFonts w:ascii="Arial" w:hAnsi="Arial"/>
          <w:color w:val="5D7284"/>
          <w:sz w:val="22"/>
        </w:rPr>
        <w:t>1:39:28</w:t>
      </w:r>
    </w:p>
    <w:p>
      <w:pPr>
        <w:spacing w:after="0"/>
      </w:pPr>
      <w:r>
        <w:rPr>
          <w:rFonts w:ascii="Arial" w:hAnsi="Arial"/>
          <w:sz w:val="22"/>
        </w:rPr>
        <w:t>To put me in that situation. Yeah. Oh, that I can. Yeah.</w:t>
      </w:r>
    </w:p>
    <w:p>
      <w:pPr>
        <w:spacing w:after="0"/>
      </w:pPr>
    </w:p>
    <w:p>
      <w:pPr>
        <w:spacing w:after="0"/>
      </w:pPr>
      <w:r>
        <w:rPr>
          <w:rFonts w:ascii="Arial" w:hAnsi="Arial"/>
          <w:b/>
          <w:sz w:val="22"/>
        </w:rPr>
        <w:t xml:space="preserve">Daisy  </w:t>
      </w:r>
      <w:r>
        <w:rPr>
          <w:rFonts w:ascii="Arial" w:hAnsi="Arial"/>
          <w:color w:val="5D7284"/>
          <w:sz w:val="22"/>
        </w:rPr>
        <w:t>1:39:32</w:t>
      </w:r>
    </w:p>
    <w:p>
      <w:pPr>
        <w:spacing w:after="0"/>
      </w:pPr>
      <w:r>
        <w:rPr>
          <w:rFonts w:ascii="Arial" w:hAnsi="Arial"/>
          <w:sz w:val="22"/>
        </w:rPr>
        <w:t>Audre was saying it's like, you know, we, we don't just sort of like, you know, we can't just kind of be like, Oh, it's okay, that we don't have the same experience. We, you know, we have to be like, No, it's good that we don't have the same experience. (Lucy) Exactly. Because it will, it will, you know, make us better. Yeah, in the long run. And also, it's about you know, what she was saying about having to educate ourselves. Yeah, that sort of thing. You know, it's okay if we don't know. But you can go in Try. Yeah. Yeah, try and learn this, you know, makes the difference.</w:t>
      </w:r>
    </w:p>
    <w:p>
      <w:pPr>
        <w:spacing w:after="0"/>
      </w:pPr>
    </w:p>
    <w:p>
      <w:pPr>
        <w:spacing w:after="0"/>
      </w:pPr>
      <w:r>
        <w:rPr>
          <w:rFonts w:ascii="Arial" w:hAnsi="Arial"/>
          <w:b/>
          <w:sz w:val="22"/>
        </w:rPr>
        <w:t xml:space="preserve">Lucy  </w:t>
      </w:r>
      <w:r>
        <w:rPr>
          <w:rFonts w:ascii="Arial" w:hAnsi="Arial"/>
          <w:color w:val="5D7284"/>
          <w:sz w:val="22"/>
        </w:rPr>
        <w:t>1:40:04</w:t>
      </w:r>
    </w:p>
    <w:p>
      <w:pPr>
        <w:spacing w:after="0"/>
      </w:pPr>
      <w:r>
        <w:rPr>
          <w:rFonts w:ascii="Arial" w:hAnsi="Arial"/>
          <w:sz w:val="22"/>
        </w:rPr>
        <w:t>Yeah. No. I think she goes top of top of the dinner party guestlist Oh, yeah,</w:t>
      </w:r>
    </w:p>
    <w:p>
      <w:pPr>
        <w:spacing w:after="0"/>
      </w:pPr>
    </w:p>
    <w:p>
      <w:pPr>
        <w:spacing w:after="0"/>
      </w:pPr>
      <w:r>
        <w:rPr>
          <w:rFonts w:ascii="Arial" w:hAnsi="Arial"/>
          <w:b/>
          <w:sz w:val="22"/>
        </w:rPr>
        <w:t xml:space="preserve">Alice  </w:t>
      </w:r>
      <w:r>
        <w:rPr>
          <w:rFonts w:ascii="Arial" w:hAnsi="Arial"/>
          <w:color w:val="5D7284"/>
          <w:sz w:val="22"/>
        </w:rPr>
        <w:t>1:40:11</w:t>
      </w:r>
    </w:p>
    <w:p>
      <w:pPr>
        <w:spacing w:after="0"/>
      </w:pPr>
      <w:r>
        <w:rPr>
          <w:rFonts w:ascii="Arial" w:hAnsi="Arial"/>
          <w:sz w:val="22"/>
        </w:rPr>
        <w:t>Yeah, definitely. Definitely. I think at the moment like I you know, Simon Johnson is pretty cool, but he can wait outside</w:t>
      </w:r>
    </w:p>
    <w:p>
      <w:pPr>
        <w:spacing w:after="0"/>
      </w:pPr>
    </w:p>
    <w:p>
      <w:pPr>
        <w:spacing w:after="0"/>
      </w:pPr>
      <w:r>
        <w:rPr>
          <w:rFonts w:ascii="Arial" w:hAnsi="Arial"/>
          <w:b/>
          <w:sz w:val="22"/>
        </w:rPr>
        <w:t xml:space="preserve">Lucy  </w:t>
      </w:r>
      <w:r>
        <w:rPr>
          <w:rFonts w:ascii="Arial" w:hAnsi="Arial"/>
          <w:color w:val="5D7284"/>
          <w:sz w:val="22"/>
        </w:rPr>
        <w:t>1:40:21</w:t>
      </w:r>
    </w:p>
    <w:p>
      <w:pPr>
        <w:spacing w:after="0"/>
      </w:pPr>
      <w:r>
        <w:rPr>
          <w:rFonts w:ascii="Arial" w:hAnsi="Arial"/>
          <w:sz w:val="22"/>
        </w:rPr>
        <w:t>With his with his very swollen testicles I can't believe that got retweeted by the board. The board the little Tories when I was like, we talked about his testicles. stabbing himself in the testes. Brilliant,</w:t>
      </w:r>
    </w:p>
    <w:p>
      <w:pPr>
        <w:spacing w:after="0"/>
      </w:pPr>
    </w:p>
    <w:p>
      <w:pPr>
        <w:spacing w:after="0"/>
      </w:pPr>
      <w:r>
        <w:rPr>
          <w:rFonts w:ascii="Arial" w:hAnsi="Arial"/>
          <w:b/>
          <w:sz w:val="22"/>
        </w:rPr>
        <w:t xml:space="preserve">Alice  </w:t>
      </w:r>
      <w:r>
        <w:rPr>
          <w:rFonts w:ascii="Arial" w:hAnsi="Arial"/>
          <w:color w:val="5D7284"/>
          <w:sz w:val="22"/>
        </w:rPr>
        <w:t>1:40:39</w:t>
      </w:r>
    </w:p>
    <w:p>
      <w:pPr>
        <w:spacing w:after="0"/>
      </w:pPr>
      <w:r>
        <w:rPr>
          <w:rFonts w:ascii="Arial" w:hAnsi="Arial"/>
          <w:sz w:val="22"/>
        </w:rPr>
        <w:t>Right Yeah. This is really interesting and informative.</w:t>
      </w:r>
    </w:p>
    <w:p>
      <w:pPr>
        <w:spacing w:after="0"/>
      </w:pPr>
    </w:p>
    <w:p>
      <w:pPr>
        <w:spacing w:after="0"/>
      </w:pPr>
      <w:r>
        <w:rPr>
          <w:rFonts w:ascii="Arial" w:hAnsi="Arial"/>
          <w:b/>
          <w:sz w:val="22"/>
        </w:rPr>
        <w:t xml:space="preserve">Lucy  </w:t>
      </w:r>
      <w:r>
        <w:rPr>
          <w:rFonts w:ascii="Arial" w:hAnsi="Arial"/>
          <w:color w:val="5D7284"/>
          <w:sz w:val="22"/>
        </w:rPr>
        <w:t>1:40:45</w:t>
      </w:r>
    </w:p>
    <w:p>
      <w:pPr>
        <w:spacing w:after="0"/>
      </w:pPr>
      <w:r>
        <w:rPr>
          <w:rFonts w:ascii="Arial" w:hAnsi="Arial"/>
          <w:sz w:val="22"/>
        </w:rPr>
        <w:t>oh, no. Oh, no.</w:t>
      </w:r>
    </w:p>
    <w:p>
      <w:pPr>
        <w:spacing w:after="0"/>
      </w:pPr>
    </w:p>
    <w:p>
      <w:pPr>
        <w:spacing w:after="0"/>
      </w:pPr>
      <w:r>
        <w:rPr>
          <w:rFonts w:ascii="Arial" w:hAnsi="Arial"/>
          <w:b/>
          <w:sz w:val="22"/>
        </w:rPr>
        <w:t xml:space="preserve">Alice  </w:t>
      </w:r>
      <w:r>
        <w:rPr>
          <w:rFonts w:ascii="Arial" w:hAnsi="Arial"/>
          <w:color w:val="5D7284"/>
          <w:sz w:val="22"/>
        </w:rPr>
        <w:t>1:40:48</w:t>
      </w:r>
    </w:p>
    <w:p>
      <w:pPr>
        <w:spacing w:after="0"/>
      </w:pPr>
      <w:r>
        <w:rPr>
          <w:rFonts w:ascii="Arial" w:hAnsi="Arial"/>
          <w:sz w:val="22"/>
        </w:rPr>
        <w:t>I want that on a cap. Oh, scrotum.</w:t>
      </w:r>
    </w:p>
    <w:p>
      <w:pPr>
        <w:spacing w:after="0"/>
      </w:pPr>
    </w:p>
    <w:p>
      <w:pPr>
        <w:spacing w:after="0"/>
      </w:pPr>
      <w:r>
        <w:rPr>
          <w:rFonts w:ascii="Arial" w:hAnsi="Arial"/>
          <w:b/>
          <w:sz w:val="22"/>
        </w:rPr>
        <w:t xml:space="preserve">Lucy  </w:t>
      </w:r>
      <w:r>
        <w:rPr>
          <w:rFonts w:ascii="Arial" w:hAnsi="Arial"/>
          <w:color w:val="5D7284"/>
          <w:sz w:val="22"/>
        </w:rPr>
        <w:t>1:40:52</w:t>
      </w:r>
    </w:p>
    <w:p>
      <w:pPr>
        <w:spacing w:after="0"/>
      </w:pPr>
      <w:r>
        <w:rPr>
          <w:rFonts w:ascii="Arial" w:hAnsi="Arial"/>
          <w:sz w:val="22"/>
        </w:rPr>
        <w:t>Oh. Oh, I just saw the swear words. Oh, scrotum? Yeah. Yeah. No, I really like her.</w:t>
      </w:r>
    </w:p>
    <w:p>
      <w:pPr>
        <w:spacing w:after="0"/>
      </w:pPr>
    </w:p>
    <w:p>
      <w:pPr>
        <w:spacing w:after="0"/>
      </w:pPr>
      <w:r>
        <w:rPr>
          <w:rFonts w:ascii="Arial" w:hAnsi="Arial"/>
          <w:b/>
          <w:sz w:val="22"/>
        </w:rPr>
        <w:t xml:space="preserve">Alice  </w:t>
      </w:r>
      <w:r>
        <w:rPr>
          <w:rFonts w:ascii="Arial" w:hAnsi="Arial"/>
          <w:color w:val="5D7284"/>
          <w:sz w:val="22"/>
        </w:rPr>
        <w:t>1:41:00</w:t>
      </w:r>
    </w:p>
    <w:p>
      <w:pPr>
        <w:spacing w:after="0"/>
      </w:pPr>
      <w:r>
        <w:rPr>
          <w:rFonts w:ascii="Arial" w:hAnsi="Arial"/>
          <w:sz w:val="22"/>
        </w:rPr>
        <w:t>Sheis, do you have any more to tell us Daisy? I realize you haven't actually got to the bit where she's dead. And that's the end. Yeah, this is usually how history works. Right? Yeah, yeah.</w:t>
      </w:r>
    </w:p>
    <w:p>
      <w:pPr>
        <w:spacing w:after="0"/>
      </w:pPr>
    </w:p>
    <w:p>
      <w:pPr>
        <w:spacing w:after="0"/>
      </w:pPr>
      <w:r>
        <w:rPr>
          <w:rFonts w:ascii="Arial" w:hAnsi="Arial"/>
          <w:b/>
          <w:sz w:val="22"/>
        </w:rPr>
        <w:t xml:space="preserve">Daisy  </w:t>
      </w:r>
      <w:r>
        <w:rPr>
          <w:rFonts w:ascii="Arial" w:hAnsi="Arial"/>
          <w:color w:val="5D7284"/>
          <w:sz w:val="22"/>
        </w:rPr>
        <w:t>1:41:11</w:t>
      </w:r>
    </w:p>
    <w:p>
      <w:pPr>
        <w:spacing w:after="0"/>
      </w:pPr>
      <w:r>
        <w:rPr>
          <w:rFonts w:ascii="Arial" w:hAnsi="Arial"/>
          <w:sz w:val="22"/>
        </w:rPr>
        <w:t>Yeah, it's just a little bit more. So in, in the end to breast cancer spread to her liver. And she made the decision not to have any more, you know, surgery, or like, conventional treatments, or invasive treatments. And so she, you know, use like, natural medicine, alternative therapies, things like, you know, that just made her feel good. She lived for a really long time after she started doing that, to be fair, like a good like six years or something. (Lucy) Wow. And you know, during that time, she wrote like another series of essays that was all about, you know, all about the themes of like disability and chronic illness and, you know, sickness and treatment and all stuff like that. And it was then that she was living on the island of St. Quoi it's, I need to Google how it's pronounced. Because it's spelt like Liqua like the drink, right? I don't know for sure.</w:t>
      </w:r>
    </w:p>
    <w:p>
      <w:pPr>
        <w:spacing w:after="0"/>
      </w:pPr>
    </w:p>
    <w:p>
      <w:pPr>
        <w:spacing w:after="0"/>
      </w:pPr>
      <w:r>
        <w:rPr>
          <w:rFonts w:ascii="Arial" w:hAnsi="Arial"/>
          <w:b/>
          <w:sz w:val="22"/>
        </w:rPr>
        <w:t xml:space="preserve">Lucy  </w:t>
      </w:r>
      <w:r>
        <w:rPr>
          <w:rFonts w:ascii="Arial" w:hAnsi="Arial"/>
          <w:color w:val="5D7284"/>
          <w:sz w:val="22"/>
        </w:rPr>
        <w:t>1:42:27</w:t>
      </w:r>
    </w:p>
    <w:p>
      <w:pPr>
        <w:spacing w:after="0"/>
      </w:pPr>
      <w:r>
        <w:rPr>
          <w:rFonts w:ascii="Arial" w:hAnsi="Arial"/>
          <w:sz w:val="22"/>
        </w:rPr>
        <w:t>Hold the line. Caller. (laughs)</w:t>
      </w:r>
    </w:p>
    <w:p>
      <w:pPr>
        <w:spacing w:after="0"/>
      </w:pPr>
    </w:p>
    <w:p>
      <w:pPr>
        <w:spacing w:after="0"/>
      </w:pPr>
      <w:r>
        <w:rPr>
          <w:rFonts w:ascii="Arial" w:hAnsi="Arial"/>
          <w:b/>
          <w:sz w:val="22"/>
        </w:rPr>
        <w:t xml:space="preserve">Daisy  </w:t>
      </w:r>
      <w:r>
        <w:rPr>
          <w:rFonts w:ascii="Arial" w:hAnsi="Arial"/>
          <w:color w:val="5D7284"/>
          <w:sz w:val="22"/>
        </w:rPr>
        <w:t>1:42:30</w:t>
      </w:r>
    </w:p>
    <w:p>
      <w:pPr>
        <w:spacing w:after="0"/>
      </w:pPr>
      <w:r>
        <w:rPr>
          <w:rFonts w:ascii="Arial" w:hAnsi="Arial"/>
          <w:sz w:val="22"/>
        </w:rPr>
        <w:t>Okay, Croix apparently.</w:t>
      </w:r>
    </w:p>
    <w:p>
      <w:pPr>
        <w:spacing w:after="0"/>
      </w:pPr>
    </w:p>
    <w:p>
      <w:pPr>
        <w:spacing w:after="0"/>
      </w:pPr>
      <w:r>
        <w:rPr>
          <w:rFonts w:ascii="Arial" w:hAnsi="Arial"/>
          <w:b/>
          <w:sz w:val="22"/>
        </w:rPr>
        <w:t xml:space="preserve">Alice  </w:t>
      </w:r>
      <w:r>
        <w:rPr>
          <w:rFonts w:ascii="Arial" w:hAnsi="Arial"/>
          <w:color w:val="5D7284"/>
          <w:sz w:val="22"/>
        </w:rPr>
        <w:t>1:42:32</w:t>
      </w:r>
    </w:p>
    <w:p>
      <w:pPr>
        <w:spacing w:after="0"/>
      </w:pPr>
      <w:r>
        <w:rPr>
          <w:rFonts w:ascii="Arial" w:hAnsi="Arial"/>
          <w:sz w:val="22"/>
        </w:rPr>
        <w:t>okay. Yeah. So Croix I've heardof it.</w:t>
      </w:r>
    </w:p>
    <w:p>
      <w:pPr>
        <w:spacing w:after="0"/>
      </w:pPr>
    </w:p>
    <w:p>
      <w:pPr>
        <w:spacing w:after="0"/>
      </w:pPr>
      <w:r>
        <w:rPr>
          <w:rFonts w:ascii="Arial" w:hAnsi="Arial"/>
          <w:b/>
          <w:sz w:val="22"/>
        </w:rPr>
        <w:t xml:space="preserve">Daisy  </w:t>
      </w:r>
      <w:r>
        <w:rPr>
          <w:rFonts w:ascii="Arial" w:hAnsi="Arial"/>
          <w:color w:val="5D7284"/>
          <w:sz w:val="22"/>
        </w:rPr>
        <w:t>1:42:36</w:t>
      </w:r>
    </w:p>
    <w:p>
      <w:pPr>
        <w:spacing w:after="0"/>
      </w:pPr>
      <w:r>
        <w:rPr>
          <w:rFonts w:ascii="Arial" w:hAnsi="Arial"/>
          <w:sz w:val="22"/>
        </w:rPr>
        <w:t>Yeah, yeah. So she lives on St. Croix which is what I mentioned earlier about one of her many hundreds and hundreds of projects. Yeah. And she was living there with her life partner at the time.</w:t>
      </w:r>
    </w:p>
    <w:p>
      <w:pPr>
        <w:spacing w:after="0"/>
      </w:pPr>
    </w:p>
    <w:p>
      <w:pPr>
        <w:spacing w:after="0"/>
      </w:pPr>
      <w:r>
        <w:rPr>
          <w:rFonts w:ascii="Arial" w:hAnsi="Arial"/>
          <w:b/>
          <w:sz w:val="22"/>
        </w:rPr>
        <w:t xml:space="preserve">Alice  </w:t>
      </w:r>
      <w:r>
        <w:rPr>
          <w:rFonts w:ascii="Arial" w:hAnsi="Arial"/>
          <w:color w:val="5D7284"/>
          <w:sz w:val="22"/>
        </w:rPr>
        <w:t>1:42:52</w:t>
      </w:r>
    </w:p>
    <w:p>
      <w:pPr>
        <w:spacing w:after="0"/>
      </w:pPr>
      <w:r>
        <w:rPr>
          <w:rFonts w:ascii="Arial" w:hAnsi="Arial"/>
          <w:sz w:val="22"/>
        </w:rPr>
        <w:t>Can you have a life partner at the time? I feel like life partners like a partner for life like, life partner at the time sounds a bit like but in my neck is life when</w:t>
      </w:r>
    </w:p>
    <w:p>
      <w:pPr>
        <w:spacing w:after="0"/>
      </w:pPr>
    </w:p>
    <w:p>
      <w:pPr>
        <w:spacing w:after="0"/>
      </w:pPr>
      <w:r>
        <w:rPr>
          <w:rFonts w:ascii="Arial" w:hAnsi="Arial"/>
          <w:b/>
          <w:sz w:val="22"/>
        </w:rPr>
        <w:t xml:space="preserve">Lucy  </w:t>
      </w:r>
      <w:r>
        <w:rPr>
          <w:rFonts w:ascii="Arial" w:hAnsi="Arial"/>
          <w:color w:val="5D7284"/>
          <w:sz w:val="22"/>
        </w:rPr>
        <w:t>1:43:04</w:t>
      </w:r>
    </w:p>
    <w:p>
      <w:pPr>
        <w:spacing w:after="0"/>
      </w:pPr>
      <w:r>
        <w:rPr>
          <w:rFonts w:ascii="Arial" w:hAnsi="Arial"/>
          <w:sz w:val="22"/>
        </w:rPr>
        <w:t>like I was you said the current Mrs. Wogan?</w:t>
      </w:r>
    </w:p>
    <w:p>
      <w:pPr>
        <w:spacing w:after="0"/>
      </w:pPr>
    </w:p>
    <w:p>
      <w:pPr>
        <w:spacing w:after="0"/>
      </w:pPr>
      <w:r>
        <w:rPr>
          <w:rFonts w:ascii="Arial" w:hAnsi="Arial"/>
          <w:b/>
          <w:sz w:val="22"/>
        </w:rPr>
        <w:t xml:space="preserve">Alice  </w:t>
      </w:r>
      <w:r>
        <w:rPr>
          <w:rFonts w:ascii="Arial" w:hAnsi="Arial"/>
          <w:color w:val="5D7284"/>
          <w:sz w:val="22"/>
        </w:rPr>
        <w:t>1:43:10</w:t>
      </w:r>
    </w:p>
    <w:p>
      <w:pPr>
        <w:spacing w:after="0"/>
      </w:pPr>
      <w:r>
        <w:rPr>
          <w:rFonts w:ascii="Arial" w:hAnsi="Arial"/>
          <w:sz w:val="22"/>
        </w:rPr>
        <w:t>Like bring up fucking Wogan. Legend.</w:t>
      </w:r>
    </w:p>
    <w:p>
      <w:pPr>
        <w:spacing w:after="0"/>
      </w:pPr>
    </w:p>
    <w:p>
      <w:pPr>
        <w:spacing w:after="0"/>
      </w:pPr>
      <w:r>
        <w:rPr>
          <w:rFonts w:ascii="Arial" w:hAnsi="Arial"/>
          <w:b/>
          <w:sz w:val="22"/>
        </w:rPr>
        <w:t xml:space="preserve">Daisy  </w:t>
      </w:r>
      <w:r>
        <w:rPr>
          <w:rFonts w:ascii="Arial" w:hAnsi="Arial"/>
          <w:color w:val="5D7284"/>
          <w:sz w:val="22"/>
        </w:rPr>
        <w:t>1:43:16</w:t>
      </w:r>
    </w:p>
    <w:p>
      <w:pPr>
        <w:spacing w:after="0"/>
      </w:pPr>
      <w:r>
        <w:rPr>
          <w:rFonts w:ascii="Arial" w:hAnsi="Arial"/>
          <w:sz w:val="22"/>
        </w:rPr>
        <w:t xml:space="preserve">Yeah. Our definition for life partner then nobody has a life partner because nobody was there from birth. </w:t>
      </w:r>
    </w:p>
    <w:p>
      <w:pPr>
        <w:spacing w:after="0"/>
      </w:pPr>
    </w:p>
    <w:p>
      <w:pPr>
        <w:spacing w:after="0"/>
      </w:pPr>
      <w:r>
        <w:rPr>
          <w:rFonts w:ascii="Arial" w:hAnsi="Arial"/>
          <w:b/>
          <w:sz w:val="22"/>
        </w:rPr>
        <w:t xml:space="preserve">Alice  </w:t>
      </w:r>
      <w:r>
        <w:rPr>
          <w:rFonts w:ascii="Arial" w:hAnsi="Arial"/>
          <w:color w:val="5D7284"/>
          <w:sz w:val="22"/>
        </w:rPr>
        <w:t>1:43:27</w:t>
      </w:r>
    </w:p>
    <w:p>
      <w:pPr>
        <w:spacing w:after="0"/>
      </w:pPr>
      <w:r>
        <w:rPr>
          <w:rFonts w:ascii="Arial" w:hAnsi="Arial"/>
          <w:sz w:val="22"/>
        </w:rPr>
        <w:t>I don't know my mom's doing right so far. Hi mum!</w:t>
      </w:r>
    </w:p>
    <w:p>
      <w:pPr>
        <w:spacing w:after="0"/>
      </w:pPr>
    </w:p>
    <w:p>
      <w:pPr>
        <w:spacing w:after="0"/>
      </w:pPr>
      <w:r>
        <w:rPr>
          <w:rFonts w:ascii="Arial" w:hAnsi="Arial"/>
          <w:b/>
          <w:sz w:val="22"/>
        </w:rPr>
        <w:t xml:space="preserve">Daisy  </w:t>
      </w:r>
      <w:r>
        <w:rPr>
          <w:rFonts w:ascii="Arial" w:hAnsi="Arial"/>
          <w:color w:val="5D7284"/>
          <w:sz w:val="22"/>
        </w:rPr>
        <w:t>1:43:31</w:t>
      </w:r>
    </w:p>
    <w:p>
      <w:pPr>
        <w:spacing w:after="0"/>
      </w:pPr>
      <w:r>
        <w:rPr>
          <w:rFonts w:ascii="Arial" w:hAnsi="Arial"/>
          <w:sz w:val="22"/>
        </w:rPr>
        <w:t xml:space="preserve"> Are you planning on dying tragically young.</w:t>
      </w:r>
    </w:p>
    <w:p>
      <w:pPr>
        <w:spacing w:after="0"/>
      </w:pPr>
    </w:p>
    <w:p>
      <w:pPr>
        <w:spacing w:after="0"/>
      </w:pPr>
      <w:r>
        <w:rPr>
          <w:rFonts w:ascii="Arial" w:hAnsi="Arial"/>
          <w:b/>
          <w:sz w:val="22"/>
        </w:rPr>
        <w:t xml:space="preserve">Alice  </w:t>
      </w:r>
      <w:r>
        <w:rPr>
          <w:rFonts w:ascii="Arial" w:hAnsi="Arial"/>
          <w:color w:val="5D7284"/>
          <w:sz w:val="22"/>
        </w:rPr>
        <w:t>1:43:33</w:t>
      </w:r>
    </w:p>
    <w:p>
      <w:pPr>
        <w:spacing w:after="0"/>
      </w:pPr>
      <w:r>
        <w:rPr>
          <w:rFonts w:ascii="Arial" w:hAnsi="Arial"/>
          <w:sz w:val="22"/>
        </w:rPr>
        <w:t>I'm far too late for that nonsense. I'm older now. I am planning on dying tragically middle aged.</w:t>
      </w:r>
    </w:p>
    <w:p>
      <w:pPr>
        <w:spacing w:after="0"/>
      </w:pPr>
    </w:p>
    <w:p>
      <w:pPr>
        <w:spacing w:after="0"/>
      </w:pPr>
      <w:r>
        <w:rPr>
          <w:rFonts w:ascii="Arial" w:hAnsi="Arial"/>
          <w:b/>
          <w:sz w:val="22"/>
        </w:rPr>
        <w:t xml:space="preserve">Daisy  </w:t>
      </w:r>
      <w:r>
        <w:rPr>
          <w:rFonts w:ascii="Arial" w:hAnsi="Arial"/>
          <w:color w:val="5D7284"/>
          <w:sz w:val="22"/>
        </w:rPr>
        <w:t>1:43:41</w:t>
      </w:r>
    </w:p>
    <w:p>
      <w:pPr>
        <w:spacing w:after="0"/>
      </w:pPr>
      <w:r>
        <w:rPr>
          <w:rFonts w:ascii="Arial" w:hAnsi="Arial"/>
          <w:sz w:val="22"/>
        </w:rPr>
        <w:t xml:space="preserve"> Quite tragic but...</w:t>
      </w:r>
    </w:p>
    <w:p>
      <w:pPr>
        <w:spacing w:after="0"/>
      </w:pPr>
    </w:p>
    <w:p>
      <w:pPr>
        <w:spacing w:after="0"/>
      </w:pPr>
      <w:r>
        <w:rPr>
          <w:rFonts w:ascii="Arial" w:hAnsi="Arial"/>
          <w:b/>
          <w:sz w:val="22"/>
        </w:rPr>
        <w:t xml:space="preserve">Lucy  </w:t>
      </w:r>
      <w:r>
        <w:rPr>
          <w:rFonts w:ascii="Arial" w:hAnsi="Arial"/>
          <w:color w:val="5D7284"/>
          <w:sz w:val="22"/>
        </w:rPr>
        <w:t>1:43:45</w:t>
      </w:r>
    </w:p>
    <w:p>
      <w:pPr>
        <w:spacing w:after="0"/>
      </w:pPr>
      <w:r>
        <w:rPr>
          <w:rFonts w:ascii="Arial" w:hAnsi="Arial"/>
          <w:sz w:val="22"/>
        </w:rPr>
        <w:t>So..</w:t>
      </w:r>
    </w:p>
    <w:p>
      <w:pPr>
        <w:spacing w:after="0"/>
      </w:pPr>
    </w:p>
    <w:p>
      <w:pPr>
        <w:spacing w:after="0"/>
      </w:pPr>
      <w:r>
        <w:rPr>
          <w:rFonts w:ascii="Arial" w:hAnsi="Arial"/>
          <w:b/>
          <w:sz w:val="22"/>
        </w:rPr>
        <w:t xml:space="preserve">Daisy  </w:t>
      </w:r>
      <w:r>
        <w:rPr>
          <w:rFonts w:ascii="Arial" w:hAnsi="Arial"/>
          <w:color w:val="5D7284"/>
          <w:sz w:val="22"/>
        </w:rPr>
        <w:t>1:43:47</w:t>
      </w:r>
    </w:p>
    <w:p>
      <w:pPr>
        <w:spacing w:after="0"/>
      </w:pPr>
      <w:r>
        <w:rPr>
          <w:rFonts w:ascii="Arial" w:hAnsi="Arial"/>
          <w:sz w:val="22"/>
        </w:rPr>
        <w:t>Yeah, yeah. So she said that she always what she said about her work after her inevitable death. But she also used it to refer to like her children and stuff as well, but about her work. She said what I leave behind has a life of its own. Which is definitely true based on what we're hearing, so she was only 58 When she died. But just before she died, she had a African naming ceremony. She took on the name Gamba, which means warrior she who makes her meaning known.</w:t>
      </w:r>
    </w:p>
    <w:p>
      <w:pPr>
        <w:spacing w:after="0"/>
      </w:pPr>
    </w:p>
    <w:p>
      <w:pPr>
        <w:spacing w:after="0"/>
      </w:pPr>
      <w:r>
        <w:rPr>
          <w:rFonts w:ascii="Arial" w:hAnsi="Arial"/>
          <w:b/>
          <w:sz w:val="22"/>
        </w:rPr>
        <w:t xml:space="preserve">Lucy  </w:t>
      </w:r>
      <w:r>
        <w:rPr>
          <w:rFonts w:ascii="Arial" w:hAnsi="Arial"/>
          <w:color w:val="5D7284"/>
          <w:sz w:val="22"/>
        </w:rPr>
        <w:t>1:44:28</w:t>
      </w:r>
    </w:p>
    <w:p>
      <w:pPr>
        <w:spacing w:after="0"/>
      </w:pPr>
      <w:r>
        <w:rPr>
          <w:rFonts w:ascii="Arial" w:hAnsi="Arial"/>
          <w:sz w:val="22"/>
        </w:rPr>
        <w:t xml:space="preserve">Yeah. Yes. What a woman! </w:t>
      </w:r>
    </w:p>
    <w:p>
      <w:pPr>
        <w:spacing w:after="0"/>
      </w:pPr>
    </w:p>
    <w:p>
      <w:pPr>
        <w:spacing w:after="0"/>
      </w:pPr>
      <w:r>
        <w:rPr>
          <w:rFonts w:ascii="Arial" w:hAnsi="Arial"/>
          <w:b/>
          <w:sz w:val="22"/>
        </w:rPr>
        <w:t xml:space="preserve">Daisy  </w:t>
      </w:r>
      <w:r>
        <w:rPr>
          <w:rFonts w:ascii="Arial" w:hAnsi="Arial"/>
          <w:color w:val="5D7284"/>
          <w:sz w:val="22"/>
        </w:rPr>
        <w:t>1:44:32</w:t>
      </w:r>
    </w:p>
    <w:p>
      <w:pPr>
        <w:spacing w:after="0"/>
      </w:pPr>
      <w:r>
        <w:rPr>
          <w:rFonts w:ascii="Arial" w:hAnsi="Arial"/>
          <w:sz w:val="22"/>
        </w:rPr>
        <w:t xml:space="preserve">Incredibly on brand. </w:t>
      </w:r>
    </w:p>
    <w:p>
      <w:pPr>
        <w:spacing w:after="0"/>
      </w:pPr>
    </w:p>
    <w:p>
      <w:pPr>
        <w:spacing w:after="0"/>
      </w:pPr>
      <w:r>
        <w:rPr>
          <w:rFonts w:ascii="Arial" w:hAnsi="Arial"/>
          <w:b/>
          <w:sz w:val="22"/>
        </w:rPr>
        <w:t xml:space="preserve">Lucy  </w:t>
      </w:r>
      <w:r>
        <w:rPr>
          <w:rFonts w:ascii="Arial" w:hAnsi="Arial"/>
          <w:color w:val="5D7284"/>
          <w:sz w:val="22"/>
        </w:rPr>
        <w:t>1:44:33</w:t>
      </w:r>
    </w:p>
    <w:p>
      <w:pPr>
        <w:spacing w:after="0"/>
      </w:pPr>
      <w:r>
        <w:rPr>
          <w:rFonts w:ascii="Arial" w:hAnsi="Arial"/>
          <w:sz w:val="22"/>
        </w:rPr>
        <w:t>Yeah. Oh, isn't it just</w:t>
      </w:r>
    </w:p>
    <w:p>
      <w:pPr>
        <w:spacing w:after="0"/>
      </w:pPr>
    </w:p>
    <w:p>
      <w:pPr>
        <w:spacing w:after="0"/>
      </w:pPr>
      <w:r>
        <w:rPr>
          <w:rFonts w:ascii="Arial" w:hAnsi="Arial"/>
          <w:b/>
          <w:sz w:val="22"/>
        </w:rPr>
        <w:t xml:space="preserve">Alice  </w:t>
      </w:r>
      <w:r>
        <w:rPr>
          <w:rFonts w:ascii="Arial" w:hAnsi="Arial"/>
          <w:color w:val="5D7284"/>
          <w:sz w:val="22"/>
        </w:rPr>
        <w:t>1:44:36</w:t>
      </w:r>
    </w:p>
    <w:p>
      <w:pPr>
        <w:spacing w:after="0"/>
      </w:pPr>
      <w:r>
        <w:rPr>
          <w:rFonts w:ascii="Arial" w:hAnsi="Arial"/>
          <w:sz w:val="22"/>
        </w:rPr>
        <w:t xml:space="preserve"> Amazing.</w:t>
      </w:r>
    </w:p>
    <w:p>
      <w:pPr>
        <w:spacing w:after="0"/>
      </w:pPr>
    </w:p>
    <w:p>
      <w:pPr>
        <w:spacing w:after="0"/>
      </w:pPr>
      <w:r>
        <w:rPr>
          <w:rFonts w:ascii="Arial" w:hAnsi="Arial"/>
          <w:b/>
          <w:sz w:val="22"/>
        </w:rPr>
        <w:t xml:space="preserve">Lucy  </w:t>
      </w:r>
      <w:r>
        <w:rPr>
          <w:rFonts w:ascii="Arial" w:hAnsi="Arial"/>
          <w:color w:val="5D7284"/>
          <w:sz w:val="22"/>
        </w:rPr>
        <w:t>1:44:37</w:t>
      </w:r>
    </w:p>
    <w:p>
      <w:pPr>
        <w:spacing w:after="0"/>
      </w:pPr>
      <w:r>
        <w:rPr>
          <w:rFonts w:ascii="Arial" w:hAnsi="Arial"/>
          <w:sz w:val="22"/>
        </w:rPr>
        <w:t>Ya know, She is top of the dinner party list. Everybody else is parking the car.</w:t>
      </w:r>
    </w:p>
    <w:p>
      <w:pPr>
        <w:spacing w:after="0"/>
      </w:pPr>
    </w:p>
    <w:p>
      <w:pPr>
        <w:spacing w:after="0"/>
      </w:pPr>
      <w:r>
        <w:rPr>
          <w:rFonts w:ascii="Arial" w:hAnsi="Arial"/>
          <w:b/>
          <w:sz w:val="22"/>
        </w:rPr>
        <w:t xml:space="preserve">Daisy  </w:t>
      </w:r>
      <w:r>
        <w:rPr>
          <w:rFonts w:ascii="Arial" w:hAnsi="Arial"/>
          <w:color w:val="5D7284"/>
          <w:sz w:val="22"/>
        </w:rPr>
        <w:t>1:44:42</w:t>
      </w:r>
    </w:p>
    <w:p>
      <w:pPr>
        <w:spacing w:after="0"/>
      </w:pPr>
      <w:r>
        <w:rPr>
          <w:rFonts w:ascii="Arial" w:hAnsi="Arial"/>
          <w:sz w:val="22"/>
        </w:rPr>
        <w:t>Yeah, have to circle the block a few times. comes free. Yeah. Yeah. Wow.</w:t>
      </w:r>
    </w:p>
    <w:p>
      <w:pPr>
        <w:spacing w:after="0"/>
      </w:pPr>
    </w:p>
    <w:p>
      <w:pPr>
        <w:spacing w:after="0"/>
      </w:pPr>
      <w:r>
        <w:rPr>
          <w:rFonts w:ascii="Arial" w:hAnsi="Arial"/>
          <w:b/>
          <w:sz w:val="22"/>
        </w:rPr>
        <w:t xml:space="preserve">Lucy  </w:t>
      </w:r>
      <w:r>
        <w:rPr>
          <w:rFonts w:ascii="Arial" w:hAnsi="Arial"/>
          <w:color w:val="5D7284"/>
          <w:sz w:val="22"/>
        </w:rPr>
        <w:t>1:44:50</w:t>
      </w:r>
    </w:p>
    <w:p>
      <w:pPr>
        <w:spacing w:after="0"/>
      </w:pPr>
      <w:r>
        <w:rPr>
          <w:rFonts w:ascii="Arial" w:hAnsi="Arial"/>
          <w:sz w:val="22"/>
        </w:rPr>
        <w:t>Amazing.</w:t>
      </w:r>
    </w:p>
    <w:p>
      <w:pPr>
        <w:spacing w:after="0"/>
      </w:pPr>
    </w:p>
    <w:p>
      <w:pPr>
        <w:spacing w:after="0"/>
      </w:pPr>
      <w:r>
        <w:rPr>
          <w:rFonts w:ascii="Arial" w:hAnsi="Arial"/>
          <w:b/>
          <w:sz w:val="22"/>
        </w:rPr>
        <w:t xml:space="preserve">Alice  </w:t>
      </w:r>
      <w:r>
        <w:rPr>
          <w:rFonts w:ascii="Arial" w:hAnsi="Arial"/>
          <w:color w:val="5D7284"/>
          <w:sz w:val="22"/>
        </w:rPr>
        <w:t>1:44:52</w:t>
      </w:r>
    </w:p>
    <w:p>
      <w:pPr>
        <w:spacing w:after="0"/>
      </w:pPr>
      <w:r>
        <w:rPr>
          <w:rFonts w:ascii="Arial" w:hAnsi="Arial"/>
          <w:sz w:val="22"/>
        </w:rPr>
        <w:t>That was brilliant.</w:t>
      </w:r>
    </w:p>
    <w:p>
      <w:pPr>
        <w:spacing w:after="0"/>
      </w:pPr>
    </w:p>
    <w:p>
      <w:pPr>
        <w:spacing w:after="0"/>
      </w:pPr>
      <w:r>
        <w:rPr>
          <w:rFonts w:ascii="Arial" w:hAnsi="Arial"/>
          <w:b/>
          <w:sz w:val="22"/>
        </w:rPr>
        <w:t xml:space="preserve">Lucy  </w:t>
      </w:r>
      <w:r>
        <w:rPr>
          <w:rFonts w:ascii="Arial" w:hAnsi="Arial"/>
          <w:color w:val="5D7284"/>
          <w:sz w:val="22"/>
        </w:rPr>
        <w:t>1:44:53</w:t>
      </w:r>
    </w:p>
    <w:p>
      <w:pPr>
        <w:spacing w:after="0"/>
      </w:pPr>
      <w:r>
        <w:rPr>
          <w:rFonts w:ascii="Arial" w:hAnsi="Arial"/>
          <w:sz w:val="22"/>
        </w:rPr>
        <w:t xml:space="preserve">Thank you, Daisy. </w:t>
      </w:r>
    </w:p>
    <w:p>
      <w:pPr>
        <w:spacing w:after="0"/>
      </w:pPr>
    </w:p>
    <w:p>
      <w:pPr>
        <w:spacing w:after="0"/>
      </w:pPr>
      <w:r>
        <w:rPr>
          <w:rFonts w:ascii="Arial" w:hAnsi="Arial"/>
          <w:b/>
          <w:sz w:val="22"/>
        </w:rPr>
        <w:t xml:space="preserve">Daisy  </w:t>
      </w:r>
      <w:r>
        <w:rPr>
          <w:rFonts w:ascii="Arial" w:hAnsi="Arial"/>
          <w:color w:val="5D7284"/>
          <w:sz w:val="22"/>
        </w:rPr>
        <w:t>1:44:57</w:t>
      </w:r>
    </w:p>
    <w:p>
      <w:pPr>
        <w:spacing w:after="0"/>
      </w:pPr>
      <w:r>
        <w:rPr>
          <w:rFonts w:ascii="Arial" w:hAnsi="Arial"/>
          <w:sz w:val="22"/>
        </w:rPr>
        <w:t>That's my job.</w:t>
      </w:r>
    </w:p>
    <w:p>
      <w:pPr>
        <w:spacing w:after="0"/>
      </w:pPr>
    </w:p>
    <w:p>
      <w:pPr>
        <w:spacing w:after="0"/>
      </w:pPr>
      <w:r>
        <w:rPr>
          <w:rFonts w:ascii="Arial" w:hAnsi="Arial"/>
          <w:b/>
          <w:sz w:val="22"/>
        </w:rPr>
        <w:t xml:space="preserve">Alice  </w:t>
      </w:r>
      <w:r>
        <w:rPr>
          <w:rFonts w:ascii="Arial" w:hAnsi="Arial"/>
          <w:color w:val="5D7284"/>
          <w:sz w:val="22"/>
        </w:rPr>
        <w:t>1:44:59</w:t>
      </w:r>
    </w:p>
    <w:p>
      <w:pPr>
        <w:spacing w:after="0"/>
      </w:pPr>
      <w:r>
        <w:rPr>
          <w:rFonts w:ascii="Arial" w:hAnsi="Arial"/>
          <w:sz w:val="22"/>
        </w:rPr>
        <w:t>And Thank you Audre for being such a badassand kicking off our pride month celebrations. Because yeah, I think I'd be pretty proud of that.</w:t>
      </w:r>
    </w:p>
    <w:p>
      <w:pPr>
        <w:spacing w:after="0"/>
      </w:pPr>
    </w:p>
    <w:p>
      <w:pPr>
        <w:spacing w:after="0"/>
      </w:pPr>
      <w:r>
        <w:rPr>
          <w:rFonts w:ascii="Arial" w:hAnsi="Arial"/>
          <w:b/>
          <w:sz w:val="22"/>
        </w:rPr>
        <w:t xml:space="preserve">Lucy  </w:t>
      </w:r>
      <w:r>
        <w:rPr>
          <w:rFonts w:ascii="Arial" w:hAnsi="Arial"/>
          <w:color w:val="5D7284"/>
          <w:sz w:val="22"/>
        </w:rPr>
        <w:t>1:45:11</w:t>
      </w:r>
    </w:p>
    <w:p>
      <w:pPr>
        <w:spacing w:after="0"/>
      </w:pPr>
      <w:r>
        <w:rPr>
          <w:rFonts w:ascii="Arial" w:hAnsi="Arial"/>
          <w:sz w:val="22"/>
        </w:rPr>
        <w:t>Yeah. I feel all fired up. Thanks, Daisy. (Daisy) That is quite alright. We shall see you again next time, won't we? (Alice) Yeah, (Daisy) yes.</w:t>
      </w:r>
    </w:p>
    <w:p>
      <w:pPr>
        <w:spacing w:after="0"/>
      </w:pPr>
    </w:p>
    <w:p>
      <w:pPr>
        <w:spacing w:after="0"/>
      </w:pPr>
      <w:r>
        <w:rPr>
          <w:rFonts w:ascii="Arial" w:hAnsi="Arial"/>
          <w:b/>
          <w:sz w:val="22"/>
        </w:rPr>
        <w:t xml:space="preserve">Daisy  </w:t>
      </w:r>
      <w:r>
        <w:rPr>
          <w:rFonts w:ascii="Arial" w:hAnsi="Arial"/>
          <w:color w:val="5D7284"/>
          <w:sz w:val="22"/>
        </w:rPr>
        <w:t>1:45:21</w:t>
      </w:r>
    </w:p>
    <w:p>
      <w:pPr>
        <w:spacing w:after="0"/>
      </w:pPr>
      <w:r>
        <w:rPr>
          <w:rFonts w:ascii="Arial" w:hAnsi="Arial"/>
          <w:sz w:val="22"/>
        </w:rPr>
        <w:t>Unless you know. I do too appalling. In the meantime, and you don't invite me back.</w:t>
      </w:r>
    </w:p>
    <w:p>
      <w:pPr>
        <w:spacing w:after="0"/>
      </w:pPr>
    </w:p>
    <w:p>
      <w:pPr>
        <w:spacing w:after="0"/>
      </w:pPr>
      <w:r>
        <w:rPr>
          <w:rFonts w:ascii="Arial" w:hAnsi="Arial"/>
          <w:b/>
          <w:sz w:val="22"/>
        </w:rPr>
        <w:t xml:space="preserve">Lucy  </w:t>
      </w:r>
      <w:r>
        <w:rPr>
          <w:rFonts w:ascii="Arial" w:hAnsi="Arial"/>
          <w:color w:val="5D7284"/>
          <w:sz w:val="22"/>
        </w:rPr>
        <w:t>1:45:27</w:t>
      </w:r>
    </w:p>
    <w:p>
      <w:pPr>
        <w:spacing w:after="0"/>
      </w:pPr>
      <w:r>
        <w:rPr>
          <w:rFonts w:ascii="Arial" w:hAnsi="Arial"/>
          <w:sz w:val="22"/>
        </w:rPr>
        <w:t>Why don't think that will be possible. I think we just invite you back anyway. Thanks so much, Daisy. We shall see you next time.</w:t>
      </w:r>
    </w:p>
    <w:p>
      <w:pPr>
        <w:spacing w:after="0"/>
      </w:pPr>
    </w:p>
    <w:p>
      <w:pPr>
        <w:spacing w:after="0"/>
      </w:pPr>
      <w:r>
        <w:rPr>
          <w:rFonts w:ascii="Arial" w:hAnsi="Arial"/>
          <w:b/>
          <w:sz w:val="22"/>
        </w:rPr>
        <w:t xml:space="preserve">Alice  </w:t>
      </w:r>
      <w:r>
        <w:rPr>
          <w:rFonts w:ascii="Arial" w:hAnsi="Arial"/>
          <w:color w:val="5D7284"/>
          <w:sz w:val="22"/>
        </w:rPr>
        <w:t>1:45:37</w:t>
      </w:r>
    </w:p>
    <w:p>
      <w:pPr>
        <w:spacing w:after="0"/>
      </w:pPr>
      <w:r>
        <w:rPr>
          <w:rFonts w:ascii="Arial" w:hAnsi="Arial"/>
          <w:sz w:val="22"/>
        </w:rPr>
        <w:t>Bye everyone. (lucy) Bye. Thanks for listening to the lABLEd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1:45:51</w:t>
      </w:r>
    </w:p>
    <w:p>
      <w:pPr>
        <w:spacing w:after="0"/>
      </w:pPr>
      <w:r>
        <w:rPr>
          <w:rFonts w:ascii="Arial" w:hAnsi="Arial"/>
          <w:sz w:val="22"/>
        </w:rPr>
        <w:t>This episode was edited by Adam Hull, themusic was by Maisie Cundon.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