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fABLEd Ep 4 Jane Eyre</w:t>
      </w:r>
    </w:p>
    <w:p>
      <w:r>
        <w:rPr>
          <w:rFonts w:ascii="Arial" w:hAnsi="Arial"/>
          <w:color w:val="4F6880"/>
          <w:sz w:val="22"/>
        </w:rPr>
        <w:t>Mon, 6/27 6:01PM • 1:08:45</w:t>
      </w:r>
    </w:p>
    <w:p>
      <w:pPr>
        <w:spacing w:before="440" w:after="0"/>
      </w:pPr>
      <w:r>
        <w:rPr>
          <w:rFonts w:ascii="Arial" w:hAnsi="Arial"/>
          <w:b/>
          <w:color w:val="4F6880"/>
          <w:sz w:val="22"/>
        </w:rPr>
        <w:t>SUMMARY KEYWORDS</w:t>
      </w:r>
    </w:p>
    <w:p>
      <w:r>
        <w:rPr>
          <w:rFonts w:ascii="Arial" w:hAnsi="Arial"/>
          <w:color w:val="4F6880"/>
          <w:sz w:val="22"/>
        </w:rPr>
        <w:t>lucy, bertha, rochester, people, alice, jane, book, bit, jane eyre, disability, episode, disabled, laughs, attic, person, read, describes, talking, woman, blind</w:t>
      </w:r>
    </w:p>
    <w:p>
      <w:pPr>
        <w:spacing w:before="440" w:after="0"/>
      </w:pPr>
      <w:r>
        <w:rPr>
          <w:rFonts w:ascii="Arial" w:hAnsi="Arial"/>
          <w:b/>
          <w:color w:val="4F6880"/>
          <w:sz w:val="22"/>
        </w:rPr>
        <w:t>SPEAKERS</w:t>
      </w:r>
    </w:p>
    <w:p>
      <w:r>
        <w:rPr>
          <w:rFonts w:ascii="Arial" w:hAnsi="Arial"/>
          <w:color w:val="4F6880"/>
          <w:sz w:val="22"/>
        </w:rPr>
        <w:t>Theme Tune,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Though I might not fit in socially. I'm so much more than what you see, we all live our lives differently. Kaleidoscope identity cos this is whoI'm meant to be. I'm just labelled me. I'm just labelled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00:46</w:t>
      </w:r>
    </w:p>
    <w:p>
      <w:pPr>
        <w:spacing w:after="0"/>
      </w:pPr>
      <w:r>
        <w:rPr>
          <w:rFonts w:ascii="Arial" w:hAnsi="Arial"/>
          <w:sz w:val="22"/>
        </w:rPr>
        <w:t xml:space="preserve">Hi, everyone, and welcome to another episode of The lABLEd Podcast. I'm here with Alice today, we're gonna do a fabled episode, aren't we? </w:t>
      </w:r>
    </w:p>
    <w:p>
      <w:pPr>
        <w:spacing w:after="0"/>
      </w:pPr>
    </w:p>
    <w:p>
      <w:pPr>
        <w:spacing w:after="0"/>
      </w:pPr>
      <w:r>
        <w:rPr>
          <w:rFonts w:ascii="Arial" w:hAnsi="Arial"/>
          <w:b/>
          <w:sz w:val="22"/>
        </w:rPr>
        <w:t xml:space="preserve">Alice  </w:t>
      </w:r>
      <w:r>
        <w:rPr>
          <w:rFonts w:ascii="Arial" w:hAnsi="Arial"/>
          <w:color w:val="5D7284"/>
          <w:sz w:val="22"/>
        </w:rPr>
        <w:t>00:56</w:t>
      </w:r>
    </w:p>
    <w:p>
      <w:pPr>
        <w:spacing w:after="0"/>
      </w:pPr>
      <w:r>
        <w:rPr>
          <w:rFonts w:ascii="Arial" w:hAnsi="Arial"/>
          <w:sz w:val="22"/>
        </w:rPr>
        <w:t>We...? Yes, we are Lucy we are going to do a fabled episode. Which if you guys haven't heard before, those are our episodes where we talk about characters from fiction and art who have disabilities.</w:t>
      </w:r>
    </w:p>
    <w:p>
      <w:pPr>
        <w:spacing w:after="0"/>
      </w:pPr>
    </w:p>
    <w:p>
      <w:pPr>
        <w:spacing w:after="0"/>
      </w:pPr>
      <w:r>
        <w:rPr>
          <w:rFonts w:ascii="Arial" w:hAnsi="Arial"/>
          <w:b/>
          <w:sz w:val="22"/>
        </w:rPr>
        <w:t xml:space="preserve">Lucy  </w:t>
      </w:r>
      <w:r>
        <w:rPr>
          <w:rFonts w:ascii="Arial" w:hAnsi="Arial"/>
          <w:color w:val="5D7284"/>
          <w:sz w:val="22"/>
        </w:rPr>
        <w:t>01:13</w:t>
      </w:r>
    </w:p>
    <w:p>
      <w:pPr>
        <w:spacing w:after="0"/>
      </w:pPr>
      <w:r>
        <w:rPr>
          <w:rFonts w:ascii="Arial" w:hAnsi="Arial"/>
          <w:sz w:val="22"/>
        </w:rPr>
        <w:t>Very new these episodes but are very enjoyable aren't they?. (Alice) Yeah we love them. They take up a lot of our research time, as everything with this podcast takes a lot of our time. But we are they are fascinating.</w:t>
      </w:r>
    </w:p>
    <w:p>
      <w:pPr>
        <w:spacing w:after="0"/>
      </w:pPr>
    </w:p>
    <w:p>
      <w:pPr>
        <w:spacing w:after="0"/>
      </w:pPr>
      <w:r>
        <w:rPr>
          <w:rFonts w:ascii="Arial" w:hAnsi="Arial"/>
          <w:b/>
          <w:sz w:val="22"/>
        </w:rPr>
        <w:t xml:space="preserve">Alice  </w:t>
      </w:r>
      <w:r>
        <w:rPr>
          <w:rFonts w:ascii="Arial" w:hAnsi="Arial"/>
          <w:color w:val="5D7284"/>
          <w:sz w:val="22"/>
        </w:rPr>
        <w:t>01:27</w:t>
      </w:r>
    </w:p>
    <w:p>
      <w:pPr>
        <w:spacing w:after="0"/>
      </w:pPr>
      <w:r>
        <w:rPr>
          <w:rFonts w:ascii="Arial" w:hAnsi="Arial"/>
          <w:sz w:val="22"/>
        </w:rPr>
        <w:t>Yeah, we really love them and it would be really great. If you guys are enjoying them. If you can, like, let us know, you can leave reviews on specific episodes on Apple podcasts. Or like, you know, just hit us up on social media, like on our Facebook group would be really cool to hear what you guys think. Because, like, we love them. But if you guys think they are shit, then like, I don't know, we'll probably still do them. We just won't press record.</w:t>
      </w:r>
    </w:p>
    <w:p>
      <w:pPr>
        <w:spacing w:after="0"/>
      </w:pPr>
    </w:p>
    <w:p>
      <w:pPr>
        <w:spacing w:after="0"/>
      </w:pPr>
      <w:r>
        <w:rPr>
          <w:rFonts w:ascii="Arial" w:hAnsi="Arial"/>
          <w:b/>
          <w:sz w:val="22"/>
        </w:rPr>
        <w:t xml:space="preserve">Lucy  </w:t>
      </w:r>
      <w:r>
        <w:rPr>
          <w:rFonts w:ascii="Arial" w:hAnsi="Arial"/>
          <w:color w:val="5D7284"/>
          <w:sz w:val="22"/>
        </w:rPr>
        <w:t>01:53</w:t>
      </w:r>
    </w:p>
    <w:p>
      <w:pPr>
        <w:spacing w:after="0"/>
      </w:pPr>
      <w:r>
        <w:rPr>
          <w:rFonts w:ascii="Arial" w:hAnsi="Arial"/>
          <w:sz w:val="22"/>
        </w:rPr>
        <w:t>Well, it's just good to have a ball. And also, if you've got any ideas for, you know, people in fiction or on the television or in film that you think might be a good candidate for these episodes, and let us know because we like talking about things that our listeners like to hear. So...(Alice) yeah. Yeah, let us know. So Alice, what or who are we focusing on today?</w:t>
      </w:r>
    </w:p>
    <w:p>
      <w:pPr>
        <w:spacing w:after="0"/>
      </w:pPr>
    </w:p>
    <w:p>
      <w:pPr>
        <w:spacing w:after="0"/>
      </w:pPr>
      <w:r>
        <w:rPr>
          <w:rFonts w:ascii="Arial" w:hAnsi="Arial"/>
          <w:b/>
          <w:sz w:val="22"/>
        </w:rPr>
        <w:t xml:space="preserve">Alice  </w:t>
      </w:r>
      <w:r>
        <w:rPr>
          <w:rFonts w:ascii="Arial" w:hAnsi="Arial"/>
          <w:color w:val="5D7284"/>
          <w:sz w:val="22"/>
        </w:rPr>
        <w:t>02:21</w:t>
      </w:r>
    </w:p>
    <w:p>
      <w:pPr>
        <w:spacing w:after="0"/>
      </w:pPr>
      <w:r>
        <w:rPr>
          <w:rFonts w:ascii="Arial" w:hAnsi="Arial"/>
          <w:sz w:val="22"/>
        </w:rPr>
        <w:t>So it is a bit more than just a who that we're doing today. I am a big fan of Victorian literature always. Like everybody knows I love me a book. So I've decided that this week, I'm going to tell you guys about disability in Jane Eyre. Which I know from a conversation that Lucy and I had last week, Lucy has not read or even seen a film version or anything of, so..</w:t>
      </w:r>
    </w:p>
    <w:p>
      <w:pPr>
        <w:spacing w:after="0"/>
      </w:pPr>
    </w:p>
    <w:p>
      <w:pPr>
        <w:spacing w:after="0"/>
      </w:pPr>
      <w:r>
        <w:rPr>
          <w:rFonts w:ascii="Arial" w:hAnsi="Arial"/>
          <w:b/>
          <w:sz w:val="22"/>
        </w:rPr>
        <w:t xml:space="preserve">Lucy  </w:t>
      </w:r>
      <w:r>
        <w:rPr>
          <w:rFonts w:ascii="Arial" w:hAnsi="Arial"/>
          <w:color w:val="5D7284"/>
          <w:sz w:val="22"/>
        </w:rPr>
        <w:t>02:51</w:t>
      </w:r>
    </w:p>
    <w:p>
      <w:pPr>
        <w:spacing w:after="0"/>
      </w:pPr>
      <w:r>
        <w:rPr>
          <w:rFonts w:ascii="Arial" w:hAnsi="Arial"/>
          <w:sz w:val="22"/>
        </w:rPr>
        <w:t>I know nothing of Jane Eyre. And when I told Alice this, she said, don't look at anything before we started recording this episode. So I haven't.</w:t>
      </w:r>
    </w:p>
    <w:p>
      <w:pPr>
        <w:spacing w:after="0"/>
      </w:pPr>
    </w:p>
    <w:p>
      <w:pPr>
        <w:spacing w:after="0"/>
      </w:pPr>
      <w:r>
        <w:rPr>
          <w:rFonts w:ascii="Arial" w:hAnsi="Arial"/>
          <w:b/>
          <w:sz w:val="22"/>
        </w:rPr>
        <w:t xml:space="preserve">Alice  </w:t>
      </w:r>
      <w:r>
        <w:rPr>
          <w:rFonts w:ascii="Arial" w:hAnsi="Arial"/>
          <w:color w:val="5D7284"/>
          <w:sz w:val="22"/>
        </w:rPr>
        <w:t>03:00</w:t>
      </w:r>
    </w:p>
    <w:p>
      <w:pPr>
        <w:spacing w:after="0"/>
      </w:pPr>
      <w:r>
        <w:rPr>
          <w:rFonts w:ascii="Arial" w:hAnsi="Arial"/>
          <w:sz w:val="22"/>
        </w:rPr>
        <w:t>I have since thought that perhaps this episode might put you off. (Lucy)  Okay. But I think you I would highly recommend there is a really good BBC version with Ruth Wilson, who is just brilliant in everything that I would definitely recommend for people to watch that. I think you should watch it even if you are shocked and appalled by the end of this. Is it sad? Jane Eyre, um, there's a pretty sad bit reasonably early on. (Lucy) Okay. But it's not like it's not got a particular trait. It's not Tess of the d' Urbervilles (Lucy) Yeah, it's not a proper heartbreaking ending. Yeah, it's a love story.</w:t>
      </w:r>
    </w:p>
    <w:p>
      <w:pPr>
        <w:spacing w:after="0"/>
      </w:pPr>
    </w:p>
    <w:p>
      <w:pPr>
        <w:spacing w:after="0"/>
      </w:pPr>
      <w:r>
        <w:rPr>
          <w:rFonts w:ascii="Arial" w:hAnsi="Arial"/>
          <w:b/>
          <w:sz w:val="22"/>
        </w:rPr>
        <w:t xml:space="preserve">Lucy  </w:t>
      </w:r>
      <w:r>
        <w:rPr>
          <w:rFonts w:ascii="Arial" w:hAnsi="Arial"/>
          <w:color w:val="5D7284"/>
          <w:sz w:val="22"/>
        </w:rPr>
        <w:t>03:47</w:t>
      </w:r>
    </w:p>
    <w:p>
      <w:pPr>
        <w:spacing w:after="0"/>
      </w:pPr>
      <w:r>
        <w:rPr>
          <w:rFonts w:ascii="Arial" w:hAnsi="Arial"/>
          <w:sz w:val="22"/>
        </w:rPr>
        <w:t>Okay. All right. (Alice) Okay. Yeah, let's go.</w:t>
      </w:r>
    </w:p>
    <w:p>
      <w:pPr>
        <w:spacing w:after="0"/>
      </w:pPr>
    </w:p>
    <w:p>
      <w:pPr>
        <w:spacing w:after="0"/>
      </w:pPr>
      <w:r>
        <w:rPr>
          <w:rFonts w:ascii="Arial" w:hAnsi="Arial"/>
          <w:b/>
          <w:sz w:val="22"/>
        </w:rPr>
        <w:t xml:space="preserve">Alice  </w:t>
      </w:r>
      <w:r>
        <w:rPr>
          <w:rFonts w:ascii="Arial" w:hAnsi="Arial"/>
          <w:color w:val="5D7284"/>
          <w:sz w:val="22"/>
        </w:rPr>
        <w:t>03:51</w:t>
      </w:r>
    </w:p>
    <w:p>
      <w:pPr>
        <w:spacing w:after="0"/>
      </w:pPr>
      <w:r>
        <w:rPr>
          <w:rFonts w:ascii="Arial" w:hAnsi="Arial"/>
          <w:sz w:val="22"/>
        </w:rPr>
        <w:t>Okay, so Jane Eyre is a Victorian novel by Charlotte Bronte. I meant to look up the date it was published. I think it was eight teen ninety something but that it was eighteen something but that's like a full 100 years to pick from so. Yeah, it is the story told by the main character Jane, who is a poor, plain girl who eventually begins working at Thornfield Hall, which is grand house of Edward Rochester, a broodingly. handsome, rich, kind of charismatic gentleman.</w:t>
      </w:r>
    </w:p>
    <w:p>
      <w:pPr>
        <w:spacing w:after="0"/>
      </w:pPr>
    </w:p>
    <w:p>
      <w:pPr>
        <w:spacing w:after="0"/>
      </w:pPr>
      <w:r>
        <w:rPr>
          <w:rFonts w:ascii="Arial" w:hAnsi="Arial"/>
          <w:b/>
          <w:sz w:val="22"/>
        </w:rPr>
        <w:t xml:space="preserve">Lucy  </w:t>
      </w:r>
      <w:r>
        <w:rPr>
          <w:rFonts w:ascii="Arial" w:hAnsi="Arial"/>
          <w:color w:val="5D7284"/>
          <w:sz w:val="22"/>
        </w:rPr>
        <w:t>04:34</w:t>
      </w:r>
    </w:p>
    <w:p>
      <w:pPr>
        <w:spacing w:after="0"/>
      </w:pPr>
      <w:r>
        <w:rPr>
          <w:rFonts w:ascii="Arial" w:hAnsi="Arial"/>
          <w:sz w:val="22"/>
        </w:rPr>
        <w:t>The Colin Firth of the piece.</w:t>
      </w:r>
    </w:p>
    <w:p>
      <w:pPr>
        <w:spacing w:after="0"/>
      </w:pPr>
    </w:p>
    <w:p>
      <w:pPr>
        <w:spacing w:after="0"/>
      </w:pPr>
      <w:r>
        <w:rPr>
          <w:rFonts w:ascii="Arial" w:hAnsi="Arial"/>
          <w:b/>
          <w:sz w:val="22"/>
        </w:rPr>
        <w:t xml:space="preserve">Alice  </w:t>
      </w:r>
      <w:r>
        <w:rPr>
          <w:rFonts w:ascii="Arial" w:hAnsi="Arial"/>
          <w:color w:val="5D7284"/>
          <w:sz w:val="22"/>
        </w:rPr>
        <w:t>04:36</w:t>
      </w:r>
    </w:p>
    <w:p>
      <w:pPr>
        <w:spacing w:after="0"/>
      </w:pPr>
      <w:r>
        <w:rPr>
          <w:rFonts w:ascii="Arial" w:hAnsi="Arial"/>
          <w:sz w:val="22"/>
        </w:rPr>
        <w:t>Yeah , yeah, he's not played by Colin Firth. I can't remember who plays him in the Ruth Wilson version.</w:t>
      </w:r>
    </w:p>
    <w:p>
      <w:pPr>
        <w:spacing w:after="0"/>
      </w:pPr>
    </w:p>
    <w:p>
      <w:pPr>
        <w:spacing w:after="0"/>
      </w:pPr>
      <w:r>
        <w:rPr>
          <w:rFonts w:ascii="Arial" w:hAnsi="Arial"/>
          <w:b/>
          <w:sz w:val="22"/>
        </w:rPr>
        <w:t xml:space="preserve">Lucy  </w:t>
      </w:r>
      <w:r>
        <w:rPr>
          <w:rFonts w:ascii="Arial" w:hAnsi="Arial"/>
          <w:color w:val="5D7284"/>
          <w:sz w:val="22"/>
        </w:rPr>
        <w:t>04:42</w:t>
      </w:r>
    </w:p>
    <w:p>
      <w:pPr>
        <w:spacing w:after="0"/>
      </w:pPr>
      <w:r>
        <w:rPr>
          <w:rFonts w:ascii="Arial" w:hAnsi="Arial"/>
          <w:sz w:val="22"/>
        </w:rPr>
        <w:t xml:space="preserve"> But I can imagine in my head that that's what he looks a bit like.</w:t>
      </w:r>
    </w:p>
    <w:p>
      <w:pPr>
        <w:spacing w:after="0"/>
      </w:pPr>
    </w:p>
    <w:p>
      <w:pPr>
        <w:spacing w:after="0"/>
      </w:pPr>
      <w:r>
        <w:rPr>
          <w:rFonts w:ascii="Arial" w:hAnsi="Arial"/>
          <w:b/>
          <w:sz w:val="22"/>
        </w:rPr>
        <w:t xml:space="preserve">Alice  </w:t>
      </w:r>
      <w:r>
        <w:rPr>
          <w:rFonts w:ascii="Arial" w:hAnsi="Arial"/>
          <w:color w:val="5D7284"/>
          <w:sz w:val="22"/>
        </w:rPr>
        <w:t>04:46</w:t>
      </w:r>
    </w:p>
    <w:p>
      <w:pPr>
        <w:spacing w:after="0"/>
      </w:pPr>
      <w:r>
        <w:rPr>
          <w:rFonts w:ascii="Arial" w:hAnsi="Arial"/>
          <w:sz w:val="22"/>
        </w:rPr>
        <w:t>Yeah, he's like, dark, mysterious brooding type, rather than sort of, classically kind of handsome. (Lucy) Okay. So I'll skim over the story a little bit, Jane's got quite a sad and such shitty staff start to her life. She's an orphan. She's very poor. She does a whole thing with like being abused in the orphanage that she's at and people having tuberculosis and it's all like sad. She eventually gets this job working as a governess for Rochester's ward Adele, who is the illegitimate daughter of Russia sister's dead French mistress. (Lucy) Right. So, while she's living at Thornfield, Jane started to fall in love with Rochester. And they're all set to get married until on their wedding day. Spoiler alerts everybody here by the way, on their wedding day, it's revealed that Rochester is already married.  (Lucy gasps in shock)</w:t>
      </w:r>
    </w:p>
    <w:p>
      <w:pPr>
        <w:spacing w:after="0"/>
      </w:pPr>
    </w:p>
    <w:p>
      <w:pPr>
        <w:spacing w:after="0"/>
      </w:pPr>
      <w:r>
        <w:rPr>
          <w:rFonts w:ascii="Arial" w:hAnsi="Arial"/>
          <w:b/>
          <w:sz w:val="22"/>
        </w:rPr>
        <w:t xml:space="preserve">Lucy  </w:t>
      </w:r>
      <w:r>
        <w:rPr>
          <w:rFonts w:ascii="Arial" w:hAnsi="Arial"/>
          <w:color w:val="5D7284"/>
          <w:sz w:val="22"/>
        </w:rPr>
        <w:t>05:56</w:t>
      </w:r>
    </w:p>
    <w:p>
      <w:pPr>
        <w:spacing w:after="0"/>
      </w:pPr>
      <w:r>
        <w:rPr>
          <w:rFonts w:ascii="Arial" w:hAnsi="Arial"/>
          <w:sz w:val="22"/>
        </w:rPr>
        <w:t>Yeah, was that a appropriate noise.</w:t>
      </w:r>
    </w:p>
    <w:p>
      <w:pPr>
        <w:spacing w:after="0"/>
      </w:pPr>
    </w:p>
    <w:p>
      <w:pPr>
        <w:spacing w:after="0"/>
      </w:pPr>
      <w:r>
        <w:rPr>
          <w:rFonts w:ascii="Arial" w:hAnsi="Arial"/>
          <w:b/>
          <w:sz w:val="22"/>
        </w:rPr>
        <w:t xml:space="preserve">Alice  </w:t>
      </w:r>
      <w:r>
        <w:rPr>
          <w:rFonts w:ascii="Arial" w:hAnsi="Arial"/>
          <w:color w:val="5D7284"/>
          <w:sz w:val="22"/>
        </w:rPr>
        <w:t>05:57</w:t>
      </w:r>
    </w:p>
    <w:p>
      <w:pPr>
        <w:spacing w:after="0"/>
      </w:pPr>
      <w:r>
        <w:rPr>
          <w:rFonts w:ascii="Arial" w:hAnsi="Arial"/>
          <w:sz w:val="22"/>
        </w:rPr>
        <w:t>Yeah that was it was a very appropriate one. (Lucy laughs) So yeah, he's already married to a quote unquote mad woman named Bertha. (Lucy) Right. Who has been locked up in his attic for years. (Lucy) Right, right. So after that's discovered, Jane leaves Thornfield she's like proper heartbroken and humiliated. There's like this whole, like, wandering aimlessly and devastated bit. (Lucy) In the rain like crying. She winds up living with this funny little family where there's like a brother and some sisters who are about to inherit money from, like, this estranged uncle. And then in classic kind of Victorian literature, there's like a weird, coincident twist is sort of circumstances. Anyway, so like a bunch of stuff happens. And afterwards, she goes back to Thornfield to sort of see what's going on. And she found... (Lucy) What makes her go back?</w:t>
      </w:r>
    </w:p>
    <w:p>
      <w:pPr>
        <w:spacing w:after="0"/>
      </w:pPr>
    </w:p>
    <w:p>
      <w:pPr>
        <w:spacing w:after="0"/>
      </w:pPr>
      <w:r>
        <w:rPr>
          <w:rFonts w:ascii="Arial" w:hAnsi="Arial"/>
          <w:b/>
          <w:sz w:val="22"/>
        </w:rPr>
        <w:t xml:space="preserve">Lucy  </w:t>
      </w:r>
      <w:r>
        <w:rPr>
          <w:rFonts w:ascii="Arial" w:hAnsi="Arial"/>
          <w:color w:val="5D7284"/>
          <w:sz w:val="22"/>
        </w:rPr>
        <w:t>07:03</w:t>
      </w:r>
    </w:p>
    <w:p>
      <w:pPr>
        <w:spacing w:after="0"/>
      </w:pPr>
      <w:r>
        <w:rPr>
          <w:rFonts w:ascii="Arial" w:hAnsi="Arial"/>
          <w:sz w:val="22"/>
        </w:rPr>
        <w:t>Is there a reason why she goes back or is she just like,I'm bored of this?</w:t>
      </w:r>
    </w:p>
    <w:p>
      <w:pPr>
        <w:spacing w:after="0"/>
      </w:pPr>
    </w:p>
    <w:p>
      <w:pPr>
        <w:spacing w:after="0"/>
      </w:pPr>
      <w:r>
        <w:rPr>
          <w:rFonts w:ascii="Arial" w:hAnsi="Arial"/>
          <w:b/>
          <w:sz w:val="22"/>
        </w:rPr>
        <w:t xml:space="preserve">Alice  </w:t>
      </w:r>
      <w:r>
        <w:rPr>
          <w:rFonts w:ascii="Arial" w:hAnsi="Arial"/>
          <w:color w:val="5D7284"/>
          <w:sz w:val="22"/>
        </w:rPr>
        <w:t>07:06</w:t>
      </w:r>
    </w:p>
    <w:p>
      <w:pPr>
        <w:spacing w:after="0"/>
      </w:pPr>
      <w:r>
        <w:rPr>
          <w:rFonts w:ascii="Arial" w:hAnsi="Arial"/>
          <w:sz w:val="22"/>
        </w:rPr>
        <w:t>She gets a letter.</w:t>
      </w:r>
    </w:p>
    <w:p>
      <w:pPr>
        <w:spacing w:after="0"/>
      </w:pPr>
    </w:p>
    <w:p>
      <w:pPr>
        <w:spacing w:after="0"/>
      </w:pPr>
      <w:r>
        <w:rPr>
          <w:rFonts w:ascii="Arial" w:hAnsi="Arial"/>
          <w:b/>
          <w:sz w:val="22"/>
        </w:rPr>
        <w:t xml:space="preserve">Lucy  </w:t>
      </w:r>
      <w:r>
        <w:rPr>
          <w:rFonts w:ascii="Arial" w:hAnsi="Arial"/>
          <w:color w:val="5D7284"/>
          <w:sz w:val="22"/>
        </w:rPr>
        <w:t>07:09</w:t>
      </w:r>
    </w:p>
    <w:p>
      <w:pPr>
        <w:spacing w:after="0"/>
      </w:pPr>
      <w:r>
        <w:rPr>
          <w:rFonts w:ascii="Arial" w:hAnsi="Arial"/>
          <w:sz w:val="22"/>
        </w:rPr>
        <w:t>Okay. From from the beginning, the bloke/</w:t>
      </w:r>
    </w:p>
    <w:p>
      <w:pPr>
        <w:spacing w:after="0"/>
      </w:pPr>
    </w:p>
    <w:p>
      <w:pPr>
        <w:spacing w:after="0"/>
      </w:pPr>
      <w:r>
        <w:rPr>
          <w:rFonts w:ascii="Arial" w:hAnsi="Arial"/>
          <w:b/>
          <w:sz w:val="22"/>
        </w:rPr>
        <w:t xml:space="preserve">Alice  </w:t>
      </w:r>
      <w:r>
        <w:rPr>
          <w:rFonts w:ascii="Arial" w:hAnsi="Arial"/>
          <w:color w:val="5D7284"/>
          <w:sz w:val="22"/>
        </w:rPr>
        <w:t>07:13</w:t>
      </w:r>
    </w:p>
    <w:p>
      <w:pPr>
        <w:spacing w:after="0"/>
      </w:pPr>
      <w:r>
        <w:rPr>
          <w:rFonts w:ascii="Arial" w:hAnsi="Arial"/>
          <w:sz w:val="22"/>
        </w:rPr>
        <w:t>No not from Rochester. I don't think from someone like in the household or in the village, I believe, or she basically she hears I think that the the house has burned down.</w:t>
      </w:r>
    </w:p>
    <w:p>
      <w:pPr>
        <w:spacing w:after="0"/>
      </w:pPr>
    </w:p>
    <w:p>
      <w:pPr>
        <w:spacing w:after="0"/>
      </w:pPr>
      <w:r>
        <w:rPr>
          <w:rFonts w:ascii="Arial" w:hAnsi="Arial"/>
          <w:b/>
          <w:sz w:val="22"/>
        </w:rPr>
        <w:t xml:space="preserve">Lucy  </w:t>
      </w:r>
      <w:r>
        <w:rPr>
          <w:rFonts w:ascii="Arial" w:hAnsi="Arial"/>
          <w:color w:val="5D7284"/>
          <w:sz w:val="22"/>
        </w:rPr>
        <w:t>07:27</w:t>
      </w:r>
    </w:p>
    <w:p>
      <w:pPr>
        <w:spacing w:after="0"/>
      </w:pPr>
      <w:r>
        <w:rPr>
          <w:rFonts w:ascii="Arial" w:hAnsi="Arial"/>
          <w:sz w:val="22"/>
        </w:rPr>
        <w:t xml:space="preserve">Right. So she's heard a bit of gossip? (Alice) Yeah basically she goes back. </w:t>
      </w:r>
    </w:p>
    <w:p>
      <w:pPr>
        <w:spacing w:after="0"/>
      </w:pPr>
    </w:p>
    <w:p>
      <w:pPr>
        <w:spacing w:after="0"/>
      </w:pPr>
      <w:r>
        <w:rPr>
          <w:rFonts w:ascii="Arial" w:hAnsi="Arial"/>
          <w:b/>
          <w:sz w:val="22"/>
        </w:rPr>
        <w:t xml:space="preserve">Alice  </w:t>
      </w:r>
      <w:r>
        <w:rPr>
          <w:rFonts w:ascii="Arial" w:hAnsi="Arial"/>
          <w:color w:val="5D7284"/>
          <w:sz w:val="22"/>
        </w:rPr>
        <w:t>07:31</w:t>
      </w:r>
    </w:p>
    <w:p>
      <w:pPr>
        <w:spacing w:after="0"/>
      </w:pPr>
      <w:r>
        <w:rPr>
          <w:rFonts w:ascii="Arial" w:hAnsi="Arial"/>
          <w:sz w:val="22"/>
        </w:rPr>
        <w:t>Yeah, and when she gets back to Thornfield she finds out that the house has been burned down. It was burned down by Bertha, who died in the fire. And that Rochester has been left blind and physically disabled. And he also loses his right hand in the fire. (Lucy) Okay, and the first wife Bertha is dead. (Lucy) Right? Okay.(Lucy) Yeah. Okay, so we're gonna kind of get into it a little bit so..</w:t>
      </w:r>
    </w:p>
    <w:p>
      <w:pPr>
        <w:spacing w:after="0"/>
      </w:pPr>
    </w:p>
    <w:p>
      <w:pPr>
        <w:spacing w:after="0"/>
      </w:pPr>
      <w:r>
        <w:rPr>
          <w:rFonts w:ascii="Arial" w:hAnsi="Arial"/>
          <w:b/>
          <w:sz w:val="22"/>
        </w:rPr>
        <w:t xml:space="preserve">Lucy  </w:t>
      </w:r>
      <w:r>
        <w:rPr>
          <w:rFonts w:ascii="Arial" w:hAnsi="Arial"/>
          <w:color w:val="5D7284"/>
          <w:sz w:val="22"/>
        </w:rPr>
        <w:t>07:47</w:t>
      </w:r>
    </w:p>
    <w:p>
      <w:pPr>
        <w:spacing w:after="0"/>
      </w:pPr>
      <w:r>
        <w:rPr>
          <w:rFonts w:ascii="Arial" w:hAnsi="Arial"/>
          <w:sz w:val="22"/>
        </w:rPr>
        <w:t>So he's  gone blind because of the fire.  So let me guess when she goes back, he's all Oh I'm  disabled it's terrible.</w:t>
      </w:r>
    </w:p>
    <w:p>
      <w:pPr>
        <w:spacing w:after="0"/>
      </w:pPr>
    </w:p>
    <w:p>
      <w:pPr>
        <w:spacing w:after="0"/>
      </w:pPr>
      <w:r>
        <w:rPr>
          <w:rFonts w:ascii="Arial" w:hAnsi="Arial"/>
          <w:b/>
          <w:sz w:val="22"/>
        </w:rPr>
        <w:t xml:space="preserve">Alice  </w:t>
      </w:r>
      <w:r>
        <w:rPr>
          <w:rFonts w:ascii="Arial" w:hAnsi="Arial"/>
          <w:color w:val="5D7284"/>
          <w:sz w:val="22"/>
        </w:rPr>
        <w:t>08:11</w:t>
      </w:r>
    </w:p>
    <w:p>
      <w:pPr>
        <w:spacing w:after="0"/>
      </w:pPr>
      <w:r>
        <w:rPr>
          <w:rFonts w:ascii="Arial" w:hAnsi="Arial"/>
          <w:sz w:val="22"/>
        </w:rPr>
        <w:t>It's, there's an interesting kind of debate around that, actually. So we'll, that's right. At the end, you guys are gonna have to stick around to hear my, my, it's not really a definitive answer anyway, but so the two sort of disabled characters in this book that I'm sort of going to talk about in the episode are Bertha who was you know, the mad woman in quote, Every time I'm gonna say, mad woman, I'm gonna say madness. assume it's very heavily quotation marks, because those are not words that I would use.</w:t>
      </w:r>
    </w:p>
    <w:p>
      <w:pPr>
        <w:spacing w:after="0"/>
      </w:pPr>
    </w:p>
    <w:p>
      <w:pPr>
        <w:spacing w:after="0"/>
      </w:pPr>
      <w:r>
        <w:rPr>
          <w:rFonts w:ascii="Arial" w:hAnsi="Arial"/>
          <w:b/>
          <w:sz w:val="22"/>
        </w:rPr>
        <w:t xml:space="preserve">Lucy  </w:t>
      </w:r>
      <w:r>
        <w:rPr>
          <w:rFonts w:ascii="Arial" w:hAnsi="Arial"/>
          <w:color w:val="5D7284"/>
          <w:sz w:val="22"/>
        </w:rPr>
        <w:t>08:46</w:t>
      </w:r>
    </w:p>
    <w:p>
      <w:pPr>
        <w:spacing w:after="0"/>
      </w:pPr>
      <w:r>
        <w:rPr>
          <w:rFonts w:ascii="Arial" w:hAnsi="Arial"/>
          <w:sz w:val="22"/>
        </w:rPr>
        <w:t xml:space="preserve"> You would never use mad woman.</w:t>
      </w:r>
    </w:p>
    <w:p>
      <w:pPr>
        <w:spacing w:after="0"/>
      </w:pPr>
    </w:p>
    <w:p>
      <w:pPr>
        <w:spacing w:after="0"/>
      </w:pPr>
      <w:r>
        <w:rPr>
          <w:rFonts w:ascii="Arial" w:hAnsi="Arial"/>
          <w:b/>
          <w:sz w:val="22"/>
        </w:rPr>
        <w:t xml:space="preserve">Alice  </w:t>
      </w:r>
      <w:r>
        <w:rPr>
          <w:rFonts w:ascii="Arial" w:hAnsi="Arial"/>
          <w:color w:val="5D7284"/>
          <w:sz w:val="22"/>
        </w:rPr>
        <w:t>08:49</w:t>
      </w:r>
    </w:p>
    <w:p>
      <w:pPr>
        <w:spacing w:after="0"/>
      </w:pPr>
      <w:r>
        <w:rPr>
          <w:rFonts w:ascii="Arial" w:hAnsi="Arial"/>
          <w:sz w:val="22"/>
        </w:rPr>
        <w:t>No. So yeah. And then also, I should talk about Rochester who's blind. Obviously, part of the reason I'm telling you about the quotation around mad woman is because I want to shout out at the beginning of this episode, all of the one of the books that I really used to kind of heavily as well as obviously Jane Eyre the book, but one of the big sources that I used is this book called The mad woman and the  blind man, disability and discourse in Jane Eyre. Which is available on Project Muse. It's a proper academic book, but it was really interesting, really interesting articles and the interesting pieces in there, including one which reframes Jane who is kind of, you know, tells the whole story, we framed her as a person with autism, which was cool, but I'm not gonna talk about that, because that would make this episode like 10 hours long. So (Lucy) yeah, so I was kind of hinted by me saying that I'm shouting out an academic book, this book, this whole episode's a little bit kind of academically, so I'm going to be drawing a little bit on feminist theory. Right and psychoanalytic theory, in kind of talking about these characters, which sounds super complicated, but the kind of the basics of the concept that you need to kind of grasp is that the patriarchy, which is you know, the the social construct where men are on top, what it is based on a very particular type of man, which is the kind of the white straight cis, non disabled, rich man, and he is the kind of on top of the power pile, he's most dominant. And that a lot of that dominance is tied into his gender, his straightness, his able bodiedness, his whiteness, anything that diverges from that or isn't, doesn't fit alongside being that kind of man is kind of considered like, as bad or less or not good enough, or even, like dangerous and like other. (Lucy) Hhmm. So, obviously, that goes for women, that goes for disabled people, that goes for people of color goes for people who aren't cis, you know, the gambit across anybody who's not that very straight, white, powerful man, which is Rochester really, at the beginning of the book, he's very, that kind of idea of a man. So one of the things I think that's really interesting about Bertha and Rochester is that their experiences of disability, I think, are very, kind of, in reflective of these patriarchal ideas. And the two of them kind of represent a lot of the stereotypes of, you know, and are informed by kind of the otherness of the, of what they are. That's probably quite confusing, but it will go on to, I think it'll become clearer. So. (Lucy) Okay. So I've sort of start out by basically pointing out that we've got two different kinds of disabilities here, we've got a physical sensory disability on the one hand, and we've got a mental illness, cognitive difference on the other. One of those disabilities is kind of, like wrapped up in a man and the other is very much a woman. And I, I think that that's a sort of that, again, that's quite reflective of these kinds of trying to, yeah, what just, it's reflective of the patriarchy, it's saying that, you know, there are certain disabilities and experiences of disabilities that are more acceptable, that are more masculine, I think, and therefore more acceptable.</w:t>
      </w:r>
    </w:p>
    <w:p>
      <w:pPr>
        <w:spacing w:after="0"/>
      </w:pPr>
    </w:p>
    <w:p>
      <w:pPr>
        <w:spacing w:after="0"/>
      </w:pPr>
      <w:r>
        <w:rPr>
          <w:rFonts w:ascii="Arial" w:hAnsi="Arial"/>
          <w:b/>
          <w:sz w:val="22"/>
        </w:rPr>
        <w:t xml:space="preserve">Lucy  </w:t>
      </w:r>
      <w:r>
        <w:rPr>
          <w:rFonts w:ascii="Arial" w:hAnsi="Arial"/>
          <w:color w:val="5D7284"/>
          <w:sz w:val="22"/>
        </w:rPr>
        <w:t>13:02</w:t>
      </w:r>
    </w:p>
    <w:p>
      <w:pPr>
        <w:spacing w:after="0"/>
      </w:pPr>
      <w:r>
        <w:rPr>
          <w:rFonts w:ascii="Arial" w:hAnsi="Arial"/>
          <w:sz w:val="22"/>
        </w:rPr>
        <w:t>And also, if you think about, sorry if you think about the history lesson episodes, you know, where we've focused on women of the past, it's often, you know, hysteria, that kind of thing, you know, that is taken over them, and that's why they're disabled.</w:t>
      </w:r>
    </w:p>
    <w:p>
      <w:pPr>
        <w:spacing w:after="0"/>
      </w:pPr>
    </w:p>
    <w:p>
      <w:pPr>
        <w:spacing w:after="0"/>
      </w:pPr>
      <w:r>
        <w:rPr>
          <w:rFonts w:ascii="Arial" w:hAnsi="Arial"/>
          <w:b/>
          <w:sz w:val="22"/>
        </w:rPr>
        <w:t xml:space="preserve">Alice  </w:t>
      </w:r>
      <w:r>
        <w:rPr>
          <w:rFonts w:ascii="Arial" w:hAnsi="Arial"/>
          <w:color w:val="5D7284"/>
          <w:sz w:val="22"/>
        </w:rPr>
        <w:t>13:19</w:t>
      </w:r>
    </w:p>
    <w:p>
      <w:pPr>
        <w:spacing w:after="0"/>
      </w:pPr>
      <w:r>
        <w:rPr>
          <w:rFonts w:ascii="Arial" w:hAnsi="Arial"/>
          <w:sz w:val="22"/>
        </w:rPr>
        <w:t xml:space="preserve">Yeah. And, and I think it's really important to remember that, like, Rochester is not disabled for most of this book. And then when he becomes disabled, it's a very specific, disabled experience. Whereas Bertha is, like, from the moment she's introduced, it's like a tick list of all of the different kinds of like, other that you could be, (Lucy) Yes. So we were introduced a Bertha really slowly, at first, or we sort of noticed this, like, you wouldn't like it. It's like, there's strange noises coming from the attic. (Lucy) Oh Ok. And they're sort of like, you know, things that go bump in the night. </w:t>
      </w:r>
    </w:p>
    <w:p>
      <w:pPr>
        <w:spacing w:after="0"/>
      </w:pPr>
    </w:p>
    <w:p>
      <w:pPr>
        <w:spacing w:after="0"/>
      </w:pPr>
      <w:r>
        <w:rPr>
          <w:rFonts w:ascii="Arial" w:hAnsi="Arial"/>
          <w:b/>
          <w:sz w:val="22"/>
        </w:rPr>
        <w:t xml:space="preserve">Lucy  </w:t>
      </w:r>
      <w:r>
        <w:rPr>
          <w:rFonts w:ascii="Arial" w:hAnsi="Arial"/>
          <w:color w:val="5D7284"/>
          <w:sz w:val="22"/>
        </w:rPr>
        <w:t>13:57</w:t>
      </w:r>
    </w:p>
    <w:p>
      <w:pPr>
        <w:spacing w:after="0"/>
      </w:pPr>
      <w:r>
        <w:rPr>
          <w:rFonts w:ascii="Arial" w:hAnsi="Arial"/>
          <w:sz w:val="22"/>
        </w:rPr>
        <w:t>At the start, you think it's rats, and then you end up Oh, no, it's a, quote unquote, mad woman in the attic? (Alice) Yeah,</w:t>
      </w:r>
    </w:p>
    <w:p>
      <w:pPr>
        <w:spacing w:after="0"/>
      </w:pPr>
    </w:p>
    <w:p>
      <w:pPr>
        <w:spacing w:after="0"/>
      </w:pPr>
      <w:r>
        <w:rPr>
          <w:rFonts w:ascii="Arial" w:hAnsi="Arial"/>
          <w:b/>
          <w:sz w:val="22"/>
        </w:rPr>
        <w:t xml:space="preserve">Alice  </w:t>
      </w:r>
      <w:r>
        <w:rPr>
          <w:rFonts w:ascii="Arial" w:hAnsi="Arial"/>
          <w:color w:val="5D7284"/>
          <w:sz w:val="22"/>
        </w:rPr>
        <w:t>14:03</w:t>
      </w:r>
    </w:p>
    <w:p>
      <w:pPr>
        <w:spacing w:after="0"/>
      </w:pPr>
      <w:r>
        <w:rPr>
          <w:rFonts w:ascii="Arial" w:hAnsi="Arial"/>
          <w:sz w:val="22"/>
        </w:rPr>
        <w:t>Yeah. Yeah. So and it's really late on in the book as well, but we actually meet Bertha. So we've we've heard all these weird noises and like, artist is being super evasive about what's going on. He's like, Oh, you must be hearing things. And there's this weird, really like, how best to describe she's just sort of slightly, like, aggressively standoffish woman called Grace Pool who kind of just keeps appearing like unexpectedly and Jane's like, Who is this woman? What is her job in the household? And like, nobody will give her a straight answer. And Rochester is always like, where there's like a weird, like, screaming in the night that he's just like, oh, it's just Grace. (Lucy) It's a fox. (laughing) Yeah. So the first time we meet Bertha. (Lucy) Oh, yeah. Is when Jane is the night before she's supposed to marry Rochester. And she wakes up in the middle of the night and there is someone creeping around in her bedroom. Trying on her bridal veil.</w:t>
      </w:r>
    </w:p>
    <w:p>
      <w:pPr>
        <w:spacing w:after="0"/>
      </w:pPr>
    </w:p>
    <w:p>
      <w:pPr>
        <w:spacing w:after="0"/>
      </w:pPr>
      <w:r>
        <w:rPr>
          <w:rFonts w:ascii="Arial" w:hAnsi="Arial"/>
          <w:b/>
          <w:sz w:val="22"/>
        </w:rPr>
        <w:t xml:space="preserve">Lucy  </w:t>
      </w:r>
      <w:r>
        <w:rPr>
          <w:rFonts w:ascii="Arial" w:hAnsi="Arial"/>
          <w:color w:val="5D7284"/>
          <w:sz w:val="22"/>
        </w:rPr>
        <w:t>15:15</w:t>
      </w:r>
    </w:p>
    <w:p>
      <w:pPr>
        <w:spacing w:after="0"/>
      </w:pPr>
      <w:r>
        <w:rPr>
          <w:rFonts w:ascii="Arial" w:hAnsi="Arial"/>
          <w:sz w:val="22"/>
        </w:rPr>
        <w:t>Oh, okay. Okay. (Alice) Yeah. Right.</w:t>
      </w:r>
    </w:p>
    <w:p>
      <w:pPr>
        <w:spacing w:after="0"/>
      </w:pPr>
    </w:p>
    <w:p>
      <w:pPr>
        <w:spacing w:after="0"/>
      </w:pPr>
      <w:r>
        <w:rPr>
          <w:rFonts w:ascii="Arial" w:hAnsi="Arial"/>
          <w:b/>
          <w:sz w:val="22"/>
        </w:rPr>
        <w:t xml:space="preserve">Alice  </w:t>
      </w:r>
      <w:r>
        <w:rPr>
          <w:rFonts w:ascii="Arial" w:hAnsi="Arial"/>
          <w:color w:val="5D7284"/>
          <w:sz w:val="22"/>
        </w:rPr>
        <w:t>15:19</w:t>
      </w:r>
    </w:p>
    <w:p>
      <w:pPr>
        <w:spacing w:after="0"/>
      </w:pPr>
      <w:r>
        <w:rPr>
          <w:rFonts w:ascii="Arial" w:hAnsi="Arial"/>
          <w:sz w:val="22"/>
        </w:rPr>
        <w:t>And this is kind of described as the...</w:t>
      </w:r>
    </w:p>
    <w:p>
      <w:pPr>
        <w:spacing w:after="0"/>
      </w:pPr>
    </w:p>
    <w:p>
      <w:pPr>
        <w:spacing w:after="0"/>
      </w:pPr>
      <w:r>
        <w:rPr>
          <w:rFonts w:ascii="Arial" w:hAnsi="Arial"/>
          <w:b/>
          <w:sz w:val="22"/>
        </w:rPr>
        <w:t xml:space="preserve">Lucy  </w:t>
      </w:r>
      <w:r>
        <w:rPr>
          <w:rFonts w:ascii="Arial" w:hAnsi="Arial"/>
          <w:color w:val="5D7284"/>
          <w:sz w:val="22"/>
        </w:rPr>
        <w:t>15:22</w:t>
      </w:r>
    </w:p>
    <w:p>
      <w:pPr>
        <w:spacing w:after="0"/>
      </w:pPr>
      <w:r>
        <w:rPr>
          <w:rFonts w:ascii="Arial" w:hAnsi="Arial"/>
          <w:sz w:val="22"/>
        </w:rPr>
        <w:t>Didn't Charles Dickens do something similar to this or am I thinking of a different thing?</w:t>
      </w:r>
    </w:p>
    <w:p>
      <w:pPr>
        <w:spacing w:after="0"/>
      </w:pPr>
    </w:p>
    <w:p>
      <w:pPr>
        <w:spacing w:after="0"/>
      </w:pPr>
      <w:r>
        <w:rPr>
          <w:rFonts w:ascii="Arial" w:hAnsi="Arial"/>
          <w:b/>
          <w:sz w:val="22"/>
        </w:rPr>
        <w:t xml:space="preserve">Alice  </w:t>
      </w:r>
      <w:r>
        <w:rPr>
          <w:rFonts w:ascii="Arial" w:hAnsi="Arial"/>
          <w:color w:val="5D7284"/>
          <w:sz w:val="22"/>
        </w:rPr>
        <w:t>15:27</w:t>
      </w:r>
    </w:p>
    <w:p>
      <w:pPr>
        <w:spacing w:after="0"/>
      </w:pPr>
      <w:r>
        <w:rPr>
          <w:rFonts w:ascii="Arial" w:hAnsi="Arial"/>
          <w:sz w:val="22"/>
        </w:rPr>
        <w:t>You think in a miss Haversham? (Lucy) Oh yes, that it. Yeah. Who basically doesn't get out of her wedding dress and sits behind like beside her decaying wedding cake. (Lucy) Yeah. Yeah. This is like, this is different. But there is a wedding involved, I suppose. It was written in the Victorian time.</w:t>
      </w:r>
    </w:p>
    <w:p>
      <w:pPr>
        <w:spacing w:after="0"/>
      </w:pPr>
    </w:p>
    <w:p>
      <w:pPr>
        <w:spacing w:after="0"/>
      </w:pPr>
      <w:r>
        <w:rPr>
          <w:rFonts w:ascii="Arial" w:hAnsi="Arial"/>
          <w:b/>
          <w:sz w:val="22"/>
        </w:rPr>
        <w:t xml:space="preserve">Lucy  </w:t>
      </w:r>
      <w:r>
        <w:rPr>
          <w:rFonts w:ascii="Arial" w:hAnsi="Arial"/>
          <w:color w:val="5D7284"/>
          <w:sz w:val="22"/>
        </w:rPr>
        <w:t>15:49</w:t>
      </w:r>
    </w:p>
    <w:p>
      <w:pPr>
        <w:spacing w:after="0"/>
      </w:pPr>
      <w:r>
        <w:rPr>
          <w:rFonts w:ascii="Arial" w:hAnsi="Arial"/>
          <w:sz w:val="22"/>
        </w:rPr>
        <w:t>Can you tell I've never read Jane Eyre? (laughing)</w:t>
      </w:r>
    </w:p>
    <w:p>
      <w:pPr>
        <w:spacing w:after="0"/>
      </w:pPr>
    </w:p>
    <w:p>
      <w:pPr>
        <w:spacing w:after="0"/>
      </w:pPr>
      <w:r>
        <w:rPr>
          <w:rFonts w:ascii="Arial" w:hAnsi="Arial"/>
          <w:b/>
          <w:sz w:val="22"/>
        </w:rPr>
        <w:t xml:space="preserve">Alice  </w:t>
      </w:r>
      <w:r>
        <w:rPr>
          <w:rFonts w:ascii="Arial" w:hAnsi="Arial"/>
          <w:color w:val="5D7284"/>
          <w:sz w:val="22"/>
        </w:rPr>
        <w:t>15:53</w:t>
      </w:r>
    </w:p>
    <w:p>
      <w:pPr>
        <w:spacing w:after="0"/>
      </w:pPr>
      <w:r>
        <w:rPr>
          <w:rFonts w:ascii="Arial" w:hAnsi="Arial"/>
          <w:sz w:val="22"/>
        </w:rPr>
        <w:t>So, so like, the way Jane describes this, like intruder in her bedroom, it's really like, and I think one of the things to remember when you're when you're reading a book that's narrated by a main character, like, you're supposed to that that main character is the one who tells like, you know, everything through them. (Lucy) Yes. So everything that Jane the way Jane describes Bertha, like, that's how you know Bertha. That's the way that you're introduced to her. And so I think that the words she uses are really important. She talks, she uses words like, form and it and she describes her as seeming like or like strange, it's very dehumanizing. And Jane is so like, distressed by this encounter with this woman who's like in her bedroom, who doesn't do anything to her. She tries on her veil, she looks out the window and leaves.</w:t>
      </w:r>
    </w:p>
    <w:p>
      <w:pPr>
        <w:spacing w:after="0"/>
      </w:pPr>
    </w:p>
    <w:p>
      <w:pPr>
        <w:spacing w:after="0"/>
      </w:pPr>
      <w:r>
        <w:rPr>
          <w:rFonts w:ascii="Arial" w:hAnsi="Arial"/>
          <w:b/>
          <w:sz w:val="22"/>
        </w:rPr>
        <w:t xml:space="preserve">Lucy  </w:t>
      </w:r>
      <w:r>
        <w:rPr>
          <w:rFonts w:ascii="Arial" w:hAnsi="Arial"/>
          <w:color w:val="5D7284"/>
          <w:sz w:val="22"/>
        </w:rPr>
        <w:t>16:57</w:t>
      </w:r>
    </w:p>
    <w:p>
      <w:pPr>
        <w:spacing w:after="0"/>
      </w:pPr>
      <w:r>
        <w:rPr>
          <w:rFonts w:ascii="Arial" w:hAnsi="Arial"/>
          <w:sz w:val="22"/>
        </w:rPr>
        <w:t>I mean, I can imagine it would be a bit startling. It would be a bit startling if people I knew were in my bedroom and be like, Oh, what the hell are you doing here? But yeah, it she's not she's not like going right in her face and spitting at her and going what the hell are you doing with my husband. You know, being  just vile is she, she's just having a wander around the bedroom?</w:t>
      </w:r>
    </w:p>
    <w:p>
      <w:pPr>
        <w:spacing w:after="0"/>
      </w:pPr>
    </w:p>
    <w:p>
      <w:pPr>
        <w:spacing w:after="0"/>
      </w:pPr>
      <w:r>
        <w:rPr>
          <w:rFonts w:ascii="Arial" w:hAnsi="Arial"/>
          <w:b/>
          <w:sz w:val="22"/>
        </w:rPr>
        <w:t xml:space="preserve">Alice  </w:t>
      </w:r>
      <w:r>
        <w:rPr>
          <w:rFonts w:ascii="Arial" w:hAnsi="Arial"/>
          <w:color w:val="5D7284"/>
          <w:sz w:val="22"/>
        </w:rPr>
        <w:t>17:19</w:t>
      </w:r>
    </w:p>
    <w:p>
      <w:pPr>
        <w:spacing w:after="0"/>
      </w:pPr>
      <w:r>
        <w:rPr>
          <w:rFonts w:ascii="Arial" w:hAnsi="Arial"/>
          <w:sz w:val="22"/>
        </w:rPr>
        <w:t>Yeah. And I think, I think from the way that she's described as well, like, she clearly visually looks like. Like, she's perhaps not a well person. But Jane, like, so distressed by the whole experience that she actually faints, when she's like, telling people about it.</w:t>
      </w:r>
    </w:p>
    <w:p>
      <w:pPr>
        <w:spacing w:after="0"/>
      </w:pPr>
    </w:p>
    <w:p>
      <w:pPr>
        <w:spacing w:after="0"/>
      </w:pPr>
      <w:r>
        <w:rPr>
          <w:rFonts w:ascii="Arial" w:hAnsi="Arial"/>
          <w:b/>
          <w:sz w:val="22"/>
        </w:rPr>
        <w:t xml:space="preserve">Lucy  </w:t>
      </w:r>
      <w:r>
        <w:rPr>
          <w:rFonts w:ascii="Arial" w:hAnsi="Arial"/>
          <w:color w:val="5D7284"/>
          <w:sz w:val="22"/>
        </w:rPr>
        <w:t>17:40</w:t>
      </w:r>
    </w:p>
    <w:p>
      <w:pPr>
        <w:spacing w:after="0"/>
      </w:pPr>
      <w:r>
        <w:rPr>
          <w:rFonts w:ascii="Arial" w:hAnsi="Arial"/>
          <w:sz w:val="22"/>
        </w:rPr>
        <w:t>She faints when she's telling people about it?</w:t>
      </w:r>
    </w:p>
    <w:p>
      <w:pPr>
        <w:spacing w:after="0"/>
      </w:pPr>
    </w:p>
    <w:p>
      <w:pPr>
        <w:spacing w:after="0"/>
      </w:pPr>
      <w:r>
        <w:rPr>
          <w:rFonts w:ascii="Arial" w:hAnsi="Arial"/>
          <w:b/>
          <w:sz w:val="22"/>
        </w:rPr>
        <w:t xml:space="preserve">Alice  </w:t>
      </w:r>
      <w:r>
        <w:rPr>
          <w:rFonts w:ascii="Arial" w:hAnsi="Arial"/>
          <w:color w:val="5D7284"/>
          <w:sz w:val="22"/>
        </w:rPr>
        <w:t>17:43</w:t>
      </w:r>
    </w:p>
    <w:p>
      <w:pPr>
        <w:spacing w:after="0"/>
      </w:pPr>
      <w:r>
        <w:rPr>
          <w:rFonts w:ascii="Arial" w:hAnsi="Arial"/>
          <w:sz w:val="22"/>
        </w:rPr>
        <w:t>Yeah, cuz she's like, Oh, this awful thing happened. I'm so distressed by it.</w:t>
      </w:r>
    </w:p>
    <w:p>
      <w:pPr>
        <w:spacing w:after="0"/>
      </w:pPr>
    </w:p>
    <w:p>
      <w:pPr>
        <w:spacing w:after="0"/>
      </w:pPr>
      <w:r>
        <w:rPr>
          <w:rFonts w:ascii="Arial" w:hAnsi="Arial"/>
          <w:b/>
          <w:sz w:val="22"/>
        </w:rPr>
        <w:t xml:space="preserve">Lucy  </w:t>
      </w:r>
      <w:r>
        <w:rPr>
          <w:rFonts w:ascii="Arial" w:hAnsi="Arial"/>
          <w:color w:val="5D7284"/>
          <w:sz w:val="22"/>
        </w:rPr>
        <w:t>17:47</w:t>
      </w:r>
    </w:p>
    <w:p>
      <w:pPr>
        <w:spacing w:after="0"/>
      </w:pPr>
      <w:r>
        <w:rPr>
          <w:rFonts w:ascii="Arial" w:hAnsi="Arial"/>
          <w:sz w:val="22"/>
        </w:rPr>
        <w:t>Right. Okay. It's a very Victorian thing to do, isn't it? Faint.</w:t>
      </w:r>
    </w:p>
    <w:p>
      <w:pPr>
        <w:spacing w:after="0"/>
      </w:pPr>
    </w:p>
    <w:p>
      <w:pPr>
        <w:spacing w:after="0"/>
      </w:pPr>
      <w:r>
        <w:rPr>
          <w:rFonts w:ascii="Arial" w:hAnsi="Arial"/>
          <w:b/>
          <w:sz w:val="22"/>
        </w:rPr>
        <w:t xml:space="preserve">Alice  </w:t>
      </w:r>
      <w:r>
        <w:rPr>
          <w:rFonts w:ascii="Arial" w:hAnsi="Arial"/>
          <w:color w:val="5D7284"/>
          <w:sz w:val="22"/>
        </w:rPr>
        <w:t>17:51</w:t>
      </w:r>
    </w:p>
    <w:p>
      <w:pPr>
        <w:spacing w:after="0"/>
      </w:pPr>
      <w:r>
        <w:rPr>
          <w:rFonts w:ascii="Arial" w:hAnsi="Arial"/>
          <w:sz w:val="22"/>
        </w:rPr>
        <w:t>Yeah, So that's, that's how we kind of that's, that's Bertha. And then we, we find out like on the wedding day, the truth of sort of, who actually lives in Rochester this attic, and we meet Bertha properly.(Lucy) Yeah. And again, like the language that's used. It's just really, truly othering it's really dehumanizing. It's not. I'll read the I'll read you a quote. So this is Bertha. Who's been she's been locked in her attic bedroom.</w:t>
      </w:r>
    </w:p>
    <w:p>
      <w:pPr>
        <w:spacing w:after="0"/>
      </w:pPr>
    </w:p>
    <w:p>
      <w:pPr>
        <w:spacing w:after="0"/>
      </w:pPr>
      <w:r>
        <w:rPr>
          <w:rFonts w:ascii="Arial" w:hAnsi="Arial"/>
          <w:b/>
          <w:sz w:val="22"/>
        </w:rPr>
        <w:t xml:space="preserve">Lucy  </w:t>
      </w:r>
      <w:r>
        <w:rPr>
          <w:rFonts w:ascii="Arial" w:hAnsi="Arial"/>
          <w:color w:val="5D7284"/>
          <w:sz w:val="22"/>
        </w:rPr>
        <w:t>18:25</w:t>
      </w:r>
    </w:p>
    <w:p>
      <w:pPr>
        <w:spacing w:after="0"/>
      </w:pPr>
      <w:r>
        <w:rPr>
          <w:rFonts w:ascii="Arial" w:hAnsi="Arial"/>
          <w:sz w:val="22"/>
        </w:rPr>
        <w:t>How long has she been in the attic bedroom? Do we know how long been in there? Years? (Alice) Not exactly, years.</w:t>
      </w:r>
    </w:p>
    <w:p>
      <w:pPr>
        <w:spacing w:after="0"/>
      </w:pPr>
    </w:p>
    <w:p>
      <w:pPr>
        <w:spacing w:after="0"/>
      </w:pPr>
      <w:r>
        <w:rPr>
          <w:rFonts w:ascii="Arial" w:hAnsi="Arial"/>
          <w:b/>
          <w:sz w:val="22"/>
        </w:rPr>
        <w:t xml:space="preserve">Alice  </w:t>
      </w:r>
      <w:r>
        <w:rPr>
          <w:rFonts w:ascii="Arial" w:hAnsi="Arial"/>
          <w:color w:val="5D7284"/>
          <w:sz w:val="22"/>
        </w:rPr>
        <w:t>18:31</w:t>
      </w:r>
    </w:p>
    <w:p>
      <w:pPr>
        <w:spacing w:after="0"/>
      </w:pPr>
      <w:r>
        <w:rPr>
          <w:rFonts w:ascii="Arial" w:hAnsi="Arial"/>
          <w:sz w:val="22"/>
        </w:rPr>
        <w:t>Yeah, right long ass time. So yeah, so she's running backwards and forwards. Jane says, what it was, whether beast or human, one could at first, not at first sight to tell. It grovelled, seemingly on all fours. It snatched and growled like some strange, wild animal. (Lucy) right. It was covered. It was like some strange wild animal but covered in clothing. With a quantity of dark grizzled hair, wild as a mane, that head its head and face. There's another bit in there somewhere that where she like describes her as being like a hyena. (Lucy) Right. It's really like, like, this isn't a person. This is a dangerous wild animal.</w:t>
      </w:r>
    </w:p>
    <w:p>
      <w:pPr>
        <w:spacing w:after="0"/>
      </w:pPr>
    </w:p>
    <w:p>
      <w:pPr>
        <w:spacing w:after="0"/>
      </w:pPr>
      <w:r>
        <w:rPr>
          <w:rFonts w:ascii="Arial" w:hAnsi="Arial"/>
          <w:b/>
          <w:sz w:val="22"/>
        </w:rPr>
        <w:t xml:space="preserve">Lucy  </w:t>
      </w:r>
      <w:r>
        <w:rPr>
          <w:rFonts w:ascii="Arial" w:hAnsi="Arial"/>
          <w:color w:val="5D7284"/>
          <w:sz w:val="22"/>
        </w:rPr>
        <w:t>19:26</w:t>
      </w:r>
    </w:p>
    <w:p>
      <w:pPr>
        <w:spacing w:after="0"/>
      </w:pPr>
      <w:r>
        <w:rPr>
          <w:rFonts w:ascii="Arial" w:hAnsi="Arial"/>
          <w:sz w:val="22"/>
        </w:rPr>
        <w:t xml:space="preserve">Hmm..well, actually, it just sounds to me like she needs a wash and a nap really. (laughing) To be honest, do you know what I mean? And a hair brush. </w:t>
      </w:r>
    </w:p>
    <w:p>
      <w:pPr>
        <w:spacing w:after="0"/>
      </w:pPr>
    </w:p>
    <w:p>
      <w:pPr>
        <w:spacing w:after="0"/>
      </w:pPr>
      <w:r>
        <w:rPr>
          <w:rFonts w:ascii="Arial" w:hAnsi="Arial"/>
          <w:b/>
          <w:sz w:val="22"/>
        </w:rPr>
        <w:t xml:space="preserve">Alice  </w:t>
      </w:r>
      <w:r>
        <w:rPr>
          <w:rFonts w:ascii="Arial" w:hAnsi="Arial"/>
          <w:color w:val="5D7284"/>
          <w:sz w:val="22"/>
        </w:rPr>
        <w:t>19:38</w:t>
      </w:r>
    </w:p>
    <w:p>
      <w:pPr>
        <w:spacing w:after="0"/>
      </w:pPr>
      <w:r>
        <w:rPr>
          <w:rFonts w:ascii="Arial" w:hAnsi="Arial"/>
          <w:sz w:val="22"/>
        </w:rPr>
        <w:t>Yeah so there's a really interesting bit, a really interesting theory that I'll come on to later on that talks about actually, I think it comes up in just a minute that talks about Bertha's presentation like and the the way that she's presented. So one of the things that's really interesting is before we meet Bertha, Rochester has told us about Bertha and has told us that sort of that he was like, rushed into a marriage with her before he could really learn the sort of the truth about her.</w:t>
      </w:r>
    </w:p>
    <w:p>
      <w:pPr>
        <w:spacing w:after="0"/>
      </w:pPr>
    </w:p>
    <w:p>
      <w:pPr>
        <w:spacing w:after="0"/>
      </w:pPr>
      <w:r>
        <w:rPr>
          <w:rFonts w:ascii="Arial" w:hAnsi="Arial"/>
          <w:b/>
          <w:sz w:val="22"/>
        </w:rPr>
        <w:t xml:space="preserve">Lucy  </w:t>
      </w:r>
      <w:r>
        <w:rPr>
          <w:rFonts w:ascii="Arial" w:hAnsi="Arial"/>
          <w:color w:val="5D7284"/>
          <w:sz w:val="22"/>
        </w:rPr>
        <w:t>20:15</w:t>
      </w:r>
    </w:p>
    <w:p>
      <w:pPr>
        <w:spacing w:after="0"/>
      </w:pPr>
      <w:r>
        <w:rPr>
          <w:rFonts w:ascii="Arial" w:hAnsi="Arial"/>
          <w:sz w:val="22"/>
        </w:rPr>
        <w:t>So, you get the impression. It was like an arranged marriage sort of thing?</w:t>
      </w:r>
    </w:p>
    <w:p>
      <w:pPr>
        <w:spacing w:after="0"/>
      </w:pPr>
    </w:p>
    <w:p>
      <w:pPr>
        <w:spacing w:after="0"/>
      </w:pPr>
      <w:r>
        <w:rPr>
          <w:rFonts w:ascii="Arial" w:hAnsi="Arial"/>
          <w:b/>
          <w:sz w:val="22"/>
        </w:rPr>
        <w:t xml:space="preserve">Alice  </w:t>
      </w:r>
      <w:r>
        <w:rPr>
          <w:rFonts w:ascii="Arial" w:hAnsi="Arial"/>
          <w:color w:val="5D7284"/>
          <w:sz w:val="22"/>
        </w:rPr>
        <w:t>20:22</w:t>
      </w:r>
    </w:p>
    <w:p>
      <w:pPr>
        <w:spacing w:after="0"/>
      </w:pPr>
      <w:r>
        <w:rPr>
          <w:rFonts w:ascii="Arial" w:hAnsi="Arial"/>
          <w:sz w:val="22"/>
        </w:rPr>
        <w:t xml:space="preserve">Well, I think in just a very victorian fashion, it was. But it was rushed. It was like, like he was tricked into marrying her, (Lucy) Okay, right. She hid the way that you know, her mental illness, basically before he actually married her. (Lucy) Okay. So Rochester tells us that by the time that he's like, actually met, but by the time that he's married to her, like after they get married, she's turns really like wild and violent. And he describes her as Oh shit, I've lost my place. (Lucy) Oh no. Hold on, fill time, fill time. Here we go. Yeah. So by the time that they're married, like, oh, after they get married, Rochester learns that birth as mother was a Creole, (Lucy) What's that? A Creole is, it's part of the kind of African culture. I think particularly out of places like Haiti. (Lucy) Yeah. So yeah, he learns that Bertha's mother was a Creole. And that the family like, are known for being like debaucherous. And like delinquents. He, he talks about Bertha as like, I mean, he talks about her being, what's the word ill tempered and unchaste. So like, she's, she's not good in polite society. She's sexually promiscuous. Talks about her being like a drinker. (Lucy laughs) Okay. You laughing cuz you're like, yeah, sounds like my kind of girl. (Lucy) Yeah. Yeah. So yeah, so we he basically sort of talks about, like, he's tricked into marrying her before he knows that that's what she's like and that's what her family history is. (Lucy) Right. And then so after that, he gets her reviewed by medical men and shoves her in the attic. </w:t>
      </w:r>
    </w:p>
    <w:p>
      <w:pPr>
        <w:spacing w:after="0"/>
      </w:pPr>
    </w:p>
    <w:p>
      <w:pPr>
        <w:spacing w:after="0"/>
      </w:pPr>
      <w:r>
        <w:rPr>
          <w:rFonts w:ascii="Arial" w:hAnsi="Arial"/>
          <w:b/>
          <w:sz w:val="22"/>
        </w:rPr>
        <w:t xml:space="preserve">Lucy  </w:t>
      </w:r>
      <w:r>
        <w:rPr>
          <w:rFonts w:ascii="Arial" w:hAnsi="Arial"/>
          <w:color w:val="5D7284"/>
          <w:sz w:val="22"/>
        </w:rPr>
        <w:t>22:35</w:t>
      </w:r>
    </w:p>
    <w:p>
      <w:pPr>
        <w:spacing w:after="0"/>
      </w:pPr>
      <w:r>
        <w:rPr>
          <w:rFonts w:ascii="Arial" w:hAnsi="Arial"/>
          <w:sz w:val="22"/>
        </w:rPr>
        <w:t>Problem solved. (laughing)</w:t>
      </w:r>
    </w:p>
    <w:p>
      <w:pPr>
        <w:spacing w:after="0"/>
      </w:pPr>
    </w:p>
    <w:p>
      <w:pPr>
        <w:spacing w:after="0"/>
      </w:pPr>
      <w:r>
        <w:rPr>
          <w:rFonts w:ascii="Arial" w:hAnsi="Arial"/>
          <w:b/>
          <w:sz w:val="22"/>
        </w:rPr>
        <w:t xml:space="preserve">Alice  </w:t>
      </w:r>
      <w:r>
        <w:rPr>
          <w:rFonts w:ascii="Arial" w:hAnsi="Arial"/>
          <w:color w:val="5D7284"/>
          <w:sz w:val="22"/>
        </w:rPr>
        <w:t>22:37</w:t>
      </w:r>
    </w:p>
    <w:p>
      <w:pPr>
        <w:spacing w:after="0"/>
      </w:pPr>
      <w:r>
        <w:rPr>
          <w:rFonts w:ascii="Arial" w:hAnsi="Arial"/>
          <w:sz w:val="22"/>
        </w:rPr>
        <w:t>But like that, that kind of, you know, oh she's loud, and she's drunk, and you know, maybe likes to fuck. Is not is the same as that hyena woman that Jane describes.</w:t>
      </w:r>
    </w:p>
    <w:p>
      <w:pPr>
        <w:spacing w:after="0"/>
      </w:pPr>
    </w:p>
    <w:p>
      <w:pPr>
        <w:spacing w:after="0"/>
      </w:pPr>
      <w:r>
        <w:rPr>
          <w:rFonts w:ascii="Arial" w:hAnsi="Arial"/>
          <w:b/>
          <w:sz w:val="22"/>
        </w:rPr>
        <w:t xml:space="preserve">Lucy  </w:t>
      </w:r>
      <w:r>
        <w:rPr>
          <w:rFonts w:ascii="Arial" w:hAnsi="Arial"/>
          <w:color w:val="5D7284"/>
          <w:sz w:val="22"/>
        </w:rPr>
        <w:t>22:56</w:t>
      </w:r>
    </w:p>
    <w:p>
      <w:pPr>
        <w:spacing w:after="0"/>
      </w:pPr>
      <w:r>
        <w:rPr>
          <w:rFonts w:ascii="Arial" w:hAnsi="Arial"/>
          <w:sz w:val="22"/>
        </w:rPr>
        <w:t>No, and who can't seem it a walk straight.</w:t>
      </w:r>
    </w:p>
    <w:p>
      <w:pPr>
        <w:spacing w:after="0"/>
      </w:pPr>
    </w:p>
    <w:p>
      <w:pPr>
        <w:spacing w:after="0"/>
      </w:pPr>
      <w:r>
        <w:rPr>
          <w:rFonts w:ascii="Arial" w:hAnsi="Arial"/>
          <w:b/>
          <w:sz w:val="22"/>
        </w:rPr>
        <w:t xml:space="preserve">Alice  </w:t>
      </w:r>
      <w:r>
        <w:rPr>
          <w:rFonts w:ascii="Arial" w:hAnsi="Arial"/>
          <w:color w:val="5D7284"/>
          <w:sz w:val="22"/>
        </w:rPr>
        <w:t>22:59</w:t>
      </w:r>
    </w:p>
    <w:p>
      <w:pPr>
        <w:spacing w:after="0"/>
      </w:pPr>
      <w:r>
        <w:rPr>
          <w:rFonts w:ascii="Arial" w:hAnsi="Arial"/>
          <w:sz w:val="22"/>
        </w:rPr>
        <w:t>Exactly, exactly. So, I there's some really interesting discussion going on around these different ways that Bertha's sort of explained and described to us.</w:t>
      </w:r>
    </w:p>
    <w:p>
      <w:pPr>
        <w:spacing w:after="0"/>
      </w:pPr>
    </w:p>
    <w:p>
      <w:pPr>
        <w:spacing w:after="0"/>
      </w:pPr>
      <w:r>
        <w:rPr>
          <w:rFonts w:ascii="Arial" w:hAnsi="Arial"/>
          <w:b/>
          <w:sz w:val="22"/>
        </w:rPr>
        <w:t xml:space="preserve">Lucy  </w:t>
      </w:r>
      <w:r>
        <w:rPr>
          <w:rFonts w:ascii="Arial" w:hAnsi="Arial"/>
          <w:color w:val="5D7284"/>
          <w:sz w:val="22"/>
        </w:rPr>
        <w:t>23:12</w:t>
      </w:r>
    </w:p>
    <w:p>
      <w:pPr>
        <w:spacing w:after="0"/>
      </w:pPr>
      <w:r>
        <w:rPr>
          <w:rFonts w:ascii="Arial" w:hAnsi="Arial"/>
          <w:sz w:val="22"/>
        </w:rPr>
        <w:t>Do we know how Bertha developed her mental illness or whether she, it was something that she was born with, or like, has, she always had it and it's just seem to have, like, got more severe?</w:t>
      </w:r>
    </w:p>
    <w:p>
      <w:pPr>
        <w:spacing w:after="0"/>
      </w:pPr>
    </w:p>
    <w:p>
      <w:pPr>
        <w:spacing w:after="0"/>
      </w:pPr>
      <w:r>
        <w:rPr>
          <w:rFonts w:ascii="Arial" w:hAnsi="Arial"/>
          <w:b/>
          <w:sz w:val="22"/>
        </w:rPr>
        <w:t xml:space="preserve">Alice  </w:t>
      </w:r>
      <w:r>
        <w:rPr>
          <w:rFonts w:ascii="Arial" w:hAnsi="Arial"/>
          <w:color w:val="5D7284"/>
          <w:sz w:val="22"/>
        </w:rPr>
        <w:t>23:28</w:t>
      </w:r>
    </w:p>
    <w:p>
      <w:pPr>
        <w:spacing w:after="0"/>
      </w:pPr>
      <w:r>
        <w:rPr>
          <w:rFonts w:ascii="Arial" w:hAnsi="Arial"/>
          <w:sz w:val="22"/>
        </w:rPr>
        <w:t>So the implication is, is that it's like congenital because that's what her whole family are like. (Lucy) Right, okay. But, I mean, this is kind of the thing, is that the the change in her behaviour, from how it's explained to us by Rochester before he locks her in the attic. Versus what she's like, when Jane actually meets her.</w:t>
      </w:r>
    </w:p>
    <w:p>
      <w:pPr>
        <w:spacing w:after="0"/>
      </w:pPr>
    </w:p>
    <w:p>
      <w:pPr>
        <w:spacing w:after="0"/>
      </w:pPr>
      <w:r>
        <w:rPr>
          <w:rFonts w:ascii="Arial" w:hAnsi="Arial"/>
          <w:b/>
          <w:sz w:val="22"/>
        </w:rPr>
        <w:t xml:space="preserve">Lucy  </w:t>
      </w:r>
      <w:r>
        <w:rPr>
          <w:rFonts w:ascii="Arial" w:hAnsi="Arial"/>
          <w:color w:val="5D7284"/>
          <w:sz w:val="22"/>
        </w:rPr>
        <w:t>23:51</w:t>
      </w:r>
    </w:p>
    <w:p>
      <w:pPr>
        <w:spacing w:after="0"/>
      </w:pPr>
      <w:r>
        <w:rPr>
          <w:rFonts w:ascii="Arial" w:hAnsi="Arial"/>
          <w:sz w:val="22"/>
        </w:rPr>
        <w:t>Yes. Well, I would think that being locked in an attic for years where it is only going to make your mental health deteriorate.</w:t>
      </w:r>
    </w:p>
    <w:p>
      <w:pPr>
        <w:spacing w:after="0"/>
      </w:pPr>
    </w:p>
    <w:p>
      <w:pPr>
        <w:spacing w:after="0"/>
      </w:pPr>
      <w:r>
        <w:rPr>
          <w:rFonts w:ascii="Arial" w:hAnsi="Arial"/>
          <w:b/>
          <w:sz w:val="22"/>
        </w:rPr>
        <w:t xml:space="preserve">Alice  </w:t>
      </w:r>
      <w:r>
        <w:rPr>
          <w:rFonts w:ascii="Arial" w:hAnsi="Arial"/>
          <w:color w:val="5D7284"/>
          <w:sz w:val="22"/>
        </w:rPr>
        <w:t>23:59</w:t>
      </w:r>
    </w:p>
    <w:p>
      <w:pPr>
        <w:spacing w:after="0"/>
      </w:pPr>
      <w:r>
        <w:rPr>
          <w:rFonts w:ascii="Arial" w:hAnsi="Arial"/>
          <w:sz w:val="22"/>
        </w:rPr>
        <w:t>So that's, that's one of the things that some people have argued, actually, is tha what Charlotte Bronte is doing is by showing us this. Like this mentally a woman who's very poorly who's been shut in an attic. (Lucy) Yeah. She's like commenting on the way that Victorian people treated mentally ill people. (Lucy) Okay. Because, you know, she gets much worse after being locked away. And so, so yeah, so what, one of the things in the book that I read, one of the academics argued that Bertha, the way Bertha is presented, when Jane sees her would have reminded the readers like at the time, the Victorian readers of.. Do you know, about the Bedlam hospital? (Lucy) Yes. Yeah. So, for people who don't know Bethlem hospital for it's got some hideous name. But it was basically the hospital in the victorian times in England where they sent people with mental illness and other kinds of apparent, like things that weren't really mental illnesses. But we were like, well, that's not okay, let's lock you away. The depiction of Bertha would have been like familiar to the contemporary readers of Bronte's novel because the victorian society sent their mentally ill patients and also just people they kind of didn't like and who behaved perhaps outside of how they wanted them to. Bethlem hospital had two statues over the gateway, which were supposed to be depictions of two kinds of madness.</w:t>
      </w:r>
    </w:p>
    <w:p>
      <w:pPr>
        <w:spacing w:after="0"/>
      </w:pPr>
    </w:p>
    <w:p>
      <w:pPr>
        <w:spacing w:after="0"/>
      </w:pPr>
      <w:r>
        <w:rPr>
          <w:rFonts w:ascii="Arial" w:hAnsi="Arial"/>
          <w:b/>
          <w:sz w:val="22"/>
        </w:rPr>
        <w:t xml:space="preserve">Lucy  </w:t>
      </w:r>
      <w:r>
        <w:rPr>
          <w:rFonts w:ascii="Arial" w:hAnsi="Arial"/>
          <w:color w:val="5D7284"/>
          <w:sz w:val="22"/>
        </w:rPr>
        <w:t>25:58</w:t>
      </w:r>
    </w:p>
    <w:p>
      <w:pPr>
        <w:spacing w:after="0"/>
      </w:pPr>
      <w:r>
        <w:rPr>
          <w:rFonts w:ascii="Arial" w:hAnsi="Arial"/>
          <w:sz w:val="22"/>
        </w:rPr>
        <w:t>Don't tell me it was rochester woman?</w:t>
      </w:r>
    </w:p>
    <w:p>
      <w:pPr>
        <w:spacing w:after="0"/>
      </w:pPr>
    </w:p>
    <w:p>
      <w:pPr>
        <w:spacing w:after="0"/>
      </w:pPr>
      <w:r>
        <w:rPr>
          <w:rFonts w:ascii="Arial" w:hAnsi="Arial"/>
          <w:b/>
          <w:sz w:val="22"/>
        </w:rPr>
        <w:t xml:space="preserve">Alice  </w:t>
      </w:r>
      <w:r>
        <w:rPr>
          <w:rFonts w:ascii="Arial" w:hAnsi="Arial"/>
          <w:color w:val="5D7284"/>
          <w:sz w:val="22"/>
        </w:rPr>
        <w:t>26:01</w:t>
      </w:r>
    </w:p>
    <w:p>
      <w:pPr>
        <w:spacing w:after="0"/>
      </w:pPr>
      <w:r>
        <w:rPr>
          <w:rFonts w:ascii="Arial" w:hAnsi="Arial"/>
          <w:sz w:val="22"/>
        </w:rPr>
        <w:t xml:space="preserve">Well, it was... So this these were put up before this book came out, (Lucy) Okay. But one of them is raving madness. And one of them is melancholy madness. And we'll put the picture up of these on Instagram. (Lucy) Okay. When this episode comes out guys, but this raving madness. It's like a person in chains. Like, I mean, raving, basically. And that's what like Bertha's sort of behavior and depiction would have, would have mirrored that a lot of people. So, so yeah. So people would recognized that. And the idea that Bertha perhaps started off as just perhaps, kind of a bit socially, not well behaved. (Lucy) Socially awkward. Yeah, yeah. Not meeting kind of social expectations. (Lucy) Yeah. And then after being locked away, she's turned into this raving madness. Some people think that that is actually sort of Bronto making a bit of a comment on the way that victorian society treated mentally ill people.(Lucy) Yes. I mean, I don't know about my feelings about that. </w:t>
      </w:r>
    </w:p>
    <w:p>
      <w:pPr>
        <w:spacing w:after="0"/>
      </w:pPr>
    </w:p>
    <w:p>
      <w:pPr>
        <w:spacing w:after="0"/>
      </w:pPr>
      <w:r>
        <w:rPr>
          <w:rFonts w:ascii="Arial" w:hAnsi="Arial"/>
          <w:b/>
          <w:sz w:val="22"/>
        </w:rPr>
        <w:t xml:space="preserve">Lucy  </w:t>
      </w:r>
      <w:r>
        <w:rPr>
          <w:rFonts w:ascii="Arial" w:hAnsi="Arial"/>
          <w:color w:val="5D7284"/>
          <w:sz w:val="22"/>
        </w:rPr>
        <w:t>27:12</w:t>
      </w:r>
    </w:p>
    <w:p>
      <w:pPr>
        <w:spacing w:after="0"/>
      </w:pPr>
      <w:r>
        <w:rPr>
          <w:rFonts w:ascii="Arial" w:hAnsi="Arial"/>
          <w:sz w:val="22"/>
        </w:rPr>
        <w:t>Well it is a common thing to do, wasn't it back in the victorian times. It wasn't very common thing to write. You express your feelings about society in books and and things because Charles Dickens did it.</w:t>
      </w:r>
    </w:p>
    <w:p>
      <w:pPr>
        <w:spacing w:after="0"/>
      </w:pPr>
    </w:p>
    <w:p>
      <w:pPr>
        <w:spacing w:after="0"/>
      </w:pPr>
      <w:r>
        <w:rPr>
          <w:rFonts w:ascii="Arial" w:hAnsi="Arial"/>
          <w:b/>
          <w:sz w:val="22"/>
        </w:rPr>
        <w:t xml:space="preserve">Alice  </w:t>
      </w:r>
      <w:r>
        <w:rPr>
          <w:rFonts w:ascii="Arial" w:hAnsi="Arial"/>
          <w:color w:val="5D7284"/>
          <w:sz w:val="22"/>
        </w:rPr>
        <w:t>27:27</w:t>
      </w:r>
    </w:p>
    <w:p>
      <w:pPr>
        <w:spacing w:after="0"/>
      </w:pPr>
      <w:r>
        <w:rPr>
          <w:rFonts w:ascii="Arial" w:hAnsi="Arial"/>
          <w:sz w:val="22"/>
        </w:rPr>
        <w:t>Yeah. I mean, I think that's what artists do. You know, that's how artists express things. (Lucy) Yeah, it's through their art, whether it's a book or a painting.</w:t>
      </w:r>
    </w:p>
    <w:p>
      <w:pPr>
        <w:spacing w:after="0"/>
      </w:pPr>
    </w:p>
    <w:p>
      <w:pPr>
        <w:spacing w:after="0"/>
      </w:pPr>
      <w:r>
        <w:rPr>
          <w:rFonts w:ascii="Arial" w:hAnsi="Arial"/>
          <w:b/>
          <w:sz w:val="22"/>
        </w:rPr>
        <w:t xml:space="preserve">Lucy  </w:t>
      </w:r>
      <w:r>
        <w:rPr>
          <w:rFonts w:ascii="Arial" w:hAnsi="Arial"/>
          <w:color w:val="5D7284"/>
          <w:sz w:val="22"/>
        </w:rPr>
        <w:t>27:39</w:t>
      </w:r>
    </w:p>
    <w:p>
      <w:pPr>
        <w:spacing w:after="0"/>
      </w:pPr>
      <w:r>
        <w:rPr>
          <w:rFonts w:ascii="Arial" w:hAnsi="Arial"/>
          <w:sz w:val="22"/>
        </w:rPr>
        <w:t>I suppose if nobody asks the author, what were you trying to, you know, we'll never know, will we really?, and that's why these debates like this go on for years and years to come. Because nobody knows the answers, it's history for you.</w:t>
      </w:r>
    </w:p>
    <w:p>
      <w:pPr>
        <w:spacing w:after="0"/>
      </w:pPr>
    </w:p>
    <w:p>
      <w:pPr>
        <w:spacing w:after="0"/>
      </w:pPr>
      <w:r>
        <w:rPr>
          <w:rFonts w:ascii="Arial" w:hAnsi="Arial"/>
          <w:b/>
          <w:sz w:val="22"/>
        </w:rPr>
        <w:t xml:space="preserve">Alice  </w:t>
      </w:r>
      <w:r>
        <w:rPr>
          <w:rFonts w:ascii="Arial" w:hAnsi="Arial"/>
          <w:color w:val="5D7284"/>
          <w:sz w:val="22"/>
        </w:rPr>
        <w:t>27:59</w:t>
      </w:r>
    </w:p>
    <w:p>
      <w:pPr>
        <w:spacing w:after="0"/>
      </w:pPr>
      <w:r>
        <w:rPr>
          <w:rFonts w:ascii="Arial" w:hAnsi="Arial"/>
          <w:sz w:val="22"/>
        </w:rPr>
        <w:t>Yeah. But I think for me, the thing that makes me uncertain about whether that's what she was doing, is like, it's going back to the gender of it all. So like, that first description of Bertha where she's like, drunk, and ill tempered and unchaste. We use that comes from Rochester. (Lucy) Right? Where, like, that is what Rochester tells Jane about her. But then when we see her like an animal, that's actually Jane witnessed. (Lucy) Right okay. And I think that I the fact that Rochester describes her in one way, and Jane describes it in a very different way. I think that relates back to the... like, for Jane, being mentally ill. Being that kind of different is so abhorrent. That Bertha is like an animal. (Lucy) Yeah. Whereas for Rochester, she's just.. (lucy) Yeah, ill tempered and unchaste.</w:t>
      </w:r>
    </w:p>
    <w:p>
      <w:pPr>
        <w:spacing w:after="0"/>
      </w:pPr>
    </w:p>
    <w:p>
      <w:pPr>
        <w:spacing w:after="0"/>
      </w:pPr>
      <w:r>
        <w:rPr>
          <w:rFonts w:ascii="Arial" w:hAnsi="Arial"/>
          <w:b/>
          <w:sz w:val="22"/>
        </w:rPr>
        <w:t xml:space="preserve">Lucy  </w:t>
      </w:r>
      <w:r>
        <w:rPr>
          <w:rFonts w:ascii="Arial" w:hAnsi="Arial"/>
          <w:color w:val="5D7284"/>
          <w:sz w:val="22"/>
        </w:rPr>
        <w:t>29:11</w:t>
      </w:r>
    </w:p>
    <w:p>
      <w:pPr>
        <w:spacing w:after="0"/>
      </w:pPr>
      <w:r>
        <w:rPr>
          <w:rFonts w:ascii="Arial" w:hAnsi="Arial"/>
          <w:sz w:val="22"/>
        </w:rPr>
        <w:t xml:space="preserve"> And a bit socially, like we've said before, socially awkward, whereas Jane's gone Oh, no, she's hideous. What? Is she saying that because she believes, it's the wife of the man she now loves. And so it's like, you know, I don't like her because she's my husband. You know, estranged wife.</w:t>
      </w:r>
    </w:p>
    <w:p>
      <w:pPr>
        <w:spacing w:after="0"/>
      </w:pPr>
    </w:p>
    <w:p>
      <w:pPr>
        <w:spacing w:after="0"/>
      </w:pPr>
      <w:r>
        <w:rPr>
          <w:rFonts w:ascii="Arial" w:hAnsi="Arial"/>
          <w:b/>
          <w:sz w:val="22"/>
        </w:rPr>
        <w:t xml:space="preserve">Alice  </w:t>
      </w:r>
      <w:r>
        <w:rPr>
          <w:rFonts w:ascii="Arial" w:hAnsi="Arial"/>
          <w:color w:val="5D7284"/>
          <w:sz w:val="22"/>
        </w:rPr>
        <w:t>29:34</w:t>
      </w:r>
    </w:p>
    <w:p>
      <w:pPr>
        <w:spacing w:after="0"/>
      </w:pPr>
      <w:r>
        <w:rPr>
          <w:rFonts w:ascii="Arial" w:hAnsi="Arial"/>
          <w:sz w:val="22"/>
        </w:rPr>
        <w:t xml:space="preserve"> When Dave met his dad's new partner, who is now his stepmom and has been married to his dad for 35 years. (Lucy) Okay. When Dave very first met her the first thing he said to her was, my mummy doesn't like you.</w:t>
      </w:r>
    </w:p>
    <w:p>
      <w:pPr>
        <w:spacing w:after="0"/>
      </w:pPr>
    </w:p>
    <w:p>
      <w:pPr>
        <w:spacing w:after="0"/>
      </w:pPr>
      <w:r>
        <w:rPr>
          <w:rFonts w:ascii="Arial" w:hAnsi="Arial"/>
          <w:b/>
          <w:sz w:val="22"/>
        </w:rPr>
        <w:t xml:space="preserve">Lucy  </w:t>
      </w:r>
      <w:r>
        <w:rPr>
          <w:rFonts w:ascii="Arial" w:hAnsi="Arial"/>
          <w:color w:val="5D7284"/>
          <w:sz w:val="22"/>
        </w:rPr>
        <w:t>29:52</w:t>
      </w:r>
    </w:p>
    <w:p>
      <w:pPr>
        <w:spacing w:after="0"/>
      </w:pPr>
      <w:r>
        <w:rPr>
          <w:rFonts w:ascii="Arial" w:hAnsi="Arial"/>
          <w:sz w:val="22"/>
        </w:rPr>
        <w:t>(laughing) You see? Could it be like I'm better than her because I'm more like, put together and you know, you helped me now I'm not this strange mad woman in the attic.</w:t>
      </w:r>
    </w:p>
    <w:p>
      <w:pPr>
        <w:spacing w:after="0"/>
      </w:pPr>
    </w:p>
    <w:p>
      <w:pPr>
        <w:spacing w:after="0"/>
      </w:pPr>
      <w:r>
        <w:rPr>
          <w:rFonts w:ascii="Arial" w:hAnsi="Arial"/>
          <w:b/>
          <w:sz w:val="22"/>
        </w:rPr>
        <w:t xml:space="preserve">Alice  </w:t>
      </w:r>
      <w:r>
        <w:rPr>
          <w:rFonts w:ascii="Arial" w:hAnsi="Arial"/>
          <w:color w:val="5D7284"/>
          <w:sz w:val="22"/>
        </w:rPr>
        <w:t>30:07</w:t>
      </w:r>
    </w:p>
    <w:p>
      <w:pPr>
        <w:spacing w:after="0"/>
      </w:pPr>
      <w:r>
        <w:rPr>
          <w:rFonts w:ascii="Arial" w:hAnsi="Arial"/>
          <w:sz w:val="22"/>
        </w:rPr>
        <w:t>And if Jane is like the heroine of the book, like if that's the actual..(lucy) Exactly. What does that? I'm just thinking for the reader. (Lucy) Yeah. What does that kind of. Like, what message does that send? Like?(Lucy) Yeah. lLook at me I'm so put together now versus you. He wants me now versus you.</w:t>
      </w:r>
    </w:p>
    <w:p>
      <w:pPr>
        <w:spacing w:after="0"/>
      </w:pPr>
    </w:p>
    <w:p>
      <w:pPr>
        <w:spacing w:after="0"/>
      </w:pPr>
      <w:r>
        <w:rPr>
          <w:rFonts w:ascii="Arial" w:hAnsi="Arial"/>
          <w:b/>
          <w:sz w:val="22"/>
        </w:rPr>
        <w:t xml:space="preserve">Lucy  </w:t>
      </w:r>
      <w:r>
        <w:rPr>
          <w:rFonts w:ascii="Arial" w:hAnsi="Arial"/>
          <w:color w:val="5D7284"/>
          <w:sz w:val="22"/>
        </w:rPr>
        <w:t>30:27</w:t>
      </w:r>
    </w:p>
    <w:p>
      <w:pPr>
        <w:spacing w:after="0"/>
      </w:pPr>
      <w:r>
        <w:rPr>
          <w:rFonts w:ascii="Arial" w:hAnsi="Arial"/>
          <w:sz w:val="22"/>
        </w:rPr>
        <w:t>Yeah, I kind of get that argument. But yeah, I'm just trying to play devil's advocate.(Alice) Yeah I know, I get it. Like, you know, because it's bit like, if I hate somebody and you really liked them, and I absolutely cannot. There's probably no way of me being able to, to, for you to swing the argument.  Yeah, She's alright. You know, I might not like her. But you know, there is an element of day to day life. You don't like somebody because they are connected to somebody you are now with? It can be a bit like, oh dear, I don't care how nice they are. How, you know, how normal you make them seem. Their you know, they your ex girlfriend. (Alice) Yeah. You know, sort of, well he has upgraded a bit now. Do you know what I mean? But I don't like you say, the whole what message is it sending to readers is one thing, isn't it? Really?</w:t>
      </w:r>
    </w:p>
    <w:p>
      <w:pPr>
        <w:spacing w:after="0"/>
      </w:pPr>
    </w:p>
    <w:p>
      <w:pPr>
        <w:spacing w:after="0"/>
      </w:pPr>
      <w:r>
        <w:rPr>
          <w:rFonts w:ascii="Arial" w:hAnsi="Arial"/>
          <w:b/>
          <w:sz w:val="22"/>
        </w:rPr>
        <w:t xml:space="preserve">Alice  </w:t>
      </w:r>
      <w:r>
        <w:rPr>
          <w:rFonts w:ascii="Arial" w:hAnsi="Arial"/>
          <w:color w:val="5D7284"/>
          <w:sz w:val="22"/>
        </w:rPr>
        <w:t>31:31</w:t>
      </w:r>
    </w:p>
    <w:p>
      <w:pPr>
        <w:spacing w:after="0"/>
      </w:pPr>
      <w:r>
        <w:rPr>
          <w:rFonts w:ascii="Arial" w:hAnsi="Arial"/>
          <w:sz w:val="22"/>
        </w:rPr>
        <w:t>Yeah. And I think I there's so much kind of to unpick about these two different ways that Bertha is kind of, like shown to us because the way that she's described as like being excessive and like ill tempered and unchaste and that they're the two words I think that Rochester uses about her, like, but Rochester himself is like he's brooding and basically a bit of a miserable git. And like, Jane is the governess to the illegitimate child of his mistress. Like there's no, there's no kind of him being locked in an attic because he's bad tempered and slept around. (Lucy) No. But Bertha, that's where Bertha goes, you know, the second she misbehaves. And I just think I just, for me, that's what really is one of the things that kind of, like underpin, it really kind of brings home the gender argument of it. (Lucy) Yeah. Because I think that's just so, I mean, that's very reflective of the patriarchy. And I mean, like, even now, just, you know, there's, I've got it, I've got it in my, in my notes, specifically, I had to mention a bit of my friend Taylor. Where..</w:t>
      </w:r>
    </w:p>
    <w:p>
      <w:pPr>
        <w:spacing w:after="0"/>
      </w:pPr>
    </w:p>
    <w:p>
      <w:pPr>
        <w:spacing w:after="0"/>
      </w:pPr>
      <w:r>
        <w:rPr>
          <w:rFonts w:ascii="Arial" w:hAnsi="Arial"/>
          <w:b/>
          <w:sz w:val="22"/>
        </w:rPr>
        <w:t xml:space="preserve">Lucy  </w:t>
      </w:r>
      <w:r>
        <w:rPr>
          <w:rFonts w:ascii="Arial" w:hAnsi="Arial"/>
          <w:color w:val="5D7284"/>
          <w:sz w:val="22"/>
        </w:rPr>
        <w:t>33:09</w:t>
      </w:r>
    </w:p>
    <w:p>
      <w:pPr>
        <w:spacing w:after="0"/>
      </w:pPr>
      <w:r>
        <w:rPr>
          <w:rFonts w:ascii="Arial" w:hAnsi="Arial"/>
          <w:sz w:val="22"/>
        </w:rPr>
        <w:t>Are talking about Taylor Swift. (Alice) Yeah, your friend Taylor.</w:t>
      </w:r>
    </w:p>
    <w:p>
      <w:pPr>
        <w:spacing w:after="0"/>
      </w:pPr>
    </w:p>
    <w:p>
      <w:pPr>
        <w:spacing w:after="0"/>
      </w:pPr>
      <w:r>
        <w:rPr>
          <w:rFonts w:ascii="Arial" w:hAnsi="Arial"/>
          <w:b/>
          <w:sz w:val="22"/>
        </w:rPr>
        <w:t xml:space="preserve">Alice  </w:t>
      </w:r>
      <w:r>
        <w:rPr>
          <w:rFonts w:ascii="Arial" w:hAnsi="Arial"/>
          <w:color w:val="5D7284"/>
          <w:sz w:val="22"/>
        </w:rPr>
        <w:t>33:14</w:t>
      </w:r>
    </w:p>
    <w:p>
      <w:pPr>
        <w:spacing w:after="0"/>
      </w:pPr>
      <w:r>
        <w:rPr>
          <w:rFonts w:ascii="Arial" w:hAnsi="Arial"/>
          <w:sz w:val="22"/>
        </w:rPr>
        <w:t>Oh, yeah. I mean, Taylor we ar BFF's in my fucking dreams. (Lucy laughing) But yeah, like this. This whole it's alright for a guy to be a certain way. But a woman got this got to be locked up for it. I have an actual Taylor Swift quote. (Lucy) Yeah. From her song, The man. Yeah. She said, If I could write about raking in dollars and getting bitches and models, and it's all good, if you're bad, and it's okay, if you're mad. If I was like flashing my dollars, I'd be a bitch, not a baller. They'd pick me out to be bad. So it's okay that I'm mad. (Lucy) There you go. It's like the patriarchy is not..</w:t>
      </w:r>
    </w:p>
    <w:p>
      <w:pPr>
        <w:spacing w:after="0"/>
      </w:pPr>
    </w:p>
    <w:p>
      <w:pPr>
        <w:spacing w:after="0"/>
      </w:pPr>
      <w:r>
        <w:rPr>
          <w:rFonts w:ascii="Arial" w:hAnsi="Arial"/>
          <w:b/>
          <w:sz w:val="22"/>
        </w:rPr>
        <w:t xml:space="preserve">Lucy  </w:t>
      </w:r>
      <w:r>
        <w:rPr>
          <w:rFonts w:ascii="Arial" w:hAnsi="Arial"/>
          <w:color w:val="5D7284"/>
          <w:sz w:val="22"/>
        </w:rPr>
        <w:t>33:54</w:t>
      </w:r>
    </w:p>
    <w:p>
      <w:pPr>
        <w:spacing w:after="0"/>
      </w:pPr>
      <w:r>
        <w:rPr>
          <w:rFonts w:ascii="Arial" w:hAnsi="Arial"/>
          <w:sz w:val="22"/>
        </w:rPr>
        <w:t>I don't quite know how you've done that Alice, but you've managed to link Taylor Swift and Jane Eyre together. That's your selling point for this episode</w:t>
      </w:r>
    </w:p>
    <w:p>
      <w:pPr>
        <w:spacing w:after="0"/>
      </w:pPr>
    </w:p>
    <w:p>
      <w:pPr>
        <w:spacing w:after="0"/>
      </w:pPr>
      <w:r>
        <w:rPr>
          <w:rFonts w:ascii="Arial" w:hAnsi="Arial"/>
          <w:b/>
          <w:sz w:val="22"/>
        </w:rPr>
        <w:t xml:space="preserve">Alice  </w:t>
      </w:r>
      <w:r>
        <w:rPr>
          <w:rFonts w:ascii="Arial" w:hAnsi="Arial"/>
          <w:color w:val="5D7284"/>
          <w:sz w:val="22"/>
        </w:rPr>
        <w:t>34:01</w:t>
      </w:r>
    </w:p>
    <w:p>
      <w:pPr>
        <w:spacing w:after="0"/>
      </w:pPr>
      <w:r>
        <w:rPr>
          <w:rFonts w:ascii="Arial" w:hAnsi="Arial"/>
          <w:sz w:val="22"/>
        </w:rPr>
        <w:t xml:space="preserve">(laughs) 100% That is my that's my secret skill. But yeah, (Lucy) Yeah. So yeah. So that's the thing about her, the two different ways that that Bertha is presented. And I think that one of the things that's really kind, of the underlines it all for me. And that makes me kind of go, this is, she's, Bertha is so not allowed because of who she is. Because she's disabled, because she's a woman, because she's mixed race. You know, because she's promiscuous. She's, like, she's so not allowed that at the end of the book. Well, not even at the end of the book, the way that Bertha dies, like she she dies in a fire. Yeah, like, It's like changlings isn't it? burn them. Well, it's, I think actually, if I remember correctly, what happened is she tries to escape the fire and falls off the roof. </w:t>
      </w:r>
    </w:p>
    <w:p>
      <w:pPr>
        <w:spacing w:after="0"/>
      </w:pPr>
    </w:p>
    <w:p>
      <w:pPr>
        <w:spacing w:after="0"/>
      </w:pPr>
      <w:r>
        <w:rPr>
          <w:rFonts w:ascii="Arial" w:hAnsi="Arial"/>
          <w:b/>
          <w:sz w:val="22"/>
        </w:rPr>
        <w:t xml:space="preserve">Lucy  </w:t>
      </w:r>
      <w:r>
        <w:rPr>
          <w:rFonts w:ascii="Arial" w:hAnsi="Arial"/>
          <w:color w:val="5D7284"/>
          <w:sz w:val="22"/>
        </w:rPr>
        <w:t>35:02</w:t>
      </w:r>
    </w:p>
    <w:p>
      <w:pPr>
        <w:spacing w:after="0"/>
      </w:pPr>
      <w:r>
        <w:rPr>
          <w:rFonts w:ascii="Arial" w:hAnsi="Arial"/>
          <w:sz w:val="22"/>
        </w:rPr>
        <w:t>But yes, you know, now you're talking about the fire bit on New Year's Eve, I came downstairs after podcasting, or after having a chat with you. And mom was watching something on the telly. And it was about some woman who'd fall off the roof, and was a bit mad, quote, unquote, and fell through and burnt to death. And I don't know whether that was Jane Eyre possibly could have been.</w:t>
      </w:r>
    </w:p>
    <w:p>
      <w:pPr>
        <w:spacing w:after="0"/>
      </w:pPr>
    </w:p>
    <w:p>
      <w:pPr>
        <w:spacing w:after="0"/>
      </w:pPr>
      <w:r>
        <w:rPr>
          <w:rFonts w:ascii="Arial" w:hAnsi="Arial"/>
          <w:b/>
          <w:sz w:val="22"/>
        </w:rPr>
        <w:t xml:space="preserve">Alice  </w:t>
      </w:r>
      <w:r>
        <w:rPr>
          <w:rFonts w:ascii="Arial" w:hAnsi="Arial"/>
          <w:color w:val="5D7284"/>
          <w:sz w:val="22"/>
        </w:rPr>
        <w:t>35:29</w:t>
      </w:r>
    </w:p>
    <w:p>
      <w:pPr>
        <w:spacing w:after="0"/>
      </w:pPr>
      <w:r>
        <w:rPr>
          <w:rFonts w:ascii="Arial" w:hAnsi="Arial"/>
          <w:sz w:val="22"/>
        </w:rPr>
        <w:t>Sounds like it. Yeah. But like, I think the whole thing like Bertha is so like I said, she's so not allowed, that they have to they have to get rid of her in such a permanent, violent, horrible way. (Lucy)  Yes. Like, I think that that's really significant. And obviously the fire is also what causes Rochester disabilities. So she, she dies, but before she dies, she still like she knocks her husband off his pedestal. There's this whole erm.. there is..  Like if I'm going down, I'm taking you with me, kind of thing. There's a really interesting argument from certain feminist academics about Bertha's behavior being like a feminist rebellion. And so by disabling her husband in the moments before she dies, it is that kind of getting one last shot in you know.</w:t>
      </w:r>
    </w:p>
    <w:p>
      <w:pPr>
        <w:spacing w:after="0"/>
      </w:pPr>
    </w:p>
    <w:p>
      <w:pPr>
        <w:spacing w:after="0"/>
      </w:pPr>
      <w:r>
        <w:rPr>
          <w:rFonts w:ascii="Arial" w:hAnsi="Arial"/>
          <w:b/>
          <w:sz w:val="22"/>
        </w:rPr>
        <w:t xml:space="preserve">Lucy  </w:t>
      </w:r>
      <w:r>
        <w:rPr>
          <w:rFonts w:ascii="Arial" w:hAnsi="Arial"/>
          <w:color w:val="5D7284"/>
          <w:sz w:val="22"/>
        </w:rPr>
        <w:t>36:29</w:t>
      </w:r>
    </w:p>
    <w:p>
      <w:pPr>
        <w:spacing w:after="0"/>
      </w:pPr>
      <w:r>
        <w:rPr>
          <w:rFonts w:ascii="Arial" w:hAnsi="Arial"/>
          <w:sz w:val="22"/>
        </w:rPr>
        <w:t>Yeah I suppose, I can see that where that trainof thought is coming from.</w:t>
      </w:r>
    </w:p>
    <w:p>
      <w:pPr>
        <w:spacing w:after="0"/>
      </w:pPr>
    </w:p>
    <w:p>
      <w:pPr>
        <w:spacing w:after="0"/>
      </w:pPr>
      <w:r>
        <w:rPr>
          <w:rFonts w:ascii="Arial" w:hAnsi="Arial"/>
          <w:b/>
          <w:sz w:val="22"/>
        </w:rPr>
        <w:t xml:space="preserve">Alice  </w:t>
      </w:r>
      <w:r>
        <w:rPr>
          <w:rFonts w:ascii="Arial" w:hAnsi="Arial"/>
          <w:color w:val="5D7284"/>
          <w:sz w:val="22"/>
        </w:rPr>
        <w:t>36:34</w:t>
      </w:r>
    </w:p>
    <w:p>
      <w:pPr>
        <w:spacing w:after="0"/>
      </w:pPr>
      <w:r>
        <w:rPr>
          <w:rFonts w:ascii="Arial" w:hAnsi="Arial"/>
          <w:sz w:val="22"/>
        </w:rPr>
        <w:t>Yeah. So, yeah, going back to.. so yeah. (Lucy) Sorry yeah. No, no, it's fine. So yeah, so she dies but leaves Rochester disabled. He's blind, and he's only got one hand.</w:t>
      </w:r>
    </w:p>
    <w:p>
      <w:pPr>
        <w:spacing w:after="0"/>
      </w:pPr>
    </w:p>
    <w:p>
      <w:pPr>
        <w:spacing w:after="0"/>
      </w:pPr>
      <w:r>
        <w:rPr>
          <w:rFonts w:ascii="Arial" w:hAnsi="Arial"/>
          <w:b/>
          <w:sz w:val="22"/>
        </w:rPr>
        <w:t xml:space="preserve">Lucy  </w:t>
      </w:r>
      <w:r>
        <w:rPr>
          <w:rFonts w:ascii="Arial" w:hAnsi="Arial"/>
          <w:color w:val="5D7284"/>
          <w:sz w:val="22"/>
        </w:rPr>
        <w:t>36:50</w:t>
      </w:r>
    </w:p>
    <w:p>
      <w:pPr>
        <w:spacing w:after="0"/>
      </w:pPr>
      <w:r>
        <w:rPr>
          <w:rFonts w:ascii="Arial" w:hAnsi="Arial"/>
          <w:sz w:val="22"/>
        </w:rPr>
        <w:t>Is he completely blind? Or can he see a little bit or?</w:t>
      </w:r>
    </w:p>
    <w:p>
      <w:pPr>
        <w:spacing w:after="0"/>
      </w:pPr>
    </w:p>
    <w:p>
      <w:pPr>
        <w:spacing w:after="0"/>
      </w:pPr>
      <w:r>
        <w:rPr>
          <w:rFonts w:ascii="Arial" w:hAnsi="Arial"/>
          <w:b/>
          <w:sz w:val="22"/>
        </w:rPr>
        <w:t xml:space="preserve">Alice  </w:t>
      </w:r>
      <w:r>
        <w:rPr>
          <w:rFonts w:ascii="Arial" w:hAnsi="Arial"/>
          <w:color w:val="5D7284"/>
          <w:sz w:val="22"/>
        </w:rPr>
        <w:t>36:53</w:t>
      </w:r>
    </w:p>
    <w:p>
      <w:pPr>
        <w:spacing w:after="0"/>
      </w:pPr>
      <w:r>
        <w:rPr>
          <w:rFonts w:ascii="Arial" w:hAnsi="Arial"/>
          <w:sz w:val="22"/>
        </w:rPr>
        <w:t>He's completely blind. Just wait, just wait for it. (Lucy) Sorry sorry sorry. No, no, no. (Lucy) Big reveal. Yeah so when Jane first comes back to Thornfield, and sees Rochester for the first time, like, now that he's blind and disabled. He's like, he's stepping out of his house into the rain. And he's like, proper, tentatively, like, is it raining? I can't see. And he's reaching out. Wait!? What?!...Is it raining? I can't see just to get...  This is the thing. This is the thing like he is he's stepping out of his house reaching forward, but the way it's described he's so vulnerable and uncertain. And it's like, like, oh, you know, is it safe for me to go outside? It's really not the Rochester this like,</w:t>
      </w:r>
    </w:p>
    <w:p>
      <w:pPr>
        <w:spacing w:after="0"/>
      </w:pPr>
    </w:p>
    <w:p>
      <w:pPr>
        <w:spacing w:after="0"/>
      </w:pPr>
      <w:r>
        <w:rPr>
          <w:rFonts w:ascii="Arial" w:hAnsi="Arial"/>
          <w:b/>
          <w:sz w:val="22"/>
        </w:rPr>
        <w:t xml:space="preserve">Lucy  </w:t>
      </w:r>
      <w:r>
        <w:rPr>
          <w:rFonts w:ascii="Arial" w:hAnsi="Arial"/>
          <w:color w:val="5D7284"/>
          <w:sz w:val="22"/>
        </w:rPr>
        <w:t>37:49</w:t>
      </w:r>
    </w:p>
    <w:p>
      <w:pPr>
        <w:spacing w:after="0"/>
      </w:pPr>
      <w:r>
        <w:rPr>
          <w:rFonts w:ascii="Arial" w:hAnsi="Arial"/>
          <w:sz w:val="22"/>
        </w:rPr>
        <w:t>Yeah, so we're trying to show a contrast aren't they between the brooding I'm Mr Rochester and the blind I'm the Mr Rochester. (Alice) Yeah. Yeah.</w:t>
      </w:r>
    </w:p>
    <w:p>
      <w:pPr>
        <w:spacing w:after="0"/>
      </w:pPr>
    </w:p>
    <w:p>
      <w:pPr>
        <w:spacing w:after="0"/>
      </w:pPr>
      <w:r>
        <w:rPr>
          <w:rFonts w:ascii="Arial" w:hAnsi="Arial"/>
          <w:b/>
          <w:sz w:val="22"/>
        </w:rPr>
        <w:t xml:space="preserve">Alice  </w:t>
      </w:r>
      <w:r>
        <w:rPr>
          <w:rFonts w:ascii="Arial" w:hAnsi="Arial"/>
          <w:color w:val="5D7284"/>
          <w:sz w:val="22"/>
        </w:rPr>
        <w:t>38:01</w:t>
      </w:r>
    </w:p>
    <w:p>
      <w:pPr>
        <w:spacing w:after="0"/>
      </w:pPr>
      <w:r>
        <w:rPr>
          <w:rFonts w:ascii="Arial" w:hAnsi="Arial"/>
          <w:sz w:val="22"/>
        </w:rPr>
        <w:t>Yeah. So it's, it's like, like exactly that his disability has made him. I'm not the dominant powerful person anymore. I'm this. I'm this uncertain, vulnerable, dependent person.</w:t>
      </w:r>
    </w:p>
    <w:p>
      <w:pPr>
        <w:spacing w:after="0"/>
      </w:pPr>
    </w:p>
    <w:p>
      <w:pPr>
        <w:spacing w:after="0"/>
      </w:pPr>
      <w:r>
        <w:rPr>
          <w:rFonts w:ascii="Arial" w:hAnsi="Arial"/>
          <w:b/>
          <w:sz w:val="22"/>
        </w:rPr>
        <w:t xml:space="preserve">Lucy  </w:t>
      </w:r>
      <w:r>
        <w:rPr>
          <w:rFonts w:ascii="Arial" w:hAnsi="Arial"/>
          <w:color w:val="5D7284"/>
          <w:sz w:val="22"/>
        </w:rPr>
        <w:t>38:14</w:t>
      </w:r>
    </w:p>
    <w:p>
      <w:pPr>
        <w:spacing w:after="0"/>
      </w:pPr>
      <w:r>
        <w:rPr>
          <w:rFonts w:ascii="Arial" w:hAnsi="Arial"/>
          <w:sz w:val="22"/>
        </w:rPr>
        <w:t>Mm hmm. Can I ask Alice, like when you first read Jane Eyre, and you read that depiction of being blind. Or being being somebody with a visual impairment yourself? How did it make you feel? Were you able to go? Well, that's just fiction, or did it make you, I don't know like, did it make you feel?..</w:t>
      </w:r>
    </w:p>
    <w:p>
      <w:pPr>
        <w:spacing w:after="0"/>
      </w:pPr>
    </w:p>
    <w:p>
      <w:pPr>
        <w:spacing w:after="0"/>
      </w:pPr>
      <w:r>
        <w:rPr>
          <w:rFonts w:ascii="Arial" w:hAnsi="Arial"/>
          <w:b/>
          <w:sz w:val="22"/>
        </w:rPr>
        <w:t xml:space="preserve">Alice  </w:t>
      </w:r>
      <w:r>
        <w:rPr>
          <w:rFonts w:ascii="Arial" w:hAnsi="Arial"/>
          <w:color w:val="5D7284"/>
          <w:sz w:val="22"/>
        </w:rPr>
        <w:t>38:39</w:t>
      </w:r>
    </w:p>
    <w:p>
      <w:pPr>
        <w:spacing w:after="0"/>
      </w:pPr>
      <w:r>
        <w:rPr>
          <w:rFonts w:ascii="Arial" w:hAnsi="Arial"/>
          <w:sz w:val="22"/>
        </w:rPr>
        <w:t>I think, and this is the thing that is probably not kind of clear from the way that I presented this, I love this book. I really love this book. And I think that's, that I got caught up in it. You know, it's not until I've taken a step back to kind of do the research and read what other people have kind of analyzed, that's made me kind of see some of this stuff. Because at the time of reading, I was just, I was just in it. I was...</w:t>
      </w:r>
    </w:p>
    <w:p>
      <w:pPr>
        <w:spacing w:after="0"/>
      </w:pPr>
    </w:p>
    <w:p>
      <w:pPr>
        <w:spacing w:after="0"/>
      </w:pPr>
      <w:r>
        <w:rPr>
          <w:rFonts w:ascii="Arial" w:hAnsi="Arial"/>
          <w:b/>
          <w:sz w:val="22"/>
        </w:rPr>
        <w:t xml:space="preserve">Lucy  </w:t>
      </w:r>
      <w:r>
        <w:rPr>
          <w:rFonts w:ascii="Arial" w:hAnsi="Arial"/>
          <w:color w:val="5D7284"/>
          <w:sz w:val="22"/>
        </w:rPr>
        <w:t>39:07</w:t>
      </w:r>
    </w:p>
    <w:p>
      <w:pPr>
        <w:spacing w:after="0"/>
      </w:pPr>
      <w:r>
        <w:rPr>
          <w:rFonts w:ascii="Arial" w:hAnsi="Arial"/>
          <w:sz w:val="22"/>
        </w:rPr>
        <w:t>Yer yeah you weren't thinking about your, with your advocacy hat on. Were you? going actually no, that's not right.</w:t>
      </w:r>
    </w:p>
    <w:p>
      <w:pPr>
        <w:spacing w:after="0"/>
      </w:pPr>
    </w:p>
    <w:p>
      <w:pPr>
        <w:spacing w:after="0"/>
      </w:pPr>
      <w:r>
        <w:rPr>
          <w:rFonts w:ascii="Arial" w:hAnsi="Arial"/>
          <w:b/>
          <w:sz w:val="22"/>
        </w:rPr>
        <w:t xml:space="preserve">Alice  </w:t>
      </w:r>
      <w:r>
        <w:rPr>
          <w:rFonts w:ascii="Arial" w:hAnsi="Arial"/>
          <w:color w:val="5D7284"/>
          <w:sz w:val="22"/>
        </w:rPr>
        <w:t>39:14</w:t>
      </w:r>
    </w:p>
    <w:p>
      <w:pPr>
        <w:spacing w:after="0"/>
      </w:pPr>
      <w:r>
        <w:rPr>
          <w:rFonts w:ascii="Arial" w:hAnsi="Arial"/>
          <w:sz w:val="22"/>
        </w:rPr>
        <w:t>Well and I think I probably read this for the first time when I was about 15. It's the being disabled. Having Rochester becoming disabled is one of the things that allows him and Jane to rebuild their relationship and their love. And as a reader, you want them to end up together because it's their love story. That's what this is. This whole thing is their love story so. (Lucy) Yeah.</w:t>
      </w:r>
    </w:p>
    <w:p>
      <w:pPr>
        <w:spacing w:after="0"/>
      </w:pPr>
    </w:p>
    <w:p>
      <w:pPr>
        <w:spacing w:after="0"/>
      </w:pPr>
      <w:r>
        <w:rPr>
          <w:rFonts w:ascii="Arial" w:hAnsi="Arial"/>
          <w:b/>
          <w:sz w:val="22"/>
        </w:rPr>
        <w:t xml:space="preserve">Lucy  </w:t>
      </w:r>
      <w:r>
        <w:rPr>
          <w:rFonts w:ascii="Arial" w:hAnsi="Arial"/>
          <w:color w:val="5D7284"/>
          <w:sz w:val="22"/>
        </w:rPr>
        <w:t>39:43</w:t>
      </w:r>
    </w:p>
    <w:p>
      <w:pPr>
        <w:spacing w:after="0"/>
      </w:pPr>
      <w:r>
        <w:rPr>
          <w:rFonts w:ascii="Arial" w:hAnsi="Arial"/>
          <w:sz w:val="22"/>
        </w:rPr>
        <w:t>It's was just interesting to me. Because obviously, like, as a disabled.. when you see disabled people on the telly.. when I see like wheelchair users on the telly now, a bit that oh, here we go. Same old trope, kind of</w:t>
      </w:r>
    </w:p>
    <w:p>
      <w:pPr>
        <w:spacing w:after="0"/>
      </w:pPr>
    </w:p>
    <w:p>
      <w:pPr>
        <w:spacing w:after="0"/>
      </w:pPr>
      <w:r>
        <w:rPr>
          <w:rFonts w:ascii="Arial" w:hAnsi="Arial"/>
          <w:b/>
          <w:sz w:val="22"/>
        </w:rPr>
        <w:t xml:space="preserve">Alice  </w:t>
      </w:r>
      <w:r>
        <w:rPr>
          <w:rFonts w:ascii="Arial" w:hAnsi="Arial"/>
          <w:color w:val="5D7284"/>
          <w:sz w:val="22"/>
        </w:rPr>
        <w:t>39:59</w:t>
      </w:r>
    </w:p>
    <w:p>
      <w:pPr>
        <w:spacing w:after="0"/>
      </w:pPr>
      <w:r>
        <w:rPr>
          <w:rFonts w:ascii="Arial" w:hAnsi="Arial"/>
          <w:sz w:val="22"/>
        </w:rPr>
        <w:t>So here's my question. Do you think you did that before your media degree?</w:t>
      </w:r>
    </w:p>
    <w:p>
      <w:pPr>
        <w:spacing w:after="0"/>
      </w:pPr>
    </w:p>
    <w:p>
      <w:pPr>
        <w:spacing w:after="0"/>
      </w:pPr>
      <w:r>
        <w:rPr>
          <w:rFonts w:ascii="Arial" w:hAnsi="Arial"/>
          <w:b/>
          <w:sz w:val="22"/>
        </w:rPr>
        <w:t xml:space="preserve">Lucy  </w:t>
      </w:r>
      <w:r>
        <w:rPr>
          <w:rFonts w:ascii="Arial" w:hAnsi="Arial"/>
          <w:color w:val="5D7284"/>
          <w:sz w:val="22"/>
        </w:rPr>
        <w:t>40:03</w:t>
      </w:r>
    </w:p>
    <w:p>
      <w:pPr>
        <w:spacing w:after="0"/>
      </w:pPr>
      <w:r>
        <w:rPr>
          <w:rFonts w:ascii="Arial" w:hAnsi="Arial"/>
          <w:sz w:val="22"/>
        </w:rPr>
        <w:t>I probably went no, no, actually, probably not. Probably not. I think once you learn about the kind of production values they put in to, like representation for disabled people. And when I, when I realized that actually, I might like telly as a disabled person, but television doesn't like really like disabled people. Yeah, it was quite heartbreaking. I'm certainly always not like that, though. I was screaming with a cardboard box and you read about it, you know, you're not you're not accurately, depicting my experience as a disabled person. But I don't think I did this before. Like, I don't think I did that. I don't think I consciously did that anyway, until I got a media degree. And I was sort of analyzing things more deeply than I normally would have, would of, as a viewer or a reader or whatever.</w:t>
      </w:r>
    </w:p>
    <w:p>
      <w:pPr>
        <w:spacing w:after="0"/>
      </w:pPr>
    </w:p>
    <w:p>
      <w:pPr>
        <w:spacing w:after="0"/>
      </w:pPr>
      <w:r>
        <w:rPr>
          <w:rFonts w:ascii="Arial" w:hAnsi="Arial"/>
          <w:b/>
          <w:sz w:val="22"/>
        </w:rPr>
        <w:t xml:space="preserve">Alice  </w:t>
      </w:r>
      <w:r>
        <w:rPr>
          <w:rFonts w:ascii="Arial" w:hAnsi="Arial"/>
          <w:color w:val="5D7284"/>
          <w:sz w:val="22"/>
        </w:rPr>
        <w:t>41:04</w:t>
      </w:r>
    </w:p>
    <w:p>
      <w:pPr>
        <w:spacing w:after="0"/>
      </w:pPr>
      <w:r>
        <w:rPr>
          <w:rFonts w:ascii="Arial" w:hAnsi="Arial"/>
          <w:sz w:val="22"/>
        </w:rPr>
        <w:t>And I think that's also probably the same for me. (Lucy) Yeah. And I think...</w:t>
      </w:r>
    </w:p>
    <w:p>
      <w:pPr>
        <w:spacing w:after="0"/>
      </w:pPr>
    </w:p>
    <w:p>
      <w:pPr>
        <w:spacing w:after="0"/>
      </w:pPr>
      <w:r>
        <w:rPr>
          <w:rFonts w:ascii="Arial" w:hAnsi="Arial"/>
          <w:b/>
          <w:sz w:val="22"/>
        </w:rPr>
        <w:t xml:space="preserve">Lucy  </w:t>
      </w:r>
      <w:r>
        <w:rPr>
          <w:rFonts w:ascii="Arial" w:hAnsi="Arial"/>
          <w:color w:val="5D7284"/>
          <w:sz w:val="22"/>
        </w:rPr>
        <w:t>41:10</w:t>
      </w:r>
    </w:p>
    <w:p>
      <w:pPr>
        <w:spacing w:after="0"/>
      </w:pPr>
      <w:r>
        <w:rPr>
          <w:rFonts w:ascii="Arial" w:hAnsi="Arial"/>
          <w:sz w:val="22"/>
        </w:rPr>
        <w:t xml:space="preserve">It kind of ruins them. It kind of ruins films and books for you, though, doesn't it? Once you get that skill of analyzing things you're like, yeah, I know why they're doing that. </w:t>
      </w:r>
    </w:p>
    <w:p>
      <w:pPr>
        <w:spacing w:after="0"/>
      </w:pPr>
    </w:p>
    <w:p>
      <w:pPr>
        <w:spacing w:after="0"/>
      </w:pPr>
      <w:r>
        <w:rPr>
          <w:rFonts w:ascii="Arial" w:hAnsi="Arial"/>
          <w:b/>
          <w:sz w:val="22"/>
        </w:rPr>
        <w:t xml:space="preserve">Alice  </w:t>
      </w:r>
      <w:r>
        <w:rPr>
          <w:rFonts w:ascii="Arial" w:hAnsi="Arial"/>
          <w:color w:val="5D7284"/>
          <w:sz w:val="22"/>
        </w:rPr>
        <w:t>41:18</w:t>
      </w:r>
    </w:p>
    <w:p>
      <w:pPr>
        <w:spacing w:after="0"/>
      </w:pPr>
      <w:r>
        <w:rPr>
          <w:rFonts w:ascii="Arial" w:hAnsi="Arial"/>
          <w:sz w:val="22"/>
        </w:rPr>
        <w:t>I tell you what I think is quite cool, though. I think that we are generally, certainly younger generations are more like media literate now. (Lucy) Yeah. And so even if they don't have a media degree, (Lucy) No. I think that there are people, more young people would see things and question it more. Because even if people don't necessarily understand the kind of, you know, the psychoanalytic theory and stuff like that. People are encouraged to question media more and interrogate the things that are  shown to them. (Lucy) Yeah. Like, because everybody understands about filters and editing, because it's so mainstream now that people go, is that really what that's like? What have they made it look like that? Have they used an angle to sell that in some way?</w:t>
      </w:r>
    </w:p>
    <w:p>
      <w:pPr>
        <w:spacing w:after="0"/>
      </w:pPr>
    </w:p>
    <w:p>
      <w:pPr>
        <w:spacing w:after="0"/>
      </w:pPr>
      <w:r>
        <w:rPr>
          <w:rFonts w:ascii="Arial" w:hAnsi="Arial"/>
          <w:b/>
          <w:sz w:val="22"/>
        </w:rPr>
        <w:t xml:space="preserve">Lucy  </w:t>
      </w:r>
      <w:r>
        <w:rPr>
          <w:rFonts w:ascii="Arial" w:hAnsi="Arial"/>
          <w:color w:val="5D7284"/>
          <w:sz w:val="22"/>
        </w:rPr>
        <w:t>42:10</w:t>
      </w:r>
    </w:p>
    <w:p>
      <w:pPr>
        <w:spacing w:after="0"/>
      </w:pPr>
      <w:r>
        <w:rPr>
          <w:rFonts w:ascii="Arial" w:hAnsi="Arial"/>
          <w:sz w:val="22"/>
        </w:rPr>
        <w:t>I mean, you only have to look at the hype that's created around these big big event TV series, like Line Of Duty or Peaky Blinders or whatever. But everybody you speak to, during the run up to that final episode has got a theory because they've sat at home and they've analyzed it, and they've thought about it. And I'm thinking, well, that's what our media degree was really wasn't it?If you think about, you know, you are taught to question, everything you see on the, you know, especially with storytelling, I can tell you what, what's going to happen in a film more than 20 minutes in and then, and then I sit there, I could have told you that it's gonna be 20 minutes into the beginning and they're shocked. No, you couldn't,and I'm thinking yes I can, because that's what it's taught me how to do it. Yeah. But I definitely was not this cynical about disability representation. Before my media degree. (Alice) Yeah. It's just interesting.</w:t>
      </w:r>
    </w:p>
    <w:p>
      <w:pPr>
        <w:spacing w:after="0"/>
      </w:pPr>
    </w:p>
    <w:p>
      <w:pPr>
        <w:spacing w:after="0"/>
      </w:pPr>
      <w:r>
        <w:rPr>
          <w:rFonts w:ascii="Arial" w:hAnsi="Arial"/>
          <w:b/>
          <w:sz w:val="22"/>
        </w:rPr>
        <w:t xml:space="preserve">Alice  </w:t>
      </w:r>
      <w:r>
        <w:rPr>
          <w:rFonts w:ascii="Arial" w:hAnsi="Arial"/>
          <w:color w:val="5D7284"/>
          <w:sz w:val="22"/>
        </w:rPr>
        <w:t>43:09</w:t>
      </w:r>
    </w:p>
    <w:p>
      <w:pPr>
        <w:spacing w:after="0"/>
      </w:pPr>
      <w:r>
        <w:rPr>
          <w:rFonts w:ascii="Arial" w:hAnsi="Arial"/>
          <w:sz w:val="22"/>
        </w:rPr>
        <w:t>No, I think it is interesting. And I think that one of the things that, like my degree, has got has definitely got me thinking about the way we use. Certainly, I mean, my degree was in film, so looking at films, but the way that we use certain tactics to frame things to kind of sell the message that we want to sell,</w:t>
      </w:r>
    </w:p>
    <w:p>
      <w:pPr>
        <w:spacing w:after="0"/>
      </w:pPr>
    </w:p>
    <w:p>
      <w:pPr>
        <w:spacing w:after="0"/>
      </w:pPr>
      <w:r>
        <w:rPr>
          <w:rFonts w:ascii="Arial" w:hAnsi="Arial"/>
          <w:b/>
          <w:sz w:val="22"/>
        </w:rPr>
        <w:t xml:space="preserve">Lucy  </w:t>
      </w:r>
      <w:r>
        <w:rPr>
          <w:rFonts w:ascii="Arial" w:hAnsi="Arial"/>
          <w:color w:val="5D7284"/>
          <w:sz w:val="22"/>
        </w:rPr>
        <w:t>43:35</w:t>
      </w:r>
    </w:p>
    <w:p>
      <w:pPr>
        <w:spacing w:after="0"/>
      </w:pPr>
      <w:r>
        <w:rPr>
          <w:rFonts w:ascii="Arial" w:hAnsi="Arial"/>
          <w:sz w:val="22"/>
        </w:rPr>
        <w:t>Yeah. Oh, it's in everything from music to the pace of the shots, you know the lighting. It's in everything it's, (Alice) Yep. You know, it's..</w:t>
      </w:r>
    </w:p>
    <w:p>
      <w:pPr>
        <w:spacing w:after="0"/>
      </w:pPr>
    </w:p>
    <w:p>
      <w:pPr>
        <w:spacing w:after="0"/>
      </w:pPr>
      <w:r>
        <w:rPr>
          <w:rFonts w:ascii="Arial" w:hAnsi="Arial"/>
          <w:b/>
          <w:sz w:val="22"/>
        </w:rPr>
        <w:t xml:space="preserve">Alice  </w:t>
      </w:r>
      <w:r>
        <w:rPr>
          <w:rFonts w:ascii="Arial" w:hAnsi="Arial"/>
          <w:color w:val="5D7284"/>
          <w:sz w:val="22"/>
        </w:rPr>
        <w:t>43:44</w:t>
      </w:r>
    </w:p>
    <w:p>
      <w:pPr>
        <w:spacing w:after="0"/>
      </w:pPr>
      <w:r>
        <w:rPr>
          <w:rFonts w:ascii="Arial" w:hAnsi="Arial"/>
          <w:sz w:val="22"/>
        </w:rPr>
        <w:t xml:space="preserve">Erm and I looking, talking about, sorry, I said looking, talking about this book, this is the thing, one of the things  that I think  the ways that power, the power dynamic is really constructed in this book. Is there's a lot of talk about looking and seeing. There's a lot of describing of the visuals of a landscape is a very, for book. It's a very visual thing. (Lucy) Yeah. And so I think that by taking away raw Rochester's ability to see the book is really kind of taking him away from one of the things that's like the most biggest delivery of messages, if that makes sense, in the book. (Lucy) Yer yeah. And yeah, it's like, like looking is important, particularly when you're talking about psychoanalytic theory in creating the power dynamic. So, looking in the gaze, though, the person who does the looking is the person who is in power. They are looking is a very active thing. (Lucy) Hhmm. Whereas the person who is looked at, it's very possible that you're there to be looked at and for the person who's looking to take what they want from seeing you, (Lucy) Right?. Does that make sense?  </w:t>
      </w:r>
    </w:p>
    <w:p>
      <w:pPr>
        <w:spacing w:after="0"/>
      </w:pPr>
    </w:p>
    <w:p>
      <w:pPr>
        <w:spacing w:after="0"/>
      </w:pPr>
      <w:r>
        <w:rPr>
          <w:rFonts w:ascii="Arial" w:hAnsi="Arial"/>
          <w:b/>
          <w:sz w:val="22"/>
        </w:rPr>
        <w:t xml:space="preserve">Lucy  </w:t>
      </w:r>
      <w:r>
        <w:rPr>
          <w:rFonts w:ascii="Arial" w:hAnsi="Arial"/>
          <w:color w:val="5D7284"/>
          <w:sz w:val="22"/>
        </w:rPr>
        <w:t>45:16</w:t>
      </w:r>
    </w:p>
    <w:p>
      <w:pPr>
        <w:spacing w:after="0"/>
      </w:pPr>
      <w:r>
        <w:rPr>
          <w:rFonts w:ascii="Arial" w:hAnsi="Arial"/>
          <w:sz w:val="22"/>
        </w:rPr>
        <w:t>Yes it does make sense.(Lucy) Yeah. Yeah.</w:t>
      </w:r>
    </w:p>
    <w:p>
      <w:pPr>
        <w:spacing w:after="0"/>
      </w:pPr>
    </w:p>
    <w:p>
      <w:pPr>
        <w:spacing w:after="0"/>
      </w:pPr>
      <w:r>
        <w:rPr>
          <w:rFonts w:ascii="Arial" w:hAnsi="Arial"/>
          <w:b/>
          <w:sz w:val="22"/>
        </w:rPr>
        <w:t xml:space="preserve">Alice  </w:t>
      </w:r>
      <w:r>
        <w:rPr>
          <w:rFonts w:ascii="Arial" w:hAnsi="Arial"/>
          <w:color w:val="5D7284"/>
          <w:sz w:val="22"/>
        </w:rPr>
        <w:t>45:18</w:t>
      </w:r>
    </w:p>
    <w:p>
      <w:pPr>
        <w:spacing w:after="0"/>
      </w:pPr>
      <w:r>
        <w:rPr>
          <w:rFonts w:ascii="Arial" w:hAnsi="Arial"/>
          <w:sz w:val="22"/>
        </w:rPr>
        <w:t>So. So it's I think it's interesting not only obviously that Rochester can't look anymore, but in the book, at the beginning of the book, when Jane first meets Rochester, there's a lot of furtively looking at him and kind of going, you know, where he...</w:t>
      </w:r>
    </w:p>
    <w:p>
      <w:pPr>
        <w:spacing w:after="0"/>
      </w:pPr>
    </w:p>
    <w:p>
      <w:pPr>
        <w:spacing w:after="0"/>
      </w:pPr>
      <w:r>
        <w:rPr>
          <w:rFonts w:ascii="Arial" w:hAnsi="Arial"/>
          <w:b/>
          <w:sz w:val="22"/>
        </w:rPr>
        <w:t xml:space="preserve">Lucy  </w:t>
      </w:r>
      <w:r>
        <w:rPr>
          <w:rFonts w:ascii="Arial" w:hAnsi="Arial"/>
          <w:color w:val="5D7284"/>
          <w:sz w:val="22"/>
        </w:rPr>
        <w:t>45:41</w:t>
      </w:r>
    </w:p>
    <w:p>
      <w:pPr>
        <w:spacing w:after="0"/>
      </w:pPr>
      <w:r>
        <w:rPr>
          <w:rFonts w:ascii="Arial" w:hAnsi="Arial"/>
          <w:sz w:val="22"/>
        </w:rPr>
        <w:t>Gazing at him adoringly.</w:t>
      </w:r>
    </w:p>
    <w:p>
      <w:pPr>
        <w:spacing w:after="0"/>
      </w:pPr>
    </w:p>
    <w:p>
      <w:pPr>
        <w:spacing w:after="0"/>
      </w:pPr>
      <w:r>
        <w:rPr>
          <w:rFonts w:ascii="Arial" w:hAnsi="Arial"/>
          <w:b/>
          <w:sz w:val="22"/>
        </w:rPr>
        <w:t xml:space="preserve">Alice  </w:t>
      </w:r>
      <w:r>
        <w:rPr>
          <w:rFonts w:ascii="Arial" w:hAnsi="Arial"/>
          <w:color w:val="5D7284"/>
          <w:sz w:val="22"/>
        </w:rPr>
        <w:t>45:43</w:t>
      </w:r>
    </w:p>
    <w:p>
      <w:pPr>
        <w:spacing w:after="0"/>
      </w:pPr>
      <w:r>
        <w:rPr>
          <w:rFonts w:ascii="Arial" w:hAnsi="Arial"/>
          <w:sz w:val="22"/>
        </w:rPr>
        <w:t>But not being, not doing like long adoring gazes. It's stealing a glance at him before he notices her looking. It's him creeping, like appearing, when she didn't expect him to be there and not seeing him kind of arrive. (Lucy) Right? Yes I get yer. So she does a lot of that. And because it's almost like, because he's the man, he's the one with the looking power. And she's the woman (Lucy) Who is visually looked upon. Yeah. And so if she wants to look him, she has to really steal these these furtive glances. (Lucy) Yes. After.. I mean, even from the first time, like the description of when she sees him for the first time when he's like reaching out into the rain. She's like watching him. It's very, very changed dynamic. (Lucy) Hhmm. From like, to her now being like, I can I can look at you for as long as I want. And you can't even look back. You don't know I'm looking.(Lucy) Exactly. Yeah.</w:t>
      </w:r>
    </w:p>
    <w:p>
      <w:pPr>
        <w:spacing w:after="0"/>
      </w:pPr>
    </w:p>
    <w:p>
      <w:pPr>
        <w:spacing w:after="0"/>
      </w:pPr>
      <w:r>
        <w:rPr>
          <w:rFonts w:ascii="Arial" w:hAnsi="Arial"/>
          <w:b/>
          <w:sz w:val="22"/>
        </w:rPr>
        <w:t xml:space="preserve">Lucy  </w:t>
      </w:r>
      <w:r>
        <w:rPr>
          <w:rFonts w:ascii="Arial" w:hAnsi="Arial"/>
          <w:color w:val="5D7284"/>
          <w:sz w:val="22"/>
        </w:rPr>
        <w:t>46:46</w:t>
      </w:r>
    </w:p>
    <w:p>
      <w:pPr>
        <w:spacing w:after="0"/>
      </w:pPr>
      <w:r>
        <w:rPr>
          <w:rFonts w:ascii="Arial" w:hAnsi="Arial"/>
          <w:sz w:val="22"/>
        </w:rPr>
        <w:t>I think he's a little bit. When you put it like that is a little bit creepy.</w:t>
      </w:r>
    </w:p>
    <w:p>
      <w:pPr>
        <w:spacing w:after="0"/>
      </w:pPr>
    </w:p>
    <w:p>
      <w:pPr>
        <w:spacing w:after="0"/>
      </w:pPr>
      <w:r>
        <w:rPr>
          <w:rFonts w:ascii="Arial" w:hAnsi="Arial"/>
          <w:b/>
          <w:sz w:val="22"/>
        </w:rPr>
        <w:t xml:space="preserve">Alice  </w:t>
      </w:r>
      <w:r>
        <w:rPr>
          <w:rFonts w:ascii="Arial" w:hAnsi="Arial"/>
          <w:color w:val="5D7284"/>
          <w:sz w:val="22"/>
        </w:rPr>
        <w:t>46:50</w:t>
      </w:r>
    </w:p>
    <w:p>
      <w:pPr>
        <w:spacing w:after="0"/>
      </w:pPr>
      <w:r>
        <w:rPr>
          <w:rFonts w:ascii="Arial" w:hAnsi="Arial"/>
          <w:sz w:val="22"/>
        </w:rPr>
        <w:t>Oh, yeah. It's definitely creepy.(Lucy) Yeah. (laughs) But it's very reflective of that power shift, I think. (Lucy) Yes. So yeah, that changed power dynamic. So obviously, after he's blinded, like Jane, she's described as literally becoming the apple of his eye. She's the one who does the seeing for him. (Lucy) Right. Like..</w:t>
      </w:r>
    </w:p>
    <w:p>
      <w:pPr>
        <w:spacing w:after="0"/>
      </w:pPr>
    </w:p>
    <w:p>
      <w:pPr>
        <w:spacing w:after="0"/>
      </w:pPr>
      <w:r>
        <w:rPr>
          <w:rFonts w:ascii="Arial" w:hAnsi="Arial"/>
          <w:b/>
          <w:sz w:val="22"/>
        </w:rPr>
        <w:t xml:space="preserve">Lucy  </w:t>
      </w:r>
      <w:r>
        <w:rPr>
          <w:rFonts w:ascii="Arial" w:hAnsi="Arial"/>
          <w:color w:val="5D7284"/>
          <w:sz w:val="22"/>
        </w:rPr>
        <w:t>47:17</w:t>
      </w:r>
    </w:p>
    <w:p>
      <w:pPr>
        <w:spacing w:after="0"/>
      </w:pPr>
      <w:r>
        <w:rPr>
          <w:rFonts w:ascii="Arial" w:hAnsi="Arial"/>
          <w:sz w:val="22"/>
        </w:rPr>
        <w:t xml:space="preserve"> So he goes blind, right. And she's gone back because she's in a bit of Gothic. Yeah, she discovers he's blind. Do they get back together?</w:t>
      </w:r>
    </w:p>
    <w:p>
      <w:pPr>
        <w:spacing w:after="0"/>
      </w:pPr>
    </w:p>
    <w:p>
      <w:pPr>
        <w:spacing w:after="0"/>
      </w:pPr>
      <w:r>
        <w:rPr>
          <w:rFonts w:ascii="Arial" w:hAnsi="Arial"/>
          <w:b/>
          <w:sz w:val="22"/>
        </w:rPr>
        <w:t xml:space="preserve">Alice  </w:t>
      </w:r>
      <w:r>
        <w:rPr>
          <w:rFonts w:ascii="Arial" w:hAnsi="Arial"/>
          <w:color w:val="5D7284"/>
          <w:sz w:val="22"/>
        </w:rPr>
        <w:t>47:26</w:t>
      </w:r>
    </w:p>
    <w:p>
      <w:pPr>
        <w:spacing w:after="0"/>
      </w:pPr>
      <w:r>
        <w:rPr>
          <w:rFonts w:ascii="Arial" w:hAnsi="Arial"/>
          <w:sz w:val="22"/>
        </w:rPr>
        <w:t>They do. They do they get married. (Lucy) Okay. Right. And it's, you know, they've, it's kind of the success of their love story there. Which, you know, could not be facilitated. Without him becoming blind, I think</w:t>
      </w:r>
    </w:p>
    <w:p>
      <w:pPr>
        <w:spacing w:after="0"/>
      </w:pPr>
    </w:p>
    <w:p>
      <w:pPr>
        <w:spacing w:after="0"/>
      </w:pPr>
      <w:r>
        <w:rPr>
          <w:rFonts w:ascii="Arial" w:hAnsi="Arial"/>
          <w:b/>
          <w:sz w:val="22"/>
        </w:rPr>
        <w:t xml:space="preserve">Lucy  </w:t>
      </w:r>
      <w:r>
        <w:rPr>
          <w:rFonts w:ascii="Arial" w:hAnsi="Arial"/>
          <w:color w:val="5D7284"/>
          <w:sz w:val="22"/>
        </w:rPr>
        <w:t>47:44</w:t>
      </w:r>
    </w:p>
    <w:p>
      <w:pPr>
        <w:spacing w:after="0"/>
      </w:pPr>
      <w:r>
        <w:rPr>
          <w:rFonts w:ascii="Arial" w:hAnsi="Arial"/>
          <w:sz w:val="22"/>
        </w:rPr>
        <w:t>No, yeah.</w:t>
      </w:r>
    </w:p>
    <w:p>
      <w:pPr>
        <w:spacing w:after="0"/>
      </w:pPr>
    </w:p>
    <w:p>
      <w:pPr>
        <w:spacing w:after="0"/>
      </w:pPr>
      <w:r>
        <w:rPr>
          <w:rFonts w:ascii="Arial" w:hAnsi="Arial"/>
          <w:b/>
          <w:sz w:val="22"/>
        </w:rPr>
        <w:t xml:space="preserve">Alice  </w:t>
      </w:r>
      <w:r>
        <w:rPr>
          <w:rFonts w:ascii="Arial" w:hAnsi="Arial"/>
          <w:color w:val="5D7284"/>
          <w:sz w:val="22"/>
        </w:rPr>
        <w:t>47:46</w:t>
      </w:r>
    </w:p>
    <w:p>
      <w:pPr>
        <w:spacing w:after="0"/>
      </w:pPr>
      <w:r>
        <w:rPr>
          <w:rFonts w:ascii="Arial" w:hAnsi="Arial"/>
          <w:sz w:val="22"/>
        </w:rPr>
        <w:t>So, yeah, he becomes really dependent on her. And he's like, that the, the, she's the apple of his eye. So as well as it kind of being a shift of the power dynamic. There's some really interesting stuff that kind of got me a bit in the feelings. That one of the people in that book that I read, talked about, that actually this the changing dynamic and him becoming, it's not him becoming dependent on Jane, but actually, it's a her being the one who sees for him. Makes their relationship, it makes them more equal. And it because she's the narrator, (Lucy) Yeah. By her being his eyes, it brings him in closer to her and makes them kind of more of a one. More of an emotion. Yeah, so it makes the relationship more kind of equal and caring.</w:t>
      </w:r>
    </w:p>
    <w:p>
      <w:pPr>
        <w:spacing w:after="0"/>
      </w:pPr>
    </w:p>
    <w:p>
      <w:pPr>
        <w:spacing w:after="0"/>
      </w:pPr>
      <w:r>
        <w:rPr>
          <w:rFonts w:ascii="Arial" w:hAnsi="Arial"/>
          <w:b/>
          <w:sz w:val="22"/>
        </w:rPr>
        <w:t xml:space="preserve">Lucy  </w:t>
      </w:r>
      <w:r>
        <w:rPr>
          <w:rFonts w:ascii="Arial" w:hAnsi="Arial"/>
          <w:color w:val="5D7284"/>
          <w:sz w:val="22"/>
        </w:rPr>
        <w:t>48:55</w:t>
      </w:r>
    </w:p>
    <w:p>
      <w:pPr>
        <w:spacing w:after="0"/>
      </w:pPr>
      <w:r>
        <w:rPr>
          <w:rFonts w:ascii="Arial" w:hAnsi="Arial"/>
          <w:sz w:val="22"/>
        </w:rPr>
        <w:t>Which is never a bad thing to be fair is it?</w:t>
      </w:r>
    </w:p>
    <w:p>
      <w:pPr>
        <w:spacing w:after="0"/>
      </w:pPr>
    </w:p>
    <w:p>
      <w:pPr>
        <w:spacing w:after="0"/>
      </w:pPr>
      <w:r>
        <w:rPr>
          <w:rFonts w:ascii="Arial" w:hAnsi="Arial"/>
          <w:b/>
          <w:sz w:val="22"/>
        </w:rPr>
        <w:t xml:space="preserve">Alice  </w:t>
      </w:r>
      <w:r>
        <w:rPr>
          <w:rFonts w:ascii="Arial" w:hAnsi="Arial"/>
          <w:color w:val="5D7284"/>
          <w:sz w:val="22"/>
        </w:rPr>
        <w:t>48:58</w:t>
      </w:r>
    </w:p>
    <w:p>
      <w:pPr>
        <w:spacing w:after="0"/>
      </w:pPr>
      <w:r>
        <w:rPr>
          <w:rFonts w:ascii="Arial" w:hAnsi="Arial"/>
          <w:sz w:val="22"/>
        </w:rPr>
        <w:t>No exactly. And there's, let me find the quote that people kind of cite as the thing that demonstrates that. And like I say, sort of as a, as a blind person in a relationship with a sighted person, this quite sort of got me in the feelings. So Mr Rochester continued to be blind, the first two years of our union. Perhaps it was that circumstance that drew us so very near, that knit us so very close. For I was then his vision, as I am still his right hand. Literally. I was what he often called me the apple of his eye. Never did I weary of reading to him. Never did I weary conducting him where he wished to go. Of doing for him what he wished to be done. And there was a pleasure in my service most full, most exquisite, even though, sad because he claimed the services without painful shame or dampening humiliation, he loved me so truly, that he knew no reluctance in profiting from my attendance. He felt I loved him so fondly, that to yield to that attendance was to indulge my sweetest wishes. And I think...  That was really, really nice. Yeah, what that passage is basically saying is like for Jane, (Lucy) Yep. She loves caring for her husband, like, and part of caring for him and supporting him is helping him with his disability.</w:t>
      </w:r>
    </w:p>
    <w:p>
      <w:pPr>
        <w:spacing w:after="0"/>
      </w:pPr>
    </w:p>
    <w:p>
      <w:pPr>
        <w:spacing w:after="0"/>
      </w:pPr>
      <w:r>
        <w:rPr>
          <w:rFonts w:ascii="Arial" w:hAnsi="Arial"/>
          <w:b/>
          <w:sz w:val="22"/>
        </w:rPr>
        <w:t xml:space="preserve">Lucy  </w:t>
      </w:r>
      <w:r>
        <w:rPr>
          <w:rFonts w:ascii="Arial" w:hAnsi="Arial"/>
          <w:color w:val="5D7284"/>
          <w:sz w:val="22"/>
        </w:rPr>
        <w:t>51:12</w:t>
      </w:r>
    </w:p>
    <w:p>
      <w:pPr>
        <w:spacing w:after="0"/>
      </w:pPr>
      <w:r>
        <w:rPr>
          <w:rFonts w:ascii="Arial" w:hAnsi="Arial"/>
          <w:sz w:val="22"/>
        </w:rPr>
        <w:t xml:space="preserve">Yeah. And to be honest, I think that's what like, relationships should be, shouldn't it really shouldn't be a kind of, oh, I'm not doing that. That's not, that's not my job. It's I love you, I'll do anything I can to help you regardless of what it is. You know, it's just nice. </w:t>
      </w:r>
    </w:p>
    <w:p>
      <w:pPr>
        <w:spacing w:after="0"/>
      </w:pPr>
    </w:p>
    <w:p>
      <w:pPr>
        <w:spacing w:after="0"/>
      </w:pPr>
      <w:r>
        <w:rPr>
          <w:rFonts w:ascii="Arial" w:hAnsi="Arial"/>
          <w:b/>
          <w:sz w:val="22"/>
        </w:rPr>
        <w:t xml:space="preserve">Alice  </w:t>
      </w:r>
      <w:r>
        <w:rPr>
          <w:rFonts w:ascii="Arial" w:hAnsi="Arial"/>
          <w:color w:val="5D7284"/>
          <w:sz w:val="22"/>
        </w:rPr>
        <w:t>51:31</w:t>
      </w:r>
    </w:p>
    <w:p>
      <w:pPr>
        <w:spacing w:after="0"/>
      </w:pPr>
      <w:r>
        <w:rPr>
          <w:rFonts w:ascii="Arial" w:hAnsi="Arial"/>
          <w:sz w:val="22"/>
        </w:rPr>
        <w:t>Yeah I think it's really nice. And I think one of the things that gets me because of my history and sort of emotional experience, it's the experience of my own disability is the fact that she says that, like, Rochester doesn't feel shameful or helpless, like he knows that he needs her help and loves her enough that asking for help from her and receiving help from her. (Lucy) Yeah. It doesn't make him feel helpless. (Lucy) No. It's a partnership, isn't it.</w:t>
      </w:r>
    </w:p>
    <w:p>
      <w:pPr>
        <w:spacing w:after="0"/>
      </w:pPr>
    </w:p>
    <w:p>
      <w:pPr>
        <w:spacing w:after="0"/>
      </w:pPr>
      <w:r>
        <w:rPr>
          <w:rFonts w:ascii="Arial" w:hAnsi="Arial"/>
          <w:b/>
          <w:sz w:val="22"/>
        </w:rPr>
        <w:t xml:space="preserve">Lucy  </w:t>
      </w:r>
      <w:r>
        <w:rPr>
          <w:rFonts w:ascii="Arial" w:hAnsi="Arial"/>
          <w:color w:val="5D7284"/>
          <w:sz w:val="22"/>
        </w:rPr>
        <w:t>52:08</w:t>
      </w:r>
    </w:p>
    <w:p>
      <w:pPr>
        <w:spacing w:after="0"/>
      </w:pPr>
      <w:r>
        <w:rPr>
          <w:rFonts w:ascii="Arial" w:hAnsi="Arial"/>
          <w:sz w:val="22"/>
        </w:rPr>
        <w:t xml:space="preserve"> Yeah, and there is no hesitation to go. Yeah. Could you help me please?</w:t>
      </w:r>
    </w:p>
    <w:p>
      <w:pPr>
        <w:spacing w:after="0"/>
      </w:pPr>
    </w:p>
    <w:p>
      <w:pPr>
        <w:spacing w:after="0"/>
      </w:pPr>
      <w:r>
        <w:rPr>
          <w:rFonts w:ascii="Arial" w:hAnsi="Arial"/>
          <w:b/>
          <w:sz w:val="22"/>
        </w:rPr>
        <w:t xml:space="preserve">Alice  </w:t>
      </w:r>
      <w:r>
        <w:rPr>
          <w:rFonts w:ascii="Arial" w:hAnsi="Arial"/>
          <w:color w:val="5D7284"/>
          <w:sz w:val="22"/>
        </w:rPr>
        <w:t>52:13</w:t>
      </w:r>
    </w:p>
    <w:p>
      <w:pPr>
        <w:spacing w:after="0"/>
      </w:pPr>
      <w:r>
        <w:rPr>
          <w:rFonts w:ascii="Arial" w:hAnsi="Arial"/>
          <w:sz w:val="22"/>
        </w:rPr>
        <w:t>Yeah. And then I guess, that him asking her for help. And her being able to give it that's how they express their love for each other.</w:t>
      </w:r>
    </w:p>
    <w:p>
      <w:pPr>
        <w:spacing w:after="0"/>
      </w:pPr>
    </w:p>
    <w:p>
      <w:pPr>
        <w:spacing w:after="0"/>
      </w:pPr>
      <w:r>
        <w:rPr>
          <w:rFonts w:ascii="Arial" w:hAnsi="Arial"/>
          <w:b/>
          <w:sz w:val="22"/>
        </w:rPr>
        <w:t xml:space="preserve">Lucy  </w:t>
      </w:r>
      <w:r>
        <w:rPr>
          <w:rFonts w:ascii="Arial" w:hAnsi="Arial"/>
          <w:color w:val="5D7284"/>
          <w:sz w:val="22"/>
        </w:rPr>
        <w:t>52:20</w:t>
      </w:r>
    </w:p>
    <w:p>
      <w:pPr>
        <w:spacing w:after="0"/>
      </w:pPr>
      <w:r>
        <w:rPr>
          <w:rFonts w:ascii="Arial" w:hAnsi="Arial"/>
          <w:sz w:val="22"/>
        </w:rPr>
        <w:t>Yeah. Yeah. (Alice)  Yeah. Which to the outside world would not seem very romantic. But to those two people, that, you know, to me, if somebody did that, for me, that would be very romantic. Because you know, that the person doing that for you cares about you that much. It's so very nice. At the end of the day, it's nobody else's business is it really? like, (Alice) No. You shouldnnt feel embarrassed or ashamed because you can't do something and if you need help you go, can you give me a hand and I think to have that somebody there that accepts that. You know, I'm talking like I know them. (Alice laughs)</w:t>
      </w:r>
    </w:p>
    <w:p>
      <w:pPr>
        <w:spacing w:after="0"/>
      </w:pPr>
    </w:p>
    <w:p>
      <w:pPr>
        <w:spacing w:after="0"/>
      </w:pPr>
      <w:r>
        <w:rPr>
          <w:rFonts w:ascii="Arial" w:hAnsi="Arial"/>
          <w:b/>
          <w:sz w:val="22"/>
        </w:rPr>
        <w:t xml:space="preserve">Alice  </w:t>
      </w:r>
      <w:r>
        <w:rPr>
          <w:rFonts w:ascii="Arial" w:hAnsi="Arial"/>
          <w:color w:val="5D7284"/>
          <w:sz w:val="22"/>
        </w:rPr>
        <w:t>53:00</w:t>
      </w:r>
    </w:p>
    <w:p>
      <w:pPr>
        <w:spacing w:after="0"/>
      </w:pPr>
      <w:r>
        <w:rPr>
          <w:rFonts w:ascii="Arial" w:hAnsi="Arial"/>
          <w:sz w:val="22"/>
        </w:rPr>
        <w:t>it's just  you know, as a love story. (Lucy) Yeah. That's nice.(Lucy) Yeah. The book undoes all of that niceness I'm afraid so. (Lucy) Of course it does!. In the very, very end, so</w:t>
      </w:r>
    </w:p>
    <w:p>
      <w:pPr>
        <w:spacing w:after="0"/>
      </w:pPr>
    </w:p>
    <w:p>
      <w:pPr>
        <w:spacing w:after="0"/>
      </w:pPr>
      <w:r>
        <w:rPr>
          <w:rFonts w:ascii="Arial" w:hAnsi="Arial"/>
          <w:b/>
          <w:sz w:val="22"/>
        </w:rPr>
        <w:t xml:space="preserve">Lucy  </w:t>
      </w:r>
      <w:r>
        <w:rPr>
          <w:rFonts w:ascii="Arial" w:hAnsi="Arial"/>
          <w:color w:val="5D7284"/>
          <w:sz w:val="22"/>
        </w:rPr>
        <w:t>53:16</w:t>
      </w:r>
    </w:p>
    <w:p>
      <w:pPr>
        <w:spacing w:after="0"/>
      </w:pPr>
      <w:r>
        <w:rPr>
          <w:rFonts w:ascii="Arial" w:hAnsi="Arial"/>
          <w:sz w:val="22"/>
        </w:rPr>
        <w:t>There's  no more fires is there?</w:t>
      </w:r>
    </w:p>
    <w:p>
      <w:pPr>
        <w:spacing w:after="0"/>
      </w:pPr>
    </w:p>
    <w:p>
      <w:pPr>
        <w:spacing w:after="0"/>
      </w:pPr>
      <w:r>
        <w:rPr>
          <w:rFonts w:ascii="Arial" w:hAnsi="Arial"/>
          <w:b/>
          <w:sz w:val="22"/>
        </w:rPr>
        <w:t xml:space="preserve">Alice  </w:t>
      </w:r>
      <w:r>
        <w:rPr>
          <w:rFonts w:ascii="Arial" w:hAnsi="Arial"/>
          <w:color w:val="5D7284"/>
          <w:sz w:val="22"/>
        </w:rPr>
        <w:t>53:19</w:t>
      </w:r>
    </w:p>
    <w:p>
      <w:pPr>
        <w:spacing w:after="0"/>
      </w:pPr>
      <w:r>
        <w:rPr>
          <w:rFonts w:ascii="Arial" w:hAnsi="Arial"/>
          <w:sz w:val="22"/>
        </w:rPr>
        <w:t>There's no fire. But Rochester gets his sight back.</w:t>
      </w:r>
    </w:p>
    <w:p>
      <w:pPr>
        <w:spacing w:after="0"/>
      </w:pPr>
    </w:p>
    <w:p>
      <w:pPr>
        <w:spacing w:after="0"/>
      </w:pPr>
      <w:r>
        <w:rPr>
          <w:rFonts w:ascii="Arial" w:hAnsi="Arial"/>
          <w:b/>
          <w:sz w:val="22"/>
        </w:rPr>
        <w:t xml:space="preserve">Lucy  </w:t>
      </w:r>
      <w:r>
        <w:rPr>
          <w:rFonts w:ascii="Arial" w:hAnsi="Arial"/>
          <w:color w:val="5D7284"/>
          <w:sz w:val="22"/>
        </w:rPr>
        <w:t>53:25</w:t>
      </w:r>
    </w:p>
    <w:p>
      <w:pPr>
        <w:spacing w:after="0"/>
      </w:pPr>
      <w:r>
        <w:rPr>
          <w:rFonts w:ascii="Arial" w:hAnsi="Arial"/>
          <w:sz w:val="22"/>
        </w:rPr>
        <w:t>Right? How?</w:t>
      </w:r>
    </w:p>
    <w:p>
      <w:pPr>
        <w:spacing w:after="0"/>
      </w:pPr>
    </w:p>
    <w:p>
      <w:pPr>
        <w:spacing w:after="0"/>
      </w:pPr>
      <w:r>
        <w:rPr>
          <w:rFonts w:ascii="Arial" w:hAnsi="Arial"/>
          <w:b/>
          <w:sz w:val="22"/>
        </w:rPr>
        <w:t xml:space="preserve">Alice  </w:t>
      </w:r>
      <w:r>
        <w:rPr>
          <w:rFonts w:ascii="Arial" w:hAnsi="Arial"/>
          <w:color w:val="5D7284"/>
          <w:sz w:val="22"/>
        </w:rPr>
        <w:t>53:27</w:t>
      </w:r>
    </w:p>
    <w:p>
      <w:pPr>
        <w:spacing w:after="0"/>
      </w:pPr>
      <w:r>
        <w:rPr>
          <w:rFonts w:ascii="Arial" w:hAnsi="Arial"/>
          <w:sz w:val="22"/>
        </w:rPr>
        <w:t>You don't really find out it's just like, there's like a he starts to be able to see again.</w:t>
      </w:r>
    </w:p>
    <w:p>
      <w:pPr>
        <w:spacing w:after="0"/>
      </w:pPr>
    </w:p>
    <w:p>
      <w:pPr>
        <w:spacing w:after="0"/>
      </w:pPr>
      <w:r>
        <w:rPr>
          <w:rFonts w:ascii="Arial" w:hAnsi="Arial"/>
          <w:b/>
          <w:sz w:val="22"/>
        </w:rPr>
        <w:t xml:space="preserve">Lucy  </w:t>
      </w:r>
      <w:r>
        <w:rPr>
          <w:rFonts w:ascii="Arial" w:hAnsi="Arial"/>
          <w:color w:val="5D7284"/>
          <w:sz w:val="22"/>
        </w:rPr>
        <w:t>53:33</w:t>
      </w:r>
    </w:p>
    <w:p>
      <w:pPr>
        <w:spacing w:after="0"/>
      </w:pPr>
      <w:r>
        <w:rPr>
          <w:rFonts w:ascii="Arial" w:hAnsi="Arial"/>
          <w:sz w:val="22"/>
        </w:rPr>
        <w:t>Oh, don't tell he bogs off!</w:t>
      </w:r>
    </w:p>
    <w:p>
      <w:pPr>
        <w:spacing w:after="0"/>
      </w:pPr>
    </w:p>
    <w:p>
      <w:pPr>
        <w:spacing w:after="0"/>
      </w:pPr>
      <w:r>
        <w:rPr>
          <w:rFonts w:ascii="Arial" w:hAnsi="Arial"/>
          <w:b/>
          <w:sz w:val="22"/>
        </w:rPr>
        <w:t xml:space="preserve">Alice  </w:t>
      </w:r>
      <w:r>
        <w:rPr>
          <w:rFonts w:ascii="Arial" w:hAnsi="Arial"/>
          <w:color w:val="5D7284"/>
          <w:sz w:val="22"/>
        </w:rPr>
        <w:t>53:35</w:t>
      </w:r>
    </w:p>
    <w:p>
      <w:pPr>
        <w:spacing w:after="0"/>
      </w:pPr>
      <w:r>
        <w:rPr>
          <w:rFonts w:ascii="Arial" w:hAnsi="Arial"/>
          <w:sz w:val="22"/>
        </w:rPr>
        <w:t xml:space="preserve"> No, no, no, he doesn't. But he doesn't bog off. He stays with her. He loves her. They actually have a child, (Lucy) Right okay. So I'm gonna go back to kind of the the whole..(Lucy) I'm bracing myself, bracing myself. It's the looking thing again. So. So Rochester, he gets his his eyes back. (Lucy) Yer. He gets his sight back and in getting his sight back he kind of gets that erm...it puts him back in his power position because he doesn't really need Jane anymore to help him.(Lucy) No. Erm and it makes him the looker again. So erm and it's the way..</w:t>
      </w:r>
    </w:p>
    <w:p>
      <w:pPr>
        <w:spacing w:after="0"/>
      </w:pPr>
    </w:p>
    <w:p>
      <w:pPr>
        <w:spacing w:after="0"/>
      </w:pPr>
      <w:r>
        <w:rPr>
          <w:rFonts w:ascii="Arial" w:hAnsi="Arial"/>
          <w:b/>
          <w:sz w:val="22"/>
        </w:rPr>
        <w:t xml:space="preserve">Lucy  </w:t>
      </w:r>
      <w:r>
        <w:rPr>
          <w:rFonts w:ascii="Arial" w:hAnsi="Arial"/>
          <w:color w:val="5D7284"/>
          <w:sz w:val="22"/>
        </w:rPr>
        <w:t>54:19</w:t>
      </w:r>
    </w:p>
    <w:p>
      <w:pPr>
        <w:spacing w:after="0"/>
      </w:pPr>
      <w:r>
        <w:rPr>
          <w:rFonts w:ascii="Arial" w:hAnsi="Arial"/>
          <w:sz w:val="22"/>
        </w:rPr>
        <w:t>He kind of forgets about everything, Jane?</w:t>
      </w:r>
    </w:p>
    <w:p>
      <w:pPr>
        <w:spacing w:after="0"/>
      </w:pPr>
    </w:p>
    <w:p>
      <w:pPr>
        <w:spacing w:after="0"/>
      </w:pPr>
      <w:r>
        <w:rPr>
          <w:rFonts w:ascii="Arial" w:hAnsi="Arial"/>
          <w:b/>
          <w:sz w:val="22"/>
        </w:rPr>
        <w:t xml:space="preserve">Alice  </w:t>
      </w:r>
      <w:r>
        <w:rPr>
          <w:rFonts w:ascii="Arial" w:hAnsi="Arial"/>
          <w:color w:val="5D7284"/>
          <w:sz w:val="22"/>
        </w:rPr>
        <w:t>54:22</w:t>
      </w:r>
    </w:p>
    <w:p>
      <w:pPr>
        <w:spacing w:after="0"/>
      </w:pPr>
      <w:r>
        <w:rPr>
          <w:rFonts w:ascii="Arial" w:hAnsi="Arial"/>
          <w:sz w:val="22"/>
        </w:rPr>
        <w:t>Well, no, we don't. We don't really know anything more than that. But it's the way that we kind of find out about him. That he can see again, it basically. Jane has a son. Like they get married. They have a baby. She has a little boy. And what she says is he is able to see enough that he can look down on his son and see that his son has got the same eyes that he has. (Lucy) Right. So he's got these really powerful dark eyes like that's sort of the part of him that's one of the things that you know, Jane is attracted to to about him. So if he's now able to look down, you know, he's able to see he's able to look again. So he's got that look of power back and by looking down on his son who's got the same eyes as him, like that confirms the son's like paternity. This definitely his baby because he's got the same eyes as him, which, again, it kind of goes well, he's got this look of power back, he must be a man because he's made a baby with a lady. (Lucy) Shock! horror!. I know, but that the paternity thing is it's, it's important because it's really, you know, having a dick and using it is what makes a man a man. Henry VIII? Anybody? (laughing) Exactly. So. So I think it's really important that the way that we learn that he's able to see, like, the way that we learn about him being able to see again, and the way that the book puts him back in that position of power is going... Yeah, well, and it's it's, it's looking at his son, it's his son, looking back at him with the same eyes and his son being that air, that you know, paternal patriarchy will carry on.(Lucy) Strong. Exactly, will carry on being the dominant man.</w:t>
      </w:r>
    </w:p>
    <w:p>
      <w:pPr>
        <w:spacing w:after="0"/>
      </w:pPr>
    </w:p>
    <w:p>
      <w:pPr>
        <w:spacing w:after="0"/>
      </w:pPr>
      <w:r>
        <w:rPr>
          <w:rFonts w:ascii="Arial" w:hAnsi="Arial"/>
          <w:b/>
          <w:sz w:val="22"/>
        </w:rPr>
        <w:t xml:space="preserve">Lucy  </w:t>
      </w:r>
      <w:r>
        <w:rPr>
          <w:rFonts w:ascii="Arial" w:hAnsi="Arial"/>
          <w:color w:val="5D7284"/>
          <w:sz w:val="22"/>
        </w:rPr>
        <w:t>56:33</w:t>
      </w:r>
    </w:p>
    <w:p>
      <w:pPr>
        <w:spacing w:after="0"/>
      </w:pPr>
      <w:r>
        <w:rPr>
          <w:rFonts w:ascii="Arial" w:hAnsi="Arial"/>
          <w:sz w:val="22"/>
        </w:rPr>
        <w:t>Healthy eyed child. (Alice) Yeah. Yeah.</w:t>
      </w:r>
    </w:p>
    <w:p>
      <w:pPr>
        <w:spacing w:after="0"/>
      </w:pPr>
    </w:p>
    <w:p>
      <w:pPr>
        <w:spacing w:after="0"/>
      </w:pPr>
      <w:r>
        <w:rPr>
          <w:rFonts w:ascii="Arial" w:hAnsi="Arial"/>
          <w:b/>
          <w:sz w:val="22"/>
        </w:rPr>
        <w:t xml:space="preserve">Alice  </w:t>
      </w:r>
      <w:r>
        <w:rPr>
          <w:rFonts w:ascii="Arial" w:hAnsi="Arial"/>
          <w:color w:val="5D7284"/>
          <w:sz w:val="22"/>
        </w:rPr>
        <w:t>56:37</w:t>
      </w:r>
    </w:p>
    <w:p>
      <w:pPr>
        <w:spacing w:after="0"/>
      </w:pPr>
      <w:r>
        <w:rPr>
          <w:rFonts w:ascii="Arial" w:hAnsi="Arial"/>
          <w:sz w:val="22"/>
        </w:rPr>
        <w:t>By having him see, the first thing he sees is his son's eyes that are the same (Lucy) Yep. And you know, those kind of men can't have an equal relationship with a woman. You know, Jane is no longer his equal. (Lucy) No. He's not dependent on her for care. (Lucy)  No. So he's just, he's the man in charge again, his back on top. And that's literally that's how the book ends, you know, and kind of undoes all the nice stuff. (Lucy) But what happens Jane in the end? I mean, she's married to him..(Lucy) So she's married. And I just think you contrast that with what had to happen to Bertha, like how she had to really horribly die.</w:t>
      </w:r>
    </w:p>
    <w:p>
      <w:pPr>
        <w:spacing w:after="0"/>
      </w:pPr>
    </w:p>
    <w:p>
      <w:pPr>
        <w:spacing w:after="0"/>
      </w:pPr>
      <w:r>
        <w:rPr>
          <w:rFonts w:ascii="Arial" w:hAnsi="Arial"/>
          <w:b/>
          <w:sz w:val="22"/>
        </w:rPr>
        <w:t xml:space="preserve">Lucy  </w:t>
      </w:r>
      <w:r>
        <w:rPr>
          <w:rFonts w:ascii="Arial" w:hAnsi="Arial"/>
          <w:color w:val="5D7284"/>
          <w:sz w:val="22"/>
        </w:rPr>
        <w:t>57:34</w:t>
      </w:r>
    </w:p>
    <w:p>
      <w:pPr>
        <w:spacing w:after="0"/>
      </w:pPr>
      <w:r>
        <w:rPr>
          <w:rFonts w:ascii="Arial" w:hAnsi="Arial"/>
          <w:sz w:val="22"/>
        </w:rPr>
        <w:t>But at this point, Bertha has long forgotten, isn't she not? (Alice) Oh, yeah, absolutely 100%. Yeah, is Bertha? So once Bertha dies and burns to death. (Alice) Hhmm. Is she ever mentioned again?</w:t>
      </w:r>
    </w:p>
    <w:p>
      <w:pPr>
        <w:spacing w:after="0"/>
      </w:pPr>
    </w:p>
    <w:p>
      <w:pPr>
        <w:spacing w:after="0"/>
      </w:pPr>
      <w:r>
        <w:rPr>
          <w:rFonts w:ascii="Arial" w:hAnsi="Arial"/>
          <w:b/>
          <w:sz w:val="22"/>
        </w:rPr>
        <w:t xml:space="preserve">Alice  </w:t>
      </w:r>
      <w:r>
        <w:rPr>
          <w:rFonts w:ascii="Arial" w:hAnsi="Arial"/>
          <w:color w:val="5D7284"/>
          <w:sz w:val="22"/>
        </w:rPr>
        <w:t>57:50</w:t>
      </w:r>
    </w:p>
    <w:p>
      <w:pPr>
        <w:spacing w:after="0"/>
      </w:pPr>
      <w:r>
        <w:rPr>
          <w:rFonts w:ascii="Arial" w:hAnsi="Arial"/>
          <w:sz w:val="22"/>
        </w:rPr>
        <w:t>Not off the top my head.</w:t>
      </w:r>
    </w:p>
    <w:p>
      <w:pPr>
        <w:spacing w:after="0"/>
      </w:pPr>
    </w:p>
    <w:p>
      <w:pPr>
        <w:spacing w:after="0"/>
      </w:pPr>
      <w:r>
        <w:rPr>
          <w:rFonts w:ascii="Arial" w:hAnsi="Arial"/>
          <w:b/>
          <w:sz w:val="22"/>
        </w:rPr>
        <w:t xml:space="preserve">Lucy  </w:t>
      </w:r>
      <w:r>
        <w:rPr>
          <w:rFonts w:ascii="Arial" w:hAnsi="Arial"/>
          <w:color w:val="5D7284"/>
          <w:sz w:val="22"/>
        </w:rPr>
        <w:t>57:53</w:t>
      </w:r>
    </w:p>
    <w:p>
      <w:pPr>
        <w:spacing w:after="0"/>
      </w:pPr>
      <w:r>
        <w:rPr>
          <w:rFonts w:ascii="Arial" w:hAnsi="Arial"/>
          <w:sz w:val="22"/>
        </w:rPr>
        <w:t>Nobody commemorates Bertha's birthday like or she was mentioned in conversations just Oh yeah. She died.</w:t>
      </w:r>
    </w:p>
    <w:p>
      <w:pPr>
        <w:spacing w:after="0"/>
      </w:pPr>
    </w:p>
    <w:p>
      <w:pPr>
        <w:spacing w:after="0"/>
      </w:pPr>
      <w:r>
        <w:rPr>
          <w:rFonts w:ascii="Arial" w:hAnsi="Arial"/>
          <w:b/>
          <w:sz w:val="22"/>
        </w:rPr>
        <w:t xml:space="preserve">Alice  </w:t>
      </w:r>
      <w:r>
        <w:rPr>
          <w:rFonts w:ascii="Arial" w:hAnsi="Arial"/>
          <w:color w:val="5D7284"/>
          <w:sz w:val="22"/>
        </w:rPr>
        <w:t>58:04</w:t>
      </w:r>
    </w:p>
    <w:p>
      <w:pPr>
        <w:spacing w:after="0"/>
      </w:pPr>
      <w:r>
        <w:rPr>
          <w:rFonts w:ascii="Arial" w:hAnsi="Arial"/>
          <w:sz w:val="22"/>
        </w:rPr>
        <w:t>She wasn't a valued wanted part of that. Like she's like, nobody in the book wanted her. (Lucy) No, no.  So the fact that  she's dead is a good thing. It's good riddance. We got rid of her.</w:t>
      </w:r>
    </w:p>
    <w:p>
      <w:pPr>
        <w:spacing w:after="0"/>
      </w:pPr>
    </w:p>
    <w:p>
      <w:pPr>
        <w:spacing w:after="0"/>
      </w:pPr>
      <w:r>
        <w:rPr>
          <w:rFonts w:ascii="Arial" w:hAnsi="Arial"/>
          <w:b/>
          <w:sz w:val="22"/>
        </w:rPr>
        <w:t xml:space="preserve">Lucy  </w:t>
      </w:r>
      <w:r>
        <w:rPr>
          <w:rFonts w:ascii="Arial" w:hAnsi="Arial"/>
          <w:color w:val="5D7284"/>
          <w:sz w:val="22"/>
        </w:rPr>
        <w:t>58:16</w:t>
      </w:r>
    </w:p>
    <w:p>
      <w:pPr>
        <w:spacing w:after="0"/>
      </w:pPr>
      <w:r>
        <w:rPr>
          <w:rFonts w:ascii="Arial" w:hAnsi="Arial"/>
          <w:sz w:val="22"/>
        </w:rPr>
        <w:t>Yeah, exactly. Let's never speak of it again. (Alice) Yeah. Yeah, it's made me want to either watch or read Jane Eyre. I'll try not to do with my media degree hat on.</w:t>
      </w:r>
    </w:p>
    <w:p>
      <w:pPr>
        <w:spacing w:after="0"/>
      </w:pPr>
    </w:p>
    <w:p>
      <w:pPr>
        <w:spacing w:after="0"/>
      </w:pPr>
      <w:r>
        <w:rPr>
          <w:rFonts w:ascii="Arial" w:hAnsi="Arial"/>
          <w:b/>
          <w:sz w:val="22"/>
        </w:rPr>
        <w:t xml:space="preserve">Alice  </w:t>
      </w:r>
      <w:r>
        <w:rPr>
          <w:rFonts w:ascii="Arial" w:hAnsi="Arial"/>
          <w:color w:val="5D7284"/>
          <w:sz w:val="22"/>
        </w:rPr>
        <w:t>58:31</w:t>
      </w:r>
    </w:p>
    <w:p>
      <w:pPr>
        <w:spacing w:after="0"/>
      </w:pPr>
      <w:r>
        <w:rPr>
          <w:rFonts w:ascii="Arial" w:hAnsi="Arial"/>
          <w:sz w:val="22"/>
        </w:rPr>
        <w:t xml:space="preserve"> Yes. I think that's the key.</w:t>
      </w:r>
    </w:p>
    <w:p>
      <w:pPr>
        <w:spacing w:after="0"/>
      </w:pPr>
    </w:p>
    <w:p>
      <w:pPr>
        <w:spacing w:after="0"/>
      </w:pPr>
      <w:r>
        <w:rPr>
          <w:rFonts w:ascii="Arial" w:hAnsi="Arial"/>
          <w:b/>
          <w:sz w:val="22"/>
        </w:rPr>
        <w:t xml:space="preserve">Lucy  </w:t>
      </w:r>
      <w:r>
        <w:rPr>
          <w:rFonts w:ascii="Arial" w:hAnsi="Arial"/>
          <w:color w:val="5D7284"/>
          <w:sz w:val="22"/>
        </w:rPr>
        <w:t>58:33</w:t>
      </w:r>
    </w:p>
    <w:p>
      <w:pPr>
        <w:spacing w:after="0"/>
      </w:pPr>
      <w:r>
        <w:rPr>
          <w:rFonts w:ascii="Arial" w:hAnsi="Arial"/>
          <w:sz w:val="22"/>
        </w:rPr>
        <w:t>Yeah. Because I think if I if I did it with my media degree hat on and my advocacy hat, I will probably get very, very cross very quickly. But yeah. But yes, I mean, it's fascinating story. How well was it? You know, when it was published, like, first time round? Do we know how well it was received?</w:t>
      </w:r>
    </w:p>
    <w:p>
      <w:pPr>
        <w:spacing w:after="0"/>
      </w:pPr>
    </w:p>
    <w:p>
      <w:pPr>
        <w:spacing w:after="0"/>
      </w:pPr>
      <w:r>
        <w:rPr>
          <w:rFonts w:ascii="Arial" w:hAnsi="Arial"/>
          <w:b/>
          <w:sz w:val="22"/>
        </w:rPr>
        <w:t xml:space="preserve">Alice  </w:t>
      </w:r>
      <w:r>
        <w:rPr>
          <w:rFonts w:ascii="Arial" w:hAnsi="Arial"/>
          <w:color w:val="5D7284"/>
          <w:sz w:val="22"/>
        </w:rPr>
        <w:t>58:57</w:t>
      </w:r>
    </w:p>
    <w:p>
      <w:pPr>
        <w:spacing w:after="0"/>
      </w:pPr>
      <w:r>
        <w:rPr>
          <w:rFonts w:ascii="Arial" w:hAnsi="Arial"/>
          <w:sz w:val="22"/>
        </w:rPr>
        <w:t>I mean, I think I think the Bronte's were pretty popular. They are, I mean, you know, now, they are up there with Jane Austen and Dickens, as you know, the most well known English writers. (Lucy) Yeah, ever. (Lucy) Yes. You know, so I think. Yeah, it's, I think, as well, you know, that means that the messages that it's putting out about disability are probably quite well circulated. And, you know, very, you know, lots of people have read those books.</w:t>
      </w:r>
    </w:p>
    <w:p>
      <w:pPr>
        <w:spacing w:after="0"/>
      </w:pPr>
    </w:p>
    <w:p>
      <w:pPr>
        <w:spacing w:after="0"/>
      </w:pPr>
      <w:r>
        <w:rPr>
          <w:rFonts w:ascii="Arial" w:hAnsi="Arial"/>
          <w:b/>
          <w:sz w:val="22"/>
        </w:rPr>
        <w:t xml:space="preserve">Lucy  </w:t>
      </w:r>
      <w:r>
        <w:rPr>
          <w:rFonts w:ascii="Arial" w:hAnsi="Arial"/>
          <w:color w:val="5D7284"/>
          <w:sz w:val="22"/>
        </w:rPr>
        <w:t>59:28</w:t>
      </w:r>
    </w:p>
    <w:p>
      <w:pPr>
        <w:spacing w:after="0"/>
      </w:pPr>
      <w:r>
        <w:rPr>
          <w:rFonts w:ascii="Arial" w:hAnsi="Arial"/>
          <w:sz w:val="22"/>
        </w:rPr>
        <w:t>That was gonna be my next question. Do you think that the characterization of disability in books like Jane Eyre, and things like that almost still play a part in sort of modern representation?</w:t>
      </w:r>
    </w:p>
    <w:p>
      <w:pPr>
        <w:spacing w:after="0"/>
      </w:pPr>
    </w:p>
    <w:p>
      <w:pPr>
        <w:spacing w:after="0"/>
      </w:pPr>
      <w:r>
        <w:rPr>
          <w:rFonts w:ascii="Arial" w:hAnsi="Arial"/>
          <w:b/>
          <w:sz w:val="22"/>
        </w:rPr>
        <w:t xml:space="preserve">Alice  </w:t>
      </w:r>
      <w:r>
        <w:rPr>
          <w:rFonts w:ascii="Arial" w:hAnsi="Arial"/>
          <w:color w:val="5D7284"/>
          <w:sz w:val="22"/>
        </w:rPr>
        <w:t>59:43</w:t>
      </w:r>
    </w:p>
    <w:p>
      <w:pPr>
        <w:spacing w:after="0"/>
      </w:pPr>
      <w:r>
        <w:rPr>
          <w:rFonts w:ascii="Arial" w:hAnsi="Arial"/>
          <w:sz w:val="22"/>
        </w:rPr>
        <w:t>I think that there are a lot of stereotypes or kind of tropes that we still see in disabled characters on TV and fiction that we saw back in Bronte's book from 200 years ago.</w:t>
      </w:r>
    </w:p>
    <w:p>
      <w:pPr>
        <w:spacing w:after="0"/>
      </w:pPr>
    </w:p>
    <w:p>
      <w:pPr>
        <w:spacing w:after="0"/>
      </w:pPr>
      <w:r>
        <w:rPr>
          <w:rFonts w:ascii="Arial" w:hAnsi="Arial"/>
          <w:b/>
          <w:sz w:val="22"/>
        </w:rPr>
        <w:t xml:space="preserve">Lucy  </w:t>
      </w:r>
      <w:r>
        <w:rPr>
          <w:rFonts w:ascii="Arial" w:hAnsi="Arial"/>
          <w:color w:val="5D7284"/>
          <w:sz w:val="22"/>
        </w:rPr>
        <w:t>1:00:06</w:t>
      </w:r>
    </w:p>
    <w:p>
      <w:pPr>
        <w:spacing w:after="0"/>
      </w:pPr>
      <w:r>
        <w:rPr>
          <w:rFonts w:ascii="Arial" w:hAnsi="Arial"/>
          <w:sz w:val="22"/>
        </w:rPr>
        <w:t>Yeah, me too. You know, because like, and you talking about Bedlam hospital, you know, you only have to, like in general conversation somebody, if you ever have an office space has been really busy. And they'll, you know, sort of say, Oh, I'm really sorry, it's taken me this long to get to absolute Bedlam in here today. That's where that comes from, isn't it, it's like, you know, with the... What I am finding really interesting about these fabled episodes is learning about how it sort of infused like, these sorts of stories and characterizations have infused our language that we use today. (Alice) Yeah. And its own, you know, language is something that I'm always constantly having to remember, and learn how to do it, you know, how to, how to adjust my language to whatever I'm talking about. Because, you know, I still, I still think, say things like, oh, that's crazy, or that's mad or things like that. And actually, if you really think about it, by using those sorts of phrases, and, you know, oh, it's Bedlam in here today, or We are reinforcing it. (Lucy) Yeah. I think that's going to be a lifelong thing, like trying to not use words that mean, will reinforce ideas for I mean, I'm not gonna say like, I'm not going to be able to do stop reinforcing ideas on my own. But I think if everybody could be at least mindful of what they're saying, without, I mean, I wonder how many people go, Oh, it's bedlam in here today actually realize about, you know, Bedlam hospital and well,</w:t>
      </w:r>
    </w:p>
    <w:p>
      <w:pPr>
        <w:spacing w:after="0"/>
      </w:pPr>
    </w:p>
    <w:p>
      <w:pPr>
        <w:spacing w:after="0"/>
      </w:pPr>
      <w:r>
        <w:rPr>
          <w:rFonts w:ascii="Arial" w:hAnsi="Arial"/>
          <w:b/>
          <w:sz w:val="22"/>
        </w:rPr>
        <w:t xml:space="preserve">Alice  </w:t>
      </w:r>
      <w:r>
        <w:rPr>
          <w:rFonts w:ascii="Arial" w:hAnsi="Arial"/>
          <w:color w:val="5D7284"/>
          <w:sz w:val="22"/>
        </w:rPr>
        <w:t>1:01:48</w:t>
      </w:r>
    </w:p>
    <w:p>
      <w:pPr>
        <w:spacing w:after="0"/>
      </w:pPr>
      <w:r>
        <w:rPr>
          <w:rFonts w:ascii="Arial" w:hAnsi="Arial"/>
          <w:sz w:val="22"/>
        </w:rPr>
        <w:t xml:space="preserve">And I think one of the things that, that you.. the reason people always like to think of when you talk about language that people always say is, oh, you know, it's political correctness gone mad. (Lucy) Yeah. You know, and that there's new words that people can't say any more. I think that the thing that people don't realize is that the reason that words get added to that kind of no go list. Because they're reinforcing ideas, or they're, you know, just outright slurs. (Lucy) Yeah. The reason we didn't think that those were a problem before is because we didn't listen to the communities that they were being used, like, as a weapon against. (Lucy) Yeah. And it's only since we started listening to those communities. And those communities go, yeah, no, don't fucking call me that. We kind of go, oh, yeah, </w:t>
      </w:r>
    </w:p>
    <w:p>
      <w:pPr>
        <w:spacing w:after="0"/>
      </w:pPr>
    </w:p>
    <w:p>
      <w:pPr>
        <w:spacing w:after="0"/>
      </w:pPr>
      <w:r>
        <w:rPr>
          <w:rFonts w:ascii="Arial" w:hAnsi="Arial"/>
          <w:b/>
          <w:sz w:val="22"/>
        </w:rPr>
        <w:t xml:space="preserve">Lucy  </w:t>
      </w:r>
      <w:r>
        <w:rPr>
          <w:rFonts w:ascii="Arial" w:hAnsi="Arial"/>
          <w:color w:val="5D7284"/>
          <w:sz w:val="22"/>
        </w:rPr>
        <w:t>1:02:45</w:t>
      </w:r>
    </w:p>
    <w:p>
      <w:pPr>
        <w:spacing w:after="0"/>
      </w:pPr>
      <w:r>
        <w:rPr>
          <w:rFonts w:ascii="Arial" w:hAnsi="Arial"/>
          <w:sz w:val="22"/>
        </w:rPr>
        <w:t>The thing that I am learning to do, if I'm not sure about how to refer to somebody, I say like, how, you know, how would you like me to refer to you? because for every person is different. And the, the individual will tell you, Well, I like being called x. But as a community, you know, other people in the community like to be called y. So the thing that springs to mind most recently, when we talk about language and things is Marks and Spencer changed their name have changed the name of their midget gems to mini gems, because the word midget is seen as offensive. And the amount of uproar that caused on social media that they thought this is ridiculous. This is..</w:t>
      </w:r>
    </w:p>
    <w:p>
      <w:pPr>
        <w:spacing w:after="0"/>
      </w:pPr>
    </w:p>
    <w:p>
      <w:pPr>
        <w:spacing w:after="0"/>
      </w:pPr>
      <w:r>
        <w:rPr>
          <w:rFonts w:ascii="Arial" w:hAnsi="Arial"/>
          <w:b/>
          <w:sz w:val="22"/>
        </w:rPr>
        <w:t xml:space="preserve">Alice  </w:t>
      </w:r>
      <w:r>
        <w:rPr>
          <w:rFonts w:ascii="Arial" w:hAnsi="Arial"/>
          <w:color w:val="5D7284"/>
          <w:sz w:val="22"/>
        </w:rPr>
        <w:t>1:03:29</w:t>
      </w:r>
    </w:p>
    <w:p>
      <w:pPr>
        <w:spacing w:after="0"/>
      </w:pPr>
      <w:r>
        <w:rPr>
          <w:rFonts w:ascii="Arial" w:hAnsi="Arial"/>
          <w:sz w:val="22"/>
        </w:rPr>
        <w:t>Cos, it's just there just sweets and those people are not the people who have been weaponized is really the only word that that word has been used to attack them.</w:t>
      </w:r>
    </w:p>
    <w:p>
      <w:pPr>
        <w:spacing w:after="0"/>
      </w:pPr>
    </w:p>
    <w:p>
      <w:pPr>
        <w:spacing w:after="0"/>
      </w:pPr>
      <w:r>
        <w:rPr>
          <w:rFonts w:ascii="Arial" w:hAnsi="Arial"/>
          <w:b/>
          <w:sz w:val="22"/>
        </w:rPr>
        <w:t xml:space="preserve">Lucy  </w:t>
      </w:r>
      <w:r>
        <w:rPr>
          <w:rFonts w:ascii="Arial" w:hAnsi="Arial"/>
          <w:color w:val="5D7284"/>
          <w:sz w:val="22"/>
        </w:rPr>
        <w:t>1:03:42</w:t>
      </w:r>
    </w:p>
    <w:p>
      <w:pPr>
        <w:spacing w:after="0"/>
      </w:pPr>
      <w:r>
        <w:rPr>
          <w:rFonts w:ascii="Arial" w:hAnsi="Arial"/>
          <w:sz w:val="22"/>
        </w:rPr>
        <w:t>Yeah. And I, you know, I was adamant that you know, if somebody gets upset by something that is, is, you know, being called a derogatory term, why not change it? It's  nothing is it? And but people just don't understand. And it's amazing to me how you know, I got, I got called a snowflake, you know, political, like you say political correctness gone mad. And actually, it's just being mindful and polite, isn't it really? (Alice) Yer. This sort of thing and it's, so learning about language, I think is and where things come from like with this fabled series is something that I'm really.. I wouldn't say enjoying, but it's enlightening me.</w:t>
      </w:r>
    </w:p>
    <w:p>
      <w:pPr>
        <w:spacing w:after="0"/>
      </w:pPr>
    </w:p>
    <w:p>
      <w:pPr>
        <w:spacing w:after="0"/>
      </w:pPr>
      <w:r>
        <w:rPr>
          <w:rFonts w:ascii="Arial" w:hAnsi="Arial"/>
          <w:b/>
          <w:sz w:val="22"/>
        </w:rPr>
        <w:t xml:space="preserve">Alice  </w:t>
      </w:r>
      <w:r>
        <w:rPr>
          <w:rFonts w:ascii="Arial" w:hAnsi="Arial"/>
          <w:color w:val="5D7284"/>
          <w:sz w:val="22"/>
        </w:rPr>
        <w:t>1:04:34</w:t>
      </w:r>
    </w:p>
    <w:p>
      <w:pPr>
        <w:spacing w:after="0"/>
      </w:pPr>
      <w:r>
        <w:rPr>
          <w:rFonts w:ascii="Arial" w:hAnsi="Arial"/>
          <w:sz w:val="22"/>
        </w:rPr>
        <w:t>And I think one of the things that I liked about doing the research for this book was looking at the language that is not necessarily like those openly, you know, offensive terms and words. It's the way that you can describe somebody that still kind of puts them in that place of like, to be attacked? (Lucy) Yes. You know, like the way Bertha isn't. She's an animal. (Lucy) Yeah. She's a shape. She's not a person.</w:t>
      </w:r>
    </w:p>
    <w:p>
      <w:pPr>
        <w:spacing w:after="0"/>
      </w:pPr>
    </w:p>
    <w:p>
      <w:pPr>
        <w:spacing w:after="0"/>
      </w:pPr>
      <w:r>
        <w:rPr>
          <w:rFonts w:ascii="Arial" w:hAnsi="Arial"/>
          <w:b/>
          <w:sz w:val="22"/>
        </w:rPr>
        <w:t xml:space="preserve">Lucy  </w:t>
      </w:r>
      <w:r>
        <w:rPr>
          <w:rFonts w:ascii="Arial" w:hAnsi="Arial"/>
          <w:color w:val="5D7284"/>
          <w:sz w:val="22"/>
        </w:rPr>
        <w:t>1:05:08</w:t>
      </w:r>
    </w:p>
    <w:p>
      <w:pPr>
        <w:spacing w:after="0"/>
      </w:pPr>
      <w:r>
        <w:rPr>
          <w:rFonts w:ascii="Arial" w:hAnsi="Arial"/>
          <w:sz w:val="22"/>
        </w:rPr>
        <w:t>She's not a person who's had a bit of a tough, tough life. She's a, she's a thing that nobody really wants, and we can get rid of her and...</w:t>
      </w:r>
    </w:p>
    <w:p>
      <w:pPr>
        <w:spacing w:after="0"/>
      </w:pPr>
    </w:p>
    <w:p>
      <w:pPr>
        <w:spacing w:after="0"/>
      </w:pPr>
      <w:r>
        <w:rPr>
          <w:rFonts w:ascii="Arial" w:hAnsi="Arial"/>
          <w:b/>
          <w:sz w:val="22"/>
        </w:rPr>
        <w:t xml:space="preserve">Alice  </w:t>
      </w:r>
      <w:r>
        <w:rPr>
          <w:rFonts w:ascii="Arial" w:hAnsi="Arial"/>
          <w:color w:val="5D7284"/>
          <w:sz w:val="22"/>
        </w:rPr>
        <w:t>1:05:17</w:t>
      </w:r>
    </w:p>
    <w:p>
      <w:pPr>
        <w:spacing w:after="0"/>
      </w:pPr>
      <w:r>
        <w:rPr>
          <w:rFonts w:ascii="Arial" w:hAnsi="Arial"/>
          <w:sz w:val="22"/>
        </w:rPr>
        <w:t xml:space="preserve"> Exactly. And if and if that's how you describe that character, then people, people will take that away and will go, well, it's okay to talk about people with mental illness like that, because they're not people. Because I've seen it in a book, they're not people. And I think that's the thing. That's the thing that I like about these fabled episodes is that we're understanding where a lot of our social attitudes towards certain groups and certain people are reflected in our art and like reinforced in our art and stuff. </w:t>
      </w:r>
    </w:p>
    <w:p>
      <w:pPr>
        <w:spacing w:after="0"/>
      </w:pPr>
    </w:p>
    <w:p>
      <w:pPr>
        <w:spacing w:after="0"/>
      </w:pPr>
      <w:r>
        <w:rPr>
          <w:rFonts w:ascii="Arial" w:hAnsi="Arial"/>
          <w:b/>
          <w:sz w:val="22"/>
        </w:rPr>
        <w:t xml:space="preserve">Lucy  </w:t>
      </w:r>
      <w:r>
        <w:rPr>
          <w:rFonts w:ascii="Arial" w:hAnsi="Arial"/>
          <w:color w:val="5D7284"/>
          <w:sz w:val="22"/>
        </w:rPr>
        <w:t>1:06:01</w:t>
      </w:r>
    </w:p>
    <w:p>
      <w:pPr>
        <w:spacing w:after="0"/>
      </w:pPr>
      <w:r>
        <w:rPr>
          <w:rFonts w:ascii="Arial" w:hAnsi="Arial"/>
          <w:sz w:val="22"/>
        </w:rPr>
        <w:t>And it's like a light bulb moment when you find it in your research, isn't it? Yeah. Oh, yeah. Okay. So like, in the last fabled episode we did we did changelings and I said to Alice, that that's where the term away with the fairies comes from. And now, every time I hear that, I just automatically think of a changlings child who is misunderstood and it kind of makes you like, think twice about using it. (Alice Yeah exactly. So I hope I hope these episodes are useful to people really. (Alice) Yeah. As well as entertaining obviously..</w:t>
      </w:r>
    </w:p>
    <w:p>
      <w:pPr>
        <w:spacing w:after="0"/>
      </w:pPr>
    </w:p>
    <w:p>
      <w:pPr>
        <w:spacing w:after="0"/>
      </w:pPr>
      <w:r>
        <w:rPr>
          <w:rFonts w:ascii="Arial" w:hAnsi="Arial"/>
          <w:b/>
          <w:sz w:val="22"/>
        </w:rPr>
        <w:t xml:space="preserve">Alice  </w:t>
      </w:r>
      <w:r>
        <w:rPr>
          <w:rFonts w:ascii="Arial" w:hAnsi="Arial"/>
          <w:color w:val="5D7284"/>
          <w:sz w:val="22"/>
        </w:rPr>
        <w:t>1:06:37</w:t>
      </w:r>
    </w:p>
    <w:p>
      <w:pPr>
        <w:spacing w:after="0"/>
      </w:pPr>
      <w:r>
        <w:rPr>
          <w:rFonts w:ascii="Arial" w:hAnsi="Arial"/>
          <w:sz w:val="22"/>
        </w:rPr>
        <w:t>I hope that's what I was gonna say. I hope people think they're interesting. I hope I didn't go too heavy on the academic? (Lucy) No definitely. Okay, I did feel a bit like I was writing an essay for uni. (Lucy laughs) But I love that this is was why I wanted to stay in academia. Because such as fucking love this shit!. So,</w:t>
      </w:r>
    </w:p>
    <w:p>
      <w:pPr>
        <w:spacing w:after="0"/>
      </w:pPr>
    </w:p>
    <w:p>
      <w:pPr>
        <w:spacing w:after="0"/>
      </w:pPr>
      <w:r>
        <w:rPr>
          <w:rFonts w:ascii="Arial" w:hAnsi="Arial"/>
          <w:b/>
          <w:sz w:val="22"/>
        </w:rPr>
        <w:t xml:space="preserve">Lucy  </w:t>
      </w:r>
      <w:r>
        <w:rPr>
          <w:rFonts w:ascii="Arial" w:hAnsi="Arial"/>
          <w:color w:val="5D7284"/>
          <w:sz w:val="22"/>
        </w:rPr>
        <w:t>1:06:38</w:t>
      </w:r>
    </w:p>
    <w:p>
      <w:pPr>
        <w:spacing w:after="0"/>
      </w:pPr>
      <w:r>
        <w:rPr>
          <w:rFonts w:ascii="Arial" w:hAnsi="Arial"/>
          <w:sz w:val="22"/>
        </w:rPr>
        <w:t>Yeah no it is good. Like, I like research and stuff and being a bit geeky about things and then you end up like down several rabbit holes. But no, it's they're really interesting. Thanks for that. Alice, I think I will definitely check out Jane Eyre in some shape or form.</w:t>
      </w:r>
    </w:p>
    <w:p>
      <w:pPr>
        <w:spacing w:after="0"/>
      </w:pPr>
    </w:p>
    <w:p>
      <w:pPr>
        <w:spacing w:after="0"/>
      </w:pPr>
      <w:r>
        <w:rPr>
          <w:rFonts w:ascii="Arial" w:hAnsi="Arial"/>
          <w:b/>
          <w:sz w:val="22"/>
        </w:rPr>
        <w:t xml:space="preserve">Alice  </w:t>
      </w:r>
      <w:r>
        <w:rPr>
          <w:rFonts w:ascii="Arial" w:hAnsi="Arial"/>
          <w:color w:val="5D7284"/>
          <w:sz w:val="22"/>
        </w:rPr>
        <w:t>1:07:16</w:t>
      </w:r>
    </w:p>
    <w:p>
      <w:pPr>
        <w:spacing w:after="0"/>
      </w:pPr>
      <w:r>
        <w:rPr>
          <w:rFonts w:ascii="Arial" w:hAnsi="Arial"/>
          <w:sz w:val="22"/>
        </w:rPr>
        <w:t>Yeah, that'll be good. I'd be interested to hear your review afterwards.</w:t>
      </w:r>
    </w:p>
    <w:p>
      <w:pPr>
        <w:spacing w:after="0"/>
      </w:pPr>
    </w:p>
    <w:p>
      <w:pPr>
        <w:spacing w:after="0"/>
      </w:pPr>
      <w:r>
        <w:rPr>
          <w:rFonts w:ascii="Arial" w:hAnsi="Arial"/>
          <w:b/>
          <w:sz w:val="22"/>
        </w:rPr>
        <w:t xml:space="preserve">Lucy  </w:t>
      </w:r>
      <w:r>
        <w:rPr>
          <w:rFonts w:ascii="Arial" w:hAnsi="Arial"/>
          <w:color w:val="5D7284"/>
          <w:sz w:val="22"/>
        </w:rPr>
        <w:t>1:07:21</w:t>
      </w:r>
    </w:p>
    <w:p>
      <w:pPr>
        <w:spacing w:after="0"/>
      </w:pPr>
      <w:r>
        <w:rPr>
          <w:rFonts w:ascii="Arial" w:hAnsi="Arial"/>
          <w:sz w:val="22"/>
        </w:rPr>
        <w:t>I just won't go like a media student being all geeky. And yeah, Oooo the lighting was good. (Alice laughs) I will just look at it as a viewer. (Lucy laughs) But thanks for that Alice.</w:t>
      </w:r>
    </w:p>
    <w:p>
      <w:pPr>
        <w:spacing w:after="0"/>
      </w:pPr>
    </w:p>
    <w:p>
      <w:pPr>
        <w:spacing w:after="0"/>
      </w:pPr>
      <w:r>
        <w:rPr>
          <w:rFonts w:ascii="Arial" w:hAnsi="Arial"/>
          <w:b/>
          <w:sz w:val="22"/>
        </w:rPr>
        <w:t xml:space="preserve">Alice  </w:t>
      </w:r>
      <w:r>
        <w:rPr>
          <w:rFonts w:ascii="Arial" w:hAnsi="Arial"/>
          <w:color w:val="5D7284"/>
          <w:sz w:val="22"/>
        </w:rPr>
        <w:t>1:07:34</w:t>
      </w:r>
    </w:p>
    <w:p>
      <w:pPr>
        <w:spacing w:after="0"/>
      </w:pPr>
      <w:r>
        <w:rPr>
          <w:rFonts w:ascii="Arial" w:hAnsi="Arial"/>
          <w:sz w:val="22"/>
        </w:rPr>
        <w:t>Thank you, Lucy. And thank you listeners.</w:t>
      </w:r>
    </w:p>
    <w:p>
      <w:pPr>
        <w:spacing w:after="0"/>
      </w:pPr>
    </w:p>
    <w:p>
      <w:pPr>
        <w:spacing w:after="0"/>
      </w:pPr>
      <w:r>
        <w:rPr>
          <w:rFonts w:ascii="Arial" w:hAnsi="Arial"/>
          <w:b/>
          <w:sz w:val="22"/>
        </w:rPr>
        <w:t xml:space="preserve">Lucy  </w:t>
      </w:r>
      <w:r>
        <w:rPr>
          <w:rFonts w:ascii="Arial" w:hAnsi="Arial"/>
          <w:color w:val="5D7284"/>
          <w:sz w:val="22"/>
        </w:rPr>
        <w:t>1:07:36</w:t>
      </w:r>
    </w:p>
    <w:p>
      <w:pPr>
        <w:spacing w:after="0"/>
      </w:pPr>
      <w:r>
        <w:rPr>
          <w:rFonts w:ascii="Arial" w:hAnsi="Arial"/>
          <w:sz w:val="22"/>
        </w:rPr>
        <w:t>Yes. I think that's it for today isn't Alice?</w:t>
      </w:r>
    </w:p>
    <w:p>
      <w:pPr>
        <w:spacing w:after="0"/>
      </w:pPr>
    </w:p>
    <w:p>
      <w:pPr>
        <w:spacing w:after="0"/>
      </w:pPr>
      <w:r>
        <w:rPr>
          <w:rFonts w:ascii="Arial" w:hAnsi="Arial"/>
          <w:b/>
          <w:sz w:val="22"/>
        </w:rPr>
        <w:t xml:space="preserve">Alice  </w:t>
      </w:r>
      <w:r>
        <w:rPr>
          <w:rFonts w:ascii="Arial" w:hAnsi="Arial"/>
          <w:color w:val="5D7284"/>
          <w:sz w:val="22"/>
        </w:rPr>
        <w:t>1:07:39</w:t>
      </w:r>
    </w:p>
    <w:p>
      <w:pPr>
        <w:spacing w:after="0"/>
      </w:pPr>
      <w:r>
        <w:rPr>
          <w:rFonts w:ascii="Arial" w:hAnsi="Arial"/>
          <w:sz w:val="22"/>
        </w:rPr>
        <w:t>I think so I've just headbutted my microphone... (Lucy giggling in the background) so I think it's probably time for a step away from the computer. Again, guys, if you thought this episode was terrible, don't tell us, but if you thought it was great, definitely tell us, leave a review. That would be awesome. And we will probably be doing some discussion about something to do with the episode in our Facebook community. Head over and join that we would really like to see you there and hear what your thoughts are. (Lucy) Absolutely. See you next time.</w:t>
      </w:r>
    </w:p>
    <w:p>
      <w:pPr>
        <w:spacing w:after="0"/>
      </w:pPr>
    </w:p>
    <w:p>
      <w:pPr>
        <w:spacing w:after="0"/>
      </w:pPr>
      <w:r>
        <w:rPr>
          <w:rFonts w:ascii="Arial" w:hAnsi="Arial"/>
          <w:b/>
          <w:sz w:val="22"/>
        </w:rPr>
        <w:t xml:space="preserve">Lucy  </w:t>
      </w:r>
      <w:r>
        <w:rPr>
          <w:rFonts w:ascii="Arial" w:hAnsi="Arial"/>
          <w:color w:val="5D7284"/>
          <w:sz w:val="22"/>
        </w:rPr>
        <w:t>1:08:16</w:t>
      </w:r>
    </w:p>
    <w:p>
      <w:pPr>
        <w:spacing w:after="0"/>
      </w:pPr>
      <w:r>
        <w:rPr>
          <w:rFonts w:ascii="Arial" w:hAnsi="Arial"/>
          <w:sz w:val="22"/>
        </w:rPr>
        <w:t>We'll see you next time. Bye</w:t>
      </w:r>
    </w:p>
    <w:p>
      <w:pPr>
        <w:spacing w:after="0"/>
      </w:pPr>
    </w:p>
    <w:p>
      <w:pPr>
        <w:spacing w:after="0"/>
      </w:pPr>
      <w:r>
        <w:rPr>
          <w:rFonts w:ascii="Arial" w:hAnsi="Arial"/>
          <w:b/>
          <w:sz w:val="22"/>
        </w:rPr>
        <w:t xml:space="preserve">Alice  </w:t>
      </w:r>
      <w:r>
        <w:rPr>
          <w:rFonts w:ascii="Arial" w:hAnsi="Arial"/>
          <w:color w:val="5D7284"/>
          <w:sz w:val="22"/>
        </w:rPr>
        <w:t>1:08:17</w:t>
      </w:r>
    </w:p>
    <w:p>
      <w:pPr>
        <w:spacing w:after="0"/>
      </w:pPr>
      <w:r>
        <w:rPr>
          <w:rFonts w:ascii="Arial" w:hAnsi="Arial"/>
          <w:sz w:val="22"/>
        </w:rPr>
        <w:t>Bye.  Thanks for listening to the lABLEd Podcast. If you liked the show, you can rate review and subscribe and you can follow us on social media at labeled pod.</w:t>
      </w:r>
    </w:p>
    <w:p>
      <w:pPr>
        <w:spacing w:after="0"/>
      </w:pPr>
    </w:p>
    <w:p>
      <w:pPr>
        <w:spacing w:after="0"/>
      </w:pPr>
      <w:r>
        <w:rPr>
          <w:rFonts w:ascii="Arial" w:hAnsi="Arial"/>
          <w:b/>
          <w:sz w:val="22"/>
        </w:rPr>
        <w:t xml:space="preserve">Lucy  </w:t>
      </w:r>
      <w:r>
        <w:rPr>
          <w:rFonts w:ascii="Arial" w:hAnsi="Arial"/>
          <w:color w:val="5D7284"/>
          <w:sz w:val="22"/>
        </w:rPr>
        <w:t>1:08:30</w:t>
      </w:r>
    </w:p>
    <w:p>
      <w:pPr>
        <w:spacing w:after="0"/>
      </w:pPr>
      <w:r>
        <w:rPr>
          <w:rFonts w:ascii="Arial" w:hAnsi="Arial"/>
          <w:sz w:val="22"/>
        </w:rPr>
        <w:t>This episode was edited by Adam Hull, our music was by Maisie Condon.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