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32 Maysoon</w:t>
      </w:r>
    </w:p>
    <w:p>
      <w:r>
        <w:rPr>
          <w:rFonts w:ascii="Arial" w:hAnsi="Arial"/>
          <w:color w:val="4F6880"/>
          <w:sz w:val="22"/>
        </w:rPr>
        <w:t>Fri, 7/8 6:55PM • 52:22</w:t>
      </w:r>
    </w:p>
    <w:p>
      <w:pPr>
        <w:spacing w:before="440" w:after="0"/>
      </w:pPr>
      <w:r>
        <w:rPr>
          <w:rFonts w:ascii="Arial" w:hAnsi="Arial"/>
          <w:b/>
          <w:color w:val="4F6880"/>
          <w:sz w:val="22"/>
        </w:rPr>
        <w:t>SUMMARY KEYWORDS</w:t>
      </w:r>
    </w:p>
    <w:p>
      <w:r>
        <w:rPr>
          <w:rFonts w:ascii="Arial" w:hAnsi="Arial"/>
          <w:color w:val="4F6880"/>
          <w:sz w:val="22"/>
        </w:rPr>
        <w:t>lucy, laughs, alice, people, disabled, called, super, life, comedy, cat, beyonce, jokes, hand, palsy, women, episode, test, misfits, palestine, dnr</w:t>
      </w:r>
    </w:p>
    <w:p>
      <w:pPr>
        <w:spacing w:before="440" w:after="0"/>
      </w:pPr>
      <w:r>
        <w:rPr>
          <w:rFonts w:ascii="Arial" w:hAnsi="Arial"/>
          <w:b/>
          <w:color w:val="4F6880"/>
          <w:sz w:val="22"/>
        </w:rPr>
        <w:t>SPEAKERS</w:t>
      </w:r>
    </w:p>
    <w:p>
      <w:r>
        <w:rPr>
          <w:rFonts w:ascii="Arial" w:hAnsi="Arial"/>
          <w:color w:val="4F6880"/>
          <w:sz w:val="22"/>
        </w:rPr>
        <w:t>Theme Tune, Maysoon, Disclaimer,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 xml:space="preserve">hough imight not fit in socially, I'm so much more than what you see. We all live our lives differently, Kaleidoscope  identity. Cos this is who I'm meant to be . I'm just labled me... I'm just labeled me. </w:t>
      </w:r>
    </w:p>
    <w:p>
      <w:pPr>
        <w:spacing w:after="0"/>
      </w:pPr>
    </w:p>
    <w:p>
      <w:pPr>
        <w:spacing w:after="0"/>
      </w:pPr>
      <w:r>
        <w:rPr>
          <w:rFonts w:ascii="Arial" w:hAnsi="Arial"/>
          <w:b/>
          <w:sz w:val="22"/>
        </w:rPr>
        <w:t xml:space="preserve">Disclaimer  </w:t>
      </w:r>
      <w:r>
        <w:rPr>
          <w:rFonts w:ascii="Arial" w:hAnsi="Arial"/>
          <w:color w:val="5D7284"/>
          <w:sz w:val="22"/>
        </w:rPr>
        <w:t>00:27</w:t>
      </w:r>
    </w:p>
    <w:p>
      <w:pPr>
        <w:spacing w:after="0"/>
      </w:pPr>
      <w:r>
        <w:rPr>
          <w:rFonts w:ascii="Arial" w:hAnsi="Arial"/>
          <w:sz w:val="22"/>
        </w:rPr>
        <w:t>Don't forget in this episode, I might swear Lucy might cry and you can check out details of the trigger warnings on our website. Hello, everyone. Welcome to another episode of The lABLEd Podcast with me Alice and Lucy over there. We are super excited today I'm getting stuck straight into it because our guest is a very busy person. Well, I suppose with no further ado, I guess I should. With a drumroll. (immitating a drum roll sound) We should introduce our guest today. Today we have got Maysoon Zayid.</w:t>
      </w:r>
    </w:p>
    <w:p>
      <w:pPr>
        <w:spacing w:after="0"/>
      </w:pPr>
    </w:p>
    <w:p>
      <w:pPr>
        <w:spacing w:after="0"/>
      </w:pPr>
      <w:r>
        <w:rPr>
          <w:rFonts w:ascii="Arial" w:hAnsi="Arial"/>
          <w:b/>
          <w:sz w:val="22"/>
        </w:rPr>
        <w:t xml:space="preserve">Maysoon  </w:t>
      </w:r>
      <w:r>
        <w:rPr>
          <w:rFonts w:ascii="Arial" w:hAnsi="Arial"/>
          <w:color w:val="5D7284"/>
          <w:sz w:val="22"/>
        </w:rPr>
        <w:t>00:41</w:t>
      </w:r>
    </w:p>
    <w:p>
      <w:pPr>
        <w:spacing w:after="0"/>
      </w:pPr>
      <w:r>
        <w:rPr>
          <w:rFonts w:ascii="Arial" w:hAnsi="Arial"/>
          <w:sz w:val="22"/>
        </w:rPr>
        <w:t>No it's just Maysoon. (Lucy) Oh Yeah, like Beyonce. Like Madonna, like Cher.</w:t>
      </w:r>
    </w:p>
    <w:p>
      <w:pPr>
        <w:spacing w:after="0"/>
      </w:pPr>
    </w:p>
    <w:p>
      <w:pPr>
        <w:spacing w:after="0"/>
      </w:pPr>
      <w:r>
        <w:rPr>
          <w:rFonts w:ascii="Arial" w:hAnsi="Arial"/>
          <w:b/>
          <w:sz w:val="22"/>
        </w:rPr>
        <w:t xml:space="preserve">Alice  </w:t>
      </w:r>
      <w:r>
        <w:rPr>
          <w:rFonts w:ascii="Arial" w:hAnsi="Arial"/>
          <w:color w:val="5D7284"/>
          <w:sz w:val="22"/>
        </w:rPr>
        <w:t>01:17</w:t>
      </w:r>
    </w:p>
    <w:p>
      <w:pPr>
        <w:spacing w:after="0"/>
      </w:pPr>
      <w:r>
        <w:rPr>
          <w:rFonts w:ascii="Arial" w:hAnsi="Arial"/>
          <w:sz w:val="22"/>
        </w:rPr>
        <w:t xml:space="preserve">Beautiful. Maysoon is with us today. Hi, Maysoon, thank you so much for joining us. </w:t>
      </w:r>
    </w:p>
    <w:p>
      <w:pPr>
        <w:spacing w:after="0"/>
      </w:pPr>
    </w:p>
    <w:p>
      <w:pPr>
        <w:spacing w:after="0"/>
      </w:pPr>
      <w:r>
        <w:rPr>
          <w:rFonts w:ascii="Arial" w:hAnsi="Arial"/>
          <w:b/>
          <w:sz w:val="22"/>
        </w:rPr>
        <w:t xml:space="preserve">Maysoon  </w:t>
      </w:r>
      <w:r>
        <w:rPr>
          <w:rFonts w:ascii="Arial" w:hAnsi="Arial"/>
          <w:color w:val="5D7284"/>
          <w:sz w:val="22"/>
        </w:rPr>
        <w:t>01:32</w:t>
      </w:r>
    </w:p>
    <w:p>
      <w:pPr>
        <w:spacing w:after="0"/>
      </w:pPr>
      <w:r>
        <w:rPr>
          <w:rFonts w:ascii="Arial" w:hAnsi="Arial"/>
          <w:sz w:val="22"/>
        </w:rPr>
        <w:t>We're very excited to  be here.</w:t>
      </w:r>
    </w:p>
    <w:p>
      <w:pPr>
        <w:spacing w:after="0"/>
      </w:pPr>
    </w:p>
    <w:p>
      <w:pPr>
        <w:spacing w:after="0"/>
      </w:pPr>
      <w:r>
        <w:rPr>
          <w:rFonts w:ascii="Arial" w:hAnsi="Arial"/>
          <w:b/>
          <w:sz w:val="22"/>
        </w:rPr>
        <w:t xml:space="preserve">Lucy  </w:t>
      </w:r>
      <w:r>
        <w:rPr>
          <w:rFonts w:ascii="Arial" w:hAnsi="Arial"/>
          <w:color w:val="5D7284"/>
          <w:sz w:val="22"/>
        </w:rPr>
        <w:t>01:33</w:t>
      </w:r>
    </w:p>
    <w:p>
      <w:pPr>
        <w:spacing w:after="0"/>
      </w:pPr>
      <w:r>
        <w:rPr>
          <w:rFonts w:ascii="Arial" w:hAnsi="Arial"/>
          <w:sz w:val="22"/>
        </w:rPr>
        <w:t>We are so excited! Maysoon..</w:t>
      </w:r>
    </w:p>
    <w:p>
      <w:pPr>
        <w:spacing w:after="0"/>
      </w:pPr>
    </w:p>
    <w:p>
      <w:pPr>
        <w:spacing w:after="0"/>
      </w:pPr>
      <w:r>
        <w:rPr>
          <w:rFonts w:ascii="Arial" w:hAnsi="Arial"/>
          <w:b/>
          <w:sz w:val="22"/>
        </w:rPr>
        <w:t xml:space="preserve">Maysoon  </w:t>
      </w:r>
      <w:r>
        <w:rPr>
          <w:rFonts w:ascii="Arial" w:hAnsi="Arial"/>
          <w:color w:val="5D7284"/>
          <w:sz w:val="22"/>
        </w:rPr>
        <w:t>01:35</w:t>
      </w:r>
    </w:p>
    <w:p>
      <w:pPr>
        <w:spacing w:after="0"/>
      </w:pPr>
      <w:r>
        <w:rPr>
          <w:rFonts w:ascii="Arial" w:hAnsi="Arial"/>
          <w:sz w:val="22"/>
        </w:rPr>
        <w:t xml:space="preserve"> So I told Lucy and Alice as soon as we like we're getting warmed up. Before we let all of you in that my assistant Callie has a note like a post it note stuck on her laptop that says say no to all podcasts. But somehow Lucy and Alice magically went in and got this to happen. So I'm super excited to have this very exclusive conversation because I don't participate in such things. (laughs)</w:t>
      </w:r>
    </w:p>
    <w:p>
      <w:pPr>
        <w:spacing w:after="0"/>
      </w:pPr>
    </w:p>
    <w:p>
      <w:pPr>
        <w:spacing w:after="0"/>
      </w:pPr>
      <w:r>
        <w:rPr>
          <w:rFonts w:ascii="Arial" w:hAnsi="Arial"/>
          <w:b/>
          <w:sz w:val="22"/>
        </w:rPr>
        <w:t xml:space="preserve">Lucy  </w:t>
      </w:r>
      <w:r>
        <w:rPr>
          <w:rFonts w:ascii="Arial" w:hAnsi="Arial"/>
          <w:color w:val="5D7284"/>
          <w:sz w:val="22"/>
        </w:rPr>
        <w:t>02:04</w:t>
      </w:r>
    </w:p>
    <w:p>
      <w:pPr>
        <w:spacing w:after="0"/>
      </w:pPr>
      <w:r>
        <w:rPr>
          <w:rFonts w:ascii="Arial" w:hAnsi="Arial"/>
          <w:sz w:val="22"/>
        </w:rPr>
        <w:t>Thank you so much for joining us. Maysoon do you want to tell the listeners a little bit about yourself? Please?</w:t>
      </w:r>
    </w:p>
    <w:p>
      <w:pPr>
        <w:spacing w:after="0"/>
      </w:pPr>
    </w:p>
    <w:p>
      <w:pPr>
        <w:spacing w:after="0"/>
      </w:pPr>
      <w:r>
        <w:rPr>
          <w:rFonts w:ascii="Arial" w:hAnsi="Arial"/>
          <w:b/>
          <w:sz w:val="22"/>
        </w:rPr>
        <w:t xml:space="preserve">Maysoon  </w:t>
      </w:r>
      <w:r>
        <w:rPr>
          <w:rFonts w:ascii="Arial" w:hAnsi="Arial"/>
          <w:color w:val="5D7284"/>
          <w:sz w:val="22"/>
        </w:rPr>
        <w:t>02:09</w:t>
      </w:r>
    </w:p>
    <w:p>
      <w:pPr>
        <w:spacing w:after="0"/>
      </w:pPr>
      <w:r>
        <w:rPr>
          <w:rFonts w:ascii="Arial" w:hAnsi="Arial"/>
          <w:sz w:val="22"/>
        </w:rPr>
        <w:t>I look like the last Kardashian, (Lucy and Alce laugh) I have like long black straight hair and cinnamon skin. But like I look like the last one so I'm not quite as as refined asthey are, which is saying  a lot. (laughs)</w:t>
      </w:r>
    </w:p>
    <w:p>
      <w:pPr>
        <w:spacing w:after="0"/>
      </w:pPr>
    </w:p>
    <w:p>
      <w:pPr>
        <w:spacing w:after="0"/>
      </w:pPr>
      <w:r>
        <w:rPr>
          <w:rFonts w:ascii="Arial" w:hAnsi="Arial"/>
          <w:b/>
          <w:sz w:val="22"/>
        </w:rPr>
        <w:t xml:space="preserve">Alice  </w:t>
      </w:r>
      <w:r>
        <w:rPr>
          <w:rFonts w:ascii="Arial" w:hAnsi="Arial"/>
          <w:color w:val="5D7284"/>
          <w:sz w:val="22"/>
        </w:rPr>
        <w:t>02:23</w:t>
      </w:r>
    </w:p>
    <w:p>
      <w:pPr>
        <w:spacing w:after="0"/>
      </w:pPr>
      <w:r>
        <w:rPr>
          <w:rFonts w:ascii="Arial" w:hAnsi="Arial"/>
          <w:sz w:val="22"/>
        </w:rPr>
        <w:t>Like betta Kardashian. What do you say? Like Beta Kardashian like the test versio?</w:t>
      </w:r>
    </w:p>
    <w:p>
      <w:pPr>
        <w:spacing w:after="0"/>
      </w:pPr>
    </w:p>
    <w:p>
      <w:pPr>
        <w:spacing w:after="0"/>
      </w:pPr>
      <w:r>
        <w:rPr>
          <w:rFonts w:ascii="Arial" w:hAnsi="Arial"/>
          <w:b/>
          <w:sz w:val="22"/>
        </w:rPr>
        <w:t xml:space="preserve">Maysoon  </w:t>
      </w:r>
      <w:r>
        <w:rPr>
          <w:rFonts w:ascii="Arial" w:hAnsi="Arial"/>
          <w:color w:val="5D7284"/>
          <w:sz w:val="22"/>
        </w:rPr>
        <w:t>02:29</w:t>
      </w:r>
    </w:p>
    <w:p>
      <w:pPr>
        <w:spacing w:after="0"/>
      </w:pPr>
      <w:r>
        <w:rPr>
          <w:rFonts w:ascii="Arial" w:hAnsi="Arial"/>
          <w:sz w:val="22"/>
        </w:rPr>
        <w:t>Oh, no, no, no. I'm like the one that came out. And they were like no that's a bad idea. (Alice and Lucy laugh) Let's leave her next dumpster and see if anyone takes her home. (Lucy laughs) Yeah, so I'm a comedian by trade. That's like my job. And it's funny because I'm Palestinian. And when you tell Palestinian that your job is telling jokes. They don't think it's funny (Alice laughs), or interesting. So I'm the comedian. That's like my big real job. And then apparently, I'm a motivational speaker, because I have cerebral palsy and all disabled people who don't kill themselves are considered inspirational.</w:t>
      </w:r>
    </w:p>
    <w:p>
      <w:pPr>
        <w:spacing w:after="0"/>
      </w:pPr>
    </w:p>
    <w:p>
      <w:pPr>
        <w:spacing w:after="0"/>
      </w:pPr>
      <w:r>
        <w:rPr>
          <w:rFonts w:ascii="Arial" w:hAnsi="Arial"/>
          <w:b/>
          <w:sz w:val="22"/>
        </w:rPr>
        <w:t xml:space="preserve">Lucy  </w:t>
      </w:r>
      <w:r>
        <w:rPr>
          <w:rFonts w:ascii="Arial" w:hAnsi="Arial"/>
          <w:color w:val="5D7284"/>
          <w:sz w:val="22"/>
        </w:rPr>
        <w:t>03:05</w:t>
      </w:r>
    </w:p>
    <w:p>
      <w:pPr>
        <w:spacing w:after="0"/>
      </w:pPr>
      <w:r>
        <w:rPr>
          <w:rFonts w:ascii="Arial" w:hAnsi="Arial"/>
          <w:sz w:val="22"/>
        </w:rPr>
        <w:t>It's like a side job, isn't it? Really? (Alice) Yeah, (Maysoon) yeah.</w:t>
      </w:r>
    </w:p>
    <w:p>
      <w:pPr>
        <w:spacing w:after="0"/>
      </w:pPr>
    </w:p>
    <w:p>
      <w:pPr>
        <w:spacing w:after="0"/>
      </w:pPr>
      <w:r>
        <w:rPr>
          <w:rFonts w:ascii="Arial" w:hAnsi="Arial"/>
          <w:b/>
          <w:sz w:val="22"/>
        </w:rPr>
        <w:t xml:space="preserve">Maysoon  </w:t>
      </w:r>
      <w:r>
        <w:rPr>
          <w:rFonts w:ascii="Arial" w:hAnsi="Arial"/>
          <w:color w:val="5D7284"/>
          <w:sz w:val="22"/>
        </w:rPr>
        <w:t>03:08</w:t>
      </w:r>
    </w:p>
    <w:p>
      <w:pPr>
        <w:spacing w:after="0"/>
      </w:pPr>
      <w:r>
        <w:rPr>
          <w:rFonts w:ascii="Arial" w:hAnsi="Arial"/>
          <w:sz w:val="22"/>
        </w:rPr>
        <w:t>I just want to say trigger warning for everything. I talked about suicide and dead babies and you know, body image. And this is just gonna be painful for anyone who's even slightly sensitive because I was raised by a tyrant. (Lucy laughs) Now I have seven jobs. I want to talk about why I have seven jobs. It's very, very expensive to be disabled in America. Like they do everything in their power to make us opt out of life by making it very expensive. So I have seven jobs. So I'm a comedian. I teach at Princeton University, as most comedians are known to do,(Lucy laughs) I'm a co producer and co founder of The New York Arab American Comedy Festival, which is now in its 19th year. I'm executive producer, host and writer of a new Docu series that you need to stay tuned to called Welcome to the disco. And I'm writing a comic book with scholastic called shiny misfits book one comes out August 2023, shiny misfit.</w:t>
      </w:r>
    </w:p>
    <w:p>
      <w:pPr>
        <w:spacing w:after="0"/>
      </w:pPr>
    </w:p>
    <w:p>
      <w:pPr>
        <w:spacing w:after="0"/>
      </w:pPr>
      <w:r>
        <w:rPr>
          <w:rFonts w:ascii="Arial" w:hAnsi="Arial"/>
          <w:b/>
          <w:sz w:val="22"/>
        </w:rPr>
        <w:t xml:space="preserve">Alice  </w:t>
      </w:r>
      <w:r>
        <w:rPr>
          <w:rFonts w:ascii="Arial" w:hAnsi="Arial"/>
          <w:color w:val="5D7284"/>
          <w:sz w:val="22"/>
        </w:rPr>
        <w:t>04:15</w:t>
      </w:r>
    </w:p>
    <w:p>
      <w:pPr>
        <w:spacing w:after="0"/>
      </w:pPr>
      <w:r>
        <w:rPr>
          <w:rFonts w:ascii="Arial" w:hAnsi="Arial"/>
          <w:sz w:val="22"/>
        </w:rPr>
        <w:t>Oh I'm so excited about that!</w:t>
      </w:r>
    </w:p>
    <w:p>
      <w:pPr>
        <w:spacing w:after="0"/>
      </w:pPr>
    </w:p>
    <w:p>
      <w:pPr>
        <w:spacing w:after="0"/>
      </w:pPr>
      <w:r>
        <w:rPr>
          <w:rFonts w:ascii="Arial" w:hAnsi="Arial"/>
          <w:b/>
          <w:sz w:val="22"/>
        </w:rPr>
        <w:t xml:space="preserve">Lucy  </w:t>
      </w:r>
      <w:r>
        <w:rPr>
          <w:rFonts w:ascii="Arial" w:hAnsi="Arial"/>
          <w:color w:val="5D7284"/>
          <w:sz w:val="22"/>
        </w:rPr>
        <w:t>04:17</w:t>
      </w:r>
    </w:p>
    <w:p>
      <w:pPr>
        <w:spacing w:after="0"/>
      </w:pPr>
      <w:r>
        <w:rPr>
          <w:rFonts w:ascii="Arial" w:hAnsi="Arial"/>
          <w:sz w:val="22"/>
        </w:rPr>
        <w:t>Me too! can we become like characters in your comic book? (Alice laughs)</w:t>
      </w:r>
    </w:p>
    <w:p>
      <w:pPr>
        <w:spacing w:after="0"/>
      </w:pPr>
    </w:p>
    <w:p>
      <w:pPr>
        <w:spacing w:after="0"/>
      </w:pPr>
      <w:r>
        <w:rPr>
          <w:rFonts w:ascii="Arial" w:hAnsi="Arial"/>
          <w:b/>
          <w:sz w:val="22"/>
        </w:rPr>
        <w:t xml:space="preserve">Maysoon  </w:t>
      </w:r>
      <w:r>
        <w:rPr>
          <w:rFonts w:ascii="Arial" w:hAnsi="Arial"/>
          <w:color w:val="5D7284"/>
          <w:sz w:val="22"/>
        </w:rPr>
        <w:t>04:21</w:t>
      </w:r>
    </w:p>
    <w:p>
      <w:pPr>
        <w:spacing w:after="0"/>
      </w:pPr>
      <w:r>
        <w:rPr>
          <w:rFonts w:ascii="Arial" w:hAnsi="Arial"/>
          <w:sz w:val="22"/>
        </w:rPr>
        <w:t>I think you can in future books. You know, this is our first time meeting. I feel like there's a love connection here. But the comic book I'm super excited to be collaborating with another woman of color who also you know, faces invisible disabilities. So it's really fun to be in a super cisgendered, abled bodied, white, straight white man space and we're like, we're shining misfits.</w:t>
      </w:r>
    </w:p>
    <w:p>
      <w:pPr>
        <w:spacing w:after="0"/>
      </w:pPr>
    </w:p>
    <w:p>
      <w:pPr>
        <w:spacing w:after="0"/>
      </w:pPr>
      <w:r>
        <w:rPr>
          <w:rFonts w:ascii="Arial" w:hAnsi="Arial"/>
          <w:b/>
          <w:sz w:val="22"/>
        </w:rPr>
        <w:t xml:space="preserve">Alice  </w:t>
      </w:r>
      <w:r>
        <w:rPr>
          <w:rFonts w:ascii="Arial" w:hAnsi="Arial"/>
          <w:color w:val="5D7284"/>
          <w:sz w:val="22"/>
        </w:rPr>
        <w:t>04:51</w:t>
      </w:r>
    </w:p>
    <w:p>
      <w:pPr>
        <w:spacing w:after="0"/>
      </w:pPr>
      <w:r>
        <w:rPr>
          <w:rFonts w:ascii="Arial" w:hAnsi="Arial"/>
          <w:sz w:val="22"/>
        </w:rPr>
        <w:t>That's amazing! we love it. We talk quite a lot on the show about a little hashtag that I've created which is badass disabled ladies. And I think that's going to be right up your street.</w:t>
      </w:r>
    </w:p>
    <w:p>
      <w:pPr>
        <w:spacing w:after="0"/>
      </w:pPr>
    </w:p>
    <w:p>
      <w:pPr>
        <w:spacing w:after="0"/>
      </w:pPr>
      <w:r>
        <w:rPr>
          <w:rFonts w:ascii="Arial" w:hAnsi="Arial"/>
          <w:b/>
          <w:sz w:val="22"/>
        </w:rPr>
        <w:t xml:space="preserve">Maysoon  </w:t>
      </w:r>
      <w:r>
        <w:rPr>
          <w:rFonts w:ascii="Arial" w:hAnsi="Arial"/>
          <w:color w:val="5D7284"/>
          <w:sz w:val="22"/>
        </w:rPr>
        <w:t>05:06</w:t>
      </w:r>
    </w:p>
    <w:p>
      <w:pPr>
        <w:spacing w:after="0"/>
      </w:pPr>
      <w:r>
        <w:rPr>
          <w:rFonts w:ascii="Arial" w:hAnsi="Arial"/>
          <w:sz w:val="22"/>
        </w:rPr>
        <w:t xml:space="preserve">And my arse is nice. (Lucy laughs) I told you I'm a lost  Kardashian. I do 90 minutes of Yoga a day. Very helpful when you're spastic. Also my most important job, I'm a cat mom. </w:t>
      </w:r>
    </w:p>
    <w:p>
      <w:pPr>
        <w:spacing w:after="0"/>
      </w:pPr>
    </w:p>
    <w:p>
      <w:pPr>
        <w:spacing w:after="0"/>
      </w:pPr>
      <w:r>
        <w:rPr>
          <w:rFonts w:ascii="Arial" w:hAnsi="Arial"/>
          <w:b/>
          <w:sz w:val="22"/>
        </w:rPr>
        <w:t xml:space="preserve">Alice  </w:t>
      </w:r>
      <w:r>
        <w:rPr>
          <w:rFonts w:ascii="Arial" w:hAnsi="Arial"/>
          <w:color w:val="5D7284"/>
          <w:sz w:val="22"/>
        </w:rPr>
        <w:t>05:19</w:t>
      </w:r>
    </w:p>
    <w:p>
      <w:pPr>
        <w:spacing w:after="0"/>
      </w:pPr>
      <w:r>
        <w:rPr>
          <w:rFonts w:ascii="Arial" w:hAnsi="Arial"/>
          <w:sz w:val="22"/>
        </w:rPr>
        <w:t>Oh, yeah.</w:t>
      </w:r>
    </w:p>
    <w:p>
      <w:pPr>
        <w:spacing w:after="0"/>
      </w:pPr>
    </w:p>
    <w:p>
      <w:pPr>
        <w:spacing w:after="0"/>
      </w:pPr>
      <w:r>
        <w:rPr>
          <w:rFonts w:ascii="Arial" w:hAnsi="Arial"/>
          <w:b/>
          <w:sz w:val="22"/>
        </w:rPr>
        <w:t xml:space="preserve">Lucy  </w:t>
      </w:r>
      <w:r>
        <w:rPr>
          <w:rFonts w:ascii="Arial" w:hAnsi="Arial"/>
          <w:color w:val="5D7284"/>
          <w:sz w:val="22"/>
        </w:rPr>
        <w:t>05:19</w:t>
      </w:r>
    </w:p>
    <w:p>
      <w:pPr>
        <w:spacing w:after="0"/>
      </w:pPr>
      <w:r>
        <w:rPr>
          <w:rFonts w:ascii="Arial" w:hAnsi="Arial"/>
          <w:sz w:val="22"/>
        </w:rPr>
        <w:t>You see Alice has a cat mom.</w:t>
      </w:r>
    </w:p>
    <w:p>
      <w:pPr>
        <w:spacing w:after="0"/>
      </w:pPr>
    </w:p>
    <w:p>
      <w:pPr>
        <w:spacing w:after="0"/>
      </w:pPr>
      <w:r>
        <w:rPr>
          <w:rFonts w:ascii="Arial" w:hAnsi="Arial"/>
          <w:b/>
          <w:sz w:val="22"/>
        </w:rPr>
        <w:t xml:space="preserve">Alice  </w:t>
      </w:r>
      <w:r>
        <w:rPr>
          <w:rFonts w:ascii="Arial" w:hAnsi="Arial"/>
          <w:color w:val="5D7284"/>
          <w:sz w:val="22"/>
        </w:rPr>
        <w:t>05:21</w:t>
      </w:r>
    </w:p>
    <w:p>
      <w:pPr>
        <w:spacing w:after="0"/>
      </w:pPr>
      <w:r>
        <w:rPr>
          <w:rFonts w:ascii="Arial" w:hAnsi="Arial"/>
          <w:sz w:val="22"/>
        </w:rPr>
        <w:t>I don't describe myself as a cat mom, I describe myself as a dog, mum and a cat slave, because I say you don't you don't parent cats. They order you around.</w:t>
      </w:r>
    </w:p>
    <w:p>
      <w:pPr>
        <w:spacing w:after="0"/>
      </w:pPr>
    </w:p>
    <w:p>
      <w:pPr>
        <w:spacing w:after="0"/>
      </w:pPr>
      <w:r>
        <w:rPr>
          <w:rFonts w:ascii="Arial" w:hAnsi="Arial"/>
          <w:b/>
          <w:sz w:val="22"/>
        </w:rPr>
        <w:t xml:space="preserve">Maysoon  </w:t>
      </w:r>
      <w:r>
        <w:rPr>
          <w:rFonts w:ascii="Arial" w:hAnsi="Arial"/>
          <w:color w:val="5D7284"/>
          <w:sz w:val="22"/>
        </w:rPr>
        <w:t>05:31</w:t>
      </w:r>
    </w:p>
    <w:p>
      <w:pPr>
        <w:spacing w:after="0"/>
      </w:pPr>
      <w:r>
        <w:rPr>
          <w:rFonts w:ascii="Arial" w:hAnsi="Arial"/>
          <w:sz w:val="22"/>
        </w:rPr>
        <w:t>her? We're gonna go ahead and tell you that we need to replace that word slave. Because slavery is super serious. So how about like, maid/servant, beck and call girl? (Lucy) Yeah.</w:t>
      </w:r>
    </w:p>
    <w:p>
      <w:pPr>
        <w:spacing w:after="0"/>
      </w:pPr>
    </w:p>
    <w:p>
      <w:pPr>
        <w:spacing w:after="0"/>
      </w:pPr>
      <w:r>
        <w:rPr>
          <w:rFonts w:ascii="Arial" w:hAnsi="Arial"/>
          <w:b/>
          <w:sz w:val="22"/>
        </w:rPr>
        <w:t xml:space="preserve">Alice  </w:t>
      </w:r>
      <w:r>
        <w:rPr>
          <w:rFonts w:ascii="Arial" w:hAnsi="Arial"/>
          <w:color w:val="5D7284"/>
          <w:sz w:val="22"/>
        </w:rPr>
        <w:t>05:45</w:t>
      </w:r>
    </w:p>
    <w:p>
      <w:pPr>
        <w:spacing w:after="0"/>
      </w:pPr>
      <w:r>
        <w:rPr>
          <w:rFonts w:ascii="Arial" w:hAnsi="Arial"/>
          <w:sz w:val="22"/>
        </w:rPr>
        <w:t xml:space="preserve"> I can go.. I can go servant. And certainly I will. And I will go forth and change my Twitter accordingly.</w:t>
      </w:r>
    </w:p>
    <w:p>
      <w:pPr>
        <w:spacing w:after="0"/>
      </w:pPr>
    </w:p>
    <w:p>
      <w:pPr>
        <w:spacing w:after="0"/>
      </w:pPr>
      <w:r>
        <w:rPr>
          <w:rFonts w:ascii="Arial" w:hAnsi="Arial"/>
          <w:b/>
          <w:sz w:val="22"/>
        </w:rPr>
        <w:t xml:space="preserve">Maysoon  </w:t>
      </w:r>
      <w:r>
        <w:rPr>
          <w:rFonts w:ascii="Arial" w:hAnsi="Arial"/>
          <w:color w:val="5D7284"/>
          <w:sz w:val="22"/>
        </w:rPr>
        <w:t>05:52</w:t>
      </w:r>
    </w:p>
    <w:p>
      <w:pPr>
        <w:spacing w:after="0"/>
      </w:pPr>
      <w:r>
        <w:rPr>
          <w:rFonts w:ascii="Arial" w:hAnsi="Arial"/>
          <w:sz w:val="22"/>
        </w:rPr>
        <w:t>I just have to say because with like your male countenance, it could get you in trouble. And I'm here to be your new friend that gives you advice you don't want to hear</w:t>
      </w:r>
    </w:p>
    <w:p>
      <w:pPr>
        <w:spacing w:after="0"/>
      </w:pPr>
    </w:p>
    <w:p>
      <w:pPr>
        <w:spacing w:after="0"/>
      </w:pPr>
      <w:r>
        <w:rPr>
          <w:rFonts w:ascii="Arial" w:hAnsi="Arial"/>
          <w:b/>
          <w:sz w:val="22"/>
        </w:rPr>
        <w:t xml:space="preserve">Alice  </w:t>
      </w:r>
      <w:r>
        <w:rPr>
          <w:rFonts w:ascii="Arial" w:hAnsi="Arial"/>
          <w:color w:val="5D7284"/>
          <w:sz w:val="22"/>
        </w:rPr>
        <w:t>06:00</w:t>
      </w:r>
    </w:p>
    <w:p>
      <w:pPr>
        <w:spacing w:after="0"/>
      </w:pPr>
      <w:r>
        <w:rPr>
          <w:rFonts w:ascii="Arial" w:hAnsi="Arial"/>
          <w:sz w:val="22"/>
        </w:rPr>
        <w:t>Well, and we are very big on like being called out when we fuck up. So...</w:t>
      </w:r>
    </w:p>
    <w:p>
      <w:pPr>
        <w:spacing w:after="0"/>
      </w:pPr>
    </w:p>
    <w:p>
      <w:pPr>
        <w:spacing w:after="0"/>
      </w:pPr>
      <w:r>
        <w:rPr>
          <w:rFonts w:ascii="Arial" w:hAnsi="Arial"/>
          <w:b/>
          <w:sz w:val="22"/>
        </w:rPr>
        <w:t xml:space="preserve">Maysoon  </w:t>
      </w:r>
      <w:r>
        <w:rPr>
          <w:rFonts w:ascii="Arial" w:hAnsi="Arial"/>
          <w:color w:val="5D7284"/>
          <w:sz w:val="22"/>
        </w:rPr>
        <w:t>06:07</w:t>
      </w:r>
    </w:p>
    <w:p>
      <w:pPr>
        <w:spacing w:after="0"/>
      </w:pPr>
      <w:r>
        <w:rPr>
          <w:rFonts w:ascii="Arial" w:hAnsi="Arial"/>
          <w:sz w:val="22"/>
        </w:rPr>
        <w:t>That's not to say that Eastern European women aren't trafficked also, because they are. But it's not the first image that comes to my mind. No (Lucy laughs). We're talking about slavery.</w:t>
      </w:r>
    </w:p>
    <w:p>
      <w:pPr>
        <w:spacing w:after="0"/>
      </w:pPr>
    </w:p>
    <w:p>
      <w:pPr>
        <w:spacing w:after="0"/>
      </w:pPr>
      <w:r>
        <w:rPr>
          <w:rFonts w:ascii="Arial" w:hAnsi="Arial"/>
          <w:b/>
          <w:sz w:val="22"/>
        </w:rPr>
        <w:t xml:space="preserve">Alice  </w:t>
      </w:r>
      <w:r>
        <w:rPr>
          <w:rFonts w:ascii="Arial" w:hAnsi="Arial"/>
          <w:color w:val="5D7284"/>
          <w:sz w:val="22"/>
        </w:rPr>
        <w:t>06:20</w:t>
      </w:r>
    </w:p>
    <w:p>
      <w:pPr>
        <w:spacing w:after="0"/>
      </w:pPr>
      <w:r>
        <w:rPr>
          <w:rFonts w:ascii="Arial" w:hAnsi="Arial"/>
          <w:sz w:val="22"/>
        </w:rPr>
        <w:t>Yeah, I mean, I was gonna ask you tell us about your cat. (Lucy and Alice laugh)</w:t>
      </w:r>
    </w:p>
    <w:p>
      <w:pPr>
        <w:spacing w:after="0"/>
      </w:pPr>
    </w:p>
    <w:p>
      <w:pPr>
        <w:spacing w:after="0"/>
      </w:pPr>
      <w:r>
        <w:rPr>
          <w:rFonts w:ascii="Arial" w:hAnsi="Arial"/>
          <w:b/>
          <w:sz w:val="22"/>
        </w:rPr>
        <w:t xml:space="preserve">Maysoon  </w:t>
      </w:r>
      <w:r>
        <w:rPr>
          <w:rFonts w:ascii="Arial" w:hAnsi="Arial"/>
          <w:color w:val="5D7284"/>
          <w:sz w:val="22"/>
        </w:rPr>
        <w:t>06:26</w:t>
      </w:r>
    </w:p>
    <w:p>
      <w:pPr>
        <w:spacing w:after="0"/>
      </w:pPr>
      <w:r>
        <w:rPr>
          <w:rFonts w:ascii="Arial" w:hAnsi="Arial"/>
          <w:sz w:val="22"/>
        </w:rPr>
        <w:t>My cat is Beyonce. And people can go to www.maysoon.com and regality and endless pictures of her.</w:t>
      </w:r>
    </w:p>
    <w:p>
      <w:pPr>
        <w:spacing w:after="0"/>
      </w:pPr>
    </w:p>
    <w:p>
      <w:pPr>
        <w:spacing w:after="0"/>
      </w:pPr>
      <w:r>
        <w:rPr>
          <w:rFonts w:ascii="Arial" w:hAnsi="Arial"/>
          <w:b/>
          <w:sz w:val="22"/>
        </w:rPr>
        <w:t xml:space="preserve">Lucy  </w:t>
      </w:r>
      <w:r>
        <w:rPr>
          <w:rFonts w:ascii="Arial" w:hAnsi="Arial"/>
          <w:color w:val="5D7284"/>
          <w:sz w:val="22"/>
        </w:rPr>
        <w:t>06:33</w:t>
      </w:r>
    </w:p>
    <w:p>
      <w:pPr>
        <w:spacing w:after="0"/>
      </w:pPr>
      <w:r>
        <w:rPr>
          <w:rFonts w:ascii="Arial" w:hAnsi="Arial"/>
          <w:sz w:val="22"/>
        </w:rPr>
        <w:t>I am a massive fan of yours. I know all about Beyonce, the cat. The cat is a beautiful cat.</w:t>
      </w:r>
    </w:p>
    <w:p>
      <w:pPr>
        <w:spacing w:after="0"/>
      </w:pPr>
    </w:p>
    <w:p>
      <w:pPr>
        <w:spacing w:after="0"/>
      </w:pPr>
      <w:r>
        <w:rPr>
          <w:rFonts w:ascii="Arial" w:hAnsi="Arial"/>
          <w:b/>
          <w:sz w:val="22"/>
        </w:rPr>
        <w:t xml:space="preserve">Maysoon  </w:t>
      </w:r>
      <w:r>
        <w:rPr>
          <w:rFonts w:ascii="Arial" w:hAnsi="Arial"/>
          <w:color w:val="5D7284"/>
          <w:sz w:val="22"/>
        </w:rPr>
        <w:t>06:40</w:t>
      </w:r>
    </w:p>
    <w:p>
      <w:pPr>
        <w:spacing w:after="0"/>
      </w:pPr>
      <w:r>
        <w:rPr>
          <w:rFonts w:ascii="Arial" w:hAnsi="Arial"/>
          <w:sz w:val="22"/>
        </w:rPr>
        <w:t>She's beautiful. So I wanted to get a banged up cat that was like me something that had like one eye or three legs. And the rescue societies in America are more competitive than like, the TV shows. (Alice and Lucy laugh) I don't know what you have to do to get a cat. But they rejected me over and over. And like one time they were like, Okay, you need to get two cats, because they'll be lonely. Otherwise, I was like, oh, you know, I travel I take my cat with me everywhere. Because if you follow you see, she's been doing lots of states and hangs out in the backpack. (Lucy) Yeah. And they said, no cat would want to live like that. And I said, I'll have you know that I get up to 15 messages a day from fans in the third world saying that they wish they were my cat in the next life. (Alice laughs) No cat would want to live like that. Then another one was like, Do you have kids? And I was like, no, they're like, Do you have a spouse? No I don't.. They go, Do you have a roommate? I go no, they go that's just too lonely for a cat. And I go Do you even know what the definition of a crazy cat lady is? We are lonely. We are middle aged and we are single. Please give me the three legged, poked out eye ,cat. (Alice laughs) And so instead I got a fancy one.</w:t>
      </w:r>
    </w:p>
    <w:p>
      <w:pPr>
        <w:spacing w:after="0"/>
      </w:pPr>
    </w:p>
    <w:p>
      <w:pPr>
        <w:spacing w:after="0"/>
      </w:pPr>
      <w:r>
        <w:rPr>
          <w:rFonts w:ascii="Arial" w:hAnsi="Arial"/>
          <w:b/>
          <w:sz w:val="22"/>
        </w:rPr>
        <w:t xml:space="preserve">Lucy  </w:t>
      </w:r>
      <w:r>
        <w:rPr>
          <w:rFonts w:ascii="Arial" w:hAnsi="Arial"/>
          <w:color w:val="5D7284"/>
          <w:sz w:val="22"/>
        </w:rPr>
        <w:t>08:02</w:t>
      </w:r>
    </w:p>
    <w:p>
      <w:pPr>
        <w:spacing w:after="0"/>
      </w:pPr>
      <w:r>
        <w:rPr>
          <w:rFonts w:ascii="Arial" w:hAnsi="Arial"/>
          <w:sz w:val="22"/>
        </w:rPr>
        <w:t>What made you call your cat Beyonce? I want to know was it?</w:t>
      </w:r>
    </w:p>
    <w:p>
      <w:pPr>
        <w:spacing w:after="0"/>
      </w:pPr>
    </w:p>
    <w:p>
      <w:pPr>
        <w:spacing w:after="0"/>
      </w:pPr>
      <w:r>
        <w:rPr>
          <w:rFonts w:ascii="Arial" w:hAnsi="Arial"/>
          <w:b/>
          <w:sz w:val="22"/>
        </w:rPr>
        <w:t xml:space="preserve">Maysoon  </w:t>
      </w:r>
      <w:r>
        <w:rPr>
          <w:rFonts w:ascii="Arial" w:hAnsi="Arial"/>
          <w:color w:val="5D7284"/>
          <w:sz w:val="22"/>
        </w:rPr>
        <w:t>08:08</w:t>
      </w:r>
    </w:p>
    <w:p>
      <w:pPr>
        <w:spacing w:after="0"/>
      </w:pPr>
      <w:r>
        <w:rPr>
          <w:rFonts w:ascii="Arial" w:hAnsi="Arial"/>
          <w:sz w:val="22"/>
        </w:rPr>
        <w:t>No, it was it was always Beyonce. I wanted I wanted to have kids, that didn't work out. I tried to adopt the United States of America is extremely bigoted against disabled parents. So I found out that too, just like rescuing a cat. It's just been a lifetime of rejection. And I always said if I had a girl I would name her Beyonce. And if I had a boy, I would name him Beyonce. Because I so I love Dolly Parton (Lucy) Me too! and Beyonce. Yeah, and those three people I kind of like make my life a lot like them. Like my style and like razzle dazzle and like shameless pizzazz as Dolly Parton and I think like Beyonce, work ethic against all odds, like just inundated with bullying and hate and divisiveness around her, and just like shining and uplifting all the people in her community that inspires me. And then Dave Matthews is just the coolest guy I've ever met in my life. And I think that like you should be chill and happy and create like, a fun happy environment in high stress situations because touring is high stress. (Lucy) Yeah. And he's just like the marshmallow cool, fun, dude. Good dad, great husband, you know, really aspirational. And then they're, you know, like, got billions. And I like money. It's like I just, I will do the disabled poverty thing. We're supposed to do this disabled poverty thing because like 89% of disabled people worldwide lives in poverty. And I'm like, call me the 1%.(Lucy laughs)</w:t>
      </w:r>
    </w:p>
    <w:p>
      <w:pPr>
        <w:spacing w:after="0"/>
      </w:pPr>
    </w:p>
    <w:p>
      <w:pPr>
        <w:spacing w:after="0"/>
      </w:pPr>
      <w:r>
        <w:rPr>
          <w:rFonts w:ascii="Arial" w:hAnsi="Arial"/>
          <w:b/>
          <w:sz w:val="22"/>
        </w:rPr>
        <w:t xml:space="preserve">Alice  </w:t>
      </w:r>
      <w:r>
        <w:rPr>
          <w:rFonts w:ascii="Arial" w:hAnsi="Arial"/>
          <w:color w:val="5D7284"/>
          <w:sz w:val="22"/>
        </w:rPr>
        <w:t>09:47</w:t>
      </w:r>
    </w:p>
    <w:p>
      <w:pPr>
        <w:spacing w:after="0"/>
      </w:pPr>
      <w:r>
        <w:rPr>
          <w:rFonts w:ascii="Arial" w:hAnsi="Arial"/>
          <w:sz w:val="22"/>
        </w:rPr>
        <w:t>Yeah, like those those those monies are not going to pay for themselves.</w:t>
      </w:r>
    </w:p>
    <w:p>
      <w:pPr>
        <w:spacing w:after="0"/>
      </w:pPr>
    </w:p>
    <w:p>
      <w:pPr>
        <w:spacing w:after="0"/>
      </w:pPr>
      <w:r>
        <w:rPr>
          <w:rFonts w:ascii="Arial" w:hAnsi="Arial"/>
          <w:b/>
          <w:sz w:val="22"/>
        </w:rPr>
        <w:t xml:space="preserve">Maysoon  </w:t>
      </w:r>
      <w:r>
        <w:rPr>
          <w:rFonts w:ascii="Arial" w:hAnsi="Arial"/>
          <w:color w:val="5D7284"/>
          <w:sz w:val="22"/>
        </w:rPr>
        <w:t>09:51</w:t>
      </w:r>
    </w:p>
    <w:p>
      <w:pPr>
        <w:spacing w:after="0"/>
      </w:pPr>
      <w:r>
        <w:rPr>
          <w:rFonts w:ascii="Arial" w:hAnsi="Arial"/>
          <w:sz w:val="22"/>
        </w:rPr>
        <w:t>So I can't get manicures because I'm pausing my handshake all the time. And they just can't catch me. I've never gotten a manicure in my life. I do get pedicures, the feet are able to hang, but my hands it's just like no way.</w:t>
      </w:r>
    </w:p>
    <w:p>
      <w:pPr>
        <w:spacing w:after="0"/>
      </w:pPr>
    </w:p>
    <w:p>
      <w:pPr>
        <w:spacing w:after="0"/>
      </w:pPr>
      <w:r>
        <w:rPr>
          <w:rFonts w:ascii="Arial" w:hAnsi="Arial"/>
          <w:b/>
          <w:sz w:val="22"/>
        </w:rPr>
        <w:t xml:space="preserve">Lucy  </w:t>
      </w:r>
      <w:r>
        <w:rPr>
          <w:rFonts w:ascii="Arial" w:hAnsi="Arial"/>
          <w:color w:val="5D7284"/>
          <w:sz w:val="22"/>
        </w:rPr>
        <w:t>10:05</w:t>
      </w:r>
    </w:p>
    <w:p>
      <w:pPr>
        <w:spacing w:after="0"/>
      </w:pPr>
      <w:r>
        <w:rPr>
          <w:rFonts w:ascii="Arial" w:hAnsi="Arial"/>
          <w:sz w:val="22"/>
        </w:rPr>
        <w:t>I have pedicures a lot and I am in desperate need of one. Now I have cerebral palsy. I also have handshakes, my beautician has got the knack of kind of like holding my hand in a vise like grip. (Everyone laughs)</w:t>
      </w:r>
    </w:p>
    <w:p>
      <w:pPr>
        <w:spacing w:after="0"/>
      </w:pPr>
    </w:p>
    <w:p>
      <w:pPr>
        <w:spacing w:after="0"/>
      </w:pPr>
      <w:r>
        <w:rPr>
          <w:rFonts w:ascii="Arial" w:hAnsi="Arial"/>
          <w:b/>
          <w:sz w:val="22"/>
        </w:rPr>
        <w:t xml:space="preserve">Maysoon  </w:t>
      </w:r>
      <w:r>
        <w:rPr>
          <w:rFonts w:ascii="Arial" w:hAnsi="Arial"/>
          <w:color w:val="5D7284"/>
          <w:sz w:val="22"/>
        </w:rPr>
        <w:t>10:19</w:t>
      </w:r>
    </w:p>
    <w:p>
      <w:pPr>
        <w:spacing w:after="0"/>
      </w:pPr>
      <w:r>
        <w:rPr>
          <w:rFonts w:ascii="Arial" w:hAnsi="Arial"/>
          <w:sz w:val="22"/>
        </w:rPr>
        <w:t>Where do you live? All I've ever gotten is women crying and saying sorry repeatedly as my cuticle bleeds.</w:t>
      </w:r>
    </w:p>
    <w:p>
      <w:pPr>
        <w:spacing w:after="0"/>
      </w:pPr>
    </w:p>
    <w:p>
      <w:pPr>
        <w:spacing w:after="0"/>
      </w:pPr>
      <w:r>
        <w:rPr>
          <w:rFonts w:ascii="Arial" w:hAnsi="Arial"/>
          <w:b/>
          <w:sz w:val="22"/>
        </w:rPr>
        <w:t xml:space="preserve">Lucy  </w:t>
      </w:r>
      <w:r>
        <w:rPr>
          <w:rFonts w:ascii="Arial" w:hAnsi="Arial"/>
          <w:color w:val="5D7284"/>
          <w:sz w:val="22"/>
        </w:rPr>
        <w:t>10:27</w:t>
      </w:r>
    </w:p>
    <w:p>
      <w:pPr>
        <w:spacing w:after="0"/>
      </w:pPr>
      <w:r>
        <w:rPr>
          <w:rFonts w:ascii="Arial" w:hAnsi="Arial"/>
          <w:sz w:val="22"/>
        </w:rPr>
        <w:t>And she grips. Occasionally my hand moves away like or shakes away. She'll be</w:t>
      </w:r>
    </w:p>
    <w:p>
      <w:pPr>
        <w:spacing w:after="0"/>
      </w:pPr>
    </w:p>
    <w:p>
      <w:pPr>
        <w:spacing w:after="0"/>
      </w:pPr>
      <w:r>
        <w:rPr>
          <w:rFonts w:ascii="Arial" w:hAnsi="Arial"/>
          <w:b/>
          <w:sz w:val="22"/>
        </w:rPr>
        <w:t xml:space="preserve">Maysoon  </w:t>
      </w:r>
      <w:r>
        <w:rPr>
          <w:rFonts w:ascii="Arial" w:hAnsi="Arial"/>
          <w:color w:val="5D7284"/>
          <w:sz w:val="22"/>
        </w:rPr>
        <w:t>10:34</w:t>
      </w:r>
    </w:p>
    <w:p>
      <w:pPr>
        <w:spacing w:after="0"/>
      </w:pPr>
      <w:r>
        <w:rPr>
          <w:rFonts w:ascii="Arial" w:hAnsi="Arial"/>
          <w:sz w:val="22"/>
        </w:rPr>
        <w:t>Are you in England (Lucy) Yeah, (Alice) yeah. there's a boy like in England who doesn't like me back. Maybe I'll come out to visit him. (Lucy and Alice) Yeah! and manage your.... (Lucy) Come round my house.  And you and Lucy being besties is when I go get a manicure. And it actually worked (Alice) Amazing. Really having to pat the an Aesthetician on the back she weeps is really tiring. And I just don't have the spoons. I want this vise grip lady! she is nothing compared to the octopus Lucy. (Lucy and Alice laughs)</w:t>
      </w:r>
    </w:p>
    <w:p>
      <w:pPr>
        <w:spacing w:after="0"/>
      </w:pPr>
    </w:p>
    <w:p>
      <w:pPr>
        <w:spacing w:after="0"/>
      </w:pPr>
      <w:r>
        <w:rPr>
          <w:rFonts w:ascii="Arial" w:hAnsi="Arial"/>
          <w:b/>
          <w:sz w:val="22"/>
        </w:rPr>
        <w:t xml:space="preserve">Lucy  </w:t>
      </w:r>
      <w:r>
        <w:rPr>
          <w:rFonts w:ascii="Arial" w:hAnsi="Arial"/>
          <w:color w:val="5D7284"/>
          <w:sz w:val="22"/>
        </w:rPr>
        <w:t>11:07</w:t>
      </w:r>
    </w:p>
    <w:p>
      <w:pPr>
        <w:spacing w:after="0"/>
      </w:pPr>
      <w:r>
        <w:rPr>
          <w:rFonts w:ascii="Arial" w:hAnsi="Arial"/>
          <w:sz w:val="22"/>
        </w:rPr>
        <w:t>Honestly, I am like an octopus. And she if my hand moves away, she'll just very gently go, can I have your hand back?</w:t>
      </w:r>
    </w:p>
    <w:p>
      <w:pPr>
        <w:spacing w:after="0"/>
      </w:pPr>
    </w:p>
    <w:p>
      <w:pPr>
        <w:spacing w:after="0"/>
      </w:pPr>
      <w:r>
        <w:rPr>
          <w:rFonts w:ascii="Arial" w:hAnsi="Arial"/>
          <w:b/>
          <w:sz w:val="22"/>
        </w:rPr>
        <w:t xml:space="preserve">Maysoon  </w:t>
      </w:r>
      <w:r>
        <w:rPr>
          <w:rFonts w:ascii="Arial" w:hAnsi="Arial"/>
          <w:color w:val="5D7284"/>
          <w:sz w:val="22"/>
        </w:rPr>
        <w:t>11:14</w:t>
      </w:r>
    </w:p>
    <w:p>
      <w:pPr>
        <w:spacing w:after="0"/>
      </w:pPr>
      <w:r>
        <w:rPr>
          <w:rFonts w:ascii="Arial" w:hAnsi="Arial"/>
          <w:sz w:val="22"/>
        </w:rPr>
        <w:t>Do you talk to your hands? (Lucy )Yes She does. Everything. My yoga instructor always laughed at me because like every once in a while, I hate saying these three words together my left foot, which is very Christy Brown. Yeah, every once in a while. It just doesn't comply. And I will literally go mad and be like, left foot flatten yourself! And it listens. And like, I don't know. Yeah, he's like, I don't know. Like, you seem to talk to them. And they work and I'm like, messages from my brain to my body are not going in the right direction. So I have to repeat the messages out loud. (Lucy laughs)</w:t>
      </w:r>
    </w:p>
    <w:p>
      <w:pPr>
        <w:spacing w:after="0"/>
      </w:pPr>
    </w:p>
    <w:p>
      <w:pPr>
        <w:spacing w:after="0"/>
      </w:pPr>
      <w:r>
        <w:rPr>
          <w:rFonts w:ascii="Arial" w:hAnsi="Arial"/>
          <w:b/>
          <w:sz w:val="22"/>
        </w:rPr>
        <w:t xml:space="preserve">Lucy  </w:t>
      </w:r>
      <w:r>
        <w:rPr>
          <w:rFonts w:ascii="Arial" w:hAnsi="Arial"/>
          <w:color w:val="5D7284"/>
          <w:sz w:val="22"/>
        </w:rPr>
        <w:t>11:56</w:t>
      </w:r>
    </w:p>
    <w:p>
      <w:pPr>
        <w:spacing w:after="0"/>
      </w:pPr>
      <w:r>
        <w:rPr>
          <w:rFonts w:ascii="Arial" w:hAnsi="Arial"/>
          <w:sz w:val="22"/>
        </w:rPr>
        <w:t>Like I got it. It's fine. I understand. Now I couldn't hear you before. (Alice laughs)</w:t>
      </w:r>
    </w:p>
    <w:p>
      <w:pPr>
        <w:spacing w:after="0"/>
      </w:pPr>
    </w:p>
    <w:p>
      <w:pPr>
        <w:spacing w:after="0"/>
      </w:pPr>
      <w:r>
        <w:rPr>
          <w:rFonts w:ascii="Arial" w:hAnsi="Arial"/>
          <w:b/>
          <w:sz w:val="22"/>
        </w:rPr>
        <w:t xml:space="preserve">Maysoon  </w:t>
      </w:r>
      <w:r>
        <w:rPr>
          <w:rFonts w:ascii="Arial" w:hAnsi="Arial"/>
          <w:color w:val="5D7284"/>
          <w:sz w:val="22"/>
        </w:rPr>
        <w:t>12:03</w:t>
      </w:r>
    </w:p>
    <w:p>
      <w:pPr>
        <w:spacing w:after="0"/>
      </w:pPr>
      <w:r>
        <w:rPr>
          <w:rFonts w:ascii="Arial" w:hAnsi="Arial"/>
          <w:sz w:val="22"/>
        </w:rPr>
        <w:t>I was very spazy, spazy. I had to say it. It was one those things.</w:t>
      </w:r>
    </w:p>
    <w:p>
      <w:pPr>
        <w:spacing w:after="0"/>
      </w:pPr>
    </w:p>
    <w:p>
      <w:pPr>
        <w:spacing w:after="0"/>
      </w:pPr>
      <w:r>
        <w:rPr>
          <w:rFonts w:ascii="Arial" w:hAnsi="Arial"/>
          <w:b/>
          <w:sz w:val="22"/>
        </w:rPr>
        <w:t xml:space="preserve">Lucy  </w:t>
      </w:r>
      <w:r>
        <w:rPr>
          <w:rFonts w:ascii="Arial" w:hAnsi="Arial"/>
          <w:color w:val="5D7284"/>
          <w:sz w:val="22"/>
        </w:rPr>
        <w:t>12:10</w:t>
      </w:r>
    </w:p>
    <w:p>
      <w:pPr>
        <w:spacing w:after="0"/>
      </w:pPr>
      <w:r>
        <w:rPr>
          <w:rFonts w:ascii="Arial" w:hAnsi="Arial"/>
          <w:sz w:val="22"/>
        </w:rPr>
        <w:t>We're allowed to say ourselves but other people are not.</w:t>
      </w:r>
    </w:p>
    <w:p>
      <w:pPr>
        <w:spacing w:after="0"/>
      </w:pPr>
    </w:p>
    <w:p>
      <w:pPr>
        <w:spacing w:after="0"/>
      </w:pPr>
      <w:r>
        <w:rPr>
          <w:rFonts w:ascii="Arial" w:hAnsi="Arial"/>
          <w:b/>
          <w:sz w:val="22"/>
        </w:rPr>
        <w:t xml:space="preserve">Maysoon  </w:t>
      </w:r>
      <w:r>
        <w:rPr>
          <w:rFonts w:ascii="Arial" w:hAnsi="Arial"/>
          <w:color w:val="5D7284"/>
          <w:sz w:val="22"/>
        </w:rPr>
        <w:t>12:14</w:t>
      </w:r>
    </w:p>
    <w:p>
      <w:pPr>
        <w:spacing w:after="0"/>
      </w:pPr>
      <w:r>
        <w:rPr>
          <w:rFonts w:ascii="Arial" w:hAnsi="Arial"/>
          <w:sz w:val="22"/>
        </w:rPr>
        <w:t>Literally my signature move. I'm a tap dancer because my parents can afford physical therapy. So they sent me a tap class. (Lucy laughs) And my signature move is spazzy hands. It's jazz hands, but fast. (Alice laughs) spazzy hands. So when the whole controversy happened that was like, Yeah, you can't say it, but I can can.</w:t>
      </w:r>
    </w:p>
    <w:p>
      <w:pPr>
        <w:spacing w:after="0"/>
      </w:pPr>
    </w:p>
    <w:p>
      <w:pPr>
        <w:spacing w:after="0"/>
      </w:pPr>
      <w:r>
        <w:rPr>
          <w:rFonts w:ascii="Arial" w:hAnsi="Arial"/>
          <w:b/>
          <w:sz w:val="22"/>
        </w:rPr>
        <w:t xml:space="preserve">Lucy  </w:t>
      </w:r>
      <w:r>
        <w:rPr>
          <w:rFonts w:ascii="Arial" w:hAnsi="Arial"/>
          <w:color w:val="5D7284"/>
          <w:sz w:val="22"/>
        </w:rPr>
        <w:t>12:33</w:t>
      </w:r>
    </w:p>
    <w:p>
      <w:pPr>
        <w:spacing w:after="0"/>
      </w:pPr>
      <w:r>
        <w:rPr>
          <w:rFonts w:ascii="Arial" w:hAnsi="Arial"/>
          <w:sz w:val="22"/>
        </w:rPr>
        <w:t>Yeah exactly. Exactly. (laughs)</w:t>
      </w:r>
    </w:p>
    <w:p>
      <w:pPr>
        <w:spacing w:after="0"/>
      </w:pPr>
    </w:p>
    <w:p>
      <w:pPr>
        <w:spacing w:after="0"/>
      </w:pPr>
      <w:r>
        <w:rPr>
          <w:rFonts w:ascii="Arial" w:hAnsi="Arial"/>
          <w:b/>
          <w:sz w:val="22"/>
        </w:rPr>
        <w:t xml:space="preserve">Alice  </w:t>
      </w:r>
      <w:r>
        <w:rPr>
          <w:rFonts w:ascii="Arial" w:hAnsi="Arial"/>
          <w:color w:val="5D7284"/>
          <w:sz w:val="22"/>
        </w:rPr>
        <w:t>12:36</w:t>
      </w:r>
    </w:p>
    <w:p>
      <w:pPr>
        <w:spacing w:after="0"/>
      </w:pPr>
      <w:r>
        <w:rPr>
          <w:rFonts w:ascii="Arial" w:hAnsi="Arial"/>
          <w:sz w:val="22"/>
        </w:rPr>
        <w:t xml:space="preserve">Hey Maysoon can I sort of delve into that a little bit. You said there and take a little serious twist to the conversation. </w:t>
      </w:r>
    </w:p>
    <w:p>
      <w:pPr>
        <w:spacing w:after="0"/>
      </w:pPr>
    </w:p>
    <w:p>
      <w:pPr>
        <w:spacing w:after="0"/>
      </w:pPr>
      <w:r>
        <w:rPr>
          <w:rFonts w:ascii="Arial" w:hAnsi="Arial"/>
          <w:b/>
          <w:sz w:val="22"/>
        </w:rPr>
        <w:t xml:space="preserve">Maysoon  </w:t>
      </w:r>
      <w:r>
        <w:rPr>
          <w:rFonts w:ascii="Arial" w:hAnsi="Arial"/>
          <w:color w:val="5D7284"/>
          <w:sz w:val="22"/>
        </w:rPr>
        <w:t>12:45</w:t>
      </w:r>
    </w:p>
    <w:p>
      <w:pPr>
        <w:spacing w:after="0"/>
      </w:pPr>
      <w:r>
        <w:rPr>
          <w:rFonts w:ascii="Arial" w:hAnsi="Arial"/>
          <w:sz w:val="22"/>
        </w:rPr>
        <w:t>I'm never serious. I just try.</w:t>
      </w:r>
    </w:p>
    <w:p>
      <w:pPr>
        <w:spacing w:after="0"/>
      </w:pPr>
    </w:p>
    <w:p>
      <w:pPr>
        <w:spacing w:after="0"/>
      </w:pPr>
      <w:r>
        <w:rPr>
          <w:rFonts w:ascii="Arial" w:hAnsi="Arial"/>
          <w:b/>
          <w:sz w:val="22"/>
        </w:rPr>
        <w:t xml:space="preserve">Alice  </w:t>
      </w:r>
      <w:r>
        <w:rPr>
          <w:rFonts w:ascii="Arial" w:hAnsi="Arial"/>
          <w:color w:val="5D7284"/>
          <w:sz w:val="22"/>
        </w:rPr>
        <w:t>12:47</w:t>
      </w:r>
    </w:p>
    <w:p>
      <w:pPr>
        <w:spacing w:after="0"/>
      </w:pPr>
      <w:r>
        <w:rPr>
          <w:rFonts w:ascii="Arial" w:hAnsi="Arial"/>
          <w:sz w:val="22"/>
        </w:rPr>
        <w:t>I just I'm interested to know what your experience of growing up as you know, a person of color and a disabled person in the States was like, because...</w:t>
      </w:r>
    </w:p>
    <w:p>
      <w:pPr>
        <w:spacing w:after="0"/>
      </w:pPr>
    </w:p>
    <w:p>
      <w:pPr>
        <w:spacing w:after="0"/>
      </w:pPr>
      <w:r>
        <w:rPr>
          <w:rFonts w:ascii="Arial" w:hAnsi="Arial"/>
          <w:b/>
          <w:sz w:val="22"/>
        </w:rPr>
        <w:t xml:space="preserve">Maysoon  </w:t>
      </w:r>
      <w:r>
        <w:rPr>
          <w:rFonts w:ascii="Arial" w:hAnsi="Arial"/>
          <w:color w:val="5D7284"/>
          <w:sz w:val="22"/>
        </w:rPr>
        <w:t>12:58</w:t>
      </w:r>
    </w:p>
    <w:p>
      <w:pPr>
        <w:spacing w:after="0"/>
      </w:pPr>
      <w:r>
        <w:rPr>
          <w:rFonts w:ascii="Arial" w:hAnsi="Arial"/>
          <w:sz w:val="22"/>
        </w:rPr>
        <w:t>So it's so interesting. I talked about this in my TED talk. I was never bullied. I was never made fun of. And like I lived under the pressure of having to keep the Santa secret, right? Because I'm Muslim. So I know Santa is not real. But I had to spend like, you know, an entire half of my childhood just keeping the lie alive from my friends. I was like, yeah, he skips me every year because I'm evil. That's why I shake. But nobody made. (Lucy and Alice laugh) I had to delayed action by finding me and nobody harassed me. Nobody bullied me. And the bullying and harassment and just like life kind of being held in the United States started after 911 It was like 911 was what the you know, I grew up in an Italian Catholic town in New Jersey. I look like I'm Italian Catholic, you know, I mean, they knew we were Muslims. They knew that we didn't eat lunch for a month of the school year, but it just wasn't weird. After 911 that's when bigotry and hatred really got mainstream. George Bush set up a Muslim registry. Hollywood shifted from like the Russian you know, enemy to the Arab enemy. So now we're really excited that due to the brutal genocide Russians are now again the enemy (Alice laughs) in the movies and the Arabs get to take a break and be taxi drivers and belly dancers (Lucy laughs) are much better at. But then when it went like bonkers, like just people who were like you know who I'm gonna kill? I'm gonna kill the disabled last Kardashian clown. That who I'm gonna kill like that all went in 2016 Like with, you know, Trump taking the White House and basically the Klu Klux Klan being in power here and the rise of white supremacy. But the violent rhetoric against me has escalated in such a fashion that I do a joke on stage. I say, half of my DMs are Saudi men saying I want to make marry on you. Will you be my number four? (Alice and Lucy laughs) The other half are like, people named Tammy from Ohio who are like, you're not gonna poach on us. Eat you or I'm gonna rape you and then have your father honor kill you. And, you know, women always get so many more threats of sexual violence. Like the death threat is always paired with some really like wacky, strangely bigoted, super violent sexual threat (Lucy) Yeah. And then to dying, because I asked my guy friends, and I'm like, Are people constantly threatening to bend you over? And they're like, no, they just say they're gonna behead me. So it's like, much cleaner deaths for the men then. (Alice) Yeah. And the problem is that it's okay. Right. So in the United States of America, there's this Congresswoman. Her name is ilhan Omar. And there's another Congresswoman who spends day and night on the Congress floor. So like on record, saying that ilhan Omar, this black Muslim woman is married to her brother. And she says that over and over and over again. And she's not reprimanded. And she stays in office and she's not fined. And she's not forced to apologize. So like hatred against Muslims in America is still very mainstream. And being Arab is very different. (Alice) Yeah. Because like, you can be Muslim and you can be of any race. But being Arab in America is like a whole nother ball of like, hate that I deal with. This is a brown woman. So like, you know, I'm constantly being told to go back to my own country. And I'm like, New Jersey is in the states whether you want us or not, you know what I mean? But it just escalated to a point that went from funny to really fearsome and just terrifying during the Trump years.</w:t>
      </w:r>
    </w:p>
    <w:p>
      <w:pPr>
        <w:spacing w:after="0"/>
      </w:pPr>
    </w:p>
    <w:p>
      <w:pPr>
        <w:spacing w:after="0"/>
      </w:pPr>
      <w:r>
        <w:rPr>
          <w:rFonts w:ascii="Arial" w:hAnsi="Arial"/>
          <w:b/>
          <w:sz w:val="22"/>
        </w:rPr>
        <w:t xml:space="preserve">Alice  </w:t>
      </w:r>
      <w:r>
        <w:rPr>
          <w:rFonts w:ascii="Arial" w:hAnsi="Arial"/>
          <w:color w:val="5D7284"/>
          <w:sz w:val="22"/>
        </w:rPr>
        <w:t>17:02</w:t>
      </w:r>
    </w:p>
    <w:p>
      <w:pPr>
        <w:spacing w:after="0"/>
      </w:pPr>
      <w:r>
        <w:rPr>
          <w:rFonts w:ascii="Arial" w:hAnsi="Arial"/>
          <w:sz w:val="22"/>
        </w:rPr>
        <w:t>Yeah, I kind can only imagine.</w:t>
      </w:r>
    </w:p>
    <w:p>
      <w:pPr>
        <w:spacing w:after="0"/>
      </w:pPr>
    </w:p>
    <w:p>
      <w:pPr>
        <w:spacing w:after="0"/>
      </w:pPr>
      <w:r>
        <w:rPr>
          <w:rFonts w:ascii="Arial" w:hAnsi="Arial"/>
          <w:b/>
          <w:sz w:val="22"/>
        </w:rPr>
        <w:t xml:space="preserve">Lucy  </w:t>
      </w:r>
      <w:r>
        <w:rPr>
          <w:rFonts w:ascii="Arial" w:hAnsi="Arial"/>
          <w:color w:val="5D7284"/>
          <w:sz w:val="22"/>
        </w:rPr>
        <w:t>17:04</w:t>
      </w:r>
    </w:p>
    <w:p>
      <w:pPr>
        <w:spacing w:after="0"/>
      </w:pPr>
      <w:r>
        <w:rPr>
          <w:rFonts w:ascii="Arial" w:hAnsi="Arial"/>
          <w:sz w:val="22"/>
        </w:rPr>
        <w:t>Did your sense of humor kind of help you get get sort of through that?  Like...</w:t>
      </w:r>
    </w:p>
    <w:p>
      <w:pPr>
        <w:spacing w:after="0"/>
      </w:pPr>
    </w:p>
    <w:p>
      <w:pPr>
        <w:spacing w:after="0"/>
      </w:pPr>
      <w:r>
        <w:rPr>
          <w:rFonts w:ascii="Arial" w:hAnsi="Arial"/>
          <w:b/>
          <w:sz w:val="22"/>
        </w:rPr>
        <w:t xml:space="preserve">Maysoon  </w:t>
      </w:r>
      <w:r>
        <w:rPr>
          <w:rFonts w:ascii="Arial" w:hAnsi="Arial"/>
          <w:color w:val="5D7284"/>
          <w:sz w:val="22"/>
        </w:rPr>
        <w:t>17:10</w:t>
      </w:r>
    </w:p>
    <w:p>
      <w:pPr>
        <w:spacing w:after="0"/>
      </w:pPr>
      <w:r>
        <w:rPr>
          <w:rFonts w:ascii="Arial" w:hAnsi="Arial"/>
          <w:sz w:val="22"/>
        </w:rPr>
        <w:t>No money and bodyguards did. (Lucy laughs) You're laughing your way out of Tammy in Ohio saying that the entire state is her lawn and she'll shoot you if you step on it. Yeah, no, no. The comedy thing is strange for me. So I was a huge drama queen. My dream in life was to be daytime soap opera called General Hospital since I was five years old. And I actually got on General Hospital in 2019 then the pandemic hat. And I haven't been back, but hopefully I will be soon. But I was a huge drama queen. I went to college at Arizona State University. And I used to have traditional weeping spots. (Lucy and Alice laugh) And they were places on campus where I would weep openly to see if I was convincing.</w:t>
      </w:r>
    </w:p>
    <w:p>
      <w:pPr>
        <w:spacing w:after="0"/>
      </w:pPr>
    </w:p>
    <w:p>
      <w:pPr>
        <w:spacing w:after="0"/>
      </w:pPr>
      <w:r>
        <w:rPr>
          <w:rFonts w:ascii="Arial" w:hAnsi="Arial"/>
          <w:b/>
          <w:sz w:val="22"/>
        </w:rPr>
        <w:t xml:space="preserve">Lucy  </w:t>
      </w:r>
      <w:r>
        <w:rPr>
          <w:rFonts w:ascii="Arial" w:hAnsi="Arial"/>
          <w:color w:val="5D7284"/>
          <w:sz w:val="22"/>
        </w:rPr>
        <w:t>17:58</w:t>
      </w:r>
    </w:p>
    <w:p>
      <w:pPr>
        <w:spacing w:after="0"/>
      </w:pPr>
      <w:r>
        <w:rPr>
          <w:rFonts w:ascii="Arial" w:hAnsi="Arial"/>
          <w:sz w:val="22"/>
        </w:rPr>
        <w:t>You are my spirit animal. (Lucy and Alice laughs) I have started saying this to everybody. That was something horrendous happens to me. And I feel there has been an injustice of some sort. Basically, I call the press conference and get the press involved and it gets sorted. It's fine. Yeah. Yeah, I am a drama queen too, it works.</w:t>
      </w:r>
    </w:p>
    <w:p>
      <w:pPr>
        <w:spacing w:after="0"/>
      </w:pPr>
    </w:p>
    <w:p>
      <w:pPr>
        <w:spacing w:after="0"/>
      </w:pPr>
      <w:r>
        <w:rPr>
          <w:rFonts w:ascii="Arial" w:hAnsi="Arial"/>
          <w:b/>
          <w:sz w:val="22"/>
        </w:rPr>
        <w:t xml:space="preserve">Maysoon  </w:t>
      </w:r>
      <w:r>
        <w:rPr>
          <w:rFonts w:ascii="Arial" w:hAnsi="Arial"/>
          <w:color w:val="5D7284"/>
          <w:sz w:val="22"/>
        </w:rPr>
        <w:t>18:24</w:t>
      </w:r>
    </w:p>
    <w:p>
      <w:pPr>
        <w:spacing w:after="0"/>
      </w:pPr>
      <w:r>
        <w:rPr>
          <w:rFonts w:ascii="Arial" w:hAnsi="Arial"/>
          <w:sz w:val="22"/>
        </w:rPr>
        <w:t>That being said, the dramatic world rejected me right? Because I was auditioning and no one would cast me. (Lucy) No. I'm like, British TV is like decades ahead. Are you British or Australian? Are you Irish? I have no idea.</w:t>
      </w:r>
    </w:p>
    <w:p>
      <w:pPr>
        <w:spacing w:after="0"/>
      </w:pPr>
    </w:p>
    <w:p>
      <w:pPr>
        <w:spacing w:after="0"/>
      </w:pPr>
      <w:r>
        <w:rPr>
          <w:rFonts w:ascii="Arial" w:hAnsi="Arial"/>
          <w:b/>
          <w:sz w:val="22"/>
        </w:rPr>
        <w:t xml:space="preserve">Alice  </w:t>
      </w:r>
      <w:r>
        <w:rPr>
          <w:rFonts w:ascii="Arial" w:hAnsi="Arial"/>
          <w:color w:val="5D7284"/>
          <w:sz w:val="22"/>
        </w:rPr>
        <w:t>18:38</w:t>
      </w:r>
    </w:p>
    <w:p>
      <w:pPr>
        <w:spacing w:after="0"/>
      </w:pPr>
      <w:r>
        <w:rPr>
          <w:rFonts w:ascii="Arial" w:hAnsi="Arial"/>
          <w:sz w:val="22"/>
        </w:rPr>
        <w:t>We're British. Okay.</w:t>
      </w:r>
    </w:p>
    <w:p>
      <w:pPr>
        <w:spacing w:after="0"/>
      </w:pPr>
    </w:p>
    <w:p>
      <w:pPr>
        <w:spacing w:after="0"/>
      </w:pPr>
      <w:r>
        <w:rPr>
          <w:rFonts w:ascii="Arial" w:hAnsi="Arial"/>
          <w:b/>
          <w:sz w:val="22"/>
        </w:rPr>
        <w:t xml:space="preserve">Maysoon  </w:t>
      </w:r>
      <w:r>
        <w:rPr>
          <w:rFonts w:ascii="Arial" w:hAnsi="Arial"/>
          <w:color w:val="5D7284"/>
          <w:sz w:val="22"/>
        </w:rPr>
        <w:t>18:40</w:t>
      </w:r>
    </w:p>
    <w:p>
      <w:pPr>
        <w:spacing w:after="0"/>
      </w:pPr>
      <w:r>
        <w:rPr>
          <w:rFonts w:ascii="Arial" w:hAnsi="Arial"/>
          <w:sz w:val="22"/>
        </w:rPr>
        <w:t>Then I thought she has orange hair. And I was like, maybe she's Irish. (Alice laughs)</w:t>
      </w:r>
    </w:p>
    <w:p>
      <w:pPr>
        <w:spacing w:after="0"/>
      </w:pPr>
    </w:p>
    <w:p>
      <w:pPr>
        <w:spacing w:after="0"/>
      </w:pPr>
      <w:r>
        <w:rPr>
          <w:rFonts w:ascii="Arial" w:hAnsi="Arial"/>
          <w:b/>
          <w:sz w:val="22"/>
        </w:rPr>
        <w:t xml:space="preserve">Lucy  </w:t>
      </w:r>
      <w:r>
        <w:rPr>
          <w:rFonts w:ascii="Arial" w:hAnsi="Arial"/>
          <w:color w:val="5D7284"/>
          <w:sz w:val="22"/>
        </w:rPr>
        <w:t>18:46</w:t>
      </w:r>
    </w:p>
    <w:p>
      <w:pPr>
        <w:spacing w:after="0"/>
      </w:pPr>
      <w:r>
        <w:rPr>
          <w:rFonts w:ascii="Arial" w:hAnsi="Arial"/>
          <w:sz w:val="22"/>
        </w:rPr>
        <w:t xml:space="preserve">I just like to wear clothes that clash with my hair. </w:t>
      </w:r>
    </w:p>
    <w:p>
      <w:pPr>
        <w:spacing w:after="0"/>
      </w:pPr>
    </w:p>
    <w:p>
      <w:pPr>
        <w:spacing w:after="0"/>
      </w:pPr>
      <w:r>
        <w:rPr>
          <w:rFonts w:ascii="Arial" w:hAnsi="Arial"/>
          <w:b/>
          <w:sz w:val="22"/>
        </w:rPr>
        <w:t xml:space="preserve">Maysoon  </w:t>
      </w:r>
      <w:r>
        <w:rPr>
          <w:rFonts w:ascii="Arial" w:hAnsi="Arial"/>
          <w:color w:val="5D7284"/>
          <w:sz w:val="22"/>
        </w:rPr>
        <w:t>18:48</w:t>
      </w:r>
    </w:p>
    <w:p>
      <w:pPr>
        <w:spacing w:after="0"/>
      </w:pPr>
      <w:r>
        <w:rPr>
          <w:rFonts w:ascii="Arial" w:hAnsi="Arial"/>
          <w:sz w:val="22"/>
        </w:rPr>
        <w:t>Well it could be oppression. I don't know. I just like to wear clothes like class was my hair. Yeah, yeah. So we were decades and decades behind Britain and we just don't have a lot of disabled representation on television. I do a joke on stage about the first disability representation I ever saw was this show called Little House on the Prairie. And first the girl goes blind from  scarlet fever and she's angry, right? (Lucy) Yeah. So I was like, I should be angry. I need to break shit. (lucy laughs) Then she married a blind guy. And then I was like, Oh snap. Does that mean I have to marry a palsy person? Because that just seems like a lot of vibration for one bed (Lucy laughing) and it might not be what I'm looking for in life. I don't like narrowing down my choices that much. Then they had a baby and it died in a fire! I was like, (Lucy laughs) argh! disabled people are totally unfit to the parents. Then the husband Adam got caught in an explosion and boom, he got his sight back. So like I went you know limping quickly to my parents. (Alice) Shit! that's where I've been going wrong! Yeah, I was like, should I blow myself up? and they're like FBI, she didn't mean that. (Alice laughs) They were just no disabled people on television. If there was a disabled person on television, and this is still the reality today, they were white men. (Lucy)Yeah. (Alice) Yeah. You know what I mean? And we're still doing that, like, God bless them. I'm a huge fan of like Steve, Steve way. Ryan O'Connell, Michael J. Fox, but like, Where are the women of color? You know,</w:t>
      </w:r>
    </w:p>
    <w:p>
      <w:pPr>
        <w:spacing w:after="0"/>
      </w:pPr>
    </w:p>
    <w:p>
      <w:pPr>
        <w:spacing w:after="0"/>
      </w:pPr>
      <w:r>
        <w:rPr>
          <w:rFonts w:ascii="Arial" w:hAnsi="Arial"/>
          <w:b/>
          <w:sz w:val="22"/>
        </w:rPr>
        <w:t xml:space="preserve">Alice  </w:t>
      </w:r>
      <w:r>
        <w:rPr>
          <w:rFonts w:ascii="Arial" w:hAnsi="Arial"/>
          <w:color w:val="5D7284"/>
          <w:sz w:val="22"/>
        </w:rPr>
        <w:t>20:30</w:t>
      </w:r>
    </w:p>
    <w:p>
      <w:pPr>
        <w:spacing w:after="0"/>
      </w:pPr>
      <w:r>
        <w:rPr>
          <w:rFonts w:ascii="Arial" w:hAnsi="Arial"/>
          <w:sz w:val="22"/>
        </w:rPr>
        <w:t>it's really weird phenomenon. I've noticed even in looking at our previous episodes of our podcast, the guests that people seem to really flock to, the episodes that we've had that have had the most listens are cis white men. (Lucy) Yeah.</w:t>
      </w:r>
    </w:p>
    <w:p>
      <w:pPr>
        <w:spacing w:after="0"/>
      </w:pPr>
    </w:p>
    <w:p>
      <w:pPr>
        <w:spacing w:after="0"/>
      </w:pPr>
      <w:r>
        <w:rPr>
          <w:rFonts w:ascii="Arial" w:hAnsi="Arial"/>
          <w:b/>
          <w:sz w:val="22"/>
        </w:rPr>
        <w:t xml:space="preserve">Lucy  </w:t>
      </w:r>
      <w:r>
        <w:rPr>
          <w:rFonts w:ascii="Arial" w:hAnsi="Arial"/>
          <w:color w:val="5D7284"/>
          <w:sz w:val="22"/>
        </w:rPr>
        <w:t>20:47</w:t>
      </w:r>
    </w:p>
    <w:p>
      <w:pPr>
        <w:spacing w:after="0"/>
      </w:pPr>
      <w:r>
        <w:rPr>
          <w:rFonts w:ascii="Arial" w:hAnsi="Arial"/>
          <w:sz w:val="22"/>
        </w:rPr>
        <w:t xml:space="preserve">The most listens in the shortest space of time as well. </w:t>
      </w:r>
    </w:p>
    <w:p>
      <w:pPr>
        <w:spacing w:after="0"/>
      </w:pPr>
    </w:p>
    <w:p>
      <w:pPr>
        <w:spacing w:after="0"/>
      </w:pPr>
      <w:r>
        <w:rPr>
          <w:rFonts w:ascii="Arial" w:hAnsi="Arial"/>
          <w:b/>
          <w:sz w:val="22"/>
        </w:rPr>
        <w:t xml:space="preserve">Maysoon  </w:t>
      </w:r>
      <w:r>
        <w:rPr>
          <w:rFonts w:ascii="Arial" w:hAnsi="Arial"/>
          <w:color w:val="5D7284"/>
          <w:sz w:val="22"/>
        </w:rPr>
        <w:t>20:51</w:t>
      </w:r>
    </w:p>
    <w:p>
      <w:pPr>
        <w:spacing w:after="0"/>
      </w:pPr>
      <w:r>
        <w:rPr>
          <w:rFonts w:ascii="Arial" w:hAnsi="Arial"/>
          <w:sz w:val="22"/>
        </w:rPr>
        <w:t>And Iknow their mediocrity like out shines every...</w:t>
      </w:r>
    </w:p>
    <w:p>
      <w:pPr>
        <w:spacing w:after="0"/>
      </w:pPr>
    </w:p>
    <w:p>
      <w:pPr>
        <w:spacing w:after="0"/>
      </w:pPr>
      <w:r>
        <w:rPr>
          <w:rFonts w:ascii="Arial" w:hAnsi="Arial"/>
          <w:b/>
          <w:sz w:val="22"/>
        </w:rPr>
        <w:t xml:space="preserve">Alice  </w:t>
      </w:r>
      <w:r>
        <w:rPr>
          <w:rFonts w:ascii="Arial" w:hAnsi="Arial"/>
          <w:color w:val="5D7284"/>
          <w:sz w:val="22"/>
        </w:rPr>
        <w:t>20:59</w:t>
      </w:r>
    </w:p>
    <w:p>
      <w:pPr>
        <w:spacing w:after="0"/>
      </w:pPr>
      <w:r>
        <w:rPr>
          <w:rFonts w:ascii="Arial" w:hAnsi="Arial"/>
          <w:sz w:val="22"/>
        </w:rPr>
        <w:t>And they were some of the most boring episodes. No offense guys. (Lucy laughs)</w:t>
      </w:r>
    </w:p>
    <w:p>
      <w:pPr>
        <w:spacing w:after="0"/>
      </w:pPr>
    </w:p>
    <w:p>
      <w:pPr>
        <w:spacing w:after="0"/>
      </w:pPr>
      <w:r>
        <w:rPr>
          <w:rFonts w:ascii="Arial" w:hAnsi="Arial"/>
          <w:b/>
          <w:sz w:val="22"/>
        </w:rPr>
        <w:t xml:space="preserve">Maysoon  </w:t>
      </w:r>
      <w:r>
        <w:rPr>
          <w:rFonts w:ascii="Arial" w:hAnsi="Arial"/>
          <w:color w:val="5D7284"/>
          <w:sz w:val="22"/>
        </w:rPr>
        <w:t>21:04</w:t>
      </w:r>
    </w:p>
    <w:p>
      <w:pPr>
        <w:spacing w:after="0"/>
      </w:pPr>
      <w:r>
        <w:rPr>
          <w:rFonts w:ascii="Arial" w:hAnsi="Arial"/>
          <w:sz w:val="22"/>
        </w:rPr>
        <w:t>Your just dragging off former guests at this point. So</w:t>
      </w:r>
    </w:p>
    <w:p>
      <w:pPr>
        <w:spacing w:after="0"/>
      </w:pPr>
    </w:p>
    <w:p>
      <w:pPr>
        <w:spacing w:after="0"/>
      </w:pPr>
      <w:r>
        <w:rPr>
          <w:rFonts w:ascii="Arial" w:hAnsi="Arial"/>
          <w:b/>
          <w:sz w:val="22"/>
        </w:rPr>
        <w:t xml:space="preserve">Lucy  </w:t>
      </w:r>
      <w:r>
        <w:rPr>
          <w:rFonts w:ascii="Arial" w:hAnsi="Arial"/>
          <w:color w:val="5D7284"/>
          <w:sz w:val="22"/>
        </w:rPr>
        <w:t>21:07</w:t>
      </w:r>
    </w:p>
    <w:p>
      <w:pPr>
        <w:spacing w:after="0"/>
      </w:pPr>
      <w:r>
        <w:rPr>
          <w:rFonts w:ascii="Arial" w:hAnsi="Arial"/>
          <w:sz w:val="22"/>
        </w:rPr>
        <w:t>Alice thank you for that. (Alice laughs)</w:t>
      </w:r>
    </w:p>
    <w:p>
      <w:pPr>
        <w:spacing w:after="0"/>
      </w:pPr>
    </w:p>
    <w:p>
      <w:pPr>
        <w:spacing w:after="0"/>
      </w:pPr>
      <w:r>
        <w:rPr>
          <w:rFonts w:ascii="Arial" w:hAnsi="Arial"/>
          <w:b/>
          <w:sz w:val="22"/>
        </w:rPr>
        <w:t xml:space="preserve">Maysoon  </w:t>
      </w:r>
      <w:r>
        <w:rPr>
          <w:rFonts w:ascii="Arial" w:hAnsi="Arial"/>
          <w:color w:val="5D7284"/>
          <w:sz w:val="22"/>
        </w:rPr>
        <w:t>21:12</w:t>
      </w:r>
    </w:p>
    <w:p>
      <w:pPr>
        <w:spacing w:after="0"/>
      </w:pPr>
      <w:r>
        <w:rPr>
          <w:rFonts w:ascii="Arial" w:hAnsi="Arial"/>
          <w:sz w:val="22"/>
        </w:rPr>
        <w:t>The central character kids keeps getting beaten up by a mediocre 10 year old boy. And she just keeps getting beaten up by him. And like, you know, I'm not giving away anything, because it's the reality of life. But like, every time you think she's gonna win, she doesn't. (Laughing) Because mediocre white man always beat out extraordinary women of any shade. (Lucy) Yeah. What were we talking about before? (Lucy) I can't remember. Yes, images of people like me on TV. But where I did see myself was stand up comedy. Richard Pryor was black. He was a wheelchair user later in life. He had tremors from his, you know, neurological disorder that he developed. He battled addiction, which is also like a huge part of the disability community. So I took a comedy class, and I was so much better at telling jokes than crying. (Alice laughs) So much better. And that's when like, when you talk about did you cope? It's like, No, I never used comedy to cope. But when I switched from being a drama queen to a comedian, my life itself just became extraordinarily fun. And now like, I can't resist seeing everything through a comedic lens. But like when you see someone like Donald Trump through a comedic lens, it's like the movie Get Out. (Alice) Yes. Both terrifying. (Alice and Lucy laugh) Yeah. You know, so comedy doesn't really help you cope with the parts of life that are like, you know, I mean, the gun epidemic in the United States. Like, as a comedian, I could make a million jokes about the police officers that didn't go in for 77 minutes to save those children as they were being massacred. But I'm not going to because their parents exist. And so like, even though I can always see everything through the lens of comedy, I made sure that the stories I'm telling are mine. I'm not telling other people's trauma and pain through comedy. That's not my job.</w:t>
      </w:r>
    </w:p>
    <w:p>
      <w:pPr>
        <w:spacing w:after="0"/>
      </w:pPr>
    </w:p>
    <w:p>
      <w:pPr>
        <w:spacing w:after="0"/>
      </w:pPr>
      <w:r>
        <w:rPr>
          <w:rFonts w:ascii="Arial" w:hAnsi="Arial"/>
          <w:b/>
          <w:sz w:val="22"/>
        </w:rPr>
        <w:t xml:space="preserve">Lucy  </w:t>
      </w:r>
      <w:r>
        <w:rPr>
          <w:rFonts w:ascii="Arial" w:hAnsi="Arial"/>
          <w:color w:val="5D7284"/>
          <w:sz w:val="22"/>
        </w:rPr>
        <w:t>23:17</w:t>
      </w:r>
    </w:p>
    <w:p>
      <w:pPr>
        <w:spacing w:after="0"/>
      </w:pPr>
      <w:r>
        <w:rPr>
          <w:rFonts w:ascii="Arial" w:hAnsi="Arial"/>
          <w:sz w:val="22"/>
        </w:rPr>
        <w:t>It's almost like Laugh, laugh at me, if you must, but I'm not gonna make any jokes. Because making jokes at other people's expense...</w:t>
      </w:r>
    </w:p>
    <w:p>
      <w:pPr>
        <w:spacing w:after="0"/>
      </w:pPr>
    </w:p>
    <w:p>
      <w:pPr>
        <w:spacing w:after="0"/>
      </w:pPr>
      <w:r>
        <w:rPr>
          <w:rFonts w:ascii="Arial" w:hAnsi="Arial"/>
          <w:b/>
          <w:sz w:val="22"/>
        </w:rPr>
        <w:t xml:space="preserve">Maysoon  </w:t>
      </w:r>
      <w:r>
        <w:rPr>
          <w:rFonts w:ascii="Arial" w:hAnsi="Arial"/>
          <w:color w:val="5D7284"/>
          <w:sz w:val="22"/>
        </w:rPr>
        <w:t>23:27</w:t>
      </w:r>
    </w:p>
    <w:p>
      <w:pPr>
        <w:spacing w:after="0"/>
      </w:pPr>
      <w:r>
        <w:rPr>
          <w:rFonts w:ascii="Arial" w:hAnsi="Arial"/>
          <w:sz w:val="22"/>
        </w:rPr>
        <w:t>Well I'll make jokes out other people's expense. If they're bad people, I'm definitely a punch a Nazi kind of person. (Alice laughs) When I teach about bullying, because I do a lot. I teach a lot. I don't know why, but I do. People pay me an enormous amount of money, to teach them how to be better people. And when I teach about bullying, I always say being intolerant of intolerance is not intolerant. So we can't apply the same rules of decency to bad people. So like, you know, someone, OD's on fentanyl. I'm not gonna be like, Oh, they were asking for it, drug addict, blah, blah, blah. However, like if Donald Trump falls into a sinkhole and suck directly to the ninth circle of hell. I'm gonna be like, Go devil, it you know what I mean? (Lucy and Alice laugh) So I really feel like I if I target you, you bet. (Lucy) Okay. If I make it, it's because I want to, but like, early in my career, I used to do pedophilia jokes, and they always got huge laughs. And I had a woman come up to me at the end of one of my shows, like five years into my career, and she's like, I came to like, have fun with my friends and you just invoke like, the darkest moment of my life and nothing and what you said showed that you understood the weight of it. And I was like, that's not my story. That's not my joke. I had the privilege of not living through that trauma. And therefore, even though these jokes are always a hit, and sometimes they will really sharp biting political commentary, I found a different way to do it. So that it's always like, first do no harm, unless I want to harm you. And if I do, oh my God, God help you. (Lucy laughs) You know, cuz I'm lethal. I'm from New Jersey, and our tongues are like legendary.(Lucy) Yeah.</w:t>
      </w:r>
    </w:p>
    <w:p>
      <w:pPr>
        <w:spacing w:after="0"/>
      </w:pPr>
    </w:p>
    <w:p>
      <w:pPr>
        <w:spacing w:after="0"/>
      </w:pPr>
      <w:r>
        <w:rPr>
          <w:rFonts w:ascii="Arial" w:hAnsi="Arial"/>
          <w:b/>
          <w:sz w:val="22"/>
        </w:rPr>
        <w:t xml:space="preserve">Lucy  </w:t>
      </w:r>
      <w:r>
        <w:rPr>
          <w:rFonts w:ascii="Arial" w:hAnsi="Arial"/>
          <w:color w:val="5D7284"/>
          <w:sz w:val="22"/>
        </w:rPr>
        <w:t>25:24</w:t>
      </w:r>
    </w:p>
    <w:p>
      <w:pPr>
        <w:spacing w:after="0"/>
      </w:pPr>
      <w:r>
        <w:rPr>
          <w:rFonts w:ascii="Arial" w:hAnsi="Arial"/>
          <w:sz w:val="22"/>
        </w:rPr>
        <w:t>No, I think it's great. Maysoon you say you got seven jobs, which again, is out of necessity, you say? What would you say is your favorite one of the lot?</w:t>
      </w:r>
    </w:p>
    <w:p>
      <w:pPr>
        <w:spacing w:after="0"/>
      </w:pPr>
    </w:p>
    <w:p>
      <w:pPr>
        <w:spacing w:after="0"/>
      </w:pPr>
      <w:r>
        <w:rPr>
          <w:rFonts w:ascii="Arial" w:hAnsi="Arial"/>
          <w:b/>
          <w:sz w:val="22"/>
        </w:rPr>
        <w:t xml:space="preserve">Maysoon  </w:t>
      </w:r>
      <w:r>
        <w:rPr>
          <w:rFonts w:ascii="Arial" w:hAnsi="Arial"/>
          <w:color w:val="5D7284"/>
          <w:sz w:val="22"/>
        </w:rPr>
        <w:t>25:37</w:t>
      </w:r>
    </w:p>
    <w:p>
      <w:pPr>
        <w:spacing w:after="0"/>
      </w:pPr>
      <w:r>
        <w:rPr>
          <w:rFonts w:ascii="Arial" w:hAnsi="Arial"/>
          <w:sz w:val="22"/>
        </w:rPr>
        <w:t>Yeah, I'm gonna say I'm a comic. (Lucy) Yeah, period. Yeah, that's the end. Everything else is done through the lens of comedy. So my Docu series, which I'm collaborating with Nicole newenham, who directed crip camp on, it's all told through the lens of comedy. We're not inspiring anyone. We're going to places that like think disabled people are cursed. And like, you know, sell them holy water to heal them. And we're like, how come this shit as never worked? (Alice and Lucy laughs)</w:t>
      </w:r>
    </w:p>
    <w:p>
      <w:pPr>
        <w:spacing w:after="0"/>
      </w:pPr>
    </w:p>
    <w:p>
      <w:pPr>
        <w:spacing w:after="0"/>
      </w:pPr>
      <w:r>
        <w:rPr>
          <w:rFonts w:ascii="Arial" w:hAnsi="Arial"/>
          <w:b/>
          <w:sz w:val="22"/>
        </w:rPr>
        <w:t xml:space="preserve">Lucy  </w:t>
      </w:r>
      <w:r>
        <w:rPr>
          <w:rFonts w:ascii="Arial" w:hAnsi="Arial"/>
          <w:color w:val="5D7284"/>
          <w:sz w:val="22"/>
        </w:rPr>
        <w:t>26:06</w:t>
      </w:r>
    </w:p>
    <w:p>
      <w:pPr>
        <w:spacing w:after="0"/>
      </w:pPr>
      <w:r>
        <w:rPr>
          <w:rFonts w:ascii="Arial" w:hAnsi="Arial"/>
          <w:sz w:val="22"/>
        </w:rPr>
        <w:t>It's like Evian isn't it?</w:t>
      </w:r>
    </w:p>
    <w:p>
      <w:pPr>
        <w:spacing w:after="0"/>
      </w:pPr>
    </w:p>
    <w:p>
      <w:pPr>
        <w:spacing w:after="0"/>
      </w:pPr>
      <w:r>
        <w:rPr>
          <w:rFonts w:ascii="Arial" w:hAnsi="Arial"/>
          <w:b/>
          <w:sz w:val="22"/>
        </w:rPr>
        <w:t xml:space="preserve">Maysoon  </w:t>
      </w:r>
      <w:r>
        <w:rPr>
          <w:rFonts w:ascii="Arial" w:hAnsi="Arial"/>
          <w:color w:val="5D7284"/>
          <w:sz w:val="22"/>
        </w:rPr>
        <w:t>26:08</w:t>
      </w:r>
    </w:p>
    <w:p>
      <w:pPr>
        <w:spacing w:after="0"/>
      </w:pPr>
      <w:r>
        <w:rPr>
          <w:rFonts w:ascii="Arial" w:hAnsi="Arial"/>
          <w:sz w:val="22"/>
        </w:rPr>
        <w:t>Like a million pilgrims out Lourdes every year in France, like who told you they were healed? The same guy that Nicki Minaj said had blown up testicles from the red sea,(Alice and Lucy laugh) You know I mean, and just like, in America, I want to do like, I have this one like dream episode in Sharla. I don't want to jinx it. But my dream episode is I want to go to Carnegie Hall, they have an entire section of the parade that's like disabled, accessible. And then Tomorrowland in Belgium is said to be the most successful festival in the world. And then I'm weighing in the states and be like, Look, we have nothing. Like there's nothing if you go to Times Square on New Year's Eve, there are zero disabled accommodations, like there's never been an accommodation made for us. And it's like, we're the richest country in the world and like industrialized and blah, blah, blah, it's not all going to be dragging the United States. I do have an episode about you know, comfort and service animals that makes the US look good. (Alice laughs) You're worse, you still kept your trump we're better than you! (Lucy laugh)</w:t>
      </w:r>
    </w:p>
    <w:p>
      <w:pPr>
        <w:spacing w:after="0"/>
      </w:pPr>
    </w:p>
    <w:p>
      <w:pPr>
        <w:spacing w:after="0"/>
      </w:pPr>
      <w:r>
        <w:rPr>
          <w:rFonts w:ascii="Arial" w:hAnsi="Arial"/>
          <w:b/>
          <w:sz w:val="22"/>
        </w:rPr>
        <w:t xml:space="preserve">Alice  </w:t>
      </w:r>
      <w:r>
        <w:rPr>
          <w:rFonts w:ascii="Arial" w:hAnsi="Arial"/>
          <w:color w:val="5D7284"/>
          <w:sz w:val="22"/>
        </w:rPr>
        <w:t>27:24</w:t>
      </w:r>
    </w:p>
    <w:p>
      <w:pPr>
        <w:spacing w:after="0"/>
      </w:pPr>
      <w:r>
        <w:rPr>
          <w:rFonts w:ascii="Arial" w:hAnsi="Arial"/>
          <w:sz w:val="22"/>
        </w:rPr>
        <w:t>I mean, we... Yeah. And the shit that man is doing. Only today I was reading about the changes that they want to make to what we have in Europe, the Human Rights Act, and they want to put in something called the Bill of Rights, which will..</w:t>
      </w:r>
    </w:p>
    <w:p>
      <w:pPr>
        <w:spacing w:after="0"/>
      </w:pPr>
    </w:p>
    <w:p>
      <w:pPr>
        <w:spacing w:after="0"/>
      </w:pPr>
      <w:r>
        <w:rPr>
          <w:rFonts w:ascii="Arial" w:hAnsi="Arial"/>
          <w:b/>
          <w:sz w:val="22"/>
        </w:rPr>
        <w:t xml:space="preserve">Maysoon  </w:t>
      </w:r>
      <w:r>
        <w:rPr>
          <w:rFonts w:ascii="Arial" w:hAnsi="Arial"/>
          <w:color w:val="5D7284"/>
          <w:sz w:val="22"/>
        </w:rPr>
        <w:t>27:41</w:t>
      </w:r>
    </w:p>
    <w:p>
      <w:pPr>
        <w:spacing w:after="0"/>
      </w:pPr>
      <w:r>
        <w:rPr>
          <w:rFonts w:ascii="Arial" w:hAnsi="Arial"/>
          <w:sz w:val="22"/>
        </w:rPr>
        <w:t>Oh my god, which will allow doctors to force DNR's on us. Do Not Resuscitate. So the doctor can just be like, yeah, we're actually gonna just let you die because you're not worth the time and money.</w:t>
      </w:r>
    </w:p>
    <w:p>
      <w:pPr>
        <w:spacing w:after="0"/>
      </w:pPr>
    </w:p>
    <w:p>
      <w:pPr>
        <w:spacing w:after="0"/>
      </w:pPr>
      <w:r>
        <w:rPr>
          <w:rFonts w:ascii="Arial" w:hAnsi="Arial"/>
          <w:b/>
          <w:sz w:val="22"/>
        </w:rPr>
        <w:t xml:space="preserve">Alice  </w:t>
      </w:r>
      <w:r>
        <w:rPr>
          <w:rFonts w:ascii="Arial" w:hAnsi="Arial"/>
          <w:color w:val="5D7284"/>
          <w:sz w:val="22"/>
        </w:rPr>
        <w:t>27:55</w:t>
      </w:r>
    </w:p>
    <w:p>
      <w:pPr>
        <w:spacing w:after="0"/>
      </w:pPr>
      <w:r>
        <w:rPr>
          <w:rFonts w:ascii="Arial" w:hAnsi="Arial"/>
          <w:sz w:val="22"/>
        </w:rPr>
        <w:t>You can only take it to human rights court if the judge decides that it caused significant harm or distress.</w:t>
      </w:r>
    </w:p>
    <w:p>
      <w:pPr>
        <w:spacing w:after="0"/>
      </w:pPr>
    </w:p>
    <w:p>
      <w:pPr>
        <w:spacing w:after="0"/>
      </w:pPr>
      <w:r>
        <w:rPr>
          <w:rFonts w:ascii="Arial" w:hAnsi="Arial"/>
          <w:b/>
          <w:sz w:val="22"/>
        </w:rPr>
        <w:t xml:space="preserve">Maysoon  </w:t>
      </w:r>
      <w:r>
        <w:rPr>
          <w:rFonts w:ascii="Arial" w:hAnsi="Arial"/>
          <w:color w:val="5D7284"/>
          <w:sz w:val="22"/>
        </w:rPr>
        <w:t>28:03</w:t>
      </w:r>
    </w:p>
    <w:p>
      <w:pPr>
        <w:spacing w:after="0"/>
      </w:pPr>
      <w:r>
        <w:rPr>
          <w:rFonts w:ascii="Arial" w:hAnsi="Arial"/>
          <w:sz w:val="22"/>
        </w:rPr>
        <w:t>Like death?</w:t>
      </w:r>
    </w:p>
    <w:p>
      <w:pPr>
        <w:spacing w:after="0"/>
      </w:pPr>
    </w:p>
    <w:p>
      <w:pPr>
        <w:spacing w:after="0"/>
      </w:pPr>
      <w:r>
        <w:rPr>
          <w:rFonts w:ascii="Arial" w:hAnsi="Arial"/>
          <w:b/>
          <w:sz w:val="22"/>
        </w:rPr>
        <w:t xml:space="preserve">Alice  </w:t>
      </w:r>
      <w:r>
        <w:rPr>
          <w:rFonts w:ascii="Arial" w:hAnsi="Arial"/>
          <w:color w:val="5D7284"/>
          <w:sz w:val="22"/>
        </w:rPr>
        <w:t>28:04</w:t>
      </w:r>
    </w:p>
    <w:p>
      <w:pPr>
        <w:spacing w:after="0"/>
      </w:pPr>
      <w:r>
        <w:rPr>
          <w:rFonts w:ascii="Arial" w:hAnsi="Arial"/>
          <w:sz w:val="22"/>
        </w:rPr>
        <w:t>Yeah, well, it's up to the....</w:t>
      </w:r>
    </w:p>
    <w:p>
      <w:pPr>
        <w:spacing w:after="0"/>
      </w:pPr>
    </w:p>
    <w:p>
      <w:pPr>
        <w:spacing w:after="0"/>
      </w:pPr>
      <w:r>
        <w:rPr>
          <w:rFonts w:ascii="Arial" w:hAnsi="Arial"/>
          <w:b/>
          <w:sz w:val="22"/>
        </w:rPr>
        <w:t xml:space="preserve">Maysoon  </w:t>
      </w:r>
      <w:r>
        <w:rPr>
          <w:rFonts w:ascii="Arial" w:hAnsi="Arial"/>
          <w:color w:val="5D7284"/>
          <w:sz w:val="22"/>
        </w:rPr>
        <w:t>28:08</w:t>
      </w:r>
    </w:p>
    <w:p>
      <w:pPr>
        <w:spacing w:after="0"/>
      </w:pPr>
      <w:r>
        <w:rPr>
          <w:rFonts w:ascii="Arial" w:hAnsi="Arial"/>
          <w:sz w:val="22"/>
        </w:rPr>
        <w:t>Oh, super, super harmful and very distressful. And yeah, if that's happened, I probably get by during court. So that's pretty terrifying. Why is it that every time we get a disabled leader, they're such assholes. like Elon Musk autistic man terrible human being! (Alice and Lucy laughs)</w:t>
      </w:r>
    </w:p>
    <w:p>
      <w:pPr>
        <w:spacing w:after="0"/>
      </w:pPr>
    </w:p>
    <w:p>
      <w:pPr>
        <w:spacing w:after="0"/>
      </w:pPr>
      <w:r>
        <w:rPr>
          <w:rFonts w:ascii="Arial" w:hAnsi="Arial"/>
          <w:b/>
          <w:sz w:val="22"/>
        </w:rPr>
        <w:t xml:space="preserve">Lucy  </w:t>
      </w:r>
      <w:r>
        <w:rPr>
          <w:rFonts w:ascii="Arial" w:hAnsi="Arial"/>
          <w:color w:val="5D7284"/>
          <w:sz w:val="22"/>
        </w:rPr>
        <w:t>28:29</w:t>
      </w:r>
    </w:p>
    <w:p>
      <w:pPr>
        <w:spacing w:after="0"/>
      </w:pPr>
      <w:r>
        <w:rPr>
          <w:rFonts w:ascii="Arial" w:hAnsi="Arial"/>
          <w:sz w:val="22"/>
        </w:rPr>
        <w:t>Well done mate your just doing all of us a disservice. We're not  like that.</w:t>
      </w:r>
    </w:p>
    <w:p>
      <w:pPr>
        <w:spacing w:after="0"/>
      </w:pPr>
    </w:p>
    <w:p>
      <w:pPr>
        <w:spacing w:after="0"/>
      </w:pPr>
      <w:r>
        <w:rPr>
          <w:rFonts w:ascii="Arial" w:hAnsi="Arial"/>
          <w:b/>
          <w:sz w:val="22"/>
        </w:rPr>
        <w:t xml:space="preserve">Maysoon  </w:t>
      </w:r>
      <w:r>
        <w:rPr>
          <w:rFonts w:ascii="Arial" w:hAnsi="Arial"/>
          <w:color w:val="5D7284"/>
          <w:sz w:val="22"/>
        </w:rPr>
        <w:t>28:36</w:t>
      </w:r>
    </w:p>
    <w:p>
      <w:pPr>
        <w:spacing w:after="0"/>
      </w:pPr>
      <w:r>
        <w:rPr>
          <w:rFonts w:ascii="Arial" w:hAnsi="Arial"/>
          <w:sz w:val="22"/>
        </w:rPr>
        <w:t>The transgender people are sick of him the Twitter people are sick of him. (Lucy) His daughter is sick of him. The daughter abandoned him. His wive's divorced him and he just has one bad idea after another, dude it took me 20 years to get over Rain Man and now you come and do this shit!</w:t>
      </w:r>
    </w:p>
    <w:p>
      <w:pPr>
        <w:spacing w:after="0"/>
      </w:pPr>
    </w:p>
    <w:p>
      <w:pPr>
        <w:spacing w:after="0"/>
      </w:pPr>
      <w:r>
        <w:rPr>
          <w:rFonts w:ascii="Arial" w:hAnsi="Arial"/>
          <w:b/>
          <w:sz w:val="22"/>
        </w:rPr>
        <w:t xml:space="preserve">Alice  </w:t>
      </w:r>
      <w:r>
        <w:rPr>
          <w:rFonts w:ascii="Arial" w:hAnsi="Arial"/>
          <w:color w:val="5D7284"/>
          <w:sz w:val="22"/>
        </w:rPr>
        <w:t>28:56</w:t>
      </w:r>
    </w:p>
    <w:p>
      <w:pPr>
        <w:spacing w:after="0"/>
      </w:pPr>
      <w:r>
        <w:rPr>
          <w:rFonts w:ascii="Arial" w:hAnsi="Arial"/>
          <w:sz w:val="22"/>
        </w:rPr>
        <w:t xml:space="preserve">It's fine. He'll be in space soon we won't have to worry about him. </w:t>
      </w:r>
    </w:p>
    <w:p>
      <w:pPr>
        <w:spacing w:after="0"/>
      </w:pPr>
    </w:p>
    <w:p>
      <w:pPr>
        <w:spacing w:after="0"/>
      </w:pPr>
      <w:r>
        <w:rPr>
          <w:rFonts w:ascii="Arial" w:hAnsi="Arial"/>
          <w:b/>
          <w:sz w:val="22"/>
        </w:rPr>
        <w:t xml:space="preserve">Maysoon  </w:t>
      </w:r>
      <w:r>
        <w:rPr>
          <w:rFonts w:ascii="Arial" w:hAnsi="Arial"/>
          <w:color w:val="5D7284"/>
          <w:sz w:val="22"/>
        </w:rPr>
        <w:t>28:58</w:t>
      </w:r>
    </w:p>
    <w:p>
      <w:pPr>
        <w:spacing w:after="0"/>
      </w:pPr>
      <w:r>
        <w:rPr>
          <w:rFonts w:ascii="Arial" w:hAnsi="Arial"/>
          <w:sz w:val="22"/>
        </w:rPr>
        <w:t>Yeah, now he's just gonna stay and harass us. (Alice laughs) He's like waiting for Good fellas if you've ever seen that play?(Alice) Yeah (laughing). And will send the rest of us to Mars to burn and die and be back here on earth being like, Ooh, I got some stretching room.</w:t>
      </w:r>
    </w:p>
    <w:p>
      <w:pPr>
        <w:spacing w:after="0"/>
      </w:pPr>
    </w:p>
    <w:p>
      <w:pPr>
        <w:spacing w:after="0"/>
      </w:pPr>
      <w:r>
        <w:rPr>
          <w:rFonts w:ascii="Arial" w:hAnsi="Arial"/>
          <w:b/>
          <w:sz w:val="22"/>
        </w:rPr>
        <w:t xml:space="preserve">Lucy  </w:t>
      </w:r>
      <w:r>
        <w:rPr>
          <w:rFonts w:ascii="Arial" w:hAnsi="Arial"/>
          <w:color w:val="5D7284"/>
          <w:sz w:val="22"/>
        </w:rPr>
        <w:t>29:19</w:t>
      </w:r>
    </w:p>
    <w:p>
      <w:pPr>
        <w:spacing w:after="0"/>
      </w:pPr>
      <w:r>
        <w:rPr>
          <w:rFonts w:ascii="Arial" w:hAnsi="Arial"/>
          <w:sz w:val="22"/>
        </w:rPr>
        <w:t>It's a little bit like when you get people. So I live in the Midlands quite close to Birmingham. And when you get anybody from, like the county where I live in Staffordshire when you get anybody from Staffordshire get on the radio and television. They're usually being an idiot and silly. Like well done, well done. We are not all like that.</w:t>
      </w:r>
    </w:p>
    <w:p>
      <w:pPr>
        <w:spacing w:after="0"/>
      </w:pPr>
    </w:p>
    <w:p>
      <w:pPr>
        <w:spacing w:after="0"/>
      </w:pPr>
      <w:r>
        <w:rPr>
          <w:rFonts w:ascii="Arial" w:hAnsi="Arial"/>
          <w:b/>
          <w:sz w:val="22"/>
        </w:rPr>
        <w:t xml:space="preserve">Maysoon  </w:t>
      </w:r>
      <w:r>
        <w:rPr>
          <w:rFonts w:ascii="Arial" w:hAnsi="Arial"/>
          <w:color w:val="5D7284"/>
          <w:sz w:val="22"/>
        </w:rPr>
        <w:t>29:37</w:t>
      </w:r>
    </w:p>
    <w:p>
      <w:pPr>
        <w:spacing w:after="0"/>
      </w:pPr>
      <w:r>
        <w:rPr>
          <w:rFonts w:ascii="Arial" w:hAnsi="Arial"/>
          <w:sz w:val="22"/>
        </w:rPr>
        <w:t>Well...Hello!, I'm an Arab. And you the shit us Arab's do. (Lucy laughs) Like it's always always bad.</w:t>
      </w:r>
    </w:p>
    <w:p>
      <w:pPr>
        <w:spacing w:after="0"/>
      </w:pPr>
    </w:p>
    <w:p>
      <w:pPr>
        <w:spacing w:after="0"/>
      </w:pPr>
      <w:r>
        <w:rPr>
          <w:rFonts w:ascii="Arial" w:hAnsi="Arial"/>
          <w:b/>
          <w:sz w:val="22"/>
        </w:rPr>
        <w:t xml:space="preserve">Alice  </w:t>
      </w:r>
      <w:r>
        <w:rPr>
          <w:rFonts w:ascii="Arial" w:hAnsi="Arial"/>
          <w:color w:val="5D7284"/>
          <w:sz w:val="22"/>
        </w:rPr>
        <w:t>29:46</w:t>
      </w:r>
    </w:p>
    <w:p>
      <w:pPr>
        <w:spacing w:after="0"/>
      </w:pPr>
      <w:r>
        <w:rPr>
          <w:rFonts w:ascii="Arial" w:hAnsi="Arial"/>
          <w:sz w:val="22"/>
        </w:rPr>
        <w:t>It's never like, hey, look what these guys did today. Isn't it awesome!</w:t>
      </w:r>
    </w:p>
    <w:p>
      <w:pPr>
        <w:spacing w:after="0"/>
      </w:pPr>
    </w:p>
    <w:p>
      <w:pPr>
        <w:spacing w:after="0"/>
      </w:pPr>
      <w:r>
        <w:rPr>
          <w:rFonts w:ascii="Arial" w:hAnsi="Arial"/>
          <w:b/>
          <w:sz w:val="22"/>
        </w:rPr>
        <w:t xml:space="preserve">Maysoon  </w:t>
      </w:r>
      <w:r>
        <w:rPr>
          <w:rFonts w:ascii="Arial" w:hAnsi="Arial"/>
          <w:color w:val="5D7284"/>
          <w:sz w:val="22"/>
        </w:rPr>
        <w:t>29:49</w:t>
      </w:r>
    </w:p>
    <w:p>
      <w:pPr>
        <w:spacing w:after="0"/>
      </w:pPr>
      <w:r>
        <w:rPr>
          <w:rFonts w:ascii="Arial" w:hAnsi="Arial"/>
          <w:sz w:val="22"/>
        </w:rPr>
        <w:t>No so like let me just be very clear. Like Beirut is awesome. Palestinians are awesome. Arab people are awesome. (Alice) Yeah, by Arabs. representation is like a bunch of really like slippery, slimy sludgy monarchs that like Bonesaw journalists and deny women the right to drive or eat or breathe. You know what I mean? Like, that's who is always upfront. It's like, it's never me that's upfront, it's like MBS dancing with Ivanka Trump, like what is happening,</w:t>
      </w:r>
    </w:p>
    <w:p>
      <w:pPr>
        <w:spacing w:after="0"/>
      </w:pPr>
    </w:p>
    <w:p>
      <w:pPr>
        <w:spacing w:after="0"/>
      </w:pPr>
      <w:r>
        <w:rPr>
          <w:rFonts w:ascii="Arial" w:hAnsi="Arial"/>
          <w:b/>
          <w:sz w:val="22"/>
        </w:rPr>
        <w:t xml:space="preserve">Alice  </w:t>
      </w:r>
      <w:r>
        <w:rPr>
          <w:rFonts w:ascii="Arial" w:hAnsi="Arial"/>
          <w:color w:val="5D7284"/>
          <w:sz w:val="22"/>
        </w:rPr>
        <w:t>30:28</w:t>
      </w:r>
    </w:p>
    <w:p>
      <w:pPr>
        <w:spacing w:after="0"/>
      </w:pPr>
      <w:r>
        <w:rPr>
          <w:rFonts w:ascii="Arial" w:hAnsi="Arial"/>
          <w:sz w:val="22"/>
        </w:rPr>
        <w:t>But that's but that is partly the choice of the media, like who the media are choosing to show they're choosing to tell those stories. (Lucy) Yeah.</w:t>
      </w:r>
    </w:p>
    <w:p>
      <w:pPr>
        <w:spacing w:after="0"/>
      </w:pPr>
    </w:p>
    <w:p>
      <w:pPr>
        <w:spacing w:after="0"/>
      </w:pPr>
      <w:r>
        <w:rPr>
          <w:rFonts w:ascii="Arial" w:hAnsi="Arial"/>
          <w:b/>
          <w:sz w:val="22"/>
        </w:rPr>
        <w:t xml:space="preserve">Maysoon  </w:t>
      </w:r>
      <w:r>
        <w:rPr>
          <w:rFonts w:ascii="Arial" w:hAnsi="Arial"/>
          <w:color w:val="5D7284"/>
          <w:sz w:val="22"/>
        </w:rPr>
        <w:t>30:36</w:t>
      </w:r>
    </w:p>
    <w:p>
      <w:pPr>
        <w:spacing w:after="0"/>
      </w:pPr>
      <w:r>
        <w:rPr>
          <w:rFonts w:ascii="Arial" w:hAnsi="Arial"/>
          <w:sz w:val="22"/>
        </w:rPr>
        <w:t>Also, by the way, Saudi Arabia owns half of media. So they have like huge stakes and Twitter, huge stakes in Fox News huge. They're very smart about where they invest their money. So like, they have all these influencers on Instagram. I like visit Arabia. And I'm like, Yeah, me if I go visit, maybe I'm getting ripped to death. ( Alice and Lucy laugh) So like, Palestines aren't like that. I just got back from a week in Palestine where I shot season five of my web series advice you don't want to hear where I give people advice they don't want to hear. And it's like one of the greatest places on earth except for the apartheid. So like when you sidestep the apartheid, it's like a party city, delicious food. Beautiful scenery. (Lucy laughs)</w:t>
      </w:r>
    </w:p>
    <w:p>
      <w:pPr>
        <w:spacing w:after="0"/>
      </w:pPr>
    </w:p>
    <w:p>
      <w:pPr>
        <w:spacing w:after="0"/>
      </w:pPr>
      <w:r>
        <w:rPr>
          <w:rFonts w:ascii="Arial" w:hAnsi="Arial"/>
          <w:b/>
          <w:sz w:val="22"/>
        </w:rPr>
        <w:t xml:space="preserve">Lucy  </w:t>
      </w:r>
      <w:r>
        <w:rPr>
          <w:rFonts w:ascii="Arial" w:hAnsi="Arial"/>
          <w:color w:val="5D7284"/>
          <w:sz w:val="22"/>
        </w:rPr>
        <w:t>31:24</w:t>
      </w:r>
    </w:p>
    <w:p>
      <w:pPr>
        <w:spacing w:after="0"/>
      </w:pPr>
      <w:r>
        <w:rPr>
          <w:rFonts w:ascii="Arial" w:hAnsi="Arial"/>
          <w:sz w:val="22"/>
        </w:rPr>
        <w:t>Yeah</w:t>
      </w:r>
    </w:p>
    <w:p>
      <w:pPr>
        <w:spacing w:after="0"/>
      </w:pPr>
    </w:p>
    <w:p>
      <w:pPr>
        <w:spacing w:after="0"/>
      </w:pPr>
      <w:r>
        <w:rPr>
          <w:rFonts w:ascii="Arial" w:hAnsi="Arial"/>
          <w:b/>
          <w:sz w:val="22"/>
        </w:rPr>
        <w:t xml:space="preserve">Maysoon  </w:t>
      </w:r>
      <w:r>
        <w:rPr>
          <w:rFonts w:ascii="Arial" w:hAnsi="Arial"/>
          <w:color w:val="5D7284"/>
          <w:sz w:val="22"/>
        </w:rPr>
        <w:t>31:25</w:t>
      </w:r>
    </w:p>
    <w:p>
      <w:pPr>
        <w:spacing w:after="0"/>
      </w:pPr>
      <w:r>
        <w:rPr>
          <w:rFonts w:ascii="Arial" w:hAnsi="Arial"/>
          <w:sz w:val="22"/>
        </w:rPr>
        <w:t>What I'm saying is, so my ex husband, this is a great detour. I'm my ex husband, who I call chef ugee because he was a refugee and a chef, ergo chef ugee. (Lucy laughs) Okay. All five of his brothers have been shot, all five times survived. (Lucy laughing) I picked the one that wasn't shot because clearly he could run... I felt like would be an asset to me. But that's kind of the life because also no one party's harder than those guys because like, once you've been shot and you survive, you're like, every night it's New Year's Eve. So (Alice) Yeah. Palestine is extremely fun. Great music, incredible food. Like, people who like really invest in what they look like, you know, not like not like plastic surgery, but like people that are like doing their hair and like wear it in curls. Yeah like, I if I'm getting paid. This sounds like sex work, but it's not. (Lucy laughs) If I'm getting paid I'll wear hair and makeup. If I'm not, I'm no makeup Molly. Like I don't even try, elastic pants and Dolly Parton t shirt is what I wear unless someone else is paying for me to look good. And I was walking around in Palestine. I was like, oh, man, I gotta up my game. This is like Paris Fashion Week over here. You know, Gigi and Bella Hadid are also Palestinian. Yeah, like nobody thinks of them as Arabs. Like that's what I want people to think of when they think of Arabs, Gigi and Bella, not MBs. And like, whoever that guy screaming on the TV is (Lucy and Maysoon laugh)</w:t>
      </w:r>
    </w:p>
    <w:p>
      <w:pPr>
        <w:spacing w:after="0"/>
      </w:pPr>
    </w:p>
    <w:p>
      <w:pPr>
        <w:spacing w:after="0"/>
      </w:pPr>
      <w:r>
        <w:rPr>
          <w:rFonts w:ascii="Arial" w:hAnsi="Arial"/>
          <w:b/>
          <w:sz w:val="22"/>
        </w:rPr>
        <w:t xml:space="preserve">Lucy  </w:t>
      </w:r>
      <w:r>
        <w:rPr>
          <w:rFonts w:ascii="Arial" w:hAnsi="Arial"/>
          <w:color w:val="5D7284"/>
          <w:sz w:val="22"/>
        </w:rPr>
        <w:t>32:16</w:t>
      </w:r>
    </w:p>
    <w:p>
      <w:pPr>
        <w:spacing w:after="0"/>
      </w:pPr>
      <w:r>
        <w:rPr>
          <w:rFonts w:ascii="Arial" w:hAnsi="Arial"/>
          <w:sz w:val="22"/>
        </w:rPr>
        <w:t>Yeah, yeah The slideshow ninja gentleman on the news</w:t>
      </w:r>
    </w:p>
    <w:p>
      <w:pPr>
        <w:spacing w:after="0"/>
      </w:pPr>
    </w:p>
    <w:p>
      <w:pPr>
        <w:spacing w:after="0"/>
      </w:pPr>
      <w:r>
        <w:rPr>
          <w:rFonts w:ascii="Arial" w:hAnsi="Arial"/>
          <w:b/>
          <w:sz w:val="22"/>
        </w:rPr>
        <w:t xml:space="preserve">Maysoon  </w:t>
      </w:r>
      <w:r>
        <w:rPr>
          <w:rFonts w:ascii="Arial" w:hAnsi="Arial"/>
          <w:color w:val="5D7284"/>
          <w:sz w:val="22"/>
        </w:rPr>
        <w:t>33:05</w:t>
      </w:r>
    </w:p>
    <w:p>
      <w:pPr>
        <w:spacing w:after="0"/>
      </w:pPr>
      <w:r>
        <w:rPr>
          <w:rFonts w:ascii="Arial" w:hAnsi="Arial"/>
          <w:sz w:val="22"/>
        </w:rPr>
        <w:t>(Laughing) It's like the gentleman who's always considered the second in command. getting killed by America or Australia. (Alice) Yeah. He's just killed the second in command in Isis. The second in command of Al-Qaeda. I'm like who is this guy? (Lucy and Alice laughing) So now we've laughed at terrorism. Yay.</w:t>
      </w:r>
    </w:p>
    <w:p>
      <w:pPr>
        <w:spacing w:after="0"/>
      </w:pPr>
    </w:p>
    <w:p>
      <w:pPr>
        <w:spacing w:after="0"/>
      </w:pPr>
      <w:r>
        <w:rPr>
          <w:rFonts w:ascii="Arial" w:hAnsi="Arial"/>
          <w:b/>
          <w:sz w:val="22"/>
        </w:rPr>
        <w:t xml:space="preserve">Lucy  </w:t>
      </w:r>
      <w:r>
        <w:rPr>
          <w:rFonts w:ascii="Arial" w:hAnsi="Arial"/>
          <w:color w:val="5D7284"/>
          <w:sz w:val="22"/>
        </w:rPr>
        <w:t>33:31</w:t>
      </w:r>
    </w:p>
    <w:p>
      <w:pPr>
        <w:spacing w:after="0"/>
      </w:pPr>
      <w:r>
        <w:rPr>
          <w:rFonts w:ascii="Arial" w:hAnsi="Arial"/>
          <w:sz w:val="22"/>
        </w:rPr>
        <w:t>I don't know how you've managed to make us do that. It's a special talent.</w:t>
      </w:r>
    </w:p>
    <w:p>
      <w:pPr>
        <w:spacing w:after="0"/>
      </w:pPr>
    </w:p>
    <w:p>
      <w:pPr>
        <w:spacing w:after="0"/>
      </w:pPr>
      <w:r>
        <w:rPr>
          <w:rFonts w:ascii="Arial" w:hAnsi="Arial"/>
          <w:b/>
          <w:sz w:val="22"/>
        </w:rPr>
        <w:t xml:space="preserve">Maysoon  </w:t>
      </w:r>
      <w:r>
        <w:rPr>
          <w:rFonts w:ascii="Arial" w:hAnsi="Arial"/>
          <w:color w:val="5D7284"/>
          <w:sz w:val="22"/>
        </w:rPr>
        <w:t>33:36</w:t>
      </w:r>
    </w:p>
    <w:p>
      <w:pPr>
        <w:spacing w:after="0"/>
      </w:pPr>
      <w:r>
        <w:rPr>
          <w:rFonts w:ascii="Arial" w:hAnsi="Arial"/>
          <w:sz w:val="22"/>
        </w:rPr>
        <w:t>I'm a nefarious Arab. We're very wiley. (Lucy and Alice laugh)</w:t>
      </w:r>
    </w:p>
    <w:p>
      <w:pPr>
        <w:spacing w:after="0"/>
      </w:pPr>
    </w:p>
    <w:p>
      <w:pPr>
        <w:spacing w:after="0"/>
      </w:pPr>
      <w:r>
        <w:rPr>
          <w:rFonts w:ascii="Arial" w:hAnsi="Arial"/>
          <w:b/>
          <w:sz w:val="22"/>
        </w:rPr>
        <w:t xml:space="preserve">Lucy  </w:t>
      </w:r>
      <w:r>
        <w:rPr>
          <w:rFonts w:ascii="Arial" w:hAnsi="Arial"/>
          <w:color w:val="5D7284"/>
          <w:sz w:val="22"/>
        </w:rPr>
        <w:t>33:42</w:t>
      </w:r>
    </w:p>
    <w:p>
      <w:pPr>
        <w:spacing w:after="0"/>
      </w:pPr>
      <w:r>
        <w:rPr>
          <w:rFonts w:ascii="Arial" w:hAnsi="Arial"/>
          <w:sz w:val="22"/>
        </w:rPr>
        <w:t>Absolutely brilliant. Can you tell us a little bit about your disco series? (Maysoon) I can't tell you much. You can't tell me much?</w:t>
      </w:r>
    </w:p>
    <w:p>
      <w:pPr>
        <w:spacing w:after="0"/>
      </w:pPr>
    </w:p>
    <w:p>
      <w:pPr>
        <w:spacing w:after="0"/>
      </w:pPr>
      <w:r>
        <w:rPr>
          <w:rFonts w:ascii="Arial" w:hAnsi="Arial"/>
          <w:b/>
          <w:sz w:val="22"/>
        </w:rPr>
        <w:t xml:space="preserve">Maysoon  </w:t>
      </w:r>
      <w:r>
        <w:rPr>
          <w:rFonts w:ascii="Arial" w:hAnsi="Arial"/>
          <w:color w:val="5D7284"/>
          <w:sz w:val="22"/>
        </w:rPr>
        <w:t>33:50</w:t>
      </w:r>
    </w:p>
    <w:p>
      <w:pPr>
        <w:spacing w:after="0"/>
      </w:pPr>
      <w:r>
        <w:rPr>
          <w:rFonts w:ascii="Arial" w:hAnsi="Arial"/>
          <w:sz w:val="22"/>
        </w:rPr>
        <w:t>No I can tell you but I will have to kill you. (Lucy) Please dont do that. What I tell you. What I can say is I'm working with Nicole cologne.</w:t>
      </w:r>
    </w:p>
    <w:p>
      <w:pPr>
        <w:spacing w:after="0"/>
      </w:pPr>
    </w:p>
    <w:p>
      <w:pPr>
        <w:spacing w:after="0"/>
      </w:pPr>
      <w:r>
        <w:rPr>
          <w:rFonts w:ascii="Arial" w:hAnsi="Arial"/>
          <w:b/>
          <w:sz w:val="22"/>
        </w:rPr>
        <w:t xml:space="preserve">Lucy  </w:t>
      </w:r>
      <w:r>
        <w:rPr>
          <w:rFonts w:ascii="Arial" w:hAnsi="Arial"/>
          <w:color w:val="5D7284"/>
          <w:sz w:val="22"/>
        </w:rPr>
        <w:t>33:58</w:t>
      </w:r>
    </w:p>
    <w:p>
      <w:pPr>
        <w:spacing w:after="0"/>
      </w:pPr>
      <w:r>
        <w:rPr>
          <w:rFonts w:ascii="Arial" w:hAnsi="Arial"/>
          <w:sz w:val="22"/>
        </w:rPr>
        <w:t>Right.</w:t>
      </w:r>
    </w:p>
    <w:p>
      <w:pPr>
        <w:spacing w:after="0"/>
      </w:pPr>
    </w:p>
    <w:p>
      <w:pPr>
        <w:spacing w:after="0"/>
      </w:pPr>
      <w:r>
        <w:rPr>
          <w:rFonts w:ascii="Arial" w:hAnsi="Arial"/>
          <w:b/>
          <w:sz w:val="22"/>
        </w:rPr>
        <w:t xml:space="preserve">Maysoon  </w:t>
      </w:r>
      <w:r>
        <w:rPr>
          <w:rFonts w:ascii="Arial" w:hAnsi="Arial"/>
          <w:color w:val="5D7284"/>
          <w:sz w:val="22"/>
        </w:rPr>
        <w:t>33:59</w:t>
      </w:r>
    </w:p>
    <w:p>
      <w:pPr>
        <w:spacing w:after="0"/>
      </w:pPr>
      <w:r>
        <w:rPr>
          <w:rFonts w:ascii="Arial" w:hAnsi="Arial"/>
          <w:sz w:val="22"/>
        </w:rPr>
        <w:t>Now they are called colognes. I am working with Nicole newenham. (Lucy) Right. And I have three disabled co hosts. (Lucy) Fabulous. And we're diversely disabled. And some of us were born this way. And some of us became this way. And it was really exciting for me to create a space where I could bring up other disabled people with me. You know, like, instead of it just being me, I'm so sick of being the only one in the room. That one like I got the chance. I was like, Oh, I can tell you about when CNN almost killed my show. That was fun. (Lucy) Right?. So originally, the show I can't tell you about okay, got an offer for it from CNN. They offered to make the show and it was straight to pilot. So like I didn't have to audition. Like, right now I'm making a pilot and hoping that it gets picked up. You know, at that time. I was guaranteed a show. And then one month later, they dropped us like a baby on its head right! And no explanation why, like just absolutely no explanation why. And I'm dying to know how a bunch of executives sat in a room and said, you know which show we're gonna kill. The one with five disabled women, (Lucy) It was. 100% disabled the writing room 20% disabled crew, built in diversity. That's the show we're gonna cancel. That's the show we're never gonna do.</w:t>
      </w:r>
    </w:p>
    <w:p>
      <w:pPr>
        <w:spacing w:after="0"/>
      </w:pPr>
    </w:p>
    <w:p>
      <w:pPr>
        <w:spacing w:after="0"/>
      </w:pPr>
      <w:r>
        <w:rPr>
          <w:rFonts w:ascii="Arial" w:hAnsi="Arial"/>
          <w:b/>
          <w:sz w:val="22"/>
        </w:rPr>
        <w:t xml:space="preserve">Alice  </w:t>
      </w:r>
      <w:r>
        <w:rPr>
          <w:rFonts w:ascii="Arial" w:hAnsi="Arial"/>
          <w:color w:val="5D7284"/>
          <w:sz w:val="22"/>
        </w:rPr>
        <w:t>35:28</w:t>
      </w:r>
    </w:p>
    <w:p>
      <w:pPr>
        <w:spacing w:after="0"/>
      </w:pPr>
      <w:r>
        <w:rPr>
          <w:rFonts w:ascii="Arial" w:hAnsi="Arial"/>
          <w:sz w:val="22"/>
        </w:rPr>
        <w:t>Yeah, that was a really hard decision for them wasn't it. (hint of sarcasm in her voice)</w:t>
      </w:r>
    </w:p>
    <w:p>
      <w:pPr>
        <w:spacing w:after="0"/>
      </w:pPr>
    </w:p>
    <w:p>
      <w:pPr>
        <w:spacing w:after="0"/>
      </w:pPr>
      <w:r>
        <w:rPr>
          <w:rFonts w:ascii="Arial" w:hAnsi="Arial"/>
          <w:b/>
          <w:sz w:val="22"/>
        </w:rPr>
        <w:t xml:space="preserve">Maysoon  </w:t>
      </w:r>
      <w:r>
        <w:rPr>
          <w:rFonts w:ascii="Arial" w:hAnsi="Arial"/>
          <w:color w:val="5D7284"/>
          <w:sz w:val="22"/>
        </w:rPr>
        <w:t>35:32</w:t>
      </w:r>
    </w:p>
    <w:p>
      <w:pPr>
        <w:spacing w:after="0"/>
      </w:pPr>
      <w:r>
        <w:rPr>
          <w:rFonts w:ascii="Arial" w:hAnsi="Arial"/>
          <w:sz w:val="22"/>
        </w:rPr>
        <w:t>Yeah like the first month I was like, I'm not gonna bad talk CNN because they're owned by Time Warner Cable. (Lucy) Right. So instead I just stared at pictures of Jeff Zucker giving him the evil eye. One month after my show was dropped. Jeff Zucker lost his job for no explicable reason (Alice bursts out laughing) I take full credit! My evil eye is no joke! (Lucy laughs)</w:t>
      </w:r>
    </w:p>
    <w:p>
      <w:pPr>
        <w:spacing w:after="0"/>
      </w:pPr>
    </w:p>
    <w:p>
      <w:pPr>
        <w:spacing w:after="0"/>
      </w:pPr>
      <w:r>
        <w:rPr>
          <w:rFonts w:ascii="Arial" w:hAnsi="Arial"/>
          <w:b/>
          <w:sz w:val="22"/>
        </w:rPr>
        <w:t xml:space="preserve">Alice  </w:t>
      </w:r>
      <w:r>
        <w:rPr>
          <w:rFonts w:ascii="Arial" w:hAnsi="Arial"/>
          <w:color w:val="5D7284"/>
          <w:sz w:val="22"/>
        </w:rPr>
        <w:t>35:57</w:t>
      </w:r>
    </w:p>
    <w:p>
      <w:pPr>
        <w:spacing w:after="0"/>
      </w:pPr>
      <w:r>
        <w:rPr>
          <w:rFonts w:ascii="Arial" w:hAnsi="Arial"/>
          <w:sz w:val="22"/>
        </w:rPr>
        <w:t xml:space="preserve"> You are the super crip you are disabled, but you've got a superpower. </w:t>
      </w:r>
    </w:p>
    <w:p>
      <w:pPr>
        <w:spacing w:after="0"/>
      </w:pPr>
    </w:p>
    <w:p>
      <w:pPr>
        <w:spacing w:after="0"/>
      </w:pPr>
      <w:r>
        <w:rPr>
          <w:rFonts w:ascii="Arial" w:hAnsi="Arial"/>
          <w:b/>
          <w:sz w:val="22"/>
        </w:rPr>
        <w:t xml:space="preserve">Maysoon  </w:t>
      </w:r>
      <w:r>
        <w:rPr>
          <w:rFonts w:ascii="Arial" w:hAnsi="Arial"/>
          <w:color w:val="5D7284"/>
          <w:sz w:val="22"/>
        </w:rPr>
        <w:t>36:02</w:t>
      </w:r>
    </w:p>
    <w:p>
      <w:pPr>
        <w:spacing w:after="0"/>
      </w:pPr>
      <w:r>
        <w:rPr>
          <w:rFonts w:ascii="Arial" w:hAnsi="Arial"/>
          <w:sz w:val="22"/>
        </w:rPr>
        <w:t>I'm definitely the Super Crip, I actually just played a villain in a superhero comedy short for Easter Seals called Pandora. So I'm definitely a super, I am a super crip. And I think it's really important for your audience to remember that disabled people, I'm gonna say something seriously. So compose yourselves. (Alice) Okay sorry. Disabled people's worth should not be tied to their productivity. (Lucy) No. So even though I am a super crip, and like I've made it against all odds, and yada yada, yada all that jazz. That doesn't mean that I'm more deserving of not having a DNR forced on me than someone who is nonverbal and spends all day on Twitter, because that is how they communicate with the outside world. And that is their community. And I hate when people talk about like, they just want to have a job and they just want to have a chance and they just, and I kind of just want to be like, yes, if we want to work give us the opportunity to work, we can do a better or equal job to our non disabled peers. But we have the inability to be productive due to chronic pain due to mental health, anxiety, depression, due to the fact that whatever disability we have makes it impossible to communicate and the world has chosen not to be accessible to us. Those people deserve the same quality of life that I have.</w:t>
      </w:r>
    </w:p>
    <w:p>
      <w:pPr>
        <w:spacing w:after="0"/>
      </w:pPr>
    </w:p>
    <w:p>
      <w:pPr>
        <w:spacing w:after="0"/>
      </w:pPr>
      <w:r>
        <w:rPr>
          <w:rFonts w:ascii="Arial" w:hAnsi="Arial"/>
          <w:b/>
          <w:sz w:val="22"/>
        </w:rPr>
        <w:t xml:space="preserve">Lucy  </w:t>
      </w:r>
      <w:r>
        <w:rPr>
          <w:rFonts w:ascii="Arial" w:hAnsi="Arial"/>
          <w:color w:val="5D7284"/>
          <w:sz w:val="22"/>
        </w:rPr>
        <w:t>37:28</w:t>
      </w:r>
    </w:p>
    <w:p>
      <w:pPr>
        <w:spacing w:after="0"/>
      </w:pPr>
      <w:r>
        <w:rPr>
          <w:rFonts w:ascii="Arial" w:hAnsi="Arial"/>
          <w:sz w:val="22"/>
        </w:rPr>
        <w:t>Absolutely, I am. Yeah, I'm in complete agreement with you there. There are days sometimes where I work part time, I can only really manage part time, because most of the time, I'm like a permanently exhausted pigeon all of the time. So I can only really do like two days of like proper paid job work. But last week..</w:t>
      </w:r>
    </w:p>
    <w:p>
      <w:pPr>
        <w:spacing w:after="0"/>
      </w:pPr>
    </w:p>
    <w:p>
      <w:pPr>
        <w:spacing w:after="0"/>
      </w:pPr>
      <w:r>
        <w:rPr>
          <w:rFonts w:ascii="Arial" w:hAnsi="Arial"/>
          <w:b/>
          <w:sz w:val="22"/>
        </w:rPr>
        <w:t xml:space="preserve">Maysoon  </w:t>
      </w:r>
      <w:r>
        <w:rPr>
          <w:rFonts w:ascii="Arial" w:hAnsi="Arial"/>
          <w:color w:val="5D7284"/>
          <w:sz w:val="22"/>
        </w:rPr>
        <w:t>37:53</w:t>
      </w:r>
    </w:p>
    <w:p>
      <w:pPr>
        <w:spacing w:after="0"/>
      </w:pPr>
      <w:r>
        <w:rPr>
          <w:rFonts w:ascii="Arial" w:hAnsi="Arial"/>
          <w:sz w:val="22"/>
        </w:rPr>
        <w:t>But money is money, when I started my career in 2000 2001 , 2003 is when I started being a touring comic, I was driving by myself in a car for 19 hours to get to gigs with no GPS and no cell phone. Now I'm laying in a bed first class, I have a black car that picks me up. I have a yoga instructor that comes to my house, I have a woman who washes my hair, I have a woman who does my makeup, the ability to live at the level I do comes 100% from having money. I couldn't be as productive as I am. If instead of flying 13 hours to Dubai and a lay down bed I was crumbled in the back seat. I literally wouldn't be able to get on stage after that. So people don't understand how much a productivity is tied to accessibility and money.</w:t>
      </w:r>
    </w:p>
    <w:p>
      <w:pPr>
        <w:spacing w:after="0"/>
      </w:pPr>
    </w:p>
    <w:p>
      <w:pPr>
        <w:spacing w:after="0"/>
      </w:pPr>
      <w:r>
        <w:rPr>
          <w:rFonts w:ascii="Arial" w:hAnsi="Arial"/>
          <w:b/>
          <w:sz w:val="22"/>
        </w:rPr>
        <w:t xml:space="preserve">Lucy  </w:t>
      </w:r>
      <w:r>
        <w:rPr>
          <w:rFonts w:ascii="Arial" w:hAnsi="Arial"/>
          <w:color w:val="5D7284"/>
          <w:sz w:val="22"/>
        </w:rPr>
        <w:t>38:50</w:t>
      </w:r>
    </w:p>
    <w:p>
      <w:pPr>
        <w:spacing w:after="0"/>
      </w:pPr>
      <w:r>
        <w:rPr>
          <w:rFonts w:ascii="Arial" w:hAnsi="Arial"/>
          <w:sz w:val="22"/>
        </w:rPr>
        <w:t xml:space="preserve">Yeah, and a lot of people don't see as well, like they see me sat in my wheelchair. And they think oh yeah, look Lucy is up, dressed and being productive, but they don't see the stuff that goes on at home. So like, you know, my mum, God love her. She helps me with near enough everything, she helps get me dressed in the morning. She you know, helps me like if I'm so tired. I can't lift my arms above my head to wash my own hair. She does all that. But nobody sees that that kind of preparation work to go in and go. Okay, that's Lucy up right dressed looking quite smart. Ready to go. quite smart. Occasionally. Sometimes I feel like I've been dragged through a hedge. But yeah. They dont see that hidden stuff do they. </w:t>
      </w:r>
    </w:p>
    <w:p>
      <w:pPr>
        <w:spacing w:after="0"/>
      </w:pPr>
    </w:p>
    <w:p>
      <w:pPr>
        <w:spacing w:after="0"/>
      </w:pPr>
      <w:r>
        <w:rPr>
          <w:rFonts w:ascii="Arial" w:hAnsi="Arial"/>
          <w:b/>
          <w:sz w:val="22"/>
        </w:rPr>
        <w:t xml:space="preserve">Maysoon  </w:t>
      </w:r>
      <w:r>
        <w:rPr>
          <w:rFonts w:ascii="Arial" w:hAnsi="Arial"/>
          <w:color w:val="5D7284"/>
          <w:sz w:val="22"/>
        </w:rPr>
        <w:t>39:34</w:t>
      </w:r>
    </w:p>
    <w:p>
      <w:pPr>
        <w:spacing w:after="0"/>
      </w:pPr>
      <w:r>
        <w:rPr>
          <w:rFonts w:ascii="Arial" w:hAnsi="Arial"/>
          <w:sz w:val="22"/>
        </w:rPr>
        <w:t>I do it on purpose. I really made sure to look raggedy, like in one I have every three Instagram posts. So that person that doesn't have the privilege and the help that we do feels okay. (Lucy) Yeah, yeah. But I draw the line at hygiene. You got to figure that shit out. Yeah, I can't take stinky people. I know and I understand that hygiene is a huge challenge for a lot of people with mobility issues, a lot of people have mental health issues. But if you want to be my friend outside of zoom, and in real life, you cannot stink</w:t>
      </w:r>
    </w:p>
    <w:p>
      <w:pPr>
        <w:spacing w:after="0"/>
      </w:pPr>
    </w:p>
    <w:p>
      <w:pPr>
        <w:spacing w:after="0"/>
      </w:pPr>
      <w:r>
        <w:rPr>
          <w:rFonts w:ascii="Arial" w:hAnsi="Arial"/>
          <w:b/>
          <w:sz w:val="22"/>
        </w:rPr>
        <w:t xml:space="preserve">Lucy  </w:t>
      </w:r>
      <w:r>
        <w:rPr>
          <w:rFonts w:ascii="Arial" w:hAnsi="Arial"/>
          <w:color w:val="5D7284"/>
          <w:sz w:val="22"/>
        </w:rPr>
        <w:t>40:08</w:t>
      </w:r>
    </w:p>
    <w:p>
      <w:pPr>
        <w:spacing w:after="0"/>
      </w:pPr>
      <w:r>
        <w:rPr>
          <w:rFonts w:ascii="Arial" w:hAnsi="Arial"/>
          <w:sz w:val="22"/>
        </w:rPr>
        <w:t xml:space="preserve">Thats why I have a shower everyday. </w:t>
      </w:r>
    </w:p>
    <w:p>
      <w:pPr>
        <w:spacing w:after="0"/>
      </w:pPr>
    </w:p>
    <w:p>
      <w:pPr>
        <w:spacing w:after="0"/>
      </w:pPr>
      <w:r>
        <w:rPr>
          <w:rFonts w:ascii="Arial" w:hAnsi="Arial"/>
          <w:b/>
          <w:sz w:val="22"/>
        </w:rPr>
        <w:t xml:space="preserve">Alice  </w:t>
      </w:r>
      <w:r>
        <w:rPr>
          <w:rFonts w:ascii="Arial" w:hAnsi="Arial"/>
          <w:color w:val="5D7284"/>
          <w:sz w:val="22"/>
        </w:rPr>
        <w:t>40:15</w:t>
      </w:r>
    </w:p>
    <w:p>
      <w:pPr>
        <w:spacing w:after="0"/>
      </w:pPr>
      <w:r>
        <w:rPr>
          <w:rFonts w:ascii="Arial" w:hAnsi="Arial"/>
          <w:sz w:val="22"/>
        </w:rPr>
        <w:t>We're in the middle of a heatwave over here at the moment. I 100% Stink. But</w:t>
      </w:r>
    </w:p>
    <w:p>
      <w:pPr>
        <w:spacing w:after="0"/>
      </w:pPr>
    </w:p>
    <w:p>
      <w:pPr>
        <w:spacing w:after="0"/>
      </w:pPr>
      <w:r>
        <w:rPr>
          <w:rFonts w:ascii="Arial" w:hAnsi="Arial"/>
          <w:b/>
          <w:sz w:val="22"/>
        </w:rPr>
        <w:t xml:space="preserve">Lucy  </w:t>
      </w:r>
      <w:r>
        <w:rPr>
          <w:rFonts w:ascii="Arial" w:hAnsi="Arial"/>
          <w:color w:val="5D7284"/>
          <w:sz w:val="22"/>
        </w:rPr>
        <w:t>40:21</w:t>
      </w:r>
    </w:p>
    <w:p>
      <w:pPr>
        <w:spacing w:after="0"/>
      </w:pPr>
      <w:r>
        <w:rPr>
          <w:rFonts w:ascii="Arial" w:hAnsi="Arial"/>
          <w:sz w:val="22"/>
        </w:rPr>
        <w:t>I've had to turn my little face fan off because it was making mmmm noise on the recording.</w:t>
      </w:r>
    </w:p>
    <w:p>
      <w:pPr>
        <w:spacing w:after="0"/>
      </w:pPr>
    </w:p>
    <w:p>
      <w:pPr>
        <w:spacing w:after="0"/>
      </w:pPr>
      <w:r>
        <w:rPr>
          <w:rFonts w:ascii="Arial" w:hAnsi="Arial"/>
          <w:b/>
          <w:sz w:val="22"/>
        </w:rPr>
        <w:t xml:space="preserve">Maysoon  </w:t>
      </w:r>
      <w:r>
        <w:rPr>
          <w:rFonts w:ascii="Arial" w:hAnsi="Arial"/>
          <w:color w:val="5D7284"/>
          <w:sz w:val="22"/>
        </w:rPr>
        <w:t>40:25</w:t>
      </w:r>
    </w:p>
    <w:p>
      <w:pPr>
        <w:spacing w:after="0"/>
      </w:pPr>
      <w:r>
        <w:rPr>
          <w:rFonts w:ascii="Arial" w:hAnsi="Arial"/>
          <w:sz w:val="22"/>
        </w:rPr>
        <w:t>But you would have just you would have melted like the Wicked Witch of the West. If you were on the shoot with me in Palestine. And I shouldn't say shoot in Palestine. (Lucy laughs) If you're filming with me in Palestine, I've never been hotter in my life and I cannot wait for this season to come out. Because my producer took me to the middle of a desert at two o'clock in the afternoon. (Lucy) No, that should be illegal. And I was like, why don't you take me at sunset and he was like, cuz that's when the animals will get you. (Alice and Lucy laugh)</w:t>
      </w:r>
    </w:p>
    <w:p>
      <w:pPr>
        <w:spacing w:after="0"/>
      </w:pPr>
    </w:p>
    <w:p>
      <w:pPr>
        <w:spacing w:after="0"/>
      </w:pPr>
      <w:r>
        <w:rPr>
          <w:rFonts w:ascii="Arial" w:hAnsi="Arial"/>
          <w:b/>
          <w:sz w:val="22"/>
        </w:rPr>
        <w:t xml:space="preserve">Lucy  </w:t>
      </w:r>
      <w:r>
        <w:rPr>
          <w:rFonts w:ascii="Arial" w:hAnsi="Arial"/>
          <w:color w:val="5D7284"/>
          <w:sz w:val="22"/>
        </w:rPr>
        <w:t>40:55</w:t>
      </w:r>
    </w:p>
    <w:p>
      <w:pPr>
        <w:spacing w:after="0"/>
      </w:pPr>
      <w:r>
        <w:rPr>
          <w:rFonts w:ascii="Arial" w:hAnsi="Arial"/>
          <w:sz w:val="22"/>
        </w:rPr>
        <w:t>Yeah okay I will go at two. It's fine</w:t>
      </w:r>
    </w:p>
    <w:p>
      <w:pPr>
        <w:spacing w:after="0"/>
      </w:pPr>
    </w:p>
    <w:p>
      <w:pPr>
        <w:spacing w:after="0"/>
      </w:pPr>
      <w:r>
        <w:rPr>
          <w:rFonts w:ascii="Arial" w:hAnsi="Arial"/>
          <w:b/>
          <w:sz w:val="22"/>
        </w:rPr>
        <w:t xml:space="preserve">Maysoon  </w:t>
      </w:r>
      <w:r>
        <w:rPr>
          <w:rFonts w:ascii="Arial" w:hAnsi="Arial"/>
          <w:color w:val="5D7284"/>
          <w:sz w:val="22"/>
        </w:rPr>
        <w:t>40:58</w:t>
      </w:r>
    </w:p>
    <w:p>
      <w:pPr>
        <w:spacing w:after="0"/>
      </w:pPr>
      <w:r>
        <w:rPr>
          <w:rFonts w:ascii="Arial" w:hAnsi="Arial"/>
          <w:sz w:val="22"/>
        </w:rPr>
        <w:t>But it was like 140 degrees. There was a breeze and it felt like a really hot hairdryer was just being like shot in my face. (laughing)</w:t>
      </w:r>
    </w:p>
    <w:p>
      <w:pPr>
        <w:spacing w:after="0"/>
      </w:pPr>
    </w:p>
    <w:p>
      <w:pPr>
        <w:spacing w:after="0"/>
      </w:pPr>
      <w:r>
        <w:rPr>
          <w:rFonts w:ascii="Arial" w:hAnsi="Arial"/>
          <w:b/>
          <w:sz w:val="22"/>
        </w:rPr>
        <w:t xml:space="preserve">Lucy  </w:t>
      </w:r>
      <w:r>
        <w:rPr>
          <w:rFonts w:ascii="Arial" w:hAnsi="Arial"/>
          <w:color w:val="5D7284"/>
          <w:sz w:val="22"/>
        </w:rPr>
        <w:t>41:07</w:t>
      </w:r>
    </w:p>
    <w:p>
      <w:pPr>
        <w:spacing w:after="0"/>
      </w:pPr>
      <w:r>
        <w:rPr>
          <w:rFonts w:ascii="Arial" w:hAnsi="Arial"/>
          <w:sz w:val="22"/>
        </w:rPr>
        <w:t>Before you joined us today Maysoon. I was saying to Alice last night. Last night I went to the theater to see a stand up comic who's quite big over here. I don't know if you've heard of him, Michael McIntyre. But it was doing  Work in Progress Show over here. (Maysoon) Yeah.  Like my little local theater that nobody's ever heard of. So we went. (laughs)</w:t>
      </w:r>
    </w:p>
    <w:p>
      <w:pPr>
        <w:spacing w:after="0"/>
      </w:pPr>
    </w:p>
    <w:p>
      <w:pPr>
        <w:spacing w:after="0"/>
      </w:pPr>
      <w:r>
        <w:rPr>
          <w:rFonts w:ascii="Arial" w:hAnsi="Arial"/>
          <w:b/>
          <w:sz w:val="22"/>
        </w:rPr>
        <w:t xml:space="preserve">Maysoon  </w:t>
      </w:r>
      <w:r>
        <w:rPr>
          <w:rFonts w:ascii="Arial" w:hAnsi="Arial"/>
          <w:color w:val="5D7284"/>
          <w:sz w:val="22"/>
        </w:rPr>
        <w:t>41:26</w:t>
      </w:r>
    </w:p>
    <w:p>
      <w:pPr>
        <w:spacing w:after="0"/>
      </w:pPr>
      <w:r>
        <w:rPr>
          <w:rFonts w:ascii="Arial" w:hAnsi="Arial"/>
          <w:sz w:val="22"/>
        </w:rPr>
        <w:t xml:space="preserve">Oh I love the local shows. </w:t>
      </w:r>
    </w:p>
    <w:p>
      <w:pPr>
        <w:spacing w:after="0"/>
      </w:pPr>
    </w:p>
    <w:p>
      <w:pPr>
        <w:spacing w:after="0"/>
      </w:pPr>
      <w:r>
        <w:rPr>
          <w:rFonts w:ascii="Arial" w:hAnsi="Arial"/>
          <w:b/>
          <w:sz w:val="22"/>
        </w:rPr>
        <w:t xml:space="preserve">Lucy  </w:t>
      </w:r>
      <w:r>
        <w:rPr>
          <w:rFonts w:ascii="Arial" w:hAnsi="Arial"/>
          <w:color w:val="5D7284"/>
          <w:sz w:val="22"/>
        </w:rPr>
        <w:t>41:27</w:t>
      </w:r>
    </w:p>
    <w:p>
      <w:pPr>
        <w:spacing w:after="0"/>
      </w:pPr>
      <w:r>
        <w:rPr>
          <w:rFonts w:ascii="Arial" w:hAnsi="Arial"/>
          <w:sz w:val="22"/>
        </w:rPr>
        <w:t>Yeah it's brilliant. And um, anyway, so he arrived, but it was so hot in this theater. And like, apparently, they've won awards for the ventilation. (laughing) I said to my sister there was no way. This is everywhere. Everybody's got like a fan, like faning themselves, like trying to get cool.</w:t>
      </w:r>
    </w:p>
    <w:p>
      <w:pPr>
        <w:spacing w:after="0"/>
      </w:pPr>
    </w:p>
    <w:p>
      <w:pPr>
        <w:spacing w:after="0"/>
      </w:pPr>
      <w:r>
        <w:rPr>
          <w:rFonts w:ascii="Arial" w:hAnsi="Arial"/>
          <w:b/>
          <w:sz w:val="22"/>
        </w:rPr>
        <w:t xml:space="preserve">Maysoon  </w:t>
      </w:r>
      <w:r>
        <w:rPr>
          <w:rFonts w:ascii="Arial" w:hAnsi="Arial"/>
          <w:color w:val="5D7284"/>
          <w:sz w:val="22"/>
        </w:rPr>
        <w:t>41:46</w:t>
      </w:r>
    </w:p>
    <w:p>
      <w:pPr>
        <w:spacing w:after="0"/>
      </w:pPr>
      <w:r>
        <w:rPr>
          <w:rFonts w:ascii="Arial" w:hAnsi="Arial"/>
          <w:sz w:val="22"/>
        </w:rPr>
        <w:t>Try like a Petri dish. That's terrible. Also, by the way, he is awful for comedy. Awful. If you're hot. Really. We like if you look at like Colbert and Fallon, like the big late night hosts here. They always put their theaters at 60 degrees. Because cold people laugh more than people are sweating.</w:t>
      </w:r>
    </w:p>
    <w:p>
      <w:pPr>
        <w:spacing w:after="0"/>
      </w:pPr>
    </w:p>
    <w:p>
      <w:pPr>
        <w:spacing w:after="0"/>
      </w:pPr>
      <w:r>
        <w:rPr>
          <w:rFonts w:ascii="Arial" w:hAnsi="Arial"/>
          <w:b/>
          <w:sz w:val="22"/>
        </w:rPr>
        <w:t xml:space="preserve">Lucy  </w:t>
      </w:r>
      <w:r>
        <w:rPr>
          <w:rFonts w:ascii="Arial" w:hAnsi="Arial"/>
          <w:color w:val="5D7284"/>
          <w:sz w:val="22"/>
        </w:rPr>
        <w:t>42:07</w:t>
      </w:r>
    </w:p>
    <w:p>
      <w:pPr>
        <w:spacing w:after="0"/>
      </w:pPr>
      <w:r>
        <w:rPr>
          <w:rFonts w:ascii="Arial" w:hAnsi="Arial"/>
          <w:sz w:val="22"/>
        </w:rPr>
        <w:t>Is that true? Is that true?</w:t>
      </w:r>
    </w:p>
    <w:p>
      <w:pPr>
        <w:spacing w:after="0"/>
      </w:pPr>
    </w:p>
    <w:p>
      <w:pPr>
        <w:spacing w:after="0"/>
      </w:pPr>
      <w:r>
        <w:rPr>
          <w:rFonts w:ascii="Arial" w:hAnsi="Arial"/>
          <w:b/>
          <w:sz w:val="22"/>
        </w:rPr>
        <w:t xml:space="preserve">Maysoon  </w:t>
      </w:r>
      <w:r>
        <w:rPr>
          <w:rFonts w:ascii="Arial" w:hAnsi="Arial"/>
          <w:color w:val="5D7284"/>
          <w:sz w:val="22"/>
        </w:rPr>
        <w:t>42:08</w:t>
      </w:r>
    </w:p>
    <w:p>
      <w:pPr>
        <w:spacing w:after="0"/>
      </w:pPr>
      <w:r>
        <w:rPr>
          <w:rFonts w:ascii="Arial" w:hAnsi="Arial"/>
          <w:sz w:val="22"/>
        </w:rPr>
        <w:t>Yeah , Have you ever been like it's too it's too hot to eat. It's also too hot to laugh, you're like  (half hearted laugh) whereas if you're cold you're like (full on laughing) I feel dry again.</w:t>
      </w:r>
    </w:p>
    <w:p>
      <w:pPr>
        <w:spacing w:after="0"/>
      </w:pPr>
    </w:p>
    <w:p>
      <w:pPr>
        <w:spacing w:after="0"/>
      </w:pPr>
      <w:r>
        <w:rPr>
          <w:rFonts w:ascii="Arial" w:hAnsi="Arial"/>
          <w:b/>
          <w:sz w:val="22"/>
        </w:rPr>
        <w:t xml:space="preserve">Lucy  </w:t>
      </w:r>
      <w:r>
        <w:rPr>
          <w:rFonts w:ascii="Arial" w:hAnsi="Arial"/>
          <w:color w:val="5D7284"/>
          <w:sz w:val="22"/>
        </w:rPr>
        <w:t>42:25</w:t>
      </w:r>
    </w:p>
    <w:p>
      <w:pPr>
        <w:spacing w:after="0"/>
      </w:pPr>
      <w:r>
        <w:rPr>
          <w:rFonts w:ascii="Arial" w:hAnsi="Arial"/>
          <w:sz w:val="22"/>
        </w:rPr>
        <w:t>I think your right, it got to like 45 minutes towards the end I want to go home now. I'm hungry</w:t>
      </w:r>
    </w:p>
    <w:p>
      <w:pPr>
        <w:spacing w:after="0"/>
      </w:pPr>
    </w:p>
    <w:p>
      <w:pPr>
        <w:spacing w:after="0"/>
      </w:pPr>
      <w:r>
        <w:rPr>
          <w:rFonts w:ascii="Arial" w:hAnsi="Arial"/>
          <w:b/>
          <w:sz w:val="22"/>
        </w:rPr>
        <w:t xml:space="preserve">Alice  </w:t>
      </w:r>
      <w:r>
        <w:rPr>
          <w:rFonts w:ascii="Arial" w:hAnsi="Arial"/>
          <w:color w:val="5D7284"/>
          <w:sz w:val="22"/>
        </w:rPr>
        <w:t>42:32</w:t>
      </w:r>
    </w:p>
    <w:p>
      <w:pPr>
        <w:spacing w:after="0"/>
      </w:pPr>
      <w:r>
        <w:rPr>
          <w:rFonts w:ascii="Arial" w:hAnsi="Arial"/>
          <w:sz w:val="22"/>
        </w:rPr>
        <w:t xml:space="preserve">So it's booking all those Alaskan tour dates from now on then? </w:t>
      </w:r>
    </w:p>
    <w:p>
      <w:pPr>
        <w:spacing w:after="0"/>
      </w:pPr>
    </w:p>
    <w:p>
      <w:pPr>
        <w:spacing w:after="0"/>
      </w:pPr>
      <w:r>
        <w:rPr>
          <w:rFonts w:ascii="Arial" w:hAnsi="Arial"/>
          <w:b/>
          <w:sz w:val="22"/>
        </w:rPr>
        <w:t xml:space="preserve">Lucy  </w:t>
      </w:r>
      <w:r>
        <w:rPr>
          <w:rFonts w:ascii="Arial" w:hAnsi="Arial"/>
          <w:color w:val="5D7284"/>
          <w:sz w:val="22"/>
        </w:rPr>
        <w:t>42:38</w:t>
      </w:r>
    </w:p>
    <w:p>
      <w:pPr>
        <w:spacing w:after="0"/>
      </w:pPr>
      <w:r>
        <w:rPr>
          <w:rFonts w:ascii="Arial" w:hAnsi="Arial"/>
          <w:sz w:val="22"/>
        </w:rPr>
        <w:t>That's what we do with the podcast.</w:t>
      </w:r>
    </w:p>
    <w:p>
      <w:pPr>
        <w:spacing w:after="0"/>
      </w:pPr>
    </w:p>
    <w:p>
      <w:pPr>
        <w:spacing w:after="0"/>
      </w:pPr>
      <w:r>
        <w:rPr>
          <w:rFonts w:ascii="Arial" w:hAnsi="Arial"/>
          <w:b/>
          <w:sz w:val="22"/>
        </w:rPr>
        <w:t xml:space="preserve">Maysoon  </w:t>
      </w:r>
      <w:r>
        <w:rPr>
          <w:rFonts w:ascii="Arial" w:hAnsi="Arial"/>
          <w:color w:val="5D7284"/>
          <w:sz w:val="22"/>
        </w:rPr>
        <w:t>42:40</w:t>
      </w:r>
    </w:p>
    <w:p>
      <w:pPr>
        <w:spacing w:after="0"/>
      </w:pPr>
      <w:r>
        <w:rPr>
          <w:rFonts w:ascii="Arial" w:hAnsi="Arial"/>
          <w:sz w:val="22"/>
        </w:rPr>
        <w:t>An Alaska tour. That'd be so much fun.</w:t>
      </w:r>
    </w:p>
    <w:p>
      <w:pPr>
        <w:spacing w:after="0"/>
      </w:pPr>
    </w:p>
    <w:p>
      <w:pPr>
        <w:spacing w:after="0"/>
      </w:pPr>
      <w:r>
        <w:rPr>
          <w:rFonts w:ascii="Arial" w:hAnsi="Arial"/>
          <w:b/>
          <w:sz w:val="22"/>
        </w:rPr>
        <w:t xml:space="preserve">Lucy  </w:t>
      </w:r>
      <w:r>
        <w:rPr>
          <w:rFonts w:ascii="Arial" w:hAnsi="Arial"/>
          <w:color w:val="5D7284"/>
          <w:sz w:val="22"/>
        </w:rPr>
        <w:t>42:43</w:t>
      </w:r>
    </w:p>
    <w:p>
      <w:pPr>
        <w:spacing w:after="0"/>
      </w:pPr>
      <w:r>
        <w:rPr>
          <w:rFonts w:ascii="Arial" w:hAnsi="Arial"/>
          <w:sz w:val="22"/>
        </w:rPr>
        <w:t>That's what we'll do with a live episode of the podcast. Alice, we'll make sure we just basically doing a refrigerator.</w:t>
      </w:r>
    </w:p>
    <w:p>
      <w:pPr>
        <w:spacing w:after="0"/>
      </w:pPr>
    </w:p>
    <w:p>
      <w:pPr>
        <w:spacing w:after="0"/>
      </w:pPr>
      <w:r>
        <w:rPr>
          <w:rFonts w:ascii="Arial" w:hAnsi="Arial"/>
          <w:b/>
          <w:sz w:val="22"/>
        </w:rPr>
        <w:t xml:space="preserve">Maysoon  </w:t>
      </w:r>
      <w:r>
        <w:rPr>
          <w:rFonts w:ascii="Arial" w:hAnsi="Arial"/>
          <w:color w:val="5D7284"/>
          <w:sz w:val="22"/>
        </w:rPr>
        <w:t>42:51</w:t>
      </w:r>
    </w:p>
    <w:p>
      <w:pPr>
        <w:spacing w:after="0"/>
      </w:pPr>
      <w:r>
        <w:rPr>
          <w:rFonts w:ascii="Arial" w:hAnsi="Arial"/>
          <w:sz w:val="22"/>
        </w:rPr>
        <w:t>This is where you hand out your mops to the audience. As they walk in.</w:t>
      </w:r>
    </w:p>
    <w:p>
      <w:pPr>
        <w:spacing w:after="0"/>
      </w:pPr>
    </w:p>
    <w:p>
      <w:pPr>
        <w:spacing w:after="0"/>
      </w:pPr>
      <w:r>
        <w:rPr>
          <w:rFonts w:ascii="Arial" w:hAnsi="Arial"/>
          <w:b/>
          <w:sz w:val="22"/>
        </w:rPr>
        <w:t xml:space="preserve">Lucy  </w:t>
      </w:r>
      <w:r>
        <w:rPr>
          <w:rFonts w:ascii="Arial" w:hAnsi="Arial"/>
          <w:color w:val="5D7284"/>
          <w:sz w:val="22"/>
        </w:rPr>
        <w:t>42:56</w:t>
      </w:r>
    </w:p>
    <w:p>
      <w:pPr>
        <w:spacing w:after="0"/>
      </w:pPr>
      <w:r>
        <w:rPr>
          <w:rFonts w:ascii="Arial" w:hAnsi="Arial"/>
          <w:sz w:val="22"/>
        </w:rPr>
        <w:t>Yeah, I those things that warm your hands up. Like, like, what they called heat.  (Alice) The heat pad things? Yeah. Yeah, one of them.</w:t>
      </w:r>
    </w:p>
    <w:p>
      <w:pPr>
        <w:spacing w:after="0"/>
      </w:pPr>
    </w:p>
    <w:p>
      <w:pPr>
        <w:spacing w:after="0"/>
      </w:pPr>
      <w:r>
        <w:rPr>
          <w:rFonts w:ascii="Arial" w:hAnsi="Arial"/>
          <w:b/>
          <w:sz w:val="22"/>
        </w:rPr>
        <w:t xml:space="preserve">Maysoon  </w:t>
      </w:r>
      <w:r>
        <w:rPr>
          <w:rFonts w:ascii="Arial" w:hAnsi="Arial"/>
          <w:color w:val="5D7284"/>
          <w:sz w:val="22"/>
        </w:rPr>
        <w:t>43:04</w:t>
      </w:r>
    </w:p>
    <w:p>
      <w:pPr>
        <w:spacing w:after="0"/>
      </w:pPr>
      <w:r>
        <w:rPr>
          <w:rFonts w:ascii="Arial" w:hAnsi="Arial"/>
          <w:sz w:val="22"/>
        </w:rPr>
        <w:t>that's really that's definitely cancer causing. (Alice and Lucy laugh)  Like, dont use that. I, I'm between generations, like I'm just old enough that I think everything causes cancer. I'm like, please, don't put the cell phone in your back pocket. You're gonna get colon cancer, please turn it off.</w:t>
      </w:r>
    </w:p>
    <w:p>
      <w:pPr>
        <w:spacing w:after="0"/>
      </w:pPr>
    </w:p>
    <w:p>
      <w:pPr>
        <w:spacing w:after="0"/>
      </w:pPr>
      <w:r>
        <w:rPr>
          <w:rFonts w:ascii="Arial" w:hAnsi="Arial"/>
          <w:b/>
          <w:sz w:val="22"/>
        </w:rPr>
        <w:t xml:space="preserve">Alice  </w:t>
      </w:r>
      <w:r>
        <w:rPr>
          <w:rFonts w:ascii="Arial" w:hAnsi="Arial"/>
          <w:color w:val="5D7284"/>
          <w:sz w:val="22"/>
        </w:rPr>
        <w:t>43:30</w:t>
      </w:r>
    </w:p>
    <w:p>
      <w:pPr>
        <w:spacing w:after="0"/>
      </w:pPr>
      <w:r>
        <w:rPr>
          <w:rFonts w:ascii="Arial" w:hAnsi="Arial"/>
          <w:sz w:val="22"/>
        </w:rPr>
        <w:t>I think thankfully, it's one of the few times Lucy and I get to say we're young enough to think even if it does cause cancer, we probably don't care anyway, so...</w:t>
      </w:r>
    </w:p>
    <w:p>
      <w:pPr>
        <w:spacing w:after="0"/>
      </w:pPr>
    </w:p>
    <w:p>
      <w:pPr>
        <w:spacing w:after="0"/>
      </w:pPr>
      <w:r>
        <w:rPr>
          <w:rFonts w:ascii="Arial" w:hAnsi="Arial"/>
          <w:b/>
          <w:sz w:val="22"/>
        </w:rPr>
        <w:t xml:space="preserve">Maysoon  </w:t>
      </w:r>
      <w:r>
        <w:rPr>
          <w:rFonts w:ascii="Arial" w:hAnsi="Arial"/>
          <w:color w:val="5D7284"/>
          <w:sz w:val="22"/>
        </w:rPr>
        <w:t>43:45</w:t>
      </w:r>
    </w:p>
    <w:p>
      <w:pPr>
        <w:spacing w:after="0"/>
      </w:pPr>
      <w:r>
        <w:rPr>
          <w:rFonts w:ascii="Arial" w:hAnsi="Arial"/>
          <w:sz w:val="22"/>
        </w:rPr>
        <w:t>Oh no! and they are forcing DNR on you now. (Alice) Yeah this is very true. Yeah human rights, which apparently disabled people have none of. (laughs)</w:t>
      </w:r>
    </w:p>
    <w:p>
      <w:pPr>
        <w:spacing w:after="0"/>
      </w:pPr>
    </w:p>
    <w:p>
      <w:pPr>
        <w:spacing w:after="0"/>
      </w:pPr>
      <w:r>
        <w:rPr>
          <w:rFonts w:ascii="Arial" w:hAnsi="Arial"/>
          <w:b/>
          <w:sz w:val="22"/>
        </w:rPr>
        <w:t xml:space="preserve">Lucy  </w:t>
      </w:r>
      <w:r>
        <w:rPr>
          <w:rFonts w:ascii="Arial" w:hAnsi="Arial"/>
          <w:color w:val="5D7284"/>
          <w:sz w:val="22"/>
        </w:rPr>
        <w:t>43:56</w:t>
      </w:r>
    </w:p>
    <w:p>
      <w:pPr>
        <w:spacing w:after="0"/>
      </w:pPr>
      <w:r>
        <w:rPr>
          <w:rFonts w:ascii="Arial" w:hAnsi="Arial"/>
          <w:sz w:val="22"/>
        </w:rPr>
        <w:t>Yeah, that was the one thing that really scared me about going like if I caught COVID during the pandemic before vaccines, that if I went into hospital, but take one look at me and think right, she's, she's gone. Get rid of her. That's why I didn't leave the house for months on end. Because I didn't...</w:t>
      </w:r>
    </w:p>
    <w:p>
      <w:pPr>
        <w:spacing w:after="0"/>
      </w:pPr>
    </w:p>
    <w:p>
      <w:pPr>
        <w:spacing w:after="0"/>
      </w:pPr>
      <w:r>
        <w:rPr>
          <w:rFonts w:ascii="Arial" w:hAnsi="Arial"/>
          <w:b/>
          <w:sz w:val="22"/>
        </w:rPr>
        <w:t xml:space="preserve">Maysoon  </w:t>
      </w:r>
      <w:r>
        <w:rPr>
          <w:rFonts w:ascii="Arial" w:hAnsi="Arial"/>
          <w:color w:val="5D7284"/>
          <w:sz w:val="22"/>
        </w:rPr>
        <w:t>44:14</w:t>
      </w:r>
    </w:p>
    <w:p>
      <w:pPr>
        <w:spacing w:after="0"/>
      </w:pPr>
      <w:r>
        <w:rPr>
          <w:rFonts w:ascii="Arial" w:hAnsi="Arial"/>
          <w:sz w:val="22"/>
        </w:rPr>
        <w:t>I didn't leave the house until I got my first vaccine. I didn't go anywhere. But I have a big backyard so I didn't have like a lot like people hanging out in my backyard. But I did not go a single place. For the first three months. I didn't leave at all! That first three months I decided what was worth dying for and it was two eyebrows. (Lucy laughs) My eyebrows in June. It was June 19th 2020. I looked like the love child of Frida Kahlo... . And I was like, I'm going and I went and I sat in the driveway of the woman who does me so that we would be outdoors and she did it and I like tested myself maybe 19 times and I never left for anything else til I got vaccinated. Then I got vaccinated and I wild it out and I just want to point out the vaccine doesn't actually stop you from getting COVID. (Lucy) No. It stops you from dying, which is nice, but I totally wilded it out like as if I have like, like, double condom protection. So like, I'm a bad disabled person (Lucy and Alice laugh)</w:t>
      </w:r>
    </w:p>
    <w:p>
      <w:pPr>
        <w:spacing w:after="0"/>
      </w:pPr>
    </w:p>
    <w:p>
      <w:pPr>
        <w:spacing w:after="0"/>
      </w:pPr>
      <w:r>
        <w:rPr>
          <w:rFonts w:ascii="Arial" w:hAnsi="Arial"/>
          <w:b/>
          <w:sz w:val="22"/>
        </w:rPr>
        <w:t xml:space="preserve">Lucy  </w:t>
      </w:r>
      <w:r>
        <w:rPr>
          <w:rFonts w:ascii="Arial" w:hAnsi="Arial"/>
          <w:color w:val="5D7284"/>
          <w:sz w:val="22"/>
        </w:rPr>
        <w:t>45:22</w:t>
      </w:r>
    </w:p>
    <w:p>
      <w:pPr>
        <w:spacing w:after="0"/>
      </w:pPr>
      <w:r>
        <w:rPr>
          <w:rFonts w:ascii="Arial" w:hAnsi="Arial"/>
          <w:sz w:val="22"/>
        </w:rPr>
        <w:t>To be honest, I did exactly the same thing. I had the vaccine. I cried on the way to the doctors. I cried at the doctor's , I cried on the way home and then we got my mum to stop off and get me a bottle of Processco from the supermarket.</w:t>
      </w:r>
    </w:p>
    <w:p>
      <w:pPr>
        <w:spacing w:after="0"/>
      </w:pPr>
    </w:p>
    <w:p>
      <w:pPr>
        <w:spacing w:after="0"/>
      </w:pPr>
      <w:r>
        <w:rPr>
          <w:rFonts w:ascii="Arial" w:hAnsi="Arial"/>
          <w:b/>
          <w:sz w:val="22"/>
        </w:rPr>
        <w:t xml:space="preserve">Maysoon  </w:t>
      </w:r>
      <w:r>
        <w:rPr>
          <w:rFonts w:ascii="Arial" w:hAnsi="Arial"/>
          <w:color w:val="5D7284"/>
          <w:sz w:val="22"/>
        </w:rPr>
        <w:t>45:34</w:t>
      </w:r>
    </w:p>
    <w:p>
      <w:pPr>
        <w:spacing w:after="0"/>
      </w:pPr>
      <w:r>
        <w:rPr>
          <w:rFonts w:ascii="Arial" w:hAnsi="Arial"/>
          <w:sz w:val="22"/>
        </w:rPr>
        <w:t xml:space="preserve"> That's hilarious. Yeah, did I it was February 22 That like my second vaccine kicked in? Yeah. So like, I got the the first shot I got because it was Pfizer. I got the second shot. And they told me two weeks from the second shot, that's when I like counted down to midnight. And I basically like tore off my clothes and ran into the street. (Lucy and Alice laugh) I'm like, you know, I have a lot of friends who are really conservative and super, super, super immuno compromised. And they're like, these are all the reasons we have to wear masks. I support you're wearing it, I will buy you a fancy one but I ain't covering my face again! The palsy was too hard, like I'm definitely a bad person. But like I said, like I took every single booster. I stay away from kids under the age of five. I test all the time. It reminds me of like when I was married and trying to get pregnant and you would just like take a pregnancy test every 15 minutes. That's basically me with a COVID test. I have two Q tips permanently stuffed up my nose.</w:t>
      </w:r>
    </w:p>
    <w:p>
      <w:pPr>
        <w:spacing w:after="0"/>
      </w:pPr>
    </w:p>
    <w:p>
      <w:pPr>
        <w:spacing w:after="0"/>
      </w:pPr>
      <w:r>
        <w:rPr>
          <w:rFonts w:ascii="Arial" w:hAnsi="Arial"/>
          <w:b/>
          <w:sz w:val="22"/>
        </w:rPr>
        <w:t xml:space="preserve">Lucy  </w:t>
      </w:r>
      <w:r>
        <w:rPr>
          <w:rFonts w:ascii="Arial" w:hAnsi="Arial"/>
          <w:color w:val="5D7284"/>
          <w:sz w:val="22"/>
        </w:rPr>
        <w:t>46:47</w:t>
      </w:r>
    </w:p>
    <w:p>
      <w:pPr>
        <w:spacing w:after="0"/>
      </w:pPr>
      <w:r>
        <w:rPr>
          <w:rFonts w:ascii="Arial" w:hAnsi="Arial"/>
          <w:sz w:val="22"/>
        </w:rPr>
        <w:t>I was going to say this did you not find this... Did you not find that when you first started doing COVID test does it all like Q tip thing would only go so far up your nose. Now it could go right up</w:t>
      </w:r>
    </w:p>
    <w:p>
      <w:pPr>
        <w:spacing w:after="0"/>
      </w:pPr>
    </w:p>
    <w:p>
      <w:pPr>
        <w:spacing w:after="0"/>
      </w:pPr>
      <w:r>
        <w:rPr>
          <w:rFonts w:ascii="Arial" w:hAnsi="Arial"/>
          <w:b/>
          <w:sz w:val="22"/>
        </w:rPr>
        <w:t xml:space="preserve">Maysoon  </w:t>
      </w:r>
      <w:r>
        <w:rPr>
          <w:rFonts w:ascii="Arial" w:hAnsi="Arial"/>
          <w:color w:val="5D7284"/>
          <w:sz w:val="22"/>
        </w:rPr>
        <w:t>46:59</w:t>
      </w:r>
    </w:p>
    <w:p>
      <w:pPr>
        <w:spacing w:after="0"/>
      </w:pPr>
      <w:r>
        <w:rPr>
          <w:rFonts w:ascii="Arial" w:hAnsi="Arial"/>
          <w:sz w:val="22"/>
        </w:rPr>
        <w:t>Oh mine go right up to my eyeball. So Princeton University got me a better test, right and it was like a toothbrush. And I had to brush my gums 10 times on each side. And that's how I COVID tested for Princeton. So I didn't have to do the Q tips. Because I'm telling you like one or two times the Q tip I had to pull it out of my mouth because I went too far. Because if you spasm it just goes all the way through. (laughs) You're like oh shit that's in my throat and sometimes my eyeball would just like really feel like it was about to fall out.</w:t>
      </w:r>
    </w:p>
    <w:p>
      <w:pPr>
        <w:spacing w:after="0"/>
      </w:pPr>
    </w:p>
    <w:p>
      <w:pPr>
        <w:spacing w:after="0"/>
      </w:pPr>
      <w:r>
        <w:rPr>
          <w:rFonts w:ascii="Arial" w:hAnsi="Arial"/>
          <w:b/>
          <w:sz w:val="22"/>
        </w:rPr>
        <w:t xml:space="preserve">Lucy  </w:t>
      </w:r>
      <w:r>
        <w:rPr>
          <w:rFonts w:ascii="Arial" w:hAnsi="Arial"/>
          <w:color w:val="5D7284"/>
          <w:sz w:val="22"/>
        </w:rPr>
        <w:t>47:39</w:t>
      </w:r>
    </w:p>
    <w:p>
      <w:pPr>
        <w:spacing w:after="0"/>
      </w:pPr>
      <w:r>
        <w:rPr>
          <w:rFonts w:ascii="Arial" w:hAnsi="Arial"/>
          <w:sz w:val="22"/>
        </w:rPr>
        <w:t>Luckily, they changed our tests over here so before you used to have to go like down your throat and up your nose. And I'd never because I wasn't going anywhere. I wasn't leaving the house.</w:t>
      </w:r>
    </w:p>
    <w:p>
      <w:pPr>
        <w:spacing w:after="0"/>
      </w:pPr>
    </w:p>
    <w:p>
      <w:pPr>
        <w:spacing w:after="0"/>
      </w:pPr>
      <w:r>
        <w:rPr>
          <w:rFonts w:ascii="Arial" w:hAnsi="Arial"/>
          <w:b/>
          <w:sz w:val="22"/>
        </w:rPr>
        <w:t xml:space="preserve">Maysoon  </w:t>
      </w:r>
      <w:r>
        <w:rPr>
          <w:rFonts w:ascii="Arial" w:hAnsi="Arial"/>
          <w:color w:val="5D7284"/>
          <w:sz w:val="22"/>
        </w:rPr>
        <w:t>47:48</w:t>
      </w:r>
    </w:p>
    <w:p>
      <w:pPr>
        <w:spacing w:after="0"/>
      </w:pPr>
      <w:r>
        <w:rPr>
          <w:rFonts w:ascii="Arial" w:hAnsi="Arial"/>
          <w:sz w:val="22"/>
        </w:rPr>
        <w:t xml:space="preserve"> I don't think that we shouldn't talk about dirty things. (Lucy and Alice laugh) People are innocent snowflakes and go down the throat and they only use appropriate holes. (laughing)</w:t>
      </w:r>
    </w:p>
    <w:p>
      <w:pPr>
        <w:spacing w:after="0"/>
      </w:pPr>
    </w:p>
    <w:p>
      <w:pPr>
        <w:spacing w:after="0"/>
      </w:pPr>
      <w:r>
        <w:rPr>
          <w:rFonts w:ascii="Arial" w:hAnsi="Arial"/>
          <w:b/>
          <w:sz w:val="22"/>
        </w:rPr>
        <w:t xml:space="preserve">Lucy  </w:t>
      </w:r>
      <w:r>
        <w:rPr>
          <w:rFonts w:ascii="Arial" w:hAnsi="Arial"/>
          <w:color w:val="5D7284"/>
          <w:sz w:val="22"/>
        </w:rPr>
        <w:t>48:11</w:t>
      </w:r>
    </w:p>
    <w:p>
      <w:pPr>
        <w:spacing w:after="0"/>
      </w:pPr>
      <w:r>
        <w:rPr>
          <w:rFonts w:ascii="Arial" w:hAnsi="Arial"/>
          <w:sz w:val="22"/>
        </w:rPr>
        <w:t>Oh my god. I've not even had a drink yet.</w:t>
      </w:r>
    </w:p>
    <w:p>
      <w:pPr>
        <w:spacing w:after="0"/>
      </w:pPr>
    </w:p>
    <w:p>
      <w:pPr>
        <w:spacing w:after="0"/>
      </w:pPr>
      <w:r>
        <w:rPr>
          <w:rFonts w:ascii="Arial" w:hAnsi="Arial"/>
          <w:b/>
          <w:sz w:val="22"/>
        </w:rPr>
        <w:t xml:space="preserve">Maysoon  </w:t>
      </w:r>
      <w:r>
        <w:rPr>
          <w:rFonts w:ascii="Arial" w:hAnsi="Arial"/>
          <w:color w:val="5D7284"/>
          <w:sz w:val="22"/>
        </w:rPr>
        <w:t>48:16</w:t>
      </w:r>
    </w:p>
    <w:p>
      <w:pPr>
        <w:spacing w:after="0"/>
      </w:pPr>
      <w:r>
        <w:rPr>
          <w:rFonts w:ascii="Arial" w:hAnsi="Arial"/>
          <w:sz w:val="22"/>
        </w:rPr>
        <w:t>You don't have to drink when you're with me.</w:t>
      </w:r>
    </w:p>
    <w:p>
      <w:pPr>
        <w:spacing w:after="0"/>
      </w:pPr>
    </w:p>
    <w:p>
      <w:pPr>
        <w:spacing w:after="0"/>
      </w:pPr>
      <w:r>
        <w:rPr>
          <w:rFonts w:ascii="Arial" w:hAnsi="Arial"/>
          <w:b/>
          <w:sz w:val="22"/>
        </w:rPr>
        <w:t xml:space="preserve">Lucy  </w:t>
      </w:r>
      <w:r>
        <w:rPr>
          <w:rFonts w:ascii="Arial" w:hAnsi="Arial"/>
          <w:color w:val="5D7284"/>
          <w:sz w:val="22"/>
        </w:rPr>
        <w:t>48:19</w:t>
      </w:r>
    </w:p>
    <w:p>
      <w:pPr>
        <w:spacing w:after="0"/>
      </w:pPr>
      <w:r>
        <w:rPr>
          <w:rFonts w:ascii="Arial" w:hAnsi="Arial"/>
          <w:sz w:val="22"/>
        </w:rPr>
        <w:t xml:space="preserve">I tell you, I am going to fly you out over to the UK and we're going to the pub for a night out. </w:t>
      </w:r>
    </w:p>
    <w:p>
      <w:pPr>
        <w:spacing w:after="0"/>
      </w:pPr>
    </w:p>
    <w:p>
      <w:pPr>
        <w:spacing w:after="0"/>
      </w:pPr>
      <w:r>
        <w:rPr>
          <w:rFonts w:ascii="Arial" w:hAnsi="Arial"/>
          <w:b/>
          <w:sz w:val="22"/>
        </w:rPr>
        <w:t xml:space="preserve">Maysoon  </w:t>
      </w:r>
      <w:r>
        <w:rPr>
          <w:rFonts w:ascii="Arial" w:hAnsi="Arial"/>
          <w:color w:val="5D7284"/>
          <w:sz w:val="22"/>
        </w:rPr>
        <w:t>48:25</w:t>
      </w:r>
    </w:p>
    <w:p>
      <w:pPr>
        <w:spacing w:after="0"/>
      </w:pPr>
      <w:r>
        <w:rPr>
          <w:rFonts w:ascii="Arial" w:hAnsi="Arial"/>
          <w:sz w:val="22"/>
        </w:rPr>
        <w:t>That's okay I love the fact that you're like I'm taking the Muslim chick to the pub. Because I'm maybe laughing harder than anyone there and I will be the only one who is sober, you've seen videos of me the eye palsy. I always look like I'm wasted. So guys are like she's the party. And then they get up close. And they're like, What's up with her face?  (laughing) I've had I've had no less than seven random people suggest to me that I may be having a stroke.(Lucy) No way! No I'm not. Your kidding me. Oh, what on the same night? or just like?  NO, no,no ,like throughout the past 25 years of doing stand up comedy in bars. I've also had people chase me down as I'm getting into my car and be like, it's not worth it at all pay for the taxi. It's not worth it because they drinking and driving. And I'm like No, dude, if I drank I would walk straight. (Laughing)</w:t>
      </w:r>
    </w:p>
    <w:p>
      <w:pPr>
        <w:spacing w:after="0"/>
      </w:pPr>
    </w:p>
    <w:p>
      <w:pPr>
        <w:spacing w:after="0"/>
      </w:pPr>
      <w:r>
        <w:rPr>
          <w:rFonts w:ascii="Arial" w:hAnsi="Arial"/>
          <w:b/>
          <w:sz w:val="22"/>
        </w:rPr>
        <w:t xml:space="preserve">Lucy  </w:t>
      </w:r>
      <w:r>
        <w:rPr>
          <w:rFonts w:ascii="Arial" w:hAnsi="Arial"/>
          <w:color w:val="5D7284"/>
          <w:sz w:val="22"/>
        </w:rPr>
        <w:t>49:30</w:t>
      </w:r>
    </w:p>
    <w:p>
      <w:pPr>
        <w:spacing w:after="0"/>
      </w:pPr>
      <w:r>
        <w:rPr>
          <w:rFonts w:ascii="Arial" w:hAnsi="Arial"/>
          <w:sz w:val="22"/>
        </w:rPr>
        <w:t>If I drink I forget I can't walk.</w:t>
      </w:r>
    </w:p>
    <w:p>
      <w:pPr>
        <w:spacing w:after="0"/>
      </w:pPr>
    </w:p>
    <w:p>
      <w:pPr>
        <w:spacing w:after="0"/>
      </w:pPr>
      <w:r>
        <w:rPr>
          <w:rFonts w:ascii="Arial" w:hAnsi="Arial"/>
          <w:b/>
          <w:sz w:val="22"/>
        </w:rPr>
        <w:t xml:space="preserve">Maysoon  </w:t>
      </w:r>
      <w:r>
        <w:rPr>
          <w:rFonts w:ascii="Arial" w:hAnsi="Arial"/>
          <w:color w:val="5D7284"/>
          <w:sz w:val="22"/>
        </w:rPr>
        <w:t>49:33</w:t>
      </w:r>
    </w:p>
    <w:p>
      <w:pPr>
        <w:spacing w:after="0"/>
      </w:pPr>
      <w:r>
        <w:rPr>
          <w:rFonts w:ascii="Arial" w:hAnsi="Arial"/>
          <w:sz w:val="22"/>
        </w:rPr>
        <w:t>Have you ever fallen out your chair? Yeah, all the time.</w:t>
      </w:r>
    </w:p>
    <w:p>
      <w:pPr>
        <w:spacing w:after="0"/>
      </w:pPr>
    </w:p>
    <w:p>
      <w:pPr>
        <w:spacing w:after="0"/>
      </w:pPr>
      <w:r>
        <w:rPr>
          <w:rFonts w:ascii="Arial" w:hAnsi="Arial"/>
          <w:b/>
          <w:sz w:val="22"/>
        </w:rPr>
        <w:t xml:space="preserve">Lucy  </w:t>
      </w:r>
      <w:r>
        <w:rPr>
          <w:rFonts w:ascii="Arial" w:hAnsi="Arial"/>
          <w:color w:val="5D7284"/>
          <w:sz w:val="22"/>
        </w:rPr>
        <w:t>49:37</w:t>
      </w:r>
    </w:p>
    <w:p>
      <w:pPr>
        <w:spacing w:after="0"/>
      </w:pPr>
      <w:r>
        <w:rPr>
          <w:rFonts w:ascii="Arial" w:hAnsi="Arial"/>
          <w:sz w:val="22"/>
        </w:rPr>
        <w:t>(Maysoon) Nice. Everybody's like we should wait. You should wear like bubble wrap suits,</w:t>
      </w:r>
    </w:p>
    <w:p>
      <w:pPr>
        <w:spacing w:after="0"/>
      </w:pPr>
    </w:p>
    <w:p>
      <w:pPr>
        <w:spacing w:after="0"/>
      </w:pPr>
      <w:r>
        <w:rPr>
          <w:rFonts w:ascii="Arial" w:hAnsi="Arial"/>
          <w:b/>
          <w:sz w:val="22"/>
        </w:rPr>
        <w:t xml:space="preserve">Maysoon  </w:t>
      </w:r>
      <w:r>
        <w:rPr>
          <w:rFonts w:ascii="Arial" w:hAnsi="Arial"/>
          <w:color w:val="5D7284"/>
          <w:sz w:val="22"/>
        </w:rPr>
        <w:t>49:41</w:t>
      </w:r>
    </w:p>
    <w:p>
      <w:pPr>
        <w:spacing w:after="0"/>
      </w:pPr>
      <w:r>
        <w:rPr>
          <w:rFonts w:ascii="Arial" w:hAnsi="Arial"/>
          <w:sz w:val="22"/>
        </w:rPr>
        <w:t>This is why Muslims don't drink. Okay, Alice, Lucy. We have three minutes. (lucy) Alice Lets do this.</w:t>
      </w:r>
    </w:p>
    <w:p>
      <w:pPr>
        <w:spacing w:after="0"/>
      </w:pPr>
    </w:p>
    <w:p>
      <w:pPr>
        <w:spacing w:after="0"/>
      </w:pPr>
      <w:r>
        <w:rPr>
          <w:rFonts w:ascii="Arial" w:hAnsi="Arial"/>
          <w:b/>
          <w:sz w:val="22"/>
        </w:rPr>
        <w:t xml:space="preserve">Alice  </w:t>
      </w:r>
      <w:r>
        <w:rPr>
          <w:rFonts w:ascii="Arial" w:hAnsi="Arial"/>
          <w:color w:val="5D7284"/>
          <w:sz w:val="22"/>
        </w:rPr>
        <w:t>49:42</w:t>
      </w:r>
    </w:p>
    <w:p>
      <w:pPr>
        <w:spacing w:after="0"/>
      </w:pPr>
      <w:r>
        <w:rPr>
          <w:rFonts w:ascii="Arial" w:hAnsi="Arial"/>
          <w:sz w:val="22"/>
        </w:rPr>
        <w:t xml:space="preserve"> Well,  Maysoon I was gonna say you tell us where people can find you on the internet and anything that you think that everybody ...What's your like final thought? what's the thing that People absolutely must know.</w:t>
      </w:r>
    </w:p>
    <w:p>
      <w:pPr>
        <w:spacing w:after="0"/>
      </w:pPr>
    </w:p>
    <w:p>
      <w:pPr>
        <w:spacing w:after="0"/>
      </w:pPr>
      <w:r>
        <w:rPr>
          <w:rFonts w:ascii="Arial" w:hAnsi="Arial"/>
          <w:b/>
          <w:sz w:val="22"/>
        </w:rPr>
        <w:t xml:space="preserve">Maysoon  </w:t>
      </w:r>
      <w:r>
        <w:rPr>
          <w:rFonts w:ascii="Arial" w:hAnsi="Arial"/>
          <w:color w:val="5D7284"/>
          <w:sz w:val="22"/>
        </w:rPr>
        <w:t>50:02</w:t>
      </w:r>
    </w:p>
    <w:p>
      <w:pPr>
        <w:spacing w:after="0"/>
      </w:pPr>
      <w:r>
        <w:rPr>
          <w:rFonts w:ascii="Arial" w:hAnsi="Arial"/>
          <w:sz w:val="22"/>
        </w:rPr>
        <w:t>Okay, cats are better than dogs. Cats rule, dog's drool. That's what people should know. (Lucy laughs) You can find me at me Maysoon.com The website is cool right now but in about a month it's going to be spectacular because I'm going through a rebuild where it's going to be interactive and people can leave me questions for advice and only here I'll answer you on my website and Beyonce has a page and you can like and comment on her pictures and it's going to be fantastic but right now it's pretty good it's maysoon.com And what's cool about it is if you want to follow me on Instagram or Twitter or YouTube you can find all those channels and all those links on maysoon.com Maysoon is really easy to spell it's like the month of May is coming soon ma y s o o n. Maysoon nothing funky nothing ethnic if you forget Google palsy lost Kardashian I'm the first thing that comes up.</w:t>
      </w:r>
    </w:p>
    <w:p>
      <w:pPr>
        <w:spacing w:after="0"/>
      </w:pPr>
    </w:p>
    <w:p>
      <w:pPr>
        <w:spacing w:after="0"/>
      </w:pPr>
      <w:r>
        <w:rPr>
          <w:rFonts w:ascii="Arial" w:hAnsi="Arial"/>
          <w:b/>
          <w:sz w:val="22"/>
        </w:rPr>
        <w:t xml:space="preserve">Lucy  </w:t>
      </w:r>
      <w:r>
        <w:rPr>
          <w:rFonts w:ascii="Arial" w:hAnsi="Arial"/>
          <w:color w:val="5D7284"/>
          <w:sz w:val="22"/>
        </w:rPr>
        <w:t>51:00</w:t>
      </w:r>
    </w:p>
    <w:p>
      <w:pPr>
        <w:spacing w:after="0"/>
      </w:pPr>
      <w:r>
        <w:rPr>
          <w:rFonts w:ascii="Arial" w:hAnsi="Arial"/>
          <w:sz w:val="22"/>
        </w:rPr>
        <w:t>Fab! Absolutely. Maysoon Thank you so much for spending an hour of your time with us today.</w:t>
      </w:r>
    </w:p>
    <w:p>
      <w:pPr>
        <w:spacing w:after="0"/>
      </w:pPr>
    </w:p>
    <w:p>
      <w:pPr>
        <w:spacing w:after="0"/>
      </w:pPr>
      <w:r>
        <w:rPr>
          <w:rFonts w:ascii="Arial" w:hAnsi="Arial"/>
          <w:b/>
          <w:sz w:val="22"/>
        </w:rPr>
        <w:t xml:space="preserve">Maysoon  </w:t>
      </w:r>
      <w:r>
        <w:rPr>
          <w:rFonts w:ascii="Arial" w:hAnsi="Arial"/>
          <w:color w:val="5D7284"/>
          <w:sz w:val="22"/>
        </w:rPr>
        <w:t>51:05</w:t>
      </w:r>
    </w:p>
    <w:p>
      <w:pPr>
        <w:spacing w:after="0"/>
      </w:pPr>
      <w:r>
        <w:rPr>
          <w:rFonts w:ascii="Arial" w:hAnsi="Arial"/>
          <w:sz w:val="22"/>
        </w:rPr>
        <w:t>Can you ring me back when shiny misfits comes out? (Alice) Of course you back!.We can have virtual book party. (lucy) Oh my god absolutely!</w:t>
      </w:r>
    </w:p>
    <w:p>
      <w:pPr>
        <w:spacing w:after="0"/>
      </w:pPr>
    </w:p>
    <w:p>
      <w:pPr>
        <w:spacing w:after="0"/>
      </w:pPr>
      <w:r>
        <w:rPr>
          <w:rFonts w:ascii="Arial" w:hAnsi="Arial"/>
          <w:b/>
          <w:sz w:val="22"/>
        </w:rPr>
        <w:t xml:space="preserve">Lucy  </w:t>
      </w:r>
      <w:r>
        <w:rPr>
          <w:rFonts w:ascii="Arial" w:hAnsi="Arial"/>
          <w:color w:val="5D7284"/>
          <w:sz w:val="22"/>
        </w:rPr>
        <w:t>51:14</w:t>
      </w:r>
    </w:p>
    <w:p>
      <w:pPr>
        <w:spacing w:after="0"/>
      </w:pPr>
      <w:r>
        <w:rPr>
          <w:rFonts w:ascii="Arial" w:hAnsi="Arial"/>
          <w:sz w:val="22"/>
        </w:rPr>
        <w:t>Maysoon I'm being genuinely serious here if you want to come back you can can back anytime you like. (Maysoon) thank you, thank you. If you really want to.</w:t>
      </w:r>
    </w:p>
    <w:p>
      <w:pPr>
        <w:spacing w:after="0"/>
      </w:pPr>
    </w:p>
    <w:p>
      <w:pPr>
        <w:spacing w:after="0"/>
      </w:pPr>
      <w:r>
        <w:rPr>
          <w:rFonts w:ascii="Arial" w:hAnsi="Arial"/>
          <w:b/>
          <w:sz w:val="22"/>
        </w:rPr>
        <w:t xml:space="preserve">Maysoon  </w:t>
      </w:r>
      <w:r>
        <w:rPr>
          <w:rFonts w:ascii="Arial" w:hAnsi="Arial"/>
          <w:color w:val="5D7284"/>
          <w:sz w:val="22"/>
        </w:rPr>
        <w:t>51:22</w:t>
      </w:r>
    </w:p>
    <w:p>
      <w:pPr>
        <w:spacing w:after="0"/>
      </w:pPr>
      <w:r>
        <w:rPr>
          <w:rFonts w:ascii="Arial" w:hAnsi="Arial"/>
          <w:sz w:val="22"/>
        </w:rPr>
        <w:t>I do shiny misfits. I want your three listeners to hear all about it. (laughs)</w:t>
      </w:r>
    </w:p>
    <w:p>
      <w:pPr>
        <w:spacing w:after="0"/>
      </w:pPr>
    </w:p>
    <w:p>
      <w:pPr>
        <w:spacing w:after="0"/>
      </w:pPr>
      <w:r>
        <w:rPr>
          <w:rFonts w:ascii="Arial" w:hAnsi="Arial"/>
          <w:b/>
          <w:sz w:val="22"/>
        </w:rPr>
        <w:t xml:space="preserve">Alice  </w:t>
      </w:r>
      <w:r>
        <w:rPr>
          <w:rFonts w:ascii="Arial" w:hAnsi="Arial"/>
          <w:color w:val="5D7284"/>
          <w:sz w:val="22"/>
        </w:rPr>
        <w:t>51:30</w:t>
      </w:r>
    </w:p>
    <w:p>
      <w:pPr>
        <w:spacing w:after="0"/>
      </w:pPr>
      <w:r>
        <w:rPr>
          <w:rFonts w:ascii="Arial" w:hAnsi="Arial"/>
          <w:sz w:val="22"/>
        </w:rPr>
        <w:t>well hopefully we will have four! by the time you come back. Someone else will have picked us up just from seeing youve been on it. So</w:t>
      </w:r>
    </w:p>
    <w:p>
      <w:pPr>
        <w:spacing w:after="0"/>
      </w:pPr>
    </w:p>
    <w:p>
      <w:pPr>
        <w:spacing w:after="0"/>
      </w:pPr>
      <w:r>
        <w:rPr>
          <w:rFonts w:ascii="Arial" w:hAnsi="Arial"/>
          <w:b/>
          <w:sz w:val="22"/>
        </w:rPr>
        <w:t xml:space="preserve">Maysoon  </w:t>
      </w:r>
      <w:r>
        <w:rPr>
          <w:rFonts w:ascii="Arial" w:hAnsi="Arial"/>
          <w:color w:val="5D7284"/>
          <w:sz w:val="22"/>
        </w:rPr>
        <w:t>51:37</w:t>
      </w:r>
    </w:p>
    <w:p>
      <w:pPr>
        <w:spacing w:after="0"/>
      </w:pPr>
      <w:r>
        <w:rPr>
          <w:rFonts w:ascii="Arial" w:hAnsi="Arial"/>
          <w:sz w:val="22"/>
        </w:rPr>
        <w:t>I hope so. I'm going to share it extensively on my social media. (Alice ) Aww Thank you we love you!. Thank you so much. Thank you stay alive. Don't let them DNR you. (Lucy) Yeah. Bye bye.</w:t>
      </w:r>
    </w:p>
    <w:p>
      <w:pPr>
        <w:spacing w:after="0"/>
      </w:pPr>
    </w:p>
    <w:p>
      <w:pPr>
        <w:spacing w:after="0"/>
      </w:pPr>
      <w:r>
        <w:rPr>
          <w:rFonts w:ascii="Arial" w:hAnsi="Arial"/>
          <w:b/>
          <w:sz w:val="22"/>
        </w:rPr>
        <w:t xml:space="preserve">Alice  </w:t>
      </w:r>
      <w:r>
        <w:rPr>
          <w:rFonts w:ascii="Arial" w:hAnsi="Arial"/>
          <w:color w:val="5D7284"/>
          <w:sz w:val="22"/>
        </w:rPr>
        <w:t>51:52</w:t>
      </w:r>
    </w:p>
    <w:p>
      <w:pPr>
        <w:spacing w:after="0"/>
      </w:pPr>
      <w:r>
        <w:rPr>
          <w:rFonts w:ascii="Arial" w:hAnsi="Arial"/>
          <w:sz w:val="22"/>
        </w:rPr>
        <w:t>We'll see you next time guys. Bye.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52:06</w:t>
      </w:r>
    </w:p>
    <w:p>
      <w:pPr>
        <w:spacing w:after="0"/>
      </w:pPr>
      <w:r>
        <w:rPr>
          <w:rFonts w:ascii="Arial" w:hAnsi="Arial"/>
          <w:sz w:val="22"/>
        </w:rPr>
        <w:t>This episode was edited by Adam Hull, our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